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6D61C" w14:textId="51D24B7C" w:rsidR="00930F33" w:rsidRDefault="00821861">
      <w:pPr>
        <w:spacing w:after="0"/>
        <w:rPr>
          <w:lang w:eastAsia="zh-CN"/>
        </w:rPr>
      </w:pPr>
      <w:r>
        <w:rPr>
          <w:noProof/>
          <w:lang w:eastAsia="zh-CN"/>
        </w:rPr>
        <w:drawing>
          <wp:anchor distT="0" distB="0" distL="114300" distR="114300" simplePos="0" relativeHeight="251658240" behindDoc="0" locked="0" layoutInCell="1" allowOverlap="1" wp14:anchorId="0BA6B72E" wp14:editId="7302DE2B">
            <wp:simplePos x="0" y="0"/>
            <wp:positionH relativeFrom="margin">
              <wp:align>left</wp:align>
            </wp:positionH>
            <wp:positionV relativeFrom="paragraph">
              <wp:posOffset>0</wp:posOffset>
            </wp:positionV>
            <wp:extent cx="1225550" cy="1257300"/>
            <wp:effectExtent l="0" t="0" r="0" b="0"/>
            <wp:wrapSquare wrapText="bothSides"/>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pic:nvPicPr>
                  <pic:blipFill>
                    <a:blip r:embed="rId8"/>
                    <a:stretch>
                      <a:fillRect/>
                    </a:stretch>
                  </pic:blipFill>
                  <pic:spPr>
                    <a:xfrm>
                      <a:off x="0" y="0"/>
                      <a:ext cx="1225550" cy="1257300"/>
                    </a:xfrm>
                    <a:prstGeom prst="rect">
                      <a:avLst/>
                    </a:prstGeom>
                  </pic:spPr>
                </pic:pic>
              </a:graphicData>
            </a:graphic>
            <wp14:sizeRelH relativeFrom="page">
              <wp14:pctWidth>0</wp14:pctWidth>
            </wp14:sizeRelH>
            <wp14:sizeRelV relativeFrom="page">
              <wp14:pctHeight>0</wp14:pctHeight>
            </wp14:sizeRelV>
          </wp:anchor>
        </w:drawing>
      </w:r>
    </w:p>
    <w:p w14:paraId="30D8E163" w14:textId="77777777" w:rsidR="00096B82" w:rsidRPr="00821861" w:rsidRDefault="00D446B1" w:rsidP="00821861">
      <w:pPr>
        <w:jc w:val="center"/>
        <w:rPr>
          <w:b/>
          <w:bCs/>
          <w:sz w:val="18"/>
          <w:szCs w:val="18"/>
        </w:rPr>
      </w:pPr>
      <w:r w:rsidRPr="00821861">
        <w:rPr>
          <w:rFonts w:ascii="Arial" w:hAnsi="Arial"/>
          <w:b/>
          <w:bCs/>
          <w:sz w:val="40"/>
          <w:szCs w:val="18"/>
        </w:rPr>
        <w:t>lABLEd Podcast History Lesson 2 Horatio Nelson</w:t>
      </w:r>
    </w:p>
    <w:p w14:paraId="29C4A692" w14:textId="77777777" w:rsidR="00096B82" w:rsidRDefault="00096B82">
      <w:pPr>
        <w:spacing w:after="0"/>
      </w:pPr>
    </w:p>
    <w:p w14:paraId="5DCA7232" w14:textId="77777777" w:rsidR="00821861" w:rsidRDefault="00821861">
      <w:pPr>
        <w:spacing w:after="0"/>
        <w:rPr>
          <w:rFonts w:ascii="Arial" w:hAnsi="Arial"/>
          <w:b/>
        </w:rPr>
      </w:pPr>
    </w:p>
    <w:p w14:paraId="7836F672" w14:textId="50120158" w:rsidR="00096B82" w:rsidRDefault="00D446B1">
      <w:pPr>
        <w:spacing w:after="0"/>
      </w:pPr>
      <w:r>
        <w:rPr>
          <w:rFonts w:ascii="Arial" w:hAnsi="Arial"/>
          <w:b/>
        </w:rPr>
        <w:t xml:space="preserve">Lucy  </w:t>
      </w:r>
      <w:r>
        <w:rPr>
          <w:rFonts w:ascii="Arial" w:hAnsi="Arial"/>
          <w:color w:val="5D7284"/>
        </w:rPr>
        <w:t>00:00</w:t>
      </w:r>
    </w:p>
    <w:p w14:paraId="6F995CB9" w14:textId="7A618A4B" w:rsidR="00096B82" w:rsidRDefault="00D446B1">
      <w:pPr>
        <w:spacing w:after="0"/>
      </w:pPr>
      <w:r>
        <w:rPr>
          <w:rFonts w:ascii="Arial" w:hAnsi="Arial"/>
        </w:rPr>
        <w:t xml:space="preserve">Welcome to the lABLEd podcast, a show about disability, illness and </w:t>
      </w:r>
      <w:r w:rsidR="00821861">
        <w:rPr>
          <w:rFonts w:ascii="Arial" w:hAnsi="Arial"/>
        </w:rPr>
        <w:t>difference!</w:t>
      </w:r>
    </w:p>
    <w:p w14:paraId="69871D9D" w14:textId="77777777" w:rsidR="00096B82" w:rsidRDefault="00096B82">
      <w:pPr>
        <w:spacing w:after="0"/>
      </w:pPr>
    </w:p>
    <w:p w14:paraId="7F880C56" w14:textId="77777777" w:rsidR="00096B82" w:rsidRDefault="00D446B1">
      <w:pPr>
        <w:spacing w:after="0"/>
      </w:pPr>
      <w:r>
        <w:rPr>
          <w:rFonts w:ascii="Arial" w:hAnsi="Arial"/>
          <w:b/>
        </w:rPr>
        <w:t xml:space="preserve">Daisy  </w:t>
      </w:r>
      <w:r>
        <w:rPr>
          <w:rFonts w:ascii="Arial" w:hAnsi="Arial"/>
          <w:color w:val="5D7284"/>
        </w:rPr>
        <w:t>00:05</w:t>
      </w:r>
    </w:p>
    <w:p w14:paraId="214E4C8F" w14:textId="77777777" w:rsidR="00096B82" w:rsidRDefault="00D446B1">
      <w:pPr>
        <w:spacing w:after="0"/>
      </w:pPr>
      <w:r>
        <w:rPr>
          <w:rFonts w:ascii="Arial" w:hAnsi="Arial"/>
        </w:rPr>
        <w:t xml:space="preserve">and history. </w:t>
      </w:r>
    </w:p>
    <w:p w14:paraId="53DBD39A" w14:textId="77777777" w:rsidR="00096B82" w:rsidRDefault="00096B82">
      <w:pPr>
        <w:spacing w:after="0"/>
      </w:pPr>
    </w:p>
    <w:p w14:paraId="3351A9FD" w14:textId="77777777" w:rsidR="00096B82" w:rsidRDefault="00D446B1">
      <w:pPr>
        <w:spacing w:after="0"/>
      </w:pPr>
      <w:r>
        <w:rPr>
          <w:rFonts w:ascii="Arial" w:hAnsi="Arial"/>
          <w:b/>
        </w:rPr>
        <w:t xml:space="preserve">Lucy  </w:t>
      </w:r>
      <w:r>
        <w:rPr>
          <w:rFonts w:ascii="Arial" w:hAnsi="Arial"/>
          <w:color w:val="5D7284"/>
        </w:rPr>
        <w:t>00:12</w:t>
      </w:r>
    </w:p>
    <w:p w14:paraId="5EF33017" w14:textId="22274069" w:rsidR="00096B82" w:rsidRDefault="00D446B1">
      <w:pPr>
        <w:spacing w:after="0"/>
      </w:pPr>
      <w:r>
        <w:rPr>
          <w:rFonts w:ascii="Arial" w:hAnsi="Arial"/>
        </w:rPr>
        <w:t xml:space="preserve">I'm </w:t>
      </w:r>
      <w:r w:rsidR="00821861">
        <w:rPr>
          <w:rFonts w:ascii="Arial" w:hAnsi="Arial"/>
        </w:rPr>
        <w:t>Lucy.</w:t>
      </w:r>
    </w:p>
    <w:p w14:paraId="3288D2C0" w14:textId="77777777" w:rsidR="00096B82" w:rsidRDefault="00096B82">
      <w:pPr>
        <w:spacing w:after="0"/>
      </w:pPr>
    </w:p>
    <w:p w14:paraId="4609D4E9" w14:textId="77777777" w:rsidR="00096B82" w:rsidRDefault="00D446B1">
      <w:pPr>
        <w:spacing w:after="0"/>
      </w:pPr>
      <w:r>
        <w:rPr>
          <w:rFonts w:ascii="Arial" w:hAnsi="Arial"/>
          <w:b/>
        </w:rPr>
        <w:t xml:space="preserve">Alice  </w:t>
      </w:r>
      <w:r>
        <w:rPr>
          <w:rFonts w:ascii="Arial" w:hAnsi="Arial"/>
          <w:color w:val="5D7284"/>
        </w:rPr>
        <w:t>00:12</w:t>
      </w:r>
    </w:p>
    <w:p w14:paraId="0239BB3A" w14:textId="3B51526A" w:rsidR="00096B82" w:rsidRDefault="00D446B1">
      <w:pPr>
        <w:spacing w:after="0"/>
      </w:pPr>
      <w:r>
        <w:rPr>
          <w:rFonts w:ascii="Arial" w:hAnsi="Arial"/>
        </w:rPr>
        <w:t xml:space="preserve">and </w:t>
      </w:r>
      <w:r w:rsidR="00821861">
        <w:rPr>
          <w:rFonts w:ascii="Arial" w:hAnsi="Arial"/>
        </w:rPr>
        <w:t>I’m</w:t>
      </w:r>
      <w:r>
        <w:rPr>
          <w:rFonts w:ascii="Arial" w:hAnsi="Arial"/>
        </w:rPr>
        <w:t xml:space="preserve"> </w:t>
      </w:r>
      <w:proofErr w:type="gramStart"/>
      <w:r>
        <w:rPr>
          <w:rFonts w:ascii="Arial" w:hAnsi="Arial"/>
        </w:rPr>
        <w:t>Alice</w:t>
      </w:r>
      <w:proofErr w:type="gramEnd"/>
    </w:p>
    <w:p w14:paraId="7BD0459B" w14:textId="77777777" w:rsidR="00096B82" w:rsidRDefault="00096B82">
      <w:pPr>
        <w:spacing w:after="0"/>
      </w:pPr>
    </w:p>
    <w:p w14:paraId="000B4B98" w14:textId="5189F5F1" w:rsidR="00096B82" w:rsidRDefault="00821861">
      <w:pPr>
        <w:spacing w:after="0"/>
      </w:pPr>
      <w:r>
        <w:rPr>
          <w:rFonts w:ascii="Arial" w:hAnsi="Arial"/>
          <w:b/>
        </w:rPr>
        <w:t>Theme Tune</w:t>
      </w:r>
      <w:r w:rsidR="00D446B1">
        <w:rPr>
          <w:rFonts w:ascii="Arial" w:hAnsi="Arial"/>
          <w:b/>
        </w:rPr>
        <w:t xml:space="preserve">  </w:t>
      </w:r>
      <w:r w:rsidR="00D446B1">
        <w:rPr>
          <w:rFonts w:ascii="Arial" w:hAnsi="Arial"/>
          <w:color w:val="5D7284"/>
        </w:rPr>
        <w:t>00:12</w:t>
      </w:r>
    </w:p>
    <w:p w14:paraId="4C5FA936" w14:textId="338F78A8" w:rsidR="00096B82" w:rsidRDefault="00D446B1">
      <w:pPr>
        <w:spacing w:after="0"/>
      </w:pPr>
      <w:r>
        <w:rPr>
          <w:rFonts w:ascii="Arial" w:hAnsi="Arial"/>
        </w:rPr>
        <w:t xml:space="preserve">We all live our lives differently. kaleidoscope Identity and this is who </w:t>
      </w:r>
      <w:proofErr w:type="spellStart"/>
      <w:r>
        <w:rPr>
          <w:rFonts w:ascii="Arial" w:hAnsi="Arial"/>
        </w:rPr>
        <w:t>i'm</w:t>
      </w:r>
      <w:proofErr w:type="spellEnd"/>
      <w:r>
        <w:rPr>
          <w:rFonts w:ascii="Arial" w:hAnsi="Arial"/>
        </w:rPr>
        <w:t xml:space="preserve"> meant to be, </w:t>
      </w:r>
      <w:r w:rsidR="00821861">
        <w:rPr>
          <w:rFonts w:ascii="Arial" w:hAnsi="Arial"/>
        </w:rPr>
        <w:t>I’m</w:t>
      </w:r>
      <w:r>
        <w:rPr>
          <w:rFonts w:ascii="Arial" w:hAnsi="Arial"/>
        </w:rPr>
        <w:t xml:space="preserve"> just </w:t>
      </w:r>
      <w:r w:rsidR="00821861">
        <w:rPr>
          <w:rFonts w:ascii="Arial" w:hAnsi="Arial"/>
        </w:rPr>
        <w:t>labeled</w:t>
      </w:r>
      <w:r>
        <w:rPr>
          <w:rFonts w:ascii="Arial" w:hAnsi="Arial"/>
        </w:rPr>
        <w:t xml:space="preserve"> me I'm just </w:t>
      </w:r>
      <w:r w:rsidR="00821861">
        <w:rPr>
          <w:rFonts w:ascii="Arial" w:hAnsi="Arial"/>
        </w:rPr>
        <w:t>labeled</w:t>
      </w:r>
      <w:r>
        <w:rPr>
          <w:rFonts w:ascii="Arial" w:hAnsi="Arial"/>
        </w:rPr>
        <w:t xml:space="preserve"> me.</w:t>
      </w:r>
    </w:p>
    <w:p w14:paraId="0CEB4FCB" w14:textId="77777777" w:rsidR="00096B82" w:rsidRDefault="00096B82">
      <w:pPr>
        <w:spacing w:after="0"/>
      </w:pPr>
    </w:p>
    <w:p w14:paraId="3A60D153" w14:textId="77777777" w:rsidR="00096B82" w:rsidRDefault="00D446B1">
      <w:pPr>
        <w:spacing w:after="0"/>
      </w:pPr>
      <w:r>
        <w:rPr>
          <w:rFonts w:ascii="Arial" w:hAnsi="Arial"/>
          <w:b/>
        </w:rPr>
        <w:t xml:space="preserve">Daisy  </w:t>
      </w:r>
      <w:r>
        <w:rPr>
          <w:rFonts w:ascii="Arial" w:hAnsi="Arial"/>
          <w:color w:val="5D7284"/>
        </w:rPr>
        <w:t>00:38</w:t>
      </w:r>
    </w:p>
    <w:p w14:paraId="2F4B27EF" w14:textId="77777777" w:rsidR="00096B82" w:rsidRDefault="00D446B1">
      <w:pPr>
        <w:spacing w:after="0"/>
      </w:pPr>
      <w:r>
        <w:rPr>
          <w:rFonts w:ascii="Arial" w:hAnsi="Arial"/>
        </w:rPr>
        <w:t xml:space="preserve">In this episode along with Lucy crying and Alice swearing, there's going to be </w:t>
      </w:r>
      <w:proofErr w:type="gramStart"/>
      <w:r>
        <w:rPr>
          <w:rFonts w:ascii="Arial" w:hAnsi="Arial"/>
        </w:rPr>
        <w:t>a number of</w:t>
      </w:r>
      <w:proofErr w:type="gramEnd"/>
      <w:r>
        <w:rPr>
          <w:rFonts w:ascii="Arial" w:hAnsi="Arial"/>
        </w:rPr>
        <w:t xml:space="preserve"> hi</w:t>
      </w:r>
      <w:r>
        <w:rPr>
          <w:rFonts w:ascii="Arial" w:hAnsi="Arial"/>
        </w:rPr>
        <w:t>storical terms for disability that are now considered extremely offensive.</w:t>
      </w:r>
    </w:p>
    <w:p w14:paraId="7147B9F0" w14:textId="77777777" w:rsidR="00096B82" w:rsidRDefault="00096B82">
      <w:pPr>
        <w:spacing w:after="0"/>
      </w:pPr>
    </w:p>
    <w:p w14:paraId="67B51C47" w14:textId="77777777" w:rsidR="00096B82" w:rsidRDefault="00D446B1">
      <w:pPr>
        <w:spacing w:after="0"/>
      </w:pPr>
      <w:r>
        <w:rPr>
          <w:rFonts w:ascii="Arial" w:hAnsi="Arial"/>
          <w:b/>
        </w:rPr>
        <w:t xml:space="preserve">Lucy  </w:t>
      </w:r>
      <w:r>
        <w:rPr>
          <w:rFonts w:ascii="Arial" w:hAnsi="Arial"/>
          <w:color w:val="5D7284"/>
        </w:rPr>
        <w:t>00:48</w:t>
      </w:r>
    </w:p>
    <w:p w14:paraId="2A0AC5CF" w14:textId="77777777" w:rsidR="00096B82" w:rsidRDefault="00D446B1">
      <w:pPr>
        <w:spacing w:after="0"/>
      </w:pPr>
      <w:r>
        <w:rPr>
          <w:rFonts w:ascii="Arial" w:hAnsi="Arial"/>
        </w:rPr>
        <w:t>Hello, everybody and welcome to another history lesson from the lABLEd podcast. This is the second episode usually we do our history swaps in one sitting, but both me a</w:t>
      </w:r>
      <w:r>
        <w:rPr>
          <w:rFonts w:ascii="Arial" w:hAnsi="Arial"/>
        </w:rPr>
        <w:t xml:space="preserve">nd Alice got quite cross about er well Alice </w:t>
      </w:r>
      <w:proofErr w:type="gramStart"/>
      <w:r>
        <w:rPr>
          <w:rFonts w:ascii="Arial" w:hAnsi="Arial"/>
        </w:rPr>
        <w:t>cried</w:t>
      </w:r>
      <w:proofErr w:type="gramEnd"/>
      <w:r>
        <w:rPr>
          <w:rFonts w:ascii="Arial" w:hAnsi="Arial"/>
        </w:rPr>
        <w:t xml:space="preserve"> and I got quite cross sweary about our last subject. </w:t>
      </w:r>
      <w:proofErr w:type="gramStart"/>
      <w:r>
        <w:rPr>
          <w:rFonts w:ascii="Arial" w:hAnsi="Arial"/>
        </w:rPr>
        <w:t>So</w:t>
      </w:r>
      <w:proofErr w:type="gramEnd"/>
      <w:r>
        <w:rPr>
          <w:rFonts w:ascii="Arial" w:hAnsi="Arial"/>
        </w:rPr>
        <w:t xml:space="preserve"> we decided to calm down, turn the mics off, go and have a drink and start this as a separate episode because there was a lot to unpack wasn't there?</w:t>
      </w:r>
    </w:p>
    <w:p w14:paraId="7A534CE5" w14:textId="77777777" w:rsidR="00096B82" w:rsidRDefault="00096B82">
      <w:pPr>
        <w:spacing w:after="0"/>
      </w:pPr>
    </w:p>
    <w:p w14:paraId="68B9DDF5" w14:textId="77777777" w:rsidR="00096B82" w:rsidRDefault="00D446B1">
      <w:pPr>
        <w:spacing w:after="0"/>
      </w:pPr>
      <w:r>
        <w:rPr>
          <w:rFonts w:ascii="Arial" w:hAnsi="Arial"/>
          <w:b/>
        </w:rPr>
        <w:t xml:space="preserve">Alice  </w:t>
      </w:r>
      <w:r>
        <w:rPr>
          <w:rFonts w:ascii="Arial" w:hAnsi="Arial"/>
          <w:color w:val="5D7284"/>
        </w:rPr>
        <w:t>01:21</w:t>
      </w:r>
    </w:p>
    <w:p w14:paraId="3D84E814" w14:textId="77777777" w:rsidR="00096B82" w:rsidRDefault="00D446B1">
      <w:pPr>
        <w:spacing w:after="0"/>
      </w:pPr>
      <w:r>
        <w:rPr>
          <w:rFonts w:ascii="Arial" w:hAnsi="Arial"/>
        </w:rPr>
        <w:t>Yeah, time. So um, so we're back with Daisy.</w:t>
      </w:r>
    </w:p>
    <w:p w14:paraId="2EC82C92" w14:textId="77777777" w:rsidR="00096B82" w:rsidRDefault="00096B82">
      <w:pPr>
        <w:spacing w:after="0"/>
      </w:pPr>
    </w:p>
    <w:p w14:paraId="5062A6B1" w14:textId="77777777" w:rsidR="00096B82" w:rsidRDefault="00D446B1">
      <w:pPr>
        <w:spacing w:after="0"/>
      </w:pPr>
      <w:r>
        <w:rPr>
          <w:rFonts w:ascii="Arial" w:hAnsi="Arial"/>
          <w:b/>
        </w:rPr>
        <w:t xml:space="preserve">Lucy  </w:t>
      </w:r>
      <w:r>
        <w:rPr>
          <w:rFonts w:ascii="Arial" w:hAnsi="Arial"/>
          <w:color w:val="5D7284"/>
        </w:rPr>
        <w:t>01:24</w:t>
      </w:r>
    </w:p>
    <w:p w14:paraId="73A1C357" w14:textId="77777777" w:rsidR="00096B82" w:rsidRDefault="00D446B1">
      <w:pPr>
        <w:spacing w:after="0"/>
      </w:pPr>
      <w:r>
        <w:rPr>
          <w:rFonts w:ascii="Arial" w:hAnsi="Arial"/>
        </w:rPr>
        <w:t>We're back with Daisy's back. Hello. Hello.</w:t>
      </w:r>
    </w:p>
    <w:p w14:paraId="1FCFE827" w14:textId="77777777" w:rsidR="00096B82" w:rsidRDefault="00096B82">
      <w:pPr>
        <w:spacing w:after="0"/>
      </w:pPr>
    </w:p>
    <w:p w14:paraId="0609EA47" w14:textId="77777777" w:rsidR="00096B82" w:rsidRDefault="00D446B1">
      <w:pPr>
        <w:spacing w:after="0"/>
      </w:pPr>
      <w:r>
        <w:rPr>
          <w:rFonts w:ascii="Arial" w:hAnsi="Arial"/>
          <w:b/>
        </w:rPr>
        <w:t xml:space="preserve">Alice  </w:t>
      </w:r>
      <w:r>
        <w:rPr>
          <w:rFonts w:ascii="Arial" w:hAnsi="Arial"/>
          <w:color w:val="5D7284"/>
        </w:rPr>
        <w:t>01:28</w:t>
      </w:r>
    </w:p>
    <w:p w14:paraId="456D4B8F" w14:textId="77777777" w:rsidR="00096B82" w:rsidRDefault="00D446B1">
      <w:pPr>
        <w:spacing w:after="0"/>
      </w:pPr>
      <w:r>
        <w:rPr>
          <w:rFonts w:ascii="Arial" w:hAnsi="Arial"/>
        </w:rPr>
        <w:t>How are you? Pleased to be back?</w:t>
      </w:r>
    </w:p>
    <w:p w14:paraId="0CF87569" w14:textId="77777777" w:rsidR="00096B82" w:rsidRDefault="00096B82">
      <w:pPr>
        <w:spacing w:after="0"/>
      </w:pPr>
    </w:p>
    <w:p w14:paraId="32BCE30F" w14:textId="77777777" w:rsidR="00096B82" w:rsidRDefault="00D446B1">
      <w:pPr>
        <w:spacing w:after="0"/>
      </w:pPr>
      <w:r>
        <w:rPr>
          <w:rFonts w:ascii="Arial" w:hAnsi="Arial"/>
          <w:b/>
        </w:rPr>
        <w:t xml:space="preserve">Lucy  </w:t>
      </w:r>
      <w:r>
        <w:rPr>
          <w:rFonts w:ascii="Arial" w:hAnsi="Arial"/>
          <w:color w:val="5D7284"/>
        </w:rPr>
        <w:t>01:30</w:t>
      </w:r>
    </w:p>
    <w:p w14:paraId="135F8CD8" w14:textId="77777777" w:rsidR="00096B82" w:rsidRDefault="00D446B1">
      <w:pPr>
        <w:spacing w:after="0"/>
      </w:pPr>
      <w:r>
        <w:rPr>
          <w:rFonts w:ascii="Arial" w:hAnsi="Arial"/>
        </w:rPr>
        <w:lastRenderedPageBreak/>
        <w:t>Yeah. Oh, God, no, you two again.</w:t>
      </w:r>
    </w:p>
    <w:p w14:paraId="53AAFE81" w14:textId="77777777" w:rsidR="00096B82" w:rsidRDefault="00096B82">
      <w:pPr>
        <w:spacing w:after="0"/>
      </w:pPr>
    </w:p>
    <w:p w14:paraId="61F27201" w14:textId="77777777" w:rsidR="00096B82" w:rsidRDefault="00D446B1">
      <w:pPr>
        <w:spacing w:after="0"/>
      </w:pPr>
      <w:r>
        <w:rPr>
          <w:rFonts w:ascii="Arial" w:hAnsi="Arial"/>
          <w:b/>
        </w:rPr>
        <w:t xml:space="preserve">Daisy  </w:t>
      </w:r>
      <w:r>
        <w:rPr>
          <w:rFonts w:ascii="Arial" w:hAnsi="Arial"/>
          <w:color w:val="5D7284"/>
        </w:rPr>
        <w:t>01:35</w:t>
      </w:r>
    </w:p>
    <w:p w14:paraId="2D0C73B8" w14:textId="77777777" w:rsidR="00096B82" w:rsidRDefault="00D446B1">
      <w:pPr>
        <w:spacing w:after="0"/>
      </w:pPr>
      <w:r>
        <w:rPr>
          <w:rFonts w:ascii="Arial" w:hAnsi="Arial"/>
        </w:rPr>
        <w:t xml:space="preserve">Sorry, I've got my, my cup of </w:t>
      </w:r>
      <w:r>
        <w:rPr>
          <w:rFonts w:ascii="Arial" w:hAnsi="Arial"/>
        </w:rPr>
        <w:t xml:space="preserve">laxatives here. </w:t>
      </w:r>
      <w:proofErr w:type="gramStart"/>
      <w:r>
        <w:rPr>
          <w:rFonts w:ascii="Arial" w:hAnsi="Arial"/>
        </w:rPr>
        <w:t>So</w:t>
      </w:r>
      <w:proofErr w:type="gramEnd"/>
      <w:r>
        <w:rPr>
          <w:rFonts w:ascii="Arial" w:hAnsi="Arial"/>
        </w:rPr>
        <w:t xml:space="preserve"> I just got to make sure I actually drink them. Okay, I should have done it before we started.</w:t>
      </w:r>
    </w:p>
    <w:p w14:paraId="51C02E23" w14:textId="77777777" w:rsidR="00096B82" w:rsidRDefault="00096B82">
      <w:pPr>
        <w:spacing w:after="0"/>
      </w:pPr>
    </w:p>
    <w:p w14:paraId="54B6DBD1" w14:textId="77777777" w:rsidR="00096B82" w:rsidRDefault="00D446B1">
      <w:pPr>
        <w:spacing w:after="0"/>
      </w:pPr>
      <w:r>
        <w:rPr>
          <w:rFonts w:ascii="Arial" w:hAnsi="Arial"/>
          <w:b/>
        </w:rPr>
        <w:t xml:space="preserve">Alice  </w:t>
      </w:r>
      <w:r>
        <w:rPr>
          <w:rFonts w:ascii="Arial" w:hAnsi="Arial"/>
          <w:color w:val="5D7284"/>
        </w:rPr>
        <w:t>01:47</w:t>
      </w:r>
    </w:p>
    <w:p w14:paraId="061BB85F" w14:textId="77777777" w:rsidR="00096B82" w:rsidRDefault="00D446B1">
      <w:pPr>
        <w:spacing w:after="0"/>
      </w:pPr>
      <w:r>
        <w:rPr>
          <w:rFonts w:ascii="Arial" w:hAnsi="Arial"/>
        </w:rPr>
        <w:t>Okay, well, we'll make conversation while you're doing that.</w:t>
      </w:r>
    </w:p>
    <w:p w14:paraId="707CC703" w14:textId="77777777" w:rsidR="00096B82" w:rsidRDefault="00096B82">
      <w:pPr>
        <w:spacing w:after="0"/>
      </w:pPr>
    </w:p>
    <w:p w14:paraId="7DEBA843" w14:textId="77777777" w:rsidR="00096B82" w:rsidRDefault="00D446B1">
      <w:pPr>
        <w:spacing w:after="0"/>
      </w:pPr>
      <w:r>
        <w:rPr>
          <w:rFonts w:ascii="Arial" w:hAnsi="Arial"/>
          <w:b/>
        </w:rPr>
        <w:t xml:space="preserve">Lucy  </w:t>
      </w:r>
      <w:r>
        <w:rPr>
          <w:rFonts w:ascii="Arial" w:hAnsi="Arial"/>
          <w:color w:val="5D7284"/>
        </w:rPr>
        <w:t>01:51</w:t>
      </w:r>
    </w:p>
    <w:p w14:paraId="54A2FB04" w14:textId="77777777" w:rsidR="00096B82" w:rsidRDefault="00D446B1">
      <w:pPr>
        <w:spacing w:after="0"/>
      </w:pPr>
      <w:r>
        <w:rPr>
          <w:rFonts w:ascii="Arial" w:hAnsi="Arial"/>
        </w:rPr>
        <w:t>Oh, how's everybody's week been?</w:t>
      </w:r>
    </w:p>
    <w:p w14:paraId="0B8498DB" w14:textId="77777777" w:rsidR="00096B82" w:rsidRDefault="00096B82">
      <w:pPr>
        <w:spacing w:after="0"/>
      </w:pPr>
    </w:p>
    <w:p w14:paraId="78E8B936" w14:textId="77777777" w:rsidR="00096B82" w:rsidRDefault="00D446B1">
      <w:pPr>
        <w:spacing w:after="0"/>
      </w:pPr>
      <w:r>
        <w:rPr>
          <w:rFonts w:ascii="Arial" w:hAnsi="Arial"/>
          <w:b/>
        </w:rPr>
        <w:t xml:space="preserve">Alice  </w:t>
      </w:r>
      <w:r>
        <w:rPr>
          <w:rFonts w:ascii="Arial" w:hAnsi="Arial"/>
          <w:color w:val="5D7284"/>
        </w:rPr>
        <w:t>01:54</w:t>
      </w:r>
    </w:p>
    <w:p w14:paraId="13163A8A" w14:textId="77777777" w:rsidR="00096B82" w:rsidRDefault="00D446B1">
      <w:pPr>
        <w:spacing w:after="0"/>
      </w:pPr>
      <w:r>
        <w:rPr>
          <w:rFonts w:ascii="Arial" w:hAnsi="Arial"/>
        </w:rPr>
        <w:t xml:space="preserve">Oh, </w:t>
      </w:r>
      <w:r>
        <w:rPr>
          <w:rFonts w:ascii="Arial" w:hAnsi="Arial"/>
        </w:rPr>
        <w:t xml:space="preserve">yeah. Okay, um, one of my favourite authors released a new one in her in a book series of hers. </w:t>
      </w:r>
      <w:proofErr w:type="gramStart"/>
      <w:r>
        <w:rPr>
          <w:rFonts w:ascii="Arial" w:hAnsi="Arial"/>
        </w:rPr>
        <w:t>So</w:t>
      </w:r>
      <w:proofErr w:type="gramEnd"/>
      <w:r>
        <w:rPr>
          <w:rFonts w:ascii="Arial" w:hAnsi="Arial"/>
        </w:rPr>
        <w:t xml:space="preserve"> I spent most of the last 10 days just devouring that. Yeah, my day home. So yeah, great.</w:t>
      </w:r>
    </w:p>
    <w:p w14:paraId="56D08597" w14:textId="77777777" w:rsidR="00096B82" w:rsidRDefault="00096B82">
      <w:pPr>
        <w:spacing w:after="0"/>
      </w:pPr>
    </w:p>
    <w:p w14:paraId="18A1DA4F" w14:textId="77777777" w:rsidR="00096B82" w:rsidRDefault="00D446B1">
      <w:pPr>
        <w:spacing w:after="0"/>
      </w:pPr>
      <w:r>
        <w:rPr>
          <w:rFonts w:ascii="Arial" w:hAnsi="Arial"/>
          <w:b/>
        </w:rPr>
        <w:t xml:space="preserve">Lucy  </w:t>
      </w:r>
      <w:r>
        <w:rPr>
          <w:rFonts w:ascii="Arial" w:hAnsi="Arial"/>
          <w:color w:val="5D7284"/>
        </w:rPr>
        <w:t>02:14</w:t>
      </w:r>
    </w:p>
    <w:p w14:paraId="1440C41F" w14:textId="77777777" w:rsidR="00096B82" w:rsidRDefault="00D446B1">
      <w:pPr>
        <w:spacing w:after="0"/>
      </w:pPr>
      <w:r>
        <w:rPr>
          <w:rFonts w:ascii="Arial" w:hAnsi="Arial"/>
        </w:rPr>
        <w:t xml:space="preserve">Yep, I've had a haircut and got covered in hair dye so </w:t>
      </w:r>
      <w:r>
        <w:rPr>
          <w:rFonts w:ascii="Arial" w:hAnsi="Arial"/>
        </w:rPr>
        <w:t xml:space="preserve">much so that the hairs I went on my face </w:t>
      </w:r>
      <w:proofErr w:type="gramStart"/>
      <w:r>
        <w:rPr>
          <w:rFonts w:ascii="Arial" w:hAnsi="Arial"/>
        </w:rPr>
        <w:t>mask</w:t>
      </w:r>
      <w:proofErr w:type="gramEnd"/>
      <w:r>
        <w:rPr>
          <w:rFonts w:ascii="Arial" w:hAnsi="Arial"/>
        </w:rPr>
        <w:t xml:space="preserve"> so I look like someone out of a horror movie. But now I'm back to my usual self now so that's all right. Daisy, what about you what you've been up to this week.</w:t>
      </w:r>
    </w:p>
    <w:p w14:paraId="13B08E50" w14:textId="77777777" w:rsidR="00096B82" w:rsidRDefault="00096B82">
      <w:pPr>
        <w:spacing w:after="0"/>
      </w:pPr>
    </w:p>
    <w:p w14:paraId="77505D9D" w14:textId="77777777" w:rsidR="00096B82" w:rsidRDefault="00D446B1">
      <w:pPr>
        <w:spacing w:after="0"/>
      </w:pPr>
      <w:r>
        <w:rPr>
          <w:rFonts w:ascii="Arial" w:hAnsi="Arial"/>
          <w:b/>
        </w:rPr>
        <w:t xml:space="preserve">Daisy  </w:t>
      </w:r>
      <w:r>
        <w:rPr>
          <w:rFonts w:ascii="Arial" w:hAnsi="Arial"/>
          <w:color w:val="5D7284"/>
        </w:rPr>
        <w:t>02:30</w:t>
      </w:r>
    </w:p>
    <w:p w14:paraId="612445F8" w14:textId="77777777" w:rsidR="00096B82" w:rsidRDefault="00D446B1">
      <w:pPr>
        <w:spacing w:after="0"/>
      </w:pPr>
      <w:r>
        <w:rPr>
          <w:rFonts w:ascii="Arial" w:hAnsi="Arial"/>
        </w:rPr>
        <w:t xml:space="preserve">I also re dyed my hair but I </w:t>
      </w:r>
      <w:proofErr w:type="gramStart"/>
      <w:r>
        <w:rPr>
          <w:rFonts w:ascii="Arial" w:hAnsi="Arial"/>
        </w:rPr>
        <w:t>have t</w:t>
      </w:r>
      <w:r>
        <w:rPr>
          <w:rFonts w:ascii="Arial" w:hAnsi="Arial"/>
        </w:rPr>
        <w:t>o</w:t>
      </w:r>
      <w:proofErr w:type="gramEnd"/>
      <w:r>
        <w:rPr>
          <w:rFonts w:ascii="Arial" w:hAnsi="Arial"/>
        </w:rPr>
        <w:t xml:space="preserve"> bleach it first. And I </w:t>
      </w:r>
      <w:proofErr w:type="spellStart"/>
      <w:r>
        <w:rPr>
          <w:rFonts w:ascii="Arial" w:hAnsi="Arial"/>
        </w:rPr>
        <w:t>realised</w:t>
      </w:r>
      <w:proofErr w:type="spellEnd"/>
      <w:r>
        <w:rPr>
          <w:rFonts w:ascii="Arial" w:hAnsi="Arial"/>
        </w:rPr>
        <w:t xml:space="preserve"> just in time, but I'd got a small amount of the bleach on my eyebrow. Oh, really averted a disaster.</w:t>
      </w:r>
    </w:p>
    <w:p w14:paraId="479D37B3" w14:textId="77777777" w:rsidR="00096B82" w:rsidRDefault="00096B82">
      <w:pPr>
        <w:spacing w:after="0"/>
      </w:pPr>
    </w:p>
    <w:p w14:paraId="756EAA7C" w14:textId="77777777" w:rsidR="00096B82" w:rsidRDefault="00D446B1">
      <w:pPr>
        <w:spacing w:after="0"/>
      </w:pPr>
      <w:r>
        <w:rPr>
          <w:rFonts w:ascii="Arial" w:hAnsi="Arial"/>
          <w:b/>
        </w:rPr>
        <w:t xml:space="preserve">Alice  </w:t>
      </w:r>
      <w:r>
        <w:rPr>
          <w:rFonts w:ascii="Arial" w:hAnsi="Arial"/>
          <w:color w:val="5D7284"/>
        </w:rPr>
        <w:t>02:43</w:t>
      </w:r>
    </w:p>
    <w:p w14:paraId="318F5CCC" w14:textId="77777777" w:rsidR="00096B82" w:rsidRDefault="00D446B1">
      <w:pPr>
        <w:spacing w:after="0"/>
      </w:pPr>
      <w:proofErr w:type="spellStart"/>
      <w:r>
        <w:rPr>
          <w:rFonts w:ascii="Arial" w:hAnsi="Arial"/>
        </w:rPr>
        <w:t>Whats</w:t>
      </w:r>
      <w:proofErr w:type="spellEnd"/>
      <w:r>
        <w:rPr>
          <w:rFonts w:ascii="Arial" w:hAnsi="Arial"/>
        </w:rPr>
        <w:t xml:space="preserve"> your natural </w:t>
      </w:r>
      <w:proofErr w:type="spellStart"/>
      <w:r>
        <w:rPr>
          <w:rFonts w:ascii="Arial" w:hAnsi="Arial"/>
        </w:rPr>
        <w:t>colour</w:t>
      </w:r>
      <w:proofErr w:type="spellEnd"/>
      <w:r>
        <w:rPr>
          <w:rFonts w:ascii="Arial" w:hAnsi="Arial"/>
        </w:rPr>
        <w:t>?</w:t>
      </w:r>
    </w:p>
    <w:p w14:paraId="63E7BA6D" w14:textId="77777777" w:rsidR="00096B82" w:rsidRDefault="00096B82">
      <w:pPr>
        <w:spacing w:after="0"/>
      </w:pPr>
    </w:p>
    <w:p w14:paraId="4BE7C9E7" w14:textId="77777777" w:rsidR="00096B82" w:rsidRDefault="00D446B1">
      <w:pPr>
        <w:spacing w:after="0"/>
      </w:pPr>
      <w:r>
        <w:rPr>
          <w:rFonts w:ascii="Arial" w:hAnsi="Arial"/>
          <w:b/>
        </w:rPr>
        <w:t xml:space="preserve">Daisy  </w:t>
      </w:r>
      <w:r>
        <w:rPr>
          <w:rFonts w:ascii="Arial" w:hAnsi="Arial"/>
          <w:color w:val="5D7284"/>
        </w:rPr>
        <w:t>02:49</w:t>
      </w:r>
    </w:p>
    <w:p w14:paraId="163988C0" w14:textId="77777777" w:rsidR="00096B82" w:rsidRDefault="00D446B1">
      <w:pPr>
        <w:spacing w:after="0"/>
      </w:pPr>
      <w:proofErr w:type="spellStart"/>
      <w:r>
        <w:rPr>
          <w:rFonts w:ascii="Arial" w:hAnsi="Arial"/>
        </w:rPr>
        <w:t>Its</w:t>
      </w:r>
      <w:proofErr w:type="spellEnd"/>
      <w:r>
        <w:rPr>
          <w:rFonts w:ascii="Arial" w:hAnsi="Arial"/>
        </w:rPr>
        <w:t xml:space="preserve"> sort of like a dark dirty blonde type.</w:t>
      </w:r>
    </w:p>
    <w:p w14:paraId="383FDB75" w14:textId="77777777" w:rsidR="00096B82" w:rsidRDefault="00096B82">
      <w:pPr>
        <w:spacing w:after="0"/>
      </w:pPr>
    </w:p>
    <w:p w14:paraId="04D2E9B4" w14:textId="77777777" w:rsidR="00096B82" w:rsidRDefault="00D446B1">
      <w:pPr>
        <w:spacing w:after="0"/>
      </w:pPr>
      <w:r>
        <w:rPr>
          <w:rFonts w:ascii="Arial" w:hAnsi="Arial"/>
          <w:b/>
        </w:rPr>
        <w:t xml:space="preserve">Lucy  </w:t>
      </w:r>
      <w:r>
        <w:rPr>
          <w:rFonts w:ascii="Arial" w:hAnsi="Arial"/>
          <w:color w:val="5D7284"/>
        </w:rPr>
        <w:t>02:54</w:t>
      </w:r>
    </w:p>
    <w:p w14:paraId="2A5C5BD5" w14:textId="77777777" w:rsidR="00096B82" w:rsidRDefault="00D446B1">
      <w:pPr>
        <w:spacing w:after="0"/>
      </w:pPr>
      <w:r>
        <w:rPr>
          <w:rFonts w:ascii="Arial" w:hAnsi="Arial"/>
        </w:rPr>
        <w:t>I can't im</w:t>
      </w:r>
      <w:r>
        <w:rPr>
          <w:rFonts w:ascii="Arial" w:hAnsi="Arial"/>
        </w:rPr>
        <w:t>agine it was like dark dirty blonde hair.</w:t>
      </w:r>
    </w:p>
    <w:p w14:paraId="343BD21F" w14:textId="77777777" w:rsidR="00096B82" w:rsidRDefault="00096B82">
      <w:pPr>
        <w:spacing w:after="0"/>
      </w:pPr>
    </w:p>
    <w:p w14:paraId="75F8BDA2" w14:textId="77777777" w:rsidR="00096B82" w:rsidRDefault="00D446B1">
      <w:pPr>
        <w:spacing w:after="0"/>
      </w:pPr>
      <w:r>
        <w:rPr>
          <w:rFonts w:ascii="Arial" w:hAnsi="Arial"/>
          <w:b/>
        </w:rPr>
        <w:t xml:space="preserve">Daisy  </w:t>
      </w:r>
      <w:r>
        <w:rPr>
          <w:rFonts w:ascii="Arial" w:hAnsi="Arial"/>
          <w:color w:val="5D7284"/>
        </w:rPr>
        <w:t>02:59</w:t>
      </w:r>
    </w:p>
    <w:p w14:paraId="628FEFE7" w14:textId="77777777" w:rsidR="00096B82" w:rsidRDefault="00D446B1">
      <w:pPr>
        <w:spacing w:after="0"/>
      </w:pPr>
      <w:r>
        <w:rPr>
          <w:rFonts w:ascii="Arial" w:hAnsi="Arial"/>
        </w:rPr>
        <w:t xml:space="preserve">Oh well there is evidence. I'll have to send you </w:t>
      </w:r>
      <w:proofErr w:type="gramStart"/>
      <w:r>
        <w:rPr>
          <w:rFonts w:ascii="Arial" w:hAnsi="Arial"/>
        </w:rPr>
        <w:t>it</w:t>
      </w:r>
      <w:proofErr w:type="gramEnd"/>
    </w:p>
    <w:p w14:paraId="46F35B17" w14:textId="77777777" w:rsidR="00096B82" w:rsidRDefault="00096B82">
      <w:pPr>
        <w:spacing w:after="0"/>
      </w:pPr>
    </w:p>
    <w:p w14:paraId="00FA69F6" w14:textId="77777777" w:rsidR="00096B82" w:rsidRDefault="00D446B1">
      <w:pPr>
        <w:spacing w:after="0"/>
      </w:pPr>
      <w:r>
        <w:rPr>
          <w:rFonts w:ascii="Arial" w:hAnsi="Arial"/>
          <w:b/>
        </w:rPr>
        <w:t xml:space="preserve">Lucy  </w:t>
      </w:r>
      <w:r>
        <w:rPr>
          <w:rFonts w:ascii="Arial" w:hAnsi="Arial"/>
          <w:color w:val="5D7284"/>
        </w:rPr>
        <w:t>03:03</w:t>
      </w:r>
    </w:p>
    <w:p w14:paraId="21BFA55C" w14:textId="77777777" w:rsidR="00096B82" w:rsidRDefault="00D446B1">
      <w:pPr>
        <w:spacing w:after="0"/>
      </w:pPr>
      <w:r>
        <w:rPr>
          <w:rFonts w:ascii="Arial" w:hAnsi="Arial"/>
        </w:rPr>
        <w:t>When we were trying to find Daisy to see if she wanted to be involved in the podcast. I couldn't remember Daisy's name. But all I could</w:t>
      </w:r>
      <w:r>
        <w:rPr>
          <w:rFonts w:ascii="Arial" w:hAnsi="Arial"/>
        </w:rPr>
        <w:t xml:space="preserve"> remember that Daisy had blue hair. I was like, I need to find a story and on Twitter. She's </w:t>
      </w:r>
      <w:proofErr w:type="gramStart"/>
      <w:r>
        <w:rPr>
          <w:rFonts w:ascii="Arial" w:hAnsi="Arial"/>
        </w:rPr>
        <w:t>really good</w:t>
      </w:r>
      <w:proofErr w:type="gramEnd"/>
      <w:r>
        <w:rPr>
          <w:rFonts w:ascii="Arial" w:hAnsi="Arial"/>
        </w:rPr>
        <w:t xml:space="preserve">. I'll find her. </w:t>
      </w:r>
      <w:proofErr w:type="spellStart"/>
      <w:r>
        <w:rPr>
          <w:rFonts w:ascii="Arial" w:hAnsi="Arial"/>
        </w:rPr>
        <w:t>Whats</w:t>
      </w:r>
      <w:proofErr w:type="spellEnd"/>
      <w:r>
        <w:rPr>
          <w:rFonts w:ascii="Arial" w:hAnsi="Arial"/>
        </w:rPr>
        <w:t xml:space="preserve"> her name? I can't </w:t>
      </w:r>
      <w:proofErr w:type="gramStart"/>
      <w:r>
        <w:rPr>
          <w:rFonts w:ascii="Arial" w:hAnsi="Arial"/>
        </w:rPr>
        <w:t>remember?</w:t>
      </w:r>
      <w:proofErr w:type="gramEnd"/>
      <w:r>
        <w:rPr>
          <w:rFonts w:ascii="Arial" w:hAnsi="Arial"/>
        </w:rPr>
        <w:t xml:space="preserve"> But I know she's got blue hair. </w:t>
      </w:r>
      <w:proofErr w:type="gramStart"/>
      <w:r>
        <w:rPr>
          <w:rFonts w:ascii="Arial" w:hAnsi="Arial"/>
        </w:rPr>
        <w:t>So</w:t>
      </w:r>
      <w:proofErr w:type="gramEnd"/>
      <w:r>
        <w:rPr>
          <w:rFonts w:ascii="Arial" w:hAnsi="Arial"/>
        </w:rPr>
        <w:t xml:space="preserve"> I spent ages going through looking for people with blue hair like </w:t>
      </w:r>
      <w:r>
        <w:rPr>
          <w:rFonts w:ascii="Arial" w:hAnsi="Arial"/>
        </w:rPr>
        <w:t>some weirdo</w:t>
      </w:r>
    </w:p>
    <w:p w14:paraId="50378D98" w14:textId="77777777" w:rsidR="00096B82" w:rsidRDefault="00096B82">
      <w:pPr>
        <w:spacing w:after="0"/>
      </w:pPr>
    </w:p>
    <w:p w14:paraId="7E3FD705" w14:textId="77777777" w:rsidR="00096B82" w:rsidRDefault="00D446B1">
      <w:pPr>
        <w:spacing w:after="0"/>
      </w:pPr>
      <w:r>
        <w:rPr>
          <w:rFonts w:ascii="Arial" w:hAnsi="Arial"/>
          <w:b/>
        </w:rPr>
        <w:t xml:space="preserve">Daisy  </w:t>
      </w:r>
      <w:r>
        <w:rPr>
          <w:rFonts w:ascii="Arial" w:hAnsi="Arial"/>
          <w:color w:val="5D7284"/>
        </w:rPr>
        <w:t>03:28</w:t>
      </w:r>
    </w:p>
    <w:p w14:paraId="7228D865" w14:textId="77777777" w:rsidR="00096B82" w:rsidRDefault="00D446B1">
      <w:pPr>
        <w:spacing w:after="0"/>
      </w:pPr>
      <w:r>
        <w:rPr>
          <w:rFonts w:ascii="Arial" w:hAnsi="Arial"/>
        </w:rPr>
        <w:lastRenderedPageBreak/>
        <w:t>Yeah, because that is how I am identified to most people. Yeah, blue hair and crutches.</w:t>
      </w:r>
    </w:p>
    <w:p w14:paraId="24028504" w14:textId="77777777" w:rsidR="00096B82" w:rsidRDefault="00096B82">
      <w:pPr>
        <w:spacing w:after="0"/>
      </w:pPr>
    </w:p>
    <w:p w14:paraId="0FB5BAB4" w14:textId="77777777" w:rsidR="00096B82" w:rsidRDefault="00D446B1">
      <w:pPr>
        <w:spacing w:after="0"/>
      </w:pPr>
      <w:r>
        <w:rPr>
          <w:rFonts w:ascii="Arial" w:hAnsi="Arial"/>
          <w:b/>
        </w:rPr>
        <w:t xml:space="preserve">Lucy  </w:t>
      </w:r>
      <w:r>
        <w:rPr>
          <w:rFonts w:ascii="Arial" w:hAnsi="Arial"/>
          <w:color w:val="5D7284"/>
        </w:rPr>
        <w:t>03:32</w:t>
      </w:r>
    </w:p>
    <w:p w14:paraId="49C85379" w14:textId="77777777" w:rsidR="00096B82" w:rsidRDefault="00D446B1">
      <w:pPr>
        <w:spacing w:after="0"/>
      </w:pPr>
      <w:r>
        <w:rPr>
          <w:rFonts w:ascii="Arial" w:hAnsi="Arial"/>
        </w:rPr>
        <w:t xml:space="preserve">There. Yeah, close it almost like we haven't got enough to identify ourselves. </w:t>
      </w:r>
      <w:proofErr w:type="gramStart"/>
      <w:r>
        <w:rPr>
          <w:rFonts w:ascii="Arial" w:hAnsi="Arial"/>
        </w:rPr>
        <w:t>So</w:t>
      </w:r>
      <w:proofErr w:type="gramEnd"/>
      <w:r>
        <w:rPr>
          <w:rFonts w:ascii="Arial" w:hAnsi="Arial"/>
        </w:rPr>
        <w:t xml:space="preserve"> we just dye our hair stupid </w:t>
      </w:r>
      <w:proofErr w:type="spellStart"/>
      <w:r>
        <w:rPr>
          <w:rFonts w:ascii="Arial" w:hAnsi="Arial"/>
        </w:rPr>
        <w:t>colours</w:t>
      </w:r>
      <w:proofErr w:type="spellEnd"/>
      <w:r>
        <w:rPr>
          <w:rFonts w:ascii="Arial" w:hAnsi="Arial"/>
        </w:rPr>
        <w:t xml:space="preserve">. You </w:t>
      </w:r>
      <w:r>
        <w:rPr>
          <w:rFonts w:ascii="Arial" w:hAnsi="Arial"/>
        </w:rPr>
        <w:t xml:space="preserve">know what I mean? It's like oh look at </w:t>
      </w:r>
      <w:proofErr w:type="gramStart"/>
      <w:r>
        <w:rPr>
          <w:rFonts w:ascii="Arial" w:hAnsi="Arial"/>
        </w:rPr>
        <w:t>me</w:t>
      </w:r>
      <w:proofErr w:type="gramEnd"/>
    </w:p>
    <w:p w14:paraId="253718C2" w14:textId="77777777" w:rsidR="00096B82" w:rsidRDefault="00096B82">
      <w:pPr>
        <w:spacing w:after="0"/>
      </w:pPr>
    </w:p>
    <w:p w14:paraId="4DBD8F1C" w14:textId="77777777" w:rsidR="00096B82" w:rsidRDefault="00D446B1">
      <w:pPr>
        <w:spacing w:after="0"/>
      </w:pPr>
      <w:r>
        <w:rPr>
          <w:rFonts w:ascii="Arial" w:hAnsi="Arial"/>
          <w:b/>
        </w:rPr>
        <w:t xml:space="preserve">Alice  </w:t>
      </w:r>
      <w:r>
        <w:rPr>
          <w:rFonts w:ascii="Arial" w:hAnsi="Arial"/>
          <w:color w:val="5D7284"/>
        </w:rPr>
        <w:t>03:42</w:t>
      </w:r>
    </w:p>
    <w:p w14:paraId="7C280DB2" w14:textId="77777777" w:rsidR="00096B82" w:rsidRDefault="00D446B1">
      <w:pPr>
        <w:spacing w:after="0"/>
      </w:pPr>
      <w:r>
        <w:rPr>
          <w:rFonts w:ascii="Arial" w:hAnsi="Arial"/>
        </w:rPr>
        <w:t xml:space="preserve">I did for a very brief </w:t>
      </w:r>
      <w:proofErr w:type="gramStart"/>
      <w:r>
        <w:rPr>
          <w:rFonts w:ascii="Arial" w:hAnsi="Arial"/>
        </w:rPr>
        <w:t>period of time</w:t>
      </w:r>
      <w:proofErr w:type="gramEnd"/>
      <w:r>
        <w:rPr>
          <w:rFonts w:ascii="Arial" w:hAnsi="Arial"/>
        </w:rPr>
        <w:t xml:space="preserve"> have sort of my hair. My hair is </w:t>
      </w:r>
      <w:proofErr w:type="gramStart"/>
      <w:r>
        <w:rPr>
          <w:rFonts w:ascii="Arial" w:hAnsi="Arial"/>
        </w:rPr>
        <w:t>really boring</w:t>
      </w:r>
      <w:proofErr w:type="gramEnd"/>
      <w:r>
        <w:rPr>
          <w:rFonts w:ascii="Arial" w:hAnsi="Arial"/>
        </w:rPr>
        <w:t xml:space="preserve"> brown </w:t>
      </w:r>
      <w:proofErr w:type="spellStart"/>
      <w:r>
        <w:rPr>
          <w:rFonts w:ascii="Arial" w:hAnsi="Arial"/>
        </w:rPr>
        <w:t>colour</w:t>
      </w:r>
      <w:proofErr w:type="spellEnd"/>
      <w:r>
        <w:rPr>
          <w:rFonts w:ascii="Arial" w:hAnsi="Arial"/>
        </w:rPr>
        <w:t xml:space="preserve">. </w:t>
      </w:r>
      <w:proofErr w:type="gramStart"/>
      <w:r>
        <w:rPr>
          <w:rFonts w:ascii="Arial" w:hAnsi="Arial"/>
        </w:rPr>
        <w:t>So</w:t>
      </w:r>
      <w:proofErr w:type="gramEnd"/>
      <w:r>
        <w:rPr>
          <w:rFonts w:ascii="Arial" w:hAnsi="Arial"/>
        </w:rPr>
        <w:t xml:space="preserve"> I dye a slightly more interesting darker brown </w:t>
      </w:r>
      <w:proofErr w:type="spellStart"/>
      <w:r>
        <w:rPr>
          <w:rFonts w:ascii="Arial" w:hAnsi="Arial"/>
        </w:rPr>
        <w:t>colour</w:t>
      </w:r>
      <w:proofErr w:type="spellEnd"/>
      <w:r>
        <w:rPr>
          <w:rFonts w:ascii="Arial" w:hAnsi="Arial"/>
        </w:rPr>
        <w:t xml:space="preserve">. Right. And for a little while I had bright </w:t>
      </w:r>
      <w:r>
        <w:rPr>
          <w:rFonts w:ascii="Arial" w:hAnsi="Arial"/>
        </w:rPr>
        <w:t xml:space="preserve">pink ends, but the kind of reds and pink </w:t>
      </w:r>
      <w:proofErr w:type="spellStart"/>
      <w:r>
        <w:rPr>
          <w:rFonts w:ascii="Arial" w:hAnsi="Arial"/>
        </w:rPr>
        <w:t>colours</w:t>
      </w:r>
      <w:proofErr w:type="spellEnd"/>
      <w:r>
        <w:rPr>
          <w:rFonts w:ascii="Arial" w:hAnsi="Arial"/>
        </w:rPr>
        <w:t xml:space="preserve"> they take so much upkeep because they just go really like orange. And you know if that's what you want, great, but that was not what I wanted. I wanted pink. And I stopped doing it because I kept getting tol</w:t>
      </w:r>
      <w:r>
        <w:rPr>
          <w:rFonts w:ascii="Arial" w:hAnsi="Arial"/>
        </w:rPr>
        <w:t>d off for being pink dye all over my bathroom. And nice white bath and in our grouting and things like that. And I thought what's more important to me, my husband or my pink hair?</w:t>
      </w:r>
    </w:p>
    <w:p w14:paraId="27A24E6A" w14:textId="77777777" w:rsidR="00096B82" w:rsidRDefault="00096B82">
      <w:pPr>
        <w:spacing w:after="0"/>
      </w:pPr>
    </w:p>
    <w:p w14:paraId="18A70FF4" w14:textId="77777777" w:rsidR="00096B82" w:rsidRDefault="00D446B1">
      <w:pPr>
        <w:spacing w:after="0"/>
      </w:pPr>
      <w:r>
        <w:rPr>
          <w:rFonts w:ascii="Arial" w:hAnsi="Arial"/>
          <w:b/>
        </w:rPr>
        <w:t xml:space="preserve">Daisy  </w:t>
      </w:r>
      <w:r>
        <w:rPr>
          <w:rFonts w:ascii="Arial" w:hAnsi="Arial"/>
          <w:color w:val="5D7284"/>
        </w:rPr>
        <w:t>04:31</w:t>
      </w:r>
    </w:p>
    <w:p w14:paraId="5C1BB624" w14:textId="77777777" w:rsidR="00096B82" w:rsidRDefault="00D446B1">
      <w:pPr>
        <w:spacing w:after="0"/>
      </w:pPr>
      <w:r>
        <w:rPr>
          <w:rFonts w:ascii="Arial" w:hAnsi="Arial"/>
        </w:rPr>
        <w:t xml:space="preserve">It's </w:t>
      </w:r>
      <w:proofErr w:type="gramStart"/>
      <w:r>
        <w:rPr>
          <w:rFonts w:ascii="Arial" w:hAnsi="Arial"/>
        </w:rPr>
        <w:t>pretty generous</w:t>
      </w:r>
      <w:proofErr w:type="gramEnd"/>
      <w:r>
        <w:rPr>
          <w:rFonts w:ascii="Arial" w:hAnsi="Arial"/>
        </w:rPr>
        <w:t xml:space="preserve"> if you picked the husband.</w:t>
      </w:r>
    </w:p>
    <w:p w14:paraId="2E276D41" w14:textId="77777777" w:rsidR="00096B82" w:rsidRDefault="00096B82">
      <w:pPr>
        <w:spacing w:after="0"/>
      </w:pPr>
    </w:p>
    <w:p w14:paraId="399718DA" w14:textId="77777777" w:rsidR="00096B82" w:rsidRDefault="00D446B1">
      <w:pPr>
        <w:spacing w:after="0"/>
      </w:pPr>
      <w:r>
        <w:rPr>
          <w:rFonts w:ascii="Arial" w:hAnsi="Arial"/>
          <w:b/>
        </w:rPr>
        <w:t xml:space="preserve">Lucy  </w:t>
      </w:r>
      <w:r>
        <w:rPr>
          <w:rFonts w:ascii="Arial" w:hAnsi="Arial"/>
          <w:color w:val="5D7284"/>
        </w:rPr>
        <w:t>04:35</w:t>
      </w:r>
    </w:p>
    <w:p w14:paraId="74A12C8C" w14:textId="77777777" w:rsidR="00096B82" w:rsidRDefault="00D446B1">
      <w:pPr>
        <w:spacing w:after="0"/>
      </w:pPr>
      <w:r>
        <w:rPr>
          <w:rFonts w:ascii="Arial" w:hAnsi="Arial"/>
        </w:rPr>
        <w:t>Y</w:t>
      </w:r>
      <w:r>
        <w:rPr>
          <w:rFonts w:ascii="Arial" w:hAnsi="Arial"/>
        </w:rPr>
        <w:t>eah, to be honest.</w:t>
      </w:r>
    </w:p>
    <w:p w14:paraId="6636F064" w14:textId="77777777" w:rsidR="00096B82" w:rsidRDefault="00096B82">
      <w:pPr>
        <w:spacing w:after="0"/>
      </w:pPr>
    </w:p>
    <w:p w14:paraId="64B11E24" w14:textId="77777777" w:rsidR="00096B82" w:rsidRDefault="00D446B1">
      <w:pPr>
        <w:spacing w:after="0"/>
      </w:pPr>
      <w:r>
        <w:rPr>
          <w:rFonts w:ascii="Arial" w:hAnsi="Arial"/>
          <w:b/>
        </w:rPr>
        <w:t xml:space="preserve">Alice  </w:t>
      </w:r>
      <w:r>
        <w:rPr>
          <w:rFonts w:ascii="Arial" w:hAnsi="Arial"/>
          <w:color w:val="5D7284"/>
        </w:rPr>
        <w:t>04:37</w:t>
      </w:r>
    </w:p>
    <w:p w14:paraId="79DE47E8" w14:textId="77777777" w:rsidR="00096B82" w:rsidRDefault="00D446B1">
      <w:pPr>
        <w:spacing w:after="0"/>
      </w:pPr>
      <w:r>
        <w:rPr>
          <w:rFonts w:ascii="Arial" w:hAnsi="Arial"/>
        </w:rPr>
        <w:t xml:space="preserve">Well, what can I say? Yeah, you got put the effort into </w:t>
      </w:r>
      <w:proofErr w:type="gramStart"/>
      <w:r>
        <w:rPr>
          <w:rFonts w:ascii="Arial" w:hAnsi="Arial"/>
        </w:rPr>
        <w:t>these marriage thing</w:t>
      </w:r>
      <w:proofErr w:type="gramEnd"/>
      <w:r>
        <w:rPr>
          <w:rFonts w:ascii="Arial" w:hAnsi="Arial"/>
        </w:rPr>
        <w:t xml:space="preserve"> about compromise. </w:t>
      </w:r>
    </w:p>
    <w:p w14:paraId="5F7980A5" w14:textId="77777777" w:rsidR="00096B82" w:rsidRDefault="00096B82">
      <w:pPr>
        <w:spacing w:after="0"/>
      </w:pPr>
    </w:p>
    <w:p w14:paraId="53493366" w14:textId="77777777" w:rsidR="00096B82" w:rsidRDefault="00D446B1">
      <w:pPr>
        <w:spacing w:after="0"/>
      </w:pPr>
      <w:r>
        <w:rPr>
          <w:rFonts w:ascii="Arial" w:hAnsi="Arial"/>
          <w:b/>
        </w:rPr>
        <w:t xml:space="preserve">Daisy  </w:t>
      </w:r>
      <w:r>
        <w:rPr>
          <w:rFonts w:ascii="Arial" w:hAnsi="Arial"/>
          <w:color w:val="5D7284"/>
        </w:rPr>
        <w:t>04:44</w:t>
      </w:r>
    </w:p>
    <w:p w14:paraId="3A45BAC1" w14:textId="77777777" w:rsidR="00096B82" w:rsidRDefault="00D446B1">
      <w:pPr>
        <w:spacing w:after="0"/>
      </w:pPr>
      <w:r>
        <w:rPr>
          <w:rFonts w:ascii="Arial" w:hAnsi="Arial"/>
        </w:rPr>
        <w:t xml:space="preserve">It sounds like </w:t>
      </w:r>
      <w:proofErr w:type="spellStart"/>
      <w:r>
        <w:rPr>
          <w:rFonts w:ascii="Arial" w:hAnsi="Arial"/>
        </w:rPr>
        <w:t>i'm</w:t>
      </w:r>
      <w:proofErr w:type="spellEnd"/>
      <w:r>
        <w:rPr>
          <w:rFonts w:ascii="Arial" w:hAnsi="Arial"/>
        </w:rPr>
        <w:t xml:space="preserve"> dissing your husband, I have no idea who he </w:t>
      </w:r>
      <w:proofErr w:type="gramStart"/>
      <w:r>
        <w:rPr>
          <w:rFonts w:ascii="Arial" w:hAnsi="Arial"/>
        </w:rPr>
        <w:t>is</w:t>
      </w:r>
      <w:proofErr w:type="gramEnd"/>
    </w:p>
    <w:p w14:paraId="201A4AC4" w14:textId="77777777" w:rsidR="00096B82" w:rsidRDefault="00096B82">
      <w:pPr>
        <w:spacing w:after="0"/>
      </w:pPr>
    </w:p>
    <w:p w14:paraId="2BB31413" w14:textId="77777777" w:rsidR="00096B82" w:rsidRDefault="00D446B1">
      <w:pPr>
        <w:spacing w:after="0"/>
      </w:pPr>
      <w:r>
        <w:rPr>
          <w:rFonts w:ascii="Arial" w:hAnsi="Arial"/>
          <w:b/>
        </w:rPr>
        <w:t xml:space="preserve">Lucy  </w:t>
      </w:r>
      <w:r>
        <w:rPr>
          <w:rFonts w:ascii="Arial" w:hAnsi="Arial"/>
          <w:color w:val="5D7284"/>
        </w:rPr>
        <w:t>04:48</w:t>
      </w:r>
    </w:p>
    <w:p w14:paraId="1015F2B3" w14:textId="77777777" w:rsidR="00096B82" w:rsidRDefault="00D446B1">
      <w:pPr>
        <w:spacing w:after="0"/>
      </w:pPr>
      <w:r>
        <w:rPr>
          <w:rFonts w:ascii="Arial" w:hAnsi="Arial"/>
        </w:rPr>
        <w:t xml:space="preserve">you haven't met him yet Daisy </w:t>
      </w:r>
      <w:r>
        <w:rPr>
          <w:rFonts w:ascii="Arial" w:hAnsi="Arial"/>
        </w:rPr>
        <w:t xml:space="preserve">and you're slagging him </w:t>
      </w:r>
      <w:proofErr w:type="gramStart"/>
      <w:r>
        <w:rPr>
          <w:rFonts w:ascii="Arial" w:hAnsi="Arial"/>
        </w:rPr>
        <w:t>off</w:t>
      </w:r>
      <w:proofErr w:type="gramEnd"/>
    </w:p>
    <w:p w14:paraId="350C6FAE" w14:textId="77777777" w:rsidR="00096B82" w:rsidRDefault="00096B82">
      <w:pPr>
        <w:spacing w:after="0"/>
      </w:pPr>
    </w:p>
    <w:p w14:paraId="392537F5" w14:textId="77777777" w:rsidR="00096B82" w:rsidRDefault="00D446B1">
      <w:pPr>
        <w:spacing w:after="0"/>
      </w:pPr>
      <w:r>
        <w:rPr>
          <w:rFonts w:ascii="Arial" w:hAnsi="Arial"/>
          <w:b/>
        </w:rPr>
        <w:t xml:space="preserve">Daisy  </w:t>
      </w:r>
      <w:r>
        <w:rPr>
          <w:rFonts w:ascii="Arial" w:hAnsi="Arial"/>
          <w:color w:val="5D7284"/>
        </w:rPr>
        <w:t>04:51</w:t>
      </w:r>
    </w:p>
    <w:p w14:paraId="63E0925C" w14:textId="77777777" w:rsidR="00096B82" w:rsidRDefault="00D446B1">
      <w:pPr>
        <w:spacing w:after="0"/>
      </w:pPr>
      <w:r>
        <w:rPr>
          <w:rFonts w:ascii="Arial" w:hAnsi="Arial"/>
        </w:rPr>
        <w:t xml:space="preserve">I'm not slagging him off </w:t>
      </w:r>
      <w:proofErr w:type="spellStart"/>
      <w:r>
        <w:rPr>
          <w:rFonts w:ascii="Arial" w:hAnsi="Arial"/>
        </w:rPr>
        <w:t>i'm</w:t>
      </w:r>
      <w:proofErr w:type="spellEnd"/>
      <w:r>
        <w:rPr>
          <w:rFonts w:ascii="Arial" w:hAnsi="Arial"/>
        </w:rPr>
        <w:t xml:space="preserve"> just saying that pink hair is more </w:t>
      </w:r>
      <w:proofErr w:type="gramStart"/>
      <w:r>
        <w:rPr>
          <w:rFonts w:ascii="Arial" w:hAnsi="Arial"/>
        </w:rPr>
        <w:t>important</w:t>
      </w:r>
      <w:proofErr w:type="gramEnd"/>
    </w:p>
    <w:p w14:paraId="395BC3E4" w14:textId="77777777" w:rsidR="00096B82" w:rsidRDefault="00096B82">
      <w:pPr>
        <w:spacing w:after="0"/>
      </w:pPr>
    </w:p>
    <w:p w14:paraId="1076CDF5" w14:textId="77777777" w:rsidR="00096B82" w:rsidRDefault="00D446B1">
      <w:pPr>
        <w:spacing w:after="0"/>
      </w:pPr>
      <w:r>
        <w:rPr>
          <w:rFonts w:ascii="Arial" w:hAnsi="Arial"/>
          <w:b/>
        </w:rPr>
        <w:t xml:space="preserve">Alice  </w:t>
      </w:r>
      <w:r>
        <w:rPr>
          <w:rFonts w:ascii="Arial" w:hAnsi="Arial"/>
          <w:color w:val="5D7284"/>
        </w:rPr>
        <w:t>04:57</w:t>
      </w:r>
    </w:p>
    <w:p w14:paraId="38C7F876" w14:textId="77777777" w:rsidR="00096B82" w:rsidRDefault="00D446B1">
      <w:pPr>
        <w:spacing w:after="0"/>
      </w:pPr>
      <w:r>
        <w:rPr>
          <w:rFonts w:ascii="Arial" w:hAnsi="Arial"/>
        </w:rPr>
        <w:t xml:space="preserve">than my </w:t>
      </w:r>
      <w:proofErr w:type="gramStart"/>
      <w:r>
        <w:rPr>
          <w:rFonts w:ascii="Arial" w:hAnsi="Arial"/>
        </w:rPr>
        <w:t>10 year</w:t>
      </w:r>
      <w:proofErr w:type="gramEnd"/>
      <w:r>
        <w:rPr>
          <w:rFonts w:ascii="Arial" w:hAnsi="Arial"/>
        </w:rPr>
        <w:t xml:space="preserve"> relationship.</w:t>
      </w:r>
    </w:p>
    <w:p w14:paraId="6A939324" w14:textId="77777777" w:rsidR="00096B82" w:rsidRDefault="00096B82">
      <w:pPr>
        <w:spacing w:after="0"/>
      </w:pPr>
    </w:p>
    <w:p w14:paraId="3A80C8D6" w14:textId="77777777" w:rsidR="00096B82" w:rsidRDefault="00D446B1">
      <w:pPr>
        <w:spacing w:after="0"/>
      </w:pPr>
      <w:r>
        <w:rPr>
          <w:rFonts w:ascii="Arial" w:hAnsi="Arial"/>
          <w:b/>
        </w:rPr>
        <w:t xml:space="preserve">Lucy  </w:t>
      </w:r>
      <w:r>
        <w:rPr>
          <w:rFonts w:ascii="Arial" w:hAnsi="Arial"/>
          <w:color w:val="5D7284"/>
        </w:rPr>
        <w:t>05:02</w:t>
      </w:r>
    </w:p>
    <w:p w14:paraId="79A57DC6" w14:textId="77777777" w:rsidR="00096B82" w:rsidRDefault="00D446B1">
      <w:pPr>
        <w:spacing w:after="0"/>
      </w:pPr>
      <w:r>
        <w:rPr>
          <w:rFonts w:ascii="Arial" w:hAnsi="Arial"/>
        </w:rPr>
        <w:t>Anyway, update hair dye and</w:t>
      </w:r>
    </w:p>
    <w:p w14:paraId="5CD7126F" w14:textId="77777777" w:rsidR="00096B82" w:rsidRDefault="00096B82">
      <w:pPr>
        <w:spacing w:after="0"/>
      </w:pPr>
    </w:p>
    <w:p w14:paraId="41EB0FC1" w14:textId="77777777" w:rsidR="00096B82" w:rsidRDefault="00D446B1">
      <w:pPr>
        <w:spacing w:after="0"/>
      </w:pPr>
      <w:r>
        <w:rPr>
          <w:rFonts w:ascii="Arial" w:hAnsi="Arial"/>
          <w:b/>
        </w:rPr>
        <w:t xml:space="preserve">Alice  </w:t>
      </w:r>
      <w:r>
        <w:rPr>
          <w:rFonts w:ascii="Arial" w:hAnsi="Arial"/>
          <w:color w:val="5D7284"/>
        </w:rPr>
        <w:t>05:06</w:t>
      </w:r>
    </w:p>
    <w:p w14:paraId="71C83A60" w14:textId="77777777" w:rsidR="00096B82" w:rsidRDefault="00D446B1">
      <w:pPr>
        <w:spacing w:after="0"/>
      </w:pPr>
      <w:r>
        <w:rPr>
          <w:rFonts w:ascii="Arial" w:hAnsi="Arial"/>
        </w:rPr>
        <w:t xml:space="preserve">hair dye and books, that doesn't </w:t>
      </w:r>
      <w:r>
        <w:rPr>
          <w:rFonts w:ascii="Arial" w:hAnsi="Arial"/>
        </w:rPr>
        <w:t>sound bad to me?</w:t>
      </w:r>
    </w:p>
    <w:p w14:paraId="297457DB" w14:textId="77777777" w:rsidR="00096B82" w:rsidRDefault="00096B82">
      <w:pPr>
        <w:spacing w:after="0"/>
      </w:pPr>
    </w:p>
    <w:p w14:paraId="6F5B4472" w14:textId="77777777" w:rsidR="00096B82" w:rsidRDefault="00D446B1">
      <w:pPr>
        <w:spacing w:after="0"/>
      </w:pPr>
      <w:r>
        <w:rPr>
          <w:rFonts w:ascii="Arial" w:hAnsi="Arial"/>
          <w:b/>
        </w:rPr>
        <w:t xml:space="preserve">Lucy  </w:t>
      </w:r>
      <w:r>
        <w:rPr>
          <w:rFonts w:ascii="Arial" w:hAnsi="Arial"/>
          <w:color w:val="5D7284"/>
        </w:rPr>
        <w:t>05:10</w:t>
      </w:r>
    </w:p>
    <w:p w14:paraId="1B5DCC17" w14:textId="77777777" w:rsidR="00096B82" w:rsidRDefault="00D446B1">
      <w:pPr>
        <w:spacing w:after="0"/>
      </w:pPr>
      <w:r>
        <w:rPr>
          <w:rFonts w:ascii="Arial" w:hAnsi="Arial"/>
        </w:rPr>
        <w:t>No, sounds like a good week to me. So erm shall we move on to our topic of conversation for today?</w:t>
      </w:r>
    </w:p>
    <w:p w14:paraId="786B5FCD" w14:textId="77777777" w:rsidR="00096B82" w:rsidRDefault="00096B82">
      <w:pPr>
        <w:spacing w:after="0"/>
      </w:pPr>
    </w:p>
    <w:p w14:paraId="4A472652" w14:textId="77777777" w:rsidR="00096B82" w:rsidRDefault="00D446B1">
      <w:pPr>
        <w:spacing w:after="0"/>
      </w:pPr>
      <w:r>
        <w:rPr>
          <w:rFonts w:ascii="Arial" w:hAnsi="Arial"/>
          <w:b/>
        </w:rPr>
        <w:t xml:space="preserve">Alice  </w:t>
      </w:r>
      <w:r>
        <w:rPr>
          <w:rFonts w:ascii="Arial" w:hAnsi="Arial"/>
          <w:color w:val="5D7284"/>
        </w:rPr>
        <w:t>05:18</w:t>
      </w:r>
    </w:p>
    <w:p w14:paraId="2695F287" w14:textId="77777777" w:rsidR="00096B82" w:rsidRDefault="00D446B1">
      <w:pPr>
        <w:spacing w:after="0"/>
      </w:pPr>
      <w:r>
        <w:rPr>
          <w:rFonts w:ascii="Arial" w:hAnsi="Arial"/>
        </w:rPr>
        <w:t xml:space="preserve">Go on </w:t>
      </w:r>
      <w:proofErr w:type="gramStart"/>
      <w:r>
        <w:rPr>
          <w:rFonts w:ascii="Arial" w:hAnsi="Arial"/>
        </w:rPr>
        <w:t>then</w:t>
      </w:r>
      <w:proofErr w:type="gramEnd"/>
      <w:r>
        <w:rPr>
          <w:rFonts w:ascii="Arial" w:hAnsi="Arial"/>
        </w:rPr>
        <w:t xml:space="preserve"> </w:t>
      </w:r>
    </w:p>
    <w:p w14:paraId="6185FD9B" w14:textId="77777777" w:rsidR="00096B82" w:rsidRDefault="00096B82">
      <w:pPr>
        <w:spacing w:after="0"/>
      </w:pPr>
    </w:p>
    <w:p w14:paraId="6C5F17F8" w14:textId="77777777" w:rsidR="00096B82" w:rsidRDefault="00D446B1">
      <w:pPr>
        <w:spacing w:after="0"/>
      </w:pPr>
      <w:r>
        <w:rPr>
          <w:rFonts w:ascii="Arial" w:hAnsi="Arial"/>
          <w:b/>
        </w:rPr>
        <w:t xml:space="preserve">Lucy  </w:t>
      </w:r>
      <w:r>
        <w:rPr>
          <w:rFonts w:ascii="Arial" w:hAnsi="Arial"/>
          <w:color w:val="5D7284"/>
        </w:rPr>
        <w:t>05:19</w:t>
      </w:r>
    </w:p>
    <w:p w14:paraId="17277E2E" w14:textId="77777777" w:rsidR="00096B82" w:rsidRDefault="00D446B1">
      <w:pPr>
        <w:spacing w:after="0"/>
      </w:pPr>
      <w:r>
        <w:rPr>
          <w:rFonts w:ascii="Arial" w:hAnsi="Arial"/>
        </w:rPr>
        <w:t xml:space="preserve">So today, this has been this has been in my file since January, being very </w:t>
      </w:r>
      <w:proofErr w:type="spellStart"/>
      <w:r>
        <w:rPr>
          <w:rFonts w:ascii="Arial" w:hAnsi="Arial"/>
        </w:rPr>
        <w:t>organised</w:t>
      </w:r>
      <w:proofErr w:type="spellEnd"/>
      <w:r>
        <w:rPr>
          <w:rFonts w:ascii="Arial" w:hAnsi="Arial"/>
        </w:rPr>
        <w:t>. An</w:t>
      </w:r>
      <w:r>
        <w:rPr>
          <w:rFonts w:ascii="Arial" w:hAnsi="Arial"/>
        </w:rPr>
        <w:t>d I'm only now talking about him. So today we are going to be talking about Horatio Nelson, as part of our history lesson episode, so I'm going to tell you a bit about him. Daisy will interject with where I've gone wrong. She's got the same notes as I have</w:t>
      </w:r>
      <w:r>
        <w:rPr>
          <w:rFonts w:ascii="Arial" w:hAnsi="Arial"/>
        </w:rPr>
        <w:t xml:space="preserve">, and it's probably gone. That's wrong. That's wrong. That's wrong. </w:t>
      </w:r>
      <w:proofErr w:type="gramStart"/>
      <w:r>
        <w:rPr>
          <w:rFonts w:ascii="Arial" w:hAnsi="Arial"/>
        </w:rPr>
        <w:t>So</w:t>
      </w:r>
      <w:proofErr w:type="gramEnd"/>
      <w:r>
        <w:rPr>
          <w:rFonts w:ascii="Arial" w:hAnsi="Arial"/>
        </w:rPr>
        <w:t xml:space="preserve"> we're going to go through it together and find out about Nelson. Sound good?</w:t>
      </w:r>
    </w:p>
    <w:p w14:paraId="61207291" w14:textId="77777777" w:rsidR="00096B82" w:rsidRDefault="00096B82">
      <w:pPr>
        <w:spacing w:after="0"/>
      </w:pPr>
    </w:p>
    <w:p w14:paraId="34D805EF" w14:textId="77777777" w:rsidR="00096B82" w:rsidRDefault="00D446B1">
      <w:pPr>
        <w:spacing w:after="0"/>
      </w:pPr>
      <w:r>
        <w:rPr>
          <w:rFonts w:ascii="Arial" w:hAnsi="Arial"/>
          <w:b/>
        </w:rPr>
        <w:t xml:space="preserve">Alice  </w:t>
      </w:r>
      <w:r>
        <w:rPr>
          <w:rFonts w:ascii="Arial" w:hAnsi="Arial"/>
          <w:color w:val="5D7284"/>
        </w:rPr>
        <w:t>05:54</w:t>
      </w:r>
    </w:p>
    <w:p w14:paraId="5E6872D2" w14:textId="77777777" w:rsidR="00096B82" w:rsidRDefault="00D446B1">
      <w:pPr>
        <w:spacing w:after="0"/>
      </w:pPr>
      <w:r>
        <w:rPr>
          <w:rFonts w:ascii="Arial" w:hAnsi="Arial"/>
        </w:rPr>
        <w:t xml:space="preserve">Yeah. Can I just start by saying, I think I know who Nelson </w:t>
      </w:r>
      <w:proofErr w:type="gramStart"/>
      <w:r>
        <w:rPr>
          <w:rFonts w:ascii="Arial" w:hAnsi="Arial"/>
        </w:rPr>
        <w:t>is.</w:t>
      </w:r>
      <w:proofErr w:type="gramEnd"/>
      <w:r>
        <w:rPr>
          <w:rFonts w:ascii="Arial" w:hAnsi="Arial"/>
        </w:rPr>
        <w:t xml:space="preserve"> Is he the one that had like al</w:t>
      </w:r>
      <w:r>
        <w:rPr>
          <w:rFonts w:ascii="Arial" w:hAnsi="Arial"/>
        </w:rPr>
        <w:t xml:space="preserve">l the to </w:t>
      </w:r>
      <w:proofErr w:type="gramStart"/>
      <w:r>
        <w:rPr>
          <w:rFonts w:ascii="Arial" w:hAnsi="Arial"/>
        </w:rPr>
        <w:t>do's</w:t>
      </w:r>
      <w:proofErr w:type="gramEnd"/>
      <w:r>
        <w:rPr>
          <w:rFonts w:ascii="Arial" w:hAnsi="Arial"/>
        </w:rPr>
        <w:t xml:space="preserve"> with Napoleon? Or is that Wellington or are they the same person?</w:t>
      </w:r>
    </w:p>
    <w:p w14:paraId="6809C9B0" w14:textId="77777777" w:rsidR="00096B82" w:rsidRDefault="00096B82">
      <w:pPr>
        <w:spacing w:after="0"/>
      </w:pPr>
    </w:p>
    <w:p w14:paraId="5A8B5840" w14:textId="77777777" w:rsidR="00096B82" w:rsidRDefault="00D446B1">
      <w:pPr>
        <w:spacing w:after="0"/>
      </w:pPr>
      <w:r>
        <w:rPr>
          <w:rFonts w:ascii="Arial" w:hAnsi="Arial"/>
          <w:b/>
        </w:rPr>
        <w:t xml:space="preserve">Lucy  </w:t>
      </w:r>
      <w:r>
        <w:rPr>
          <w:rFonts w:ascii="Arial" w:hAnsi="Arial"/>
          <w:color w:val="5D7284"/>
        </w:rPr>
        <w:t>06:12</w:t>
      </w:r>
    </w:p>
    <w:p w14:paraId="2EC57DFF" w14:textId="77777777" w:rsidR="00096B82" w:rsidRDefault="00D446B1">
      <w:pPr>
        <w:spacing w:after="0"/>
      </w:pPr>
      <w:r>
        <w:rPr>
          <w:rFonts w:ascii="Arial" w:hAnsi="Arial"/>
        </w:rPr>
        <w:t>Daisy,</w:t>
      </w:r>
    </w:p>
    <w:p w14:paraId="697F64F1" w14:textId="77777777" w:rsidR="00096B82" w:rsidRDefault="00096B82">
      <w:pPr>
        <w:spacing w:after="0"/>
      </w:pPr>
    </w:p>
    <w:p w14:paraId="5750726D" w14:textId="77777777" w:rsidR="00096B82" w:rsidRDefault="00D446B1">
      <w:pPr>
        <w:spacing w:after="0"/>
      </w:pPr>
      <w:r>
        <w:rPr>
          <w:rFonts w:ascii="Arial" w:hAnsi="Arial"/>
          <w:b/>
        </w:rPr>
        <w:t xml:space="preserve">Daisy  </w:t>
      </w:r>
      <w:r>
        <w:rPr>
          <w:rFonts w:ascii="Arial" w:hAnsi="Arial"/>
          <w:color w:val="5D7284"/>
        </w:rPr>
        <w:t>06:13</w:t>
      </w:r>
    </w:p>
    <w:p w14:paraId="4442A99F" w14:textId="77777777" w:rsidR="00096B82" w:rsidRDefault="00D446B1">
      <w:pPr>
        <w:spacing w:after="0"/>
      </w:pPr>
      <w:r>
        <w:rPr>
          <w:rFonts w:ascii="Arial" w:hAnsi="Arial"/>
        </w:rPr>
        <w:t xml:space="preserve">okay. </w:t>
      </w:r>
      <w:proofErr w:type="gramStart"/>
      <w:r>
        <w:rPr>
          <w:rFonts w:ascii="Arial" w:hAnsi="Arial"/>
        </w:rPr>
        <w:t>Wellington and Nelson,</w:t>
      </w:r>
      <w:proofErr w:type="gramEnd"/>
      <w:r>
        <w:rPr>
          <w:rFonts w:ascii="Arial" w:hAnsi="Arial"/>
        </w:rPr>
        <w:t xml:space="preserve"> aren't the same person. But he has a lot of to </w:t>
      </w:r>
      <w:proofErr w:type="gramStart"/>
      <w:r>
        <w:rPr>
          <w:rFonts w:ascii="Arial" w:hAnsi="Arial"/>
        </w:rPr>
        <w:t>do's</w:t>
      </w:r>
      <w:proofErr w:type="gramEnd"/>
      <w:r>
        <w:rPr>
          <w:rFonts w:ascii="Arial" w:hAnsi="Arial"/>
        </w:rPr>
        <w:t xml:space="preserve">. With </w:t>
      </w:r>
      <w:proofErr w:type="gramStart"/>
      <w:r>
        <w:rPr>
          <w:rFonts w:ascii="Arial" w:hAnsi="Arial"/>
        </w:rPr>
        <w:t>that years and years</w:t>
      </w:r>
      <w:proofErr w:type="gramEnd"/>
      <w:r>
        <w:rPr>
          <w:rFonts w:ascii="Arial" w:hAnsi="Arial"/>
        </w:rPr>
        <w:t xml:space="preserve"> and years and years and it's reall</w:t>
      </w:r>
      <w:r>
        <w:rPr>
          <w:rFonts w:ascii="Arial" w:hAnsi="Arial"/>
        </w:rPr>
        <w:t xml:space="preserve">y, really complicated. And part of my research for this was trying to understand </w:t>
      </w:r>
      <w:proofErr w:type="gramStart"/>
      <w:r>
        <w:rPr>
          <w:rFonts w:ascii="Arial" w:hAnsi="Arial"/>
        </w:rPr>
        <w:t>all of</w:t>
      </w:r>
      <w:proofErr w:type="gramEnd"/>
      <w:r>
        <w:rPr>
          <w:rFonts w:ascii="Arial" w:hAnsi="Arial"/>
        </w:rPr>
        <w:t xml:space="preserve"> those walls, and it's really complicated.</w:t>
      </w:r>
    </w:p>
    <w:p w14:paraId="4C72136D" w14:textId="77777777" w:rsidR="00096B82" w:rsidRDefault="00096B82">
      <w:pPr>
        <w:spacing w:after="0"/>
      </w:pPr>
    </w:p>
    <w:p w14:paraId="4F600E32" w14:textId="77777777" w:rsidR="00096B82" w:rsidRDefault="00D446B1">
      <w:pPr>
        <w:spacing w:after="0"/>
      </w:pPr>
      <w:r>
        <w:rPr>
          <w:rFonts w:ascii="Arial" w:hAnsi="Arial"/>
          <w:b/>
        </w:rPr>
        <w:t xml:space="preserve">Alice  </w:t>
      </w:r>
      <w:r>
        <w:rPr>
          <w:rFonts w:ascii="Arial" w:hAnsi="Arial"/>
          <w:color w:val="5D7284"/>
        </w:rPr>
        <w:t>06:38</w:t>
      </w:r>
    </w:p>
    <w:p w14:paraId="330D6696" w14:textId="77777777" w:rsidR="00096B82" w:rsidRDefault="00D446B1">
      <w:pPr>
        <w:spacing w:after="0"/>
      </w:pPr>
      <w:r>
        <w:rPr>
          <w:rFonts w:ascii="Arial" w:hAnsi="Arial"/>
        </w:rPr>
        <w:t>Around the same time, or as if I just picked this name out of the blue.</w:t>
      </w:r>
    </w:p>
    <w:p w14:paraId="24255AD7" w14:textId="77777777" w:rsidR="00096B82" w:rsidRDefault="00096B82">
      <w:pPr>
        <w:spacing w:after="0"/>
      </w:pPr>
    </w:p>
    <w:p w14:paraId="481AB57C" w14:textId="77777777" w:rsidR="00096B82" w:rsidRDefault="00D446B1">
      <w:pPr>
        <w:spacing w:after="0"/>
      </w:pPr>
      <w:r>
        <w:rPr>
          <w:rFonts w:ascii="Arial" w:hAnsi="Arial"/>
          <w:b/>
        </w:rPr>
        <w:t xml:space="preserve">Daisy  </w:t>
      </w:r>
      <w:r>
        <w:rPr>
          <w:rFonts w:ascii="Arial" w:hAnsi="Arial"/>
          <w:color w:val="5D7284"/>
        </w:rPr>
        <w:t>06:42</w:t>
      </w:r>
    </w:p>
    <w:p w14:paraId="43B1258C" w14:textId="77777777" w:rsidR="00096B82" w:rsidRDefault="00D446B1">
      <w:pPr>
        <w:spacing w:after="0"/>
      </w:pPr>
      <w:r>
        <w:rPr>
          <w:rFonts w:ascii="Arial" w:hAnsi="Arial"/>
        </w:rPr>
        <w:t xml:space="preserve">Oh, God, now I have to </w:t>
      </w:r>
      <w:r>
        <w:rPr>
          <w:rFonts w:ascii="Arial" w:hAnsi="Arial"/>
        </w:rPr>
        <w:t xml:space="preserve">try and do something that I didn't already </w:t>
      </w:r>
      <w:proofErr w:type="gramStart"/>
      <w:r>
        <w:rPr>
          <w:rFonts w:ascii="Arial" w:hAnsi="Arial"/>
        </w:rPr>
        <w:t>research</w:t>
      </w:r>
      <w:proofErr w:type="gramEnd"/>
    </w:p>
    <w:p w14:paraId="7DFA3AFB" w14:textId="77777777" w:rsidR="00096B82" w:rsidRDefault="00096B82">
      <w:pPr>
        <w:spacing w:after="0"/>
      </w:pPr>
    </w:p>
    <w:p w14:paraId="03B5A832" w14:textId="77777777" w:rsidR="00096B82" w:rsidRDefault="00D446B1">
      <w:pPr>
        <w:spacing w:after="0"/>
      </w:pPr>
      <w:r>
        <w:rPr>
          <w:rFonts w:ascii="Arial" w:hAnsi="Arial"/>
          <w:b/>
        </w:rPr>
        <w:t xml:space="preserve">Lucy  </w:t>
      </w:r>
      <w:r>
        <w:rPr>
          <w:rFonts w:ascii="Arial" w:hAnsi="Arial"/>
          <w:color w:val="5D7284"/>
        </w:rPr>
        <w:t>06:48</w:t>
      </w:r>
    </w:p>
    <w:p w14:paraId="6B024720" w14:textId="77777777" w:rsidR="00096B82" w:rsidRDefault="00D446B1">
      <w:pPr>
        <w:spacing w:after="0"/>
      </w:pPr>
      <w:r>
        <w:rPr>
          <w:rFonts w:ascii="Arial" w:hAnsi="Arial"/>
        </w:rPr>
        <w:t xml:space="preserve">Is Wellington </w:t>
      </w:r>
      <w:proofErr w:type="gramStart"/>
      <w:r>
        <w:rPr>
          <w:rFonts w:ascii="Arial" w:hAnsi="Arial"/>
        </w:rPr>
        <w:t>is</w:t>
      </w:r>
      <w:proofErr w:type="gramEnd"/>
      <w:r>
        <w:rPr>
          <w:rFonts w:ascii="Arial" w:hAnsi="Arial"/>
        </w:rPr>
        <w:t xml:space="preserve"> Wellington, the man responsible for Beef Wellington, because that's very nice. Very tasty.</w:t>
      </w:r>
    </w:p>
    <w:p w14:paraId="516F82F8" w14:textId="77777777" w:rsidR="00096B82" w:rsidRDefault="00096B82">
      <w:pPr>
        <w:spacing w:after="0"/>
      </w:pPr>
    </w:p>
    <w:p w14:paraId="3E00571C" w14:textId="77777777" w:rsidR="00096B82" w:rsidRDefault="00D446B1">
      <w:pPr>
        <w:spacing w:after="0"/>
      </w:pPr>
      <w:r>
        <w:rPr>
          <w:rFonts w:ascii="Arial" w:hAnsi="Arial"/>
          <w:b/>
        </w:rPr>
        <w:t xml:space="preserve">Alice  </w:t>
      </w:r>
      <w:r>
        <w:rPr>
          <w:rFonts w:ascii="Arial" w:hAnsi="Arial"/>
          <w:color w:val="5D7284"/>
        </w:rPr>
        <w:t>06:59</w:t>
      </w:r>
    </w:p>
    <w:p w14:paraId="2E1AA00B" w14:textId="77777777" w:rsidR="00096B82" w:rsidRDefault="00D446B1">
      <w:pPr>
        <w:spacing w:after="0"/>
      </w:pPr>
      <w:r>
        <w:rPr>
          <w:rFonts w:ascii="Arial" w:hAnsi="Arial"/>
        </w:rPr>
        <w:t>She was not expecting.</w:t>
      </w:r>
    </w:p>
    <w:p w14:paraId="4E7A9BCA" w14:textId="77777777" w:rsidR="00096B82" w:rsidRDefault="00096B82">
      <w:pPr>
        <w:spacing w:after="0"/>
      </w:pPr>
    </w:p>
    <w:p w14:paraId="50B76D66" w14:textId="77777777" w:rsidR="00096B82" w:rsidRDefault="00D446B1">
      <w:pPr>
        <w:spacing w:after="0"/>
      </w:pPr>
      <w:r>
        <w:rPr>
          <w:rFonts w:ascii="Arial" w:hAnsi="Arial"/>
          <w:b/>
        </w:rPr>
        <w:t xml:space="preserve">Daisy  </w:t>
      </w:r>
      <w:r>
        <w:rPr>
          <w:rFonts w:ascii="Arial" w:hAnsi="Arial"/>
          <w:color w:val="5D7284"/>
        </w:rPr>
        <w:t>07:02</w:t>
      </w:r>
    </w:p>
    <w:p w14:paraId="27ECB3CE" w14:textId="77777777" w:rsidR="00096B82" w:rsidRDefault="00D446B1">
      <w:pPr>
        <w:spacing w:after="0"/>
      </w:pPr>
      <w:r>
        <w:rPr>
          <w:rFonts w:ascii="Arial" w:hAnsi="Arial"/>
        </w:rPr>
        <w:t xml:space="preserve">Yeah, why not? I mean, Google's </w:t>
      </w:r>
      <w:r>
        <w:rPr>
          <w:rFonts w:ascii="Arial" w:hAnsi="Arial"/>
        </w:rPr>
        <w:t>telling me that Wellington is the capital of New Zealand. Well, yeah, that's true.</w:t>
      </w:r>
    </w:p>
    <w:p w14:paraId="3EBA9FD5" w14:textId="77777777" w:rsidR="00096B82" w:rsidRDefault="00096B82">
      <w:pPr>
        <w:spacing w:after="0"/>
      </w:pPr>
    </w:p>
    <w:p w14:paraId="1892787C" w14:textId="77777777" w:rsidR="00096B82" w:rsidRDefault="00D446B1">
      <w:pPr>
        <w:spacing w:after="0"/>
      </w:pPr>
      <w:r>
        <w:rPr>
          <w:rFonts w:ascii="Arial" w:hAnsi="Arial"/>
          <w:b/>
        </w:rPr>
        <w:t xml:space="preserve">Lucy  </w:t>
      </w:r>
      <w:r>
        <w:rPr>
          <w:rFonts w:ascii="Arial" w:hAnsi="Arial"/>
          <w:color w:val="5D7284"/>
        </w:rPr>
        <w:t>07:10</w:t>
      </w:r>
    </w:p>
    <w:p w14:paraId="4624F92D" w14:textId="77777777" w:rsidR="00096B82" w:rsidRDefault="00D446B1">
      <w:pPr>
        <w:spacing w:after="0"/>
      </w:pPr>
      <w:r>
        <w:rPr>
          <w:rFonts w:ascii="Arial" w:hAnsi="Arial"/>
        </w:rPr>
        <w:t>Yeah. Wellington beef see what that comes up with</w:t>
      </w:r>
    </w:p>
    <w:p w14:paraId="1377FBCE" w14:textId="77777777" w:rsidR="00096B82" w:rsidRDefault="00096B82">
      <w:pPr>
        <w:spacing w:after="0"/>
      </w:pPr>
    </w:p>
    <w:p w14:paraId="7D03DA1C" w14:textId="77777777" w:rsidR="00096B82" w:rsidRDefault="00D446B1">
      <w:pPr>
        <w:spacing w:after="0"/>
      </w:pPr>
      <w:r>
        <w:rPr>
          <w:rFonts w:ascii="Arial" w:hAnsi="Arial"/>
          <w:b/>
        </w:rPr>
        <w:t xml:space="preserve">Daisy  </w:t>
      </w:r>
      <w:r>
        <w:rPr>
          <w:rFonts w:ascii="Arial" w:hAnsi="Arial"/>
          <w:color w:val="5D7284"/>
        </w:rPr>
        <w:t>07:15</w:t>
      </w:r>
    </w:p>
    <w:p w14:paraId="17D360EE" w14:textId="77777777" w:rsidR="00096B82" w:rsidRDefault="00D446B1">
      <w:pPr>
        <w:spacing w:after="0"/>
      </w:pPr>
      <w:r>
        <w:rPr>
          <w:rFonts w:ascii="Arial" w:hAnsi="Arial"/>
        </w:rPr>
        <w:lastRenderedPageBreak/>
        <w:t xml:space="preserve">we will go right off topic. Okay. Okay. Wellington was after Nelson, but it was a series of </w:t>
      </w:r>
      <w:r>
        <w:rPr>
          <w:rFonts w:ascii="Arial" w:hAnsi="Arial"/>
        </w:rPr>
        <w:t xml:space="preserve">wars. And by series. I mean, thing that stretched for genuinely like, 200 years. It was </w:t>
      </w:r>
      <w:proofErr w:type="gramStart"/>
      <w:r>
        <w:rPr>
          <w:rFonts w:ascii="Arial" w:hAnsi="Arial"/>
        </w:rPr>
        <w:t>ridiculous</w:t>
      </w:r>
      <w:proofErr w:type="gramEnd"/>
    </w:p>
    <w:p w14:paraId="233A4E93" w14:textId="77777777" w:rsidR="00096B82" w:rsidRDefault="00096B82">
      <w:pPr>
        <w:spacing w:after="0"/>
      </w:pPr>
    </w:p>
    <w:p w14:paraId="0EE51527" w14:textId="77777777" w:rsidR="00096B82" w:rsidRDefault="00D446B1">
      <w:pPr>
        <w:spacing w:after="0"/>
      </w:pPr>
      <w:r>
        <w:rPr>
          <w:rFonts w:ascii="Arial" w:hAnsi="Arial"/>
          <w:b/>
        </w:rPr>
        <w:t xml:space="preserve">Alice  </w:t>
      </w:r>
      <w:r>
        <w:rPr>
          <w:rFonts w:ascii="Arial" w:hAnsi="Arial"/>
          <w:color w:val="5D7284"/>
        </w:rPr>
        <w:t>07:28</w:t>
      </w:r>
    </w:p>
    <w:p w14:paraId="0569320B" w14:textId="77777777" w:rsidR="00096B82" w:rsidRDefault="00D446B1">
      <w:pPr>
        <w:spacing w:after="0"/>
      </w:pPr>
      <w:r>
        <w:rPr>
          <w:rFonts w:ascii="Arial" w:hAnsi="Arial"/>
        </w:rPr>
        <w:t xml:space="preserve">The </w:t>
      </w:r>
      <w:proofErr w:type="spellStart"/>
      <w:r>
        <w:rPr>
          <w:rFonts w:ascii="Arial" w:hAnsi="Arial"/>
        </w:rPr>
        <w:t>the</w:t>
      </w:r>
      <w:proofErr w:type="spellEnd"/>
      <w:r>
        <w:rPr>
          <w:rFonts w:ascii="Arial" w:hAnsi="Arial"/>
        </w:rPr>
        <w:t xml:space="preserve"> Napoleonic Wars I believe they imaginatively named them.</w:t>
      </w:r>
    </w:p>
    <w:p w14:paraId="2FB17E4E" w14:textId="77777777" w:rsidR="00096B82" w:rsidRDefault="00096B82">
      <w:pPr>
        <w:spacing w:after="0"/>
      </w:pPr>
    </w:p>
    <w:p w14:paraId="4747338D" w14:textId="77777777" w:rsidR="00096B82" w:rsidRDefault="00D446B1">
      <w:pPr>
        <w:spacing w:after="0"/>
      </w:pPr>
      <w:r>
        <w:rPr>
          <w:rFonts w:ascii="Arial" w:hAnsi="Arial"/>
          <w:b/>
        </w:rPr>
        <w:t xml:space="preserve">Daisy  </w:t>
      </w:r>
      <w:r>
        <w:rPr>
          <w:rFonts w:ascii="Arial" w:hAnsi="Arial"/>
          <w:color w:val="5D7284"/>
        </w:rPr>
        <w:t>07:33</w:t>
      </w:r>
    </w:p>
    <w:p w14:paraId="1191916D" w14:textId="77777777" w:rsidR="00096B82" w:rsidRDefault="00D446B1">
      <w:pPr>
        <w:spacing w:after="0"/>
      </w:pPr>
      <w:r>
        <w:rPr>
          <w:rFonts w:ascii="Arial" w:hAnsi="Arial"/>
        </w:rPr>
        <w:t>I mean, that. That's</w:t>
      </w:r>
    </w:p>
    <w:p w14:paraId="1884B6FA" w14:textId="77777777" w:rsidR="00096B82" w:rsidRDefault="00096B82">
      <w:pPr>
        <w:spacing w:after="0"/>
      </w:pPr>
    </w:p>
    <w:p w14:paraId="366C4706" w14:textId="77777777" w:rsidR="00096B82" w:rsidRDefault="00D446B1">
      <w:pPr>
        <w:spacing w:after="0"/>
      </w:pPr>
      <w:r>
        <w:rPr>
          <w:rFonts w:ascii="Arial" w:hAnsi="Arial"/>
          <w:b/>
        </w:rPr>
        <w:t xml:space="preserve">Lucy  </w:t>
      </w:r>
      <w:r>
        <w:rPr>
          <w:rFonts w:ascii="Arial" w:hAnsi="Arial"/>
          <w:color w:val="5D7284"/>
        </w:rPr>
        <w:t>07:39</w:t>
      </w:r>
    </w:p>
    <w:p w14:paraId="72ED7F7A" w14:textId="77777777" w:rsidR="00096B82" w:rsidRDefault="00D446B1">
      <w:pPr>
        <w:spacing w:after="0"/>
      </w:pPr>
      <w:r>
        <w:rPr>
          <w:rFonts w:ascii="Arial" w:hAnsi="Arial"/>
        </w:rPr>
        <w:t xml:space="preserve">You could let go is basically </w:t>
      </w:r>
      <w:r>
        <w:rPr>
          <w:rFonts w:ascii="Arial" w:hAnsi="Arial"/>
        </w:rPr>
        <w:t xml:space="preserve">what happened there. Really? Yes. </w:t>
      </w:r>
      <w:proofErr w:type="gramStart"/>
      <w:r>
        <w:rPr>
          <w:rFonts w:ascii="Arial" w:hAnsi="Arial"/>
        </w:rPr>
        <w:t>So</w:t>
      </w:r>
      <w:proofErr w:type="gramEnd"/>
      <w:r>
        <w:rPr>
          <w:rFonts w:ascii="Arial" w:hAnsi="Arial"/>
        </w:rPr>
        <w:t xml:space="preserve"> should I fill you in a bit about Nelson? Yes. Okay. </w:t>
      </w:r>
      <w:proofErr w:type="gramStart"/>
      <w:r>
        <w:rPr>
          <w:rFonts w:ascii="Arial" w:hAnsi="Arial"/>
        </w:rPr>
        <w:t>So</w:t>
      </w:r>
      <w:proofErr w:type="gramEnd"/>
      <w:r>
        <w:rPr>
          <w:rFonts w:ascii="Arial" w:hAnsi="Arial"/>
        </w:rPr>
        <w:t xml:space="preserve"> Horatio Nelson, I've got paper and everything up but for the microphone. I don't know if you can hear that paper. Thanks, David. Horatio, Nelson, or Horace, as he w</w:t>
      </w:r>
      <w:r>
        <w:rPr>
          <w:rFonts w:ascii="Arial" w:hAnsi="Arial"/>
        </w:rPr>
        <w:t>as known, lived between 1758 and 1805. He was the son of a country possum. In Burnham, Thorpe, Norfolk, one of five boys and five girls from his father he inherited a strong sense of piety. He was a small and delicate child but full of fire. Sounds like so</w:t>
      </w:r>
      <w:r>
        <w:rPr>
          <w:rFonts w:ascii="Arial" w:hAnsi="Arial"/>
        </w:rPr>
        <w:t xml:space="preserve">mebody else I know. Me. fortify he learned to sail by in a nearby Birnam </w:t>
      </w:r>
      <w:proofErr w:type="spellStart"/>
      <w:r>
        <w:rPr>
          <w:rFonts w:ascii="Arial" w:hAnsi="Arial"/>
        </w:rPr>
        <w:t>Overy</w:t>
      </w:r>
      <w:proofErr w:type="spellEnd"/>
      <w:r>
        <w:rPr>
          <w:rFonts w:ascii="Arial" w:hAnsi="Arial"/>
        </w:rPr>
        <w:t>, and his mother died when he was nine. And four years later Horace was off to sea as a midshipman, is that right Daisy? Is that how you pronounce that Midshipman? Yeah, yeah. Th</w:t>
      </w:r>
      <w:r>
        <w:rPr>
          <w:rFonts w:ascii="Arial" w:hAnsi="Arial"/>
        </w:rPr>
        <w:t>anks to his uncle Suckling, a naval hero and later a man of</w:t>
      </w:r>
    </w:p>
    <w:p w14:paraId="1C406468" w14:textId="77777777" w:rsidR="00096B82" w:rsidRDefault="00096B82">
      <w:pPr>
        <w:spacing w:after="0"/>
      </w:pPr>
    </w:p>
    <w:p w14:paraId="6D58B1A3" w14:textId="77777777" w:rsidR="00096B82" w:rsidRDefault="00D446B1">
      <w:pPr>
        <w:spacing w:after="0"/>
      </w:pPr>
      <w:r>
        <w:rPr>
          <w:rFonts w:ascii="Arial" w:hAnsi="Arial"/>
          <w:b/>
        </w:rPr>
        <w:t xml:space="preserve">Alice  </w:t>
      </w:r>
      <w:r>
        <w:rPr>
          <w:rFonts w:ascii="Arial" w:hAnsi="Arial"/>
          <w:color w:val="5D7284"/>
        </w:rPr>
        <w:t>08:59</w:t>
      </w:r>
    </w:p>
    <w:p w14:paraId="7EA39B78" w14:textId="77777777" w:rsidR="00096B82" w:rsidRDefault="00D446B1">
      <w:pPr>
        <w:spacing w:after="0"/>
      </w:pPr>
      <w:r>
        <w:rPr>
          <w:rFonts w:ascii="Arial" w:hAnsi="Arial"/>
        </w:rPr>
        <w:t xml:space="preserve">Sorry, </w:t>
      </w:r>
      <w:proofErr w:type="gramStart"/>
      <w:r>
        <w:rPr>
          <w:rFonts w:ascii="Arial" w:hAnsi="Arial"/>
        </w:rPr>
        <w:t>sorry</w:t>
      </w:r>
      <w:proofErr w:type="gramEnd"/>
    </w:p>
    <w:p w14:paraId="6590421A" w14:textId="77777777" w:rsidR="00096B82" w:rsidRDefault="00096B82">
      <w:pPr>
        <w:spacing w:after="0"/>
      </w:pPr>
    </w:p>
    <w:p w14:paraId="6A44D4DB" w14:textId="77777777" w:rsidR="00096B82" w:rsidRDefault="00D446B1">
      <w:pPr>
        <w:spacing w:after="0"/>
      </w:pPr>
      <w:r>
        <w:rPr>
          <w:rFonts w:ascii="Arial" w:hAnsi="Arial"/>
          <w:b/>
        </w:rPr>
        <w:t xml:space="preserve">Lucy  </w:t>
      </w:r>
      <w:r>
        <w:rPr>
          <w:rFonts w:ascii="Arial" w:hAnsi="Arial"/>
          <w:color w:val="5D7284"/>
        </w:rPr>
        <w:t>09:05</w:t>
      </w:r>
    </w:p>
    <w:p w14:paraId="6DA6C799" w14:textId="77777777" w:rsidR="00096B82" w:rsidRDefault="00D446B1">
      <w:pPr>
        <w:spacing w:after="0"/>
      </w:pPr>
      <w:r>
        <w:rPr>
          <w:rFonts w:ascii="Arial" w:hAnsi="Arial"/>
        </w:rPr>
        <w:t xml:space="preserve">cause it Yeah, I've got to read this now. probably referring to his uncle suckling all the way through. Good luck everybody. </w:t>
      </w:r>
      <w:proofErr w:type="gramStart"/>
      <w:r>
        <w:rPr>
          <w:rFonts w:ascii="Arial" w:hAnsi="Arial"/>
        </w:rPr>
        <w:t>So</w:t>
      </w:r>
      <w:proofErr w:type="gramEnd"/>
      <w:r>
        <w:rPr>
          <w:rFonts w:ascii="Arial" w:hAnsi="Arial"/>
        </w:rPr>
        <w:t xml:space="preserve"> his uncle suckling was a </w:t>
      </w:r>
      <w:r>
        <w:rPr>
          <w:rFonts w:ascii="Arial" w:hAnsi="Arial"/>
        </w:rPr>
        <w:t>man of influence in the Admiralty</w:t>
      </w:r>
    </w:p>
    <w:p w14:paraId="324423F5" w14:textId="77777777" w:rsidR="00096B82" w:rsidRDefault="00096B82">
      <w:pPr>
        <w:spacing w:after="0"/>
      </w:pPr>
    </w:p>
    <w:p w14:paraId="7B242CB7" w14:textId="77777777" w:rsidR="00096B82" w:rsidRDefault="00D446B1">
      <w:pPr>
        <w:spacing w:after="0"/>
      </w:pPr>
      <w:r>
        <w:rPr>
          <w:rFonts w:ascii="Arial" w:hAnsi="Arial"/>
          <w:b/>
        </w:rPr>
        <w:t xml:space="preserve">Alice  </w:t>
      </w:r>
      <w:r>
        <w:rPr>
          <w:rFonts w:ascii="Arial" w:hAnsi="Arial"/>
          <w:color w:val="5D7284"/>
        </w:rPr>
        <w:t>09:23</w:t>
      </w:r>
    </w:p>
    <w:p w14:paraId="35D469F5" w14:textId="77777777" w:rsidR="00096B82" w:rsidRDefault="00D446B1">
      <w:pPr>
        <w:spacing w:after="0"/>
      </w:pPr>
      <w:r>
        <w:rPr>
          <w:rFonts w:ascii="Arial" w:hAnsi="Arial"/>
        </w:rPr>
        <w:t xml:space="preserve">I mean </w:t>
      </w:r>
      <w:proofErr w:type="spellStart"/>
      <w:r>
        <w:rPr>
          <w:rFonts w:ascii="Arial" w:hAnsi="Arial"/>
        </w:rPr>
        <w:t>thats</w:t>
      </w:r>
      <w:proofErr w:type="spellEnd"/>
      <w:r>
        <w:rPr>
          <w:rFonts w:ascii="Arial" w:hAnsi="Arial"/>
        </w:rPr>
        <w:t xml:space="preserve"> one way to get to the </w:t>
      </w:r>
      <w:proofErr w:type="gramStart"/>
      <w:r>
        <w:rPr>
          <w:rFonts w:ascii="Arial" w:hAnsi="Arial"/>
        </w:rPr>
        <w:t>top</w:t>
      </w:r>
      <w:proofErr w:type="gramEnd"/>
    </w:p>
    <w:p w14:paraId="30F1B10C" w14:textId="77777777" w:rsidR="00096B82" w:rsidRDefault="00096B82">
      <w:pPr>
        <w:spacing w:after="0"/>
      </w:pPr>
    </w:p>
    <w:p w14:paraId="4321F96B" w14:textId="77777777" w:rsidR="00096B82" w:rsidRDefault="00D446B1">
      <w:pPr>
        <w:spacing w:after="0"/>
      </w:pPr>
      <w:r>
        <w:rPr>
          <w:rFonts w:ascii="Arial" w:hAnsi="Arial"/>
          <w:b/>
        </w:rPr>
        <w:t xml:space="preserve">Lucy  </w:t>
      </w:r>
      <w:r>
        <w:rPr>
          <w:rFonts w:ascii="Arial" w:hAnsi="Arial"/>
          <w:color w:val="5D7284"/>
        </w:rPr>
        <w:t>09:26</w:t>
      </w:r>
    </w:p>
    <w:p w14:paraId="096A5278" w14:textId="77777777" w:rsidR="00096B82" w:rsidRDefault="00D446B1">
      <w:pPr>
        <w:spacing w:after="0"/>
      </w:pPr>
      <w:r>
        <w:rPr>
          <w:rFonts w:ascii="Arial" w:hAnsi="Arial"/>
        </w:rPr>
        <w:t>Init just, get to know your uncle suckling.</w:t>
      </w:r>
    </w:p>
    <w:p w14:paraId="4EEA7BD7" w14:textId="77777777" w:rsidR="00096B82" w:rsidRDefault="00096B82">
      <w:pPr>
        <w:spacing w:after="0"/>
      </w:pPr>
    </w:p>
    <w:p w14:paraId="149DD46E" w14:textId="77777777" w:rsidR="00096B82" w:rsidRDefault="00D446B1">
      <w:pPr>
        <w:spacing w:after="0"/>
      </w:pPr>
      <w:r>
        <w:rPr>
          <w:rFonts w:ascii="Arial" w:hAnsi="Arial"/>
          <w:b/>
        </w:rPr>
        <w:t xml:space="preserve">Alice  </w:t>
      </w:r>
      <w:r>
        <w:rPr>
          <w:rFonts w:ascii="Arial" w:hAnsi="Arial"/>
          <w:color w:val="5D7284"/>
        </w:rPr>
        <w:t>09:47</w:t>
      </w:r>
    </w:p>
    <w:p w14:paraId="05EB33F7" w14:textId="77777777" w:rsidR="00096B82" w:rsidRDefault="00D446B1">
      <w:pPr>
        <w:spacing w:after="0"/>
      </w:pPr>
      <w:r>
        <w:rPr>
          <w:rFonts w:ascii="Arial" w:hAnsi="Arial"/>
        </w:rPr>
        <w:t xml:space="preserve">the history </w:t>
      </w:r>
      <w:proofErr w:type="gramStart"/>
      <w:r>
        <w:rPr>
          <w:rFonts w:ascii="Arial" w:hAnsi="Arial"/>
        </w:rPr>
        <w:t>police</w:t>
      </w:r>
      <w:proofErr w:type="gramEnd"/>
    </w:p>
    <w:p w14:paraId="2B354075" w14:textId="77777777" w:rsidR="00096B82" w:rsidRDefault="00096B82">
      <w:pPr>
        <w:spacing w:after="0"/>
      </w:pPr>
    </w:p>
    <w:p w14:paraId="34F6850C" w14:textId="77777777" w:rsidR="00096B82" w:rsidRDefault="00D446B1">
      <w:pPr>
        <w:spacing w:after="0"/>
      </w:pPr>
      <w:r>
        <w:rPr>
          <w:rFonts w:ascii="Arial" w:hAnsi="Arial"/>
          <w:b/>
        </w:rPr>
        <w:t xml:space="preserve">Lucy  </w:t>
      </w:r>
      <w:r>
        <w:rPr>
          <w:rFonts w:ascii="Arial" w:hAnsi="Arial"/>
          <w:color w:val="5D7284"/>
        </w:rPr>
        <w:t>09:50</w:t>
      </w:r>
    </w:p>
    <w:p w14:paraId="705AEE34" w14:textId="77777777" w:rsidR="00096B82" w:rsidRDefault="00D446B1">
      <w:pPr>
        <w:spacing w:after="0"/>
      </w:pPr>
      <w:r>
        <w:rPr>
          <w:rFonts w:ascii="Arial" w:hAnsi="Arial"/>
        </w:rPr>
        <w:t>and typically, Nelson suffered from chronic seasickness throughout</w:t>
      </w:r>
      <w:r>
        <w:rPr>
          <w:rFonts w:ascii="Arial" w:hAnsi="Arial"/>
        </w:rPr>
        <w:t xml:space="preserve"> his career. And when I was reading up a bit further about his chronic as I was like, </w:t>
      </w:r>
      <w:proofErr w:type="gramStart"/>
      <w:r>
        <w:rPr>
          <w:rFonts w:ascii="Arial" w:hAnsi="Arial"/>
        </w:rPr>
        <w:t>Well</w:t>
      </w:r>
      <w:proofErr w:type="gramEnd"/>
      <w:r>
        <w:rPr>
          <w:rFonts w:ascii="Arial" w:hAnsi="Arial"/>
        </w:rPr>
        <w:t>, how chronic is chronic seasickness, he would often take himself below deck away from his crewmates and sit with a cloth over his head so that he couldn't people cou</w:t>
      </w:r>
      <w:r>
        <w:rPr>
          <w:rFonts w:ascii="Arial" w:hAnsi="Arial"/>
        </w:rPr>
        <w:t>ldn't see Nelson being sick.</w:t>
      </w:r>
    </w:p>
    <w:p w14:paraId="6B7140B7" w14:textId="77777777" w:rsidR="00096B82" w:rsidRDefault="00096B82">
      <w:pPr>
        <w:spacing w:after="0"/>
      </w:pPr>
    </w:p>
    <w:p w14:paraId="72CCA82F" w14:textId="77777777" w:rsidR="00096B82" w:rsidRDefault="00D446B1">
      <w:pPr>
        <w:spacing w:after="0"/>
      </w:pPr>
      <w:r>
        <w:rPr>
          <w:rFonts w:ascii="Arial" w:hAnsi="Arial"/>
          <w:b/>
        </w:rPr>
        <w:t xml:space="preserve">Alice  </w:t>
      </w:r>
      <w:r>
        <w:rPr>
          <w:rFonts w:ascii="Arial" w:hAnsi="Arial"/>
          <w:color w:val="5D7284"/>
        </w:rPr>
        <w:t>10:15</w:t>
      </w:r>
    </w:p>
    <w:p w14:paraId="305D0F15" w14:textId="77777777" w:rsidR="00096B82" w:rsidRDefault="00D446B1">
      <w:pPr>
        <w:spacing w:after="0"/>
      </w:pPr>
      <w:r>
        <w:rPr>
          <w:rFonts w:ascii="Arial" w:hAnsi="Arial"/>
        </w:rPr>
        <w:t>See Nelson sitting in the corner with a cloth over his head.</w:t>
      </w:r>
    </w:p>
    <w:p w14:paraId="7D1863C7" w14:textId="77777777" w:rsidR="00096B82" w:rsidRDefault="00096B82">
      <w:pPr>
        <w:spacing w:after="0"/>
      </w:pPr>
    </w:p>
    <w:p w14:paraId="2BB8D09D" w14:textId="77777777" w:rsidR="00096B82" w:rsidRDefault="00D446B1">
      <w:pPr>
        <w:spacing w:after="0"/>
      </w:pPr>
      <w:r>
        <w:rPr>
          <w:rFonts w:ascii="Arial" w:hAnsi="Arial"/>
          <w:b/>
        </w:rPr>
        <w:t xml:space="preserve">Daisy  </w:t>
      </w:r>
      <w:r>
        <w:rPr>
          <w:rFonts w:ascii="Arial" w:hAnsi="Arial"/>
          <w:color w:val="5D7284"/>
        </w:rPr>
        <w:t>10:21</w:t>
      </w:r>
    </w:p>
    <w:p w14:paraId="6C27F2AC" w14:textId="77777777" w:rsidR="00096B82" w:rsidRDefault="00D446B1">
      <w:pPr>
        <w:spacing w:after="0"/>
      </w:pPr>
      <w:r>
        <w:rPr>
          <w:rFonts w:ascii="Arial" w:hAnsi="Arial"/>
        </w:rPr>
        <w:t>It's normal to happen. Yeah.</w:t>
      </w:r>
    </w:p>
    <w:p w14:paraId="53958FF1" w14:textId="77777777" w:rsidR="00096B82" w:rsidRDefault="00096B82">
      <w:pPr>
        <w:spacing w:after="0"/>
      </w:pPr>
    </w:p>
    <w:p w14:paraId="2BBFFA47" w14:textId="77777777" w:rsidR="00096B82" w:rsidRDefault="00D446B1">
      <w:pPr>
        <w:spacing w:after="0"/>
      </w:pPr>
      <w:r>
        <w:rPr>
          <w:rFonts w:ascii="Arial" w:hAnsi="Arial"/>
          <w:b/>
        </w:rPr>
        <w:t xml:space="preserve">Lucy  </w:t>
      </w:r>
      <w:r>
        <w:rPr>
          <w:rFonts w:ascii="Arial" w:hAnsi="Arial"/>
          <w:color w:val="5D7284"/>
        </w:rPr>
        <w:t>10:26</w:t>
      </w:r>
    </w:p>
    <w:p w14:paraId="7EF13494" w14:textId="77777777" w:rsidR="00096B82" w:rsidRDefault="00D446B1">
      <w:pPr>
        <w:spacing w:after="0"/>
      </w:pPr>
      <w:r>
        <w:rPr>
          <w:rFonts w:ascii="Arial" w:hAnsi="Arial"/>
        </w:rPr>
        <w:t>I just think it's quite funny to think of Nelson's flat with a tea towel over his head being sic</w:t>
      </w:r>
      <w:r>
        <w:rPr>
          <w:rFonts w:ascii="Arial" w:hAnsi="Arial"/>
        </w:rPr>
        <w:t>k into a bucket.</w:t>
      </w:r>
    </w:p>
    <w:p w14:paraId="067B1A37" w14:textId="77777777" w:rsidR="00096B82" w:rsidRDefault="00096B82">
      <w:pPr>
        <w:spacing w:after="0"/>
      </w:pPr>
    </w:p>
    <w:p w14:paraId="3BA95A9E" w14:textId="77777777" w:rsidR="00096B82" w:rsidRDefault="00D446B1">
      <w:pPr>
        <w:spacing w:after="0"/>
      </w:pPr>
      <w:r>
        <w:rPr>
          <w:rFonts w:ascii="Arial" w:hAnsi="Arial"/>
          <w:b/>
        </w:rPr>
        <w:t xml:space="preserve">Alice  </w:t>
      </w:r>
      <w:r>
        <w:rPr>
          <w:rFonts w:ascii="Arial" w:hAnsi="Arial"/>
          <w:color w:val="5D7284"/>
        </w:rPr>
        <w:t>10:31</w:t>
      </w:r>
    </w:p>
    <w:p w14:paraId="6B06206F" w14:textId="77777777" w:rsidR="00096B82" w:rsidRDefault="00D446B1">
      <w:pPr>
        <w:spacing w:after="0"/>
      </w:pPr>
      <w:r>
        <w:rPr>
          <w:rFonts w:ascii="Arial" w:hAnsi="Arial"/>
        </w:rPr>
        <w:t xml:space="preserve">I think it's slightly concerning that there's this guy that's got, you know, huge military </w:t>
      </w:r>
      <w:proofErr w:type="spellStart"/>
      <w:r>
        <w:rPr>
          <w:rFonts w:ascii="Arial" w:hAnsi="Arial"/>
        </w:rPr>
        <w:t>honours</w:t>
      </w:r>
      <w:proofErr w:type="spellEnd"/>
      <w:r>
        <w:rPr>
          <w:rFonts w:ascii="Arial" w:hAnsi="Arial"/>
        </w:rPr>
        <w:t xml:space="preserve"> who clearly thinks a tea towel makes him invisible?</w:t>
      </w:r>
    </w:p>
    <w:p w14:paraId="651735A3" w14:textId="77777777" w:rsidR="00096B82" w:rsidRDefault="00096B82">
      <w:pPr>
        <w:spacing w:after="0"/>
      </w:pPr>
    </w:p>
    <w:p w14:paraId="46719D09" w14:textId="77777777" w:rsidR="00096B82" w:rsidRDefault="00D446B1">
      <w:pPr>
        <w:spacing w:after="0"/>
      </w:pPr>
      <w:r>
        <w:rPr>
          <w:rFonts w:ascii="Arial" w:hAnsi="Arial"/>
          <w:b/>
        </w:rPr>
        <w:t xml:space="preserve">Lucy  </w:t>
      </w:r>
      <w:r>
        <w:rPr>
          <w:rFonts w:ascii="Arial" w:hAnsi="Arial"/>
          <w:color w:val="5D7284"/>
        </w:rPr>
        <w:t>10:41</w:t>
      </w:r>
    </w:p>
    <w:p w14:paraId="0FA22E8D" w14:textId="77777777" w:rsidR="00096B82" w:rsidRDefault="00D446B1">
      <w:pPr>
        <w:spacing w:after="0"/>
      </w:pPr>
      <w:r>
        <w:rPr>
          <w:rFonts w:ascii="Arial" w:hAnsi="Arial"/>
        </w:rPr>
        <w:t xml:space="preserve">Well, as my mum pointed out, how do you notice the tea </w:t>
      </w:r>
      <w:r>
        <w:rPr>
          <w:rFonts w:ascii="Arial" w:hAnsi="Arial"/>
        </w:rPr>
        <w:t>towel? Like I don't know mum, it's for comedic effect.</w:t>
      </w:r>
    </w:p>
    <w:p w14:paraId="5BE08740" w14:textId="77777777" w:rsidR="00096B82" w:rsidRDefault="00096B82">
      <w:pPr>
        <w:spacing w:after="0"/>
      </w:pPr>
    </w:p>
    <w:p w14:paraId="4FB18CA6" w14:textId="77777777" w:rsidR="00096B82" w:rsidRDefault="00D446B1">
      <w:pPr>
        <w:spacing w:after="0"/>
      </w:pPr>
      <w:r>
        <w:rPr>
          <w:rFonts w:ascii="Arial" w:hAnsi="Arial"/>
          <w:b/>
        </w:rPr>
        <w:t xml:space="preserve">Alice  </w:t>
      </w:r>
      <w:r>
        <w:rPr>
          <w:rFonts w:ascii="Arial" w:hAnsi="Arial"/>
          <w:color w:val="5D7284"/>
        </w:rPr>
        <w:t>10:48</w:t>
      </w:r>
    </w:p>
    <w:p w14:paraId="696D9372" w14:textId="77777777" w:rsidR="00096B82" w:rsidRDefault="00D446B1">
      <w:pPr>
        <w:spacing w:after="0"/>
      </w:pPr>
      <w:r>
        <w:rPr>
          <w:rFonts w:ascii="Arial" w:hAnsi="Arial"/>
        </w:rPr>
        <w:t>Why are you trying to say the power of invisibility?</w:t>
      </w:r>
    </w:p>
    <w:p w14:paraId="2BBE5FC5" w14:textId="77777777" w:rsidR="00096B82" w:rsidRDefault="00096B82">
      <w:pPr>
        <w:spacing w:after="0"/>
      </w:pPr>
    </w:p>
    <w:p w14:paraId="416CDCDC" w14:textId="77777777" w:rsidR="00096B82" w:rsidRDefault="00D446B1">
      <w:pPr>
        <w:spacing w:after="0"/>
      </w:pPr>
      <w:r>
        <w:rPr>
          <w:rFonts w:ascii="Arial" w:hAnsi="Arial"/>
          <w:b/>
        </w:rPr>
        <w:t xml:space="preserve">Lucy  </w:t>
      </w:r>
      <w:r>
        <w:rPr>
          <w:rFonts w:ascii="Arial" w:hAnsi="Arial"/>
          <w:color w:val="5D7284"/>
        </w:rPr>
        <w:t>10:52</w:t>
      </w:r>
    </w:p>
    <w:p w14:paraId="0861CB07" w14:textId="77777777" w:rsidR="00096B82" w:rsidRDefault="00D446B1">
      <w:pPr>
        <w:spacing w:after="0"/>
      </w:pPr>
      <w:r>
        <w:rPr>
          <w:rFonts w:ascii="Arial" w:hAnsi="Arial"/>
        </w:rPr>
        <w:t>Yeah.</w:t>
      </w:r>
    </w:p>
    <w:p w14:paraId="2AB67C9F" w14:textId="77777777" w:rsidR="00096B82" w:rsidRDefault="00096B82">
      <w:pPr>
        <w:spacing w:after="0"/>
      </w:pPr>
    </w:p>
    <w:p w14:paraId="35D7B8A1" w14:textId="77777777" w:rsidR="00096B82" w:rsidRDefault="00D446B1">
      <w:pPr>
        <w:spacing w:after="0"/>
      </w:pPr>
      <w:r>
        <w:rPr>
          <w:rFonts w:ascii="Arial" w:hAnsi="Arial"/>
          <w:b/>
        </w:rPr>
        <w:t xml:space="preserve">Daisy  </w:t>
      </w:r>
      <w:r>
        <w:rPr>
          <w:rFonts w:ascii="Arial" w:hAnsi="Arial"/>
          <w:color w:val="5D7284"/>
        </w:rPr>
        <w:t>10:54</w:t>
      </w:r>
    </w:p>
    <w:p w14:paraId="2FD2BC4D" w14:textId="77777777" w:rsidR="00096B82" w:rsidRDefault="00D446B1">
      <w:pPr>
        <w:spacing w:after="0"/>
      </w:pPr>
      <w:r>
        <w:rPr>
          <w:rFonts w:ascii="Arial" w:hAnsi="Arial"/>
        </w:rPr>
        <w:t xml:space="preserve">That's how that's how he won all his battles. He just put a </w:t>
      </w:r>
      <w:proofErr w:type="gramStart"/>
      <w:r>
        <w:rPr>
          <w:rFonts w:ascii="Arial" w:hAnsi="Arial"/>
        </w:rPr>
        <w:t>really big</w:t>
      </w:r>
      <w:proofErr w:type="gramEnd"/>
      <w:r>
        <w:rPr>
          <w:rFonts w:ascii="Arial" w:hAnsi="Arial"/>
        </w:rPr>
        <w:t xml:space="preserve"> tea towel over. All over </w:t>
      </w:r>
      <w:r>
        <w:rPr>
          <w:rFonts w:ascii="Arial" w:hAnsi="Arial"/>
        </w:rPr>
        <w:t>all the ships</w:t>
      </w:r>
    </w:p>
    <w:p w14:paraId="428E9836" w14:textId="77777777" w:rsidR="00096B82" w:rsidRDefault="00096B82">
      <w:pPr>
        <w:spacing w:after="0"/>
      </w:pPr>
    </w:p>
    <w:p w14:paraId="737218F8" w14:textId="77777777" w:rsidR="00096B82" w:rsidRDefault="00D446B1">
      <w:pPr>
        <w:spacing w:after="0"/>
      </w:pPr>
      <w:r>
        <w:rPr>
          <w:rFonts w:ascii="Arial" w:hAnsi="Arial"/>
          <w:b/>
        </w:rPr>
        <w:t xml:space="preserve">Lucy  </w:t>
      </w:r>
      <w:r>
        <w:rPr>
          <w:rFonts w:ascii="Arial" w:hAnsi="Arial"/>
          <w:color w:val="5D7284"/>
        </w:rPr>
        <w:t>11:01</w:t>
      </w:r>
    </w:p>
    <w:p w14:paraId="7B34DBA0" w14:textId="77777777" w:rsidR="00096B82" w:rsidRDefault="00D446B1">
      <w:pPr>
        <w:spacing w:after="0"/>
      </w:pPr>
      <w:r>
        <w:rPr>
          <w:rFonts w:ascii="Arial" w:hAnsi="Arial"/>
        </w:rPr>
        <w:t xml:space="preserve">His face on it was his Nelson's famous injuries mainly came on land rather than at sea in 1794, bombarding the French or </w:t>
      </w:r>
      <w:proofErr w:type="spellStart"/>
      <w:r>
        <w:rPr>
          <w:rFonts w:ascii="Arial" w:hAnsi="Arial"/>
        </w:rPr>
        <w:t>calverley</w:t>
      </w:r>
      <w:proofErr w:type="spellEnd"/>
      <w:r>
        <w:rPr>
          <w:rFonts w:ascii="Arial" w:hAnsi="Arial"/>
        </w:rPr>
        <w:t xml:space="preserve">. On Corsica, a cannonball struck the </w:t>
      </w:r>
      <w:proofErr w:type="spellStart"/>
      <w:r>
        <w:rPr>
          <w:rFonts w:ascii="Arial" w:hAnsi="Arial"/>
        </w:rPr>
        <w:t>bastian</w:t>
      </w:r>
      <w:proofErr w:type="spellEnd"/>
      <w:r>
        <w:rPr>
          <w:rFonts w:ascii="Arial" w:hAnsi="Arial"/>
        </w:rPr>
        <w:t>, behind which he was standing, and a sprinter resulte</w:t>
      </w:r>
      <w:r>
        <w:rPr>
          <w:rFonts w:ascii="Arial" w:hAnsi="Arial"/>
        </w:rPr>
        <w:t>d in an injury, probably a detached retina. So that's got to be a big splinter. Really,</w:t>
      </w:r>
    </w:p>
    <w:p w14:paraId="35DA7AF1" w14:textId="77777777" w:rsidR="00096B82" w:rsidRDefault="00096B82">
      <w:pPr>
        <w:spacing w:after="0"/>
      </w:pPr>
    </w:p>
    <w:p w14:paraId="19AB4618" w14:textId="77777777" w:rsidR="00096B82" w:rsidRDefault="00D446B1">
      <w:pPr>
        <w:spacing w:after="0"/>
      </w:pPr>
      <w:r>
        <w:rPr>
          <w:rFonts w:ascii="Arial" w:hAnsi="Arial"/>
          <w:b/>
        </w:rPr>
        <w:t xml:space="preserve">Alice  </w:t>
      </w:r>
      <w:r>
        <w:rPr>
          <w:rFonts w:ascii="Arial" w:hAnsi="Arial"/>
          <w:color w:val="5D7284"/>
        </w:rPr>
        <w:t>11:27</w:t>
      </w:r>
    </w:p>
    <w:p w14:paraId="5AACD8B0" w14:textId="77777777" w:rsidR="00096B82" w:rsidRDefault="00D446B1">
      <w:pPr>
        <w:spacing w:after="0"/>
      </w:pPr>
      <w:r>
        <w:rPr>
          <w:rFonts w:ascii="Arial" w:hAnsi="Arial"/>
        </w:rPr>
        <w:t xml:space="preserve">it's all just </w:t>
      </w:r>
      <w:proofErr w:type="spellStart"/>
      <w:r>
        <w:rPr>
          <w:rFonts w:ascii="Arial" w:hAnsi="Arial"/>
        </w:rPr>
        <w:t>just</w:t>
      </w:r>
      <w:proofErr w:type="spellEnd"/>
      <w:r>
        <w:rPr>
          <w:rFonts w:ascii="Arial" w:hAnsi="Arial"/>
        </w:rPr>
        <w:t xml:space="preserve"> how does it the things behind him? Yeah. How does the sprinter get in his eyes? That's in the front of him?</w:t>
      </w:r>
    </w:p>
    <w:p w14:paraId="3401CD34" w14:textId="77777777" w:rsidR="00096B82" w:rsidRDefault="00096B82">
      <w:pPr>
        <w:spacing w:after="0"/>
      </w:pPr>
    </w:p>
    <w:p w14:paraId="442A01A2" w14:textId="77777777" w:rsidR="00096B82" w:rsidRDefault="00D446B1">
      <w:pPr>
        <w:spacing w:after="0"/>
      </w:pPr>
      <w:r>
        <w:rPr>
          <w:rFonts w:ascii="Arial" w:hAnsi="Arial"/>
          <w:b/>
        </w:rPr>
        <w:t xml:space="preserve">Daisy  </w:t>
      </w:r>
      <w:r>
        <w:rPr>
          <w:rFonts w:ascii="Arial" w:hAnsi="Arial"/>
          <w:color w:val="5D7284"/>
        </w:rPr>
        <w:t>11:37</w:t>
      </w:r>
    </w:p>
    <w:p w14:paraId="1A8D711B" w14:textId="77777777" w:rsidR="00096B82" w:rsidRDefault="00D446B1">
      <w:pPr>
        <w:spacing w:after="0"/>
      </w:pPr>
      <w:r>
        <w:rPr>
          <w:rFonts w:ascii="Arial" w:hAnsi="Arial"/>
        </w:rPr>
        <w:t>Theoretically</w:t>
      </w:r>
      <w:r>
        <w:rPr>
          <w:rFonts w:ascii="Arial" w:hAnsi="Arial"/>
        </w:rPr>
        <w:t xml:space="preserve"> he has the capability of moving that.</w:t>
      </w:r>
    </w:p>
    <w:p w14:paraId="3F38D6B3" w14:textId="77777777" w:rsidR="00096B82" w:rsidRDefault="00096B82">
      <w:pPr>
        <w:spacing w:after="0"/>
      </w:pPr>
    </w:p>
    <w:p w14:paraId="02916C38" w14:textId="77777777" w:rsidR="00096B82" w:rsidRDefault="00D446B1">
      <w:pPr>
        <w:spacing w:after="0"/>
      </w:pPr>
      <w:r>
        <w:rPr>
          <w:rFonts w:ascii="Arial" w:hAnsi="Arial"/>
          <w:b/>
        </w:rPr>
        <w:t xml:space="preserve">Alice  </w:t>
      </w:r>
      <w:r>
        <w:rPr>
          <w:rFonts w:ascii="Arial" w:hAnsi="Arial"/>
          <w:color w:val="5D7284"/>
        </w:rPr>
        <w:t>11:41</w:t>
      </w:r>
    </w:p>
    <w:p w14:paraId="1FF155FF" w14:textId="77777777" w:rsidR="00096B82" w:rsidRDefault="00D446B1">
      <w:pPr>
        <w:spacing w:after="0"/>
      </w:pPr>
      <w:r>
        <w:rPr>
          <w:rFonts w:ascii="Arial" w:hAnsi="Arial"/>
        </w:rPr>
        <w:t>I didn't think of that. I forgot that people in history are not like, just the statue.</w:t>
      </w:r>
    </w:p>
    <w:p w14:paraId="087CCD37" w14:textId="77777777" w:rsidR="00096B82" w:rsidRDefault="00096B82">
      <w:pPr>
        <w:spacing w:after="0"/>
      </w:pPr>
    </w:p>
    <w:p w14:paraId="36D97C97" w14:textId="77777777" w:rsidR="00096B82" w:rsidRDefault="00D446B1">
      <w:pPr>
        <w:spacing w:after="0"/>
      </w:pPr>
      <w:r>
        <w:rPr>
          <w:rFonts w:ascii="Arial" w:hAnsi="Arial"/>
          <w:b/>
        </w:rPr>
        <w:t xml:space="preserve">Daisy  </w:t>
      </w:r>
      <w:r>
        <w:rPr>
          <w:rFonts w:ascii="Arial" w:hAnsi="Arial"/>
          <w:color w:val="5D7284"/>
        </w:rPr>
        <w:t>11:52</w:t>
      </w:r>
    </w:p>
    <w:p w14:paraId="508D7CE1" w14:textId="77777777" w:rsidR="00096B82" w:rsidRDefault="00D446B1">
      <w:pPr>
        <w:spacing w:after="0"/>
      </w:pPr>
      <w:r>
        <w:rPr>
          <w:rFonts w:ascii="Arial" w:hAnsi="Arial"/>
        </w:rPr>
        <w:t>So quite possible, you know, totally rad to look at the damage or to give further orders. Yeah. Yeah,</w:t>
      </w:r>
    </w:p>
    <w:p w14:paraId="5EFC9D47" w14:textId="77777777" w:rsidR="00096B82" w:rsidRDefault="00096B82">
      <w:pPr>
        <w:spacing w:after="0"/>
      </w:pPr>
    </w:p>
    <w:p w14:paraId="1C2A88F5" w14:textId="77777777" w:rsidR="00096B82" w:rsidRDefault="00D446B1">
      <w:pPr>
        <w:spacing w:after="0"/>
      </w:pPr>
      <w:r>
        <w:rPr>
          <w:rFonts w:ascii="Arial" w:hAnsi="Arial"/>
          <w:b/>
        </w:rPr>
        <w:lastRenderedPageBreak/>
        <w:t xml:space="preserve">Alice  </w:t>
      </w:r>
      <w:r>
        <w:rPr>
          <w:rFonts w:ascii="Arial" w:hAnsi="Arial"/>
          <w:color w:val="5D7284"/>
        </w:rPr>
        <w:t>11:59</w:t>
      </w:r>
    </w:p>
    <w:p w14:paraId="26D4E284" w14:textId="77777777" w:rsidR="00096B82" w:rsidRDefault="00D446B1">
      <w:pPr>
        <w:spacing w:after="0"/>
      </w:pPr>
      <w:r>
        <w:rPr>
          <w:rFonts w:ascii="Arial" w:hAnsi="Arial"/>
        </w:rPr>
        <w:t xml:space="preserve">what you're saying is Nelson looked behind him and went fuck what was </w:t>
      </w:r>
      <w:proofErr w:type="gramStart"/>
      <w:r>
        <w:rPr>
          <w:rFonts w:ascii="Arial" w:hAnsi="Arial"/>
        </w:rPr>
        <w:t>that!?.</w:t>
      </w:r>
      <w:proofErr w:type="gramEnd"/>
    </w:p>
    <w:p w14:paraId="5002AEAE" w14:textId="77777777" w:rsidR="00096B82" w:rsidRDefault="00096B82">
      <w:pPr>
        <w:spacing w:after="0"/>
      </w:pPr>
    </w:p>
    <w:p w14:paraId="11F4230E" w14:textId="77777777" w:rsidR="00096B82" w:rsidRDefault="00D446B1">
      <w:pPr>
        <w:spacing w:after="0"/>
      </w:pPr>
      <w:r>
        <w:rPr>
          <w:rFonts w:ascii="Arial" w:hAnsi="Arial"/>
          <w:b/>
        </w:rPr>
        <w:t xml:space="preserve">Lucy  </w:t>
      </w:r>
      <w:r>
        <w:rPr>
          <w:rFonts w:ascii="Arial" w:hAnsi="Arial"/>
          <w:color w:val="5D7284"/>
        </w:rPr>
        <w:t>12:04</w:t>
      </w:r>
    </w:p>
    <w:p w14:paraId="5DF17B65" w14:textId="77777777" w:rsidR="00096B82" w:rsidRDefault="00D446B1">
      <w:pPr>
        <w:spacing w:after="0"/>
      </w:pPr>
      <w:r>
        <w:rPr>
          <w:rFonts w:ascii="Arial" w:hAnsi="Arial"/>
        </w:rPr>
        <w:t>Yeah, probably.</w:t>
      </w:r>
    </w:p>
    <w:p w14:paraId="1417AB15" w14:textId="77777777" w:rsidR="00096B82" w:rsidRDefault="00096B82">
      <w:pPr>
        <w:spacing w:after="0"/>
      </w:pPr>
    </w:p>
    <w:p w14:paraId="6B0B12DA" w14:textId="77777777" w:rsidR="00096B82" w:rsidRDefault="00D446B1">
      <w:pPr>
        <w:spacing w:after="0"/>
      </w:pPr>
      <w:r>
        <w:rPr>
          <w:rFonts w:ascii="Arial" w:hAnsi="Arial"/>
          <w:b/>
        </w:rPr>
        <w:t xml:space="preserve">Daisy  </w:t>
      </w:r>
      <w:r>
        <w:rPr>
          <w:rFonts w:ascii="Arial" w:hAnsi="Arial"/>
          <w:color w:val="5D7284"/>
        </w:rPr>
        <w:t>12:06</w:t>
      </w:r>
    </w:p>
    <w:p w14:paraId="22DF2750" w14:textId="77777777" w:rsidR="00096B82" w:rsidRDefault="00D446B1">
      <w:pPr>
        <w:spacing w:after="0"/>
      </w:pPr>
      <w:r>
        <w:rPr>
          <w:rFonts w:ascii="Arial" w:hAnsi="Arial"/>
        </w:rPr>
        <w:t xml:space="preserve">This is the point where if you if you want, I can tell you something about the battle itself, and why we were </w:t>
      </w:r>
      <w:proofErr w:type="gramStart"/>
      <w:r>
        <w:rPr>
          <w:rFonts w:ascii="Arial" w:hAnsi="Arial"/>
        </w:rPr>
        <w:t>actually doing</w:t>
      </w:r>
      <w:proofErr w:type="gramEnd"/>
      <w:r>
        <w:rPr>
          <w:rFonts w:ascii="Arial" w:hAnsi="Arial"/>
        </w:rPr>
        <w:t xml:space="preserve"> it. Yes, please. Please, I had to read an awful lot of children's </w:t>
      </w:r>
      <w:proofErr w:type="spellStart"/>
      <w:r>
        <w:rPr>
          <w:rFonts w:ascii="Arial" w:hAnsi="Arial"/>
        </w:rPr>
        <w:t>encyclopaedia</w:t>
      </w:r>
      <w:proofErr w:type="spellEnd"/>
      <w:r>
        <w:rPr>
          <w:rFonts w:ascii="Arial" w:hAnsi="Arial"/>
        </w:rPr>
        <w:t xml:space="preserve"> articles. This whole series of was simple enough for me to understand, okay, because they're </w:t>
      </w:r>
      <w:proofErr w:type="gramStart"/>
      <w:r>
        <w:rPr>
          <w:rFonts w:ascii="Arial" w:hAnsi="Arial"/>
        </w:rPr>
        <w:t>very complicated</w:t>
      </w:r>
      <w:proofErr w:type="gramEnd"/>
      <w:r>
        <w:rPr>
          <w:rFonts w:ascii="Arial" w:hAnsi="Arial"/>
        </w:rPr>
        <w:t>. Essentially, the battle at Calvary. That was one o</w:t>
      </w:r>
      <w:r>
        <w:rPr>
          <w:rFonts w:ascii="Arial" w:hAnsi="Arial"/>
        </w:rPr>
        <w:t xml:space="preserve">f the battles of the French Revolutionary Wars, which is of this first batch of ones where we're, you know, annoyed with the French. Is the French Revolutionary wars different from the French </w:t>
      </w:r>
      <w:proofErr w:type="gramStart"/>
      <w:r>
        <w:rPr>
          <w:rFonts w:ascii="Arial" w:hAnsi="Arial"/>
        </w:rPr>
        <w:t>Revolution.</w:t>
      </w:r>
      <w:proofErr w:type="gramEnd"/>
      <w:r>
        <w:rPr>
          <w:rFonts w:ascii="Arial" w:hAnsi="Arial"/>
        </w:rPr>
        <w:t xml:space="preserve"> Yes, but they're linked. Okay. </w:t>
      </w:r>
      <w:proofErr w:type="gramStart"/>
      <w:r>
        <w:rPr>
          <w:rFonts w:ascii="Arial" w:hAnsi="Arial"/>
        </w:rPr>
        <w:t>So</w:t>
      </w:r>
      <w:proofErr w:type="gramEnd"/>
      <w:r>
        <w:rPr>
          <w:rFonts w:ascii="Arial" w:hAnsi="Arial"/>
        </w:rPr>
        <w:t xml:space="preserve"> because of the Fre</w:t>
      </w:r>
      <w:r>
        <w:rPr>
          <w:rFonts w:ascii="Arial" w:hAnsi="Arial"/>
        </w:rPr>
        <w:t>nch Revolution, and they were all going, we don't want kings and queens anymore. Everybody else started to get a bit threatened. And was it you know, at this point, royal families, and all of that is, you know, kings and queens across Europe, everywhere, r</w:t>
      </w:r>
      <w:r>
        <w:rPr>
          <w:rFonts w:ascii="Arial" w:hAnsi="Arial"/>
        </w:rPr>
        <w:t xml:space="preserve">ight? Yeah. And anything? Yeah. You know, France going around just sort of being like, hey, look how great we're doing without monarchs and aristocracy. Wouldn't it be great if you did that as </w:t>
      </w:r>
      <w:proofErr w:type="gramStart"/>
      <w:r>
        <w:rPr>
          <w:rFonts w:ascii="Arial" w:hAnsi="Arial"/>
        </w:rPr>
        <w:t>well.</w:t>
      </w:r>
      <w:proofErr w:type="gramEnd"/>
      <w:r>
        <w:rPr>
          <w:rFonts w:ascii="Arial" w:hAnsi="Arial"/>
        </w:rPr>
        <w:t xml:space="preserve"> </w:t>
      </w:r>
      <w:proofErr w:type="gramStart"/>
      <w:r>
        <w:rPr>
          <w:rFonts w:ascii="Arial" w:hAnsi="Arial"/>
        </w:rPr>
        <w:t>So</w:t>
      </w:r>
      <w:proofErr w:type="gramEnd"/>
      <w:r>
        <w:rPr>
          <w:rFonts w:ascii="Arial" w:hAnsi="Arial"/>
        </w:rPr>
        <w:t xml:space="preserve"> they're sort of gradually trying to get everybody into</w:t>
      </w:r>
      <w:r>
        <w:rPr>
          <w:rFonts w:ascii="Arial" w:hAnsi="Arial"/>
        </w:rPr>
        <w:t xml:space="preserve">, you know, republicanism, and we kind of weren't keen on that. But that's Yeah, that's partly by the sides changed so much </w:t>
      </w:r>
      <w:proofErr w:type="gramStart"/>
      <w:r>
        <w:rPr>
          <w:rFonts w:ascii="Arial" w:hAnsi="Arial"/>
        </w:rPr>
        <w:t>later on</w:t>
      </w:r>
      <w:proofErr w:type="gramEnd"/>
      <w:r>
        <w:rPr>
          <w:rFonts w:ascii="Arial" w:hAnsi="Arial"/>
        </w:rPr>
        <w:t>. Right. At this point. We're not fighting the Spanish the Spanish are on our side.</w:t>
      </w:r>
    </w:p>
    <w:p w14:paraId="65F3F41D" w14:textId="77777777" w:rsidR="00096B82" w:rsidRDefault="00096B82">
      <w:pPr>
        <w:spacing w:after="0"/>
      </w:pPr>
    </w:p>
    <w:p w14:paraId="5AE8E462" w14:textId="77777777" w:rsidR="00096B82" w:rsidRDefault="00D446B1">
      <w:pPr>
        <w:spacing w:after="0"/>
      </w:pPr>
      <w:r>
        <w:rPr>
          <w:rFonts w:ascii="Arial" w:hAnsi="Arial"/>
          <w:b/>
        </w:rPr>
        <w:t xml:space="preserve">Lucy  </w:t>
      </w:r>
      <w:r>
        <w:rPr>
          <w:rFonts w:ascii="Arial" w:hAnsi="Arial"/>
          <w:color w:val="5D7284"/>
        </w:rPr>
        <w:t>13:33</w:t>
      </w:r>
    </w:p>
    <w:p w14:paraId="338E7A5D" w14:textId="77777777" w:rsidR="00096B82" w:rsidRDefault="00D446B1">
      <w:pPr>
        <w:spacing w:after="0"/>
      </w:pPr>
      <w:r>
        <w:rPr>
          <w:rFonts w:ascii="Arial" w:hAnsi="Arial"/>
        </w:rPr>
        <w:t>We're friends with the Span</w:t>
      </w:r>
      <w:r>
        <w:rPr>
          <w:rFonts w:ascii="Arial" w:hAnsi="Arial"/>
        </w:rPr>
        <w:t xml:space="preserve">ish. </w:t>
      </w:r>
    </w:p>
    <w:p w14:paraId="7BF917CD" w14:textId="77777777" w:rsidR="00096B82" w:rsidRDefault="00096B82">
      <w:pPr>
        <w:spacing w:after="0"/>
      </w:pPr>
    </w:p>
    <w:p w14:paraId="1E130165" w14:textId="77777777" w:rsidR="00096B82" w:rsidRDefault="00D446B1">
      <w:pPr>
        <w:spacing w:after="0"/>
      </w:pPr>
      <w:r>
        <w:rPr>
          <w:rFonts w:ascii="Arial" w:hAnsi="Arial"/>
          <w:b/>
        </w:rPr>
        <w:t xml:space="preserve">Daisy  </w:t>
      </w:r>
      <w:r>
        <w:rPr>
          <w:rFonts w:ascii="Arial" w:hAnsi="Arial"/>
          <w:color w:val="5D7284"/>
        </w:rPr>
        <w:t>13:34</w:t>
      </w:r>
    </w:p>
    <w:p w14:paraId="5A294526" w14:textId="77777777" w:rsidR="00096B82" w:rsidRDefault="00D446B1">
      <w:pPr>
        <w:spacing w:after="0"/>
      </w:pPr>
      <w:r>
        <w:rPr>
          <w:rFonts w:ascii="Arial" w:hAnsi="Arial"/>
        </w:rPr>
        <w:t xml:space="preserve">Yeah, for now. </w:t>
      </w:r>
    </w:p>
    <w:p w14:paraId="7C4EAB40" w14:textId="77777777" w:rsidR="00096B82" w:rsidRDefault="00096B82">
      <w:pPr>
        <w:spacing w:after="0"/>
      </w:pPr>
    </w:p>
    <w:p w14:paraId="710CBE64" w14:textId="77777777" w:rsidR="00096B82" w:rsidRDefault="00D446B1">
      <w:pPr>
        <w:spacing w:after="0"/>
      </w:pPr>
      <w:r>
        <w:rPr>
          <w:rFonts w:ascii="Arial" w:hAnsi="Arial"/>
          <w:b/>
        </w:rPr>
        <w:t xml:space="preserve">Lucy  </w:t>
      </w:r>
      <w:r>
        <w:rPr>
          <w:rFonts w:ascii="Arial" w:hAnsi="Arial"/>
          <w:color w:val="5D7284"/>
        </w:rPr>
        <w:t>13:36</w:t>
      </w:r>
    </w:p>
    <w:p w14:paraId="10F1042F" w14:textId="77777777" w:rsidR="00096B82" w:rsidRDefault="00D446B1">
      <w:pPr>
        <w:spacing w:after="0"/>
      </w:pPr>
      <w:r>
        <w:rPr>
          <w:rFonts w:ascii="Arial" w:hAnsi="Arial"/>
        </w:rPr>
        <w:t>Okay, for now.</w:t>
      </w:r>
    </w:p>
    <w:p w14:paraId="093A2A50" w14:textId="77777777" w:rsidR="00096B82" w:rsidRDefault="00096B82">
      <w:pPr>
        <w:spacing w:after="0"/>
      </w:pPr>
    </w:p>
    <w:p w14:paraId="1775EB20" w14:textId="77777777" w:rsidR="00096B82" w:rsidRDefault="00D446B1">
      <w:pPr>
        <w:spacing w:after="0"/>
      </w:pPr>
      <w:r>
        <w:rPr>
          <w:rFonts w:ascii="Arial" w:hAnsi="Arial"/>
          <w:b/>
        </w:rPr>
        <w:t xml:space="preserve">Alice  </w:t>
      </w:r>
      <w:r>
        <w:rPr>
          <w:rFonts w:ascii="Arial" w:hAnsi="Arial"/>
          <w:color w:val="5D7284"/>
        </w:rPr>
        <w:t>13:36</w:t>
      </w:r>
    </w:p>
    <w:p w14:paraId="21C9D69C" w14:textId="77777777" w:rsidR="00096B82" w:rsidRDefault="00D446B1">
      <w:pPr>
        <w:spacing w:after="0"/>
      </w:pPr>
      <w:r>
        <w:rPr>
          <w:rFonts w:ascii="Arial" w:hAnsi="Arial"/>
        </w:rPr>
        <w:t>I understand the French Revolution because I've seen lame is so that somebody can make a musical about Nelson, then. Then I'll be alright.</w:t>
      </w:r>
    </w:p>
    <w:p w14:paraId="573AEA0C" w14:textId="77777777" w:rsidR="00096B82" w:rsidRDefault="00096B82">
      <w:pPr>
        <w:spacing w:after="0"/>
      </w:pPr>
    </w:p>
    <w:p w14:paraId="0A31C43A" w14:textId="77777777" w:rsidR="00096B82" w:rsidRDefault="00D446B1">
      <w:pPr>
        <w:spacing w:after="0"/>
      </w:pPr>
      <w:r>
        <w:rPr>
          <w:rFonts w:ascii="Arial" w:hAnsi="Arial"/>
          <w:b/>
        </w:rPr>
        <w:t xml:space="preserve">Lucy  </w:t>
      </w:r>
      <w:r>
        <w:rPr>
          <w:rFonts w:ascii="Arial" w:hAnsi="Arial"/>
          <w:color w:val="5D7284"/>
        </w:rPr>
        <w:t>13:47</w:t>
      </w:r>
    </w:p>
    <w:p w14:paraId="32418DD5" w14:textId="77777777" w:rsidR="00096B82" w:rsidRDefault="00D446B1">
      <w:pPr>
        <w:spacing w:after="0"/>
      </w:pPr>
      <w:r>
        <w:rPr>
          <w:rFonts w:ascii="Arial" w:hAnsi="Arial"/>
        </w:rPr>
        <w:t xml:space="preserve">Yeah. We'll see if we can </w:t>
      </w:r>
      <w:r>
        <w:rPr>
          <w:rFonts w:ascii="Arial" w:hAnsi="Arial"/>
        </w:rPr>
        <w:t xml:space="preserve">get that </w:t>
      </w:r>
      <w:proofErr w:type="spellStart"/>
      <w:r>
        <w:rPr>
          <w:rFonts w:ascii="Arial" w:hAnsi="Arial"/>
        </w:rPr>
        <w:t>organised</w:t>
      </w:r>
      <w:proofErr w:type="spellEnd"/>
      <w:r>
        <w:rPr>
          <w:rFonts w:ascii="Arial" w:hAnsi="Arial"/>
        </w:rPr>
        <w:t xml:space="preserve"> for you, Alice.</w:t>
      </w:r>
    </w:p>
    <w:p w14:paraId="17EAF707" w14:textId="77777777" w:rsidR="00096B82" w:rsidRDefault="00096B82">
      <w:pPr>
        <w:spacing w:after="0"/>
      </w:pPr>
    </w:p>
    <w:p w14:paraId="2C13886F" w14:textId="77777777" w:rsidR="00096B82" w:rsidRDefault="00D446B1">
      <w:pPr>
        <w:spacing w:after="0"/>
      </w:pPr>
      <w:r>
        <w:rPr>
          <w:rFonts w:ascii="Arial" w:hAnsi="Arial"/>
          <w:b/>
        </w:rPr>
        <w:t xml:space="preserve">Alice  </w:t>
      </w:r>
      <w:r>
        <w:rPr>
          <w:rFonts w:ascii="Arial" w:hAnsi="Arial"/>
          <w:color w:val="5D7284"/>
        </w:rPr>
        <w:t>13:53</w:t>
      </w:r>
    </w:p>
    <w:p w14:paraId="0465C958" w14:textId="77777777" w:rsidR="00096B82" w:rsidRDefault="00D446B1">
      <w:pPr>
        <w:spacing w:after="0"/>
      </w:pPr>
      <w:r>
        <w:rPr>
          <w:rFonts w:ascii="Arial" w:hAnsi="Arial"/>
        </w:rPr>
        <w:t>Manuel Miranda.</w:t>
      </w:r>
    </w:p>
    <w:p w14:paraId="4FE9DF3A" w14:textId="77777777" w:rsidR="00096B82" w:rsidRDefault="00096B82">
      <w:pPr>
        <w:spacing w:after="0"/>
      </w:pPr>
    </w:p>
    <w:p w14:paraId="5A259EFE" w14:textId="77777777" w:rsidR="00096B82" w:rsidRDefault="00D446B1">
      <w:pPr>
        <w:spacing w:after="0"/>
      </w:pPr>
      <w:r>
        <w:rPr>
          <w:rFonts w:ascii="Arial" w:hAnsi="Arial"/>
          <w:b/>
        </w:rPr>
        <w:t xml:space="preserve">Lucy  </w:t>
      </w:r>
      <w:r>
        <w:rPr>
          <w:rFonts w:ascii="Arial" w:hAnsi="Arial"/>
          <w:color w:val="5D7284"/>
        </w:rPr>
        <w:t>13:56</w:t>
      </w:r>
    </w:p>
    <w:p w14:paraId="705157D4" w14:textId="77777777" w:rsidR="00096B82" w:rsidRDefault="00D446B1">
      <w:pPr>
        <w:spacing w:after="0"/>
      </w:pPr>
      <w:r>
        <w:rPr>
          <w:rFonts w:ascii="Arial" w:hAnsi="Arial"/>
        </w:rPr>
        <w:t xml:space="preserve">In case if you text him at two o'clock in the morning, go, do you </w:t>
      </w:r>
      <w:proofErr w:type="gramStart"/>
      <w:r>
        <w:rPr>
          <w:rFonts w:ascii="Arial" w:hAnsi="Arial"/>
        </w:rPr>
        <w:t>know</w:t>
      </w:r>
      <w:proofErr w:type="gramEnd"/>
    </w:p>
    <w:p w14:paraId="7BA34CE2" w14:textId="77777777" w:rsidR="00096B82" w:rsidRDefault="00096B82">
      <w:pPr>
        <w:spacing w:after="0"/>
      </w:pPr>
    </w:p>
    <w:p w14:paraId="42C97775" w14:textId="77777777" w:rsidR="00096B82" w:rsidRDefault="00D446B1">
      <w:pPr>
        <w:spacing w:after="0"/>
      </w:pPr>
      <w:r>
        <w:rPr>
          <w:rFonts w:ascii="Arial" w:hAnsi="Arial"/>
          <w:b/>
        </w:rPr>
        <w:lastRenderedPageBreak/>
        <w:t xml:space="preserve">Alice  </w:t>
      </w:r>
      <w:r>
        <w:rPr>
          <w:rFonts w:ascii="Arial" w:hAnsi="Arial"/>
          <w:color w:val="5D7284"/>
        </w:rPr>
        <w:t>14:06</w:t>
      </w:r>
    </w:p>
    <w:p w14:paraId="45F898FF" w14:textId="77777777" w:rsidR="00096B82" w:rsidRDefault="00D446B1">
      <w:pPr>
        <w:spacing w:after="0"/>
      </w:pPr>
      <w:r>
        <w:rPr>
          <w:rFonts w:ascii="Arial" w:hAnsi="Arial"/>
        </w:rPr>
        <w:t>what you're still telling us about the battle or? Oh,</w:t>
      </w:r>
    </w:p>
    <w:p w14:paraId="6D125224" w14:textId="77777777" w:rsidR="00096B82" w:rsidRDefault="00096B82">
      <w:pPr>
        <w:spacing w:after="0"/>
      </w:pPr>
    </w:p>
    <w:p w14:paraId="72E6114E" w14:textId="77777777" w:rsidR="00096B82" w:rsidRDefault="00D446B1">
      <w:pPr>
        <w:spacing w:after="0"/>
      </w:pPr>
      <w:r>
        <w:rPr>
          <w:rFonts w:ascii="Arial" w:hAnsi="Arial"/>
          <w:b/>
        </w:rPr>
        <w:t xml:space="preserve">Lucy  </w:t>
      </w:r>
      <w:r>
        <w:rPr>
          <w:rFonts w:ascii="Arial" w:hAnsi="Arial"/>
          <w:color w:val="5D7284"/>
        </w:rPr>
        <w:t>14:09</w:t>
      </w:r>
    </w:p>
    <w:p w14:paraId="7F32E2A1" w14:textId="77777777" w:rsidR="00096B82" w:rsidRDefault="00D446B1">
      <w:pPr>
        <w:spacing w:after="0"/>
      </w:pPr>
      <w:r>
        <w:rPr>
          <w:rFonts w:ascii="Arial" w:hAnsi="Arial"/>
        </w:rPr>
        <w:t xml:space="preserve">did you finish </w:t>
      </w:r>
      <w:r>
        <w:rPr>
          <w:rFonts w:ascii="Arial" w:hAnsi="Arial"/>
        </w:rPr>
        <w:t>Daisy? Yeah, sorry.</w:t>
      </w:r>
    </w:p>
    <w:p w14:paraId="5E2D4015" w14:textId="77777777" w:rsidR="00096B82" w:rsidRDefault="00096B82">
      <w:pPr>
        <w:spacing w:after="0"/>
      </w:pPr>
    </w:p>
    <w:p w14:paraId="090060BD" w14:textId="77777777" w:rsidR="00096B82" w:rsidRDefault="00D446B1">
      <w:pPr>
        <w:spacing w:after="0"/>
      </w:pPr>
      <w:r>
        <w:rPr>
          <w:rFonts w:ascii="Arial" w:hAnsi="Arial"/>
          <w:b/>
        </w:rPr>
        <w:t xml:space="preserve">Daisy  </w:t>
      </w:r>
      <w:r>
        <w:rPr>
          <w:rFonts w:ascii="Arial" w:hAnsi="Arial"/>
          <w:color w:val="5D7284"/>
        </w:rPr>
        <w:t>14:11</w:t>
      </w:r>
    </w:p>
    <w:p w14:paraId="6E8BF6D8" w14:textId="77777777" w:rsidR="00096B82" w:rsidRDefault="00D446B1">
      <w:pPr>
        <w:spacing w:after="0"/>
      </w:pPr>
      <w:proofErr w:type="gramStart"/>
      <w:r>
        <w:rPr>
          <w:rFonts w:ascii="Arial" w:hAnsi="Arial"/>
        </w:rPr>
        <w:t>Yeah</w:t>
      </w:r>
      <w:proofErr w:type="gramEnd"/>
      <w:r>
        <w:rPr>
          <w:rFonts w:ascii="Arial" w:hAnsi="Arial"/>
        </w:rPr>
        <w:t xml:space="preserve"> pretty much, the only other thing is we were  the people of Corsica. The French was around </w:t>
      </w:r>
      <w:proofErr w:type="gramStart"/>
      <w:r>
        <w:rPr>
          <w:rFonts w:ascii="Arial" w:hAnsi="Arial"/>
        </w:rPr>
        <w:t>Corsica</w:t>
      </w:r>
      <w:proofErr w:type="gramEnd"/>
      <w:r>
        <w:rPr>
          <w:rFonts w:ascii="Arial" w:hAnsi="Arial"/>
        </w:rPr>
        <w:t xml:space="preserve"> and they didn't really fancy that anymore. </w:t>
      </w:r>
      <w:proofErr w:type="gramStart"/>
      <w:r>
        <w:rPr>
          <w:rFonts w:ascii="Arial" w:hAnsi="Arial"/>
        </w:rPr>
        <w:t>So</w:t>
      </w:r>
      <w:proofErr w:type="gramEnd"/>
      <w:r>
        <w:rPr>
          <w:rFonts w:ascii="Arial" w:hAnsi="Arial"/>
        </w:rPr>
        <w:t xml:space="preserve"> they asked the British for help to go over there and stop the </w:t>
      </w:r>
      <w:r>
        <w:rPr>
          <w:rFonts w:ascii="Arial" w:hAnsi="Arial"/>
        </w:rPr>
        <w:t>French being there. Okay. Okay, so.</w:t>
      </w:r>
    </w:p>
    <w:p w14:paraId="0A89A18D" w14:textId="77777777" w:rsidR="00096B82" w:rsidRDefault="00096B82">
      <w:pPr>
        <w:spacing w:after="0"/>
      </w:pPr>
    </w:p>
    <w:p w14:paraId="5D07530C" w14:textId="77777777" w:rsidR="00096B82" w:rsidRDefault="00D446B1">
      <w:pPr>
        <w:spacing w:after="0"/>
      </w:pPr>
      <w:r>
        <w:rPr>
          <w:rFonts w:ascii="Arial" w:hAnsi="Arial"/>
          <w:b/>
        </w:rPr>
        <w:t xml:space="preserve">Lucy  </w:t>
      </w:r>
      <w:r>
        <w:rPr>
          <w:rFonts w:ascii="Arial" w:hAnsi="Arial"/>
          <w:color w:val="5D7284"/>
        </w:rPr>
        <w:t>14:35</w:t>
      </w:r>
    </w:p>
    <w:p w14:paraId="7D09CF5E" w14:textId="77777777" w:rsidR="00096B82" w:rsidRDefault="00D446B1">
      <w:pPr>
        <w:spacing w:after="0"/>
      </w:pPr>
      <w:proofErr w:type="gramStart"/>
      <w:r>
        <w:rPr>
          <w:rFonts w:ascii="Arial" w:hAnsi="Arial"/>
        </w:rPr>
        <w:t>So</w:t>
      </w:r>
      <w:proofErr w:type="gramEnd"/>
      <w:r>
        <w:rPr>
          <w:rFonts w:ascii="Arial" w:hAnsi="Arial"/>
        </w:rPr>
        <w:t xml:space="preserve"> this detached retina, which left him blind in his right eye towards the end of his life. </w:t>
      </w:r>
      <w:proofErr w:type="spellStart"/>
      <w:r>
        <w:rPr>
          <w:rFonts w:ascii="Arial" w:hAnsi="Arial"/>
        </w:rPr>
        <w:t>nalsa</w:t>
      </w:r>
      <w:proofErr w:type="spellEnd"/>
      <w:r>
        <w:rPr>
          <w:rFonts w:ascii="Arial" w:hAnsi="Arial"/>
        </w:rPr>
        <w:t xml:space="preserve"> wrote a few years, a few years must, as I have always predicted, render me blind. I have often heard that bli</w:t>
      </w:r>
      <w:r>
        <w:rPr>
          <w:rFonts w:ascii="Arial" w:hAnsi="Arial"/>
        </w:rPr>
        <w:t>nd people are cheerful, but I think I shall take this to heart.</w:t>
      </w:r>
    </w:p>
    <w:p w14:paraId="7C654B72" w14:textId="77777777" w:rsidR="00096B82" w:rsidRDefault="00096B82">
      <w:pPr>
        <w:spacing w:after="0"/>
      </w:pPr>
    </w:p>
    <w:p w14:paraId="550C4FD2" w14:textId="77777777" w:rsidR="00096B82" w:rsidRDefault="00D446B1">
      <w:pPr>
        <w:spacing w:after="0"/>
      </w:pPr>
      <w:r>
        <w:rPr>
          <w:rFonts w:ascii="Arial" w:hAnsi="Arial"/>
          <w:b/>
        </w:rPr>
        <w:t xml:space="preserve">Alice  </w:t>
      </w:r>
      <w:r>
        <w:rPr>
          <w:rFonts w:ascii="Arial" w:hAnsi="Arial"/>
          <w:color w:val="5D7284"/>
        </w:rPr>
        <w:t>14:55</w:t>
      </w:r>
    </w:p>
    <w:p w14:paraId="545F0B6C" w14:textId="77777777" w:rsidR="00096B82" w:rsidRDefault="00D446B1">
      <w:pPr>
        <w:spacing w:after="0"/>
      </w:pPr>
      <w:r>
        <w:rPr>
          <w:rFonts w:ascii="Arial" w:hAnsi="Arial"/>
        </w:rPr>
        <w:t xml:space="preserve">So that's how I'm often </w:t>
      </w:r>
      <w:proofErr w:type="gramStart"/>
      <w:r>
        <w:rPr>
          <w:rFonts w:ascii="Arial" w:hAnsi="Arial"/>
        </w:rPr>
        <w:t>described</w:t>
      </w:r>
      <w:proofErr w:type="gramEnd"/>
    </w:p>
    <w:p w14:paraId="5D4609CC" w14:textId="77777777" w:rsidR="00096B82" w:rsidRDefault="00096B82">
      <w:pPr>
        <w:spacing w:after="0"/>
      </w:pPr>
    </w:p>
    <w:p w14:paraId="62F2AF99" w14:textId="77777777" w:rsidR="00096B82" w:rsidRDefault="00D446B1">
      <w:pPr>
        <w:spacing w:after="0"/>
      </w:pPr>
      <w:r>
        <w:rPr>
          <w:rFonts w:ascii="Arial" w:hAnsi="Arial"/>
          <w:b/>
        </w:rPr>
        <w:t xml:space="preserve">Lucy  </w:t>
      </w:r>
      <w:r>
        <w:rPr>
          <w:rFonts w:ascii="Arial" w:hAnsi="Arial"/>
          <w:color w:val="5D7284"/>
        </w:rPr>
        <w:t>14:58</w:t>
      </w:r>
    </w:p>
    <w:p w14:paraId="13476E48" w14:textId="77777777" w:rsidR="00096B82" w:rsidRDefault="00D446B1">
      <w:pPr>
        <w:spacing w:after="0"/>
      </w:pPr>
      <w:r>
        <w:rPr>
          <w:rFonts w:ascii="Arial" w:hAnsi="Arial"/>
        </w:rPr>
        <w:t xml:space="preserve">careful on this </w:t>
      </w:r>
      <w:proofErr w:type="gramStart"/>
      <w:r>
        <w:rPr>
          <w:rFonts w:ascii="Arial" w:hAnsi="Arial"/>
        </w:rPr>
        <w:t>really Nice</w:t>
      </w:r>
      <w:proofErr w:type="gramEnd"/>
      <w:r>
        <w:rPr>
          <w:rFonts w:ascii="Arial" w:hAnsi="Arial"/>
        </w:rPr>
        <w:t>, cheerful maybe a little bit sweary.</w:t>
      </w:r>
    </w:p>
    <w:p w14:paraId="365E70A3" w14:textId="77777777" w:rsidR="00096B82" w:rsidRDefault="00096B82">
      <w:pPr>
        <w:spacing w:after="0"/>
      </w:pPr>
    </w:p>
    <w:p w14:paraId="6013E4B2" w14:textId="77777777" w:rsidR="00096B82" w:rsidRDefault="00D446B1">
      <w:pPr>
        <w:spacing w:after="0"/>
      </w:pPr>
      <w:r>
        <w:rPr>
          <w:rFonts w:ascii="Arial" w:hAnsi="Arial"/>
          <w:b/>
        </w:rPr>
        <w:t xml:space="preserve">Alice  </w:t>
      </w:r>
      <w:r>
        <w:rPr>
          <w:rFonts w:ascii="Arial" w:hAnsi="Arial"/>
          <w:color w:val="5D7284"/>
        </w:rPr>
        <w:t>15:04</w:t>
      </w:r>
    </w:p>
    <w:p w14:paraId="76396571" w14:textId="77777777" w:rsidR="00096B82" w:rsidRDefault="00D446B1">
      <w:pPr>
        <w:spacing w:after="0"/>
      </w:pPr>
      <w:r>
        <w:rPr>
          <w:rFonts w:ascii="Arial" w:hAnsi="Arial"/>
        </w:rPr>
        <w:t xml:space="preserve">I was </w:t>
      </w:r>
      <w:proofErr w:type="spellStart"/>
      <w:r>
        <w:rPr>
          <w:rFonts w:ascii="Arial" w:hAnsi="Arial"/>
        </w:rPr>
        <w:t>gonna</w:t>
      </w:r>
      <w:proofErr w:type="spellEnd"/>
      <w:r>
        <w:rPr>
          <w:rFonts w:ascii="Arial" w:hAnsi="Arial"/>
        </w:rPr>
        <w:t xml:space="preserve"> say I thought I was loud and sarcastic.</w:t>
      </w:r>
    </w:p>
    <w:p w14:paraId="12F585A8" w14:textId="77777777" w:rsidR="00096B82" w:rsidRDefault="00096B82">
      <w:pPr>
        <w:spacing w:after="0"/>
      </w:pPr>
    </w:p>
    <w:p w14:paraId="70153D31" w14:textId="77777777" w:rsidR="00096B82" w:rsidRDefault="00D446B1">
      <w:pPr>
        <w:spacing w:after="0"/>
      </w:pPr>
      <w:r>
        <w:rPr>
          <w:rFonts w:ascii="Arial" w:hAnsi="Arial"/>
          <w:b/>
        </w:rPr>
        <w:t xml:space="preserve">Daisy  </w:t>
      </w:r>
      <w:r>
        <w:rPr>
          <w:rFonts w:ascii="Arial" w:hAnsi="Arial"/>
          <w:color w:val="5D7284"/>
        </w:rPr>
        <w:t>15:08</w:t>
      </w:r>
    </w:p>
    <w:p w14:paraId="79D985B8" w14:textId="77777777" w:rsidR="00096B82" w:rsidRDefault="00D446B1">
      <w:pPr>
        <w:spacing w:after="0"/>
      </w:pPr>
      <w:proofErr w:type="spellStart"/>
      <w:r>
        <w:rPr>
          <w:rFonts w:ascii="Arial" w:hAnsi="Arial"/>
        </w:rPr>
        <w:t>thats</w:t>
      </w:r>
      <w:proofErr w:type="spellEnd"/>
      <w:r>
        <w:rPr>
          <w:rFonts w:ascii="Arial" w:hAnsi="Arial"/>
        </w:rPr>
        <w:t xml:space="preserve"> cheery in its own way</w:t>
      </w:r>
    </w:p>
    <w:p w14:paraId="28EBED0A" w14:textId="77777777" w:rsidR="00096B82" w:rsidRDefault="00096B82">
      <w:pPr>
        <w:spacing w:after="0"/>
      </w:pPr>
    </w:p>
    <w:p w14:paraId="7DF16295" w14:textId="77777777" w:rsidR="00096B82" w:rsidRDefault="00D446B1">
      <w:pPr>
        <w:spacing w:after="0"/>
      </w:pPr>
      <w:r>
        <w:rPr>
          <w:rFonts w:ascii="Arial" w:hAnsi="Arial"/>
          <w:b/>
        </w:rPr>
        <w:t xml:space="preserve">Lucy  </w:t>
      </w:r>
      <w:r>
        <w:rPr>
          <w:rFonts w:ascii="Arial" w:hAnsi="Arial"/>
          <w:color w:val="5D7284"/>
        </w:rPr>
        <w:t>15:12</w:t>
      </w:r>
    </w:p>
    <w:p w14:paraId="305FF90C" w14:textId="77777777" w:rsidR="00096B82" w:rsidRDefault="00D446B1">
      <w:pPr>
        <w:spacing w:after="0"/>
      </w:pPr>
      <w:r>
        <w:rPr>
          <w:rFonts w:ascii="Arial" w:hAnsi="Arial"/>
        </w:rPr>
        <w:t xml:space="preserve">I just need somebody to </w:t>
      </w:r>
      <w:proofErr w:type="gramStart"/>
      <w:r>
        <w:rPr>
          <w:rFonts w:ascii="Arial" w:hAnsi="Arial"/>
        </w:rPr>
        <w:t>like</w:t>
      </w:r>
      <w:proofErr w:type="gramEnd"/>
    </w:p>
    <w:p w14:paraId="6CE21234" w14:textId="77777777" w:rsidR="00096B82" w:rsidRDefault="00096B82">
      <w:pPr>
        <w:spacing w:after="0"/>
      </w:pPr>
    </w:p>
    <w:p w14:paraId="37E154B8" w14:textId="77777777" w:rsidR="00096B82" w:rsidRDefault="00D446B1">
      <w:pPr>
        <w:spacing w:after="0"/>
      </w:pPr>
      <w:r>
        <w:rPr>
          <w:rFonts w:ascii="Arial" w:hAnsi="Arial"/>
          <w:b/>
        </w:rPr>
        <w:t xml:space="preserve">Alice  </w:t>
      </w:r>
      <w:r>
        <w:rPr>
          <w:rFonts w:ascii="Arial" w:hAnsi="Arial"/>
          <w:color w:val="5D7284"/>
        </w:rPr>
        <w:t>15:14</w:t>
      </w:r>
    </w:p>
    <w:p w14:paraId="5A7BEC30" w14:textId="77777777" w:rsidR="00096B82" w:rsidRDefault="00D446B1">
      <w:pPr>
        <w:spacing w:after="0"/>
      </w:pPr>
      <w:r>
        <w:rPr>
          <w:rFonts w:ascii="Arial" w:hAnsi="Arial"/>
        </w:rPr>
        <w:t>maybe humorous fashion.</w:t>
      </w:r>
    </w:p>
    <w:p w14:paraId="5F20C301" w14:textId="77777777" w:rsidR="00096B82" w:rsidRDefault="00096B82">
      <w:pPr>
        <w:spacing w:after="0"/>
      </w:pPr>
    </w:p>
    <w:p w14:paraId="06E5E7D7" w14:textId="77777777" w:rsidR="00096B82" w:rsidRDefault="00D446B1">
      <w:pPr>
        <w:spacing w:after="0"/>
      </w:pPr>
      <w:r>
        <w:rPr>
          <w:rFonts w:ascii="Arial" w:hAnsi="Arial"/>
          <w:b/>
        </w:rPr>
        <w:t xml:space="preserve">Lucy  </w:t>
      </w:r>
      <w:r>
        <w:rPr>
          <w:rFonts w:ascii="Arial" w:hAnsi="Arial"/>
          <w:color w:val="5D7284"/>
        </w:rPr>
        <w:t>15:20</w:t>
      </w:r>
    </w:p>
    <w:p w14:paraId="3CFBDADA" w14:textId="77777777" w:rsidR="00096B82" w:rsidRDefault="00D446B1">
      <w:pPr>
        <w:spacing w:after="0"/>
      </w:pPr>
      <w:r>
        <w:rPr>
          <w:rFonts w:ascii="Arial" w:hAnsi="Arial"/>
        </w:rPr>
        <w:t xml:space="preserve">Now since brave will last for glory it was evident at the Battle of </w:t>
      </w:r>
      <w:proofErr w:type="spellStart"/>
      <w:r>
        <w:rPr>
          <w:rFonts w:ascii="Arial" w:hAnsi="Arial"/>
        </w:rPr>
        <w:t>of</w:t>
      </w:r>
      <w:proofErr w:type="spellEnd"/>
      <w:r>
        <w:rPr>
          <w:rFonts w:ascii="Arial" w:hAnsi="Arial"/>
        </w:rPr>
        <w:t xml:space="preserve"> capes </w:t>
      </w:r>
      <w:proofErr w:type="spellStart"/>
      <w:r>
        <w:rPr>
          <w:rFonts w:ascii="Arial" w:hAnsi="Arial"/>
        </w:rPr>
        <w:t>st</w:t>
      </w:r>
      <w:proofErr w:type="spellEnd"/>
      <w:r>
        <w:rPr>
          <w:rFonts w:ascii="Arial" w:hAnsi="Arial"/>
        </w:rPr>
        <w:t xml:space="preserve"> Vincent in 1797 when he's 74 </w:t>
      </w:r>
      <w:proofErr w:type="gramStart"/>
      <w:r>
        <w:rPr>
          <w:rFonts w:ascii="Arial" w:hAnsi="Arial"/>
        </w:rPr>
        <w:t>gunship</w:t>
      </w:r>
      <w:proofErr w:type="gramEnd"/>
      <w:r>
        <w:rPr>
          <w:rFonts w:ascii="Arial" w:hAnsi="Arial"/>
        </w:rPr>
        <w:t xml:space="preserve"> engaged with and with much bigger Spanish ships. Now some bombarded the first and </w:t>
      </w:r>
      <w:proofErr w:type="spellStart"/>
      <w:r>
        <w:rPr>
          <w:rFonts w:ascii="Arial" w:hAnsi="Arial"/>
        </w:rPr>
        <w:t>lept</w:t>
      </w:r>
      <w:proofErr w:type="spellEnd"/>
      <w:r>
        <w:rPr>
          <w:rFonts w:ascii="Arial" w:hAnsi="Arial"/>
        </w:rPr>
        <w:t xml:space="preserve"> across to another ship shouting Westminster Abbey or glorious victory and forcing their surrender. Later that same year, attacking the </w:t>
      </w:r>
      <w:proofErr w:type="spellStart"/>
      <w:r>
        <w:rPr>
          <w:rFonts w:ascii="Arial" w:hAnsi="Arial"/>
        </w:rPr>
        <w:t>harbour</w:t>
      </w:r>
      <w:proofErr w:type="spellEnd"/>
      <w:r>
        <w:rPr>
          <w:rFonts w:ascii="Arial" w:hAnsi="Arial"/>
        </w:rPr>
        <w:t xml:space="preserve"> of Santa Cruz in T</w:t>
      </w:r>
      <w:r>
        <w:rPr>
          <w:rFonts w:ascii="Arial" w:hAnsi="Arial"/>
        </w:rPr>
        <w:t xml:space="preserve">enerife, I love Tenerife by the way, if anybody wants to like pay for a lABLEd podcast trip to Tenerife, grapes shots shattered, shattered his right elbow basically, I think what Nelson is </w:t>
      </w:r>
      <w:proofErr w:type="spellStart"/>
      <w:r>
        <w:rPr>
          <w:rFonts w:ascii="Arial" w:hAnsi="Arial"/>
        </w:rPr>
        <w:t>is</w:t>
      </w:r>
      <w:proofErr w:type="spellEnd"/>
      <w:r>
        <w:rPr>
          <w:rFonts w:ascii="Arial" w:hAnsi="Arial"/>
        </w:rPr>
        <w:t xml:space="preserve"> slightly clumsy. Nelson is like what </w:t>
      </w:r>
      <w:proofErr w:type="spellStart"/>
      <w:r>
        <w:rPr>
          <w:rFonts w:ascii="Arial" w:hAnsi="Arial"/>
        </w:rPr>
        <w:t>what</w:t>
      </w:r>
      <w:proofErr w:type="spellEnd"/>
      <w:r>
        <w:rPr>
          <w:rFonts w:ascii="Arial" w:hAnsi="Arial"/>
        </w:rPr>
        <w:t xml:space="preserve"> it would be if I becam</w:t>
      </w:r>
      <w:r>
        <w:rPr>
          <w:rFonts w:ascii="Arial" w:hAnsi="Arial"/>
        </w:rPr>
        <w:t xml:space="preserve">e a ship captain, I think because I would probably be seasick. And I would probably injure myself all the time. </w:t>
      </w:r>
      <w:proofErr w:type="gramStart"/>
      <w:r>
        <w:rPr>
          <w:rFonts w:ascii="Arial" w:hAnsi="Arial"/>
        </w:rPr>
        <w:t>So</w:t>
      </w:r>
      <w:proofErr w:type="gramEnd"/>
      <w:r>
        <w:rPr>
          <w:rFonts w:ascii="Arial" w:hAnsi="Arial"/>
        </w:rPr>
        <w:t xml:space="preserve"> I think me and me and Nelson have got same energy. Yeah. </w:t>
      </w:r>
      <w:proofErr w:type="gramStart"/>
      <w:r>
        <w:rPr>
          <w:rFonts w:ascii="Arial" w:hAnsi="Arial"/>
        </w:rPr>
        <w:t>So</w:t>
      </w:r>
      <w:proofErr w:type="gramEnd"/>
      <w:r>
        <w:rPr>
          <w:rFonts w:ascii="Arial" w:hAnsi="Arial"/>
        </w:rPr>
        <w:t xml:space="preserve"> the grapeshot </w:t>
      </w:r>
      <w:r>
        <w:rPr>
          <w:rFonts w:ascii="Arial" w:hAnsi="Arial"/>
        </w:rPr>
        <w:lastRenderedPageBreak/>
        <w:t xml:space="preserve">shattered his right elbow, leading to amputation. </w:t>
      </w:r>
      <w:proofErr w:type="gramStart"/>
      <w:r>
        <w:rPr>
          <w:rFonts w:ascii="Arial" w:hAnsi="Arial"/>
        </w:rPr>
        <w:t>So</w:t>
      </w:r>
      <w:proofErr w:type="gramEnd"/>
      <w:r>
        <w:rPr>
          <w:rFonts w:ascii="Arial" w:hAnsi="Arial"/>
        </w:rPr>
        <w:t xml:space="preserve"> he's got his b</w:t>
      </w:r>
      <w:r>
        <w:rPr>
          <w:rFonts w:ascii="Arial" w:hAnsi="Arial"/>
        </w:rPr>
        <w:t>asically he is blind his right eye or his left eye and he's got his right arm missing.</w:t>
      </w:r>
    </w:p>
    <w:p w14:paraId="2507BC6E" w14:textId="77777777" w:rsidR="00096B82" w:rsidRDefault="00096B82">
      <w:pPr>
        <w:spacing w:after="0"/>
      </w:pPr>
    </w:p>
    <w:p w14:paraId="34D49CA2" w14:textId="77777777" w:rsidR="00096B82" w:rsidRDefault="00D446B1">
      <w:pPr>
        <w:spacing w:after="0"/>
      </w:pPr>
      <w:r>
        <w:rPr>
          <w:rFonts w:ascii="Arial" w:hAnsi="Arial"/>
          <w:b/>
        </w:rPr>
        <w:t xml:space="preserve">Alice  </w:t>
      </w:r>
      <w:r>
        <w:rPr>
          <w:rFonts w:ascii="Arial" w:hAnsi="Arial"/>
          <w:color w:val="5D7284"/>
        </w:rPr>
        <w:t>16:36</w:t>
      </w:r>
    </w:p>
    <w:p w14:paraId="5B89B011" w14:textId="77777777" w:rsidR="00096B82" w:rsidRDefault="00D446B1">
      <w:pPr>
        <w:spacing w:after="0"/>
      </w:pPr>
      <w:r>
        <w:rPr>
          <w:rFonts w:ascii="Arial" w:hAnsi="Arial"/>
        </w:rPr>
        <w:t>You're the one telling the story.</w:t>
      </w:r>
    </w:p>
    <w:p w14:paraId="4C346560" w14:textId="77777777" w:rsidR="00096B82" w:rsidRDefault="00096B82">
      <w:pPr>
        <w:spacing w:after="0"/>
      </w:pPr>
    </w:p>
    <w:p w14:paraId="1121EE9E" w14:textId="77777777" w:rsidR="00096B82" w:rsidRDefault="00D446B1">
      <w:pPr>
        <w:spacing w:after="0"/>
      </w:pPr>
      <w:r>
        <w:rPr>
          <w:rFonts w:ascii="Arial" w:hAnsi="Arial"/>
          <w:b/>
        </w:rPr>
        <w:t xml:space="preserve">Lucy  </w:t>
      </w:r>
      <w:r>
        <w:rPr>
          <w:rFonts w:ascii="Arial" w:hAnsi="Arial"/>
          <w:color w:val="5D7284"/>
        </w:rPr>
        <w:t>16:38</w:t>
      </w:r>
    </w:p>
    <w:p w14:paraId="5DCBD599" w14:textId="77777777" w:rsidR="00096B82" w:rsidRDefault="00D446B1">
      <w:pPr>
        <w:spacing w:after="0"/>
      </w:pPr>
      <w:r>
        <w:rPr>
          <w:rFonts w:ascii="Arial" w:hAnsi="Arial"/>
        </w:rPr>
        <w:t xml:space="preserve">I'm just reading it. Um, Nelson complained at the cold knife recommending the surgeon </w:t>
      </w:r>
      <w:proofErr w:type="spellStart"/>
      <w:r>
        <w:rPr>
          <w:rFonts w:ascii="Arial" w:hAnsi="Arial"/>
        </w:rPr>
        <w:t>Warmington</w:t>
      </w:r>
      <w:proofErr w:type="spellEnd"/>
      <w:r>
        <w:rPr>
          <w:rFonts w:ascii="Arial" w:hAnsi="Arial"/>
        </w:rPr>
        <w:t xml:space="preserve"> feature bef</w:t>
      </w:r>
      <w:r>
        <w:rPr>
          <w:rFonts w:ascii="Arial" w:hAnsi="Arial"/>
        </w:rPr>
        <w:t>ore using the blade first when he was having his arm amputated. So basically,</w:t>
      </w:r>
    </w:p>
    <w:p w14:paraId="6FCE433E" w14:textId="77777777" w:rsidR="00096B82" w:rsidRDefault="00096B82">
      <w:pPr>
        <w:spacing w:after="0"/>
      </w:pPr>
    </w:p>
    <w:p w14:paraId="56F69A9B" w14:textId="77777777" w:rsidR="00096B82" w:rsidRDefault="00D446B1">
      <w:pPr>
        <w:spacing w:after="0"/>
      </w:pPr>
      <w:r>
        <w:rPr>
          <w:rFonts w:ascii="Arial" w:hAnsi="Arial"/>
          <w:b/>
        </w:rPr>
        <w:t xml:space="preserve">Daisy  </w:t>
      </w:r>
      <w:r>
        <w:rPr>
          <w:rFonts w:ascii="Arial" w:hAnsi="Arial"/>
          <w:color w:val="5D7284"/>
        </w:rPr>
        <w:t>16:53</w:t>
      </w:r>
    </w:p>
    <w:p w14:paraId="4D961A87" w14:textId="77777777" w:rsidR="00096B82" w:rsidRDefault="00D446B1">
      <w:pPr>
        <w:spacing w:after="0"/>
      </w:pPr>
      <w:r>
        <w:rPr>
          <w:rFonts w:ascii="Arial" w:hAnsi="Arial"/>
        </w:rPr>
        <w:t>like that's called,</w:t>
      </w:r>
    </w:p>
    <w:p w14:paraId="12848E4E" w14:textId="77777777" w:rsidR="00096B82" w:rsidRDefault="00096B82">
      <w:pPr>
        <w:spacing w:after="0"/>
      </w:pPr>
    </w:p>
    <w:p w14:paraId="0253F0F9" w14:textId="77777777" w:rsidR="00096B82" w:rsidRDefault="00D446B1">
      <w:pPr>
        <w:spacing w:after="0"/>
      </w:pPr>
      <w:r>
        <w:rPr>
          <w:rFonts w:ascii="Arial" w:hAnsi="Arial"/>
          <w:b/>
        </w:rPr>
        <w:t xml:space="preserve">Lucy  </w:t>
      </w:r>
      <w:r>
        <w:rPr>
          <w:rFonts w:ascii="Arial" w:hAnsi="Arial"/>
          <w:color w:val="5D7284"/>
        </w:rPr>
        <w:t>16:54</w:t>
      </w:r>
    </w:p>
    <w:p w14:paraId="6950417E" w14:textId="77777777" w:rsidR="00096B82" w:rsidRDefault="00D446B1">
      <w:pPr>
        <w:spacing w:after="0"/>
      </w:pPr>
      <w:r>
        <w:rPr>
          <w:rFonts w:ascii="Arial" w:hAnsi="Arial"/>
        </w:rPr>
        <w:t>can you warm that up? Yeah. Oh,</w:t>
      </w:r>
    </w:p>
    <w:p w14:paraId="46ED7217" w14:textId="77777777" w:rsidR="00096B82" w:rsidRDefault="00096B82">
      <w:pPr>
        <w:spacing w:after="0"/>
      </w:pPr>
    </w:p>
    <w:p w14:paraId="1E3EBBBE" w14:textId="77777777" w:rsidR="00096B82" w:rsidRDefault="00D446B1">
      <w:pPr>
        <w:spacing w:after="0"/>
      </w:pPr>
      <w:r>
        <w:rPr>
          <w:rFonts w:ascii="Arial" w:hAnsi="Arial"/>
          <w:b/>
        </w:rPr>
        <w:t xml:space="preserve">Alice  </w:t>
      </w:r>
      <w:r>
        <w:rPr>
          <w:rFonts w:ascii="Arial" w:hAnsi="Arial"/>
          <w:color w:val="5D7284"/>
        </w:rPr>
        <w:t>16:56</w:t>
      </w:r>
    </w:p>
    <w:p w14:paraId="67B52444" w14:textId="77777777" w:rsidR="00096B82" w:rsidRDefault="00D446B1">
      <w:pPr>
        <w:spacing w:after="0"/>
      </w:pPr>
      <w:r>
        <w:rPr>
          <w:rFonts w:ascii="Arial" w:hAnsi="Arial"/>
        </w:rPr>
        <w:t>that's a bit chilly while you're cutting my arm up. Could you blow on it to warm it u</w:t>
      </w:r>
      <w:r>
        <w:rPr>
          <w:rFonts w:ascii="Arial" w:hAnsi="Arial"/>
        </w:rPr>
        <w:t xml:space="preserve">p a bit first. </w:t>
      </w:r>
    </w:p>
    <w:p w14:paraId="2B3D200B" w14:textId="77777777" w:rsidR="00096B82" w:rsidRDefault="00096B82">
      <w:pPr>
        <w:spacing w:after="0"/>
      </w:pPr>
    </w:p>
    <w:p w14:paraId="63030994" w14:textId="77777777" w:rsidR="00096B82" w:rsidRDefault="00D446B1">
      <w:pPr>
        <w:spacing w:after="0"/>
      </w:pPr>
      <w:r>
        <w:rPr>
          <w:rFonts w:ascii="Arial" w:hAnsi="Arial"/>
          <w:b/>
        </w:rPr>
        <w:t xml:space="preserve">Daisy  </w:t>
      </w:r>
      <w:r>
        <w:rPr>
          <w:rFonts w:ascii="Arial" w:hAnsi="Arial"/>
          <w:color w:val="5D7284"/>
        </w:rPr>
        <w:t>17:02</w:t>
      </w:r>
    </w:p>
    <w:p w14:paraId="06936CD4" w14:textId="77777777" w:rsidR="00096B82" w:rsidRDefault="00D446B1">
      <w:pPr>
        <w:spacing w:after="0"/>
      </w:pPr>
      <w:r>
        <w:rPr>
          <w:rFonts w:ascii="Arial" w:hAnsi="Arial"/>
        </w:rPr>
        <w:t xml:space="preserve">Can you put it in some </w:t>
      </w:r>
      <w:proofErr w:type="gramStart"/>
      <w:r>
        <w:rPr>
          <w:rFonts w:ascii="Arial" w:hAnsi="Arial"/>
        </w:rPr>
        <w:t>hot water</w:t>
      </w:r>
      <w:proofErr w:type="gramEnd"/>
      <w:r>
        <w:rPr>
          <w:rFonts w:ascii="Arial" w:hAnsi="Arial"/>
        </w:rPr>
        <w:t xml:space="preserve"> </w:t>
      </w:r>
    </w:p>
    <w:p w14:paraId="60C2B05E" w14:textId="77777777" w:rsidR="00096B82" w:rsidRDefault="00096B82">
      <w:pPr>
        <w:spacing w:after="0"/>
      </w:pPr>
    </w:p>
    <w:p w14:paraId="27F4FE8F" w14:textId="77777777" w:rsidR="00096B82" w:rsidRDefault="00D446B1">
      <w:pPr>
        <w:spacing w:after="0"/>
      </w:pPr>
      <w:r>
        <w:rPr>
          <w:rFonts w:ascii="Arial" w:hAnsi="Arial"/>
          <w:b/>
        </w:rPr>
        <w:t xml:space="preserve">Alice  </w:t>
      </w:r>
      <w:r>
        <w:rPr>
          <w:rFonts w:ascii="Arial" w:hAnsi="Arial"/>
          <w:color w:val="5D7284"/>
        </w:rPr>
        <w:t>17:03</w:t>
      </w:r>
    </w:p>
    <w:p w14:paraId="7CD689D0" w14:textId="77777777" w:rsidR="00096B82" w:rsidRDefault="00D446B1">
      <w:pPr>
        <w:spacing w:after="0"/>
      </w:pPr>
      <w:proofErr w:type="gramStart"/>
      <w:r>
        <w:rPr>
          <w:rFonts w:ascii="Arial" w:hAnsi="Arial"/>
        </w:rPr>
        <w:t>Yeah</w:t>
      </w:r>
      <w:proofErr w:type="gramEnd"/>
      <w:r>
        <w:rPr>
          <w:rFonts w:ascii="Arial" w:hAnsi="Arial"/>
        </w:rPr>
        <w:t xml:space="preserve"> run it under the tap?</w:t>
      </w:r>
    </w:p>
    <w:p w14:paraId="4D71F6E9" w14:textId="77777777" w:rsidR="00096B82" w:rsidRDefault="00096B82">
      <w:pPr>
        <w:spacing w:after="0"/>
      </w:pPr>
    </w:p>
    <w:p w14:paraId="281A1659" w14:textId="77777777" w:rsidR="00096B82" w:rsidRDefault="00D446B1">
      <w:pPr>
        <w:spacing w:after="0"/>
      </w:pPr>
      <w:r>
        <w:rPr>
          <w:rFonts w:ascii="Arial" w:hAnsi="Arial"/>
          <w:b/>
        </w:rPr>
        <w:t xml:space="preserve">Lucy  </w:t>
      </w:r>
      <w:r>
        <w:rPr>
          <w:rFonts w:ascii="Arial" w:hAnsi="Arial"/>
          <w:color w:val="5D7284"/>
        </w:rPr>
        <w:t>17:06</w:t>
      </w:r>
    </w:p>
    <w:p w14:paraId="0BD815AC" w14:textId="77777777" w:rsidR="00096B82" w:rsidRDefault="00D446B1">
      <w:pPr>
        <w:spacing w:after="0"/>
      </w:pPr>
      <w:r>
        <w:rPr>
          <w:rFonts w:ascii="Arial" w:hAnsi="Arial"/>
        </w:rPr>
        <w:t>afterwards in despair, Nelson wrote to his commander, Admiral St. Vincent. In his unfamiliar left hand,</w:t>
      </w:r>
    </w:p>
    <w:p w14:paraId="7BC429F1" w14:textId="77777777" w:rsidR="00096B82" w:rsidRDefault="00096B82">
      <w:pPr>
        <w:spacing w:after="0"/>
      </w:pPr>
    </w:p>
    <w:p w14:paraId="2F8A072D" w14:textId="77777777" w:rsidR="00096B82" w:rsidRDefault="00D446B1">
      <w:pPr>
        <w:spacing w:after="0"/>
      </w:pPr>
      <w:r>
        <w:rPr>
          <w:rFonts w:ascii="Arial" w:hAnsi="Arial"/>
          <w:b/>
        </w:rPr>
        <w:t xml:space="preserve">Alice  </w:t>
      </w:r>
      <w:r>
        <w:rPr>
          <w:rFonts w:ascii="Arial" w:hAnsi="Arial"/>
          <w:color w:val="5D7284"/>
        </w:rPr>
        <w:t>17:14</w:t>
      </w:r>
    </w:p>
    <w:p w14:paraId="5D42104E" w14:textId="77777777" w:rsidR="00096B82" w:rsidRDefault="00D446B1">
      <w:pPr>
        <w:spacing w:after="0"/>
      </w:pPr>
      <w:r>
        <w:rPr>
          <w:rFonts w:ascii="Arial" w:hAnsi="Arial"/>
        </w:rPr>
        <w:t xml:space="preserve">I was just </w:t>
      </w:r>
      <w:proofErr w:type="spellStart"/>
      <w:r>
        <w:rPr>
          <w:rFonts w:ascii="Arial" w:hAnsi="Arial"/>
        </w:rPr>
        <w:t>gonna</w:t>
      </w:r>
      <w:proofErr w:type="spellEnd"/>
      <w:r>
        <w:rPr>
          <w:rFonts w:ascii="Arial" w:hAnsi="Arial"/>
        </w:rPr>
        <w:t xml:space="preserve"> say</w:t>
      </w:r>
      <w:r>
        <w:rPr>
          <w:rFonts w:ascii="Arial" w:hAnsi="Arial"/>
        </w:rPr>
        <w:t xml:space="preserve"> that. How did he do that? he </w:t>
      </w:r>
      <w:proofErr w:type="spellStart"/>
      <w:r>
        <w:rPr>
          <w:rFonts w:ascii="Arial" w:hAnsi="Arial"/>
        </w:rPr>
        <w:t>didnt</w:t>
      </w:r>
      <w:proofErr w:type="spellEnd"/>
      <w:r>
        <w:rPr>
          <w:rFonts w:ascii="Arial" w:hAnsi="Arial"/>
        </w:rPr>
        <w:t xml:space="preserve"> have his right hand </w:t>
      </w:r>
      <w:proofErr w:type="gramStart"/>
      <w:r>
        <w:rPr>
          <w:rFonts w:ascii="Arial" w:hAnsi="Arial"/>
        </w:rPr>
        <w:t>anymore</w:t>
      </w:r>
      <w:proofErr w:type="gramEnd"/>
    </w:p>
    <w:p w14:paraId="4A785AB3" w14:textId="77777777" w:rsidR="00096B82" w:rsidRDefault="00096B82">
      <w:pPr>
        <w:spacing w:after="0"/>
      </w:pPr>
    </w:p>
    <w:p w14:paraId="063C611E" w14:textId="77777777" w:rsidR="00096B82" w:rsidRDefault="00D446B1">
      <w:pPr>
        <w:spacing w:after="0"/>
      </w:pPr>
      <w:r>
        <w:rPr>
          <w:rFonts w:ascii="Arial" w:hAnsi="Arial"/>
          <w:b/>
        </w:rPr>
        <w:t xml:space="preserve">Lucy  </w:t>
      </w:r>
      <w:r>
        <w:rPr>
          <w:rFonts w:ascii="Arial" w:hAnsi="Arial"/>
          <w:color w:val="5D7284"/>
        </w:rPr>
        <w:t>17:18</w:t>
      </w:r>
    </w:p>
    <w:p w14:paraId="55667871" w14:textId="77777777" w:rsidR="00096B82" w:rsidRDefault="00D446B1">
      <w:pPr>
        <w:spacing w:after="0"/>
      </w:pPr>
      <w:r>
        <w:rPr>
          <w:rFonts w:ascii="Arial" w:hAnsi="Arial"/>
        </w:rPr>
        <w:t xml:space="preserve">Yeah. But I mean, there's nothing wrong with I'm </w:t>
      </w:r>
      <w:proofErr w:type="gramStart"/>
      <w:r>
        <w:rPr>
          <w:rFonts w:ascii="Arial" w:hAnsi="Arial"/>
        </w:rPr>
        <w:t>left handed</w:t>
      </w:r>
      <w:proofErr w:type="gramEnd"/>
      <w:r>
        <w:rPr>
          <w:rFonts w:ascii="Arial" w:hAnsi="Arial"/>
        </w:rPr>
        <w:t>. So</w:t>
      </w:r>
    </w:p>
    <w:p w14:paraId="572757E6" w14:textId="77777777" w:rsidR="00096B82" w:rsidRDefault="00096B82">
      <w:pPr>
        <w:spacing w:after="0"/>
      </w:pPr>
    </w:p>
    <w:p w14:paraId="1B63EC06" w14:textId="77777777" w:rsidR="00096B82" w:rsidRDefault="00D446B1">
      <w:pPr>
        <w:spacing w:after="0"/>
      </w:pPr>
      <w:r>
        <w:rPr>
          <w:rFonts w:ascii="Arial" w:hAnsi="Arial"/>
          <w:b/>
        </w:rPr>
        <w:t xml:space="preserve">Alice  </w:t>
      </w:r>
      <w:r>
        <w:rPr>
          <w:rFonts w:ascii="Arial" w:hAnsi="Arial"/>
          <w:color w:val="5D7284"/>
        </w:rPr>
        <w:t>17:22</w:t>
      </w:r>
    </w:p>
    <w:p w14:paraId="63625102" w14:textId="77777777" w:rsidR="00096B82" w:rsidRDefault="00D446B1">
      <w:pPr>
        <w:spacing w:after="0"/>
      </w:pPr>
      <w:r>
        <w:rPr>
          <w:rFonts w:ascii="Arial" w:hAnsi="Arial"/>
        </w:rPr>
        <w:t xml:space="preserve">there's nothing wrong with being </w:t>
      </w:r>
      <w:proofErr w:type="gramStart"/>
      <w:r>
        <w:rPr>
          <w:rFonts w:ascii="Arial" w:hAnsi="Arial"/>
        </w:rPr>
        <w:t>left handed</w:t>
      </w:r>
      <w:proofErr w:type="gramEnd"/>
      <w:r>
        <w:rPr>
          <w:rFonts w:ascii="Arial" w:hAnsi="Arial"/>
        </w:rPr>
        <w:t xml:space="preserve"> unless you know, it's the Victorian times when they </w:t>
      </w:r>
      <w:r>
        <w:rPr>
          <w:rFonts w:ascii="Arial" w:hAnsi="Arial"/>
        </w:rPr>
        <w:t>tried them behind your back,</w:t>
      </w:r>
    </w:p>
    <w:p w14:paraId="4DCAA7B9" w14:textId="77777777" w:rsidR="00096B82" w:rsidRDefault="00096B82">
      <w:pPr>
        <w:spacing w:after="0"/>
      </w:pPr>
    </w:p>
    <w:p w14:paraId="7291308E" w14:textId="77777777" w:rsidR="00096B82" w:rsidRDefault="00D446B1">
      <w:pPr>
        <w:spacing w:after="0"/>
      </w:pPr>
      <w:r>
        <w:rPr>
          <w:rFonts w:ascii="Arial" w:hAnsi="Arial"/>
          <w:b/>
        </w:rPr>
        <w:t xml:space="preserve">Lucy  </w:t>
      </w:r>
      <w:r>
        <w:rPr>
          <w:rFonts w:ascii="Arial" w:hAnsi="Arial"/>
          <w:color w:val="5D7284"/>
        </w:rPr>
        <w:t>17:28</w:t>
      </w:r>
    </w:p>
    <w:p w14:paraId="4700BB4F" w14:textId="77777777" w:rsidR="00096B82" w:rsidRDefault="00D446B1">
      <w:pPr>
        <w:spacing w:after="0"/>
      </w:pPr>
      <w:r>
        <w:rPr>
          <w:rFonts w:ascii="Arial" w:hAnsi="Arial"/>
        </w:rPr>
        <w:t xml:space="preserve">or </w:t>
      </w:r>
      <w:proofErr w:type="gramStart"/>
      <w:r>
        <w:rPr>
          <w:rFonts w:ascii="Arial" w:hAnsi="Arial"/>
        </w:rPr>
        <w:t>Yeah</w:t>
      </w:r>
      <w:proofErr w:type="gramEnd"/>
      <w:r>
        <w:rPr>
          <w:rFonts w:ascii="Arial" w:hAnsi="Arial"/>
        </w:rPr>
        <w:t xml:space="preserve">, give you a smack if you started using the left hand </w:t>
      </w:r>
      <w:proofErr w:type="spellStart"/>
      <w:r>
        <w:rPr>
          <w:rFonts w:ascii="Arial" w:hAnsi="Arial"/>
        </w:rPr>
        <w:t>wouldnt</w:t>
      </w:r>
      <w:proofErr w:type="spellEnd"/>
      <w:r>
        <w:rPr>
          <w:rFonts w:ascii="Arial" w:hAnsi="Arial"/>
        </w:rPr>
        <w:t xml:space="preserve"> they.</w:t>
      </w:r>
    </w:p>
    <w:p w14:paraId="021EAC21" w14:textId="77777777" w:rsidR="00096B82" w:rsidRDefault="00096B82">
      <w:pPr>
        <w:spacing w:after="0"/>
      </w:pPr>
    </w:p>
    <w:p w14:paraId="6DBE2D13" w14:textId="77777777" w:rsidR="00096B82" w:rsidRDefault="00D446B1">
      <w:pPr>
        <w:spacing w:after="0"/>
      </w:pPr>
      <w:r>
        <w:rPr>
          <w:rFonts w:ascii="Arial" w:hAnsi="Arial"/>
          <w:b/>
        </w:rPr>
        <w:t xml:space="preserve">Daisy  </w:t>
      </w:r>
      <w:r>
        <w:rPr>
          <w:rFonts w:ascii="Arial" w:hAnsi="Arial"/>
          <w:color w:val="5D7284"/>
        </w:rPr>
        <w:t>17:32</w:t>
      </w:r>
    </w:p>
    <w:p w14:paraId="33D42FDC" w14:textId="77777777" w:rsidR="00096B82" w:rsidRDefault="00D446B1">
      <w:pPr>
        <w:spacing w:after="0"/>
      </w:pPr>
      <w:r>
        <w:rPr>
          <w:rFonts w:ascii="Arial" w:hAnsi="Arial"/>
        </w:rPr>
        <w:t xml:space="preserve">Yeah, but </w:t>
      </w:r>
      <w:proofErr w:type="gramStart"/>
      <w:r>
        <w:rPr>
          <w:rFonts w:ascii="Arial" w:hAnsi="Arial"/>
        </w:rPr>
        <w:t>also</w:t>
      </w:r>
      <w:proofErr w:type="gramEnd"/>
      <w:r>
        <w:rPr>
          <w:rFonts w:ascii="Arial" w:hAnsi="Arial"/>
        </w:rPr>
        <w:t xml:space="preserve"> I feel like you know, regardless of you know, what handed he were, it still could have been complicated to wri</w:t>
      </w:r>
      <w:r>
        <w:rPr>
          <w:rFonts w:ascii="Arial" w:hAnsi="Arial"/>
        </w:rPr>
        <w:t xml:space="preserve">te when you suddenly lose that, that hand yeah, yeah, absolutely. He wrote, I </w:t>
      </w:r>
      <w:r>
        <w:rPr>
          <w:rFonts w:ascii="Arial" w:hAnsi="Arial"/>
        </w:rPr>
        <w:lastRenderedPageBreak/>
        <w:t xml:space="preserve">am a burden to my friends and useless to my country. When I leave your command, I become dead to the world. I go home, and I'm no more seen. I hope you will forget to convey the </w:t>
      </w:r>
      <w:r>
        <w:rPr>
          <w:rFonts w:ascii="Arial" w:hAnsi="Arial"/>
        </w:rPr>
        <w:t xml:space="preserve">remains of my caucus to England, a </w:t>
      </w:r>
      <w:proofErr w:type="gramStart"/>
      <w:r>
        <w:rPr>
          <w:rFonts w:ascii="Arial" w:hAnsi="Arial"/>
        </w:rPr>
        <w:t>left handed</w:t>
      </w:r>
      <w:proofErr w:type="gramEnd"/>
      <w:r>
        <w:rPr>
          <w:rFonts w:ascii="Arial" w:hAnsi="Arial"/>
        </w:rPr>
        <w:t xml:space="preserve"> Admiral, Admiral will never be considered as useful and therefore the sooner I does, the sooner I get a very humble cottage, the better and you can make room for a better man to serve  the state. </w:t>
      </w:r>
      <w:proofErr w:type="gramStart"/>
      <w:r>
        <w:rPr>
          <w:rFonts w:ascii="Arial" w:hAnsi="Arial"/>
        </w:rPr>
        <w:t>So</w:t>
      </w:r>
      <w:proofErr w:type="gramEnd"/>
      <w:r>
        <w:rPr>
          <w:rFonts w:ascii="Arial" w:hAnsi="Arial"/>
        </w:rPr>
        <w:t xml:space="preserve"> he's obvio</w:t>
      </w:r>
      <w:r>
        <w:rPr>
          <w:rFonts w:ascii="Arial" w:hAnsi="Arial"/>
        </w:rPr>
        <w:t>usly like, he obviously knew his arm we've got to come off because he'd been shot in the elbow. But he was obviously struggling there with the whole I've got one arm while it is sort of you know, very melodramatic. So yeah. This is likely as well tied into</w:t>
      </w:r>
      <w:r>
        <w:rPr>
          <w:rFonts w:ascii="Arial" w:hAnsi="Arial"/>
        </w:rPr>
        <w:t xml:space="preserve"> the fact that he saw that battle as a really humiliating defeat for him.</w:t>
      </w:r>
    </w:p>
    <w:p w14:paraId="6E3CE25C" w14:textId="77777777" w:rsidR="00096B82" w:rsidRDefault="00096B82">
      <w:pPr>
        <w:spacing w:after="0"/>
      </w:pPr>
    </w:p>
    <w:p w14:paraId="30C4E2A7" w14:textId="77777777" w:rsidR="00096B82" w:rsidRDefault="00D446B1">
      <w:pPr>
        <w:spacing w:after="0"/>
      </w:pPr>
      <w:r>
        <w:rPr>
          <w:rFonts w:ascii="Arial" w:hAnsi="Arial"/>
          <w:b/>
        </w:rPr>
        <w:t xml:space="preserve">Alice  </w:t>
      </w:r>
      <w:r>
        <w:rPr>
          <w:rFonts w:ascii="Arial" w:hAnsi="Arial"/>
          <w:color w:val="5D7284"/>
        </w:rPr>
        <w:t>18:41</w:t>
      </w:r>
    </w:p>
    <w:p w14:paraId="0C37E4A2" w14:textId="77777777" w:rsidR="00096B82" w:rsidRDefault="00D446B1">
      <w:pPr>
        <w:spacing w:after="0"/>
      </w:pPr>
      <w:r>
        <w:rPr>
          <w:rFonts w:ascii="Arial" w:hAnsi="Arial"/>
        </w:rPr>
        <w:t xml:space="preserve">Right. He can't get his ass handed to him and hand asked to him because you know, </w:t>
      </w:r>
      <w:proofErr w:type="gramStart"/>
      <w:r>
        <w:rPr>
          <w:rFonts w:ascii="Arial" w:hAnsi="Arial"/>
        </w:rPr>
        <w:t>No</w:t>
      </w:r>
      <w:proofErr w:type="gramEnd"/>
      <w:r>
        <w:rPr>
          <w:rFonts w:ascii="Arial" w:hAnsi="Arial"/>
        </w:rPr>
        <w:t>, arm, you get it, you get it?</w:t>
      </w:r>
    </w:p>
    <w:p w14:paraId="574AC4A9" w14:textId="77777777" w:rsidR="00096B82" w:rsidRDefault="00096B82">
      <w:pPr>
        <w:spacing w:after="0"/>
      </w:pPr>
    </w:p>
    <w:p w14:paraId="6A676EDE" w14:textId="77777777" w:rsidR="00096B82" w:rsidRDefault="00D446B1">
      <w:pPr>
        <w:spacing w:after="0"/>
      </w:pPr>
      <w:r>
        <w:rPr>
          <w:rFonts w:ascii="Arial" w:hAnsi="Arial"/>
          <w:b/>
        </w:rPr>
        <w:t xml:space="preserve">Daisy  </w:t>
      </w:r>
      <w:r>
        <w:rPr>
          <w:rFonts w:ascii="Arial" w:hAnsi="Arial"/>
          <w:color w:val="5D7284"/>
        </w:rPr>
        <w:t>18:49</w:t>
      </w:r>
    </w:p>
    <w:p w14:paraId="1D1534EF" w14:textId="77777777" w:rsidR="00096B82" w:rsidRDefault="00D446B1">
      <w:pPr>
        <w:spacing w:after="0"/>
      </w:pPr>
      <w:r>
        <w:rPr>
          <w:rFonts w:ascii="Arial" w:hAnsi="Arial"/>
        </w:rPr>
        <w:t>that's not a nice mental image. But, ye</w:t>
      </w:r>
      <w:r>
        <w:rPr>
          <w:rFonts w:ascii="Arial" w:hAnsi="Arial"/>
        </w:rPr>
        <w:t xml:space="preserve">ah, so he, you know, having lost his arm was kind of a reminder to him that he had failed. And so and so, you know, while he is being you know, very melodramatic about all of this I also really enjoy the bit The sooner you buy me a cottage and </w:t>
      </w:r>
      <w:proofErr w:type="spellStart"/>
      <w:r>
        <w:rPr>
          <w:rFonts w:ascii="Arial" w:hAnsi="Arial"/>
        </w:rPr>
        <w:t>i</w:t>
      </w:r>
      <w:proofErr w:type="spellEnd"/>
      <w:r>
        <w:rPr>
          <w:rFonts w:ascii="Arial" w:hAnsi="Arial"/>
        </w:rPr>
        <w:t xml:space="preserve"> go to </w:t>
      </w:r>
      <w:proofErr w:type="gramStart"/>
      <w:r>
        <w:rPr>
          <w:rFonts w:ascii="Arial" w:hAnsi="Arial"/>
        </w:rPr>
        <w:t>it</w:t>
      </w:r>
      <w:proofErr w:type="gramEnd"/>
    </w:p>
    <w:p w14:paraId="519C7915" w14:textId="77777777" w:rsidR="00096B82" w:rsidRDefault="00096B82">
      <w:pPr>
        <w:spacing w:after="0"/>
      </w:pPr>
    </w:p>
    <w:p w14:paraId="7ADE06AC" w14:textId="77777777" w:rsidR="00096B82" w:rsidRDefault="00D446B1">
      <w:pPr>
        <w:spacing w:after="0"/>
      </w:pPr>
      <w:r>
        <w:rPr>
          <w:rFonts w:ascii="Arial" w:hAnsi="Arial"/>
          <w:b/>
        </w:rPr>
        <w:t xml:space="preserve">Lucy  </w:t>
      </w:r>
      <w:r>
        <w:rPr>
          <w:rFonts w:ascii="Arial" w:hAnsi="Arial"/>
          <w:color w:val="5D7284"/>
        </w:rPr>
        <w:t>19:17</w:t>
      </w:r>
    </w:p>
    <w:p w14:paraId="32B2F1D7" w14:textId="77777777" w:rsidR="00096B82" w:rsidRDefault="00D446B1">
      <w:pPr>
        <w:spacing w:after="0"/>
      </w:pPr>
      <w:r>
        <w:rPr>
          <w:rFonts w:ascii="Arial" w:hAnsi="Arial"/>
        </w:rPr>
        <w:t xml:space="preserve">quiet to please where I can </w:t>
      </w:r>
      <w:proofErr w:type="gramStart"/>
      <w:r>
        <w:rPr>
          <w:rFonts w:ascii="Arial" w:hAnsi="Arial"/>
        </w:rPr>
        <w:t>recuperate</w:t>
      </w:r>
      <w:proofErr w:type="gramEnd"/>
    </w:p>
    <w:p w14:paraId="15F49A9A" w14:textId="77777777" w:rsidR="00096B82" w:rsidRDefault="00096B82">
      <w:pPr>
        <w:spacing w:after="0"/>
      </w:pPr>
    </w:p>
    <w:p w14:paraId="63DBC316" w14:textId="77777777" w:rsidR="00096B82" w:rsidRDefault="00D446B1">
      <w:pPr>
        <w:spacing w:after="0"/>
      </w:pPr>
      <w:r>
        <w:rPr>
          <w:rFonts w:ascii="Arial" w:hAnsi="Arial"/>
          <w:b/>
        </w:rPr>
        <w:t xml:space="preserve">Daisy  </w:t>
      </w:r>
      <w:r>
        <w:rPr>
          <w:rFonts w:ascii="Arial" w:hAnsi="Arial"/>
          <w:color w:val="5D7284"/>
        </w:rPr>
        <w:t>19:21</w:t>
      </w:r>
    </w:p>
    <w:p w14:paraId="00D8053A" w14:textId="77777777" w:rsidR="00096B82" w:rsidRDefault="00D446B1">
      <w:pPr>
        <w:spacing w:after="0"/>
      </w:pPr>
      <w:r>
        <w:rPr>
          <w:rFonts w:ascii="Arial" w:hAnsi="Arial"/>
        </w:rPr>
        <w:t xml:space="preserve">Yeah, but this point is when we're fighting Spain again so they've </w:t>
      </w:r>
      <w:proofErr w:type="spellStart"/>
      <w:r>
        <w:rPr>
          <w:rFonts w:ascii="Arial" w:hAnsi="Arial"/>
        </w:rPr>
        <w:t>they've</w:t>
      </w:r>
      <w:proofErr w:type="spellEnd"/>
      <w:r>
        <w:rPr>
          <w:rFonts w:ascii="Arial" w:hAnsi="Arial"/>
        </w:rPr>
        <w:t xml:space="preserve"> switched by this side because they've accepted the French Revolutionary style are </w:t>
      </w:r>
      <w:proofErr w:type="spellStart"/>
      <w:r>
        <w:rPr>
          <w:rFonts w:ascii="Arial" w:hAnsi="Arial"/>
        </w:rPr>
        <w:t>are</w:t>
      </w:r>
      <w:proofErr w:type="spellEnd"/>
      <w:r>
        <w:rPr>
          <w:rFonts w:ascii="Arial" w:hAnsi="Arial"/>
        </w:rPr>
        <w:t xml:space="preserve"> now currently, </w:t>
      </w:r>
      <w:proofErr w:type="gramStart"/>
      <w:r>
        <w:rPr>
          <w:rFonts w:ascii="Arial" w:hAnsi="Arial"/>
        </w:rPr>
        <w:t>erm</w:t>
      </w:r>
      <w:proofErr w:type="gramEnd"/>
    </w:p>
    <w:p w14:paraId="7A4D3A90" w14:textId="77777777" w:rsidR="00096B82" w:rsidRDefault="00096B82">
      <w:pPr>
        <w:spacing w:after="0"/>
      </w:pPr>
    </w:p>
    <w:p w14:paraId="7FCCA4DD" w14:textId="77777777" w:rsidR="00096B82" w:rsidRDefault="00D446B1">
      <w:pPr>
        <w:spacing w:after="0"/>
      </w:pPr>
      <w:r>
        <w:rPr>
          <w:rFonts w:ascii="Arial" w:hAnsi="Arial"/>
          <w:b/>
        </w:rPr>
        <w:t xml:space="preserve">Alice  </w:t>
      </w:r>
      <w:r>
        <w:rPr>
          <w:rFonts w:ascii="Arial" w:hAnsi="Arial"/>
          <w:color w:val="5D7284"/>
        </w:rPr>
        <w:t>19:</w:t>
      </w:r>
      <w:r>
        <w:rPr>
          <w:rFonts w:ascii="Arial" w:hAnsi="Arial"/>
          <w:color w:val="5D7284"/>
        </w:rPr>
        <w:t>33</w:t>
      </w:r>
    </w:p>
    <w:p w14:paraId="68DDB615" w14:textId="77777777" w:rsidR="00096B82" w:rsidRDefault="00D446B1">
      <w:pPr>
        <w:spacing w:after="0"/>
      </w:pPr>
      <w:r>
        <w:rPr>
          <w:rFonts w:ascii="Arial" w:hAnsi="Arial"/>
        </w:rPr>
        <w:t>killing them their monarch</w:t>
      </w:r>
    </w:p>
    <w:p w14:paraId="1C9F30F4" w14:textId="77777777" w:rsidR="00096B82" w:rsidRDefault="00096B82">
      <w:pPr>
        <w:spacing w:after="0"/>
      </w:pPr>
    </w:p>
    <w:p w14:paraId="2225B4A5" w14:textId="77777777" w:rsidR="00096B82" w:rsidRDefault="00D446B1">
      <w:pPr>
        <w:spacing w:after="0"/>
      </w:pPr>
      <w:r>
        <w:rPr>
          <w:rFonts w:ascii="Arial" w:hAnsi="Arial"/>
          <w:b/>
        </w:rPr>
        <w:t xml:space="preserve">Daisy  </w:t>
      </w:r>
      <w:r>
        <w:rPr>
          <w:rFonts w:ascii="Arial" w:hAnsi="Arial"/>
          <w:color w:val="5D7284"/>
        </w:rPr>
        <w:t>19:34</w:t>
      </w:r>
    </w:p>
    <w:p w14:paraId="1B8FD3AB" w14:textId="77777777" w:rsidR="00096B82" w:rsidRDefault="00D446B1">
      <w:pPr>
        <w:spacing w:after="0"/>
      </w:pPr>
      <w:r>
        <w:rPr>
          <w:rFonts w:ascii="Arial" w:hAnsi="Arial"/>
        </w:rPr>
        <w:t xml:space="preserve">not yet non </w:t>
      </w:r>
      <w:proofErr w:type="spellStart"/>
      <w:r>
        <w:rPr>
          <w:rFonts w:ascii="Arial" w:hAnsi="Arial"/>
        </w:rPr>
        <w:t>monached</w:t>
      </w:r>
      <w:proofErr w:type="spellEnd"/>
      <w:r>
        <w:rPr>
          <w:rFonts w:ascii="Arial" w:hAnsi="Arial"/>
        </w:rPr>
        <w:t xml:space="preserve"> and </w:t>
      </w:r>
      <w:proofErr w:type="spellStart"/>
      <w:r>
        <w:rPr>
          <w:rFonts w:ascii="Arial" w:hAnsi="Arial"/>
        </w:rPr>
        <w:t>non partially</w:t>
      </w:r>
      <w:proofErr w:type="spellEnd"/>
      <w:r>
        <w:rPr>
          <w:rFonts w:ascii="Arial" w:hAnsi="Arial"/>
        </w:rPr>
        <w:t xml:space="preserve"> French </w:t>
      </w:r>
      <w:proofErr w:type="spellStart"/>
      <w:r>
        <w:rPr>
          <w:rFonts w:ascii="Arial" w:hAnsi="Arial"/>
        </w:rPr>
        <w:t>ish</w:t>
      </w:r>
      <w:proofErr w:type="spellEnd"/>
      <w:r>
        <w:rPr>
          <w:rFonts w:ascii="Arial" w:hAnsi="Arial"/>
        </w:rPr>
        <w:t xml:space="preserve">. </w:t>
      </w:r>
      <w:proofErr w:type="gramStart"/>
      <w:r>
        <w:rPr>
          <w:rFonts w:ascii="Arial" w:hAnsi="Arial"/>
        </w:rPr>
        <w:t>So</w:t>
      </w:r>
      <w:proofErr w:type="gramEnd"/>
      <w:r>
        <w:rPr>
          <w:rFonts w:ascii="Arial" w:hAnsi="Arial"/>
        </w:rPr>
        <w:t xml:space="preserve"> he's feeling quite sorry for himself really. For a naval hero like Nelson to be so mutilated was unusual. </w:t>
      </w:r>
      <w:proofErr w:type="gramStart"/>
      <w:r>
        <w:rPr>
          <w:rFonts w:ascii="Arial" w:hAnsi="Arial"/>
        </w:rPr>
        <w:t>So</w:t>
      </w:r>
      <w:proofErr w:type="gramEnd"/>
      <w:r>
        <w:rPr>
          <w:rFonts w:ascii="Arial" w:hAnsi="Arial"/>
        </w:rPr>
        <w:t xml:space="preserve"> he based so basically got eye and one arm. And th</w:t>
      </w:r>
      <w:r>
        <w:rPr>
          <w:rFonts w:ascii="Arial" w:hAnsi="Arial"/>
        </w:rPr>
        <w:t xml:space="preserve">is was unusual, which is which is I think it's amazing mean if you consider I went to tower of London and There was a bloke in the </w:t>
      </w:r>
      <w:proofErr w:type="spellStart"/>
      <w:r>
        <w:rPr>
          <w:rFonts w:ascii="Arial" w:hAnsi="Arial"/>
        </w:rPr>
        <w:t>armour</w:t>
      </w:r>
      <w:proofErr w:type="spellEnd"/>
      <w:r>
        <w:rPr>
          <w:rFonts w:ascii="Arial" w:hAnsi="Arial"/>
        </w:rPr>
        <w:t xml:space="preserve"> replace in tower London that said basically they run out of like, gunpowder and, and cannonballs and stuff, they </w:t>
      </w:r>
      <w:proofErr w:type="gramStart"/>
      <w:r>
        <w:rPr>
          <w:rFonts w:ascii="Arial" w:hAnsi="Arial"/>
        </w:rPr>
        <w:t>would</w:t>
      </w:r>
      <w:proofErr w:type="gramEnd"/>
      <w:r>
        <w:rPr>
          <w:rFonts w:ascii="Arial" w:hAnsi="Arial"/>
        </w:rPr>
        <w:t xml:space="preserve"> use anything to fire at ships. </w:t>
      </w:r>
      <w:proofErr w:type="gramStart"/>
      <w:r>
        <w:rPr>
          <w:rFonts w:ascii="Arial" w:hAnsi="Arial"/>
        </w:rPr>
        <w:t>So</w:t>
      </w:r>
      <w:proofErr w:type="gramEnd"/>
      <w:r>
        <w:rPr>
          <w:rFonts w:ascii="Arial" w:hAnsi="Arial"/>
        </w:rPr>
        <w:t xml:space="preserve"> the fact that Nelson being so mutilated as they put it is unusual. It's like,</w:t>
      </w:r>
    </w:p>
    <w:p w14:paraId="77B803A9" w14:textId="77777777" w:rsidR="00096B82" w:rsidRDefault="00096B82">
      <w:pPr>
        <w:spacing w:after="0"/>
      </w:pPr>
    </w:p>
    <w:p w14:paraId="6971619A" w14:textId="77777777" w:rsidR="00096B82" w:rsidRDefault="00D446B1">
      <w:pPr>
        <w:spacing w:after="0"/>
      </w:pPr>
      <w:r>
        <w:rPr>
          <w:rFonts w:ascii="Arial" w:hAnsi="Arial"/>
          <w:b/>
        </w:rPr>
        <w:t xml:space="preserve">Alice  </w:t>
      </w:r>
      <w:r>
        <w:rPr>
          <w:rFonts w:ascii="Arial" w:hAnsi="Arial"/>
          <w:color w:val="5D7284"/>
        </w:rPr>
        <w:t>20:21</w:t>
      </w:r>
    </w:p>
    <w:p w14:paraId="3DBA50D9" w14:textId="77777777" w:rsidR="00096B82" w:rsidRDefault="00D446B1">
      <w:pPr>
        <w:spacing w:after="0"/>
      </w:pPr>
      <w:r>
        <w:rPr>
          <w:rFonts w:ascii="Arial" w:hAnsi="Arial"/>
        </w:rPr>
        <w:t xml:space="preserve">my only thought is that that's probably because of like, when it was, if you just you didn't survive. </w:t>
      </w:r>
      <w:proofErr w:type="gramStart"/>
      <w:r>
        <w:rPr>
          <w:rFonts w:ascii="Arial" w:hAnsi="Arial"/>
        </w:rPr>
        <w:t>So</w:t>
      </w:r>
      <w:proofErr w:type="gramEnd"/>
      <w:r>
        <w:rPr>
          <w:rFonts w:ascii="Arial" w:hAnsi="Arial"/>
        </w:rPr>
        <w:t xml:space="preserve"> like, like, if you, </w:t>
      </w:r>
      <w:r>
        <w:rPr>
          <w:rFonts w:ascii="Arial" w:hAnsi="Arial"/>
        </w:rPr>
        <w:t xml:space="preserve">you know, stubbed your toe in a battle, you'd probably be dead within a week. </w:t>
      </w:r>
      <w:proofErr w:type="gramStart"/>
      <w:r>
        <w:rPr>
          <w:rFonts w:ascii="Arial" w:hAnsi="Arial"/>
        </w:rPr>
        <w:t>So</w:t>
      </w:r>
      <w:proofErr w:type="gramEnd"/>
      <w:r>
        <w:rPr>
          <w:rFonts w:ascii="Arial" w:hAnsi="Arial"/>
        </w:rPr>
        <w:t xml:space="preserve"> the fact that there's a guy out there who still like running around on ships and taking part in battles with, you know, only one eye and the half an arm, is, that's probably q</w:t>
      </w:r>
      <w:r>
        <w:rPr>
          <w:rFonts w:ascii="Arial" w:hAnsi="Arial"/>
        </w:rPr>
        <w:t>uite sort of unusual, because you would have expected some kind of infection or accident to have took him by now</w:t>
      </w:r>
    </w:p>
    <w:p w14:paraId="2FBC70FF" w14:textId="77777777" w:rsidR="00096B82" w:rsidRDefault="00096B82">
      <w:pPr>
        <w:spacing w:after="0"/>
      </w:pPr>
    </w:p>
    <w:p w14:paraId="6B47AA25" w14:textId="77777777" w:rsidR="00096B82" w:rsidRDefault="00D446B1">
      <w:pPr>
        <w:spacing w:after="0"/>
      </w:pPr>
      <w:r>
        <w:rPr>
          <w:rFonts w:ascii="Arial" w:hAnsi="Arial"/>
          <w:b/>
        </w:rPr>
        <w:t xml:space="preserve">Daisy  </w:t>
      </w:r>
      <w:r>
        <w:rPr>
          <w:rFonts w:ascii="Arial" w:hAnsi="Arial"/>
          <w:color w:val="5D7284"/>
        </w:rPr>
        <w:t>20:56</w:t>
      </w:r>
    </w:p>
    <w:p w14:paraId="37574088" w14:textId="77777777" w:rsidR="00096B82" w:rsidRDefault="00D446B1">
      <w:pPr>
        <w:spacing w:after="0"/>
      </w:pPr>
      <w:r>
        <w:rPr>
          <w:rFonts w:ascii="Arial" w:hAnsi="Arial"/>
        </w:rPr>
        <w:lastRenderedPageBreak/>
        <w:t xml:space="preserve">yeah </w:t>
      </w:r>
      <w:proofErr w:type="spellStart"/>
      <w:r>
        <w:rPr>
          <w:rFonts w:ascii="Arial" w:hAnsi="Arial"/>
        </w:rPr>
        <w:t>thats</w:t>
      </w:r>
      <w:proofErr w:type="spellEnd"/>
      <w:r>
        <w:rPr>
          <w:rFonts w:ascii="Arial" w:hAnsi="Arial"/>
        </w:rPr>
        <w:t xml:space="preserve"> the thing is always the infection that gets them but also just that the weapons that they were using were so much more</w:t>
      </w:r>
      <w:r>
        <w:rPr>
          <w:rFonts w:ascii="Arial" w:hAnsi="Arial"/>
        </w:rPr>
        <w:t xml:space="preserve"> imprecise than they are, you know, now, or, you know, even kind of like, you know, 100 years later, you could have a, you know, a gun where the bullet is a certain size, and it can sort of, you know, it can go through, you know, someone's arm, rather than</w:t>
      </w:r>
      <w:r>
        <w:rPr>
          <w:rFonts w:ascii="Arial" w:hAnsi="Arial"/>
        </w:rPr>
        <w:t>, you know, sending like a cannonball, or those little balls that are kind of like the size of, you know, like,</w:t>
      </w:r>
    </w:p>
    <w:p w14:paraId="29537B3F" w14:textId="77777777" w:rsidR="00096B82" w:rsidRDefault="00096B82">
      <w:pPr>
        <w:spacing w:after="0"/>
      </w:pPr>
    </w:p>
    <w:p w14:paraId="02ABF190" w14:textId="77777777" w:rsidR="00096B82" w:rsidRDefault="00D446B1">
      <w:pPr>
        <w:spacing w:after="0"/>
      </w:pPr>
      <w:r>
        <w:rPr>
          <w:rFonts w:ascii="Arial" w:hAnsi="Arial"/>
          <w:b/>
        </w:rPr>
        <w:t xml:space="preserve">Alice  </w:t>
      </w:r>
      <w:r>
        <w:rPr>
          <w:rFonts w:ascii="Arial" w:hAnsi="Arial"/>
          <w:color w:val="5D7284"/>
        </w:rPr>
        <w:t>21:27</w:t>
      </w:r>
    </w:p>
    <w:p w14:paraId="195ED457" w14:textId="77777777" w:rsidR="00096B82" w:rsidRDefault="00D446B1">
      <w:pPr>
        <w:spacing w:after="0"/>
      </w:pPr>
      <w:r>
        <w:rPr>
          <w:rFonts w:ascii="Arial" w:hAnsi="Arial"/>
        </w:rPr>
        <w:t>I know what you mean.</w:t>
      </w:r>
    </w:p>
    <w:p w14:paraId="6604DBD5" w14:textId="77777777" w:rsidR="00096B82" w:rsidRDefault="00096B82">
      <w:pPr>
        <w:spacing w:after="0"/>
      </w:pPr>
    </w:p>
    <w:p w14:paraId="63725D22" w14:textId="77777777" w:rsidR="00096B82" w:rsidRDefault="00D446B1">
      <w:pPr>
        <w:spacing w:after="0"/>
      </w:pPr>
      <w:r>
        <w:rPr>
          <w:rFonts w:ascii="Arial" w:hAnsi="Arial"/>
          <w:b/>
        </w:rPr>
        <w:t xml:space="preserve">Daisy  </w:t>
      </w:r>
      <w:r>
        <w:rPr>
          <w:rFonts w:ascii="Arial" w:hAnsi="Arial"/>
          <w:color w:val="5D7284"/>
        </w:rPr>
        <w:t>21:28</w:t>
      </w:r>
    </w:p>
    <w:p w14:paraId="356BCAA0" w14:textId="77777777" w:rsidR="00096B82" w:rsidRDefault="00D446B1">
      <w:pPr>
        <w:spacing w:after="0"/>
      </w:pPr>
      <w:r>
        <w:rPr>
          <w:rFonts w:ascii="Arial" w:hAnsi="Arial"/>
        </w:rPr>
        <w:t>Yeah, yeah, they're sort of little. Yeah. I mean, yeah.</w:t>
      </w:r>
    </w:p>
    <w:p w14:paraId="03493DD6" w14:textId="77777777" w:rsidR="00096B82" w:rsidRDefault="00096B82">
      <w:pPr>
        <w:spacing w:after="0"/>
      </w:pPr>
    </w:p>
    <w:p w14:paraId="2BD5E8D3" w14:textId="77777777" w:rsidR="00096B82" w:rsidRDefault="00D446B1">
      <w:pPr>
        <w:spacing w:after="0"/>
      </w:pPr>
      <w:r>
        <w:rPr>
          <w:rFonts w:ascii="Arial" w:hAnsi="Arial"/>
          <w:b/>
        </w:rPr>
        <w:t xml:space="preserve">Lucy  </w:t>
      </w:r>
      <w:r>
        <w:rPr>
          <w:rFonts w:ascii="Arial" w:hAnsi="Arial"/>
          <w:color w:val="5D7284"/>
        </w:rPr>
        <w:t>21:35</w:t>
      </w:r>
    </w:p>
    <w:p w14:paraId="4851B554" w14:textId="77777777" w:rsidR="00096B82" w:rsidRDefault="00D446B1">
      <w:pPr>
        <w:spacing w:after="0"/>
      </w:pPr>
      <w:r>
        <w:rPr>
          <w:rFonts w:ascii="Arial" w:hAnsi="Arial"/>
        </w:rPr>
        <w:t xml:space="preserve">Daisy can so </w:t>
      </w:r>
      <w:proofErr w:type="gramStart"/>
      <w:r>
        <w:rPr>
          <w:rFonts w:ascii="Arial" w:hAnsi="Arial"/>
        </w:rPr>
        <w:t>this is why</w:t>
      </w:r>
      <w:proofErr w:type="gramEnd"/>
      <w:r>
        <w:rPr>
          <w:rFonts w:ascii="Arial" w:hAnsi="Arial"/>
        </w:rPr>
        <w:t xml:space="preserve"> </w:t>
      </w:r>
      <w:r>
        <w:rPr>
          <w:rFonts w:ascii="Arial" w:hAnsi="Arial"/>
        </w:rPr>
        <w:t xml:space="preserve">I'm doing it like this. </w:t>
      </w:r>
      <w:proofErr w:type="gramStart"/>
      <w:r>
        <w:rPr>
          <w:rFonts w:ascii="Arial" w:hAnsi="Arial"/>
        </w:rPr>
        <w:t>So</w:t>
      </w:r>
      <w:proofErr w:type="gramEnd"/>
      <w:r>
        <w:rPr>
          <w:rFonts w:ascii="Arial" w:hAnsi="Arial"/>
        </w:rPr>
        <w:t xml:space="preserve"> but like that.</w:t>
      </w:r>
    </w:p>
    <w:p w14:paraId="01A63DB9" w14:textId="77777777" w:rsidR="00096B82" w:rsidRDefault="00096B82">
      <w:pPr>
        <w:spacing w:after="0"/>
      </w:pPr>
    </w:p>
    <w:p w14:paraId="619A8C64" w14:textId="77777777" w:rsidR="00096B82" w:rsidRDefault="00D446B1">
      <w:pPr>
        <w:spacing w:after="0"/>
      </w:pPr>
      <w:r>
        <w:rPr>
          <w:rFonts w:ascii="Arial" w:hAnsi="Arial"/>
          <w:b/>
        </w:rPr>
        <w:t xml:space="preserve">Daisy  </w:t>
      </w:r>
      <w:r>
        <w:rPr>
          <w:rFonts w:ascii="Arial" w:hAnsi="Arial"/>
          <w:color w:val="5D7284"/>
        </w:rPr>
        <w:t>21:38</w:t>
      </w:r>
    </w:p>
    <w:p w14:paraId="0108BC4A" w14:textId="77777777" w:rsidR="00096B82" w:rsidRDefault="00D446B1">
      <w:pPr>
        <w:spacing w:after="0"/>
      </w:pPr>
      <w:r>
        <w:rPr>
          <w:rFonts w:ascii="Arial" w:hAnsi="Arial"/>
        </w:rPr>
        <w:t xml:space="preserve">Yeah. Yeah. And </w:t>
      </w:r>
      <w:proofErr w:type="gramStart"/>
      <w:r>
        <w:rPr>
          <w:rFonts w:ascii="Arial" w:hAnsi="Arial"/>
        </w:rPr>
        <w:t>so</w:t>
      </w:r>
      <w:proofErr w:type="gramEnd"/>
      <w:r>
        <w:rPr>
          <w:rFonts w:ascii="Arial" w:hAnsi="Arial"/>
        </w:rPr>
        <w:t xml:space="preserve"> once you know, those are going very quickly with a lot of explosive over fast distance, all of a sudden, that's not just sort of, you know, breaking the skin and causing that shatte</w:t>
      </w:r>
      <w:r>
        <w:rPr>
          <w:rFonts w:ascii="Arial" w:hAnsi="Arial"/>
        </w:rPr>
        <w:t>ring every Yeah. Yeah, it's kind of a you know, well, there's no chance of you know, try to splint that up and exactly, got to come off. Yeah. Oh, it's just seems grim, doesn't it? Well, destitute, well destitute, injured. sailors were familiar sites, begg</w:t>
      </w:r>
      <w:r>
        <w:rPr>
          <w:rFonts w:ascii="Arial" w:hAnsi="Arial"/>
        </w:rPr>
        <w:t xml:space="preserve">ing in the streets of England. their social betters, usually avoided the thick of fighting, but not Nelson, who </w:t>
      </w:r>
      <w:proofErr w:type="gramStart"/>
      <w:r>
        <w:rPr>
          <w:rFonts w:ascii="Arial" w:hAnsi="Arial"/>
        </w:rPr>
        <w:t>lead</w:t>
      </w:r>
      <w:proofErr w:type="gramEnd"/>
      <w:r>
        <w:rPr>
          <w:rFonts w:ascii="Arial" w:hAnsi="Arial"/>
        </w:rPr>
        <w:t xml:space="preserve"> from the front, but also great showed great, great concern for the </w:t>
      </w:r>
      <w:proofErr w:type="spellStart"/>
      <w:r>
        <w:rPr>
          <w:rFonts w:ascii="Arial" w:hAnsi="Arial"/>
        </w:rPr>
        <w:t>well being</w:t>
      </w:r>
      <w:proofErr w:type="spellEnd"/>
      <w:r>
        <w:rPr>
          <w:rFonts w:ascii="Arial" w:hAnsi="Arial"/>
        </w:rPr>
        <w:t xml:space="preserve"> of his men and advocated for them to get state pensions. Yes,</w:t>
      </w:r>
      <w:r>
        <w:rPr>
          <w:rFonts w:ascii="Arial" w:hAnsi="Arial"/>
        </w:rPr>
        <w:t xml:space="preserve"> no. Nelson is a nice man. Nelson's state unless Daisy is </w:t>
      </w:r>
      <w:proofErr w:type="spellStart"/>
      <w:r>
        <w:rPr>
          <w:rFonts w:ascii="Arial" w:hAnsi="Arial"/>
        </w:rPr>
        <w:t>gonna</w:t>
      </w:r>
      <w:proofErr w:type="spellEnd"/>
      <w:r>
        <w:rPr>
          <w:rFonts w:ascii="Arial" w:hAnsi="Arial"/>
        </w:rPr>
        <w:t xml:space="preserve"> tell me something a bit </w:t>
      </w:r>
      <w:proofErr w:type="gramStart"/>
      <w:r>
        <w:rPr>
          <w:rFonts w:ascii="Arial" w:hAnsi="Arial"/>
        </w:rPr>
        <w:t>later on</w:t>
      </w:r>
      <w:proofErr w:type="gramEnd"/>
      <w:r>
        <w:rPr>
          <w:rFonts w:ascii="Arial" w:hAnsi="Arial"/>
        </w:rPr>
        <w:t xml:space="preserve"> where he's a bit of a bastard. Nelson status as a national hero was confirmed by his brilliant victory over the Frederick </w:t>
      </w:r>
      <w:proofErr w:type="spellStart"/>
      <w:r>
        <w:rPr>
          <w:rFonts w:ascii="Arial" w:hAnsi="Arial"/>
        </w:rPr>
        <w:t>abcya</w:t>
      </w:r>
      <w:proofErr w:type="spellEnd"/>
      <w:r>
        <w:rPr>
          <w:rFonts w:ascii="Arial" w:hAnsi="Arial"/>
        </w:rPr>
        <w:t xml:space="preserve"> Bay in 1798, after Napoleon had</w:t>
      </w:r>
      <w:r>
        <w:rPr>
          <w:rFonts w:ascii="Arial" w:hAnsi="Arial"/>
        </w:rPr>
        <w:t xml:space="preserve"> landed his army in Egypt, but sailing his smaller vessels between the French line of the battle and the shore, Nelson was able to achieve a devastating victory. All but two of the friendships of the line were destroyed, burning Napoleon in North Africa. </w:t>
      </w:r>
      <w:proofErr w:type="gramStart"/>
      <w:r>
        <w:rPr>
          <w:rFonts w:ascii="Arial" w:hAnsi="Arial"/>
        </w:rPr>
        <w:t>N</w:t>
      </w:r>
      <w:r>
        <w:rPr>
          <w:rFonts w:ascii="Arial" w:hAnsi="Arial"/>
        </w:rPr>
        <w:t>eedless to say, Nelson</w:t>
      </w:r>
      <w:proofErr w:type="gramEnd"/>
      <w:r>
        <w:rPr>
          <w:rFonts w:ascii="Arial" w:hAnsi="Arial"/>
        </w:rPr>
        <w:t xml:space="preserve"> was again wounded. Wounded when shot fragment gashed open his forehead. So </w:t>
      </w:r>
      <w:proofErr w:type="gramStart"/>
      <w:r>
        <w:rPr>
          <w:rFonts w:ascii="Arial" w:hAnsi="Arial"/>
        </w:rPr>
        <w:t>basically</w:t>
      </w:r>
      <w:proofErr w:type="gramEnd"/>
      <w:r>
        <w:rPr>
          <w:rFonts w:ascii="Arial" w:hAnsi="Arial"/>
        </w:rPr>
        <w:t xml:space="preserve"> now we've got one eye, one half an arm and a scar on his head, refusing to take precedence in the queue for the surgeon. he exclaimed, no, I will ta</w:t>
      </w:r>
      <w:r>
        <w:rPr>
          <w:rFonts w:ascii="Arial" w:hAnsi="Arial"/>
        </w:rPr>
        <w:t xml:space="preserve">ke turns with my brave fellows. Such gallantry appears typical of the time for example, the doc the </w:t>
      </w:r>
      <w:proofErr w:type="spellStart"/>
      <w:r>
        <w:rPr>
          <w:rFonts w:ascii="Arial" w:hAnsi="Arial"/>
        </w:rPr>
        <w:t>the</w:t>
      </w:r>
      <w:proofErr w:type="spellEnd"/>
      <w:r>
        <w:rPr>
          <w:rFonts w:ascii="Arial" w:hAnsi="Arial"/>
        </w:rPr>
        <w:t xml:space="preserve"> French Admiral, the brace had his leg shot away during battle, </w:t>
      </w:r>
      <w:proofErr w:type="gramStart"/>
      <w:r>
        <w:rPr>
          <w:rFonts w:ascii="Arial" w:hAnsi="Arial"/>
        </w:rPr>
        <w:t>he</w:t>
      </w:r>
      <w:proofErr w:type="gramEnd"/>
      <w:r>
        <w:rPr>
          <w:rFonts w:ascii="Arial" w:hAnsi="Arial"/>
        </w:rPr>
        <w:t xml:space="preserve"> auditoria case tied around his stump and sat in an armchair on a deck commanding the a</w:t>
      </w:r>
      <w:r>
        <w:rPr>
          <w:rFonts w:ascii="Arial" w:hAnsi="Arial"/>
        </w:rPr>
        <w:t>ction until another cannon shot tore him in two</w:t>
      </w:r>
    </w:p>
    <w:p w14:paraId="472C074C" w14:textId="77777777" w:rsidR="00096B82" w:rsidRDefault="00096B82">
      <w:pPr>
        <w:spacing w:after="0"/>
      </w:pPr>
    </w:p>
    <w:p w14:paraId="7F20D316" w14:textId="77777777" w:rsidR="00096B82" w:rsidRDefault="00D446B1">
      <w:pPr>
        <w:spacing w:after="0"/>
      </w:pPr>
      <w:r>
        <w:rPr>
          <w:rFonts w:ascii="Arial" w:hAnsi="Arial"/>
          <w:b/>
        </w:rPr>
        <w:t xml:space="preserve">Alice  </w:t>
      </w:r>
      <w:r>
        <w:rPr>
          <w:rFonts w:ascii="Arial" w:hAnsi="Arial"/>
          <w:color w:val="5D7284"/>
        </w:rPr>
        <w:t>24:05</w:t>
      </w:r>
    </w:p>
    <w:p w14:paraId="294EEE8D" w14:textId="77777777" w:rsidR="00096B82" w:rsidRDefault="00D446B1">
      <w:pPr>
        <w:spacing w:after="0"/>
      </w:pPr>
      <w:r>
        <w:rPr>
          <w:rFonts w:ascii="Arial" w:hAnsi="Arial"/>
        </w:rPr>
        <w:t xml:space="preserve">oh my gosh it's </w:t>
      </w:r>
      <w:proofErr w:type="spellStart"/>
      <w:r>
        <w:rPr>
          <w:rFonts w:ascii="Arial" w:hAnsi="Arial"/>
        </w:rPr>
        <w:t>it's</w:t>
      </w:r>
      <w:proofErr w:type="spellEnd"/>
      <w:r>
        <w:rPr>
          <w:rFonts w:ascii="Arial" w:hAnsi="Arial"/>
        </w:rPr>
        <w:t xml:space="preserve"> the Black Knight from </w:t>
      </w:r>
      <w:proofErr w:type="gramStart"/>
      <w:r>
        <w:rPr>
          <w:rFonts w:ascii="Arial" w:hAnsi="Arial"/>
        </w:rPr>
        <w:t>Monty</w:t>
      </w:r>
      <w:proofErr w:type="gramEnd"/>
      <w:r>
        <w:rPr>
          <w:rFonts w:ascii="Arial" w:hAnsi="Arial"/>
        </w:rPr>
        <w:t xml:space="preserve"> python</w:t>
      </w:r>
    </w:p>
    <w:p w14:paraId="54225EEE" w14:textId="77777777" w:rsidR="00096B82" w:rsidRDefault="00096B82">
      <w:pPr>
        <w:spacing w:after="0"/>
      </w:pPr>
    </w:p>
    <w:p w14:paraId="45A0A3C8" w14:textId="77777777" w:rsidR="00096B82" w:rsidRDefault="00D446B1">
      <w:pPr>
        <w:spacing w:after="0"/>
      </w:pPr>
      <w:r>
        <w:rPr>
          <w:rFonts w:ascii="Arial" w:hAnsi="Arial"/>
          <w:b/>
        </w:rPr>
        <w:t xml:space="preserve">Lucy  </w:t>
      </w:r>
      <w:r>
        <w:rPr>
          <w:rFonts w:ascii="Arial" w:hAnsi="Arial"/>
          <w:color w:val="5D7284"/>
        </w:rPr>
        <w:t>24:15</w:t>
      </w:r>
    </w:p>
    <w:p w14:paraId="3EB808E5" w14:textId="77777777" w:rsidR="00096B82" w:rsidRDefault="00D446B1">
      <w:pPr>
        <w:spacing w:after="0"/>
      </w:pPr>
      <w:r>
        <w:rPr>
          <w:rFonts w:ascii="Arial" w:hAnsi="Arial"/>
        </w:rPr>
        <w:t xml:space="preserve">fine, carry </w:t>
      </w:r>
      <w:proofErr w:type="spellStart"/>
      <w:r>
        <w:rPr>
          <w:rFonts w:ascii="Arial" w:hAnsi="Arial"/>
        </w:rPr>
        <w:t>i'm</w:t>
      </w:r>
      <w:proofErr w:type="spellEnd"/>
      <w:r>
        <w:rPr>
          <w:rFonts w:ascii="Arial" w:hAnsi="Arial"/>
        </w:rPr>
        <w:t xml:space="preserve"> fine just watch that blood there has anyone got anything to mop that blood up with</w:t>
      </w:r>
    </w:p>
    <w:p w14:paraId="353A1FD8" w14:textId="77777777" w:rsidR="00096B82" w:rsidRDefault="00096B82">
      <w:pPr>
        <w:spacing w:after="0"/>
      </w:pPr>
    </w:p>
    <w:p w14:paraId="11E47577" w14:textId="77777777" w:rsidR="00096B82" w:rsidRDefault="00D446B1">
      <w:pPr>
        <w:spacing w:after="0"/>
      </w:pPr>
      <w:r>
        <w:rPr>
          <w:rFonts w:ascii="Arial" w:hAnsi="Arial"/>
          <w:b/>
        </w:rPr>
        <w:t xml:space="preserve">Alice  </w:t>
      </w:r>
      <w:r>
        <w:rPr>
          <w:rFonts w:ascii="Arial" w:hAnsi="Arial"/>
          <w:color w:val="5D7284"/>
        </w:rPr>
        <w:t>24:25</w:t>
      </w:r>
    </w:p>
    <w:p w14:paraId="047B2176" w14:textId="77777777" w:rsidR="00096B82" w:rsidRDefault="00D446B1">
      <w:pPr>
        <w:spacing w:after="0"/>
      </w:pPr>
      <w:r>
        <w:rPr>
          <w:rFonts w:ascii="Arial" w:hAnsi="Arial"/>
        </w:rPr>
        <w:t xml:space="preserve">until a </w:t>
      </w:r>
      <w:r>
        <w:rPr>
          <w:rFonts w:ascii="Arial" w:hAnsi="Arial"/>
        </w:rPr>
        <w:t>cannon blew him in a half,</w:t>
      </w:r>
    </w:p>
    <w:p w14:paraId="02BF6D6F" w14:textId="77777777" w:rsidR="00096B82" w:rsidRDefault="00096B82">
      <w:pPr>
        <w:spacing w:after="0"/>
      </w:pPr>
    </w:p>
    <w:p w14:paraId="04D5EC55" w14:textId="77777777" w:rsidR="00096B82" w:rsidRDefault="00D446B1">
      <w:pPr>
        <w:spacing w:after="0"/>
      </w:pPr>
      <w:r>
        <w:rPr>
          <w:rFonts w:ascii="Arial" w:hAnsi="Arial"/>
          <w:b/>
        </w:rPr>
        <w:lastRenderedPageBreak/>
        <w:t xml:space="preserve">Lucy  </w:t>
      </w:r>
      <w:r>
        <w:rPr>
          <w:rFonts w:ascii="Arial" w:hAnsi="Arial"/>
          <w:color w:val="5D7284"/>
        </w:rPr>
        <w:t>24:29</w:t>
      </w:r>
    </w:p>
    <w:p w14:paraId="1DD8246B" w14:textId="77777777" w:rsidR="00096B82" w:rsidRDefault="00D446B1">
      <w:pPr>
        <w:spacing w:after="0"/>
      </w:pPr>
      <w:proofErr w:type="gramStart"/>
      <w:r>
        <w:rPr>
          <w:rFonts w:ascii="Arial" w:hAnsi="Arial"/>
        </w:rPr>
        <w:t>so</w:t>
      </w:r>
      <w:proofErr w:type="gramEnd"/>
      <w:r>
        <w:rPr>
          <w:rFonts w:ascii="Arial" w:hAnsi="Arial"/>
        </w:rPr>
        <w:t xml:space="preserve"> his legs are bleeding. He's got no legs. He said, </w:t>
      </w:r>
      <w:proofErr w:type="gramStart"/>
      <w:r>
        <w:rPr>
          <w:rFonts w:ascii="Arial" w:hAnsi="Arial"/>
        </w:rPr>
        <w:t>Oh</w:t>
      </w:r>
      <w:proofErr w:type="gramEnd"/>
      <w:r>
        <w:rPr>
          <w:rFonts w:ascii="Arial" w:hAnsi="Arial"/>
        </w:rPr>
        <w:t xml:space="preserve">, do you want me to fix that for </w:t>
      </w:r>
      <w:proofErr w:type="spellStart"/>
      <w:r>
        <w:rPr>
          <w:rFonts w:ascii="Arial" w:hAnsi="Arial"/>
        </w:rPr>
        <w:t>ya</w:t>
      </w:r>
      <w:proofErr w:type="spellEnd"/>
      <w:r>
        <w:rPr>
          <w:rFonts w:ascii="Arial" w:hAnsi="Arial"/>
        </w:rPr>
        <w:t xml:space="preserve">? No, carry on. </w:t>
      </w:r>
      <w:proofErr w:type="gramStart"/>
      <w:r>
        <w:rPr>
          <w:rFonts w:ascii="Arial" w:hAnsi="Arial"/>
        </w:rPr>
        <w:t>No</w:t>
      </w:r>
      <w:proofErr w:type="gramEnd"/>
      <w:r>
        <w:rPr>
          <w:rFonts w:ascii="Arial" w:hAnsi="Arial"/>
        </w:rPr>
        <w:t xml:space="preserve"> its alright</w:t>
      </w:r>
    </w:p>
    <w:p w14:paraId="07F9D570" w14:textId="77777777" w:rsidR="00096B82" w:rsidRDefault="00096B82">
      <w:pPr>
        <w:spacing w:after="0"/>
      </w:pPr>
    </w:p>
    <w:p w14:paraId="167DD33D" w14:textId="77777777" w:rsidR="00096B82" w:rsidRDefault="00D446B1">
      <w:pPr>
        <w:spacing w:after="0"/>
      </w:pPr>
      <w:r>
        <w:rPr>
          <w:rFonts w:ascii="Arial" w:hAnsi="Arial"/>
          <w:b/>
        </w:rPr>
        <w:t xml:space="preserve">Alice  </w:t>
      </w:r>
      <w:r>
        <w:rPr>
          <w:rFonts w:ascii="Arial" w:hAnsi="Arial"/>
          <w:color w:val="5D7284"/>
        </w:rPr>
        <w:t>24:37</w:t>
      </w:r>
    </w:p>
    <w:p w14:paraId="741D8710" w14:textId="77777777" w:rsidR="00096B82" w:rsidRDefault="00D446B1">
      <w:pPr>
        <w:spacing w:after="0"/>
      </w:pPr>
      <w:r>
        <w:rPr>
          <w:rFonts w:ascii="Arial" w:hAnsi="Arial"/>
        </w:rPr>
        <w:t>keep telling people what to do.</w:t>
      </w:r>
    </w:p>
    <w:p w14:paraId="2BD36657" w14:textId="77777777" w:rsidR="00096B82" w:rsidRDefault="00096B82">
      <w:pPr>
        <w:spacing w:after="0"/>
      </w:pPr>
    </w:p>
    <w:p w14:paraId="6809DAAA" w14:textId="77777777" w:rsidR="00096B82" w:rsidRDefault="00D446B1">
      <w:pPr>
        <w:spacing w:after="0"/>
      </w:pPr>
      <w:r>
        <w:rPr>
          <w:rFonts w:ascii="Arial" w:hAnsi="Arial"/>
          <w:b/>
        </w:rPr>
        <w:t xml:space="preserve">Daisy  </w:t>
      </w:r>
      <w:r>
        <w:rPr>
          <w:rFonts w:ascii="Arial" w:hAnsi="Arial"/>
          <w:color w:val="5D7284"/>
        </w:rPr>
        <w:t>24:41</w:t>
      </w:r>
    </w:p>
    <w:p w14:paraId="5D169B66" w14:textId="77777777" w:rsidR="00096B82" w:rsidRDefault="00D446B1">
      <w:pPr>
        <w:spacing w:after="0"/>
      </w:pPr>
      <w:r>
        <w:rPr>
          <w:rFonts w:ascii="Arial" w:hAnsi="Arial"/>
        </w:rPr>
        <w:t xml:space="preserve">Something I'd do to be </w:t>
      </w:r>
      <w:proofErr w:type="spellStart"/>
      <w:proofErr w:type="gramStart"/>
      <w:r>
        <w:rPr>
          <w:rFonts w:ascii="Arial" w:hAnsi="Arial"/>
        </w:rPr>
        <w:t>fait</w:t>
      </w:r>
      <w:proofErr w:type="spellEnd"/>
      <w:r>
        <w:rPr>
          <w:rFonts w:ascii="Arial" w:hAnsi="Arial"/>
        </w:rPr>
        <w:t>,</w:t>
      </w:r>
      <w:proofErr w:type="gramEnd"/>
      <w:r>
        <w:rPr>
          <w:rFonts w:ascii="Arial" w:hAnsi="Arial"/>
        </w:rPr>
        <w:t xml:space="preserve"> I </w:t>
      </w:r>
      <w:r>
        <w:rPr>
          <w:rFonts w:ascii="Arial" w:hAnsi="Arial"/>
        </w:rPr>
        <w:t>would still keep telling people what to do if my er head was hanging off probably. Back home there was a patriotic rejoicing of the British triumph, the Lord of the Admiralty fainted. When he received news while Nelson's grateful Monnet awarded him a baron</w:t>
      </w:r>
      <w:r>
        <w:rPr>
          <w:rFonts w:ascii="Arial" w:hAnsi="Arial"/>
        </w:rPr>
        <w:t xml:space="preserve">y in Naples, where he began an affair with Lady Hamilton, the ambassador's wife. A great ball was </w:t>
      </w:r>
      <w:proofErr w:type="gramStart"/>
      <w:r>
        <w:rPr>
          <w:rFonts w:ascii="Arial" w:hAnsi="Arial"/>
        </w:rPr>
        <w:t>held</w:t>
      </w:r>
      <w:proofErr w:type="gramEnd"/>
    </w:p>
    <w:p w14:paraId="47548A9F" w14:textId="77777777" w:rsidR="00096B82" w:rsidRDefault="00096B82">
      <w:pPr>
        <w:spacing w:after="0"/>
      </w:pPr>
    </w:p>
    <w:p w14:paraId="1156C530" w14:textId="77777777" w:rsidR="00096B82" w:rsidRDefault="00D446B1">
      <w:pPr>
        <w:spacing w:after="0"/>
      </w:pPr>
      <w:r>
        <w:rPr>
          <w:rFonts w:ascii="Arial" w:hAnsi="Arial"/>
          <w:b/>
        </w:rPr>
        <w:t xml:space="preserve">Alice  </w:t>
      </w:r>
      <w:r>
        <w:rPr>
          <w:rFonts w:ascii="Arial" w:hAnsi="Arial"/>
          <w:color w:val="5D7284"/>
        </w:rPr>
        <w:t>25:16</w:t>
      </w:r>
    </w:p>
    <w:p w14:paraId="48D78A98" w14:textId="77777777" w:rsidR="00096B82" w:rsidRDefault="00D446B1">
      <w:pPr>
        <w:spacing w:after="0"/>
      </w:pPr>
      <w:r>
        <w:rPr>
          <w:rFonts w:ascii="Arial" w:hAnsi="Arial"/>
        </w:rPr>
        <w:t xml:space="preserve">That's how </w:t>
      </w:r>
      <w:proofErr w:type="spellStart"/>
      <w:r>
        <w:rPr>
          <w:rFonts w:ascii="Arial" w:hAnsi="Arial"/>
        </w:rPr>
        <w:t>i</w:t>
      </w:r>
      <w:proofErr w:type="spellEnd"/>
      <w:r>
        <w:rPr>
          <w:rFonts w:ascii="Arial" w:hAnsi="Arial"/>
        </w:rPr>
        <w:t xml:space="preserve"> know about Nelson I just remembered a random book series that I've read. That is sort of a book about books.</w:t>
      </w:r>
    </w:p>
    <w:p w14:paraId="0FECBFFD" w14:textId="77777777" w:rsidR="00096B82" w:rsidRDefault="00096B82">
      <w:pPr>
        <w:spacing w:after="0"/>
      </w:pPr>
    </w:p>
    <w:p w14:paraId="088E0D6D" w14:textId="77777777" w:rsidR="00096B82" w:rsidRDefault="00D446B1">
      <w:pPr>
        <w:spacing w:after="0"/>
      </w:pPr>
      <w:r>
        <w:rPr>
          <w:rFonts w:ascii="Arial" w:hAnsi="Arial"/>
          <w:b/>
        </w:rPr>
        <w:t xml:space="preserve">Lucy  </w:t>
      </w:r>
      <w:r>
        <w:rPr>
          <w:rFonts w:ascii="Arial" w:hAnsi="Arial"/>
          <w:color w:val="5D7284"/>
        </w:rPr>
        <w:t>25:29</w:t>
      </w:r>
    </w:p>
    <w:p w14:paraId="4CA5D122" w14:textId="77777777" w:rsidR="00096B82" w:rsidRDefault="00D446B1">
      <w:pPr>
        <w:spacing w:after="0"/>
      </w:pPr>
      <w:r>
        <w:rPr>
          <w:rFonts w:ascii="Arial" w:hAnsi="Arial"/>
        </w:rPr>
        <w:t>Have</w:t>
      </w:r>
      <w:r>
        <w:rPr>
          <w:rFonts w:ascii="Arial" w:hAnsi="Arial"/>
        </w:rPr>
        <w:t xml:space="preserve"> you been reading a saucy book?</w:t>
      </w:r>
    </w:p>
    <w:p w14:paraId="1054EA95" w14:textId="77777777" w:rsidR="00096B82" w:rsidRDefault="00096B82">
      <w:pPr>
        <w:spacing w:after="0"/>
      </w:pPr>
    </w:p>
    <w:p w14:paraId="24B818D1" w14:textId="77777777" w:rsidR="00096B82" w:rsidRDefault="00D446B1">
      <w:pPr>
        <w:spacing w:after="0"/>
      </w:pPr>
      <w:r>
        <w:rPr>
          <w:rFonts w:ascii="Arial" w:hAnsi="Arial"/>
          <w:b/>
        </w:rPr>
        <w:t xml:space="preserve">Alice  </w:t>
      </w:r>
      <w:r>
        <w:rPr>
          <w:rFonts w:ascii="Arial" w:hAnsi="Arial"/>
          <w:color w:val="5D7284"/>
        </w:rPr>
        <w:t>25:30</w:t>
      </w:r>
    </w:p>
    <w:p w14:paraId="459CD6BA" w14:textId="77777777" w:rsidR="00096B82" w:rsidRDefault="00D446B1">
      <w:pPr>
        <w:spacing w:after="0"/>
      </w:pPr>
      <w:r>
        <w:rPr>
          <w:rFonts w:ascii="Arial" w:hAnsi="Arial"/>
        </w:rPr>
        <w:t xml:space="preserve">No </w:t>
      </w:r>
      <w:proofErr w:type="spellStart"/>
      <w:r>
        <w:rPr>
          <w:rFonts w:ascii="Arial" w:hAnsi="Arial"/>
        </w:rPr>
        <w:t>no</w:t>
      </w:r>
      <w:proofErr w:type="spellEnd"/>
      <w:r>
        <w:rPr>
          <w:rFonts w:ascii="Arial" w:hAnsi="Arial"/>
        </w:rPr>
        <w:t xml:space="preserve"> </w:t>
      </w:r>
      <w:proofErr w:type="spellStart"/>
      <w:r>
        <w:rPr>
          <w:rFonts w:ascii="Arial" w:hAnsi="Arial"/>
        </w:rPr>
        <w:t>no</w:t>
      </w:r>
      <w:proofErr w:type="spellEnd"/>
      <w:r>
        <w:rPr>
          <w:rFonts w:ascii="Arial" w:hAnsi="Arial"/>
        </w:rPr>
        <w:t xml:space="preserve"> </w:t>
      </w:r>
      <w:proofErr w:type="spellStart"/>
      <w:r>
        <w:rPr>
          <w:rFonts w:ascii="Arial" w:hAnsi="Arial"/>
        </w:rPr>
        <w:t>i</w:t>
      </w:r>
      <w:proofErr w:type="spellEnd"/>
      <w:r>
        <w:rPr>
          <w:rFonts w:ascii="Arial" w:hAnsi="Arial"/>
        </w:rPr>
        <w:t xml:space="preserve"> don't need to read saucy books </w:t>
      </w:r>
      <w:proofErr w:type="spellStart"/>
      <w:r>
        <w:rPr>
          <w:rFonts w:ascii="Arial" w:hAnsi="Arial"/>
        </w:rPr>
        <w:t>i</w:t>
      </w:r>
      <w:proofErr w:type="spellEnd"/>
      <w:r>
        <w:rPr>
          <w:rFonts w:ascii="Arial" w:hAnsi="Arial"/>
        </w:rPr>
        <w:t xml:space="preserve"> am a saucy </w:t>
      </w:r>
      <w:proofErr w:type="gramStart"/>
      <w:r>
        <w:rPr>
          <w:rFonts w:ascii="Arial" w:hAnsi="Arial"/>
        </w:rPr>
        <w:t>book..</w:t>
      </w:r>
      <w:proofErr w:type="gramEnd"/>
      <w:r>
        <w:rPr>
          <w:rFonts w:ascii="Arial" w:hAnsi="Arial"/>
        </w:rPr>
        <w:t xml:space="preserve"> I don't know what that means Is </w:t>
      </w:r>
      <w:proofErr w:type="gramStart"/>
      <w:r>
        <w:rPr>
          <w:rFonts w:ascii="Arial" w:hAnsi="Arial"/>
        </w:rPr>
        <w:t>it</w:t>
      </w:r>
      <w:proofErr w:type="gramEnd"/>
      <w:r>
        <w:rPr>
          <w:rFonts w:ascii="Arial" w:hAnsi="Arial"/>
        </w:rPr>
        <w:t xml:space="preserve"> Emma Hamilton? Yeah, yeah.</w:t>
      </w:r>
    </w:p>
    <w:p w14:paraId="2CE67E61" w14:textId="77777777" w:rsidR="00096B82" w:rsidRDefault="00096B82">
      <w:pPr>
        <w:spacing w:after="0"/>
      </w:pPr>
    </w:p>
    <w:p w14:paraId="218B1CCB" w14:textId="77777777" w:rsidR="00096B82" w:rsidRDefault="00D446B1">
      <w:pPr>
        <w:spacing w:after="0"/>
      </w:pPr>
      <w:r>
        <w:rPr>
          <w:rFonts w:ascii="Arial" w:hAnsi="Arial"/>
          <w:b/>
        </w:rPr>
        <w:t xml:space="preserve">Daisy  </w:t>
      </w:r>
      <w:r>
        <w:rPr>
          <w:rFonts w:ascii="Arial" w:hAnsi="Arial"/>
          <w:color w:val="5D7284"/>
        </w:rPr>
        <w:t>25:51</w:t>
      </w:r>
    </w:p>
    <w:p w14:paraId="70DC4B25" w14:textId="77777777" w:rsidR="00096B82" w:rsidRDefault="00D446B1">
      <w:pPr>
        <w:spacing w:after="0"/>
      </w:pPr>
      <w:r>
        <w:rPr>
          <w:rFonts w:ascii="Arial" w:hAnsi="Arial"/>
        </w:rPr>
        <w:t>it is. Yeah. Yeah,</w:t>
      </w:r>
    </w:p>
    <w:p w14:paraId="4E3BBB82" w14:textId="77777777" w:rsidR="00096B82" w:rsidRDefault="00096B82">
      <w:pPr>
        <w:spacing w:after="0"/>
      </w:pPr>
    </w:p>
    <w:p w14:paraId="649547CF" w14:textId="77777777" w:rsidR="00096B82" w:rsidRDefault="00D446B1">
      <w:pPr>
        <w:spacing w:after="0"/>
      </w:pPr>
      <w:r>
        <w:rPr>
          <w:rFonts w:ascii="Arial" w:hAnsi="Arial"/>
          <w:b/>
        </w:rPr>
        <w:t xml:space="preserve">Alice  </w:t>
      </w:r>
      <w:r>
        <w:rPr>
          <w:rFonts w:ascii="Arial" w:hAnsi="Arial"/>
          <w:color w:val="5D7284"/>
        </w:rPr>
        <w:t>25:52</w:t>
      </w:r>
    </w:p>
    <w:p w14:paraId="4DF0CB61" w14:textId="77777777" w:rsidR="00096B82" w:rsidRDefault="00D446B1">
      <w:pPr>
        <w:spacing w:after="0"/>
      </w:pPr>
      <w:r>
        <w:rPr>
          <w:rFonts w:ascii="Arial" w:hAnsi="Arial"/>
        </w:rPr>
        <w:t xml:space="preserve">I bet it's not important to the story. </w:t>
      </w:r>
      <w:r>
        <w:rPr>
          <w:rFonts w:ascii="Arial" w:hAnsi="Arial"/>
        </w:rPr>
        <w:t xml:space="preserve">And for those who are interested, it's </w:t>
      </w:r>
      <w:proofErr w:type="spellStart"/>
      <w:r>
        <w:rPr>
          <w:rFonts w:ascii="Arial" w:hAnsi="Arial"/>
        </w:rPr>
        <w:t>it's</w:t>
      </w:r>
      <w:proofErr w:type="spellEnd"/>
      <w:r>
        <w:rPr>
          <w:rFonts w:ascii="Arial" w:hAnsi="Arial"/>
        </w:rPr>
        <w:t xml:space="preserve"> the Jasper Ford Thursday books.</w:t>
      </w:r>
    </w:p>
    <w:p w14:paraId="29B739C2" w14:textId="77777777" w:rsidR="00096B82" w:rsidRDefault="00096B82">
      <w:pPr>
        <w:spacing w:after="0"/>
      </w:pPr>
    </w:p>
    <w:p w14:paraId="752F8211" w14:textId="77777777" w:rsidR="00096B82" w:rsidRDefault="00D446B1">
      <w:pPr>
        <w:spacing w:after="0"/>
      </w:pPr>
      <w:r>
        <w:rPr>
          <w:rFonts w:ascii="Arial" w:hAnsi="Arial"/>
          <w:b/>
        </w:rPr>
        <w:t xml:space="preserve">Daisy  </w:t>
      </w:r>
      <w:r>
        <w:rPr>
          <w:rFonts w:ascii="Arial" w:hAnsi="Arial"/>
          <w:color w:val="5D7284"/>
        </w:rPr>
        <w:t>26:00</w:t>
      </w:r>
    </w:p>
    <w:p w14:paraId="3A9DC807" w14:textId="77777777" w:rsidR="00096B82" w:rsidRDefault="00D446B1">
      <w:pPr>
        <w:spacing w:after="0"/>
      </w:pPr>
      <w:r>
        <w:rPr>
          <w:rFonts w:ascii="Arial" w:hAnsi="Arial"/>
        </w:rPr>
        <w:t xml:space="preserve">There we go. </w:t>
      </w:r>
      <w:proofErr w:type="gramStart"/>
      <w:r>
        <w:rPr>
          <w:rFonts w:ascii="Arial" w:hAnsi="Arial"/>
        </w:rPr>
        <w:t>So</w:t>
      </w:r>
      <w:proofErr w:type="gramEnd"/>
      <w:r>
        <w:rPr>
          <w:rFonts w:ascii="Arial" w:hAnsi="Arial"/>
        </w:rPr>
        <w:t xml:space="preserve"> a great ball was held in Nelson's </w:t>
      </w:r>
      <w:proofErr w:type="spellStart"/>
      <w:r>
        <w:rPr>
          <w:rFonts w:ascii="Arial" w:hAnsi="Arial"/>
        </w:rPr>
        <w:t>honour</w:t>
      </w:r>
      <w:proofErr w:type="spellEnd"/>
      <w:r>
        <w:rPr>
          <w:rFonts w:ascii="Arial" w:hAnsi="Arial"/>
        </w:rPr>
        <w:t xml:space="preserve">, among many of his awards and present was a clockwork revolving diamond plume for his hat. Basically, I want </w:t>
      </w:r>
      <w:r>
        <w:rPr>
          <w:rFonts w:ascii="Arial" w:hAnsi="Arial"/>
        </w:rPr>
        <w:t xml:space="preserve">one of these. Can we get one of these for me, please. Yet a German described meeting Nelson at Dresden, on his way back home. Home overland with the </w:t>
      </w:r>
      <w:proofErr w:type="spellStart"/>
      <w:r>
        <w:rPr>
          <w:rFonts w:ascii="Arial" w:hAnsi="Arial"/>
        </w:rPr>
        <w:t>Hamiltons</w:t>
      </w:r>
      <w:proofErr w:type="spellEnd"/>
      <w:r>
        <w:rPr>
          <w:rFonts w:ascii="Arial" w:hAnsi="Arial"/>
        </w:rPr>
        <w:t xml:space="preserve"> writing one of the most insignificant looking fellows I ever saw in my life,</w:t>
      </w:r>
    </w:p>
    <w:p w14:paraId="520F8624" w14:textId="77777777" w:rsidR="00096B82" w:rsidRDefault="00096B82">
      <w:pPr>
        <w:spacing w:after="0"/>
      </w:pPr>
    </w:p>
    <w:p w14:paraId="3899E580" w14:textId="77777777" w:rsidR="00096B82" w:rsidRDefault="00D446B1">
      <w:pPr>
        <w:spacing w:after="0"/>
      </w:pPr>
      <w:r>
        <w:rPr>
          <w:rFonts w:ascii="Arial" w:hAnsi="Arial"/>
          <w:b/>
        </w:rPr>
        <w:t xml:space="preserve">Alice  </w:t>
      </w:r>
      <w:r>
        <w:rPr>
          <w:rFonts w:ascii="Arial" w:hAnsi="Arial"/>
          <w:color w:val="5D7284"/>
        </w:rPr>
        <w:t>26:34</w:t>
      </w:r>
    </w:p>
    <w:p w14:paraId="030631DA" w14:textId="77777777" w:rsidR="00096B82" w:rsidRDefault="00D446B1">
      <w:pPr>
        <w:spacing w:after="0"/>
      </w:pPr>
      <w:r>
        <w:rPr>
          <w:rFonts w:ascii="Arial" w:hAnsi="Arial"/>
        </w:rPr>
        <w:t>when I</w:t>
      </w:r>
      <w:r>
        <w:rPr>
          <w:rFonts w:ascii="Arial" w:hAnsi="Arial"/>
        </w:rPr>
        <w:t xml:space="preserve"> wonder he had a bloody great rotating plume thing on his head, because otherwise it looks insignificant. </w:t>
      </w:r>
    </w:p>
    <w:p w14:paraId="1FB31D36" w14:textId="77777777" w:rsidR="00096B82" w:rsidRDefault="00096B82">
      <w:pPr>
        <w:spacing w:after="0"/>
      </w:pPr>
    </w:p>
    <w:p w14:paraId="3574701F" w14:textId="77777777" w:rsidR="00096B82" w:rsidRDefault="00D446B1">
      <w:pPr>
        <w:spacing w:after="0"/>
      </w:pPr>
      <w:r>
        <w:rPr>
          <w:rFonts w:ascii="Arial" w:hAnsi="Arial"/>
          <w:b/>
        </w:rPr>
        <w:t xml:space="preserve">Lucy  </w:t>
      </w:r>
      <w:r>
        <w:rPr>
          <w:rFonts w:ascii="Arial" w:hAnsi="Arial"/>
          <w:color w:val="5D7284"/>
        </w:rPr>
        <w:t>26:40</w:t>
      </w:r>
    </w:p>
    <w:p w14:paraId="4EFE1506" w14:textId="77777777" w:rsidR="00096B82" w:rsidRDefault="00D446B1">
      <w:pPr>
        <w:spacing w:after="0"/>
      </w:pPr>
      <w:r>
        <w:rPr>
          <w:rFonts w:ascii="Arial" w:hAnsi="Arial"/>
        </w:rPr>
        <w:lastRenderedPageBreak/>
        <w:t xml:space="preserve">Look at my shiny thing </w:t>
      </w:r>
      <w:proofErr w:type="spellStart"/>
      <w:r>
        <w:rPr>
          <w:rFonts w:ascii="Arial" w:hAnsi="Arial"/>
        </w:rPr>
        <w:t>i</w:t>
      </w:r>
      <w:proofErr w:type="spellEnd"/>
      <w:r>
        <w:rPr>
          <w:rFonts w:ascii="Arial" w:hAnsi="Arial"/>
        </w:rPr>
        <w:t xml:space="preserve"> have on my head </w:t>
      </w:r>
      <w:proofErr w:type="gramStart"/>
      <w:r>
        <w:rPr>
          <w:rFonts w:ascii="Arial" w:hAnsi="Arial"/>
        </w:rPr>
        <w:t>And</w:t>
      </w:r>
      <w:proofErr w:type="gramEnd"/>
      <w:r>
        <w:rPr>
          <w:rFonts w:ascii="Arial" w:hAnsi="Arial"/>
        </w:rPr>
        <w:t xml:space="preserve"> his weight cannot be more than 70 pounds and a miserable collection of bones, which I </w:t>
      </w:r>
      <w:r>
        <w:rPr>
          <w:rFonts w:ascii="Arial" w:hAnsi="Arial"/>
        </w:rPr>
        <w:t>think is a bit harsh.</w:t>
      </w:r>
    </w:p>
    <w:p w14:paraId="04797720" w14:textId="77777777" w:rsidR="00096B82" w:rsidRDefault="00096B82">
      <w:pPr>
        <w:spacing w:after="0"/>
      </w:pPr>
    </w:p>
    <w:p w14:paraId="42DBC856" w14:textId="77777777" w:rsidR="00096B82" w:rsidRDefault="00D446B1">
      <w:pPr>
        <w:spacing w:after="0"/>
      </w:pPr>
      <w:r>
        <w:rPr>
          <w:rFonts w:ascii="Arial" w:hAnsi="Arial"/>
          <w:b/>
        </w:rPr>
        <w:t xml:space="preserve">Daisy  </w:t>
      </w:r>
      <w:r>
        <w:rPr>
          <w:rFonts w:ascii="Arial" w:hAnsi="Arial"/>
          <w:color w:val="5D7284"/>
        </w:rPr>
        <w:t>26:56</w:t>
      </w:r>
    </w:p>
    <w:p w14:paraId="04A1708D" w14:textId="77777777" w:rsidR="00096B82" w:rsidRDefault="00D446B1">
      <w:pPr>
        <w:spacing w:after="0"/>
      </w:pPr>
      <w:r>
        <w:rPr>
          <w:rFonts w:ascii="Arial" w:hAnsi="Arial"/>
        </w:rPr>
        <w:t>Realistically, whichever side is.</w:t>
      </w:r>
    </w:p>
    <w:p w14:paraId="40677484" w14:textId="77777777" w:rsidR="00096B82" w:rsidRDefault="00096B82">
      <w:pPr>
        <w:spacing w:after="0"/>
      </w:pPr>
    </w:p>
    <w:p w14:paraId="5BEDB4A2" w14:textId="77777777" w:rsidR="00096B82" w:rsidRDefault="00D446B1">
      <w:pPr>
        <w:spacing w:after="0"/>
      </w:pPr>
      <w:r>
        <w:rPr>
          <w:rFonts w:ascii="Arial" w:hAnsi="Arial"/>
          <w:b/>
        </w:rPr>
        <w:t xml:space="preserve">Alice  </w:t>
      </w:r>
      <w:r>
        <w:rPr>
          <w:rFonts w:ascii="Arial" w:hAnsi="Arial"/>
          <w:color w:val="5D7284"/>
        </w:rPr>
        <w:t>26:59</w:t>
      </w:r>
    </w:p>
    <w:p w14:paraId="49378C09" w14:textId="77777777" w:rsidR="00096B82" w:rsidRDefault="00D446B1">
      <w:pPr>
        <w:spacing w:after="0"/>
      </w:pPr>
      <w:r>
        <w:rPr>
          <w:rFonts w:ascii="Arial" w:hAnsi="Arial"/>
        </w:rPr>
        <w:t>Well,</w:t>
      </w:r>
    </w:p>
    <w:p w14:paraId="7303FF4C" w14:textId="77777777" w:rsidR="00096B82" w:rsidRDefault="00096B82">
      <w:pPr>
        <w:spacing w:after="0"/>
      </w:pPr>
    </w:p>
    <w:p w14:paraId="7B65F221" w14:textId="77777777" w:rsidR="00096B82" w:rsidRDefault="00D446B1">
      <w:pPr>
        <w:spacing w:after="0"/>
      </w:pPr>
      <w:r>
        <w:rPr>
          <w:rFonts w:ascii="Arial" w:hAnsi="Arial"/>
          <w:b/>
        </w:rPr>
        <w:t xml:space="preserve">Lucy  </w:t>
      </w:r>
      <w:r>
        <w:rPr>
          <w:rFonts w:ascii="Arial" w:hAnsi="Arial"/>
          <w:color w:val="5D7284"/>
        </w:rPr>
        <w:t>27:04</w:t>
      </w:r>
    </w:p>
    <w:p w14:paraId="1106CF02" w14:textId="77777777" w:rsidR="00096B82" w:rsidRDefault="00D446B1">
      <w:pPr>
        <w:spacing w:after="0"/>
      </w:pPr>
      <w:r>
        <w:rPr>
          <w:rFonts w:ascii="Arial" w:hAnsi="Arial"/>
        </w:rPr>
        <w:t>I don't know. Is it? I don't know.</w:t>
      </w:r>
    </w:p>
    <w:p w14:paraId="4D402C4F" w14:textId="77777777" w:rsidR="00096B82" w:rsidRDefault="00096B82">
      <w:pPr>
        <w:spacing w:after="0"/>
      </w:pPr>
    </w:p>
    <w:p w14:paraId="31F0AF76" w14:textId="77777777" w:rsidR="00096B82" w:rsidRDefault="00D446B1">
      <w:pPr>
        <w:spacing w:after="0"/>
      </w:pPr>
      <w:r>
        <w:rPr>
          <w:rFonts w:ascii="Arial" w:hAnsi="Arial"/>
          <w:b/>
        </w:rPr>
        <w:t xml:space="preserve">Daisy  </w:t>
      </w:r>
      <w:r>
        <w:rPr>
          <w:rFonts w:ascii="Arial" w:hAnsi="Arial"/>
          <w:color w:val="5D7284"/>
        </w:rPr>
        <w:t>27:05</w:t>
      </w:r>
    </w:p>
    <w:p w14:paraId="798816C2" w14:textId="77777777" w:rsidR="00096B82" w:rsidRDefault="00D446B1">
      <w:pPr>
        <w:spacing w:after="0"/>
      </w:pPr>
      <w:r>
        <w:rPr>
          <w:rFonts w:ascii="Arial" w:hAnsi="Arial"/>
        </w:rPr>
        <w:t xml:space="preserve">I did. I don't know. pounds. I only know </w:t>
      </w:r>
      <w:proofErr w:type="spellStart"/>
      <w:r>
        <w:rPr>
          <w:rFonts w:ascii="Arial" w:hAnsi="Arial"/>
        </w:rPr>
        <w:t>kilogrammes</w:t>
      </w:r>
      <w:proofErr w:type="spellEnd"/>
      <w:r>
        <w:rPr>
          <w:rFonts w:ascii="Arial" w:hAnsi="Arial"/>
        </w:rPr>
        <w:t>.</w:t>
      </w:r>
    </w:p>
    <w:p w14:paraId="74DE08F5" w14:textId="77777777" w:rsidR="00096B82" w:rsidRDefault="00096B82">
      <w:pPr>
        <w:spacing w:after="0"/>
      </w:pPr>
    </w:p>
    <w:p w14:paraId="050AA235" w14:textId="77777777" w:rsidR="00096B82" w:rsidRDefault="00D446B1">
      <w:pPr>
        <w:spacing w:after="0"/>
      </w:pPr>
      <w:r>
        <w:rPr>
          <w:rFonts w:ascii="Arial" w:hAnsi="Arial"/>
          <w:b/>
        </w:rPr>
        <w:t xml:space="preserve">Alice  </w:t>
      </w:r>
      <w:r>
        <w:rPr>
          <w:rFonts w:ascii="Arial" w:hAnsi="Arial"/>
          <w:color w:val="5D7284"/>
        </w:rPr>
        <w:t>27:08</w:t>
      </w:r>
    </w:p>
    <w:p w14:paraId="03FD80D5" w14:textId="77777777" w:rsidR="00096B82" w:rsidRDefault="00D446B1">
      <w:pPr>
        <w:spacing w:after="0"/>
      </w:pPr>
      <w:r>
        <w:rPr>
          <w:rFonts w:ascii="Arial" w:hAnsi="Arial"/>
        </w:rPr>
        <w:t xml:space="preserve">I'm sure 70 140 pounds is 10 stone. </w:t>
      </w:r>
      <w:r>
        <w:rPr>
          <w:rFonts w:ascii="Arial" w:hAnsi="Arial"/>
        </w:rPr>
        <w:t>Alexa, how much is 70 pounds in stone?</w:t>
      </w:r>
    </w:p>
    <w:p w14:paraId="2F4419FC" w14:textId="77777777" w:rsidR="00096B82" w:rsidRDefault="00096B82">
      <w:pPr>
        <w:spacing w:after="0"/>
      </w:pPr>
    </w:p>
    <w:p w14:paraId="62A5B1A3" w14:textId="77777777" w:rsidR="00096B82" w:rsidRDefault="00D446B1">
      <w:pPr>
        <w:spacing w:after="0"/>
      </w:pPr>
      <w:r>
        <w:rPr>
          <w:rFonts w:ascii="Arial" w:hAnsi="Arial"/>
          <w:b/>
        </w:rPr>
        <w:t xml:space="preserve">Lucy  </w:t>
      </w:r>
      <w:r>
        <w:rPr>
          <w:rFonts w:ascii="Arial" w:hAnsi="Arial"/>
          <w:color w:val="5D7284"/>
        </w:rPr>
        <w:t>27:19</w:t>
      </w:r>
    </w:p>
    <w:p w14:paraId="099C92EF" w14:textId="77777777" w:rsidR="00096B82" w:rsidRDefault="00D446B1">
      <w:pPr>
        <w:spacing w:after="0"/>
      </w:pPr>
      <w:r>
        <w:rPr>
          <w:rFonts w:ascii="Arial" w:hAnsi="Arial"/>
        </w:rPr>
        <w:t>We're leaving this bit in</w:t>
      </w:r>
    </w:p>
    <w:p w14:paraId="56BD90B2" w14:textId="77777777" w:rsidR="00096B82" w:rsidRDefault="00096B82">
      <w:pPr>
        <w:spacing w:after="0"/>
      </w:pPr>
    </w:p>
    <w:p w14:paraId="4164ED82" w14:textId="77777777" w:rsidR="00096B82" w:rsidRDefault="00D446B1">
      <w:pPr>
        <w:spacing w:after="0"/>
      </w:pPr>
      <w:r>
        <w:rPr>
          <w:rFonts w:ascii="Arial" w:hAnsi="Arial"/>
          <w:b/>
        </w:rPr>
        <w:t xml:space="preserve">Alice  </w:t>
      </w:r>
      <w:r>
        <w:rPr>
          <w:rFonts w:ascii="Arial" w:hAnsi="Arial"/>
          <w:color w:val="5D7284"/>
        </w:rPr>
        <w:t>27:22</w:t>
      </w:r>
    </w:p>
    <w:p w14:paraId="57F85CD5" w14:textId="77777777" w:rsidR="00096B82" w:rsidRDefault="00D446B1">
      <w:pPr>
        <w:spacing w:after="0"/>
      </w:pPr>
      <w:r>
        <w:rPr>
          <w:rFonts w:ascii="Arial" w:hAnsi="Arial"/>
        </w:rPr>
        <w:t xml:space="preserve">There you go, 5 </w:t>
      </w:r>
      <w:proofErr w:type="gramStart"/>
      <w:r>
        <w:rPr>
          <w:rFonts w:ascii="Arial" w:hAnsi="Arial"/>
        </w:rPr>
        <w:t>stone</w:t>
      </w:r>
      <w:proofErr w:type="gramEnd"/>
    </w:p>
    <w:p w14:paraId="6E0E3197" w14:textId="77777777" w:rsidR="00096B82" w:rsidRDefault="00096B82">
      <w:pPr>
        <w:spacing w:after="0"/>
      </w:pPr>
    </w:p>
    <w:p w14:paraId="3191625F" w14:textId="77777777" w:rsidR="00096B82" w:rsidRDefault="00D446B1">
      <w:pPr>
        <w:spacing w:after="0"/>
      </w:pPr>
      <w:r>
        <w:rPr>
          <w:rFonts w:ascii="Arial" w:hAnsi="Arial"/>
          <w:b/>
        </w:rPr>
        <w:t xml:space="preserve">Daisy  </w:t>
      </w:r>
      <w:r>
        <w:rPr>
          <w:rFonts w:ascii="Arial" w:hAnsi="Arial"/>
          <w:color w:val="5D7284"/>
        </w:rPr>
        <w:t>27:25</w:t>
      </w:r>
    </w:p>
    <w:p w14:paraId="31779B5F" w14:textId="77777777" w:rsidR="00096B82" w:rsidRDefault="00D446B1">
      <w:pPr>
        <w:spacing w:after="0"/>
      </w:pPr>
      <w:r>
        <w:rPr>
          <w:rFonts w:ascii="Arial" w:hAnsi="Arial"/>
        </w:rPr>
        <w:t xml:space="preserve">I need to lose five stone. Basically, I need to lose Nelson, is what I need to do. Thank you, lockdown. He's within frame I </w:t>
      </w:r>
      <w:r>
        <w:rPr>
          <w:rFonts w:ascii="Arial" w:hAnsi="Arial"/>
        </w:rPr>
        <w:t xml:space="preserve">have never yet come across. But London at Yarmouth. Nelson was held a Norfolk hero and what celebrate and what celebration continued back in London. his private life, however, was more difficult. </w:t>
      </w:r>
      <w:proofErr w:type="gramStart"/>
      <w:r>
        <w:rPr>
          <w:rFonts w:ascii="Arial" w:hAnsi="Arial"/>
        </w:rPr>
        <w:t>His wife Fanny,</w:t>
      </w:r>
      <w:proofErr w:type="gramEnd"/>
      <w:r>
        <w:rPr>
          <w:rFonts w:ascii="Arial" w:hAnsi="Arial"/>
        </w:rPr>
        <w:t xml:space="preserve"> was anxious and salacious. Where was his mis</w:t>
      </w:r>
      <w:r>
        <w:rPr>
          <w:rFonts w:ascii="Arial" w:hAnsi="Arial"/>
        </w:rPr>
        <w:t xml:space="preserve">tress Emma was gushing and admiring the affair was a </w:t>
      </w:r>
      <w:proofErr w:type="gramStart"/>
      <w:r>
        <w:rPr>
          <w:rFonts w:ascii="Arial" w:hAnsi="Arial"/>
        </w:rPr>
        <w:t>scandal.</w:t>
      </w:r>
      <w:proofErr w:type="gramEnd"/>
    </w:p>
    <w:p w14:paraId="54906294" w14:textId="77777777" w:rsidR="00096B82" w:rsidRDefault="00096B82">
      <w:pPr>
        <w:spacing w:after="0"/>
      </w:pPr>
    </w:p>
    <w:p w14:paraId="4222A427" w14:textId="77777777" w:rsidR="00096B82" w:rsidRDefault="00D446B1">
      <w:pPr>
        <w:spacing w:after="0"/>
      </w:pPr>
      <w:r>
        <w:rPr>
          <w:rFonts w:ascii="Arial" w:hAnsi="Arial"/>
          <w:b/>
        </w:rPr>
        <w:t xml:space="preserve">Alice  </w:t>
      </w:r>
      <w:r>
        <w:rPr>
          <w:rFonts w:ascii="Arial" w:hAnsi="Arial"/>
          <w:color w:val="5D7284"/>
        </w:rPr>
        <w:t>27:59</w:t>
      </w:r>
    </w:p>
    <w:p w14:paraId="46004495" w14:textId="77777777" w:rsidR="00096B82" w:rsidRDefault="00D446B1">
      <w:pPr>
        <w:spacing w:after="0"/>
      </w:pPr>
      <w:r>
        <w:rPr>
          <w:rFonts w:ascii="Arial" w:hAnsi="Arial"/>
        </w:rPr>
        <w:t xml:space="preserve">Sorry. Sorry. Just </w:t>
      </w:r>
      <w:proofErr w:type="spellStart"/>
      <w:r>
        <w:rPr>
          <w:rFonts w:ascii="Arial" w:hAnsi="Arial"/>
        </w:rPr>
        <w:t>Just</w:t>
      </w:r>
      <w:proofErr w:type="spellEnd"/>
      <w:r>
        <w:rPr>
          <w:rFonts w:ascii="Arial" w:hAnsi="Arial"/>
        </w:rPr>
        <w:t xml:space="preserve"> a question about what anxious and salacious is.</w:t>
      </w:r>
    </w:p>
    <w:p w14:paraId="1353EEDC" w14:textId="77777777" w:rsidR="00096B82" w:rsidRDefault="00096B82">
      <w:pPr>
        <w:spacing w:after="0"/>
      </w:pPr>
    </w:p>
    <w:p w14:paraId="15FF2286" w14:textId="77777777" w:rsidR="00096B82" w:rsidRDefault="00D446B1">
      <w:pPr>
        <w:spacing w:after="0"/>
      </w:pPr>
      <w:r>
        <w:rPr>
          <w:rFonts w:ascii="Arial" w:hAnsi="Arial"/>
          <w:b/>
        </w:rPr>
        <w:t xml:space="preserve">Daisy  </w:t>
      </w:r>
      <w:r>
        <w:rPr>
          <w:rFonts w:ascii="Arial" w:hAnsi="Arial"/>
          <w:color w:val="5D7284"/>
        </w:rPr>
        <w:t>28:05</w:t>
      </w:r>
    </w:p>
    <w:p w14:paraId="77DC35C9" w14:textId="77777777" w:rsidR="00096B82" w:rsidRDefault="00D446B1">
      <w:pPr>
        <w:spacing w:after="0"/>
      </w:pPr>
      <w:proofErr w:type="gramStart"/>
      <w:r>
        <w:rPr>
          <w:rFonts w:ascii="Arial" w:hAnsi="Arial"/>
        </w:rPr>
        <w:t>Yeah</w:t>
      </w:r>
      <w:proofErr w:type="gramEnd"/>
      <w:r>
        <w:rPr>
          <w:rFonts w:ascii="Arial" w:hAnsi="Arial"/>
        </w:rPr>
        <w:t xml:space="preserve"> so here is where I come in to raise issue with the way that Fanny has been </w:t>
      </w:r>
      <w:r>
        <w:rPr>
          <w:rFonts w:ascii="Arial" w:hAnsi="Arial"/>
        </w:rPr>
        <w:t>portrayed. Okay, over the years? Well, I was in the year sense, but that's quite a lot of them and doesn't specify when, when people have written about, you know, Nelson, as historians from sort of, however, many years ago, kind of, you know, a couple of d</w:t>
      </w:r>
      <w:r>
        <w:rPr>
          <w:rFonts w:ascii="Arial" w:hAnsi="Arial"/>
        </w:rPr>
        <w:t>ecades ago, they always wrote about Fanny or Francis, as if it was kind of attributed that the breakup of their marriage was down to her.</w:t>
      </w:r>
    </w:p>
    <w:p w14:paraId="56084852" w14:textId="77777777" w:rsidR="00096B82" w:rsidRDefault="00096B82">
      <w:pPr>
        <w:spacing w:after="0"/>
      </w:pPr>
    </w:p>
    <w:p w14:paraId="16CB45A3" w14:textId="77777777" w:rsidR="00096B82" w:rsidRDefault="00D446B1">
      <w:pPr>
        <w:spacing w:after="0"/>
      </w:pPr>
      <w:r>
        <w:rPr>
          <w:rFonts w:ascii="Arial" w:hAnsi="Arial"/>
          <w:b/>
        </w:rPr>
        <w:t xml:space="preserve">Alice  </w:t>
      </w:r>
      <w:r>
        <w:rPr>
          <w:rFonts w:ascii="Arial" w:hAnsi="Arial"/>
          <w:color w:val="5D7284"/>
        </w:rPr>
        <w:t>28:41</w:t>
      </w:r>
    </w:p>
    <w:p w14:paraId="0F3B3B82" w14:textId="77777777" w:rsidR="00096B82" w:rsidRDefault="00D446B1">
      <w:pPr>
        <w:spacing w:after="0"/>
      </w:pPr>
      <w:r>
        <w:rPr>
          <w:rFonts w:ascii="Arial" w:hAnsi="Arial"/>
        </w:rPr>
        <w:t xml:space="preserve">Right, sort of like, </w:t>
      </w:r>
      <w:proofErr w:type="spellStart"/>
      <w:r>
        <w:rPr>
          <w:rFonts w:ascii="Arial" w:hAnsi="Arial"/>
        </w:rPr>
        <w:t>naggy</w:t>
      </w:r>
      <w:proofErr w:type="spellEnd"/>
      <w:r>
        <w:rPr>
          <w:rFonts w:ascii="Arial" w:hAnsi="Arial"/>
        </w:rPr>
        <w:t xml:space="preserve"> Oh, </w:t>
      </w:r>
      <w:proofErr w:type="spellStart"/>
      <w:r>
        <w:rPr>
          <w:rFonts w:ascii="Arial" w:hAnsi="Arial"/>
        </w:rPr>
        <w:t>not</w:t>
      </w:r>
      <w:proofErr w:type="spellEnd"/>
      <w:r>
        <w:rPr>
          <w:rFonts w:ascii="Arial" w:hAnsi="Arial"/>
        </w:rPr>
        <w:t>, not, because he cheated on her then?</w:t>
      </w:r>
    </w:p>
    <w:p w14:paraId="6E66B407" w14:textId="77777777" w:rsidR="00096B82" w:rsidRDefault="00096B82">
      <w:pPr>
        <w:spacing w:after="0"/>
      </w:pPr>
    </w:p>
    <w:p w14:paraId="75156D85" w14:textId="77777777" w:rsidR="00096B82" w:rsidRDefault="00D446B1">
      <w:pPr>
        <w:spacing w:after="0"/>
      </w:pPr>
      <w:r>
        <w:rPr>
          <w:rFonts w:ascii="Arial" w:hAnsi="Arial"/>
          <w:b/>
        </w:rPr>
        <w:lastRenderedPageBreak/>
        <w:t xml:space="preserve">Daisy  </w:t>
      </w:r>
      <w:r>
        <w:rPr>
          <w:rFonts w:ascii="Arial" w:hAnsi="Arial"/>
          <w:color w:val="5D7284"/>
        </w:rPr>
        <w:t>28:47</w:t>
      </w:r>
    </w:p>
    <w:p w14:paraId="5217869E" w14:textId="77777777" w:rsidR="00096B82" w:rsidRDefault="00D446B1">
      <w:pPr>
        <w:spacing w:after="0"/>
      </w:pPr>
      <w:r>
        <w:rPr>
          <w:rFonts w:ascii="Arial" w:hAnsi="Arial"/>
        </w:rPr>
        <w:t>Well yeah. Wherea</w:t>
      </w:r>
      <w:r>
        <w:rPr>
          <w:rFonts w:ascii="Arial" w:hAnsi="Arial"/>
        </w:rPr>
        <w:t xml:space="preserve">s, you know, there's a lot of letters that have been found more recently, which are of you know, her. So, you know, </w:t>
      </w:r>
      <w:proofErr w:type="gramStart"/>
      <w:r>
        <w:rPr>
          <w:rFonts w:ascii="Arial" w:hAnsi="Arial"/>
        </w:rPr>
        <w:t>originally</w:t>
      </w:r>
      <w:proofErr w:type="gramEnd"/>
      <w:r>
        <w:rPr>
          <w:rFonts w:ascii="Arial" w:hAnsi="Arial"/>
        </w:rPr>
        <w:t xml:space="preserve"> they were exchanging letters when, you know, they were first married, and he first went away, and they were, you know, really sor</w:t>
      </w:r>
      <w:r>
        <w:rPr>
          <w:rFonts w:ascii="Arial" w:hAnsi="Arial"/>
        </w:rPr>
        <w:t xml:space="preserve">t of nice and lovely, and all of that. And then he started writing a bit less often when he met Emma, and she was writing to one of his What of Nelson's friends saying you know, oh, he </w:t>
      </w:r>
      <w:proofErr w:type="spellStart"/>
      <w:r>
        <w:rPr>
          <w:rFonts w:ascii="Arial" w:hAnsi="Arial"/>
        </w:rPr>
        <w:t>he</w:t>
      </w:r>
      <w:proofErr w:type="spellEnd"/>
      <w:r>
        <w:rPr>
          <w:rFonts w:ascii="Arial" w:hAnsi="Arial"/>
        </w:rPr>
        <w:t xml:space="preserve"> hasn't replied to by letters yet has someone been taking them? Oh,</w:t>
      </w:r>
    </w:p>
    <w:p w14:paraId="6B944C9D" w14:textId="77777777" w:rsidR="00096B82" w:rsidRDefault="00096B82">
      <w:pPr>
        <w:spacing w:after="0"/>
      </w:pPr>
    </w:p>
    <w:p w14:paraId="334C0E7C" w14:textId="77777777" w:rsidR="00096B82" w:rsidRDefault="00D446B1">
      <w:pPr>
        <w:spacing w:after="0"/>
      </w:pPr>
      <w:r>
        <w:rPr>
          <w:rFonts w:ascii="Arial" w:hAnsi="Arial"/>
          <w:b/>
        </w:rPr>
        <w:t xml:space="preserve">Lucy  </w:t>
      </w:r>
      <w:r>
        <w:rPr>
          <w:rFonts w:ascii="Arial" w:hAnsi="Arial"/>
          <w:color w:val="5D7284"/>
        </w:rPr>
        <w:t>29:24</w:t>
      </w:r>
    </w:p>
    <w:p w14:paraId="07D470CF" w14:textId="77777777" w:rsidR="00096B82" w:rsidRDefault="00D446B1">
      <w:pPr>
        <w:spacing w:after="0"/>
      </w:pPr>
      <w:r>
        <w:rPr>
          <w:rFonts w:ascii="Arial" w:hAnsi="Arial"/>
        </w:rPr>
        <w:t>Fanny just needs them just needs some sort of women landers. Calm down, Mate He's just clearly not that into you. And darlin, you can do better. Yeah,</w:t>
      </w:r>
    </w:p>
    <w:p w14:paraId="7BF86CCB" w14:textId="77777777" w:rsidR="00096B82" w:rsidRDefault="00096B82">
      <w:pPr>
        <w:spacing w:after="0"/>
      </w:pPr>
    </w:p>
    <w:p w14:paraId="04729F69" w14:textId="77777777" w:rsidR="00096B82" w:rsidRDefault="00D446B1">
      <w:pPr>
        <w:spacing w:after="0"/>
      </w:pPr>
      <w:r>
        <w:rPr>
          <w:rFonts w:ascii="Arial" w:hAnsi="Arial"/>
          <w:b/>
        </w:rPr>
        <w:t xml:space="preserve">Daisy  </w:t>
      </w:r>
      <w:r>
        <w:rPr>
          <w:rFonts w:ascii="Arial" w:hAnsi="Arial"/>
          <w:color w:val="5D7284"/>
        </w:rPr>
        <w:t>29:38</w:t>
      </w:r>
    </w:p>
    <w:p w14:paraId="3C5A35C5" w14:textId="77777777" w:rsidR="00096B82" w:rsidRDefault="00D446B1">
      <w:pPr>
        <w:spacing w:after="0"/>
      </w:pPr>
      <w:r>
        <w:rPr>
          <w:rFonts w:ascii="Arial" w:hAnsi="Arial"/>
        </w:rPr>
        <w:t xml:space="preserve">yeah. You know, they, they were married very happily for you know, a couple of </w:t>
      </w:r>
      <w:r>
        <w:rPr>
          <w:rFonts w:ascii="Arial" w:hAnsi="Arial"/>
        </w:rPr>
        <w:t xml:space="preserve">years, you know, well before Emma came along and she's doesn't seem to have been, you know, as annoying or </w:t>
      </w:r>
      <w:proofErr w:type="gramStart"/>
      <w:r>
        <w:rPr>
          <w:rFonts w:ascii="Arial" w:hAnsi="Arial"/>
        </w:rPr>
        <w:t>Yeah</w:t>
      </w:r>
      <w:proofErr w:type="gramEnd"/>
      <w:r>
        <w:rPr>
          <w:rFonts w:ascii="Arial" w:hAnsi="Arial"/>
        </w:rPr>
        <w:t>, whatever is people more recently have wanted to portray her, perhaps because, you know, they don't want to say anything bad about the great her</w:t>
      </w:r>
      <w:r>
        <w:rPr>
          <w:rFonts w:ascii="Arial" w:hAnsi="Arial"/>
        </w:rPr>
        <w:t xml:space="preserve">o. Yeah, Nelson as I see it, but that is conjecture on my part. But Fanny had been married before. Right. before she married Nelson. But she'd been widowed after two years. And </w:t>
      </w:r>
      <w:proofErr w:type="gramStart"/>
      <w:r>
        <w:rPr>
          <w:rFonts w:ascii="Arial" w:hAnsi="Arial"/>
        </w:rPr>
        <w:t>so</w:t>
      </w:r>
      <w:proofErr w:type="gramEnd"/>
      <w:r>
        <w:rPr>
          <w:rFonts w:ascii="Arial" w:hAnsi="Arial"/>
        </w:rPr>
        <w:t xml:space="preserve"> she already had a child from the previous marriage. But it kind of went alri</w:t>
      </w:r>
      <w:r>
        <w:rPr>
          <w:rFonts w:ascii="Arial" w:hAnsi="Arial"/>
        </w:rPr>
        <w:t xml:space="preserve">ght for her because they </w:t>
      </w:r>
      <w:proofErr w:type="gramStart"/>
      <w:r>
        <w:rPr>
          <w:rFonts w:ascii="Arial" w:hAnsi="Arial"/>
        </w:rPr>
        <w:t>split</w:t>
      </w:r>
      <w:proofErr w:type="gramEnd"/>
      <w:r>
        <w:rPr>
          <w:rFonts w:ascii="Arial" w:hAnsi="Arial"/>
        </w:rPr>
        <w:t xml:space="preserve"> she got, you know, a load of money of Nelson and a load of money from the crown. And, you know, even after all of that, you know, she was fine in high society, and she was </w:t>
      </w:r>
      <w:proofErr w:type="gramStart"/>
      <w:r>
        <w:rPr>
          <w:rFonts w:ascii="Arial" w:hAnsi="Arial"/>
        </w:rPr>
        <w:t>really well</w:t>
      </w:r>
      <w:proofErr w:type="gramEnd"/>
      <w:r>
        <w:rPr>
          <w:rFonts w:ascii="Arial" w:hAnsi="Arial"/>
        </w:rPr>
        <w:t xml:space="preserve"> liked. And all of this because at the tim</w:t>
      </w:r>
      <w:r>
        <w:rPr>
          <w:rFonts w:ascii="Arial" w:hAnsi="Arial"/>
        </w:rPr>
        <w:t>e, nobody saw the, you know, split. as her fault.</w:t>
      </w:r>
    </w:p>
    <w:p w14:paraId="6BCD8A00" w14:textId="77777777" w:rsidR="00096B82" w:rsidRDefault="00096B82">
      <w:pPr>
        <w:spacing w:after="0"/>
      </w:pPr>
    </w:p>
    <w:p w14:paraId="47340E1F" w14:textId="77777777" w:rsidR="00096B82" w:rsidRDefault="00D446B1">
      <w:pPr>
        <w:spacing w:after="0"/>
      </w:pPr>
      <w:r>
        <w:rPr>
          <w:rFonts w:ascii="Arial" w:hAnsi="Arial"/>
          <w:b/>
        </w:rPr>
        <w:t xml:space="preserve">Alice  </w:t>
      </w:r>
      <w:r>
        <w:rPr>
          <w:rFonts w:ascii="Arial" w:hAnsi="Arial"/>
          <w:color w:val="5D7284"/>
        </w:rPr>
        <w:t>30:49</w:t>
      </w:r>
    </w:p>
    <w:p w14:paraId="330E994C" w14:textId="77777777" w:rsidR="00096B82" w:rsidRDefault="00D446B1">
      <w:pPr>
        <w:spacing w:after="0"/>
      </w:pPr>
      <w:r>
        <w:rPr>
          <w:rFonts w:ascii="Arial" w:hAnsi="Arial"/>
        </w:rPr>
        <w:t xml:space="preserve">It's just as </w:t>
      </w:r>
      <w:proofErr w:type="gramStart"/>
      <w:r>
        <w:rPr>
          <w:rFonts w:ascii="Arial" w:hAnsi="Arial"/>
        </w:rPr>
        <w:t>its</w:t>
      </w:r>
      <w:proofErr w:type="gramEnd"/>
      <w:r>
        <w:rPr>
          <w:rFonts w:ascii="Arial" w:hAnsi="Arial"/>
        </w:rPr>
        <w:t xml:space="preserve"> been portrayed in history.</w:t>
      </w:r>
    </w:p>
    <w:p w14:paraId="521BD0E0" w14:textId="77777777" w:rsidR="00096B82" w:rsidRDefault="00096B82">
      <w:pPr>
        <w:spacing w:after="0"/>
      </w:pPr>
    </w:p>
    <w:p w14:paraId="1028FA2B" w14:textId="77777777" w:rsidR="00096B82" w:rsidRDefault="00D446B1">
      <w:pPr>
        <w:spacing w:after="0"/>
      </w:pPr>
      <w:r>
        <w:rPr>
          <w:rFonts w:ascii="Arial" w:hAnsi="Arial"/>
          <w:b/>
        </w:rPr>
        <w:t xml:space="preserve">Daisy  </w:t>
      </w:r>
      <w:r>
        <w:rPr>
          <w:rFonts w:ascii="Arial" w:hAnsi="Arial"/>
          <w:color w:val="5D7284"/>
        </w:rPr>
        <w:t>30:51</w:t>
      </w:r>
    </w:p>
    <w:p w14:paraId="0F120077" w14:textId="77777777" w:rsidR="00096B82" w:rsidRDefault="00D446B1">
      <w:pPr>
        <w:spacing w:after="0"/>
      </w:pPr>
      <w:r>
        <w:rPr>
          <w:rFonts w:ascii="Arial" w:hAnsi="Arial"/>
        </w:rPr>
        <w:t>Yeah. Yeah, yeah. Yeah, so she, she was fine.</w:t>
      </w:r>
    </w:p>
    <w:p w14:paraId="40A89B97" w14:textId="77777777" w:rsidR="00096B82" w:rsidRDefault="00096B82">
      <w:pPr>
        <w:spacing w:after="0"/>
      </w:pPr>
    </w:p>
    <w:p w14:paraId="1F65B8D7" w14:textId="77777777" w:rsidR="00096B82" w:rsidRDefault="00D446B1">
      <w:pPr>
        <w:spacing w:after="0"/>
      </w:pPr>
      <w:r>
        <w:rPr>
          <w:rFonts w:ascii="Arial" w:hAnsi="Arial"/>
          <w:b/>
        </w:rPr>
        <w:t xml:space="preserve">Lucy  </w:t>
      </w:r>
      <w:r>
        <w:rPr>
          <w:rFonts w:ascii="Arial" w:hAnsi="Arial"/>
          <w:color w:val="5D7284"/>
        </w:rPr>
        <w:t>30:56</w:t>
      </w:r>
    </w:p>
    <w:p w14:paraId="1C70C070" w14:textId="77777777" w:rsidR="00096B82" w:rsidRDefault="00D446B1">
      <w:pPr>
        <w:spacing w:after="0"/>
      </w:pPr>
      <w:r>
        <w:rPr>
          <w:rFonts w:ascii="Arial" w:hAnsi="Arial"/>
        </w:rPr>
        <w:t>What was Emma like, have you got any, any sort of insight into what Emma wa</w:t>
      </w:r>
      <w:r>
        <w:rPr>
          <w:rFonts w:ascii="Arial" w:hAnsi="Arial"/>
        </w:rPr>
        <w:t xml:space="preserve">s like? </w:t>
      </w:r>
    </w:p>
    <w:p w14:paraId="2C93423C" w14:textId="77777777" w:rsidR="00096B82" w:rsidRDefault="00096B82">
      <w:pPr>
        <w:spacing w:after="0"/>
      </w:pPr>
    </w:p>
    <w:p w14:paraId="2860BE75" w14:textId="77777777" w:rsidR="00096B82" w:rsidRDefault="00D446B1">
      <w:pPr>
        <w:spacing w:after="0"/>
      </w:pPr>
      <w:r>
        <w:rPr>
          <w:rFonts w:ascii="Arial" w:hAnsi="Arial"/>
          <w:b/>
        </w:rPr>
        <w:t xml:space="preserve">Alice  </w:t>
      </w:r>
      <w:r>
        <w:rPr>
          <w:rFonts w:ascii="Arial" w:hAnsi="Arial"/>
          <w:color w:val="5D7284"/>
        </w:rPr>
        <w:t>31:06</w:t>
      </w:r>
    </w:p>
    <w:p w14:paraId="22774CFF" w14:textId="77777777" w:rsidR="00096B82" w:rsidRDefault="00D446B1">
      <w:pPr>
        <w:spacing w:after="0"/>
      </w:pPr>
      <w:r>
        <w:rPr>
          <w:rFonts w:ascii="Arial" w:hAnsi="Arial"/>
        </w:rPr>
        <w:t>I hope nobody ever describes me as gushing. It's just sounds messy.</w:t>
      </w:r>
    </w:p>
    <w:p w14:paraId="55D198D8" w14:textId="77777777" w:rsidR="00096B82" w:rsidRDefault="00096B82">
      <w:pPr>
        <w:spacing w:after="0"/>
      </w:pPr>
    </w:p>
    <w:p w14:paraId="64E177E0" w14:textId="77777777" w:rsidR="00096B82" w:rsidRDefault="00D446B1">
      <w:pPr>
        <w:spacing w:after="0"/>
      </w:pPr>
      <w:r>
        <w:rPr>
          <w:rFonts w:ascii="Arial" w:hAnsi="Arial"/>
          <w:b/>
        </w:rPr>
        <w:t xml:space="preserve">Lucy  </w:t>
      </w:r>
      <w:r>
        <w:rPr>
          <w:rFonts w:ascii="Arial" w:hAnsi="Arial"/>
          <w:color w:val="5D7284"/>
        </w:rPr>
        <w:t>31:12</w:t>
      </w:r>
    </w:p>
    <w:p w14:paraId="38C0AB4F" w14:textId="77777777" w:rsidR="00096B82" w:rsidRDefault="00D446B1">
      <w:pPr>
        <w:spacing w:after="0"/>
      </w:pPr>
      <w:r>
        <w:rPr>
          <w:rFonts w:ascii="Arial" w:hAnsi="Arial"/>
        </w:rPr>
        <w:t>gushing and admiring was what it is described in my notes it why I mean, was she that nice?</w:t>
      </w:r>
    </w:p>
    <w:p w14:paraId="5278D4DB" w14:textId="77777777" w:rsidR="00096B82" w:rsidRDefault="00096B82">
      <w:pPr>
        <w:spacing w:after="0"/>
      </w:pPr>
    </w:p>
    <w:p w14:paraId="008AC9A0" w14:textId="77777777" w:rsidR="00096B82" w:rsidRDefault="00D446B1">
      <w:pPr>
        <w:spacing w:after="0"/>
      </w:pPr>
      <w:r>
        <w:rPr>
          <w:rFonts w:ascii="Arial" w:hAnsi="Arial"/>
          <w:b/>
        </w:rPr>
        <w:t xml:space="preserve">Alice  </w:t>
      </w:r>
      <w:r>
        <w:rPr>
          <w:rFonts w:ascii="Arial" w:hAnsi="Arial"/>
          <w:color w:val="5D7284"/>
        </w:rPr>
        <w:t>31:18</w:t>
      </w:r>
    </w:p>
    <w:p w14:paraId="6765C076" w14:textId="77777777" w:rsidR="00096B82" w:rsidRDefault="00D446B1">
      <w:pPr>
        <w:spacing w:after="0"/>
      </w:pPr>
      <w:r>
        <w:rPr>
          <w:rFonts w:ascii="Arial" w:hAnsi="Arial"/>
        </w:rPr>
        <w:t xml:space="preserve">Like, she was like, hanging </w:t>
      </w:r>
      <w:proofErr w:type="gramStart"/>
      <w:r>
        <w:rPr>
          <w:rFonts w:ascii="Arial" w:hAnsi="Arial"/>
        </w:rPr>
        <w:t>off of</w:t>
      </w:r>
      <w:proofErr w:type="gramEnd"/>
      <w:r>
        <w:rPr>
          <w:rFonts w:ascii="Arial" w:hAnsi="Arial"/>
        </w:rPr>
        <w:t xml:space="preserve"> him.</w:t>
      </w:r>
    </w:p>
    <w:p w14:paraId="459557B1" w14:textId="77777777" w:rsidR="00096B82" w:rsidRDefault="00096B82">
      <w:pPr>
        <w:spacing w:after="0"/>
      </w:pPr>
    </w:p>
    <w:p w14:paraId="0D520B07" w14:textId="77777777" w:rsidR="00096B82" w:rsidRDefault="00D446B1">
      <w:pPr>
        <w:spacing w:after="0"/>
      </w:pPr>
      <w:r>
        <w:rPr>
          <w:rFonts w:ascii="Arial" w:hAnsi="Arial"/>
          <w:b/>
        </w:rPr>
        <w:t xml:space="preserve">Lucy  </w:t>
      </w:r>
      <w:r>
        <w:rPr>
          <w:rFonts w:ascii="Arial" w:hAnsi="Arial"/>
          <w:color w:val="5D7284"/>
        </w:rPr>
        <w:t>31:21</w:t>
      </w:r>
    </w:p>
    <w:p w14:paraId="1F7DCA56" w14:textId="77777777" w:rsidR="00096B82" w:rsidRDefault="00D446B1">
      <w:pPr>
        <w:spacing w:after="0"/>
      </w:pPr>
      <w:r>
        <w:rPr>
          <w:rFonts w:ascii="Arial" w:hAnsi="Arial"/>
        </w:rPr>
        <w:t>Was that because he was like, Nelson. And he was like, you know,</w:t>
      </w:r>
    </w:p>
    <w:p w14:paraId="37C800F6" w14:textId="77777777" w:rsidR="00096B82" w:rsidRDefault="00096B82">
      <w:pPr>
        <w:spacing w:after="0"/>
      </w:pPr>
    </w:p>
    <w:p w14:paraId="0ED9AE4B" w14:textId="77777777" w:rsidR="00096B82" w:rsidRDefault="00D446B1">
      <w:pPr>
        <w:spacing w:after="0"/>
      </w:pPr>
      <w:r>
        <w:rPr>
          <w:rFonts w:ascii="Arial" w:hAnsi="Arial"/>
          <w:b/>
        </w:rPr>
        <w:lastRenderedPageBreak/>
        <w:t xml:space="preserve">Daisy  </w:t>
      </w:r>
      <w:r>
        <w:rPr>
          <w:rFonts w:ascii="Arial" w:hAnsi="Arial"/>
          <w:color w:val="5D7284"/>
        </w:rPr>
        <w:t>31:25</w:t>
      </w:r>
    </w:p>
    <w:p w14:paraId="50002D51" w14:textId="77777777" w:rsidR="00096B82" w:rsidRDefault="00D446B1">
      <w:pPr>
        <w:spacing w:after="0"/>
      </w:pPr>
      <w:r>
        <w:rPr>
          <w:rFonts w:ascii="Arial" w:hAnsi="Arial"/>
        </w:rPr>
        <w:t>no, I mean, they genuinely did just, you know, seem to be in love. And, uh, you know, he just kind of didn't handle it very well. Right. You know, there's, there's b</w:t>
      </w:r>
      <w:r>
        <w:rPr>
          <w:rFonts w:ascii="Arial" w:hAnsi="Arial"/>
        </w:rPr>
        <w:t xml:space="preserve">een, you know, it's kind of backwards psychoanalysis type thing </w:t>
      </w:r>
      <w:proofErr w:type="gramStart"/>
      <w:r>
        <w:rPr>
          <w:rFonts w:ascii="Arial" w:hAnsi="Arial"/>
        </w:rPr>
        <w:t>of,</w:t>
      </w:r>
      <w:proofErr w:type="gramEnd"/>
      <w:r>
        <w:rPr>
          <w:rFonts w:ascii="Arial" w:hAnsi="Arial"/>
        </w:rPr>
        <w:t xml:space="preserve"> you know, oh, he was looking for a particular person, because he lost his mother so young. And, you know, Emma was the type of person not just okay, just stop now. You know, I'm not going </w:t>
      </w:r>
      <w:r>
        <w:rPr>
          <w:rFonts w:ascii="Arial" w:hAnsi="Arial"/>
        </w:rPr>
        <w:t xml:space="preserve">to press into, you know, what type of wife he was looking for. But, um, yeah, he was very, you know, insistent that Emma would be taken care of, as well. And she seems to have been, it seems to have been a genuine relationship </w:t>
      </w:r>
      <w:proofErr w:type="gramStart"/>
      <w:r>
        <w:rPr>
          <w:rFonts w:ascii="Arial" w:hAnsi="Arial"/>
        </w:rPr>
        <w:t>rather</w:t>
      </w:r>
      <w:proofErr w:type="gramEnd"/>
    </w:p>
    <w:p w14:paraId="31D74D80" w14:textId="77777777" w:rsidR="00096B82" w:rsidRDefault="00096B82">
      <w:pPr>
        <w:spacing w:after="0"/>
      </w:pPr>
    </w:p>
    <w:p w14:paraId="2BC4EF82" w14:textId="77777777" w:rsidR="00096B82" w:rsidRDefault="00D446B1">
      <w:pPr>
        <w:spacing w:after="0"/>
      </w:pPr>
      <w:r>
        <w:rPr>
          <w:rFonts w:ascii="Arial" w:hAnsi="Arial"/>
          <w:b/>
        </w:rPr>
        <w:t xml:space="preserve">Lucy  </w:t>
      </w:r>
      <w:r>
        <w:rPr>
          <w:rFonts w:ascii="Arial" w:hAnsi="Arial"/>
          <w:color w:val="5D7284"/>
        </w:rPr>
        <w:t>32:08</w:t>
      </w:r>
    </w:p>
    <w:p w14:paraId="3D25170F" w14:textId="77777777" w:rsidR="00096B82" w:rsidRDefault="00D446B1">
      <w:pPr>
        <w:spacing w:after="0"/>
      </w:pPr>
      <w:r>
        <w:rPr>
          <w:rFonts w:ascii="Arial" w:hAnsi="Arial"/>
        </w:rPr>
        <w:t>than rath</w:t>
      </w:r>
      <w:r>
        <w:rPr>
          <w:rFonts w:ascii="Arial" w:hAnsi="Arial"/>
        </w:rPr>
        <w:t xml:space="preserve">er than just than </w:t>
      </w:r>
      <w:proofErr w:type="spellStart"/>
      <w:r>
        <w:rPr>
          <w:rFonts w:ascii="Arial" w:hAnsi="Arial"/>
        </w:rPr>
        <w:t>ooo</w:t>
      </w:r>
      <w:proofErr w:type="spellEnd"/>
      <w:r>
        <w:rPr>
          <w:rFonts w:ascii="Arial" w:hAnsi="Arial"/>
        </w:rPr>
        <w:t xml:space="preserve"> </w:t>
      </w:r>
      <w:proofErr w:type="spellStart"/>
      <w:r>
        <w:rPr>
          <w:rFonts w:ascii="Arial" w:hAnsi="Arial"/>
        </w:rPr>
        <w:t>hes</w:t>
      </w:r>
      <w:proofErr w:type="spellEnd"/>
      <w:r>
        <w:rPr>
          <w:rFonts w:ascii="Arial" w:hAnsi="Arial"/>
        </w:rPr>
        <w:t xml:space="preserve"> quite nice.</w:t>
      </w:r>
    </w:p>
    <w:p w14:paraId="52F26334" w14:textId="77777777" w:rsidR="00096B82" w:rsidRDefault="00096B82">
      <w:pPr>
        <w:spacing w:after="0"/>
      </w:pPr>
    </w:p>
    <w:p w14:paraId="37D4AA0B" w14:textId="77777777" w:rsidR="00096B82" w:rsidRDefault="00D446B1">
      <w:pPr>
        <w:spacing w:after="0"/>
      </w:pPr>
      <w:r>
        <w:rPr>
          <w:rFonts w:ascii="Arial" w:hAnsi="Arial"/>
          <w:b/>
        </w:rPr>
        <w:t xml:space="preserve">Daisy  </w:t>
      </w:r>
      <w:r>
        <w:rPr>
          <w:rFonts w:ascii="Arial" w:hAnsi="Arial"/>
          <w:color w:val="5D7284"/>
        </w:rPr>
        <w:t>32:11</w:t>
      </w:r>
    </w:p>
    <w:p w14:paraId="748C2DE7" w14:textId="77777777" w:rsidR="00096B82" w:rsidRDefault="00D446B1">
      <w:pPr>
        <w:spacing w:after="0"/>
      </w:pPr>
      <w:r>
        <w:rPr>
          <w:rFonts w:ascii="Arial" w:hAnsi="Arial"/>
        </w:rPr>
        <w:t>Yeah. Although, although, one point, people don't think that she was all that nice about Fanny.</w:t>
      </w:r>
    </w:p>
    <w:p w14:paraId="40C9E2D1" w14:textId="77777777" w:rsidR="00096B82" w:rsidRDefault="00096B82">
      <w:pPr>
        <w:spacing w:after="0"/>
      </w:pPr>
    </w:p>
    <w:p w14:paraId="1C0F34FC" w14:textId="77777777" w:rsidR="00096B82" w:rsidRDefault="00D446B1">
      <w:pPr>
        <w:spacing w:after="0"/>
      </w:pPr>
      <w:r>
        <w:rPr>
          <w:rFonts w:ascii="Arial" w:hAnsi="Arial"/>
          <w:b/>
        </w:rPr>
        <w:t xml:space="preserve">Alice  </w:t>
      </w:r>
      <w:r>
        <w:rPr>
          <w:rFonts w:ascii="Arial" w:hAnsi="Arial"/>
          <w:color w:val="5D7284"/>
        </w:rPr>
        <w:t>32:23</w:t>
      </w:r>
    </w:p>
    <w:p w14:paraId="0E705ED9" w14:textId="77777777" w:rsidR="00096B82" w:rsidRDefault="00D446B1">
      <w:pPr>
        <w:spacing w:after="0"/>
      </w:pPr>
      <w:r>
        <w:rPr>
          <w:rFonts w:ascii="Arial" w:hAnsi="Arial"/>
        </w:rPr>
        <w:t xml:space="preserve">I mean, he, he wouldn't necessarily expect </w:t>
      </w:r>
      <w:proofErr w:type="gramStart"/>
      <w:r>
        <w:rPr>
          <w:rFonts w:ascii="Arial" w:hAnsi="Arial"/>
        </w:rPr>
        <w:t>the your</w:t>
      </w:r>
      <w:proofErr w:type="gramEnd"/>
      <w:r>
        <w:rPr>
          <w:rFonts w:ascii="Arial" w:hAnsi="Arial"/>
        </w:rPr>
        <w:t xml:space="preserve"> mistress to be BFFs with your wife. No, </w:t>
      </w:r>
      <w:r>
        <w:rPr>
          <w:rFonts w:ascii="Arial" w:hAnsi="Arial"/>
        </w:rPr>
        <w:t>no. What did Emma's husband Think about all of this?</w:t>
      </w:r>
    </w:p>
    <w:p w14:paraId="07F36042" w14:textId="77777777" w:rsidR="00096B82" w:rsidRDefault="00096B82">
      <w:pPr>
        <w:spacing w:after="0"/>
      </w:pPr>
    </w:p>
    <w:p w14:paraId="1EC08B03" w14:textId="77777777" w:rsidR="00096B82" w:rsidRDefault="00D446B1">
      <w:pPr>
        <w:spacing w:after="0"/>
      </w:pPr>
      <w:r>
        <w:rPr>
          <w:rFonts w:ascii="Arial" w:hAnsi="Arial"/>
          <w:b/>
        </w:rPr>
        <w:t xml:space="preserve">Daisy  </w:t>
      </w:r>
      <w:r>
        <w:rPr>
          <w:rFonts w:ascii="Arial" w:hAnsi="Arial"/>
          <w:color w:val="5D7284"/>
        </w:rPr>
        <w:t>32:38</w:t>
      </w:r>
    </w:p>
    <w:p w14:paraId="5BA1AD0F" w14:textId="77777777" w:rsidR="00096B82" w:rsidRDefault="00D446B1">
      <w:pPr>
        <w:spacing w:after="0"/>
      </w:pPr>
      <w:r>
        <w:rPr>
          <w:rFonts w:ascii="Arial" w:hAnsi="Arial"/>
        </w:rPr>
        <w:t>Well, supposedly, he was a bit older. And he seems to have made an active decision at the start of the affair to not acknowledge it. But now it's not happening. It's fine.</w:t>
      </w:r>
    </w:p>
    <w:p w14:paraId="6478F06A" w14:textId="77777777" w:rsidR="00096B82" w:rsidRDefault="00096B82">
      <w:pPr>
        <w:spacing w:after="0"/>
      </w:pPr>
    </w:p>
    <w:p w14:paraId="0EABF5CB" w14:textId="77777777" w:rsidR="00096B82" w:rsidRDefault="00D446B1">
      <w:pPr>
        <w:spacing w:after="0"/>
      </w:pPr>
      <w:r>
        <w:rPr>
          <w:rFonts w:ascii="Arial" w:hAnsi="Arial"/>
          <w:b/>
        </w:rPr>
        <w:t xml:space="preserve">Alice  </w:t>
      </w:r>
      <w:r>
        <w:rPr>
          <w:rFonts w:ascii="Arial" w:hAnsi="Arial"/>
          <w:color w:val="5D7284"/>
        </w:rPr>
        <w:t>32:52</w:t>
      </w:r>
    </w:p>
    <w:p w14:paraId="760113B5" w14:textId="77777777" w:rsidR="00096B82" w:rsidRDefault="00D446B1">
      <w:pPr>
        <w:spacing w:after="0"/>
      </w:pPr>
      <w:r>
        <w:rPr>
          <w:rFonts w:ascii="Arial" w:hAnsi="Arial"/>
        </w:rPr>
        <w:t>Wal</w:t>
      </w:r>
      <w:r>
        <w:rPr>
          <w:rFonts w:ascii="Arial" w:hAnsi="Arial"/>
        </w:rPr>
        <w:t xml:space="preserve">ked in on them bent over each other in the bedroom. lovely afternoon we're having Yeah, anyone for </w:t>
      </w:r>
      <w:proofErr w:type="gramStart"/>
      <w:r>
        <w:rPr>
          <w:rFonts w:ascii="Arial" w:hAnsi="Arial"/>
        </w:rPr>
        <w:t>cricket</w:t>
      </w:r>
      <w:proofErr w:type="gramEnd"/>
    </w:p>
    <w:p w14:paraId="225DF1FA" w14:textId="77777777" w:rsidR="00096B82" w:rsidRDefault="00096B82">
      <w:pPr>
        <w:spacing w:after="0"/>
      </w:pPr>
    </w:p>
    <w:p w14:paraId="0918DAF7" w14:textId="77777777" w:rsidR="00096B82" w:rsidRDefault="00D446B1">
      <w:pPr>
        <w:spacing w:after="0"/>
      </w:pPr>
      <w:r>
        <w:rPr>
          <w:rFonts w:ascii="Arial" w:hAnsi="Arial"/>
          <w:b/>
        </w:rPr>
        <w:t xml:space="preserve">Lucy  </w:t>
      </w:r>
      <w:r>
        <w:rPr>
          <w:rFonts w:ascii="Arial" w:hAnsi="Arial"/>
          <w:color w:val="5D7284"/>
        </w:rPr>
        <w:t>33:01</w:t>
      </w:r>
    </w:p>
    <w:p w14:paraId="1994F2BA" w14:textId="77777777" w:rsidR="00096B82" w:rsidRDefault="00D446B1">
      <w:pPr>
        <w:spacing w:after="0"/>
      </w:pPr>
      <w:r>
        <w:rPr>
          <w:rFonts w:ascii="Arial" w:hAnsi="Arial"/>
        </w:rPr>
        <w:t>Shall we let some fresh air in?</w:t>
      </w:r>
    </w:p>
    <w:p w14:paraId="02307781" w14:textId="77777777" w:rsidR="00096B82" w:rsidRDefault="00096B82">
      <w:pPr>
        <w:spacing w:after="0"/>
      </w:pPr>
    </w:p>
    <w:p w14:paraId="1865509B" w14:textId="77777777" w:rsidR="00096B82" w:rsidRDefault="00D446B1">
      <w:pPr>
        <w:spacing w:after="0"/>
      </w:pPr>
      <w:r>
        <w:rPr>
          <w:rFonts w:ascii="Arial" w:hAnsi="Arial"/>
          <w:b/>
        </w:rPr>
        <w:t xml:space="preserve">Daisy  </w:t>
      </w:r>
      <w:r>
        <w:rPr>
          <w:rFonts w:ascii="Arial" w:hAnsi="Arial"/>
          <w:color w:val="5D7284"/>
        </w:rPr>
        <w:t>33:04</w:t>
      </w:r>
    </w:p>
    <w:p w14:paraId="01D1FB65" w14:textId="77777777" w:rsidR="00096B82" w:rsidRDefault="00D446B1">
      <w:pPr>
        <w:spacing w:after="0"/>
      </w:pPr>
      <w:r>
        <w:rPr>
          <w:rFonts w:ascii="Arial" w:hAnsi="Arial"/>
        </w:rPr>
        <w:t xml:space="preserve">basically, yeah. But he was a bit older. </w:t>
      </w:r>
      <w:proofErr w:type="gramStart"/>
      <w:r>
        <w:rPr>
          <w:rFonts w:ascii="Arial" w:hAnsi="Arial"/>
        </w:rPr>
        <w:t>So</w:t>
      </w:r>
      <w:proofErr w:type="gramEnd"/>
      <w:r>
        <w:rPr>
          <w:rFonts w:ascii="Arial" w:hAnsi="Arial"/>
        </w:rPr>
        <w:t xml:space="preserve"> you know, but the time him and Fanny </w:t>
      </w:r>
      <w:r>
        <w:rPr>
          <w:rFonts w:ascii="Arial" w:hAnsi="Arial"/>
        </w:rPr>
        <w:t>split up, he died.</w:t>
      </w:r>
    </w:p>
    <w:p w14:paraId="6FA5F4D5" w14:textId="77777777" w:rsidR="00096B82" w:rsidRDefault="00096B82">
      <w:pPr>
        <w:spacing w:after="0"/>
      </w:pPr>
    </w:p>
    <w:p w14:paraId="4CAE707D" w14:textId="77777777" w:rsidR="00096B82" w:rsidRDefault="00D446B1">
      <w:pPr>
        <w:spacing w:after="0"/>
      </w:pPr>
      <w:r>
        <w:rPr>
          <w:rFonts w:ascii="Arial" w:hAnsi="Arial"/>
          <w:b/>
        </w:rPr>
        <w:t xml:space="preserve">Lucy  </w:t>
      </w:r>
      <w:r>
        <w:rPr>
          <w:rFonts w:ascii="Arial" w:hAnsi="Arial"/>
          <w:color w:val="5D7284"/>
        </w:rPr>
        <w:t>33:11</w:t>
      </w:r>
    </w:p>
    <w:p w14:paraId="5B1E458C" w14:textId="77777777" w:rsidR="00096B82" w:rsidRDefault="00D446B1">
      <w:pPr>
        <w:spacing w:after="0"/>
      </w:pPr>
      <w:r>
        <w:rPr>
          <w:rFonts w:ascii="Arial" w:hAnsi="Arial"/>
        </w:rPr>
        <w:t>Okay. Okay.</w:t>
      </w:r>
    </w:p>
    <w:p w14:paraId="335EF968" w14:textId="77777777" w:rsidR="00096B82" w:rsidRDefault="00096B82">
      <w:pPr>
        <w:spacing w:after="0"/>
      </w:pPr>
    </w:p>
    <w:p w14:paraId="5D92D3AF" w14:textId="77777777" w:rsidR="00096B82" w:rsidRDefault="00D446B1">
      <w:pPr>
        <w:spacing w:after="0"/>
      </w:pPr>
      <w:r>
        <w:rPr>
          <w:rFonts w:ascii="Arial" w:hAnsi="Arial"/>
          <w:b/>
        </w:rPr>
        <w:t xml:space="preserve">Alice  </w:t>
      </w:r>
      <w:r>
        <w:rPr>
          <w:rFonts w:ascii="Arial" w:hAnsi="Arial"/>
          <w:color w:val="5D7284"/>
        </w:rPr>
        <w:t>33:12</w:t>
      </w:r>
    </w:p>
    <w:p w14:paraId="64CFD6A9" w14:textId="77777777" w:rsidR="00096B82" w:rsidRDefault="00D446B1">
      <w:pPr>
        <w:spacing w:after="0"/>
      </w:pPr>
      <w:proofErr w:type="gramStart"/>
      <w:r>
        <w:rPr>
          <w:rFonts w:ascii="Arial" w:hAnsi="Arial"/>
        </w:rPr>
        <w:t>So</w:t>
      </w:r>
      <w:proofErr w:type="gramEnd"/>
      <w:r>
        <w:rPr>
          <w:rFonts w:ascii="Arial" w:hAnsi="Arial"/>
        </w:rPr>
        <w:t xml:space="preserve"> Emma was kind of a free agent then anyway.</w:t>
      </w:r>
    </w:p>
    <w:p w14:paraId="146AF56D" w14:textId="77777777" w:rsidR="00096B82" w:rsidRDefault="00096B82">
      <w:pPr>
        <w:spacing w:after="0"/>
      </w:pPr>
    </w:p>
    <w:p w14:paraId="66561CE1" w14:textId="77777777" w:rsidR="00096B82" w:rsidRDefault="00D446B1">
      <w:pPr>
        <w:spacing w:after="0"/>
      </w:pPr>
      <w:r>
        <w:rPr>
          <w:rFonts w:ascii="Arial" w:hAnsi="Arial"/>
          <w:b/>
        </w:rPr>
        <w:t xml:space="preserve">Daisy  </w:t>
      </w:r>
      <w:r>
        <w:rPr>
          <w:rFonts w:ascii="Arial" w:hAnsi="Arial"/>
          <w:color w:val="5D7284"/>
        </w:rPr>
        <w:t>33:16</w:t>
      </w:r>
    </w:p>
    <w:p w14:paraId="109ECC1E" w14:textId="77777777" w:rsidR="00096B82" w:rsidRDefault="00D446B1">
      <w:pPr>
        <w:spacing w:after="0"/>
      </w:pPr>
      <w:r>
        <w:rPr>
          <w:rFonts w:ascii="Arial" w:hAnsi="Arial"/>
        </w:rPr>
        <w:t>Yeah. Yeah. There's a thorough that kind of one of the books which is that? Well, because Fanny and Emma only met a few times. In fact, or</w:t>
      </w:r>
      <w:r>
        <w:rPr>
          <w:rFonts w:ascii="Arial" w:hAnsi="Arial"/>
        </w:rPr>
        <w:t xml:space="preserve">iginally when he was there being you know, taken care of when they first met, she wrote a letter to Emma, sort of, you know, in appreciation of the care that she was taking of him while he was recovering from these injuries, but </w:t>
      </w:r>
      <w:proofErr w:type="gramStart"/>
      <w:r>
        <w:rPr>
          <w:rFonts w:ascii="Arial" w:hAnsi="Arial"/>
        </w:rPr>
        <w:t>also</w:t>
      </w:r>
      <w:proofErr w:type="gramEnd"/>
      <w:r>
        <w:rPr>
          <w:rFonts w:ascii="Arial" w:hAnsi="Arial"/>
        </w:rPr>
        <w:t xml:space="preserve"> they met at a theatre </w:t>
      </w:r>
      <w:r>
        <w:rPr>
          <w:rFonts w:ascii="Arial" w:hAnsi="Arial"/>
        </w:rPr>
        <w:t>once</w:t>
      </w:r>
    </w:p>
    <w:p w14:paraId="37094F59" w14:textId="77777777" w:rsidR="00096B82" w:rsidRDefault="00096B82">
      <w:pPr>
        <w:spacing w:after="0"/>
      </w:pPr>
    </w:p>
    <w:p w14:paraId="7B35E8DD" w14:textId="77777777" w:rsidR="00096B82" w:rsidRDefault="00D446B1">
      <w:pPr>
        <w:spacing w:after="0"/>
      </w:pPr>
      <w:r>
        <w:rPr>
          <w:rFonts w:ascii="Arial" w:hAnsi="Arial"/>
          <w:b/>
        </w:rPr>
        <w:t xml:space="preserve">Alice  </w:t>
      </w:r>
      <w:r>
        <w:rPr>
          <w:rFonts w:ascii="Arial" w:hAnsi="Arial"/>
          <w:color w:val="5D7284"/>
        </w:rPr>
        <w:t>33:41</w:t>
      </w:r>
    </w:p>
    <w:p w14:paraId="5E3356D3" w14:textId="77777777" w:rsidR="00096B82" w:rsidRDefault="00D446B1">
      <w:pPr>
        <w:spacing w:after="0"/>
      </w:pPr>
      <w:r>
        <w:rPr>
          <w:rFonts w:ascii="Arial" w:hAnsi="Arial"/>
        </w:rPr>
        <w:t xml:space="preserve">Oh, </w:t>
      </w:r>
      <w:proofErr w:type="spellStart"/>
      <w:r>
        <w:rPr>
          <w:rFonts w:ascii="Arial" w:hAnsi="Arial"/>
        </w:rPr>
        <w:t>thats</w:t>
      </w:r>
      <w:proofErr w:type="spellEnd"/>
      <w:r>
        <w:rPr>
          <w:rFonts w:ascii="Arial" w:hAnsi="Arial"/>
        </w:rPr>
        <w:t xml:space="preserve"> </w:t>
      </w:r>
      <w:proofErr w:type="spellStart"/>
      <w:r>
        <w:rPr>
          <w:rFonts w:ascii="Arial" w:hAnsi="Arial"/>
        </w:rPr>
        <w:t>awks</w:t>
      </w:r>
      <w:proofErr w:type="spellEnd"/>
      <w:r>
        <w:rPr>
          <w:rFonts w:ascii="Arial" w:hAnsi="Arial"/>
        </w:rPr>
        <w:t xml:space="preserve"> fucking hell,</w:t>
      </w:r>
    </w:p>
    <w:p w14:paraId="7296D642" w14:textId="77777777" w:rsidR="00096B82" w:rsidRDefault="00096B82">
      <w:pPr>
        <w:spacing w:after="0"/>
      </w:pPr>
    </w:p>
    <w:p w14:paraId="1FA69A9D" w14:textId="77777777" w:rsidR="00096B82" w:rsidRDefault="00D446B1">
      <w:pPr>
        <w:spacing w:after="0"/>
      </w:pPr>
      <w:r>
        <w:rPr>
          <w:rFonts w:ascii="Arial" w:hAnsi="Arial"/>
          <w:b/>
        </w:rPr>
        <w:t xml:space="preserve">Daisy  </w:t>
      </w:r>
      <w:r>
        <w:rPr>
          <w:rFonts w:ascii="Arial" w:hAnsi="Arial"/>
          <w:color w:val="5D7284"/>
        </w:rPr>
        <w:t>33:44</w:t>
      </w:r>
    </w:p>
    <w:p w14:paraId="55863D98" w14:textId="77777777" w:rsidR="00096B82" w:rsidRDefault="00D446B1">
      <w:pPr>
        <w:spacing w:after="0"/>
      </w:pPr>
      <w:r>
        <w:rPr>
          <w:rFonts w:ascii="Arial" w:hAnsi="Arial"/>
        </w:rPr>
        <w:t xml:space="preserve">They met in the theatre because Fanny went and helped Emma to get out because she </w:t>
      </w:r>
      <w:proofErr w:type="gramStart"/>
      <w:r>
        <w:rPr>
          <w:rFonts w:ascii="Arial" w:hAnsi="Arial"/>
        </w:rPr>
        <w:t>was</w:t>
      </w:r>
      <w:proofErr w:type="gramEnd"/>
      <w:r>
        <w:rPr>
          <w:rFonts w:ascii="Arial" w:hAnsi="Arial"/>
        </w:rPr>
        <w:t xml:space="preserve"> she was really ill.</w:t>
      </w:r>
    </w:p>
    <w:p w14:paraId="19F5D1C7" w14:textId="77777777" w:rsidR="00096B82" w:rsidRDefault="00096B82">
      <w:pPr>
        <w:spacing w:after="0"/>
      </w:pPr>
    </w:p>
    <w:p w14:paraId="067D85CE" w14:textId="77777777" w:rsidR="00096B82" w:rsidRDefault="00D446B1">
      <w:pPr>
        <w:spacing w:after="0"/>
      </w:pPr>
      <w:r>
        <w:rPr>
          <w:rFonts w:ascii="Arial" w:hAnsi="Arial"/>
          <w:b/>
        </w:rPr>
        <w:t xml:space="preserve">Alice  </w:t>
      </w:r>
      <w:r>
        <w:rPr>
          <w:rFonts w:ascii="Arial" w:hAnsi="Arial"/>
          <w:color w:val="5D7284"/>
        </w:rPr>
        <w:t>33:51</w:t>
      </w:r>
    </w:p>
    <w:p w14:paraId="1882E064" w14:textId="77777777" w:rsidR="00096B82" w:rsidRDefault="00D446B1">
      <w:pPr>
        <w:spacing w:after="0"/>
      </w:pPr>
      <w:r>
        <w:rPr>
          <w:rFonts w:ascii="Arial" w:hAnsi="Arial"/>
        </w:rPr>
        <w:t xml:space="preserve">Oh no, </w:t>
      </w:r>
      <w:proofErr w:type="gramStart"/>
      <w:r>
        <w:rPr>
          <w:rFonts w:ascii="Arial" w:hAnsi="Arial"/>
        </w:rPr>
        <w:t>Is</w:t>
      </w:r>
      <w:proofErr w:type="gramEnd"/>
      <w:r>
        <w:rPr>
          <w:rFonts w:ascii="Arial" w:hAnsi="Arial"/>
        </w:rPr>
        <w:t xml:space="preserve"> that because Emma had secretly put something in a drink she was </w:t>
      </w:r>
      <w:r>
        <w:rPr>
          <w:rFonts w:ascii="Arial" w:hAnsi="Arial"/>
        </w:rPr>
        <w:t>like, fuck you</w:t>
      </w:r>
    </w:p>
    <w:p w14:paraId="6FE72AC7" w14:textId="77777777" w:rsidR="00096B82" w:rsidRDefault="00096B82">
      <w:pPr>
        <w:spacing w:after="0"/>
      </w:pPr>
    </w:p>
    <w:p w14:paraId="1260F4F4" w14:textId="77777777" w:rsidR="00096B82" w:rsidRDefault="00D446B1">
      <w:pPr>
        <w:spacing w:after="0"/>
      </w:pPr>
      <w:r>
        <w:rPr>
          <w:rFonts w:ascii="Arial" w:hAnsi="Arial"/>
          <w:b/>
        </w:rPr>
        <w:t xml:space="preserve">Daisy  </w:t>
      </w:r>
      <w:r>
        <w:rPr>
          <w:rFonts w:ascii="Arial" w:hAnsi="Arial"/>
          <w:color w:val="5D7284"/>
        </w:rPr>
        <w:t>33:58</w:t>
      </w:r>
    </w:p>
    <w:p w14:paraId="2CA1F468" w14:textId="77777777" w:rsidR="00096B82" w:rsidRDefault="00D446B1">
      <w:pPr>
        <w:spacing w:after="0"/>
      </w:pPr>
      <w:proofErr w:type="gramStart"/>
      <w:r>
        <w:rPr>
          <w:rFonts w:ascii="Arial" w:hAnsi="Arial"/>
        </w:rPr>
        <w:t>No</w:t>
      </w:r>
      <w:proofErr w:type="gramEnd"/>
      <w:r>
        <w:rPr>
          <w:rFonts w:ascii="Arial" w:hAnsi="Arial"/>
        </w:rPr>
        <w:t xml:space="preserve"> it was because she was pregnant. Oh,</w:t>
      </w:r>
    </w:p>
    <w:p w14:paraId="5C2A035C" w14:textId="77777777" w:rsidR="00096B82" w:rsidRDefault="00096B82">
      <w:pPr>
        <w:spacing w:after="0"/>
      </w:pPr>
    </w:p>
    <w:p w14:paraId="52CFC87F" w14:textId="77777777" w:rsidR="00096B82" w:rsidRDefault="00D446B1">
      <w:pPr>
        <w:spacing w:after="0"/>
      </w:pPr>
      <w:r>
        <w:rPr>
          <w:rFonts w:ascii="Arial" w:hAnsi="Arial"/>
          <w:b/>
        </w:rPr>
        <w:t xml:space="preserve">Lucy  </w:t>
      </w:r>
      <w:r>
        <w:rPr>
          <w:rFonts w:ascii="Arial" w:hAnsi="Arial"/>
          <w:color w:val="5D7284"/>
        </w:rPr>
        <w:t>34:01</w:t>
      </w:r>
    </w:p>
    <w:p w14:paraId="084B9572" w14:textId="77777777" w:rsidR="00096B82" w:rsidRDefault="00D446B1">
      <w:pPr>
        <w:spacing w:after="0"/>
      </w:pPr>
      <w:r>
        <w:rPr>
          <w:rFonts w:ascii="Arial" w:hAnsi="Arial"/>
        </w:rPr>
        <w:t xml:space="preserve">I'm </w:t>
      </w:r>
      <w:proofErr w:type="spellStart"/>
      <w:r>
        <w:rPr>
          <w:rFonts w:ascii="Arial" w:hAnsi="Arial"/>
        </w:rPr>
        <w:t>gonna</w:t>
      </w:r>
      <w:proofErr w:type="spellEnd"/>
      <w:r>
        <w:rPr>
          <w:rFonts w:ascii="Arial" w:hAnsi="Arial"/>
        </w:rPr>
        <w:t xml:space="preserve"> talk about that a </w:t>
      </w:r>
      <w:proofErr w:type="gramStart"/>
      <w:r>
        <w:rPr>
          <w:rFonts w:ascii="Arial" w:hAnsi="Arial"/>
        </w:rPr>
        <w:t>minute</w:t>
      </w:r>
      <w:proofErr w:type="gramEnd"/>
    </w:p>
    <w:p w14:paraId="56B0D9B4" w14:textId="77777777" w:rsidR="00096B82" w:rsidRDefault="00096B82">
      <w:pPr>
        <w:spacing w:after="0"/>
      </w:pPr>
    </w:p>
    <w:p w14:paraId="599CBD6F" w14:textId="77777777" w:rsidR="00096B82" w:rsidRDefault="00D446B1">
      <w:pPr>
        <w:spacing w:after="0"/>
      </w:pPr>
      <w:r>
        <w:rPr>
          <w:rFonts w:ascii="Arial" w:hAnsi="Arial"/>
          <w:b/>
        </w:rPr>
        <w:t xml:space="preserve">Alice  </w:t>
      </w:r>
      <w:r>
        <w:rPr>
          <w:rFonts w:ascii="Arial" w:hAnsi="Arial"/>
          <w:color w:val="5D7284"/>
        </w:rPr>
        <w:t>34:03</w:t>
      </w:r>
    </w:p>
    <w:p w14:paraId="6D1C2C81" w14:textId="77777777" w:rsidR="00096B82" w:rsidRDefault="00D446B1">
      <w:pPr>
        <w:spacing w:after="0"/>
      </w:pPr>
      <w:r>
        <w:rPr>
          <w:rFonts w:ascii="Arial" w:hAnsi="Arial"/>
        </w:rPr>
        <w:t xml:space="preserve">I'm not </w:t>
      </w:r>
      <w:proofErr w:type="spellStart"/>
      <w:r>
        <w:rPr>
          <w:rFonts w:ascii="Arial" w:hAnsi="Arial"/>
        </w:rPr>
        <w:t>gonna</w:t>
      </w:r>
      <w:proofErr w:type="spellEnd"/>
      <w:r>
        <w:rPr>
          <w:rFonts w:ascii="Arial" w:hAnsi="Arial"/>
        </w:rPr>
        <w:t xml:space="preserve"> make any sly </w:t>
      </w:r>
      <w:proofErr w:type="gramStart"/>
      <w:r>
        <w:rPr>
          <w:rFonts w:ascii="Arial" w:hAnsi="Arial"/>
        </w:rPr>
        <w:t>comments</w:t>
      </w:r>
      <w:proofErr w:type="gramEnd"/>
    </w:p>
    <w:p w14:paraId="6CE44141" w14:textId="77777777" w:rsidR="00096B82" w:rsidRDefault="00096B82">
      <w:pPr>
        <w:spacing w:after="0"/>
      </w:pPr>
    </w:p>
    <w:p w14:paraId="0BA84624" w14:textId="77777777" w:rsidR="00096B82" w:rsidRDefault="00D446B1">
      <w:pPr>
        <w:spacing w:after="0"/>
      </w:pPr>
      <w:r>
        <w:rPr>
          <w:rFonts w:ascii="Arial" w:hAnsi="Arial"/>
          <w:b/>
        </w:rPr>
        <w:t xml:space="preserve">Daisy  </w:t>
      </w:r>
      <w:r>
        <w:rPr>
          <w:rFonts w:ascii="Arial" w:hAnsi="Arial"/>
          <w:color w:val="5D7284"/>
        </w:rPr>
        <w:t>34:08</w:t>
      </w:r>
    </w:p>
    <w:p w14:paraId="5197795E" w14:textId="77777777" w:rsidR="00096B82" w:rsidRDefault="00D446B1">
      <w:pPr>
        <w:spacing w:after="0"/>
      </w:pPr>
      <w:r>
        <w:rPr>
          <w:rFonts w:ascii="Arial" w:hAnsi="Arial"/>
        </w:rPr>
        <w:t xml:space="preserve">Did fanny go on to remarry again or was she quite happy on our own by </w:t>
      </w:r>
      <w:r>
        <w:rPr>
          <w:rFonts w:ascii="Arial" w:hAnsi="Arial"/>
        </w:rPr>
        <w:t xml:space="preserve">the time she divorced Nelson or left him or whatever. Yeah, </w:t>
      </w:r>
      <w:proofErr w:type="gramStart"/>
      <w:r>
        <w:rPr>
          <w:rFonts w:ascii="Arial" w:hAnsi="Arial"/>
        </w:rPr>
        <w:t>No</w:t>
      </w:r>
      <w:proofErr w:type="gramEnd"/>
      <w:r>
        <w:rPr>
          <w:rFonts w:ascii="Arial" w:hAnsi="Arial"/>
        </w:rPr>
        <w:t xml:space="preserve">, she didn't. She didn't marry again. You know? Some people say that she was you know, just kind of hopelessly in love with the you know, bad man who just sort of chose someone else but </w:t>
      </w:r>
      <w:proofErr w:type="gramStart"/>
      <w:r>
        <w:rPr>
          <w:rFonts w:ascii="Arial" w:hAnsi="Arial"/>
        </w:rPr>
        <w:t>also</w:t>
      </w:r>
      <w:proofErr w:type="gramEnd"/>
      <w:r>
        <w:rPr>
          <w:rFonts w:ascii="Arial" w:hAnsi="Arial"/>
        </w:rPr>
        <w:t xml:space="preserve"> she</w:t>
      </w:r>
      <w:r>
        <w:rPr>
          <w:rFonts w:ascii="Arial" w:hAnsi="Arial"/>
        </w:rPr>
        <w:t xml:space="preserve"> was doing fine you know, she was in high society and had a lot of friends and really high regard and</w:t>
      </w:r>
    </w:p>
    <w:p w14:paraId="3B17DE05" w14:textId="77777777" w:rsidR="00096B82" w:rsidRDefault="00096B82">
      <w:pPr>
        <w:spacing w:after="0"/>
      </w:pPr>
    </w:p>
    <w:p w14:paraId="1DAD3B9D" w14:textId="77777777" w:rsidR="00096B82" w:rsidRDefault="00D446B1">
      <w:pPr>
        <w:spacing w:after="0"/>
      </w:pPr>
      <w:r>
        <w:rPr>
          <w:rFonts w:ascii="Arial" w:hAnsi="Arial"/>
          <w:b/>
        </w:rPr>
        <w:t xml:space="preserve">Lucy  </w:t>
      </w:r>
      <w:r>
        <w:rPr>
          <w:rFonts w:ascii="Arial" w:hAnsi="Arial"/>
          <w:color w:val="5D7284"/>
        </w:rPr>
        <w:t>34:31</w:t>
      </w:r>
    </w:p>
    <w:p w14:paraId="19D4A8B0" w14:textId="77777777" w:rsidR="00096B82" w:rsidRDefault="00D446B1">
      <w:pPr>
        <w:spacing w:after="0"/>
      </w:pPr>
      <w:r>
        <w:rPr>
          <w:rFonts w:ascii="Arial" w:hAnsi="Arial"/>
        </w:rPr>
        <w:t>did she have a fancy man?</w:t>
      </w:r>
    </w:p>
    <w:p w14:paraId="0E5839B0" w14:textId="77777777" w:rsidR="00096B82" w:rsidRDefault="00096B82">
      <w:pPr>
        <w:spacing w:after="0"/>
      </w:pPr>
    </w:p>
    <w:p w14:paraId="69A9CEEE" w14:textId="77777777" w:rsidR="00096B82" w:rsidRDefault="00D446B1">
      <w:pPr>
        <w:spacing w:after="0"/>
      </w:pPr>
      <w:r>
        <w:rPr>
          <w:rFonts w:ascii="Arial" w:hAnsi="Arial"/>
          <w:b/>
        </w:rPr>
        <w:t xml:space="preserve">Daisy  </w:t>
      </w:r>
      <w:r>
        <w:rPr>
          <w:rFonts w:ascii="Arial" w:hAnsi="Arial"/>
          <w:color w:val="5D7284"/>
        </w:rPr>
        <w:t>34:32</w:t>
      </w:r>
    </w:p>
    <w:p w14:paraId="327470EE" w14:textId="77777777" w:rsidR="00096B82" w:rsidRDefault="00D446B1">
      <w:pPr>
        <w:spacing w:after="0"/>
      </w:pPr>
      <w:r>
        <w:rPr>
          <w:rFonts w:ascii="Arial" w:hAnsi="Arial"/>
        </w:rPr>
        <w:t xml:space="preserve">It's hard to say </w:t>
      </w:r>
      <w:proofErr w:type="spellStart"/>
      <w:r>
        <w:rPr>
          <w:rFonts w:ascii="Arial" w:hAnsi="Arial"/>
        </w:rPr>
        <w:t>alrl</w:t>
      </w:r>
      <w:proofErr w:type="spellEnd"/>
      <w:r>
        <w:rPr>
          <w:rFonts w:ascii="Arial" w:hAnsi="Arial"/>
        </w:rPr>
        <w:t xml:space="preserve"> </w:t>
      </w:r>
      <w:proofErr w:type="spellStart"/>
      <w:r>
        <w:rPr>
          <w:rFonts w:ascii="Arial" w:hAnsi="Arial"/>
        </w:rPr>
        <w:t>i</w:t>
      </w:r>
      <w:proofErr w:type="spellEnd"/>
      <w:r>
        <w:rPr>
          <w:rFonts w:ascii="Arial" w:hAnsi="Arial"/>
        </w:rPr>
        <w:t xml:space="preserve"> really know about her is that she died in </w:t>
      </w:r>
      <w:proofErr w:type="spellStart"/>
      <w:r>
        <w:rPr>
          <w:rFonts w:ascii="Arial" w:hAnsi="Arial"/>
        </w:rPr>
        <w:t>exmouth</w:t>
      </w:r>
      <w:proofErr w:type="spellEnd"/>
      <w:r>
        <w:rPr>
          <w:rFonts w:ascii="Arial" w:hAnsi="Arial"/>
        </w:rPr>
        <w:t xml:space="preserve"> which is in Devon </w:t>
      </w:r>
      <w:proofErr w:type="gramStart"/>
      <w:r>
        <w:rPr>
          <w:rFonts w:ascii="Arial" w:hAnsi="Arial"/>
        </w:rPr>
        <w:t>very clos</w:t>
      </w:r>
      <w:r>
        <w:rPr>
          <w:rFonts w:ascii="Arial" w:hAnsi="Arial"/>
        </w:rPr>
        <w:t>e</w:t>
      </w:r>
      <w:proofErr w:type="gramEnd"/>
      <w:r>
        <w:rPr>
          <w:rFonts w:ascii="Arial" w:hAnsi="Arial"/>
        </w:rPr>
        <w:t xml:space="preserve"> where I'm from. Okay,</w:t>
      </w:r>
    </w:p>
    <w:p w14:paraId="381D2697" w14:textId="77777777" w:rsidR="00096B82" w:rsidRDefault="00096B82">
      <w:pPr>
        <w:spacing w:after="0"/>
      </w:pPr>
    </w:p>
    <w:p w14:paraId="515E374F" w14:textId="77777777" w:rsidR="00096B82" w:rsidRDefault="00D446B1">
      <w:pPr>
        <w:spacing w:after="0"/>
      </w:pPr>
      <w:r>
        <w:rPr>
          <w:rFonts w:ascii="Arial" w:hAnsi="Arial"/>
          <w:b/>
        </w:rPr>
        <w:t xml:space="preserve">Alice  </w:t>
      </w:r>
      <w:r>
        <w:rPr>
          <w:rFonts w:ascii="Arial" w:hAnsi="Arial"/>
          <w:color w:val="5D7284"/>
        </w:rPr>
        <w:t>34:43</w:t>
      </w:r>
    </w:p>
    <w:p w14:paraId="267CC457" w14:textId="77777777" w:rsidR="00096B82" w:rsidRDefault="00D446B1">
      <w:pPr>
        <w:spacing w:after="0"/>
      </w:pPr>
      <w:r>
        <w:rPr>
          <w:rFonts w:ascii="Arial" w:hAnsi="Arial"/>
        </w:rPr>
        <w:t xml:space="preserve">I think it sounds like she like she had her kids. She had like her party </w:t>
      </w:r>
      <w:proofErr w:type="gramStart"/>
      <w:r>
        <w:rPr>
          <w:rFonts w:ascii="Arial" w:hAnsi="Arial"/>
        </w:rPr>
        <w:t>scene</w:t>
      </w:r>
      <w:proofErr w:type="gramEnd"/>
      <w:r>
        <w:rPr>
          <w:rFonts w:ascii="Arial" w:hAnsi="Arial"/>
        </w:rPr>
        <w:t xml:space="preserve"> and she had bank a Jewish just like who needs a man. Yeah, given her Best Feminist life,</w:t>
      </w:r>
    </w:p>
    <w:p w14:paraId="1B851400" w14:textId="77777777" w:rsidR="00096B82" w:rsidRDefault="00096B82">
      <w:pPr>
        <w:spacing w:after="0"/>
      </w:pPr>
    </w:p>
    <w:p w14:paraId="5B5D0809" w14:textId="77777777" w:rsidR="00096B82" w:rsidRDefault="00D446B1">
      <w:pPr>
        <w:spacing w:after="0"/>
      </w:pPr>
      <w:r>
        <w:rPr>
          <w:rFonts w:ascii="Arial" w:hAnsi="Arial"/>
          <w:b/>
        </w:rPr>
        <w:t xml:space="preserve">Daisy  </w:t>
      </w:r>
      <w:r>
        <w:rPr>
          <w:rFonts w:ascii="Arial" w:hAnsi="Arial"/>
          <w:color w:val="5D7284"/>
        </w:rPr>
        <w:t>34:56</w:t>
      </w:r>
    </w:p>
    <w:p w14:paraId="1B0A186A" w14:textId="77777777" w:rsidR="00096B82" w:rsidRDefault="00D446B1">
      <w:pPr>
        <w:spacing w:after="0"/>
      </w:pPr>
      <w:r>
        <w:rPr>
          <w:rFonts w:ascii="Arial" w:hAnsi="Arial"/>
        </w:rPr>
        <w:t xml:space="preserve">power to the people. Yeah, so the </w:t>
      </w:r>
      <w:r>
        <w:rPr>
          <w:rFonts w:ascii="Arial" w:hAnsi="Arial"/>
        </w:rPr>
        <w:t xml:space="preserve">affair was a scandal and the king publicly snubbed Lord Nelson at court finally wrote him I am sick of hearing about dear lady Hamilton, and I am resolved that you shall either </w:t>
      </w:r>
      <w:proofErr w:type="spellStart"/>
      <w:r>
        <w:rPr>
          <w:rFonts w:ascii="Arial" w:hAnsi="Arial"/>
        </w:rPr>
        <w:t>either</w:t>
      </w:r>
      <w:proofErr w:type="spellEnd"/>
      <w:r>
        <w:rPr>
          <w:rFonts w:ascii="Arial" w:hAnsi="Arial"/>
        </w:rPr>
        <w:t xml:space="preserve"> give up her or me, </w:t>
      </w:r>
      <w:proofErr w:type="spellStart"/>
      <w:r>
        <w:rPr>
          <w:rFonts w:ascii="Arial" w:hAnsi="Arial"/>
        </w:rPr>
        <w:t>gogo</w:t>
      </w:r>
      <w:proofErr w:type="spellEnd"/>
      <w:r>
        <w:rPr>
          <w:rFonts w:ascii="Arial" w:hAnsi="Arial"/>
        </w:rPr>
        <w:t xml:space="preserve">. When baby </w:t>
      </w:r>
      <w:proofErr w:type="spellStart"/>
      <w:r>
        <w:rPr>
          <w:rFonts w:ascii="Arial" w:hAnsi="Arial"/>
        </w:rPr>
        <w:t>urrutia</w:t>
      </w:r>
      <w:proofErr w:type="spellEnd"/>
      <w:r>
        <w:rPr>
          <w:rFonts w:ascii="Arial" w:hAnsi="Arial"/>
        </w:rPr>
        <w:t xml:space="preserve"> was born to Emma in 1801, Nel</w:t>
      </w:r>
      <w:r>
        <w:rPr>
          <w:rFonts w:ascii="Arial" w:hAnsi="Arial"/>
        </w:rPr>
        <w:t xml:space="preserve">son finally </w:t>
      </w:r>
      <w:proofErr w:type="gramStart"/>
      <w:r>
        <w:rPr>
          <w:rFonts w:ascii="Arial" w:hAnsi="Arial"/>
        </w:rPr>
        <w:t>split</w:t>
      </w:r>
      <w:proofErr w:type="gramEnd"/>
      <w:r>
        <w:rPr>
          <w:rFonts w:ascii="Arial" w:hAnsi="Arial"/>
        </w:rPr>
        <w:t xml:space="preserve"> with Fanny and went off on another naval expedition to the Baltic, perhaps, to escape </w:t>
      </w:r>
      <w:proofErr w:type="spellStart"/>
      <w:r>
        <w:rPr>
          <w:rFonts w:ascii="Arial" w:hAnsi="Arial"/>
        </w:rPr>
        <w:t>escape</w:t>
      </w:r>
      <w:proofErr w:type="spellEnd"/>
      <w:r>
        <w:rPr>
          <w:rFonts w:ascii="Arial" w:hAnsi="Arial"/>
        </w:rPr>
        <w:t xml:space="preserve"> his domestic problems. So basically, he's been </w:t>
      </w:r>
      <w:proofErr w:type="gramStart"/>
      <w:r>
        <w:rPr>
          <w:rFonts w:ascii="Arial" w:hAnsi="Arial"/>
        </w:rPr>
        <w:t>born</w:t>
      </w:r>
      <w:proofErr w:type="gramEnd"/>
    </w:p>
    <w:p w14:paraId="6D57577F" w14:textId="77777777" w:rsidR="00096B82" w:rsidRDefault="00096B82">
      <w:pPr>
        <w:spacing w:after="0"/>
      </w:pPr>
    </w:p>
    <w:p w14:paraId="4AC49DCB" w14:textId="77777777" w:rsidR="00096B82" w:rsidRDefault="00D446B1">
      <w:pPr>
        <w:spacing w:after="0"/>
      </w:pPr>
      <w:r>
        <w:rPr>
          <w:rFonts w:ascii="Arial" w:hAnsi="Arial"/>
          <w:b/>
        </w:rPr>
        <w:t xml:space="preserve">Alice  </w:t>
      </w:r>
      <w:r>
        <w:rPr>
          <w:rFonts w:ascii="Arial" w:hAnsi="Arial"/>
          <w:color w:val="5D7284"/>
        </w:rPr>
        <w:t>35:36</w:t>
      </w:r>
    </w:p>
    <w:p w14:paraId="73E65BEB" w14:textId="77777777" w:rsidR="00096B82" w:rsidRDefault="00D446B1">
      <w:pPr>
        <w:spacing w:after="0"/>
      </w:pPr>
      <w:r>
        <w:rPr>
          <w:rFonts w:ascii="Arial" w:hAnsi="Arial"/>
        </w:rPr>
        <w:t>He left his wife. Yeah, when his mistress had a baby. And then went ahh no this</w:t>
      </w:r>
      <w:r>
        <w:rPr>
          <w:rFonts w:ascii="Arial" w:hAnsi="Arial"/>
        </w:rPr>
        <w:t xml:space="preserve"> is getting a bit messy, and so got on a ship, and left it's like, yeah, I've got to travel for work.</w:t>
      </w:r>
    </w:p>
    <w:p w14:paraId="67614B24" w14:textId="77777777" w:rsidR="00096B82" w:rsidRDefault="00096B82">
      <w:pPr>
        <w:spacing w:after="0"/>
      </w:pPr>
    </w:p>
    <w:p w14:paraId="1A8C9F30" w14:textId="77777777" w:rsidR="00096B82" w:rsidRDefault="00D446B1">
      <w:pPr>
        <w:spacing w:after="0"/>
      </w:pPr>
      <w:r>
        <w:rPr>
          <w:rFonts w:ascii="Arial" w:hAnsi="Arial"/>
          <w:b/>
        </w:rPr>
        <w:t xml:space="preserve">Lucy  </w:t>
      </w:r>
      <w:r>
        <w:rPr>
          <w:rFonts w:ascii="Arial" w:hAnsi="Arial"/>
          <w:color w:val="5D7284"/>
        </w:rPr>
        <w:t>35:50</w:t>
      </w:r>
    </w:p>
    <w:p w14:paraId="1FC3B8A0" w14:textId="77777777" w:rsidR="00096B82" w:rsidRDefault="00D446B1">
      <w:pPr>
        <w:spacing w:after="0"/>
      </w:pPr>
      <w:r>
        <w:rPr>
          <w:rFonts w:ascii="Arial" w:hAnsi="Arial"/>
        </w:rPr>
        <w:t xml:space="preserve">bye </w:t>
      </w:r>
      <w:proofErr w:type="gramStart"/>
      <w:r>
        <w:rPr>
          <w:rFonts w:ascii="Arial" w:hAnsi="Arial"/>
        </w:rPr>
        <w:t>babes</w:t>
      </w:r>
      <w:proofErr w:type="gramEnd"/>
    </w:p>
    <w:p w14:paraId="328E90D7" w14:textId="77777777" w:rsidR="00096B82" w:rsidRDefault="00096B82">
      <w:pPr>
        <w:spacing w:after="0"/>
      </w:pPr>
    </w:p>
    <w:p w14:paraId="22576338" w14:textId="77777777" w:rsidR="00096B82" w:rsidRDefault="00D446B1">
      <w:pPr>
        <w:spacing w:after="0"/>
      </w:pPr>
      <w:r>
        <w:rPr>
          <w:rFonts w:ascii="Arial" w:hAnsi="Arial"/>
          <w:b/>
        </w:rPr>
        <w:t xml:space="preserve">Daisy  </w:t>
      </w:r>
      <w:r>
        <w:rPr>
          <w:rFonts w:ascii="Arial" w:hAnsi="Arial"/>
          <w:color w:val="5D7284"/>
        </w:rPr>
        <w:t>35:52</w:t>
      </w:r>
    </w:p>
    <w:p w14:paraId="0D863064" w14:textId="77777777" w:rsidR="00096B82" w:rsidRDefault="00D446B1">
      <w:pPr>
        <w:spacing w:after="0"/>
      </w:pPr>
      <w:r>
        <w:rPr>
          <w:rFonts w:ascii="Arial" w:hAnsi="Arial"/>
        </w:rPr>
        <w:t>considered a few places that he may have gone before she had the baby. But that's but I've only seen that in like one</w:t>
      </w:r>
      <w:r>
        <w:rPr>
          <w:rFonts w:ascii="Arial" w:hAnsi="Arial"/>
        </w:rPr>
        <w:t xml:space="preserve"> place that you know, I don't have the backup of multiple sources. But some people seem to think that he had it he went off on one of his expeditions just you know, while she was heavily pregnant. While he was away,</w:t>
      </w:r>
    </w:p>
    <w:p w14:paraId="6FFB2605" w14:textId="77777777" w:rsidR="00096B82" w:rsidRDefault="00096B82">
      <w:pPr>
        <w:spacing w:after="0"/>
      </w:pPr>
    </w:p>
    <w:p w14:paraId="10EE88C7" w14:textId="77777777" w:rsidR="00096B82" w:rsidRDefault="00D446B1">
      <w:pPr>
        <w:spacing w:after="0"/>
      </w:pPr>
      <w:r>
        <w:rPr>
          <w:rFonts w:ascii="Arial" w:hAnsi="Arial"/>
          <w:b/>
        </w:rPr>
        <w:t xml:space="preserve">Alice  </w:t>
      </w:r>
      <w:r>
        <w:rPr>
          <w:rFonts w:ascii="Arial" w:hAnsi="Arial"/>
          <w:color w:val="5D7284"/>
        </w:rPr>
        <w:t>36:13</w:t>
      </w:r>
    </w:p>
    <w:p w14:paraId="2A01F09E" w14:textId="77777777" w:rsidR="00096B82" w:rsidRDefault="00D446B1">
      <w:pPr>
        <w:spacing w:after="0"/>
      </w:pPr>
      <w:r>
        <w:rPr>
          <w:rFonts w:ascii="Arial" w:hAnsi="Arial"/>
        </w:rPr>
        <w:t>the shit is heading toward</w:t>
      </w:r>
      <w:r>
        <w:rPr>
          <w:rFonts w:ascii="Arial" w:hAnsi="Arial"/>
        </w:rPr>
        <w:t xml:space="preserve">s the </w:t>
      </w:r>
      <w:proofErr w:type="gramStart"/>
      <w:r>
        <w:rPr>
          <w:rFonts w:ascii="Arial" w:hAnsi="Arial"/>
        </w:rPr>
        <w:t>fan</w:t>
      </w:r>
      <w:proofErr w:type="gramEnd"/>
    </w:p>
    <w:p w14:paraId="2778AB53" w14:textId="77777777" w:rsidR="00096B82" w:rsidRDefault="00096B82">
      <w:pPr>
        <w:spacing w:after="0"/>
      </w:pPr>
    </w:p>
    <w:p w14:paraId="5B516565" w14:textId="77777777" w:rsidR="00096B82" w:rsidRDefault="00D446B1">
      <w:pPr>
        <w:spacing w:after="0"/>
      </w:pPr>
      <w:r>
        <w:rPr>
          <w:rFonts w:ascii="Arial" w:hAnsi="Arial"/>
          <w:b/>
        </w:rPr>
        <w:t xml:space="preserve">Daisy  </w:t>
      </w:r>
      <w:r>
        <w:rPr>
          <w:rFonts w:ascii="Arial" w:hAnsi="Arial"/>
          <w:color w:val="5D7284"/>
        </w:rPr>
        <w:t>36:17</w:t>
      </w:r>
    </w:p>
    <w:p w14:paraId="5CABB027" w14:textId="77777777" w:rsidR="00096B82" w:rsidRDefault="00D446B1">
      <w:pPr>
        <w:spacing w:after="0"/>
      </w:pPr>
      <w:r>
        <w:rPr>
          <w:rFonts w:ascii="Arial" w:hAnsi="Arial"/>
        </w:rPr>
        <w:t xml:space="preserve">It looks like </w:t>
      </w:r>
      <w:proofErr w:type="spellStart"/>
      <w:r>
        <w:rPr>
          <w:rFonts w:ascii="Arial" w:hAnsi="Arial"/>
        </w:rPr>
        <w:t>its</w:t>
      </w:r>
      <w:proofErr w:type="spellEnd"/>
      <w:r>
        <w:rPr>
          <w:rFonts w:ascii="Arial" w:hAnsi="Arial"/>
        </w:rPr>
        <w:t xml:space="preserve"> going to be messy.</w:t>
      </w:r>
    </w:p>
    <w:p w14:paraId="4191A78D" w14:textId="77777777" w:rsidR="00096B82" w:rsidRDefault="00096B82">
      <w:pPr>
        <w:spacing w:after="0"/>
      </w:pPr>
    </w:p>
    <w:p w14:paraId="0BD5AED5" w14:textId="77777777" w:rsidR="00096B82" w:rsidRDefault="00D446B1">
      <w:pPr>
        <w:spacing w:after="0"/>
      </w:pPr>
      <w:r>
        <w:rPr>
          <w:rFonts w:ascii="Arial" w:hAnsi="Arial"/>
          <w:b/>
        </w:rPr>
        <w:t xml:space="preserve">Alice  </w:t>
      </w:r>
      <w:r>
        <w:rPr>
          <w:rFonts w:ascii="Arial" w:hAnsi="Arial"/>
          <w:color w:val="5D7284"/>
        </w:rPr>
        <w:t>36:23</w:t>
      </w:r>
    </w:p>
    <w:p w14:paraId="1FA0D65B" w14:textId="77777777" w:rsidR="00096B82" w:rsidRDefault="00D446B1">
      <w:pPr>
        <w:spacing w:after="0"/>
      </w:pPr>
      <w:r>
        <w:rPr>
          <w:rFonts w:ascii="Arial" w:hAnsi="Arial"/>
        </w:rPr>
        <w:t>Yeah, wow. Well done. Nelson.</w:t>
      </w:r>
    </w:p>
    <w:p w14:paraId="784C24A4" w14:textId="77777777" w:rsidR="00096B82" w:rsidRDefault="00096B82">
      <w:pPr>
        <w:spacing w:after="0"/>
      </w:pPr>
    </w:p>
    <w:p w14:paraId="1C26A1A4" w14:textId="77777777" w:rsidR="00096B82" w:rsidRDefault="00D446B1">
      <w:pPr>
        <w:spacing w:after="0"/>
      </w:pPr>
      <w:r>
        <w:rPr>
          <w:rFonts w:ascii="Arial" w:hAnsi="Arial"/>
          <w:b/>
        </w:rPr>
        <w:t xml:space="preserve">Daisy  </w:t>
      </w:r>
      <w:r>
        <w:rPr>
          <w:rFonts w:ascii="Arial" w:hAnsi="Arial"/>
          <w:color w:val="5D7284"/>
        </w:rPr>
        <w:t>36:30</w:t>
      </w:r>
    </w:p>
    <w:p w14:paraId="1113C003" w14:textId="77777777" w:rsidR="00096B82" w:rsidRDefault="00D446B1">
      <w:pPr>
        <w:spacing w:after="0"/>
      </w:pPr>
      <w:r>
        <w:rPr>
          <w:rFonts w:ascii="Arial" w:hAnsi="Arial"/>
        </w:rPr>
        <w:t xml:space="preserve">Really handled </w:t>
      </w:r>
      <w:proofErr w:type="gramStart"/>
      <w:r>
        <w:rPr>
          <w:rFonts w:ascii="Arial" w:hAnsi="Arial"/>
        </w:rPr>
        <w:t>that?</w:t>
      </w:r>
      <w:proofErr w:type="gramEnd"/>
      <w:r>
        <w:rPr>
          <w:rFonts w:ascii="Arial" w:hAnsi="Arial"/>
        </w:rPr>
        <w:t xml:space="preserve"> Well. It was it was a resulting Battle of Copenhagen, Copenhagen, where he left his commander, sorry where he </w:t>
      </w:r>
      <w:r>
        <w:rPr>
          <w:rFonts w:ascii="Arial" w:hAnsi="Arial"/>
        </w:rPr>
        <w:t>felt his commander was being too cautious that Nelson famously ignored the signal to discontinue Nelson said to his colleague, you know, Foley I only have one eye, I have the right to be blind sometimes. And he by and putting the telescope to the wrong eye</w:t>
      </w:r>
      <w:r>
        <w:rPr>
          <w:rFonts w:ascii="Arial" w:hAnsi="Arial"/>
        </w:rPr>
        <w:t>, saying I really do not see the signal. His bold disobedience again triumphs. 17 out of 18 Danish ships were captured, burned or sunk So that I mean, that is the kind of attitude I've got.</w:t>
      </w:r>
    </w:p>
    <w:p w14:paraId="3DB9E5BE" w14:textId="77777777" w:rsidR="00096B82" w:rsidRDefault="00096B82">
      <w:pPr>
        <w:spacing w:after="0"/>
      </w:pPr>
    </w:p>
    <w:p w14:paraId="1FAF7BC6" w14:textId="77777777" w:rsidR="00096B82" w:rsidRDefault="00D446B1">
      <w:pPr>
        <w:spacing w:after="0"/>
      </w:pPr>
      <w:r>
        <w:rPr>
          <w:rFonts w:ascii="Arial" w:hAnsi="Arial"/>
          <w:b/>
        </w:rPr>
        <w:t xml:space="preserve">Alice  </w:t>
      </w:r>
      <w:r>
        <w:rPr>
          <w:rFonts w:ascii="Arial" w:hAnsi="Arial"/>
          <w:color w:val="5D7284"/>
        </w:rPr>
        <w:t>37:15</w:t>
      </w:r>
    </w:p>
    <w:p w14:paraId="2A2C14ED" w14:textId="77777777" w:rsidR="00096B82" w:rsidRDefault="00D446B1">
      <w:pPr>
        <w:spacing w:after="0"/>
      </w:pPr>
      <w:r>
        <w:rPr>
          <w:rFonts w:ascii="Arial" w:hAnsi="Arial"/>
        </w:rPr>
        <w:t>No, I absolutely have done that. Or I'm like,</w:t>
      </w:r>
    </w:p>
    <w:p w14:paraId="782B9233" w14:textId="77777777" w:rsidR="00096B82" w:rsidRDefault="00096B82">
      <w:pPr>
        <w:spacing w:after="0"/>
      </w:pPr>
    </w:p>
    <w:p w14:paraId="3A94A105" w14:textId="77777777" w:rsidR="00096B82" w:rsidRDefault="00D446B1">
      <w:pPr>
        <w:spacing w:after="0"/>
      </w:pPr>
      <w:r>
        <w:rPr>
          <w:rFonts w:ascii="Arial" w:hAnsi="Arial"/>
          <w:b/>
        </w:rPr>
        <w:t>Daisy</w:t>
      </w:r>
      <w:r>
        <w:rPr>
          <w:rFonts w:ascii="Arial" w:hAnsi="Arial"/>
          <w:b/>
        </w:rPr>
        <w:t xml:space="preserve">  </w:t>
      </w:r>
      <w:r>
        <w:rPr>
          <w:rFonts w:ascii="Arial" w:hAnsi="Arial"/>
          <w:color w:val="5D7284"/>
        </w:rPr>
        <w:t>37:20</w:t>
      </w:r>
    </w:p>
    <w:p w14:paraId="72F20545" w14:textId="77777777" w:rsidR="00096B82" w:rsidRDefault="00D446B1">
      <w:pPr>
        <w:spacing w:after="0"/>
      </w:pPr>
      <w:r>
        <w:rPr>
          <w:rFonts w:ascii="Arial" w:hAnsi="Arial"/>
        </w:rPr>
        <w:t xml:space="preserve">any disabled person that tells you they've never done that is a liar. You have, Daisy? I'm sure you </w:t>
      </w:r>
      <w:proofErr w:type="gramStart"/>
      <w:r>
        <w:rPr>
          <w:rFonts w:ascii="Arial" w:hAnsi="Arial"/>
        </w:rPr>
        <w:t>have?</w:t>
      </w:r>
      <w:proofErr w:type="gramEnd"/>
      <w:r>
        <w:rPr>
          <w:rFonts w:ascii="Arial" w:hAnsi="Arial"/>
        </w:rPr>
        <w:t xml:space="preserve"> Yeah, yeah. Yeah. You know, it was in 1803. Now was Vice Admiral by count Nelson. He was appointed to command the </w:t>
      </w:r>
      <w:proofErr w:type="spellStart"/>
      <w:r>
        <w:rPr>
          <w:rFonts w:ascii="Arial" w:hAnsi="Arial"/>
        </w:rPr>
        <w:t>medomak</w:t>
      </w:r>
      <w:proofErr w:type="spellEnd"/>
      <w:r>
        <w:rPr>
          <w:rFonts w:ascii="Arial" w:hAnsi="Arial"/>
        </w:rPr>
        <w:t xml:space="preserve"> Mediterranean Fleet,</w:t>
      </w:r>
      <w:r>
        <w:rPr>
          <w:rFonts w:ascii="Arial" w:hAnsi="Arial"/>
        </w:rPr>
        <w:t xml:space="preserve"> tasked with resisting the combined French Spanish fleet. So basically, we've fallen out with the Spanish by now. Napoleon was seeking naval supremacy in order to safely invade England with his army. The final battle came on the 21 of October 1805 off cape</w:t>
      </w:r>
      <w:r>
        <w:rPr>
          <w:rFonts w:ascii="Arial" w:hAnsi="Arial"/>
        </w:rPr>
        <w:t xml:space="preserve"> Trafalgar, Nelson's plan was again bold to say all his 26 seven ships in two lines directly at the enemy fleet, and third 33 of the French and Spanish first rate having composed his final prayer, I commit my life to Him who made Nelson went up to stand on</w:t>
      </w:r>
      <w:r>
        <w:rPr>
          <w:rFonts w:ascii="Arial" w:hAnsi="Arial"/>
        </w:rPr>
        <w:t xml:space="preserve"> the quarter Dec in dressed in uniform. He's basically quite theatrical. I'm getting from this he's </w:t>
      </w:r>
      <w:proofErr w:type="spellStart"/>
      <w:r>
        <w:rPr>
          <w:rFonts w:ascii="Arial" w:hAnsi="Arial"/>
        </w:rPr>
        <w:t>he's</w:t>
      </w:r>
      <w:proofErr w:type="spellEnd"/>
      <w:r>
        <w:rPr>
          <w:rFonts w:ascii="Arial" w:hAnsi="Arial"/>
        </w:rPr>
        <w:t xml:space="preserve"> a bit overdramatic and theatrical, and he </w:t>
      </w:r>
      <w:r>
        <w:rPr>
          <w:rFonts w:ascii="Arial" w:hAnsi="Arial"/>
        </w:rPr>
        <w:lastRenderedPageBreak/>
        <w:t>quite likes it really dressed in his uniform, complete with decorations and his diamond plume heart with fanc</w:t>
      </w:r>
      <w:r>
        <w:rPr>
          <w:rFonts w:ascii="Arial" w:hAnsi="Arial"/>
        </w:rPr>
        <w:t xml:space="preserve">y diamonds. Yes, then. An obvious target for snipers. </w:t>
      </w:r>
      <w:proofErr w:type="gramStart"/>
      <w:r>
        <w:rPr>
          <w:rFonts w:ascii="Arial" w:hAnsi="Arial"/>
        </w:rPr>
        <w:t>So</w:t>
      </w:r>
      <w:proofErr w:type="gramEnd"/>
      <w:r>
        <w:rPr>
          <w:rFonts w:ascii="Arial" w:hAnsi="Arial"/>
        </w:rPr>
        <w:t xml:space="preserve"> he was basically standing there going come at me bitch</w:t>
      </w:r>
    </w:p>
    <w:p w14:paraId="49C11AB5" w14:textId="77777777" w:rsidR="00096B82" w:rsidRDefault="00096B82">
      <w:pPr>
        <w:spacing w:after="0"/>
      </w:pPr>
    </w:p>
    <w:p w14:paraId="102A684D" w14:textId="77777777" w:rsidR="00096B82" w:rsidRDefault="00D446B1">
      <w:pPr>
        <w:spacing w:after="0"/>
      </w:pPr>
      <w:r>
        <w:rPr>
          <w:rFonts w:ascii="Arial" w:hAnsi="Arial"/>
          <w:b/>
        </w:rPr>
        <w:t xml:space="preserve">Alice  </w:t>
      </w:r>
      <w:r>
        <w:rPr>
          <w:rFonts w:ascii="Arial" w:hAnsi="Arial"/>
          <w:color w:val="5D7284"/>
        </w:rPr>
        <w:t>39:09</w:t>
      </w:r>
    </w:p>
    <w:p w14:paraId="45EFFD95" w14:textId="77777777" w:rsidR="00096B82" w:rsidRDefault="00D446B1">
      <w:pPr>
        <w:spacing w:after="0"/>
      </w:pPr>
      <w:r>
        <w:rPr>
          <w:rFonts w:ascii="Arial" w:hAnsi="Arial"/>
        </w:rPr>
        <w:t>I would like that on a T shirt, Nelson come at me bitch.</w:t>
      </w:r>
    </w:p>
    <w:p w14:paraId="22E00C08" w14:textId="77777777" w:rsidR="00096B82" w:rsidRDefault="00096B82">
      <w:pPr>
        <w:spacing w:after="0"/>
      </w:pPr>
    </w:p>
    <w:p w14:paraId="083A4CA7" w14:textId="77777777" w:rsidR="00096B82" w:rsidRDefault="00D446B1">
      <w:pPr>
        <w:spacing w:after="0"/>
      </w:pPr>
      <w:r>
        <w:rPr>
          <w:rFonts w:ascii="Arial" w:hAnsi="Arial"/>
          <w:b/>
        </w:rPr>
        <w:t xml:space="preserve">Lucy  </w:t>
      </w:r>
      <w:r>
        <w:rPr>
          <w:rFonts w:ascii="Arial" w:hAnsi="Arial"/>
          <w:color w:val="5D7284"/>
        </w:rPr>
        <w:t>39:18</w:t>
      </w:r>
    </w:p>
    <w:p w14:paraId="3F9B498E" w14:textId="77777777" w:rsidR="00096B82" w:rsidRDefault="00D446B1">
      <w:pPr>
        <w:spacing w:after="0"/>
      </w:pPr>
      <w:r>
        <w:rPr>
          <w:rFonts w:ascii="Arial" w:hAnsi="Arial"/>
        </w:rPr>
        <w:t xml:space="preserve">I'm sure we can get that </w:t>
      </w:r>
      <w:proofErr w:type="spellStart"/>
      <w:r>
        <w:rPr>
          <w:rFonts w:ascii="Arial" w:hAnsi="Arial"/>
        </w:rPr>
        <w:t>organised</w:t>
      </w:r>
      <w:proofErr w:type="spellEnd"/>
      <w:r>
        <w:rPr>
          <w:rFonts w:ascii="Arial" w:hAnsi="Arial"/>
        </w:rPr>
        <w:t>. But something for the me</w:t>
      </w:r>
      <w:r>
        <w:rPr>
          <w:rFonts w:ascii="Arial" w:hAnsi="Arial"/>
        </w:rPr>
        <w:t>rch!</w:t>
      </w:r>
    </w:p>
    <w:p w14:paraId="4361B0D7" w14:textId="77777777" w:rsidR="00096B82" w:rsidRDefault="00096B82">
      <w:pPr>
        <w:spacing w:after="0"/>
      </w:pPr>
    </w:p>
    <w:p w14:paraId="15CA034C" w14:textId="77777777" w:rsidR="00096B82" w:rsidRDefault="00D446B1">
      <w:pPr>
        <w:spacing w:after="0"/>
      </w:pPr>
      <w:r>
        <w:rPr>
          <w:rFonts w:ascii="Arial" w:hAnsi="Arial"/>
          <w:b/>
        </w:rPr>
        <w:t xml:space="preserve">Alice  </w:t>
      </w:r>
      <w:r>
        <w:rPr>
          <w:rFonts w:ascii="Arial" w:hAnsi="Arial"/>
          <w:color w:val="5D7284"/>
        </w:rPr>
        <w:t>39:20</w:t>
      </w:r>
    </w:p>
    <w:p w14:paraId="01ED3043" w14:textId="77777777" w:rsidR="00096B82" w:rsidRDefault="00D446B1">
      <w:pPr>
        <w:spacing w:after="0"/>
      </w:pPr>
      <w:r>
        <w:rPr>
          <w:rFonts w:ascii="Arial" w:hAnsi="Arial"/>
        </w:rPr>
        <w:t xml:space="preserve">yeah definitely! so... obvious target for snipers... when his friend Captain hardy suggested to him to change the plain coat. He responded he was aware that he might be seen but it was too late to be shifting a coat. So please </w:t>
      </w:r>
      <w:proofErr w:type="spellStart"/>
      <w:r>
        <w:rPr>
          <w:rFonts w:ascii="Arial" w:hAnsi="Arial"/>
        </w:rPr>
        <w:t>please</w:t>
      </w:r>
      <w:proofErr w:type="spellEnd"/>
      <w:r>
        <w:rPr>
          <w:rFonts w:ascii="Arial" w:hAnsi="Arial"/>
        </w:rPr>
        <w:t xml:space="preserve"> see</w:t>
      </w:r>
      <w:r>
        <w:rPr>
          <w:rFonts w:ascii="Arial" w:hAnsi="Arial"/>
        </w:rPr>
        <w:t xml:space="preserve"> previous statement come at me bitch.</w:t>
      </w:r>
    </w:p>
    <w:p w14:paraId="03612FEB" w14:textId="77777777" w:rsidR="00096B82" w:rsidRDefault="00096B82">
      <w:pPr>
        <w:spacing w:after="0"/>
      </w:pPr>
    </w:p>
    <w:p w14:paraId="4277F8FB" w14:textId="77777777" w:rsidR="00096B82" w:rsidRDefault="00D446B1">
      <w:pPr>
        <w:spacing w:after="0"/>
      </w:pPr>
      <w:r>
        <w:rPr>
          <w:rFonts w:ascii="Arial" w:hAnsi="Arial"/>
          <w:b/>
        </w:rPr>
        <w:t xml:space="preserve">Lucy  </w:t>
      </w:r>
      <w:r>
        <w:rPr>
          <w:rFonts w:ascii="Arial" w:hAnsi="Arial"/>
          <w:color w:val="5D7284"/>
        </w:rPr>
        <w:t>39:43</w:t>
      </w:r>
    </w:p>
    <w:p w14:paraId="0F977EE8" w14:textId="77777777" w:rsidR="00096B82" w:rsidRDefault="00D446B1">
      <w:pPr>
        <w:spacing w:after="0"/>
      </w:pPr>
      <w:r>
        <w:rPr>
          <w:rFonts w:ascii="Arial" w:hAnsi="Arial"/>
        </w:rPr>
        <w:t xml:space="preserve">So basically, that's like basically it's like when you come downstairs and your mum </w:t>
      </w:r>
      <w:proofErr w:type="gramStart"/>
      <w:r>
        <w:rPr>
          <w:rFonts w:ascii="Arial" w:hAnsi="Arial"/>
        </w:rPr>
        <w:t>goes</w:t>
      </w:r>
      <w:proofErr w:type="gramEnd"/>
      <w:r>
        <w:rPr>
          <w:rFonts w:ascii="Arial" w:hAnsi="Arial"/>
        </w:rPr>
        <w:t xml:space="preserve"> you're not wearing that. Oh, yeah. What I'm going out the taxis here. I'm on the rocking chairs. Now. It's too late.</w:t>
      </w:r>
      <w:r>
        <w:rPr>
          <w:rFonts w:ascii="Arial" w:hAnsi="Arial"/>
        </w:rPr>
        <w:t xml:space="preserve"> Oh, I'm off. Yeah. Isn't it </w:t>
      </w:r>
      <w:proofErr w:type="gramStart"/>
      <w:r>
        <w:rPr>
          <w:rFonts w:ascii="Arial" w:hAnsi="Arial"/>
        </w:rPr>
        <w:t>really</w:t>
      </w:r>
      <w:proofErr w:type="gramEnd"/>
    </w:p>
    <w:p w14:paraId="41EC4AA5" w14:textId="77777777" w:rsidR="00096B82" w:rsidRDefault="00096B82">
      <w:pPr>
        <w:spacing w:after="0"/>
      </w:pPr>
    </w:p>
    <w:p w14:paraId="20F876E8" w14:textId="77777777" w:rsidR="00096B82" w:rsidRDefault="00D446B1">
      <w:pPr>
        <w:spacing w:after="0"/>
      </w:pPr>
      <w:r>
        <w:rPr>
          <w:rFonts w:ascii="Arial" w:hAnsi="Arial"/>
          <w:b/>
        </w:rPr>
        <w:t xml:space="preserve">Daisy  </w:t>
      </w:r>
      <w:r>
        <w:rPr>
          <w:rFonts w:ascii="Arial" w:hAnsi="Arial"/>
          <w:color w:val="5D7284"/>
        </w:rPr>
        <w:t>39:57</w:t>
      </w:r>
    </w:p>
    <w:p w14:paraId="76F66963" w14:textId="77777777" w:rsidR="00096B82" w:rsidRDefault="00D446B1">
      <w:pPr>
        <w:spacing w:after="0"/>
      </w:pPr>
      <w:r>
        <w:rPr>
          <w:rFonts w:ascii="Arial" w:hAnsi="Arial"/>
        </w:rPr>
        <w:t>you can't be going to change your jacket in the middle of a war!</w:t>
      </w:r>
    </w:p>
    <w:p w14:paraId="6635E343" w14:textId="77777777" w:rsidR="00096B82" w:rsidRDefault="00096B82">
      <w:pPr>
        <w:spacing w:after="0"/>
      </w:pPr>
    </w:p>
    <w:p w14:paraId="3C5C7B8C" w14:textId="77777777" w:rsidR="00096B82" w:rsidRDefault="00D446B1">
      <w:pPr>
        <w:spacing w:after="0"/>
      </w:pPr>
      <w:r>
        <w:rPr>
          <w:rFonts w:ascii="Arial" w:hAnsi="Arial"/>
          <w:b/>
        </w:rPr>
        <w:t xml:space="preserve">Lucy  </w:t>
      </w:r>
      <w:r>
        <w:rPr>
          <w:rFonts w:ascii="Arial" w:hAnsi="Arial"/>
          <w:color w:val="5D7284"/>
        </w:rPr>
        <w:t>40:00</w:t>
      </w:r>
    </w:p>
    <w:p w14:paraId="42FC8D84" w14:textId="77777777" w:rsidR="00096B82" w:rsidRDefault="00D446B1">
      <w:pPr>
        <w:spacing w:after="0"/>
      </w:pPr>
      <w:r>
        <w:rPr>
          <w:rFonts w:ascii="Arial" w:hAnsi="Arial"/>
        </w:rPr>
        <w:t xml:space="preserve">no </w:t>
      </w:r>
      <w:proofErr w:type="spellStart"/>
      <w:r>
        <w:rPr>
          <w:rFonts w:ascii="Arial" w:hAnsi="Arial"/>
        </w:rPr>
        <w:t>no</w:t>
      </w:r>
      <w:proofErr w:type="spellEnd"/>
      <w:r>
        <w:rPr>
          <w:rFonts w:ascii="Arial" w:hAnsi="Arial"/>
        </w:rPr>
        <w:t xml:space="preserve"> you can't can you </w:t>
      </w:r>
      <w:proofErr w:type="gramStart"/>
      <w:r>
        <w:rPr>
          <w:rFonts w:ascii="Arial" w:hAnsi="Arial"/>
        </w:rPr>
        <w:t>Really?</w:t>
      </w:r>
      <w:proofErr w:type="gramEnd"/>
    </w:p>
    <w:p w14:paraId="6DCDCAC1" w14:textId="77777777" w:rsidR="00096B82" w:rsidRDefault="00096B82">
      <w:pPr>
        <w:spacing w:after="0"/>
      </w:pPr>
    </w:p>
    <w:p w14:paraId="0AE84B19" w14:textId="77777777" w:rsidR="00096B82" w:rsidRDefault="00D446B1">
      <w:pPr>
        <w:spacing w:after="0"/>
      </w:pPr>
      <w:r>
        <w:rPr>
          <w:rFonts w:ascii="Arial" w:hAnsi="Arial"/>
          <w:b/>
        </w:rPr>
        <w:t xml:space="preserve">Alice  </w:t>
      </w:r>
      <w:r>
        <w:rPr>
          <w:rFonts w:ascii="Arial" w:hAnsi="Arial"/>
          <w:color w:val="5D7284"/>
        </w:rPr>
        <w:t>40:05</w:t>
      </w:r>
    </w:p>
    <w:p w14:paraId="0C95B0A9" w14:textId="77777777" w:rsidR="00096B82" w:rsidRDefault="00D446B1">
      <w:pPr>
        <w:spacing w:after="0"/>
      </w:pPr>
      <w:r>
        <w:rPr>
          <w:rFonts w:ascii="Arial" w:hAnsi="Arial"/>
        </w:rPr>
        <w:t xml:space="preserve">Yeah, it's now really the time for fashion </w:t>
      </w:r>
      <w:proofErr w:type="gramStart"/>
      <w:r>
        <w:rPr>
          <w:rFonts w:ascii="Arial" w:hAnsi="Arial"/>
        </w:rPr>
        <w:t>dilemmas</w:t>
      </w:r>
      <w:proofErr w:type="gramEnd"/>
    </w:p>
    <w:p w14:paraId="65A70E2C" w14:textId="77777777" w:rsidR="00096B82" w:rsidRDefault="00096B82">
      <w:pPr>
        <w:spacing w:after="0"/>
      </w:pPr>
    </w:p>
    <w:p w14:paraId="54D79276" w14:textId="77777777" w:rsidR="00096B82" w:rsidRDefault="00D446B1">
      <w:pPr>
        <w:spacing w:after="0"/>
      </w:pPr>
      <w:r>
        <w:rPr>
          <w:rFonts w:ascii="Arial" w:hAnsi="Arial"/>
          <w:b/>
        </w:rPr>
        <w:t xml:space="preserve">Lucy  </w:t>
      </w:r>
      <w:r>
        <w:rPr>
          <w:rFonts w:ascii="Arial" w:hAnsi="Arial"/>
          <w:color w:val="5D7284"/>
        </w:rPr>
        <w:t>40:12</w:t>
      </w:r>
    </w:p>
    <w:p w14:paraId="6D1AA8F5" w14:textId="77777777" w:rsidR="00096B82" w:rsidRDefault="00D446B1">
      <w:pPr>
        <w:spacing w:after="0"/>
      </w:pPr>
      <w:r>
        <w:rPr>
          <w:rFonts w:ascii="Arial" w:hAnsi="Arial"/>
        </w:rPr>
        <w:t xml:space="preserve"> this this episode's </w:t>
      </w:r>
      <w:proofErr w:type="spellStart"/>
      <w:r>
        <w:rPr>
          <w:rFonts w:ascii="Arial" w:hAnsi="Arial"/>
        </w:rPr>
        <w:t>gonna</w:t>
      </w:r>
      <w:proofErr w:type="spellEnd"/>
      <w:r>
        <w:rPr>
          <w:rFonts w:ascii="Arial" w:hAnsi="Arial"/>
        </w:rPr>
        <w:t xml:space="preserve"> have so many cool sound bites in it...  I love it. Soon after combat he was... combat was joined Nelson  was hit by  snipers exclaimed when they have done me and told me </w:t>
      </w:r>
      <w:proofErr w:type="spellStart"/>
      <w:r>
        <w:rPr>
          <w:rFonts w:ascii="Arial" w:hAnsi="Arial"/>
        </w:rPr>
        <w:t>Ia</w:t>
      </w:r>
      <w:proofErr w:type="spellEnd"/>
      <w:r>
        <w:rPr>
          <w:rFonts w:ascii="Arial" w:hAnsi="Arial"/>
        </w:rPr>
        <w:t xml:space="preserve"> last...</w:t>
      </w:r>
    </w:p>
    <w:p w14:paraId="32D0B504" w14:textId="77777777" w:rsidR="00096B82" w:rsidRDefault="00096B82">
      <w:pPr>
        <w:spacing w:after="0"/>
      </w:pPr>
    </w:p>
    <w:p w14:paraId="0BBD3798" w14:textId="77777777" w:rsidR="00096B82" w:rsidRDefault="00D446B1">
      <w:pPr>
        <w:spacing w:after="0"/>
      </w:pPr>
      <w:r>
        <w:rPr>
          <w:rFonts w:ascii="Arial" w:hAnsi="Arial"/>
          <w:b/>
        </w:rPr>
        <w:t xml:space="preserve">Alice  </w:t>
      </w:r>
      <w:r>
        <w:rPr>
          <w:rFonts w:ascii="Arial" w:hAnsi="Arial"/>
          <w:color w:val="5D7284"/>
        </w:rPr>
        <w:t>40:29</w:t>
      </w:r>
    </w:p>
    <w:p w14:paraId="750A6D3A" w14:textId="77777777" w:rsidR="00096B82" w:rsidRDefault="00D446B1">
      <w:pPr>
        <w:spacing w:after="0"/>
      </w:pPr>
      <w:r>
        <w:rPr>
          <w:rFonts w:ascii="Arial" w:hAnsi="Arial"/>
        </w:rPr>
        <w:t>and hid mates stood there going. '</w:t>
      </w:r>
      <w:r>
        <w:rPr>
          <w:rFonts w:ascii="Arial" w:hAnsi="Arial"/>
        </w:rPr>
        <w:t xml:space="preserve">I fucking told you </w:t>
      </w:r>
      <w:proofErr w:type="gramStart"/>
      <w:r>
        <w:rPr>
          <w:rFonts w:ascii="Arial" w:hAnsi="Arial"/>
        </w:rPr>
        <w:t>so</w:t>
      </w:r>
      <w:proofErr w:type="gramEnd"/>
      <w:r>
        <w:rPr>
          <w:rFonts w:ascii="Arial" w:hAnsi="Arial"/>
        </w:rPr>
        <w:t>'</w:t>
      </w:r>
    </w:p>
    <w:p w14:paraId="2C0D2DF4" w14:textId="77777777" w:rsidR="00096B82" w:rsidRDefault="00096B82">
      <w:pPr>
        <w:spacing w:after="0"/>
      </w:pPr>
    </w:p>
    <w:p w14:paraId="10A8A211" w14:textId="77777777" w:rsidR="00096B82" w:rsidRDefault="00D446B1">
      <w:pPr>
        <w:spacing w:after="0"/>
      </w:pPr>
      <w:r>
        <w:rPr>
          <w:rFonts w:ascii="Arial" w:hAnsi="Arial"/>
          <w:b/>
        </w:rPr>
        <w:t xml:space="preserve">Lucy  </w:t>
      </w:r>
      <w:r>
        <w:rPr>
          <w:rFonts w:ascii="Arial" w:hAnsi="Arial"/>
          <w:color w:val="5D7284"/>
        </w:rPr>
        <w:t>40:32</w:t>
      </w:r>
    </w:p>
    <w:p w14:paraId="305E1109" w14:textId="77777777" w:rsidR="00096B82" w:rsidRDefault="00D446B1">
      <w:pPr>
        <w:spacing w:after="0"/>
      </w:pPr>
      <w:r>
        <w:rPr>
          <w:rFonts w:ascii="Arial" w:hAnsi="Arial"/>
        </w:rPr>
        <w:t xml:space="preserve">I told you to change your coat mate! hardy , my backbone is shot through Nelson was taken below, covering his face with a handkerchief, so not </w:t>
      </w:r>
      <w:proofErr w:type="gramStart"/>
      <w:r>
        <w:rPr>
          <w:rFonts w:ascii="Arial" w:hAnsi="Arial"/>
        </w:rPr>
        <w:t>as not</w:t>
      </w:r>
      <w:proofErr w:type="gramEnd"/>
      <w:r>
        <w:rPr>
          <w:rFonts w:ascii="Arial" w:hAnsi="Arial"/>
        </w:rPr>
        <w:t xml:space="preserve"> to </w:t>
      </w:r>
      <w:proofErr w:type="spellStart"/>
      <w:r>
        <w:rPr>
          <w:rFonts w:ascii="Arial" w:hAnsi="Arial"/>
        </w:rPr>
        <w:t>demoralise</w:t>
      </w:r>
      <w:proofErr w:type="spellEnd"/>
      <w:r>
        <w:rPr>
          <w:rFonts w:ascii="Arial" w:hAnsi="Arial"/>
        </w:rPr>
        <w:t xml:space="preserve"> his men </w:t>
      </w:r>
    </w:p>
    <w:p w14:paraId="23C05C37" w14:textId="77777777" w:rsidR="00096B82" w:rsidRDefault="00096B82">
      <w:pPr>
        <w:spacing w:after="0"/>
      </w:pPr>
    </w:p>
    <w:p w14:paraId="259E6A92" w14:textId="77777777" w:rsidR="00096B82" w:rsidRDefault="00D446B1">
      <w:pPr>
        <w:spacing w:after="0"/>
      </w:pPr>
      <w:r>
        <w:rPr>
          <w:rFonts w:ascii="Arial" w:hAnsi="Arial"/>
          <w:b/>
        </w:rPr>
        <w:t xml:space="preserve">Alice  </w:t>
      </w:r>
      <w:r>
        <w:rPr>
          <w:rFonts w:ascii="Arial" w:hAnsi="Arial"/>
          <w:color w:val="5D7284"/>
        </w:rPr>
        <w:t>40:45</w:t>
      </w:r>
    </w:p>
    <w:p w14:paraId="496B2C8B" w14:textId="77777777" w:rsidR="00096B82" w:rsidRDefault="00D446B1">
      <w:pPr>
        <w:spacing w:after="0"/>
      </w:pPr>
      <w:r>
        <w:rPr>
          <w:rFonts w:ascii="Arial" w:hAnsi="Arial"/>
        </w:rPr>
        <w:t>tea towel of invisibility again.</w:t>
      </w:r>
    </w:p>
    <w:p w14:paraId="2F98B19B" w14:textId="77777777" w:rsidR="00096B82" w:rsidRDefault="00096B82">
      <w:pPr>
        <w:spacing w:after="0"/>
      </w:pPr>
    </w:p>
    <w:p w14:paraId="0FE24A5F" w14:textId="77777777" w:rsidR="00096B82" w:rsidRDefault="00D446B1">
      <w:pPr>
        <w:spacing w:after="0"/>
      </w:pPr>
      <w:r>
        <w:rPr>
          <w:rFonts w:ascii="Arial" w:hAnsi="Arial"/>
          <w:b/>
        </w:rPr>
        <w:lastRenderedPageBreak/>
        <w:t xml:space="preserve">Lucy  </w:t>
      </w:r>
      <w:r>
        <w:rPr>
          <w:rFonts w:ascii="Arial" w:hAnsi="Arial"/>
          <w:color w:val="5D7284"/>
        </w:rPr>
        <w:t>40:48</w:t>
      </w:r>
    </w:p>
    <w:p w14:paraId="774BE7CA" w14:textId="77777777" w:rsidR="00096B82" w:rsidRDefault="00D446B1">
      <w:pPr>
        <w:spacing w:after="0"/>
      </w:pPr>
      <w:r>
        <w:rPr>
          <w:rFonts w:ascii="Arial" w:hAnsi="Arial"/>
        </w:rPr>
        <w:t xml:space="preserve">pass me that tea towel will you, I'm in distress, put a tea towel. put a tea towel over </w:t>
      </w:r>
      <w:proofErr w:type="spellStart"/>
      <w:r>
        <w:rPr>
          <w:rFonts w:ascii="Arial" w:hAnsi="Arial"/>
        </w:rPr>
        <w:t>me</w:t>
      </w:r>
      <w:proofErr w:type="spellEnd"/>
      <w:r>
        <w:rPr>
          <w:rFonts w:ascii="Arial" w:hAnsi="Arial"/>
        </w:rPr>
        <w:t xml:space="preserve"> head, and pretend </w:t>
      </w:r>
      <w:proofErr w:type="spellStart"/>
      <w:r>
        <w:rPr>
          <w:rFonts w:ascii="Arial" w:hAnsi="Arial"/>
        </w:rPr>
        <w:t>its</w:t>
      </w:r>
      <w:proofErr w:type="spellEnd"/>
      <w:r>
        <w:rPr>
          <w:rFonts w:ascii="Arial" w:hAnsi="Arial"/>
        </w:rPr>
        <w:t xml:space="preserve"> not </w:t>
      </w:r>
      <w:proofErr w:type="gramStart"/>
      <w:r>
        <w:rPr>
          <w:rFonts w:ascii="Arial" w:hAnsi="Arial"/>
        </w:rPr>
        <w:t>happening</w:t>
      </w:r>
      <w:proofErr w:type="gramEnd"/>
    </w:p>
    <w:p w14:paraId="360822F3" w14:textId="77777777" w:rsidR="00096B82" w:rsidRDefault="00096B82">
      <w:pPr>
        <w:spacing w:after="0"/>
      </w:pPr>
    </w:p>
    <w:p w14:paraId="713193C6" w14:textId="77777777" w:rsidR="00096B82" w:rsidRDefault="00D446B1">
      <w:pPr>
        <w:spacing w:after="0"/>
      </w:pPr>
      <w:r>
        <w:rPr>
          <w:rFonts w:ascii="Arial" w:hAnsi="Arial"/>
          <w:b/>
        </w:rPr>
        <w:t xml:space="preserve">Daisy  </w:t>
      </w:r>
      <w:r>
        <w:rPr>
          <w:rFonts w:ascii="Arial" w:hAnsi="Arial"/>
          <w:color w:val="5D7284"/>
        </w:rPr>
        <w:t>40:58</w:t>
      </w:r>
    </w:p>
    <w:p w14:paraId="15FF086C" w14:textId="77777777" w:rsidR="00096B82" w:rsidRDefault="00D446B1">
      <w:pPr>
        <w:spacing w:after="0"/>
      </w:pPr>
      <w:r>
        <w:rPr>
          <w:rFonts w:ascii="Arial" w:hAnsi="Arial"/>
        </w:rPr>
        <w:t>The idea that covering your face will make it less distressing as apparently a hole in your spine.</w:t>
      </w:r>
    </w:p>
    <w:p w14:paraId="73F2C384" w14:textId="77777777" w:rsidR="00096B82" w:rsidRDefault="00096B82">
      <w:pPr>
        <w:spacing w:after="0"/>
      </w:pPr>
    </w:p>
    <w:p w14:paraId="43438634" w14:textId="77777777" w:rsidR="00096B82" w:rsidRDefault="00D446B1">
      <w:pPr>
        <w:spacing w:after="0"/>
      </w:pPr>
      <w:r>
        <w:rPr>
          <w:rFonts w:ascii="Arial" w:hAnsi="Arial"/>
          <w:b/>
        </w:rPr>
        <w:t>Lu</w:t>
      </w:r>
      <w:r>
        <w:rPr>
          <w:rFonts w:ascii="Arial" w:hAnsi="Arial"/>
          <w:b/>
        </w:rPr>
        <w:t xml:space="preserve">cy  </w:t>
      </w:r>
      <w:r>
        <w:rPr>
          <w:rFonts w:ascii="Arial" w:hAnsi="Arial"/>
          <w:color w:val="5D7284"/>
        </w:rPr>
        <w:t>41:04</w:t>
      </w:r>
    </w:p>
    <w:p w14:paraId="10805E6C" w14:textId="77777777" w:rsidR="00096B82" w:rsidRDefault="00D446B1">
      <w:pPr>
        <w:spacing w:after="0"/>
      </w:pPr>
      <w:r>
        <w:rPr>
          <w:rFonts w:ascii="Arial" w:hAnsi="Arial"/>
        </w:rPr>
        <w:t>Because he didn't want anybody else to see like his grimacing face, maybe.</w:t>
      </w:r>
    </w:p>
    <w:p w14:paraId="27B30D6F" w14:textId="77777777" w:rsidR="00096B82" w:rsidRDefault="00096B82">
      <w:pPr>
        <w:spacing w:after="0"/>
      </w:pPr>
    </w:p>
    <w:p w14:paraId="1B1717A5" w14:textId="77777777" w:rsidR="00096B82" w:rsidRDefault="00D446B1">
      <w:pPr>
        <w:spacing w:after="0"/>
      </w:pPr>
      <w:r>
        <w:rPr>
          <w:rFonts w:ascii="Arial" w:hAnsi="Arial"/>
          <w:b/>
        </w:rPr>
        <w:t xml:space="preserve">Daisy  </w:t>
      </w:r>
      <w:r>
        <w:rPr>
          <w:rFonts w:ascii="Arial" w:hAnsi="Arial"/>
          <w:color w:val="5D7284"/>
        </w:rPr>
        <w:t>41:08</w:t>
      </w:r>
    </w:p>
    <w:p w14:paraId="5FF2D0E2" w14:textId="77777777" w:rsidR="00096B82" w:rsidRDefault="00D446B1">
      <w:pPr>
        <w:spacing w:after="0"/>
      </w:pPr>
      <w:proofErr w:type="spellStart"/>
      <w:r>
        <w:rPr>
          <w:rFonts w:ascii="Arial" w:hAnsi="Arial"/>
        </w:rPr>
        <w:t>i</w:t>
      </w:r>
      <w:proofErr w:type="spellEnd"/>
      <w:r>
        <w:rPr>
          <w:rFonts w:ascii="Arial" w:hAnsi="Arial"/>
        </w:rPr>
        <w:t xml:space="preserve"> was </w:t>
      </w:r>
      <w:proofErr w:type="spellStart"/>
      <w:r>
        <w:rPr>
          <w:rFonts w:ascii="Arial" w:hAnsi="Arial"/>
        </w:rPr>
        <w:t>gonna</w:t>
      </w:r>
      <w:proofErr w:type="spellEnd"/>
      <w:r>
        <w:rPr>
          <w:rFonts w:ascii="Arial" w:hAnsi="Arial"/>
        </w:rPr>
        <w:t xml:space="preserve"> say it could just be that they didn't know it was him. To someone but not that it was no commander.</w:t>
      </w:r>
    </w:p>
    <w:p w14:paraId="014453EF" w14:textId="77777777" w:rsidR="00096B82" w:rsidRDefault="00096B82">
      <w:pPr>
        <w:spacing w:after="0"/>
      </w:pPr>
    </w:p>
    <w:p w14:paraId="3554A588" w14:textId="77777777" w:rsidR="00096B82" w:rsidRDefault="00D446B1">
      <w:pPr>
        <w:spacing w:after="0"/>
      </w:pPr>
      <w:r>
        <w:rPr>
          <w:rFonts w:ascii="Arial" w:hAnsi="Arial"/>
          <w:b/>
        </w:rPr>
        <w:t xml:space="preserve">Lucy  </w:t>
      </w:r>
      <w:r>
        <w:rPr>
          <w:rFonts w:ascii="Arial" w:hAnsi="Arial"/>
          <w:color w:val="5D7284"/>
        </w:rPr>
        <w:t>41:17</w:t>
      </w:r>
    </w:p>
    <w:p w14:paraId="0B5F249B" w14:textId="77777777" w:rsidR="00096B82" w:rsidRDefault="00D446B1">
      <w:pPr>
        <w:spacing w:after="0"/>
      </w:pPr>
      <w:r>
        <w:rPr>
          <w:rFonts w:ascii="Arial" w:hAnsi="Arial"/>
        </w:rPr>
        <w:t xml:space="preserve">Yeah, I was </w:t>
      </w:r>
      <w:proofErr w:type="spellStart"/>
      <w:r>
        <w:rPr>
          <w:rFonts w:ascii="Arial" w:hAnsi="Arial"/>
        </w:rPr>
        <w:t>gonna</w:t>
      </w:r>
      <w:proofErr w:type="spellEnd"/>
      <w:r>
        <w:rPr>
          <w:rFonts w:ascii="Arial" w:hAnsi="Arial"/>
        </w:rPr>
        <w:t xml:space="preserve"> say and the </w:t>
      </w:r>
      <w:r>
        <w:rPr>
          <w:rFonts w:ascii="Arial" w:hAnsi="Arial"/>
        </w:rPr>
        <w:t xml:space="preserve">plumage sticking out from under the tea </w:t>
      </w:r>
      <w:proofErr w:type="gramStart"/>
      <w:r>
        <w:rPr>
          <w:rFonts w:ascii="Arial" w:hAnsi="Arial"/>
        </w:rPr>
        <w:t>towel</w:t>
      </w:r>
      <w:proofErr w:type="gramEnd"/>
    </w:p>
    <w:p w14:paraId="5C0C1740" w14:textId="77777777" w:rsidR="00096B82" w:rsidRDefault="00096B82">
      <w:pPr>
        <w:spacing w:after="0"/>
      </w:pPr>
    </w:p>
    <w:p w14:paraId="56E4D8A3" w14:textId="77777777" w:rsidR="00096B82" w:rsidRDefault="00D446B1">
      <w:pPr>
        <w:spacing w:after="0"/>
      </w:pPr>
      <w:r>
        <w:rPr>
          <w:rFonts w:ascii="Arial" w:hAnsi="Arial"/>
          <w:b/>
        </w:rPr>
        <w:t xml:space="preserve">Daisy  </w:t>
      </w:r>
      <w:r>
        <w:rPr>
          <w:rFonts w:ascii="Arial" w:hAnsi="Arial"/>
          <w:color w:val="5D7284"/>
        </w:rPr>
        <w:t>41:22</w:t>
      </w:r>
    </w:p>
    <w:p w14:paraId="2457DA68" w14:textId="77777777" w:rsidR="00096B82" w:rsidRDefault="00D446B1">
      <w:pPr>
        <w:spacing w:after="0"/>
      </w:pPr>
      <w:r>
        <w:rPr>
          <w:rFonts w:ascii="Arial" w:hAnsi="Arial"/>
        </w:rPr>
        <w:t xml:space="preserve">Yeah. Yeah. with his little Diamond thing going </w:t>
      </w:r>
      <w:proofErr w:type="spellStart"/>
      <w:r>
        <w:rPr>
          <w:rFonts w:ascii="Arial" w:hAnsi="Arial"/>
        </w:rPr>
        <w:t>whooo</w:t>
      </w:r>
      <w:proofErr w:type="spellEnd"/>
      <w:r>
        <w:rPr>
          <w:rFonts w:ascii="Arial" w:hAnsi="Arial"/>
        </w:rPr>
        <w:t xml:space="preserve"> </w:t>
      </w:r>
      <w:proofErr w:type="spellStart"/>
      <w:r>
        <w:rPr>
          <w:rFonts w:ascii="Arial" w:hAnsi="Arial"/>
        </w:rPr>
        <w:t>whoo</w:t>
      </w:r>
      <w:proofErr w:type="spellEnd"/>
      <w:r>
        <w:rPr>
          <w:rFonts w:ascii="Arial" w:hAnsi="Arial"/>
        </w:rPr>
        <w:t xml:space="preserve"> </w:t>
      </w:r>
      <w:proofErr w:type="spellStart"/>
      <w:r>
        <w:rPr>
          <w:rFonts w:ascii="Arial" w:hAnsi="Arial"/>
        </w:rPr>
        <w:t>whooo</w:t>
      </w:r>
      <w:proofErr w:type="spellEnd"/>
    </w:p>
    <w:p w14:paraId="59627E8D" w14:textId="77777777" w:rsidR="00096B82" w:rsidRDefault="00096B82">
      <w:pPr>
        <w:spacing w:after="0"/>
      </w:pPr>
    </w:p>
    <w:p w14:paraId="329DDEF6" w14:textId="77777777" w:rsidR="00096B82" w:rsidRDefault="00D446B1">
      <w:pPr>
        <w:spacing w:after="0"/>
      </w:pPr>
      <w:r>
        <w:rPr>
          <w:rFonts w:ascii="Arial" w:hAnsi="Arial"/>
          <w:b/>
        </w:rPr>
        <w:t xml:space="preserve">Alice  </w:t>
      </w:r>
      <w:r>
        <w:rPr>
          <w:rFonts w:ascii="Arial" w:hAnsi="Arial"/>
          <w:color w:val="5D7284"/>
        </w:rPr>
        <w:t>41:27</w:t>
      </w:r>
    </w:p>
    <w:p w14:paraId="6D7F40E2" w14:textId="77777777" w:rsidR="00096B82" w:rsidRDefault="00D446B1">
      <w:pPr>
        <w:spacing w:after="0"/>
      </w:pPr>
      <w:r>
        <w:rPr>
          <w:rFonts w:ascii="Arial" w:hAnsi="Arial"/>
        </w:rPr>
        <w:t xml:space="preserve">the Nelson siren. and people are like </w:t>
      </w:r>
      <w:proofErr w:type="spellStart"/>
      <w:r>
        <w:rPr>
          <w:rFonts w:ascii="Arial" w:hAnsi="Arial"/>
        </w:rPr>
        <w:t>oooh</w:t>
      </w:r>
      <w:proofErr w:type="spellEnd"/>
      <w:r>
        <w:rPr>
          <w:rFonts w:ascii="Arial" w:hAnsi="Arial"/>
        </w:rPr>
        <w:t xml:space="preserve"> </w:t>
      </w:r>
      <w:proofErr w:type="spellStart"/>
      <w:r>
        <w:rPr>
          <w:rFonts w:ascii="Arial" w:hAnsi="Arial"/>
        </w:rPr>
        <w:t>i</w:t>
      </w:r>
      <w:proofErr w:type="spellEnd"/>
      <w:r>
        <w:rPr>
          <w:rFonts w:ascii="Arial" w:hAnsi="Arial"/>
        </w:rPr>
        <w:t xml:space="preserve"> wonder who that could be?!</w:t>
      </w:r>
    </w:p>
    <w:p w14:paraId="45E8FCD0" w14:textId="77777777" w:rsidR="00096B82" w:rsidRDefault="00096B82">
      <w:pPr>
        <w:spacing w:after="0"/>
      </w:pPr>
    </w:p>
    <w:p w14:paraId="163781D2" w14:textId="77777777" w:rsidR="00096B82" w:rsidRDefault="00D446B1">
      <w:pPr>
        <w:spacing w:after="0"/>
      </w:pPr>
      <w:r>
        <w:rPr>
          <w:rFonts w:ascii="Arial" w:hAnsi="Arial"/>
          <w:b/>
        </w:rPr>
        <w:t xml:space="preserve">Lucy  </w:t>
      </w:r>
      <w:r>
        <w:rPr>
          <w:rFonts w:ascii="Arial" w:hAnsi="Arial"/>
          <w:color w:val="5D7284"/>
        </w:rPr>
        <w:t>41:34</w:t>
      </w:r>
    </w:p>
    <w:p w14:paraId="6A7C08FD" w14:textId="77777777" w:rsidR="00096B82" w:rsidRDefault="00D446B1">
      <w:pPr>
        <w:spacing w:after="0"/>
      </w:pPr>
      <w:r>
        <w:rPr>
          <w:rFonts w:ascii="Arial" w:hAnsi="Arial"/>
        </w:rPr>
        <w:t>has anyone seen Nelson?!</w:t>
      </w:r>
    </w:p>
    <w:p w14:paraId="3371B87D" w14:textId="77777777" w:rsidR="00096B82" w:rsidRDefault="00096B82">
      <w:pPr>
        <w:spacing w:after="0"/>
      </w:pPr>
    </w:p>
    <w:p w14:paraId="2CBF6070" w14:textId="77777777" w:rsidR="00096B82" w:rsidRDefault="00D446B1">
      <w:pPr>
        <w:spacing w:after="0"/>
      </w:pPr>
      <w:r>
        <w:rPr>
          <w:rFonts w:ascii="Arial" w:hAnsi="Arial"/>
          <w:b/>
        </w:rPr>
        <w:t xml:space="preserve">Alice </w:t>
      </w:r>
      <w:r>
        <w:rPr>
          <w:rFonts w:ascii="Arial" w:hAnsi="Arial"/>
          <w:b/>
        </w:rPr>
        <w:t xml:space="preserve"> </w:t>
      </w:r>
      <w:r>
        <w:rPr>
          <w:rFonts w:ascii="Arial" w:hAnsi="Arial"/>
          <w:color w:val="5D7284"/>
        </w:rPr>
        <w:t>41:37</w:t>
      </w:r>
    </w:p>
    <w:p w14:paraId="44E37809" w14:textId="77777777" w:rsidR="00096B82" w:rsidRDefault="00D446B1">
      <w:pPr>
        <w:spacing w:after="0"/>
      </w:pPr>
      <w:r>
        <w:rPr>
          <w:rFonts w:ascii="Arial" w:hAnsi="Arial"/>
        </w:rPr>
        <w:t xml:space="preserve">it sounds like he was quite </w:t>
      </w:r>
      <w:proofErr w:type="gramStart"/>
      <w:r>
        <w:rPr>
          <w:rFonts w:ascii="Arial" w:hAnsi="Arial"/>
        </w:rPr>
        <w:t>the he's</w:t>
      </w:r>
      <w:proofErr w:type="gramEnd"/>
      <w:r>
        <w:rPr>
          <w:rFonts w:ascii="Arial" w:hAnsi="Arial"/>
        </w:rPr>
        <w:t xml:space="preserve"> he was quite the not showman. What's the word I'm looking for? He liked to be the </w:t>
      </w:r>
      <w:proofErr w:type="spellStart"/>
      <w:r>
        <w:rPr>
          <w:rFonts w:ascii="Arial" w:hAnsi="Arial"/>
        </w:rPr>
        <w:t>centre</w:t>
      </w:r>
      <w:proofErr w:type="spellEnd"/>
      <w:r>
        <w:rPr>
          <w:rFonts w:ascii="Arial" w:hAnsi="Arial"/>
        </w:rPr>
        <w:t xml:space="preserve"> of attention. Like he was he was all </w:t>
      </w:r>
      <w:proofErr w:type="spellStart"/>
      <w:r>
        <w:rPr>
          <w:rFonts w:ascii="Arial" w:hAnsi="Arial"/>
        </w:rPr>
        <w:t>all</w:t>
      </w:r>
      <w:proofErr w:type="spellEnd"/>
      <w:r>
        <w:rPr>
          <w:rFonts w:ascii="Arial" w:hAnsi="Arial"/>
        </w:rPr>
        <w:t xml:space="preserve"> about, you know, being looked at? I think.</w:t>
      </w:r>
    </w:p>
    <w:p w14:paraId="6580D8D2" w14:textId="77777777" w:rsidR="00096B82" w:rsidRDefault="00096B82">
      <w:pPr>
        <w:spacing w:after="0"/>
      </w:pPr>
    </w:p>
    <w:p w14:paraId="1B0ACB2E" w14:textId="77777777" w:rsidR="00096B82" w:rsidRDefault="00D446B1">
      <w:pPr>
        <w:spacing w:after="0"/>
      </w:pPr>
      <w:r>
        <w:rPr>
          <w:rFonts w:ascii="Arial" w:hAnsi="Arial"/>
          <w:b/>
        </w:rPr>
        <w:t xml:space="preserve">Lucy  </w:t>
      </w:r>
      <w:r>
        <w:rPr>
          <w:rFonts w:ascii="Arial" w:hAnsi="Arial"/>
          <w:color w:val="5D7284"/>
        </w:rPr>
        <w:t>41:53</w:t>
      </w:r>
    </w:p>
    <w:p w14:paraId="082163DA" w14:textId="77777777" w:rsidR="00096B82" w:rsidRDefault="00D446B1">
      <w:pPr>
        <w:spacing w:after="0"/>
      </w:pPr>
      <w:r>
        <w:rPr>
          <w:rFonts w:ascii="Arial" w:hAnsi="Arial"/>
        </w:rPr>
        <w:t>Yes. And I yeah. It's a bi</w:t>
      </w:r>
      <w:r>
        <w:rPr>
          <w:rFonts w:ascii="Arial" w:hAnsi="Arial"/>
        </w:rPr>
        <w:t>t like that thing, isn't it? Where? You know, like, I always say that I dye my hair red for a reason. And it's all very meticulously planned. Like he's lost his arm. He's got one on scar on his head where he's been hit in battle. Is it almost like stop the</w:t>
      </w:r>
      <w:r>
        <w:rPr>
          <w:rFonts w:ascii="Arial" w:hAnsi="Arial"/>
        </w:rPr>
        <w:t xml:space="preserve">m staring let me just stick with </w:t>
      </w:r>
      <w:proofErr w:type="gramStart"/>
      <w:r>
        <w:rPr>
          <w:rFonts w:ascii="Arial" w:hAnsi="Arial"/>
        </w:rPr>
        <w:t>this.</w:t>
      </w:r>
      <w:proofErr w:type="gramEnd"/>
    </w:p>
    <w:p w14:paraId="04006842" w14:textId="77777777" w:rsidR="00096B82" w:rsidRDefault="00096B82">
      <w:pPr>
        <w:spacing w:after="0"/>
      </w:pPr>
    </w:p>
    <w:p w14:paraId="1EAC5916" w14:textId="77777777" w:rsidR="00096B82" w:rsidRDefault="00D446B1">
      <w:pPr>
        <w:spacing w:after="0"/>
      </w:pPr>
      <w:r>
        <w:rPr>
          <w:rFonts w:ascii="Arial" w:hAnsi="Arial"/>
          <w:b/>
        </w:rPr>
        <w:t xml:space="preserve">Alice  </w:t>
      </w:r>
      <w:r>
        <w:rPr>
          <w:rFonts w:ascii="Arial" w:hAnsi="Arial"/>
          <w:color w:val="5D7284"/>
        </w:rPr>
        <w:t>42:16</w:t>
      </w:r>
    </w:p>
    <w:p w14:paraId="54E261CE" w14:textId="77777777" w:rsidR="00096B82" w:rsidRDefault="00D446B1">
      <w:pPr>
        <w:spacing w:after="0"/>
      </w:pPr>
      <w:r>
        <w:rPr>
          <w:rFonts w:ascii="Arial" w:hAnsi="Arial"/>
        </w:rPr>
        <w:t xml:space="preserve">I mean, maybe like, I don't know what it was like before he acquired his disabilities, but maybe he is like, well, look at me. You're </w:t>
      </w:r>
      <w:proofErr w:type="spellStart"/>
      <w:r>
        <w:rPr>
          <w:rFonts w:ascii="Arial" w:hAnsi="Arial"/>
        </w:rPr>
        <w:t>gonna</w:t>
      </w:r>
      <w:proofErr w:type="spellEnd"/>
      <w:r>
        <w:rPr>
          <w:rFonts w:ascii="Arial" w:hAnsi="Arial"/>
        </w:rPr>
        <w:t xml:space="preserve"> remember me as commander </w:t>
      </w:r>
      <w:proofErr w:type="spellStart"/>
      <w:r>
        <w:rPr>
          <w:rFonts w:ascii="Arial" w:hAnsi="Arial"/>
        </w:rPr>
        <w:t>vicount</w:t>
      </w:r>
      <w:proofErr w:type="spellEnd"/>
      <w:r>
        <w:rPr>
          <w:rFonts w:ascii="Arial" w:hAnsi="Arial"/>
        </w:rPr>
        <w:t xml:space="preserve"> Nelson. Not one of Nelson. We'</w:t>
      </w:r>
      <w:r>
        <w:rPr>
          <w:rFonts w:ascii="Arial" w:hAnsi="Arial"/>
        </w:rPr>
        <w:t>re one iron half an arm.</w:t>
      </w:r>
    </w:p>
    <w:p w14:paraId="0BCEFA40" w14:textId="77777777" w:rsidR="00096B82" w:rsidRDefault="00096B82">
      <w:pPr>
        <w:spacing w:after="0"/>
      </w:pPr>
    </w:p>
    <w:p w14:paraId="1E6317A2" w14:textId="77777777" w:rsidR="00096B82" w:rsidRDefault="00D446B1">
      <w:pPr>
        <w:spacing w:after="0"/>
      </w:pPr>
      <w:r>
        <w:rPr>
          <w:rFonts w:ascii="Arial" w:hAnsi="Arial"/>
          <w:b/>
        </w:rPr>
        <w:t xml:space="preserve">Lucy  </w:t>
      </w:r>
      <w:r>
        <w:rPr>
          <w:rFonts w:ascii="Arial" w:hAnsi="Arial"/>
          <w:color w:val="5D7284"/>
        </w:rPr>
        <w:t>42:31</w:t>
      </w:r>
    </w:p>
    <w:p w14:paraId="5A8E6609" w14:textId="77777777" w:rsidR="00096B82" w:rsidRDefault="00D446B1">
      <w:pPr>
        <w:spacing w:after="0"/>
      </w:pPr>
      <w:r>
        <w:rPr>
          <w:rFonts w:ascii="Arial" w:hAnsi="Arial"/>
        </w:rPr>
        <w:t xml:space="preserve">And you think of the German what the German said when he met </w:t>
      </w:r>
      <w:proofErr w:type="gramStart"/>
      <w:r>
        <w:rPr>
          <w:rFonts w:ascii="Arial" w:hAnsi="Arial"/>
        </w:rPr>
        <w:t>him</w:t>
      </w:r>
      <w:proofErr w:type="gramEnd"/>
      <w:r>
        <w:rPr>
          <w:rFonts w:ascii="Arial" w:hAnsi="Arial"/>
        </w:rPr>
        <w:t xml:space="preserve"> he said like he was an insignificant looking fellow so like, how is he using that to his advantage going... Well, I've lost </w:t>
      </w:r>
      <w:proofErr w:type="spellStart"/>
      <w:r>
        <w:rPr>
          <w:rFonts w:ascii="Arial" w:hAnsi="Arial"/>
        </w:rPr>
        <w:t>me</w:t>
      </w:r>
      <w:proofErr w:type="spellEnd"/>
      <w:r>
        <w:rPr>
          <w:rFonts w:ascii="Arial" w:hAnsi="Arial"/>
        </w:rPr>
        <w:t xml:space="preserve"> arm </w:t>
      </w:r>
      <w:r>
        <w:rPr>
          <w:rFonts w:ascii="Arial" w:hAnsi="Arial"/>
        </w:rPr>
        <w:lastRenderedPageBreak/>
        <w:t>I've lost me. I How? W</w:t>
      </w:r>
      <w:r>
        <w:rPr>
          <w:rFonts w:ascii="Arial" w:hAnsi="Arial"/>
        </w:rPr>
        <w:t xml:space="preserve">hat can I do to like, I know people are going to start staring at me because he's still he still in the is still in the </w:t>
      </w:r>
      <w:proofErr w:type="gramStart"/>
      <w:r>
        <w:rPr>
          <w:rFonts w:ascii="Arial" w:hAnsi="Arial"/>
        </w:rPr>
        <w:t>Navy.</w:t>
      </w:r>
      <w:proofErr w:type="gramEnd"/>
    </w:p>
    <w:p w14:paraId="23ED4C5A" w14:textId="77777777" w:rsidR="00096B82" w:rsidRDefault="00096B82">
      <w:pPr>
        <w:spacing w:after="0"/>
      </w:pPr>
    </w:p>
    <w:p w14:paraId="6196CD71" w14:textId="77777777" w:rsidR="00096B82" w:rsidRDefault="00D446B1">
      <w:pPr>
        <w:spacing w:after="0"/>
      </w:pPr>
      <w:r>
        <w:rPr>
          <w:rFonts w:ascii="Arial" w:hAnsi="Arial"/>
          <w:b/>
        </w:rPr>
        <w:t xml:space="preserve">Alice  </w:t>
      </w:r>
      <w:r>
        <w:rPr>
          <w:rFonts w:ascii="Arial" w:hAnsi="Arial"/>
          <w:color w:val="5D7284"/>
        </w:rPr>
        <w:t>42:53</w:t>
      </w:r>
    </w:p>
    <w:p w14:paraId="71546374" w14:textId="77777777" w:rsidR="00096B82" w:rsidRDefault="00D446B1">
      <w:pPr>
        <w:spacing w:after="0"/>
      </w:pPr>
      <w:r>
        <w:rPr>
          <w:rFonts w:ascii="Arial" w:hAnsi="Arial"/>
        </w:rPr>
        <w:t xml:space="preserve">I was </w:t>
      </w:r>
      <w:proofErr w:type="spellStart"/>
      <w:r>
        <w:rPr>
          <w:rFonts w:ascii="Arial" w:hAnsi="Arial"/>
        </w:rPr>
        <w:t>gonna</w:t>
      </w:r>
      <w:proofErr w:type="spellEnd"/>
      <w:r>
        <w:rPr>
          <w:rFonts w:ascii="Arial" w:hAnsi="Arial"/>
        </w:rPr>
        <w:t xml:space="preserve"> say especially like, in the military. I imagine looking having a disability and being a tiny bag of bone</w:t>
      </w:r>
      <w:r>
        <w:rPr>
          <w:rFonts w:ascii="Arial" w:hAnsi="Arial"/>
        </w:rPr>
        <w:t>s, man, you're like, you want to make yourself look kind of big and fancy. Because otherwise those other things people would probably think or a lack of sign a weakness.</w:t>
      </w:r>
    </w:p>
    <w:p w14:paraId="4D785F90" w14:textId="77777777" w:rsidR="00096B82" w:rsidRDefault="00096B82">
      <w:pPr>
        <w:spacing w:after="0"/>
      </w:pPr>
    </w:p>
    <w:p w14:paraId="1DF6EC0F" w14:textId="77777777" w:rsidR="00096B82" w:rsidRDefault="00D446B1">
      <w:pPr>
        <w:spacing w:after="0"/>
      </w:pPr>
      <w:r>
        <w:rPr>
          <w:rFonts w:ascii="Arial" w:hAnsi="Arial"/>
          <w:b/>
        </w:rPr>
        <w:t xml:space="preserve">Lucy  </w:t>
      </w:r>
      <w:r>
        <w:rPr>
          <w:rFonts w:ascii="Arial" w:hAnsi="Arial"/>
          <w:color w:val="5D7284"/>
        </w:rPr>
        <w:t>43:14</w:t>
      </w:r>
    </w:p>
    <w:p w14:paraId="24CABFA3" w14:textId="77777777" w:rsidR="00096B82" w:rsidRDefault="00D446B1">
      <w:pPr>
        <w:spacing w:after="0"/>
      </w:pPr>
      <w:r>
        <w:rPr>
          <w:rFonts w:ascii="Arial" w:hAnsi="Arial"/>
        </w:rPr>
        <w:t xml:space="preserve">And you become a spectacle then  nobody. nobody's talking about the </w:t>
      </w:r>
      <w:r>
        <w:rPr>
          <w:rFonts w:ascii="Arial" w:hAnsi="Arial"/>
        </w:rPr>
        <w:t xml:space="preserve">fact that you've only got half an arm and one eye. Yeah, they're talking about </w:t>
      </w:r>
      <w:proofErr w:type="spellStart"/>
      <w:r>
        <w:rPr>
          <w:rFonts w:ascii="Arial" w:hAnsi="Arial"/>
        </w:rPr>
        <w:t>hsve</w:t>
      </w:r>
      <w:proofErr w:type="spellEnd"/>
      <w:r>
        <w:rPr>
          <w:rFonts w:ascii="Arial" w:hAnsi="Arial"/>
        </w:rPr>
        <w:t xml:space="preserve"> you seen Nelson's fancy. You know?  And the fact that he goes into battle wearing his full uniform.</w:t>
      </w:r>
    </w:p>
    <w:p w14:paraId="11268EEF" w14:textId="77777777" w:rsidR="00096B82" w:rsidRDefault="00096B82">
      <w:pPr>
        <w:spacing w:after="0"/>
      </w:pPr>
    </w:p>
    <w:p w14:paraId="0F461B94" w14:textId="77777777" w:rsidR="00096B82" w:rsidRDefault="00D446B1">
      <w:pPr>
        <w:spacing w:after="0"/>
      </w:pPr>
      <w:r>
        <w:rPr>
          <w:rFonts w:ascii="Arial" w:hAnsi="Arial"/>
          <w:b/>
        </w:rPr>
        <w:t xml:space="preserve">Alice  </w:t>
      </w:r>
      <w:r>
        <w:rPr>
          <w:rFonts w:ascii="Arial" w:hAnsi="Arial"/>
          <w:color w:val="5D7284"/>
        </w:rPr>
        <w:t>43:29</w:t>
      </w:r>
    </w:p>
    <w:p w14:paraId="0F9CAB73" w14:textId="77777777" w:rsidR="00096B82" w:rsidRDefault="00D446B1">
      <w:pPr>
        <w:spacing w:after="0"/>
      </w:pPr>
      <w:r>
        <w:rPr>
          <w:rFonts w:ascii="Arial" w:hAnsi="Arial"/>
        </w:rPr>
        <w:t xml:space="preserve">And I suppose the military success as well you're you </w:t>
      </w:r>
      <w:proofErr w:type="gramStart"/>
      <w:r>
        <w:rPr>
          <w:rFonts w:ascii="Arial" w:hAnsi="Arial"/>
        </w:rPr>
        <w:t>enco</w:t>
      </w:r>
      <w:r>
        <w:rPr>
          <w:rFonts w:ascii="Arial" w:hAnsi="Arial"/>
        </w:rPr>
        <w:t>urages</w:t>
      </w:r>
      <w:proofErr w:type="gramEnd"/>
      <w:r>
        <w:rPr>
          <w:rFonts w:ascii="Arial" w:hAnsi="Arial"/>
        </w:rPr>
        <w:t xml:space="preserve"> that kind of remember me for these, these big gestures and these big things that I have done or accomplished, not the fact that my body might look like it is weak. If </w:t>
      </w:r>
      <w:proofErr w:type="gramStart"/>
      <w:r>
        <w:rPr>
          <w:rFonts w:ascii="Arial" w:hAnsi="Arial"/>
        </w:rPr>
        <w:t>Yeah</w:t>
      </w:r>
      <w:proofErr w:type="gramEnd"/>
      <w:r>
        <w:rPr>
          <w:rFonts w:ascii="Arial" w:hAnsi="Arial"/>
        </w:rPr>
        <w:t>,</w:t>
      </w:r>
    </w:p>
    <w:p w14:paraId="086A147A" w14:textId="77777777" w:rsidR="00096B82" w:rsidRDefault="00096B82">
      <w:pPr>
        <w:spacing w:after="0"/>
      </w:pPr>
    </w:p>
    <w:p w14:paraId="68A03A8D" w14:textId="77777777" w:rsidR="00096B82" w:rsidRDefault="00D446B1">
      <w:pPr>
        <w:spacing w:after="0"/>
      </w:pPr>
      <w:r>
        <w:rPr>
          <w:rFonts w:ascii="Arial" w:hAnsi="Arial"/>
          <w:b/>
        </w:rPr>
        <w:t xml:space="preserve">Lucy  </w:t>
      </w:r>
      <w:r>
        <w:rPr>
          <w:rFonts w:ascii="Arial" w:hAnsi="Arial"/>
          <w:color w:val="5D7284"/>
        </w:rPr>
        <w:t>43:50</w:t>
      </w:r>
    </w:p>
    <w:p w14:paraId="65F30FD5" w14:textId="77777777" w:rsidR="00096B82" w:rsidRDefault="00D446B1">
      <w:pPr>
        <w:spacing w:after="0"/>
      </w:pPr>
      <w:r>
        <w:rPr>
          <w:rFonts w:ascii="Arial" w:hAnsi="Arial"/>
        </w:rPr>
        <w:t>I mean, it's like, it's not me, I always say I dye my hair brig</w:t>
      </w:r>
      <w:r>
        <w:rPr>
          <w:rFonts w:ascii="Arial" w:hAnsi="Arial"/>
        </w:rPr>
        <w:t xml:space="preserve">ht </w:t>
      </w:r>
      <w:proofErr w:type="spellStart"/>
      <w:r>
        <w:rPr>
          <w:rFonts w:ascii="Arial" w:hAnsi="Arial"/>
        </w:rPr>
        <w:t>colour</w:t>
      </w:r>
      <w:proofErr w:type="spellEnd"/>
      <w:r>
        <w:rPr>
          <w:rFonts w:ascii="Arial" w:hAnsi="Arial"/>
        </w:rPr>
        <w:t xml:space="preserve"> so that you know, on my chair is very inconspicuous, or tries to be very, as inconspicuous as you can get, you know, a big lump of metal so that they, when people are talking to me, and they see me, they don't automatically think, oh, gosh, she's</w:t>
      </w:r>
      <w:r>
        <w:rPr>
          <w:rFonts w:ascii="Arial" w:hAnsi="Arial"/>
        </w:rPr>
        <w:t xml:space="preserve"> in a wheelchair. It's more like, </w:t>
      </w:r>
      <w:proofErr w:type="gramStart"/>
      <w:r>
        <w:rPr>
          <w:rFonts w:ascii="Arial" w:hAnsi="Arial"/>
        </w:rPr>
        <w:t>Oh</w:t>
      </w:r>
      <w:proofErr w:type="gramEnd"/>
      <w:r>
        <w:rPr>
          <w:rFonts w:ascii="Arial" w:hAnsi="Arial"/>
        </w:rPr>
        <w:t>, she's got nice hair. Is it that kind of similar sort of distraction technique?</w:t>
      </w:r>
    </w:p>
    <w:p w14:paraId="38B34BB3" w14:textId="77777777" w:rsidR="00096B82" w:rsidRDefault="00096B82">
      <w:pPr>
        <w:spacing w:after="0"/>
      </w:pPr>
    </w:p>
    <w:p w14:paraId="516BEC64" w14:textId="77777777" w:rsidR="00096B82" w:rsidRDefault="00D446B1">
      <w:pPr>
        <w:spacing w:after="0"/>
      </w:pPr>
      <w:r>
        <w:rPr>
          <w:rFonts w:ascii="Arial" w:hAnsi="Arial"/>
          <w:b/>
        </w:rPr>
        <w:t xml:space="preserve">Alice  </w:t>
      </w:r>
      <w:r>
        <w:rPr>
          <w:rFonts w:ascii="Arial" w:hAnsi="Arial"/>
          <w:color w:val="5D7284"/>
        </w:rPr>
        <w:t>44:18</w:t>
      </w:r>
    </w:p>
    <w:p w14:paraId="3458946B" w14:textId="77777777" w:rsidR="00096B82" w:rsidRDefault="00D446B1">
      <w:pPr>
        <w:spacing w:after="0"/>
      </w:pPr>
      <w:r>
        <w:rPr>
          <w:rFonts w:ascii="Arial" w:hAnsi="Arial"/>
        </w:rPr>
        <w:t>Yeah, I think it's probably like a combination of things, isn't it? I think it's an element, an element of kind of going this</w:t>
      </w:r>
      <w:r>
        <w:rPr>
          <w:rFonts w:ascii="Arial" w:hAnsi="Arial"/>
        </w:rPr>
        <w:t xml:space="preserve"> is, you know, look at me, but look at me, for these reasons Remember me for other reasons, but also, I think, partly kind of distracting and taken away and kind of covering up the things that people perceive as visible signs of weakness, like perhaps bein</w:t>
      </w:r>
      <w:r>
        <w:rPr>
          <w:rFonts w:ascii="Arial" w:hAnsi="Arial"/>
        </w:rPr>
        <w:t>g frail and disabled.</w:t>
      </w:r>
    </w:p>
    <w:p w14:paraId="4542896A" w14:textId="77777777" w:rsidR="00096B82" w:rsidRDefault="00096B82">
      <w:pPr>
        <w:spacing w:after="0"/>
      </w:pPr>
    </w:p>
    <w:p w14:paraId="249E785C" w14:textId="77777777" w:rsidR="00096B82" w:rsidRDefault="00D446B1">
      <w:pPr>
        <w:spacing w:after="0"/>
      </w:pPr>
      <w:r>
        <w:rPr>
          <w:rFonts w:ascii="Arial" w:hAnsi="Arial"/>
          <w:b/>
        </w:rPr>
        <w:t xml:space="preserve">Lucy  </w:t>
      </w:r>
      <w:r>
        <w:rPr>
          <w:rFonts w:ascii="Arial" w:hAnsi="Arial"/>
          <w:color w:val="5D7284"/>
        </w:rPr>
        <w:t>44:46</w:t>
      </w:r>
    </w:p>
    <w:p w14:paraId="6E7C1485" w14:textId="77777777" w:rsidR="00096B82" w:rsidRDefault="00D446B1">
      <w:pPr>
        <w:spacing w:after="0"/>
      </w:pPr>
      <w:r>
        <w:rPr>
          <w:rFonts w:ascii="Arial" w:hAnsi="Arial"/>
        </w:rPr>
        <w:t xml:space="preserve">I </w:t>
      </w:r>
      <w:proofErr w:type="gramStart"/>
      <w:r>
        <w:rPr>
          <w:rFonts w:ascii="Arial" w:hAnsi="Arial"/>
        </w:rPr>
        <w:t>mean, because</w:t>
      </w:r>
      <w:proofErr w:type="gramEnd"/>
      <w:r>
        <w:rPr>
          <w:rFonts w:ascii="Arial" w:hAnsi="Arial"/>
        </w:rPr>
        <w:t xml:space="preserve"> I don't think you can call Nelson with all his disability. He you know, I read it about him here now. I don't think you can call him frail. No, really.</w:t>
      </w:r>
    </w:p>
    <w:p w14:paraId="292C2DE0" w14:textId="77777777" w:rsidR="00096B82" w:rsidRDefault="00096B82">
      <w:pPr>
        <w:spacing w:after="0"/>
      </w:pPr>
    </w:p>
    <w:p w14:paraId="1EE8B215" w14:textId="77777777" w:rsidR="00096B82" w:rsidRDefault="00D446B1">
      <w:pPr>
        <w:spacing w:after="0"/>
      </w:pPr>
      <w:r>
        <w:rPr>
          <w:rFonts w:ascii="Arial" w:hAnsi="Arial"/>
          <w:b/>
        </w:rPr>
        <w:t xml:space="preserve">Alice  </w:t>
      </w:r>
      <w:r>
        <w:rPr>
          <w:rFonts w:ascii="Arial" w:hAnsi="Arial"/>
          <w:color w:val="5D7284"/>
        </w:rPr>
        <w:t>44:56</w:t>
      </w:r>
    </w:p>
    <w:p w14:paraId="6004A2F3" w14:textId="77777777" w:rsidR="00096B82" w:rsidRDefault="00D446B1">
      <w:pPr>
        <w:spacing w:after="0"/>
      </w:pPr>
      <w:r>
        <w:rPr>
          <w:rFonts w:ascii="Arial" w:hAnsi="Arial"/>
        </w:rPr>
        <w:t xml:space="preserve">I mean, he's </w:t>
      </w:r>
      <w:proofErr w:type="gramStart"/>
      <w:r>
        <w:rPr>
          <w:rFonts w:ascii="Arial" w:hAnsi="Arial"/>
        </w:rPr>
        <w:t>definitely strong</w:t>
      </w:r>
      <w:proofErr w:type="gramEnd"/>
      <w:r>
        <w:rPr>
          <w:rFonts w:ascii="Arial" w:hAnsi="Arial"/>
        </w:rPr>
        <w:t xml:space="preserve"> willed a</w:t>
      </w:r>
      <w:r>
        <w:rPr>
          <w:rFonts w:ascii="Arial" w:hAnsi="Arial"/>
        </w:rPr>
        <w:t xml:space="preserve">nd you know, That, like his image, his response to having his arm cut off was or the knife is a bit chilly like this. It's not </w:t>
      </w:r>
      <w:proofErr w:type="spellStart"/>
      <w:proofErr w:type="gramStart"/>
      <w:r>
        <w:rPr>
          <w:rFonts w:ascii="Arial" w:hAnsi="Arial"/>
        </w:rPr>
        <w:t>a</w:t>
      </w:r>
      <w:proofErr w:type="spellEnd"/>
      <w:r>
        <w:rPr>
          <w:rFonts w:ascii="Arial" w:hAnsi="Arial"/>
        </w:rPr>
        <w:t xml:space="preserve"> it's</w:t>
      </w:r>
      <w:proofErr w:type="gramEnd"/>
      <w:r>
        <w:rPr>
          <w:rFonts w:ascii="Arial" w:hAnsi="Arial"/>
        </w:rPr>
        <w:t xml:space="preserve"> not a kind of soft. I'm </w:t>
      </w:r>
      <w:proofErr w:type="gramStart"/>
      <w:r>
        <w:rPr>
          <w:rFonts w:ascii="Arial" w:hAnsi="Arial"/>
        </w:rPr>
        <w:t>scared</w:t>
      </w:r>
      <w:proofErr w:type="gramEnd"/>
    </w:p>
    <w:p w14:paraId="2CEC1D85" w14:textId="77777777" w:rsidR="00096B82" w:rsidRDefault="00096B82">
      <w:pPr>
        <w:spacing w:after="0"/>
      </w:pPr>
    </w:p>
    <w:p w14:paraId="7935379A" w14:textId="77777777" w:rsidR="00096B82" w:rsidRDefault="00D446B1">
      <w:pPr>
        <w:spacing w:after="0"/>
      </w:pPr>
      <w:r>
        <w:rPr>
          <w:rFonts w:ascii="Arial" w:hAnsi="Arial"/>
          <w:b/>
        </w:rPr>
        <w:t xml:space="preserve">Lucy  </w:t>
      </w:r>
      <w:r>
        <w:rPr>
          <w:rFonts w:ascii="Arial" w:hAnsi="Arial"/>
          <w:color w:val="5D7284"/>
        </w:rPr>
        <w:t>45:10</w:t>
      </w:r>
    </w:p>
    <w:p w14:paraId="09A3094F" w14:textId="77777777" w:rsidR="00096B82" w:rsidRDefault="00D446B1">
      <w:pPr>
        <w:spacing w:after="0"/>
      </w:pPr>
      <w:r>
        <w:rPr>
          <w:rFonts w:ascii="Arial" w:hAnsi="Arial"/>
        </w:rPr>
        <w:t>mild mannered</w:t>
      </w:r>
    </w:p>
    <w:p w14:paraId="4EA8C0A3" w14:textId="77777777" w:rsidR="00096B82" w:rsidRDefault="00096B82">
      <w:pPr>
        <w:spacing w:after="0"/>
      </w:pPr>
    </w:p>
    <w:p w14:paraId="3AF31C1C" w14:textId="77777777" w:rsidR="00096B82" w:rsidRDefault="00D446B1">
      <w:pPr>
        <w:spacing w:after="0"/>
      </w:pPr>
      <w:r>
        <w:rPr>
          <w:rFonts w:ascii="Arial" w:hAnsi="Arial"/>
          <w:b/>
        </w:rPr>
        <w:t xml:space="preserve">Alice  </w:t>
      </w:r>
      <w:r>
        <w:rPr>
          <w:rFonts w:ascii="Arial" w:hAnsi="Arial"/>
          <w:color w:val="5D7284"/>
        </w:rPr>
        <w:t>45:17</w:t>
      </w:r>
    </w:p>
    <w:p w14:paraId="1B8A316B" w14:textId="77777777" w:rsidR="00096B82" w:rsidRDefault="00D446B1">
      <w:pPr>
        <w:spacing w:after="0"/>
      </w:pPr>
      <w:r>
        <w:rPr>
          <w:rFonts w:ascii="Arial" w:hAnsi="Arial"/>
        </w:rPr>
        <w:t>kind of gentlemen, is it?</w:t>
      </w:r>
    </w:p>
    <w:p w14:paraId="1F96A825" w14:textId="77777777" w:rsidR="00096B82" w:rsidRDefault="00096B82">
      <w:pPr>
        <w:spacing w:after="0"/>
      </w:pPr>
    </w:p>
    <w:p w14:paraId="71BD57D9" w14:textId="77777777" w:rsidR="00096B82" w:rsidRDefault="00D446B1">
      <w:pPr>
        <w:spacing w:after="0"/>
      </w:pPr>
      <w:r>
        <w:rPr>
          <w:rFonts w:ascii="Arial" w:hAnsi="Arial"/>
          <w:b/>
        </w:rPr>
        <w:t xml:space="preserve">Lucy  </w:t>
      </w:r>
      <w:r>
        <w:rPr>
          <w:rFonts w:ascii="Arial" w:hAnsi="Arial"/>
          <w:color w:val="5D7284"/>
        </w:rPr>
        <w:t>45:19</w:t>
      </w:r>
    </w:p>
    <w:p w14:paraId="07E019D2" w14:textId="77777777" w:rsidR="00096B82" w:rsidRDefault="00D446B1">
      <w:pPr>
        <w:spacing w:after="0"/>
      </w:pPr>
      <w:r>
        <w:rPr>
          <w:rFonts w:ascii="Arial" w:hAnsi="Arial"/>
        </w:rPr>
        <w:t>No, no,</w:t>
      </w:r>
    </w:p>
    <w:p w14:paraId="3B4B35AD" w14:textId="77777777" w:rsidR="00096B82" w:rsidRDefault="00096B82">
      <w:pPr>
        <w:spacing w:after="0"/>
      </w:pPr>
    </w:p>
    <w:p w14:paraId="4F570404" w14:textId="77777777" w:rsidR="00096B82" w:rsidRDefault="00D446B1">
      <w:pPr>
        <w:spacing w:after="0"/>
      </w:pPr>
      <w:r>
        <w:rPr>
          <w:rFonts w:ascii="Arial" w:hAnsi="Arial"/>
          <w:b/>
        </w:rPr>
        <w:t>Da</w:t>
      </w:r>
      <w:r>
        <w:rPr>
          <w:rFonts w:ascii="Arial" w:hAnsi="Arial"/>
          <w:b/>
        </w:rPr>
        <w:t xml:space="preserve">isy  </w:t>
      </w:r>
      <w:r>
        <w:rPr>
          <w:rFonts w:ascii="Arial" w:hAnsi="Arial"/>
          <w:color w:val="5D7284"/>
        </w:rPr>
        <w:t>45:20</w:t>
      </w:r>
    </w:p>
    <w:p w14:paraId="5841E2F2" w14:textId="77777777" w:rsidR="00096B82" w:rsidRDefault="00D446B1">
      <w:pPr>
        <w:spacing w:after="0"/>
      </w:pPr>
      <w:r>
        <w:rPr>
          <w:rFonts w:ascii="Arial" w:hAnsi="Arial"/>
        </w:rPr>
        <w:t xml:space="preserve">I do think he probably did just, you know, enjoy the attention that he got from being, you know, dis seen as a just from being seen as this sort of, you know, excellent national hero type figure because he </w:t>
      </w:r>
      <w:proofErr w:type="gramStart"/>
      <w:r>
        <w:rPr>
          <w:rFonts w:ascii="Arial" w:hAnsi="Arial"/>
        </w:rPr>
        <w:t>was</w:t>
      </w:r>
      <w:proofErr w:type="gramEnd"/>
      <w:r>
        <w:rPr>
          <w:rFonts w:ascii="Arial" w:hAnsi="Arial"/>
        </w:rPr>
        <w:t xml:space="preserve"> he was naturally gifted and this so</w:t>
      </w:r>
      <w:r>
        <w:rPr>
          <w:rFonts w:ascii="Arial" w:hAnsi="Arial"/>
        </w:rPr>
        <w:t>rt of thing, you know?  I think probably even without the, you know, the injuries and disabilities and things like that he would have always been a bit dramatic.</w:t>
      </w:r>
    </w:p>
    <w:p w14:paraId="72AC416B" w14:textId="77777777" w:rsidR="00096B82" w:rsidRDefault="00096B82">
      <w:pPr>
        <w:spacing w:after="0"/>
      </w:pPr>
    </w:p>
    <w:p w14:paraId="5556881A" w14:textId="77777777" w:rsidR="00096B82" w:rsidRDefault="00D446B1">
      <w:pPr>
        <w:spacing w:after="0"/>
      </w:pPr>
      <w:r>
        <w:rPr>
          <w:rFonts w:ascii="Arial" w:hAnsi="Arial"/>
          <w:b/>
        </w:rPr>
        <w:t xml:space="preserve">Lucy  </w:t>
      </w:r>
      <w:r>
        <w:rPr>
          <w:rFonts w:ascii="Arial" w:hAnsi="Arial"/>
          <w:color w:val="5D7284"/>
        </w:rPr>
        <w:t>45:47</w:t>
      </w:r>
    </w:p>
    <w:p w14:paraId="73B02C60" w14:textId="77777777" w:rsidR="00096B82" w:rsidRDefault="00D446B1">
      <w:pPr>
        <w:spacing w:after="0"/>
      </w:pPr>
      <w:r>
        <w:rPr>
          <w:rFonts w:ascii="Arial" w:hAnsi="Arial"/>
        </w:rPr>
        <w:t xml:space="preserve">And he's I can </w:t>
      </w:r>
      <w:proofErr w:type="spellStart"/>
      <w:r>
        <w:rPr>
          <w:rFonts w:ascii="Arial" w:hAnsi="Arial"/>
        </w:rPr>
        <w:t>i</w:t>
      </w:r>
      <w:proofErr w:type="spellEnd"/>
      <w:r>
        <w:rPr>
          <w:rFonts w:ascii="Arial" w:hAnsi="Arial"/>
        </w:rPr>
        <w:t xml:space="preserve"> can tell he's got a bit of an ego.</w:t>
      </w:r>
    </w:p>
    <w:p w14:paraId="48A36466" w14:textId="77777777" w:rsidR="00096B82" w:rsidRDefault="00096B82">
      <w:pPr>
        <w:spacing w:after="0"/>
      </w:pPr>
    </w:p>
    <w:p w14:paraId="3F4F6AE8" w14:textId="77777777" w:rsidR="00096B82" w:rsidRDefault="00D446B1">
      <w:pPr>
        <w:spacing w:after="0"/>
      </w:pPr>
      <w:r>
        <w:rPr>
          <w:rFonts w:ascii="Arial" w:hAnsi="Arial"/>
          <w:b/>
        </w:rPr>
        <w:t xml:space="preserve">Daisy  </w:t>
      </w:r>
      <w:r>
        <w:rPr>
          <w:rFonts w:ascii="Arial" w:hAnsi="Arial"/>
          <w:color w:val="5D7284"/>
        </w:rPr>
        <w:t>45:51</w:t>
      </w:r>
    </w:p>
    <w:p w14:paraId="64C5158E" w14:textId="77777777" w:rsidR="00096B82" w:rsidRDefault="00D446B1">
      <w:pPr>
        <w:spacing w:after="0"/>
      </w:pPr>
      <w:r>
        <w:rPr>
          <w:rFonts w:ascii="Arial" w:hAnsi="Arial"/>
        </w:rPr>
        <w:t xml:space="preserve">Yeah, </w:t>
      </w:r>
      <w:r>
        <w:rPr>
          <w:rFonts w:ascii="Arial" w:hAnsi="Arial"/>
        </w:rPr>
        <w:t>yeah,</w:t>
      </w:r>
    </w:p>
    <w:p w14:paraId="77D8C92A" w14:textId="77777777" w:rsidR="00096B82" w:rsidRDefault="00096B82">
      <w:pPr>
        <w:spacing w:after="0"/>
      </w:pPr>
    </w:p>
    <w:p w14:paraId="52AA55A1" w14:textId="77777777" w:rsidR="00096B82" w:rsidRDefault="00D446B1">
      <w:pPr>
        <w:spacing w:after="0"/>
      </w:pPr>
      <w:r>
        <w:rPr>
          <w:rFonts w:ascii="Arial" w:hAnsi="Arial"/>
          <w:b/>
        </w:rPr>
        <w:t xml:space="preserve">Lucy  </w:t>
      </w:r>
      <w:r>
        <w:rPr>
          <w:rFonts w:ascii="Arial" w:hAnsi="Arial"/>
          <w:color w:val="5D7284"/>
        </w:rPr>
        <w:t>45:52</w:t>
      </w:r>
    </w:p>
    <w:p w14:paraId="6BA3E79D" w14:textId="77777777" w:rsidR="00096B82" w:rsidRDefault="00D446B1">
      <w:pPr>
        <w:spacing w:after="0"/>
      </w:pPr>
      <w:r>
        <w:rPr>
          <w:rFonts w:ascii="Arial" w:hAnsi="Arial"/>
        </w:rPr>
        <w:t xml:space="preserve">you know, but I </w:t>
      </w:r>
      <w:proofErr w:type="gramStart"/>
      <w:r>
        <w:rPr>
          <w:rFonts w:ascii="Arial" w:hAnsi="Arial"/>
        </w:rPr>
        <w:t>suppose</w:t>
      </w:r>
      <w:proofErr w:type="gramEnd"/>
    </w:p>
    <w:p w14:paraId="09F961FB" w14:textId="77777777" w:rsidR="00096B82" w:rsidRDefault="00096B82">
      <w:pPr>
        <w:spacing w:after="0"/>
      </w:pPr>
    </w:p>
    <w:p w14:paraId="3F309C0C" w14:textId="77777777" w:rsidR="00096B82" w:rsidRDefault="00D446B1">
      <w:pPr>
        <w:spacing w:after="0"/>
      </w:pPr>
      <w:r>
        <w:rPr>
          <w:rFonts w:ascii="Arial" w:hAnsi="Arial"/>
          <w:b/>
        </w:rPr>
        <w:t xml:space="preserve">Daisy  </w:t>
      </w:r>
      <w:r>
        <w:rPr>
          <w:rFonts w:ascii="Arial" w:hAnsi="Arial"/>
          <w:color w:val="5D7284"/>
        </w:rPr>
        <w:t>45:55</w:t>
      </w:r>
    </w:p>
    <w:p w14:paraId="46DF453C" w14:textId="77777777" w:rsidR="00096B82" w:rsidRDefault="00D446B1">
      <w:pPr>
        <w:spacing w:after="0"/>
      </w:pPr>
      <w:r>
        <w:rPr>
          <w:rFonts w:ascii="Arial" w:hAnsi="Arial"/>
        </w:rPr>
        <w:t xml:space="preserve">in a way, if you're going to be, you know, that successful and that well renowned that you know, </w:t>
      </w:r>
      <w:proofErr w:type="gramStart"/>
      <w:r>
        <w:rPr>
          <w:rFonts w:ascii="Arial" w:hAnsi="Arial"/>
        </w:rPr>
        <w:t>all of</w:t>
      </w:r>
      <w:proofErr w:type="gramEnd"/>
      <w:r>
        <w:rPr>
          <w:rFonts w:ascii="Arial" w:hAnsi="Arial"/>
        </w:rPr>
        <w:t xml:space="preserve"> the king and all of that is praising you then how could you not get any?</w:t>
      </w:r>
    </w:p>
    <w:p w14:paraId="7E6FF692" w14:textId="77777777" w:rsidR="00096B82" w:rsidRDefault="00096B82">
      <w:pPr>
        <w:spacing w:after="0"/>
      </w:pPr>
    </w:p>
    <w:p w14:paraId="28532ED5" w14:textId="77777777" w:rsidR="00096B82" w:rsidRDefault="00D446B1">
      <w:pPr>
        <w:spacing w:after="0"/>
      </w:pPr>
      <w:r>
        <w:rPr>
          <w:rFonts w:ascii="Arial" w:hAnsi="Arial"/>
          <w:b/>
        </w:rPr>
        <w:t xml:space="preserve">Lucy  </w:t>
      </w:r>
      <w:r>
        <w:rPr>
          <w:rFonts w:ascii="Arial" w:hAnsi="Arial"/>
          <w:color w:val="5D7284"/>
        </w:rPr>
        <w:t>46:05</w:t>
      </w:r>
    </w:p>
    <w:p w14:paraId="1A387B85" w14:textId="77777777" w:rsidR="00096B82" w:rsidRDefault="00D446B1">
      <w:pPr>
        <w:spacing w:after="0"/>
      </w:pPr>
      <w:r>
        <w:rPr>
          <w:rFonts w:ascii="Arial" w:hAnsi="Arial"/>
        </w:rPr>
        <w:t xml:space="preserve">Exactly, </w:t>
      </w:r>
      <w:r>
        <w:rPr>
          <w:rFonts w:ascii="Arial" w:hAnsi="Arial"/>
        </w:rPr>
        <w:t>yeah,</w:t>
      </w:r>
    </w:p>
    <w:p w14:paraId="03E76481" w14:textId="77777777" w:rsidR="00096B82" w:rsidRDefault="00096B82">
      <w:pPr>
        <w:spacing w:after="0"/>
      </w:pPr>
    </w:p>
    <w:p w14:paraId="5F074B67" w14:textId="77777777" w:rsidR="00096B82" w:rsidRDefault="00D446B1">
      <w:pPr>
        <w:spacing w:after="0"/>
      </w:pPr>
      <w:r>
        <w:rPr>
          <w:rFonts w:ascii="Arial" w:hAnsi="Arial"/>
          <w:b/>
        </w:rPr>
        <w:t xml:space="preserve">Alice  </w:t>
      </w:r>
      <w:r>
        <w:rPr>
          <w:rFonts w:ascii="Arial" w:hAnsi="Arial"/>
          <w:color w:val="5D7284"/>
        </w:rPr>
        <w:t>46:06</w:t>
      </w:r>
    </w:p>
    <w:p w14:paraId="35E4A482" w14:textId="77777777" w:rsidR="00096B82" w:rsidRDefault="00D446B1">
      <w:pPr>
        <w:spacing w:after="0"/>
      </w:pPr>
      <w:r>
        <w:rPr>
          <w:rFonts w:ascii="Arial" w:hAnsi="Arial"/>
        </w:rPr>
        <w:t>it's like Beyonce. knows, she's awesome. Like,</w:t>
      </w:r>
    </w:p>
    <w:p w14:paraId="1F87CCE5" w14:textId="77777777" w:rsidR="00096B82" w:rsidRDefault="00096B82">
      <w:pPr>
        <w:spacing w:after="0"/>
      </w:pPr>
    </w:p>
    <w:p w14:paraId="37CC337A" w14:textId="77777777" w:rsidR="00096B82" w:rsidRDefault="00D446B1">
      <w:pPr>
        <w:spacing w:after="0"/>
      </w:pPr>
      <w:r>
        <w:rPr>
          <w:rFonts w:ascii="Arial" w:hAnsi="Arial"/>
          <w:b/>
        </w:rPr>
        <w:t xml:space="preserve">Lucy  </w:t>
      </w:r>
      <w:r>
        <w:rPr>
          <w:rFonts w:ascii="Arial" w:hAnsi="Arial"/>
          <w:color w:val="5D7284"/>
        </w:rPr>
        <w:t>46:13</w:t>
      </w:r>
    </w:p>
    <w:p w14:paraId="2FDF9155" w14:textId="77777777" w:rsidR="00096B82" w:rsidRDefault="00D446B1">
      <w:pPr>
        <w:spacing w:after="0"/>
      </w:pPr>
      <w:r>
        <w:rPr>
          <w:rFonts w:ascii="Arial" w:hAnsi="Arial"/>
        </w:rPr>
        <w:t xml:space="preserve">sometimes when you see </w:t>
      </w:r>
      <w:proofErr w:type="gramStart"/>
      <w:r>
        <w:rPr>
          <w:rFonts w:ascii="Arial" w:hAnsi="Arial"/>
        </w:rPr>
        <w:t>a really attractive</w:t>
      </w:r>
      <w:proofErr w:type="gramEnd"/>
      <w:r>
        <w:rPr>
          <w:rFonts w:ascii="Arial" w:hAnsi="Arial"/>
        </w:rPr>
        <w:t xml:space="preserve"> man, and you think you look at them, and you think Yeah, but you know, you're attractive. Don't </w:t>
      </w:r>
      <w:proofErr w:type="spellStart"/>
      <w:proofErr w:type="gramStart"/>
      <w:r>
        <w:rPr>
          <w:rFonts w:ascii="Arial" w:hAnsi="Arial"/>
        </w:rPr>
        <w:t>Ya</w:t>
      </w:r>
      <w:proofErr w:type="spellEnd"/>
      <w:proofErr w:type="gramEnd"/>
    </w:p>
    <w:p w14:paraId="2ED744B2" w14:textId="77777777" w:rsidR="00096B82" w:rsidRDefault="00096B82">
      <w:pPr>
        <w:spacing w:after="0"/>
      </w:pPr>
    </w:p>
    <w:p w14:paraId="137319D6" w14:textId="77777777" w:rsidR="00096B82" w:rsidRDefault="00D446B1">
      <w:pPr>
        <w:spacing w:after="0"/>
      </w:pPr>
      <w:r>
        <w:rPr>
          <w:rFonts w:ascii="Arial" w:hAnsi="Arial"/>
          <w:b/>
        </w:rPr>
        <w:t xml:space="preserve">Daisy  </w:t>
      </w:r>
      <w:r>
        <w:rPr>
          <w:rFonts w:ascii="Arial" w:hAnsi="Arial"/>
          <w:color w:val="5D7284"/>
        </w:rPr>
        <w:t>46:19</w:t>
      </w:r>
    </w:p>
    <w:p w14:paraId="41B2F0EC" w14:textId="77777777" w:rsidR="00096B82" w:rsidRDefault="00D446B1">
      <w:pPr>
        <w:spacing w:after="0"/>
      </w:pPr>
      <w:r>
        <w:rPr>
          <w:rFonts w:ascii="Arial" w:hAnsi="Arial"/>
        </w:rPr>
        <w:t>Yeah, there's a whol</w:t>
      </w:r>
      <w:r>
        <w:rPr>
          <w:rFonts w:ascii="Arial" w:hAnsi="Arial"/>
        </w:rPr>
        <w:t>e song by the streets about it.</w:t>
      </w:r>
    </w:p>
    <w:p w14:paraId="08D160D5" w14:textId="77777777" w:rsidR="00096B82" w:rsidRDefault="00096B82">
      <w:pPr>
        <w:spacing w:after="0"/>
      </w:pPr>
    </w:p>
    <w:p w14:paraId="637C8FB6" w14:textId="77777777" w:rsidR="00096B82" w:rsidRDefault="00D446B1">
      <w:pPr>
        <w:spacing w:after="0"/>
      </w:pPr>
      <w:r>
        <w:rPr>
          <w:rFonts w:ascii="Arial" w:hAnsi="Arial"/>
          <w:b/>
        </w:rPr>
        <w:t xml:space="preserve">Lucy  </w:t>
      </w:r>
      <w:r>
        <w:rPr>
          <w:rFonts w:ascii="Arial" w:hAnsi="Arial"/>
          <w:color w:val="5D7284"/>
        </w:rPr>
        <w:t>46:22</w:t>
      </w:r>
    </w:p>
    <w:p w14:paraId="3CA22C22" w14:textId="77777777" w:rsidR="00096B82" w:rsidRDefault="00D446B1">
      <w:pPr>
        <w:spacing w:after="0"/>
      </w:pPr>
      <w:r>
        <w:rPr>
          <w:rFonts w:ascii="Arial" w:hAnsi="Arial"/>
        </w:rPr>
        <w:t>Yeah. Yeah, exactly.</w:t>
      </w:r>
    </w:p>
    <w:p w14:paraId="3483E739" w14:textId="77777777" w:rsidR="00096B82" w:rsidRDefault="00096B82">
      <w:pPr>
        <w:spacing w:after="0"/>
      </w:pPr>
    </w:p>
    <w:p w14:paraId="434A4B80" w14:textId="77777777" w:rsidR="00096B82" w:rsidRDefault="00D446B1">
      <w:pPr>
        <w:spacing w:after="0"/>
      </w:pPr>
      <w:r>
        <w:rPr>
          <w:rFonts w:ascii="Arial" w:hAnsi="Arial"/>
          <w:b/>
        </w:rPr>
        <w:t xml:space="preserve">Alice  </w:t>
      </w:r>
      <w:r>
        <w:rPr>
          <w:rFonts w:ascii="Arial" w:hAnsi="Arial"/>
          <w:color w:val="5D7284"/>
        </w:rPr>
        <w:t>46:26</w:t>
      </w:r>
    </w:p>
    <w:p w14:paraId="143F4685" w14:textId="77777777" w:rsidR="00096B82" w:rsidRDefault="00D446B1">
      <w:pPr>
        <w:spacing w:after="0"/>
      </w:pPr>
      <w:proofErr w:type="gramStart"/>
      <w:r>
        <w:rPr>
          <w:rFonts w:ascii="Arial" w:hAnsi="Arial"/>
        </w:rPr>
        <w:t>There's</w:t>
      </w:r>
      <w:proofErr w:type="gramEnd"/>
      <w:r>
        <w:rPr>
          <w:rFonts w:ascii="Arial" w:hAnsi="Arial"/>
        </w:rPr>
        <w:t xml:space="preserve"> different levels of it, like there is that? Oh, yeah. You know, you know, how could you look? But then there's also actually, I, I'm a badass, and I'm proud to be </w:t>
      </w:r>
      <w:proofErr w:type="gramStart"/>
      <w:r>
        <w:rPr>
          <w:rFonts w:ascii="Arial" w:hAnsi="Arial"/>
        </w:rPr>
        <w:t xml:space="preserve">a </w:t>
      </w:r>
      <w:r>
        <w:rPr>
          <w:rFonts w:ascii="Arial" w:hAnsi="Arial"/>
        </w:rPr>
        <w:t>badass</w:t>
      </w:r>
      <w:proofErr w:type="gramEnd"/>
      <w:r>
        <w:rPr>
          <w:rFonts w:ascii="Arial" w:hAnsi="Arial"/>
        </w:rPr>
        <w:t>. It's diff. There's different. It's, there's arrogance, and there's pride.</w:t>
      </w:r>
    </w:p>
    <w:p w14:paraId="5A8107B3" w14:textId="77777777" w:rsidR="00096B82" w:rsidRDefault="00096B82">
      <w:pPr>
        <w:spacing w:after="0"/>
      </w:pPr>
    </w:p>
    <w:p w14:paraId="23113E63" w14:textId="77777777" w:rsidR="00096B82" w:rsidRDefault="00D446B1">
      <w:pPr>
        <w:spacing w:after="0"/>
      </w:pPr>
      <w:r>
        <w:rPr>
          <w:rFonts w:ascii="Arial" w:hAnsi="Arial"/>
          <w:b/>
        </w:rPr>
        <w:lastRenderedPageBreak/>
        <w:t xml:space="preserve">Lucy  </w:t>
      </w:r>
      <w:r>
        <w:rPr>
          <w:rFonts w:ascii="Arial" w:hAnsi="Arial"/>
          <w:color w:val="5D7284"/>
        </w:rPr>
        <w:t>46:42</w:t>
      </w:r>
    </w:p>
    <w:p w14:paraId="67932611" w14:textId="77777777" w:rsidR="00096B82" w:rsidRDefault="00D446B1">
      <w:pPr>
        <w:spacing w:after="0"/>
      </w:pPr>
      <w:r>
        <w:rPr>
          <w:rFonts w:ascii="Arial" w:hAnsi="Arial"/>
        </w:rPr>
        <w:t xml:space="preserve">And there's pride. Yeah, I completely get that. So where did I get to? I the tea towel have visibility to so the </w:t>
      </w:r>
      <w:proofErr w:type="spellStart"/>
      <w:r>
        <w:rPr>
          <w:rFonts w:ascii="Arial" w:hAnsi="Arial"/>
        </w:rPr>
        <w:t>demoralise</w:t>
      </w:r>
      <w:proofErr w:type="spellEnd"/>
      <w:r>
        <w:rPr>
          <w:rFonts w:ascii="Arial" w:hAnsi="Arial"/>
        </w:rPr>
        <w:t xml:space="preserve"> his men visibility was huge. So </w:t>
      </w:r>
      <w:r>
        <w:rPr>
          <w:rFonts w:ascii="Arial" w:hAnsi="Arial"/>
        </w:rPr>
        <w:t xml:space="preserve">not to </w:t>
      </w:r>
      <w:proofErr w:type="spellStart"/>
      <w:r>
        <w:rPr>
          <w:rFonts w:ascii="Arial" w:hAnsi="Arial"/>
        </w:rPr>
        <w:t>demoralise</w:t>
      </w:r>
      <w:proofErr w:type="spellEnd"/>
      <w:r>
        <w:rPr>
          <w:rFonts w:ascii="Arial" w:hAnsi="Arial"/>
        </w:rPr>
        <w:t xml:space="preserve"> his man as he lay dying, Hardy came down to share the news of total victory, two thirds of the enemy fleet had been destroyed, captured, and not one British ship had lost. I mean, that is good </w:t>
      </w:r>
      <w:proofErr w:type="gramStart"/>
      <w:r>
        <w:rPr>
          <w:rFonts w:ascii="Arial" w:hAnsi="Arial"/>
        </w:rPr>
        <w:t>going</w:t>
      </w:r>
      <w:proofErr w:type="gramEnd"/>
    </w:p>
    <w:p w14:paraId="13284CAB" w14:textId="77777777" w:rsidR="00096B82" w:rsidRDefault="00096B82">
      <w:pPr>
        <w:spacing w:after="0"/>
      </w:pPr>
    </w:p>
    <w:p w14:paraId="0C120495" w14:textId="77777777" w:rsidR="00096B82" w:rsidRDefault="00D446B1">
      <w:pPr>
        <w:spacing w:after="0"/>
      </w:pPr>
      <w:r>
        <w:rPr>
          <w:rFonts w:ascii="Arial" w:hAnsi="Arial"/>
          <w:b/>
        </w:rPr>
        <w:t xml:space="preserve">Alice  </w:t>
      </w:r>
      <w:r>
        <w:rPr>
          <w:rFonts w:ascii="Arial" w:hAnsi="Arial"/>
          <w:color w:val="5D7284"/>
        </w:rPr>
        <w:t>47:11</w:t>
      </w:r>
    </w:p>
    <w:p w14:paraId="2A466E0B" w14:textId="77777777" w:rsidR="00096B82" w:rsidRDefault="00D446B1">
      <w:pPr>
        <w:spacing w:after="0"/>
      </w:pPr>
      <w:r>
        <w:rPr>
          <w:rFonts w:ascii="Arial" w:hAnsi="Arial"/>
        </w:rPr>
        <w:t>And is that because of hi</w:t>
      </w:r>
      <w:r>
        <w:rPr>
          <w:rFonts w:ascii="Arial" w:hAnsi="Arial"/>
        </w:rPr>
        <w:t>s, like, his tactics, his military tactics, I guess.</w:t>
      </w:r>
    </w:p>
    <w:p w14:paraId="6AF87263" w14:textId="77777777" w:rsidR="00096B82" w:rsidRDefault="00096B82">
      <w:pPr>
        <w:spacing w:after="0"/>
      </w:pPr>
    </w:p>
    <w:p w14:paraId="58492A5D" w14:textId="77777777" w:rsidR="00096B82" w:rsidRDefault="00D446B1">
      <w:pPr>
        <w:spacing w:after="0"/>
      </w:pPr>
      <w:r>
        <w:rPr>
          <w:rFonts w:ascii="Arial" w:hAnsi="Arial"/>
          <w:b/>
        </w:rPr>
        <w:t xml:space="preserve">Daisy  </w:t>
      </w:r>
      <w:r>
        <w:rPr>
          <w:rFonts w:ascii="Arial" w:hAnsi="Arial"/>
          <w:color w:val="5D7284"/>
        </w:rPr>
        <w:t>47:17</w:t>
      </w:r>
    </w:p>
    <w:p w14:paraId="09EB08EE" w14:textId="77777777" w:rsidR="00096B82" w:rsidRDefault="00D446B1">
      <w:pPr>
        <w:spacing w:after="0"/>
      </w:pPr>
      <w:proofErr w:type="gramStart"/>
      <w:r>
        <w:rPr>
          <w:rFonts w:ascii="Arial" w:hAnsi="Arial"/>
        </w:rPr>
        <w:t>So</w:t>
      </w:r>
      <w:proofErr w:type="gramEnd"/>
      <w:r>
        <w:rPr>
          <w:rFonts w:ascii="Arial" w:hAnsi="Arial"/>
        </w:rPr>
        <w:t xml:space="preserve"> I mean,</w:t>
      </w:r>
    </w:p>
    <w:p w14:paraId="18C24F75" w14:textId="77777777" w:rsidR="00096B82" w:rsidRDefault="00096B82">
      <w:pPr>
        <w:spacing w:after="0"/>
      </w:pPr>
    </w:p>
    <w:p w14:paraId="716EE96F" w14:textId="77777777" w:rsidR="00096B82" w:rsidRDefault="00D446B1">
      <w:pPr>
        <w:spacing w:after="0"/>
      </w:pPr>
      <w:r>
        <w:rPr>
          <w:rFonts w:ascii="Arial" w:hAnsi="Arial"/>
          <w:b/>
        </w:rPr>
        <w:t xml:space="preserve">Lucy  </w:t>
      </w:r>
      <w:r>
        <w:rPr>
          <w:rFonts w:ascii="Arial" w:hAnsi="Arial"/>
          <w:color w:val="5D7284"/>
        </w:rPr>
        <w:t>47:18</w:t>
      </w:r>
    </w:p>
    <w:p w14:paraId="46FE2E6D" w14:textId="77777777" w:rsidR="00096B82" w:rsidRDefault="00D446B1">
      <w:pPr>
        <w:spacing w:after="0"/>
      </w:pPr>
      <w:r>
        <w:rPr>
          <w:rFonts w:ascii="Arial" w:hAnsi="Arial"/>
        </w:rPr>
        <w:t>Daisy?</w:t>
      </w:r>
    </w:p>
    <w:p w14:paraId="2047E30B" w14:textId="77777777" w:rsidR="00096B82" w:rsidRDefault="00096B82">
      <w:pPr>
        <w:spacing w:after="0"/>
      </w:pPr>
    </w:p>
    <w:p w14:paraId="00DDCF80" w14:textId="77777777" w:rsidR="00096B82" w:rsidRDefault="00D446B1">
      <w:pPr>
        <w:spacing w:after="0"/>
      </w:pPr>
      <w:r>
        <w:rPr>
          <w:rFonts w:ascii="Arial" w:hAnsi="Arial"/>
          <w:b/>
        </w:rPr>
        <w:t xml:space="preserve">Daisy  </w:t>
      </w:r>
      <w:r>
        <w:rPr>
          <w:rFonts w:ascii="Arial" w:hAnsi="Arial"/>
          <w:color w:val="5D7284"/>
        </w:rPr>
        <w:t>47:19</w:t>
      </w:r>
    </w:p>
    <w:p w14:paraId="586E254F" w14:textId="77777777" w:rsidR="00096B82" w:rsidRDefault="00D446B1">
      <w:pPr>
        <w:spacing w:after="0"/>
      </w:pPr>
      <w:r>
        <w:rPr>
          <w:rFonts w:ascii="Arial" w:hAnsi="Arial"/>
        </w:rPr>
        <w:t xml:space="preserve">the original tactics for the battle were come up with by him, but also the orders that he was giving </w:t>
      </w:r>
      <w:proofErr w:type="gramStart"/>
      <w:r>
        <w:rPr>
          <w:rFonts w:ascii="Arial" w:hAnsi="Arial"/>
        </w:rPr>
        <w:t>all of</w:t>
      </w:r>
      <w:proofErr w:type="gramEnd"/>
      <w:r>
        <w:rPr>
          <w:rFonts w:ascii="Arial" w:hAnsi="Arial"/>
        </w:rPr>
        <w:t xml:space="preserve"> the different boats and commanders a</w:t>
      </w:r>
      <w:r>
        <w:rPr>
          <w:rFonts w:ascii="Arial" w:hAnsi="Arial"/>
        </w:rPr>
        <w:t>nd all of that was basically keep doing that thing.</w:t>
      </w:r>
    </w:p>
    <w:p w14:paraId="149A304E" w14:textId="77777777" w:rsidR="00096B82" w:rsidRDefault="00096B82">
      <w:pPr>
        <w:spacing w:after="0"/>
      </w:pPr>
    </w:p>
    <w:p w14:paraId="7A3BCECA" w14:textId="77777777" w:rsidR="00096B82" w:rsidRDefault="00D446B1">
      <w:pPr>
        <w:spacing w:after="0"/>
      </w:pPr>
      <w:r>
        <w:rPr>
          <w:rFonts w:ascii="Arial" w:hAnsi="Arial"/>
          <w:b/>
        </w:rPr>
        <w:t xml:space="preserve">Alice  </w:t>
      </w:r>
      <w:r>
        <w:rPr>
          <w:rFonts w:ascii="Arial" w:hAnsi="Arial"/>
          <w:color w:val="5D7284"/>
        </w:rPr>
        <w:t>47:39</w:t>
      </w:r>
    </w:p>
    <w:p w14:paraId="63790CE6" w14:textId="77777777" w:rsidR="00096B82" w:rsidRDefault="00D446B1">
      <w:pPr>
        <w:spacing w:after="0"/>
      </w:pPr>
      <w:r>
        <w:rPr>
          <w:rFonts w:ascii="Arial" w:hAnsi="Arial"/>
        </w:rPr>
        <w:t>Just keep shooting.</w:t>
      </w:r>
    </w:p>
    <w:p w14:paraId="35F0B496" w14:textId="77777777" w:rsidR="00096B82" w:rsidRDefault="00096B82">
      <w:pPr>
        <w:spacing w:after="0"/>
      </w:pPr>
    </w:p>
    <w:p w14:paraId="6E4CC0F2" w14:textId="77777777" w:rsidR="00096B82" w:rsidRDefault="00D446B1">
      <w:pPr>
        <w:spacing w:after="0"/>
      </w:pPr>
      <w:r>
        <w:rPr>
          <w:rFonts w:ascii="Arial" w:hAnsi="Arial"/>
          <w:b/>
        </w:rPr>
        <w:t xml:space="preserve">Daisy  </w:t>
      </w:r>
      <w:r>
        <w:rPr>
          <w:rFonts w:ascii="Arial" w:hAnsi="Arial"/>
          <w:color w:val="5D7284"/>
        </w:rPr>
        <w:t>47:40</w:t>
      </w:r>
    </w:p>
    <w:p w14:paraId="1192F7AE" w14:textId="77777777" w:rsidR="00096B82" w:rsidRDefault="00D446B1">
      <w:pPr>
        <w:spacing w:after="0"/>
      </w:pPr>
      <w:r>
        <w:rPr>
          <w:rFonts w:ascii="Arial" w:hAnsi="Arial"/>
        </w:rPr>
        <w:t xml:space="preserve">Yeah, it was basically just keep doing it. I mean, most of his military technique was just kind of like, going right up to people and then beating at </w:t>
      </w:r>
      <w:proofErr w:type="gramStart"/>
      <w:r>
        <w:rPr>
          <w:rFonts w:ascii="Arial" w:hAnsi="Arial"/>
        </w:rPr>
        <w:t>them</w:t>
      </w:r>
      <w:proofErr w:type="gramEnd"/>
      <w:r>
        <w:rPr>
          <w:rFonts w:ascii="Arial" w:hAnsi="Arial"/>
        </w:rPr>
        <w:t xml:space="preserve"> </w:t>
      </w:r>
    </w:p>
    <w:p w14:paraId="4E349A1D" w14:textId="77777777" w:rsidR="00096B82" w:rsidRDefault="00096B82">
      <w:pPr>
        <w:spacing w:after="0"/>
      </w:pPr>
    </w:p>
    <w:p w14:paraId="53092473" w14:textId="77777777" w:rsidR="00096B82" w:rsidRDefault="00D446B1">
      <w:pPr>
        <w:spacing w:after="0"/>
      </w:pPr>
      <w:r>
        <w:rPr>
          <w:rFonts w:ascii="Arial" w:hAnsi="Arial"/>
          <w:b/>
        </w:rPr>
        <w:t xml:space="preserve">Lucy  </w:t>
      </w:r>
      <w:r>
        <w:rPr>
          <w:rFonts w:ascii="Arial" w:hAnsi="Arial"/>
          <w:color w:val="5D7284"/>
        </w:rPr>
        <w:t>47:51</w:t>
      </w:r>
    </w:p>
    <w:p w14:paraId="20C8286B" w14:textId="77777777" w:rsidR="00096B82" w:rsidRDefault="00D446B1">
      <w:pPr>
        <w:spacing w:after="0"/>
      </w:pPr>
      <w:r>
        <w:rPr>
          <w:rFonts w:ascii="Arial" w:hAnsi="Arial"/>
        </w:rPr>
        <w:t>shooting them in the face.</w:t>
      </w:r>
    </w:p>
    <w:p w14:paraId="39C36624" w14:textId="77777777" w:rsidR="00096B82" w:rsidRDefault="00096B82">
      <w:pPr>
        <w:spacing w:after="0"/>
      </w:pPr>
    </w:p>
    <w:p w14:paraId="183241AE" w14:textId="77777777" w:rsidR="00096B82" w:rsidRDefault="00D446B1">
      <w:pPr>
        <w:spacing w:after="0"/>
      </w:pPr>
      <w:r>
        <w:rPr>
          <w:rFonts w:ascii="Arial" w:hAnsi="Arial"/>
          <w:b/>
        </w:rPr>
        <w:t xml:space="preserve">Daisy  </w:t>
      </w:r>
      <w:r>
        <w:rPr>
          <w:rFonts w:ascii="Arial" w:hAnsi="Arial"/>
          <w:color w:val="5D7284"/>
        </w:rPr>
        <w:t>47:53</w:t>
      </w:r>
    </w:p>
    <w:p w14:paraId="5B0E7871" w14:textId="77777777" w:rsidR="00096B82" w:rsidRDefault="00D446B1">
      <w:pPr>
        <w:spacing w:after="0"/>
      </w:pPr>
      <w:r>
        <w:rPr>
          <w:rFonts w:ascii="Arial" w:hAnsi="Arial"/>
        </w:rPr>
        <w:t xml:space="preserve">Well, yeah, it doesn't sound necessarily like much of a battle strategy, but </w:t>
      </w:r>
      <w:proofErr w:type="spellStart"/>
      <w:r>
        <w:rPr>
          <w:rFonts w:ascii="Arial" w:hAnsi="Arial"/>
        </w:rPr>
        <w:t>but</w:t>
      </w:r>
      <w:proofErr w:type="spellEnd"/>
      <w:r>
        <w:rPr>
          <w:rFonts w:ascii="Arial" w:hAnsi="Arial"/>
        </w:rPr>
        <w:t xml:space="preserve"> it really works. Because, um, but Britain had a </w:t>
      </w:r>
      <w:proofErr w:type="gramStart"/>
      <w:r>
        <w:rPr>
          <w:rFonts w:ascii="Arial" w:hAnsi="Arial"/>
        </w:rPr>
        <w:t>really good</w:t>
      </w:r>
      <w:proofErr w:type="gramEnd"/>
      <w:r>
        <w:rPr>
          <w:rFonts w:ascii="Arial" w:hAnsi="Arial"/>
        </w:rPr>
        <w:t xml:space="preserve"> system for like, you know, training. The Navy, you know, bein</w:t>
      </w:r>
      <w:r>
        <w:rPr>
          <w:rFonts w:ascii="Arial" w:hAnsi="Arial"/>
        </w:rPr>
        <w:t xml:space="preserve">g as we are an island, the Navy was, you know, a big part of it. Yeah. So, you know, we had, you know, some good commanders, but also just all of our sailors were very good as </w:t>
      </w:r>
      <w:proofErr w:type="gramStart"/>
      <w:r>
        <w:rPr>
          <w:rFonts w:ascii="Arial" w:hAnsi="Arial"/>
        </w:rPr>
        <w:t>well</w:t>
      </w:r>
      <w:proofErr w:type="gramEnd"/>
      <w:r>
        <w:rPr>
          <w:rFonts w:ascii="Arial" w:hAnsi="Arial"/>
        </w:rPr>
        <w:t xml:space="preserve"> </w:t>
      </w:r>
    </w:p>
    <w:p w14:paraId="552F64C9" w14:textId="77777777" w:rsidR="00096B82" w:rsidRDefault="00096B82">
      <w:pPr>
        <w:spacing w:after="0"/>
      </w:pPr>
    </w:p>
    <w:p w14:paraId="163A55C7" w14:textId="77777777" w:rsidR="00096B82" w:rsidRDefault="00D446B1">
      <w:pPr>
        <w:spacing w:after="0"/>
      </w:pPr>
      <w:r>
        <w:rPr>
          <w:rFonts w:ascii="Arial" w:hAnsi="Arial"/>
          <w:b/>
        </w:rPr>
        <w:t xml:space="preserve">Alice  </w:t>
      </w:r>
      <w:r>
        <w:rPr>
          <w:rFonts w:ascii="Arial" w:hAnsi="Arial"/>
          <w:color w:val="5D7284"/>
        </w:rPr>
        <w:t>48:18</w:t>
      </w:r>
    </w:p>
    <w:p w14:paraId="56F97634" w14:textId="77777777" w:rsidR="00096B82" w:rsidRDefault="00D446B1">
      <w:pPr>
        <w:spacing w:after="0"/>
      </w:pPr>
      <w:r>
        <w:rPr>
          <w:rFonts w:ascii="Arial" w:hAnsi="Arial"/>
        </w:rPr>
        <w:t xml:space="preserve">just the element of brute force, as well as just </w:t>
      </w:r>
      <w:proofErr w:type="spellStart"/>
      <w:r>
        <w:rPr>
          <w:rFonts w:ascii="Arial" w:hAnsi="Arial"/>
        </w:rPr>
        <w:t>just</w:t>
      </w:r>
      <w:proofErr w:type="spellEnd"/>
      <w:r>
        <w:rPr>
          <w:rFonts w:ascii="Arial" w:hAnsi="Arial"/>
        </w:rPr>
        <w:t xml:space="preserve"> </w:t>
      </w:r>
      <w:proofErr w:type="gramStart"/>
      <w:r>
        <w:rPr>
          <w:rFonts w:ascii="Arial" w:hAnsi="Arial"/>
        </w:rPr>
        <w:t>keep</w:t>
      </w:r>
      <w:proofErr w:type="gramEnd"/>
    </w:p>
    <w:p w14:paraId="3B388A99" w14:textId="77777777" w:rsidR="00096B82" w:rsidRDefault="00096B82">
      <w:pPr>
        <w:spacing w:after="0"/>
      </w:pPr>
    </w:p>
    <w:p w14:paraId="0329E408" w14:textId="77777777" w:rsidR="00096B82" w:rsidRDefault="00D446B1">
      <w:pPr>
        <w:spacing w:after="0"/>
      </w:pPr>
      <w:r>
        <w:rPr>
          <w:rFonts w:ascii="Arial" w:hAnsi="Arial"/>
          <w:b/>
        </w:rPr>
        <w:t xml:space="preserve">Daisy  </w:t>
      </w:r>
      <w:r>
        <w:rPr>
          <w:rFonts w:ascii="Arial" w:hAnsi="Arial"/>
          <w:color w:val="5D7284"/>
        </w:rPr>
        <w:t>48:21</w:t>
      </w:r>
    </w:p>
    <w:p w14:paraId="791DAF37" w14:textId="77777777" w:rsidR="00096B82" w:rsidRDefault="00D446B1">
      <w:pPr>
        <w:spacing w:after="0"/>
      </w:pPr>
      <w:r>
        <w:rPr>
          <w:rFonts w:ascii="Arial" w:hAnsi="Arial"/>
        </w:rPr>
        <w:t>Yeah,</w:t>
      </w:r>
    </w:p>
    <w:p w14:paraId="02D7C68D" w14:textId="77777777" w:rsidR="00096B82" w:rsidRDefault="00096B82">
      <w:pPr>
        <w:spacing w:after="0"/>
      </w:pPr>
    </w:p>
    <w:p w14:paraId="2AE8B31D" w14:textId="77777777" w:rsidR="00096B82" w:rsidRDefault="00D446B1">
      <w:pPr>
        <w:spacing w:after="0"/>
      </w:pPr>
      <w:r>
        <w:rPr>
          <w:rFonts w:ascii="Arial" w:hAnsi="Arial"/>
          <w:b/>
        </w:rPr>
        <w:t xml:space="preserve">Alice  </w:t>
      </w:r>
      <w:r>
        <w:rPr>
          <w:rFonts w:ascii="Arial" w:hAnsi="Arial"/>
          <w:color w:val="5D7284"/>
        </w:rPr>
        <w:t>48:22</w:t>
      </w:r>
    </w:p>
    <w:p w14:paraId="3C2C399A" w14:textId="77777777" w:rsidR="00096B82" w:rsidRDefault="00D446B1">
      <w:pPr>
        <w:spacing w:after="0"/>
      </w:pPr>
      <w:r>
        <w:rPr>
          <w:rFonts w:ascii="Arial" w:hAnsi="Arial"/>
        </w:rPr>
        <w:t>throwing people and stuff at them to wear them down.</w:t>
      </w:r>
    </w:p>
    <w:p w14:paraId="07AAA02A" w14:textId="77777777" w:rsidR="00096B82" w:rsidRDefault="00096B82">
      <w:pPr>
        <w:spacing w:after="0"/>
      </w:pPr>
    </w:p>
    <w:p w14:paraId="37CF2F38" w14:textId="77777777" w:rsidR="00096B82" w:rsidRDefault="00D446B1">
      <w:pPr>
        <w:spacing w:after="0"/>
      </w:pPr>
      <w:r>
        <w:rPr>
          <w:rFonts w:ascii="Arial" w:hAnsi="Arial"/>
          <w:b/>
        </w:rPr>
        <w:lastRenderedPageBreak/>
        <w:t xml:space="preserve">Daisy  </w:t>
      </w:r>
      <w:r>
        <w:rPr>
          <w:rFonts w:ascii="Arial" w:hAnsi="Arial"/>
          <w:color w:val="5D7284"/>
        </w:rPr>
        <w:t>48:26</w:t>
      </w:r>
    </w:p>
    <w:p w14:paraId="22534785" w14:textId="77777777" w:rsidR="00096B82" w:rsidRDefault="00D446B1">
      <w:pPr>
        <w:spacing w:after="0"/>
      </w:pPr>
      <w:r>
        <w:rPr>
          <w:rFonts w:ascii="Arial" w:hAnsi="Arial"/>
        </w:rPr>
        <w:t xml:space="preserve">Yes. </w:t>
      </w:r>
      <w:proofErr w:type="gramStart"/>
      <w:r>
        <w:rPr>
          <w:rFonts w:ascii="Arial" w:hAnsi="Arial"/>
        </w:rPr>
        <w:t>And also</w:t>
      </w:r>
      <w:proofErr w:type="gramEnd"/>
      <w:r>
        <w:rPr>
          <w:rFonts w:ascii="Arial" w:hAnsi="Arial"/>
        </w:rPr>
        <w:t xml:space="preserve">, as Lucy was saying earlier about his plans of, you know, in being in two lines, the idea of, sort of splitting up all of the boats are </w:t>
      </w:r>
      <w:r>
        <w:rPr>
          <w:rFonts w:ascii="Arial" w:hAnsi="Arial"/>
        </w:rPr>
        <w:t xml:space="preserve">not going sort of like one to one. Yeah, they're going at them directly. Like that was quite new. But it's also quite important to note that he wasn't </w:t>
      </w:r>
      <w:proofErr w:type="gramStart"/>
      <w:r>
        <w:rPr>
          <w:rFonts w:ascii="Arial" w:hAnsi="Arial"/>
        </w:rPr>
        <w:t>actually in</w:t>
      </w:r>
      <w:proofErr w:type="gramEnd"/>
      <w:r>
        <w:rPr>
          <w:rFonts w:ascii="Arial" w:hAnsi="Arial"/>
        </w:rPr>
        <w:t xml:space="preserve"> command for most of the battle because he was out because he was downstairs with a tea towel </w:t>
      </w:r>
      <w:r>
        <w:rPr>
          <w:rFonts w:ascii="Arial" w:hAnsi="Arial"/>
        </w:rPr>
        <w:t xml:space="preserve">over his head. You know, someone else had to take over at that </w:t>
      </w:r>
      <w:proofErr w:type="gramStart"/>
      <w:r>
        <w:rPr>
          <w:rFonts w:ascii="Arial" w:hAnsi="Arial"/>
        </w:rPr>
        <w:t>point</w:t>
      </w:r>
      <w:proofErr w:type="gramEnd"/>
    </w:p>
    <w:p w14:paraId="6FEB7A6D" w14:textId="77777777" w:rsidR="00096B82" w:rsidRDefault="00096B82">
      <w:pPr>
        <w:spacing w:after="0"/>
      </w:pPr>
    </w:p>
    <w:p w14:paraId="37C4A1E2" w14:textId="77777777" w:rsidR="00096B82" w:rsidRDefault="00D446B1">
      <w:pPr>
        <w:spacing w:after="0"/>
      </w:pPr>
      <w:r>
        <w:rPr>
          <w:rFonts w:ascii="Arial" w:hAnsi="Arial"/>
          <w:b/>
        </w:rPr>
        <w:t xml:space="preserve">Alice  </w:t>
      </w:r>
      <w:r>
        <w:rPr>
          <w:rFonts w:ascii="Arial" w:hAnsi="Arial"/>
          <w:color w:val="5D7284"/>
        </w:rPr>
        <w:t>48:57</w:t>
      </w:r>
    </w:p>
    <w:p w14:paraId="0D831F5D" w14:textId="77777777" w:rsidR="00096B82" w:rsidRDefault="00D446B1">
      <w:pPr>
        <w:spacing w:after="0"/>
      </w:pPr>
      <w:r>
        <w:rPr>
          <w:rFonts w:ascii="Arial" w:hAnsi="Arial"/>
        </w:rPr>
        <w:t xml:space="preserve">He was dying. </w:t>
      </w:r>
      <w:proofErr w:type="gramStart"/>
      <w:r>
        <w:rPr>
          <w:rFonts w:ascii="Arial" w:hAnsi="Arial"/>
        </w:rPr>
        <w:t>So</w:t>
      </w:r>
      <w:proofErr w:type="gramEnd"/>
      <w:r>
        <w:rPr>
          <w:rFonts w:ascii="Arial" w:hAnsi="Arial"/>
        </w:rPr>
        <w:t xml:space="preserve"> I feel at this point, he's perhaps had the right to be a little bit over the top.</w:t>
      </w:r>
    </w:p>
    <w:p w14:paraId="7A56F877" w14:textId="77777777" w:rsidR="00096B82" w:rsidRDefault="00096B82">
      <w:pPr>
        <w:spacing w:after="0"/>
      </w:pPr>
    </w:p>
    <w:p w14:paraId="7586EA95" w14:textId="77777777" w:rsidR="00096B82" w:rsidRDefault="00D446B1">
      <w:pPr>
        <w:spacing w:after="0"/>
      </w:pPr>
      <w:r>
        <w:rPr>
          <w:rFonts w:ascii="Arial" w:hAnsi="Arial"/>
          <w:b/>
        </w:rPr>
        <w:t xml:space="preserve">Daisy  </w:t>
      </w:r>
      <w:r>
        <w:rPr>
          <w:rFonts w:ascii="Arial" w:hAnsi="Arial"/>
          <w:color w:val="5D7284"/>
        </w:rPr>
        <w:t>49:02</w:t>
      </w:r>
    </w:p>
    <w:p w14:paraId="53E251FC" w14:textId="77777777" w:rsidR="00096B82" w:rsidRDefault="00D446B1">
      <w:pPr>
        <w:spacing w:after="0"/>
      </w:pPr>
      <w:r>
        <w:rPr>
          <w:rFonts w:ascii="Arial" w:hAnsi="Arial"/>
        </w:rPr>
        <w:t xml:space="preserve">Oh, yeah. Yeah, absolutely. supposedly his injury </w:t>
      </w:r>
      <w:proofErr w:type="gramStart"/>
      <w:r>
        <w:rPr>
          <w:rFonts w:ascii="Arial" w:hAnsi="Arial"/>
        </w:rPr>
        <w:t>actually c</w:t>
      </w:r>
      <w:r>
        <w:rPr>
          <w:rFonts w:ascii="Arial" w:hAnsi="Arial"/>
        </w:rPr>
        <w:t>ame</w:t>
      </w:r>
      <w:proofErr w:type="gramEnd"/>
      <w:r>
        <w:rPr>
          <w:rFonts w:ascii="Arial" w:hAnsi="Arial"/>
        </w:rPr>
        <w:t xml:space="preserve"> quite early. Yeah. In the battle. Yeah. </w:t>
      </w:r>
      <w:proofErr w:type="gramStart"/>
      <w:r>
        <w:rPr>
          <w:rFonts w:ascii="Arial" w:hAnsi="Arial"/>
        </w:rPr>
        <w:t>So</w:t>
      </w:r>
      <w:proofErr w:type="gramEnd"/>
      <w:r>
        <w:rPr>
          <w:rFonts w:ascii="Arial" w:hAnsi="Arial"/>
        </w:rPr>
        <w:t xml:space="preserve"> while like the strategy and stuff had obviously been, you know, he'd done that before the battle started. You know,</w:t>
      </w:r>
    </w:p>
    <w:p w14:paraId="2C701421" w14:textId="77777777" w:rsidR="00096B82" w:rsidRDefault="00096B82">
      <w:pPr>
        <w:spacing w:after="0"/>
      </w:pPr>
    </w:p>
    <w:p w14:paraId="62C0F8D3" w14:textId="77777777" w:rsidR="00096B82" w:rsidRDefault="00D446B1">
      <w:pPr>
        <w:spacing w:after="0"/>
      </w:pPr>
      <w:r>
        <w:rPr>
          <w:rFonts w:ascii="Arial" w:hAnsi="Arial"/>
          <w:b/>
        </w:rPr>
        <w:t xml:space="preserve">Lucy  </w:t>
      </w:r>
      <w:r>
        <w:rPr>
          <w:rFonts w:ascii="Arial" w:hAnsi="Arial"/>
          <w:color w:val="5D7284"/>
        </w:rPr>
        <w:t>49:19</w:t>
      </w:r>
    </w:p>
    <w:p w14:paraId="20169165" w14:textId="77777777" w:rsidR="00096B82" w:rsidRDefault="00D446B1">
      <w:pPr>
        <w:spacing w:after="0"/>
      </w:pPr>
      <w:proofErr w:type="gramStart"/>
      <w:r>
        <w:rPr>
          <w:rFonts w:ascii="Arial" w:hAnsi="Arial"/>
        </w:rPr>
        <w:t>basically</w:t>
      </w:r>
      <w:proofErr w:type="gramEnd"/>
      <w:r>
        <w:rPr>
          <w:rFonts w:ascii="Arial" w:hAnsi="Arial"/>
        </w:rPr>
        <w:t xml:space="preserve"> what he did was he said, I'll set you off opposite day, they've got a </w:t>
      </w:r>
      <w:r>
        <w:rPr>
          <w:rFonts w:ascii="Arial" w:hAnsi="Arial"/>
        </w:rPr>
        <w:t>shot you carry on</w:t>
      </w:r>
    </w:p>
    <w:p w14:paraId="1CD481E5" w14:textId="77777777" w:rsidR="00096B82" w:rsidRDefault="00096B82">
      <w:pPr>
        <w:spacing w:after="0"/>
      </w:pPr>
    </w:p>
    <w:p w14:paraId="1F87FC7E" w14:textId="77777777" w:rsidR="00096B82" w:rsidRDefault="00D446B1">
      <w:pPr>
        <w:spacing w:after="0"/>
      </w:pPr>
      <w:r>
        <w:rPr>
          <w:rFonts w:ascii="Arial" w:hAnsi="Arial"/>
          <w:b/>
        </w:rPr>
        <w:t xml:space="preserve">Daisy  </w:t>
      </w:r>
      <w:r>
        <w:rPr>
          <w:rFonts w:ascii="Arial" w:hAnsi="Arial"/>
          <w:color w:val="5D7284"/>
        </w:rPr>
        <w:t>49:26</w:t>
      </w:r>
    </w:p>
    <w:p w14:paraId="3EEE407F" w14:textId="77777777" w:rsidR="00096B82" w:rsidRDefault="00D446B1">
      <w:pPr>
        <w:spacing w:after="0"/>
      </w:pPr>
      <w:r>
        <w:rPr>
          <w:rFonts w:ascii="Arial" w:hAnsi="Arial"/>
        </w:rPr>
        <w:t xml:space="preserve">kind of yet, but you know, essentially, I guess, you know, at that point, </w:t>
      </w:r>
      <w:proofErr w:type="gramStart"/>
      <w:r>
        <w:rPr>
          <w:rFonts w:ascii="Arial" w:hAnsi="Arial"/>
        </w:rPr>
        <w:t>all of</w:t>
      </w:r>
      <w:proofErr w:type="gramEnd"/>
      <w:r>
        <w:rPr>
          <w:rFonts w:ascii="Arial" w:hAnsi="Arial"/>
        </w:rPr>
        <w:t xml:space="preserve"> the strategy was in place everybody knew what they were doing and so the only instructions was keep doing it. </w:t>
      </w:r>
      <w:proofErr w:type="gramStart"/>
      <w:r>
        <w:rPr>
          <w:rFonts w:ascii="Arial" w:hAnsi="Arial"/>
        </w:rPr>
        <w:t>Right</w:t>
      </w:r>
      <w:proofErr w:type="gramEnd"/>
      <w:r>
        <w:rPr>
          <w:rFonts w:ascii="Arial" w:hAnsi="Arial"/>
        </w:rPr>
        <w:t xml:space="preserve"> You know, </w:t>
      </w:r>
      <w:r>
        <w:rPr>
          <w:rFonts w:ascii="Arial" w:hAnsi="Arial"/>
        </w:rPr>
        <w:t xml:space="preserve">regardless of what happens keep doing it. Because I mean, you know, he was under there for quite a while in between the being shot and the dying. Under a Tea towel supposedly </w:t>
      </w:r>
      <w:proofErr w:type="spellStart"/>
      <w:r>
        <w:rPr>
          <w:rFonts w:ascii="Arial" w:hAnsi="Arial"/>
        </w:rPr>
        <w:t>supposedly</w:t>
      </w:r>
      <w:proofErr w:type="spellEnd"/>
      <w:r>
        <w:rPr>
          <w:rFonts w:ascii="Arial" w:hAnsi="Arial"/>
        </w:rPr>
        <w:t xml:space="preserve"> it took him three hours to die.</w:t>
      </w:r>
    </w:p>
    <w:p w14:paraId="552D0FFE" w14:textId="77777777" w:rsidR="00096B82" w:rsidRDefault="00096B82">
      <w:pPr>
        <w:spacing w:after="0"/>
      </w:pPr>
    </w:p>
    <w:p w14:paraId="3CCB6488" w14:textId="77777777" w:rsidR="00096B82" w:rsidRDefault="00D446B1">
      <w:pPr>
        <w:spacing w:after="0"/>
      </w:pPr>
      <w:r>
        <w:rPr>
          <w:rFonts w:ascii="Arial" w:hAnsi="Arial"/>
          <w:b/>
        </w:rPr>
        <w:t xml:space="preserve">Lucy  </w:t>
      </w:r>
      <w:r>
        <w:rPr>
          <w:rFonts w:ascii="Arial" w:hAnsi="Arial"/>
          <w:color w:val="5D7284"/>
        </w:rPr>
        <w:t>49:51</w:t>
      </w:r>
    </w:p>
    <w:p w14:paraId="61DC8667" w14:textId="77777777" w:rsidR="00096B82" w:rsidRDefault="00D446B1">
      <w:pPr>
        <w:spacing w:after="0"/>
      </w:pPr>
      <w:r>
        <w:rPr>
          <w:rFonts w:ascii="Arial" w:hAnsi="Arial"/>
        </w:rPr>
        <w:t>Oh, and that would have b</w:t>
      </w:r>
      <w:r>
        <w:rPr>
          <w:rFonts w:ascii="Arial" w:hAnsi="Arial"/>
        </w:rPr>
        <w:t>een a painful death. Yeah, that's not just like,</w:t>
      </w:r>
    </w:p>
    <w:p w14:paraId="641D04D1" w14:textId="77777777" w:rsidR="00096B82" w:rsidRDefault="00096B82">
      <w:pPr>
        <w:spacing w:after="0"/>
      </w:pPr>
    </w:p>
    <w:p w14:paraId="484EB93E" w14:textId="77777777" w:rsidR="00096B82" w:rsidRDefault="00D446B1">
      <w:pPr>
        <w:spacing w:after="0"/>
      </w:pPr>
      <w:r>
        <w:rPr>
          <w:rFonts w:ascii="Arial" w:hAnsi="Arial"/>
          <w:b/>
        </w:rPr>
        <w:t xml:space="preserve">Alice  </w:t>
      </w:r>
      <w:r>
        <w:rPr>
          <w:rFonts w:ascii="Arial" w:hAnsi="Arial"/>
          <w:color w:val="5D7284"/>
        </w:rPr>
        <w:t>49:57</w:t>
      </w:r>
    </w:p>
    <w:p w14:paraId="0F2547E8" w14:textId="77777777" w:rsidR="00096B82" w:rsidRDefault="00D446B1">
      <w:pPr>
        <w:spacing w:after="0"/>
      </w:pPr>
      <w:r>
        <w:rPr>
          <w:rFonts w:ascii="Arial" w:hAnsi="Arial"/>
        </w:rPr>
        <w:t xml:space="preserve">that's not going away gently in your sleep. Is </w:t>
      </w:r>
      <w:proofErr w:type="gramStart"/>
      <w:r>
        <w:rPr>
          <w:rFonts w:ascii="Arial" w:hAnsi="Arial"/>
        </w:rPr>
        <w:t>it</w:t>
      </w:r>
      <w:proofErr w:type="gramEnd"/>
    </w:p>
    <w:p w14:paraId="24445498" w14:textId="77777777" w:rsidR="00096B82" w:rsidRDefault="00096B82">
      <w:pPr>
        <w:spacing w:after="0"/>
      </w:pPr>
    </w:p>
    <w:p w14:paraId="6C6DFF5E" w14:textId="77777777" w:rsidR="00096B82" w:rsidRDefault="00D446B1">
      <w:pPr>
        <w:spacing w:after="0"/>
      </w:pPr>
      <w:r>
        <w:rPr>
          <w:rFonts w:ascii="Arial" w:hAnsi="Arial"/>
          <w:b/>
        </w:rPr>
        <w:t xml:space="preserve">Lucy  </w:t>
      </w:r>
      <w:r>
        <w:rPr>
          <w:rFonts w:ascii="Arial" w:hAnsi="Arial"/>
          <w:color w:val="5D7284"/>
        </w:rPr>
        <w:t>50:01</w:t>
      </w:r>
    </w:p>
    <w:p w14:paraId="52EAA32C" w14:textId="77777777" w:rsidR="00096B82" w:rsidRDefault="00D446B1">
      <w:pPr>
        <w:spacing w:after="0"/>
      </w:pPr>
      <w:proofErr w:type="gramStart"/>
      <w:r>
        <w:rPr>
          <w:rFonts w:ascii="Arial" w:hAnsi="Arial"/>
        </w:rPr>
        <w:t>No</w:t>
      </w:r>
      <w:proofErr w:type="gramEnd"/>
      <w:r>
        <w:rPr>
          <w:rFonts w:ascii="Arial" w:hAnsi="Arial"/>
        </w:rPr>
        <w:t xml:space="preserve"> I do think that we should have some merchandise that has </w:t>
      </w:r>
      <w:proofErr w:type="spellStart"/>
      <w:r>
        <w:rPr>
          <w:rFonts w:ascii="Arial" w:hAnsi="Arial"/>
        </w:rPr>
        <w:t>gota</w:t>
      </w:r>
      <w:proofErr w:type="spellEnd"/>
      <w:r>
        <w:rPr>
          <w:rFonts w:ascii="Arial" w:hAnsi="Arial"/>
        </w:rPr>
        <w:t xml:space="preserve"> Nelson tea towel or we can call it the tea table of </w:t>
      </w:r>
      <w:r>
        <w:rPr>
          <w:rFonts w:ascii="Arial" w:hAnsi="Arial"/>
        </w:rPr>
        <w:t>invisibility and just sell them to our listeners if you want to buy them!</w:t>
      </w:r>
    </w:p>
    <w:p w14:paraId="0E82A9BA" w14:textId="77777777" w:rsidR="00096B82" w:rsidRDefault="00096B82">
      <w:pPr>
        <w:spacing w:after="0"/>
      </w:pPr>
    </w:p>
    <w:p w14:paraId="45B5F6C6" w14:textId="77777777" w:rsidR="00096B82" w:rsidRDefault="00D446B1">
      <w:pPr>
        <w:spacing w:after="0"/>
      </w:pPr>
      <w:r>
        <w:rPr>
          <w:rFonts w:ascii="Arial" w:hAnsi="Arial"/>
          <w:b/>
        </w:rPr>
        <w:t xml:space="preserve">Alice  </w:t>
      </w:r>
      <w:r>
        <w:rPr>
          <w:rFonts w:ascii="Arial" w:hAnsi="Arial"/>
          <w:color w:val="5D7284"/>
        </w:rPr>
        <w:t>50:11</w:t>
      </w:r>
    </w:p>
    <w:p w14:paraId="70C8D83A" w14:textId="77777777" w:rsidR="00096B82" w:rsidRDefault="00D446B1">
      <w:pPr>
        <w:spacing w:after="0"/>
      </w:pPr>
      <w:proofErr w:type="gramStart"/>
      <w:r>
        <w:rPr>
          <w:rFonts w:ascii="Arial" w:hAnsi="Arial"/>
        </w:rPr>
        <w:t>yeah</w:t>
      </w:r>
      <w:proofErr w:type="gramEnd"/>
      <w:r>
        <w:rPr>
          <w:rFonts w:ascii="Arial" w:hAnsi="Arial"/>
        </w:rPr>
        <w:t xml:space="preserve"> absolutely what we need what we need is </w:t>
      </w:r>
      <w:proofErr w:type="spellStart"/>
      <w:r>
        <w:rPr>
          <w:rFonts w:ascii="Arial" w:hAnsi="Arial"/>
        </w:rPr>
        <w:t>is</w:t>
      </w:r>
      <w:proofErr w:type="spellEnd"/>
      <w:r>
        <w:rPr>
          <w:rFonts w:ascii="Arial" w:hAnsi="Arial"/>
        </w:rPr>
        <w:t xml:space="preserve"> a tea towel of invisibility much come at me bitch t shirt, any artists out there who want to draw something for us we'll</w:t>
      </w:r>
      <w:r>
        <w:rPr>
          <w:rFonts w:ascii="Arial" w:hAnsi="Arial"/>
        </w:rPr>
        <w:t xml:space="preserve"> get that on. We'll get those get </w:t>
      </w:r>
      <w:proofErr w:type="spellStart"/>
      <w:r>
        <w:rPr>
          <w:rFonts w:ascii="Arial" w:hAnsi="Arial"/>
        </w:rPr>
        <w:t>get</w:t>
      </w:r>
      <w:proofErr w:type="spellEnd"/>
      <w:r>
        <w:rPr>
          <w:rFonts w:ascii="Arial" w:hAnsi="Arial"/>
        </w:rPr>
        <w:t xml:space="preserve"> your designs to us email at lABLEd podcast@gmail.com put a </w:t>
      </w:r>
      <w:proofErr w:type="gramStart"/>
      <w:r>
        <w:rPr>
          <w:rFonts w:ascii="Arial" w:hAnsi="Arial"/>
        </w:rPr>
        <w:t>design merch ideas</w:t>
      </w:r>
      <w:proofErr w:type="gramEnd"/>
      <w:r>
        <w:rPr>
          <w:rFonts w:ascii="Arial" w:hAnsi="Arial"/>
        </w:rPr>
        <w:t xml:space="preserve"> in your </w:t>
      </w:r>
      <w:proofErr w:type="spellStart"/>
      <w:r>
        <w:rPr>
          <w:rFonts w:ascii="Arial" w:hAnsi="Arial"/>
        </w:rPr>
        <w:t>your</w:t>
      </w:r>
      <w:proofErr w:type="spellEnd"/>
      <w:r>
        <w:rPr>
          <w:rFonts w:ascii="Arial" w:hAnsi="Arial"/>
        </w:rPr>
        <w:t xml:space="preserve"> subject line.</w:t>
      </w:r>
    </w:p>
    <w:p w14:paraId="641C2227" w14:textId="77777777" w:rsidR="00096B82" w:rsidRDefault="00096B82">
      <w:pPr>
        <w:spacing w:after="0"/>
      </w:pPr>
    </w:p>
    <w:p w14:paraId="26572064" w14:textId="77777777" w:rsidR="00096B82" w:rsidRDefault="00D446B1">
      <w:pPr>
        <w:spacing w:after="0"/>
      </w:pPr>
      <w:r>
        <w:rPr>
          <w:rFonts w:ascii="Arial" w:hAnsi="Arial"/>
          <w:b/>
        </w:rPr>
        <w:t xml:space="preserve">Lucy  </w:t>
      </w:r>
      <w:r>
        <w:rPr>
          <w:rFonts w:ascii="Arial" w:hAnsi="Arial"/>
          <w:color w:val="5D7284"/>
        </w:rPr>
        <w:t>50:42</w:t>
      </w:r>
    </w:p>
    <w:p w14:paraId="77825738" w14:textId="77777777" w:rsidR="00096B82" w:rsidRDefault="00D446B1">
      <w:pPr>
        <w:spacing w:after="0"/>
      </w:pPr>
      <w:r>
        <w:rPr>
          <w:rFonts w:ascii="Arial" w:hAnsi="Arial"/>
        </w:rPr>
        <w:t>Brilliant</w:t>
      </w:r>
    </w:p>
    <w:p w14:paraId="5E58F6B4" w14:textId="77777777" w:rsidR="00096B82" w:rsidRDefault="00096B82">
      <w:pPr>
        <w:spacing w:after="0"/>
      </w:pPr>
    </w:p>
    <w:p w14:paraId="15FD3EDF" w14:textId="77777777" w:rsidR="00096B82" w:rsidRDefault="00D446B1">
      <w:pPr>
        <w:spacing w:after="0"/>
      </w:pPr>
      <w:r>
        <w:rPr>
          <w:rFonts w:ascii="Arial" w:hAnsi="Arial"/>
          <w:b/>
        </w:rPr>
        <w:lastRenderedPageBreak/>
        <w:t xml:space="preserve">Daisy  </w:t>
      </w:r>
      <w:r>
        <w:rPr>
          <w:rFonts w:ascii="Arial" w:hAnsi="Arial"/>
          <w:color w:val="5D7284"/>
        </w:rPr>
        <w:t>50:43</w:t>
      </w:r>
    </w:p>
    <w:p w14:paraId="2F619E92" w14:textId="77777777" w:rsidR="00096B82" w:rsidRDefault="00D446B1">
      <w:pPr>
        <w:spacing w:after="0"/>
      </w:pPr>
      <w:r>
        <w:rPr>
          <w:rFonts w:ascii="Arial" w:hAnsi="Arial"/>
        </w:rPr>
        <w:t>answers on a postcard</w:t>
      </w:r>
    </w:p>
    <w:p w14:paraId="4F0D0B4C" w14:textId="77777777" w:rsidR="00096B82" w:rsidRDefault="00096B82">
      <w:pPr>
        <w:spacing w:after="0"/>
      </w:pPr>
    </w:p>
    <w:p w14:paraId="42774EA8" w14:textId="77777777" w:rsidR="00096B82" w:rsidRDefault="00D446B1">
      <w:pPr>
        <w:spacing w:after="0"/>
      </w:pPr>
      <w:r>
        <w:rPr>
          <w:rFonts w:ascii="Arial" w:hAnsi="Arial"/>
          <w:b/>
        </w:rPr>
        <w:t xml:space="preserve">Alice  </w:t>
      </w:r>
      <w:r>
        <w:rPr>
          <w:rFonts w:ascii="Arial" w:hAnsi="Arial"/>
          <w:color w:val="5D7284"/>
        </w:rPr>
        <w:t>50:48</w:t>
      </w:r>
    </w:p>
    <w:p w14:paraId="76115A05" w14:textId="77777777" w:rsidR="00096B82" w:rsidRDefault="00D446B1">
      <w:pPr>
        <w:spacing w:after="0"/>
      </w:pPr>
      <w:r>
        <w:rPr>
          <w:rFonts w:ascii="Arial" w:hAnsi="Arial"/>
        </w:rPr>
        <w:t>emails are more accessible stuck with em</w:t>
      </w:r>
      <w:r>
        <w:rPr>
          <w:rFonts w:ascii="Arial" w:hAnsi="Arial"/>
        </w:rPr>
        <w:t>ails.</w:t>
      </w:r>
    </w:p>
    <w:p w14:paraId="12B76D9A" w14:textId="77777777" w:rsidR="00096B82" w:rsidRDefault="00096B82">
      <w:pPr>
        <w:spacing w:after="0"/>
      </w:pPr>
    </w:p>
    <w:p w14:paraId="21F4631F" w14:textId="77777777" w:rsidR="00096B82" w:rsidRDefault="00D446B1">
      <w:pPr>
        <w:spacing w:after="0"/>
      </w:pPr>
      <w:r>
        <w:rPr>
          <w:rFonts w:ascii="Arial" w:hAnsi="Arial"/>
          <w:b/>
        </w:rPr>
        <w:t xml:space="preserve">Lucy  </w:t>
      </w:r>
      <w:r>
        <w:rPr>
          <w:rFonts w:ascii="Arial" w:hAnsi="Arial"/>
          <w:color w:val="5D7284"/>
        </w:rPr>
        <w:t>50:52</w:t>
      </w:r>
    </w:p>
    <w:p w14:paraId="378B5C40" w14:textId="77777777" w:rsidR="00096B82" w:rsidRDefault="00D446B1">
      <w:pPr>
        <w:spacing w:after="0"/>
      </w:pPr>
      <w:proofErr w:type="gramStart"/>
      <w:r>
        <w:rPr>
          <w:rFonts w:ascii="Arial" w:hAnsi="Arial"/>
        </w:rPr>
        <w:t>So</w:t>
      </w:r>
      <w:proofErr w:type="gramEnd"/>
      <w:r>
        <w:rPr>
          <w:rFonts w:ascii="Arial" w:hAnsi="Arial"/>
        </w:rPr>
        <w:t xml:space="preserve"> Hardy came down to share the news that of the total victory two thirds of the enemy fleet been destroyed or captured and not one British ship was lost. Nelson said now I am satisfied. Thank God I have done my duty. Famously hard to ki</w:t>
      </w:r>
      <w:r>
        <w:rPr>
          <w:rFonts w:ascii="Arial" w:hAnsi="Arial"/>
        </w:rPr>
        <w:t>ss him farewell as he died. Nelson's final Thoughts being for his mistress and his daughter,</w:t>
      </w:r>
    </w:p>
    <w:p w14:paraId="785EE1BB" w14:textId="77777777" w:rsidR="00096B82" w:rsidRDefault="00096B82">
      <w:pPr>
        <w:spacing w:after="0"/>
      </w:pPr>
    </w:p>
    <w:p w14:paraId="6B06C502" w14:textId="77777777" w:rsidR="00096B82" w:rsidRDefault="00D446B1">
      <w:pPr>
        <w:spacing w:after="0"/>
      </w:pPr>
      <w:r>
        <w:rPr>
          <w:rFonts w:ascii="Arial" w:hAnsi="Arial"/>
          <w:b/>
        </w:rPr>
        <w:t xml:space="preserve">Alice  </w:t>
      </w:r>
      <w:r>
        <w:rPr>
          <w:rFonts w:ascii="Arial" w:hAnsi="Arial"/>
          <w:color w:val="5D7284"/>
        </w:rPr>
        <w:t>51:17</w:t>
      </w:r>
    </w:p>
    <w:p w14:paraId="7DC0C426" w14:textId="77777777" w:rsidR="00096B82" w:rsidRDefault="00D446B1">
      <w:pPr>
        <w:spacing w:after="0"/>
      </w:pPr>
      <w:r>
        <w:rPr>
          <w:rFonts w:ascii="Arial" w:hAnsi="Arial"/>
        </w:rPr>
        <w:t>was this the baby that was like Was this the battle that he was going off to when the baby was being born?</w:t>
      </w:r>
    </w:p>
    <w:p w14:paraId="6731F1B2" w14:textId="77777777" w:rsidR="00096B82" w:rsidRDefault="00096B82">
      <w:pPr>
        <w:spacing w:after="0"/>
      </w:pPr>
    </w:p>
    <w:p w14:paraId="0212184D" w14:textId="77777777" w:rsidR="00096B82" w:rsidRDefault="00D446B1">
      <w:pPr>
        <w:spacing w:after="0"/>
      </w:pPr>
      <w:r>
        <w:rPr>
          <w:rFonts w:ascii="Arial" w:hAnsi="Arial"/>
          <w:b/>
        </w:rPr>
        <w:t xml:space="preserve">Lucy  </w:t>
      </w:r>
      <w:r>
        <w:rPr>
          <w:rFonts w:ascii="Arial" w:hAnsi="Arial"/>
          <w:color w:val="5D7284"/>
        </w:rPr>
        <w:t>51:24</w:t>
      </w:r>
    </w:p>
    <w:p w14:paraId="0B3B0543" w14:textId="77777777" w:rsidR="00096B82" w:rsidRDefault="00D446B1">
      <w:pPr>
        <w:spacing w:after="0"/>
      </w:pPr>
      <w:r>
        <w:rPr>
          <w:rFonts w:ascii="Arial" w:hAnsi="Arial"/>
        </w:rPr>
        <w:t>Yes, I think so.</w:t>
      </w:r>
    </w:p>
    <w:p w14:paraId="72459329" w14:textId="77777777" w:rsidR="00096B82" w:rsidRDefault="00096B82">
      <w:pPr>
        <w:spacing w:after="0"/>
      </w:pPr>
    </w:p>
    <w:p w14:paraId="722B8916" w14:textId="77777777" w:rsidR="00096B82" w:rsidRDefault="00D446B1">
      <w:pPr>
        <w:spacing w:after="0"/>
      </w:pPr>
      <w:r>
        <w:rPr>
          <w:rFonts w:ascii="Arial" w:hAnsi="Arial"/>
          <w:b/>
        </w:rPr>
        <w:t xml:space="preserve">Alice  </w:t>
      </w:r>
      <w:r>
        <w:rPr>
          <w:rFonts w:ascii="Arial" w:hAnsi="Arial"/>
          <w:color w:val="5D7284"/>
        </w:rPr>
        <w:t>51:2</w:t>
      </w:r>
      <w:r>
        <w:rPr>
          <w:rFonts w:ascii="Arial" w:hAnsi="Arial"/>
          <w:color w:val="5D7284"/>
        </w:rPr>
        <w:t>5</w:t>
      </w:r>
    </w:p>
    <w:p w14:paraId="0B3715FE" w14:textId="77777777" w:rsidR="00096B82" w:rsidRDefault="00D446B1">
      <w:pPr>
        <w:spacing w:after="0"/>
      </w:pPr>
      <w:r>
        <w:rPr>
          <w:rFonts w:ascii="Arial" w:hAnsi="Arial"/>
        </w:rPr>
        <w:t xml:space="preserve">He never actually met </w:t>
      </w:r>
      <w:proofErr w:type="gramStart"/>
      <w:r>
        <w:rPr>
          <w:rFonts w:ascii="Arial" w:hAnsi="Arial"/>
        </w:rPr>
        <w:t>her?</w:t>
      </w:r>
      <w:proofErr w:type="gramEnd"/>
    </w:p>
    <w:p w14:paraId="5B5374A2" w14:textId="77777777" w:rsidR="00096B82" w:rsidRDefault="00096B82">
      <w:pPr>
        <w:spacing w:after="0"/>
      </w:pPr>
    </w:p>
    <w:p w14:paraId="2BAE5002" w14:textId="77777777" w:rsidR="00096B82" w:rsidRDefault="00D446B1">
      <w:pPr>
        <w:spacing w:after="0"/>
      </w:pPr>
      <w:r>
        <w:rPr>
          <w:rFonts w:ascii="Arial" w:hAnsi="Arial"/>
          <w:b/>
        </w:rPr>
        <w:t xml:space="preserve">Lucy  </w:t>
      </w:r>
      <w:r>
        <w:rPr>
          <w:rFonts w:ascii="Arial" w:hAnsi="Arial"/>
          <w:color w:val="5D7284"/>
        </w:rPr>
        <w:t>51:28</w:t>
      </w:r>
    </w:p>
    <w:p w14:paraId="59401871" w14:textId="77777777" w:rsidR="00096B82" w:rsidRDefault="00D446B1">
      <w:pPr>
        <w:spacing w:after="0"/>
      </w:pPr>
      <w:r>
        <w:rPr>
          <w:rFonts w:ascii="Arial" w:hAnsi="Arial"/>
        </w:rPr>
        <w:t xml:space="preserve">I don't know </w:t>
      </w:r>
      <w:proofErr w:type="gramStart"/>
      <w:r>
        <w:rPr>
          <w:rFonts w:ascii="Arial" w:hAnsi="Arial"/>
        </w:rPr>
        <w:t>Daisy,</w:t>
      </w:r>
      <w:proofErr w:type="gramEnd"/>
      <w:r>
        <w:rPr>
          <w:rFonts w:ascii="Arial" w:hAnsi="Arial"/>
        </w:rPr>
        <w:t xml:space="preserve"> did he meet her?</w:t>
      </w:r>
    </w:p>
    <w:p w14:paraId="0AF69E57" w14:textId="77777777" w:rsidR="00096B82" w:rsidRDefault="00096B82">
      <w:pPr>
        <w:spacing w:after="0"/>
      </w:pPr>
    </w:p>
    <w:p w14:paraId="322529AD" w14:textId="77777777" w:rsidR="00096B82" w:rsidRDefault="00D446B1">
      <w:pPr>
        <w:spacing w:after="0"/>
      </w:pPr>
      <w:r>
        <w:rPr>
          <w:rFonts w:ascii="Arial" w:hAnsi="Arial"/>
          <w:b/>
        </w:rPr>
        <w:t xml:space="preserve">Daisy  </w:t>
      </w:r>
      <w:r>
        <w:rPr>
          <w:rFonts w:ascii="Arial" w:hAnsi="Arial"/>
          <w:color w:val="5D7284"/>
        </w:rPr>
        <w:t>51:30</w:t>
      </w:r>
    </w:p>
    <w:p w14:paraId="56BCA2EB" w14:textId="77777777" w:rsidR="00096B82" w:rsidRDefault="00D446B1">
      <w:pPr>
        <w:spacing w:after="0"/>
      </w:pPr>
      <w:r>
        <w:rPr>
          <w:rFonts w:ascii="Arial" w:hAnsi="Arial"/>
        </w:rPr>
        <w:t>Yeah, so I think this was a bit later.</w:t>
      </w:r>
    </w:p>
    <w:p w14:paraId="1DC2FFBE" w14:textId="77777777" w:rsidR="00096B82" w:rsidRDefault="00096B82">
      <w:pPr>
        <w:spacing w:after="0"/>
      </w:pPr>
    </w:p>
    <w:p w14:paraId="5CD9E4DA" w14:textId="77777777" w:rsidR="00096B82" w:rsidRDefault="00D446B1">
      <w:pPr>
        <w:spacing w:after="0"/>
      </w:pPr>
      <w:r>
        <w:rPr>
          <w:rFonts w:ascii="Arial" w:hAnsi="Arial"/>
          <w:b/>
        </w:rPr>
        <w:t xml:space="preserve">Alice  </w:t>
      </w:r>
      <w:r>
        <w:rPr>
          <w:rFonts w:ascii="Arial" w:hAnsi="Arial"/>
          <w:color w:val="5D7284"/>
        </w:rPr>
        <w:t>51:33</w:t>
      </w:r>
    </w:p>
    <w:p w14:paraId="2E2D6E51" w14:textId="77777777" w:rsidR="00096B82" w:rsidRDefault="00D446B1">
      <w:pPr>
        <w:spacing w:after="0"/>
      </w:pPr>
      <w:r>
        <w:rPr>
          <w:rFonts w:ascii="Arial" w:hAnsi="Arial"/>
        </w:rPr>
        <w:t>Okay.</w:t>
      </w:r>
    </w:p>
    <w:p w14:paraId="1FEDDB37" w14:textId="77777777" w:rsidR="00096B82" w:rsidRDefault="00096B82">
      <w:pPr>
        <w:spacing w:after="0"/>
      </w:pPr>
    </w:p>
    <w:p w14:paraId="02FF92E5" w14:textId="77777777" w:rsidR="00096B82" w:rsidRDefault="00D446B1">
      <w:pPr>
        <w:spacing w:after="0"/>
      </w:pPr>
      <w:r>
        <w:rPr>
          <w:rFonts w:ascii="Arial" w:hAnsi="Arial"/>
          <w:b/>
        </w:rPr>
        <w:t xml:space="preserve">Daisy  </w:t>
      </w:r>
      <w:r>
        <w:rPr>
          <w:rFonts w:ascii="Arial" w:hAnsi="Arial"/>
          <w:color w:val="5D7284"/>
        </w:rPr>
        <w:t>51:34</w:t>
      </w:r>
    </w:p>
    <w:p w14:paraId="21B2FA5D" w14:textId="77777777" w:rsidR="00096B82" w:rsidRDefault="00D446B1">
      <w:pPr>
        <w:spacing w:after="0"/>
      </w:pPr>
      <w:r>
        <w:rPr>
          <w:rFonts w:ascii="Arial" w:hAnsi="Arial"/>
        </w:rPr>
        <w:t xml:space="preserve">I think the original mission that he got out on wasn't necessarily </w:t>
      </w:r>
      <w:r>
        <w:rPr>
          <w:rFonts w:ascii="Arial" w:hAnsi="Arial"/>
        </w:rPr>
        <w:t xml:space="preserve">particularly a battle but kind of like, you know, going out surveying having a look. It was it was </w:t>
      </w:r>
      <w:proofErr w:type="gramStart"/>
      <w:r>
        <w:rPr>
          <w:rFonts w:ascii="Arial" w:hAnsi="Arial"/>
        </w:rPr>
        <w:t>Yeah,</w:t>
      </w:r>
      <w:proofErr w:type="gramEnd"/>
      <w:r>
        <w:rPr>
          <w:rFonts w:ascii="Arial" w:hAnsi="Arial"/>
        </w:rPr>
        <w:t xml:space="preserve"> 1801 the baby was born. Yeah. </w:t>
      </w:r>
      <w:proofErr w:type="gramStart"/>
      <w:r>
        <w:rPr>
          <w:rFonts w:ascii="Arial" w:hAnsi="Arial"/>
        </w:rPr>
        <w:t>So</w:t>
      </w:r>
      <w:proofErr w:type="gramEnd"/>
      <w:r>
        <w:rPr>
          <w:rFonts w:ascii="Arial" w:hAnsi="Arial"/>
        </w:rPr>
        <w:t xml:space="preserve"> it's, yeah, a couple years old by this point.</w:t>
      </w:r>
    </w:p>
    <w:p w14:paraId="6A3B8AD7" w14:textId="77777777" w:rsidR="00096B82" w:rsidRDefault="00096B82">
      <w:pPr>
        <w:spacing w:after="0"/>
      </w:pPr>
    </w:p>
    <w:p w14:paraId="094A4EC6" w14:textId="77777777" w:rsidR="00096B82" w:rsidRDefault="00D446B1">
      <w:pPr>
        <w:spacing w:after="0"/>
      </w:pPr>
      <w:r>
        <w:rPr>
          <w:rFonts w:ascii="Arial" w:hAnsi="Arial"/>
          <w:b/>
        </w:rPr>
        <w:t xml:space="preserve">Alice  </w:t>
      </w:r>
      <w:r>
        <w:rPr>
          <w:rFonts w:ascii="Arial" w:hAnsi="Arial"/>
          <w:color w:val="5D7284"/>
        </w:rPr>
        <w:t>51:55</w:t>
      </w:r>
    </w:p>
    <w:p w14:paraId="02BCAE4B" w14:textId="77777777" w:rsidR="00096B82" w:rsidRDefault="00D446B1">
      <w:pPr>
        <w:spacing w:after="0"/>
      </w:pPr>
      <w:r>
        <w:rPr>
          <w:rFonts w:ascii="Arial" w:hAnsi="Arial"/>
        </w:rPr>
        <w:t xml:space="preserve">Just </w:t>
      </w:r>
      <w:proofErr w:type="spellStart"/>
      <w:r>
        <w:rPr>
          <w:rFonts w:ascii="Arial" w:hAnsi="Arial"/>
        </w:rPr>
        <w:t>Just</w:t>
      </w:r>
      <w:proofErr w:type="spellEnd"/>
      <w:r>
        <w:rPr>
          <w:rFonts w:ascii="Arial" w:hAnsi="Arial"/>
        </w:rPr>
        <w:t xml:space="preserve"> wondered</w:t>
      </w:r>
    </w:p>
    <w:p w14:paraId="1B7714BE" w14:textId="77777777" w:rsidR="00096B82" w:rsidRDefault="00096B82">
      <w:pPr>
        <w:spacing w:after="0"/>
      </w:pPr>
    </w:p>
    <w:p w14:paraId="426377EB" w14:textId="77777777" w:rsidR="00096B82" w:rsidRDefault="00D446B1">
      <w:pPr>
        <w:spacing w:after="0"/>
      </w:pPr>
      <w:r>
        <w:rPr>
          <w:rFonts w:ascii="Arial" w:hAnsi="Arial"/>
          <w:b/>
        </w:rPr>
        <w:t xml:space="preserve">Lucy  </w:t>
      </w:r>
      <w:r>
        <w:rPr>
          <w:rFonts w:ascii="Arial" w:hAnsi="Arial"/>
          <w:color w:val="5D7284"/>
        </w:rPr>
        <w:t>51:56</w:t>
      </w:r>
    </w:p>
    <w:p w14:paraId="7CFC5A5E" w14:textId="77777777" w:rsidR="00096B82" w:rsidRDefault="00D446B1">
      <w:pPr>
        <w:spacing w:after="0"/>
      </w:pPr>
      <w:r>
        <w:rPr>
          <w:rFonts w:ascii="Arial" w:hAnsi="Arial"/>
        </w:rPr>
        <w:t>doing the naval success of</w:t>
      </w:r>
      <w:r>
        <w:rPr>
          <w:rFonts w:ascii="Arial" w:hAnsi="Arial"/>
        </w:rPr>
        <w:t xml:space="preserve"> Trafalgar was mingled with grief. Throughout the fleet. One sailor wrote, chaps fought like the devil, sit down and cry like a wench back in England. </w:t>
      </w:r>
      <w:proofErr w:type="spellStart"/>
      <w:r>
        <w:rPr>
          <w:rFonts w:ascii="Arial" w:hAnsi="Arial"/>
        </w:rPr>
        <w:t>Coloriage</w:t>
      </w:r>
      <w:proofErr w:type="spellEnd"/>
      <w:r>
        <w:rPr>
          <w:rFonts w:ascii="Arial" w:hAnsi="Arial"/>
        </w:rPr>
        <w:t xml:space="preserve"> noted when Nelson died, it seemed as if no man was stranger to another of all were made acquain</w:t>
      </w:r>
      <w:r>
        <w:rPr>
          <w:rFonts w:ascii="Arial" w:hAnsi="Arial"/>
        </w:rPr>
        <w:t xml:space="preserve">tances in rights of common anguish. It was an event like the assassination of JFK, or the death of Princess Diana, by </w:t>
      </w:r>
      <w:r>
        <w:rPr>
          <w:rFonts w:ascii="Arial" w:hAnsi="Arial"/>
        </w:rPr>
        <w:lastRenderedPageBreak/>
        <w:t>the sounds of it. Which  Yeah, so it's basically like when Freddie Mercury died when David Bowie died, that kind of level of Oh my God.</w:t>
      </w:r>
    </w:p>
    <w:p w14:paraId="7823CCD8" w14:textId="77777777" w:rsidR="00096B82" w:rsidRDefault="00096B82">
      <w:pPr>
        <w:spacing w:after="0"/>
      </w:pPr>
    </w:p>
    <w:p w14:paraId="10766EB0" w14:textId="77777777" w:rsidR="00096B82" w:rsidRDefault="00D446B1">
      <w:pPr>
        <w:spacing w:after="0"/>
      </w:pPr>
      <w:r>
        <w:rPr>
          <w:rFonts w:ascii="Arial" w:hAnsi="Arial"/>
          <w:b/>
        </w:rPr>
        <w:t xml:space="preserve">Daisy  </w:t>
      </w:r>
      <w:r>
        <w:rPr>
          <w:rFonts w:ascii="Arial" w:hAnsi="Arial"/>
          <w:color w:val="5D7284"/>
        </w:rPr>
        <w:t>52:38</w:t>
      </w:r>
    </w:p>
    <w:p w14:paraId="2A80FEED" w14:textId="77777777" w:rsidR="00096B82" w:rsidRDefault="00D446B1">
      <w:pPr>
        <w:spacing w:after="0"/>
      </w:pPr>
      <w:r>
        <w:rPr>
          <w:rFonts w:ascii="Arial" w:hAnsi="Arial"/>
        </w:rPr>
        <w:t xml:space="preserve">You remember JFK, </w:t>
      </w:r>
      <w:proofErr w:type="gramStart"/>
      <w:r>
        <w:rPr>
          <w:rFonts w:ascii="Arial" w:hAnsi="Arial"/>
        </w:rPr>
        <w:t>Steve</w:t>
      </w:r>
      <w:proofErr w:type="gramEnd"/>
    </w:p>
    <w:p w14:paraId="31C08B49" w14:textId="77777777" w:rsidR="00096B82" w:rsidRDefault="00096B82">
      <w:pPr>
        <w:spacing w:after="0"/>
      </w:pPr>
    </w:p>
    <w:p w14:paraId="42AC4A68" w14:textId="77777777" w:rsidR="00096B82" w:rsidRDefault="00D446B1">
      <w:pPr>
        <w:spacing w:after="0"/>
      </w:pPr>
      <w:r>
        <w:rPr>
          <w:rFonts w:ascii="Arial" w:hAnsi="Arial"/>
          <w:b/>
        </w:rPr>
        <w:t xml:space="preserve">Alice  </w:t>
      </w:r>
      <w:r>
        <w:rPr>
          <w:rFonts w:ascii="Arial" w:hAnsi="Arial"/>
          <w:color w:val="5D7284"/>
        </w:rPr>
        <w:t>52:43</w:t>
      </w:r>
    </w:p>
    <w:p w14:paraId="66AF5E48" w14:textId="77777777" w:rsidR="00096B82" w:rsidRDefault="00D446B1">
      <w:pPr>
        <w:spacing w:after="0"/>
      </w:pPr>
      <w:r>
        <w:rPr>
          <w:rFonts w:ascii="Arial" w:hAnsi="Arial"/>
        </w:rPr>
        <w:t>from our previous episode...</w:t>
      </w:r>
    </w:p>
    <w:p w14:paraId="70C0DC93" w14:textId="77777777" w:rsidR="00096B82" w:rsidRDefault="00096B82">
      <w:pPr>
        <w:spacing w:after="0"/>
      </w:pPr>
    </w:p>
    <w:p w14:paraId="31DAED3D" w14:textId="77777777" w:rsidR="00096B82" w:rsidRDefault="00D446B1">
      <w:pPr>
        <w:spacing w:after="0"/>
      </w:pPr>
      <w:r>
        <w:rPr>
          <w:rFonts w:ascii="Arial" w:hAnsi="Arial"/>
          <w:b/>
        </w:rPr>
        <w:t xml:space="preserve">Lucy  </w:t>
      </w:r>
      <w:r>
        <w:rPr>
          <w:rFonts w:ascii="Arial" w:hAnsi="Arial"/>
          <w:color w:val="5D7284"/>
        </w:rPr>
        <w:t>52:47</w:t>
      </w:r>
    </w:p>
    <w:p w14:paraId="36CBFE20" w14:textId="77777777" w:rsidR="00096B82" w:rsidRDefault="00D446B1">
      <w:pPr>
        <w:spacing w:after="0"/>
      </w:pPr>
      <w:r>
        <w:rPr>
          <w:rFonts w:ascii="Arial" w:hAnsi="Arial"/>
        </w:rPr>
        <w:t xml:space="preserve">confused everybody for at least half an hour... As an </w:t>
      </w:r>
      <w:proofErr w:type="gramStart"/>
      <w:r>
        <w:rPr>
          <w:rFonts w:ascii="Arial" w:hAnsi="Arial"/>
        </w:rPr>
        <w:t>18 year old</w:t>
      </w:r>
      <w:proofErr w:type="gramEnd"/>
      <w:r>
        <w:rPr>
          <w:rFonts w:ascii="Arial" w:hAnsi="Arial"/>
        </w:rPr>
        <w:t xml:space="preserve"> in 1775, languishing with malaria after a voyage in India, Nelson had resolved well then I will b</w:t>
      </w:r>
      <w:r>
        <w:rPr>
          <w:rFonts w:ascii="Arial" w:hAnsi="Arial"/>
        </w:rPr>
        <w:t xml:space="preserve">e a hero and providing confiding in Providence, I will be brave. And I will brave </w:t>
      </w:r>
      <w:proofErr w:type="spellStart"/>
      <w:r>
        <w:rPr>
          <w:rFonts w:ascii="Arial" w:hAnsi="Arial"/>
        </w:rPr>
        <w:t>evety</w:t>
      </w:r>
      <w:proofErr w:type="spellEnd"/>
      <w:r>
        <w:rPr>
          <w:rFonts w:ascii="Arial" w:hAnsi="Arial"/>
        </w:rPr>
        <w:t xml:space="preserve"> danger. He always had passionate belief in his own destiny. Three decades later, there were more that he more than fulfilled his ambition, through his charisma, boldnes</w:t>
      </w:r>
      <w:r>
        <w:rPr>
          <w:rFonts w:ascii="Arial" w:hAnsi="Arial"/>
        </w:rPr>
        <w:t>s, and what became known as Nelson's touch. So that is Horatio Nelson. I, I don't know what you think of Nelson, but I quite like him. I quite like the fact. He likes to make a spectacle of himself. I do quite like that about him. He's got confidence. I li</w:t>
      </w:r>
      <w:r>
        <w:rPr>
          <w:rFonts w:ascii="Arial" w:hAnsi="Arial"/>
        </w:rPr>
        <w:t>ke his confidence, I think.</w:t>
      </w:r>
    </w:p>
    <w:p w14:paraId="4AE0D79C" w14:textId="77777777" w:rsidR="00096B82" w:rsidRDefault="00096B82">
      <w:pPr>
        <w:spacing w:after="0"/>
      </w:pPr>
    </w:p>
    <w:p w14:paraId="2EBC482D" w14:textId="77777777" w:rsidR="00096B82" w:rsidRDefault="00D446B1">
      <w:pPr>
        <w:spacing w:after="0"/>
      </w:pPr>
      <w:r>
        <w:rPr>
          <w:rFonts w:ascii="Arial" w:hAnsi="Arial"/>
          <w:b/>
        </w:rPr>
        <w:t xml:space="preserve">Alice  </w:t>
      </w:r>
      <w:r>
        <w:rPr>
          <w:rFonts w:ascii="Arial" w:hAnsi="Arial"/>
          <w:color w:val="5D7284"/>
        </w:rPr>
        <w:t>53:46</w:t>
      </w:r>
    </w:p>
    <w:p w14:paraId="0829AB49" w14:textId="77777777" w:rsidR="00096B82" w:rsidRDefault="00D446B1">
      <w:pPr>
        <w:spacing w:after="0"/>
      </w:pPr>
      <w:r>
        <w:rPr>
          <w:rFonts w:ascii="Arial" w:hAnsi="Arial"/>
        </w:rPr>
        <w:t xml:space="preserve">Yeah, I think I think my issues around perhaps the representation of Emma and </w:t>
      </w:r>
      <w:proofErr w:type="spellStart"/>
      <w:r>
        <w:rPr>
          <w:rFonts w:ascii="Arial" w:hAnsi="Arial"/>
        </w:rPr>
        <w:t>Fsnny</w:t>
      </w:r>
      <w:proofErr w:type="spellEnd"/>
      <w:r>
        <w:rPr>
          <w:rFonts w:ascii="Arial" w:hAnsi="Arial"/>
        </w:rPr>
        <w:t xml:space="preserve"> is more a reflection of the you know, the patriarchy and on history, but yeah, but yeah, nice. He seems, you know,</w:t>
      </w:r>
    </w:p>
    <w:p w14:paraId="419CC731" w14:textId="77777777" w:rsidR="00096B82" w:rsidRDefault="00096B82">
      <w:pPr>
        <w:spacing w:after="0"/>
      </w:pPr>
    </w:p>
    <w:p w14:paraId="36927B11" w14:textId="77777777" w:rsidR="00096B82" w:rsidRDefault="00D446B1">
      <w:pPr>
        <w:spacing w:after="0"/>
      </w:pPr>
      <w:r>
        <w:rPr>
          <w:rFonts w:ascii="Arial" w:hAnsi="Arial"/>
          <w:b/>
        </w:rPr>
        <w:t xml:space="preserve">Lucy  </w:t>
      </w:r>
      <w:r>
        <w:rPr>
          <w:rFonts w:ascii="Arial" w:hAnsi="Arial"/>
          <w:color w:val="5D7284"/>
        </w:rPr>
        <w:t>54:10</w:t>
      </w:r>
    </w:p>
    <w:p w14:paraId="2C8813F8" w14:textId="77777777" w:rsidR="00096B82" w:rsidRDefault="00D446B1">
      <w:pPr>
        <w:spacing w:after="0"/>
      </w:pPr>
      <w:r>
        <w:rPr>
          <w:rFonts w:ascii="Arial" w:hAnsi="Arial"/>
        </w:rPr>
        <w:t xml:space="preserve"> I think, are we </w:t>
      </w:r>
      <w:proofErr w:type="spellStart"/>
      <w:r>
        <w:rPr>
          <w:rFonts w:ascii="Arial" w:hAnsi="Arial"/>
        </w:rPr>
        <w:t>gonna</w:t>
      </w:r>
      <w:proofErr w:type="spellEnd"/>
      <w:r>
        <w:rPr>
          <w:rFonts w:ascii="Arial" w:hAnsi="Arial"/>
        </w:rPr>
        <w:t xml:space="preserve"> invite Nelson to you know, like, when they say like, you can invite six people to your dinner </w:t>
      </w:r>
      <w:proofErr w:type="gramStart"/>
      <w:r>
        <w:rPr>
          <w:rFonts w:ascii="Arial" w:hAnsi="Arial"/>
        </w:rPr>
        <w:t>party..</w:t>
      </w:r>
      <w:proofErr w:type="gramEnd"/>
      <w:r>
        <w:rPr>
          <w:rFonts w:ascii="Arial" w:hAnsi="Arial"/>
        </w:rPr>
        <w:t xml:space="preserve"> And I think we should have a label podcast history lesson episode </w:t>
      </w:r>
      <w:proofErr w:type="gramStart"/>
      <w:r>
        <w:rPr>
          <w:rFonts w:ascii="Arial" w:hAnsi="Arial"/>
        </w:rPr>
        <w:t>where</w:t>
      </w:r>
      <w:proofErr w:type="gramEnd"/>
    </w:p>
    <w:p w14:paraId="7B72CDEF" w14:textId="77777777" w:rsidR="00096B82" w:rsidRDefault="00096B82">
      <w:pPr>
        <w:spacing w:after="0"/>
      </w:pPr>
    </w:p>
    <w:p w14:paraId="7E53368B" w14:textId="77777777" w:rsidR="00096B82" w:rsidRDefault="00D446B1">
      <w:pPr>
        <w:spacing w:after="0"/>
      </w:pPr>
      <w:r>
        <w:rPr>
          <w:rFonts w:ascii="Arial" w:hAnsi="Arial"/>
          <w:b/>
        </w:rPr>
        <w:t xml:space="preserve">Alice  </w:t>
      </w:r>
      <w:r>
        <w:rPr>
          <w:rFonts w:ascii="Arial" w:hAnsi="Arial"/>
          <w:color w:val="5D7284"/>
        </w:rPr>
        <w:t>54:23</w:t>
      </w:r>
    </w:p>
    <w:p w14:paraId="596061EA" w14:textId="77777777" w:rsidR="00096B82" w:rsidRDefault="00D446B1">
      <w:pPr>
        <w:spacing w:after="0"/>
      </w:pPr>
      <w:r>
        <w:rPr>
          <w:rFonts w:ascii="Arial" w:hAnsi="Arial"/>
        </w:rPr>
        <w:t>our fantasy Dinner party</w:t>
      </w:r>
    </w:p>
    <w:p w14:paraId="61992BBE" w14:textId="77777777" w:rsidR="00096B82" w:rsidRDefault="00096B82">
      <w:pPr>
        <w:spacing w:after="0"/>
      </w:pPr>
    </w:p>
    <w:p w14:paraId="4C2FFAC7" w14:textId="77777777" w:rsidR="00096B82" w:rsidRDefault="00D446B1">
      <w:pPr>
        <w:spacing w:after="0"/>
      </w:pPr>
      <w:r>
        <w:rPr>
          <w:rFonts w:ascii="Arial" w:hAnsi="Arial"/>
          <w:b/>
        </w:rPr>
        <w:t xml:space="preserve">Daisy  </w:t>
      </w:r>
      <w:r>
        <w:rPr>
          <w:rFonts w:ascii="Arial" w:hAnsi="Arial"/>
          <w:color w:val="5D7284"/>
        </w:rPr>
        <w:t>54:25</w:t>
      </w:r>
    </w:p>
    <w:p w14:paraId="67B48D91" w14:textId="77777777" w:rsidR="00096B82" w:rsidRDefault="00D446B1">
      <w:pPr>
        <w:spacing w:after="0"/>
      </w:pPr>
      <w:r>
        <w:rPr>
          <w:rFonts w:ascii="Arial" w:hAnsi="Arial"/>
        </w:rPr>
        <w:t xml:space="preserve">Yeah, </w:t>
      </w:r>
      <w:r>
        <w:rPr>
          <w:rFonts w:ascii="Arial" w:hAnsi="Arial"/>
        </w:rPr>
        <w:t>are we inviting Nelson? some good stories?</w:t>
      </w:r>
    </w:p>
    <w:p w14:paraId="14A7D563" w14:textId="77777777" w:rsidR="00096B82" w:rsidRDefault="00096B82">
      <w:pPr>
        <w:spacing w:after="0"/>
      </w:pPr>
    </w:p>
    <w:p w14:paraId="05B1E50D" w14:textId="77777777" w:rsidR="00096B82" w:rsidRDefault="00D446B1">
      <w:pPr>
        <w:spacing w:after="0"/>
      </w:pPr>
      <w:r>
        <w:rPr>
          <w:rFonts w:ascii="Arial" w:hAnsi="Arial"/>
          <w:b/>
        </w:rPr>
        <w:t xml:space="preserve">Alice  </w:t>
      </w:r>
      <w:r>
        <w:rPr>
          <w:rFonts w:ascii="Arial" w:hAnsi="Arial"/>
          <w:color w:val="5D7284"/>
        </w:rPr>
        <w:t>54:28</w:t>
      </w:r>
    </w:p>
    <w:p w14:paraId="14ACCC09" w14:textId="77777777" w:rsidR="00096B82" w:rsidRDefault="00D446B1">
      <w:pPr>
        <w:spacing w:after="0"/>
      </w:pPr>
      <w:r>
        <w:rPr>
          <w:rFonts w:ascii="Arial" w:hAnsi="Arial"/>
        </w:rPr>
        <w:t>Yeah, I think you probably would. Yeah,</w:t>
      </w:r>
    </w:p>
    <w:p w14:paraId="441C4478" w14:textId="77777777" w:rsidR="00096B82" w:rsidRDefault="00096B82">
      <w:pPr>
        <w:spacing w:after="0"/>
      </w:pPr>
    </w:p>
    <w:p w14:paraId="0B7B8936" w14:textId="77777777" w:rsidR="00096B82" w:rsidRDefault="00D446B1">
      <w:pPr>
        <w:spacing w:after="0"/>
      </w:pPr>
      <w:r>
        <w:rPr>
          <w:rFonts w:ascii="Arial" w:hAnsi="Arial"/>
          <w:b/>
        </w:rPr>
        <w:t xml:space="preserve">Daisy  </w:t>
      </w:r>
      <w:r>
        <w:rPr>
          <w:rFonts w:ascii="Arial" w:hAnsi="Arial"/>
          <w:color w:val="5D7284"/>
        </w:rPr>
        <w:t>54:31</w:t>
      </w:r>
    </w:p>
    <w:p w14:paraId="1D4B9963" w14:textId="77777777" w:rsidR="00096B82" w:rsidRDefault="00D446B1">
      <w:pPr>
        <w:spacing w:after="0"/>
      </w:pPr>
      <w:r>
        <w:rPr>
          <w:rFonts w:ascii="Arial" w:hAnsi="Arial"/>
        </w:rPr>
        <w:t xml:space="preserve">I think </w:t>
      </w:r>
      <w:proofErr w:type="spellStart"/>
      <w:r>
        <w:rPr>
          <w:rFonts w:ascii="Arial" w:hAnsi="Arial"/>
        </w:rPr>
        <w:t>hed</w:t>
      </w:r>
      <w:proofErr w:type="spellEnd"/>
      <w:r>
        <w:rPr>
          <w:rFonts w:ascii="Arial" w:hAnsi="Arial"/>
        </w:rPr>
        <w:t xml:space="preserve">  good </w:t>
      </w:r>
      <w:proofErr w:type="gramStart"/>
      <w:r>
        <w:rPr>
          <w:rFonts w:ascii="Arial" w:hAnsi="Arial"/>
        </w:rPr>
        <w:t>stories</w:t>
      </w:r>
      <w:proofErr w:type="gramEnd"/>
    </w:p>
    <w:p w14:paraId="78482A5A" w14:textId="77777777" w:rsidR="00096B82" w:rsidRDefault="00096B82">
      <w:pPr>
        <w:spacing w:after="0"/>
      </w:pPr>
    </w:p>
    <w:p w14:paraId="038DB22A" w14:textId="77777777" w:rsidR="00096B82" w:rsidRDefault="00D446B1">
      <w:pPr>
        <w:spacing w:after="0"/>
      </w:pPr>
      <w:r>
        <w:rPr>
          <w:rFonts w:ascii="Arial" w:hAnsi="Arial"/>
          <w:b/>
        </w:rPr>
        <w:t xml:space="preserve">Lucy  </w:t>
      </w:r>
      <w:r>
        <w:rPr>
          <w:rFonts w:ascii="Arial" w:hAnsi="Arial"/>
          <w:color w:val="5D7284"/>
        </w:rPr>
        <w:t>54:32</w:t>
      </w:r>
    </w:p>
    <w:p w14:paraId="6DF8A549" w14:textId="77777777" w:rsidR="00096B82" w:rsidRDefault="00D446B1">
      <w:pPr>
        <w:spacing w:after="0"/>
      </w:pPr>
      <w:r>
        <w:rPr>
          <w:rFonts w:ascii="Arial" w:hAnsi="Arial"/>
        </w:rPr>
        <w:t xml:space="preserve">I think he </w:t>
      </w:r>
      <w:proofErr w:type="gramStart"/>
      <w:r>
        <w:rPr>
          <w:rFonts w:ascii="Arial" w:hAnsi="Arial"/>
        </w:rPr>
        <w:t>would</w:t>
      </w:r>
      <w:proofErr w:type="gramEnd"/>
    </w:p>
    <w:p w14:paraId="76E9CBEA" w14:textId="77777777" w:rsidR="00096B82" w:rsidRDefault="00096B82">
      <w:pPr>
        <w:spacing w:after="0"/>
      </w:pPr>
    </w:p>
    <w:p w14:paraId="0240CD84" w14:textId="77777777" w:rsidR="00096B82" w:rsidRDefault="00D446B1">
      <w:pPr>
        <w:spacing w:after="0"/>
      </w:pPr>
      <w:r>
        <w:rPr>
          <w:rFonts w:ascii="Arial" w:hAnsi="Arial"/>
          <w:b/>
        </w:rPr>
        <w:t xml:space="preserve">Daisy  </w:t>
      </w:r>
      <w:r>
        <w:rPr>
          <w:rFonts w:ascii="Arial" w:hAnsi="Arial"/>
          <w:color w:val="5D7284"/>
        </w:rPr>
        <w:t>54:32</w:t>
      </w:r>
    </w:p>
    <w:p w14:paraId="0B18FE06" w14:textId="77777777" w:rsidR="00096B82" w:rsidRDefault="00D446B1">
      <w:pPr>
        <w:spacing w:after="0"/>
      </w:pPr>
      <w:r>
        <w:rPr>
          <w:rFonts w:ascii="Arial" w:hAnsi="Arial"/>
        </w:rPr>
        <w:lastRenderedPageBreak/>
        <w:t>I think he's just I think he's, you know, he's a flawed person. That's, you</w:t>
      </w:r>
      <w:r>
        <w:rPr>
          <w:rFonts w:ascii="Arial" w:hAnsi="Arial"/>
        </w:rPr>
        <w:t xml:space="preserve"> know, like anyone and so yeah. Just kind of like you're all hearing about his bad points. We're just not just hearing about the fact that he's, you know, a person.</w:t>
      </w:r>
    </w:p>
    <w:p w14:paraId="58D5E115" w14:textId="77777777" w:rsidR="00096B82" w:rsidRDefault="00096B82">
      <w:pPr>
        <w:spacing w:after="0"/>
      </w:pPr>
    </w:p>
    <w:p w14:paraId="2028B63E" w14:textId="77777777" w:rsidR="00096B82" w:rsidRDefault="00D446B1">
      <w:pPr>
        <w:spacing w:after="0"/>
      </w:pPr>
      <w:r>
        <w:rPr>
          <w:rFonts w:ascii="Arial" w:hAnsi="Arial"/>
          <w:b/>
        </w:rPr>
        <w:t xml:space="preserve">Lucy  </w:t>
      </w:r>
      <w:r>
        <w:rPr>
          <w:rFonts w:ascii="Arial" w:hAnsi="Arial"/>
          <w:color w:val="5D7284"/>
        </w:rPr>
        <w:t>54:45</w:t>
      </w:r>
    </w:p>
    <w:p w14:paraId="54E427FD" w14:textId="77777777" w:rsidR="00096B82" w:rsidRDefault="00D446B1">
      <w:pPr>
        <w:spacing w:after="0"/>
      </w:pPr>
      <w:r>
        <w:rPr>
          <w:rFonts w:ascii="Arial" w:hAnsi="Arial"/>
        </w:rPr>
        <w:t xml:space="preserve">Yeah, I do quite like him. I tell </w:t>
      </w:r>
      <w:proofErr w:type="gramStart"/>
      <w:r>
        <w:rPr>
          <w:rFonts w:ascii="Arial" w:hAnsi="Arial"/>
        </w:rPr>
        <w:t>you,</w:t>
      </w:r>
      <w:proofErr w:type="gramEnd"/>
      <w:r>
        <w:rPr>
          <w:rFonts w:ascii="Arial" w:hAnsi="Arial"/>
        </w:rPr>
        <w:t xml:space="preserve"> we're not inviting residents. Rosemary </w:t>
      </w:r>
      <w:r>
        <w:rPr>
          <w:rFonts w:ascii="Arial" w:hAnsi="Arial"/>
        </w:rPr>
        <w:t xml:space="preserve">Kennedy's family. No, we're not inviting them. They can stay outside in the car park. But yeah, I didn't quite know Nelson. I like the fact that he will </w:t>
      </w:r>
      <w:proofErr w:type="gramStart"/>
      <w:r>
        <w:rPr>
          <w:rFonts w:ascii="Arial" w:hAnsi="Arial"/>
        </w:rPr>
        <w:t>suffered violently</w:t>
      </w:r>
      <w:proofErr w:type="gramEnd"/>
      <w:r>
        <w:rPr>
          <w:rFonts w:ascii="Arial" w:hAnsi="Arial"/>
        </w:rPr>
        <w:t xml:space="preserve"> with seasickness and still said no I'm a sailor. That's what I do for a </w:t>
      </w:r>
      <w:proofErr w:type="gramStart"/>
      <w:r>
        <w:rPr>
          <w:rFonts w:ascii="Arial" w:hAnsi="Arial"/>
        </w:rPr>
        <w:t>living</w:t>
      </w:r>
      <w:proofErr w:type="gramEnd"/>
    </w:p>
    <w:p w14:paraId="4FDEE8FB" w14:textId="77777777" w:rsidR="00096B82" w:rsidRDefault="00096B82">
      <w:pPr>
        <w:spacing w:after="0"/>
      </w:pPr>
    </w:p>
    <w:p w14:paraId="359CB762" w14:textId="77777777" w:rsidR="00096B82" w:rsidRDefault="00D446B1">
      <w:pPr>
        <w:spacing w:after="0"/>
      </w:pPr>
      <w:r>
        <w:rPr>
          <w:rFonts w:ascii="Arial" w:hAnsi="Arial"/>
          <w:b/>
        </w:rPr>
        <w:t>Dais</w:t>
      </w:r>
      <w:r>
        <w:rPr>
          <w:rFonts w:ascii="Arial" w:hAnsi="Arial"/>
          <w:b/>
        </w:rPr>
        <w:t xml:space="preserve">y  </w:t>
      </w:r>
      <w:r>
        <w:rPr>
          <w:rFonts w:ascii="Arial" w:hAnsi="Arial"/>
          <w:color w:val="5D7284"/>
        </w:rPr>
        <w:t>55:07</w:t>
      </w:r>
    </w:p>
    <w:p w14:paraId="5833E80B" w14:textId="77777777" w:rsidR="00096B82" w:rsidRDefault="00D446B1">
      <w:pPr>
        <w:spacing w:after="0"/>
      </w:pPr>
      <w:r>
        <w:rPr>
          <w:rFonts w:ascii="Arial" w:hAnsi="Arial"/>
        </w:rPr>
        <w:t>after he died, you may well have heard stuff about this before, but obviously they were quite far away from Britain. It was how they were going to get him back get his body back. So that you know, it wouldn't I mean without being gross disintegrat</w:t>
      </w:r>
      <w:r>
        <w:rPr>
          <w:rFonts w:ascii="Arial" w:hAnsi="Arial"/>
        </w:rPr>
        <w:t xml:space="preserve">e on the journey all and obviously because he was this sort of, you know, big naval guy this national hero, you know, they wanted him to kind of you ideally lie in </w:t>
      </w:r>
      <w:proofErr w:type="gramStart"/>
      <w:r>
        <w:rPr>
          <w:rFonts w:ascii="Arial" w:hAnsi="Arial"/>
        </w:rPr>
        <w:t>state</w:t>
      </w:r>
      <w:proofErr w:type="gramEnd"/>
    </w:p>
    <w:p w14:paraId="5A59C5BC" w14:textId="77777777" w:rsidR="00096B82" w:rsidRDefault="00096B82">
      <w:pPr>
        <w:spacing w:after="0"/>
      </w:pPr>
    </w:p>
    <w:p w14:paraId="4103B209" w14:textId="77777777" w:rsidR="00096B82" w:rsidRDefault="00D446B1">
      <w:pPr>
        <w:spacing w:after="0"/>
      </w:pPr>
      <w:r>
        <w:rPr>
          <w:rFonts w:ascii="Arial" w:hAnsi="Arial"/>
          <w:b/>
        </w:rPr>
        <w:t xml:space="preserve">Alice  </w:t>
      </w:r>
      <w:r>
        <w:rPr>
          <w:rFonts w:ascii="Arial" w:hAnsi="Arial"/>
          <w:color w:val="5D7284"/>
        </w:rPr>
        <w:t>55:38</w:t>
      </w:r>
    </w:p>
    <w:p w14:paraId="45D1DCF5" w14:textId="77777777" w:rsidR="00096B82" w:rsidRDefault="00D446B1">
      <w:pPr>
        <w:spacing w:after="0"/>
      </w:pPr>
      <w:r>
        <w:rPr>
          <w:rFonts w:ascii="Arial" w:hAnsi="Arial"/>
        </w:rPr>
        <w:t>well, and he it sounds like he was already kind of in bits from the that</w:t>
      </w:r>
      <w:r>
        <w:rPr>
          <w:rFonts w:ascii="Arial" w:hAnsi="Arial"/>
        </w:rPr>
        <w:t xml:space="preserve"> that accident so</w:t>
      </w:r>
    </w:p>
    <w:p w14:paraId="1F168D1B" w14:textId="77777777" w:rsidR="00096B82" w:rsidRDefault="00096B82">
      <w:pPr>
        <w:spacing w:after="0"/>
      </w:pPr>
    </w:p>
    <w:p w14:paraId="3F300014" w14:textId="77777777" w:rsidR="00096B82" w:rsidRDefault="00D446B1">
      <w:pPr>
        <w:spacing w:after="0"/>
      </w:pPr>
      <w:r>
        <w:rPr>
          <w:rFonts w:ascii="Arial" w:hAnsi="Arial"/>
          <w:b/>
        </w:rPr>
        <w:t xml:space="preserve">Daisy  </w:t>
      </w:r>
      <w:r>
        <w:rPr>
          <w:rFonts w:ascii="Arial" w:hAnsi="Arial"/>
          <w:color w:val="5D7284"/>
        </w:rPr>
        <w:t>55:48</w:t>
      </w:r>
    </w:p>
    <w:p w14:paraId="2F7FCCBE" w14:textId="77777777" w:rsidR="00096B82" w:rsidRDefault="00D446B1">
      <w:pPr>
        <w:spacing w:after="0"/>
      </w:pPr>
      <w:r>
        <w:rPr>
          <w:rFonts w:ascii="Arial" w:hAnsi="Arial"/>
        </w:rPr>
        <w:t xml:space="preserve">yeah, so what they ended up doing was they had a massive vat of </w:t>
      </w:r>
      <w:proofErr w:type="gramStart"/>
      <w:r>
        <w:rPr>
          <w:rFonts w:ascii="Arial" w:hAnsi="Arial"/>
        </w:rPr>
        <w:t>brandy</w:t>
      </w:r>
      <w:proofErr w:type="gramEnd"/>
    </w:p>
    <w:p w14:paraId="54DE67D1" w14:textId="77777777" w:rsidR="00096B82" w:rsidRDefault="00096B82">
      <w:pPr>
        <w:spacing w:after="0"/>
      </w:pPr>
    </w:p>
    <w:p w14:paraId="7341B21C" w14:textId="77777777" w:rsidR="00096B82" w:rsidRDefault="00D446B1">
      <w:pPr>
        <w:spacing w:after="0"/>
      </w:pPr>
      <w:r>
        <w:rPr>
          <w:rFonts w:ascii="Arial" w:hAnsi="Arial"/>
          <w:b/>
        </w:rPr>
        <w:t xml:space="preserve">Alice  </w:t>
      </w:r>
      <w:r>
        <w:rPr>
          <w:rFonts w:ascii="Arial" w:hAnsi="Arial"/>
          <w:color w:val="5D7284"/>
        </w:rPr>
        <w:t>55:58</w:t>
      </w:r>
    </w:p>
    <w:p w14:paraId="3A5ADFAC" w14:textId="77777777" w:rsidR="00096B82" w:rsidRDefault="00D446B1">
      <w:pPr>
        <w:spacing w:after="0"/>
      </w:pPr>
      <w:r>
        <w:rPr>
          <w:rFonts w:ascii="Arial" w:hAnsi="Arial"/>
        </w:rPr>
        <w:t xml:space="preserve">Oh my god, they pickle </w:t>
      </w:r>
      <w:proofErr w:type="gramStart"/>
      <w:r>
        <w:rPr>
          <w:rFonts w:ascii="Arial" w:hAnsi="Arial"/>
        </w:rPr>
        <w:t>him</w:t>
      </w:r>
      <w:proofErr w:type="gramEnd"/>
      <w:r>
        <w:rPr>
          <w:rFonts w:ascii="Arial" w:hAnsi="Arial"/>
        </w:rPr>
        <w:t xml:space="preserve"> </w:t>
      </w:r>
    </w:p>
    <w:p w14:paraId="4B439AEE" w14:textId="77777777" w:rsidR="00096B82" w:rsidRDefault="00096B82">
      <w:pPr>
        <w:spacing w:after="0"/>
      </w:pPr>
    </w:p>
    <w:p w14:paraId="7B9B874E" w14:textId="77777777" w:rsidR="00096B82" w:rsidRDefault="00D446B1">
      <w:pPr>
        <w:spacing w:after="0"/>
      </w:pPr>
      <w:r>
        <w:rPr>
          <w:rFonts w:ascii="Arial" w:hAnsi="Arial"/>
          <w:b/>
        </w:rPr>
        <w:t xml:space="preserve">Lucy  </w:t>
      </w:r>
      <w:r>
        <w:rPr>
          <w:rFonts w:ascii="Arial" w:hAnsi="Arial"/>
          <w:color w:val="5D7284"/>
        </w:rPr>
        <w:t>55:59</w:t>
      </w:r>
    </w:p>
    <w:p w14:paraId="18A2BC4A" w14:textId="77777777" w:rsidR="00096B82" w:rsidRDefault="00D446B1">
      <w:pPr>
        <w:spacing w:after="0"/>
      </w:pPr>
      <w:r>
        <w:rPr>
          <w:rFonts w:ascii="Arial" w:hAnsi="Arial"/>
        </w:rPr>
        <w:t xml:space="preserve">Whoa, whoa, whoa, whoa. I thought you </w:t>
      </w:r>
      <w:proofErr w:type="spellStart"/>
      <w:r>
        <w:rPr>
          <w:rFonts w:ascii="Arial" w:hAnsi="Arial"/>
        </w:rPr>
        <w:t>gonna</w:t>
      </w:r>
      <w:proofErr w:type="spellEnd"/>
      <w:r>
        <w:rPr>
          <w:rFonts w:ascii="Arial" w:hAnsi="Arial"/>
        </w:rPr>
        <w:t xml:space="preserve"> say wax that or something.</w:t>
      </w:r>
    </w:p>
    <w:p w14:paraId="361E2D96" w14:textId="77777777" w:rsidR="00096B82" w:rsidRDefault="00096B82">
      <w:pPr>
        <w:spacing w:after="0"/>
      </w:pPr>
    </w:p>
    <w:p w14:paraId="3EC7B101" w14:textId="77777777" w:rsidR="00096B82" w:rsidRDefault="00D446B1">
      <w:pPr>
        <w:spacing w:after="0"/>
      </w:pPr>
      <w:r>
        <w:rPr>
          <w:rFonts w:ascii="Arial" w:hAnsi="Arial"/>
          <w:b/>
        </w:rPr>
        <w:t xml:space="preserve">Alice  </w:t>
      </w:r>
      <w:r>
        <w:rPr>
          <w:rFonts w:ascii="Arial" w:hAnsi="Arial"/>
          <w:color w:val="5D7284"/>
        </w:rPr>
        <w:t>56:04</w:t>
      </w:r>
    </w:p>
    <w:p w14:paraId="0DDE4138" w14:textId="77777777" w:rsidR="00096B82" w:rsidRDefault="00D446B1">
      <w:pPr>
        <w:spacing w:after="0"/>
      </w:pPr>
      <w:r>
        <w:rPr>
          <w:rFonts w:ascii="Arial" w:hAnsi="Arial"/>
        </w:rPr>
        <w:t xml:space="preserve">They </w:t>
      </w:r>
      <w:r>
        <w:rPr>
          <w:rFonts w:ascii="Arial" w:hAnsi="Arial"/>
        </w:rPr>
        <w:t>pickled him.</w:t>
      </w:r>
    </w:p>
    <w:p w14:paraId="2278AA42" w14:textId="77777777" w:rsidR="00096B82" w:rsidRDefault="00096B82">
      <w:pPr>
        <w:spacing w:after="0"/>
      </w:pPr>
    </w:p>
    <w:p w14:paraId="0A286033" w14:textId="77777777" w:rsidR="00096B82" w:rsidRDefault="00D446B1">
      <w:pPr>
        <w:spacing w:after="0"/>
      </w:pPr>
      <w:r>
        <w:rPr>
          <w:rFonts w:ascii="Arial" w:hAnsi="Arial"/>
          <w:b/>
        </w:rPr>
        <w:t xml:space="preserve">Daisy  </w:t>
      </w:r>
      <w:r>
        <w:rPr>
          <w:rFonts w:ascii="Arial" w:hAnsi="Arial"/>
          <w:color w:val="5D7284"/>
        </w:rPr>
        <w:t>56:05</w:t>
      </w:r>
    </w:p>
    <w:p w14:paraId="49FF3D2C" w14:textId="77777777" w:rsidR="00096B82" w:rsidRDefault="00D446B1">
      <w:pPr>
        <w:spacing w:after="0"/>
      </w:pPr>
      <w:r>
        <w:rPr>
          <w:rFonts w:ascii="Arial" w:hAnsi="Arial"/>
        </w:rPr>
        <w:t>Essentially. Yeah.</w:t>
      </w:r>
    </w:p>
    <w:p w14:paraId="5FDAA71C" w14:textId="77777777" w:rsidR="00096B82" w:rsidRDefault="00096B82">
      <w:pPr>
        <w:spacing w:after="0"/>
      </w:pPr>
    </w:p>
    <w:p w14:paraId="6249CD1D" w14:textId="77777777" w:rsidR="00096B82" w:rsidRDefault="00D446B1">
      <w:pPr>
        <w:spacing w:after="0"/>
      </w:pPr>
      <w:r>
        <w:rPr>
          <w:rFonts w:ascii="Arial" w:hAnsi="Arial"/>
          <w:b/>
        </w:rPr>
        <w:t xml:space="preserve">Alice  </w:t>
      </w:r>
      <w:r>
        <w:rPr>
          <w:rFonts w:ascii="Arial" w:hAnsi="Arial"/>
          <w:color w:val="5D7284"/>
        </w:rPr>
        <w:t>56:06</w:t>
      </w:r>
    </w:p>
    <w:p w14:paraId="444EB99C" w14:textId="77777777" w:rsidR="00096B82" w:rsidRDefault="00D446B1">
      <w:pPr>
        <w:spacing w:after="0"/>
      </w:pPr>
      <w:r>
        <w:rPr>
          <w:rFonts w:ascii="Arial" w:hAnsi="Arial"/>
        </w:rPr>
        <w:t>Oh, God.</w:t>
      </w:r>
    </w:p>
    <w:p w14:paraId="1B337AFA" w14:textId="77777777" w:rsidR="00096B82" w:rsidRDefault="00096B82">
      <w:pPr>
        <w:spacing w:after="0"/>
      </w:pPr>
    </w:p>
    <w:p w14:paraId="2101927A" w14:textId="77777777" w:rsidR="00096B82" w:rsidRDefault="00D446B1">
      <w:pPr>
        <w:spacing w:after="0"/>
      </w:pPr>
      <w:r>
        <w:rPr>
          <w:rFonts w:ascii="Arial" w:hAnsi="Arial"/>
          <w:b/>
        </w:rPr>
        <w:t xml:space="preserve">Daisy  </w:t>
      </w:r>
      <w:r>
        <w:rPr>
          <w:rFonts w:ascii="Arial" w:hAnsi="Arial"/>
          <w:color w:val="5D7284"/>
        </w:rPr>
        <w:t>56:09</w:t>
      </w:r>
    </w:p>
    <w:p w14:paraId="545D1B00" w14:textId="77777777" w:rsidR="00096B82" w:rsidRDefault="00D446B1">
      <w:pPr>
        <w:spacing w:after="0"/>
      </w:pPr>
      <w:r>
        <w:rPr>
          <w:rFonts w:ascii="Arial" w:hAnsi="Arial"/>
        </w:rPr>
        <w:t xml:space="preserve">How </w:t>
      </w:r>
      <w:proofErr w:type="spellStart"/>
      <w:r>
        <w:rPr>
          <w:rFonts w:ascii="Arial" w:hAnsi="Arial"/>
        </w:rPr>
        <w:t>How</w:t>
      </w:r>
      <w:proofErr w:type="spellEnd"/>
      <w:r>
        <w:rPr>
          <w:rFonts w:ascii="Arial" w:hAnsi="Arial"/>
        </w:rPr>
        <w:t xml:space="preserve"> else are you going to keep him fresh? I</w:t>
      </w:r>
    </w:p>
    <w:p w14:paraId="12E1B02F" w14:textId="77777777" w:rsidR="00096B82" w:rsidRDefault="00096B82">
      <w:pPr>
        <w:spacing w:after="0"/>
      </w:pPr>
    </w:p>
    <w:p w14:paraId="7730C51A" w14:textId="77777777" w:rsidR="00096B82" w:rsidRDefault="00D446B1">
      <w:pPr>
        <w:spacing w:after="0"/>
      </w:pPr>
      <w:r>
        <w:rPr>
          <w:rFonts w:ascii="Arial" w:hAnsi="Arial"/>
          <w:b/>
        </w:rPr>
        <w:t xml:space="preserve">Alice  </w:t>
      </w:r>
      <w:r>
        <w:rPr>
          <w:rFonts w:ascii="Arial" w:hAnsi="Arial"/>
          <w:color w:val="5D7284"/>
        </w:rPr>
        <w:t>56:11</w:t>
      </w:r>
    </w:p>
    <w:p w14:paraId="250661F8" w14:textId="77777777" w:rsidR="00096B82" w:rsidRDefault="00D446B1">
      <w:pPr>
        <w:spacing w:after="0"/>
      </w:pPr>
      <w:r>
        <w:rPr>
          <w:rFonts w:ascii="Arial" w:hAnsi="Arial"/>
        </w:rPr>
        <w:t xml:space="preserve">thought they </w:t>
      </w:r>
      <w:proofErr w:type="gramStart"/>
      <w:r>
        <w:rPr>
          <w:rFonts w:ascii="Arial" w:hAnsi="Arial"/>
        </w:rPr>
        <w:t>salt..</w:t>
      </w:r>
      <w:proofErr w:type="gramEnd"/>
      <w:r>
        <w:rPr>
          <w:rFonts w:ascii="Arial" w:hAnsi="Arial"/>
        </w:rPr>
        <w:t xml:space="preserve"> Salt him</w:t>
      </w:r>
    </w:p>
    <w:p w14:paraId="00E933C0" w14:textId="77777777" w:rsidR="00096B82" w:rsidRDefault="00096B82">
      <w:pPr>
        <w:spacing w:after="0"/>
      </w:pPr>
    </w:p>
    <w:p w14:paraId="0D72F943" w14:textId="77777777" w:rsidR="00096B82" w:rsidRDefault="00D446B1">
      <w:pPr>
        <w:spacing w:after="0"/>
      </w:pPr>
      <w:r>
        <w:rPr>
          <w:rFonts w:ascii="Arial" w:hAnsi="Arial"/>
          <w:b/>
        </w:rPr>
        <w:lastRenderedPageBreak/>
        <w:t xml:space="preserve">Lucy  </w:t>
      </w:r>
      <w:r>
        <w:rPr>
          <w:rFonts w:ascii="Arial" w:hAnsi="Arial"/>
          <w:color w:val="5D7284"/>
        </w:rPr>
        <w:t>56:15</w:t>
      </w:r>
    </w:p>
    <w:p w14:paraId="0ED12EC6" w14:textId="77777777" w:rsidR="00096B82" w:rsidRDefault="00D446B1">
      <w:pPr>
        <w:spacing w:after="0"/>
      </w:pPr>
      <w:r>
        <w:rPr>
          <w:rFonts w:ascii="Arial" w:hAnsi="Arial"/>
        </w:rPr>
        <w:t xml:space="preserve">Sea water or something. Let's keep him in sea water, like s </w:t>
      </w:r>
      <w:proofErr w:type="gramStart"/>
      <w:r>
        <w:rPr>
          <w:rFonts w:ascii="Arial" w:hAnsi="Arial"/>
        </w:rPr>
        <w:t>brine</w:t>
      </w:r>
      <w:proofErr w:type="gramEnd"/>
      <w:r>
        <w:rPr>
          <w:rFonts w:ascii="Arial" w:hAnsi="Arial"/>
        </w:rPr>
        <w:t xml:space="preserve"> </w:t>
      </w:r>
    </w:p>
    <w:p w14:paraId="09FC2016" w14:textId="77777777" w:rsidR="00096B82" w:rsidRDefault="00096B82">
      <w:pPr>
        <w:spacing w:after="0"/>
      </w:pPr>
    </w:p>
    <w:p w14:paraId="2867A607" w14:textId="77777777" w:rsidR="00096B82" w:rsidRDefault="00D446B1">
      <w:pPr>
        <w:spacing w:after="0"/>
      </w:pPr>
      <w:r>
        <w:rPr>
          <w:rFonts w:ascii="Arial" w:hAnsi="Arial"/>
          <w:b/>
        </w:rPr>
        <w:t xml:space="preserve">Daisy  </w:t>
      </w:r>
      <w:r>
        <w:rPr>
          <w:rFonts w:ascii="Arial" w:hAnsi="Arial"/>
          <w:color w:val="5D7284"/>
        </w:rPr>
        <w:t>56:21</w:t>
      </w:r>
    </w:p>
    <w:p w14:paraId="2B5914F3" w14:textId="77777777" w:rsidR="00096B82" w:rsidRDefault="00D446B1">
      <w:pPr>
        <w:spacing w:after="0"/>
      </w:pPr>
      <w:r>
        <w:rPr>
          <w:rFonts w:ascii="Arial" w:hAnsi="Arial"/>
        </w:rPr>
        <w:t xml:space="preserve">brandy works </w:t>
      </w:r>
      <w:proofErr w:type="gramStart"/>
      <w:r>
        <w:rPr>
          <w:rFonts w:ascii="Arial" w:hAnsi="Arial"/>
        </w:rPr>
        <w:t>pretty well</w:t>
      </w:r>
      <w:proofErr w:type="gramEnd"/>
      <w:r>
        <w:rPr>
          <w:rFonts w:ascii="Arial" w:hAnsi="Arial"/>
        </w:rPr>
        <w:t xml:space="preserve">. I guess the only issue was that when they got back on that when the ship did return. There was less brandy in the vat than they were </w:t>
      </w:r>
      <w:proofErr w:type="gramStart"/>
      <w:r>
        <w:rPr>
          <w:rFonts w:ascii="Arial" w:hAnsi="Arial"/>
        </w:rPr>
        <w:t>expecting</w:t>
      </w:r>
      <w:proofErr w:type="gramEnd"/>
    </w:p>
    <w:p w14:paraId="13858B87" w14:textId="77777777" w:rsidR="00096B82" w:rsidRDefault="00096B82">
      <w:pPr>
        <w:spacing w:after="0"/>
      </w:pPr>
    </w:p>
    <w:p w14:paraId="054682B1" w14:textId="77777777" w:rsidR="00096B82" w:rsidRDefault="00D446B1">
      <w:pPr>
        <w:spacing w:after="0"/>
      </w:pPr>
      <w:r>
        <w:rPr>
          <w:rFonts w:ascii="Arial" w:hAnsi="Arial"/>
          <w:b/>
        </w:rPr>
        <w:t xml:space="preserve">Alice  </w:t>
      </w:r>
      <w:r>
        <w:rPr>
          <w:rFonts w:ascii="Arial" w:hAnsi="Arial"/>
          <w:color w:val="5D7284"/>
        </w:rPr>
        <w:t>56:40</w:t>
      </w:r>
    </w:p>
    <w:p w14:paraId="7D106473" w14:textId="77777777" w:rsidR="00096B82" w:rsidRDefault="00D446B1">
      <w:pPr>
        <w:spacing w:after="0"/>
      </w:pPr>
      <w:r>
        <w:rPr>
          <w:rFonts w:ascii="Arial" w:hAnsi="Arial"/>
        </w:rPr>
        <w:t>People drank pickled Nelson.</w:t>
      </w:r>
    </w:p>
    <w:p w14:paraId="78EA9569" w14:textId="77777777" w:rsidR="00096B82" w:rsidRDefault="00096B82">
      <w:pPr>
        <w:spacing w:after="0"/>
      </w:pPr>
    </w:p>
    <w:p w14:paraId="5A72C884" w14:textId="77777777" w:rsidR="00096B82" w:rsidRDefault="00D446B1">
      <w:pPr>
        <w:spacing w:after="0"/>
      </w:pPr>
      <w:r>
        <w:rPr>
          <w:rFonts w:ascii="Arial" w:hAnsi="Arial"/>
          <w:b/>
        </w:rPr>
        <w:t xml:space="preserve">Lucy  </w:t>
      </w:r>
      <w:r>
        <w:rPr>
          <w:rFonts w:ascii="Arial" w:hAnsi="Arial"/>
          <w:color w:val="5D7284"/>
        </w:rPr>
        <w:t>56:42</w:t>
      </w:r>
    </w:p>
    <w:p w14:paraId="00835509" w14:textId="77777777" w:rsidR="00096B82" w:rsidRDefault="00D446B1">
      <w:pPr>
        <w:spacing w:after="0"/>
      </w:pPr>
      <w:r>
        <w:rPr>
          <w:rFonts w:ascii="Arial" w:hAnsi="Arial"/>
        </w:rPr>
        <w:t>Oh my god.</w:t>
      </w:r>
    </w:p>
    <w:p w14:paraId="4961EF05" w14:textId="77777777" w:rsidR="00096B82" w:rsidRDefault="00096B82">
      <w:pPr>
        <w:spacing w:after="0"/>
      </w:pPr>
    </w:p>
    <w:p w14:paraId="4D1B67DC" w14:textId="77777777" w:rsidR="00096B82" w:rsidRDefault="00D446B1">
      <w:pPr>
        <w:spacing w:after="0"/>
      </w:pPr>
      <w:r>
        <w:rPr>
          <w:rFonts w:ascii="Arial" w:hAnsi="Arial"/>
          <w:b/>
        </w:rPr>
        <w:t xml:space="preserve">Daisy  </w:t>
      </w:r>
      <w:r>
        <w:rPr>
          <w:rFonts w:ascii="Arial" w:hAnsi="Arial"/>
          <w:color w:val="5D7284"/>
        </w:rPr>
        <w:t>56:44</w:t>
      </w:r>
    </w:p>
    <w:p w14:paraId="2F6C4E72" w14:textId="77777777" w:rsidR="00096B82" w:rsidRDefault="00D446B1">
      <w:pPr>
        <w:spacing w:after="0"/>
      </w:pPr>
      <w:r>
        <w:rPr>
          <w:rFonts w:ascii="Arial" w:hAnsi="Arial"/>
        </w:rPr>
        <w:t>No, they just drink the brandy.</w:t>
      </w:r>
    </w:p>
    <w:p w14:paraId="690A37FD" w14:textId="77777777" w:rsidR="00096B82" w:rsidRDefault="00096B82">
      <w:pPr>
        <w:spacing w:after="0"/>
      </w:pPr>
    </w:p>
    <w:p w14:paraId="4812D72D" w14:textId="77777777" w:rsidR="00096B82" w:rsidRDefault="00D446B1">
      <w:pPr>
        <w:spacing w:after="0"/>
      </w:pPr>
      <w:r>
        <w:rPr>
          <w:rFonts w:ascii="Arial" w:hAnsi="Arial"/>
          <w:b/>
        </w:rPr>
        <w:t xml:space="preserve">Lucy  </w:t>
      </w:r>
      <w:r>
        <w:rPr>
          <w:rFonts w:ascii="Arial" w:hAnsi="Arial"/>
          <w:color w:val="5D7284"/>
        </w:rPr>
        <w:t>56:47</w:t>
      </w:r>
    </w:p>
    <w:p w14:paraId="15D5B344" w14:textId="77777777" w:rsidR="00096B82" w:rsidRDefault="00D446B1">
      <w:pPr>
        <w:spacing w:after="0"/>
      </w:pPr>
      <w:r>
        <w:rPr>
          <w:rFonts w:ascii="Arial" w:hAnsi="Arial"/>
        </w:rPr>
        <w:t>Oh, gross, though.</w:t>
      </w:r>
    </w:p>
    <w:p w14:paraId="424AE9FB" w14:textId="77777777" w:rsidR="00096B82" w:rsidRDefault="00096B82">
      <w:pPr>
        <w:spacing w:after="0"/>
      </w:pPr>
    </w:p>
    <w:p w14:paraId="4EFF1774" w14:textId="77777777" w:rsidR="00096B82" w:rsidRDefault="00D446B1">
      <w:pPr>
        <w:spacing w:after="0"/>
      </w:pPr>
      <w:r>
        <w:rPr>
          <w:rFonts w:ascii="Arial" w:hAnsi="Arial"/>
          <w:b/>
        </w:rPr>
        <w:t xml:space="preserve">Daisy  </w:t>
      </w:r>
      <w:r>
        <w:rPr>
          <w:rFonts w:ascii="Arial" w:hAnsi="Arial"/>
          <w:color w:val="5D7284"/>
        </w:rPr>
        <w:t>56:50</w:t>
      </w:r>
    </w:p>
    <w:p w14:paraId="2B338BBE" w14:textId="77777777" w:rsidR="00096B82" w:rsidRDefault="00D446B1">
      <w:pPr>
        <w:spacing w:after="0"/>
      </w:pPr>
      <w:proofErr w:type="gramStart"/>
      <w:r>
        <w:rPr>
          <w:rFonts w:ascii="Arial" w:hAnsi="Arial"/>
        </w:rPr>
        <w:t>My</w:t>
      </w:r>
      <w:proofErr w:type="gramEnd"/>
      <w:r>
        <w:rPr>
          <w:rFonts w:ascii="Arial" w:hAnsi="Arial"/>
        </w:rPr>
        <w:t xml:space="preserve"> can't waste alcohol.</w:t>
      </w:r>
    </w:p>
    <w:p w14:paraId="7384C040" w14:textId="77777777" w:rsidR="00096B82" w:rsidRDefault="00096B82">
      <w:pPr>
        <w:spacing w:after="0"/>
      </w:pPr>
    </w:p>
    <w:p w14:paraId="46D05B59" w14:textId="77777777" w:rsidR="00096B82" w:rsidRDefault="00D446B1">
      <w:pPr>
        <w:spacing w:after="0"/>
      </w:pPr>
      <w:r>
        <w:rPr>
          <w:rFonts w:ascii="Arial" w:hAnsi="Arial"/>
          <w:b/>
        </w:rPr>
        <w:t xml:space="preserve">Alice  </w:t>
      </w:r>
      <w:r>
        <w:rPr>
          <w:rFonts w:ascii="Arial" w:hAnsi="Arial"/>
          <w:color w:val="5D7284"/>
        </w:rPr>
        <w:t>56:56</w:t>
      </w:r>
    </w:p>
    <w:p w14:paraId="424D482A" w14:textId="77777777" w:rsidR="00096B82" w:rsidRDefault="00D446B1">
      <w:pPr>
        <w:spacing w:after="0"/>
      </w:pPr>
      <w:r>
        <w:rPr>
          <w:rFonts w:ascii="Arial" w:hAnsi="Arial"/>
        </w:rPr>
        <w:t>I don't think this is a waste of alcohol. I think the alcoho</w:t>
      </w:r>
      <w:r>
        <w:rPr>
          <w:rFonts w:ascii="Arial" w:hAnsi="Arial"/>
        </w:rPr>
        <w:t>l was being used  for different purpose.</w:t>
      </w:r>
    </w:p>
    <w:p w14:paraId="29D63D24" w14:textId="77777777" w:rsidR="00096B82" w:rsidRDefault="00096B82">
      <w:pPr>
        <w:spacing w:after="0"/>
      </w:pPr>
    </w:p>
    <w:p w14:paraId="1AF4454E" w14:textId="77777777" w:rsidR="00096B82" w:rsidRDefault="00D446B1">
      <w:pPr>
        <w:spacing w:after="0"/>
      </w:pPr>
      <w:r>
        <w:rPr>
          <w:rFonts w:ascii="Arial" w:hAnsi="Arial"/>
          <w:b/>
        </w:rPr>
        <w:t xml:space="preserve">Lucy  </w:t>
      </w:r>
      <w:r>
        <w:rPr>
          <w:rFonts w:ascii="Arial" w:hAnsi="Arial"/>
          <w:color w:val="5D7284"/>
        </w:rPr>
        <w:t>57:02</w:t>
      </w:r>
    </w:p>
    <w:p w14:paraId="28136FCB" w14:textId="77777777" w:rsidR="00096B82" w:rsidRDefault="00D446B1">
      <w:pPr>
        <w:spacing w:after="0"/>
      </w:pPr>
      <w:r>
        <w:rPr>
          <w:rFonts w:ascii="Arial" w:hAnsi="Arial"/>
        </w:rPr>
        <w:t xml:space="preserve">that is rank That's like, </w:t>
      </w:r>
      <w:proofErr w:type="gramStart"/>
      <w:r>
        <w:rPr>
          <w:rFonts w:ascii="Arial" w:hAnsi="Arial"/>
        </w:rPr>
        <w:t>Oh</w:t>
      </w:r>
      <w:proofErr w:type="gramEnd"/>
      <w:r>
        <w:rPr>
          <w:rFonts w:ascii="Arial" w:hAnsi="Arial"/>
        </w:rPr>
        <w:t>, that's how bet hardy went. Yeah, Teddy. Well, I could really do with a drink. We've run out of brandy though, cod basically, Nelson swimming in this going syphon it off. It</w:t>
      </w:r>
      <w:r>
        <w:rPr>
          <w:rFonts w:ascii="Arial" w:hAnsi="Arial"/>
        </w:rPr>
        <w:t>'ll be fine.</w:t>
      </w:r>
    </w:p>
    <w:p w14:paraId="0CB489E7" w14:textId="77777777" w:rsidR="00096B82" w:rsidRDefault="00096B82">
      <w:pPr>
        <w:spacing w:after="0"/>
      </w:pPr>
    </w:p>
    <w:p w14:paraId="051B1D84" w14:textId="77777777" w:rsidR="00096B82" w:rsidRDefault="00D446B1">
      <w:pPr>
        <w:spacing w:after="0"/>
      </w:pPr>
      <w:r>
        <w:rPr>
          <w:rFonts w:ascii="Arial" w:hAnsi="Arial"/>
          <w:b/>
        </w:rPr>
        <w:t xml:space="preserve">Alice  </w:t>
      </w:r>
      <w:r>
        <w:rPr>
          <w:rFonts w:ascii="Arial" w:hAnsi="Arial"/>
          <w:color w:val="5D7284"/>
        </w:rPr>
        <w:t>57:21</w:t>
      </w:r>
    </w:p>
    <w:p w14:paraId="7C480613" w14:textId="77777777" w:rsidR="00096B82" w:rsidRDefault="00D446B1">
      <w:pPr>
        <w:spacing w:after="0"/>
      </w:pPr>
      <w:r>
        <w:rPr>
          <w:rFonts w:ascii="Arial" w:hAnsi="Arial"/>
        </w:rPr>
        <w:t xml:space="preserve">Do you think they didn't tell him? Do you think he was o'clock really do the drink? And they were like, Alright, hold on one second. </w:t>
      </w:r>
      <w:proofErr w:type="spellStart"/>
      <w:r>
        <w:rPr>
          <w:rFonts w:ascii="Arial" w:hAnsi="Arial"/>
        </w:rPr>
        <w:t>ohh</w:t>
      </w:r>
      <w:proofErr w:type="spellEnd"/>
      <w:r>
        <w:rPr>
          <w:rFonts w:ascii="Arial" w:hAnsi="Arial"/>
        </w:rPr>
        <w:t xml:space="preserve"> this is nice, has it </w:t>
      </w:r>
      <w:proofErr w:type="spellStart"/>
      <w:r>
        <w:rPr>
          <w:rFonts w:ascii="Arial" w:hAnsi="Arial"/>
        </w:rPr>
        <w:t>bern</w:t>
      </w:r>
      <w:proofErr w:type="spellEnd"/>
      <w:r>
        <w:rPr>
          <w:rFonts w:ascii="Arial" w:hAnsi="Arial"/>
        </w:rPr>
        <w:t xml:space="preserve"> double </w:t>
      </w:r>
      <w:proofErr w:type="gramStart"/>
      <w:r>
        <w:rPr>
          <w:rFonts w:ascii="Arial" w:hAnsi="Arial"/>
        </w:rPr>
        <w:t>distilled</w:t>
      </w:r>
      <w:proofErr w:type="gramEnd"/>
    </w:p>
    <w:p w14:paraId="721DFEC9" w14:textId="77777777" w:rsidR="00096B82" w:rsidRDefault="00096B82">
      <w:pPr>
        <w:spacing w:after="0"/>
      </w:pPr>
    </w:p>
    <w:p w14:paraId="03C456D7" w14:textId="77777777" w:rsidR="00096B82" w:rsidRDefault="00D446B1">
      <w:pPr>
        <w:spacing w:after="0"/>
      </w:pPr>
      <w:r>
        <w:rPr>
          <w:rFonts w:ascii="Arial" w:hAnsi="Arial"/>
          <w:b/>
        </w:rPr>
        <w:t xml:space="preserve">Daisy  </w:t>
      </w:r>
      <w:r>
        <w:rPr>
          <w:rFonts w:ascii="Arial" w:hAnsi="Arial"/>
          <w:color w:val="5D7284"/>
        </w:rPr>
        <w:t>57:38</w:t>
      </w:r>
    </w:p>
    <w:p w14:paraId="1E442649" w14:textId="77777777" w:rsidR="00096B82" w:rsidRDefault="00D446B1">
      <w:pPr>
        <w:spacing w:after="0"/>
      </w:pPr>
      <w:r>
        <w:rPr>
          <w:rFonts w:ascii="Arial" w:hAnsi="Arial"/>
        </w:rPr>
        <w:t>if you're being if you're being gen</w:t>
      </w:r>
      <w:r>
        <w:rPr>
          <w:rFonts w:ascii="Arial" w:hAnsi="Arial"/>
        </w:rPr>
        <w:t xml:space="preserve">erous, then you could say you don't owe maybe </w:t>
      </w:r>
      <w:proofErr w:type="gramStart"/>
      <w:r>
        <w:rPr>
          <w:rFonts w:ascii="Arial" w:hAnsi="Arial"/>
        </w:rPr>
        <w:t>the you</w:t>
      </w:r>
      <w:proofErr w:type="gramEnd"/>
      <w:r>
        <w:rPr>
          <w:rFonts w:ascii="Arial" w:hAnsi="Arial"/>
        </w:rPr>
        <w:t xml:space="preserve"> know, the sailors did it deliberately because they you know, they wanted to feel closer to the man who they loved. It ingests some of </w:t>
      </w:r>
      <w:proofErr w:type="gramStart"/>
      <w:r>
        <w:rPr>
          <w:rFonts w:ascii="Arial" w:hAnsi="Arial"/>
        </w:rPr>
        <w:t>him</w:t>
      </w:r>
      <w:proofErr w:type="gramEnd"/>
    </w:p>
    <w:p w14:paraId="377D907E" w14:textId="77777777" w:rsidR="00096B82" w:rsidRDefault="00096B82">
      <w:pPr>
        <w:spacing w:after="0"/>
      </w:pPr>
    </w:p>
    <w:p w14:paraId="671D00AC" w14:textId="77777777" w:rsidR="00096B82" w:rsidRDefault="00D446B1">
      <w:pPr>
        <w:spacing w:after="0"/>
      </w:pPr>
      <w:r>
        <w:rPr>
          <w:rFonts w:ascii="Arial" w:hAnsi="Arial"/>
          <w:b/>
        </w:rPr>
        <w:t xml:space="preserve">Lucy  </w:t>
      </w:r>
      <w:r>
        <w:rPr>
          <w:rFonts w:ascii="Arial" w:hAnsi="Arial"/>
          <w:color w:val="5D7284"/>
        </w:rPr>
        <w:t>57:53</w:t>
      </w:r>
    </w:p>
    <w:p w14:paraId="5EAFAA96" w14:textId="77777777" w:rsidR="00096B82" w:rsidRDefault="00D446B1">
      <w:pPr>
        <w:spacing w:after="0"/>
      </w:pPr>
      <w:r>
        <w:rPr>
          <w:rFonts w:ascii="Arial" w:hAnsi="Arial"/>
        </w:rPr>
        <w:t>even more weird.</w:t>
      </w:r>
    </w:p>
    <w:p w14:paraId="1430301C" w14:textId="77777777" w:rsidR="00096B82" w:rsidRDefault="00096B82">
      <w:pPr>
        <w:spacing w:after="0"/>
      </w:pPr>
    </w:p>
    <w:p w14:paraId="17B26011" w14:textId="77777777" w:rsidR="00096B82" w:rsidRDefault="00D446B1">
      <w:pPr>
        <w:spacing w:after="0"/>
      </w:pPr>
      <w:r>
        <w:rPr>
          <w:rFonts w:ascii="Arial" w:hAnsi="Arial"/>
          <w:b/>
        </w:rPr>
        <w:t xml:space="preserve">Alice  </w:t>
      </w:r>
      <w:r>
        <w:rPr>
          <w:rFonts w:ascii="Arial" w:hAnsi="Arial"/>
          <w:color w:val="5D7284"/>
        </w:rPr>
        <w:t>57:54</w:t>
      </w:r>
    </w:p>
    <w:p w14:paraId="311C2100" w14:textId="77777777" w:rsidR="00096B82" w:rsidRDefault="00D446B1">
      <w:pPr>
        <w:spacing w:after="0"/>
      </w:pPr>
      <w:r>
        <w:rPr>
          <w:rFonts w:ascii="Arial" w:hAnsi="Arial"/>
        </w:rPr>
        <w:t xml:space="preserve">When our cat </w:t>
      </w:r>
      <w:r>
        <w:rPr>
          <w:rFonts w:ascii="Arial" w:hAnsi="Arial"/>
        </w:rPr>
        <w:t xml:space="preserve">died. We were </w:t>
      </w:r>
      <w:proofErr w:type="gramStart"/>
      <w:r>
        <w:rPr>
          <w:rFonts w:ascii="Arial" w:hAnsi="Arial"/>
        </w:rPr>
        <w:t>very, very sad</w:t>
      </w:r>
      <w:proofErr w:type="gramEnd"/>
      <w:r>
        <w:rPr>
          <w:rFonts w:ascii="Arial" w:hAnsi="Arial"/>
        </w:rPr>
        <w:t xml:space="preserve">. And we had him cremated and we had his ashes back and the nice lady put a little baggie aside for us. Because you get it put into like </w:t>
      </w:r>
      <w:proofErr w:type="spellStart"/>
      <w:r>
        <w:rPr>
          <w:rFonts w:ascii="Arial" w:hAnsi="Arial"/>
        </w:rPr>
        <w:t>jewellery</w:t>
      </w:r>
      <w:proofErr w:type="spellEnd"/>
      <w:r>
        <w:rPr>
          <w:rFonts w:ascii="Arial" w:hAnsi="Arial"/>
        </w:rPr>
        <w:t xml:space="preserve"> and stuff. It's not </w:t>
      </w:r>
      <w:r>
        <w:rPr>
          <w:rFonts w:ascii="Arial" w:hAnsi="Arial"/>
        </w:rPr>
        <w:lastRenderedPageBreak/>
        <w:t>weird. But since that's a normal thing. And you know, so belo</w:t>
      </w:r>
      <w:r>
        <w:rPr>
          <w:rFonts w:ascii="Arial" w:hAnsi="Arial"/>
        </w:rPr>
        <w:t xml:space="preserve">ved cat, </w:t>
      </w:r>
      <w:proofErr w:type="gramStart"/>
      <w:r>
        <w:rPr>
          <w:rFonts w:ascii="Arial" w:hAnsi="Arial"/>
        </w:rPr>
        <w:t>we</w:t>
      </w:r>
      <w:proofErr w:type="gramEnd"/>
      <w:r>
        <w:rPr>
          <w:rFonts w:ascii="Arial" w:hAnsi="Arial"/>
        </w:rPr>
        <w:t xml:space="preserve"> also you can you can have it put in tattooing?</w:t>
      </w:r>
    </w:p>
    <w:p w14:paraId="1F2AD904" w14:textId="77777777" w:rsidR="00096B82" w:rsidRDefault="00096B82">
      <w:pPr>
        <w:spacing w:after="0"/>
      </w:pPr>
    </w:p>
    <w:p w14:paraId="49D42407" w14:textId="77777777" w:rsidR="00096B82" w:rsidRDefault="00D446B1">
      <w:pPr>
        <w:spacing w:after="0"/>
      </w:pPr>
      <w:r>
        <w:rPr>
          <w:rFonts w:ascii="Arial" w:hAnsi="Arial"/>
          <w:b/>
        </w:rPr>
        <w:t xml:space="preserve">Daisy  </w:t>
      </w:r>
      <w:r>
        <w:rPr>
          <w:rFonts w:ascii="Arial" w:hAnsi="Arial"/>
          <w:color w:val="5D7284"/>
        </w:rPr>
        <w:t>58:23</w:t>
      </w:r>
    </w:p>
    <w:p w14:paraId="6A76F582" w14:textId="77777777" w:rsidR="00096B82" w:rsidRDefault="00D446B1">
      <w:pPr>
        <w:spacing w:after="0"/>
      </w:pPr>
      <w:r>
        <w:rPr>
          <w:rFonts w:ascii="Arial" w:hAnsi="Arial"/>
        </w:rPr>
        <w:t>Yes.</w:t>
      </w:r>
    </w:p>
    <w:p w14:paraId="70B57BAD" w14:textId="77777777" w:rsidR="00096B82" w:rsidRDefault="00096B82">
      <w:pPr>
        <w:spacing w:after="0"/>
      </w:pPr>
    </w:p>
    <w:p w14:paraId="7D569AEC" w14:textId="77777777" w:rsidR="00096B82" w:rsidRDefault="00D446B1">
      <w:pPr>
        <w:spacing w:after="0"/>
      </w:pPr>
      <w:r>
        <w:rPr>
          <w:rFonts w:ascii="Arial" w:hAnsi="Arial"/>
          <w:b/>
        </w:rPr>
        <w:t xml:space="preserve">Lucy  </w:t>
      </w:r>
      <w:r>
        <w:rPr>
          <w:rFonts w:ascii="Arial" w:hAnsi="Arial"/>
          <w:color w:val="5D7284"/>
        </w:rPr>
        <w:t>58:23</w:t>
      </w:r>
    </w:p>
    <w:p w14:paraId="7E825255" w14:textId="77777777" w:rsidR="00096B82" w:rsidRDefault="00D446B1">
      <w:pPr>
        <w:spacing w:after="0"/>
      </w:pPr>
      <w:r>
        <w:rPr>
          <w:rFonts w:ascii="Arial" w:hAnsi="Arial"/>
        </w:rPr>
        <w:t xml:space="preserve">no </w:t>
      </w:r>
      <w:proofErr w:type="gramStart"/>
      <w:r>
        <w:rPr>
          <w:rFonts w:ascii="Arial" w:hAnsi="Arial"/>
        </w:rPr>
        <w:t>But</w:t>
      </w:r>
      <w:proofErr w:type="gramEnd"/>
      <w:r>
        <w:rPr>
          <w:rFonts w:ascii="Arial" w:hAnsi="Arial"/>
        </w:rPr>
        <w:t xml:space="preserve"> you could not just you know, it's not just pets, they'll </w:t>
      </w:r>
      <w:proofErr w:type="spellStart"/>
      <w:r>
        <w:rPr>
          <w:rFonts w:ascii="Arial" w:hAnsi="Arial"/>
        </w:rPr>
        <w:t>they'll</w:t>
      </w:r>
      <w:proofErr w:type="spellEnd"/>
      <w:r>
        <w:rPr>
          <w:rFonts w:ascii="Arial" w:hAnsi="Arial"/>
        </w:rPr>
        <w:t xml:space="preserve"> do it for like your Nana. Yeah. My Nana. bless her um, she's in a garden under </w:t>
      </w:r>
      <w:r>
        <w:rPr>
          <w:rFonts w:ascii="Arial" w:hAnsi="Arial"/>
        </w:rPr>
        <w:t xml:space="preserve">camellia bush. That is funny. She's close enough that I want her on my skin. That's a bit </w:t>
      </w:r>
      <w:proofErr w:type="gramStart"/>
      <w:r>
        <w:rPr>
          <w:rFonts w:ascii="Arial" w:hAnsi="Arial"/>
        </w:rPr>
        <w:t>weird</w:t>
      </w:r>
      <w:proofErr w:type="gramEnd"/>
    </w:p>
    <w:p w14:paraId="689D77CB" w14:textId="77777777" w:rsidR="00096B82" w:rsidRDefault="00096B82">
      <w:pPr>
        <w:spacing w:after="0"/>
      </w:pPr>
    </w:p>
    <w:p w14:paraId="7C099CC1" w14:textId="77777777" w:rsidR="00096B82" w:rsidRDefault="00D446B1">
      <w:pPr>
        <w:spacing w:after="0"/>
      </w:pPr>
      <w:r>
        <w:rPr>
          <w:rFonts w:ascii="Arial" w:hAnsi="Arial"/>
          <w:b/>
        </w:rPr>
        <w:t xml:space="preserve">Alice  </w:t>
      </w:r>
      <w:r>
        <w:rPr>
          <w:rFonts w:ascii="Arial" w:hAnsi="Arial"/>
          <w:color w:val="5D7284"/>
        </w:rPr>
        <w:t>58:49</w:t>
      </w:r>
    </w:p>
    <w:p w14:paraId="17CF9B8A" w14:textId="77777777" w:rsidR="00096B82" w:rsidRDefault="00D446B1">
      <w:pPr>
        <w:spacing w:after="0"/>
      </w:pPr>
      <w:r>
        <w:rPr>
          <w:rFonts w:ascii="Arial" w:hAnsi="Arial"/>
        </w:rPr>
        <w:t>Don't fancy a tramp stamp with a bit of nanna in it.</w:t>
      </w:r>
    </w:p>
    <w:p w14:paraId="128EC7B1" w14:textId="77777777" w:rsidR="00096B82" w:rsidRDefault="00096B82">
      <w:pPr>
        <w:spacing w:after="0"/>
      </w:pPr>
    </w:p>
    <w:p w14:paraId="0A8F7A84" w14:textId="77777777" w:rsidR="00096B82" w:rsidRDefault="00D446B1">
      <w:pPr>
        <w:spacing w:after="0"/>
      </w:pPr>
      <w:r>
        <w:rPr>
          <w:rFonts w:ascii="Arial" w:hAnsi="Arial"/>
          <w:b/>
        </w:rPr>
        <w:t xml:space="preserve">Lucy  </w:t>
      </w:r>
      <w:r>
        <w:rPr>
          <w:rFonts w:ascii="Arial" w:hAnsi="Arial"/>
          <w:color w:val="5D7284"/>
        </w:rPr>
        <w:t>58:51</w:t>
      </w:r>
    </w:p>
    <w:p w14:paraId="3D5BC9AF" w14:textId="77777777" w:rsidR="00096B82" w:rsidRDefault="00D446B1">
      <w:pPr>
        <w:spacing w:after="0"/>
      </w:pPr>
      <w:r>
        <w:rPr>
          <w:rFonts w:ascii="Arial" w:hAnsi="Arial"/>
        </w:rPr>
        <w:t xml:space="preserve">No, thank you. I have heard that  you can be putting a firework sample </w:t>
      </w:r>
      <w:proofErr w:type="gramStart"/>
      <w:r>
        <w:rPr>
          <w:rFonts w:ascii="Arial" w:hAnsi="Arial"/>
        </w:rPr>
        <w:t>ashes</w:t>
      </w:r>
      <w:proofErr w:type="gramEnd"/>
      <w:r>
        <w:rPr>
          <w:rFonts w:ascii="Arial" w:hAnsi="Arial"/>
        </w:rPr>
        <w:t xml:space="preserve"> in </w:t>
      </w:r>
      <w:r>
        <w:rPr>
          <w:rFonts w:ascii="Arial" w:hAnsi="Arial"/>
        </w:rPr>
        <w:t xml:space="preserve">a firework? I would quite like that because then you can go and be all sparkly can't </w:t>
      </w:r>
      <w:proofErr w:type="spellStart"/>
      <w:proofErr w:type="gramStart"/>
      <w:r>
        <w:rPr>
          <w:rFonts w:ascii="Arial" w:hAnsi="Arial"/>
        </w:rPr>
        <w:t>ya</w:t>
      </w:r>
      <w:proofErr w:type="spellEnd"/>
      <w:proofErr w:type="gramEnd"/>
    </w:p>
    <w:p w14:paraId="05550D1A" w14:textId="77777777" w:rsidR="00096B82" w:rsidRDefault="00096B82">
      <w:pPr>
        <w:spacing w:after="0"/>
      </w:pPr>
    </w:p>
    <w:p w14:paraId="2AE45FB6" w14:textId="77777777" w:rsidR="00096B82" w:rsidRDefault="00D446B1">
      <w:pPr>
        <w:spacing w:after="0"/>
      </w:pPr>
      <w:r>
        <w:rPr>
          <w:rFonts w:ascii="Arial" w:hAnsi="Arial"/>
          <w:b/>
        </w:rPr>
        <w:t xml:space="preserve">Alice  </w:t>
      </w:r>
      <w:r>
        <w:rPr>
          <w:rFonts w:ascii="Arial" w:hAnsi="Arial"/>
          <w:color w:val="5D7284"/>
        </w:rPr>
        <w:t>59:04</w:t>
      </w:r>
    </w:p>
    <w:p w14:paraId="1638849D" w14:textId="77777777" w:rsidR="00096B82" w:rsidRDefault="00D446B1">
      <w:pPr>
        <w:spacing w:after="0"/>
      </w:pPr>
      <w:r>
        <w:rPr>
          <w:rFonts w:ascii="Arial" w:hAnsi="Arial"/>
        </w:rPr>
        <w:t xml:space="preserve">then you're brain down on people like strangers passing by in the street because it's a firework and it just goes up I just for from a </w:t>
      </w:r>
      <w:proofErr w:type="gramStart"/>
      <w:r>
        <w:rPr>
          <w:rFonts w:ascii="Arial" w:hAnsi="Arial"/>
        </w:rPr>
        <w:t>pedestrians</w:t>
      </w:r>
      <w:proofErr w:type="gramEnd"/>
      <w:r>
        <w:rPr>
          <w:rFonts w:ascii="Arial" w:hAnsi="Arial"/>
        </w:rPr>
        <w:t xml:space="preserve"> experie</w:t>
      </w:r>
      <w:r>
        <w:rPr>
          <w:rFonts w:ascii="Arial" w:hAnsi="Arial"/>
        </w:rPr>
        <w:t>nce of the world point of view. I don't really want to be walking around on the sixth of November and be like, oh, I've got ash in my hair. I wonder who that is?</w:t>
      </w:r>
    </w:p>
    <w:p w14:paraId="1144370E" w14:textId="77777777" w:rsidR="00096B82" w:rsidRDefault="00096B82">
      <w:pPr>
        <w:spacing w:after="0"/>
      </w:pPr>
    </w:p>
    <w:p w14:paraId="0100DA86" w14:textId="77777777" w:rsidR="00096B82" w:rsidRDefault="00D446B1">
      <w:pPr>
        <w:spacing w:after="0"/>
      </w:pPr>
      <w:r>
        <w:rPr>
          <w:rFonts w:ascii="Arial" w:hAnsi="Arial"/>
          <w:b/>
        </w:rPr>
        <w:t xml:space="preserve">Lucy  </w:t>
      </w:r>
      <w:r>
        <w:rPr>
          <w:rFonts w:ascii="Arial" w:hAnsi="Arial"/>
          <w:color w:val="5D7284"/>
        </w:rPr>
        <w:t>59:29</w:t>
      </w:r>
    </w:p>
    <w:p w14:paraId="18CBF045" w14:textId="77777777" w:rsidR="00096B82" w:rsidRDefault="00D446B1">
      <w:pPr>
        <w:spacing w:after="0"/>
      </w:pPr>
      <w:r>
        <w:rPr>
          <w:rFonts w:ascii="Arial" w:hAnsi="Arial"/>
        </w:rPr>
        <w:t xml:space="preserve">You wouldn't know Nobody told you wouldn't </w:t>
      </w:r>
      <w:proofErr w:type="gramStart"/>
      <w:r>
        <w:rPr>
          <w:rFonts w:ascii="Arial" w:hAnsi="Arial"/>
        </w:rPr>
        <w:t>know</w:t>
      </w:r>
      <w:proofErr w:type="gramEnd"/>
    </w:p>
    <w:p w14:paraId="62CD3346" w14:textId="77777777" w:rsidR="00096B82" w:rsidRDefault="00096B82">
      <w:pPr>
        <w:spacing w:after="0"/>
      </w:pPr>
    </w:p>
    <w:p w14:paraId="7534F036" w14:textId="77777777" w:rsidR="00096B82" w:rsidRDefault="00D446B1">
      <w:pPr>
        <w:spacing w:after="0"/>
      </w:pPr>
      <w:r>
        <w:rPr>
          <w:rFonts w:ascii="Arial" w:hAnsi="Arial"/>
          <w:b/>
        </w:rPr>
        <w:t xml:space="preserve">Alice  </w:t>
      </w:r>
      <w:r>
        <w:rPr>
          <w:rFonts w:ascii="Arial" w:hAnsi="Arial"/>
          <w:color w:val="5D7284"/>
        </w:rPr>
        <w:t>59:30</w:t>
      </w:r>
    </w:p>
    <w:p w14:paraId="0AF03FCE" w14:textId="77777777" w:rsidR="00096B82" w:rsidRDefault="00D446B1">
      <w:pPr>
        <w:spacing w:after="0"/>
      </w:pPr>
      <w:r>
        <w:rPr>
          <w:rFonts w:ascii="Arial" w:hAnsi="Arial"/>
        </w:rPr>
        <w:t>Oh, you just pointi</w:t>
      </w:r>
      <w:r>
        <w:rPr>
          <w:rFonts w:ascii="Arial" w:hAnsi="Arial"/>
        </w:rPr>
        <w:t xml:space="preserve">ng out about my visual impairment now thanks </w:t>
      </w:r>
      <w:proofErr w:type="gramStart"/>
      <w:r>
        <w:rPr>
          <w:rFonts w:ascii="Arial" w:hAnsi="Arial"/>
        </w:rPr>
        <w:t>Luce</w:t>
      </w:r>
      <w:proofErr w:type="gramEnd"/>
    </w:p>
    <w:p w14:paraId="3DCC82CD" w14:textId="77777777" w:rsidR="00096B82" w:rsidRDefault="00096B82">
      <w:pPr>
        <w:spacing w:after="0"/>
      </w:pPr>
    </w:p>
    <w:p w14:paraId="69C2B874" w14:textId="77777777" w:rsidR="00096B82" w:rsidRDefault="00D446B1">
      <w:pPr>
        <w:spacing w:after="0"/>
      </w:pPr>
      <w:r>
        <w:rPr>
          <w:rFonts w:ascii="Arial" w:hAnsi="Arial"/>
          <w:b/>
        </w:rPr>
        <w:t xml:space="preserve">Lucy  </w:t>
      </w:r>
      <w:r>
        <w:rPr>
          <w:rFonts w:ascii="Arial" w:hAnsi="Arial"/>
          <w:color w:val="5D7284"/>
        </w:rPr>
        <w:t>59:37</w:t>
      </w:r>
    </w:p>
    <w:p w14:paraId="6E2B2D01" w14:textId="77777777" w:rsidR="00096B82" w:rsidRDefault="00D446B1">
      <w:pPr>
        <w:spacing w:after="0"/>
      </w:pPr>
      <w:r>
        <w:rPr>
          <w:rFonts w:ascii="Arial" w:hAnsi="Arial"/>
        </w:rPr>
        <w:t xml:space="preserve">Lucy's in that firework you wouldn't go Oh no, don't set it off near me mate I'll go sit in the car. </w:t>
      </w:r>
      <w:proofErr w:type="gramStart"/>
      <w:r>
        <w:rPr>
          <w:rFonts w:ascii="Arial" w:hAnsi="Arial"/>
        </w:rPr>
        <w:t>So</w:t>
      </w:r>
      <w:proofErr w:type="gramEnd"/>
      <w:r>
        <w:rPr>
          <w:rFonts w:ascii="Arial" w:hAnsi="Arial"/>
        </w:rPr>
        <w:t xml:space="preserve"> they pickled him in brandy. Skin bits drop off him or anything.</w:t>
      </w:r>
    </w:p>
    <w:p w14:paraId="096A6AAA" w14:textId="77777777" w:rsidR="00096B82" w:rsidRDefault="00096B82">
      <w:pPr>
        <w:spacing w:after="0"/>
      </w:pPr>
    </w:p>
    <w:p w14:paraId="528AB36E" w14:textId="77777777" w:rsidR="00096B82" w:rsidRDefault="00D446B1">
      <w:pPr>
        <w:spacing w:after="0"/>
      </w:pPr>
      <w:r>
        <w:rPr>
          <w:rFonts w:ascii="Arial" w:hAnsi="Arial"/>
          <w:b/>
        </w:rPr>
        <w:t xml:space="preserve">Daisy  </w:t>
      </w:r>
      <w:r>
        <w:rPr>
          <w:rFonts w:ascii="Arial" w:hAnsi="Arial"/>
          <w:color w:val="5D7284"/>
        </w:rPr>
        <w:t>59:56</w:t>
      </w:r>
    </w:p>
    <w:p w14:paraId="2E125B3A" w14:textId="77777777" w:rsidR="00096B82" w:rsidRDefault="00D446B1">
      <w:pPr>
        <w:spacing w:after="0"/>
      </w:pPr>
      <w:r>
        <w:rPr>
          <w:rFonts w:ascii="Arial" w:hAnsi="Arial"/>
        </w:rPr>
        <w:t xml:space="preserve">I </w:t>
      </w:r>
      <w:r>
        <w:rPr>
          <w:rFonts w:ascii="Arial" w:hAnsi="Arial"/>
        </w:rPr>
        <w:t xml:space="preserve">mean, every indication so it worked </w:t>
      </w:r>
      <w:proofErr w:type="gramStart"/>
      <w:r>
        <w:rPr>
          <w:rFonts w:ascii="Arial" w:hAnsi="Arial"/>
        </w:rPr>
        <w:t>really well</w:t>
      </w:r>
      <w:proofErr w:type="gramEnd"/>
      <w:r>
        <w:rPr>
          <w:rFonts w:ascii="Arial" w:hAnsi="Arial"/>
        </w:rPr>
        <w:t>.</w:t>
      </w:r>
    </w:p>
    <w:p w14:paraId="114298DD" w14:textId="77777777" w:rsidR="00096B82" w:rsidRDefault="00096B82">
      <w:pPr>
        <w:spacing w:after="0"/>
      </w:pPr>
    </w:p>
    <w:p w14:paraId="42EF1321" w14:textId="77777777" w:rsidR="00096B82" w:rsidRDefault="00D446B1">
      <w:pPr>
        <w:spacing w:after="0"/>
      </w:pPr>
      <w:r>
        <w:rPr>
          <w:rFonts w:ascii="Arial" w:hAnsi="Arial"/>
          <w:b/>
        </w:rPr>
        <w:t xml:space="preserve">Alice  </w:t>
      </w:r>
      <w:r>
        <w:rPr>
          <w:rFonts w:ascii="Arial" w:hAnsi="Arial"/>
          <w:color w:val="5D7284"/>
        </w:rPr>
        <w:t>59:59</w:t>
      </w:r>
    </w:p>
    <w:p w14:paraId="68BD9F58" w14:textId="77777777" w:rsidR="00096B82" w:rsidRDefault="00D446B1">
      <w:pPr>
        <w:spacing w:after="0"/>
      </w:pPr>
      <w:r>
        <w:rPr>
          <w:rFonts w:ascii="Arial" w:hAnsi="Arial"/>
        </w:rPr>
        <w:t xml:space="preserve">I was </w:t>
      </w:r>
      <w:proofErr w:type="spellStart"/>
      <w:r>
        <w:rPr>
          <w:rFonts w:ascii="Arial" w:hAnsi="Arial"/>
        </w:rPr>
        <w:t>gonna</w:t>
      </w:r>
      <w:proofErr w:type="spellEnd"/>
      <w:r>
        <w:rPr>
          <w:rFonts w:ascii="Arial" w:hAnsi="Arial"/>
        </w:rPr>
        <w:t xml:space="preserve"> sat I think that's </w:t>
      </w:r>
      <w:proofErr w:type="spellStart"/>
      <w:r>
        <w:rPr>
          <w:rFonts w:ascii="Arial" w:hAnsi="Arial"/>
        </w:rPr>
        <w:t>that's</w:t>
      </w:r>
      <w:proofErr w:type="spellEnd"/>
      <w:r>
        <w:rPr>
          <w:rFonts w:ascii="Arial" w:hAnsi="Arial"/>
        </w:rPr>
        <w:t xml:space="preserve"> what would happen I imagine he would he'd </w:t>
      </w:r>
      <w:proofErr w:type="spellStart"/>
      <w:r>
        <w:rPr>
          <w:rFonts w:ascii="Arial" w:hAnsi="Arial"/>
        </w:rPr>
        <w:t>he'd</w:t>
      </w:r>
      <w:proofErr w:type="spellEnd"/>
      <w:r>
        <w:rPr>
          <w:rFonts w:ascii="Arial" w:hAnsi="Arial"/>
        </w:rPr>
        <w:t xml:space="preserve"> soak it up nicely and should you roast him and cut a bit off? He'd have a an extra </w:t>
      </w:r>
      <w:proofErr w:type="spellStart"/>
      <w:r>
        <w:rPr>
          <w:rFonts w:ascii="Arial" w:hAnsi="Arial"/>
        </w:rPr>
        <w:t>cuz</w:t>
      </w:r>
      <w:proofErr w:type="spellEnd"/>
      <w:r>
        <w:rPr>
          <w:rFonts w:ascii="Arial" w:hAnsi="Arial"/>
        </w:rPr>
        <w:t xml:space="preserve"> they do that with por</w:t>
      </w:r>
      <w:r>
        <w:rPr>
          <w:rFonts w:ascii="Arial" w:hAnsi="Arial"/>
        </w:rPr>
        <w:t xml:space="preserve">k It's been a long time it's a no meat, but I'm pretty sure you can get like, you know </w:t>
      </w:r>
      <w:proofErr w:type="spellStart"/>
      <w:r>
        <w:rPr>
          <w:rFonts w:ascii="Arial" w:hAnsi="Arial"/>
        </w:rPr>
        <w:t>porks</w:t>
      </w:r>
      <w:proofErr w:type="spellEnd"/>
      <w:r>
        <w:rPr>
          <w:rFonts w:ascii="Arial" w:hAnsi="Arial"/>
        </w:rPr>
        <w:t xml:space="preserve"> like </w:t>
      </w:r>
      <w:proofErr w:type="gramStart"/>
      <w:r>
        <w:rPr>
          <w:rFonts w:ascii="Arial" w:hAnsi="Arial"/>
        </w:rPr>
        <w:t>Brandy soaked</w:t>
      </w:r>
      <w:proofErr w:type="gramEnd"/>
      <w:r>
        <w:rPr>
          <w:rFonts w:ascii="Arial" w:hAnsi="Arial"/>
        </w:rPr>
        <w:t xml:space="preserve"> pork and stuff can't </w:t>
      </w:r>
      <w:proofErr w:type="spellStart"/>
      <w:r>
        <w:rPr>
          <w:rFonts w:ascii="Arial" w:hAnsi="Arial"/>
        </w:rPr>
        <w:t>ya</w:t>
      </w:r>
      <w:proofErr w:type="spellEnd"/>
      <w:r>
        <w:rPr>
          <w:rFonts w:ascii="Arial" w:hAnsi="Arial"/>
        </w:rPr>
        <w:t xml:space="preserve"> </w:t>
      </w:r>
    </w:p>
    <w:p w14:paraId="4D96E250" w14:textId="77777777" w:rsidR="00096B82" w:rsidRDefault="00096B82">
      <w:pPr>
        <w:spacing w:after="0"/>
      </w:pPr>
    </w:p>
    <w:p w14:paraId="3074EDC1" w14:textId="77777777" w:rsidR="00096B82" w:rsidRDefault="00D446B1">
      <w:pPr>
        <w:spacing w:after="0"/>
      </w:pPr>
      <w:r>
        <w:rPr>
          <w:rFonts w:ascii="Arial" w:hAnsi="Arial"/>
          <w:b/>
        </w:rPr>
        <w:t xml:space="preserve">Lucy  </w:t>
      </w:r>
      <w:r>
        <w:rPr>
          <w:rFonts w:ascii="Arial" w:hAnsi="Arial"/>
          <w:color w:val="5D7284"/>
        </w:rPr>
        <w:t>1:00:20</w:t>
      </w:r>
    </w:p>
    <w:p w14:paraId="10D1E506" w14:textId="77777777" w:rsidR="00096B82" w:rsidRDefault="00D446B1">
      <w:pPr>
        <w:spacing w:after="0"/>
      </w:pPr>
      <w:r>
        <w:rPr>
          <w:rFonts w:ascii="Arial" w:hAnsi="Arial"/>
        </w:rPr>
        <w:t>or like  soaked in cider.</w:t>
      </w:r>
    </w:p>
    <w:p w14:paraId="5F4BDDD6" w14:textId="77777777" w:rsidR="00096B82" w:rsidRDefault="00096B82">
      <w:pPr>
        <w:spacing w:after="0"/>
      </w:pPr>
    </w:p>
    <w:p w14:paraId="7C8A3F98" w14:textId="77777777" w:rsidR="00096B82" w:rsidRDefault="00D446B1">
      <w:pPr>
        <w:spacing w:after="0"/>
      </w:pPr>
      <w:r>
        <w:rPr>
          <w:rFonts w:ascii="Arial" w:hAnsi="Arial"/>
          <w:b/>
        </w:rPr>
        <w:t xml:space="preserve">Alice  </w:t>
      </w:r>
      <w:r>
        <w:rPr>
          <w:rFonts w:ascii="Arial" w:hAnsi="Arial"/>
          <w:color w:val="5D7284"/>
        </w:rPr>
        <w:t>1:00:23</w:t>
      </w:r>
    </w:p>
    <w:p w14:paraId="5EB696CA" w14:textId="77777777" w:rsidR="00096B82" w:rsidRDefault="00D446B1">
      <w:pPr>
        <w:spacing w:after="0"/>
      </w:pPr>
      <w:r>
        <w:rPr>
          <w:rFonts w:ascii="Arial" w:hAnsi="Arial"/>
        </w:rPr>
        <w:t xml:space="preserve">There you go next time you your </w:t>
      </w:r>
      <w:proofErr w:type="spellStart"/>
      <w:r>
        <w:rPr>
          <w:rFonts w:ascii="Arial" w:hAnsi="Arial"/>
        </w:rPr>
        <w:t>havingpork</w:t>
      </w:r>
      <w:proofErr w:type="spellEnd"/>
      <w:r>
        <w:rPr>
          <w:rFonts w:ascii="Arial" w:hAnsi="Arial"/>
        </w:rPr>
        <w:t xml:space="preserve"> for you Sunday dinn</w:t>
      </w:r>
      <w:r>
        <w:rPr>
          <w:rFonts w:ascii="Arial" w:hAnsi="Arial"/>
        </w:rPr>
        <w:t xml:space="preserve">er, spare a thought for </w:t>
      </w:r>
      <w:proofErr w:type="gramStart"/>
      <w:r>
        <w:rPr>
          <w:rFonts w:ascii="Arial" w:hAnsi="Arial"/>
        </w:rPr>
        <w:t>Nelson</w:t>
      </w:r>
      <w:proofErr w:type="gramEnd"/>
    </w:p>
    <w:p w14:paraId="1DC3A4DE" w14:textId="77777777" w:rsidR="00096B82" w:rsidRDefault="00096B82">
      <w:pPr>
        <w:spacing w:after="0"/>
      </w:pPr>
    </w:p>
    <w:p w14:paraId="7598982F" w14:textId="77777777" w:rsidR="00096B82" w:rsidRDefault="00D446B1">
      <w:pPr>
        <w:spacing w:after="0"/>
      </w:pPr>
      <w:r>
        <w:rPr>
          <w:rFonts w:ascii="Arial" w:hAnsi="Arial"/>
          <w:b/>
        </w:rPr>
        <w:t xml:space="preserve">Lucy  </w:t>
      </w:r>
      <w:r>
        <w:rPr>
          <w:rFonts w:ascii="Arial" w:hAnsi="Arial"/>
          <w:color w:val="5D7284"/>
        </w:rPr>
        <w:t>1:00:30</w:t>
      </w:r>
    </w:p>
    <w:p w14:paraId="7A134479" w14:textId="77777777" w:rsidR="00096B82" w:rsidRDefault="00D446B1">
      <w:pPr>
        <w:spacing w:after="0"/>
      </w:pPr>
      <w:r>
        <w:rPr>
          <w:rFonts w:ascii="Arial" w:hAnsi="Arial"/>
        </w:rPr>
        <w:t>I should call my roast pork dinners Nelson.</w:t>
      </w:r>
    </w:p>
    <w:p w14:paraId="5036CA78" w14:textId="77777777" w:rsidR="00096B82" w:rsidRDefault="00096B82">
      <w:pPr>
        <w:spacing w:after="0"/>
      </w:pPr>
    </w:p>
    <w:p w14:paraId="610248D0" w14:textId="77777777" w:rsidR="00096B82" w:rsidRDefault="00D446B1">
      <w:pPr>
        <w:spacing w:after="0"/>
      </w:pPr>
      <w:r>
        <w:rPr>
          <w:rFonts w:ascii="Arial" w:hAnsi="Arial"/>
          <w:b/>
        </w:rPr>
        <w:t xml:space="preserve">Alice  </w:t>
      </w:r>
      <w:r>
        <w:rPr>
          <w:rFonts w:ascii="Arial" w:hAnsi="Arial"/>
          <w:color w:val="5D7284"/>
        </w:rPr>
        <w:t>1:00:33</w:t>
      </w:r>
    </w:p>
    <w:p w14:paraId="2FB050FE" w14:textId="77777777" w:rsidR="00096B82" w:rsidRDefault="00D446B1">
      <w:pPr>
        <w:spacing w:after="0"/>
      </w:pPr>
      <w:r>
        <w:rPr>
          <w:rFonts w:ascii="Arial" w:hAnsi="Arial"/>
        </w:rPr>
        <w:t>I'm slowly trying to turn the word vegan one story at a time.</w:t>
      </w:r>
    </w:p>
    <w:p w14:paraId="1A1FFCAA" w14:textId="77777777" w:rsidR="00096B82" w:rsidRDefault="00096B82">
      <w:pPr>
        <w:spacing w:after="0"/>
      </w:pPr>
    </w:p>
    <w:p w14:paraId="582CB7CF" w14:textId="77777777" w:rsidR="00096B82" w:rsidRDefault="00D446B1">
      <w:pPr>
        <w:spacing w:after="0"/>
      </w:pPr>
      <w:r>
        <w:rPr>
          <w:rFonts w:ascii="Arial" w:hAnsi="Arial"/>
          <w:b/>
        </w:rPr>
        <w:t xml:space="preserve">Daisy  </w:t>
      </w:r>
      <w:r>
        <w:rPr>
          <w:rFonts w:ascii="Arial" w:hAnsi="Arial"/>
          <w:color w:val="5D7284"/>
        </w:rPr>
        <w:t>1:00:37</w:t>
      </w:r>
    </w:p>
    <w:p w14:paraId="469466ED" w14:textId="77777777" w:rsidR="00096B82" w:rsidRDefault="00D446B1">
      <w:pPr>
        <w:spacing w:after="0"/>
      </w:pPr>
      <w:r>
        <w:rPr>
          <w:rFonts w:ascii="Arial" w:hAnsi="Arial"/>
        </w:rPr>
        <w:t>Yeah, he was also put in a put in a coffin that was made from the mask o</w:t>
      </w:r>
      <w:r>
        <w:rPr>
          <w:rFonts w:ascii="Arial" w:hAnsi="Arial"/>
        </w:rPr>
        <w:t xml:space="preserve">f one of the </w:t>
      </w:r>
      <w:proofErr w:type="spellStart"/>
      <w:r>
        <w:rPr>
          <w:rFonts w:ascii="Arial" w:hAnsi="Arial"/>
        </w:rPr>
        <w:t>frrnch</w:t>
      </w:r>
      <w:proofErr w:type="spellEnd"/>
      <w:r>
        <w:rPr>
          <w:rFonts w:ascii="Arial" w:hAnsi="Arial"/>
        </w:rPr>
        <w:t xml:space="preserve"> shops he </w:t>
      </w:r>
      <w:proofErr w:type="gramStart"/>
      <w:r>
        <w:rPr>
          <w:rFonts w:ascii="Arial" w:hAnsi="Arial"/>
        </w:rPr>
        <w:t>destroyed</w:t>
      </w:r>
      <w:proofErr w:type="gramEnd"/>
    </w:p>
    <w:p w14:paraId="463D6D10" w14:textId="77777777" w:rsidR="00096B82" w:rsidRDefault="00096B82">
      <w:pPr>
        <w:spacing w:after="0"/>
      </w:pPr>
    </w:p>
    <w:p w14:paraId="3D8DC5EC" w14:textId="77777777" w:rsidR="00096B82" w:rsidRDefault="00D446B1">
      <w:pPr>
        <w:spacing w:after="0"/>
      </w:pPr>
      <w:r>
        <w:rPr>
          <w:rFonts w:ascii="Arial" w:hAnsi="Arial"/>
          <w:b/>
        </w:rPr>
        <w:t xml:space="preserve">Alice  </w:t>
      </w:r>
      <w:r>
        <w:rPr>
          <w:rFonts w:ascii="Arial" w:hAnsi="Arial"/>
          <w:color w:val="5D7284"/>
        </w:rPr>
        <w:t>1:00:47</w:t>
      </w:r>
    </w:p>
    <w:p w14:paraId="02EEB0AD" w14:textId="77777777" w:rsidR="00096B82" w:rsidRDefault="00D446B1">
      <w:pPr>
        <w:spacing w:after="0"/>
      </w:pPr>
      <w:r>
        <w:rPr>
          <w:rFonts w:ascii="Arial" w:hAnsi="Arial"/>
        </w:rPr>
        <w:t xml:space="preserve">that amazing I love </w:t>
      </w:r>
      <w:proofErr w:type="gramStart"/>
      <w:r>
        <w:rPr>
          <w:rFonts w:ascii="Arial" w:hAnsi="Arial"/>
        </w:rPr>
        <w:t>that</w:t>
      </w:r>
      <w:proofErr w:type="gramEnd"/>
    </w:p>
    <w:p w14:paraId="19FC8A55" w14:textId="77777777" w:rsidR="00096B82" w:rsidRDefault="00096B82">
      <w:pPr>
        <w:spacing w:after="0"/>
      </w:pPr>
    </w:p>
    <w:p w14:paraId="08539C2D" w14:textId="77777777" w:rsidR="00096B82" w:rsidRDefault="00D446B1">
      <w:pPr>
        <w:spacing w:after="0"/>
      </w:pPr>
      <w:r>
        <w:rPr>
          <w:rFonts w:ascii="Arial" w:hAnsi="Arial"/>
          <w:b/>
        </w:rPr>
        <w:t xml:space="preserve">Daisy  </w:t>
      </w:r>
      <w:r>
        <w:rPr>
          <w:rFonts w:ascii="Arial" w:hAnsi="Arial"/>
          <w:color w:val="5D7284"/>
        </w:rPr>
        <w:t>1:00:51</w:t>
      </w:r>
    </w:p>
    <w:p w14:paraId="0A9B24CC" w14:textId="77777777" w:rsidR="00096B82" w:rsidRDefault="00D446B1">
      <w:pPr>
        <w:spacing w:after="0"/>
      </w:pPr>
      <w:r>
        <w:rPr>
          <w:rFonts w:ascii="Arial" w:hAnsi="Arial"/>
        </w:rPr>
        <w:t>when they had that his funeral at St. Paul's Bay rife with the coffin. But none of that none of the stuff that they put. They're supposed to put the coffin down</w:t>
      </w:r>
      <w:r>
        <w:rPr>
          <w:rFonts w:ascii="Arial" w:hAnsi="Arial"/>
        </w:rPr>
        <w:t xml:space="preserve"> onto the slide and the slide is worth as they just </w:t>
      </w:r>
      <w:proofErr w:type="gramStart"/>
      <w:r>
        <w:rPr>
          <w:rFonts w:ascii="Arial" w:hAnsi="Arial"/>
        </w:rPr>
        <w:t>have to</w:t>
      </w:r>
      <w:proofErr w:type="gramEnd"/>
      <w:r>
        <w:rPr>
          <w:rFonts w:ascii="Arial" w:hAnsi="Arial"/>
        </w:rPr>
        <w:t xml:space="preserve"> hold it for 15 minutes. choir where they're just sort of what do we do?</w:t>
      </w:r>
    </w:p>
    <w:p w14:paraId="7CDF4D4B" w14:textId="77777777" w:rsidR="00096B82" w:rsidRDefault="00096B82">
      <w:pPr>
        <w:spacing w:after="0"/>
      </w:pPr>
    </w:p>
    <w:p w14:paraId="1DA53660" w14:textId="77777777" w:rsidR="00096B82" w:rsidRDefault="00D446B1">
      <w:pPr>
        <w:spacing w:after="0"/>
      </w:pPr>
      <w:r>
        <w:rPr>
          <w:rFonts w:ascii="Arial" w:hAnsi="Arial"/>
          <w:b/>
        </w:rPr>
        <w:t xml:space="preserve">Lucy  </w:t>
      </w:r>
      <w:r>
        <w:rPr>
          <w:rFonts w:ascii="Arial" w:hAnsi="Arial"/>
          <w:color w:val="5D7284"/>
        </w:rPr>
        <w:t>1:01:14</w:t>
      </w:r>
    </w:p>
    <w:p w14:paraId="6623CBBA" w14:textId="77777777" w:rsidR="00096B82" w:rsidRDefault="00D446B1">
      <w:pPr>
        <w:spacing w:after="0"/>
      </w:pPr>
      <w:r>
        <w:rPr>
          <w:rFonts w:ascii="Arial" w:hAnsi="Arial"/>
        </w:rPr>
        <w:t xml:space="preserve">he's </w:t>
      </w:r>
      <w:proofErr w:type="gramStart"/>
      <w:r>
        <w:rPr>
          <w:rFonts w:ascii="Arial" w:hAnsi="Arial"/>
        </w:rPr>
        <w:t>really heavy</w:t>
      </w:r>
      <w:proofErr w:type="gramEnd"/>
      <w:r>
        <w:rPr>
          <w:rFonts w:ascii="Arial" w:hAnsi="Arial"/>
        </w:rPr>
        <w:t>!</w:t>
      </w:r>
    </w:p>
    <w:p w14:paraId="064B8A05" w14:textId="77777777" w:rsidR="00096B82" w:rsidRDefault="00096B82">
      <w:pPr>
        <w:spacing w:after="0"/>
      </w:pPr>
    </w:p>
    <w:p w14:paraId="1AFAA76D" w14:textId="77777777" w:rsidR="00096B82" w:rsidRDefault="00D446B1">
      <w:pPr>
        <w:spacing w:after="0"/>
      </w:pPr>
      <w:r>
        <w:rPr>
          <w:rFonts w:ascii="Arial" w:hAnsi="Arial"/>
          <w:b/>
        </w:rPr>
        <w:t xml:space="preserve">Alice  </w:t>
      </w:r>
      <w:r>
        <w:rPr>
          <w:rFonts w:ascii="Arial" w:hAnsi="Arial"/>
          <w:color w:val="5D7284"/>
        </w:rPr>
        <w:t>1:01:17</w:t>
      </w:r>
    </w:p>
    <w:p w14:paraId="1CF5D0A0" w14:textId="77777777" w:rsidR="00096B82" w:rsidRDefault="00D446B1">
      <w:pPr>
        <w:spacing w:after="0"/>
      </w:pPr>
      <w:r>
        <w:rPr>
          <w:rFonts w:ascii="Arial" w:hAnsi="Arial"/>
        </w:rPr>
        <w:t xml:space="preserve">He was only five stones. That's fine. Can't have been that much </w:t>
      </w:r>
      <w:r>
        <w:rPr>
          <w:rFonts w:ascii="Arial" w:hAnsi="Arial"/>
        </w:rPr>
        <w:t>brandy don't weigh that much.</w:t>
      </w:r>
    </w:p>
    <w:p w14:paraId="1D513D4E" w14:textId="77777777" w:rsidR="00096B82" w:rsidRDefault="00096B82">
      <w:pPr>
        <w:spacing w:after="0"/>
      </w:pPr>
    </w:p>
    <w:p w14:paraId="50A98F22" w14:textId="77777777" w:rsidR="00096B82" w:rsidRDefault="00D446B1">
      <w:pPr>
        <w:spacing w:after="0"/>
      </w:pPr>
      <w:r>
        <w:rPr>
          <w:rFonts w:ascii="Arial" w:hAnsi="Arial"/>
          <w:b/>
        </w:rPr>
        <w:t xml:space="preserve">Daisy  </w:t>
      </w:r>
      <w:r>
        <w:rPr>
          <w:rFonts w:ascii="Arial" w:hAnsi="Arial"/>
          <w:color w:val="5D7284"/>
        </w:rPr>
        <w:t>1:01:23</w:t>
      </w:r>
    </w:p>
    <w:p w14:paraId="13E4F53A" w14:textId="77777777" w:rsidR="00096B82" w:rsidRDefault="00D446B1">
      <w:pPr>
        <w:spacing w:after="0"/>
      </w:pPr>
      <w:r>
        <w:rPr>
          <w:rFonts w:ascii="Arial" w:hAnsi="Arial"/>
        </w:rPr>
        <w:t>The master would add a certain  amount of weight it's also important to note that the Battle of Trafalgar in itself where he died, was essentially inconsequential to any of the war?</w:t>
      </w:r>
    </w:p>
    <w:p w14:paraId="51A07ECC" w14:textId="77777777" w:rsidR="00096B82" w:rsidRDefault="00096B82">
      <w:pPr>
        <w:spacing w:after="0"/>
      </w:pPr>
    </w:p>
    <w:p w14:paraId="152D31F4" w14:textId="77777777" w:rsidR="00096B82" w:rsidRDefault="00D446B1">
      <w:pPr>
        <w:spacing w:after="0"/>
      </w:pPr>
      <w:r>
        <w:rPr>
          <w:rFonts w:ascii="Arial" w:hAnsi="Arial"/>
          <w:b/>
        </w:rPr>
        <w:t xml:space="preserve">Lucy  </w:t>
      </w:r>
      <w:r>
        <w:rPr>
          <w:rFonts w:ascii="Arial" w:hAnsi="Arial"/>
          <w:color w:val="5D7284"/>
        </w:rPr>
        <w:t>1:01:40</w:t>
      </w:r>
    </w:p>
    <w:p w14:paraId="01E208F4" w14:textId="77777777" w:rsidR="00096B82" w:rsidRDefault="00D446B1">
      <w:pPr>
        <w:spacing w:after="0"/>
      </w:pPr>
      <w:r>
        <w:rPr>
          <w:rFonts w:ascii="Arial" w:hAnsi="Arial"/>
        </w:rPr>
        <w:t>Fabulous.</w:t>
      </w:r>
    </w:p>
    <w:p w14:paraId="577E2BAA" w14:textId="77777777" w:rsidR="00096B82" w:rsidRDefault="00096B82">
      <w:pPr>
        <w:spacing w:after="0"/>
      </w:pPr>
    </w:p>
    <w:p w14:paraId="1E5E0D5A" w14:textId="77777777" w:rsidR="00096B82" w:rsidRDefault="00D446B1">
      <w:pPr>
        <w:spacing w:after="0"/>
      </w:pPr>
      <w:r>
        <w:rPr>
          <w:rFonts w:ascii="Arial" w:hAnsi="Arial"/>
          <w:b/>
        </w:rPr>
        <w:t>Da</w:t>
      </w:r>
      <w:r>
        <w:rPr>
          <w:rFonts w:ascii="Arial" w:hAnsi="Arial"/>
          <w:b/>
        </w:rPr>
        <w:t xml:space="preserve">isy  </w:t>
      </w:r>
      <w:r>
        <w:rPr>
          <w:rFonts w:ascii="Arial" w:hAnsi="Arial"/>
          <w:color w:val="5D7284"/>
        </w:rPr>
        <w:t>1:01:41</w:t>
      </w:r>
    </w:p>
    <w:p w14:paraId="1932F217" w14:textId="77777777" w:rsidR="00096B82" w:rsidRDefault="00D446B1">
      <w:pPr>
        <w:spacing w:after="0"/>
      </w:pPr>
      <w:r>
        <w:rPr>
          <w:rFonts w:ascii="Arial" w:hAnsi="Arial"/>
        </w:rPr>
        <w:t xml:space="preserve">It made a barely any </w:t>
      </w:r>
      <w:proofErr w:type="gramStart"/>
      <w:r>
        <w:rPr>
          <w:rFonts w:ascii="Arial" w:hAnsi="Arial"/>
        </w:rPr>
        <w:t>difference</w:t>
      </w:r>
      <w:proofErr w:type="gramEnd"/>
    </w:p>
    <w:p w14:paraId="527E1F44" w14:textId="77777777" w:rsidR="00096B82" w:rsidRDefault="00096B82">
      <w:pPr>
        <w:spacing w:after="0"/>
      </w:pPr>
    </w:p>
    <w:p w14:paraId="4B825569" w14:textId="77777777" w:rsidR="00096B82" w:rsidRDefault="00D446B1">
      <w:pPr>
        <w:spacing w:after="0"/>
      </w:pPr>
      <w:r>
        <w:rPr>
          <w:rFonts w:ascii="Arial" w:hAnsi="Arial"/>
          <w:b/>
        </w:rPr>
        <w:t xml:space="preserve">Alice  </w:t>
      </w:r>
      <w:r>
        <w:rPr>
          <w:rFonts w:ascii="Arial" w:hAnsi="Arial"/>
          <w:color w:val="5D7284"/>
        </w:rPr>
        <w:t>1:01:43</w:t>
      </w:r>
    </w:p>
    <w:p w14:paraId="62137196" w14:textId="77777777" w:rsidR="00096B82" w:rsidRDefault="00D446B1">
      <w:pPr>
        <w:spacing w:after="0"/>
      </w:pPr>
      <w:r>
        <w:rPr>
          <w:rFonts w:ascii="Arial" w:hAnsi="Arial"/>
        </w:rPr>
        <w:t>Don't we make a huge thing Like Trafalgar Square is named after that battle. Yeah, how very British</w:t>
      </w:r>
    </w:p>
    <w:p w14:paraId="1EF97C88" w14:textId="77777777" w:rsidR="00096B82" w:rsidRDefault="00096B82">
      <w:pPr>
        <w:spacing w:after="0"/>
      </w:pPr>
    </w:p>
    <w:p w14:paraId="642B3C9B" w14:textId="77777777" w:rsidR="00096B82" w:rsidRDefault="00D446B1">
      <w:pPr>
        <w:spacing w:after="0"/>
      </w:pPr>
      <w:r>
        <w:rPr>
          <w:rFonts w:ascii="Arial" w:hAnsi="Arial"/>
          <w:b/>
        </w:rPr>
        <w:t xml:space="preserve">Lucy  </w:t>
      </w:r>
      <w:r>
        <w:rPr>
          <w:rFonts w:ascii="Arial" w:hAnsi="Arial"/>
          <w:color w:val="5D7284"/>
        </w:rPr>
        <w:t>1:01:54</w:t>
      </w:r>
    </w:p>
    <w:p w14:paraId="69C0DFEC" w14:textId="77777777" w:rsidR="00096B82" w:rsidRDefault="00D446B1">
      <w:pPr>
        <w:spacing w:after="0"/>
      </w:pPr>
      <w:proofErr w:type="gramStart"/>
      <w:r>
        <w:rPr>
          <w:rFonts w:ascii="Arial" w:hAnsi="Arial"/>
        </w:rPr>
        <w:t>so</w:t>
      </w:r>
      <w:proofErr w:type="gramEnd"/>
      <w:r>
        <w:rPr>
          <w:rFonts w:ascii="Arial" w:hAnsi="Arial"/>
        </w:rPr>
        <w:t xml:space="preserve"> when said Thank God, my job is done. I could not die in peace. Basically. It </w:t>
      </w:r>
      <w:proofErr w:type="spellStart"/>
      <w:r>
        <w:rPr>
          <w:rFonts w:ascii="Arial" w:hAnsi="Arial"/>
        </w:rPr>
        <w:t>it</w:t>
      </w:r>
      <w:proofErr w:type="spellEnd"/>
      <w:r>
        <w:rPr>
          <w:rFonts w:ascii="Arial" w:hAnsi="Arial"/>
        </w:rPr>
        <w:t xml:space="preserve"> taken a little tiny footstep into solving the whole issue.</w:t>
      </w:r>
    </w:p>
    <w:p w14:paraId="275B43DE" w14:textId="77777777" w:rsidR="00096B82" w:rsidRDefault="00096B82">
      <w:pPr>
        <w:spacing w:after="0"/>
      </w:pPr>
    </w:p>
    <w:p w14:paraId="73475B09" w14:textId="77777777" w:rsidR="00096B82" w:rsidRDefault="00D446B1">
      <w:pPr>
        <w:spacing w:after="0"/>
      </w:pPr>
      <w:r>
        <w:rPr>
          <w:rFonts w:ascii="Arial" w:hAnsi="Arial"/>
          <w:b/>
        </w:rPr>
        <w:t xml:space="preserve">Daisy  </w:t>
      </w:r>
      <w:r>
        <w:rPr>
          <w:rFonts w:ascii="Arial" w:hAnsi="Arial"/>
          <w:color w:val="5D7284"/>
        </w:rPr>
        <w:t>1:02:04</w:t>
      </w:r>
    </w:p>
    <w:p w14:paraId="137C5BBD" w14:textId="77777777" w:rsidR="00096B82" w:rsidRDefault="00D446B1">
      <w:pPr>
        <w:spacing w:after="0"/>
      </w:pPr>
      <w:r>
        <w:rPr>
          <w:rFonts w:ascii="Arial" w:hAnsi="Arial"/>
        </w:rPr>
        <w:t xml:space="preserve">He, he won that battle, just not the whole sort of it was enough. 10 years before Napoleon was </w:t>
      </w:r>
      <w:proofErr w:type="gramStart"/>
      <w:r>
        <w:rPr>
          <w:rFonts w:ascii="Arial" w:hAnsi="Arial"/>
        </w:rPr>
        <w:t>actually beaten</w:t>
      </w:r>
      <w:proofErr w:type="gramEnd"/>
      <w:r>
        <w:rPr>
          <w:rFonts w:ascii="Arial" w:hAnsi="Arial"/>
        </w:rPr>
        <w:t xml:space="preserve"> by Wellington.</w:t>
      </w:r>
    </w:p>
    <w:p w14:paraId="24D811B1" w14:textId="77777777" w:rsidR="00096B82" w:rsidRDefault="00096B82">
      <w:pPr>
        <w:spacing w:after="0"/>
      </w:pPr>
    </w:p>
    <w:p w14:paraId="102B7757" w14:textId="77777777" w:rsidR="00096B82" w:rsidRDefault="00D446B1">
      <w:pPr>
        <w:spacing w:after="0"/>
      </w:pPr>
      <w:r>
        <w:rPr>
          <w:rFonts w:ascii="Arial" w:hAnsi="Arial"/>
          <w:b/>
        </w:rPr>
        <w:t xml:space="preserve">Alice  </w:t>
      </w:r>
      <w:r>
        <w:rPr>
          <w:rFonts w:ascii="Arial" w:hAnsi="Arial"/>
          <w:color w:val="5D7284"/>
        </w:rPr>
        <w:t>1:02:14</w:t>
      </w:r>
    </w:p>
    <w:p w14:paraId="6E8DF562" w14:textId="77777777" w:rsidR="00096B82" w:rsidRDefault="00D446B1">
      <w:pPr>
        <w:spacing w:after="0"/>
      </w:pPr>
      <w:r>
        <w:rPr>
          <w:rFonts w:ascii="Arial" w:hAnsi="Arial"/>
        </w:rPr>
        <w:t xml:space="preserve">Ah, say my friend has </w:t>
      </w:r>
      <w:proofErr w:type="spellStart"/>
      <w:proofErr w:type="gramStart"/>
      <w:r>
        <w:rPr>
          <w:rFonts w:ascii="Arial" w:hAnsi="Arial"/>
        </w:rPr>
        <w:t>returneyou</w:t>
      </w:r>
      <w:proofErr w:type="spellEnd"/>
      <w:proofErr w:type="gramEnd"/>
    </w:p>
    <w:p w14:paraId="570B93F5" w14:textId="77777777" w:rsidR="00096B82" w:rsidRDefault="00096B82">
      <w:pPr>
        <w:spacing w:after="0"/>
      </w:pPr>
    </w:p>
    <w:p w14:paraId="7237F272" w14:textId="77777777" w:rsidR="00096B82" w:rsidRDefault="00D446B1">
      <w:pPr>
        <w:spacing w:after="0"/>
      </w:pPr>
      <w:r>
        <w:rPr>
          <w:rFonts w:ascii="Arial" w:hAnsi="Arial"/>
          <w:b/>
        </w:rPr>
        <w:t>Lu</w:t>
      </w:r>
      <w:r>
        <w:rPr>
          <w:rFonts w:ascii="Arial" w:hAnsi="Arial"/>
          <w:b/>
        </w:rPr>
        <w:t xml:space="preserve">cy  </w:t>
      </w:r>
      <w:r>
        <w:rPr>
          <w:rFonts w:ascii="Arial" w:hAnsi="Arial"/>
          <w:color w:val="5D7284"/>
        </w:rPr>
        <w:t>1:02:15</w:t>
      </w:r>
    </w:p>
    <w:p w14:paraId="675CF473" w14:textId="77777777" w:rsidR="00096B82" w:rsidRDefault="00D446B1">
      <w:pPr>
        <w:spacing w:after="0"/>
      </w:pPr>
      <w:r>
        <w:rPr>
          <w:rFonts w:ascii="Arial" w:hAnsi="Arial"/>
        </w:rPr>
        <w:t>Did Napoleon almost to have like a disability. Did you have like one arm? Okay. confused.</w:t>
      </w:r>
    </w:p>
    <w:p w14:paraId="741AD57D" w14:textId="77777777" w:rsidR="00096B82" w:rsidRDefault="00096B82">
      <w:pPr>
        <w:spacing w:after="0"/>
      </w:pPr>
    </w:p>
    <w:p w14:paraId="447D03F6" w14:textId="77777777" w:rsidR="00096B82" w:rsidRDefault="00D446B1">
      <w:pPr>
        <w:spacing w:after="0"/>
      </w:pPr>
      <w:r>
        <w:rPr>
          <w:rFonts w:ascii="Arial" w:hAnsi="Arial"/>
          <w:b/>
        </w:rPr>
        <w:t xml:space="preserve">Alice  </w:t>
      </w:r>
      <w:r>
        <w:rPr>
          <w:rFonts w:ascii="Arial" w:hAnsi="Arial"/>
          <w:color w:val="5D7284"/>
        </w:rPr>
        <w:t>1:02:25</w:t>
      </w:r>
    </w:p>
    <w:p w14:paraId="0B0DCF69" w14:textId="77777777" w:rsidR="00096B82" w:rsidRDefault="00D446B1">
      <w:pPr>
        <w:spacing w:after="0"/>
      </w:pPr>
      <w:r>
        <w:rPr>
          <w:rFonts w:ascii="Arial" w:hAnsi="Arial"/>
        </w:rPr>
        <w:t>He was short. Any other big hat?</w:t>
      </w:r>
    </w:p>
    <w:p w14:paraId="2BDA96DC" w14:textId="77777777" w:rsidR="00096B82" w:rsidRDefault="00096B82">
      <w:pPr>
        <w:spacing w:after="0"/>
      </w:pPr>
    </w:p>
    <w:p w14:paraId="7BDA33BC" w14:textId="77777777" w:rsidR="00096B82" w:rsidRDefault="00D446B1">
      <w:pPr>
        <w:spacing w:after="0"/>
      </w:pPr>
      <w:r>
        <w:rPr>
          <w:rFonts w:ascii="Arial" w:hAnsi="Arial"/>
          <w:b/>
        </w:rPr>
        <w:t xml:space="preserve">Lucy  </w:t>
      </w:r>
      <w:r>
        <w:rPr>
          <w:rFonts w:ascii="Arial" w:hAnsi="Arial"/>
          <w:color w:val="5D7284"/>
        </w:rPr>
        <w:t>1:02:32</w:t>
      </w:r>
    </w:p>
    <w:p w14:paraId="7CFFADE0" w14:textId="77777777" w:rsidR="00096B82" w:rsidRDefault="00D446B1">
      <w:pPr>
        <w:spacing w:after="0"/>
      </w:pPr>
      <w:r>
        <w:rPr>
          <w:rFonts w:ascii="Arial" w:hAnsi="Arial"/>
        </w:rPr>
        <w:t xml:space="preserve">No, you're talking about me? because I too am short </w:t>
      </w:r>
      <w:proofErr w:type="spellStart"/>
      <w:r>
        <w:rPr>
          <w:rFonts w:ascii="Arial" w:hAnsi="Arial"/>
        </w:rPr>
        <w:t>abd</w:t>
      </w:r>
      <w:proofErr w:type="spellEnd"/>
      <w:r>
        <w:rPr>
          <w:rFonts w:ascii="Arial" w:hAnsi="Arial"/>
        </w:rPr>
        <w:t xml:space="preserve"> have a hat.</w:t>
      </w:r>
    </w:p>
    <w:p w14:paraId="77BE70DE" w14:textId="77777777" w:rsidR="00096B82" w:rsidRDefault="00096B82">
      <w:pPr>
        <w:spacing w:after="0"/>
      </w:pPr>
    </w:p>
    <w:p w14:paraId="5FFCF6A6" w14:textId="77777777" w:rsidR="00096B82" w:rsidRDefault="00D446B1">
      <w:pPr>
        <w:spacing w:after="0"/>
      </w:pPr>
      <w:r>
        <w:rPr>
          <w:rFonts w:ascii="Arial" w:hAnsi="Arial"/>
          <w:b/>
        </w:rPr>
        <w:t xml:space="preserve">Alice  </w:t>
      </w:r>
      <w:r>
        <w:rPr>
          <w:rFonts w:ascii="Arial" w:hAnsi="Arial"/>
          <w:color w:val="5D7284"/>
        </w:rPr>
        <w:t>1:02:37</w:t>
      </w:r>
    </w:p>
    <w:p w14:paraId="068F1DD8" w14:textId="77777777" w:rsidR="00096B82" w:rsidRDefault="00D446B1">
      <w:pPr>
        <w:spacing w:after="0"/>
      </w:pPr>
      <w:r>
        <w:rPr>
          <w:rFonts w:ascii="Arial" w:hAnsi="Arial"/>
        </w:rPr>
        <w:t xml:space="preserve">Is </w:t>
      </w:r>
      <w:r>
        <w:rPr>
          <w:rFonts w:ascii="Arial" w:hAnsi="Arial"/>
        </w:rPr>
        <w:t>it a big hat?</w:t>
      </w:r>
    </w:p>
    <w:p w14:paraId="3B788B49" w14:textId="77777777" w:rsidR="00096B82" w:rsidRDefault="00096B82">
      <w:pPr>
        <w:spacing w:after="0"/>
      </w:pPr>
    </w:p>
    <w:p w14:paraId="1A84429E" w14:textId="77777777" w:rsidR="00096B82" w:rsidRDefault="00D446B1">
      <w:pPr>
        <w:spacing w:after="0"/>
      </w:pPr>
      <w:r>
        <w:rPr>
          <w:rFonts w:ascii="Arial" w:hAnsi="Arial"/>
          <w:b/>
        </w:rPr>
        <w:t xml:space="preserve">Lucy  </w:t>
      </w:r>
      <w:r>
        <w:rPr>
          <w:rFonts w:ascii="Arial" w:hAnsi="Arial"/>
          <w:color w:val="5D7284"/>
        </w:rPr>
        <w:t>1:02:39</w:t>
      </w:r>
    </w:p>
    <w:p w14:paraId="5EFC6BBB" w14:textId="77777777" w:rsidR="00096B82" w:rsidRDefault="00D446B1">
      <w:pPr>
        <w:spacing w:after="0"/>
      </w:pPr>
      <w:r>
        <w:rPr>
          <w:rFonts w:ascii="Arial" w:hAnsi="Arial"/>
        </w:rPr>
        <w:t xml:space="preserve">Yes, it is big hat. I'll show you my </w:t>
      </w:r>
      <w:proofErr w:type="gramStart"/>
      <w:r>
        <w:rPr>
          <w:rFonts w:ascii="Arial" w:hAnsi="Arial"/>
        </w:rPr>
        <w:t>hat</w:t>
      </w:r>
      <w:proofErr w:type="gramEnd"/>
      <w:r>
        <w:rPr>
          <w:rFonts w:ascii="Arial" w:hAnsi="Arial"/>
        </w:rPr>
        <w:t xml:space="preserve"> </w:t>
      </w:r>
    </w:p>
    <w:p w14:paraId="14BDD7F4" w14:textId="77777777" w:rsidR="00096B82" w:rsidRDefault="00096B82">
      <w:pPr>
        <w:spacing w:after="0"/>
      </w:pPr>
    </w:p>
    <w:p w14:paraId="52125826" w14:textId="77777777" w:rsidR="00096B82" w:rsidRDefault="00D446B1">
      <w:pPr>
        <w:spacing w:after="0"/>
      </w:pPr>
      <w:r>
        <w:rPr>
          <w:rFonts w:ascii="Arial" w:hAnsi="Arial"/>
          <w:b/>
        </w:rPr>
        <w:t xml:space="preserve">Alice  </w:t>
      </w:r>
      <w:r>
        <w:rPr>
          <w:rFonts w:ascii="Arial" w:hAnsi="Arial"/>
          <w:color w:val="5D7284"/>
        </w:rPr>
        <w:t>1:02:42</w:t>
      </w:r>
    </w:p>
    <w:p w14:paraId="24CC7F99" w14:textId="77777777" w:rsidR="00096B82" w:rsidRDefault="00D446B1">
      <w:pPr>
        <w:spacing w:after="0"/>
      </w:pPr>
      <w:r>
        <w:rPr>
          <w:rFonts w:ascii="Arial" w:hAnsi="Arial"/>
        </w:rPr>
        <w:t xml:space="preserve">No, it's fine.  You can post the picture up on </w:t>
      </w:r>
      <w:proofErr w:type="spellStart"/>
      <w:r>
        <w:rPr>
          <w:rFonts w:ascii="Arial" w:hAnsi="Arial"/>
        </w:rPr>
        <w:t>on</w:t>
      </w:r>
      <w:proofErr w:type="spellEnd"/>
      <w:r>
        <w:rPr>
          <w:rFonts w:ascii="Arial" w:hAnsi="Arial"/>
        </w:rPr>
        <w:t xml:space="preserve"> social media is with this episode. This is Lucy and her Napoleon </w:t>
      </w:r>
      <w:proofErr w:type="gramStart"/>
      <w:r>
        <w:rPr>
          <w:rFonts w:ascii="Arial" w:hAnsi="Arial"/>
        </w:rPr>
        <w:t>hat</w:t>
      </w:r>
      <w:proofErr w:type="gramEnd"/>
      <w:r>
        <w:rPr>
          <w:rFonts w:ascii="Arial" w:hAnsi="Arial"/>
        </w:rPr>
        <w:t xml:space="preserve"> </w:t>
      </w:r>
    </w:p>
    <w:p w14:paraId="5447E999" w14:textId="77777777" w:rsidR="00096B82" w:rsidRDefault="00096B82">
      <w:pPr>
        <w:spacing w:after="0"/>
      </w:pPr>
    </w:p>
    <w:p w14:paraId="65D96454" w14:textId="77777777" w:rsidR="00096B82" w:rsidRDefault="00D446B1">
      <w:pPr>
        <w:spacing w:after="0"/>
      </w:pPr>
      <w:r>
        <w:rPr>
          <w:rFonts w:ascii="Arial" w:hAnsi="Arial"/>
          <w:b/>
        </w:rPr>
        <w:t xml:space="preserve">Lucy  </w:t>
      </w:r>
      <w:r>
        <w:rPr>
          <w:rFonts w:ascii="Arial" w:hAnsi="Arial"/>
          <w:color w:val="5D7284"/>
        </w:rPr>
        <w:t>1:02:52</w:t>
      </w:r>
    </w:p>
    <w:p w14:paraId="5FEACADF" w14:textId="77777777" w:rsidR="00096B82" w:rsidRDefault="00D446B1">
      <w:pPr>
        <w:spacing w:after="0"/>
      </w:pPr>
      <w:r>
        <w:rPr>
          <w:rFonts w:ascii="Arial" w:hAnsi="Arial"/>
        </w:rPr>
        <w:t xml:space="preserve">In my array of Ha.... </w:t>
      </w:r>
      <w:proofErr w:type="spellStart"/>
      <w:r>
        <w:rPr>
          <w:rFonts w:ascii="Arial" w:hAnsi="Arial"/>
        </w:rPr>
        <w:t>its</w:t>
      </w:r>
      <w:proofErr w:type="spellEnd"/>
      <w:r>
        <w:rPr>
          <w:rFonts w:ascii="Arial" w:hAnsi="Arial"/>
        </w:rPr>
        <w:t xml:space="preserve"> not a Na</w:t>
      </w:r>
      <w:r>
        <w:rPr>
          <w:rFonts w:ascii="Arial" w:hAnsi="Arial"/>
        </w:rPr>
        <w:t xml:space="preserve">poleon hat is a James Bay type hat . You know, like a big.... anyway, we're going off...We're going off on one. Yeah. Did </w:t>
      </w:r>
      <w:proofErr w:type="spellStart"/>
      <w:r>
        <w:rPr>
          <w:rFonts w:ascii="Arial" w:hAnsi="Arial"/>
        </w:rPr>
        <w:t>did</w:t>
      </w:r>
      <w:proofErr w:type="spellEnd"/>
      <w:r>
        <w:rPr>
          <w:rFonts w:ascii="Arial" w:hAnsi="Arial"/>
        </w:rPr>
        <w:t xml:space="preserve"> Napoleon have anything like a disability or condition or something? Or am I guess Napoleon and Nelson mixed up?</w:t>
      </w:r>
    </w:p>
    <w:p w14:paraId="4D75BD7B" w14:textId="77777777" w:rsidR="00096B82" w:rsidRDefault="00096B82">
      <w:pPr>
        <w:spacing w:after="0"/>
      </w:pPr>
    </w:p>
    <w:p w14:paraId="38F2E3D0" w14:textId="77777777" w:rsidR="00096B82" w:rsidRDefault="00D446B1">
      <w:pPr>
        <w:spacing w:after="0"/>
      </w:pPr>
      <w:r>
        <w:rPr>
          <w:rFonts w:ascii="Arial" w:hAnsi="Arial"/>
          <w:b/>
        </w:rPr>
        <w:t xml:space="preserve">Daisy  </w:t>
      </w:r>
      <w:r>
        <w:rPr>
          <w:rFonts w:ascii="Arial" w:hAnsi="Arial"/>
          <w:color w:val="5D7284"/>
        </w:rPr>
        <w:t>1:03:12</w:t>
      </w:r>
    </w:p>
    <w:p w14:paraId="591A6B04" w14:textId="77777777" w:rsidR="00096B82" w:rsidRDefault="00D446B1">
      <w:pPr>
        <w:spacing w:after="0"/>
      </w:pPr>
      <w:r>
        <w:rPr>
          <w:rFonts w:ascii="Arial" w:hAnsi="Arial"/>
        </w:rPr>
        <w:t>Th</w:t>
      </w:r>
      <w:r>
        <w:rPr>
          <w:rFonts w:ascii="Arial" w:hAnsi="Arial"/>
        </w:rPr>
        <w:t>ere have been some recent reports that you might have had fits, right. I had seizures.</w:t>
      </w:r>
    </w:p>
    <w:p w14:paraId="65886B17" w14:textId="77777777" w:rsidR="00096B82" w:rsidRDefault="00096B82">
      <w:pPr>
        <w:spacing w:after="0"/>
      </w:pPr>
    </w:p>
    <w:p w14:paraId="3D814E1D" w14:textId="77777777" w:rsidR="00096B82" w:rsidRDefault="00D446B1">
      <w:pPr>
        <w:spacing w:after="0"/>
      </w:pPr>
      <w:r>
        <w:rPr>
          <w:rFonts w:ascii="Arial" w:hAnsi="Arial"/>
          <w:b/>
        </w:rPr>
        <w:t xml:space="preserve">Lucy  </w:t>
      </w:r>
      <w:r>
        <w:rPr>
          <w:rFonts w:ascii="Arial" w:hAnsi="Arial"/>
          <w:color w:val="5D7284"/>
        </w:rPr>
        <w:t>1:03:17</w:t>
      </w:r>
    </w:p>
    <w:p w14:paraId="249E7292" w14:textId="77777777" w:rsidR="00096B82" w:rsidRDefault="00D446B1">
      <w:pPr>
        <w:spacing w:after="0"/>
      </w:pPr>
      <w:r>
        <w:rPr>
          <w:rFonts w:ascii="Arial" w:hAnsi="Arial"/>
        </w:rPr>
        <w:t>Right. But there was nothing like a physical,</w:t>
      </w:r>
    </w:p>
    <w:p w14:paraId="6D9E222E" w14:textId="77777777" w:rsidR="00096B82" w:rsidRDefault="00096B82">
      <w:pPr>
        <w:spacing w:after="0"/>
      </w:pPr>
    </w:p>
    <w:p w14:paraId="66922210" w14:textId="77777777" w:rsidR="00096B82" w:rsidRDefault="00D446B1">
      <w:pPr>
        <w:spacing w:after="0"/>
      </w:pPr>
      <w:r>
        <w:rPr>
          <w:rFonts w:ascii="Arial" w:hAnsi="Arial"/>
          <w:b/>
        </w:rPr>
        <w:t xml:space="preserve">Alice  </w:t>
      </w:r>
      <w:r>
        <w:rPr>
          <w:rFonts w:ascii="Arial" w:hAnsi="Arial"/>
          <w:color w:val="5D7284"/>
        </w:rPr>
        <w:t>1:03:22</w:t>
      </w:r>
    </w:p>
    <w:p w14:paraId="0F31BAA0" w14:textId="77777777" w:rsidR="00096B82" w:rsidRDefault="00D446B1">
      <w:pPr>
        <w:spacing w:after="0"/>
      </w:pPr>
      <w:r>
        <w:rPr>
          <w:rFonts w:ascii="Arial" w:hAnsi="Arial"/>
        </w:rPr>
        <w:t xml:space="preserve">nothing </w:t>
      </w:r>
      <w:proofErr w:type="gramStart"/>
      <w:r>
        <w:rPr>
          <w:rFonts w:ascii="Arial" w:hAnsi="Arial"/>
        </w:rPr>
        <w:t>concrete</w:t>
      </w:r>
      <w:proofErr w:type="gramEnd"/>
      <w:r>
        <w:rPr>
          <w:rFonts w:ascii="Arial" w:hAnsi="Arial"/>
        </w:rPr>
        <w:t xml:space="preserve"> at the time.</w:t>
      </w:r>
    </w:p>
    <w:p w14:paraId="01D13471" w14:textId="77777777" w:rsidR="00096B82" w:rsidRDefault="00096B82">
      <w:pPr>
        <w:spacing w:after="0"/>
      </w:pPr>
    </w:p>
    <w:p w14:paraId="51D57BE3" w14:textId="77777777" w:rsidR="00096B82" w:rsidRDefault="00D446B1">
      <w:pPr>
        <w:spacing w:after="0"/>
      </w:pPr>
      <w:r>
        <w:rPr>
          <w:rFonts w:ascii="Arial" w:hAnsi="Arial"/>
          <w:b/>
        </w:rPr>
        <w:t xml:space="preserve">Lucy  </w:t>
      </w:r>
      <w:r>
        <w:rPr>
          <w:rFonts w:ascii="Arial" w:hAnsi="Arial"/>
          <w:color w:val="5D7284"/>
        </w:rPr>
        <w:t>1:03:24</w:t>
      </w:r>
    </w:p>
    <w:p w14:paraId="05FE8D16" w14:textId="77777777" w:rsidR="00096B82" w:rsidRDefault="00D446B1">
      <w:pPr>
        <w:spacing w:after="0"/>
      </w:pPr>
      <w:r>
        <w:rPr>
          <w:rFonts w:ascii="Arial" w:hAnsi="Arial"/>
        </w:rPr>
        <w:t>Like his arm hanging off, or is it?</w:t>
      </w:r>
    </w:p>
    <w:p w14:paraId="11773267" w14:textId="77777777" w:rsidR="00096B82" w:rsidRDefault="00096B82">
      <w:pPr>
        <w:spacing w:after="0"/>
      </w:pPr>
    </w:p>
    <w:p w14:paraId="24D54FBE" w14:textId="77777777" w:rsidR="00096B82" w:rsidRDefault="00D446B1">
      <w:pPr>
        <w:spacing w:after="0"/>
      </w:pPr>
      <w:r>
        <w:rPr>
          <w:rFonts w:ascii="Arial" w:hAnsi="Arial"/>
          <w:b/>
        </w:rPr>
        <w:lastRenderedPageBreak/>
        <w:t xml:space="preserve">Daisy  </w:t>
      </w:r>
      <w:r>
        <w:rPr>
          <w:rFonts w:ascii="Arial" w:hAnsi="Arial"/>
          <w:color w:val="5D7284"/>
        </w:rPr>
        <w:t>1:03:28</w:t>
      </w:r>
    </w:p>
    <w:p w14:paraId="2660F9F3" w14:textId="77777777" w:rsidR="00096B82" w:rsidRDefault="00D446B1">
      <w:pPr>
        <w:spacing w:after="0"/>
      </w:pPr>
      <w:r>
        <w:rPr>
          <w:rFonts w:ascii="Arial" w:hAnsi="Arial"/>
        </w:rPr>
        <w:t xml:space="preserve">Not? I think there are I think there are a lot of pictures that I've seen of him where his arm is kind of </w:t>
      </w:r>
      <w:proofErr w:type="gramStart"/>
      <w:r>
        <w:rPr>
          <w:rFonts w:ascii="Arial" w:hAnsi="Arial"/>
        </w:rPr>
        <w:t>like</w:t>
      </w:r>
      <w:proofErr w:type="gramEnd"/>
    </w:p>
    <w:p w14:paraId="7161B584" w14:textId="77777777" w:rsidR="00096B82" w:rsidRDefault="00096B82">
      <w:pPr>
        <w:spacing w:after="0"/>
      </w:pPr>
    </w:p>
    <w:p w14:paraId="4C7D8BC7" w14:textId="77777777" w:rsidR="00096B82" w:rsidRDefault="00D446B1">
      <w:pPr>
        <w:spacing w:after="0"/>
      </w:pPr>
      <w:r>
        <w:rPr>
          <w:rFonts w:ascii="Arial" w:hAnsi="Arial"/>
          <w:b/>
        </w:rPr>
        <w:t xml:space="preserve">Lucy  </w:t>
      </w:r>
      <w:r>
        <w:rPr>
          <w:rFonts w:ascii="Arial" w:hAnsi="Arial"/>
          <w:color w:val="5D7284"/>
        </w:rPr>
        <w:t>1:03:35</w:t>
      </w:r>
    </w:p>
    <w:p w14:paraId="076830D5" w14:textId="77777777" w:rsidR="00096B82" w:rsidRDefault="00D446B1">
      <w:pPr>
        <w:spacing w:after="0"/>
      </w:pPr>
      <w:r>
        <w:rPr>
          <w:rFonts w:ascii="Arial" w:hAnsi="Arial"/>
        </w:rPr>
        <w:t>a crutch or something. Oh yeah, that's what I'm thinking. Maybe we do Napoleon in another episode.</w:t>
      </w:r>
    </w:p>
    <w:p w14:paraId="4325FF32" w14:textId="77777777" w:rsidR="00096B82" w:rsidRDefault="00096B82">
      <w:pPr>
        <w:spacing w:after="0"/>
      </w:pPr>
    </w:p>
    <w:p w14:paraId="23BBF443" w14:textId="77777777" w:rsidR="00096B82" w:rsidRDefault="00D446B1">
      <w:pPr>
        <w:spacing w:after="0"/>
      </w:pPr>
      <w:r>
        <w:rPr>
          <w:rFonts w:ascii="Arial" w:hAnsi="Arial"/>
          <w:b/>
        </w:rPr>
        <w:t xml:space="preserve">Daisy  </w:t>
      </w:r>
      <w:r>
        <w:rPr>
          <w:rFonts w:ascii="Arial" w:hAnsi="Arial"/>
          <w:color w:val="5D7284"/>
        </w:rPr>
        <w:t>1:03:42</w:t>
      </w:r>
    </w:p>
    <w:p w14:paraId="7C9672AC" w14:textId="77777777" w:rsidR="00096B82" w:rsidRDefault="00D446B1">
      <w:pPr>
        <w:spacing w:after="0"/>
      </w:pPr>
      <w:r>
        <w:rPr>
          <w:rFonts w:ascii="Arial" w:hAnsi="Arial"/>
        </w:rPr>
        <w:t xml:space="preserve">Once we figured out whether he </w:t>
      </w:r>
      <w:proofErr w:type="spellStart"/>
      <w:r>
        <w:rPr>
          <w:rFonts w:ascii="Arial" w:hAnsi="Arial"/>
        </w:rPr>
        <w:t>aas</w:t>
      </w:r>
      <w:proofErr w:type="spellEnd"/>
      <w:r>
        <w:rPr>
          <w:rFonts w:ascii="Arial" w:hAnsi="Arial"/>
        </w:rPr>
        <w:t xml:space="preserve"> Disabled or not </w:t>
      </w:r>
    </w:p>
    <w:p w14:paraId="32BA2380" w14:textId="77777777" w:rsidR="00096B82" w:rsidRDefault="00096B82">
      <w:pPr>
        <w:spacing w:after="0"/>
      </w:pPr>
    </w:p>
    <w:p w14:paraId="29F0B873" w14:textId="77777777" w:rsidR="00096B82" w:rsidRDefault="00D446B1">
      <w:pPr>
        <w:spacing w:after="0"/>
      </w:pPr>
      <w:r>
        <w:rPr>
          <w:rFonts w:ascii="Arial" w:hAnsi="Arial"/>
          <w:b/>
        </w:rPr>
        <w:t xml:space="preserve">Alice  </w:t>
      </w:r>
      <w:r>
        <w:rPr>
          <w:rFonts w:ascii="Arial" w:hAnsi="Arial"/>
          <w:color w:val="5D7284"/>
        </w:rPr>
        <w:t>1:03:43</w:t>
      </w:r>
    </w:p>
    <w:p w14:paraId="12E0CA2E" w14:textId="77777777" w:rsidR="00096B82" w:rsidRDefault="00D446B1">
      <w:pPr>
        <w:spacing w:after="0"/>
      </w:pPr>
      <w:r>
        <w:rPr>
          <w:rFonts w:ascii="Arial" w:hAnsi="Arial"/>
        </w:rPr>
        <w:t xml:space="preserve">was </w:t>
      </w:r>
      <w:proofErr w:type="gramStart"/>
      <w:r>
        <w:rPr>
          <w:rFonts w:ascii="Arial" w:hAnsi="Arial"/>
        </w:rPr>
        <w:t>very short</w:t>
      </w:r>
      <w:proofErr w:type="gramEnd"/>
      <w:r>
        <w:rPr>
          <w:rFonts w:ascii="Arial" w:hAnsi="Arial"/>
        </w:rPr>
        <w:t xml:space="preserve"> episode otherwise. history lesson Napoleon, not disabled. The end of the history lesson.</w:t>
      </w:r>
    </w:p>
    <w:p w14:paraId="54B8F53E" w14:textId="77777777" w:rsidR="00096B82" w:rsidRDefault="00096B82">
      <w:pPr>
        <w:spacing w:after="0"/>
      </w:pPr>
    </w:p>
    <w:p w14:paraId="56A51DA5" w14:textId="77777777" w:rsidR="00096B82" w:rsidRDefault="00D446B1">
      <w:pPr>
        <w:spacing w:after="0"/>
      </w:pPr>
      <w:r>
        <w:rPr>
          <w:rFonts w:ascii="Arial" w:hAnsi="Arial"/>
          <w:b/>
        </w:rPr>
        <w:t xml:space="preserve">Daisy  </w:t>
      </w:r>
      <w:r>
        <w:rPr>
          <w:rFonts w:ascii="Arial" w:hAnsi="Arial"/>
          <w:color w:val="5D7284"/>
        </w:rPr>
        <w:t>1:03:55</w:t>
      </w:r>
    </w:p>
    <w:p w14:paraId="176F1FC8" w14:textId="77777777" w:rsidR="00096B82" w:rsidRDefault="00D446B1">
      <w:pPr>
        <w:spacing w:after="0"/>
      </w:pPr>
      <w:r>
        <w:rPr>
          <w:rFonts w:ascii="Arial" w:hAnsi="Arial"/>
        </w:rPr>
        <w:t>Really easy episodes, you can get lined up.</w:t>
      </w:r>
    </w:p>
    <w:p w14:paraId="1D22F128" w14:textId="77777777" w:rsidR="00096B82" w:rsidRDefault="00096B82">
      <w:pPr>
        <w:spacing w:after="0"/>
      </w:pPr>
    </w:p>
    <w:p w14:paraId="608A5988" w14:textId="77777777" w:rsidR="00096B82" w:rsidRDefault="00D446B1">
      <w:pPr>
        <w:spacing w:after="0"/>
      </w:pPr>
      <w:r>
        <w:rPr>
          <w:rFonts w:ascii="Arial" w:hAnsi="Arial"/>
          <w:b/>
        </w:rPr>
        <w:t xml:space="preserve">Alice  </w:t>
      </w:r>
      <w:r>
        <w:rPr>
          <w:rFonts w:ascii="Arial" w:hAnsi="Arial"/>
          <w:color w:val="5D7284"/>
        </w:rPr>
        <w:t>1:04:00</w:t>
      </w:r>
    </w:p>
    <w:p w14:paraId="3699939E" w14:textId="77777777" w:rsidR="00096B82" w:rsidRDefault="00D446B1">
      <w:pPr>
        <w:spacing w:after="0"/>
      </w:pPr>
      <w:r>
        <w:rPr>
          <w:rFonts w:ascii="Arial" w:hAnsi="Arial"/>
        </w:rPr>
        <w:t>alternat</w:t>
      </w:r>
      <w:r>
        <w:rPr>
          <w:rFonts w:ascii="Arial" w:hAnsi="Arial"/>
        </w:rPr>
        <w:t>e history lessons for the lABLEd podcast, we're going to tell you about people who are not disabled.</w:t>
      </w:r>
    </w:p>
    <w:p w14:paraId="3CC0ECBD" w14:textId="77777777" w:rsidR="00096B82" w:rsidRDefault="00096B82">
      <w:pPr>
        <w:spacing w:after="0"/>
      </w:pPr>
    </w:p>
    <w:p w14:paraId="5046EE6B" w14:textId="77777777" w:rsidR="00096B82" w:rsidRDefault="00D446B1">
      <w:pPr>
        <w:spacing w:after="0"/>
      </w:pPr>
      <w:r>
        <w:rPr>
          <w:rFonts w:ascii="Arial" w:hAnsi="Arial"/>
          <w:b/>
        </w:rPr>
        <w:t xml:space="preserve">Daisy  </w:t>
      </w:r>
      <w:r>
        <w:rPr>
          <w:rFonts w:ascii="Arial" w:hAnsi="Arial"/>
          <w:color w:val="5D7284"/>
        </w:rPr>
        <w:t>1:04:05</w:t>
      </w:r>
    </w:p>
    <w:p w14:paraId="4C355DF4" w14:textId="77777777" w:rsidR="00096B82" w:rsidRDefault="00D446B1">
      <w:pPr>
        <w:spacing w:after="0"/>
      </w:pPr>
      <w:r>
        <w:rPr>
          <w:rFonts w:ascii="Arial" w:hAnsi="Arial"/>
        </w:rPr>
        <w:t>It's a whole It's a whole new series. It's called Are you disabled? Just a list of People you just go no...</w:t>
      </w:r>
    </w:p>
    <w:p w14:paraId="366246BD" w14:textId="77777777" w:rsidR="00096B82" w:rsidRDefault="00096B82">
      <w:pPr>
        <w:spacing w:after="0"/>
      </w:pPr>
    </w:p>
    <w:p w14:paraId="7340861E" w14:textId="77777777" w:rsidR="00096B82" w:rsidRDefault="00D446B1">
      <w:pPr>
        <w:spacing w:after="0"/>
      </w:pPr>
      <w:r>
        <w:rPr>
          <w:rFonts w:ascii="Arial" w:hAnsi="Arial"/>
          <w:b/>
        </w:rPr>
        <w:t xml:space="preserve">Lucy  </w:t>
      </w:r>
      <w:r>
        <w:rPr>
          <w:rFonts w:ascii="Arial" w:hAnsi="Arial"/>
          <w:color w:val="5D7284"/>
        </w:rPr>
        <w:t>1:04:12</w:t>
      </w:r>
    </w:p>
    <w:p w14:paraId="0D66155A" w14:textId="77777777" w:rsidR="00096B82" w:rsidRDefault="00D446B1">
      <w:pPr>
        <w:spacing w:after="0"/>
      </w:pPr>
      <w:proofErr w:type="spellStart"/>
      <w:r>
        <w:rPr>
          <w:rFonts w:ascii="Arial" w:hAnsi="Arial"/>
        </w:rPr>
        <w:t>Thier</w:t>
      </w:r>
      <w:proofErr w:type="spellEnd"/>
      <w:r>
        <w:rPr>
          <w:rFonts w:ascii="Arial" w:hAnsi="Arial"/>
        </w:rPr>
        <w:t xml:space="preserve"> are Twitte</w:t>
      </w:r>
      <w:r>
        <w:rPr>
          <w:rFonts w:ascii="Arial" w:hAnsi="Arial"/>
        </w:rPr>
        <w:t xml:space="preserve">r account like, is it Ted Thompson's birthday? No, no. </w:t>
      </w:r>
      <w:proofErr w:type="gramStart"/>
      <w:r>
        <w:rPr>
          <w:rFonts w:ascii="Arial" w:hAnsi="Arial"/>
        </w:rPr>
        <w:t>no</w:t>
      </w:r>
      <w:proofErr w:type="gramEnd"/>
      <w:r>
        <w:rPr>
          <w:rFonts w:ascii="Arial" w:hAnsi="Arial"/>
        </w:rPr>
        <w:t xml:space="preserve"> Yes! no  someone's got far too much time on their hands. We've just got off and on again.</w:t>
      </w:r>
    </w:p>
    <w:p w14:paraId="204DD944" w14:textId="77777777" w:rsidR="00096B82" w:rsidRDefault="00096B82">
      <w:pPr>
        <w:spacing w:after="0"/>
      </w:pPr>
    </w:p>
    <w:p w14:paraId="6594C8B0" w14:textId="77777777" w:rsidR="00096B82" w:rsidRDefault="00D446B1">
      <w:pPr>
        <w:spacing w:after="0"/>
      </w:pPr>
      <w:r>
        <w:rPr>
          <w:rFonts w:ascii="Arial" w:hAnsi="Arial"/>
          <w:b/>
        </w:rPr>
        <w:t xml:space="preserve">Alice  </w:t>
      </w:r>
      <w:r>
        <w:rPr>
          <w:rFonts w:ascii="Arial" w:hAnsi="Arial"/>
          <w:color w:val="5D7284"/>
        </w:rPr>
        <w:t>1:04:31</w:t>
      </w:r>
    </w:p>
    <w:p w14:paraId="17E3F09D" w14:textId="77777777" w:rsidR="00096B82" w:rsidRDefault="00D446B1">
      <w:pPr>
        <w:spacing w:after="0"/>
      </w:pPr>
      <w:proofErr w:type="spellStart"/>
      <w:r>
        <w:rPr>
          <w:rFonts w:ascii="Arial" w:hAnsi="Arial"/>
        </w:rPr>
        <w:t>kinda</w:t>
      </w:r>
      <w:proofErr w:type="spellEnd"/>
      <w:r>
        <w:rPr>
          <w:rFonts w:ascii="Arial" w:hAnsi="Arial"/>
        </w:rPr>
        <w:t xml:space="preserve"> classic us. though </w:t>
      </w:r>
      <w:proofErr w:type="spellStart"/>
      <w:proofErr w:type="gramStart"/>
      <w:r>
        <w:rPr>
          <w:rFonts w:ascii="Arial" w:hAnsi="Arial"/>
        </w:rPr>
        <w:t>innit</w:t>
      </w:r>
      <w:proofErr w:type="spellEnd"/>
      <w:r>
        <w:rPr>
          <w:rFonts w:ascii="Arial" w:hAnsi="Arial"/>
        </w:rPr>
        <w:t>..</w:t>
      </w:r>
      <w:proofErr w:type="gramEnd"/>
      <w:r>
        <w:rPr>
          <w:rFonts w:ascii="Arial" w:hAnsi="Arial"/>
        </w:rPr>
        <w:t xml:space="preserve"> That's  what keeps bringing the people </w:t>
      </w:r>
      <w:proofErr w:type="gramStart"/>
      <w:r>
        <w:rPr>
          <w:rFonts w:ascii="Arial" w:hAnsi="Arial"/>
        </w:rPr>
        <w:t>back</w:t>
      </w:r>
      <w:proofErr w:type="gramEnd"/>
      <w:r>
        <w:rPr>
          <w:rFonts w:ascii="Arial" w:hAnsi="Arial"/>
        </w:rPr>
        <w:t xml:space="preserve"> </w:t>
      </w:r>
    </w:p>
    <w:p w14:paraId="1E92875C" w14:textId="77777777" w:rsidR="00096B82" w:rsidRDefault="00096B82">
      <w:pPr>
        <w:spacing w:after="0"/>
      </w:pPr>
    </w:p>
    <w:p w14:paraId="765FA378" w14:textId="77777777" w:rsidR="00096B82" w:rsidRDefault="00D446B1">
      <w:pPr>
        <w:spacing w:after="0"/>
      </w:pPr>
      <w:r>
        <w:rPr>
          <w:rFonts w:ascii="Arial" w:hAnsi="Arial"/>
          <w:b/>
        </w:rPr>
        <w:t xml:space="preserve">Lucy  </w:t>
      </w:r>
      <w:r>
        <w:rPr>
          <w:rFonts w:ascii="Arial" w:hAnsi="Arial"/>
          <w:color w:val="5D7284"/>
        </w:rPr>
        <w:t>1:04:38</w:t>
      </w:r>
    </w:p>
    <w:p w14:paraId="4E0F24A2" w14:textId="77777777" w:rsidR="00096B82" w:rsidRDefault="00D446B1">
      <w:pPr>
        <w:spacing w:after="0"/>
      </w:pPr>
      <w:r>
        <w:rPr>
          <w:rFonts w:ascii="Arial" w:hAnsi="Arial"/>
        </w:rPr>
        <w:t>listeners should  get a  certificate like, well done for making it  through the episode.  here's a downloadable certificate.</w:t>
      </w:r>
    </w:p>
    <w:p w14:paraId="35FD4660" w14:textId="77777777" w:rsidR="00096B82" w:rsidRDefault="00096B82">
      <w:pPr>
        <w:spacing w:after="0"/>
      </w:pPr>
    </w:p>
    <w:p w14:paraId="50819D73" w14:textId="77777777" w:rsidR="00096B82" w:rsidRDefault="00D446B1">
      <w:pPr>
        <w:spacing w:after="0"/>
      </w:pPr>
      <w:r>
        <w:rPr>
          <w:rFonts w:ascii="Arial" w:hAnsi="Arial"/>
          <w:b/>
        </w:rPr>
        <w:t xml:space="preserve">Alice  </w:t>
      </w:r>
      <w:r>
        <w:rPr>
          <w:rFonts w:ascii="Arial" w:hAnsi="Arial"/>
          <w:color w:val="5D7284"/>
        </w:rPr>
        <w:t>1:04:45</w:t>
      </w:r>
    </w:p>
    <w:p w14:paraId="1782370C" w14:textId="77777777" w:rsidR="00096B82" w:rsidRDefault="00D446B1">
      <w:pPr>
        <w:spacing w:after="0"/>
      </w:pPr>
      <w:r>
        <w:rPr>
          <w:rFonts w:ascii="Arial" w:hAnsi="Arial"/>
        </w:rPr>
        <w:t xml:space="preserve">Like for lots of podcasts where they you know, spend their beginning bit having that kind of chat and catch up </w:t>
      </w:r>
      <w:r>
        <w:rPr>
          <w:rFonts w:ascii="Arial" w:hAnsi="Arial"/>
        </w:rPr>
        <w:t xml:space="preserve">and doing all their promo and stuff. It's like people skip through all of that to get to the interesting bit. People can't do that with our podcast because we do it constantly. </w:t>
      </w:r>
      <w:proofErr w:type="gramStart"/>
      <w:r>
        <w:rPr>
          <w:rFonts w:ascii="Arial" w:hAnsi="Arial"/>
        </w:rPr>
        <w:t>So</w:t>
      </w:r>
      <w:proofErr w:type="gramEnd"/>
      <w:r>
        <w:rPr>
          <w:rFonts w:ascii="Arial" w:hAnsi="Arial"/>
        </w:rPr>
        <w:t xml:space="preserve"> throughout the show,</w:t>
      </w:r>
    </w:p>
    <w:p w14:paraId="79867AE8" w14:textId="77777777" w:rsidR="00096B82" w:rsidRDefault="00096B82">
      <w:pPr>
        <w:spacing w:after="0"/>
      </w:pPr>
    </w:p>
    <w:p w14:paraId="37261549" w14:textId="77777777" w:rsidR="00096B82" w:rsidRDefault="00D446B1">
      <w:pPr>
        <w:spacing w:after="0"/>
      </w:pPr>
      <w:r>
        <w:rPr>
          <w:rFonts w:ascii="Arial" w:hAnsi="Arial"/>
          <w:b/>
        </w:rPr>
        <w:t xml:space="preserve">Lucy  </w:t>
      </w:r>
      <w:r>
        <w:rPr>
          <w:rFonts w:ascii="Arial" w:hAnsi="Arial"/>
          <w:color w:val="5D7284"/>
        </w:rPr>
        <w:t>1:05:02</w:t>
      </w:r>
    </w:p>
    <w:p w14:paraId="4B0B66DD" w14:textId="77777777" w:rsidR="00096B82" w:rsidRDefault="00D446B1">
      <w:pPr>
        <w:spacing w:after="0"/>
      </w:pPr>
      <w:r>
        <w:rPr>
          <w:rFonts w:ascii="Arial" w:hAnsi="Arial"/>
        </w:rPr>
        <w:t>when laced with topical discussion about</w:t>
      </w:r>
      <w:r>
        <w:rPr>
          <w:rFonts w:ascii="Arial" w:hAnsi="Arial"/>
        </w:rPr>
        <w:t xml:space="preserve"> our lives,</w:t>
      </w:r>
    </w:p>
    <w:p w14:paraId="0F7601DB" w14:textId="77777777" w:rsidR="00096B82" w:rsidRDefault="00096B82">
      <w:pPr>
        <w:spacing w:after="0"/>
      </w:pPr>
    </w:p>
    <w:p w14:paraId="3D31F2AB" w14:textId="77777777" w:rsidR="00096B82" w:rsidRDefault="00D446B1">
      <w:pPr>
        <w:spacing w:after="0"/>
      </w:pPr>
      <w:r>
        <w:rPr>
          <w:rFonts w:ascii="Arial" w:hAnsi="Arial"/>
          <w:b/>
        </w:rPr>
        <w:t xml:space="preserve">Alice  </w:t>
      </w:r>
      <w:r>
        <w:rPr>
          <w:rFonts w:ascii="Arial" w:hAnsi="Arial"/>
          <w:color w:val="5D7284"/>
        </w:rPr>
        <w:t>1:05:06</w:t>
      </w:r>
    </w:p>
    <w:p w14:paraId="4037683B" w14:textId="77777777" w:rsidR="00096B82" w:rsidRDefault="00D446B1">
      <w:pPr>
        <w:spacing w:after="0"/>
      </w:pPr>
      <w:r>
        <w:rPr>
          <w:rFonts w:ascii="Arial" w:hAnsi="Arial"/>
        </w:rPr>
        <w:lastRenderedPageBreak/>
        <w:t xml:space="preserve">need to need to add an extra kind of like content warning bit for skippers. skip ahead for the next four minutes if you want to actually hear about Nelson, and </w:t>
      </w:r>
      <w:proofErr w:type="gramStart"/>
      <w:r>
        <w:rPr>
          <w:rFonts w:ascii="Arial" w:hAnsi="Arial"/>
        </w:rPr>
        <w:t>not</w:t>
      </w:r>
      <w:proofErr w:type="gramEnd"/>
    </w:p>
    <w:p w14:paraId="28A67EAB" w14:textId="77777777" w:rsidR="00096B82" w:rsidRDefault="00096B82">
      <w:pPr>
        <w:spacing w:after="0"/>
      </w:pPr>
    </w:p>
    <w:p w14:paraId="16563ACB" w14:textId="77777777" w:rsidR="00096B82" w:rsidRDefault="00D446B1">
      <w:pPr>
        <w:spacing w:after="0"/>
      </w:pPr>
      <w:r>
        <w:rPr>
          <w:rFonts w:ascii="Arial" w:hAnsi="Arial"/>
          <w:b/>
        </w:rPr>
        <w:t xml:space="preserve">Lucy  </w:t>
      </w:r>
      <w:r>
        <w:rPr>
          <w:rFonts w:ascii="Arial" w:hAnsi="Arial"/>
          <w:color w:val="5D7284"/>
        </w:rPr>
        <w:t>1:05:18</w:t>
      </w:r>
    </w:p>
    <w:p w14:paraId="051A3AF7" w14:textId="77777777" w:rsidR="00096B82" w:rsidRDefault="00D446B1">
      <w:pPr>
        <w:spacing w:after="0"/>
      </w:pPr>
      <w:r>
        <w:rPr>
          <w:rFonts w:ascii="Arial" w:hAnsi="Arial"/>
        </w:rPr>
        <w:t xml:space="preserve">think so of this episode is going around and the </w:t>
      </w:r>
      <w:proofErr w:type="spellStart"/>
      <w:r>
        <w:rPr>
          <w:rFonts w:ascii="Arial" w:hAnsi="Arial"/>
        </w:rPr>
        <w:t>the</w:t>
      </w:r>
      <w:proofErr w:type="spellEnd"/>
      <w:r>
        <w:rPr>
          <w:rFonts w:ascii="Arial" w:hAnsi="Arial"/>
        </w:rPr>
        <w:t xml:space="preserve"> blooper reel </w:t>
      </w:r>
      <w:proofErr w:type="spellStart"/>
      <w:r>
        <w:rPr>
          <w:rFonts w:ascii="Arial" w:hAnsi="Arial"/>
        </w:rPr>
        <w:t>isnt</w:t>
      </w:r>
      <w:proofErr w:type="spellEnd"/>
      <w:r>
        <w:rPr>
          <w:rFonts w:ascii="Arial" w:hAnsi="Arial"/>
        </w:rPr>
        <w:t xml:space="preserve"> it </w:t>
      </w:r>
      <w:proofErr w:type="gramStart"/>
      <w:r>
        <w:rPr>
          <w:rFonts w:ascii="Arial" w:hAnsi="Arial"/>
        </w:rPr>
        <w:t>really</w:t>
      </w:r>
      <w:proofErr w:type="gramEnd"/>
    </w:p>
    <w:p w14:paraId="5A54D891" w14:textId="77777777" w:rsidR="00096B82" w:rsidRDefault="00096B82">
      <w:pPr>
        <w:spacing w:after="0"/>
      </w:pPr>
    </w:p>
    <w:p w14:paraId="04050D6B" w14:textId="77777777" w:rsidR="00096B82" w:rsidRDefault="00D446B1">
      <w:pPr>
        <w:spacing w:after="0"/>
      </w:pPr>
      <w:r>
        <w:rPr>
          <w:rFonts w:ascii="Arial" w:hAnsi="Arial"/>
          <w:b/>
        </w:rPr>
        <w:t xml:space="preserve">Alice  </w:t>
      </w:r>
      <w:r>
        <w:rPr>
          <w:rFonts w:ascii="Arial" w:hAnsi="Arial"/>
          <w:color w:val="5D7284"/>
        </w:rPr>
        <w:t>1:05:23</w:t>
      </w:r>
    </w:p>
    <w:p w14:paraId="50E07413" w14:textId="77777777" w:rsidR="00096B82" w:rsidRDefault="00D446B1">
      <w:pPr>
        <w:spacing w:after="0"/>
      </w:pPr>
      <w:r>
        <w:rPr>
          <w:rFonts w:ascii="Arial" w:hAnsi="Arial"/>
        </w:rPr>
        <w:t>definitely.</w:t>
      </w:r>
    </w:p>
    <w:p w14:paraId="4DD1CB34" w14:textId="77777777" w:rsidR="00096B82" w:rsidRDefault="00096B82">
      <w:pPr>
        <w:spacing w:after="0"/>
      </w:pPr>
    </w:p>
    <w:p w14:paraId="046D5C9E" w14:textId="77777777" w:rsidR="00096B82" w:rsidRDefault="00D446B1">
      <w:pPr>
        <w:spacing w:after="0"/>
      </w:pPr>
      <w:r>
        <w:rPr>
          <w:rFonts w:ascii="Arial" w:hAnsi="Arial"/>
          <w:b/>
        </w:rPr>
        <w:t xml:space="preserve">Lucy  </w:t>
      </w:r>
      <w:r>
        <w:rPr>
          <w:rFonts w:ascii="Arial" w:hAnsi="Arial"/>
          <w:color w:val="5D7284"/>
        </w:rPr>
        <w:t>1:05:24</w:t>
      </w:r>
    </w:p>
    <w:p w14:paraId="7286BAE3" w14:textId="77777777" w:rsidR="00096B82" w:rsidRDefault="00D446B1">
      <w:pPr>
        <w:spacing w:after="0"/>
      </w:pPr>
      <w:r>
        <w:rPr>
          <w:rFonts w:ascii="Arial" w:hAnsi="Arial"/>
        </w:rPr>
        <w:t>Is there anything else Daisy?</w:t>
      </w:r>
    </w:p>
    <w:p w14:paraId="35BC9E16" w14:textId="77777777" w:rsidR="00096B82" w:rsidRDefault="00096B82">
      <w:pPr>
        <w:spacing w:after="0"/>
      </w:pPr>
    </w:p>
    <w:p w14:paraId="20098324" w14:textId="77777777" w:rsidR="00096B82" w:rsidRDefault="00D446B1">
      <w:pPr>
        <w:spacing w:after="0"/>
      </w:pPr>
      <w:r>
        <w:rPr>
          <w:rFonts w:ascii="Arial" w:hAnsi="Arial"/>
          <w:b/>
        </w:rPr>
        <w:t xml:space="preserve">Daisy  </w:t>
      </w:r>
      <w:r>
        <w:rPr>
          <w:rFonts w:ascii="Arial" w:hAnsi="Arial"/>
          <w:color w:val="5D7284"/>
        </w:rPr>
        <w:t>1:05:30</w:t>
      </w:r>
    </w:p>
    <w:p w14:paraId="27F8CB0E" w14:textId="77777777" w:rsidR="00096B82" w:rsidRDefault="00D446B1">
      <w:pPr>
        <w:spacing w:after="0"/>
      </w:pPr>
      <w:r>
        <w:rPr>
          <w:rFonts w:ascii="Arial" w:hAnsi="Arial"/>
        </w:rPr>
        <w:t>Oh, there was one, you know how you were saying on his deathbed. He wanted Emma and his daughter be taken care of.</w:t>
      </w:r>
    </w:p>
    <w:p w14:paraId="0E929CCC" w14:textId="77777777" w:rsidR="00096B82" w:rsidRDefault="00096B82">
      <w:pPr>
        <w:spacing w:after="0"/>
      </w:pPr>
    </w:p>
    <w:p w14:paraId="2996073E" w14:textId="77777777" w:rsidR="00096B82" w:rsidRDefault="00D446B1">
      <w:pPr>
        <w:spacing w:after="0"/>
      </w:pPr>
      <w:r>
        <w:rPr>
          <w:rFonts w:ascii="Arial" w:hAnsi="Arial"/>
          <w:b/>
        </w:rPr>
        <w:t xml:space="preserve">Alice  </w:t>
      </w:r>
      <w:r>
        <w:rPr>
          <w:rFonts w:ascii="Arial" w:hAnsi="Arial"/>
          <w:color w:val="5D7284"/>
        </w:rPr>
        <w:t>1:05:39</w:t>
      </w:r>
    </w:p>
    <w:p w14:paraId="7BA093C9" w14:textId="77777777" w:rsidR="00096B82" w:rsidRDefault="00D446B1">
      <w:pPr>
        <w:spacing w:after="0"/>
      </w:pPr>
      <w:r>
        <w:rPr>
          <w:rFonts w:ascii="Arial" w:hAnsi="Arial"/>
        </w:rPr>
        <w:t>Yeah,</w:t>
      </w:r>
    </w:p>
    <w:p w14:paraId="5A52840C" w14:textId="77777777" w:rsidR="00096B82" w:rsidRDefault="00096B82">
      <w:pPr>
        <w:spacing w:after="0"/>
      </w:pPr>
    </w:p>
    <w:p w14:paraId="2AA0AE48" w14:textId="77777777" w:rsidR="00096B82" w:rsidRDefault="00D446B1">
      <w:pPr>
        <w:spacing w:after="0"/>
      </w:pPr>
      <w:r>
        <w:rPr>
          <w:rFonts w:ascii="Arial" w:hAnsi="Arial"/>
          <w:b/>
        </w:rPr>
        <w:t xml:space="preserve">Lucy  </w:t>
      </w:r>
      <w:r>
        <w:rPr>
          <w:rFonts w:ascii="Arial" w:hAnsi="Arial"/>
          <w:color w:val="5D7284"/>
        </w:rPr>
        <w:t>1:05:39</w:t>
      </w:r>
    </w:p>
    <w:p w14:paraId="714AC58A" w14:textId="77777777" w:rsidR="00096B82" w:rsidRDefault="00D446B1">
      <w:pPr>
        <w:spacing w:after="0"/>
      </w:pPr>
      <w:r>
        <w:rPr>
          <w:rFonts w:ascii="Arial" w:hAnsi="Arial"/>
        </w:rPr>
        <w:t>right. Yeah.</w:t>
      </w:r>
    </w:p>
    <w:p w14:paraId="5C89209D" w14:textId="77777777" w:rsidR="00096B82" w:rsidRDefault="00096B82">
      <w:pPr>
        <w:spacing w:after="0"/>
      </w:pPr>
    </w:p>
    <w:p w14:paraId="13B50D04" w14:textId="77777777" w:rsidR="00096B82" w:rsidRDefault="00D446B1">
      <w:pPr>
        <w:spacing w:after="0"/>
      </w:pPr>
      <w:r>
        <w:rPr>
          <w:rFonts w:ascii="Arial" w:hAnsi="Arial"/>
          <w:b/>
        </w:rPr>
        <w:t xml:space="preserve">Daisy  </w:t>
      </w:r>
      <w:r>
        <w:rPr>
          <w:rFonts w:ascii="Arial" w:hAnsi="Arial"/>
          <w:color w:val="5D7284"/>
        </w:rPr>
        <w:t>1:05:42</w:t>
      </w:r>
    </w:p>
    <w:p w14:paraId="23C10E19" w14:textId="77777777" w:rsidR="00096B82" w:rsidRDefault="00D446B1">
      <w:pPr>
        <w:spacing w:after="0"/>
      </w:pPr>
      <w:r>
        <w:rPr>
          <w:rFonts w:ascii="Arial" w:hAnsi="Arial"/>
        </w:rPr>
        <w:t>He was hoping that the crown would essentially, you know, give her step end, particularly because, you know, the child of anyone,</w:t>
      </w:r>
    </w:p>
    <w:p w14:paraId="40469F09" w14:textId="77777777" w:rsidR="00096B82" w:rsidRDefault="00096B82">
      <w:pPr>
        <w:spacing w:after="0"/>
      </w:pPr>
    </w:p>
    <w:p w14:paraId="705000D2" w14:textId="77777777" w:rsidR="00096B82" w:rsidRDefault="00D446B1">
      <w:pPr>
        <w:spacing w:after="0"/>
      </w:pPr>
      <w:r>
        <w:rPr>
          <w:rFonts w:ascii="Arial" w:hAnsi="Arial"/>
          <w:b/>
        </w:rPr>
        <w:t xml:space="preserve">Lucy  </w:t>
      </w:r>
      <w:r>
        <w:rPr>
          <w:rFonts w:ascii="Arial" w:hAnsi="Arial"/>
          <w:color w:val="5D7284"/>
        </w:rPr>
        <w:t>1:05:52</w:t>
      </w:r>
    </w:p>
    <w:p w14:paraId="483C6F5A" w14:textId="77777777" w:rsidR="00096B82" w:rsidRDefault="00D446B1">
      <w:pPr>
        <w:spacing w:after="0"/>
      </w:pPr>
      <w:r>
        <w:rPr>
          <w:rFonts w:ascii="Arial" w:hAnsi="Arial"/>
        </w:rPr>
        <w:t xml:space="preserve">Did he want another cottage </w:t>
      </w:r>
      <w:proofErr w:type="gramStart"/>
      <w:r>
        <w:rPr>
          <w:rFonts w:ascii="Arial" w:hAnsi="Arial"/>
        </w:rPr>
        <w:t>again,</w:t>
      </w:r>
      <w:proofErr w:type="gramEnd"/>
    </w:p>
    <w:p w14:paraId="51889B4C" w14:textId="77777777" w:rsidR="00096B82" w:rsidRDefault="00096B82">
      <w:pPr>
        <w:spacing w:after="0"/>
      </w:pPr>
    </w:p>
    <w:p w14:paraId="00BA9704" w14:textId="77777777" w:rsidR="00096B82" w:rsidRDefault="00D446B1">
      <w:pPr>
        <w:spacing w:after="0"/>
      </w:pPr>
      <w:r>
        <w:rPr>
          <w:rFonts w:ascii="Arial" w:hAnsi="Arial"/>
          <w:b/>
        </w:rPr>
        <w:t xml:space="preserve">Daisy  </w:t>
      </w:r>
      <w:r>
        <w:rPr>
          <w:rFonts w:ascii="Arial" w:hAnsi="Arial"/>
          <w:color w:val="5D7284"/>
        </w:rPr>
        <w:t>1:05:55</w:t>
      </w:r>
    </w:p>
    <w:p w14:paraId="11403738" w14:textId="77777777" w:rsidR="00096B82" w:rsidRDefault="00D446B1">
      <w:pPr>
        <w:spacing w:after="0"/>
      </w:pPr>
      <w:r>
        <w:rPr>
          <w:rFonts w:ascii="Arial" w:hAnsi="Arial"/>
        </w:rPr>
        <w:t xml:space="preserve">quite possibly never specified. The </w:t>
      </w:r>
      <w:proofErr w:type="gramStart"/>
      <w:r>
        <w:rPr>
          <w:rFonts w:ascii="Arial" w:hAnsi="Arial"/>
        </w:rPr>
        <w:t>Prince</w:t>
      </w:r>
      <w:proofErr w:type="gramEnd"/>
      <w:r>
        <w:rPr>
          <w:rFonts w:ascii="Arial" w:hAnsi="Arial"/>
        </w:rPr>
        <w:t xml:space="preserve"> was about to do that give her the same sort of, you know, stipend that you </w:t>
      </w:r>
      <w:proofErr w:type="spellStart"/>
      <w:r>
        <w:rPr>
          <w:rFonts w:ascii="Arial" w:hAnsi="Arial"/>
        </w:rPr>
        <w:t>given</w:t>
      </w:r>
      <w:proofErr w:type="spellEnd"/>
      <w:r>
        <w:rPr>
          <w:rFonts w:ascii="Arial" w:hAnsi="Arial"/>
        </w:rPr>
        <w:t xml:space="preserve"> Fannie?</w:t>
      </w:r>
    </w:p>
    <w:p w14:paraId="67930CC0" w14:textId="77777777" w:rsidR="00096B82" w:rsidRDefault="00096B82">
      <w:pPr>
        <w:spacing w:after="0"/>
      </w:pPr>
    </w:p>
    <w:p w14:paraId="0F5D09F1" w14:textId="77777777" w:rsidR="00096B82" w:rsidRDefault="00D446B1">
      <w:pPr>
        <w:spacing w:after="0"/>
      </w:pPr>
      <w:r>
        <w:rPr>
          <w:rFonts w:ascii="Arial" w:hAnsi="Arial"/>
          <w:b/>
        </w:rPr>
        <w:t xml:space="preserve">Alice  </w:t>
      </w:r>
      <w:r>
        <w:rPr>
          <w:rFonts w:ascii="Arial" w:hAnsi="Arial"/>
          <w:color w:val="5D7284"/>
        </w:rPr>
        <w:t>1:06:06</w:t>
      </w:r>
    </w:p>
    <w:p w14:paraId="7F5318CC" w14:textId="77777777" w:rsidR="00096B82" w:rsidRDefault="00D446B1">
      <w:pPr>
        <w:spacing w:after="0"/>
      </w:pPr>
      <w:r>
        <w:rPr>
          <w:rFonts w:ascii="Arial" w:hAnsi="Arial"/>
        </w:rPr>
        <w:t>Yeah.</w:t>
      </w:r>
    </w:p>
    <w:p w14:paraId="31EB376E" w14:textId="77777777" w:rsidR="00096B82" w:rsidRDefault="00096B82">
      <w:pPr>
        <w:spacing w:after="0"/>
      </w:pPr>
    </w:p>
    <w:p w14:paraId="27BA5167" w14:textId="77777777" w:rsidR="00096B82" w:rsidRDefault="00D446B1">
      <w:pPr>
        <w:spacing w:after="0"/>
      </w:pPr>
      <w:r>
        <w:rPr>
          <w:rFonts w:ascii="Arial" w:hAnsi="Arial"/>
          <w:b/>
        </w:rPr>
        <w:t xml:space="preserve">Daisy  </w:t>
      </w:r>
      <w:r>
        <w:rPr>
          <w:rFonts w:ascii="Arial" w:hAnsi="Arial"/>
          <w:color w:val="5D7284"/>
        </w:rPr>
        <w:t>1:06:07</w:t>
      </w:r>
    </w:p>
    <w:p w14:paraId="31D1991C" w14:textId="77777777" w:rsidR="00096B82" w:rsidRDefault="00D446B1">
      <w:pPr>
        <w:spacing w:after="0"/>
      </w:pPr>
      <w:r>
        <w:rPr>
          <w:rFonts w:ascii="Arial" w:hAnsi="Arial"/>
        </w:rPr>
        <w:t>And then he found out that Nelson had said something made about him, and so he</w:t>
      </w:r>
      <w:r>
        <w:rPr>
          <w:rFonts w:ascii="Arial" w:hAnsi="Arial"/>
        </w:rPr>
        <w:t xml:space="preserve"> didn't,</w:t>
      </w:r>
    </w:p>
    <w:p w14:paraId="50EBA5F5" w14:textId="77777777" w:rsidR="00096B82" w:rsidRDefault="00096B82">
      <w:pPr>
        <w:spacing w:after="0"/>
      </w:pPr>
    </w:p>
    <w:p w14:paraId="7B4A7939" w14:textId="77777777" w:rsidR="00096B82" w:rsidRDefault="00D446B1">
      <w:pPr>
        <w:spacing w:after="0"/>
      </w:pPr>
      <w:r>
        <w:rPr>
          <w:rFonts w:ascii="Arial" w:hAnsi="Arial"/>
          <w:b/>
        </w:rPr>
        <w:t xml:space="preserve">Lucy  </w:t>
      </w:r>
      <w:r>
        <w:rPr>
          <w:rFonts w:ascii="Arial" w:hAnsi="Arial"/>
          <w:color w:val="5D7284"/>
        </w:rPr>
        <w:t>1:06:14</w:t>
      </w:r>
    </w:p>
    <w:p w14:paraId="73197C03" w14:textId="77777777" w:rsidR="00096B82" w:rsidRDefault="00D446B1">
      <w:pPr>
        <w:spacing w:after="0"/>
      </w:pPr>
      <w:r>
        <w:rPr>
          <w:rFonts w:ascii="Arial" w:hAnsi="Arial"/>
        </w:rPr>
        <w:t>Oh, God.</w:t>
      </w:r>
    </w:p>
    <w:p w14:paraId="33B7661E" w14:textId="77777777" w:rsidR="00096B82" w:rsidRDefault="00096B82">
      <w:pPr>
        <w:spacing w:after="0"/>
      </w:pPr>
    </w:p>
    <w:p w14:paraId="1DD55D73" w14:textId="77777777" w:rsidR="00096B82" w:rsidRDefault="00D446B1">
      <w:pPr>
        <w:spacing w:after="0"/>
      </w:pPr>
      <w:r>
        <w:rPr>
          <w:rFonts w:ascii="Arial" w:hAnsi="Arial"/>
          <w:b/>
        </w:rPr>
        <w:t xml:space="preserve">Alice  </w:t>
      </w:r>
      <w:r>
        <w:rPr>
          <w:rFonts w:ascii="Arial" w:hAnsi="Arial"/>
          <w:color w:val="5D7284"/>
        </w:rPr>
        <w:t>1:06:16</w:t>
      </w:r>
    </w:p>
    <w:p w14:paraId="1D6EC25F" w14:textId="77777777" w:rsidR="00096B82" w:rsidRDefault="00D446B1">
      <w:pPr>
        <w:spacing w:after="0"/>
      </w:pPr>
      <w:r>
        <w:rPr>
          <w:rFonts w:ascii="Arial" w:hAnsi="Arial"/>
        </w:rPr>
        <w:t xml:space="preserve">I've mean,  but, you know, that's why you don't badmouth your boss </w:t>
      </w:r>
      <w:proofErr w:type="spellStart"/>
      <w:r>
        <w:rPr>
          <w:rFonts w:ascii="Arial" w:hAnsi="Arial"/>
        </w:rPr>
        <w:t>innit</w:t>
      </w:r>
      <w:proofErr w:type="spellEnd"/>
      <w:r>
        <w:rPr>
          <w:rFonts w:ascii="Arial" w:hAnsi="Arial"/>
        </w:rPr>
        <w:t>.</w:t>
      </w:r>
    </w:p>
    <w:p w14:paraId="3D2375D4" w14:textId="77777777" w:rsidR="00096B82" w:rsidRDefault="00096B82">
      <w:pPr>
        <w:spacing w:after="0"/>
      </w:pPr>
    </w:p>
    <w:p w14:paraId="146C0C27" w14:textId="77777777" w:rsidR="00096B82" w:rsidRDefault="00D446B1">
      <w:pPr>
        <w:spacing w:after="0"/>
      </w:pPr>
      <w:r>
        <w:rPr>
          <w:rFonts w:ascii="Arial" w:hAnsi="Arial"/>
          <w:b/>
        </w:rPr>
        <w:t xml:space="preserve">Daisy  </w:t>
      </w:r>
      <w:r>
        <w:rPr>
          <w:rFonts w:ascii="Arial" w:hAnsi="Arial"/>
          <w:color w:val="5D7284"/>
        </w:rPr>
        <w:t>1:06:25</w:t>
      </w:r>
    </w:p>
    <w:p w14:paraId="101AE83F" w14:textId="77777777" w:rsidR="00096B82" w:rsidRDefault="00D446B1">
      <w:pPr>
        <w:spacing w:after="0"/>
      </w:pPr>
      <w:r>
        <w:rPr>
          <w:rFonts w:ascii="Arial" w:hAnsi="Arial"/>
        </w:rPr>
        <w:t xml:space="preserve">Yeah, yeah. Yeah. Well, you know, unfortunately, didn't go great after that for her because she, she </w:t>
      </w:r>
      <w:proofErr w:type="gramStart"/>
      <w:r>
        <w:rPr>
          <w:rFonts w:ascii="Arial" w:hAnsi="Arial"/>
        </w:rPr>
        <w:t>sort</w:t>
      </w:r>
      <w:proofErr w:type="gramEnd"/>
      <w:r>
        <w:rPr>
          <w:rFonts w:ascii="Arial" w:hAnsi="Arial"/>
        </w:rPr>
        <w:t xml:space="preserve"> of started </w:t>
      </w:r>
      <w:r>
        <w:rPr>
          <w:rFonts w:ascii="Arial" w:hAnsi="Arial"/>
        </w:rPr>
        <w:t xml:space="preserve">off from quite </w:t>
      </w:r>
      <w:proofErr w:type="spellStart"/>
      <w:r>
        <w:rPr>
          <w:rFonts w:ascii="Arial" w:hAnsi="Arial"/>
        </w:rPr>
        <w:t>quite</w:t>
      </w:r>
      <w:proofErr w:type="spellEnd"/>
      <w:r>
        <w:rPr>
          <w:rFonts w:ascii="Arial" w:hAnsi="Arial"/>
        </w:rPr>
        <w:t xml:space="preserve"> humble means kind of, you know, rags to riches and rags again, as I've heard some people describe it. Really, she ended up in a </w:t>
      </w:r>
      <w:proofErr w:type="gramStart"/>
      <w:r>
        <w:rPr>
          <w:rFonts w:ascii="Arial" w:hAnsi="Arial"/>
        </w:rPr>
        <w:t>debtors</w:t>
      </w:r>
      <w:proofErr w:type="gramEnd"/>
      <w:r>
        <w:rPr>
          <w:rFonts w:ascii="Arial" w:hAnsi="Arial"/>
        </w:rPr>
        <w:t xml:space="preserve"> prison for a bit.</w:t>
      </w:r>
    </w:p>
    <w:p w14:paraId="734C7593" w14:textId="77777777" w:rsidR="00096B82" w:rsidRDefault="00096B82">
      <w:pPr>
        <w:spacing w:after="0"/>
      </w:pPr>
    </w:p>
    <w:p w14:paraId="57478D8C" w14:textId="77777777" w:rsidR="00096B82" w:rsidRDefault="00D446B1">
      <w:pPr>
        <w:spacing w:after="0"/>
      </w:pPr>
      <w:r>
        <w:rPr>
          <w:rFonts w:ascii="Arial" w:hAnsi="Arial"/>
          <w:b/>
        </w:rPr>
        <w:t xml:space="preserve">Alice  </w:t>
      </w:r>
      <w:r>
        <w:rPr>
          <w:rFonts w:ascii="Arial" w:hAnsi="Arial"/>
          <w:color w:val="5D7284"/>
        </w:rPr>
        <w:t>1:06:42</w:t>
      </w:r>
    </w:p>
    <w:p w14:paraId="6F0E2B84" w14:textId="77777777" w:rsidR="00096B82" w:rsidRDefault="00D446B1">
      <w:pPr>
        <w:spacing w:after="0"/>
      </w:pPr>
      <w:r>
        <w:rPr>
          <w:rFonts w:ascii="Arial" w:hAnsi="Arial"/>
        </w:rPr>
        <w:t xml:space="preserve">Oh, that's </w:t>
      </w:r>
      <w:proofErr w:type="gramStart"/>
      <w:r>
        <w:rPr>
          <w:rFonts w:ascii="Arial" w:hAnsi="Arial"/>
        </w:rPr>
        <w:t>pretty bad</w:t>
      </w:r>
      <w:proofErr w:type="gramEnd"/>
      <w:r>
        <w:rPr>
          <w:rFonts w:ascii="Arial" w:hAnsi="Arial"/>
        </w:rPr>
        <w:t xml:space="preserve">. And what's the little girl </w:t>
      </w:r>
      <w:proofErr w:type="spellStart"/>
      <w:r>
        <w:rPr>
          <w:rFonts w:ascii="Arial" w:hAnsi="Arial"/>
        </w:rPr>
        <w:t>horatia</w:t>
      </w:r>
      <w:proofErr w:type="spellEnd"/>
      <w:r>
        <w:rPr>
          <w:rFonts w:ascii="Arial" w:hAnsi="Arial"/>
        </w:rPr>
        <w:t xml:space="preserve">? </w:t>
      </w:r>
    </w:p>
    <w:p w14:paraId="0DA86A3B" w14:textId="77777777" w:rsidR="00096B82" w:rsidRDefault="00096B82">
      <w:pPr>
        <w:spacing w:after="0"/>
      </w:pPr>
    </w:p>
    <w:p w14:paraId="110015E7" w14:textId="77777777" w:rsidR="00096B82" w:rsidRDefault="00D446B1">
      <w:pPr>
        <w:spacing w:after="0"/>
      </w:pPr>
      <w:r>
        <w:rPr>
          <w:rFonts w:ascii="Arial" w:hAnsi="Arial"/>
          <w:b/>
        </w:rPr>
        <w:t>Dais</w:t>
      </w:r>
      <w:r>
        <w:rPr>
          <w:rFonts w:ascii="Arial" w:hAnsi="Arial"/>
          <w:b/>
        </w:rPr>
        <w:t xml:space="preserve">y  </w:t>
      </w:r>
      <w:r>
        <w:rPr>
          <w:rFonts w:ascii="Arial" w:hAnsi="Arial"/>
          <w:color w:val="5D7284"/>
        </w:rPr>
        <w:t>1:06:48</w:t>
      </w:r>
    </w:p>
    <w:p w14:paraId="4B5508CC" w14:textId="77777777" w:rsidR="00096B82" w:rsidRDefault="00D446B1">
      <w:pPr>
        <w:spacing w:after="0"/>
      </w:pPr>
      <w:r>
        <w:rPr>
          <w:rFonts w:ascii="Arial" w:hAnsi="Arial"/>
        </w:rPr>
        <w:t xml:space="preserve">Yeah, they're imaginative! </w:t>
      </w:r>
      <w:proofErr w:type="gramStart"/>
      <w:r>
        <w:rPr>
          <w:rFonts w:ascii="Arial" w:hAnsi="Arial"/>
        </w:rPr>
        <w:t>Yesh</w:t>
      </w:r>
      <w:proofErr w:type="gramEnd"/>
      <w:r>
        <w:rPr>
          <w:rFonts w:ascii="Arial" w:hAnsi="Arial"/>
        </w:rPr>
        <w:t xml:space="preserve"> they went to, they went to France. And yeah, Emma, Emma died. They're relatively young</w:t>
      </w:r>
      <w:proofErr w:type="gramStart"/>
      <w:r>
        <w:rPr>
          <w:rFonts w:ascii="Arial" w:hAnsi="Arial"/>
        </w:rPr>
        <w:t>, actually, sort</w:t>
      </w:r>
      <w:proofErr w:type="gramEnd"/>
      <w:r>
        <w:rPr>
          <w:rFonts w:ascii="Arial" w:hAnsi="Arial"/>
        </w:rPr>
        <w:t xml:space="preserve"> of about 49 they think we don't exactly know when she was born. But you know, </w:t>
      </w:r>
      <w:proofErr w:type="spellStart"/>
      <w:r>
        <w:rPr>
          <w:rFonts w:ascii="Arial" w:hAnsi="Arial"/>
        </w:rPr>
        <w:t>Horatia</w:t>
      </w:r>
      <w:proofErr w:type="spellEnd"/>
      <w:r>
        <w:rPr>
          <w:rFonts w:ascii="Arial" w:hAnsi="Arial"/>
        </w:rPr>
        <w:t xml:space="preserve"> had a quiet life, marrie</w:t>
      </w:r>
      <w:r>
        <w:rPr>
          <w:rFonts w:ascii="Arial" w:hAnsi="Arial"/>
        </w:rPr>
        <w:t>d, uh, you know, county, record keeper type guy, you know, seem to live happily if you died in like the 1880s. So</w:t>
      </w:r>
    </w:p>
    <w:p w14:paraId="183F57B3" w14:textId="77777777" w:rsidR="00096B82" w:rsidRDefault="00096B82">
      <w:pPr>
        <w:spacing w:after="0"/>
      </w:pPr>
    </w:p>
    <w:p w14:paraId="51141C7B" w14:textId="77777777" w:rsidR="00096B82" w:rsidRDefault="00D446B1">
      <w:pPr>
        <w:spacing w:after="0"/>
      </w:pPr>
      <w:r>
        <w:rPr>
          <w:rFonts w:ascii="Arial" w:hAnsi="Arial"/>
          <w:b/>
        </w:rPr>
        <w:t xml:space="preserve">Alice  </w:t>
      </w:r>
      <w:r>
        <w:rPr>
          <w:rFonts w:ascii="Arial" w:hAnsi="Arial"/>
          <w:color w:val="5D7284"/>
        </w:rPr>
        <w:t>1:07:25</w:t>
      </w:r>
    </w:p>
    <w:p w14:paraId="0B958C34" w14:textId="77777777" w:rsidR="00096B82" w:rsidRDefault="00D446B1">
      <w:pPr>
        <w:spacing w:after="0"/>
      </w:pPr>
      <w:r>
        <w:rPr>
          <w:rFonts w:ascii="Arial" w:hAnsi="Arial"/>
        </w:rPr>
        <w:t xml:space="preserve">did she have any kids is there like any more Nelson's </w:t>
      </w:r>
      <w:proofErr w:type="gramStart"/>
      <w:r>
        <w:rPr>
          <w:rFonts w:ascii="Arial" w:hAnsi="Arial"/>
        </w:rPr>
        <w:t>around</w:t>
      </w:r>
      <w:proofErr w:type="gramEnd"/>
    </w:p>
    <w:p w14:paraId="0330617D" w14:textId="77777777" w:rsidR="00096B82" w:rsidRDefault="00096B82">
      <w:pPr>
        <w:spacing w:after="0"/>
      </w:pPr>
    </w:p>
    <w:p w14:paraId="7218AD88" w14:textId="77777777" w:rsidR="00096B82" w:rsidRDefault="00D446B1">
      <w:pPr>
        <w:spacing w:after="0"/>
      </w:pPr>
      <w:r>
        <w:rPr>
          <w:rFonts w:ascii="Arial" w:hAnsi="Arial"/>
          <w:b/>
        </w:rPr>
        <w:t xml:space="preserve">Daisy  </w:t>
      </w:r>
      <w:r>
        <w:rPr>
          <w:rFonts w:ascii="Arial" w:hAnsi="Arial"/>
          <w:color w:val="5D7284"/>
        </w:rPr>
        <w:t>1:07:29</w:t>
      </w:r>
    </w:p>
    <w:p w14:paraId="37C6324B" w14:textId="77777777" w:rsidR="00096B82" w:rsidRDefault="00D446B1">
      <w:pPr>
        <w:spacing w:after="0"/>
      </w:pPr>
      <w:proofErr w:type="gramStart"/>
      <w:r>
        <w:rPr>
          <w:rFonts w:ascii="Arial" w:hAnsi="Arial"/>
        </w:rPr>
        <w:t>was never wasn't</w:t>
      </w:r>
      <w:proofErr w:type="gramEnd"/>
      <w:r>
        <w:rPr>
          <w:rFonts w:ascii="Arial" w:hAnsi="Arial"/>
        </w:rPr>
        <w:t xml:space="preserve"> specified in what I was </w:t>
      </w:r>
      <w:r>
        <w:rPr>
          <w:rFonts w:ascii="Arial" w:hAnsi="Arial"/>
        </w:rPr>
        <w:t xml:space="preserve">reading. I feel like her quiet life has gone as far as we know nothing about her. Because, well, my assumption from that was that she stayed in </w:t>
      </w:r>
      <w:proofErr w:type="gramStart"/>
      <w:r>
        <w:rPr>
          <w:rFonts w:ascii="Arial" w:hAnsi="Arial"/>
        </w:rPr>
        <w:t>France, and</w:t>
      </w:r>
      <w:proofErr w:type="gramEnd"/>
      <w:r>
        <w:rPr>
          <w:rFonts w:ascii="Arial" w:hAnsi="Arial"/>
        </w:rPr>
        <w:t xml:space="preserve"> didn't necessarily come back here. And I don't know whether they would have the same records. Becaus</w:t>
      </w:r>
      <w:r>
        <w:rPr>
          <w:rFonts w:ascii="Arial" w:hAnsi="Arial"/>
        </w:rPr>
        <w:t xml:space="preserve">e obviously, you know, here you've got records of, you know, births and deaths and marriages and </w:t>
      </w:r>
      <w:proofErr w:type="gramStart"/>
      <w:r>
        <w:rPr>
          <w:rFonts w:ascii="Arial" w:hAnsi="Arial"/>
        </w:rPr>
        <w:t>all of</w:t>
      </w:r>
      <w:proofErr w:type="gramEnd"/>
      <w:r>
        <w:rPr>
          <w:rFonts w:ascii="Arial" w:hAnsi="Arial"/>
        </w:rPr>
        <w:t xml:space="preserve"> that sort of thing. But it's very dependent on like, where you were like which parish it was down to the individual parishes to take those notes. And so</w:t>
      </w:r>
      <w:r>
        <w:rPr>
          <w:rFonts w:ascii="Arial" w:hAnsi="Arial"/>
        </w:rPr>
        <w:t xml:space="preserve">metimes they were </w:t>
      </w:r>
      <w:proofErr w:type="gramStart"/>
      <w:r>
        <w:rPr>
          <w:rFonts w:ascii="Arial" w:hAnsi="Arial"/>
        </w:rPr>
        <w:t>really good</w:t>
      </w:r>
      <w:proofErr w:type="gramEnd"/>
      <w:r>
        <w:rPr>
          <w:rFonts w:ascii="Arial" w:hAnsi="Arial"/>
        </w:rPr>
        <w:t>. And other times they were not.</w:t>
      </w:r>
    </w:p>
    <w:p w14:paraId="498449C7" w14:textId="77777777" w:rsidR="00096B82" w:rsidRDefault="00096B82">
      <w:pPr>
        <w:spacing w:after="0"/>
      </w:pPr>
    </w:p>
    <w:p w14:paraId="730F2BA9" w14:textId="77777777" w:rsidR="00096B82" w:rsidRDefault="00D446B1">
      <w:pPr>
        <w:spacing w:after="0"/>
      </w:pPr>
      <w:r>
        <w:rPr>
          <w:rFonts w:ascii="Arial" w:hAnsi="Arial"/>
          <w:b/>
        </w:rPr>
        <w:t xml:space="preserve">Alice  </w:t>
      </w:r>
      <w:r>
        <w:rPr>
          <w:rFonts w:ascii="Arial" w:hAnsi="Arial"/>
          <w:color w:val="5D7284"/>
        </w:rPr>
        <w:t>1:08:08</w:t>
      </w:r>
    </w:p>
    <w:p w14:paraId="280AE077" w14:textId="77777777" w:rsidR="00096B82" w:rsidRDefault="00D446B1">
      <w:pPr>
        <w:spacing w:after="0"/>
      </w:pPr>
      <w:r>
        <w:rPr>
          <w:rFonts w:ascii="Arial" w:hAnsi="Arial"/>
        </w:rPr>
        <w:t xml:space="preserve">Do you think Emma's choice to go to the country that her bloke had died warring against was perhaps a little fuck you to the British royal </w:t>
      </w:r>
      <w:proofErr w:type="gramStart"/>
      <w:r>
        <w:rPr>
          <w:rFonts w:ascii="Arial" w:hAnsi="Arial"/>
        </w:rPr>
        <w:t>family.</w:t>
      </w:r>
      <w:proofErr w:type="gramEnd"/>
    </w:p>
    <w:p w14:paraId="445208A0" w14:textId="77777777" w:rsidR="00096B82" w:rsidRDefault="00096B82">
      <w:pPr>
        <w:spacing w:after="0"/>
      </w:pPr>
    </w:p>
    <w:p w14:paraId="1A21C256" w14:textId="77777777" w:rsidR="00096B82" w:rsidRDefault="00D446B1">
      <w:pPr>
        <w:spacing w:after="0"/>
      </w:pPr>
      <w:r>
        <w:rPr>
          <w:rFonts w:ascii="Arial" w:hAnsi="Arial"/>
          <w:b/>
        </w:rPr>
        <w:t xml:space="preserve">Daisy  </w:t>
      </w:r>
      <w:r>
        <w:rPr>
          <w:rFonts w:ascii="Arial" w:hAnsi="Arial"/>
          <w:color w:val="5D7284"/>
        </w:rPr>
        <w:t>1:08:22</w:t>
      </w:r>
    </w:p>
    <w:p w14:paraId="1C29196A" w14:textId="77777777" w:rsidR="00096B82" w:rsidRDefault="00D446B1">
      <w:pPr>
        <w:spacing w:after="0"/>
      </w:pPr>
      <w:r>
        <w:rPr>
          <w:rFonts w:ascii="Arial" w:hAnsi="Arial"/>
        </w:rPr>
        <w:t>It was supposed</w:t>
      </w:r>
      <w:r>
        <w:rPr>
          <w:rFonts w:ascii="Arial" w:hAnsi="Arial"/>
        </w:rPr>
        <w:t>ly to escape for law.</w:t>
      </w:r>
    </w:p>
    <w:p w14:paraId="6FC0A583" w14:textId="77777777" w:rsidR="00096B82" w:rsidRDefault="00096B82">
      <w:pPr>
        <w:spacing w:after="0"/>
      </w:pPr>
    </w:p>
    <w:p w14:paraId="4C9A80A9" w14:textId="77777777" w:rsidR="00096B82" w:rsidRDefault="00D446B1">
      <w:pPr>
        <w:spacing w:after="0"/>
      </w:pPr>
      <w:r>
        <w:rPr>
          <w:rFonts w:ascii="Arial" w:hAnsi="Arial"/>
          <w:b/>
        </w:rPr>
        <w:t xml:space="preserve">Alice  </w:t>
      </w:r>
      <w:r>
        <w:rPr>
          <w:rFonts w:ascii="Arial" w:hAnsi="Arial"/>
          <w:color w:val="5D7284"/>
        </w:rPr>
        <w:t>1:08:25</w:t>
      </w:r>
    </w:p>
    <w:p w14:paraId="5E46A6CA" w14:textId="77777777" w:rsidR="00096B82" w:rsidRDefault="00D446B1">
      <w:pPr>
        <w:spacing w:after="0"/>
      </w:pPr>
      <w:r>
        <w:rPr>
          <w:rFonts w:ascii="Arial" w:hAnsi="Arial"/>
        </w:rPr>
        <w:t xml:space="preserve">oh </w:t>
      </w:r>
      <w:proofErr w:type="gramStart"/>
      <w:r>
        <w:rPr>
          <w:rFonts w:ascii="Arial" w:hAnsi="Arial"/>
        </w:rPr>
        <w:t>really</w:t>
      </w:r>
      <w:proofErr w:type="gramEnd"/>
    </w:p>
    <w:p w14:paraId="57797397" w14:textId="77777777" w:rsidR="00096B82" w:rsidRDefault="00096B82">
      <w:pPr>
        <w:spacing w:after="0"/>
      </w:pPr>
    </w:p>
    <w:p w14:paraId="69544A62" w14:textId="77777777" w:rsidR="00096B82" w:rsidRDefault="00D446B1">
      <w:pPr>
        <w:spacing w:after="0"/>
      </w:pPr>
      <w:r>
        <w:rPr>
          <w:rFonts w:ascii="Arial" w:hAnsi="Arial"/>
          <w:b/>
        </w:rPr>
        <w:t xml:space="preserve">Daisy  </w:t>
      </w:r>
      <w:r>
        <w:rPr>
          <w:rFonts w:ascii="Arial" w:hAnsi="Arial"/>
          <w:color w:val="5D7284"/>
        </w:rPr>
        <w:t>1:08:26</w:t>
      </w:r>
    </w:p>
    <w:p w14:paraId="61B68C55" w14:textId="77777777" w:rsidR="00096B82" w:rsidRDefault="00D446B1">
      <w:pPr>
        <w:spacing w:after="0"/>
      </w:pPr>
      <w:r>
        <w:rPr>
          <w:rFonts w:ascii="Arial" w:hAnsi="Arial"/>
        </w:rPr>
        <w:t>so that they couldn't make her go back to prison. You know? Yeah. Prison. Yeah.</w:t>
      </w:r>
    </w:p>
    <w:p w14:paraId="333286F3" w14:textId="77777777" w:rsidR="00096B82" w:rsidRDefault="00096B82">
      <w:pPr>
        <w:spacing w:after="0"/>
      </w:pPr>
    </w:p>
    <w:p w14:paraId="346FEB99" w14:textId="77777777" w:rsidR="00096B82" w:rsidRDefault="00D446B1">
      <w:pPr>
        <w:spacing w:after="0"/>
      </w:pPr>
      <w:r>
        <w:rPr>
          <w:rFonts w:ascii="Arial" w:hAnsi="Arial"/>
          <w:b/>
        </w:rPr>
        <w:t xml:space="preserve">Alice  </w:t>
      </w:r>
      <w:r>
        <w:rPr>
          <w:rFonts w:ascii="Arial" w:hAnsi="Arial"/>
          <w:color w:val="5D7284"/>
        </w:rPr>
        <w:t>1:08:32</w:t>
      </w:r>
    </w:p>
    <w:p w14:paraId="44AE25D2" w14:textId="77777777" w:rsidR="00096B82" w:rsidRDefault="00D446B1">
      <w:pPr>
        <w:spacing w:after="0"/>
      </w:pPr>
      <w:r>
        <w:rPr>
          <w:rFonts w:ascii="Arial" w:hAnsi="Arial"/>
        </w:rPr>
        <w:t>Interesting.</w:t>
      </w:r>
    </w:p>
    <w:p w14:paraId="67EDCFF0" w14:textId="77777777" w:rsidR="00096B82" w:rsidRDefault="00096B82">
      <w:pPr>
        <w:spacing w:after="0"/>
      </w:pPr>
    </w:p>
    <w:p w14:paraId="294F248C" w14:textId="77777777" w:rsidR="00096B82" w:rsidRDefault="00D446B1">
      <w:pPr>
        <w:spacing w:after="0"/>
      </w:pPr>
      <w:r>
        <w:rPr>
          <w:rFonts w:ascii="Arial" w:hAnsi="Arial"/>
          <w:b/>
        </w:rPr>
        <w:t xml:space="preserve">Lucy  </w:t>
      </w:r>
      <w:r>
        <w:rPr>
          <w:rFonts w:ascii="Arial" w:hAnsi="Arial"/>
          <w:color w:val="5D7284"/>
        </w:rPr>
        <w:t>1:08:32</w:t>
      </w:r>
    </w:p>
    <w:p w14:paraId="5C39DA16" w14:textId="77777777" w:rsidR="00096B82" w:rsidRDefault="00D446B1">
      <w:pPr>
        <w:spacing w:after="0"/>
      </w:pPr>
      <w:r>
        <w:rPr>
          <w:rFonts w:ascii="Arial" w:hAnsi="Arial"/>
        </w:rPr>
        <w:lastRenderedPageBreak/>
        <w:t xml:space="preserve">So how long was that </w:t>
      </w:r>
      <w:proofErr w:type="gramStart"/>
      <w:r>
        <w:rPr>
          <w:rFonts w:ascii="Arial" w:hAnsi="Arial"/>
        </w:rPr>
        <w:t>is</w:t>
      </w:r>
      <w:proofErr w:type="gramEnd"/>
      <w:r>
        <w:rPr>
          <w:rFonts w:ascii="Arial" w:hAnsi="Arial"/>
        </w:rPr>
        <w:t xml:space="preserve"> prison for only about a year?</w:t>
      </w:r>
    </w:p>
    <w:p w14:paraId="327065EB" w14:textId="77777777" w:rsidR="00096B82" w:rsidRDefault="00096B82">
      <w:pPr>
        <w:spacing w:after="0"/>
      </w:pPr>
    </w:p>
    <w:p w14:paraId="1D02BFBD" w14:textId="77777777" w:rsidR="00096B82" w:rsidRDefault="00D446B1">
      <w:pPr>
        <w:spacing w:after="0"/>
      </w:pPr>
      <w:r>
        <w:rPr>
          <w:rFonts w:ascii="Arial" w:hAnsi="Arial"/>
          <w:b/>
        </w:rPr>
        <w:t xml:space="preserve">Daisy  </w:t>
      </w:r>
      <w:r>
        <w:rPr>
          <w:rFonts w:ascii="Arial" w:hAnsi="Arial"/>
          <w:color w:val="5D7284"/>
        </w:rPr>
        <w:t>1:08:36</w:t>
      </w:r>
    </w:p>
    <w:p w14:paraId="0D82878F" w14:textId="77777777" w:rsidR="00096B82" w:rsidRDefault="00D446B1">
      <w:pPr>
        <w:spacing w:after="0"/>
      </w:pPr>
      <w:r>
        <w:rPr>
          <w:rFonts w:ascii="Arial" w:hAnsi="Arial"/>
        </w:rPr>
        <w:t xml:space="preserve"> And often with debtors prison up. It wasn't I guess, prison in the classic sense and that you could get out once you had paid, you know, and so there is a decent chance that you know, she still would have had some connections.</w:t>
      </w:r>
    </w:p>
    <w:p w14:paraId="639740E1" w14:textId="77777777" w:rsidR="00096B82" w:rsidRDefault="00096B82">
      <w:pPr>
        <w:spacing w:after="0"/>
      </w:pPr>
    </w:p>
    <w:p w14:paraId="3CA0DFF7" w14:textId="77777777" w:rsidR="00096B82" w:rsidRDefault="00D446B1">
      <w:pPr>
        <w:spacing w:after="0"/>
      </w:pPr>
      <w:r>
        <w:rPr>
          <w:rFonts w:ascii="Arial" w:hAnsi="Arial"/>
          <w:b/>
        </w:rPr>
        <w:t xml:space="preserve">Alice  </w:t>
      </w:r>
      <w:r>
        <w:rPr>
          <w:rFonts w:ascii="Arial" w:hAnsi="Arial"/>
          <w:color w:val="5D7284"/>
        </w:rPr>
        <w:t>1:08:</w:t>
      </w:r>
      <w:r>
        <w:rPr>
          <w:rFonts w:ascii="Arial" w:hAnsi="Arial"/>
          <w:color w:val="5D7284"/>
        </w:rPr>
        <w:t>59</w:t>
      </w:r>
    </w:p>
    <w:p w14:paraId="02BCD39C" w14:textId="77777777" w:rsidR="00096B82" w:rsidRDefault="00D446B1">
      <w:pPr>
        <w:spacing w:after="0"/>
      </w:pPr>
      <w:r>
        <w:rPr>
          <w:rFonts w:ascii="Arial" w:hAnsi="Arial"/>
        </w:rPr>
        <w:t xml:space="preserve">Just I feel like if there are any, you know, </w:t>
      </w:r>
      <w:proofErr w:type="spellStart"/>
      <w:r>
        <w:rPr>
          <w:rFonts w:ascii="Arial" w:hAnsi="Arial"/>
        </w:rPr>
        <w:t>heratio</w:t>
      </w:r>
      <w:proofErr w:type="spellEnd"/>
      <w:r>
        <w:rPr>
          <w:rFonts w:ascii="Arial" w:hAnsi="Arial"/>
        </w:rPr>
        <w:t xml:space="preserve"> </w:t>
      </w:r>
      <w:proofErr w:type="spellStart"/>
      <w:r>
        <w:rPr>
          <w:rFonts w:ascii="Arial" w:hAnsi="Arial"/>
        </w:rPr>
        <w:t>horatia</w:t>
      </w:r>
      <w:proofErr w:type="spellEnd"/>
      <w:r>
        <w:rPr>
          <w:rFonts w:ascii="Arial" w:hAnsi="Arial"/>
        </w:rPr>
        <w:t xml:space="preserve"> descendants kicking around that do </w:t>
      </w:r>
      <w:proofErr w:type="gramStart"/>
      <w:r>
        <w:rPr>
          <w:rFonts w:ascii="Arial" w:hAnsi="Arial"/>
        </w:rPr>
        <w:t>some kind of compensation</w:t>
      </w:r>
      <w:proofErr w:type="gramEnd"/>
      <w:r>
        <w:rPr>
          <w:rFonts w:ascii="Arial" w:hAnsi="Arial"/>
        </w:rPr>
        <w:t xml:space="preserve">. </w:t>
      </w:r>
      <w:proofErr w:type="spellStart"/>
      <w:proofErr w:type="gramStart"/>
      <w:r>
        <w:rPr>
          <w:rFonts w:ascii="Arial" w:hAnsi="Arial"/>
        </w:rPr>
        <w:t>Cuz</w:t>
      </w:r>
      <w:proofErr w:type="spellEnd"/>
      <w:proofErr w:type="gramEnd"/>
      <w:r>
        <w:rPr>
          <w:rFonts w:ascii="Arial" w:hAnsi="Arial"/>
        </w:rPr>
        <w:t xml:space="preserve"> you know,</w:t>
      </w:r>
    </w:p>
    <w:p w14:paraId="210EC916" w14:textId="77777777" w:rsidR="00096B82" w:rsidRDefault="00096B82">
      <w:pPr>
        <w:spacing w:after="0"/>
      </w:pPr>
    </w:p>
    <w:p w14:paraId="4F451A6C" w14:textId="77777777" w:rsidR="00096B82" w:rsidRDefault="00D446B1">
      <w:pPr>
        <w:spacing w:after="0"/>
      </w:pPr>
      <w:r>
        <w:rPr>
          <w:rFonts w:ascii="Arial" w:hAnsi="Arial"/>
          <w:b/>
        </w:rPr>
        <w:t xml:space="preserve">Lucy  </w:t>
      </w:r>
      <w:r>
        <w:rPr>
          <w:rFonts w:ascii="Arial" w:hAnsi="Arial"/>
          <w:color w:val="5D7284"/>
        </w:rPr>
        <w:t>1:09:14</w:t>
      </w:r>
    </w:p>
    <w:p w14:paraId="29139261" w14:textId="77777777" w:rsidR="00096B82" w:rsidRDefault="00D446B1">
      <w:pPr>
        <w:spacing w:after="0"/>
      </w:pPr>
      <w:r>
        <w:rPr>
          <w:rFonts w:ascii="Arial" w:hAnsi="Arial"/>
        </w:rPr>
        <w:t xml:space="preserve">I mean, </w:t>
      </w:r>
      <w:proofErr w:type="gramStart"/>
      <w:r>
        <w:rPr>
          <w:rFonts w:ascii="Arial" w:hAnsi="Arial"/>
        </w:rPr>
        <w:t>could you could you</w:t>
      </w:r>
      <w:proofErr w:type="gramEnd"/>
      <w:r>
        <w:rPr>
          <w:rFonts w:ascii="Arial" w:hAnsi="Arial"/>
        </w:rPr>
        <w:t xml:space="preserve"> imagine doing your family tree and then </w:t>
      </w:r>
      <w:proofErr w:type="spellStart"/>
      <w:r>
        <w:rPr>
          <w:rFonts w:ascii="Arial" w:hAnsi="Arial"/>
        </w:rPr>
        <w:t>realising</w:t>
      </w:r>
      <w:proofErr w:type="spellEnd"/>
      <w:r>
        <w:rPr>
          <w:rFonts w:ascii="Arial" w:hAnsi="Arial"/>
        </w:rPr>
        <w:t xml:space="preserve"> that way, way, way, </w:t>
      </w:r>
      <w:r>
        <w:rPr>
          <w:rFonts w:ascii="Arial" w:hAnsi="Arial"/>
        </w:rPr>
        <w:t>way, way back. You are related to Nelson.</w:t>
      </w:r>
    </w:p>
    <w:p w14:paraId="6EE3515A" w14:textId="77777777" w:rsidR="00096B82" w:rsidRDefault="00096B82">
      <w:pPr>
        <w:spacing w:after="0"/>
      </w:pPr>
    </w:p>
    <w:p w14:paraId="21B4D9CA" w14:textId="77777777" w:rsidR="00096B82" w:rsidRDefault="00D446B1">
      <w:pPr>
        <w:spacing w:after="0"/>
      </w:pPr>
      <w:r>
        <w:rPr>
          <w:rFonts w:ascii="Arial" w:hAnsi="Arial"/>
          <w:b/>
        </w:rPr>
        <w:t xml:space="preserve">Alice  </w:t>
      </w:r>
      <w:r>
        <w:rPr>
          <w:rFonts w:ascii="Arial" w:hAnsi="Arial"/>
          <w:color w:val="5D7284"/>
        </w:rPr>
        <w:t>1:09:25</w:t>
      </w:r>
    </w:p>
    <w:p w14:paraId="3213EA08" w14:textId="77777777" w:rsidR="00096B82" w:rsidRDefault="00D446B1">
      <w:pPr>
        <w:spacing w:after="0"/>
      </w:pPr>
      <w:r>
        <w:rPr>
          <w:rFonts w:ascii="Arial" w:hAnsi="Arial"/>
        </w:rPr>
        <w:t xml:space="preserve">that's </w:t>
      </w:r>
      <w:proofErr w:type="spellStart"/>
      <w:r>
        <w:rPr>
          <w:rFonts w:ascii="Arial" w:hAnsi="Arial"/>
        </w:rPr>
        <w:t>aWho</w:t>
      </w:r>
      <w:proofErr w:type="spellEnd"/>
      <w:r>
        <w:rPr>
          <w:rFonts w:ascii="Arial" w:hAnsi="Arial"/>
        </w:rPr>
        <w:t xml:space="preserve"> do you think you are that I'd watch? Yeah,</w:t>
      </w:r>
    </w:p>
    <w:p w14:paraId="410611F8" w14:textId="77777777" w:rsidR="00096B82" w:rsidRDefault="00096B82">
      <w:pPr>
        <w:spacing w:after="0"/>
      </w:pPr>
    </w:p>
    <w:p w14:paraId="20EC2180" w14:textId="77777777" w:rsidR="00096B82" w:rsidRDefault="00D446B1">
      <w:pPr>
        <w:spacing w:after="0"/>
      </w:pPr>
      <w:r>
        <w:rPr>
          <w:rFonts w:ascii="Arial" w:hAnsi="Arial"/>
          <w:b/>
        </w:rPr>
        <w:t xml:space="preserve">Lucy  </w:t>
      </w:r>
      <w:r>
        <w:rPr>
          <w:rFonts w:ascii="Arial" w:hAnsi="Arial"/>
          <w:color w:val="5D7284"/>
        </w:rPr>
        <w:t>1:09:28</w:t>
      </w:r>
    </w:p>
    <w:p w14:paraId="1DCDED24" w14:textId="77777777" w:rsidR="00096B82" w:rsidRDefault="00D446B1">
      <w:pPr>
        <w:spacing w:after="0"/>
      </w:pPr>
      <w:r>
        <w:rPr>
          <w:rFonts w:ascii="Arial" w:hAnsi="Arial"/>
        </w:rPr>
        <w:t>it's a bit like Danny Dyer's Who do you think you are? Isn't it that you can't get better than Danny Dyers Who you are? where he</w:t>
      </w:r>
      <w:r>
        <w:rPr>
          <w:rFonts w:ascii="Arial" w:hAnsi="Arial"/>
        </w:rPr>
        <w:t xml:space="preserve"> just spent 45 minutes going, you what </w:t>
      </w:r>
      <w:proofErr w:type="spellStart"/>
      <w:r>
        <w:rPr>
          <w:rFonts w:ascii="Arial" w:hAnsi="Arial"/>
        </w:rPr>
        <w:t>WHAt</w:t>
      </w:r>
      <w:proofErr w:type="spellEnd"/>
      <w:r>
        <w:rPr>
          <w:rFonts w:ascii="Arial" w:hAnsi="Arial"/>
        </w:rPr>
        <w:t xml:space="preserve"> know, I just, I quite like him. Like, he didn't ever I get the sense he </w:t>
      </w:r>
      <w:proofErr w:type="gramStart"/>
      <w:r>
        <w:rPr>
          <w:rFonts w:ascii="Arial" w:hAnsi="Arial"/>
        </w:rPr>
        <w:t>don't</w:t>
      </w:r>
      <w:proofErr w:type="gramEnd"/>
      <w:r>
        <w:rPr>
          <w:rFonts w:ascii="Arial" w:hAnsi="Arial"/>
        </w:rPr>
        <w:t xml:space="preserve"> he never proclaimed to be perfect. He was just human wasn't he really, you know, made mistakes, but I quite like him.</w:t>
      </w:r>
    </w:p>
    <w:p w14:paraId="000F360E" w14:textId="77777777" w:rsidR="00096B82" w:rsidRDefault="00096B82">
      <w:pPr>
        <w:spacing w:after="0"/>
      </w:pPr>
    </w:p>
    <w:p w14:paraId="62995E7F" w14:textId="77777777" w:rsidR="00096B82" w:rsidRDefault="00D446B1">
      <w:pPr>
        <w:spacing w:after="0"/>
      </w:pPr>
      <w:r>
        <w:rPr>
          <w:rFonts w:ascii="Arial" w:hAnsi="Arial"/>
          <w:b/>
        </w:rPr>
        <w:t xml:space="preserve">Alice  </w:t>
      </w:r>
      <w:r>
        <w:rPr>
          <w:rFonts w:ascii="Arial" w:hAnsi="Arial"/>
          <w:color w:val="5D7284"/>
        </w:rPr>
        <w:t>1:09:59</w:t>
      </w:r>
    </w:p>
    <w:p w14:paraId="30CB1CCF" w14:textId="77777777" w:rsidR="00096B82" w:rsidRDefault="00D446B1">
      <w:pPr>
        <w:spacing w:after="0"/>
      </w:pPr>
      <w:r>
        <w:rPr>
          <w:rFonts w:ascii="Arial" w:hAnsi="Arial"/>
        </w:rPr>
        <w:t xml:space="preserve">I really wanted Do my Danny Dyer impression, but it's far too swearing even for this </w:t>
      </w:r>
      <w:proofErr w:type="gramStart"/>
      <w:r>
        <w:rPr>
          <w:rFonts w:ascii="Arial" w:hAnsi="Arial"/>
        </w:rPr>
        <w:t>Podcast</w:t>
      </w:r>
      <w:proofErr w:type="gramEnd"/>
    </w:p>
    <w:p w14:paraId="7B1CFD2C" w14:textId="77777777" w:rsidR="00096B82" w:rsidRDefault="00096B82">
      <w:pPr>
        <w:spacing w:after="0"/>
      </w:pPr>
    </w:p>
    <w:p w14:paraId="2229883B" w14:textId="77777777" w:rsidR="00096B82" w:rsidRDefault="00D446B1">
      <w:pPr>
        <w:spacing w:after="0"/>
      </w:pPr>
      <w:r>
        <w:rPr>
          <w:rFonts w:ascii="Arial" w:hAnsi="Arial"/>
          <w:b/>
        </w:rPr>
        <w:t xml:space="preserve">Lucy  </w:t>
      </w:r>
      <w:r>
        <w:rPr>
          <w:rFonts w:ascii="Arial" w:hAnsi="Arial"/>
          <w:color w:val="5D7284"/>
        </w:rPr>
        <w:t>1:10:06</w:t>
      </w:r>
    </w:p>
    <w:p w14:paraId="2E5C1407" w14:textId="77777777" w:rsidR="00096B82" w:rsidRDefault="00D446B1">
      <w:pPr>
        <w:spacing w:after="0"/>
      </w:pPr>
      <w:r>
        <w:rPr>
          <w:rFonts w:ascii="Arial" w:hAnsi="Arial"/>
        </w:rPr>
        <w:t>Yeah. Yeah, that's  bonus content for this episode All right. So that is Horatio Nelson.</w:t>
      </w:r>
    </w:p>
    <w:p w14:paraId="1D792D28" w14:textId="77777777" w:rsidR="00096B82" w:rsidRDefault="00096B82">
      <w:pPr>
        <w:spacing w:after="0"/>
      </w:pPr>
    </w:p>
    <w:p w14:paraId="4CC61E7D" w14:textId="77777777" w:rsidR="00096B82" w:rsidRDefault="00D446B1">
      <w:pPr>
        <w:spacing w:after="0"/>
      </w:pPr>
      <w:r>
        <w:rPr>
          <w:rFonts w:ascii="Arial" w:hAnsi="Arial"/>
          <w:b/>
        </w:rPr>
        <w:t xml:space="preserve">Alice  </w:t>
      </w:r>
      <w:r>
        <w:rPr>
          <w:rFonts w:ascii="Arial" w:hAnsi="Arial"/>
          <w:color w:val="5D7284"/>
        </w:rPr>
        <w:t>1:10:13</w:t>
      </w:r>
    </w:p>
    <w:p w14:paraId="678C7BC6" w14:textId="77777777" w:rsidR="00096B82" w:rsidRDefault="00D446B1">
      <w:pPr>
        <w:spacing w:after="0"/>
      </w:pPr>
      <w:r>
        <w:rPr>
          <w:rFonts w:ascii="Arial" w:hAnsi="Arial"/>
        </w:rPr>
        <w:t>All right. Yeah. Thanks Luce!</w:t>
      </w:r>
    </w:p>
    <w:p w14:paraId="13753705" w14:textId="77777777" w:rsidR="00096B82" w:rsidRDefault="00096B82">
      <w:pPr>
        <w:spacing w:after="0"/>
      </w:pPr>
    </w:p>
    <w:p w14:paraId="12CC775D" w14:textId="77777777" w:rsidR="00096B82" w:rsidRDefault="00D446B1">
      <w:pPr>
        <w:spacing w:after="0"/>
      </w:pPr>
      <w:r>
        <w:rPr>
          <w:rFonts w:ascii="Arial" w:hAnsi="Arial"/>
          <w:b/>
        </w:rPr>
        <w:t xml:space="preserve">Lucy  </w:t>
      </w:r>
      <w:r>
        <w:rPr>
          <w:rFonts w:ascii="Arial" w:hAnsi="Arial"/>
          <w:color w:val="5D7284"/>
        </w:rPr>
        <w:t>1:10:1</w:t>
      </w:r>
      <w:r>
        <w:rPr>
          <w:rFonts w:ascii="Arial" w:hAnsi="Arial"/>
          <w:color w:val="5D7284"/>
        </w:rPr>
        <w:t>9</w:t>
      </w:r>
    </w:p>
    <w:p w14:paraId="490BD545" w14:textId="77777777" w:rsidR="00096B82" w:rsidRDefault="00D446B1">
      <w:pPr>
        <w:spacing w:after="0"/>
      </w:pPr>
      <w:r>
        <w:rPr>
          <w:rFonts w:ascii="Arial" w:hAnsi="Arial"/>
        </w:rPr>
        <w:t>you're very welcome. Thank you, Daisy for helping me through that.</w:t>
      </w:r>
    </w:p>
    <w:p w14:paraId="66019187" w14:textId="77777777" w:rsidR="00096B82" w:rsidRDefault="00096B82">
      <w:pPr>
        <w:spacing w:after="0"/>
      </w:pPr>
    </w:p>
    <w:p w14:paraId="6538E399" w14:textId="77777777" w:rsidR="00096B82" w:rsidRDefault="00D446B1">
      <w:pPr>
        <w:spacing w:after="0"/>
      </w:pPr>
      <w:r>
        <w:rPr>
          <w:rFonts w:ascii="Arial" w:hAnsi="Arial"/>
          <w:b/>
        </w:rPr>
        <w:t xml:space="preserve">Daisy  </w:t>
      </w:r>
      <w:r>
        <w:rPr>
          <w:rFonts w:ascii="Arial" w:hAnsi="Arial"/>
          <w:color w:val="5D7284"/>
        </w:rPr>
        <w:t>1:10:25</w:t>
      </w:r>
    </w:p>
    <w:p w14:paraId="52805293" w14:textId="77777777" w:rsidR="00096B82" w:rsidRDefault="00D446B1">
      <w:pPr>
        <w:spacing w:after="0"/>
      </w:pPr>
      <w:r>
        <w:rPr>
          <w:rFonts w:ascii="Arial" w:hAnsi="Arial"/>
        </w:rPr>
        <w:t>quite alright.</w:t>
      </w:r>
    </w:p>
    <w:p w14:paraId="1FECC41F" w14:textId="77777777" w:rsidR="00096B82" w:rsidRDefault="00096B82">
      <w:pPr>
        <w:spacing w:after="0"/>
      </w:pPr>
    </w:p>
    <w:p w14:paraId="592C9042" w14:textId="77777777" w:rsidR="00096B82" w:rsidRDefault="00D446B1">
      <w:pPr>
        <w:spacing w:after="0"/>
      </w:pPr>
      <w:r>
        <w:rPr>
          <w:rFonts w:ascii="Arial" w:hAnsi="Arial"/>
          <w:b/>
        </w:rPr>
        <w:t xml:space="preserve">Alice  </w:t>
      </w:r>
      <w:r>
        <w:rPr>
          <w:rFonts w:ascii="Arial" w:hAnsi="Arial"/>
          <w:color w:val="5D7284"/>
        </w:rPr>
        <w:t>1:10:27</w:t>
      </w:r>
    </w:p>
    <w:p w14:paraId="1DA71A42" w14:textId="77777777" w:rsidR="00096B82" w:rsidRDefault="00D446B1">
      <w:pPr>
        <w:spacing w:after="0"/>
      </w:pPr>
      <w:r>
        <w:rPr>
          <w:rFonts w:ascii="Arial" w:hAnsi="Arial"/>
        </w:rPr>
        <w:t xml:space="preserve">And thank you listeners for putting up with us. Again, let us know what you think of this episode and all our other episodes on our website </w:t>
      </w:r>
      <w:r>
        <w:rPr>
          <w:rFonts w:ascii="Arial" w:hAnsi="Arial"/>
        </w:rPr>
        <w:t xml:space="preserve">where you can also catch up on old episodes, and the GoFundMe link is on there. So do that. And if you want to be a guest, you can do that by going on our website, as </w:t>
      </w:r>
      <w:r>
        <w:rPr>
          <w:rFonts w:ascii="Arial" w:hAnsi="Arial"/>
        </w:rPr>
        <w:lastRenderedPageBreak/>
        <w:t>well. We will see you next time, everybody. Bye. Thanks for listening to the lABLEd podca</w:t>
      </w:r>
      <w:r>
        <w:rPr>
          <w:rFonts w:ascii="Arial" w:hAnsi="Arial"/>
        </w:rPr>
        <w:t>st. If you like the show, please rate review and subscribe. You can follow us on social media at lABLEd podcast.</w:t>
      </w:r>
    </w:p>
    <w:p w14:paraId="2EA70722" w14:textId="77777777" w:rsidR="00096B82" w:rsidRDefault="00096B82">
      <w:pPr>
        <w:spacing w:after="0"/>
      </w:pPr>
    </w:p>
    <w:p w14:paraId="58C95CD2" w14:textId="77777777" w:rsidR="00096B82" w:rsidRDefault="00D446B1">
      <w:pPr>
        <w:spacing w:after="0"/>
      </w:pPr>
      <w:r>
        <w:rPr>
          <w:rFonts w:ascii="Arial" w:hAnsi="Arial"/>
          <w:b/>
        </w:rPr>
        <w:t xml:space="preserve">Lucy  </w:t>
      </w:r>
      <w:r>
        <w:rPr>
          <w:rFonts w:ascii="Arial" w:hAnsi="Arial"/>
          <w:color w:val="5D7284"/>
        </w:rPr>
        <w:t>1:11:05</w:t>
      </w:r>
    </w:p>
    <w:p w14:paraId="3FFACA57" w14:textId="77777777" w:rsidR="00096B82" w:rsidRDefault="00D446B1">
      <w:pPr>
        <w:spacing w:after="0"/>
      </w:pPr>
      <w:r>
        <w:rPr>
          <w:rFonts w:ascii="Arial" w:hAnsi="Arial"/>
        </w:rPr>
        <w:t xml:space="preserve">Our thanks go to our editor, Adam Hull, our music composer Maisy </w:t>
      </w:r>
      <w:proofErr w:type="spellStart"/>
      <w:r>
        <w:rPr>
          <w:rFonts w:ascii="Arial" w:hAnsi="Arial"/>
        </w:rPr>
        <w:t>Cruden</w:t>
      </w:r>
      <w:proofErr w:type="spellEnd"/>
      <w:r>
        <w:rPr>
          <w:rFonts w:ascii="Arial" w:hAnsi="Arial"/>
        </w:rPr>
        <w:t xml:space="preserve"> and our Graphic designer Sarah </w:t>
      </w:r>
      <w:proofErr w:type="gramStart"/>
      <w:r>
        <w:rPr>
          <w:rFonts w:ascii="Arial" w:hAnsi="Arial"/>
        </w:rPr>
        <w:t>Colley</w:t>
      </w:r>
      <w:proofErr w:type="gramEnd"/>
    </w:p>
    <w:p w14:paraId="13315495" w14:textId="77777777" w:rsidR="00096B82" w:rsidRDefault="00096B82">
      <w:pPr>
        <w:spacing w:after="0"/>
      </w:pPr>
    </w:p>
    <w:p w14:paraId="66869DF6" w14:textId="77777777" w:rsidR="00096B82" w:rsidRDefault="00D446B1">
      <w:pPr>
        <w:spacing w:after="0"/>
      </w:pPr>
      <w:r>
        <w:rPr>
          <w:rFonts w:ascii="Arial" w:hAnsi="Arial"/>
          <w:b/>
        </w:rPr>
        <w:t xml:space="preserve">Alice Evans &amp; Lucy Wood  </w:t>
      </w:r>
      <w:r>
        <w:rPr>
          <w:rFonts w:ascii="Arial" w:hAnsi="Arial"/>
          <w:color w:val="5D7284"/>
        </w:rPr>
        <w:t>1:11:12</w:t>
      </w:r>
    </w:p>
    <w:p w14:paraId="5566CB4B" w14:textId="77777777" w:rsidR="00096B82" w:rsidRDefault="00D446B1">
      <w:pPr>
        <w:spacing w:after="0"/>
      </w:pPr>
      <w:r>
        <w:rPr>
          <w:rFonts w:ascii="Arial" w:hAnsi="Arial"/>
        </w:rPr>
        <w:t>we'll see you next time.</w:t>
      </w:r>
    </w:p>
    <w:sectPr w:rsidR="00096B82"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yNzI0NTc3MDMGspR0lIJTi4sz8/NACgxrAdySl6EsAAAA"/>
  </w:docVars>
  <w:rsids>
    <w:rsidRoot w:val="00B47730"/>
    <w:rsid w:val="00034616"/>
    <w:rsid w:val="00050A6B"/>
    <w:rsid w:val="0006063C"/>
    <w:rsid w:val="00066610"/>
    <w:rsid w:val="00096B82"/>
    <w:rsid w:val="001216B9"/>
    <w:rsid w:val="0015074B"/>
    <w:rsid w:val="0029639D"/>
    <w:rsid w:val="00326F90"/>
    <w:rsid w:val="004A641F"/>
    <w:rsid w:val="004B593C"/>
    <w:rsid w:val="006E2A8C"/>
    <w:rsid w:val="007749AF"/>
    <w:rsid w:val="00794EBC"/>
    <w:rsid w:val="00821861"/>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8799</Words>
  <Characters>50158</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58840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2</cp:revision>
  <dcterms:created xsi:type="dcterms:W3CDTF">2021-06-04T09:28:00Z</dcterms:created>
  <dcterms:modified xsi:type="dcterms:W3CDTF">2021-06-04T09:28:00Z</dcterms:modified>
  <cp:category/>
</cp:coreProperties>
</file>