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Podcast: fABLEd Little Mermaid</w:t>
      </w:r>
    </w:p>
    <w:p>
      <w:r>
        <w:rPr>
          <w:rFonts w:ascii="Arial" w:hAnsi="Arial"/>
          <w:color w:val="4F6880"/>
          <w:sz w:val="22"/>
        </w:rPr>
        <w:t>Sun, 9/11 6:10PM • 1:17:10</w:t>
      </w:r>
    </w:p>
    <w:p>
      <w:pPr>
        <w:spacing w:before="440" w:after="0"/>
      </w:pPr>
      <w:r>
        <w:rPr>
          <w:rFonts w:ascii="Arial" w:hAnsi="Arial"/>
          <w:b/>
          <w:color w:val="4F6880"/>
          <w:sz w:val="22"/>
        </w:rPr>
        <w:t>SUMMARY KEYWORDS</w:t>
      </w:r>
    </w:p>
    <w:p>
      <w:r>
        <w:rPr>
          <w:rFonts w:ascii="Arial" w:hAnsi="Arial"/>
          <w:color w:val="4F6880"/>
          <w:sz w:val="22"/>
        </w:rPr>
        <w:t>lucy, ableism, alice, disabled, little mermaid, ariel, mermaid, laughs, disability, people, talking, bit, disney, feel, episode, sea witch, world, prince, understand, internalized</w:t>
      </w:r>
    </w:p>
    <w:p>
      <w:pPr>
        <w:spacing w:before="440" w:after="0"/>
      </w:pPr>
      <w:r>
        <w:rPr>
          <w:rFonts w:ascii="Arial" w:hAnsi="Arial"/>
          <w:b/>
          <w:color w:val="4F6880"/>
          <w:sz w:val="22"/>
        </w:rPr>
        <w:t>SPEAKERS</w:t>
      </w:r>
    </w:p>
    <w:p>
      <w:r>
        <w:rPr>
          <w:rFonts w:ascii="Arial" w:hAnsi="Arial"/>
          <w:color w:val="4F6880"/>
          <w:sz w:val="22"/>
        </w:rPr>
        <w:t>Theme Tune,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Alice....(dog barks) and that's Lola</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Though I might not fit in socially, I'm so much more than what you see. We all live our lives differently, kaleidoscope identity. Cos this is who I'm meant to be , I'm just labeled me. I'm just labeled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 xml:space="preserve">Don't forget in this episode, I might swear, Lucy might cry, and you can check out details of the trigger warnings on our website. Hello, gang. Welcome to another episode of The lABLEd Podcast with me, Alice and my wonderful co host Lucy. (Lucy) Hello. Hello. Hello. How are you today Lucy? </w:t>
      </w:r>
    </w:p>
    <w:p>
      <w:pPr>
        <w:spacing w:after="0"/>
      </w:pPr>
    </w:p>
    <w:p>
      <w:pPr>
        <w:spacing w:after="0"/>
      </w:pPr>
      <w:r>
        <w:rPr>
          <w:rFonts w:ascii="Arial" w:hAnsi="Arial"/>
          <w:b/>
          <w:sz w:val="22"/>
        </w:rPr>
        <w:t xml:space="preserve">Lucy  </w:t>
      </w:r>
      <w:r>
        <w:rPr>
          <w:rFonts w:ascii="Arial" w:hAnsi="Arial"/>
          <w:color w:val="5D7284"/>
          <w:sz w:val="22"/>
        </w:rPr>
        <w:t>00:56</w:t>
      </w:r>
    </w:p>
    <w:p>
      <w:pPr>
        <w:spacing w:after="0"/>
      </w:pPr>
      <w:r>
        <w:rPr>
          <w:rFonts w:ascii="Arial" w:hAnsi="Arial"/>
          <w:sz w:val="22"/>
        </w:rPr>
        <w:t>I'm alright thank you. How are you?</w:t>
      </w:r>
    </w:p>
    <w:p>
      <w:pPr>
        <w:spacing w:after="0"/>
      </w:pPr>
    </w:p>
    <w:p>
      <w:pPr>
        <w:spacing w:after="0"/>
      </w:pPr>
      <w:r>
        <w:rPr>
          <w:rFonts w:ascii="Arial" w:hAnsi="Arial"/>
          <w:b/>
          <w:sz w:val="22"/>
        </w:rPr>
        <w:t xml:space="preserve">Alice  </w:t>
      </w:r>
      <w:r>
        <w:rPr>
          <w:rFonts w:ascii="Arial" w:hAnsi="Arial"/>
          <w:color w:val="5D7284"/>
          <w:sz w:val="22"/>
        </w:rPr>
        <w:t>00:57</w:t>
      </w:r>
    </w:p>
    <w:p>
      <w:pPr>
        <w:spacing w:after="0"/>
      </w:pPr>
      <w:r>
        <w:rPr>
          <w:rFonts w:ascii="Arial" w:hAnsi="Arial"/>
          <w:sz w:val="22"/>
        </w:rPr>
        <w:t>Yeah, I am not too bad. Thank you still a bit like croaky in the throat. But I'm doing okay.</w:t>
      </w:r>
    </w:p>
    <w:p>
      <w:pPr>
        <w:spacing w:after="0"/>
      </w:pPr>
    </w:p>
    <w:p>
      <w:pPr>
        <w:spacing w:after="0"/>
      </w:pPr>
      <w:r>
        <w:rPr>
          <w:rFonts w:ascii="Arial" w:hAnsi="Arial"/>
          <w:b/>
          <w:sz w:val="22"/>
        </w:rPr>
        <w:t xml:space="preserve">Lucy  </w:t>
      </w:r>
      <w:r>
        <w:rPr>
          <w:rFonts w:ascii="Arial" w:hAnsi="Arial"/>
          <w:color w:val="5D7284"/>
          <w:sz w:val="22"/>
        </w:rPr>
        <w:t>01:05</w:t>
      </w:r>
    </w:p>
    <w:p>
      <w:pPr>
        <w:spacing w:after="0"/>
      </w:pPr>
      <w:r>
        <w:rPr>
          <w:rFonts w:ascii="Arial" w:hAnsi="Arial"/>
          <w:sz w:val="22"/>
        </w:rPr>
        <w:t>We had to go on a little recording hiatus, didn't we? Because Alice has been suffering from the COVID. And I lost her voice temporarily for a little while, didn't you? So er...</w:t>
      </w:r>
    </w:p>
    <w:p>
      <w:pPr>
        <w:spacing w:after="0"/>
      </w:pPr>
    </w:p>
    <w:p>
      <w:pPr>
        <w:spacing w:after="0"/>
      </w:pPr>
      <w:r>
        <w:rPr>
          <w:rFonts w:ascii="Arial" w:hAnsi="Arial"/>
          <w:b/>
          <w:sz w:val="22"/>
        </w:rPr>
        <w:t xml:space="preserve">Alice  </w:t>
      </w:r>
      <w:r>
        <w:rPr>
          <w:rFonts w:ascii="Arial" w:hAnsi="Arial"/>
          <w:color w:val="5D7284"/>
          <w:sz w:val="22"/>
        </w:rPr>
        <w:t>01:18</w:t>
      </w:r>
    </w:p>
    <w:p>
      <w:pPr>
        <w:spacing w:after="0"/>
      </w:pPr>
      <w:r>
        <w:rPr>
          <w:rFonts w:ascii="Arial" w:hAnsi="Arial"/>
          <w:sz w:val="22"/>
        </w:rPr>
        <w:t>You say a little while it was about four and a half, five days. Like I've literally not really being able to speak at all. And even then I've been like sounding like I've been smoking for a day. (laughs)</w:t>
      </w:r>
    </w:p>
    <w:p>
      <w:pPr>
        <w:spacing w:after="0"/>
      </w:pPr>
    </w:p>
    <w:p>
      <w:pPr>
        <w:spacing w:after="0"/>
      </w:pPr>
      <w:r>
        <w:rPr>
          <w:rFonts w:ascii="Arial" w:hAnsi="Arial"/>
          <w:b/>
          <w:sz w:val="22"/>
        </w:rPr>
        <w:t xml:space="preserve">Lucy  </w:t>
      </w:r>
      <w:r>
        <w:rPr>
          <w:rFonts w:ascii="Arial" w:hAnsi="Arial"/>
          <w:color w:val="5D7284"/>
          <w:sz w:val="22"/>
        </w:rPr>
        <w:t>01:29</w:t>
      </w:r>
    </w:p>
    <w:p>
      <w:pPr>
        <w:spacing w:after="0"/>
      </w:pPr>
      <w:r>
        <w:rPr>
          <w:rFonts w:ascii="Arial" w:hAnsi="Arial"/>
          <w:sz w:val="22"/>
        </w:rPr>
        <w:t>There was a little bit of panic when I spoke to you on Monday you were like  (speaking in a deep croaky voice)"hello how are you?". (laughs) I was like ooh okay! Alice is now known as Alistar. (laughs)</w:t>
      </w:r>
    </w:p>
    <w:p>
      <w:pPr>
        <w:spacing w:after="0"/>
      </w:pPr>
    </w:p>
    <w:p>
      <w:pPr>
        <w:spacing w:after="0"/>
      </w:pPr>
      <w:r>
        <w:rPr>
          <w:rFonts w:ascii="Arial" w:hAnsi="Arial"/>
          <w:b/>
          <w:sz w:val="22"/>
        </w:rPr>
        <w:t xml:space="preserve">Alice  </w:t>
      </w:r>
      <w:r>
        <w:rPr>
          <w:rFonts w:ascii="Arial" w:hAnsi="Arial"/>
          <w:color w:val="5D7284"/>
          <w:sz w:val="22"/>
        </w:rPr>
        <w:t>01:40</w:t>
      </w:r>
    </w:p>
    <w:p>
      <w:pPr>
        <w:spacing w:after="0"/>
      </w:pPr>
      <w:r>
        <w:rPr>
          <w:rFonts w:ascii="Arial" w:hAnsi="Arial"/>
          <w:sz w:val="22"/>
        </w:rPr>
        <w:t>Yeah. Like I said, that was just slightly concerned that was  what I will sound like forever. (Lucy) But it's fine. It was really funny. I was saying to... because I'm back at work and stuff  now. I've was talking to somebody else who I work with who happened to have COVID around the same time as me. And she was like, I haven't had it at all yet. And I was like, no, no, no. And she said, she went, Oh yeah, I'm started I think I was really special. And like, like, you know, the government wouldn't call me in to test my blood because I was like,I'm never gonna catch it. And they were gonna be like, Oh, she's, you know, we finally found the cure. It's in Michelle. It's been there the whole time. And I was like, I don't think I was quite that naive.(lucy laughs) I think I was just lucky.</w:t>
      </w:r>
    </w:p>
    <w:p>
      <w:pPr>
        <w:spacing w:after="0"/>
      </w:pPr>
    </w:p>
    <w:p>
      <w:pPr>
        <w:spacing w:after="0"/>
      </w:pPr>
      <w:r>
        <w:rPr>
          <w:rFonts w:ascii="Arial" w:hAnsi="Arial"/>
          <w:b/>
          <w:sz w:val="22"/>
        </w:rPr>
        <w:t xml:space="preserve">Lucy  </w:t>
      </w:r>
      <w:r>
        <w:rPr>
          <w:rFonts w:ascii="Arial" w:hAnsi="Arial"/>
          <w:color w:val="5D7284"/>
          <w:sz w:val="22"/>
        </w:rPr>
        <w:t>02:23</w:t>
      </w:r>
    </w:p>
    <w:p>
      <w:pPr>
        <w:spacing w:after="0"/>
      </w:pPr>
      <w:r>
        <w:rPr>
          <w:rFonts w:ascii="Arial" w:hAnsi="Arial"/>
          <w:sz w:val="22"/>
        </w:rPr>
        <w:t>I don't know what it says about my social life, but I haven't had it either. So I must be that I just must stay inside talking to you on a podcast a lot.</w:t>
      </w:r>
    </w:p>
    <w:p>
      <w:pPr>
        <w:spacing w:after="0"/>
      </w:pPr>
    </w:p>
    <w:p>
      <w:pPr>
        <w:spacing w:after="0"/>
      </w:pPr>
      <w:r>
        <w:rPr>
          <w:rFonts w:ascii="Arial" w:hAnsi="Arial"/>
          <w:b/>
          <w:sz w:val="22"/>
        </w:rPr>
        <w:t xml:space="preserve">Alice  </w:t>
      </w:r>
      <w:r>
        <w:rPr>
          <w:rFonts w:ascii="Arial" w:hAnsi="Arial"/>
          <w:color w:val="5D7284"/>
          <w:sz w:val="22"/>
        </w:rPr>
        <w:t>02:32</w:t>
      </w:r>
    </w:p>
    <w:p>
      <w:pPr>
        <w:spacing w:after="0"/>
      </w:pPr>
      <w:r>
        <w:rPr>
          <w:rFonts w:ascii="Arial" w:hAnsi="Arial"/>
          <w:sz w:val="22"/>
        </w:rPr>
        <w:t>I'm pretty sure that I well, I know I got it from my husband David. And I'm pretty sure David got it because he went to the cinema by himself. (Lucy) Right? So it's not anything to do with having a social life, it's just generally leaving the house.</w:t>
      </w:r>
    </w:p>
    <w:p>
      <w:pPr>
        <w:spacing w:after="0"/>
      </w:pPr>
    </w:p>
    <w:p>
      <w:pPr>
        <w:spacing w:after="0"/>
      </w:pPr>
      <w:r>
        <w:rPr>
          <w:rFonts w:ascii="Arial" w:hAnsi="Arial"/>
          <w:b/>
          <w:sz w:val="22"/>
        </w:rPr>
        <w:t xml:space="preserve">Lucy  </w:t>
      </w:r>
      <w:r>
        <w:rPr>
          <w:rFonts w:ascii="Arial" w:hAnsi="Arial"/>
          <w:color w:val="5D7284"/>
          <w:sz w:val="22"/>
        </w:rPr>
        <w:t>02:47</w:t>
      </w:r>
    </w:p>
    <w:p>
      <w:pPr>
        <w:spacing w:after="0"/>
      </w:pPr>
      <w:r>
        <w:rPr>
          <w:rFonts w:ascii="Arial" w:hAnsi="Arial"/>
          <w:sz w:val="22"/>
        </w:rPr>
        <w:t>This is me now until 2025 then, like I'm not going anywhere. It's fine, it's fine. Glad your back though.</w:t>
      </w:r>
    </w:p>
    <w:p>
      <w:pPr>
        <w:spacing w:after="0"/>
      </w:pPr>
    </w:p>
    <w:p>
      <w:pPr>
        <w:spacing w:after="0"/>
      </w:pPr>
      <w:r>
        <w:rPr>
          <w:rFonts w:ascii="Arial" w:hAnsi="Arial"/>
          <w:b/>
          <w:sz w:val="22"/>
        </w:rPr>
        <w:t xml:space="preserve">Alice  </w:t>
      </w:r>
      <w:r>
        <w:rPr>
          <w:rFonts w:ascii="Arial" w:hAnsi="Arial"/>
          <w:color w:val="5D7284"/>
          <w:sz w:val="22"/>
        </w:rPr>
        <w:t>02:55</w:t>
      </w:r>
    </w:p>
    <w:p>
      <w:pPr>
        <w:spacing w:after="0"/>
      </w:pPr>
      <w:r>
        <w:rPr>
          <w:rFonts w:ascii="Arial" w:hAnsi="Arial"/>
          <w:sz w:val="22"/>
        </w:rPr>
        <w:t>Yeah, yeah, it's good t not be in bed just shivering so.. (laughing) (Lucy) It's alright gang. I kept messaging my friends just be like I did not know it was possible to be quite this sweaty.</w:t>
      </w:r>
    </w:p>
    <w:p>
      <w:pPr>
        <w:spacing w:after="0"/>
      </w:pPr>
    </w:p>
    <w:p>
      <w:pPr>
        <w:spacing w:after="0"/>
      </w:pPr>
      <w:r>
        <w:rPr>
          <w:rFonts w:ascii="Arial" w:hAnsi="Arial"/>
          <w:b/>
          <w:sz w:val="22"/>
        </w:rPr>
        <w:t xml:space="preserve">Lucy  </w:t>
      </w:r>
      <w:r>
        <w:rPr>
          <w:rFonts w:ascii="Arial" w:hAnsi="Arial"/>
          <w:color w:val="5D7284"/>
          <w:sz w:val="22"/>
        </w:rPr>
        <w:t>03:09</w:t>
      </w:r>
    </w:p>
    <w:p>
      <w:pPr>
        <w:spacing w:after="0"/>
      </w:pPr>
      <w:r>
        <w:rPr>
          <w:rFonts w:ascii="Arial" w:hAnsi="Arial"/>
          <w:sz w:val="22"/>
        </w:rPr>
        <w:t>It's that being cold and hot at the same time, it's horrible. (Alice) Yeah. That's when you know you're real ill. And when you skin hurts as well.I know the symptoms. (laughing)  Doctor Bob here from the muppets, I know when your sick. I know when you're really sick. I don't know.</w:t>
      </w:r>
    </w:p>
    <w:p>
      <w:pPr>
        <w:spacing w:after="0"/>
      </w:pPr>
    </w:p>
    <w:p>
      <w:pPr>
        <w:spacing w:after="0"/>
      </w:pPr>
      <w:r>
        <w:rPr>
          <w:rFonts w:ascii="Arial" w:hAnsi="Arial"/>
          <w:b/>
          <w:sz w:val="22"/>
        </w:rPr>
        <w:t xml:space="preserve">Alice  </w:t>
      </w:r>
      <w:r>
        <w:rPr>
          <w:rFonts w:ascii="Arial" w:hAnsi="Arial"/>
          <w:color w:val="5D7284"/>
          <w:sz w:val="22"/>
        </w:rPr>
        <w:t>03:31</w:t>
      </w:r>
    </w:p>
    <w:p>
      <w:pPr>
        <w:spacing w:after="0"/>
      </w:pPr>
      <w:r>
        <w:rPr>
          <w:rFonts w:ascii="Arial" w:hAnsi="Arial"/>
          <w:sz w:val="22"/>
        </w:rPr>
        <w:t>So, back to podcast stuff and not just you know me being gross. (Lucy laughs) We are doing this week we're doing a nother fabled episode.</w:t>
      </w:r>
    </w:p>
    <w:p>
      <w:pPr>
        <w:spacing w:after="0"/>
      </w:pPr>
    </w:p>
    <w:p>
      <w:pPr>
        <w:spacing w:after="0"/>
      </w:pPr>
      <w:r>
        <w:rPr>
          <w:rFonts w:ascii="Arial" w:hAnsi="Arial"/>
          <w:b/>
          <w:sz w:val="22"/>
        </w:rPr>
        <w:t xml:space="preserve">Lucy  </w:t>
      </w:r>
      <w:r>
        <w:rPr>
          <w:rFonts w:ascii="Arial" w:hAnsi="Arial"/>
          <w:color w:val="5D7284"/>
          <w:sz w:val="22"/>
        </w:rPr>
        <w:t>03:43</w:t>
      </w:r>
    </w:p>
    <w:p>
      <w:pPr>
        <w:spacing w:after="0"/>
      </w:pPr>
      <w:r>
        <w:rPr>
          <w:rFonts w:ascii="Arial" w:hAnsi="Arial"/>
          <w:sz w:val="22"/>
        </w:rPr>
        <w:t>We are indeed yes, we are. So, a little bit of story a little bit of backstory for me personally, before we start this. If you're listening to the podcast, you won't know this but Alice when she sits in our office, and is talking to me on the back wall of her office, there is what until recently, I realized is a picture of Alice from Alice in Wonderland. I think that I need a similar picture of our main protagonist of the story of this this week's fable and you will see why as I get into it. So shall we get started? (Alice) Yeah, okay. I'm really excited about this by the way, really excited!</w:t>
      </w:r>
    </w:p>
    <w:p>
      <w:pPr>
        <w:spacing w:after="0"/>
      </w:pPr>
    </w:p>
    <w:p>
      <w:pPr>
        <w:spacing w:after="0"/>
      </w:pPr>
      <w:r>
        <w:rPr>
          <w:rFonts w:ascii="Arial" w:hAnsi="Arial"/>
          <w:b/>
          <w:sz w:val="22"/>
        </w:rPr>
        <w:t xml:space="preserve">Alice  </w:t>
      </w:r>
      <w:r>
        <w:rPr>
          <w:rFonts w:ascii="Arial" w:hAnsi="Arial"/>
          <w:color w:val="5D7284"/>
          <w:sz w:val="22"/>
        </w:rPr>
        <w:t>04:30</w:t>
      </w:r>
    </w:p>
    <w:p>
      <w:pPr>
        <w:spacing w:after="0"/>
      </w:pPr>
      <w:r>
        <w:rPr>
          <w:rFonts w:ascii="Arial" w:hAnsi="Arial"/>
          <w:sz w:val="22"/>
        </w:rPr>
        <w:t xml:space="preserve"> I am really looking forward to this. (Lucy) Yeah. I think it's a bit out of left field in terms of disability.</w:t>
      </w:r>
    </w:p>
    <w:p>
      <w:pPr>
        <w:spacing w:after="0"/>
      </w:pPr>
    </w:p>
    <w:p>
      <w:pPr>
        <w:spacing w:after="0"/>
      </w:pPr>
      <w:r>
        <w:rPr>
          <w:rFonts w:ascii="Arial" w:hAnsi="Arial"/>
          <w:b/>
          <w:sz w:val="22"/>
        </w:rPr>
        <w:t xml:space="preserve">Lucy  </w:t>
      </w:r>
      <w:r>
        <w:rPr>
          <w:rFonts w:ascii="Arial" w:hAnsi="Arial"/>
          <w:color w:val="5D7284"/>
          <w:sz w:val="22"/>
        </w:rPr>
        <w:t>04:38</w:t>
      </w:r>
    </w:p>
    <w:p>
      <w:pPr>
        <w:spacing w:after="0"/>
      </w:pPr>
      <w:r>
        <w:rPr>
          <w:rFonts w:ascii="Arial" w:hAnsi="Arial"/>
          <w:sz w:val="22"/>
        </w:rPr>
        <w:t xml:space="preserve"> I've made it stick, because it will stick. It will!</w:t>
      </w:r>
    </w:p>
    <w:p>
      <w:pPr>
        <w:spacing w:after="0"/>
      </w:pPr>
    </w:p>
    <w:p>
      <w:pPr>
        <w:spacing w:after="0"/>
      </w:pPr>
      <w:r>
        <w:rPr>
          <w:rFonts w:ascii="Arial" w:hAnsi="Arial"/>
          <w:b/>
          <w:sz w:val="22"/>
        </w:rPr>
        <w:t xml:space="preserve">Alice  </w:t>
      </w:r>
      <w:r>
        <w:rPr>
          <w:rFonts w:ascii="Arial" w:hAnsi="Arial"/>
          <w:color w:val="5D7284"/>
          <w:sz w:val="22"/>
        </w:rPr>
        <w:t>04:43</w:t>
      </w:r>
    </w:p>
    <w:p>
      <w:pPr>
        <w:spacing w:after="0"/>
      </w:pPr>
      <w:r>
        <w:rPr>
          <w:rFonts w:ascii="Arial" w:hAnsi="Arial"/>
          <w:sz w:val="22"/>
        </w:rPr>
        <w:t>We can make anything all about us and disability if we want to can't we Luce?</w:t>
      </w:r>
    </w:p>
    <w:p>
      <w:pPr>
        <w:spacing w:after="0"/>
      </w:pPr>
    </w:p>
    <w:p>
      <w:pPr>
        <w:spacing w:after="0"/>
      </w:pPr>
      <w:r>
        <w:rPr>
          <w:rFonts w:ascii="Arial" w:hAnsi="Arial"/>
          <w:b/>
          <w:sz w:val="22"/>
        </w:rPr>
        <w:t xml:space="preserve">Lucy  </w:t>
      </w:r>
      <w:r>
        <w:rPr>
          <w:rFonts w:ascii="Arial" w:hAnsi="Arial"/>
          <w:color w:val="5D7284"/>
          <w:sz w:val="22"/>
        </w:rPr>
        <w:t>04:48</w:t>
      </w:r>
    </w:p>
    <w:p>
      <w:pPr>
        <w:spacing w:after="0"/>
      </w:pPr>
      <w:r>
        <w:rPr>
          <w:rFonts w:ascii="Arial" w:hAnsi="Arial"/>
          <w:sz w:val="22"/>
        </w:rPr>
        <w:t>It's like really fascinating person, like Oh are they disabled  in any way shape or form?. Alright, so let's get started. So written by Hans Christian Andersen in 1836, 20 years after Pride and Prejudice was published and 20 years before Moby Dick, this fairytale is in unlike any other myths and legends we featured on fabled, this is a story about wanting to be seen as equals. In this episode,</w:t>
      </w:r>
    </w:p>
    <w:p>
      <w:pPr>
        <w:spacing w:after="0"/>
      </w:pPr>
    </w:p>
    <w:p>
      <w:pPr>
        <w:spacing w:after="0"/>
      </w:pPr>
      <w:r>
        <w:rPr>
          <w:rFonts w:ascii="Arial" w:hAnsi="Arial"/>
          <w:b/>
          <w:sz w:val="22"/>
        </w:rPr>
        <w:t xml:space="preserve">Alice  </w:t>
      </w:r>
      <w:r>
        <w:rPr>
          <w:rFonts w:ascii="Arial" w:hAnsi="Arial"/>
          <w:color w:val="5D7284"/>
          <w:sz w:val="22"/>
        </w:rPr>
        <w:t>05:17</w:t>
      </w:r>
    </w:p>
    <w:p>
      <w:pPr>
        <w:spacing w:after="0"/>
      </w:pPr>
      <w:r>
        <w:rPr>
          <w:rFonts w:ascii="Arial" w:hAnsi="Arial"/>
          <w:sz w:val="22"/>
        </w:rPr>
        <w:t>Sorry I was gonna say before you go on Luce. (Lucy) Yeah?. You haven't told us who you are talking about?</w:t>
      </w:r>
    </w:p>
    <w:p>
      <w:pPr>
        <w:spacing w:after="0"/>
      </w:pPr>
    </w:p>
    <w:p>
      <w:pPr>
        <w:spacing w:after="0"/>
      </w:pPr>
      <w:r>
        <w:rPr>
          <w:rFonts w:ascii="Arial" w:hAnsi="Arial"/>
          <w:b/>
          <w:sz w:val="22"/>
        </w:rPr>
        <w:t xml:space="preserve">Lucy  </w:t>
      </w:r>
      <w:r>
        <w:rPr>
          <w:rFonts w:ascii="Arial" w:hAnsi="Arial"/>
          <w:color w:val="5D7284"/>
          <w:sz w:val="22"/>
        </w:rPr>
        <w:t>05:21</w:t>
      </w:r>
    </w:p>
    <w:p>
      <w:pPr>
        <w:spacing w:after="0"/>
      </w:pPr>
      <w:r>
        <w:rPr>
          <w:rFonts w:ascii="Arial" w:hAnsi="Arial"/>
          <w:sz w:val="22"/>
        </w:rPr>
        <w:t xml:space="preserve">No, there was a reason because I'm building up to it!. YOur wrecking the suspense! (Alice) I'm so excited, oh, sorry have I completely ruined your tension?. You know what we're talking about as well. </w:t>
      </w:r>
    </w:p>
    <w:p>
      <w:pPr>
        <w:spacing w:after="0"/>
      </w:pPr>
    </w:p>
    <w:p>
      <w:pPr>
        <w:spacing w:after="0"/>
      </w:pPr>
      <w:r>
        <w:rPr>
          <w:rFonts w:ascii="Arial" w:hAnsi="Arial"/>
          <w:b/>
          <w:sz w:val="22"/>
        </w:rPr>
        <w:t xml:space="preserve">Alice  </w:t>
      </w:r>
      <w:r>
        <w:rPr>
          <w:rFonts w:ascii="Arial" w:hAnsi="Arial"/>
          <w:color w:val="5D7284"/>
          <w:sz w:val="22"/>
        </w:rPr>
        <w:t>05:22</w:t>
      </w:r>
    </w:p>
    <w:p>
      <w:pPr>
        <w:spacing w:after="0"/>
      </w:pPr>
      <w:r>
        <w:rPr>
          <w:rFonts w:ascii="Arial" w:hAnsi="Arial"/>
          <w:sz w:val="22"/>
        </w:rPr>
        <w:t>I do know we're talking about but the audience don't, but it's fine, we can edit all those bits out. Just go back to building the tension.</w:t>
      </w:r>
    </w:p>
    <w:p>
      <w:pPr>
        <w:spacing w:after="0"/>
      </w:pPr>
    </w:p>
    <w:p>
      <w:pPr>
        <w:spacing w:after="0"/>
      </w:pPr>
      <w:r>
        <w:rPr>
          <w:rFonts w:ascii="Arial" w:hAnsi="Arial"/>
          <w:b/>
          <w:sz w:val="22"/>
        </w:rPr>
        <w:t xml:space="preserve">Lucy  </w:t>
      </w:r>
      <w:r>
        <w:rPr>
          <w:rFonts w:ascii="Arial" w:hAnsi="Arial"/>
          <w:color w:val="5D7284"/>
          <w:sz w:val="22"/>
        </w:rPr>
        <w:t>05:41</w:t>
      </w:r>
    </w:p>
    <w:p>
      <w:pPr>
        <w:spacing w:after="0"/>
      </w:pPr>
      <w:r>
        <w:rPr>
          <w:rFonts w:ascii="Arial" w:hAnsi="Arial"/>
          <w:sz w:val="22"/>
        </w:rPr>
        <w:t>In this episode of fabled, we're going to be looking at the original story of The Little Mermaid, which is surprisingly gruesome, as well as the non frightening singsong version that Disney gave us because I still maintain that part of your world is an absolute banger, by the way.</w:t>
      </w:r>
    </w:p>
    <w:p>
      <w:pPr>
        <w:spacing w:after="0"/>
      </w:pPr>
    </w:p>
    <w:p>
      <w:pPr>
        <w:spacing w:after="0"/>
      </w:pPr>
      <w:r>
        <w:rPr>
          <w:rFonts w:ascii="Arial" w:hAnsi="Arial"/>
          <w:b/>
          <w:sz w:val="22"/>
        </w:rPr>
        <w:t xml:space="preserve">Alice  </w:t>
      </w:r>
      <w:r>
        <w:rPr>
          <w:rFonts w:ascii="Arial" w:hAnsi="Arial"/>
          <w:color w:val="5D7284"/>
          <w:sz w:val="22"/>
        </w:rPr>
        <w:t>06:01</w:t>
      </w:r>
    </w:p>
    <w:p>
      <w:pPr>
        <w:spacing w:after="0"/>
      </w:pPr>
      <w:r>
        <w:rPr>
          <w:rFonts w:ascii="Arial" w:hAnsi="Arial"/>
          <w:sz w:val="22"/>
        </w:rPr>
        <w:t>So I think you said when we were talking about this, we're talking mostly about the 1989 version, because they're they're doing a live action, but it's not out yet?</w:t>
      </w:r>
    </w:p>
    <w:p>
      <w:pPr>
        <w:spacing w:after="0"/>
      </w:pPr>
    </w:p>
    <w:p>
      <w:pPr>
        <w:spacing w:after="0"/>
      </w:pPr>
      <w:r>
        <w:rPr>
          <w:rFonts w:ascii="Arial" w:hAnsi="Arial"/>
          <w:b/>
          <w:sz w:val="22"/>
        </w:rPr>
        <w:t xml:space="preserve">Lucy  </w:t>
      </w:r>
      <w:r>
        <w:rPr>
          <w:rFonts w:ascii="Arial" w:hAnsi="Arial"/>
          <w:color w:val="5D7284"/>
          <w:sz w:val="22"/>
        </w:rPr>
        <w:t>06:10</w:t>
      </w:r>
    </w:p>
    <w:p>
      <w:pPr>
        <w:spacing w:after="0"/>
      </w:pPr>
      <w:r>
        <w:rPr>
          <w:rFonts w:ascii="Arial" w:hAnsi="Arial"/>
          <w:sz w:val="22"/>
        </w:rPr>
        <w:t>No it's not out until the autumn of next year. (Alice)Okay, okay, cool. Yeah, I am talking about the 1989. Redhead, little fish girl. That is Ariel, The Little Mermaid. Surprisingly, when I was doing my research, because I have done both stories, because I'm not just some sort of fool. When I was reading about the Hans Christian Andersen "Little Mermaid" version of original story, of The Little Mermaid. The Little Mermaid in that story hasn't got a name. (Alice) Right. She is just referred to as "the mermaid".</w:t>
      </w:r>
    </w:p>
    <w:p>
      <w:pPr>
        <w:spacing w:after="0"/>
      </w:pPr>
    </w:p>
    <w:p>
      <w:pPr>
        <w:spacing w:after="0"/>
      </w:pPr>
      <w:r>
        <w:rPr>
          <w:rFonts w:ascii="Arial" w:hAnsi="Arial"/>
          <w:b/>
          <w:sz w:val="22"/>
        </w:rPr>
        <w:t xml:space="preserve">Alice  </w:t>
      </w:r>
      <w:r>
        <w:rPr>
          <w:rFonts w:ascii="Arial" w:hAnsi="Arial"/>
          <w:color w:val="5D7284"/>
          <w:sz w:val="22"/>
        </w:rPr>
        <w:t>06:46</w:t>
      </w:r>
    </w:p>
    <w:p>
      <w:pPr>
        <w:spacing w:after="0"/>
      </w:pPr>
      <w:r>
        <w:rPr>
          <w:rFonts w:ascii="Arial" w:hAnsi="Arial"/>
          <w:sz w:val="22"/>
        </w:rPr>
        <w:t>Right I see, so main character doesn't get a name.</w:t>
      </w:r>
    </w:p>
    <w:p>
      <w:pPr>
        <w:spacing w:after="0"/>
      </w:pPr>
    </w:p>
    <w:p>
      <w:pPr>
        <w:spacing w:after="0"/>
      </w:pPr>
      <w:r>
        <w:rPr>
          <w:rFonts w:ascii="Arial" w:hAnsi="Arial"/>
          <w:b/>
          <w:sz w:val="22"/>
        </w:rPr>
        <w:t xml:space="preserve">Lucy  </w:t>
      </w:r>
      <w:r>
        <w:rPr>
          <w:rFonts w:ascii="Arial" w:hAnsi="Arial"/>
          <w:color w:val="5D7284"/>
          <w:sz w:val="22"/>
        </w:rPr>
        <w:t>06:50</w:t>
      </w:r>
    </w:p>
    <w:p>
      <w:pPr>
        <w:spacing w:after="0"/>
      </w:pPr>
      <w:r>
        <w:rPr>
          <w:rFonts w:ascii="Arial" w:hAnsi="Arial"/>
          <w:sz w:val="22"/>
        </w:rPr>
        <w:t>Not as far as I could tell. So for any of you who don't know the story of "The Little Mermaid", it follows. Shall we call her Ariel for the purposes of this?</w:t>
      </w:r>
    </w:p>
    <w:p>
      <w:pPr>
        <w:spacing w:after="0"/>
      </w:pPr>
    </w:p>
    <w:p>
      <w:pPr>
        <w:spacing w:after="0"/>
      </w:pPr>
      <w:r>
        <w:rPr>
          <w:rFonts w:ascii="Arial" w:hAnsi="Arial"/>
          <w:b/>
          <w:sz w:val="22"/>
        </w:rPr>
        <w:t xml:space="preserve">Alice  </w:t>
      </w:r>
      <w:r>
        <w:rPr>
          <w:rFonts w:ascii="Arial" w:hAnsi="Arial"/>
          <w:color w:val="5D7284"/>
          <w:sz w:val="22"/>
        </w:rPr>
        <w:t>07:00</w:t>
      </w:r>
    </w:p>
    <w:p>
      <w:pPr>
        <w:spacing w:after="0"/>
      </w:pPr>
      <w:r>
        <w:rPr>
          <w:rFonts w:ascii="Arial" w:hAnsi="Arial"/>
          <w:sz w:val="22"/>
        </w:rPr>
        <w:t xml:space="preserve">Yes, that seems I think, I think in a post feminist world that we should probably, you know, thinking about the Bechtel test and stuff let's name this bitch (laughs). She deserves it. (Lucy ) Yeah she does doesn't she. But what she goes through in the Hans Christian Anderson version...(Lucy) Shush woman!!! </w:t>
      </w:r>
    </w:p>
    <w:p>
      <w:pPr>
        <w:spacing w:after="0"/>
      </w:pPr>
    </w:p>
    <w:p>
      <w:pPr>
        <w:spacing w:after="0"/>
      </w:pPr>
      <w:r>
        <w:rPr>
          <w:rFonts w:ascii="Arial" w:hAnsi="Arial"/>
          <w:b/>
          <w:sz w:val="22"/>
        </w:rPr>
        <w:t xml:space="preserve">Lucy  </w:t>
      </w:r>
      <w:r>
        <w:rPr>
          <w:rFonts w:ascii="Arial" w:hAnsi="Arial"/>
          <w:color w:val="5D7284"/>
          <w:sz w:val="22"/>
        </w:rPr>
        <w:t>07:17</w:t>
      </w:r>
    </w:p>
    <w:p>
      <w:pPr>
        <w:spacing w:after="0"/>
      </w:pPr>
      <w:r>
        <w:rPr>
          <w:rFonts w:ascii="Arial" w:hAnsi="Arial"/>
          <w:sz w:val="22"/>
        </w:rPr>
        <w:t xml:space="preserve">Yeah, I know horrific!. So the story of The Little Mermaid goes like this, on her 50th birthday. The mermaid also aka Ariel, goes up to the surface and sees a birthday party on a ship and instantly falls in love with the prince. She decides that she loves him and wants a human soul in order to be with him. So classic love at first sight from a crowded room. </w:t>
      </w:r>
    </w:p>
    <w:p>
      <w:pPr>
        <w:spacing w:after="0"/>
      </w:pPr>
    </w:p>
    <w:p>
      <w:pPr>
        <w:spacing w:after="0"/>
      </w:pPr>
      <w:r>
        <w:rPr>
          <w:rFonts w:ascii="Arial" w:hAnsi="Arial"/>
          <w:b/>
          <w:sz w:val="22"/>
        </w:rPr>
        <w:t xml:space="preserve">Alice  </w:t>
      </w:r>
      <w:r>
        <w:rPr>
          <w:rFonts w:ascii="Arial" w:hAnsi="Arial"/>
          <w:color w:val="5D7284"/>
          <w:sz w:val="22"/>
        </w:rPr>
        <w:t>07:43</w:t>
      </w:r>
    </w:p>
    <w:p>
      <w:pPr>
        <w:spacing w:after="0"/>
      </w:pPr>
      <w:r>
        <w:rPr>
          <w:rFonts w:ascii="Arial" w:hAnsi="Arial"/>
          <w:sz w:val="22"/>
        </w:rPr>
        <w:t>But I guess the idea is that cuz she's not human. She doesn't have a soul?.</w:t>
      </w:r>
    </w:p>
    <w:p>
      <w:pPr>
        <w:spacing w:after="0"/>
      </w:pPr>
    </w:p>
    <w:p>
      <w:pPr>
        <w:spacing w:after="0"/>
      </w:pPr>
      <w:r>
        <w:rPr>
          <w:rFonts w:ascii="Arial" w:hAnsi="Arial"/>
          <w:b/>
          <w:sz w:val="22"/>
        </w:rPr>
        <w:t xml:space="preserve">Lucy  </w:t>
      </w:r>
      <w:r>
        <w:rPr>
          <w:rFonts w:ascii="Arial" w:hAnsi="Arial"/>
          <w:color w:val="5D7284"/>
          <w:sz w:val="22"/>
        </w:rPr>
        <w:t>07:47</w:t>
      </w:r>
    </w:p>
    <w:p>
      <w:pPr>
        <w:spacing w:after="0"/>
      </w:pPr>
      <w:r>
        <w:rPr>
          <w:rFonts w:ascii="Arial" w:hAnsi="Arial"/>
          <w:sz w:val="22"/>
        </w:rPr>
        <w:t>Exactly. Exactly. They don't live, I think mermaids lives forever. But when they're human, they don't. I don't know. I couldn't quite understand that bit of the story. So basically, there is a storm, the ship gets wrecked, and Ariel saves the prince. But the prince can't really like remember being saved by Ariel. Ariel then disappears again, and goes back down to the seabed and tells her grandmother about this prince that she's fallen in love with and wants to go to the surface. Her grandmother tells her that to obtain a soul, she would need to marry a human man and fall in love  with him. With the help of true love's first kiss. I mean, it's very like....</w:t>
      </w:r>
    </w:p>
    <w:p>
      <w:pPr>
        <w:spacing w:after="0"/>
      </w:pPr>
    </w:p>
    <w:p>
      <w:pPr>
        <w:spacing w:after="0"/>
      </w:pPr>
      <w:r>
        <w:rPr>
          <w:rFonts w:ascii="Arial" w:hAnsi="Arial"/>
          <w:b/>
          <w:sz w:val="22"/>
        </w:rPr>
        <w:t xml:space="preserve">Alice  </w:t>
      </w:r>
      <w:r>
        <w:rPr>
          <w:rFonts w:ascii="Arial" w:hAnsi="Arial"/>
          <w:color w:val="5D7284"/>
          <w:sz w:val="22"/>
        </w:rPr>
        <w:t>08:37</w:t>
      </w:r>
    </w:p>
    <w:p>
      <w:pPr>
        <w:spacing w:after="0"/>
      </w:pPr>
      <w:r>
        <w:rPr>
          <w:rFonts w:ascii="Arial" w:hAnsi="Arial"/>
          <w:sz w:val="22"/>
        </w:rPr>
        <w:t>So like... so to get a soul she'd have to convince the prince to marry her. And then he would like he would have to fall in love with her and true loves kiss. Like, that's actually what seals it.</w:t>
      </w:r>
    </w:p>
    <w:p>
      <w:pPr>
        <w:spacing w:after="0"/>
      </w:pPr>
    </w:p>
    <w:p>
      <w:pPr>
        <w:spacing w:after="0"/>
      </w:pPr>
      <w:r>
        <w:rPr>
          <w:rFonts w:ascii="Arial" w:hAnsi="Arial"/>
          <w:b/>
          <w:sz w:val="22"/>
        </w:rPr>
        <w:t xml:space="preserve">Lucy  </w:t>
      </w:r>
      <w:r>
        <w:rPr>
          <w:rFonts w:ascii="Arial" w:hAnsi="Arial"/>
          <w:color w:val="5D7284"/>
          <w:sz w:val="22"/>
        </w:rPr>
        <w:t>08:50</w:t>
      </w:r>
    </w:p>
    <w:p>
      <w:pPr>
        <w:spacing w:after="0"/>
      </w:pPr>
      <w:r>
        <w:rPr>
          <w:rFonts w:ascii="Arial" w:hAnsi="Arial"/>
          <w:sz w:val="22"/>
        </w:rPr>
        <w:t>That seals the deal, isn't it really? (Alice) Yeah. That's basically signed, sealed, delivered, I'm yours. (Alice laughs) But the mermaid is told that no human man would want to marry her because essentially, she's a fish girl. So our fishy footed protagonist. (Alice) You're very proud of that. Decides in spite of this, she will return to the surface for a soul and more importantly, a boyfriend. She decides to visit</w:t>
      </w:r>
    </w:p>
    <w:p>
      <w:pPr>
        <w:spacing w:after="0"/>
      </w:pPr>
    </w:p>
    <w:p>
      <w:pPr>
        <w:spacing w:after="0"/>
      </w:pPr>
      <w:r>
        <w:rPr>
          <w:rFonts w:ascii="Arial" w:hAnsi="Arial"/>
          <w:b/>
          <w:sz w:val="22"/>
        </w:rPr>
        <w:t xml:space="preserve">Alice  </w:t>
      </w:r>
      <w:r>
        <w:rPr>
          <w:rFonts w:ascii="Arial" w:hAnsi="Arial"/>
          <w:color w:val="5D7284"/>
          <w:sz w:val="22"/>
        </w:rPr>
        <w:t>09:23</w:t>
      </w:r>
    </w:p>
    <w:p>
      <w:pPr>
        <w:spacing w:after="0"/>
      </w:pPr>
      <w:r>
        <w:rPr>
          <w:rFonts w:ascii="Arial" w:hAnsi="Arial"/>
          <w:sz w:val="22"/>
        </w:rPr>
        <w:t>(laughs) Classic 15 year</w:t>
      </w:r>
    </w:p>
    <w:p>
      <w:pPr>
        <w:spacing w:after="0"/>
      </w:pPr>
    </w:p>
    <w:p>
      <w:pPr>
        <w:spacing w:after="0"/>
      </w:pPr>
      <w:r>
        <w:rPr>
          <w:rFonts w:ascii="Arial" w:hAnsi="Arial"/>
          <w:b/>
          <w:sz w:val="22"/>
        </w:rPr>
        <w:t xml:space="preserve">Lucy  </w:t>
      </w:r>
      <w:r>
        <w:rPr>
          <w:rFonts w:ascii="Arial" w:hAnsi="Arial"/>
          <w:color w:val="5D7284"/>
          <w:sz w:val="22"/>
        </w:rPr>
        <w:t>09:24</w:t>
      </w:r>
    </w:p>
    <w:p>
      <w:pPr>
        <w:spacing w:after="0"/>
      </w:pPr>
      <w:r>
        <w:rPr>
          <w:rFonts w:ascii="Arial" w:hAnsi="Arial"/>
          <w:sz w:val="22"/>
        </w:rPr>
        <w:t>Teenage hormones. She decides to visit sea witch to get a deal to get this perfect life.Teenage hormones isn't it really? The sea witch offers conditions in return for a potion that she must drink on land, stating that the mermaid needs to make the prince fall in love with her or she'll perish. I'm talking about the original story here not the Disney version because nobody dies in the Disney version.</w:t>
      </w:r>
    </w:p>
    <w:p>
      <w:pPr>
        <w:spacing w:after="0"/>
      </w:pPr>
    </w:p>
    <w:p>
      <w:pPr>
        <w:spacing w:after="0"/>
      </w:pPr>
      <w:r>
        <w:rPr>
          <w:rFonts w:ascii="Arial" w:hAnsi="Arial"/>
          <w:b/>
          <w:sz w:val="22"/>
        </w:rPr>
        <w:t xml:space="preserve">Alice  </w:t>
      </w:r>
      <w:r>
        <w:rPr>
          <w:rFonts w:ascii="Arial" w:hAnsi="Arial"/>
          <w:color w:val="5D7284"/>
          <w:sz w:val="22"/>
        </w:rPr>
        <w:t>09:59</w:t>
      </w:r>
    </w:p>
    <w:p>
      <w:pPr>
        <w:spacing w:after="0"/>
      </w:pPr>
      <w:r>
        <w:rPr>
          <w:rFonts w:ascii="Arial" w:hAnsi="Arial"/>
          <w:sz w:val="22"/>
        </w:rPr>
        <w:t xml:space="preserve"> So the sea witch is like, I mean, I kind of the whole the whole point of a going up there is that she wants him to fall like in love with her but the sea witch is like, "Yeah, but if you don't, you're gonna die right".</w:t>
      </w:r>
    </w:p>
    <w:p>
      <w:pPr>
        <w:spacing w:after="0"/>
      </w:pPr>
    </w:p>
    <w:p>
      <w:pPr>
        <w:spacing w:after="0"/>
      </w:pPr>
      <w:r>
        <w:rPr>
          <w:rFonts w:ascii="Arial" w:hAnsi="Arial"/>
          <w:b/>
          <w:sz w:val="22"/>
        </w:rPr>
        <w:t xml:space="preserve">Lucy  </w:t>
      </w:r>
      <w:r>
        <w:rPr>
          <w:rFonts w:ascii="Arial" w:hAnsi="Arial"/>
          <w:color w:val="5D7284"/>
          <w:sz w:val="22"/>
        </w:rPr>
        <w:t>10:13</w:t>
      </w:r>
    </w:p>
    <w:p>
      <w:pPr>
        <w:spacing w:after="0"/>
      </w:pPr>
      <w:r>
        <w:rPr>
          <w:rFonts w:ascii="Arial" w:hAnsi="Arial"/>
          <w:sz w:val="22"/>
        </w:rPr>
        <w:t>She takes the mermaid's voice as payment rendering her mute for the rest of the story and gives her two legs which by all accounts are excruciatingly troublesome.Her fin is ripped in two to create fully formed legs, which... (directed at Alice) You just winced!? (laughs) Which when walking is like 1000 knives under her feet. So this is where the interesting, slightly interesting form of disability comes from. So once the mermaid returns to the surface, she loses her voice can't sing, can't speak. And essentially, she becomes disabled because she can't easily communicate with the humans. She's no longer able to communicate with her mouth. And she must rely on gestures to communicate her needs that luckily the prince guesses what she wants to say most of the time. And sometimes he gets it right discerning from her gestures what she needs. The mermaid, however, has never had to communicate with her mouth, nor had learning opportunities for it. So her communication is wildly ineffective. She can't speak, she doesn't know sign language. She just pointing randomly. stuff where and....</w:t>
      </w:r>
    </w:p>
    <w:p>
      <w:pPr>
        <w:spacing w:after="0"/>
      </w:pPr>
    </w:p>
    <w:p>
      <w:pPr>
        <w:spacing w:after="0"/>
      </w:pPr>
      <w:r>
        <w:rPr>
          <w:rFonts w:ascii="Arial" w:hAnsi="Arial"/>
          <w:b/>
          <w:sz w:val="22"/>
        </w:rPr>
        <w:t xml:space="preserve">Alice  </w:t>
      </w:r>
      <w:r>
        <w:rPr>
          <w:rFonts w:ascii="Arial" w:hAnsi="Arial"/>
          <w:color w:val="5D7284"/>
          <w:sz w:val="22"/>
        </w:rPr>
        <w:t>11:33</w:t>
      </w:r>
    </w:p>
    <w:p>
      <w:pPr>
        <w:spacing w:after="0"/>
      </w:pPr>
      <w:r>
        <w:rPr>
          <w:rFonts w:ascii="Arial" w:hAnsi="Arial"/>
          <w:sz w:val="22"/>
        </w:rPr>
        <w:t>Hold on I think I need to get back. We need to get back and do that bit again. Because I think, I don't understand. (Lucy) You don't understand? You said, sorry. You said that she  never had to communicate with her mouth. Do you mean she never had to? Not communicate? Like she never learned to not communicate with a mouth?</w:t>
      </w:r>
    </w:p>
    <w:p>
      <w:pPr>
        <w:spacing w:after="0"/>
      </w:pPr>
    </w:p>
    <w:p>
      <w:pPr>
        <w:spacing w:after="0"/>
      </w:pPr>
      <w:r>
        <w:rPr>
          <w:rFonts w:ascii="Arial" w:hAnsi="Arial"/>
          <w:b/>
          <w:sz w:val="22"/>
        </w:rPr>
        <w:t xml:space="preserve">Lucy  </w:t>
      </w:r>
      <w:r>
        <w:rPr>
          <w:rFonts w:ascii="Arial" w:hAnsi="Arial"/>
          <w:color w:val="5D7284"/>
          <w:sz w:val="22"/>
        </w:rPr>
        <w:t>11:51</w:t>
      </w:r>
    </w:p>
    <w:p>
      <w:pPr>
        <w:spacing w:after="0"/>
      </w:pPr>
      <w:r>
        <w:rPr>
          <w:rFonts w:ascii="Arial" w:hAnsi="Arial"/>
          <w:sz w:val="22"/>
        </w:rPr>
        <w:t>Yeah, she never learnt the speech like human speech. (Alice) Oh Okay. Because if you think about it, she's a mermaid. (Alice) That's the thing. She spends most of the time wailing doesn't she? (Alice) Is that what they do? Wail?. (Lucy making wailing sounds attempting to sound like a mermaid) (Alice bursts into laughter) You see? you want to get out? I don't know. Anyway, do you want to go back and do it again? (laughs)</w:t>
      </w:r>
    </w:p>
    <w:p>
      <w:pPr>
        <w:spacing w:after="0"/>
      </w:pPr>
    </w:p>
    <w:p>
      <w:pPr>
        <w:spacing w:after="0"/>
      </w:pPr>
      <w:r>
        <w:rPr>
          <w:rFonts w:ascii="Arial" w:hAnsi="Arial"/>
          <w:b/>
          <w:sz w:val="22"/>
        </w:rPr>
        <w:t xml:space="preserve">Alice  </w:t>
      </w:r>
      <w:r>
        <w:rPr>
          <w:rFonts w:ascii="Arial" w:hAnsi="Arial"/>
          <w:color w:val="5D7284"/>
          <w:sz w:val="22"/>
        </w:rPr>
        <w:t>12:18</w:t>
      </w:r>
    </w:p>
    <w:p>
      <w:pPr>
        <w:spacing w:after="0"/>
      </w:pPr>
      <w:r>
        <w:rPr>
          <w:rFonts w:ascii="Arial" w:hAnsi="Arial"/>
          <w:sz w:val="22"/>
        </w:rPr>
        <w:t>No, I just I wanted to understand so. She didn't know human language. (Lucy) Exactly. And even when she was a mermaid, they didn't talk to each other?</w:t>
      </w:r>
    </w:p>
    <w:p>
      <w:pPr>
        <w:spacing w:after="0"/>
      </w:pPr>
    </w:p>
    <w:p>
      <w:pPr>
        <w:spacing w:after="0"/>
      </w:pPr>
      <w:r>
        <w:rPr>
          <w:rFonts w:ascii="Arial" w:hAnsi="Arial"/>
          <w:b/>
          <w:sz w:val="22"/>
        </w:rPr>
        <w:t xml:space="preserve">Lucy  </w:t>
      </w:r>
      <w:r>
        <w:rPr>
          <w:rFonts w:ascii="Arial" w:hAnsi="Arial"/>
          <w:color w:val="5D7284"/>
          <w:sz w:val="22"/>
        </w:rPr>
        <w:t>12:34</w:t>
      </w:r>
    </w:p>
    <w:p>
      <w:pPr>
        <w:spacing w:after="0"/>
      </w:pPr>
      <w:r>
        <w:rPr>
          <w:rFonts w:ascii="Arial" w:hAnsi="Arial"/>
          <w:sz w:val="22"/>
        </w:rPr>
        <w:t>No because if you think about the mermaid legend. The only interaction mermaids have with humans is when sailors are drowning at sea and they pull them back to the seabed to their death and they don't really talk to them. They're singing to them. You know what I mean?</w:t>
      </w:r>
    </w:p>
    <w:p>
      <w:pPr>
        <w:spacing w:after="0"/>
      </w:pPr>
    </w:p>
    <w:p>
      <w:pPr>
        <w:spacing w:after="0"/>
      </w:pPr>
      <w:r>
        <w:rPr>
          <w:rFonts w:ascii="Arial" w:hAnsi="Arial"/>
          <w:b/>
          <w:sz w:val="22"/>
        </w:rPr>
        <w:t xml:space="preserve">Alice  </w:t>
      </w:r>
      <w:r>
        <w:rPr>
          <w:rFonts w:ascii="Arial" w:hAnsi="Arial"/>
          <w:color w:val="5D7284"/>
          <w:sz w:val="22"/>
        </w:rPr>
        <w:t>12:56</w:t>
      </w:r>
    </w:p>
    <w:p>
      <w:pPr>
        <w:spacing w:after="0"/>
      </w:pPr>
      <w:r>
        <w:rPr>
          <w:rFonts w:ascii="Arial" w:hAnsi="Arial"/>
          <w:sz w:val="22"/>
        </w:rPr>
        <w:t>Yeah, okay. Yeah, no I understand that. I just, it sounded like what you were saying was that they didn't like talk to each other as mermaids.</w:t>
      </w:r>
    </w:p>
    <w:p>
      <w:pPr>
        <w:spacing w:after="0"/>
      </w:pPr>
    </w:p>
    <w:p>
      <w:pPr>
        <w:spacing w:after="0"/>
      </w:pPr>
      <w:r>
        <w:rPr>
          <w:rFonts w:ascii="Arial" w:hAnsi="Arial"/>
          <w:b/>
          <w:sz w:val="22"/>
        </w:rPr>
        <w:t xml:space="preserve">Lucy  </w:t>
      </w:r>
      <w:r>
        <w:rPr>
          <w:rFonts w:ascii="Arial" w:hAnsi="Arial"/>
          <w:color w:val="5D7284"/>
          <w:sz w:val="22"/>
        </w:rPr>
        <w:t>13:04</w:t>
      </w:r>
    </w:p>
    <w:p>
      <w:pPr>
        <w:spacing w:after="0"/>
      </w:pPr>
      <w:r>
        <w:rPr>
          <w:rFonts w:ascii="Arial" w:hAnsi="Arial"/>
          <w:sz w:val="22"/>
        </w:rPr>
        <w:t xml:space="preserve">Yeah, it's like dolphins, dolphins talk to one another? But we can't understand  them </w:t>
      </w:r>
    </w:p>
    <w:p>
      <w:pPr>
        <w:spacing w:after="0"/>
      </w:pPr>
    </w:p>
    <w:p>
      <w:pPr>
        <w:spacing w:after="0"/>
      </w:pPr>
      <w:r>
        <w:rPr>
          <w:rFonts w:ascii="Arial" w:hAnsi="Arial"/>
          <w:b/>
          <w:sz w:val="22"/>
        </w:rPr>
        <w:t xml:space="preserve">Alice  </w:t>
      </w:r>
      <w:r>
        <w:rPr>
          <w:rFonts w:ascii="Arial" w:hAnsi="Arial"/>
          <w:color w:val="5D7284"/>
          <w:sz w:val="22"/>
        </w:rPr>
        <w:t>13:10</w:t>
      </w:r>
    </w:p>
    <w:p>
      <w:pPr>
        <w:spacing w:after="0"/>
      </w:pPr>
      <w:r>
        <w:rPr>
          <w:rFonts w:ascii="Arial" w:hAnsi="Arial"/>
          <w:sz w:val="22"/>
        </w:rPr>
        <w:t>I heard, I found out the coolest dolphin fact the other day. (Lucy) Yeah. So obviously dolphins are kind of up there with some of the most intelligent animals in the world. And they understand language in a way that a lot of other animals don't. So one of the things that they'll say about like, we've got dogs  and like our dogs understand certain words like dinner, sit down. Or Lola. The dog we had when I was a teenager my brother taught him that fuck off meant to go and lie on his bed. (Lucy laughs) But the thing that dogs don't understand... like the thing about dogs is, dogs understand individual words. (Lucy) Yes. They don't understand setences.</w:t>
      </w:r>
    </w:p>
    <w:p>
      <w:pPr>
        <w:spacing w:after="0"/>
      </w:pPr>
    </w:p>
    <w:p>
      <w:pPr>
        <w:spacing w:after="0"/>
      </w:pPr>
      <w:r>
        <w:rPr>
          <w:rFonts w:ascii="Arial" w:hAnsi="Arial"/>
          <w:b/>
          <w:sz w:val="22"/>
        </w:rPr>
        <w:t xml:space="preserve">Lucy  </w:t>
      </w:r>
      <w:r>
        <w:rPr>
          <w:rFonts w:ascii="Arial" w:hAnsi="Arial"/>
          <w:color w:val="5D7284"/>
          <w:sz w:val="22"/>
        </w:rPr>
        <w:t>14:09</w:t>
      </w:r>
    </w:p>
    <w:p>
      <w:pPr>
        <w:spacing w:after="0"/>
      </w:pPr>
      <w:r>
        <w:rPr>
          <w:rFonts w:ascii="Arial" w:hAnsi="Arial"/>
          <w:sz w:val="22"/>
        </w:rPr>
        <w:t>like I know even though I talked to Bertie and peanut like they are 45 year old men. Like what do you want?! (laughing)</w:t>
      </w:r>
    </w:p>
    <w:p>
      <w:pPr>
        <w:spacing w:after="0"/>
      </w:pPr>
    </w:p>
    <w:p>
      <w:pPr>
        <w:spacing w:after="0"/>
      </w:pPr>
      <w:r>
        <w:rPr>
          <w:rFonts w:ascii="Arial" w:hAnsi="Arial"/>
          <w:b/>
          <w:sz w:val="22"/>
        </w:rPr>
        <w:t xml:space="preserve">Alice  </w:t>
      </w:r>
      <w:r>
        <w:rPr>
          <w:rFonts w:ascii="Arial" w:hAnsi="Arial"/>
          <w:color w:val="5D7284"/>
          <w:sz w:val="22"/>
        </w:rPr>
        <w:t>14:20</w:t>
      </w:r>
    </w:p>
    <w:p>
      <w:pPr>
        <w:spacing w:after="0"/>
      </w:pPr>
      <w:r>
        <w:rPr>
          <w:rFonts w:ascii="Arial" w:hAnsi="Arial"/>
          <w:sz w:val="22"/>
        </w:rPr>
        <w:t xml:space="preserve"> But dolphins understand not only understand language, but they understand that the order of words in a sentence makes a difference. (Lucy) Yes. So you can, if you said to a dolphin, like go and put the fish in the bowl, they would understand that it's different. They would understand that that is different from bring the bowl over to the fish. (Lucy) Yes. Yes. Because although it's the same, essentially the same words. Because they're so intelligent, where as you know if I said to Lola, you know, go put your ball down next to your bone. She would not understand the difference between put your bone down next to your ball, (Lucy) Right. She wouldn't understand the difference. But dolphins get the difference that the because of the order that the words are in there, it means something different. It's like they're up there. Basically, we can do that, dolphins can do that and think like gorillas can do that.</w:t>
      </w:r>
    </w:p>
    <w:p>
      <w:pPr>
        <w:spacing w:after="0"/>
      </w:pPr>
    </w:p>
    <w:p>
      <w:pPr>
        <w:spacing w:after="0"/>
      </w:pPr>
      <w:r>
        <w:rPr>
          <w:rFonts w:ascii="Arial" w:hAnsi="Arial"/>
          <w:b/>
          <w:sz w:val="22"/>
        </w:rPr>
        <w:t xml:space="preserve">Lucy  </w:t>
      </w:r>
      <w:r>
        <w:rPr>
          <w:rFonts w:ascii="Arial" w:hAnsi="Arial"/>
          <w:color w:val="5D7284"/>
          <w:sz w:val="22"/>
        </w:rPr>
        <w:t>15:27</w:t>
      </w:r>
    </w:p>
    <w:p>
      <w:pPr>
        <w:spacing w:after="0"/>
      </w:pPr>
      <w:r>
        <w:rPr>
          <w:rFonts w:ascii="Arial" w:hAnsi="Arial"/>
          <w:sz w:val="22"/>
        </w:rPr>
        <w:t>Clearly, Ariel The Little Mermaid couldn't so that's why she struggled. (Alice) Yes. So yeah. In the original tale when the prince falls in love with someone else. Her sisters make a deal with the sea witch too. She gives them an enchanted knife in exchange for their beautiful ocean coloured hair, which I think is either green or blue. The mermaid must kill the prince to return to the sea as a mermaid, she of course being a teenager refuses and turns into seafoam.</w:t>
      </w:r>
    </w:p>
    <w:p>
      <w:pPr>
        <w:spacing w:after="0"/>
      </w:pPr>
    </w:p>
    <w:p>
      <w:pPr>
        <w:spacing w:after="0"/>
      </w:pPr>
      <w:r>
        <w:rPr>
          <w:rFonts w:ascii="Arial" w:hAnsi="Arial"/>
          <w:b/>
          <w:sz w:val="22"/>
        </w:rPr>
        <w:t xml:space="preserve">Alice  </w:t>
      </w:r>
      <w:r>
        <w:rPr>
          <w:rFonts w:ascii="Arial" w:hAnsi="Arial"/>
          <w:color w:val="5D7284"/>
          <w:sz w:val="22"/>
        </w:rPr>
        <w:t>16:03</w:t>
      </w:r>
    </w:p>
    <w:p>
      <w:pPr>
        <w:spacing w:after="0"/>
      </w:pPr>
      <w:r>
        <w:rPr>
          <w:rFonts w:ascii="Arial" w:hAnsi="Arial"/>
          <w:sz w:val="22"/>
        </w:rPr>
        <w:t>So because she doesn't kill the prince. She dies?</w:t>
      </w:r>
    </w:p>
    <w:p>
      <w:pPr>
        <w:spacing w:after="0"/>
      </w:pPr>
    </w:p>
    <w:p>
      <w:pPr>
        <w:spacing w:after="0"/>
      </w:pPr>
      <w:r>
        <w:rPr>
          <w:rFonts w:ascii="Arial" w:hAnsi="Arial"/>
          <w:b/>
          <w:sz w:val="22"/>
        </w:rPr>
        <w:t xml:space="preserve">Lucy  </w:t>
      </w:r>
      <w:r>
        <w:rPr>
          <w:rFonts w:ascii="Arial" w:hAnsi="Arial"/>
          <w:color w:val="5D7284"/>
          <w:sz w:val="22"/>
        </w:rPr>
        <w:t>16:08</w:t>
      </w:r>
    </w:p>
    <w:p>
      <w:pPr>
        <w:spacing w:after="0"/>
      </w:pPr>
      <w:r>
        <w:rPr>
          <w:rFonts w:ascii="Arial" w:hAnsi="Arial"/>
          <w:sz w:val="22"/>
        </w:rPr>
        <w:t xml:space="preserve">Yeah the prince lives and she dies. Well half of me thinking, babe, is it really worth it? Like, do you know what I mean? </w:t>
      </w:r>
    </w:p>
    <w:p>
      <w:pPr>
        <w:spacing w:after="0"/>
      </w:pPr>
    </w:p>
    <w:p>
      <w:pPr>
        <w:spacing w:after="0"/>
      </w:pPr>
      <w:r>
        <w:rPr>
          <w:rFonts w:ascii="Arial" w:hAnsi="Arial"/>
          <w:b/>
          <w:sz w:val="22"/>
        </w:rPr>
        <w:t xml:space="preserve">Alice  </w:t>
      </w:r>
      <w:r>
        <w:rPr>
          <w:rFonts w:ascii="Arial" w:hAnsi="Arial"/>
          <w:color w:val="5D7284"/>
          <w:sz w:val="22"/>
        </w:rPr>
        <w:t>16:15</w:t>
      </w:r>
    </w:p>
    <w:p>
      <w:pPr>
        <w:spacing w:after="0"/>
      </w:pPr>
      <w:r>
        <w:rPr>
          <w:rFonts w:ascii="Arial" w:hAnsi="Arial"/>
          <w:sz w:val="22"/>
        </w:rPr>
        <w:t>I certainly wouldn't do it for my boyfriend at 15.</w:t>
      </w:r>
    </w:p>
    <w:p>
      <w:pPr>
        <w:spacing w:after="0"/>
      </w:pPr>
    </w:p>
    <w:p>
      <w:pPr>
        <w:spacing w:after="0"/>
      </w:pPr>
      <w:r>
        <w:rPr>
          <w:rFonts w:ascii="Arial" w:hAnsi="Arial"/>
          <w:b/>
          <w:sz w:val="22"/>
        </w:rPr>
        <w:t xml:space="preserve">Lucy  </w:t>
      </w:r>
      <w:r>
        <w:rPr>
          <w:rFonts w:ascii="Arial" w:hAnsi="Arial"/>
          <w:color w:val="5D7284"/>
          <w:sz w:val="22"/>
        </w:rPr>
        <w:t>16:18</w:t>
      </w:r>
    </w:p>
    <w:p>
      <w:pPr>
        <w:spacing w:after="0"/>
      </w:pPr>
      <w:r>
        <w:rPr>
          <w:rFonts w:ascii="Arial" w:hAnsi="Arial"/>
          <w:sz w:val="22"/>
        </w:rPr>
        <w:t xml:space="preserve"> No, absolutely not. No way.</w:t>
      </w:r>
    </w:p>
    <w:p>
      <w:pPr>
        <w:spacing w:after="0"/>
      </w:pPr>
    </w:p>
    <w:p>
      <w:pPr>
        <w:spacing w:after="0"/>
      </w:pPr>
      <w:r>
        <w:rPr>
          <w:rFonts w:ascii="Arial" w:hAnsi="Arial"/>
          <w:b/>
          <w:sz w:val="22"/>
        </w:rPr>
        <w:t xml:space="preserve">Alice  </w:t>
      </w:r>
      <w:r>
        <w:rPr>
          <w:rFonts w:ascii="Arial" w:hAnsi="Arial"/>
          <w:color w:val="5D7284"/>
          <w:sz w:val="22"/>
        </w:rPr>
        <w:t>16:22</w:t>
      </w:r>
    </w:p>
    <w:p>
      <w:pPr>
        <w:spacing w:after="0"/>
      </w:pPr>
      <w:r>
        <w:rPr>
          <w:rFonts w:ascii="Arial" w:hAnsi="Arial"/>
          <w:sz w:val="22"/>
        </w:rPr>
        <w:t>Bless her it's not even a boyfriend. It's just the fella she fancies.</w:t>
      </w:r>
    </w:p>
    <w:p>
      <w:pPr>
        <w:spacing w:after="0"/>
      </w:pPr>
    </w:p>
    <w:p>
      <w:pPr>
        <w:spacing w:after="0"/>
      </w:pPr>
      <w:r>
        <w:rPr>
          <w:rFonts w:ascii="Arial" w:hAnsi="Arial"/>
          <w:b/>
          <w:sz w:val="22"/>
        </w:rPr>
        <w:t xml:space="preserve">Lucy  </w:t>
      </w:r>
      <w:r>
        <w:rPr>
          <w:rFonts w:ascii="Arial" w:hAnsi="Arial"/>
          <w:color w:val="5D7284"/>
          <w:sz w:val="22"/>
        </w:rPr>
        <w:t>16:25</w:t>
      </w:r>
    </w:p>
    <w:p>
      <w:pPr>
        <w:spacing w:after="0"/>
      </w:pPr>
      <w:r>
        <w:rPr>
          <w:rFonts w:ascii="Arial" w:hAnsi="Arial"/>
          <w:sz w:val="22"/>
        </w:rPr>
        <w:t>I know I'm doing this weekend then... It's crushing isn't it. Basically,  like having a poster on your bedroom wall and thinking. Yeah, I really love him him. (Alice) Oh, honey. I know bless her. Of course, in the 1989 Disney version, nobody dies except the villain. Ariel marries  Eric and they live happily ever after, kind of. In the Little Mermaid 2 Return to the sea, Ariel struggles to find where she belongs in the world, in land or sea and is arguably never truly happy. (Alice) I haven't seen that. It went straight to DVD. It's on Disney Plus, though. (laughing) On your phone. She has a daughter called melody apparently. Um, essentially. Essentially, what we're discussing here in both pails are themes of ableism internalized, ableism active mutism and representation. Is there a world  that any disabled adult who didn't at some point as a child relate to "Part of your world" as an adult, I can understand why Ariel was my favorite. Basically, I want a poster on my wall</w:t>
      </w:r>
    </w:p>
    <w:p>
      <w:pPr>
        <w:spacing w:after="0"/>
      </w:pPr>
    </w:p>
    <w:p>
      <w:pPr>
        <w:spacing w:after="0"/>
      </w:pPr>
      <w:r>
        <w:rPr>
          <w:rFonts w:ascii="Arial" w:hAnsi="Arial"/>
          <w:b/>
          <w:sz w:val="22"/>
        </w:rPr>
        <w:t xml:space="preserve">Alice  </w:t>
      </w:r>
      <w:r>
        <w:rPr>
          <w:rFonts w:ascii="Arial" w:hAnsi="Arial"/>
          <w:color w:val="5D7284"/>
          <w:sz w:val="22"/>
        </w:rPr>
        <w:t>17:34</w:t>
      </w:r>
    </w:p>
    <w:p>
      <w:pPr>
        <w:spacing w:after="0"/>
      </w:pPr>
      <w:r>
        <w:rPr>
          <w:rFonts w:ascii="Arial" w:hAnsi="Arial"/>
          <w:sz w:val="22"/>
        </w:rPr>
        <w:t xml:space="preserve"> What I've got behind me. I'll make sure that we post on the um.. (Lucy) take a picture of it. On the insta's it's a like a pop up version of Alice. So they've got pop up versions of the pop art versions of the different like quite a lot that the OG princesses. I do have to say that Alice is not actually my my favorite princesss. I actually really dislike Alice in Wonderland.</w:t>
      </w:r>
    </w:p>
    <w:p>
      <w:pPr>
        <w:spacing w:after="0"/>
      </w:pPr>
    </w:p>
    <w:p>
      <w:pPr>
        <w:spacing w:after="0"/>
      </w:pPr>
      <w:r>
        <w:rPr>
          <w:rFonts w:ascii="Arial" w:hAnsi="Arial"/>
          <w:b/>
          <w:sz w:val="22"/>
        </w:rPr>
        <w:t xml:space="preserve">Lucy  </w:t>
      </w:r>
      <w:r>
        <w:rPr>
          <w:rFonts w:ascii="Arial" w:hAnsi="Arial"/>
          <w:color w:val="5D7284"/>
          <w:sz w:val="22"/>
        </w:rPr>
        <w:t>18:09</w:t>
      </w:r>
    </w:p>
    <w:p>
      <w:pPr>
        <w:spacing w:after="0"/>
      </w:pPr>
      <w:r>
        <w:rPr>
          <w:rFonts w:ascii="Arial" w:hAnsi="Arial"/>
          <w:sz w:val="22"/>
        </w:rPr>
        <w:t>I do, I don't like it</w:t>
      </w:r>
    </w:p>
    <w:p>
      <w:pPr>
        <w:spacing w:after="0"/>
      </w:pPr>
    </w:p>
    <w:p>
      <w:pPr>
        <w:spacing w:after="0"/>
      </w:pPr>
      <w:r>
        <w:rPr>
          <w:rFonts w:ascii="Arial" w:hAnsi="Arial"/>
          <w:b/>
          <w:sz w:val="22"/>
        </w:rPr>
        <w:t xml:space="preserve">Alice  </w:t>
      </w:r>
      <w:r>
        <w:rPr>
          <w:rFonts w:ascii="Arial" w:hAnsi="Arial"/>
          <w:color w:val="5D7284"/>
          <w:sz w:val="22"/>
        </w:rPr>
        <w:t>18:12</w:t>
      </w:r>
    </w:p>
    <w:p>
      <w:pPr>
        <w:spacing w:after="0"/>
      </w:pPr>
      <w:r>
        <w:rPr>
          <w:rFonts w:ascii="Arial" w:hAnsi="Arial"/>
          <w:sz w:val="22"/>
        </w:rPr>
        <w:t>No no it's . I just, it's just kind of dull and stupid. But, uh, but obviously I'm Alice. No, my favorite. My favorite Disney princesses is Aurora.</w:t>
      </w:r>
    </w:p>
    <w:p>
      <w:pPr>
        <w:spacing w:after="0"/>
      </w:pPr>
    </w:p>
    <w:p>
      <w:pPr>
        <w:spacing w:after="0"/>
      </w:pPr>
      <w:r>
        <w:rPr>
          <w:rFonts w:ascii="Arial" w:hAnsi="Arial"/>
          <w:b/>
          <w:sz w:val="22"/>
        </w:rPr>
        <w:t xml:space="preserve">Lucy  </w:t>
      </w:r>
      <w:r>
        <w:rPr>
          <w:rFonts w:ascii="Arial" w:hAnsi="Arial"/>
          <w:color w:val="5D7284"/>
          <w:sz w:val="22"/>
        </w:rPr>
        <w:t>18:27</w:t>
      </w:r>
    </w:p>
    <w:p>
      <w:pPr>
        <w:spacing w:after="0"/>
      </w:pPr>
      <w:r>
        <w:rPr>
          <w:rFonts w:ascii="Arial" w:hAnsi="Arial"/>
          <w:sz w:val="22"/>
        </w:rPr>
        <w:t>Is that Sleeping Beauty? Isn't it? (Alice) Yeah. yeah.</w:t>
      </w:r>
    </w:p>
    <w:p>
      <w:pPr>
        <w:spacing w:after="0"/>
      </w:pPr>
    </w:p>
    <w:p>
      <w:pPr>
        <w:spacing w:after="0"/>
      </w:pPr>
      <w:r>
        <w:rPr>
          <w:rFonts w:ascii="Arial" w:hAnsi="Arial"/>
          <w:b/>
          <w:sz w:val="22"/>
        </w:rPr>
        <w:t xml:space="preserve">Alice  </w:t>
      </w:r>
      <w:r>
        <w:rPr>
          <w:rFonts w:ascii="Arial" w:hAnsi="Arial"/>
          <w:color w:val="5D7284"/>
          <w:sz w:val="22"/>
        </w:rPr>
        <w:t>18:30</w:t>
      </w:r>
    </w:p>
    <w:p>
      <w:pPr>
        <w:spacing w:after="0"/>
      </w:pPr>
      <w:r>
        <w:rPr>
          <w:rFonts w:ascii="Arial" w:hAnsi="Arial"/>
          <w:sz w:val="22"/>
        </w:rPr>
        <w:t>Ever since I was... Just because I think the film is beautiful. I can remember ever, ever since I was a little kid being like, Absolutely just amazed by the animation. I think that's kind of why I fell in love with it. (Lucy) Yeah. But I'm sure they do, I bet they do an Ariel pop art.</w:t>
      </w:r>
    </w:p>
    <w:p>
      <w:pPr>
        <w:spacing w:after="0"/>
      </w:pPr>
    </w:p>
    <w:p>
      <w:pPr>
        <w:spacing w:after="0"/>
      </w:pPr>
      <w:r>
        <w:rPr>
          <w:rFonts w:ascii="Arial" w:hAnsi="Arial"/>
          <w:b/>
          <w:sz w:val="22"/>
        </w:rPr>
        <w:t xml:space="preserve">Lucy  </w:t>
      </w:r>
      <w:r>
        <w:rPr>
          <w:rFonts w:ascii="Arial" w:hAnsi="Arial"/>
          <w:color w:val="5D7284"/>
          <w:sz w:val="22"/>
        </w:rPr>
        <w:t>18:48</w:t>
      </w:r>
    </w:p>
    <w:p>
      <w:pPr>
        <w:spacing w:after="0"/>
      </w:pPr>
      <w:r>
        <w:rPr>
          <w:rFonts w:ascii="Arial" w:hAnsi="Arial"/>
          <w:sz w:val="22"/>
        </w:rPr>
        <w:t xml:space="preserve"> Yeah, I was gonna say 1989, I don't think I'd want to take a two year old to the cinema.  They probably do. They probably do. I am. I have to be honest here. I only watched The Little Mermaid for the first time about five years ago, when a friend or some friends of ours. My mom, me and some friends of ours and their children came on holiday with us. And they bought little mermaid as entertainment. It was either that or Who Framed Roger Rabbit. And I said I've never seen The Little Mermaid. We put it on and I was just like, this is a great film. Why did I never see this in the cinema and was like I really couldn't be bothered. But also it was a little bit. I think I would have been too young for the cinema really. I think Aladdin was my first film. And again that he's had a special place in my heart because it's the first time, it's the first film I ever saw. And it's got Robin Williams in it. So yeah, so that's, I just and I think as cheesy as it sounds, the song "Part Of Your World" when you look at like forums and stuff when they're discussing, like their favorite Disney princesses and disabled people are involved in that discussion. I think the lyrics of the song, kind of your like, yeah, I can see where she's coming from there. Because at that age as a kid, you're like, oh, yeah, I wish I knew what it was like to walk about a bit. Now as a, as an adult, it's, like, the least important thing I want to do.</w:t>
      </w:r>
    </w:p>
    <w:p>
      <w:pPr>
        <w:spacing w:after="0"/>
      </w:pPr>
    </w:p>
    <w:p>
      <w:pPr>
        <w:spacing w:after="0"/>
      </w:pPr>
      <w:r>
        <w:rPr>
          <w:rFonts w:ascii="Arial" w:hAnsi="Arial"/>
          <w:b/>
          <w:sz w:val="22"/>
        </w:rPr>
        <w:t xml:space="preserve">Alice  </w:t>
      </w:r>
      <w:r>
        <w:rPr>
          <w:rFonts w:ascii="Arial" w:hAnsi="Arial"/>
          <w:color w:val="5D7284"/>
          <w:sz w:val="22"/>
        </w:rPr>
        <w:t>20:22</w:t>
      </w:r>
    </w:p>
    <w:p>
      <w:pPr>
        <w:spacing w:after="0"/>
      </w:pPr>
      <w:r>
        <w:rPr>
          <w:rFonts w:ascii="Arial" w:hAnsi="Arial"/>
          <w:sz w:val="22"/>
        </w:rPr>
        <w:t>I think that it's the song's quite, sort of indicative of a feeling that I imagine not just disabled people, but most minorities have felt at some point of going. I, I want to feel what it's like to have the freedoms and the privileges, of this other, what does feel like another world. I think, when you're an outsider, particularly when you're a teenager and sort of a, like, those, that young adolescent period where you do feel like very just... and when your peers have a tendency to exclude you quite a lot. Like I definitely have had times in my life where I've thought, like, what would I give up to be able to see? ( Lucy) Hhmm me too. And I guess, it's Yeah,</w:t>
      </w:r>
    </w:p>
    <w:p>
      <w:pPr>
        <w:spacing w:after="0"/>
      </w:pPr>
    </w:p>
    <w:p>
      <w:pPr>
        <w:spacing w:after="0"/>
      </w:pPr>
      <w:r>
        <w:rPr>
          <w:rFonts w:ascii="Arial" w:hAnsi="Arial"/>
          <w:b/>
          <w:sz w:val="22"/>
        </w:rPr>
        <w:t xml:space="preserve">Lucy  </w:t>
      </w:r>
      <w:r>
        <w:rPr>
          <w:rFonts w:ascii="Arial" w:hAnsi="Arial"/>
          <w:color w:val="5D7284"/>
          <w:sz w:val="22"/>
        </w:rPr>
        <w:t>21:19</w:t>
      </w:r>
    </w:p>
    <w:p>
      <w:pPr>
        <w:spacing w:after="0"/>
      </w:pPr>
      <w:r>
        <w:rPr>
          <w:rFonts w:ascii="Arial" w:hAnsi="Arial"/>
          <w:sz w:val="22"/>
        </w:rPr>
        <w:t>I think now as an adult, I'd go, nothing....do you know I mean?</w:t>
      </w:r>
    </w:p>
    <w:p>
      <w:pPr>
        <w:spacing w:after="0"/>
      </w:pPr>
    </w:p>
    <w:p>
      <w:pPr>
        <w:spacing w:after="0"/>
      </w:pPr>
      <w:r>
        <w:rPr>
          <w:rFonts w:ascii="Arial" w:hAnsi="Arial"/>
          <w:b/>
          <w:sz w:val="22"/>
        </w:rPr>
        <w:t xml:space="preserve">Alice  </w:t>
      </w:r>
      <w:r>
        <w:rPr>
          <w:rFonts w:ascii="Arial" w:hAnsi="Arial"/>
          <w:color w:val="5D7284"/>
          <w:sz w:val="22"/>
        </w:rPr>
        <w:t>21:24</w:t>
      </w:r>
    </w:p>
    <w:p>
      <w:pPr>
        <w:spacing w:after="0"/>
      </w:pPr>
      <w:r>
        <w:rPr>
          <w:rFonts w:ascii="Arial" w:hAnsi="Arial"/>
          <w:sz w:val="22"/>
        </w:rPr>
        <w:t>I mean, it's a really...</w:t>
      </w:r>
    </w:p>
    <w:p>
      <w:pPr>
        <w:spacing w:after="0"/>
      </w:pPr>
    </w:p>
    <w:p>
      <w:pPr>
        <w:spacing w:after="0"/>
      </w:pPr>
      <w:r>
        <w:rPr>
          <w:rFonts w:ascii="Arial" w:hAnsi="Arial"/>
          <w:b/>
          <w:sz w:val="22"/>
        </w:rPr>
        <w:t xml:space="preserve">Lucy  </w:t>
      </w:r>
      <w:r>
        <w:rPr>
          <w:rFonts w:ascii="Arial" w:hAnsi="Arial"/>
          <w:color w:val="5D7284"/>
          <w:sz w:val="22"/>
        </w:rPr>
        <w:t>21:27</w:t>
      </w:r>
    </w:p>
    <w:p>
      <w:pPr>
        <w:spacing w:after="0"/>
      </w:pPr>
      <w:r>
        <w:rPr>
          <w:rFonts w:ascii="Arial" w:hAnsi="Arial"/>
          <w:sz w:val="22"/>
        </w:rPr>
        <w:t>I think that on a good day, on a bad day, when I'm frustrated and want to kick bin (laughs), then like, take what you want, you know what I mean. But on a good day, I'm like, No I'm alright actually thanks.</w:t>
      </w:r>
    </w:p>
    <w:p>
      <w:pPr>
        <w:spacing w:after="0"/>
      </w:pPr>
    </w:p>
    <w:p>
      <w:pPr>
        <w:spacing w:after="0"/>
      </w:pPr>
      <w:r>
        <w:rPr>
          <w:rFonts w:ascii="Arial" w:hAnsi="Arial"/>
          <w:b/>
          <w:sz w:val="22"/>
        </w:rPr>
        <w:t xml:space="preserve">Alice  </w:t>
      </w:r>
      <w:r>
        <w:rPr>
          <w:rFonts w:ascii="Arial" w:hAnsi="Arial"/>
          <w:color w:val="5D7284"/>
          <w:sz w:val="22"/>
        </w:rPr>
        <w:t>21:38</w:t>
      </w:r>
    </w:p>
    <w:p>
      <w:pPr>
        <w:spacing w:after="0"/>
      </w:pPr>
      <w:r>
        <w:rPr>
          <w:rFonts w:ascii="Arial" w:hAnsi="Arial"/>
          <w:sz w:val="22"/>
        </w:rPr>
        <w:t>And this is my, this sort of, I think, is part of my I am 100% on board for the concept behind the social model of disability. However, there are things like there is, you could not change the world enough for me to not have times where not being able to see isn't frustrating and makes me cross. The stuff that makes me most cross is if I drop something, and I then can't find it. I was having a conversation with somebody on Twitter recently about like, the thing that I always hate is you drop stuff and then when you're like looking for it and you give up because you can't find it you've been on your knees feeling around for it for like four or five, six minutes. And you go fuck this I've had enough I'll find it later. And you walk off and as you walk where you kick it and you hear it spin off ( Lucy laughs) and you're just like, I am never finding that. That is I have no idea what direction that's gone. It's just gone. (Lucy) There it is! . But it's there is no amount of like making adaptations and accessibility that's going to enable me to see stuff because it's not just about the size of things for me it's about where stuff is because my like peripheral vision and stuff. And those sorts of things always happen when I'm like right I've got eight minutes before I've got to get on my bus. (Lucy) Yeah, its always the way isnt it?</w:t>
      </w:r>
    </w:p>
    <w:p>
      <w:pPr>
        <w:spacing w:after="0"/>
      </w:pPr>
    </w:p>
    <w:p>
      <w:pPr>
        <w:spacing w:after="0"/>
      </w:pPr>
      <w:r>
        <w:rPr>
          <w:rFonts w:ascii="Arial" w:hAnsi="Arial"/>
          <w:b/>
          <w:sz w:val="22"/>
        </w:rPr>
        <w:t xml:space="preserve">Lucy  </w:t>
      </w:r>
      <w:r>
        <w:rPr>
          <w:rFonts w:ascii="Arial" w:hAnsi="Arial"/>
          <w:color w:val="5D7284"/>
          <w:sz w:val="22"/>
        </w:rPr>
        <w:t>23:21</w:t>
      </w:r>
    </w:p>
    <w:p>
      <w:pPr>
        <w:spacing w:after="0"/>
      </w:pPr>
      <w:r>
        <w:rPr>
          <w:rFonts w:ascii="Arial" w:hAnsi="Arial"/>
          <w:sz w:val="22"/>
        </w:rPr>
        <w:t>Yeah, like for me it's when I get a coat stuck in my wheel and I can't move. (Alice) Yeah. For me, I think that like the thing that gets me down most about not being able to walk and especially when I'm feeling low anyway, is when I realize I've got constant pain and I say this, like I realize I've got constant pain because I know I've got constant pain all the time. But my brain has done a very clever thing over the years of just being able to go yep, don't think about it. Don't  think about it, if we don't think about it, it's not there. And then it will hit me like a freight train and the pain is so bad that I just feel like crumpled up piece of paper that gets me down and what also gets me down is the fact that the only thing that will relieve me from that pain when it is really bad is the fact that I need to take tablets/medication and go and lie down in bed. I can have to sometimes go and lie down in bed four or five o'clock at night in the evening because my pain is so bad. Sometimes I have laid in bed and listened to the rest of my family sat outside enjoying the sunshine and I'm in bed because I can't sit up. I can't sit up for any longer because my back is just gone..No I clocked off about three hours ago why you still up? That is the thing that really bothers me. And there is no amount of societal adjustment that will ever fix that.</w:t>
      </w:r>
    </w:p>
    <w:p>
      <w:pPr>
        <w:spacing w:after="0"/>
      </w:pPr>
    </w:p>
    <w:p>
      <w:pPr>
        <w:spacing w:after="0"/>
      </w:pPr>
      <w:r>
        <w:rPr>
          <w:rFonts w:ascii="Arial" w:hAnsi="Arial"/>
          <w:b/>
          <w:sz w:val="22"/>
        </w:rPr>
        <w:t xml:space="preserve">Alice  </w:t>
      </w:r>
      <w:r>
        <w:rPr>
          <w:rFonts w:ascii="Arial" w:hAnsi="Arial"/>
          <w:color w:val="5D7284"/>
          <w:sz w:val="22"/>
        </w:rPr>
        <w:t>24:59</w:t>
      </w:r>
    </w:p>
    <w:p>
      <w:pPr>
        <w:spacing w:after="0"/>
      </w:pPr>
      <w:r>
        <w:rPr>
          <w:rFonts w:ascii="Arial" w:hAnsi="Arial"/>
          <w:sz w:val="22"/>
        </w:rPr>
        <w:t>Yeah and it's in those moments when, like, you know, when when I'm lying awake at night after something like that has happened and like, like if I dropped something in the street and I can't find it and you know, there's no one around because just happens to be nobody around to ask and you kind of go, this is it now. (Lucy) Yeah. Like, that's my favorite lipstick and I've dropped it. I know it's only a lipstick, but it was it's, it's the days that that happens that you then find yourself having I think those Ariel moments, and I think it's wrong of us not to talk about that in the disabled community. I think I understand why a lot of people get really angry and really want to be going. You know, disability as a social issue. Because, yes, disability is a social issue. However, we are all individuals and we all experience our disabilities in different ways every day throughout our lives. And I can't, I find it very hard to believe that there is anyone anybody out there in the world who has a disability who has not at some point gone. If you take this away, I would give up something huge like, I don't I don't know what  I would do, what I would give up.</w:t>
      </w:r>
    </w:p>
    <w:p>
      <w:pPr>
        <w:spacing w:after="0"/>
      </w:pPr>
    </w:p>
    <w:p>
      <w:pPr>
        <w:spacing w:after="0"/>
      </w:pPr>
      <w:r>
        <w:rPr>
          <w:rFonts w:ascii="Arial" w:hAnsi="Arial"/>
          <w:b/>
          <w:sz w:val="22"/>
        </w:rPr>
        <w:t xml:space="preserve">Lucy  </w:t>
      </w:r>
      <w:r>
        <w:rPr>
          <w:rFonts w:ascii="Arial" w:hAnsi="Arial"/>
          <w:color w:val="5D7284"/>
          <w:sz w:val="22"/>
        </w:rPr>
        <w:t>26:29</w:t>
      </w:r>
    </w:p>
    <w:p>
      <w:pPr>
        <w:spacing w:after="0"/>
      </w:pPr>
      <w:r>
        <w:rPr>
          <w:rFonts w:ascii="Arial" w:hAnsi="Arial"/>
          <w:sz w:val="22"/>
        </w:rPr>
        <w:t>I don't know what I would give up for a life of no pain and being able to stay up past five o'clock at night.</w:t>
      </w:r>
    </w:p>
    <w:p>
      <w:pPr>
        <w:spacing w:after="0"/>
      </w:pPr>
    </w:p>
    <w:p>
      <w:pPr>
        <w:spacing w:after="0"/>
      </w:pPr>
      <w:r>
        <w:rPr>
          <w:rFonts w:ascii="Arial" w:hAnsi="Arial"/>
          <w:b/>
          <w:sz w:val="22"/>
        </w:rPr>
        <w:t xml:space="preserve">Alice  </w:t>
      </w:r>
      <w:r>
        <w:rPr>
          <w:rFonts w:ascii="Arial" w:hAnsi="Arial"/>
          <w:color w:val="5D7284"/>
          <w:sz w:val="22"/>
        </w:rPr>
        <w:t>26:38</w:t>
      </w:r>
    </w:p>
    <w:p>
      <w:pPr>
        <w:spacing w:after="0"/>
      </w:pPr>
      <w:r>
        <w:rPr>
          <w:rFonts w:ascii="Arial" w:hAnsi="Arial"/>
          <w:sz w:val="22"/>
        </w:rPr>
        <w:t xml:space="preserve">It sounds really stupid when your like,  what would I do </w:t>
      </w:r>
    </w:p>
    <w:p>
      <w:pPr>
        <w:spacing w:after="0"/>
      </w:pPr>
    </w:p>
    <w:p>
      <w:pPr>
        <w:spacing w:after="0"/>
      </w:pPr>
      <w:r>
        <w:rPr>
          <w:rFonts w:ascii="Arial" w:hAnsi="Arial"/>
          <w:b/>
          <w:sz w:val="22"/>
        </w:rPr>
        <w:t xml:space="preserve">Lucy  </w:t>
      </w:r>
      <w:r>
        <w:rPr>
          <w:rFonts w:ascii="Arial" w:hAnsi="Arial"/>
          <w:color w:val="5D7284"/>
          <w:sz w:val="22"/>
        </w:rPr>
        <w:t>26:42</w:t>
      </w:r>
    </w:p>
    <w:p>
      <w:pPr>
        <w:spacing w:after="0"/>
      </w:pPr>
      <w:r>
        <w:rPr>
          <w:rFonts w:ascii="Arial" w:hAnsi="Arial"/>
          <w:sz w:val="22"/>
        </w:rPr>
        <w:t>Like I do feel like Cinderella, like I'm sorry I have to go, I'm gonna have to drop my shoe and just leave and lay down. (laughs)</w:t>
      </w:r>
    </w:p>
    <w:p>
      <w:pPr>
        <w:spacing w:after="0"/>
      </w:pPr>
    </w:p>
    <w:p>
      <w:pPr>
        <w:spacing w:after="0"/>
      </w:pPr>
      <w:r>
        <w:rPr>
          <w:rFonts w:ascii="Arial" w:hAnsi="Arial"/>
          <w:b/>
          <w:sz w:val="22"/>
        </w:rPr>
        <w:t xml:space="preserve">Alice  </w:t>
      </w:r>
      <w:r>
        <w:rPr>
          <w:rFonts w:ascii="Arial" w:hAnsi="Arial"/>
          <w:color w:val="5D7284"/>
          <w:sz w:val="22"/>
        </w:rPr>
        <w:t>26:52</w:t>
      </w:r>
    </w:p>
    <w:p>
      <w:pPr>
        <w:spacing w:after="0"/>
      </w:pPr>
      <w:r>
        <w:rPr>
          <w:rFonts w:ascii="Arial" w:hAnsi="Arial"/>
          <w:sz w:val="22"/>
        </w:rPr>
        <w:t xml:space="preserve"> I think like what would I give up to be able to put mascara on? And then not have to say to my husband? (Lucy) Is it smudged? Have I got little black dots all under my eyes?What would I give for just the 45 seconds every morning that I need to take to do that? Like,</w:t>
      </w:r>
    </w:p>
    <w:p>
      <w:pPr>
        <w:spacing w:after="0"/>
      </w:pPr>
    </w:p>
    <w:p>
      <w:pPr>
        <w:spacing w:after="0"/>
      </w:pPr>
      <w:r>
        <w:rPr>
          <w:rFonts w:ascii="Arial" w:hAnsi="Arial"/>
          <w:b/>
          <w:sz w:val="22"/>
        </w:rPr>
        <w:t xml:space="preserve">Lucy  </w:t>
      </w:r>
      <w:r>
        <w:rPr>
          <w:rFonts w:ascii="Arial" w:hAnsi="Arial"/>
          <w:color w:val="5D7284"/>
          <w:sz w:val="22"/>
        </w:rPr>
        <w:t>27:13</w:t>
      </w:r>
    </w:p>
    <w:p>
      <w:pPr>
        <w:spacing w:after="0"/>
      </w:pPr>
      <w:r>
        <w:rPr>
          <w:rFonts w:ascii="Arial" w:hAnsi="Arial"/>
          <w:sz w:val="22"/>
        </w:rPr>
        <w:t>It's silly, isn't it really? I am sitting here talking to you about it. Then you go that sounds ridiculous. But we can say it.</w:t>
      </w:r>
    </w:p>
    <w:p>
      <w:pPr>
        <w:spacing w:after="0"/>
      </w:pPr>
    </w:p>
    <w:p>
      <w:pPr>
        <w:spacing w:after="0"/>
      </w:pPr>
      <w:r>
        <w:rPr>
          <w:rFonts w:ascii="Arial" w:hAnsi="Arial"/>
          <w:b/>
          <w:sz w:val="22"/>
        </w:rPr>
        <w:t xml:space="preserve">Alice  </w:t>
      </w:r>
      <w:r>
        <w:rPr>
          <w:rFonts w:ascii="Arial" w:hAnsi="Arial"/>
          <w:color w:val="5D7284"/>
          <w:sz w:val="22"/>
        </w:rPr>
        <w:t>27:23</w:t>
      </w:r>
    </w:p>
    <w:p>
      <w:pPr>
        <w:spacing w:after="0"/>
      </w:pPr>
      <w:r>
        <w:rPr>
          <w:rFonts w:ascii="Arial" w:hAnsi="Arial"/>
          <w:sz w:val="22"/>
        </w:rPr>
        <w:t>I feel genuinely really feel it.</w:t>
      </w:r>
    </w:p>
    <w:p>
      <w:pPr>
        <w:spacing w:after="0"/>
      </w:pPr>
    </w:p>
    <w:p>
      <w:pPr>
        <w:spacing w:after="0"/>
      </w:pPr>
      <w:r>
        <w:rPr>
          <w:rFonts w:ascii="Arial" w:hAnsi="Arial"/>
          <w:b/>
          <w:sz w:val="22"/>
        </w:rPr>
        <w:t xml:space="preserve">Lucy  </w:t>
      </w:r>
      <w:r>
        <w:rPr>
          <w:rFonts w:ascii="Arial" w:hAnsi="Arial"/>
          <w:color w:val="5D7284"/>
          <w:sz w:val="22"/>
        </w:rPr>
        <w:t>27:25</w:t>
      </w:r>
    </w:p>
    <w:p>
      <w:pPr>
        <w:spacing w:after="0"/>
      </w:pPr>
      <w:r>
        <w:rPr>
          <w:rFonts w:ascii="Arial" w:hAnsi="Arial"/>
          <w:sz w:val="22"/>
        </w:rPr>
        <w:t>Me too.</w:t>
      </w:r>
    </w:p>
    <w:p>
      <w:pPr>
        <w:spacing w:after="0"/>
      </w:pPr>
    </w:p>
    <w:p>
      <w:pPr>
        <w:spacing w:after="0"/>
      </w:pPr>
      <w:r>
        <w:rPr>
          <w:rFonts w:ascii="Arial" w:hAnsi="Arial"/>
          <w:b/>
          <w:sz w:val="22"/>
        </w:rPr>
        <w:t xml:space="preserve">Alice  </w:t>
      </w:r>
      <w:r>
        <w:rPr>
          <w:rFonts w:ascii="Arial" w:hAnsi="Arial"/>
          <w:color w:val="5D7284"/>
          <w:sz w:val="22"/>
        </w:rPr>
        <w:t>27:27</w:t>
      </w:r>
    </w:p>
    <w:p>
      <w:pPr>
        <w:spacing w:after="0"/>
      </w:pPr>
      <w:r>
        <w:rPr>
          <w:rFonts w:ascii="Arial" w:hAnsi="Arial"/>
          <w:sz w:val="22"/>
        </w:rPr>
        <w:t>I do. And it's... I mean, it</w:t>
      </w:r>
    </w:p>
    <w:p>
      <w:pPr>
        <w:spacing w:after="0"/>
      </w:pPr>
    </w:p>
    <w:p>
      <w:pPr>
        <w:spacing w:after="0"/>
      </w:pPr>
      <w:r>
        <w:rPr>
          <w:rFonts w:ascii="Arial" w:hAnsi="Arial"/>
          <w:b/>
          <w:sz w:val="22"/>
        </w:rPr>
        <w:t xml:space="preserve">Lucy  </w:t>
      </w:r>
      <w:r>
        <w:rPr>
          <w:rFonts w:ascii="Arial" w:hAnsi="Arial"/>
          <w:color w:val="5D7284"/>
          <w:sz w:val="22"/>
        </w:rPr>
        <w:t>27:29</w:t>
      </w:r>
    </w:p>
    <w:p>
      <w:pPr>
        <w:spacing w:after="0"/>
      </w:pPr>
      <w:r>
        <w:rPr>
          <w:rFonts w:ascii="Arial" w:hAnsi="Arial"/>
          <w:sz w:val="22"/>
        </w:rPr>
        <w:t>I mean if it was something like having, alright, for a live of no additional pain after five o'clock at night. We're gonna take the tip of your little finger. Take it. You know, I mean, but you just know that if we were with the sea witch, you'd be like, Nah, I'm gonna take your ears, possibly your two front teeth. And possibly a toe?</w:t>
      </w:r>
    </w:p>
    <w:p>
      <w:pPr>
        <w:spacing w:after="0"/>
      </w:pPr>
    </w:p>
    <w:p>
      <w:pPr>
        <w:spacing w:after="0"/>
      </w:pPr>
      <w:r>
        <w:rPr>
          <w:rFonts w:ascii="Arial" w:hAnsi="Arial"/>
          <w:b/>
          <w:sz w:val="22"/>
        </w:rPr>
        <w:t xml:space="preserve">Alice  </w:t>
      </w:r>
      <w:r>
        <w:rPr>
          <w:rFonts w:ascii="Arial" w:hAnsi="Arial"/>
          <w:color w:val="5D7284"/>
          <w:sz w:val="22"/>
        </w:rPr>
        <w:t>27:57</w:t>
      </w:r>
    </w:p>
    <w:p>
      <w:pPr>
        <w:spacing w:after="0"/>
      </w:pPr>
      <w:r>
        <w:rPr>
          <w:rFonts w:ascii="Arial" w:hAnsi="Arial"/>
          <w:sz w:val="22"/>
        </w:rPr>
        <w:t>Yeah, no, but it'd be a big toe.</w:t>
      </w:r>
    </w:p>
    <w:p>
      <w:pPr>
        <w:spacing w:after="0"/>
      </w:pPr>
    </w:p>
    <w:p>
      <w:pPr>
        <w:spacing w:after="0"/>
      </w:pPr>
      <w:r>
        <w:rPr>
          <w:rFonts w:ascii="Arial" w:hAnsi="Arial"/>
          <w:b/>
          <w:sz w:val="22"/>
        </w:rPr>
        <w:t xml:space="preserve">Lucy  </w:t>
      </w:r>
      <w:r>
        <w:rPr>
          <w:rFonts w:ascii="Arial" w:hAnsi="Arial"/>
          <w:color w:val="5D7284"/>
          <w:sz w:val="22"/>
        </w:rPr>
        <w:t>27:58</w:t>
      </w:r>
    </w:p>
    <w:p>
      <w:pPr>
        <w:spacing w:after="0"/>
      </w:pPr>
      <w:r>
        <w:rPr>
          <w:rFonts w:ascii="Arial" w:hAnsi="Arial"/>
          <w:sz w:val="22"/>
        </w:rPr>
        <w:t>It'll be something to do with it. Yeah.</w:t>
      </w:r>
    </w:p>
    <w:p>
      <w:pPr>
        <w:spacing w:after="0"/>
      </w:pPr>
    </w:p>
    <w:p>
      <w:pPr>
        <w:spacing w:after="0"/>
      </w:pPr>
      <w:r>
        <w:rPr>
          <w:rFonts w:ascii="Arial" w:hAnsi="Arial"/>
          <w:b/>
          <w:sz w:val="22"/>
        </w:rPr>
        <w:t xml:space="preserve">Alice  </w:t>
      </w:r>
      <w:r>
        <w:rPr>
          <w:rFonts w:ascii="Arial" w:hAnsi="Arial"/>
          <w:color w:val="5D7284"/>
          <w:sz w:val="22"/>
        </w:rPr>
        <w:t>28:02</w:t>
      </w:r>
    </w:p>
    <w:p>
      <w:pPr>
        <w:spacing w:after="0"/>
      </w:pPr>
      <w:r>
        <w:rPr>
          <w:rFonts w:ascii="Arial" w:hAnsi="Arial"/>
          <w:sz w:val="22"/>
        </w:rPr>
        <w:t xml:space="preserve">So you'd be there. You'd be like, Oh, finally I can walk and be just like falling over yourself. (Lucy laughs) </w:t>
      </w:r>
    </w:p>
    <w:p>
      <w:pPr>
        <w:spacing w:after="0"/>
      </w:pPr>
    </w:p>
    <w:p>
      <w:pPr>
        <w:spacing w:after="0"/>
      </w:pPr>
      <w:r>
        <w:rPr>
          <w:rFonts w:ascii="Arial" w:hAnsi="Arial"/>
          <w:b/>
          <w:sz w:val="22"/>
        </w:rPr>
        <w:t xml:space="preserve">Lucy  </w:t>
      </w:r>
      <w:r>
        <w:rPr>
          <w:rFonts w:ascii="Arial" w:hAnsi="Arial"/>
          <w:color w:val="5D7284"/>
          <w:sz w:val="22"/>
        </w:rPr>
        <w:t>28:08</w:t>
      </w:r>
    </w:p>
    <w:p>
      <w:pPr>
        <w:spacing w:after="0"/>
      </w:pPr>
      <w:r>
        <w:rPr>
          <w:rFonts w:ascii="Arial" w:hAnsi="Arial"/>
          <w:sz w:val="22"/>
        </w:rPr>
        <w:t>Yeah just kick you and you down aye. There's a question for the listeners. What would you what would you give up? To be able to be absolutely fine.</w:t>
      </w:r>
    </w:p>
    <w:p>
      <w:pPr>
        <w:spacing w:after="0"/>
      </w:pPr>
    </w:p>
    <w:p>
      <w:pPr>
        <w:spacing w:after="0"/>
      </w:pPr>
      <w:r>
        <w:rPr>
          <w:rFonts w:ascii="Arial" w:hAnsi="Arial"/>
          <w:b/>
          <w:sz w:val="22"/>
        </w:rPr>
        <w:t xml:space="preserve">Alice  </w:t>
      </w:r>
      <w:r>
        <w:rPr>
          <w:rFonts w:ascii="Arial" w:hAnsi="Arial"/>
          <w:color w:val="5D7284"/>
          <w:sz w:val="22"/>
        </w:rPr>
        <w:t>28:21</w:t>
      </w:r>
    </w:p>
    <w:p>
      <w:pPr>
        <w:spacing w:after="0"/>
      </w:pPr>
      <w:r>
        <w:rPr>
          <w:rFonts w:ascii="Arial" w:hAnsi="Arial"/>
          <w:sz w:val="22"/>
        </w:rPr>
        <w:t>Oh, it's,</w:t>
      </w:r>
    </w:p>
    <w:p>
      <w:pPr>
        <w:spacing w:after="0"/>
      </w:pPr>
    </w:p>
    <w:p>
      <w:pPr>
        <w:spacing w:after="0"/>
      </w:pPr>
      <w:r>
        <w:rPr>
          <w:rFonts w:ascii="Arial" w:hAnsi="Arial"/>
          <w:b/>
          <w:sz w:val="22"/>
        </w:rPr>
        <w:t xml:space="preserve">Lucy  </w:t>
      </w:r>
      <w:r>
        <w:rPr>
          <w:rFonts w:ascii="Arial" w:hAnsi="Arial"/>
          <w:color w:val="5D7284"/>
          <w:sz w:val="22"/>
        </w:rPr>
        <w:t>28:22</w:t>
      </w:r>
    </w:p>
    <w:p>
      <w:pPr>
        <w:spacing w:after="0"/>
      </w:pPr>
      <w:r>
        <w:rPr>
          <w:rFonts w:ascii="Arial" w:hAnsi="Arial"/>
          <w:sz w:val="22"/>
        </w:rPr>
        <w:t>Let's do it. Do you want open that can of worms?</w:t>
      </w:r>
    </w:p>
    <w:p>
      <w:pPr>
        <w:spacing w:after="0"/>
      </w:pPr>
    </w:p>
    <w:p>
      <w:pPr>
        <w:spacing w:after="0"/>
      </w:pPr>
      <w:r>
        <w:rPr>
          <w:rFonts w:ascii="Arial" w:hAnsi="Arial"/>
          <w:b/>
          <w:sz w:val="22"/>
        </w:rPr>
        <w:t xml:space="preserve">Alice  </w:t>
      </w:r>
      <w:r>
        <w:rPr>
          <w:rFonts w:ascii="Arial" w:hAnsi="Arial"/>
          <w:color w:val="5D7284"/>
          <w:sz w:val="22"/>
        </w:rPr>
        <w:t>28:25</w:t>
      </w:r>
    </w:p>
    <w:p>
      <w:pPr>
        <w:spacing w:after="0"/>
      </w:pPr>
      <w:r>
        <w:rPr>
          <w:rFonts w:ascii="Arial" w:hAnsi="Arial"/>
          <w:sz w:val="22"/>
        </w:rPr>
        <w:t xml:space="preserve"> I was gonna say doesn't it feel like a quite a taboo question to be asked really?. Like, because I don't want to encourage people to go I hate being disabled. I don't want to be disabled. But I do think that it is, it is a truth about disability, that is undeniable.</w:t>
      </w:r>
    </w:p>
    <w:p>
      <w:pPr>
        <w:spacing w:after="0"/>
      </w:pPr>
    </w:p>
    <w:p>
      <w:pPr>
        <w:spacing w:after="0"/>
      </w:pPr>
      <w:r>
        <w:rPr>
          <w:rFonts w:ascii="Arial" w:hAnsi="Arial"/>
          <w:b/>
          <w:sz w:val="22"/>
        </w:rPr>
        <w:t xml:space="preserve">Lucy  </w:t>
      </w:r>
      <w:r>
        <w:rPr>
          <w:rFonts w:ascii="Arial" w:hAnsi="Arial"/>
          <w:color w:val="5D7284"/>
          <w:sz w:val="22"/>
        </w:rPr>
        <w:t>28:46</w:t>
      </w:r>
    </w:p>
    <w:p>
      <w:pPr>
        <w:spacing w:after="0"/>
      </w:pPr>
      <w:r>
        <w:rPr>
          <w:rFonts w:ascii="Arial" w:hAnsi="Arial"/>
          <w:sz w:val="22"/>
        </w:rPr>
        <w:t>97% of the time, being disabled is not as bad as society would make you believe I think.</w:t>
      </w:r>
    </w:p>
    <w:p>
      <w:pPr>
        <w:spacing w:after="0"/>
      </w:pPr>
    </w:p>
    <w:p>
      <w:pPr>
        <w:spacing w:after="0"/>
      </w:pPr>
      <w:r>
        <w:rPr>
          <w:rFonts w:ascii="Arial" w:hAnsi="Arial"/>
          <w:b/>
          <w:sz w:val="22"/>
        </w:rPr>
        <w:t xml:space="preserve">Alice  </w:t>
      </w:r>
      <w:r>
        <w:rPr>
          <w:rFonts w:ascii="Arial" w:hAnsi="Arial"/>
          <w:color w:val="5D7284"/>
          <w:sz w:val="22"/>
        </w:rPr>
        <w:t>28:54</w:t>
      </w:r>
    </w:p>
    <w:p>
      <w:pPr>
        <w:spacing w:after="0"/>
      </w:pPr>
      <w:r>
        <w:rPr>
          <w:rFonts w:ascii="Arial" w:hAnsi="Arial"/>
          <w:sz w:val="22"/>
        </w:rPr>
        <w:t xml:space="preserve">And 97% of the time, being disabled is a social issue. But for that 3% of the time and for me, because I can get angry about social stuff and inaccessibility, and I can go somebody needs to do something about this. I can shout and I can get on my activism box </w:t>
      </w:r>
    </w:p>
    <w:p>
      <w:pPr>
        <w:spacing w:after="0"/>
      </w:pPr>
    </w:p>
    <w:p>
      <w:pPr>
        <w:spacing w:after="0"/>
      </w:pPr>
      <w:r>
        <w:rPr>
          <w:rFonts w:ascii="Arial" w:hAnsi="Arial"/>
          <w:b/>
          <w:sz w:val="22"/>
        </w:rPr>
        <w:t xml:space="preserve">Lucy  </w:t>
      </w:r>
      <w:r>
        <w:rPr>
          <w:rFonts w:ascii="Arial" w:hAnsi="Arial"/>
          <w:color w:val="5D7284"/>
          <w:sz w:val="22"/>
        </w:rPr>
        <w:t>29:18</w:t>
      </w:r>
    </w:p>
    <w:p>
      <w:pPr>
        <w:spacing w:after="0"/>
      </w:pPr>
      <w:r>
        <w:rPr>
          <w:rFonts w:ascii="Arial" w:hAnsi="Arial"/>
          <w:sz w:val="22"/>
        </w:rPr>
        <w:t>We all know what I do, don't we Alice...we call a press conference, don't we?</w:t>
      </w:r>
    </w:p>
    <w:p>
      <w:pPr>
        <w:spacing w:after="0"/>
      </w:pPr>
    </w:p>
    <w:p>
      <w:pPr>
        <w:spacing w:after="0"/>
      </w:pPr>
      <w:r>
        <w:rPr>
          <w:rFonts w:ascii="Arial" w:hAnsi="Arial"/>
          <w:b/>
          <w:sz w:val="22"/>
        </w:rPr>
        <w:t xml:space="preserve">Alice  </w:t>
      </w:r>
      <w:r>
        <w:rPr>
          <w:rFonts w:ascii="Arial" w:hAnsi="Arial"/>
          <w:color w:val="5D7284"/>
          <w:sz w:val="22"/>
        </w:rPr>
        <w:t>29:21</w:t>
      </w:r>
    </w:p>
    <w:p>
      <w:pPr>
        <w:spacing w:after="0"/>
      </w:pPr>
      <w:r>
        <w:rPr>
          <w:rFonts w:ascii="Arial" w:hAnsi="Arial"/>
          <w:sz w:val="22"/>
        </w:rPr>
        <w:t xml:space="preserve"> Exactly, Exactly. Whereas for that 3% of the time, you just can't do anything. You just helpless. You're just frustrated and...</w:t>
      </w:r>
    </w:p>
    <w:p>
      <w:pPr>
        <w:spacing w:after="0"/>
      </w:pPr>
    </w:p>
    <w:p>
      <w:pPr>
        <w:spacing w:after="0"/>
      </w:pPr>
      <w:r>
        <w:rPr>
          <w:rFonts w:ascii="Arial" w:hAnsi="Arial"/>
          <w:b/>
          <w:sz w:val="22"/>
        </w:rPr>
        <w:t xml:space="preserve">Lucy  </w:t>
      </w:r>
      <w:r>
        <w:rPr>
          <w:rFonts w:ascii="Arial" w:hAnsi="Arial"/>
          <w:color w:val="5D7284"/>
          <w:sz w:val="22"/>
        </w:rPr>
        <w:t>29:32</w:t>
      </w:r>
    </w:p>
    <w:p>
      <w:pPr>
        <w:spacing w:after="0"/>
      </w:pPr>
      <w:r>
        <w:rPr>
          <w:rFonts w:ascii="Arial" w:hAnsi="Arial"/>
          <w:sz w:val="22"/>
        </w:rPr>
        <w:t>ITV are not going to want to know whether you dropped a lipstick in the middle of the High Street lunchtime are they really? do you know what I mean? we have to cause a stink, a real stink for it to get oh okay.</w:t>
      </w:r>
    </w:p>
    <w:p>
      <w:pPr>
        <w:spacing w:after="0"/>
      </w:pPr>
    </w:p>
    <w:p>
      <w:pPr>
        <w:spacing w:after="0"/>
      </w:pPr>
      <w:r>
        <w:rPr>
          <w:rFonts w:ascii="Arial" w:hAnsi="Arial"/>
          <w:b/>
          <w:sz w:val="22"/>
        </w:rPr>
        <w:t xml:space="preserve">Alice  </w:t>
      </w:r>
      <w:r>
        <w:rPr>
          <w:rFonts w:ascii="Arial" w:hAnsi="Arial"/>
          <w:color w:val="5D7284"/>
          <w:sz w:val="22"/>
        </w:rPr>
        <w:t>29:43</w:t>
      </w:r>
    </w:p>
    <w:p>
      <w:pPr>
        <w:spacing w:after="0"/>
      </w:pPr>
      <w:r>
        <w:rPr>
          <w:rFonts w:ascii="Arial" w:hAnsi="Arial"/>
          <w:sz w:val="22"/>
        </w:rPr>
        <w:t>Yeah, but we can do that. Like, I think that.. (Lucy) There is a time and a place for isn't there? Well and it, that empowers us. And I do think that again like it's not a fun conversation. but it's not necessarily a conversation that I think we should like. It's like don't tell the non disabled people that we have these conversations. don't let them know. This is just between us guys, okay? They can't know that actually sometimes really like we are as sad and pissed off about it</w:t>
      </w:r>
    </w:p>
    <w:p>
      <w:pPr>
        <w:spacing w:after="0"/>
      </w:pPr>
    </w:p>
    <w:p>
      <w:pPr>
        <w:spacing w:after="0"/>
      </w:pPr>
      <w:r>
        <w:rPr>
          <w:rFonts w:ascii="Arial" w:hAnsi="Arial"/>
          <w:b/>
          <w:sz w:val="22"/>
        </w:rPr>
        <w:t xml:space="preserve">Lucy  </w:t>
      </w:r>
      <w:r>
        <w:rPr>
          <w:rFonts w:ascii="Arial" w:hAnsi="Arial"/>
          <w:color w:val="5D7284"/>
          <w:sz w:val="22"/>
        </w:rPr>
        <w:t>30:20</w:t>
      </w:r>
    </w:p>
    <w:p>
      <w:pPr>
        <w:spacing w:after="0"/>
      </w:pPr>
      <w:r>
        <w:rPr>
          <w:rFonts w:ascii="Arial" w:hAnsi="Arial"/>
          <w:sz w:val="22"/>
        </w:rPr>
        <w:t>It's like Ross from Friends where he has a meltdown that Joey and Rachel are together. He's like, I'm fine. I'm fine. I'm fine all the time. The whole episode and actually he's not fine. He's very drunk in the corner going I'm really sad. We're fine. It's fine. I'm fine. I'm fine. Yeah it really is. I think to, to anybody who sits there and goes, No, I'm absolutely fine with this whole disability game. Yeah. This is what this is what I always wanted is a liar. And I will fight anybody who says otherwise. Because no, nobody, nobody feels like that. Do you know what I mean? And like you say, it's those that Ariel moment of I wish I could be part of your world. You know, (Alice) Eactly. That's what I think as an adult, watching The Little Mermaid for the first time I went, Oh, yeah. Oh, that's a big, that's a big can of worms there, thanks! I'm having a bit of a crisis over here. Crying. Yeah. So in the original The Little Mermaid, she willingly sacrifices her family, her body parts, her voice, and her life for a human prince who never returns her love, and is unconsciously shut out of the active social circles, because she's mute, strange and an object of pity. She's also seen as a bit of a lesser person. And because she's seen as strange and a bit weird, she's used as entertainment and is encouraged to dance for people at parties, (Alice) God really? Despite the fact that her feet are killing her. Because she stood on knives remember? (Alice) Oh that's nasty.The Prince is callous. For a moment, we are tempted to sympathize with him for being oblivious to her love and simply blame the mermaid for not trying hard enough to prove her worth. But on closer reading is evident that unlike the Disney adaptation, the prince really makes no effort to understand her body language.</w:t>
      </w:r>
    </w:p>
    <w:p>
      <w:pPr>
        <w:spacing w:after="0"/>
      </w:pPr>
    </w:p>
    <w:p>
      <w:pPr>
        <w:spacing w:after="0"/>
      </w:pPr>
      <w:r>
        <w:rPr>
          <w:rFonts w:ascii="Arial" w:hAnsi="Arial"/>
          <w:b/>
          <w:sz w:val="22"/>
        </w:rPr>
        <w:t xml:space="preserve">Alice  </w:t>
      </w:r>
      <w:r>
        <w:rPr>
          <w:rFonts w:ascii="Arial" w:hAnsi="Arial"/>
          <w:color w:val="5D7284"/>
          <w:sz w:val="22"/>
        </w:rPr>
        <w:t>32:32</w:t>
      </w:r>
    </w:p>
    <w:p>
      <w:pPr>
        <w:spacing w:after="0"/>
      </w:pPr>
      <w:r>
        <w:rPr>
          <w:rFonts w:ascii="Arial" w:hAnsi="Arial"/>
          <w:sz w:val="22"/>
        </w:rPr>
        <w:t>Well, and you know, the thing that I would say about love is that love is not, you don't.. if you love someone, you don't spend your time trying to prove your worth to them. If someone loves you, they don't need you to do that. So it is that, you know, he obviously just sees her as an object. There's no, because otherwise, you know, she's a thing that has to prove that she's worth having around.</w:t>
      </w:r>
    </w:p>
    <w:p>
      <w:pPr>
        <w:spacing w:after="0"/>
      </w:pPr>
    </w:p>
    <w:p>
      <w:pPr>
        <w:spacing w:after="0"/>
      </w:pPr>
      <w:r>
        <w:rPr>
          <w:rFonts w:ascii="Arial" w:hAnsi="Arial"/>
          <w:b/>
          <w:sz w:val="22"/>
        </w:rPr>
        <w:t xml:space="preserve">Lucy  </w:t>
      </w:r>
      <w:r>
        <w:rPr>
          <w:rFonts w:ascii="Arial" w:hAnsi="Arial"/>
          <w:color w:val="5D7284"/>
          <w:sz w:val="22"/>
        </w:rPr>
        <w:t>33:05</w:t>
      </w:r>
    </w:p>
    <w:p>
      <w:pPr>
        <w:spacing w:after="0"/>
      </w:pPr>
      <w:r>
        <w:rPr>
          <w:rFonts w:ascii="Arial" w:hAnsi="Arial"/>
          <w:sz w:val="22"/>
        </w:rPr>
        <w:t>And nobody, we're here to tell you that nobody should make you prove to them that you're worth having around at all ever. And if you feel like that get out. It's not healthy.</w:t>
      </w:r>
    </w:p>
    <w:p>
      <w:pPr>
        <w:spacing w:after="0"/>
      </w:pPr>
    </w:p>
    <w:p>
      <w:pPr>
        <w:spacing w:after="0"/>
      </w:pPr>
      <w:r>
        <w:rPr>
          <w:rFonts w:ascii="Arial" w:hAnsi="Arial"/>
          <w:b/>
          <w:sz w:val="22"/>
        </w:rPr>
        <w:t xml:space="preserve">Alice  </w:t>
      </w:r>
      <w:r>
        <w:rPr>
          <w:rFonts w:ascii="Arial" w:hAnsi="Arial"/>
          <w:color w:val="5D7284"/>
          <w:sz w:val="22"/>
        </w:rPr>
        <w:t>33:22</w:t>
      </w:r>
    </w:p>
    <w:p>
      <w:pPr>
        <w:spacing w:after="0"/>
      </w:pPr>
      <w:r>
        <w:rPr>
          <w:rFonts w:ascii="Arial" w:hAnsi="Arial"/>
          <w:sz w:val="22"/>
        </w:rPr>
        <w:t>No, that's not what love is.</w:t>
      </w:r>
    </w:p>
    <w:p>
      <w:pPr>
        <w:spacing w:after="0"/>
      </w:pPr>
    </w:p>
    <w:p>
      <w:pPr>
        <w:spacing w:after="0"/>
      </w:pPr>
      <w:r>
        <w:rPr>
          <w:rFonts w:ascii="Arial" w:hAnsi="Arial"/>
          <w:b/>
          <w:sz w:val="22"/>
        </w:rPr>
        <w:t xml:space="preserve">Lucy  </w:t>
      </w:r>
      <w:r>
        <w:rPr>
          <w:rFonts w:ascii="Arial" w:hAnsi="Arial"/>
          <w:color w:val="5D7284"/>
          <w:sz w:val="22"/>
        </w:rPr>
        <w:t>33:23</w:t>
      </w:r>
    </w:p>
    <w:p>
      <w:pPr>
        <w:spacing w:after="0"/>
      </w:pPr>
      <w:r>
        <w:rPr>
          <w:rFonts w:ascii="Arial" w:hAnsi="Arial"/>
          <w:sz w:val="22"/>
        </w:rPr>
        <w:t>Nope. I feel like Sally Jessy Raphael. The...</w:t>
      </w:r>
    </w:p>
    <w:p>
      <w:pPr>
        <w:spacing w:after="0"/>
      </w:pPr>
    </w:p>
    <w:p>
      <w:pPr>
        <w:spacing w:after="0"/>
      </w:pPr>
      <w:r>
        <w:rPr>
          <w:rFonts w:ascii="Arial" w:hAnsi="Arial"/>
          <w:b/>
          <w:sz w:val="22"/>
        </w:rPr>
        <w:t xml:space="preserve">Alice  </w:t>
      </w:r>
      <w:r>
        <w:rPr>
          <w:rFonts w:ascii="Arial" w:hAnsi="Arial"/>
          <w:color w:val="5D7284"/>
          <w:sz w:val="22"/>
        </w:rPr>
        <w:t>33:28</w:t>
      </w:r>
    </w:p>
    <w:p>
      <w:pPr>
        <w:spacing w:after="0"/>
      </w:pPr>
      <w:r>
        <w:rPr>
          <w:rFonts w:ascii="Arial" w:hAnsi="Arial"/>
          <w:sz w:val="22"/>
        </w:rPr>
        <w:t>Jesus christ! quite the not really like modern culture reference. (Lucy laughs) (Lucy) Everyone is going to be like who is Sally Jessy Raphael? Google it. Yeah, She was she had like a talk show didn't she..</w:t>
      </w:r>
    </w:p>
    <w:p>
      <w:pPr>
        <w:spacing w:after="0"/>
      </w:pPr>
    </w:p>
    <w:p>
      <w:pPr>
        <w:spacing w:after="0"/>
      </w:pPr>
      <w:r>
        <w:rPr>
          <w:rFonts w:ascii="Arial" w:hAnsi="Arial"/>
          <w:b/>
          <w:sz w:val="22"/>
        </w:rPr>
        <w:t xml:space="preserve">Lucy  </w:t>
      </w:r>
      <w:r>
        <w:rPr>
          <w:rFonts w:ascii="Arial" w:hAnsi="Arial"/>
          <w:color w:val="5D7284"/>
          <w:sz w:val="22"/>
        </w:rPr>
        <w:t>33:46</w:t>
      </w:r>
    </w:p>
    <w:p>
      <w:pPr>
        <w:spacing w:after="0"/>
      </w:pPr>
      <w:r>
        <w:rPr>
          <w:rFonts w:ascii="Arial" w:hAnsi="Arial"/>
          <w:sz w:val="22"/>
        </w:rPr>
        <w:t>And she was like talk show/ Trisha Goddard/Vanessa Feltz type person back in the 80's and 90s. I don't know why I don't.</w:t>
      </w:r>
    </w:p>
    <w:p>
      <w:pPr>
        <w:spacing w:after="0"/>
      </w:pPr>
    </w:p>
    <w:p>
      <w:pPr>
        <w:spacing w:after="0"/>
      </w:pPr>
      <w:r>
        <w:rPr>
          <w:rFonts w:ascii="Arial" w:hAnsi="Arial"/>
          <w:b/>
          <w:sz w:val="22"/>
        </w:rPr>
        <w:t xml:space="preserve">Alice  </w:t>
      </w:r>
      <w:r>
        <w:rPr>
          <w:rFonts w:ascii="Arial" w:hAnsi="Arial"/>
          <w:color w:val="5D7284"/>
          <w:sz w:val="22"/>
        </w:rPr>
        <w:t>33:59</w:t>
      </w:r>
    </w:p>
    <w:p>
      <w:pPr>
        <w:spacing w:after="0"/>
      </w:pPr>
      <w:r>
        <w:rPr>
          <w:rFonts w:ascii="Arial" w:hAnsi="Arial"/>
          <w:sz w:val="22"/>
        </w:rPr>
        <w:t>Really I really enjoy, you do this quite a lot where you're just, you're just make reference. Like Lucy that references like 27 years old. (laughs)</w:t>
      </w:r>
    </w:p>
    <w:p>
      <w:pPr>
        <w:spacing w:after="0"/>
      </w:pPr>
    </w:p>
    <w:p>
      <w:pPr>
        <w:spacing w:after="0"/>
      </w:pPr>
      <w:r>
        <w:rPr>
          <w:rFonts w:ascii="Arial" w:hAnsi="Arial"/>
          <w:b/>
          <w:sz w:val="22"/>
        </w:rPr>
        <w:t xml:space="preserve">Lucy  </w:t>
      </w:r>
      <w:r>
        <w:rPr>
          <w:rFonts w:ascii="Arial" w:hAnsi="Arial"/>
          <w:color w:val="5D7284"/>
          <w:sz w:val="22"/>
        </w:rPr>
        <w:t>34:10</w:t>
      </w:r>
    </w:p>
    <w:p>
      <w:pPr>
        <w:spacing w:after="0"/>
      </w:pPr>
      <w:r>
        <w:rPr>
          <w:rFonts w:ascii="Arial" w:hAnsi="Arial"/>
          <w:sz w:val="22"/>
        </w:rPr>
        <w:t>When we got our first Freeview Telly, they used to put Sally Jessy Raphael all the time and I loved it. She was, I loved it. She looked like a cross between Chucky and Deirdre Barlow really...</w:t>
      </w:r>
    </w:p>
    <w:p>
      <w:pPr>
        <w:spacing w:after="0"/>
      </w:pPr>
    </w:p>
    <w:p>
      <w:pPr>
        <w:spacing w:after="0"/>
      </w:pPr>
      <w:r>
        <w:rPr>
          <w:rFonts w:ascii="Arial" w:hAnsi="Arial"/>
          <w:b/>
          <w:sz w:val="22"/>
        </w:rPr>
        <w:t xml:space="preserve">Alice  </w:t>
      </w:r>
      <w:r>
        <w:rPr>
          <w:rFonts w:ascii="Arial" w:hAnsi="Arial"/>
          <w:color w:val="5D7284"/>
          <w:sz w:val="22"/>
        </w:rPr>
        <w:t>34:26</w:t>
      </w:r>
    </w:p>
    <w:p>
      <w:pPr>
        <w:spacing w:after="0"/>
      </w:pPr>
      <w:r>
        <w:rPr>
          <w:rFonts w:ascii="Arial" w:hAnsi="Arial"/>
          <w:sz w:val="22"/>
        </w:rPr>
        <w:t>(laughs) That's  very offensive to Sally Jessy Raphael.</w:t>
      </w:r>
    </w:p>
    <w:p>
      <w:pPr>
        <w:spacing w:after="0"/>
      </w:pPr>
    </w:p>
    <w:p>
      <w:pPr>
        <w:spacing w:after="0"/>
      </w:pPr>
      <w:r>
        <w:rPr>
          <w:rFonts w:ascii="Arial" w:hAnsi="Arial"/>
          <w:b/>
          <w:sz w:val="22"/>
        </w:rPr>
        <w:t xml:space="preserve">Lucy  </w:t>
      </w:r>
      <w:r>
        <w:rPr>
          <w:rFonts w:ascii="Arial" w:hAnsi="Arial"/>
          <w:color w:val="5D7284"/>
          <w:sz w:val="22"/>
        </w:rPr>
        <w:t>34:33</w:t>
      </w:r>
    </w:p>
    <w:p>
      <w:pPr>
        <w:spacing w:after="0"/>
      </w:pPr>
      <w:r>
        <w:rPr>
          <w:rFonts w:ascii="Arial" w:hAnsi="Arial"/>
          <w:sz w:val="22"/>
        </w:rPr>
        <w:t>Sorry, Sally, if you're listening. Yeah, so she really makes no attempt to understand Ariel's body language, but in the Disney version, he obviously does make an attempt to understand her body language. Because in the song "Kiss The Girl" they sing taking her on dates and like helping to start like, she's pointing at stuff he's like, Oh, yes, that's the the French bakery over there. Despite being in like Finland, I don't know whether the French bakery in Finland? I don't know. (Alice) Finland could be multiple nationalities for food. But I mean, like, is a baguette from Paris?. Okay. Yeah, so in the Disney version of obviously being a little bit more palatable, the prince is nice and is nicer to Ariel than in the original story. It got me thinking that is this a sign of entitlement on his part from the original story? Is it really the case that as an able bodied prince, he is the normative standard that others should aspire to look at?</w:t>
      </w:r>
    </w:p>
    <w:p>
      <w:pPr>
        <w:spacing w:after="0"/>
      </w:pPr>
    </w:p>
    <w:p>
      <w:pPr>
        <w:spacing w:after="0"/>
      </w:pPr>
      <w:r>
        <w:rPr>
          <w:rFonts w:ascii="Arial" w:hAnsi="Arial"/>
          <w:b/>
          <w:sz w:val="22"/>
        </w:rPr>
        <w:t xml:space="preserve">Alice  </w:t>
      </w:r>
      <w:r>
        <w:rPr>
          <w:rFonts w:ascii="Arial" w:hAnsi="Arial"/>
          <w:color w:val="5D7284"/>
          <w:sz w:val="22"/>
        </w:rPr>
        <w:t>35:47</w:t>
      </w:r>
    </w:p>
    <w:p>
      <w:pPr>
        <w:spacing w:after="0"/>
      </w:pPr>
      <w:r>
        <w:rPr>
          <w:rFonts w:ascii="Arial" w:hAnsi="Arial"/>
          <w:sz w:val="22"/>
        </w:rPr>
        <w:t>I mean, it's it's rich, white, non disabled. cis gendered man, isn't it? (Lucy) Yeah. So of course that's what everyone should think.</w:t>
      </w:r>
    </w:p>
    <w:p>
      <w:pPr>
        <w:spacing w:after="0"/>
      </w:pPr>
    </w:p>
    <w:p>
      <w:pPr>
        <w:spacing w:after="0"/>
      </w:pPr>
      <w:r>
        <w:rPr>
          <w:rFonts w:ascii="Arial" w:hAnsi="Arial"/>
          <w:b/>
          <w:sz w:val="22"/>
        </w:rPr>
        <w:t xml:space="preserve">Lucy  </w:t>
      </w:r>
      <w:r>
        <w:rPr>
          <w:rFonts w:ascii="Arial" w:hAnsi="Arial"/>
          <w:color w:val="5D7284"/>
          <w:sz w:val="22"/>
        </w:rPr>
        <w:t>35:56</w:t>
      </w:r>
    </w:p>
    <w:p>
      <w:pPr>
        <w:spacing w:after="0"/>
      </w:pPr>
      <w:r>
        <w:rPr>
          <w:rFonts w:ascii="Arial" w:hAnsi="Arial"/>
          <w:sz w:val="22"/>
        </w:rPr>
        <w:t>He is said in the original story to love the mermaid like a child. And as we know, unless he married her, she could not receive an immortal soul. Will she be immortal?</w:t>
      </w:r>
    </w:p>
    <w:p>
      <w:pPr>
        <w:spacing w:after="0"/>
      </w:pPr>
    </w:p>
    <w:p>
      <w:pPr>
        <w:spacing w:after="0"/>
      </w:pPr>
      <w:r>
        <w:rPr>
          <w:rFonts w:ascii="Arial" w:hAnsi="Arial"/>
          <w:b/>
          <w:sz w:val="22"/>
        </w:rPr>
        <w:t xml:space="preserve">Alice  </w:t>
      </w:r>
      <w:r>
        <w:rPr>
          <w:rFonts w:ascii="Arial" w:hAnsi="Arial"/>
          <w:color w:val="5D7284"/>
          <w:sz w:val="22"/>
        </w:rPr>
        <w:t>36:12</w:t>
      </w:r>
    </w:p>
    <w:p>
      <w:pPr>
        <w:spacing w:after="0"/>
      </w:pPr>
      <w:r>
        <w:rPr>
          <w:rFonts w:ascii="Arial" w:hAnsi="Arial"/>
          <w:sz w:val="22"/>
        </w:rPr>
        <w:t>No, she might not have a  mortal soul. Well, and you literally just said that he sees her as a child, he loves her like a child not like a an equal or romantic partner.  Mortal soul? I don't know ... immortal, mortal I get confused. So in his eyes, her disability or the otherness of her makes her unattractive? Essentially, I came to the conclusion that ableism, it leads to the death of The Little Mermaid really. Society likes to infantilize disabled people and literature like this has helped entrench this in society creating barriers for many, to finding meaningful loving relationships and acceptance from others.</w:t>
      </w:r>
    </w:p>
    <w:p>
      <w:pPr>
        <w:spacing w:after="0"/>
      </w:pPr>
    </w:p>
    <w:p>
      <w:pPr>
        <w:spacing w:after="0"/>
      </w:pPr>
      <w:r>
        <w:rPr>
          <w:rFonts w:ascii="Arial" w:hAnsi="Arial"/>
          <w:b/>
          <w:sz w:val="22"/>
        </w:rPr>
        <w:t xml:space="preserve">Lucy  </w:t>
      </w:r>
      <w:r>
        <w:rPr>
          <w:rFonts w:ascii="Arial" w:hAnsi="Arial"/>
          <w:color w:val="5D7284"/>
          <w:sz w:val="22"/>
        </w:rPr>
        <w:t>37:00</w:t>
      </w:r>
    </w:p>
    <w:p>
      <w:pPr>
        <w:spacing w:after="0"/>
      </w:pPr>
      <w:r>
        <w:rPr>
          <w:rFonts w:ascii="Arial" w:hAnsi="Arial"/>
          <w:sz w:val="22"/>
        </w:rPr>
        <w:t>No, exactly. And this is this is the thing, isn't it? You often see Don't you like stories on television, about disabled people finding love, and the like. And this is Graham who married Emily who has got a disability and oh isn't he a hero. It must be so horrible for Graham who's has to take care of this burden of a woman and you see all the time and you just think if this was any other story, this was a non disabled woman and a non disabled man, there was no way that we would get this type of language. this type of narrative  with two people who met and fell in love and got married, or met fell in love and got engaged or moved in together. You wouldn't get it? And if you did, there would be complaints to Offcom left, right and center because you'd be like, Oh, hang on a minute. What what? Why? Why are you not also featuring Margaret and Dennis who have been married 75 years and are non disabled? Isn't it great? That's what it is. It's like Oh, look at them!.</w:t>
      </w:r>
    </w:p>
    <w:p>
      <w:pPr>
        <w:spacing w:after="0"/>
      </w:pPr>
    </w:p>
    <w:p>
      <w:pPr>
        <w:spacing w:after="0"/>
      </w:pPr>
      <w:r>
        <w:rPr>
          <w:rFonts w:ascii="Arial" w:hAnsi="Arial"/>
          <w:b/>
          <w:sz w:val="22"/>
        </w:rPr>
        <w:t xml:space="preserve">Alice  </w:t>
      </w:r>
      <w:r>
        <w:rPr>
          <w:rFonts w:ascii="Arial" w:hAnsi="Arial"/>
          <w:color w:val="5D7284"/>
          <w:sz w:val="22"/>
        </w:rPr>
        <w:t>38:11</w:t>
      </w:r>
    </w:p>
    <w:p>
      <w:pPr>
        <w:spacing w:after="0"/>
      </w:pPr>
      <w:r>
        <w:rPr>
          <w:rFonts w:ascii="Arial" w:hAnsi="Arial"/>
          <w:sz w:val="22"/>
        </w:rPr>
        <w:t>And yeah, and it's the like, it's not just that oh, well, we should be grateful because somebody wants to be with us. But it's the like, especially when looking at The Little Mermaid. Like well isn't he a good person for being with her? It's not an equal relationship dynamic. (Lucy) No. portrayed that way.</w:t>
      </w:r>
    </w:p>
    <w:p>
      <w:pPr>
        <w:spacing w:after="0"/>
      </w:pPr>
    </w:p>
    <w:p>
      <w:pPr>
        <w:spacing w:after="0"/>
      </w:pPr>
      <w:r>
        <w:rPr>
          <w:rFonts w:ascii="Arial" w:hAnsi="Arial"/>
          <w:b/>
          <w:sz w:val="22"/>
        </w:rPr>
        <w:t xml:space="preserve">Lucy  </w:t>
      </w:r>
      <w:r>
        <w:rPr>
          <w:rFonts w:ascii="Arial" w:hAnsi="Arial"/>
          <w:color w:val="5D7284"/>
          <w:sz w:val="22"/>
        </w:rPr>
        <w:t>38:36</w:t>
      </w:r>
    </w:p>
    <w:p>
      <w:pPr>
        <w:spacing w:after="0"/>
      </w:pPr>
      <w:r>
        <w:rPr>
          <w:rFonts w:ascii="Arial" w:hAnsi="Arial"/>
          <w:sz w:val="22"/>
        </w:rPr>
        <w:t>You know in the original stories like urgh, why would you want to go why would you want to fall in love with her? He's just gonna go for...</w:t>
      </w:r>
    </w:p>
    <w:p>
      <w:pPr>
        <w:spacing w:after="0"/>
      </w:pPr>
    </w:p>
    <w:p>
      <w:pPr>
        <w:spacing w:after="0"/>
      </w:pPr>
      <w:r>
        <w:rPr>
          <w:rFonts w:ascii="Arial" w:hAnsi="Arial"/>
          <w:b/>
          <w:sz w:val="22"/>
        </w:rPr>
        <w:t xml:space="preserve">Alice  </w:t>
      </w:r>
      <w:r>
        <w:rPr>
          <w:rFonts w:ascii="Arial" w:hAnsi="Arial"/>
          <w:color w:val="5D7284"/>
          <w:sz w:val="22"/>
        </w:rPr>
        <w:t>38:43</w:t>
      </w:r>
    </w:p>
    <w:p>
      <w:pPr>
        <w:spacing w:after="0"/>
      </w:pPr>
      <w:r>
        <w:rPr>
          <w:rFonts w:ascii="Arial" w:hAnsi="Arial"/>
          <w:sz w:val="22"/>
        </w:rPr>
        <w:t>He's a prince, why would he want her?</w:t>
      </w:r>
    </w:p>
    <w:p>
      <w:pPr>
        <w:spacing w:after="0"/>
      </w:pPr>
    </w:p>
    <w:p>
      <w:pPr>
        <w:spacing w:after="0"/>
      </w:pPr>
      <w:r>
        <w:rPr>
          <w:rFonts w:ascii="Arial" w:hAnsi="Arial"/>
          <w:b/>
          <w:sz w:val="22"/>
        </w:rPr>
        <w:t xml:space="preserve">Lucy  </w:t>
      </w:r>
      <w:r>
        <w:rPr>
          <w:rFonts w:ascii="Arial" w:hAnsi="Arial"/>
          <w:color w:val="5D7284"/>
          <w:sz w:val="22"/>
        </w:rPr>
        <w:t>38:46</w:t>
      </w:r>
    </w:p>
    <w:p>
      <w:pPr>
        <w:spacing w:after="0"/>
      </w:pPr>
      <w:r>
        <w:rPr>
          <w:rFonts w:ascii="Arial" w:hAnsi="Arial"/>
          <w:sz w:val="22"/>
        </w:rPr>
        <w:t>Why would he be fine with fish girl? Like urgh! she's all wet and scaly all the time. It's like Splash isn't it.</w:t>
      </w:r>
    </w:p>
    <w:p>
      <w:pPr>
        <w:spacing w:after="0"/>
      </w:pPr>
    </w:p>
    <w:p>
      <w:pPr>
        <w:spacing w:after="0"/>
      </w:pPr>
      <w:r>
        <w:rPr>
          <w:rFonts w:ascii="Arial" w:hAnsi="Arial"/>
          <w:b/>
          <w:sz w:val="22"/>
        </w:rPr>
        <w:t xml:space="preserve">Alice  </w:t>
      </w:r>
      <w:r>
        <w:rPr>
          <w:rFonts w:ascii="Arial" w:hAnsi="Arial"/>
          <w:color w:val="5D7284"/>
          <w:sz w:val="22"/>
        </w:rPr>
        <w:t>38:56</w:t>
      </w:r>
    </w:p>
    <w:p>
      <w:pPr>
        <w:spacing w:after="0"/>
      </w:pPr>
      <w:r>
        <w:rPr>
          <w:rFonts w:ascii="Arial" w:hAnsi="Arial"/>
          <w:sz w:val="22"/>
        </w:rPr>
        <w:t>It does make me think of that horrible joke that you see like like sort of lad's lads, guys  the like if you had to date a mermaid like (Lucy) Yeah. What kind of mermaid do you want? like fish tail and like woman's top half (Lucy) Yeah. Or women's bottom half an fish top? because you kno, I mean, I think the the point of the joke is where he's supposed to put your dick if it's top half? (laughing)</w:t>
      </w:r>
    </w:p>
    <w:p>
      <w:pPr>
        <w:spacing w:after="0"/>
      </w:pPr>
    </w:p>
    <w:p>
      <w:pPr>
        <w:spacing w:after="0"/>
      </w:pPr>
      <w:r>
        <w:rPr>
          <w:rFonts w:ascii="Arial" w:hAnsi="Arial"/>
          <w:b/>
          <w:sz w:val="22"/>
        </w:rPr>
        <w:t xml:space="preserve">Lucy  </w:t>
      </w:r>
      <w:r>
        <w:rPr>
          <w:rFonts w:ascii="Arial" w:hAnsi="Arial"/>
          <w:color w:val="5D7284"/>
          <w:sz w:val="22"/>
        </w:rPr>
        <w:t>39:32</w:t>
      </w:r>
    </w:p>
    <w:p>
      <w:pPr>
        <w:spacing w:after="0"/>
      </w:pPr>
      <w:r>
        <w:rPr>
          <w:rFonts w:ascii="Arial" w:hAnsi="Arial"/>
          <w:sz w:val="22"/>
        </w:rPr>
        <w:t>The blowhole? (Alice) Yeah. But yeah, I just think, you're laughing at that?...</w:t>
      </w:r>
    </w:p>
    <w:p>
      <w:pPr>
        <w:spacing w:after="0"/>
      </w:pPr>
    </w:p>
    <w:p>
      <w:pPr>
        <w:spacing w:after="0"/>
      </w:pPr>
      <w:r>
        <w:rPr>
          <w:rFonts w:ascii="Arial" w:hAnsi="Arial"/>
          <w:b/>
          <w:sz w:val="22"/>
        </w:rPr>
        <w:t xml:space="preserve">Alice  </w:t>
      </w:r>
      <w:r>
        <w:rPr>
          <w:rFonts w:ascii="Arial" w:hAnsi="Arial"/>
          <w:color w:val="5D7284"/>
          <w:sz w:val="22"/>
        </w:rPr>
        <w:t>39:40</w:t>
      </w:r>
    </w:p>
    <w:p>
      <w:pPr>
        <w:spacing w:after="0"/>
      </w:pPr>
      <w:r>
        <w:rPr>
          <w:rFonts w:ascii="Arial" w:hAnsi="Arial"/>
          <w:sz w:val="22"/>
        </w:rPr>
        <w:t>I'm just thinking about the the tangent that we go on, the conversations that we have on the show. I forget someimes.</w:t>
      </w:r>
    </w:p>
    <w:p>
      <w:pPr>
        <w:spacing w:after="0"/>
      </w:pPr>
    </w:p>
    <w:p>
      <w:pPr>
        <w:spacing w:after="0"/>
      </w:pPr>
      <w:r>
        <w:rPr>
          <w:rFonts w:ascii="Arial" w:hAnsi="Arial"/>
          <w:b/>
          <w:sz w:val="22"/>
        </w:rPr>
        <w:t xml:space="preserve">Lucy  </w:t>
      </w:r>
      <w:r>
        <w:rPr>
          <w:rFonts w:ascii="Arial" w:hAnsi="Arial"/>
          <w:color w:val="5D7284"/>
          <w:sz w:val="22"/>
        </w:rPr>
        <w:t>39:48</w:t>
      </w:r>
    </w:p>
    <w:p>
      <w:pPr>
        <w:spacing w:after="0"/>
      </w:pPr>
      <w:r>
        <w:rPr>
          <w:rFonts w:ascii="Arial" w:hAnsi="Arial"/>
          <w:sz w:val="22"/>
        </w:rPr>
        <w:t>I thought you would... is that really what we are talking about. Talking about where a man is going to put his dick. (laughing) I love this podcast. I really do. So yeah, it's just the whole kind of this is what fable is for, isn't it really? pointing out to you that you know, these tropes are not new. And they're in,  That's a sort of mini series.</w:t>
      </w:r>
    </w:p>
    <w:p>
      <w:pPr>
        <w:spacing w:after="0"/>
      </w:pPr>
    </w:p>
    <w:p>
      <w:pPr>
        <w:spacing w:after="0"/>
      </w:pPr>
      <w:r>
        <w:rPr>
          <w:rFonts w:ascii="Arial" w:hAnsi="Arial"/>
          <w:b/>
          <w:sz w:val="22"/>
        </w:rPr>
        <w:t xml:space="preserve">Alice  </w:t>
      </w:r>
      <w:r>
        <w:rPr>
          <w:rFonts w:ascii="Arial" w:hAnsi="Arial"/>
          <w:color w:val="5D7284"/>
          <w:sz w:val="22"/>
        </w:rPr>
        <w:t>40:16</w:t>
      </w:r>
    </w:p>
    <w:p>
      <w:pPr>
        <w:spacing w:after="0"/>
      </w:pPr>
      <w:r>
        <w:rPr>
          <w:rFonts w:ascii="Arial" w:hAnsi="Arial"/>
          <w:sz w:val="22"/>
        </w:rPr>
        <w:t>I was going to say  that's a different podcast altogether.</w:t>
      </w:r>
    </w:p>
    <w:p>
      <w:pPr>
        <w:spacing w:after="0"/>
      </w:pPr>
    </w:p>
    <w:p>
      <w:pPr>
        <w:spacing w:after="0"/>
      </w:pPr>
      <w:r>
        <w:rPr>
          <w:rFonts w:ascii="Arial" w:hAnsi="Arial"/>
          <w:b/>
          <w:sz w:val="22"/>
        </w:rPr>
        <w:t xml:space="preserve">Lucy  </w:t>
      </w:r>
      <w:r>
        <w:rPr>
          <w:rFonts w:ascii="Arial" w:hAnsi="Arial"/>
          <w:color w:val="5D7284"/>
          <w:sz w:val="22"/>
        </w:rPr>
        <w:t>40:19</w:t>
      </w:r>
    </w:p>
    <w:p>
      <w:pPr>
        <w:spacing w:after="0"/>
      </w:pPr>
      <w:r>
        <w:rPr>
          <w:rFonts w:ascii="Arial" w:hAnsi="Arial"/>
          <w:sz w:val="22"/>
        </w:rPr>
        <w:t>We might have to start a new podcast, in its entirety for that.</w:t>
      </w:r>
    </w:p>
    <w:p>
      <w:pPr>
        <w:spacing w:after="0"/>
      </w:pPr>
    </w:p>
    <w:p>
      <w:pPr>
        <w:spacing w:after="0"/>
      </w:pPr>
      <w:r>
        <w:rPr>
          <w:rFonts w:ascii="Arial" w:hAnsi="Arial"/>
          <w:b/>
          <w:sz w:val="22"/>
        </w:rPr>
        <w:t xml:space="preserve">Alice  </w:t>
      </w:r>
      <w:r>
        <w:rPr>
          <w:rFonts w:ascii="Arial" w:hAnsi="Arial"/>
          <w:color w:val="5D7284"/>
          <w:sz w:val="22"/>
        </w:rPr>
        <w:t>40:24</w:t>
      </w:r>
    </w:p>
    <w:p>
      <w:pPr>
        <w:spacing w:after="0"/>
      </w:pPr>
      <w:r>
        <w:rPr>
          <w:rFonts w:ascii="Arial" w:hAnsi="Arial"/>
          <w:sz w:val="22"/>
        </w:rPr>
        <w:t>I don't think that's a podcast,I want to be involved in.  We are going to distance ourselves from that idea. Thank you. Yeah, and the fact that, you know, these ableist tropes are not new and keep being... It's partly the damage has already been done, hasn't it? Really? Yeah, I think yeah. Like this stuff's been around such a long time.</w:t>
      </w:r>
    </w:p>
    <w:p>
      <w:pPr>
        <w:spacing w:after="0"/>
      </w:pPr>
    </w:p>
    <w:p>
      <w:pPr>
        <w:spacing w:after="0"/>
      </w:pPr>
      <w:r>
        <w:rPr>
          <w:rFonts w:ascii="Arial" w:hAnsi="Arial"/>
          <w:b/>
          <w:sz w:val="22"/>
        </w:rPr>
        <w:t xml:space="preserve">Lucy  </w:t>
      </w:r>
      <w:r>
        <w:rPr>
          <w:rFonts w:ascii="Arial" w:hAnsi="Arial"/>
          <w:color w:val="5D7284"/>
          <w:sz w:val="22"/>
        </w:rPr>
        <w:t>40:49</w:t>
      </w:r>
    </w:p>
    <w:p>
      <w:pPr>
        <w:spacing w:after="0"/>
      </w:pPr>
      <w:r>
        <w:rPr>
          <w:rFonts w:ascii="Arial" w:hAnsi="Arial"/>
          <w:sz w:val="22"/>
        </w:rPr>
        <w:t xml:space="preserve">No, getting rid of that stain is set. </w:t>
      </w:r>
    </w:p>
    <w:p>
      <w:pPr>
        <w:spacing w:after="0"/>
      </w:pPr>
    </w:p>
    <w:p>
      <w:pPr>
        <w:spacing w:after="0"/>
      </w:pPr>
      <w:r>
        <w:rPr>
          <w:rFonts w:ascii="Arial" w:hAnsi="Arial"/>
          <w:b/>
          <w:sz w:val="22"/>
        </w:rPr>
        <w:t xml:space="preserve">Alice  </w:t>
      </w:r>
      <w:r>
        <w:rPr>
          <w:rFonts w:ascii="Arial" w:hAnsi="Arial"/>
          <w:color w:val="5D7284"/>
          <w:sz w:val="22"/>
        </w:rPr>
        <w:t>40:53</w:t>
      </w:r>
    </w:p>
    <w:p>
      <w:pPr>
        <w:spacing w:after="0"/>
      </w:pPr>
      <w:r>
        <w:rPr>
          <w:rFonts w:ascii="Arial" w:hAnsi="Arial"/>
          <w:sz w:val="22"/>
        </w:rPr>
        <w:t>You see, You say that I don't, I think that we should keep pushing against them because of it. I just think the fact that it's been around so long, it is really deeply entrenched, you have to really dig far down to pull those roots out. (Lucy) Yeah Absolutely. But, you know, that's, again, that's part of what this fabled is about is us kind of pointing them out and challenging those tropes so that we can start pulling them out because I think, you know, I think if enough people do it and enough voices, you know,</w:t>
      </w:r>
    </w:p>
    <w:p>
      <w:pPr>
        <w:spacing w:after="0"/>
      </w:pPr>
    </w:p>
    <w:p>
      <w:pPr>
        <w:spacing w:after="0"/>
      </w:pPr>
      <w:r>
        <w:rPr>
          <w:rFonts w:ascii="Arial" w:hAnsi="Arial"/>
          <w:b/>
          <w:sz w:val="22"/>
        </w:rPr>
        <w:t xml:space="preserve">Lucy  </w:t>
      </w:r>
      <w:r>
        <w:rPr>
          <w:rFonts w:ascii="Arial" w:hAnsi="Arial"/>
          <w:color w:val="5D7284"/>
          <w:sz w:val="22"/>
        </w:rPr>
        <w:t>41:27</w:t>
      </w:r>
    </w:p>
    <w:p>
      <w:pPr>
        <w:spacing w:after="0"/>
      </w:pPr>
      <w:r>
        <w:rPr>
          <w:rFonts w:ascii="Arial" w:hAnsi="Arial"/>
          <w:sz w:val="22"/>
        </w:rPr>
        <w:t>I mean, going back to the last fabled episode that I did we did about changlings. And we talked about how the term away with the fairies actually comes from Changling children. And then the connotations of having a disability or not, not being quote unquote, altogether with it, is in relation to people who may have disabilities. And once you know that, it's very hard to forget it. Several people have said to me, oh, sorry, I was away with the fairies. And I'm like, Oh, you don't know what that means do you? Where did that come from? That kind of thing. You do kind of feel a little bit smug when you know this stuff. So I hope that other people listening, feel the same way really.</w:t>
      </w:r>
    </w:p>
    <w:p>
      <w:pPr>
        <w:spacing w:after="0"/>
      </w:pPr>
    </w:p>
    <w:p>
      <w:pPr>
        <w:spacing w:after="0"/>
      </w:pPr>
      <w:r>
        <w:rPr>
          <w:rFonts w:ascii="Arial" w:hAnsi="Arial"/>
          <w:b/>
          <w:sz w:val="22"/>
        </w:rPr>
        <w:t xml:space="preserve">Alice  </w:t>
      </w:r>
      <w:r>
        <w:rPr>
          <w:rFonts w:ascii="Arial" w:hAnsi="Arial"/>
          <w:color w:val="5D7284"/>
          <w:sz w:val="22"/>
        </w:rPr>
        <w:t>42:17</w:t>
      </w:r>
    </w:p>
    <w:p>
      <w:pPr>
        <w:spacing w:after="0"/>
      </w:pPr>
      <w:r>
        <w:rPr>
          <w:rFonts w:ascii="Arial" w:hAnsi="Arial"/>
          <w:sz w:val="22"/>
        </w:rPr>
        <w:t>Yeah. And I think that by, like pointing this stuff out to people as well, one of the things that we can do is encourage people to change the language they use, and, you know, even stuff like you. If you know that something is a poor representation, if you know that, say, for example, Sia's movie Music, like, you can not give Sia your money, by not watching that, and not listening to her songs anymore. Because, you know, that she participated in and contributed to, like, discrimination. So I think that is the good thing about these episodes, and these kind of conversations is that, that you, we can educate people so that they can not just be kind of smug about it, but can actually do something.</w:t>
      </w:r>
    </w:p>
    <w:p>
      <w:pPr>
        <w:spacing w:after="0"/>
      </w:pPr>
    </w:p>
    <w:p>
      <w:pPr>
        <w:spacing w:after="0"/>
      </w:pPr>
      <w:r>
        <w:rPr>
          <w:rFonts w:ascii="Arial" w:hAnsi="Arial"/>
          <w:b/>
          <w:sz w:val="22"/>
        </w:rPr>
        <w:t xml:space="preserve">Lucy  </w:t>
      </w:r>
      <w:r>
        <w:rPr>
          <w:rFonts w:ascii="Arial" w:hAnsi="Arial"/>
          <w:color w:val="5D7284"/>
          <w:sz w:val="22"/>
        </w:rPr>
        <w:t>43:14</w:t>
      </w:r>
    </w:p>
    <w:p>
      <w:pPr>
        <w:spacing w:after="0"/>
      </w:pPr>
      <w:r>
        <w:rPr>
          <w:rFonts w:ascii="Arial" w:hAnsi="Arial"/>
          <w:sz w:val="22"/>
        </w:rPr>
        <w:t>Say it's a case of, you know, if you feel as strongly as we do about this, it's only takes slight little changes in your language or your behavior to go actually, I'm going to try and stop. I'm going to try and change my behavior. So it's not as hurtful and harmful to people who, you know, consider this offensive.</w:t>
      </w:r>
    </w:p>
    <w:p>
      <w:pPr>
        <w:spacing w:after="0"/>
      </w:pPr>
    </w:p>
    <w:p>
      <w:pPr>
        <w:spacing w:after="0"/>
      </w:pPr>
      <w:r>
        <w:rPr>
          <w:rFonts w:ascii="Arial" w:hAnsi="Arial"/>
          <w:b/>
          <w:sz w:val="22"/>
        </w:rPr>
        <w:t xml:space="preserve">Alice  </w:t>
      </w:r>
      <w:r>
        <w:rPr>
          <w:rFonts w:ascii="Arial" w:hAnsi="Arial"/>
          <w:color w:val="5D7284"/>
          <w:sz w:val="22"/>
        </w:rPr>
        <w:t>43:38</w:t>
      </w:r>
    </w:p>
    <w:p>
      <w:pPr>
        <w:spacing w:after="0"/>
      </w:pPr>
      <w:r>
        <w:rPr>
          <w:rFonts w:ascii="Arial" w:hAnsi="Arial"/>
          <w:sz w:val="22"/>
        </w:rPr>
        <w:t>Yeah, I mean, we've said it ourselves, you know, a million times that there are things that other guests have pointed out to us that disability Twitter has pointed out to us that we've said, language we've used, that we've never realized that is offensive, or, you know, that we know now. And that's partly from, like, one of the things we've talked about on the show before is the way that disabled people always have to educate other people about it. And that, that so much of our time, and so many of our spoons as individuals is spent on going, No, this is what it's really like, and at least with us having a platform like this, maybe we can save people a little bit of their spoons and people could just be like, You know what, fucking go and listen to Alice and Lucy. They'll go on a long ramble about it, but they'll get the point across inthe end. (laughing)</w:t>
      </w:r>
    </w:p>
    <w:p>
      <w:pPr>
        <w:spacing w:after="0"/>
      </w:pPr>
    </w:p>
    <w:p>
      <w:pPr>
        <w:spacing w:after="0"/>
      </w:pPr>
      <w:r>
        <w:rPr>
          <w:rFonts w:ascii="Arial" w:hAnsi="Arial"/>
          <w:b/>
          <w:sz w:val="22"/>
        </w:rPr>
        <w:t xml:space="preserve">Lucy  </w:t>
      </w:r>
      <w:r>
        <w:rPr>
          <w:rFonts w:ascii="Arial" w:hAnsi="Arial"/>
          <w:color w:val="5D7284"/>
          <w:sz w:val="22"/>
        </w:rPr>
        <w:t>44:35</w:t>
      </w:r>
    </w:p>
    <w:p>
      <w:pPr>
        <w:spacing w:after="0"/>
      </w:pPr>
      <w:r>
        <w:rPr>
          <w:rFonts w:ascii="Arial" w:hAnsi="Arial"/>
          <w:sz w:val="22"/>
        </w:rPr>
        <w:t>It could take an hour and a half. But you know. (laughing) So go back to Eric and The Little Mermaid, you can always count on Disney to sprinkle a bit of magic there are people, disabled people,, I'm talking about here, who see themselves in the Disney Princess Ariel, their portrayal of her longing to be quote unquote normal and wondering free is something I can completely understand and have experienced as a disabled child and a young adult. Of course, Disney is for kids. And as an adult, I can clearly see that some of the themes and songs from the classic animation may have a strains of internalized ableism. But it doesn't mean that it's bad. It shows young children that they are not alone. And that, it's okay to feel these emotions.</w:t>
      </w:r>
    </w:p>
    <w:p>
      <w:pPr>
        <w:spacing w:after="0"/>
      </w:pPr>
    </w:p>
    <w:p>
      <w:pPr>
        <w:spacing w:after="0"/>
      </w:pPr>
      <w:r>
        <w:rPr>
          <w:rFonts w:ascii="Arial" w:hAnsi="Arial"/>
          <w:b/>
          <w:sz w:val="22"/>
        </w:rPr>
        <w:t xml:space="preserve">Alice  </w:t>
      </w:r>
      <w:r>
        <w:rPr>
          <w:rFonts w:ascii="Arial" w:hAnsi="Arial"/>
          <w:color w:val="5D7284"/>
          <w:sz w:val="22"/>
        </w:rPr>
        <w:t>45:29</w:t>
      </w:r>
    </w:p>
    <w:p>
      <w:pPr>
        <w:spacing w:after="0"/>
      </w:pPr>
      <w:r>
        <w:rPr>
          <w:rFonts w:ascii="Arial" w:hAnsi="Arial"/>
          <w:sz w:val="22"/>
        </w:rPr>
        <w:t>Which is exactly what we were saying earlier, is that you can't, you cannot deny that now that we've got disabled people feel these emotions. And I think that's really important. (Lucy) Yeah.</w:t>
      </w:r>
    </w:p>
    <w:p>
      <w:pPr>
        <w:spacing w:after="0"/>
      </w:pPr>
    </w:p>
    <w:p>
      <w:pPr>
        <w:spacing w:after="0"/>
      </w:pPr>
      <w:r>
        <w:rPr>
          <w:rFonts w:ascii="Arial" w:hAnsi="Arial"/>
          <w:b/>
          <w:sz w:val="22"/>
        </w:rPr>
        <w:t xml:space="preserve">Lucy  </w:t>
      </w:r>
      <w:r>
        <w:rPr>
          <w:rFonts w:ascii="Arial" w:hAnsi="Arial"/>
          <w:color w:val="5D7284"/>
          <w:sz w:val="22"/>
        </w:rPr>
        <w:t>45:39</w:t>
      </w:r>
    </w:p>
    <w:p>
      <w:pPr>
        <w:spacing w:after="0"/>
      </w:pPr>
      <w:r>
        <w:rPr>
          <w:rFonts w:ascii="Arial" w:hAnsi="Arial"/>
          <w:sz w:val="22"/>
        </w:rPr>
        <w:t>And I think as well, it, for me, it's important to, to instill in children, in young people with disabilities, it is important to feel pride of who you are, and not ashamed of being different. But it's also so important to be able to take a step back when you feel tired. And go, do you know what, this is a bit. This is a bit rubbish actually.</w:t>
      </w:r>
    </w:p>
    <w:p>
      <w:pPr>
        <w:spacing w:after="0"/>
      </w:pPr>
    </w:p>
    <w:p>
      <w:pPr>
        <w:spacing w:after="0"/>
      </w:pPr>
      <w:r>
        <w:rPr>
          <w:rFonts w:ascii="Arial" w:hAnsi="Arial"/>
          <w:b/>
          <w:sz w:val="22"/>
        </w:rPr>
        <w:t xml:space="preserve">Alice  </w:t>
      </w:r>
      <w:r>
        <w:rPr>
          <w:rFonts w:ascii="Arial" w:hAnsi="Arial"/>
          <w:color w:val="5D7284"/>
          <w:sz w:val="22"/>
        </w:rPr>
        <w:t>46:03</w:t>
      </w:r>
    </w:p>
    <w:p>
      <w:pPr>
        <w:spacing w:after="0"/>
      </w:pPr>
      <w:r>
        <w:rPr>
          <w:rFonts w:ascii="Arial" w:hAnsi="Arial"/>
          <w:sz w:val="22"/>
        </w:rPr>
        <w:t xml:space="preserve">Well, and it's, I have talked before about how bad my relationship with my disability was, as a teenager and a young person. And for me, it was, I was so desperate to fit in and feel the same as my peers and, quote unquote, normal that I really hated my disability and my disabled self, I was really, you know, I, I would have cut it out of myself, if I could, I had a real visceral, bad relationship with it. And, and I think that one of the things that, that about encouraging people to understand and recognize and have conversations about the bad feelings that you may have as a disabled person is really important, because one of the things I really felt as a, as a child was, you know, my parents, in an attempt to try and support me as a disabled person would always be like, it doesn't matter that you're disabled, you can do anything you want, we believe in you, you, you know, you can still succeed in any way that you want. However, when I came across a social barrier, or, you know, a physical barrier, sometimes because of my sight, like, I really struggled to, to be okay to go, well, that's a social barrier. Because, and accept those because I was, I was being told by my family and my parents, you can do anything, but then when I couldn't do anything, it felt like I was, Well, this must be my fault, this must be something I'm doing wrong. Whereas actually, if it, if, and it's not my parents fault, you know, they didn't know they'd never had experience of disability themselves. They didn't know what that feeling was that I was having. And they didn't know too, that feeling existed. But if they had been able to go, you can do anything you want. And we will support you to do anything you want. But, you know, if it's hard to do, the thing you want to do, because you're disabled,  that's also okay. (Lucy) Okay. That's not your fault. And I think it's really important to have those conversations with children. Because otherwise we do internalize, we attack ourselves with ableism instead of recognizing that it's a, almost like a fact of life, and that, you know, that you need to get support for it and, and that it's okay to feel those emotions and those frustrations. </w:t>
      </w:r>
    </w:p>
    <w:p>
      <w:pPr>
        <w:spacing w:after="0"/>
      </w:pPr>
    </w:p>
    <w:p>
      <w:pPr>
        <w:spacing w:after="0"/>
      </w:pPr>
      <w:r>
        <w:rPr>
          <w:rFonts w:ascii="Arial" w:hAnsi="Arial"/>
          <w:b/>
          <w:sz w:val="22"/>
        </w:rPr>
        <w:t xml:space="preserve">Lucy  </w:t>
      </w:r>
      <w:r>
        <w:rPr>
          <w:rFonts w:ascii="Arial" w:hAnsi="Arial"/>
          <w:color w:val="5D7284"/>
          <w:sz w:val="22"/>
        </w:rPr>
        <w:t>48:47</w:t>
      </w:r>
    </w:p>
    <w:p>
      <w:pPr>
        <w:spacing w:after="0"/>
      </w:pPr>
      <w:r>
        <w:rPr>
          <w:rFonts w:ascii="Arial" w:hAnsi="Arial"/>
          <w:sz w:val="22"/>
        </w:rPr>
        <w:t>I know that that. I think like, I think I didn't really understand what internalized ableism was really until I started doing this podcast. And it was actually the episode with Gem Turner when we talked about ableism. And what internalized ableism meant, because I've never really spoken to anybody. When I was at school and stuff, we never really spoke about ableism I can't ever really remember talking about ableism to my friends, as a school kid. And then obviously, I went to mainstream college and university so and I never really had that discussion about... I didn't really know what ableism was then either. It's only in later life, I've discovered that ableism is actually a thing, because I like a lot of people. You know, there's racism, ageism sexism, of course, there'll be ableism, but it wasn't a term that I'd ever heard before. And it's only through doing this podcast that I've kind of accepted that. Yes, internalized ableism is a bad thing. And yes, I have now developed a strategies of talking about how I feel? Particularly with you, Alice, you know, there are days where I, we have, I ring you and we have a good old moan about the world. And then you go, go and sit down, have a gin, and it works, it's fine. It's getting it off your chest with somebody who understands what it's like, isn't it? And that's why I think there is such an importance to have disabled friendships, because they understand you as a disabled person on another level that nobody else can really and even though your disability is vastly different to mine Alice, you have a very clever way of being able to go no, I can I completely understand that. You know, you don't know exactly what it's like, but you are completely empathetic, and you go no, I ge ya, I get ya, I know exactly why you're cross about this thing. You know, and it makes me feel better. Do you know what I mean? to have that somebody there that goes, No, yeah, okay, I get ya, I get ya.</w:t>
      </w:r>
    </w:p>
    <w:p>
      <w:pPr>
        <w:spacing w:after="0"/>
      </w:pPr>
    </w:p>
    <w:p>
      <w:pPr>
        <w:spacing w:after="0"/>
      </w:pPr>
      <w:r>
        <w:rPr>
          <w:rFonts w:ascii="Arial" w:hAnsi="Arial"/>
          <w:b/>
          <w:sz w:val="22"/>
        </w:rPr>
        <w:t xml:space="preserve">Alice  </w:t>
      </w:r>
      <w:r>
        <w:rPr>
          <w:rFonts w:ascii="Arial" w:hAnsi="Arial"/>
          <w:color w:val="5D7284"/>
          <w:sz w:val="22"/>
        </w:rPr>
        <w:t>51:05</w:t>
      </w:r>
    </w:p>
    <w:p>
      <w:pPr>
        <w:spacing w:after="0"/>
      </w:pPr>
      <w:r>
        <w:rPr>
          <w:rFonts w:ascii="Arial" w:hAnsi="Arial"/>
          <w:sz w:val="22"/>
        </w:rPr>
        <w:t>Well I think it's, it's because what I understand is the emotions, like I may not understand the actual experience and circumstances. But I know what it's like to, to have that internalized ableism. I absolutely know what that feels like, and how that makes you feel about yourself. (Lucy) Yeah. And I think that, and again, like going back to The Little Mermaid, I think that's one of the reasons why it's really important to have these conversations with children. Because if I'd have, if I'd had those kinds of conversations, if I'd had a relationship that we have, if I'd had that, as a young person, I would have been much happier about speaking up about what I needed from other people, I would have been much less willing to take the shit from, like systems and institutions that were, you know, not meeting my needs, I would have been, you know, much more like, No, I'm not going to stand here and let you talk to me in the street, about... like the way you're talking to me and things like that, it but because of that internalized ableism, I was almost afraid to kind of to touch it, you know, and talk about those, talk about my negative experience of being disabled, because I was so, and that's why I think, again, this sort of my, the problem that I have with the sort of traditional approach to the social model is that a lot of kind of social model, campaigners talk about, the focus is very much on on the outside world. And I think that, that, yes, internalized ableism does, in large part happen, because the outside world is telling us that being disabled is not a good thing, and is making the world inaccessible to us. But you can't ignore the inner feelings and experiences of individuals. Because at the end of the day, if we feel bad about being disabled, then we don't, we can't have the emotional and mental capacity to fight for the changes.</w:t>
      </w:r>
    </w:p>
    <w:p>
      <w:pPr>
        <w:spacing w:after="0"/>
      </w:pPr>
    </w:p>
    <w:p>
      <w:pPr>
        <w:spacing w:after="0"/>
      </w:pPr>
      <w:r>
        <w:rPr>
          <w:rFonts w:ascii="Arial" w:hAnsi="Arial"/>
          <w:b/>
          <w:sz w:val="22"/>
        </w:rPr>
        <w:t xml:space="preserve">Lucy  </w:t>
      </w:r>
      <w:r>
        <w:rPr>
          <w:rFonts w:ascii="Arial" w:hAnsi="Arial"/>
          <w:color w:val="5D7284"/>
          <w:sz w:val="22"/>
        </w:rPr>
        <w:t>53:33</w:t>
      </w:r>
    </w:p>
    <w:p>
      <w:pPr>
        <w:spacing w:after="0"/>
      </w:pPr>
      <w:r>
        <w:rPr>
          <w:rFonts w:ascii="Arial" w:hAnsi="Arial"/>
          <w:sz w:val="22"/>
        </w:rPr>
        <w:t>And that's the thing. I mean, it is an emotional fight, I think, either subconsciously or consciously. Every day, subconsciously. It is an emotional, spirited fight to go, No, it's alright. We'll keep going. We'll keep going today. We'll keep going today. And then you have the drip, drip feed. We'll keep going. We'll keep going. We'll keep going. We'll keep going. And then all of a sudden, I always say that once every five years. I do a full Ned Flanders, if you've ever seen the episode of The Simpsons, where he just completely loses it, because he's such a nice guy all the time. And he's absolutely fine. And then all of a sudden, he just loses it. And he gets he gets dragged off and you know, sectioned and everything and that he calms itself down again. Everything's all right again. And I feel like sometimes I will just blow up  and it's the tiniest little thing that sets me off. And it's when people turn around and go oh, what's u with you? and I'm like I'll tell you what's up with me!! (Angry tone). I'm disabled. I can't walk for one. Like and then you know, I'm fine. Give it give me an evening and calm down, I'm alright. But it's just like, I know I felt so much better when I learned about ableism. And you know, I always say to people when they say to me what, what's your favorite thing about the podcast? about doing the podcast? I always say it's making me a better disabled person, not for just, not for just the disabled community. But for me as a person. It's made me stop and think about okay, yeah, I can, I can see that. And I can see why this is a, this has caused me so much aggro for...</w:t>
      </w:r>
    </w:p>
    <w:p>
      <w:pPr>
        <w:spacing w:after="0"/>
      </w:pPr>
    </w:p>
    <w:p>
      <w:pPr>
        <w:spacing w:after="0"/>
      </w:pPr>
      <w:r>
        <w:rPr>
          <w:rFonts w:ascii="Arial" w:hAnsi="Arial"/>
          <w:b/>
          <w:sz w:val="22"/>
        </w:rPr>
        <w:t xml:space="preserve">Alice  </w:t>
      </w:r>
      <w:r>
        <w:rPr>
          <w:rFonts w:ascii="Arial" w:hAnsi="Arial"/>
          <w:color w:val="5D7284"/>
          <w:sz w:val="22"/>
        </w:rPr>
        <w:t>55:08</w:t>
      </w:r>
    </w:p>
    <w:p>
      <w:pPr>
        <w:spacing w:after="0"/>
      </w:pPr>
      <w:r>
        <w:rPr>
          <w:rFonts w:ascii="Arial" w:hAnsi="Arial"/>
          <w:sz w:val="22"/>
        </w:rPr>
        <w:t>I was just gonna say that, this show has helped me not only go or that I should not say that because saying that is offensive to other people or I should be more mindful of this access issue that, you know, other people within the community experienced but also it has also helped me to recognize that the times where something happens or there's a thought in my head that I might go. That's internalized ableism. And now that's, and that's why I feel shit.</w:t>
      </w:r>
    </w:p>
    <w:p>
      <w:pPr>
        <w:spacing w:after="0"/>
      </w:pPr>
    </w:p>
    <w:p>
      <w:pPr>
        <w:spacing w:after="0"/>
      </w:pPr>
      <w:r>
        <w:rPr>
          <w:rFonts w:ascii="Arial" w:hAnsi="Arial"/>
          <w:b/>
          <w:sz w:val="22"/>
        </w:rPr>
        <w:t xml:space="preserve">Lucy  </w:t>
      </w:r>
      <w:r>
        <w:rPr>
          <w:rFonts w:ascii="Arial" w:hAnsi="Arial"/>
          <w:color w:val="5D7284"/>
          <w:sz w:val="22"/>
        </w:rPr>
        <w:t>55:44</w:t>
      </w:r>
    </w:p>
    <w:p>
      <w:pPr>
        <w:spacing w:after="0"/>
      </w:pPr>
      <w:r>
        <w:rPr>
          <w:rFonts w:ascii="Arial" w:hAnsi="Arial"/>
          <w:sz w:val="22"/>
        </w:rPr>
        <w:t>The first time it happened to me, when in a scenario where I could actually go, oh, that's internalized ableism. That is that is. It was when we couldn't go see Rosie Jones at the Comedy Festival. And I felt so guilty because it was the reason we couldn't go was because of me. And I spoke, I said to you, I feel so guilty. And you said to me, Lucy, it's not you this, isn't you? This is you, you believe it is you. But is it isn't you. This is because they have put the gig on in a venue with stairs. And this is not your fault.</w:t>
      </w:r>
    </w:p>
    <w:p>
      <w:pPr>
        <w:spacing w:after="0"/>
      </w:pPr>
    </w:p>
    <w:p>
      <w:pPr>
        <w:spacing w:after="0"/>
      </w:pPr>
      <w:r>
        <w:rPr>
          <w:rFonts w:ascii="Arial" w:hAnsi="Arial"/>
          <w:b/>
          <w:sz w:val="22"/>
        </w:rPr>
        <w:t xml:space="preserve">Alice  </w:t>
      </w:r>
      <w:r>
        <w:rPr>
          <w:rFonts w:ascii="Arial" w:hAnsi="Arial"/>
          <w:color w:val="5D7284"/>
          <w:sz w:val="22"/>
        </w:rPr>
        <w:t>56:21</w:t>
      </w:r>
    </w:p>
    <w:p>
      <w:pPr>
        <w:spacing w:after="0"/>
      </w:pPr>
      <w:r>
        <w:rPr>
          <w:rFonts w:ascii="Arial" w:hAnsi="Arial"/>
          <w:sz w:val="22"/>
        </w:rPr>
        <w:t>I think one of the things that was really interesting about that, and we, I'm really glad we did the episode talking about it</w:t>
      </w:r>
    </w:p>
    <w:p>
      <w:pPr>
        <w:spacing w:after="0"/>
      </w:pPr>
    </w:p>
    <w:p>
      <w:pPr>
        <w:spacing w:after="0"/>
      </w:pPr>
      <w:r>
        <w:rPr>
          <w:rFonts w:ascii="Arial" w:hAnsi="Arial"/>
          <w:b/>
          <w:sz w:val="22"/>
        </w:rPr>
        <w:t xml:space="preserve">Lucy  </w:t>
      </w:r>
      <w:r>
        <w:rPr>
          <w:rFonts w:ascii="Arial" w:hAnsi="Arial"/>
          <w:color w:val="5D7284"/>
          <w:sz w:val="22"/>
        </w:rPr>
        <w:t>56:28</w:t>
      </w:r>
    </w:p>
    <w:p>
      <w:pPr>
        <w:spacing w:after="0"/>
      </w:pPr>
      <w:r>
        <w:rPr>
          <w:rFonts w:ascii="Arial" w:hAnsi="Arial"/>
          <w:sz w:val="22"/>
        </w:rPr>
        <w:t xml:space="preserve">I'm so glad we didn't sit on that, I think we did it the right time as well. If we just sat on it, we'd have calmed down, we  would have been very nicey nicey about it. </w:t>
      </w:r>
    </w:p>
    <w:p>
      <w:pPr>
        <w:spacing w:after="0"/>
      </w:pPr>
    </w:p>
    <w:p>
      <w:pPr>
        <w:spacing w:after="0"/>
      </w:pPr>
      <w:r>
        <w:rPr>
          <w:rFonts w:ascii="Arial" w:hAnsi="Arial"/>
          <w:b/>
          <w:sz w:val="22"/>
        </w:rPr>
        <w:t xml:space="preserve">Alice  </w:t>
      </w:r>
      <w:r>
        <w:rPr>
          <w:rFonts w:ascii="Arial" w:hAnsi="Arial"/>
          <w:color w:val="5D7284"/>
          <w:sz w:val="22"/>
        </w:rPr>
        <w:t>56:34</w:t>
      </w:r>
    </w:p>
    <w:p>
      <w:pPr>
        <w:spacing w:after="0"/>
      </w:pPr>
      <w:r>
        <w:rPr>
          <w:rFonts w:ascii="Arial" w:hAnsi="Arial"/>
          <w:sz w:val="22"/>
        </w:rPr>
        <w:t>But I think the reason, the reason that episode is, is actually one of I think one of our most popular is because we have a really frank conversation about the emotional impact that inaccessibility has on us. And I can remember saying to you know, you said, I feel like this is my fault, because I'm the one who can't get down the stairs. And I said, I feel like this is my fault. Because as a disabled and you know, another disabled person, I should have been more aware of your access needs. Whereas actually, the issue was that there was a fucking organization that decided to put a disabled performer, its gig on in an inccessible place.</w:t>
      </w:r>
    </w:p>
    <w:p>
      <w:pPr>
        <w:spacing w:after="0"/>
      </w:pPr>
    </w:p>
    <w:p>
      <w:pPr>
        <w:spacing w:after="0"/>
      </w:pPr>
      <w:r>
        <w:rPr>
          <w:rFonts w:ascii="Arial" w:hAnsi="Arial"/>
          <w:b/>
          <w:sz w:val="22"/>
        </w:rPr>
        <w:t xml:space="preserve">Lucy  </w:t>
      </w:r>
      <w:r>
        <w:rPr>
          <w:rFonts w:ascii="Arial" w:hAnsi="Arial"/>
          <w:color w:val="5D7284"/>
          <w:sz w:val="22"/>
        </w:rPr>
        <w:t>57:18</w:t>
      </w:r>
    </w:p>
    <w:p>
      <w:pPr>
        <w:spacing w:after="0"/>
      </w:pPr>
      <w:r>
        <w:rPr>
          <w:rFonts w:ascii="Arial" w:hAnsi="Arial"/>
          <w:sz w:val="22"/>
        </w:rPr>
        <w:t>I think the second kick in the teeth was the fact that the performer like themselves. Didn't. There was nothing, there was no. Oh, sorry about that, or even acknowledgement of, Hey, did you know this is a problem? Do you know what I mean? Not that would have done anything, but I think it would have...</w:t>
      </w:r>
    </w:p>
    <w:p>
      <w:pPr>
        <w:spacing w:after="0"/>
      </w:pPr>
    </w:p>
    <w:p>
      <w:pPr>
        <w:spacing w:after="0"/>
      </w:pPr>
      <w:r>
        <w:rPr>
          <w:rFonts w:ascii="Arial" w:hAnsi="Arial"/>
          <w:b/>
          <w:sz w:val="22"/>
        </w:rPr>
        <w:t xml:space="preserve">Alice  </w:t>
      </w:r>
      <w:r>
        <w:rPr>
          <w:rFonts w:ascii="Arial" w:hAnsi="Arial"/>
          <w:color w:val="5D7284"/>
          <w:sz w:val="22"/>
        </w:rPr>
        <w:t>57:38</w:t>
      </w:r>
    </w:p>
    <w:p>
      <w:pPr>
        <w:spacing w:after="0"/>
      </w:pPr>
      <w:r>
        <w:rPr>
          <w:rFonts w:ascii="Arial" w:hAnsi="Arial"/>
          <w:sz w:val="22"/>
        </w:rPr>
        <w:t xml:space="preserve"> I think that there's a lot of complexity, there's a lot that whole issue is a bit of an onion regarding that specific performer. Because we've also had, been contacted by people who heard that episode who have said, this has happened to us before when we've been hoping to go and see that performer. And one listener in particular told us that they reached out to the performer's agent and the agent said that if Rosie Jones didn't perform in inaccessible venues, then she'd never perform. And it's, there is a debate to be had about whether solidarity within the disabled, you know, with your fellow disabled people about not performing in inaccessible venues is outweighed by being a disabled person in public, you know, well known and flying that disabled flag. They've made their choice, I think perhaps I might have made a different choice.</w:t>
      </w:r>
    </w:p>
    <w:p>
      <w:pPr>
        <w:spacing w:after="0"/>
      </w:pPr>
    </w:p>
    <w:p>
      <w:pPr>
        <w:spacing w:after="0"/>
      </w:pPr>
      <w:r>
        <w:rPr>
          <w:rFonts w:ascii="Arial" w:hAnsi="Arial"/>
          <w:b/>
          <w:sz w:val="22"/>
        </w:rPr>
        <w:t xml:space="preserve">Lucy  </w:t>
      </w:r>
      <w:r>
        <w:rPr>
          <w:rFonts w:ascii="Arial" w:hAnsi="Arial"/>
          <w:color w:val="5D7284"/>
          <w:sz w:val="22"/>
        </w:rPr>
        <w:t>58:50</w:t>
      </w:r>
    </w:p>
    <w:p>
      <w:pPr>
        <w:spacing w:after="0"/>
      </w:pPr>
      <w:r>
        <w:rPr>
          <w:rFonts w:ascii="Arial" w:hAnsi="Arial"/>
          <w:sz w:val="22"/>
        </w:rPr>
        <w:t>I think me and you both thanks. (laughs)</w:t>
      </w:r>
    </w:p>
    <w:p>
      <w:pPr>
        <w:spacing w:after="0"/>
      </w:pPr>
    </w:p>
    <w:p>
      <w:pPr>
        <w:spacing w:after="0"/>
      </w:pPr>
      <w:r>
        <w:rPr>
          <w:rFonts w:ascii="Arial" w:hAnsi="Arial"/>
          <w:b/>
          <w:sz w:val="22"/>
        </w:rPr>
        <w:t xml:space="preserve">Alice  </w:t>
      </w:r>
      <w:r>
        <w:rPr>
          <w:rFonts w:ascii="Arial" w:hAnsi="Arial"/>
          <w:color w:val="5D7284"/>
          <w:sz w:val="22"/>
        </w:rPr>
        <w:t>58:54</w:t>
      </w:r>
    </w:p>
    <w:p>
      <w:pPr>
        <w:spacing w:after="0"/>
      </w:pPr>
      <w:r>
        <w:rPr>
          <w:rFonts w:ascii="Arial" w:hAnsi="Arial"/>
          <w:sz w:val="22"/>
        </w:rPr>
        <w:t>I mean, I get it, like if they're saying well, she'd never play gigs, if she didn't perform in inaccessible venues, then she never would have achieved the know the notoriety and fame</w:t>
      </w:r>
    </w:p>
    <w:p>
      <w:pPr>
        <w:spacing w:after="0"/>
      </w:pPr>
    </w:p>
    <w:p>
      <w:pPr>
        <w:spacing w:after="0"/>
      </w:pPr>
      <w:r>
        <w:rPr>
          <w:rFonts w:ascii="Arial" w:hAnsi="Arial"/>
          <w:b/>
          <w:sz w:val="22"/>
        </w:rPr>
        <w:t xml:space="preserve">Lucy  </w:t>
      </w:r>
      <w:r>
        <w:rPr>
          <w:rFonts w:ascii="Arial" w:hAnsi="Arial"/>
          <w:color w:val="5D7284"/>
          <w:sz w:val="22"/>
        </w:rPr>
        <w:t>59:07</w:t>
      </w:r>
    </w:p>
    <w:p>
      <w:pPr>
        <w:spacing w:after="0"/>
      </w:pPr>
      <w:r>
        <w:rPr>
          <w:rFonts w:ascii="Arial" w:hAnsi="Arial"/>
          <w:sz w:val="22"/>
        </w:rPr>
        <w:t>No and I do understand that bit. But now you are at a level where you have got fame and notoriety. Wouldn't you go actually, let's pay it back.</w:t>
      </w:r>
    </w:p>
    <w:p>
      <w:pPr>
        <w:spacing w:after="0"/>
      </w:pPr>
    </w:p>
    <w:p>
      <w:pPr>
        <w:spacing w:after="0"/>
      </w:pPr>
      <w:r>
        <w:rPr>
          <w:rFonts w:ascii="Arial" w:hAnsi="Arial"/>
          <w:b/>
          <w:sz w:val="22"/>
        </w:rPr>
        <w:t xml:space="preserve">Alice  </w:t>
      </w:r>
      <w:r>
        <w:rPr>
          <w:rFonts w:ascii="Arial" w:hAnsi="Arial"/>
          <w:color w:val="5D7284"/>
          <w:sz w:val="22"/>
        </w:rPr>
        <w:t>59:16</w:t>
      </w:r>
    </w:p>
    <w:p>
      <w:pPr>
        <w:spacing w:after="0"/>
      </w:pPr>
      <w:r>
        <w:rPr>
          <w:rFonts w:ascii="Arial" w:hAnsi="Arial"/>
          <w:sz w:val="22"/>
        </w:rPr>
        <w:t>Yeah, that's, that's my feelings about it. But, you know, everybody makes their own choice. And</w:t>
      </w:r>
    </w:p>
    <w:p>
      <w:pPr>
        <w:spacing w:after="0"/>
      </w:pPr>
    </w:p>
    <w:p>
      <w:pPr>
        <w:spacing w:after="0"/>
      </w:pPr>
      <w:r>
        <w:rPr>
          <w:rFonts w:ascii="Arial" w:hAnsi="Arial"/>
          <w:b/>
          <w:sz w:val="22"/>
        </w:rPr>
        <w:t xml:space="preserve">Lucy  </w:t>
      </w:r>
      <w:r>
        <w:rPr>
          <w:rFonts w:ascii="Arial" w:hAnsi="Arial"/>
          <w:color w:val="5D7284"/>
          <w:sz w:val="22"/>
        </w:rPr>
        <w:t>59:23</w:t>
      </w:r>
    </w:p>
    <w:p>
      <w:pPr>
        <w:spacing w:after="0"/>
      </w:pPr>
      <w:r>
        <w:rPr>
          <w:rFonts w:ascii="Arial" w:hAnsi="Arial"/>
          <w:sz w:val="22"/>
        </w:rPr>
        <w:t>But yeah. So going back to that whole debacle. That was the first time I realized what internalized or you know, I couldn't identify that was internalized ableism and it was my brain going. Everybody hates you because you're disabled and that it picks on me. Oh, that's what I always say. It picks on me, my internalized ableism sometimes it's very quietly in the corner, behaving itself. And other times, especially especially when I'm stressed or when I'm worried about something or anxious, that it decides s corner and starts to get a bit rowdy and a bit loud. And get louder and louder and louder. Boom.</w:t>
      </w:r>
    </w:p>
    <w:p>
      <w:pPr>
        <w:spacing w:after="0"/>
      </w:pPr>
    </w:p>
    <w:p>
      <w:pPr>
        <w:spacing w:after="0"/>
      </w:pPr>
      <w:r>
        <w:rPr>
          <w:rFonts w:ascii="Arial" w:hAnsi="Arial"/>
          <w:b/>
          <w:sz w:val="22"/>
        </w:rPr>
        <w:t xml:space="preserve">Alice  </w:t>
      </w:r>
      <w:r>
        <w:rPr>
          <w:rFonts w:ascii="Arial" w:hAnsi="Arial"/>
          <w:color w:val="5D7284"/>
          <w:sz w:val="22"/>
        </w:rPr>
        <w:t>59:59</w:t>
      </w:r>
    </w:p>
    <w:p>
      <w:pPr>
        <w:spacing w:after="0"/>
      </w:pPr>
      <w:r>
        <w:rPr>
          <w:rFonts w:ascii="Arial" w:hAnsi="Arial"/>
          <w:sz w:val="22"/>
        </w:rPr>
        <w:t>It does feel a little bit like there's someone in the corner sometimes poking me with the stick going, you know, that's because you're blind. You know, that's what you can't do that because your blind</w:t>
      </w:r>
    </w:p>
    <w:p>
      <w:pPr>
        <w:spacing w:after="0"/>
      </w:pPr>
    </w:p>
    <w:p>
      <w:pPr>
        <w:spacing w:after="0"/>
      </w:pPr>
      <w:r>
        <w:rPr>
          <w:rFonts w:ascii="Arial" w:hAnsi="Arial"/>
          <w:b/>
          <w:sz w:val="22"/>
        </w:rPr>
        <w:t xml:space="preserve">Lucy  </w:t>
      </w:r>
      <w:r>
        <w:rPr>
          <w:rFonts w:ascii="Arial" w:hAnsi="Arial"/>
          <w:color w:val="5D7284"/>
          <w:sz w:val="22"/>
        </w:rPr>
        <w:t>1:00:08</w:t>
      </w:r>
    </w:p>
    <w:p>
      <w:pPr>
        <w:spacing w:after="0"/>
      </w:pPr>
      <w:r>
        <w:rPr>
          <w:rFonts w:ascii="Arial" w:hAnsi="Arial"/>
          <w:sz w:val="22"/>
        </w:rPr>
        <w:t>Everyone hates you because you can't walk. You know?</w:t>
      </w:r>
    </w:p>
    <w:p>
      <w:pPr>
        <w:spacing w:after="0"/>
      </w:pPr>
    </w:p>
    <w:p>
      <w:pPr>
        <w:spacing w:after="0"/>
      </w:pPr>
      <w:r>
        <w:rPr>
          <w:rFonts w:ascii="Arial" w:hAnsi="Arial"/>
          <w:b/>
          <w:sz w:val="22"/>
        </w:rPr>
        <w:t xml:space="preserve">Alice  </w:t>
      </w:r>
      <w:r>
        <w:rPr>
          <w:rFonts w:ascii="Arial" w:hAnsi="Arial"/>
          <w:color w:val="5D7284"/>
          <w:sz w:val="22"/>
        </w:rPr>
        <w:t>1:00:10</w:t>
      </w:r>
    </w:p>
    <w:p>
      <w:pPr>
        <w:spacing w:after="0"/>
      </w:pPr>
      <w:r>
        <w:rPr>
          <w:rFonts w:ascii="Arial" w:hAnsi="Arial"/>
          <w:sz w:val="22"/>
        </w:rPr>
        <w:t>Yeah, yeah but why do you even try it? You can't do it, like, You're blind.</w:t>
      </w:r>
    </w:p>
    <w:p>
      <w:pPr>
        <w:spacing w:after="0"/>
      </w:pPr>
    </w:p>
    <w:p>
      <w:pPr>
        <w:spacing w:after="0"/>
      </w:pPr>
      <w:r>
        <w:rPr>
          <w:rFonts w:ascii="Arial" w:hAnsi="Arial"/>
          <w:b/>
          <w:sz w:val="22"/>
        </w:rPr>
        <w:t xml:space="preserve">Lucy  </w:t>
      </w:r>
      <w:r>
        <w:rPr>
          <w:rFonts w:ascii="Arial" w:hAnsi="Arial"/>
          <w:color w:val="5D7284"/>
          <w:sz w:val="22"/>
        </w:rPr>
        <w:t>1:00:15</w:t>
      </w:r>
    </w:p>
    <w:p>
      <w:pPr>
        <w:spacing w:after="0"/>
      </w:pPr>
      <w:r>
        <w:rPr>
          <w:rFonts w:ascii="Arial" w:hAnsi="Arial"/>
          <w:sz w:val="22"/>
        </w:rPr>
        <w:t>We knew you're gonna  mess up that because you're disabled and you're a bit stupid and sad, that kind of thing. And then...</w:t>
      </w:r>
    </w:p>
    <w:p>
      <w:pPr>
        <w:spacing w:after="0"/>
      </w:pPr>
    </w:p>
    <w:p>
      <w:pPr>
        <w:spacing w:after="0"/>
      </w:pPr>
      <w:r>
        <w:rPr>
          <w:rFonts w:ascii="Arial" w:hAnsi="Arial"/>
          <w:b/>
          <w:sz w:val="22"/>
        </w:rPr>
        <w:t xml:space="preserve">Alice  </w:t>
      </w:r>
      <w:r>
        <w:rPr>
          <w:rFonts w:ascii="Arial" w:hAnsi="Arial"/>
          <w:color w:val="5D7284"/>
          <w:sz w:val="22"/>
        </w:rPr>
        <w:t>1:00:20</w:t>
      </w:r>
    </w:p>
    <w:p>
      <w:pPr>
        <w:spacing w:after="0"/>
      </w:pPr>
      <w:r>
        <w:rPr>
          <w:rFonts w:ascii="Arial" w:hAnsi="Arial"/>
          <w:sz w:val="22"/>
        </w:rPr>
        <w:t>Why did you even bother? Like, what wre are you thinking? you can't do that?</w:t>
      </w:r>
    </w:p>
    <w:p>
      <w:pPr>
        <w:spacing w:after="0"/>
      </w:pPr>
    </w:p>
    <w:p>
      <w:pPr>
        <w:spacing w:after="0"/>
      </w:pPr>
      <w:r>
        <w:rPr>
          <w:rFonts w:ascii="Arial" w:hAnsi="Arial"/>
          <w:b/>
          <w:sz w:val="22"/>
        </w:rPr>
        <w:t xml:space="preserve">Lucy  </w:t>
      </w:r>
      <w:r>
        <w:rPr>
          <w:rFonts w:ascii="Arial" w:hAnsi="Arial"/>
          <w:color w:val="5D7284"/>
          <w:sz w:val="22"/>
        </w:rPr>
        <w:t>1:00:23</w:t>
      </w:r>
    </w:p>
    <w:p>
      <w:pPr>
        <w:spacing w:after="0"/>
      </w:pPr>
      <w:r>
        <w:rPr>
          <w:rFonts w:ascii="Arial" w:hAnsi="Arial"/>
          <w:sz w:val="22"/>
        </w:rPr>
        <w:t>You can't turn around somebody who doesn't really understand ableism or internalized ableism then go yeah it's just a voice in my head. (laughs) because they would go. Alright.</w:t>
      </w:r>
    </w:p>
    <w:p>
      <w:pPr>
        <w:spacing w:after="0"/>
      </w:pPr>
    </w:p>
    <w:p>
      <w:pPr>
        <w:spacing w:after="0"/>
      </w:pPr>
      <w:r>
        <w:rPr>
          <w:rFonts w:ascii="Arial" w:hAnsi="Arial"/>
          <w:b/>
          <w:sz w:val="22"/>
        </w:rPr>
        <w:t xml:space="preserve">Alice  </w:t>
      </w:r>
      <w:r>
        <w:rPr>
          <w:rFonts w:ascii="Arial" w:hAnsi="Arial"/>
          <w:color w:val="5D7284"/>
          <w:sz w:val="22"/>
        </w:rPr>
        <w:t>1:00:36</w:t>
      </w:r>
    </w:p>
    <w:p>
      <w:pPr>
        <w:spacing w:after="0"/>
      </w:pPr>
      <w:r>
        <w:rPr>
          <w:rFonts w:ascii="Arial" w:hAnsi="Arial"/>
          <w:sz w:val="22"/>
        </w:rPr>
        <w:t>I thought you were gonna say that you can't turn around to the voice in your head and be like, fuck off! in the middle of the street. (laughs) Because it makes peole worry.</w:t>
      </w:r>
    </w:p>
    <w:p>
      <w:pPr>
        <w:spacing w:after="0"/>
      </w:pPr>
    </w:p>
    <w:p>
      <w:pPr>
        <w:spacing w:after="0"/>
      </w:pPr>
      <w:r>
        <w:rPr>
          <w:rFonts w:ascii="Arial" w:hAnsi="Arial"/>
          <w:b/>
          <w:sz w:val="22"/>
        </w:rPr>
        <w:t xml:space="preserve">Lucy  </w:t>
      </w:r>
      <w:r>
        <w:rPr>
          <w:rFonts w:ascii="Arial" w:hAnsi="Arial"/>
          <w:color w:val="5D7284"/>
          <w:sz w:val="22"/>
        </w:rPr>
        <w:t>1:00:42</w:t>
      </w:r>
    </w:p>
    <w:p>
      <w:pPr>
        <w:spacing w:after="0"/>
      </w:pPr>
      <w:r>
        <w:rPr>
          <w:rFonts w:ascii="Arial" w:hAnsi="Arial"/>
          <w:sz w:val="22"/>
        </w:rPr>
        <w:t>Yeah. The voices in my head telling me I'm a very bad person. They'd be like, Okay, let's call somebody for you. Yeah, so it's, it's, I just found the whole. But I always go down a rabbit hole when it comes to the Little Mermaid. When it comes to anything...No,no! stop it. When it comes to fabled episodes, because you end up starting on one track, and then ended up down four or five others. But it made me really, you know, made me open my eyes to how I deal with ableism how I deal with internalized ableism towards myself. And the interesting thing about internalized ableism is that I hate it. Because I know, I hope, I am a good person, a good friend. But sometimes that voice in your head makes you go, everybody hates ya, everybody hates ya. Everybody really hates you. They only tolerate you. And they're only fans of you. Because you've got a blue badge. You can park right outside Tesco, that kind of thing. I feel that this episode is a real insight into both of our brains. Yeah, personal mental health. It's fine. We're fine.</w:t>
      </w:r>
    </w:p>
    <w:p>
      <w:pPr>
        <w:spacing w:after="0"/>
      </w:pPr>
    </w:p>
    <w:p>
      <w:pPr>
        <w:spacing w:after="0"/>
      </w:pPr>
      <w:r>
        <w:rPr>
          <w:rFonts w:ascii="Arial" w:hAnsi="Arial"/>
          <w:b/>
          <w:sz w:val="22"/>
        </w:rPr>
        <w:t xml:space="preserve">Alice  </w:t>
      </w:r>
      <w:r>
        <w:rPr>
          <w:rFonts w:ascii="Arial" w:hAnsi="Arial"/>
          <w:color w:val="5D7284"/>
          <w:sz w:val="22"/>
        </w:rPr>
        <w:t>1:01:58</w:t>
      </w:r>
    </w:p>
    <w:p>
      <w:pPr>
        <w:spacing w:after="0"/>
      </w:pPr>
      <w:r>
        <w:rPr>
          <w:rFonts w:ascii="Arial" w:hAnsi="Arial"/>
          <w:sz w:val="22"/>
        </w:rPr>
        <w:t>You're, I think it's interesting. You're sitting there being very like people don't like me. That's what your issues are. You're worried about people not liking you. (Lucy) Yeah. Which is  absolutely. I from knowing you and talking to you. Yeah. 100%, Your biggest worry is that people don't like you. (Lucy) Constantly. (Lucy) Yeah. Let some people don't like you let some people not like you. Some people are dicks.</w:t>
      </w:r>
    </w:p>
    <w:p>
      <w:pPr>
        <w:spacing w:after="0"/>
      </w:pPr>
    </w:p>
    <w:p>
      <w:pPr>
        <w:spacing w:after="0"/>
      </w:pPr>
      <w:r>
        <w:rPr>
          <w:rFonts w:ascii="Arial" w:hAnsi="Arial"/>
          <w:b/>
          <w:sz w:val="22"/>
        </w:rPr>
        <w:t xml:space="preserve">Lucy  </w:t>
      </w:r>
      <w:r>
        <w:rPr>
          <w:rFonts w:ascii="Arial" w:hAnsi="Arial"/>
          <w:color w:val="5D7284"/>
          <w:sz w:val="22"/>
        </w:rPr>
        <w:t>1:02:25</w:t>
      </w:r>
    </w:p>
    <w:p>
      <w:pPr>
        <w:spacing w:after="0"/>
      </w:pPr>
      <w:r>
        <w:rPr>
          <w:rFonts w:ascii="Arial" w:hAnsi="Arial"/>
          <w:sz w:val="22"/>
        </w:rPr>
        <w:t>Talking about somebody who will remain nameless, for various reasons. The other day. And I said, I'm not standing for this. I'm not standing for being you know, treated anything less than what I expect and respect and all this kind of stuff. And I was like, yes, good girl. Khaleesi. Because you're too nice. Like, yeah, thanks mate.</w:t>
      </w:r>
    </w:p>
    <w:p>
      <w:pPr>
        <w:spacing w:after="0"/>
      </w:pPr>
    </w:p>
    <w:p>
      <w:pPr>
        <w:spacing w:after="0"/>
      </w:pPr>
      <w:r>
        <w:rPr>
          <w:rFonts w:ascii="Arial" w:hAnsi="Arial"/>
          <w:b/>
          <w:sz w:val="22"/>
        </w:rPr>
        <w:t xml:space="preserve">Alice  </w:t>
      </w:r>
      <w:r>
        <w:rPr>
          <w:rFonts w:ascii="Arial" w:hAnsi="Arial"/>
          <w:color w:val="5D7284"/>
          <w:sz w:val="22"/>
        </w:rPr>
        <w:t>1:02:50</w:t>
      </w:r>
    </w:p>
    <w:p>
      <w:pPr>
        <w:spacing w:after="0"/>
      </w:pPr>
      <w:r>
        <w:rPr>
          <w:rFonts w:ascii="Arial" w:hAnsi="Arial"/>
          <w:sz w:val="22"/>
        </w:rPr>
        <w:t>What I've really picked up on what I've been saying in this episode about my internalized ableism is about not being able to do stuff and not succeeding and stuff.</w:t>
      </w:r>
    </w:p>
    <w:p>
      <w:pPr>
        <w:spacing w:after="0"/>
      </w:pPr>
    </w:p>
    <w:p>
      <w:pPr>
        <w:spacing w:after="0"/>
      </w:pPr>
      <w:r>
        <w:rPr>
          <w:rFonts w:ascii="Arial" w:hAnsi="Arial"/>
          <w:b/>
          <w:sz w:val="22"/>
        </w:rPr>
        <w:t xml:space="preserve">Lucy  </w:t>
      </w:r>
      <w:r>
        <w:rPr>
          <w:rFonts w:ascii="Arial" w:hAnsi="Arial"/>
          <w:color w:val="5D7284"/>
          <w:sz w:val="22"/>
        </w:rPr>
        <w:t>1:03:00</w:t>
      </w:r>
    </w:p>
    <w:p>
      <w:pPr>
        <w:spacing w:after="0"/>
      </w:pPr>
      <w:r>
        <w:rPr>
          <w:rFonts w:ascii="Arial" w:hAnsi="Arial"/>
          <w:sz w:val="22"/>
        </w:rPr>
        <w:t>I think as well, there is there is an element of like I can't, the thing that gets me is how long it takes me to do simple tasks. So getting the shower getting up, going for wee in the middle of the night takes me 15 minutes. I timed it the other day. That's really annoying because the 15 minute window of you feeling sleepy is gone. By the time you get back in bed. And it's like, it's the the amount of time stuff takes me to do when I'm on my own. If I do it independently, it takes me longer. If I've got somebody to help me it's dead quick, but I can't do it independently then, if you've got if somebody is helping me, I'm not doing it independently. And I always like to try and be as independent as possible. But there are times where you're like, I can't be asked today. You know me. And can't be asked because it takes too long. And then a few weeks ago, I actually felt cross about the fact that I was disabled, just generally cross, that I was disabled. But then again, it's internalized ableism because everything was taking me too long. I was tired. I was hot. I was grumpy. I had a cry. I think I told you I had a cry. I mean there's no surprise when I tell you I had a cry. Nobody says anything these days.</w:t>
      </w:r>
    </w:p>
    <w:p>
      <w:pPr>
        <w:spacing w:after="0"/>
      </w:pPr>
    </w:p>
    <w:p>
      <w:pPr>
        <w:spacing w:after="0"/>
      </w:pPr>
      <w:r>
        <w:rPr>
          <w:rFonts w:ascii="Arial" w:hAnsi="Arial"/>
          <w:b/>
          <w:sz w:val="22"/>
        </w:rPr>
        <w:t xml:space="preserve">Alice  </w:t>
      </w:r>
      <w:r>
        <w:rPr>
          <w:rFonts w:ascii="Arial" w:hAnsi="Arial"/>
          <w:color w:val="5D7284"/>
          <w:sz w:val="22"/>
        </w:rPr>
        <w:t>1:04:13</w:t>
      </w:r>
    </w:p>
    <w:p>
      <w:pPr>
        <w:spacing w:after="0"/>
      </w:pPr>
      <w:r>
        <w:rPr>
          <w:rFonts w:ascii="Arial" w:hAnsi="Arial"/>
          <w:sz w:val="22"/>
        </w:rPr>
        <w:t>I don't even comment anymore it's not worth it.</w:t>
      </w:r>
    </w:p>
    <w:p>
      <w:pPr>
        <w:spacing w:after="0"/>
      </w:pPr>
    </w:p>
    <w:p>
      <w:pPr>
        <w:spacing w:after="0"/>
      </w:pPr>
      <w:r>
        <w:rPr>
          <w:rFonts w:ascii="Arial" w:hAnsi="Arial"/>
          <w:b/>
          <w:sz w:val="22"/>
        </w:rPr>
        <w:t xml:space="preserve">Lucy  </w:t>
      </w:r>
      <w:r>
        <w:rPr>
          <w:rFonts w:ascii="Arial" w:hAnsi="Arial"/>
          <w:color w:val="5D7284"/>
          <w:sz w:val="22"/>
        </w:rPr>
        <w:t>1:04:17</w:t>
      </w:r>
    </w:p>
    <w:p>
      <w:pPr>
        <w:spacing w:after="0"/>
      </w:pPr>
      <w:r>
        <w:rPr>
          <w:rFonts w:ascii="Arial" w:hAnsi="Arial"/>
          <w:sz w:val="22"/>
        </w:rPr>
        <w:t>It's fine. She's just having a crisis again, for the fourth time today, but yeah, it's just there are times where you think, Oh God, or what I tend to do is swear inanimate objects now, and I think that knowing you Alice to be fair. I am closing the shower curtain and pulling in it's not moving, fuck sake!. fuck that! I drop, like everything on the floor. Bloody arsehole!. Like, calling stuff arseholes everyday helps try it. It helps.</w:t>
      </w:r>
    </w:p>
    <w:p>
      <w:pPr>
        <w:spacing w:after="0"/>
      </w:pPr>
    </w:p>
    <w:p>
      <w:pPr>
        <w:spacing w:after="0"/>
      </w:pPr>
      <w:r>
        <w:rPr>
          <w:rFonts w:ascii="Arial" w:hAnsi="Arial"/>
          <w:b/>
          <w:sz w:val="22"/>
        </w:rPr>
        <w:t xml:space="preserve">Alice  </w:t>
      </w:r>
      <w:r>
        <w:rPr>
          <w:rFonts w:ascii="Arial" w:hAnsi="Arial"/>
          <w:color w:val="5D7284"/>
          <w:sz w:val="22"/>
        </w:rPr>
        <w:t>1:05:01</w:t>
      </w:r>
    </w:p>
    <w:p>
      <w:pPr>
        <w:spacing w:after="0"/>
      </w:pPr>
      <w:r>
        <w:rPr>
          <w:rFonts w:ascii="Arial" w:hAnsi="Arial"/>
          <w:sz w:val="22"/>
        </w:rPr>
        <w:t>My my, my favorite thing to do at the moment is. because b my eyes twitch quite often, and because I've also got a low blood pressure, if I turn around too quickly, if I'm standing up and like sort of turned to leave a room or something, I lose my balance. My balance is really bad. And so my thing at the minute is I keep walking, like, I'll sort of stumble into a wall or something. I keep going to my husband. Would you stop moving the fucking walls in this house please? (Lucy) Why is that there?. It's inconvenient.</w:t>
      </w:r>
    </w:p>
    <w:p>
      <w:pPr>
        <w:spacing w:after="0"/>
      </w:pPr>
    </w:p>
    <w:p>
      <w:pPr>
        <w:spacing w:after="0"/>
      </w:pPr>
      <w:r>
        <w:rPr>
          <w:rFonts w:ascii="Arial" w:hAnsi="Arial"/>
          <w:b/>
          <w:sz w:val="22"/>
        </w:rPr>
        <w:t xml:space="preserve">Lucy  </w:t>
      </w:r>
      <w:r>
        <w:rPr>
          <w:rFonts w:ascii="Arial" w:hAnsi="Arial"/>
          <w:color w:val="5D7284"/>
          <w:sz w:val="22"/>
        </w:rPr>
        <w:t>1:05:39</w:t>
      </w:r>
    </w:p>
    <w:p>
      <w:pPr>
        <w:spacing w:after="0"/>
      </w:pPr>
      <w:r>
        <w:rPr>
          <w:rFonts w:ascii="Arial" w:hAnsi="Arial"/>
          <w:sz w:val="22"/>
        </w:rPr>
        <w:t>I keep running over my mum's shoes. She's leaving her shoes in the doorway of the sitting room where we sit most of the time. And I've just got to point nowhere and run over them. Just to make a point. If you leave your shoes in the way I will run over them because they shouldn't be there. Like move them. She's like sorry, I left my shoe there again. Did you? Yes, you did. Move them. But yeah, so I just there are days where you get very just irritated by things and it will be slightly thing or set you off. But yeah, I think it's so important. You know, The Little Mermaid, I think shows kids that having a fulfilling life is is never not possible. You know what I mean?</w:t>
      </w:r>
    </w:p>
    <w:p>
      <w:pPr>
        <w:spacing w:after="0"/>
      </w:pPr>
    </w:p>
    <w:p>
      <w:pPr>
        <w:spacing w:after="0"/>
      </w:pPr>
      <w:r>
        <w:rPr>
          <w:rFonts w:ascii="Arial" w:hAnsi="Arial"/>
          <w:b/>
          <w:sz w:val="22"/>
        </w:rPr>
        <w:t xml:space="preserve">Alice  </w:t>
      </w:r>
      <w:r>
        <w:rPr>
          <w:rFonts w:ascii="Arial" w:hAnsi="Arial"/>
          <w:color w:val="5D7284"/>
          <w:sz w:val="22"/>
        </w:rPr>
        <w:t>1:06:29</w:t>
      </w:r>
    </w:p>
    <w:p>
      <w:pPr>
        <w:spacing w:after="0"/>
      </w:pPr>
      <w:r>
        <w:rPr>
          <w:rFonts w:ascii="Arial" w:hAnsi="Arial"/>
          <w:sz w:val="22"/>
        </w:rPr>
        <w:t>It's been such a long time since I've seen the Disney version. What happens at the end of the Disney version? Does she stay on land with her legs?</w:t>
      </w:r>
    </w:p>
    <w:p>
      <w:pPr>
        <w:spacing w:after="0"/>
      </w:pPr>
    </w:p>
    <w:p>
      <w:pPr>
        <w:spacing w:after="0"/>
      </w:pPr>
      <w:r>
        <w:rPr>
          <w:rFonts w:ascii="Arial" w:hAnsi="Arial"/>
          <w:b/>
          <w:sz w:val="22"/>
        </w:rPr>
        <w:t xml:space="preserve">Lucy  </w:t>
      </w:r>
      <w:r>
        <w:rPr>
          <w:rFonts w:ascii="Arial" w:hAnsi="Arial"/>
          <w:color w:val="5D7284"/>
          <w:sz w:val="22"/>
        </w:rPr>
        <w:t>1:06:36</w:t>
      </w:r>
    </w:p>
    <w:p>
      <w:pPr>
        <w:spacing w:after="0"/>
      </w:pPr>
      <w:r>
        <w:rPr>
          <w:rFonts w:ascii="Arial" w:hAnsi="Arial"/>
          <w:sz w:val="22"/>
        </w:rPr>
        <w:t>Well. So her father finds out that she's basically gone to surface and she's been fraternizing with the enemy. And it's clear that in the second film The Little Mermaid 2 Return To The Sea it is all explained that the reason why her father hates humans is because her mother was killed by humans. (Alice) Right. So therefore there's a bit backstory there Basically Ursula gets a bomb on herself and starts a big storm in the sea and takes the tritan on her father in the place of Ariel. (Alice) Yeah. And he's a little like shrimpy worm thing</w:t>
      </w:r>
    </w:p>
    <w:p>
      <w:pPr>
        <w:spacing w:after="0"/>
      </w:pPr>
    </w:p>
    <w:p>
      <w:pPr>
        <w:spacing w:after="0"/>
      </w:pPr>
      <w:r>
        <w:rPr>
          <w:rFonts w:ascii="Arial" w:hAnsi="Arial"/>
          <w:b/>
          <w:sz w:val="22"/>
        </w:rPr>
        <w:t xml:space="preserve">Alice  </w:t>
      </w:r>
      <w:r>
        <w:rPr>
          <w:rFonts w:ascii="Arial" w:hAnsi="Arial"/>
          <w:color w:val="5D7284"/>
          <w:sz w:val="22"/>
        </w:rPr>
        <w:t>1:07:31</w:t>
      </w:r>
    </w:p>
    <w:p>
      <w:pPr>
        <w:spacing w:after="0"/>
      </w:pPr>
      <w:r>
        <w:rPr>
          <w:rFonts w:ascii="Arial" w:hAnsi="Arial"/>
          <w:sz w:val="22"/>
        </w:rPr>
        <w:t xml:space="preserve"> Oh, yeah. Remember that? </w:t>
      </w:r>
    </w:p>
    <w:p>
      <w:pPr>
        <w:spacing w:after="0"/>
      </w:pPr>
    </w:p>
    <w:p>
      <w:pPr>
        <w:spacing w:after="0"/>
      </w:pPr>
      <w:r>
        <w:rPr>
          <w:rFonts w:ascii="Arial" w:hAnsi="Arial"/>
          <w:b/>
          <w:sz w:val="22"/>
        </w:rPr>
        <w:t xml:space="preserve">Lucy  </w:t>
      </w:r>
      <w:r>
        <w:rPr>
          <w:rFonts w:ascii="Arial" w:hAnsi="Arial"/>
          <w:color w:val="5D7284"/>
          <w:sz w:val="22"/>
        </w:rPr>
        <w:t>1:07:32</w:t>
      </w:r>
    </w:p>
    <w:p>
      <w:pPr>
        <w:spacing w:after="0"/>
      </w:pPr>
      <w:r>
        <w:rPr>
          <w:rFonts w:ascii="Arial" w:hAnsi="Arial"/>
          <w:sz w:val="22"/>
        </w:rPr>
        <w:t xml:space="preserve">Yeah and then she ends up coming back to the sea and is missing  Eric so much, that erm.. I can't exactly remember whether the father just gives a like a locket or something. Which means that she can live as a human. But then Ariel stabs Ursula in the stomach. And so the sea witch she dies basically, it's the sea witch that dies not Ariel or the Father. </w:t>
      </w:r>
    </w:p>
    <w:p>
      <w:pPr>
        <w:spacing w:after="0"/>
      </w:pPr>
    </w:p>
    <w:p>
      <w:pPr>
        <w:spacing w:after="0"/>
      </w:pPr>
      <w:r>
        <w:rPr>
          <w:rFonts w:ascii="Arial" w:hAnsi="Arial"/>
          <w:b/>
          <w:sz w:val="22"/>
        </w:rPr>
        <w:t xml:space="preserve">Alice  </w:t>
      </w:r>
      <w:r>
        <w:rPr>
          <w:rFonts w:ascii="Arial" w:hAnsi="Arial"/>
          <w:color w:val="5D7284"/>
          <w:sz w:val="22"/>
        </w:rPr>
        <w:t>1:08:12</w:t>
      </w:r>
    </w:p>
    <w:p>
      <w:pPr>
        <w:spacing w:after="0"/>
      </w:pPr>
      <w:r>
        <w:rPr>
          <w:rFonts w:ascii="Arial" w:hAnsi="Arial"/>
          <w:sz w:val="22"/>
        </w:rPr>
        <w:t>Yeah. So she does, she lives as a human?.</w:t>
      </w:r>
    </w:p>
    <w:p>
      <w:pPr>
        <w:spacing w:after="0"/>
      </w:pPr>
    </w:p>
    <w:p>
      <w:pPr>
        <w:spacing w:after="0"/>
      </w:pPr>
      <w:r>
        <w:rPr>
          <w:rFonts w:ascii="Arial" w:hAnsi="Arial"/>
          <w:b/>
          <w:sz w:val="22"/>
        </w:rPr>
        <w:t xml:space="preserve">Lucy  </w:t>
      </w:r>
      <w:r>
        <w:rPr>
          <w:rFonts w:ascii="Arial" w:hAnsi="Arial"/>
          <w:color w:val="5D7284"/>
          <w:sz w:val="22"/>
        </w:rPr>
        <w:t>1:08:16</w:t>
      </w:r>
    </w:p>
    <w:p>
      <w:pPr>
        <w:spacing w:after="0"/>
      </w:pPr>
      <w:r>
        <w:rPr>
          <w:rFonts w:ascii="Arial" w:hAnsi="Arial"/>
          <w:sz w:val="22"/>
        </w:rPr>
        <w:t xml:space="preserve">Yeah. But in the Little Mermaid 2 Return To The Sea, she is not as happy because the grass is always greener, isn't it? You see, she is not as happy as she thought she was. And she's trying to find her identity, both as a mother and a human. And doesn't really feel at home in the sea, because she's obviously got a daughter and a husband, but also doesn't really feel at home on land. Because she's a mermaid, essentially, you know what I mean? So she could there's no real happy place for Ariel, (Alice) How does that movie end?. I don't know, because I only like got the synopsis. So I shall watch the end of The Little Mermaid 2 Return To The Sea, and report back to you. (Alice) Okay. I think it might be a little bit shit because it's straight to home video. But I shall do that for you. Because that's what our  friendship means to me Alice. I will watch the Little Mermaid 2 Return to The Sea even if it is shit. </w:t>
      </w:r>
    </w:p>
    <w:p>
      <w:pPr>
        <w:spacing w:after="0"/>
      </w:pPr>
    </w:p>
    <w:p>
      <w:pPr>
        <w:spacing w:after="0"/>
      </w:pPr>
      <w:r>
        <w:rPr>
          <w:rFonts w:ascii="Arial" w:hAnsi="Arial"/>
          <w:b/>
          <w:sz w:val="22"/>
        </w:rPr>
        <w:t xml:space="preserve">Alice  </w:t>
      </w:r>
      <w:r>
        <w:rPr>
          <w:rFonts w:ascii="Arial" w:hAnsi="Arial"/>
          <w:color w:val="5D7284"/>
          <w:sz w:val="22"/>
        </w:rPr>
        <w:t>1:09:23</w:t>
      </w:r>
    </w:p>
    <w:p>
      <w:pPr>
        <w:spacing w:after="0"/>
      </w:pPr>
      <w:r>
        <w:rPr>
          <w:rFonts w:ascii="Arial" w:hAnsi="Arial"/>
          <w:sz w:val="22"/>
        </w:rPr>
        <w:t>Just picking like, if we're talking about The Little Mermaid as kind of allegorical of disability and internalized ableism how her story ends is obviously kind of relevant like.. (Lucy) What in the original?. Well, just I mean, well, no, I mean, in the original like, the way she's just fucking dead now. So you know, she can't be a mermaid because that's not good enough. (Lucy) So you'd rather die?. Yeah. But in just thinking in terms of the Disney one like you almost for me I feel like the story needs to end with. She has the ability to have both, like what's the real true happy ending is this is someone who can be a mermaid be the body she was born into, but also have love. Again Luce super super, like timely, up to date, modern reference. It's like 1993! (Lucy laughs)</w:t>
      </w:r>
    </w:p>
    <w:p>
      <w:pPr>
        <w:spacing w:after="0"/>
      </w:pPr>
    </w:p>
    <w:p>
      <w:pPr>
        <w:spacing w:after="0"/>
      </w:pPr>
      <w:r>
        <w:rPr>
          <w:rFonts w:ascii="Arial" w:hAnsi="Arial"/>
          <w:b/>
          <w:sz w:val="22"/>
        </w:rPr>
        <w:t xml:space="preserve">Lucy  </w:t>
      </w:r>
      <w:r>
        <w:rPr>
          <w:rFonts w:ascii="Arial" w:hAnsi="Arial"/>
          <w:color w:val="5D7284"/>
          <w:sz w:val="22"/>
        </w:rPr>
        <w:t>1:10:30</w:t>
      </w:r>
    </w:p>
    <w:p>
      <w:pPr>
        <w:spacing w:after="0"/>
      </w:pPr>
      <w:r>
        <w:rPr>
          <w:rFonts w:ascii="Arial" w:hAnsi="Arial"/>
          <w:sz w:val="22"/>
        </w:rPr>
        <w:t xml:space="preserve">Like Daryl Hannah in Splash I think. Didn't she? (Alice) Oh yeah she's a mermaid!. Yo want with the ending of Daryl Hannah in Splash in The Little Mermaid is basically what you want. </w:t>
      </w:r>
    </w:p>
    <w:p>
      <w:pPr>
        <w:spacing w:after="0"/>
      </w:pPr>
    </w:p>
    <w:p>
      <w:pPr>
        <w:spacing w:after="0"/>
      </w:pPr>
      <w:r>
        <w:rPr>
          <w:rFonts w:ascii="Arial" w:hAnsi="Arial"/>
          <w:b/>
          <w:sz w:val="22"/>
        </w:rPr>
        <w:t xml:space="preserve">Alice  </w:t>
      </w:r>
      <w:r>
        <w:rPr>
          <w:rFonts w:ascii="Arial" w:hAnsi="Arial"/>
          <w:color w:val="5D7284"/>
          <w:sz w:val="22"/>
        </w:rPr>
        <w:t>1:10:41</w:t>
      </w:r>
    </w:p>
    <w:p>
      <w:pPr>
        <w:spacing w:after="0"/>
      </w:pPr>
      <w:r>
        <w:rPr>
          <w:rFonts w:ascii="Arial" w:hAnsi="Arial"/>
          <w:sz w:val="22"/>
        </w:rPr>
        <w:t>What can I say? But yeah, I mean, Disney would never have done that anyway because it was 1989. And they are a little bit still a bit scared of talking about high visibility in I mean, Finding Nemo has a gimpy fin. We're still I mean, generally across the bord with Disney, there's still work to be done about repping minorities.</w:t>
      </w:r>
    </w:p>
    <w:p>
      <w:pPr>
        <w:spacing w:after="0"/>
      </w:pPr>
    </w:p>
    <w:p>
      <w:pPr>
        <w:spacing w:after="0"/>
      </w:pPr>
      <w:r>
        <w:rPr>
          <w:rFonts w:ascii="Arial" w:hAnsi="Arial"/>
          <w:b/>
          <w:sz w:val="22"/>
        </w:rPr>
        <w:t xml:space="preserve">Lucy  </w:t>
      </w:r>
      <w:r>
        <w:rPr>
          <w:rFonts w:ascii="Arial" w:hAnsi="Arial"/>
          <w:color w:val="5D7284"/>
          <w:sz w:val="22"/>
        </w:rPr>
        <w:t>1:11:25</w:t>
      </w:r>
    </w:p>
    <w:p>
      <w:pPr>
        <w:spacing w:after="0"/>
      </w:pPr>
      <w:r>
        <w:rPr>
          <w:rFonts w:ascii="Arial" w:hAnsi="Arial"/>
          <w:sz w:val="22"/>
        </w:rPr>
        <w:t>But nevermind, they've got a mouse. You know what I mean? It's,</w:t>
      </w:r>
    </w:p>
    <w:p>
      <w:pPr>
        <w:spacing w:after="0"/>
      </w:pPr>
    </w:p>
    <w:p>
      <w:pPr>
        <w:spacing w:after="0"/>
      </w:pPr>
      <w:r>
        <w:rPr>
          <w:rFonts w:ascii="Arial" w:hAnsi="Arial"/>
          <w:b/>
          <w:sz w:val="22"/>
        </w:rPr>
        <w:t xml:space="preserve">Alice  </w:t>
      </w:r>
      <w:r>
        <w:rPr>
          <w:rFonts w:ascii="Arial" w:hAnsi="Arial"/>
          <w:color w:val="5D7284"/>
          <w:sz w:val="22"/>
        </w:rPr>
        <w:t>1:11:32</w:t>
      </w:r>
    </w:p>
    <w:p>
      <w:pPr>
        <w:spacing w:after="0"/>
      </w:pPr>
      <w:r>
        <w:rPr>
          <w:rFonts w:ascii="Arial" w:hAnsi="Arial"/>
          <w:sz w:val="22"/>
        </w:rPr>
        <w:t xml:space="preserve">I mean, he's basically a person in reverse blackface, so that's that's problematic and all itself. </w:t>
      </w:r>
    </w:p>
    <w:p>
      <w:pPr>
        <w:spacing w:after="0"/>
      </w:pPr>
    </w:p>
    <w:p>
      <w:pPr>
        <w:spacing w:after="0"/>
      </w:pPr>
      <w:r>
        <w:rPr>
          <w:rFonts w:ascii="Arial" w:hAnsi="Arial"/>
          <w:b/>
          <w:sz w:val="22"/>
        </w:rPr>
        <w:t xml:space="preserve">Lucy  </w:t>
      </w:r>
      <w:r>
        <w:rPr>
          <w:rFonts w:ascii="Arial" w:hAnsi="Arial"/>
          <w:color w:val="5D7284"/>
          <w:sz w:val="22"/>
        </w:rPr>
        <w:t>1:11:37</w:t>
      </w:r>
    </w:p>
    <w:p>
      <w:pPr>
        <w:spacing w:after="0"/>
      </w:pPr>
      <w:r>
        <w:rPr>
          <w:rFonts w:ascii="Arial" w:hAnsi="Arial"/>
          <w:sz w:val="22"/>
        </w:rPr>
        <w:t xml:space="preserve">I never thought about that. But yeah, you're right there. Yeah, it's um, but I never. I think it made doing this episode may possibly have ruined The Little Mermaid for me, even if it's the Disney versiona little bit. </w:t>
      </w:r>
    </w:p>
    <w:p>
      <w:pPr>
        <w:spacing w:after="0"/>
      </w:pPr>
    </w:p>
    <w:p>
      <w:pPr>
        <w:spacing w:after="0"/>
      </w:pPr>
      <w:r>
        <w:rPr>
          <w:rFonts w:ascii="Arial" w:hAnsi="Arial"/>
          <w:b/>
          <w:sz w:val="22"/>
        </w:rPr>
        <w:t xml:space="preserve">Alice  </w:t>
      </w:r>
      <w:r>
        <w:rPr>
          <w:rFonts w:ascii="Arial" w:hAnsi="Arial"/>
          <w:color w:val="5D7284"/>
          <w:sz w:val="22"/>
        </w:rPr>
        <w:t>1:11:54</w:t>
      </w:r>
    </w:p>
    <w:p>
      <w:pPr>
        <w:spacing w:after="0"/>
      </w:pPr>
      <w:r>
        <w:rPr>
          <w:rFonts w:ascii="Arial" w:hAnsi="Arial"/>
          <w:sz w:val="22"/>
        </w:rPr>
        <w:t xml:space="preserve">So you're gonna stop calling yourself a mermaid? </w:t>
      </w:r>
    </w:p>
    <w:p>
      <w:pPr>
        <w:spacing w:after="0"/>
      </w:pPr>
    </w:p>
    <w:p>
      <w:pPr>
        <w:spacing w:after="0"/>
      </w:pPr>
      <w:r>
        <w:rPr>
          <w:rFonts w:ascii="Arial" w:hAnsi="Arial"/>
          <w:b/>
          <w:sz w:val="22"/>
        </w:rPr>
        <w:t xml:space="preserve">Lucy  </w:t>
      </w:r>
      <w:r>
        <w:rPr>
          <w:rFonts w:ascii="Arial" w:hAnsi="Arial"/>
          <w:color w:val="5D7284"/>
          <w:sz w:val="22"/>
        </w:rPr>
        <w:t>1:11:57</w:t>
      </w:r>
    </w:p>
    <w:p>
      <w:pPr>
        <w:spacing w:after="0"/>
      </w:pPr>
      <w:r>
        <w:rPr>
          <w:rFonts w:ascii="Arial" w:hAnsi="Arial"/>
          <w:sz w:val="22"/>
        </w:rPr>
        <w:t>No I'm not because I like the water. I think I am. I was a mermaid. I like water, I like being on water, in water. By water. Just splashing about basically. I'm not very good swimmer. Well, mum says I am considering my legs don't work. My legs don't work. Exactly you see!. And what I am planning to do in my old age, is get one of those blankets that are like a mermaid tail. And just sit there falling all the kids going yeah I'm a mermaid. But shh don't tell anybody Just wind them up a bit. You know? Never lose your sense of humour.</w:t>
      </w:r>
    </w:p>
    <w:p>
      <w:pPr>
        <w:spacing w:after="0"/>
      </w:pPr>
    </w:p>
    <w:p>
      <w:pPr>
        <w:spacing w:after="0"/>
      </w:pPr>
      <w:r>
        <w:rPr>
          <w:rFonts w:ascii="Arial" w:hAnsi="Arial"/>
          <w:b/>
          <w:sz w:val="22"/>
        </w:rPr>
        <w:t xml:space="preserve">Alice  </w:t>
      </w:r>
      <w:r>
        <w:rPr>
          <w:rFonts w:ascii="Arial" w:hAnsi="Arial"/>
          <w:color w:val="5D7284"/>
          <w:sz w:val="22"/>
        </w:rPr>
        <w:t>1:12:31</w:t>
      </w:r>
    </w:p>
    <w:p>
      <w:pPr>
        <w:spacing w:after="0"/>
      </w:pPr>
      <w:r>
        <w:rPr>
          <w:rFonts w:ascii="Arial" w:hAnsi="Arial"/>
          <w:sz w:val="22"/>
        </w:rPr>
        <w:t>Yeah, that's, um, I don't understand why you're waiting to your older?</w:t>
      </w:r>
    </w:p>
    <w:p>
      <w:pPr>
        <w:spacing w:after="0"/>
      </w:pPr>
    </w:p>
    <w:p>
      <w:pPr>
        <w:spacing w:after="0"/>
      </w:pPr>
      <w:r>
        <w:rPr>
          <w:rFonts w:ascii="Arial" w:hAnsi="Arial"/>
          <w:b/>
          <w:sz w:val="22"/>
        </w:rPr>
        <w:t xml:space="preserve">Lucy  </w:t>
      </w:r>
      <w:r>
        <w:rPr>
          <w:rFonts w:ascii="Arial" w:hAnsi="Arial"/>
          <w:color w:val="5D7284"/>
          <w:sz w:val="22"/>
        </w:rPr>
        <w:t>1:12:36</w:t>
      </w:r>
    </w:p>
    <w:p>
      <w:pPr>
        <w:spacing w:after="0"/>
      </w:pPr>
      <w:r>
        <w:rPr>
          <w:rFonts w:ascii="Arial" w:hAnsi="Arial"/>
          <w:sz w:val="22"/>
        </w:rPr>
        <w:t xml:space="preserve"> I could do that for my birthday. Like stand on the edge of the road. I'm a Little Mermaid. (laughing) Yeah, there we go. So yes, that's The Little Mermaid for you.</w:t>
      </w:r>
    </w:p>
    <w:p>
      <w:pPr>
        <w:spacing w:after="0"/>
      </w:pPr>
    </w:p>
    <w:p>
      <w:pPr>
        <w:spacing w:after="0"/>
      </w:pPr>
      <w:r>
        <w:rPr>
          <w:rFonts w:ascii="Arial" w:hAnsi="Arial"/>
          <w:b/>
          <w:sz w:val="22"/>
        </w:rPr>
        <w:t xml:space="preserve">Alice  </w:t>
      </w:r>
      <w:r>
        <w:rPr>
          <w:rFonts w:ascii="Arial" w:hAnsi="Arial"/>
          <w:color w:val="5D7284"/>
          <w:sz w:val="22"/>
        </w:rPr>
        <w:t>1:12:49</w:t>
      </w:r>
    </w:p>
    <w:p>
      <w:pPr>
        <w:spacing w:after="0"/>
      </w:pPr>
      <w:r>
        <w:rPr>
          <w:rFonts w:ascii="Arial" w:hAnsi="Arial"/>
          <w:sz w:val="22"/>
        </w:rPr>
        <w:t>Interesting.</w:t>
      </w:r>
    </w:p>
    <w:p>
      <w:pPr>
        <w:spacing w:after="0"/>
      </w:pPr>
    </w:p>
    <w:p>
      <w:pPr>
        <w:spacing w:after="0"/>
      </w:pPr>
      <w:r>
        <w:rPr>
          <w:rFonts w:ascii="Arial" w:hAnsi="Arial"/>
          <w:b/>
          <w:sz w:val="22"/>
        </w:rPr>
        <w:t xml:space="preserve">Lucy  </w:t>
      </w:r>
      <w:r>
        <w:rPr>
          <w:rFonts w:ascii="Arial" w:hAnsi="Arial"/>
          <w:color w:val="5D7284"/>
          <w:sz w:val="22"/>
        </w:rPr>
        <w:t>1:12:52</w:t>
      </w:r>
    </w:p>
    <w:p>
      <w:pPr>
        <w:spacing w:after="0"/>
      </w:pPr>
      <w:r>
        <w:rPr>
          <w:rFonts w:ascii="Arial" w:hAnsi="Arial"/>
          <w:sz w:val="22"/>
        </w:rPr>
        <w:t xml:space="preserve"> I hope I've not ruined it for you. Like it's ruined it for me. Also, Hans Christian Andersen is an arse. </w:t>
      </w:r>
    </w:p>
    <w:p>
      <w:pPr>
        <w:spacing w:after="0"/>
      </w:pPr>
    </w:p>
    <w:p>
      <w:pPr>
        <w:spacing w:after="0"/>
      </w:pPr>
      <w:r>
        <w:rPr>
          <w:rFonts w:ascii="Arial" w:hAnsi="Arial"/>
          <w:b/>
          <w:sz w:val="22"/>
        </w:rPr>
        <w:t xml:space="preserve">Alice  </w:t>
      </w:r>
      <w:r>
        <w:rPr>
          <w:rFonts w:ascii="Arial" w:hAnsi="Arial"/>
          <w:color w:val="5D7284"/>
          <w:sz w:val="22"/>
        </w:rPr>
        <w:t>1:13:00</w:t>
      </w:r>
    </w:p>
    <w:p>
      <w:pPr>
        <w:spacing w:after="0"/>
      </w:pPr>
      <w:r>
        <w:rPr>
          <w:rFonts w:ascii="Arial" w:hAnsi="Arial"/>
          <w:sz w:val="22"/>
        </w:rPr>
        <w:t>Yeah you mentioned that first started recording, any particular reason?</w:t>
      </w:r>
    </w:p>
    <w:p>
      <w:pPr>
        <w:spacing w:after="0"/>
      </w:pPr>
    </w:p>
    <w:p>
      <w:pPr>
        <w:spacing w:after="0"/>
      </w:pPr>
      <w:r>
        <w:rPr>
          <w:rFonts w:ascii="Arial" w:hAnsi="Arial"/>
          <w:b/>
          <w:sz w:val="22"/>
        </w:rPr>
        <w:t xml:space="preserve">Lucy  </w:t>
      </w:r>
      <w:r>
        <w:rPr>
          <w:rFonts w:ascii="Arial" w:hAnsi="Arial"/>
          <w:color w:val="5D7284"/>
          <w:sz w:val="22"/>
        </w:rPr>
        <w:t>1:13:05</w:t>
      </w:r>
    </w:p>
    <w:p>
      <w:pPr>
        <w:spacing w:after="0"/>
      </w:pPr>
      <w:r>
        <w:rPr>
          <w:rFonts w:ascii="Arial" w:hAnsi="Arial"/>
          <w:sz w:val="22"/>
        </w:rPr>
        <w:t>You know, he was he was a great believer in telling children, that the natural order of things is you're right, if you're healthy, and if you're not, you're a bit weird and otherly. (Alice) Okay. Which I think is a little bit. I mean, back in s days, it was like, 18 What was it? 1820 something? I don't know Lucy you did the research. 1836 You know, so it's not it's not like a modern day, kind of witch hunter, he is a horrible, terrible, man. But at the same time, you're like, oh, okay, you're a bit. Yeah. You gonna fit? He, you know, by writing new stories, he's basically entrenched the belief in oh your weird.</w:t>
      </w:r>
    </w:p>
    <w:p>
      <w:pPr>
        <w:spacing w:after="0"/>
      </w:pPr>
    </w:p>
    <w:p>
      <w:pPr>
        <w:spacing w:after="0"/>
      </w:pPr>
      <w:r>
        <w:rPr>
          <w:rFonts w:ascii="Arial" w:hAnsi="Arial"/>
          <w:b/>
          <w:sz w:val="22"/>
        </w:rPr>
        <w:t xml:space="preserve">Alice  </w:t>
      </w:r>
      <w:r>
        <w:rPr>
          <w:rFonts w:ascii="Arial" w:hAnsi="Arial"/>
          <w:color w:val="5D7284"/>
          <w:sz w:val="22"/>
        </w:rPr>
        <w:t>1:13:46</w:t>
      </w:r>
    </w:p>
    <w:p>
      <w:pPr>
        <w:spacing w:after="0"/>
      </w:pPr>
      <w:r>
        <w:rPr>
          <w:rFonts w:ascii="Arial" w:hAnsi="Arial"/>
          <w:sz w:val="22"/>
        </w:rPr>
        <w:t>I think. Yeah, it's not surprising that a 19th century male author was not writing progressive fiction that well represented diversity and minorities. (Lucy) No.</w:t>
      </w:r>
    </w:p>
    <w:p>
      <w:pPr>
        <w:spacing w:after="0"/>
      </w:pPr>
    </w:p>
    <w:p>
      <w:pPr>
        <w:spacing w:after="0"/>
      </w:pPr>
      <w:r>
        <w:rPr>
          <w:rFonts w:ascii="Arial" w:hAnsi="Arial"/>
          <w:b/>
          <w:sz w:val="22"/>
        </w:rPr>
        <w:t xml:space="preserve">Lucy  </w:t>
      </w:r>
      <w:r>
        <w:rPr>
          <w:rFonts w:ascii="Arial" w:hAnsi="Arial"/>
          <w:color w:val="5D7284"/>
          <w:sz w:val="22"/>
        </w:rPr>
        <w:t>1:14:01</w:t>
      </w:r>
    </w:p>
    <w:p>
      <w:pPr>
        <w:spacing w:after="0"/>
      </w:pPr>
      <w:r>
        <w:rPr>
          <w:rFonts w:ascii="Arial" w:hAnsi="Arial"/>
          <w:sz w:val="22"/>
        </w:rPr>
        <w:t>But yeah, I'd still find it fascinating. Because I was getting into like, halfway done my research thinking there is not much disability in here. Uh huh! I've got it. But yeah,  I think it's been a really good discussion about you know, just because it doesn't necessarily refer to disability it can point out ableism and that kind of thing. And</w:t>
      </w:r>
    </w:p>
    <w:p>
      <w:pPr>
        <w:spacing w:after="0"/>
      </w:pPr>
    </w:p>
    <w:p>
      <w:pPr>
        <w:spacing w:after="0"/>
      </w:pPr>
      <w:r>
        <w:rPr>
          <w:rFonts w:ascii="Arial" w:hAnsi="Arial"/>
          <w:b/>
          <w:sz w:val="22"/>
        </w:rPr>
        <w:t xml:space="preserve">Alice  </w:t>
      </w:r>
      <w:r>
        <w:rPr>
          <w:rFonts w:ascii="Arial" w:hAnsi="Arial"/>
          <w:color w:val="5D7284"/>
          <w:sz w:val="22"/>
        </w:rPr>
        <w:t>1:14:26</w:t>
      </w:r>
    </w:p>
    <w:p>
      <w:pPr>
        <w:spacing w:after="0"/>
      </w:pPr>
      <w:r>
        <w:rPr>
          <w:rFonts w:ascii="Arial" w:hAnsi="Arial"/>
          <w:sz w:val="22"/>
        </w:rPr>
        <w:t>I think that was an interesting episode and I think hopefully you guys found it interesting. If you did find it interesting. You know, the drill. Please leave us a review on Apple podcasts or Spotify because reviews are a really important way of helping, you know, boosting podcasts by leaving good like positive reviews, five star ratings. It boosts us up and make sure that we are recommended to other people with similar listening habits to you and audience.</w:t>
      </w:r>
    </w:p>
    <w:p>
      <w:pPr>
        <w:spacing w:after="0"/>
      </w:pPr>
    </w:p>
    <w:p>
      <w:pPr>
        <w:spacing w:after="0"/>
      </w:pPr>
      <w:r>
        <w:rPr>
          <w:rFonts w:ascii="Arial" w:hAnsi="Arial"/>
          <w:b/>
          <w:sz w:val="22"/>
        </w:rPr>
        <w:t xml:space="preserve">Lucy  </w:t>
      </w:r>
      <w:r>
        <w:rPr>
          <w:rFonts w:ascii="Arial" w:hAnsi="Arial"/>
          <w:color w:val="5D7284"/>
          <w:sz w:val="22"/>
        </w:rPr>
        <w:t>1:15:04</w:t>
      </w:r>
    </w:p>
    <w:p>
      <w:pPr>
        <w:spacing w:after="0"/>
      </w:pPr>
      <w:r>
        <w:rPr>
          <w:rFonts w:ascii="Arial" w:hAnsi="Arial"/>
          <w:sz w:val="22"/>
        </w:rPr>
        <w:t xml:space="preserve"> And also it makes me very happy to read you like it and it's very surprising it's like oh, there's somebody said a nice thing. Thank you very much for that if you could do that, that we would love you forever.</w:t>
      </w:r>
    </w:p>
    <w:p>
      <w:pPr>
        <w:spacing w:after="0"/>
      </w:pPr>
    </w:p>
    <w:p>
      <w:pPr>
        <w:spacing w:after="0"/>
      </w:pPr>
      <w:r>
        <w:rPr>
          <w:rFonts w:ascii="Arial" w:hAnsi="Arial"/>
          <w:b/>
          <w:sz w:val="22"/>
        </w:rPr>
        <w:t xml:space="preserve">Alice  </w:t>
      </w:r>
      <w:r>
        <w:rPr>
          <w:rFonts w:ascii="Arial" w:hAnsi="Arial"/>
          <w:color w:val="5D7284"/>
          <w:sz w:val="22"/>
        </w:rPr>
        <w:t>1:15:19</w:t>
      </w:r>
    </w:p>
    <w:p>
      <w:pPr>
        <w:spacing w:after="0"/>
      </w:pPr>
      <w:r>
        <w:rPr>
          <w:rFonts w:ascii="Arial" w:hAnsi="Arial"/>
          <w:sz w:val="22"/>
        </w:rPr>
        <w:t>Lucy does need that reaffirmation from others. As we said she needs people to like her, I don't care. It would be great if you could do that anyway. Oh, yeah, no, I'm only in this for the big bucks that we're making off of it. (Lucy) Oh, yeah. Actually statute Luce.</w:t>
      </w:r>
    </w:p>
    <w:p>
      <w:pPr>
        <w:spacing w:after="0"/>
      </w:pPr>
    </w:p>
    <w:p>
      <w:pPr>
        <w:spacing w:after="0"/>
      </w:pPr>
      <w:r>
        <w:rPr>
          <w:rFonts w:ascii="Arial" w:hAnsi="Arial"/>
          <w:b/>
          <w:sz w:val="22"/>
        </w:rPr>
        <w:t xml:space="preserve">Lucy  </w:t>
      </w:r>
      <w:r>
        <w:rPr>
          <w:rFonts w:ascii="Arial" w:hAnsi="Arial"/>
          <w:color w:val="5D7284"/>
          <w:sz w:val="22"/>
        </w:rPr>
        <w:t>1:15:39</w:t>
      </w:r>
    </w:p>
    <w:p>
      <w:pPr>
        <w:spacing w:after="0"/>
      </w:pPr>
      <w:r>
        <w:rPr>
          <w:rFonts w:ascii="Arial" w:hAnsi="Arial"/>
          <w:sz w:val="22"/>
        </w:rPr>
        <w:t>Yeah £9.50 If that..</w:t>
      </w:r>
    </w:p>
    <w:p>
      <w:pPr>
        <w:spacing w:after="0"/>
      </w:pPr>
    </w:p>
    <w:p>
      <w:pPr>
        <w:spacing w:after="0"/>
      </w:pPr>
      <w:r>
        <w:rPr>
          <w:rFonts w:ascii="Arial" w:hAnsi="Arial"/>
          <w:b/>
          <w:sz w:val="22"/>
        </w:rPr>
        <w:t xml:space="preserve">Alice  </w:t>
      </w:r>
      <w:r>
        <w:rPr>
          <w:rFonts w:ascii="Arial" w:hAnsi="Arial"/>
          <w:color w:val="5D7284"/>
          <w:sz w:val="22"/>
        </w:rPr>
        <w:t>1:15:43</w:t>
      </w:r>
    </w:p>
    <w:p>
      <w:pPr>
        <w:spacing w:after="0"/>
      </w:pPr>
      <w:r>
        <w:rPr>
          <w:rFonts w:ascii="Arial" w:hAnsi="Arial"/>
          <w:sz w:val="22"/>
        </w:rPr>
        <w:t>I was gonna say we're not even making fucking 9.50 I don't know what you've got from.</w:t>
      </w:r>
    </w:p>
    <w:p>
      <w:pPr>
        <w:spacing w:after="0"/>
      </w:pPr>
    </w:p>
    <w:p>
      <w:pPr>
        <w:spacing w:after="0"/>
      </w:pPr>
      <w:r>
        <w:rPr>
          <w:rFonts w:ascii="Arial" w:hAnsi="Arial"/>
          <w:b/>
          <w:sz w:val="22"/>
        </w:rPr>
        <w:t xml:space="preserve">Lucy  </w:t>
      </w:r>
      <w:r>
        <w:rPr>
          <w:rFonts w:ascii="Arial" w:hAnsi="Arial"/>
          <w:color w:val="5D7284"/>
          <w:sz w:val="22"/>
        </w:rPr>
        <w:t>1:15:50</w:t>
      </w:r>
    </w:p>
    <w:p>
      <w:pPr>
        <w:spacing w:after="0"/>
      </w:pPr>
      <w:r>
        <w:rPr>
          <w:rFonts w:ascii="Arial" w:hAnsi="Arial"/>
          <w:sz w:val="22"/>
        </w:rPr>
        <w:t>Listen, I'm terrible with numbers. Don't give me the don't get me the balance sheet.</w:t>
      </w:r>
    </w:p>
    <w:p>
      <w:pPr>
        <w:spacing w:after="0"/>
      </w:pPr>
    </w:p>
    <w:p>
      <w:pPr>
        <w:spacing w:after="0"/>
      </w:pPr>
      <w:r>
        <w:rPr>
          <w:rFonts w:ascii="Arial" w:hAnsi="Arial"/>
          <w:b/>
          <w:sz w:val="22"/>
        </w:rPr>
        <w:t xml:space="preserve">Alice  </w:t>
      </w:r>
      <w:r>
        <w:rPr>
          <w:rFonts w:ascii="Arial" w:hAnsi="Arial"/>
          <w:color w:val="5D7284"/>
          <w:sz w:val="22"/>
        </w:rPr>
        <w:t>1:15:55</w:t>
      </w:r>
    </w:p>
    <w:p>
      <w:pPr>
        <w:spacing w:after="0"/>
      </w:pPr>
      <w:r>
        <w:rPr>
          <w:rFonts w:ascii="Arial" w:hAnsi="Arial"/>
          <w:sz w:val="22"/>
        </w:rPr>
        <w:t>So if you guys want more myths in your lives, then go back and listen to our Changling episode. We've also got an episode about Odin, the Norse mythical Norse god. If you want more ableism in your lives, then. I mean, just go outside. (Lucy) Yeah, (laughs). If you want more podcasts about ableism in your lives. We had a great chat with Gem Turner in August last year. She is brilliant. We absolutely adore Gem. And that was a really interesting episode. I think that's everything from us for this week.</w:t>
      </w:r>
    </w:p>
    <w:p>
      <w:pPr>
        <w:spacing w:after="0"/>
      </w:pPr>
    </w:p>
    <w:p>
      <w:pPr>
        <w:spacing w:after="0"/>
      </w:pPr>
      <w:r>
        <w:rPr>
          <w:rFonts w:ascii="Arial" w:hAnsi="Arial"/>
          <w:b/>
          <w:sz w:val="22"/>
        </w:rPr>
        <w:t xml:space="preserve">Lucy  </w:t>
      </w:r>
      <w:r>
        <w:rPr>
          <w:rFonts w:ascii="Arial" w:hAnsi="Arial"/>
          <w:color w:val="5D7284"/>
          <w:sz w:val="22"/>
        </w:rPr>
        <w:t>1:16:39</w:t>
      </w:r>
    </w:p>
    <w:p>
      <w:pPr>
        <w:spacing w:after="0"/>
      </w:pPr>
      <w:r>
        <w:rPr>
          <w:rFonts w:ascii="Arial" w:hAnsi="Arial"/>
          <w:sz w:val="22"/>
        </w:rPr>
        <w:t>I think so.</w:t>
      </w:r>
    </w:p>
    <w:p>
      <w:pPr>
        <w:spacing w:after="0"/>
      </w:pPr>
    </w:p>
    <w:p>
      <w:pPr>
        <w:spacing w:after="0"/>
      </w:pPr>
      <w:r>
        <w:rPr>
          <w:rFonts w:ascii="Arial" w:hAnsi="Arial"/>
          <w:b/>
          <w:sz w:val="22"/>
        </w:rPr>
        <w:t xml:space="preserve">Alice  </w:t>
      </w:r>
      <w:r>
        <w:rPr>
          <w:rFonts w:ascii="Arial" w:hAnsi="Arial"/>
          <w:color w:val="5D7284"/>
          <w:sz w:val="22"/>
        </w:rPr>
        <w:t>1:16:41</w:t>
      </w:r>
    </w:p>
    <w:p>
      <w:pPr>
        <w:spacing w:after="0"/>
      </w:pPr>
      <w:r>
        <w:rPr>
          <w:rFonts w:ascii="Arial" w:hAnsi="Arial"/>
          <w:sz w:val="22"/>
        </w:rPr>
        <w:t>We'll see you guys next time. (Lucy) Buh Bye. Bye. Thanks for listening to the lABLEd Podcast. If you liked the show, you can rate review and subscribe and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1:16:54</w:t>
      </w:r>
    </w:p>
    <w:p>
      <w:pPr>
        <w:spacing w:after="0"/>
      </w:pPr>
      <w:r>
        <w:rPr>
          <w:rFonts w:ascii="Arial" w:hAnsi="Arial"/>
          <w:sz w:val="22"/>
        </w:rPr>
        <w:t>This episode was edited by Adam Hull, your music was done by Maisie Cundon.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