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38 Emily Davison</w:t>
      </w:r>
    </w:p>
    <w:p>
      <w:r>
        <w:rPr>
          <w:rFonts w:ascii="Arial" w:hAnsi="Arial"/>
          <w:color w:val="4F6880"/>
          <w:sz w:val="22"/>
        </w:rPr>
        <w:t>Sun, Oct 16, 2022 6:34PM • 1:16:09</w:t>
      </w:r>
    </w:p>
    <w:p>
      <w:pPr>
        <w:spacing w:before="440" w:after="0"/>
      </w:pPr>
      <w:r>
        <w:rPr>
          <w:rFonts w:ascii="Arial" w:hAnsi="Arial"/>
          <w:b/>
          <w:color w:val="4F6880"/>
          <w:sz w:val="22"/>
        </w:rPr>
        <w:t>SUMMARY KEYWORDS</w:t>
      </w:r>
    </w:p>
    <w:p>
      <w:r>
        <w:rPr>
          <w:rFonts w:ascii="Arial" w:hAnsi="Arial"/>
          <w:color w:val="4F6880"/>
          <w:sz w:val="22"/>
        </w:rPr>
        <w:t>lucy, alice, dog, people, mum, emily, laughing, makeup, disabled, bit, literally, hair, disability, lola, wear, eyes, put, job, face, pumpkin</w:t>
      </w:r>
    </w:p>
    <w:p>
      <w:pPr>
        <w:spacing w:before="440" w:after="0"/>
      </w:pPr>
      <w:r>
        <w:rPr>
          <w:rFonts w:ascii="Arial" w:hAnsi="Arial"/>
          <w:b/>
          <w:color w:val="4F6880"/>
          <w:sz w:val="22"/>
        </w:rPr>
        <w:t>SPEAKERS</w:t>
      </w:r>
    </w:p>
    <w:p>
      <w:r>
        <w:rPr>
          <w:rFonts w:ascii="Arial" w:hAnsi="Arial"/>
          <w:color w:val="4F6880"/>
          <w:sz w:val="22"/>
        </w:rPr>
        <w:t>Theme Tune, Disclaimer, Emily,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kaleidoscope identity cos this is who I'm meant to be.I'm just labeled me. I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Hey everyone, welcome to another episode of The lABLEd Podcast with me Alice and Lucy over there. (Lucy) Hello. Hello. I've very nearly said with me Lucy and Alice over there but that's not right. (Lucy laughs)</w:t>
      </w:r>
    </w:p>
    <w:p>
      <w:pPr>
        <w:spacing w:after="0"/>
      </w:pPr>
    </w:p>
    <w:p>
      <w:pPr>
        <w:spacing w:after="0"/>
      </w:pPr>
      <w:r>
        <w:rPr>
          <w:rFonts w:ascii="Arial" w:hAnsi="Arial"/>
          <w:b/>
          <w:sz w:val="22"/>
        </w:rPr>
        <w:t xml:space="preserve">Lucy  </w:t>
      </w:r>
      <w:r>
        <w:rPr>
          <w:rFonts w:ascii="Arial" w:hAnsi="Arial"/>
          <w:color w:val="5D7284"/>
          <w:sz w:val="22"/>
        </w:rPr>
        <w:t>00:57</w:t>
      </w:r>
    </w:p>
    <w:p>
      <w:pPr>
        <w:spacing w:after="0"/>
      </w:pPr>
      <w:r>
        <w:rPr>
          <w:rFonts w:ascii="Arial" w:hAnsi="Arial"/>
          <w:sz w:val="22"/>
        </w:rPr>
        <w:t>I'm over here. You're over there.</w:t>
      </w:r>
    </w:p>
    <w:p>
      <w:pPr>
        <w:spacing w:after="0"/>
      </w:pPr>
    </w:p>
    <w:p>
      <w:pPr>
        <w:spacing w:after="0"/>
      </w:pPr>
      <w:r>
        <w:rPr>
          <w:rFonts w:ascii="Arial" w:hAnsi="Arial"/>
          <w:b/>
          <w:sz w:val="22"/>
        </w:rPr>
        <w:t xml:space="preserve">Alice  </w:t>
      </w:r>
      <w:r>
        <w:rPr>
          <w:rFonts w:ascii="Arial" w:hAnsi="Arial"/>
          <w:color w:val="5D7284"/>
          <w:sz w:val="22"/>
        </w:rPr>
        <w:t>00:59</w:t>
      </w:r>
    </w:p>
    <w:p>
      <w:pPr>
        <w:spacing w:after="0"/>
      </w:pPr>
      <w:r>
        <w:rPr>
          <w:rFonts w:ascii="Arial" w:hAnsi="Arial"/>
          <w:sz w:val="22"/>
        </w:rPr>
        <w:t>Yeah, yeah I know who I am. I'm fine</w:t>
      </w:r>
    </w:p>
    <w:p>
      <w:pPr>
        <w:spacing w:after="0"/>
      </w:pPr>
    </w:p>
    <w:p>
      <w:pPr>
        <w:spacing w:after="0"/>
      </w:pPr>
      <w:r>
        <w:rPr>
          <w:rFonts w:ascii="Arial" w:hAnsi="Arial"/>
          <w:b/>
          <w:sz w:val="22"/>
        </w:rPr>
        <w:t xml:space="preserve">Lucy  </w:t>
      </w:r>
      <w:r>
        <w:rPr>
          <w:rFonts w:ascii="Arial" w:hAnsi="Arial"/>
          <w:color w:val="5D7284"/>
          <w:sz w:val="22"/>
        </w:rPr>
        <w:t>01:01</w:t>
      </w:r>
    </w:p>
    <w:p>
      <w:pPr>
        <w:spacing w:after="0"/>
      </w:pPr>
      <w:r>
        <w:rPr>
          <w:rFonts w:ascii="Arial" w:hAnsi="Arial"/>
          <w:sz w:val="22"/>
        </w:rPr>
        <w:t>Yeah, it's  going very well this morning, isn't it? Alice? You've already told me so far I'm echoing that sound like I'm in the toilet. Take the pop shield off, blow it and put it back on again. And it seems to be fine. And I told you to turn your volume down cuz you're shouting in my ears.</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 xml:space="preserve">Yeah, we're....(Lucy) glamour. It's super professional here. Oh yeah. Glamorous in particularly. I'm looking at myself on the camera right now realizing just how gross and dirty my hair is. </w:t>
      </w:r>
    </w:p>
    <w:p>
      <w:pPr>
        <w:spacing w:after="0"/>
      </w:pPr>
    </w:p>
    <w:p>
      <w:pPr>
        <w:spacing w:after="0"/>
      </w:pPr>
      <w:r>
        <w:rPr>
          <w:rFonts w:ascii="Arial" w:hAnsi="Arial"/>
          <w:b/>
          <w:sz w:val="22"/>
        </w:rPr>
        <w:t xml:space="preserve">Lucy  </w:t>
      </w:r>
      <w:r>
        <w:rPr>
          <w:rFonts w:ascii="Arial" w:hAnsi="Arial"/>
          <w:color w:val="5D7284"/>
          <w:sz w:val="22"/>
        </w:rPr>
        <w:t>01:33</w:t>
      </w:r>
    </w:p>
    <w:p>
      <w:pPr>
        <w:spacing w:after="0"/>
      </w:pPr>
      <w:r>
        <w:rPr>
          <w:rFonts w:ascii="Arial" w:hAnsi="Arial"/>
          <w:sz w:val="22"/>
        </w:rPr>
        <w:t>It is horrific isn't it? This whole like podcasting and people wanting to see one another, why are you doing it to us? stop it!</w:t>
      </w:r>
    </w:p>
    <w:p>
      <w:pPr>
        <w:spacing w:after="0"/>
      </w:pPr>
    </w:p>
    <w:p>
      <w:pPr>
        <w:spacing w:after="0"/>
      </w:pPr>
      <w:r>
        <w:rPr>
          <w:rFonts w:ascii="Arial" w:hAnsi="Arial"/>
          <w:b/>
          <w:sz w:val="22"/>
        </w:rPr>
        <w:t xml:space="preserve">Disclaimer  </w:t>
      </w:r>
      <w:r>
        <w:rPr>
          <w:rFonts w:ascii="Arial" w:hAnsi="Arial"/>
          <w:color w:val="5D7284"/>
          <w:sz w:val="22"/>
        </w:rPr>
        <w:t>01:40</w:t>
      </w:r>
    </w:p>
    <w:p>
      <w:pPr>
        <w:spacing w:after="0"/>
      </w:pPr>
      <w:r>
        <w:rPr>
          <w:rFonts w:ascii="Arial" w:hAnsi="Arial"/>
          <w:sz w:val="22"/>
        </w:rPr>
        <w:t>And I have got my dressing gown on because it is freezing.</w:t>
      </w:r>
    </w:p>
    <w:p>
      <w:pPr>
        <w:spacing w:after="0"/>
      </w:pPr>
    </w:p>
    <w:p>
      <w:pPr>
        <w:spacing w:after="0"/>
      </w:pPr>
      <w:r>
        <w:rPr>
          <w:rFonts w:ascii="Arial" w:hAnsi="Arial"/>
          <w:b/>
          <w:sz w:val="22"/>
        </w:rPr>
        <w:t xml:space="preserve">Lucy  </w:t>
      </w:r>
      <w:r>
        <w:rPr>
          <w:rFonts w:ascii="Arial" w:hAnsi="Arial"/>
          <w:color w:val="5D7284"/>
          <w:sz w:val="22"/>
        </w:rPr>
        <w:t>01:45</w:t>
      </w:r>
    </w:p>
    <w:p>
      <w:pPr>
        <w:spacing w:after="0"/>
      </w:pPr>
      <w:r>
        <w:rPr>
          <w:rFonts w:ascii="Arial" w:hAnsi="Arial"/>
          <w:sz w:val="22"/>
        </w:rPr>
        <w:t>Yeah. I think all of our... Everybody on this podcast today is wearing some form of dressing gown. Yes, it's the uniform.</w:t>
      </w:r>
    </w:p>
    <w:p>
      <w:pPr>
        <w:spacing w:after="0"/>
      </w:pPr>
    </w:p>
    <w:p>
      <w:pPr>
        <w:spacing w:after="0"/>
      </w:pPr>
      <w:r>
        <w:rPr>
          <w:rFonts w:ascii="Arial" w:hAnsi="Arial"/>
          <w:b/>
          <w:sz w:val="22"/>
        </w:rPr>
        <w:t xml:space="preserve">Alice  </w:t>
      </w:r>
      <w:r>
        <w:rPr>
          <w:rFonts w:ascii="Arial" w:hAnsi="Arial"/>
          <w:color w:val="5D7284"/>
          <w:sz w:val="22"/>
        </w:rPr>
        <w:t>01:56</w:t>
      </w:r>
    </w:p>
    <w:p>
      <w:pPr>
        <w:spacing w:after="0"/>
      </w:pPr>
      <w:r>
        <w:rPr>
          <w:rFonts w:ascii="Arial" w:hAnsi="Arial"/>
          <w:sz w:val="22"/>
        </w:rPr>
        <w:t>It's chilly out there guys.</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Get a cup of tea and enjoy this episode.</w:t>
      </w:r>
    </w:p>
    <w:p>
      <w:pPr>
        <w:spacing w:after="0"/>
      </w:pPr>
    </w:p>
    <w:p>
      <w:pPr>
        <w:spacing w:after="0"/>
      </w:pPr>
      <w:r>
        <w:rPr>
          <w:rFonts w:ascii="Arial" w:hAnsi="Arial"/>
          <w:b/>
          <w:sz w:val="22"/>
        </w:rPr>
        <w:t xml:space="preserve">Disclaimer  </w:t>
      </w:r>
      <w:r>
        <w:rPr>
          <w:rFonts w:ascii="Arial" w:hAnsi="Arial"/>
          <w:color w:val="5D7284"/>
          <w:sz w:val="22"/>
        </w:rPr>
        <w:t>02:03</w:t>
      </w:r>
    </w:p>
    <w:p>
      <w:pPr>
        <w:spacing w:after="0"/>
      </w:pPr>
      <w:r>
        <w:rPr>
          <w:rFonts w:ascii="Arial" w:hAnsi="Arial"/>
          <w:sz w:val="22"/>
        </w:rPr>
        <w:t xml:space="preserve"> I think it's it's rather ironic that I looked like I've been dragged through a hedge backwards and I'm still in my pajamas. (Lucy laughs)</w:t>
      </w:r>
    </w:p>
    <w:p>
      <w:pPr>
        <w:spacing w:after="0"/>
      </w:pPr>
    </w:p>
    <w:p>
      <w:pPr>
        <w:spacing w:after="0"/>
      </w:pPr>
      <w:r>
        <w:rPr>
          <w:rFonts w:ascii="Arial" w:hAnsi="Arial"/>
          <w:b/>
          <w:sz w:val="22"/>
        </w:rPr>
        <w:t xml:space="preserve">Lucy  </w:t>
      </w:r>
      <w:r>
        <w:rPr>
          <w:rFonts w:ascii="Arial" w:hAnsi="Arial"/>
          <w:color w:val="5D7284"/>
          <w:sz w:val="22"/>
        </w:rPr>
        <w:t>02:11</w:t>
      </w:r>
    </w:p>
    <w:p>
      <w:pPr>
        <w:spacing w:after="0"/>
      </w:pPr>
      <w:r>
        <w:rPr>
          <w:rFonts w:ascii="Arial" w:hAnsi="Arial"/>
          <w:sz w:val="22"/>
        </w:rPr>
        <w:t>I did say....Alice have we just got you up? You're like no I've been I've been awake a while.</w:t>
      </w:r>
    </w:p>
    <w:p>
      <w:pPr>
        <w:spacing w:after="0"/>
      </w:pPr>
    </w:p>
    <w:p>
      <w:pPr>
        <w:spacing w:after="0"/>
      </w:pPr>
      <w:r>
        <w:rPr>
          <w:rFonts w:ascii="Arial" w:hAnsi="Arial"/>
          <w:b/>
          <w:sz w:val="22"/>
        </w:rPr>
        <w:t xml:space="preserve">Alice  </w:t>
      </w:r>
      <w:r>
        <w:rPr>
          <w:rFonts w:ascii="Arial" w:hAnsi="Arial"/>
          <w:color w:val="5D7284"/>
          <w:sz w:val="22"/>
        </w:rPr>
        <w:t>02:19</w:t>
      </w:r>
    </w:p>
    <w:p>
      <w:pPr>
        <w:spacing w:after="0"/>
      </w:pPr>
      <w:r>
        <w:rPr>
          <w:rFonts w:ascii="Arial" w:hAnsi="Arial"/>
          <w:sz w:val="22"/>
        </w:rPr>
        <w:t>But it's ironic considering who our guest is today because I stumbled across our guest ages ago, years ago. Because she is a blind beauty and fashion blogger and so me here with my disgusting hair and my eyelashes that I've got about four eyelashes on one eye. (Lucy laughs)</w:t>
      </w:r>
    </w:p>
    <w:p>
      <w:pPr>
        <w:spacing w:after="0"/>
      </w:pPr>
    </w:p>
    <w:p>
      <w:pPr>
        <w:spacing w:after="0"/>
      </w:pPr>
      <w:r>
        <w:rPr>
          <w:rFonts w:ascii="Arial" w:hAnsi="Arial"/>
          <w:b/>
          <w:sz w:val="22"/>
        </w:rPr>
        <w:t xml:space="preserve">Lucy  </w:t>
      </w:r>
      <w:r>
        <w:rPr>
          <w:rFonts w:ascii="Arial" w:hAnsi="Arial"/>
          <w:color w:val="5D7284"/>
          <w:sz w:val="22"/>
        </w:rPr>
        <w:t>02:43</w:t>
      </w:r>
    </w:p>
    <w:p>
      <w:pPr>
        <w:spacing w:after="0"/>
      </w:pPr>
      <w:r>
        <w:rPr>
          <w:rFonts w:ascii="Arial" w:hAnsi="Arial"/>
          <w:sz w:val="22"/>
        </w:rPr>
        <w:t>There's me with no makeup on my face whatsoever looking like I've been dragged through a hedge.</w:t>
      </w:r>
    </w:p>
    <w:p>
      <w:pPr>
        <w:spacing w:after="0"/>
      </w:pPr>
    </w:p>
    <w:p>
      <w:pPr>
        <w:spacing w:after="0"/>
      </w:pPr>
      <w:r>
        <w:rPr>
          <w:rFonts w:ascii="Arial" w:hAnsi="Arial"/>
          <w:b/>
          <w:sz w:val="22"/>
        </w:rPr>
        <w:t xml:space="preserve">Alice  </w:t>
      </w:r>
      <w:r>
        <w:rPr>
          <w:rFonts w:ascii="Arial" w:hAnsi="Arial"/>
          <w:color w:val="5D7284"/>
          <w:sz w:val="22"/>
        </w:rPr>
        <w:t>02:49</w:t>
      </w:r>
    </w:p>
    <w:p>
      <w:pPr>
        <w:spacing w:after="0"/>
      </w:pPr>
      <w:r>
        <w:rPr>
          <w:rFonts w:ascii="Arial" w:hAnsi="Arial"/>
          <w:sz w:val="22"/>
        </w:rPr>
        <w:t>In our dressing gown. (Lucy) Yeah welcome, Emily.</w:t>
      </w:r>
    </w:p>
    <w:p>
      <w:pPr>
        <w:spacing w:after="0"/>
      </w:pPr>
    </w:p>
    <w:p>
      <w:pPr>
        <w:spacing w:after="0"/>
      </w:pPr>
      <w:r>
        <w:rPr>
          <w:rFonts w:ascii="Arial" w:hAnsi="Arial"/>
          <w:b/>
          <w:sz w:val="22"/>
        </w:rPr>
        <w:t xml:space="preserve">Lucy  </w:t>
      </w:r>
      <w:r>
        <w:rPr>
          <w:rFonts w:ascii="Arial" w:hAnsi="Arial"/>
          <w:color w:val="5D7284"/>
          <w:sz w:val="22"/>
        </w:rPr>
        <w:t>02:51</w:t>
      </w:r>
    </w:p>
    <w:p>
      <w:pPr>
        <w:spacing w:after="0"/>
      </w:pPr>
      <w:r>
        <w:rPr>
          <w:rFonts w:ascii="Arial" w:hAnsi="Arial"/>
          <w:sz w:val="22"/>
        </w:rPr>
        <w:t>We've made an effort for you today.</w:t>
      </w:r>
    </w:p>
    <w:p>
      <w:pPr>
        <w:spacing w:after="0"/>
      </w:pPr>
    </w:p>
    <w:p>
      <w:pPr>
        <w:spacing w:after="0"/>
      </w:pPr>
      <w:r>
        <w:rPr>
          <w:rFonts w:ascii="Arial" w:hAnsi="Arial"/>
          <w:b/>
          <w:sz w:val="22"/>
        </w:rPr>
        <w:t xml:space="preserve">Emily  </w:t>
      </w:r>
      <w:r>
        <w:rPr>
          <w:rFonts w:ascii="Arial" w:hAnsi="Arial"/>
          <w:color w:val="5D7284"/>
          <w:sz w:val="22"/>
        </w:rPr>
        <w:t>02:56</w:t>
      </w:r>
    </w:p>
    <w:p>
      <w:pPr>
        <w:spacing w:after="0"/>
      </w:pPr>
      <w:r>
        <w:rPr>
          <w:rFonts w:ascii="Arial" w:hAnsi="Arial"/>
          <w:sz w:val="22"/>
        </w:rPr>
        <w:t xml:space="preserve">To be fair, to be honest, though, I'm not sure much better myself. I went out this morning to take some photos and the minute I got back in because I went out at six o'clock this morning. I was freezing. (Alice and Lucy) Wow! I got back in my pajamas because I'm very cold. So I'm trying to thaw out,it's not going very well. </w:t>
      </w:r>
    </w:p>
    <w:p>
      <w:pPr>
        <w:spacing w:after="0"/>
      </w:pPr>
    </w:p>
    <w:p>
      <w:pPr>
        <w:spacing w:after="0"/>
      </w:pPr>
      <w:r>
        <w:rPr>
          <w:rFonts w:ascii="Arial" w:hAnsi="Arial"/>
          <w:b/>
          <w:sz w:val="22"/>
        </w:rPr>
        <w:t xml:space="preserve">Lucy  </w:t>
      </w:r>
      <w:r>
        <w:rPr>
          <w:rFonts w:ascii="Arial" w:hAnsi="Arial"/>
          <w:color w:val="5D7284"/>
          <w:sz w:val="22"/>
        </w:rPr>
        <w:t>03:16</w:t>
      </w:r>
    </w:p>
    <w:p>
      <w:pPr>
        <w:spacing w:after="0"/>
      </w:pPr>
      <w:r>
        <w:rPr>
          <w:rFonts w:ascii="Arial" w:hAnsi="Arial"/>
          <w:sz w:val="22"/>
        </w:rPr>
        <w:t>No. Get a hot water bottle it will be fine your be alright. At six o'clock in the morning that is commitment to the cause that is!</w:t>
      </w:r>
    </w:p>
    <w:p>
      <w:pPr>
        <w:spacing w:after="0"/>
      </w:pPr>
    </w:p>
    <w:p>
      <w:pPr>
        <w:spacing w:after="0"/>
      </w:pPr>
      <w:r>
        <w:rPr>
          <w:rFonts w:ascii="Arial" w:hAnsi="Arial"/>
          <w:b/>
          <w:sz w:val="22"/>
        </w:rPr>
        <w:t xml:space="preserve">Emily  </w:t>
      </w:r>
      <w:r>
        <w:rPr>
          <w:rFonts w:ascii="Arial" w:hAnsi="Arial"/>
          <w:color w:val="5D7284"/>
          <w:sz w:val="22"/>
        </w:rPr>
        <w:t>03:26</w:t>
      </w:r>
    </w:p>
    <w:p>
      <w:pPr>
        <w:spacing w:after="0"/>
      </w:pPr>
      <w:r>
        <w:rPr>
          <w:rFonts w:ascii="Arial" w:hAnsi="Arial"/>
          <w:sz w:val="22"/>
        </w:rPr>
        <w:t>Yeah, well the thing is because I do it during the weekends when my mum can come and help me take photos. I have to do it as a when she can do it. And sometimes it's just easy to go out early and do photos, especially if there ones where you're going somewhere where it can get quite busy. Because it's just, It ruins the aesthetic if it's too busy and....</w:t>
      </w:r>
    </w:p>
    <w:p>
      <w:pPr>
        <w:spacing w:after="0"/>
      </w:pPr>
    </w:p>
    <w:p>
      <w:pPr>
        <w:spacing w:after="0"/>
      </w:pPr>
      <w:r>
        <w:rPr>
          <w:rFonts w:ascii="Arial" w:hAnsi="Arial"/>
          <w:b/>
          <w:sz w:val="22"/>
        </w:rPr>
        <w:t xml:space="preserve">Lucy  </w:t>
      </w:r>
      <w:r>
        <w:rPr>
          <w:rFonts w:ascii="Arial" w:hAnsi="Arial"/>
          <w:color w:val="5D7284"/>
          <w:sz w:val="22"/>
        </w:rPr>
        <w:t>03:44</w:t>
      </w:r>
    </w:p>
    <w:p>
      <w:pPr>
        <w:spacing w:after="0"/>
      </w:pPr>
      <w:r>
        <w:rPr>
          <w:rFonts w:ascii="Arial" w:hAnsi="Arial"/>
          <w:sz w:val="22"/>
        </w:rPr>
        <w:t>Yeah, yeah you don't have to magic erase people out of the background and that person. (Emily) It's the bane of my life. Yeah, I can't imagine. I can't imagine. You know, I mean, I started off when I started off at work. I started off putting my face on for work, even when I'm working from home like put my face on. I've always worked from home. For you know, meetings and stuff. Now they always say "Oh, Lucy always very glamorous" and I'm like yeah, well, this is my social event of the week and then the pandemic hit. And it was just like every man for himself really. I was like, This is what you getting now, from now on. It's just I get longer. I get longer in bed. I'm just incredibly lazy really Emily, so I admire your commitment to getting up, putting your face on it going out of the house.</w:t>
      </w:r>
    </w:p>
    <w:p>
      <w:pPr>
        <w:spacing w:after="0"/>
      </w:pPr>
    </w:p>
    <w:p>
      <w:pPr>
        <w:spacing w:after="0"/>
      </w:pPr>
      <w:r>
        <w:rPr>
          <w:rFonts w:ascii="Arial" w:hAnsi="Arial"/>
          <w:b/>
          <w:sz w:val="22"/>
        </w:rPr>
        <w:t xml:space="preserve">Disclaimer  </w:t>
      </w:r>
      <w:r>
        <w:rPr>
          <w:rFonts w:ascii="Arial" w:hAnsi="Arial"/>
          <w:color w:val="5D7284"/>
          <w:sz w:val="22"/>
        </w:rPr>
        <w:t>04:35</w:t>
      </w:r>
    </w:p>
    <w:p>
      <w:pPr>
        <w:spacing w:after="0"/>
      </w:pPr>
      <w:r>
        <w:rPr>
          <w:rFonts w:ascii="Arial" w:hAnsi="Arial"/>
          <w:sz w:val="22"/>
        </w:rPr>
        <w:t>Yeah, it's interesting because during the pandemic, my big thing is that I just I love my eyelash extensions. As a blind person trying to put mascara on. It's something I find particularly difficult. If I don't poke myself in the eye. I end up just with smudgy black bits just everywhere. (Lucy) Yeah. It was like going, I numerous times found myself on Emily's blog, just like how do I put blusher on? how do I put mascara on? I don't know what I'm doing.</w:t>
      </w:r>
    </w:p>
    <w:p>
      <w:pPr>
        <w:spacing w:after="0"/>
      </w:pPr>
    </w:p>
    <w:p>
      <w:pPr>
        <w:spacing w:after="0"/>
      </w:pPr>
      <w:r>
        <w:rPr>
          <w:rFonts w:ascii="Arial" w:hAnsi="Arial"/>
          <w:b/>
          <w:sz w:val="22"/>
        </w:rPr>
        <w:t xml:space="preserve">Lucy  </w:t>
      </w:r>
      <w:r>
        <w:rPr>
          <w:rFonts w:ascii="Arial" w:hAnsi="Arial"/>
          <w:color w:val="5D7284"/>
          <w:sz w:val="22"/>
        </w:rPr>
        <w:t>05:13</w:t>
      </w:r>
    </w:p>
    <w:p>
      <w:pPr>
        <w:spacing w:after="0"/>
      </w:pPr>
      <w:r>
        <w:rPr>
          <w:rFonts w:ascii="Arial" w:hAnsi="Arial"/>
          <w:sz w:val="22"/>
        </w:rPr>
        <w:t>Can I just say I think that every time I put my face on, I don't know what I'm doing, dont know what I'm doing. (Alice laughs)</w:t>
      </w:r>
    </w:p>
    <w:p>
      <w:pPr>
        <w:spacing w:after="0"/>
      </w:pPr>
    </w:p>
    <w:p>
      <w:pPr>
        <w:spacing w:after="0"/>
      </w:pPr>
      <w:r>
        <w:rPr>
          <w:rFonts w:ascii="Arial" w:hAnsi="Arial"/>
          <w:b/>
          <w:sz w:val="22"/>
        </w:rPr>
        <w:t xml:space="preserve">Alice  </w:t>
      </w:r>
      <w:r>
        <w:rPr>
          <w:rFonts w:ascii="Arial" w:hAnsi="Arial"/>
          <w:color w:val="5D7284"/>
          <w:sz w:val="22"/>
        </w:rPr>
        <w:t>05:19</w:t>
      </w:r>
    </w:p>
    <w:p>
      <w:pPr>
        <w:spacing w:after="0"/>
      </w:pPr>
      <w:r>
        <w:rPr>
          <w:rFonts w:ascii="Arial" w:hAnsi="Arial"/>
          <w:sz w:val="22"/>
        </w:rPr>
        <w:t>At least you can, you know, like, you can use YouTube videos and stuff like YouTube video so I've tried to watch this like this is how you want to do like a cat eye. And I'm like that was too fast and I didn't get that, what was that?</w:t>
      </w:r>
    </w:p>
    <w:p>
      <w:pPr>
        <w:spacing w:after="0"/>
      </w:pPr>
    </w:p>
    <w:p>
      <w:pPr>
        <w:spacing w:after="0"/>
      </w:pPr>
      <w:r>
        <w:rPr>
          <w:rFonts w:ascii="Arial" w:hAnsi="Arial"/>
          <w:b/>
          <w:sz w:val="22"/>
        </w:rPr>
        <w:t xml:space="preserve">Lucy  </w:t>
      </w:r>
      <w:r>
        <w:rPr>
          <w:rFonts w:ascii="Arial" w:hAnsi="Arial"/>
          <w:color w:val="5D7284"/>
          <w:sz w:val="22"/>
        </w:rPr>
        <w:t>05:34</w:t>
      </w:r>
    </w:p>
    <w:p>
      <w:pPr>
        <w:spacing w:after="0"/>
      </w:pPr>
      <w:r>
        <w:rPr>
          <w:rFonts w:ascii="Arial" w:hAnsi="Arial"/>
          <w:sz w:val="22"/>
        </w:rPr>
        <w:t>I gave up liquid eyeliner like years ago. I just can't do it. Can't do it. I can't shut my eye and draw at the same time.</w:t>
      </w:r>
    </w:p>
    <w:p>
      <w:pPr>
        <w:spacing w:after="0"/>
      </w:pPr>
    </w:p>
    <w:p>
      <w:pPr>
        <w:spacing w:after="0"/>
      </w:pPr>
      <w:r>
        <w:rPr>
          <w:rFonts w:ascii="Arial" w:hAnsi="Arial"/>
          <w:b/>
          <w:sz w:val="22"/>
        </w:rPr>
        <w:t xml:space="preserve">Disclaimer  </w:t>
      </w:r>
      <w:r>
        <w:rPr>
          <w:rFonts w:ascii="Arial" w:hAnsi="Arial"/>
          <w:color w:val="5D7284"/>
          <w:sz w:val="22"/>
        </w:rPr>
        <w:t>05:43</w:t>
      </w:r>
    </w:p>
    <w:p>
      <w:pPr>
        <w:spacing w:after="0"/>
      </w:pPr>
      <w:r>
        <w:rPr>
          <w:rFonts w:ascii="Arial" w:hAnsi="Arial"/>
          <w:sz w:val="22"/>
        </w:rPr>
        <w:t xml:space="preserve"> I can't do like the underneath bit, but I can do the top lash. But then I have to use.... and I can't use pencil pencils. I have to use like those soft pencils. (Lucy) Yeah, yeah. Yeah. It's a whole thing.</w:t>
      </w:r>
    </w:p>
    <w:p>
      <w:pPr>
        <w:spacing w:after="0"/>
      </w:pPr>
    </w:p>
    <w:p>
      <w:pPr>
        <w:spacing w:after="0"/>
      </w:pPr>
      <w:r>
        <w:rPr>
          <w:rFonts w:ascii="Arial" w:hAnsi="Arial"/>
          <w:b/>
          <w:sz w:val="22"/>
        </w:rPr>
        <w:t xml:space="preserve">Lucy  </w:t>
      </w:r>
      <w:r>
        <w:rPr>
          <w:rFonts w:ascii="Arial" w:hAnsi="Arial"/>
          <w:color w:val="5D7284"/>
          <w:sz w:val="22"/>
        </w:rPr>
        <w:t>05:57</w:t>
      </w:r>
    </w:p>
    <w:p>
      <w:pPr>
        <w:spacing w:after="0"/>
      </w:pPr>
      <w:r>
        <w:rPr>
          <w:rFonts w:ascii="Arial" w:hAnsi="Arial"/>
          <w:sz w:val="22"/>
        </w:rPr>
        <w:t>Emily, basically, we just need your help at all times. (Alice laughs)</w:t>
      </w:r>
    </w:p>
    <w:p>
      <w:pPr>
        <w:spacing w:after="0"/>
      </w:pPr>
    </w:p>
    <w:p>
      <w:pPr>
        <w:spacing w:after="0"/>
      </w:pPr>
      <w:r>
        <w:rPr>
          <w:rFonts w:ascii="Arial" w:hAnsi="Arial"/>
          <w:b/>
          <w:sz w:val="22"/>
        </w:rPr>
        <w:t xml:space="preserve">Alice  </w:t>
      </w:r>
      <w:r>
        <w:rPr>
          <w:rFonts w:ascii="Arial" w:hAnsi="Arial"/>
          <w:color w:val="5D7284"/>
          <w:sz w:val="22"/>
        </w:rPr>
        <w:t>06:01</w:t>
      </w:r>
    </w:p>
    <w:p>
      <w:pPr>
        <w:spacing w:after="0"/>
      </w:pPr>
      <w:r>
        <w:rPr>
          <w:rFonts w:ascii="Arial" w:hAnsi="Arial"/>
          <w:sz w:val="22"/>
        </w:rPr>
        <w:t>Can you just come and do our hair and makeup every day? (Lucy) Yeah.</w:t>
      </w:r>
    </w:p>
    <w:p>
      <w:pPr>
        <w:spacing w:after="0"/>
      </w:pPr>
    </w:p>
    <w:p>
      <w:pPr>
        <w:spacing w:after="0"/>
      </w:pPr>
      <w:r>
        <w:rPr>
          <w:rFonts w:ascii="Arial" w:hAnsi="Arial"/>
          <w:b/>
          <w:sz w:val="22"/>
        </w:rPr>
        <w:t xml:space="preserve">Emily  </w:t>
      </w:r>
      <w:r>
        <w:rPr>
          <w:rFonts w:ascii="Arial" w:hAnsi="Arial"/>
          <w:color w:val="5D7284"/>
          <w:sz w:val="22"/>
        </w:rPr>
        <w:t>06:04</w:t>
      </w:r>
    </w:p>
    <w:p>
      <w:pPr>
        <w:spacing w:after="0"/>
      </w:pPr>
      <w:r>
        <w:rPr>
          <w:rFonts w:ascii="Arial" w:hAnsi="Arial"/>
          <w:sz w:val="22"/>
        </w:rPr>
        <w:t>I don't know how good I would be though because I think it's when you can't see you kind of have an extra layer of a feeling. You're feeling on your face, (Lucy and Alice) Yeah. I don't know how effective it would be trying to do someone else's makeup because you're not feeling the brush on your own skin.</w:t>
      </w:r>
    </w:p>
    <w:p>
      <w:pPr>
        <w:spacing w:after="0"/>
      </w:pPr>
    </w:p>
    <w:p>
      <w:pPr>
        <w:spacing w:after="0"/>
      </w:pPr>
      <w:r>
        <w:rPr>
          <w:rFonts w:ascii="Arial" w:hAnsi="Arial"/>
          <w:b/>
          <w:sz w:val="22"/>
        </w:rPr>
        <w:t xml:space="preserve">Lucy  </w:t>
      </w:r>
      <w:r>
        <w:rPr>
          <w:rFonts w:ascii="Arial" w:hAnsi="Arial"/>
          <w:color w:val="5D7284"/>
          <w:sz w:val="22"/>
        </w:rPr>
        <w:t>06:19</w:t>
      </w:r>
    </w:p>
    <w:p>
      <w:pPr>
        <w:spacing w:after="0"/>
      </w:pPr>
      <w:r>
        <w:rPr>
          <w:rFonts w:ascii="Arial" w:hAnsi="Arial"/>
          <w:sz w:val="22"/>
        </w:rPr>
        <w:t>Yeah. Oh, no. Yeah, that's true out. Yeah. Yeah,</w:t>
      </w:r>
    </w:p>
    <w:p>
      <w:pPr>
        <w:spacing w:after="0"/>
      </w:pPr>
    </w:p>
    <w:p>
      <w:pPr>
        <w:spacing w:after="0"/>
      </w:pPr>
      <w:r>
        <w:rPr>
          <w:rFonts w:ascii="Arial" w:hAnsi="Arial"/>
          <w:b/>
          <w:sz w:val="22"/>
        </w:rPr>
        <w:t xml:space="preserve">Emily  </w:t>
      </w:r>
      <w:r>
        <w:rPr>
          <w:rFonts w:ascii="Arial" w:hAnsi="Arial"/>
          <w:color w:val="5D7284"/>
          <w:sz w:val="22"/>
        </w:rPr>
        <w:t>06:22</w:t>
      </w:r>
    </w:p>
    <w:p>
      <w:pPr>
        <w:spacing w:after="0"/>
      </w:pPr>
      <w:r>
        <w:rPr>
          <w:rFonts w:ascii="Arial" w:hAnsi="Arial"/>
          <w:sz w:val="22"/>
        </w:rPr>
        <w:t xml:space="preserve">It's not, it's not that easy to be honest. </w:t>
      </w:r>
    </w:p>
    <w:p>
      <w:pPr>
        <w:spacing w:after="0"/>
      </w:pPr>
    </w:p>
    <w:p>
      <w:pPr>
        <w:spacing w:after="0"/>
      </w:pPr>
      <w:r>
        <w:rPr>
          <w:rFonts w:ascii="Arial" w:hAnsi="Arial"/>
          <w:b/>
          <w:sz w:val="22"/>
        </w:rPr>
        <w:t xml:space="preserve">Lucy  </w:t>
      </w:r>
      <w:r>
        <w:rPr>
          <w:rFonts w:ascii="Arial" w:hAnsi="Arial"/>
          <w:color w:val="5D7284"/>
          <w:sz w:val="22"/>
        </w:rPr>
        <w:t>06:24</w:t>
      </w:r>
    </w:p>
    <w:p>
      <w:pPr>
        <w:spacing w:after="0"/>
      </w:pPr>
      <w:r>
        <w:rPr>
          <w:rFonts w:ascii="Arial" w:hAnsi="Arial"/>
          <w:sz w:val="22"/>
        </w:rPr>
        <w:t>Maybe you could just shout instruction from the corner. I don't know we could work on that. I'm sure.</w:t>
      </w:r>
    </w:p>
    <w:p>
      <w:pPr>
        <w:spacing w:after="0"/>
      </w:pPr>
    </w:p>
    <w:p>
      <w:pPr>
        <w:spacing w:after="0"/>
      </w:pPr>
      <w:r>
        <w:rPr>
          <w:rFonts w:ascii="Arial" w:hAnsi="Arial"/>
          <w:b/>
          <w:sz w:val="22"/>
        </w:rPr>
        <w:t xml:space="preserve">Alice  </w:t>
      </w:r>
      <w:r>
        <w:rPr>
          <w:rFonts w:ascii="Arial" w:hAnsi="Arial"/>
          <w:color w:val="5D7284"/>
          <w:sz w:val="22"/>
        </w:rPr>
        <w:t>06:34</w:t>
      </w:r>
    </w:p>
    <w:p>
      <w:pPr>
        <w:spacing w:after="0"/>
      </w:pPr>
      <w:r>
        <w:rPr>
          <w:rFonts w:ascii="Arial" w:hAnsi="Arial"/>
          <w:sz w:val="22"/>
        </w:rPr>
        <w:t>(laughing) So yeah, if listeners out there haven't gathered today we are talking to Emily Davison also known as Fashioneyestar, which I love. And yeah. And Emily's gonna talk to us today a little bit about makeup and fashion, I hope. But also, Emily's been doing a bunch of other really interesting things. One of the things we were talking about just before we came on air was, an article that Emily wrote about employment, you said in The Metro.</w:t>
      </w:r>
    </w:p>
    <w:p>
      <w:pPr>
        <w:spacing w:after="0"/>
      </w:pPr>
    </w:p>
    <w:p>
      <w:pPr>
        <w:spacing w:after="0"/>
      </w:pPr>
      <w:r>
        <w:rPr>
          <w:rFonts w:ascii="Arial" w:hAnsi="Arial"/>
          <w:b/>
          <w:sz w:val="22"/>
        </w:rPr>
        <w:t xml:space="preserve">Emily  </w:t>
      </w:r>
      <w:r>
        <w:rPr>
          <w:rFonts w:ascii="Arial" w:hAnsi="Arial"/>
          <w:color w:val="5D7284"/>
          <w:sz w:val="22"/>
        </w:rPr>
        <w:t>07:07</w:t>
      </w:r>
    </w:p>
    <w:p>
      <w:pPr>
        <w:spacing w:after="0"/>
      </w:pPr>
      <w:r>
        <w:rPr>
          <w:rFonts w:ascii="Arial" w:hAnsi="Arial"/>
          <w:sz w:val="22"/>
        </w:rPr>
        <w:t>Well, yeah, so I mean, I do a lot of freelance work. I'm a freelance writer and journalist at the way of it. And I, I journalism is really one of my biggest passions. And I've been writing an opinion column for the Metro on and off, and I wrote an article about employment. And I guess, kind of the struggles with employment. And it did get quite a lot of attention. Because it's funny, I was talking about how, over the last few years, I've only seen two got a lot of interviews, because of the occasions where I don't mention visually impaired and it seems very coincidental that the only times that I decide to experiment and see if I don't mention my disability if I get an interview, (Lucy) Yeah. And on those occasions I have, and I've wrote an article about it. And it garnered quite a lot of attention.</w:t>
      </w:r>
    </w:p>
    <w:p>
      <w:pPr>
        <w:spacing w:after="0"/>
      </w:pPr>
    </w:p>
    <w:p>
      <w:pPr>
        <w:spacing w:after="0"/>
      </w:pPr>
      <w:r>
        <w:rPr>
          <w:rFonts w:ascii="Arial" w:hAnsi="Arial"/>
          <w:b/>
          <w:sz w:val="22"/>
        </w:rPr>
        <w:t xml:space="preserve">Disclaimer  </w:t>
      </w:r>
      <w:r>
        <w:rPr>
          <w:rFonts w:ascii="Arial" w:hAnsi="Arial"/>
          <w:color w:val="5D7284"/>
          <w:sz w:val="22"/>
        </w:rPr>
        <w:t>07:54</w:t>
      </w:r>
    </w:p>
    <w:p>
      <w:pPr>
        <w:spacing w:after="0"/>
      </w:pPr>
      <w:r>
        <w:rPr>
          <w:rFonts w:ascii="Arial" w:hAnsi="Arial"/>
          <w:sz w:val="22"/>
        </w:rPr>
        <w:t>It's interesting, because both Lucy and I work for disability related organizations. And so for me, you know, for the job applications and stuff that I've done recently, actually talking about being disabled is a huge part of my application, because I was talking about how, you know, I understand inequality because of my own experiences of disability. And I imagine it was similar for you, Lucy, that, you know, your passion for accessibility comes from your own personal experiences?</w:t>
      </w:r>
    </w:p>
    <w:p>
      <w:pPr>
        <w:spacing w:after="0"/>
      </w:pPr>
    </w:p>
    <w:p>
      <w:pPr>
        <w:spacing w:after="0"/>
      </w:pPr>
      <w:r>
        <w:rPr>
          <w:rFonts w:ascii="Arial" w:hAnsi="Arial"/>
          <w:b/>
          <w:sz w:val="22"/>
        </w:rPr>
        <w:t xml:space="preserve">Lucy  </w:t>
      </w:r>
      <w:r>
        <w:rPr>
          <w:rFonts w:ascii="Arial" w:hAnsi="Arial"/>
          <w:color w:val="5D7284"/>
          <w:sz w:val="22"/>
        </w:rPr>
        <w:t>08:28</w:t>
      </w:r>
    </w:p>
    <w:p>
      <w:pPr>
        <w:spacing w:after="0"/>
      </w:pPr>
      <w:r>
        <w:rPr>
          <w:rFonts w:ascii="Arial" w:hAnsi="Arial"/>
          <w:sz w:val="22"/>
        </w:rPr>
        <w:t xml:space="preserve">Yeah a lived experience. But for me, it was quite weird the way I got my current job. I'd been let go by my previous employer, in our horror, I've mentioned it before, go and find the episode. I don't want to talk about it again, it is traumatic. But I, so I'd been let go under very difficult circumstances, and I'd been looking for a job. Because you can't hide my disability. It's a big chunk of metal that just sits there go, "Hi, I'm here. I'm attached to her." I didn't necessarily if I didn't feel the need to, disclose my disability at the application stage because it wasn't necessary. But then when I was called for an interview, you could see the light of enthusiasm go out in their eyes. And it just I got to the point where I was like, I can't do this anymore. And I actually got a job volunteering for the company I now work for, and I went to an event to speak on their behalf as a ambassador for the company. And there was like several members of leadership at this event and they kind of looked at one of them know, like, "Would she like a job?" And of course, I just went "Yes, please." So I didn't really get the job I'm in now, in the most traditional ways of "here's an interview, sit down ask some questions." </w:t>
      </w:r>
    </w:p>
    <w:p>
      <w:pPr>
        <w:spacing w:after="0"/>
      </w:pPr>
    </w:p>
    <w:p>
      <w:pPr>
        <w:spacing w:after="0"/>
      </w:pPr>
      <w:r>
        <w:rPr>
          <w:rFonts w:ascii="Arial" w:hAnsi="Arial"/>
          <w:b/>
          <w:sz w:val="22"/>
        </w:rPr>
        <w:t xml:space="preserve">Disclaimer  </w:t>
      </w:r>
      <w:r>
        <w:rPr>
          <w:rFonts w:ascii="Arial" w:hAnsi="Arial"/>
          <w:color w:val="5D7284"/>
          <w:sz w:val="22"/>
        </w:rPr>
        <w:t>09:54</w:t>
      </w:r>
    </w:p>
    <w:p>
      <w:pPr>
        <w:spacing w:after="0"/>
      </w:pPr>
      <w:r>
        <w:rPr>
          <w:rFonts w:ascii="Arial" w:hAnsi="Arial"/>
          <w:sz w:val="22"/>
        </w:rPr>
        <w:t>I think that's quite often what happens with disabled people though, is that because there's so much kind of blockage basically, for via those traditional routes, it's so often because of who you know, or, as you say, get a volunteering opportunity, things like that.</w:t>
      </w:r>
    </w:p>
    <w:p>
      <w:pPr>
        <w:spacing w:after="0"/>
      </w:pPr>
    </w:p>
    <w:p>
      <w:pPr>
        <w:spacing w:after="0"/>
      </w:pPr>
      <w:r>
        <w:rPr>
          <w:rFonts w:ascii="Arial" w:hAnsi="Arial"/>
          <w:b/>
          <w:sz w:val="22"/>
        </w:rPr>
        <w:t xml:space="preserve">Lucy  </w:t>
      </w:r>
      <w:r>
        <w:rPr>
          <w:rFonts w:ascii="Arial" w:hAnsi="Arial"/>
          <w:color w:val="5D7284"/>
          <w:sz w:val="22"/>
        </w:rPr>
        <w:t>10:12</w:t>
      </w:r>
    </w:p>
    <w:p>
      <w:pPr>
        <w:spacing w:after="0"/>
      </w:pPr>
      <w:r>
        <w:rPr>
          <w:rFonts w:ascii="Arial" w:hAnsi="Arial"/>
          <w:sz w:val="22"/>
        </w:rPr>
        <w:t>Yeah. Emily, when you sort of, say you say, on some occasions you didn't disclose you were just disabled, in your applications for jobs and things like that. For interviews? What happened when you got into the room? You know, we offered interviews? what happened when you got into the room? Did you even manage to get into?, you know, like, did you even manage to get to that stage where they were like, Oh, come in and have a chat? And we'll talk about the role and in a bit more detail, what happened after that? Was it kind of like, "Oh, she's blind. What do we do now?" Kind of thing? Or did they try and fob you off? Because with me, that's what they tried to do. FOB me off of every excuse under the sun. Like I hadn't gotten off transferrable skills, which I don't even know what that means. And there was a lot of "er" "umm", when I asked for feedback about my interview, they were like, what they didn't really give me an answer. And I just find it fascinating listening to other people about their experiences. Can you tell us a bit about that?</w:t>
      </w:r>
    </w:p>
    <w:p>
      <w:pPr>
        <w:spacing w:after="0"/>
      </w:pPr>
    </w:p>
    <w:p>
      <w:pPr>
        <w:spacing w:after="0"/>
      </w:pPr>
      <w:r>
        <w:rPr>
          <w:rFonts w:ascii="Arial" w:hAnsi="Arial"/>
          <w:b/>
          <w:sz w:val="22"/>
        </w:rPr>
        <w:t xml:space="preserve">Emily  </w:t>
      </w:r>
      <w:r>
        <w:rPr>
          <w:rFonts w:ascii="Arial" w:hAnsi="Arial"/>
          <w:color w:val="5D7284"/>
          <w:sz w:val="22"/>
        </w:rPr>
        <w:t>11:15</w:t>
      </w:r>
    </w:p>
    <w:p>
      <w:pPr>
        <w:spacing w:after="0"/>
      </w:pPr>
      <w:r>
        <w:rPr>
          <w:rFonts w:ascii="Arial" w:hAnsi="Arial"/>
          <w:sz w:val="22"/>
        </w:rPr>
        <w:t xml:space="preserve">Well, I mean, it's been really a whole mixed bag of things, really, you know, I've had on my on my, I can count on my hand, the amount of, you know, interviews that I've, I've had over the last, I'd say maybe, you know, four or five years now. And it's been a mixed bag, really, you know, I've had jobs where I've, I've got interviews, and I've got through to the next stage. And it's maybe it's involved something where I need to do something a bit more visual, and I've done it. And I've, you know, to my opinion, I've done it relatively well, especially because it's got a lot of creative positions I've applied for and now I've not had a response. I've just not been told either way whether I got the job. But I've also had, the thing is because it's... my disability impacts, as I'm sure you also can relate to Alice... like, because it's a visual disability, and they might send you things or they might want you to do something, which would require sight you kind of, you know, sometimes before the interview, you need to be able to say, well, actually, that's not an accessible PDF.. (Alice) Yeah.....document or something. And, you know, you sometimes you have to say that you're visually impaired before you even get to the interview stage. (Alice and Lucy) yeah. I find sometimes the conversations fizzled out. But a lot of the time, you know, I just, I apply for jobs, I disclose I'm disabled, and I just don't hear anything back. But the.. what really aggravates me, when I wrote this article was I saw so many people commenting, well, you know, you do need, you know, your, your full senses to be able to have a job. You know, maybe you should, (Alice) Why?! Yeah, maybe you should set up set up your own company where you can, you know, (Lucy) Oh my god. Do it, you know, yeah, kind of you do need eyes to do a job and you know, (Alice) What?! </w:t>
      </w:r>
    </w:p>
    <w:p>
      <w:pPr>
        <w:spacing w:after="0"/>
      </w:pPr>
    </w:p>
    <w:p>
      <w:pPr>
        <w:spacing w:after="0"/>
      </w:pPr>
      <w:r>
        <w:rPr>
          <w:rFonts w:ascii="Arial" w:hAnsi="Arial"/>
          <w:b/>
          <w:sz w:val="22"/>
        </w:rPr>
        <w:t xml:space="preserve">Disclaimer  </w:t>
      </w:r>
      <w:r>
        <w:rPr>
          <w:rFonts w:ascii="Arial" w:hAnsi="Arial"/>
          <w:color w:val="5D7284"/>
          <w:sz w:val="22"/>
        </w:rPr>
        <w:t>13:04</w:t>
      </w:r>
    </w:p>
    <w:p>
      <w:pPr>
        <w:spacing w:after="0"/>
      </w:pPr>
      <w:r>
        <w:rPr>
          <w:rFonts w:ascii="Arial" w:hAnsi="Arial"/>
          <w:sz w:val="22"/>
        </w:rPr>
        <w:t>I could understand perhaps if it was like, I don't know, welding or something. (Emily) Yeah. (laughing)</w:t>
      </w:r>
    </w:p>
    <w:p>
      <w:pPr>
        <w:spacing w:after="0"/>
      </w:pPr>
    </w:p>
    <w:p>
      <w:pPr>
        <w:spacing w:after="0"/>
      </w:pPr>
      <w:r>
        <w:rPr>
          <w:rFonts w:ascii="Arial" w:hAnsi="Arial"/>
          <w:b/>
          <w:sz w:val="22"/>
        </w:rPr>
        <w:t xml:space="preserve">Lucy  </w:t>
      </w:r>
      <w:r>
        <w:rPr>
          <w:rFonts w:ascii="Arial" w:hAnsi="Arial"/>
          <w:color w:val="5D7284"/>
          <w:sz w:val="22"/>
        </w:rPr>
        <w:t>13:11</w:t>
      </w:r>
    </w:p>
    <w:p>
      <w:pPr>
        <w:spacing w:after="0"/>
      </w:pPr>
      <w:r>
        <w:rPr>
          <w:rFonts w:ascii="Arial" w:hAnsi="Arial"/>
          <w:sz w:val="22"/>
        </w:rPr>
        <w:t>He wants to be a welder Emily? , I don't know...</w:t>
      </w:r>
    </w:p>
    <w:p>
      <w:pPr>
        <w:spacing w:after="0"/>
      </w:pPr>
    </w:p>
    <w:p>
      <w:pPr>
        <w:spacing w:after="0"/>
      </w:pPr>
      <w:r>
        <w:rPr>
          <w:rFonts w:ascii="Arial" w:hAnsi="Arial"/>
          <w:b/>
          <w:sz w:val="22"/>
        </w:rPr>
        <w:t xml:space="preserve">Emily  </w:t>
      </w:r>
      <w:r>
        <w:rPr>
          <w:rFonts w:ascii="Arial" w:hAnsi="Arial"/>
          <w:color w:val="5D7284"/>
          <w:sz w:val="22"/>
        </w:rPr>
        <w:t>13:13</w:t>
      </w:r>
    </w:p>
    <w:p>
      <w:pPr>
        <w:spacing w:after="0"/>
      </w:pPr>
      <w:r>
        <w:rPr>
          <w:rFonts w:ascii="Arial" w:hAnsi="Arial"/>
          <w:sz w:val="22"/>
        </w:rPr>
        <w:t>My husband did welding and he ended up in A&amp;E. We'd all go? (laughing) (Lucy) Well there you go, there you go. No, I think it's a job that does require sight for safety reasons, then yes. You know, of course, it doesn't mean we're not saying that. "Oh, that I want to be a pilot" you know, I want to be a journalist you know.</w:t>
      </w:r>
    </w:p>
    <w:p>
      <w:pPr>
        <w:spacing w:after="0"/>
      </w:pPr>
    </w:p>
    <w:p>
      <w:pPr>
        <w:spacing w:after="0"/>
      </w:pPr>
      <w:r>
        <w:rPr>
          <w:rFonts w:ascii="Arial" w:hAnsi="Arial"/>
          <w:b/>
          <w:sz w:val="22"/>
        </w:rPr>
        <w:t xml:space="preserve">Lucy  </w:t>
      </w:r>
      <w:r>
        <w:rPr>
          <w:rFonts w:ascii="Arial" w:hAnsi="Arial"/>
          <w:color w:val="5D7284"/>
          <w:sz w:val="22"/>
        </w:rPr>
        <w:t>13:30</w:t>
      </w:r>
    </w:p>
    <w:p>
      <w:pPr>
        <w:spacing w:after="0"/>
      </w:pPr>
      <w:r>
        <w:rPr>
          <w:rFonts w:ascii="Arial" w:hAnsi="Arial"/>
          <w:sz w:val="22"/>
        </w:rPr>
        <w:t>Yeah, I definitely think as well that disabled people are aware of their own limitations before anybody else, you know, so they know "I'm not going to be suitable for that job." It's like me wanting to become a tree surgeon. It's not going to happen is it?</w:t>
      </w:r>
    </w:p>
    <w:p>
      <w:pPr>
        <w:spacing w:after="0"/>
      </w:pPr>
    </w:p>
    <w:p>
      <w:pPr>
        <w:spacing w:after="0"/>
      </w:pPr>
      <w:r>
        <w:rPr>
          <w:rFonts w:ascii="Arial" w:hAnsi="Arial"/>
          <w:b/>
          <w:sz w:val="22"/>
        </w:rPr>
        <w:t xml:space="preserve">Alice  </w:t>
      </w:r>
      <w:r>
        <w:rPr>
          <w:rFonts w:ascii="Arial" w:hAnsi="Arial"/>
          <w:color w:val="5D7284"/>
          <w:sz w:val="22"/>
        </w:rPr>
        <w:t>13:44</w:t>
      </w:r>
    </w:p>
    <w:p>
      <w:pPr>
        <w:spacing w:after="0"/>
      </w:pPr>
      <w:r>
        <w:rPr>
          <w:rFonts w:ascii="Arial" w:hAnsi="Arial"/>
          <w:sz w:val="22"/>
        </w:rPr>
        <w:t>In my, in my job, you know, I have a PA who's with me at all times when I'm working like outside of my home. I've also got my guide dog with me, like I'm not i and even still, like when I'm planning to... in my old job. I used to go into hospitals and care homes. Every time I got somewhere there was a voice in my head going, oh what if like a patient hands me something I've got to read then even I'm kind of hyper aware that it's gonna be really awkward because I'm gonna have to said to my PA like "What does that say?" it's like, we are like, this is weird. We know what our limitations are. And we are already super like conscious and sometimes (Lucy) Yeah. Anxious about it. Like we don't need Joe public</w:t>
      </w:r>
    </w:p>
    <w:p>
      <w:pPr>
        <w:spacing w:after="0"/>
      </w:pPr>
    </w:p>
    <w:p>
      <w:pPr>
        <w:spacing w:after="0"/>
      </w:pPr>
      <w:r>
        <w:rPr>
          <w:rFonts w:ascii="Arial" w:hAnsi="Arial"/>
          <w:b/>
          <w:sz w:val="22"/>
        </w:rPr>
        <w:t xml:space="preserve">Emily  </w:t>
      </w:r>
      <w:r>
        <w:rPr>
          <w:rFonts w:ascii="Arial" w:hAnsi="Arial"/>
          <w:color w:val="5D7284"/>
          <w:sz w:val="22"/>
        </w:rPr>
        <w:t>14:29</w:t>
      </w:r>
    </w:p>
    <w:p>
      <w:pPr>
        <w:spacing w:after="0"/>
      </w:pPr>
      <w:r>
        <w:rPr>
          <w:rFonts w:ascii="Arial" w:hAnsi="Arial"/>
          <w:sz w:val="22"/>
        </w:rPr>
        <w:t>It's what people think we'd go into it thinking and we can do anything and we don't know what our own limitions (Lucy) Yeah. Or what's out there for us.</w:t>
      </w:r>
    </w:p>
    <w:p>
      <w:pPr>
        <w:spacing w:after="0"/>
      </w:pPr>
    </w:p>
    <w:p>
      <w:pPr>
        <w:spacing w:after="0"/>
      </w:pPr>
      <w:r>
        <w:rPr>
          <w:rFonts w:ascii="Arial" w:hAnsi="Arial"/>
          <w:b/>
          <w:sz w:val="22"/>
        </w:rPr>
        <w:t xml:space="preserve">Lucy  </w:t>
      </w:r>
      <w:r>
        <w:rPr>
          <w:rFonts w:ascii="Arial" w:hAnsi="Arial"/>
          <w:color w:val="5D7284"/>
          <w:sz w:val="22"/>
        </w:rPr>
        <w:t>14:37</w:t>
      </w:r>
    </w:p>
    <w:p>
      <w:pPr>
        <w:spacing w:after="0"/>
      </w:pPr>
      <w:r>
        <w:rPr>
          <w:rFonts w:ascii="Arial" w:hAnsi="Arial"/>
          <w:sz w:val="22"/>
        </w:rPr>
        <w:t>I think a lot of people think as well that they have this sort of like stereotype of a disabled person with a chip on their shoulder like some kind of very forthright Well, "I can do anything anybody else can do!" and it's.. that's not the case is it?</w:t>
      </w:r>
    </w:p>
    <w:p>
      <w:pPr>
        <w:spacing w:after="0"/>
      </w:pPr>
    </w:p>
    <w:p>
      <w:pPr>
        <w:spacing w:after="0"/>
      </w:pPr>
      <w:r>
        <w:rPr>
          <w:rFonts w:ascii="Arial" w:hAnsi="Arial"/>
          <w:b/>
          <w:sz w:val="22"/>
        </w:rPr>
        <w:t xml:space="preserve">Emily  </w:t>
      </w:r>
      <w:r>
        <w:rPr>
          <w:rFonts w:ascii="Arial" w:hAnsi="Arial"/>
          <w:color w:val="5D7284"/>
          <w:sz w:val="22"/>
        </w:rPr>
        <w:t>14:51</w:t>
      </w:r>
    </w:p>
    <w:p>
      <w:pPr>
        <w:spacing w:after="0"/>
      </w:pPr>
      <w:r>
        <w:rPr>
          <w:rFonts w:ascii="Arial" w:hAnsi="Arial"/>
          <w:sz w:val="22"/>
        </w:rPr>
        <w:t>That's what I was gonna say next, actually, because the thing is, some there was comments people going, "oh, you know, just trying out the D word." The discrimination word. Just expect them to be handed free passes just because you're disabled. You know, do you want, you know, equal treatment? Or do you want special treatment? It's like, "No, I want to get interviews, I want to actually have people give me constructive feedback," if they don't want me for a position, and I'm not right then, you know, as a disabled person, I think employers need to be conscious that disability is still very much not a represented part within a lot of different industries. And this is just the stats are still very high. You know, when it comes to disabled people who aren't in work, it's still over half. So it's still a problem. And I think that there needs to be more of a conscious effort to give people who are disabled, who do apply for jobs who don't get them feedback, you know, because I think people deserve that honesty, in my opinion. Especially people who do get, you know, a lot of kind of under representation already. And I think just that that whole thing just really kind of irked me, because these were the kind of comments I was seeing. I'm thinking if this is how people think about disabled people, no wonder we have so many problems, because I think a lot of the time, so many issues that I've had when creating content, writing my blog, doing my makeup, taking photos, recording videos on my own. And a lot of the time I have help for certain things, you know, I can't exactly film myself wearing pumpkin head and doing outfits in my apartment, with a pumpkin on my own, I have to have someone help me. But a lot of the time I do stuff on my own. And then people just do have this idea that either I'm faking it, or that, they have this preconception that you can't do X Y Z when you can't see and because I don't fit their idea. That means that I'm you know, lying, and that I'm just a big sham.</w:t>
      </w:r>
    </w:p>
    <w:p>
      <w:pPr>
        <w:spacing w:after="0"/>
      </w:pPr>
    </w:p>
    <w:p>
      <w:pPr>
        <w:spacing w:after="0"/>
      </w:pPr>
      <w:r>
        <w:rPr>
          <w:rFonts w:ascii="Arial" w:hAnsi="Arial"/>
          <w:b/>
          <w:sz w:val="22"/>
        </w:rPr>
        <w:t xml:space="preserve">Lucy  </w:t>
      </w:r>
      <w:r>
        <w:rPr>
          <w:rFonts w:ascii="Arial" w:hAnsi="Arial"/>
          <w:color w:val="5D7284"/>
          <w:sz w:val="22"/>
        </w:rPr>
        <w:t>16:41</w:t>
      </w:r>
    </w:p>
    <w:p>
      <w:pPr>
        <w:spacing w:after="0"/>
      </w:pPr>
      <w:r>
        <w:rPr>
          <w:rFonts w:ascii="Arial" w:hAnsi="Arial"/>
          <w:sz w:val="22"/>
        </w:rPr>
        <w:t>I think we've spoken before as well, I haven't we Alice about how being independent, that word independent. People have have a very strong idea of what being independent is. But actually, I think independence is different for everybody so that I can be independent, but I still need that level of support, you know?</w:t>
      </w:r>
    </w:p>
    <w:p>
      <w:pPr>
        <w:spacing w:after="0"/>
      </w:pPr>
    </w:p>
    <w:p>
      <w:pPr>
        <w:spacing w:after="0"/>
      </w:pPr>
      <w:r>
        <w:rPr>
          <w:rFonts w:ascii="Arial" w:hAnsi="Arial"/>
          <w:b/>
          <w:sz w:val="22"/>
        </w:rPr>
        <w:t xml:space="preserve">Alice  </w:t>
      </w:r>
      <w:r>
        <w:rPr>
          <w:rFonts w:ascii="Arial" w:hAnsi="Arial"/>
          <w:color w:val="5D7284"/>
          <w:sz w:val="22"/>
        </w:rPr>
        <w:t>17:05</w:t>
      </w:r>
    </w:p>
    <w:p>
      <w:pPr>
        <w:spacing w:after="0"/>
      </w:pPr>
      <w:r>
        <w:rPr>
          <w:rFonts w:ascii="Arial" w:hAnsi="Arial"/>
          <w:sz w:val="22"/>
        </w:rPr>
        <w:t xml:space="preserve">I think there should.....we need like a, a disabled and non disabled definition of independence, because for disabled people actually being independent means sometimes you need a person there to support and facilitate for you. But it doesn't mean there is someone doing all the stuff for you. I had a bit of a... not a... not a full on like angry cry. But I was definitely very angry. When I found out that the end of last week that a request to have a PA on one of my days that I don't usually go into the office. I found that the night before that they hadn't been able to find anybody. And I was really frustrated. And it meant I had to cancel some meetings and I was an event I couldn't go to. And I said to my husband, I was like I'm really, the part of the reason I'm angry about this is because I'm just really frustrated that if I wasn't blind, I just get in my car and go and do it. And it wouldn't matter. (Lucy) No, yeah. And it's really frustrating to me that in order to do my job, that I need to rely on other people. And it's like, it's not. It's not like we sit there and we want people to do stuff for us at all, it's that we need that support. </w:t>
      </w:r>
    </w:p>
    <w:p>
      <w:pPr>
        <w:spacing w:after="0"/>
      </w:pPr>
    </w:p>
    <w:p>
      <w:pPr>
        <w:spacing w:after="0"/>
      </w:pPr>
      <w:r>
        <w:rPr>
          <w:rFonts w:ascii="Arial" w:hAnsi="Arial"/>
          <w:b/>
          <w:sz w:val="22"/>
        </w:rPr>
        <w:t xml:space="preserve">Lucy  </w:t>
      </w:r>
      <w:r>
        <w:rPr>
          <w:rFonts w:ascii="Arial" w:hAnsi="Arial"/>
          <w:color w:val="5D7284"/>
          <w:sz w:val="22"/>
        </w:rPr>
        <w:t>18:35</w:t>
      </w:r>
    </w:p>
    <w:p>
      <w:pPr>
        <w:spacing w:after="0"/>
      </w:pPr>
      <w:r>
        <w:rPr>
          <w:rFonts w:ascii="Arial" w:hAnsi="Arial"/>
          <w:sz w:val="22"/>
        </w:rPr>
        <w:t>We can't physically do it. (Alice) Yeah. Can't physically do that thing that we need to do. But without somebody going, Oh, here go.  But wherever we can do things on our own, we'll make sure that we will, most of us will be like "No, no, no, I'm doing that myself get out of the way" (Lucy) Move! (laughing)</w:t>
      </w:r>
    </w:p>
    <w:p>
      <w:pPr>
        <w:spacing w:after="0"/>
      </w:pPr>
    </w:p>
    <w:p>
      <w:pPr>
        <w:spacing w:after="0"/>
      </w:pPr>
      <w:r>
        <w:rPr>
          <w:rFonts w:ascii="Arial" w:hAnsi="Arial"/>
          <w:b/>
          <w:sz w:val="22"/>
        </w:rPr>
        <w:t xml:space="preserve">Emily  </w:t>
      </w:r>
      <w:r>
        <w:rPr>
          <w:rFonts w:ascii="Arial" w:hAnsi="Arial"/>
          <w:color w:val="5D7284"/>
          <w:sz w:val="22"/>
        </w:rPr>
        <w:t>18:55</w:t>
      </w:r>
    </w:p>
    <w:p>
      <w:pPr>
        <w:spacing w:after="0"/>
      </w:pPr>
      <w:r>
        <w:rPr>
          <w:rFonts w:ascii="Arial" w:hAnsi="Arial"/>
          <w:sz w:val="22"/>
        </w:rPr>
        <w:t>I think the thing is, if you look at like children, you know, babies, they're completely dependent on their parents to be able to do every single thing. Whereas, you know, a disabled person, they may require help to do you know, certain things, whether that's helped to, you know, get dressed, to go and, you know, read something, to go and find something. To be able to physically access something or to be able to mentally comprehend or to be able to kind of interpret or understand something, but, you know, there's other things that they would be able to do themselves. You know, they, can think for themselves, they have ideas, they have abilities, they have creativity, they have, you know, strengths of their own, so they're not completely entirely dependent on someone 24/7. They just need help to be able to facilitate certain things that's just beyond their control, unfortunately, because we don't live in this, you know, smart reality sci fi world where everything is adapted to meet our needs. And the thing is, is we don't live in a world like that we don't live on a planet that's has been equipped to meet our needs. And that's just how it unfortunately is at this current point in time. You know, I always say it's funny, because if you went to a different planet where say, for instance, all of the aliens were, we didn't have any sight, they didn't have any eyes, or they didn't have any, you know, limbs or something. And they do, they've built it to equip for their needs, the non disabled people who went to that world would kind of, in a way be disabled, because perhaps that world would not have been built for them, you know, and built for their needs. So it's kind of like, it's, of course, your disability is something that affects you personally, it's part of your anatomy, but I think sometimes as well, it's the society that we live in, and it's how it adds to it, it kind of adds another layer to it.</w:t>
      </w:r>
    </w:p>
    <w:p>
      <w:pPr>
        <w:spacing w:after="0"/>
      </w:pPr>
    </w:p>
    <w:p>
      <w:pPr>
        <w:spacing w:after="0"/>
      </w:pPr>
      <w:r>
        <w:rPr>
          <w:rFonts w:ascii="Arial" w:hAnsi="Arial"/>
          <w:b/>
          <w:sz w:val="22"/>
        </w:rPr>
        <w:t xml:space="preserve">Disclaimer  </w:t>
      </w:r>
      <w:r>
        <w:rPr>
          <w:rFonts w:ascii="Arial" w:hAnsi="Arial"/>
          <w:color w:val="5D7284"/>
          <w:sz w:val="22"/>
        </w:rPr>
        <w:t>20:46</w:t>
      </w:r>
    </w:p>
    <w:p>
      <w:pPr>
        <w:spacing w:after="0"/>
      </w:pPr>
      <w:r>
        <w:rPr>
          <w:rFonts w:ascii="Arial" w:hAnsi="Arial"/>
          <w:sz w:val="22"/>
        </w:rPr>
        <w:t>And I think it's that, it's so often that kind of is the expectations of other people and it particularly for, I don't know, about you, Emily, but as somebody who is mobile for me, so, so often the barriers that I face are people, like you say, not believing that I need assistance or not, or making assumptions about what I can and can't do because of my visual impairment. Not, it's not, you know, like, if there's a load of stairs, it's awkward for me and the dog, but it's not like I physically can't do that. It's... and so it is those kinds of barriers that disable a lot of disabled people in in ways that I think lots of society don't really realize, you know. They go "well there's ramps", you know, we've, we've had older people on in the past who have talked about how, how far they think the disabled community have been able to come in the last 40 years. Because there's drop curbs, (laughing) you know, signal crossings and things like that, and you sort of go erm..?</w:t>
      </w:r>
    </w:p>
    <w:p>
      <w:pPr>
        <w:spacing w:after="0"/>
      </w:pPr>
    </w:p>
    <w:p>
      <w:pPr>
        <w:spacing w:after="0"/>
      </w:pPr>
      <w:r>
        <w:rPr>
          <w:rFonts w:ascii="Arial" w:hAnsi="Arial"/>
          <w:b/>
          <w:sz w:val="22"/>
        </w:rPr>
        <w:t xml:space="preserve">Lucy  </w:t>
      </w:r>
      <w:r>
        <w:rPr>
          <w:rFonts w:ascii="Arial" w:hAnsi="Arial"/>
          <w:color w:val="5D7284"/>
          <w:sz w:val="22"/>
        </w:rPr>
        <w:t>22:01</w:t>
      </w:r>
    </w:p>
    <w:p>
      <w:pPr>
        <w:spacing w:after="0"/>
      </w:pPr>
      <w:r>
        <w:rPr>
          <w:rFonts w:ascii="Arial" w:hAnsi="Arial"/>
          <w:sz w:val="22"/>
        </w:rPr>
        <w:t>But it goes when you cross the road...like yeah (laughs)</w:t>
      </w:r>
    </w:p>
    <w:p>
      <w:pPr>
        <w:spacing w:after="0"/>
      </w:pPr>
    </w:p>
    <w:p>
      <w:pPr>
        <w:spacing w:after="0"/>
      </w:pPr>
      <w:r>
        <w:rPr>
          <w:rFonts w:ascii="Arial" w:hAnsi="Arial"/>
          <w:b/>
          <w:sz w:val="22"/>
        </w:rPr>
        <w:t xml:space="preserve">Disclaimer  </w:t>
      </w:r>
      <w:r>
        <w:rPr>
          <w:rFonts w:ascii="Arial" w:hAnsi="Arial"/>
          <w:color w:val="5D7284"/>
          <w:sz w:val="22"/>
        </w:rPr>
        <w:t>22:06</w:t>
      </w:r>
    </w:p>
    <w:p>
      <w:pPr>
        <w:spacing w:after="0"/>
      </w:pPr>
      <w:r>
        <w:rPr>
          <w:rFonts w:ascii="Arial" w:hAnsi="Arial"/>
          <w:sz w:val="22"/>
        </w:rPr>
        <w:t>And you just sort of go Yeah, but that's, that's only, that's only resolving an issue of a very specific issue that affects a small part of the disabled community in a very specific way. What about all the rest of it?</w:t>
      </w:r>
    </w:p>
    <w:p>
      <w:pPr>
        <w:spacing w:after="0"/>
      </w:pPr>
    </w:p>
    <w:p>
      <w:pPr>
        <w:spacing w:after="0"/>
      </w:pPr>
      <w:r>
        <w:rPr>
          <w:rFonts w:ascii="Arial" w:hAnsi="Arial"/>
          <w:b/>
          <w:sz w:val="22"/>
        </w:rPr>
        <w:t xml:space="preserve">Lucy  </w:t>
      </w:r>
      <w:r>
        <w:rPr>
          <w:rFonts w:ascii="Arial" w:hAnsi="Arial"/>
          <w:color w:val="5D7284"/>
          <w:sz w:val="22"/>
        </w:rPr>
        <w:t>22:21</w:t>
      </w:r>
    </w:p>
    <w:p>
      <w:pPr>
        <w:spacing w:after="0"/>
      </w:pPr>
      <w:r>
        <w:rPr>
          <w:rFonts w:ascii="Arial" w:hAnsi="Arial"/>
          <w:sz w:val="22"/>
        </w:rPr>
        <w:t>Yeah. I think a lot of sorts of progression for the disability community needs to be thought of as a holistic, like a rounded, holistic approach of hang on a minute. "Can everybody do this?" You know, that kind of thing? Rather than "Well, the, the wheelchair people can't get across the road." And similar, I can't say that word that that word I'm trying to say (Alice) Similarly? Similarly, I'm going to practice that. (Alice) She's not. I will struggle with this in the next episode. (Alice) She will forget.</w:t>
      </w:r>
    </w:p>
    <w:p>
      <w:pPr>
        <w:spacing w:after="0"/>
      </w:pPr>
    </w:p>
    <w:p>
      <w:pPr>
        <w:spacing w:after="0"/>
      </w:pPr>
      <w:r>
        <w:rPr>
          <w:rFonts w:ascii="Arial" w:hAnsi="Arial"/>
          <w:b/>
          <w:sz w:val="22"/>
        </w:rPr>
        <w:t xml:space="preserve">Emily  </w:t>
      </w:r>
      <w:r>
        <w:rPr>
          <w:rFonts w:ascii="Arial" w:hAnsi="Arial"/>
          <w:color w:val="5D7284"/>
          <w:sz w:val="22"/>
        </w:rPr>
        <w:t>23:00</w:t>
      </w:r>
    </w:p>
    <w:p>
      <w:pPr>
        <w:spacing w:after="0"/>
      </w:pPr>
      <w:r>
        <w:rPr>
          <w:rFonts w:ascii="Arial" w:hAnsi="Arial"/>
          <w:sz w:val="22"/>
        </w:rPr>
        <w:t>It's like anemone, you know when like, you kind of you get you get stuck on the word and then your like anem anem (laughing)</w:t>
      </w:r>
    </w:p>
    <w:p>
      <w:pPr>
        <w:spacing w:after="0"/>
      </w:pPr>
    </w:p>
    <w:p>
      <w:pPr>
        <w:spacing w:after="0"/>
      </w:pPr>
      <w:r>
        <w:rPr>
          <w:rFonts w:ascii="Arial" w:hAnsi="Arial"/>
          <w:b/>
          <w:sz w:val="22"/>
        </w:rPr>
        <w:t xml:space="preserve">Lucy  </w:t>
      </w:r>
      <w:r>
        <w:rPr>
          <w:rFonts w:ascii="Arial" w:hAnsi="Arial"/>
          <w:color w:val="5D7284"/>
          <w:sz w:val="22"/>
        </w:rPr>
        <w:t>23:07</w:t>
      </w:r>
    </w:p>
    <w:p>
      <w:pPr>
        <w:spacing w:after="0"/>
      </w:pPr>
      <w:r>
        <w:rPr>
          <w:rFonts w:ascii="Arial" w:hAnsi="Arial"/>
          <w:sz w:val="22"/>
        </w:rPr>
        <w:t>Yeah, but it's like Alice saying how you know, non disabled people look at Alice they don't see the other problems that will arise because of her visual impairment. I get that completely. It must be so frustrating for people to see you as a person and go there's nothing wrong with her. Oh, hang on a minute. She's got a dog guide dog she didn't have that last Thursday. When I saw her last, I didn't realize. But for me visually you can quite clearly see I'm disabled. I find the whole "oh she's in a wheelchair" very very frustrating because it's almost like they go into a blind panic, pardon the pun. But yeah, they do they just like they freeze and it's like huh? erm? er? like I'm some sort of alien I can only communicate with sound waves or something.</w:t>
      </w:r>
    </w:p>
    <w:p>
      <w:pPr>
        <w:spacing w:after="0"/>
      </w:pPr>
    </w:p>
    <w:p>
      <w:pPr>
        <w:spacing w:after="0"/>
      </w:pPr>
      <w:r>
        <w:rPr>
          <w:rFonts w:ascii="Arial" w:hAnsi="Arial"/>
          <w:b/>
          <w:sz w:val="22"/>
        </w:rPr>
        <w:t xml:space="preserve">Disclaimer  </w:t>
      </w:r>
      <w:r>
        <w:rPr>
          <w:rFonts w:ascii="Arial" w:hAnsi="Arial"/>
          <w:color w:val="5D7284"/>
          <w:sz w:val="22"/>
        </w:rPr>
        <w:t>24:09</w:t>
      </w:r>
    </w:p>
    <w:p>
      <w:pPr>
        <w:spacing w:after="0"/>
      </w:pPr>
      <w:r>
        <w:rPr>
          <w:rFonts w:ascii="Arial" w:hAnsi="Arial"/>
          <w:sz w:val="22"/>
        </w:rPr>
        <w:t xml:space="preserve"> I do think you get that when when people first clock the dog. (Lucy) Yeah.</w:t>
      </w:r>
    </w:p>
    <w:p>
      <w:pPr>
        <w:spacing w:after="0"/>
      </w:pPr>
    </w:p>
    <w:p>
      <w:pPr>
        <w:spacing w:after="0"/>
      </w:pPr>
      <w:r>
        <w:rPr>
          <w:rFonts w:ascii="Arial" w:hAnsi="Arial"/>
          <w:b/>
          <w:sz w:val="22"/>
        </w:rPr>
        <w:t xml:space="preserve">Emily  </w:t>
      </w:r>
      <w:r>
        <w:rPr>
          <w:rFonts w:ascii="Arial" w:hAnsi="Arial"/>
          <w:color w:val="5D7284"/>
          <w:sz w:val="22"/>
        </w:rPr>
        <w:t>24:13</w:t>
      </w:r>
    </w:p>
    <w:p>
      <w:pPr>
        <w:spacing w:after="0"/>
      </w:pPr>
      <w:r>
        <w:rPr>
          <w:rFonts w:ascii="Arial" w:hAnsi="Arial"/>
          <w:sz w:val="22"/>
        </w:rPr>
        <w:t xml:space="preserve">I get the opposite you know, I just get people like community just charge... people tell me who are with me, people just charged towards me as if I'm going to move out te way?! "oh, she's not like blind she can see me" and then that last split second they're like. "Oh, no, she's not going to actually get out my way" and then kind of throw themselves out the way (Alice) Yeah. Like something out of a video game and people are my friends get really incensed. "She's just not gonna move! just move!" </w:t>
      </w:r>
    </w:p>
    <w:p>
      <w:pPr>
        <w:spacing w:after="0"/>
      </w:pPr>
    </w:p>
    <w:p>
      <w:pPr>
        <w:spacing w:after="0"/>
      </w:pPr>
      <w:r>
        <w:rPr>
          <w:rFonts w:ascii="Arial" w:hAnsi="Arial"/>
          <w:b/>
          <w:sz w:val="22"/>
        </w:rPr>
        <w:t xml:space="preserve">Lucy  </w:t>
      </w:r>
      <w:r>
        <w:rPr>
          <w:rFonts w:ascii="Arial" w:hAnsi="Arial"/>
          <w:color w:val="5D7284"/>
          <w:sz w:val="22"/>
        </w:rPr>
        <w:t>24:37</w:t>
      </w:r>
    </w:p>
    <w:p>
      <w:pPr>
        <w:spacing w:after="0"/>
      </w:pPr>
      <w:r>
        <w:rPr>
          <w:rFonts w:ascii="Arial" w:hAnsi="Arial"/>
          <w:sz w:val="22"/>
        </w:rPr>
        <w:t>Yeah, it's a bit like oh no that's not a standard dog. It's a service dog!</w:t>
      </w:r>
    </w:p>
    <w:p>
      <w:pPr>
        <w:spacing w:after="0"/>
      </w:pPr>
    </w:p>
    <w:p>
      <w:pPr>
        <w:spacing w:after="0"/>
      </w:pPr>
      <w:r>
        <w:rPr>
          <w:rFonts w:ascii="Arial" w:hAnsi="Arial"/>
          <w:b/>
          <w:sz w:val="22"/>
        </w:rPr>
        <w:t xml:space="preserve">Emily  </w:t>
      </w:r>
      <w:r>
        <w:rPr>
          <w:rFonts w:ascii="Arial" w:hAnsi="Arial"/>
          <w:color w:val="5D7284"/>
          <w:sz w:val="22"/>
        </w:rPr>
        <w:t>24:41</w:t>
      </w:r>
    </w:p>
    <w:p>
      <w:pPr>
        <w:spacing w:after="0"/>
      </w:pPr>
      <w:r>
        <w:rPr>
          <w:rFonts w:ascii="Arial" w:hAnsi="Arial"/>
          <w:sz w:val="22"/>
        </w:rPr>
        <w:t>People literally say to me, "Oh, you're are you training that dog?" Yeah. All the time (Alice) Yeah. People just say to me constantly "are you training that dog?"</w:t>
      </w:r>
    </w:p>
    <w:p>
      <w:pPr>
        <w:spacing w:after="0"/>
      </w:pPr>
    </w:p>
    <w:p>
      <w:pPr>
        <w:spacing w:after="0"/>
      </w:pPr>
      <w:r>
        <w:rPr>
          <w:rFonts w:ascii="Arial" w:hAnsi="Arial"/>
          <w:b/>
          <w:sz w:val="22"/>
        </w:rPr>
        <w:t xml:space="preserve">Alice  </w:t>
      </w:r>
      <w:r>
        <w:rPr>
          <w:rFonts w:ascii="Arial" w:hAnsi="Arial"/>
          <w:color w:val="5D7284"/>
          <w:sz w:val="22"/>
        </w:rPr>
        <w:t>24:51</w:t>
      </w:r>
    </w:p>
    <w:p>
      <w:pPr>
        <w:spacing w:after="0"/>
      </w:pPr>
      <w:r>
        <w:rPr>
          <w:rFonts w:ascii="Arial" w:hAnsi="Arial"/>
          <w:sz w:val="22"/>
        </w:rPr>
        <w:t>The first time we met Lucy, we were sitting in a pub for what an hour and a half (lucy) Yeah something like that. And three separate people went 2Oh, you training the dog?"</w:t>
      </w:r>
    </w:p>
    <w:p>
      <w:pPr>
        <w:spacing w:after="0"/>
      </w:pPr>
    </w:p>
    <w:p>
      <w:pPr>
        <w:spacing w:after="0"/>
      </w:pPr>
      <w:r>
        <w:rPr>
          <w:rFonts w:ascii="Arial" w:hAnsi="Arial"/>
          <w:b/>
          <w:sz w:val="22"/>
        </w:rPr>
        <w:t xml:space="preserve">Lucy  </w:t>
      </w:r>
      <w:r>
        <w:rPr>
          <w:rFonts w:ascii="Arial" w:hAnsi="Arial"/>
          <w:color w:val="5D7284"/>
          <w:sz w:val="22"/>
        </w:rPr>
        <w:t>25:00</w:t>
      </w:r>
    </w:p>
    <w:p>
      <w:pPr>
        <w:spacing w:after="0"/>
      </w:pPr>
      <w:r>
        <w:rPr>
          <w:rFonts w:ascii="Arial" w:hAnsi="Arial"/>
          <w:sz w:val="22"/>
        </w:rPr>
        <w:t>And then one woman said to me, "Can you look after my bags?" And Alice said is that because they think you're not going to run off with their shoping? (laughs) It's just the random things people say. Alice has always said, right from day one, people always say, "Oh, you're training the dog?." And I was like, oh, yeah, I can imagine that gets frustrated, but I didn't realize just how often an hour and a half and I think it was like, it was a must have been about four or five people. "Are you training the dog?"</w:t>
      </w:r>
    </w:p>
    <w:p>
      <w:pPr>
        <w:spacing w:after="0"/>
      </w:pPr>
    </w:p>
    <w:p>
      <w:pPr>
        <w:spacing w:after="0"/>
      </w:pPr>
      <w:r>
        <w:rPr>
          <w:rFonts w:ascii="Arial" w:hAnsi="Arial"/>
          <w:b/>
          <w:sz w:val="22"/>
        </w:rPr>
        <w:t xml:space="preserve">Emily  </w:t>
      </w:r>
      <w:r>
        <w:rPr>
          <w:rFonts w:ascii="Arial" w:hAnsi="Arial"/>
          <w:color w:val="5D7284"/>
          <w:sz w:val="22"/>
        </w:rPr>
        <w:t>25:26</w:t>
      </w:r>
    </w:p>
    <w:p>
      <w:pPr>
        <w:spacing w:after="0"/>
      </w:pPr>
      <w:r>
        <w:rPr>
          <w:rFonts w:ascii="Arial" w:hAnsi="Arial"/>
          <w:sz w:val="22"/>
        </w:rPr>
        <w:t>(Alice) Yeah, Yeah. I think it's because people often I don't know, I think just because historically, there's always been people who are of an older age. (Lucy) Yeah.</w:t>
      </w:r>
    </w:p>
    <w:p>
      <w:pPr>
        <w:spacing w:after="0"/>
      </w:pPr>
    </w:p>
    <w:p>
      <w:pPr>
        <w:spacing w:after="0"/>
      </w:pPr>
      <w:r>
        <w:rPr>
          <w:rFonts w:ascii="Arial" w:hAnsi="Arial"/>
          <w:b/>
          <w:sz w:val="22"/>
        </w:rPr>
        <w:t xml:space="preserve">Alice  </w:t>
      </w:r>
      <w:r>
        <w:rPr>
          <w:rFonts w:ascii="Arial" w:hAnsi="Arial"/>
          <w:color w:val="5D7284"/>
          <w:sz w:val="22"/>
        </w:rPr>
        <w:t>25:35</w:t>
      </w:r>
    </w:p>
    <w:p>
      <w:pPr>
        <w:spacing w:after="0"/>
      </w:pPr>
      <w:r>
        <w:rPr>
          <w:rFonts w:ascii="Arial" w:hAnsi="Arial"/>
          <w:sz w:val="22"/>
        </w:rPr>
        <w:t>I think if you're under like 45, and you can make eye contact, or like, you can control the movement in your eyes. They're like, Oh, well, they can see.</w:t>
      </w:r>
    </w:p>
    <w:p>
      <w:pPr>
        <w:spacing w:after="0"/>
      </w:pPr>
    </w:p>
    <w:p>
      <w:pPr>
        <w:spacing w:after="0"/>
      </w:pPr>
      <w:r>
        <w:rPr>
          <w:rFonts w:ascii="Arial" w:hAnsi="Arial"/>
          <w:b/>
          <w:sz w:val="22"/>
        </w:rPr>
        <w:t xml:space="preserve">Lucy  </w:t>
      </w:r>
      <w:r>
        <w:rPr>
          <w:rFonts w:ascii="Arial" w:hAnsi="Arial"/>
          <w:color w:val="5D7284"/>
          <w:sz w:val="22"/>
        </w:rPr>
        <w:t>25:46</w:t>
      </w:r>
    </w:p>
    <w:p>
      <w:pPr>
        <w:spacing w:after="0"/>
      </w:pPr>
      <w:r>
        <w:rPr>
          <w:rFonts w:ascii="Arial" w:hAnsi="Arial"/>
          <w:sz w:val="22"/>
        </w:rPr>
        <w:t>And you're not wearing dark glasses, or you know..</w:t>
      </w:r>
    </w:p>
    <w:p>
      <w:pPr>
        <w:spacing w:after="0"/>
      </w:pPr>
    </w:p>
    <w:p>
      <w:pPr>
        <w:spacing w:after="0"/>
      </w:pPr>
      <w:r>
        <w:rPr>
          <w:rFonts w:ascii="Arial" w:hAnsi="Arial"/>
          <w:b/>
          <w:sz w:val="22"/>
        </w:rPr>
        <w:t xml:space="preserve">Alice  </w:t>
      </w:r>
      <w:r>
        <w:rPr>
          <w:rFonts w:ascii="Arial" w:hAnsi="Arial"/>
          <w:color w:val="5D7284"/>
          <w:sz w:val="22"/>
        </w:rPr>
        <w:t>25:49</w:t>
      </w:r>
    </w:p>
    <w:p>
      <w:pPr>
        <w:spacing w:after="0"/>
      </w:pPr>
      <w:r>
        <w:rPr>
          <w:rFonts w:ascii="Arial" w:hAnsi="Arial"/>
          <w:sz w:val="22"/>
        </w:rPr>
        <w:t>The number of like puppy walkers, people who are like having the puppies when they're tiny, who I've met who are like older retired couples, and like, we're out doing fundraising in the summer, and people think they're the blind people. And "I'm like, no, no, no, this is my working dog, that dog is six months old. Do you think the dog that's just standing there urinating freely and barking, you think thats a trained guide dog?" Because the person's got glasses on no, no, no. (laughing)</w:t>
      </w:r>
    </w:p>
    <w:p>
      <w:pPr>
        <w:spacing w:after="0"/>
      </w:pPr>
    </w:p>
    <w:p>
      <w:pPr>
        <w:spacing w:after="0"/>
      </w:pPr>
      <w:r>
        <w:rPr>
          <w:rFonts w:ascii="Arial" w:hAnsi="Arial"/>
          <w:b/>
          <w:sz w:val="22"/>
        </w:rPr>
        <w:t xml:space="preserve">Lucy  </w:t>
      </w:r>
      <w:r>
        <w:rPr>
          <w:rFonts w:ascii="Arial" w:hAnsi="Arial"/>
          <w:color w:val="5D7284"/>
          <w:sz w:val="22"/>
        </w:rPr>
        <w:t>26:20</w:t>
      </w:r>
    </w:p>
    <w:p>
      <w:pPr>
        <w:spacing w:after="0"/>
      </w:pPr>
      <w:r>
        <w:rPr>
          <w:rFonts w:ascii="Arial" w:hAnsi="Arial"/>
          <w:sz w:val="22"/>
        </w:rPr>
        <w:t>I think as well, like people have a... have a stereotype of disabled people in their head of what they look like. And when, when you don't look like that stereotypical disabled person. Like, you know, I take... I have makeup on my face. I like to think I don't think I'm overly stylish by I know how to put an outfit together. Let's put it like that. And I think a lot of non disabled people think that disabled people can't like they were incapable of putting makeup on our face and looking like we've got ourselves together. Yeah,</w:t>
      </w:r>
    </w:p>
    <w:p>
      <w:pPr>
        <w:spacing w:after="0"/>
      </w:pPr>
    </w:p>
    <w:p>
      <w:pPr>
        <w:spacing w:after="0"/>
      </w:pPr>
      <w:r>
        <w:rPr>
          <w:rFonts w:ascii="Arial" w:hAnsi="Arial"/>
          <w:b/>
          <w:sz w:val="22"/>
        </w:rPr>
        <w:t xml:space="preserve">Emily  </w:t>
      </w:r>
      <w:r>
        <w:rPr>
          <w:rFonts w:ascii="Arial" w:hAnsi="Arial"/>
          <w:color w:val="5D7284"/>
          <w:sz w:val="22"/>
        </w:rPr>
        <w:t>26:57</w:t>
      </w:r>
    </w:p>
    <w:p>
      <w:pPr>
        <w:spacing w:after="0"/>
      </w:pPr>
      <w:r>
        <w:rPr>
          <w:rFonts w:ascii="Arial" w:hAnsi="Arial"/>
          <w:sz w:val="22"/>
        </w:rPr>
        <w:t>Or that we wouldn't want to, you know, (Lucy) Yeah. well, like why would you want to, you know, especially when you can't see just the people go why would you want to? it's like, well, why wouldn't I want to look nice? Why wouldn't I want to, you know, look nice for for myself.</w:t>
      </w:r>
    </w:p>
    <w:p>
      <w:pPr>
        <w:spacing w:after="0"/>
      </w:pPr>
    </w:p>
    <w:p>
      <w:pPr>
        <w:spacing w:after="0"/>
      </w:pPr>
      <w:r>
        <w:rPr>
          <w:rFonts w:ascii="Arial" w:hAnsi="Arial"/>
          <w:b/>
          <w:sz w:val="22"/>
        </w:rPr>
        <w:t xml:space="preserve">Alice  </w:t>
      </w:r>
      <w:r>
        <w:rPr>
          <w:rFonts w:ascii="Arial" w:hAnsi="Arial"/>
          <w:color w:val="5D7284"/>
          <w:sz w:val="22"/>
        </w:rPr>
        <w:t>27:10</w:t>
      </w:r>
    </w:p>
    <w:p>
      <w:pPr>
        <w:spacing w:after="0"/>
      </w:pPr>
      <w:r>
        <w:rPr>
          <w:rFonts w:ascii="Arial" w:hAnsi="Arial"/>
          <w:sz w:val="22"/>
        </w:rPr>
        <w:t xml:space="preserve">The confidence that it gives you and the feeling that like, like I always if I.. if I bothered to put makeup on, like the reason I get eyelash extensions is because in the morning, I wash my face, I brush my hair, I brush my eyelashes, and I leave the house. (Lucy) Brilliant! (laughing) I don't have to do anything. I do like a very bright lipstick, but other than that... </w:t>
      </w:r>
    </w:p>
    <w:p>
      <w:pPr>
        <w:spacing w:after="0"/>
      </w:pPr>
    </w:p>
    <w:p>
      <w:pPr>
        <w:spacing w:after="0"/>
      </w:pPr>
      <w:r>
        <w:rPr>
          <w:rFonts w:ascii="Arial" w:hAnsi="Arial"/>
          <w:b/>
          <w:sz w:val="22"/>
        </w:rPr>
        <w:t xml:space="preserve">Lucy  </w:t>
      </w:r>
      <w:r>
        <w:rPr>
          <w:rFonts w:ascii="Arial" w:hAnsi="Arial"/>
          <w:color w:val="5D7284"/>
          <w:sz w:val="22"/>
        </w:rPr>
        <w:t>27:31</w:t>
      </w:r>
    </w:p>
    <w:p>
      <w:pPr>
        <w:spacing w:after="0"/>
      </w:pPr>
      <w:r>
        <w:rPr>
          <w:rFonts w:ascii="Arial" w:hAnsi="Arial"/>
          <w:sz w:val="22"/>
        </w:rPr>
        <w:t>Yes you do. That's your trademark. You know how I've got very bright hair. You've got very bright lipstick.</w:t>
      </w:r>
    </w:p>
    <w:p>
      <w:pPr>
        <w:spacing w:after="0"/>
      </w:pPr>
    </w:p>
    <w:p>
      <w:pPr>
        <w:spacing w:after="0"/>
      </w:pPr>
      <w:r>
        <w:rPr>
          <w:rFonts w:ascii="Arial" w:hAnsi="Arial"/>
          <w:b/>
          <w:sz w:val="22"/>
        </w:rPr>
        <w:t xml:space="preserve">Alice  </w:t>
      </w:r>
      <w:r>
        <w:rPr>
          <w:rFonts w:ascii="Arial" w:hAnsi="Arial"/>
          <w:color w:val="5D7284"/>
          <w:sz w:val="22"/>
        </w:rPr>
        <w:t>27:39</w:t>
      </w:r>
    </w:p>
    <w:p>
      <w:pPr>
        <w:spacing w:after="0"/>
      </w:pPr>
      <w:r>
        <w:rPr>
          <w:rFonts w:ascii="Arial" w:hAnsi="Arial"/>
          <w:sz w:val="22"/>
        </w:rPr>
        <w:t>But the fun thing about having a blonde dog now because my last guide dog is black labrador, I've now got a yellow labrador. is that I don't realize I'll give her a kiss on the head. And well, for two days, she's just got bright pink lipstick on her head and everybody laughs at her. (laughing) I wear a lot of black just in my life. And so having a blonde dog is definitely like those days where you go, yeah, I can wear those jeans again. There are gone!</w:t>
      </w:r>
    </w:p>
    <w:p>
      <w:pPr>
        <w:spacing w:after="0"/>
      </w:pPr>
    </w:p>
    <w:p>
      <w:pPr>
        <w:spacing w:after="0"/>
      </w:pPr>
      <w:r>
        <w:rPr>
          <w:rFonts w:ascii="Arial" w:hAnsi="Arial"/>
          <w:b/>
          <w:sz w:val="22"/>
        </w:rPr>
        <w:t xml:space="preserve">Emily  </w:t>
      </w:r>
      <w:r>
        <w:rPr>
          <w:rFonts w:ascii="Arial" w:hAnsi="Arial"/>
          <w:color w:val="5D7284"/>
          <w:sz w:val="22"/>
        </w:rPr>
        <w:t>28:01</w:t>
      </w:r>
    </w:p>
    <w:p>
      <w:pPr>
        <w:spacing w:after="0"/>
      </w:pPr>
      <w:r>
        <w:rPr>
          <w:rFonts w:ascii="Arial" w:hAnsi="Arial"/>
          <w:sz w:val="22"/>
        </w:rPr>
        <w:t>I went from a blonde to a black dog and like my yellow lab just got fur all over all of my black clothes. And just because I I've worked for lush for the past, like you know, five years and I have went black for my job. So constantly if it was covered in black, yellow fur now, Rosie because I like to have silky dresses, I've got a few silky dresses that I've saved up and bought. And I've got some very pretty, you know, very kind of more flowy dresses, and there's just loads of course black fur on my on my dresses. And it's like, oh, just can never win.</w:t>
      </w:r>
    </w:p>
    <w:p>
      <w:pPr>
        <w:spacing w:after="0"/>
      </w:pPr>
    </w:p>
    <w:p>
      <w:pPr>
        <w:spacing w:after="0"/>
      </w:pPr>
      <w:r>
        <w:rPr>
          <w:rFonts w:ascii="Arial" w:hAnsi="Arial"/>
          <w:b/>
          <w:sz w:val="22"/>
        </w:rPr>
        <w:t xml:space="preserve">Lucy  </w:t>
      </w:r>
      <w:r>
        <w:rPr>
          <w:rFonts w:ascii="Arial" w:hAnsi="Arial"/>
          <w:color w:val="5D7284"/>
          <w:sz w:val="22"/>
        </w:rPr>
        <w:t>28:45</w:t>
      </w:r>
    </w:p>
    <w:p>
      <w:pPr>
        <w:spacing w:after="0"/>
      </w:pPr>
      <w:r>
        <w:rPr>
          <w:rFonts w:ascii="Arial" w:hAnsi="Arial"/>
          <w:sz w:val="22"/>
        </w:rPr>
        <w:t>I've got two Bulldogs that live in our house. And I think they know when I'm gonna go out the house because it's like they jump on my legs. They lick all my lipstick off my mouth. And you're like can you just..? (Alice) Oh Lucy don't let dogs lick your face! I can't help it</w:t>
      </w:r>
    </w:p>
    <w:p>
      <w:pPr>
        <w:spacing w:after="0"/>
      </w:pPr>
    </w:p>
    <w:p>
      <w:pPr>
        <w:spacing w:after="0"/>
      </w:pPr>
      <w:r>
        <w:rPr>
          <w:rFonts w:ascii="Arial" w:hAnsi="Arial"/>
          <w:b/>
          <w:sz w:val="22"/>
        </w:rPr>
        <w:t xml:space="preserve">Emily  </w:t>
      </w:r>
      <w:r>
        <w:rPr>
          <w:rFonts w:ascii="Arial" w:hAnsi="Arial"/>
          <w:color w:val="5D7284"/>
          <w:sz w:val="22"/>
        </w:rPr>
        <w:t>29:00</w:t>
      </w:r>
    </w:p>
    <w:p>
      <w:pPr>
        <w:spacing w:after="0"/>
      </w:pPr>
      <w:r>
        <w:rPr>
          <w:rFonts w:ascii="Arial" w:hAnsi="Arial"/>
          <w:sz w:val="22"/>
        </w:rPr>
        <w:t>oh, my dog, you would not want to let it lick your face. I literally she  tries to lick my face and I'm like no! get off like.</w:t>
      </w:r>
    </w:p>
    <w:p>
      <w:pPr>
        <w:spacing w:after="0"/>
      </w:pPr>
    </w:p>
    <w:p>
      <w:pPr>
        <w:spacing w:after="0"/>
      </w:pPr>
      <w:r>
        <w:rPr>
          <w:rFonts w:ascii="Arial" w:hAnsi="Arial"/>
          <w:b/>
          <w:sz w:val="22"/>
        </w:rPr>
        <w:t xml:space="preserve">Alice  </w:t>
      </w:r>
      <w:r>
        <w:rPr>
          <w:rFonts w:ascii="Arial" w:hAnsi="Arial"/>
          <w:color w:val="5D7284"/>
          <w:sz w:val="22"/>
        </w:rPr>
        <w:t>29:07</w:t>
      </w:r>
    </w:p>
    <w:p>
      <w:pPr>
        <w:spacing w:after="0"/>
      </w:pPr>
      <w:r>
        <w:rPr>
          <w:rFonts w:ascii="Arial" w:hAnsi="Arial"/>
          <w:sz w:val="22"/>
        </w:rPr>
        <w:t>You know where they have been! (Emily) Sorry? You know where they have been!.</w:t>
      </w:r>
    </w:p>
    <w:p>
      <w:pPr>
        <w:spacing w:after="0"/>
      </w:pPr>
    </w:p>
    <w:p>
      <w:pPr>
        <w:spacing w:after="0"/>
      </w:pPr>
      <w:r>
        <w:rPr>
          <w:rFonts w:ascii="Arial" w:hAnsi="Arial"/>
          <w:b/>
          <w:sz w:val="22"/>
        </w:rPr>
        <w:t xml:space="preserve">Emily  </w:t>
      </w:r>
      <w:r>
        <w:rPr>
          <w:rFonts w:ascii="Arial" w:hAnsi="Arial"/>
          <w:color w:val="5D7284"/>
          <w:sz w:val="22"/>
        </w:rPr>
        <w:t>29:13</w:t>
      </w:r>
    </w:p>
    <w:p>
      <w:pPr>
        <w:spacing w:after="0"/>
      </w:pPr>
      <w:r>
        <w:rPr>
          <w:rFonts w:ascii="Arial" w:hAnsi="Arial"/>
          <w:sz w:val="22"/>
        </w:rPr>
        <w:t>We have local cats who come into our garden sometimes. You know, sometimes they sort of like to use the (Lucy) Yeah flower beds for their own like toilets and things. Much to our  absolute horror. And then she's kind of looking longingly like hmmm I know where the Hor D'oeuvres are. That's what my dad calls it. "You going out to eat some Hor D'oeuvres" it's like dad don't your gross! But yeah, so when she tries to lick me I'm like "no your not licking me, you're not licking me."</w:t>
      </w:r>
    </w:p>
    <w:p>
      <w:pPr>
        <w:spacing w:after="0"/>
      </w:pPr>
    </w:p>
    <w:p>
      <w:pPr>
        <w:spacing w:after="0"/>
      </w:pPr>
      <w:r>
        <w:rPr>
          <w:rFonts w:ascii="Arial" w:hAnsi="Arial"/>
          <w:b/>
          <w:sz w:val="22"/>
        </w:rPr>
        <w:t xml:space="preserve">Lucy  </w:t>
      </w:r>
      <w:r>
        <w:rPr>
          <w:rFonts w:ascii="Arial" w:hAnsi="Arial"/>
          <w:color w:val="5D7284"/>
          <w:sz w:val="22"/>
        </w:rPr>
        <w:t>29:37</w:t>
      </w:r>
    </w:p>
    <w:p>
      <w:pPr>
        <w:spacing w:after="0"/>
      </w:pPr>
      <w:r>
        <w:rPr>
          <w:rFonts w:ascii="Arial" w:hAnsi="Arial"/>
          <w:sz w:val="22"/>
        </w:rPr>
        <w:t>I put a pair of socks on today. And they're like 50% dog hair. Which is gross really.</w:t>
      </w:r>
    </w:p>
    <w:p>
      <w:pPr>
        <w:spacing w:after="0"/>
      </w:pPr>
    </w:p>
    <w:p>
      <w:pPr>
        <w:spacing w:after="0"/>
      </w:pPr>
      <w:r>
        <w:rPr>
          <w:rFonts w:ascii="Arial" w:hAnsi="Arial"/>
          <w:b/>
          <w:sz w:val="22"/>
        </w:rPr>
        <w:t xml:space="preserve">Alice  </w:t>
      </w:r>
      <w:r>
        <w:rPr>
          <w:rFonts w:ascii="Arial" w:hAnsi="Arial"/>
          <w:color w:val="5D7284"/>
          <w:sz w:val="22"/>
        </w:rPr>
        <w:t>29:44</w:t>
      </w:r>
    </w:p>
    <w:p>
      <w:pPr>
        <w:spacing w:after="0"/>
      </w:pPr>
      <w:r>
        <w:rPr>
          <w:rFonts w:ascii="Arial" w:hAnsi="Arial"/>
          <w:sz w:val="22"/>
        </w:rPr>
        <w:t>I mean, my house is at least 76% dog hair at any one time (laughing) because we've still got my retired dog Lola so there's just a lot dogs. (Lucy) Yeah,</w:t>
      </w:r>
    </w:p>
    <w:p>
      <w:pPr>
        <w:spacing w:after="0"/>
      </w:pPr>
    </w:p>
    <w:p>
      <w:pPr>
        <w:spacing w:after="0"/>
      </w:pPr>
      <w:r>
        <w:rPr>
          <w:rFonts w:ascii="Arial" w:hAnsi="Arial"/>
          <w:b/>
          <w:sz w:val="22"/>
        </w:rPr>
        <w:t xml:space="preserve">Lucy  </w:t>
      </w:r>
      <w:r>
        <w:rPr>
          <w:rFonts w:ascii="Arial" w:hAnsi="Arial"/>
          <w:color w:val="5D7284"/>
          <w:sz w:val="22"/>
        </w:rPr>
        <w:t>29:54</w:t>
      </w:r>
    </w:p>
    <w:p>
      <w:pPr>
        <w:spacing w:after="0"/>
      </w:pPr>
      <w:r>
        <w:rPr>
          <w:rFonts w:ascii="Arial" w:hAnsi="Arial"/>
          <w:sz w:val="22"/>
        </w:rPr>
        <w:t>Yeah. Yeah, but it is that, it's a whole stereotypical thing of Oh, And the amount of people that say, you know, you're so pretty for a disabled person. "What is that supposed to mean?!" You know, just because I can manage to put my face on. Thank you very much. But...</w:t>
      </w:r>
    </w:p>
    <w:p>
      <w:pPr>
        <w:spacing w:after="0"/>
      </w:pPr>
    </w:p>
    <w:p>
      <w:pPr>
        <w:spacing w:after="0"/>
      </w:pPr>
      <w:r>
        <w:rPr>
          <w:rFonts w:ascii="Arial" w:hAnsi="Arial"/>
          <w:b/>
          <w:sz w:val="22"/>
        </w:rPr>
        <w:t xml:space="preserve">Disclaimer  </w:t>
      </w:r>
      <w:r>
        <w:rPr>
          <w:rFonts w:ascii="Arial" w:hAnsi="Arial"/>
          <w:color w:val="5D7284"/>
          <w:sz w:val="22"/>
        </w:rPr>
        <w:t>30:13</w:t>
      </w:r>
    </w:p>
    <w:p>
      <w:pPr>
        <w:spacing w:after="0"/>
      </w:pPr>
      <w:r>
        <w:rPr>
          <w:rFonts w:ascii="Arial" w:hAnsi="Arial"/>
          <w:sz w:val="22"/>
        </w:rPr>
        <w:t>I want to say when people say stuff like that to me, I'm like, "no, no, you need to spend five minutes on the internet" like, Jessica Kellgren Fozard. (Lucy) Yeah. She is beautiful!...for a disabled person. (Lucy laughing) I have put trousers on today. That is my success.</w:t>
      </w:r>
    </w:p>
    <w:p>
      <w:pPr>
        <w:spacing w:after="0"/>
      </w:pPr>
    </w:p>
    <w:p>
      <w:pPr>
        <w:spacing w:after="0"/>
      </w:pPr>
      <w:r>
        <w:rPr>
          <w:rFonts w:ascii="Arial" w:hAnsi="Arial"/>
          <w:b/>
          <w:sz w:val="22"/>
        </w:rPr>
        <w:t xml:space="preserve">Emily  </w:t>
      </w:r>
      <w:r>
        <w:rPr>
          <w:rFonts w:ascii="Arial" w:hAnsi="Arial"/>
          <w:color w:val="5D7284"/>
          <w:sz w:val="22"/>
        </w:rPr>
        <w:t>30:31</w:t>
      </w:r>
    </w:p>
    <w:p>
      <w:pPr>
        <w:spacing w:after="0"/>
      </w:pPr>
      <w:r>
        <w:rPr>
          <w:rFonts w:ascii="Arial" w:hAnsi="Arial"/>
          <w:sz w:val="22"/>
        </w:rPr>
        <w:t>It's like when they go, "oh, you know, you don't look blind" And they go, and I said, Well, what do you mean? And they say, "Oh, it's a compliment." I might say, well no it's a  compliment.  (Alice) How is that a compliment?! If it's a compliment for me, it's an insult for other people who.... (Lucy) Who are. Think about what you've just said for a minute. And sometimes I'd say and people would be like, "oh, yeah, let it go over your head they're just trying to be nice." And like no, but they don't realize it's actually like, that's not it's a backhanded thing. It's a it's not a nice thing to say. And it's problematic. And it's, yeah,</w:t>
      </w:r>
    </w:p>
    <w:p>
      <w:pPr>
        <w:spacing w:after="0"/>
      </w:pPr>
    </w:p>
    <w:p>
      <w:pPr>
        <w:spacing w:after="0"/>
      </w:pPr>
      <w:r>
        <w:rPr>
          <w:rFonts w:ascii="Arial" w:hAnsi="Arial"/>
          <w:b/>
          <w:sz w:val="22"/>
        </w:rPr>
        <w:t xml:space="preserve">Alice  </w:t>
      </w:r>
      <w:r>
        <w:rPr>
          <w:rFonts w:ascii="Arial" w:hAnsi="Arial"/>
          <w:color w:val="5D7284"/>
          <w:sz w:val="22"/>
        </w:rPr>
        <w:t>31:02</w:t>
      </w:r>
    </w:p>
    <w:p>
      <w:pPr>
        <w:spacing w:after="0"/>
      </w:pPr>
      <w:r>
        <w:rPr>
          <w:rFonts w:ascii="Arial" w:hAnsi="Arial"/>
          <w:sz w:val="22"/>
        </w:rPr>
        <w:t>It's..... I get it. I get it all the time. Exactly. It's exactly the same stuff is the is, oh, you you people get halfway through saying, "Oh, you don't look blind," and then they catch the look on my face and stop. Or there go. I had I literally when I was using a cane I had, I was having a really, really horrible time was while I was doing my undergrad. And I'd had a huge fight with my boyfriend, like the night before. And my period was late. And so I was like, great. So it's a Sunday morning, I'm tired and hungover. And I couldn't sleep. So I was like, Alright, I'm gonna go into town on a Sunday morning on my own and get pregnancy test. And so I had to use my cane because I was going in on my own. I never used my cane when I was like, before I got a guide dog. And this woman, I'm like storming around my local shopping center. Just like I hate everything. I do not want to be here. This woman stopped me just before I got on the escalator and went, "Oh, I just wanted to say that I think you're really beautiful." And I was like, bitch.. bitch!</w:t>
      </w:r>
    </w:p>
    <w:p>
      <w:pPr>
        <w:spacing w:after="0"/>
      </w:pPr>
    </w:p>
    <w:p>
      <w:pPr>
        <w:spacing w:after="0"/>
      </w:pPr>
      <w:r>
        <w:rPr>
          <w:rFonts w:ascii="Arial" w:hAnsi="Arial"/>
          <w:b/>
          <w:sz w:val="22"/>
        </w:rPr>
        <w:t xml:space="preserve">Lucy  </w:t>
      </w:r>
      <w:r>
        <w:rPr>
          <w:rFonts w:ascii="Arial" w:hAnsi="Arial"/>
          <w:color w:val="5D7284"/>
          <w:sz w:val="22"/>
        </w:rPr>
        <w:t>32:07</w:t>
      </w:r>
    </w:p>
    <w:p>
      <w:pPr>
        <w:spacing w:after="0"/>
      </w:pPr>
      <w:r>
        <w:rPr>
          <w:rFonts w:ascii="Arial" w:hAnsi="Arial"/>
          <w:sz w:val="22"/>
        </w:rPr>
        <w:t xml:space="preserve">oh! Not today. </w:t>
      </w:r>
    </w:p>
    <w:p>
      <w:pPr>
        <w:spacing w:after="0"/>
      </w:pPr>
    </w:p>
    <w:p>
      <w:pPr>
        <w:spacing w:after="0"/>
      </w:pPr>
      <w:r>
        <w:rPr>
          <w:rFonts w:ascii="Arial" w:hAnsi="Arial"/>
          <w:b/>
          <w:sz w:val="22"/>
        </w:rPr>
        <w:t xml:space="preserve">Alice  </w:t>
      </w:r>
      <w:r>
        <w:rPr>
          <w:rFonts w:ascii="Arial" w:hAnsi="Arial"/>
          <w:color w:val="5D7284"/>
          <w:sz w:val="22"/>
        </w:rPr>
        <w:t>32:08</w:t>
      </w:r>
    </w:p>
    <w:p>
      <w:pPr>
        <w:spacing w:after="0"/>
      </w:pPr>
      <w:r>
        <w:rPr>
          <w:rFonts w:ascii="Arial" w:hAnsi="Arial"/>
          <w:sz w:val="22"/>
        </w:rPr>
        <w:t>Yeah, it's half turn on a Sunday morning. And I am hanging  I look like I'm dead. You think this is good? You should see me like when I put effort in. (Lucy) Yeah. But don't don't compliment me. Just just because you think  I might be sad or like, like, it's like, what does she think I don't, I don't know what I look like? Just no! (Lucy) I know your lying! shut up!</w:t>
      </w:r>
    </w:p>
    <w:p>
      <w:pPr>
        <w:spacing w:after="0"/>
      </w:pPr>
    </w:p>
    <w:p>
      <w:pPr>
        <w:spacing w:after="0"/>
      </w:pPr>
      <w:r>
        <w:rPr>
          <w:rFonts w:ascii="Arial" w:hAnsi="Arial"/>
          <w:b/>
          <w:sz w:val="22"/>
        </w:rPr>
        <w:t xml:space="preserve">Emily  </w:t>
      </w:r>
      <w:r>
        <w:rPr>
          <w:rFonts w:ascii="Arial" w:hAnsi="Arial"/>
          <w:color w:val="5D7284"/>
          <w:sz w:val="22"/>
        </w:rPr>
        <w:t>32:33</w:t>
      </w:r>
    </w:p>
    <w:p>
      <w:pPr>
        <w:spacing w:after="0"/>
      </w:pPr>
      <w:r>
        <w:rPr>
          <w:rFonts w:ascii="Arial" w:hAnsi="Arial"/>
          <w:sz w:val="22"/>
        </w:rPr>
        <w:t>When you don't feel good about yourself, and people that say it to you, and you just, you're not in the mood to like take that compliment. You know, if you're just not physically in that moment, wanting to take it and you kind of make sure that oh, you know, like my hair's not been washed. You know, I've put it up in a band. You know, I've got spots because I'm due on or something like that. You just go away! like I'm not, it makes you have to list. "No, I'm not because I feel like I've got this this this." And it's just like No!</w:t>
      </w:r>
    </w:p>
    <w:p>
      <w:pPr>
        <w:spacing w:after="0"/>
      </w:pPr>
    </w:p>
    <w:p>
      <w:pPr>
        <w:spacing w:after="0"/>
      </w:pPr>
      <w:r>
        <w:rPr>
          <w:rFonts w:ascii="Arial" w:hAnsi="Arial"/>
          <w:b/>
          <w:sz w:val="22"/>
        </w:rPr>
        <w:t xml:space="preserve">Alice  </w:t>
      </w:r>
      <w:r>
        <w:rPr>
          <w:rFonts w:ascii="Arial" w:hAnsi="Arial"/>
          <w:color w:val="5D7284"/>
          <w:sz w:val="22"/>
        </w:rPr>
        <w:t>33:02</w:t>
      </w:r>
    </w:p>
    <w:p>
      <w:pPr>
        <w:spacing w:after="0"/>
      </w:pPr>
      <w:r>
        <w:rPr>
          <w:rFonts w:ascii="Arial" w:hAnsi="Arial"/>
          <w:sz w:val="22"/>
        </w:rPr>
        <w:t>Don't tell me I'm beautiful. Just you feel sorry for me because I'm disabled.</w:t>
      </w:r>
    </w:p>
    <w:p>
      <w:pPr>
        <w:spacing w:after="0"/>
      </w:pPr>
    </w:p>
    <w:p>
      <w:pPr>
        <w:spacing w:after="0"/>
      </w:pPr>
      <w:r>
        <w:rPr>
          <w:rFonts w:ascii="Arial" w:hAnsi="Arial"/>
          <w:b/>
          <w:sz w:val="22"/>
        </w:rPr>
        <w:t xml:space="preserve">Lucy  </w:t>
      </w:r>
      <w:r>
        <w:rPr>
          <w:rFonts w:ascii="Arial" w:hAnsi="Arial"/>
          <w:color w:val="5D7284"/>
          <w:sz w:val="22"/>
        </w:rPr>
        <w:t>33:07</w:t>
      </w:r>
    </w:p>
    <w:p>
      <w:pPr>
        <w:spacing w:after="0"/>
      </w:pPr>
      <w:r>
        <w:rPr>
          <w:rFonts w:ascii="Arial" w:hAnsi="Arial"/>
          <w:sz w:val="22"/>
        </w:rPr>
        <w:t>And people always say to me, Oh, you have and "you've got the most lovely eyes." Which which is thank you very much. That's a lovely compliment. But I also think sometimes I think it's not what they say to really ugly girls (laughing) when they can't find anything else to compliment. You got lovely eyes. It's like calling somebody bubbly. Ugh!</w:t>
      </w:r>
    </w:p>
    <w:p>
      <w:pPr>
        <w:spacing w:after="0"/>
      </w:pPr>
    </w:p>
    <w:p>
      <w:pPr>
        <w:spacing w:after="0"/>
      </w:pPr>
      <w:r>
        <w:rPr>
          <w:rFonts w:ascii="Arial" w:hAnsi="Arial"/>
          <w:b/>
          <w:sz w:val="22"/>
        </w:rPr>
        <w:t xml:space="preserve">Alice  </w:t>
      </w:r>
      <w:r>
        <w:rPr>
          <w:rFonts w:ascii="Arial" w:hAnsi="Arial"/>
          <w:color w:val="5D7284"/>
          <w:sz w:val="22"/>
        </w:rPr>
        <w:t>33:26</w:t>
      </w:r>
    </w:p>
    <w:p>
      <w:pPr>
        <w:spacing w:after="0"/>
      </w:pPr>
      <w:r>
        <w:rPr>
          <w:rFonts w:ascii="Arial" w:hAnsi="Arial"/>
          <w:sz w:val="22"/>
        </w:rPr>
        <w:t>Oh, to be fair. The first time I think it was my PA I showed her your picture. So this is who I'm doing a podcast with. Like all of your Facebook photos, like your profile pictures. Are you smiling with really big bright eyes? I think she said " Oh look at her eyes!" (Lucy laughs) Aww thankyou.</w:t>
      </w:r>
    </w:p>
    <w:p>
      <w:pPr>
        <w:spacing w:after="0"/>
      </w:pPr>
    </w:p>
    <w:p>
      <w:pPr>
        <w:spacing w:after="0"/>
      </w:pPr>
      <w:r>
        <w:rPr>
          <w:rFonts w:ascii="Arial" w:hAnsi="Arial"/>
          <w:b/>
          <w:sz w:val="22"/>
        </w:rPr>
        <w:t xml:space="preserve">Emily  </w:t>
      </w:r>
      <w:r>
        <w:rPr>
          <w:rFonts w:ascii="Arial" w:hAnsi="Arial"/>
          <w:color w:val="5D7284"/>
          <w:sz w:val="22"/>
        </w:rPr>
        <w:t>33:46</w:t>
      </w:r>
    </w:p>
    <w:p>
      <w:pPr>
        <w:spacing w:after="0"/>
      </w:pPr>
      <w:r>
        <w:rPr>
          <w:rFonts w:ascii="Arial" w:hAnsi="Arial"/>
          <w:sz w:val="22"/>
        </w:rPr>
        <w:t>I think eyes are such a lovely feature though. Having pretty eyes, I think it's one of the it's one of the nicest things you can get complimented on.</w:t>
      </w:r>
    </w:p>
    <w:p>
      <w:pPr>
        <w:spacing w:after="0"/>
      </w:pPr>
    </w:p>
    <w:p>
      <w:pPr>
        <w:spacing w:after="0"/>
      </w:pPr>
      <w:r>
        <w:rPr>
          <w:rFonts w:ascii="Arial" w:hAnsi="Arial"/>
          <w:b/>
          <w:sz w:val="22"/>
        </w:rPr>
        <w:t xml:space="preserve">Alice  </w:t>
      </w:r>
      <w:r>
        <w:rPr>
          <w:rFonts w:ascii="Arial" w:hAnsi="Arial"/>
          <w:color w:val="5D7284"/>
          <w:sz w:val="22"/>
        </w:rPr>
        <w:t>33:57</w:t>
      </w:r>
    </w:p>
    <w:p>
      <w:pPr>
        <w:spacing w:after="0"/>
      </w:pPr>
      <w:r>
        <w:rPr>
          <w:rFonts w:ascii="Arial" w:hAnsi="Arial"/>
          <w:sz w:val="22"/>
        </w:rPr>
        <w:t xml:space="preserve">Sorry, go on Emily. </w:t>
      </w:r>
    </w:p>
    <w:p>
      <w:pPr>
        <w:spacing w:after="0"/>
      </w:pPr>
    </w:p>
    <w:p>
      <w:pPr>
        <w:spacing w:after="0"/>
      </w:pPr>
      <w:r>
        <w:rPr>
          <w:rFonts w:ascii="Arial" w:hAnsi="Arial"/>
          <w:b/>
          <w:sz w:val="22"/>
        </w:rPr>
        <w:t xml:space="preserve">Emily  </w:t>
      </w:r>
      <w:r>
        <w:rPr>
          <w:rFonts w:ascii="Arial" w:hAnsi="Arial"/>
          <w:color w:val="5D7284"/>
          <w:sz w:val="22"/>
        </w:rPr>
        <w:t>33:58</w:t>
      </w:r>
    </w:p>
    <w:p>
      <w:pPr>
        <w:spacing w:after="0"/>
      </w:pPr>
      <w:r>
        <w:rPr>
          <w:rFonts w:ascii="Arial" w:hAnsi="Arial"/>
          <w:sz w:val="22"/>
        </w:rPr>
        <w:t>I mean, for me, it's, it's, it's the hair because I've got red hair and I curl it. lots of people's, always their first thing to talk about is my hair. So that's why I always make an effort with my hair. I've been trying to sleep with heatless curls and all that.</w:t>
      </w:r>
    </w:p>
    <w:p>
      <w:pPr>
        <w:spacing w:after="0"/>
      </w:pPr>
    </w:p>
    <w:p>
      <w:pPr>
        <w:spacing w:after="0"/>
      </w:pPr>
      <w:r>
        <w:rPr>
          <w:rFonts w:ascii="Arial" w:hAnsi="Arial"/>
          <w:b/>
          <w:sz w:val="22"/>
        </w:rPr>
        <w:t xml:space="preserve">Lucy  </w:t>
      </w:r>
      <w:r>
        <w:rPr>
          <w:rFonts w:ascii="Arial" w:hAnsi="Arial"/>
          <w:color w:val="5D7284"/>
          <w:sz w:val="22"/>
        </w:rPr>
        <w:t>34:12</w:t>
      </w:r>
    </w:p>
    <w:p>
      <w:pPr>
        <w:spacing w:after="0"/>
      </w:pPr>
      <w:r>
        <w:rPr>
          <w:rFonts w:ascii="Arial" w:hAnsi="Arial"/>
          <w:sz w:val="22"/>
        </w:rPr>
        <w:t>Yeah. How are you getting on with those? Because Can I just say they look so uncomfortable to sleep in. Are you sleeping at all?</w:t>
      </w:r>
    </w:p>
    <w:p>
      <w:pPr>
        <w:spacing w:after="0"/>
      </w:pPr>
    </w:p>
    <w:p>
      <w:pPr>
        <w:spacing w:after="0"/>
      </w:pPr>
      <w:r>
        <w:rPr>
          <w:rFonts w:ascii="Arial" w:hAnsi="Arial"/>
          <w:b/>
          <w:sz w:val="22"/>
        </w:rPr>
        <w:t xml:space="preserve">Emily  </w:t>
      </w:r>
      <w:r>
        <w:rPr>
          <w:rFonts w:ascii="Arial" w:hAnsi="Arial"/>
          <w:color w:val="5D7284"/>
          <w:sz w:val="22"/>
        </w:rPr>
        <w:t>34:22</w:t>
      </w:r>
    </w:p>
    <w:p>
      <w:pPr>
        <w:spacing w:after="0"/>
      </w:pPr>
      <w:r>
        <w:rPr>
          <w:rFonts w:ascii="Arial" w:hAnsi="Arial"/>
          <w:sz w:val="22"/>
        </w:rPr>
        <w:t>There's a knack to sleeping with it and you have to make sure that you do them? Not too near your ear, you have to kind of position them right so that your ear isn't being squashed by the dressing gown belt that I wrapped around them. But it's fine once you kind of like get a good position. It's fine to sleep in.</w:t>
      </w:r>
    </w:p>
    <w:p>
      <w:pPr>
        <w:spacing w:after="0"/>
      </w:pPr>
    </w:p>
    <w:p>
      <w:pPr>
        <w:spacing w:after="0"/>
      </w:pPr>
      <w:r>
        <w:rPr>
          <w:rFonts w:ascii="Arial" w:hAnsi="Arial"/>
          <w:b/>
          <w:sz w:val="22"/>
        </w:rPr>
        <w:t xml:space="preserve">Alice  </w:t>
      </w:r>
      <w:r>
        <w:rPr>
          <w:rFonts w:ascii="Arial" w:hAnsi="Arial"/>
          <w:color w:val="5D7284"/>
          <w:sz w:val="22"/>
        </w:rPr>
        <w:t>34:38</w:t>
      </w:r>
    </w:p>
    <w:p>
      <w:pPr>
        <w:spacing w:after="0"/>
      </w:pPr>
      <w:r>
        <w:rPr>
          <w:rFonts w:ascii="Arial" w:hAnsi="Arial"/>
          <w:sz w:val="22"/>
        </w:rPr>
        <w:t>It's gonna say it's all in the positioning and otherwise you do wake up with a crick in your neck.</w:t>
      </w:r>
    </w:p>
    <w:p>
      <w:pPr>
        <w:spacing w:after="0"/>
      </w:pPr>
    </w:p>
    <w:p>
      <w:pPr>
        <w:spacing w:after="0"/>
      </w:pPr>
      <w:r>
        <w:rPr>
          <w:rFonts w:ascii="Arial" w:hAnsi="Arial"/>
          <w:b/>
          <w:sz w:val="22"/>
        </w:rPr>
        <w:t xml:space="preserve">Lucy  </w:t>
      </w:r>
      <w:r>
        <w:rPr>
          <w:rFonts w:ascii="Arial" w:hAnsi="Arial"/>
          <w:color w:val="5D7284"/>
          <w:sz w:val="22"/>
        </w:rPr>
        <w:t>34:42</w:t>
      </w:r>
    </w:p>
    <w:p>
      <w:pPr>
        <w:spacing w:after="0"/>
      </w:pPr>
      <w:r>
        <w:rPr>
          <w:rFonts w:ascii="Arial" w:hAnsi="Arial"/>
          <w:sz w:val="22"/>
        </w:rPr>
        <w:t>Yes, yeah. When my when my sister was getting married. I was her chief bridesmaid, obviously. And they are pretty sure it was when my sister got married, but they put my hair in curlers. And then put a hair net over my head. Just stop the..... I woke up in the morning. I was like, "What the hell's happened to my vision? Not today." It was the hair net had fallen over my face. And I got into, like panic of "Oh no. Oh god. I can't I can't see to put my makeup on." It was just a hair net. So the relief was oh, its alright</w:t>
      </w:r>
    </w:p>
    <w:p>
      <w:pPr>
        <w:spacing w:after="0"/>
      </w:pPr>
    </w:p>
    <w:p>
      <w:pPr>
        <w:spacing w:after="0"/>
      </w:pPr>
      <w:r>
        <w:rPr>
          <w:rFonts w:ascii="Arial" w:hAnsi="Arial"/>
          <w:b/>
          <w:sz w:val="22"/>
        </w:rPr>
        <w:t xml:space="preserve">Disclaimer  </w:t>
      </w:r>
      <w:r>
        <w:rPr>
          <w:rFonts w:ascii="Arial" w:hAnsi="Arial"/>
          <w:color w:val="5D7284"/>
          <w:sz w:val="22"/>
        </w:rPr>
        <w:t>35:26</w:t>
      </w:r>
    </w:p>
    <w:p>
      <w:pPr>
        <w:spacing w:after="0"/>
      </w:pPr>
      <w:r>
        <w:rPr>
          <w:rFonts w:ascii="Arial" w:hAnsi="Arial"/>
          <w:sz w:val="22"/>
        </w:rPr>
        <w:t>I do a silk head wrap but no, I do think that that has helped my hair. Like stay healthier and not break as much.</w:t>
      </w:r>
    </w:p>
    <w:p>
      <w:pPr>
        <w:spacing w:after="0"/>
      </w:pPr>
    </w:p>
    <w:p>
      <w:pPr>
        <w:spacing w:after="0"/>
      </w:pPr>
      <w:r>
        <w:rPr>
          <w:rFonts w:ascii="Arial" w:hAnsi="Arial"/>
          <w:b/>
          <w:sz w:val="22"/>
        </w:rPr>
        <w:t xml:space="preserve">Lucy  </w:t>
      </w:r>
      <w:r>
        <w:rPr>
          <w:rFonts w:ascii="Arial" w:hAnsi="Arial"/>
          <w:color w:val="5D7284"/>
          <w:sz w:val="22"/>
        </w:rPr>
        <w:t>35:35</w:t>
      </w:r>
    </w:p>
    <w:p>
      <w:pPr>
        <w:spacing w:after="0"/>
      </w:pPr>
      <w:r>
        <w:rPr>
          <w:rFonts w:ascii="Arial" w:hAnsi="Arial"/>
          <w:sz w:val="22"/>
        </w:rPr>
        <w:t>That is a bit more glamorous than hair net though, isn't it.</w:t>
      </w:r>
    </w:p>
    <w:p>
      <w:pPr>
        <w:spacing w:after="0"/>
      </w:pPr>
    </w:p>
    <w:p>
      <w:pPr>
        <w:spacing w:after="0"/>
      </w:pPr>
      <w:r>
        <w:rPr>
          <w:rFonts w:ascii="Arial" w:hAnsi="Arial"/>
          <w:b/>
          <w:sz w:val="22"/>
        </w:rPr>
        <w:t xml:space="preserve">Disclaimer  </w:t>
      </w:r>
      <w:r>
        <w:rPr>
          <w:rFonts w:ascii="Arial" w:hAnsi="Arial"/>
          <w:color w:val="5D7284"/>
          <w:sz w:val="22"/>
        </w:rPr>
        <w:t>35:38</w:t>
      </w:r>
    </w:p>
    <w:p>
      <w:pPr>
        <w:spacing w:after="0"/>
      </w:pPr>
      <w:r>
        <w:rPr>
          <w:rFonts w:ascii="Arial" w:hAnsi="Arial"/>
          <w:sz w:val="22"/>
        </w:rPr>
        <w:t>I haven't been doing it when it's been like over the summer it was warm, because you just get wake up with a sweaty head. That's not good look.</w:t>
      </w:r>
    </w:p>
    <w:p>
      <w:pPr>
        <w:spacing w:after="0"/>
      </w:pPr>
    </w:p>
    <w:p>
      <w:pPr>
        <w:spacing w:after="0"/>
      </w:pPr>
      <w:r>
        <w:rPr>
          <w:rFonts w:ascii="Arial" w:hAnsi="Arial"/>
          <w:b/>
          <w:sz w:val="22"/>
        </w:rPr>
        <w:t xml:space="preserve">Emily  </w:t>
      </w:r>
      <w:r>
        <w:rPr>
          <w:rFonts w:ascii="Arial" w:hAnsi="Arial"/>
          <w:color w:val="5D7284"/>
          <w:sz w:val="22"/>
        </w:rPr>
        <w:t>35:48</w:t>
      </w:r>
    </w:p>
    <w:p>
      <w:pPr>
        <w:spacing w:after="0"/>
      </w:pPr>
      <w:r>
        <w:rPr>
          <w:rFonts w:ascii="Arial" w:hAnsi="Arial"/>
          <w:sz w:val="22"/>
        </w:rPr>
        <w:t>Yes, the summer was not kind. I had to go to a red carpet event on the hottest day of the year and we had near on forty five. (Alice) Yeah. Well yeah, just my luck. That was when I was invited to the premiere of "The Gray Man" for Netflix and it was red carpet (Lucy) Oh wow! And I was so excited because I come with my friend but I was like it's so hot and I literally had setting spray in my bag, I had like a powder but I had to squish it all in this bag. Luckily because I didn't have Rose because it was too hot. (Alice) Yeah. I had bits and pieces in there. So I had to squish it all in there. And then when I got out the cab, I was like trying to like toch up my makeup before like went on there because I'm so hot, but it was literally, it was like and I had this like this dress on that had like a bodice and it was really like tight on the top an a big skirt at the bottom. But I can't like I can't give up wearing this dress! It's like it's my new silky princess dress with sun flowers on it. (Lucy) Yeah. I wore it but I was so hot. And then literally the minute I went, I had to get a train home and it was like the two of the trains are canceled. (Lucy) Oh man! Time I got home I got home into this really warm humid room. I had a coldest shower of my life! and I still felt like my internal organs were sweating it was so hot. And I go into bed on this hot night it was just the worst!</w:t>
      </w:r>
    </w:p>
    <w:p>
      <w:pPr>
        <w:spacing w:after="0"/>
      </w:pPr>
    </w:p>
    <w:p>
      <w:pPr>
        <w:spacing w:after="0"/>
      </w:pPr>
      <w:r>
        <w:rPr>
          <w:rFonts w:ascii="Arial" w:hAnsi="Arial"/>
          <w:b/>
          <w:sz w:val="22"/>
        </w:rPr>
        <w:t xml:space="preserve">Disclaimer  </w:t>
      </w:r>
      <w:r>
        <w:rPr>
          <w:rFonts w:ascii="Arial" w:hAnsi="Arial"/>
          <w:color w:val="5D7284"/>
          <w:sz w:val="22"/>
        </w:rPr>
        <w:t>37:07</w:t>
      </w:r>
    </w:p>
    <w:p>
      <w:pPr>
        <w:spacing w:after="0"/>
      </w:pPr>
      <w:r>
        <w:rPr>
          <w:rFonts w:ascii="Arial" w:hAnsi="Arial"/>
          <w:sz w:val="22"/>
        </w:rPr>
        <w:t>And how did Rosie get on when it was really really hot?</w:t>
      </w:r>
    </w:p>
    <w:p>
      <w:pPr>
        <w:spacing w:after="0"/>
      </w:pPr>
    </w:p>
    <w:p>
      <w:pPr>
        <w:spacing w:after="0"/>
      </w:pPr>
      <w:r>
        <w:rPr>
          <w:rFonts w:ascii="Arial" w:hAnsi="Arial"/>
          <w:b/>
          <w:sz w:val="22"/>
        </w:rPr>
        <w:t xml:space="preserve">Emily  </w:t>
      </w:r>
      <w:r>
        <w:rPr>
          <w:rFonts w:ascii="Arial" w:hAnsi="Arial"/>
          <w:color w:val="5D7284"/>
          <w:sz w:val="22"/>
        </w:rPr>
        <w:t>37:10</w:t>
      </w:r>
    </w:p>
    <w:p>
      <w:pPr>
        <w:spacing w:after="0"/>
      </w:pPr>
      <w:r>
        <w:rPr>
          <w:rFonts w:ascii="Arial" w:hAnsi="Arial"/>
          <w:sz w:val="22"/>
        </w:rPr>
        <w:t>She, I bought her a cooling coat which she really appreciated. She loved that thing. She wore it a lot. And she pancakes on the floor a lot. I put a cooling mat down. She had a paddling pool literally she's a spilt princess. Both of my dogs were but with her especially because she acts like a little toddler. I probably paid for her every desire and yeah she I gave her every eventualities to try and keep her cool. I froze peanut butter , she was licking that. Everything I could think of so..</w:t>
      </w:r>
    </w:p>
    <w:p>
      <w:pPr>
        <w:spacing w:after="0"/>
      </w:pPr>
    </w:p>
    <w:p>
      <w:pPr>
        <w:spacing w:after="0"/>
      </w:pPr>
      <w:r>
        <w:rPr>
          <w:rFonts w:ascii="Arial" w:hAnsi="Arial"/>
          <w:b/>
          <w:sz w:val="22"/>
        </w:rPr>
        <w:t xml:space="preserve">Alice  </w:t>
      </w:r>
      <w:r>
        <w:rPr>
          <w:rFonts w:ascii="Arial" w:hAnsi="Arial"/>
          <w:color w:val="5D7284"/>
          <w:sz w:val="22"/>
        </w:rPr>
        <w:t>37:41</w:t>
      </w:r>
    </w:p>
    <w:p>
      <w:pPr>
        <w:spacing w:after="0"/>
      </w:pPr>
      <w:r>
        <w:rPr>
          <w:rFonts w:ascii="Arial" w:hAnsi="Arial"/>
          <w:sz w:val="22"/>
        </w:rPr>
        <w:t>With mine Lola inparticular my tired dog she'd lie down and she'd (Lucy) Isn't weird does that? Yeah. And panting and then she'd get up and she'd move to another patch of sunshine.  Lola there is a fan and cooling mat here. what are you doing? She's "mum I'm sooo hot!" Lay inside what are you doing?!</w:t>
      </w:r>
    </w:p>
    <w:p>
      <w:pPr>
        <w:spacing w:after="0"/>
      </w:pPr>
    </w:p>
    <w:p>
      <w:pPr>
        <w:spacing w:after="0"/>
      </w:pPr>
      <w:r>
        <w:rPr>
          <w:rFonts w:ascii="Arial" w:hAnsi="Arial"/>
          <w:b/>
          <w:sz w:val="22"/>
        </w:rPr>
        <w:t xml:space="preserve">Lucy  </w:t>
      </w:r>
      <w:r>
        <w:rPr>
          <w:rFonts w:ascii="Arial" w:hAnsi="Arial"/>
          <w:color w:val="5D7284"/>
          <w:sz w:val="22"/>
        </w:rPr>
        <w:t>38:02</w:t>
      </w:r>
    </w:p>
    <w:p>
      <w:pPr>
        <w:spacing w:after="0"/>
      </w:pPr>
      <w:r>
        <w:rPr>
          <w:rFonts w:ascii="Arial" w:hAnsi="Arial"/>
          <w:sz w:val="22"/>
        </w:rPr>
        <w:t>I'm just going to lay in the sun a bit more. It's got to the point now with our bulldogs that live in our house because that my sister's dogs. That we cannot go sit outside in the sunshine because they just follow you out. So we have to sit inside. (Emily) Yeah. And I'm like this is because of you! I can't go outside!</w:t>
      </w:r>
    </w:p>
    <w:p>
      <w:pPr>
        <w:spacing w:after="0"/>
      </w:pPr>
    </w:p>
    <w:p>
      <w:pPr>
        <w:spacing w:after="0"/>
      </w:pPr>
      <w:r>
        <w:rPr>
          <w:rFonts w:ascii="Arial" w:hAnsi="Arial"/>
          <w:b/>
          <w:sz w:val="22"/>
        </w:rPr>
        <w:t xml:space="preserve">Emily  </w:t>
      </w:r>
      <w:r>
        <w:rPr>
          <w:rFonts w:ascii="Arial" w:hAnsi="Arial"/>
          <w:color w:val="5D7284"/>
          <w:sz w:val="22"/>
        </w:rPr>
        <w:t>38:32</w:t>
      </w:r>
    </w:p>
    <w:p>
      <w:pPr>
        <w:spacing w:after="0"/>
      </w:pPr>
      <w:r>
        <w:rPr>
          <w:rFonts w:ascii="Arial" w:hAnsi="Arial"/>
          <w:sz w:val="22"/>
        </w:rPr>
        <w:t>I mean, luckily she gets in the paddling pool and I have to sprinkle some of her dog treats in there and she'll like, it's like apple bobbing for dogs and she'll stick her head in and like get them out. And that kind of keeps her busy for like all of five minutes but (Lucy) Yeah. Keeps her cool, but I mean my first dog Unity was like it as well, like a proper sun worshiper, but because she was a blonde like you know, Labrador, it didn't really matter as much as she would go in the shade. If I was near enough to the shade. She liked just watching me when I was in the garden. So if I was in the shade a bit she probably sit next to me in the shade. Where's Rose, I will find the hottest piece of grass and I will sit there for all eternity!</w:t>
      </w:r>
    </w:p>
    <w:p>
      <w:pPr>
        <w:spacing w:after="0"/>
      </w:pPr>
    </w:p>
    <w:p>
      <w:pPr>
        <w:spacing w:after="0"/>
      </w:pPr>
      <w:r>
        <w:rPr>
          <w:rFonts w:ascii="Arial" w:hAnsi="Arial"/>
          <w:b/>
          <w:sz w:val="22"/>
        </w:rPr>
        <w:t xml:space="preserve">Lucy  </w:t>
      </w:r>
      <w:r>
        <w:rPr>
          <w:rFonts w:ascii="Arial" w:hAnsi="Arial"/>
          <w:color w:val="5D7284"/>
          <w:sz w:val="22"/>
        </w:rPr>
        <w:t>39:08</w:t>
      </w:r>
    </w:p>
    <w:p>
      <w:pPr>
        <w:spacing w:after="0"/>
      </w:pPr>
      <w:r>
        <w:rPr>
          <w:rFonts w:ascii="Arial" w:hAnsi="Arial"/>
          <w:sz w:val="22"/>
        </w:rPr>
        <w:t>For dinner we are having barbecue dog.</w:t>
      </w:r>
    </w:p>
    <w:p>
      <w:pPr>
        <w:spacing w:after="0"/>
      </w:pPr>
    </w:p>
    <w:p>
      <w:pPr>
        <w:spacing w:after="0"/>
      </w:pPr>
      <w:r>
        <w:rPr>
          <w:rFonts w:ascii="Arial" w:hAnsi="Arial"/>
          <w:b/>
          <w:sz w:val="22"/>
        </w:rPr>
        <w:t xml:space="preserve">Disclaimer  </w:t>
      </w:r>
      <w:r>
        <w:rPr>
          <w:rFonts w:ascii="Arial" w:hAnsi="Arial"/>
          <w:color w:val="5D7284"/>
          <w:sz w:val="22"/>
        </w:rPr>
        <w:t>39:13</w:t>
      </w:r>
    </w:p>
    <w:p>
      <w:pPr>
        <w:spacing w:after="0"/>
      </w:pPr>
      <w:r>
        <w:rPr>
          <w:rFonts w:ascii="Arial" w:hAnsi="Arial"/>
          <w:sz w:val="22"/>
        </w:rPr>
        <w:t>Because Lola's, Dora is much more sensible. Like just generally she would she would just go and like sensible things like lie in front of the fan or have a drink. And then Lola would just literally she was wandering around the living room (Huffing and panting noises)</w:t>
      </w:r>
    </w:p>
    <w:p>
      <w:pPr>
        <w:spacing w:after="0"/>
      </w:pPr>
    </w:p>
    <w:p>
      <w:pPr>
        <w:spacing w:after="0"/>
      </w:pPr>
      <w:r>
        <w:rPr>
          <w:rFonts w:ascii="Arial" w:hAnsi="Arial"/>
          <w:b/>
          <w:sz w:val="22"/>
        </w:rPr>
        <w:t xml:space="preserve">Lucy  </w:t>
      </w:r>
      <w:r>
        <w:rPr>
          <w:rFonts w:ascii="Arial" w:hAnsi="Arial"/>
          <w:color w:val="5D7284"/>
          <w:sz w:val="22"/>
        </w:rPr>
        <w:t>39:29</w:t>
      </w:r>
    </w:p>
    <w:p>
      <w:pPr>
        <w:spacing w:after="0"/>
      </w:pPr>
      <w:r>
        <w:rPr>
          <w:rFonts w:ascii="Arial" w:hAnsi="Arial"/>
          <w:sz w:val="22"/>
        </w:rPr>
        <w:t>Our bulldogs they won't drink for ages and then they have a drink and then they have the biggest drink known to man. And then they end up yucking it up somewhere because I've taken on too much. You think you absolute wally what is wrong with you?</w:t>
      </w:r>
    </w:p>
    <w:p>
      <w:pPr>
        <w:spacing w:after="0"/>
      </w:pPr>
    </w:p>
    <w:p>
      <w:pPr>
        <w:spacing w:after="0"/>
      </w:pPr>
      <w:r>
        <w:rPr>
          <w:rFonts w:ascii="Arial" w:hAnsi="Arial"/>
          <w:b/>
          <w:sz w:val="22"/>
        </w:rPr>
        <w:t xml:space="preserve">Disclaimer  </w:t>
      </w:r>
      <w:r>
        <w:rPr>
          <w:rFonts w:ascii="Arial" w:hAnsi="Arial"/>
          <w:color w:val="5D7284"/>
          <w:sz w:val="22"/>
        </w:rPr>
        <w:t>39:46</w:t>
      </w:r>
    </w:p>
    <w:p>
      <w:pPr>
        <w:spacing w:after="0"/>
      </w:pPr>
      <w:r>
        <w:rPr>
          <w:rFonts w:ascii="Arial" w:hAnsi="Arial"/>
          <w:sz w:val="22"/>
        </w:rPr>
        <w:t>Yeah, trying to drown themselves from the inside.</w:t>
      </w:r>
    </w:p>
    <w:p>
      <w:pPr>
        <w:spacing w:after="0"/>
      </w:pPr>
    </w:p>
    <w:p>
      <w:pPr>
        <w:spacing w:after="0"/>
      </w:pPr>
      <w:r>
        <w:rPr>
          <w:rFonts w:ascii="Arial" w:hAnsi="Arial"/>
          <w:b/>
          <w:sz w:val="22"/>
        </w:rPr>
        <w:t xml:space="preserve">Lucy  </w:t>
      </w:r>
      <w:r>
        <w:rPr>
          <w:rFonts w:ascii="Arial" w:hAnsi="Arial"/>
          <w:color w:val="5D7284"/>
          <w:sz w:val="22"/>
        </w:rPr>
        <w:t>39:49</w:t>
      </w:r>
    </w:p>
    <w:p>
      <w:pPr>
        <w:spacing w:after="0"/>
      </w:pPr>
      <w:r>
        <w:rPr>
          <w:rFonts w:ascii="Arial" w:hAnsi="Arial"/>
          <w:sz w:val="22"/>
        </w:rPr>
        <w:t>Yeah, absolutely ridiculous.</w:t>
      </w:r>
    </w:p>
    <w:p>
      <w:pPr>
        <w:spacing w:after="0"/>
      </w:pPr>
    </w:p>
    <w:p>
      <w:pPr>
        <w:spacing w:after="0"/>
      </w:pPr>
      <w:r>
        <w:rPr>
          <w:rFonts w:ascii="Arial" w:hAnsi="Arial"/>
          <w:b/>
          <w:sz w:val="22"/>
        </w:rPr>
        <w:t xml:space="preserve">Alice  </w:t>
      </w:r>
      <w:r>
        <w:rPr>
          <w:rFonts w:ascii="Arial" w:hAnsi="Arial"/>
          <w:color w:val="5D7284"/>
          <w:sz w:val="22"/>
        </w:rPr>
        <w:t>39:52</w:t>
      </w:r>
    </w:p>
    <w:p>
      <w:pPr>
        <w:spacing w:after="0"/>
      </w:pPr>
      <w:r>
        <w:rPr>
          <w:rFonts w:ascii="Arial" w:hAnsi="Arial"/>
          <w:sz w:val="22"/>
        </w:rPr>
        <w:t>The joy of dogs.... when we did it. I did a fundraising event with both of my dogs yesterday and we got the train home and Lola decided that she absolutely had to take a massive crap in the middle of like on the platform at the train station. (Emily) Oh god no! (Lucy) Lovely! I was just like, Ah, thanks love. This is such a good like, like, oh guide dogs are so well trained. And so</w:t>
      </w:r>
    </w:p>
    <w:p>
      <w:pPr>
        <w:spacing w:after="0"/>
      </w:pPr>
    </w:p>
    <w:p>
      <w:pPr>
        <w:spacing w:after="0"/>
      </w:pPr>
      <w:r>
        <w:rPr>
          <w:rFonts w:ascii="Arial" w:hAnsi="Arial"/>
          <w:b/>
          <w:sz w:val="22"/>
        </w:rPr>
        <w:t xml:space="preserve">Lucy  </w:t>
      </w:r>
      <w:r>
        <w:rPr>
          <w:rFonts w:ascii="Arial" w:hAnsi="Arial"/>
          <w:color w:val="5D7284"/>
          <w:sz w:val="22"/>
        </w:rPr>
        <w:t>40:17</w:t>
      </w:r>
    </w:p>
    <w:p>
      <w:pPr>
        <w:spacing w:after="0"/>
      </w:pPr>
      <w:r>
        <w:rPr>
          <w:rFonts w:ascii="Arial" w:hAnsi="Arial"/>
          <w:sz w:val="22"/>
        </w:rPr>
        <w:t>Were you wearing a  guide dogs outfit ? like..(Alice) I had taken my shirt off. You weren't advertising like guide dogs,  get a guide dog they crap everywhere. (laughing)</w:t>
      </w:r>
    </w:p>
    <w:p>
      <w:pPr>
        <w:spacing w:after="0"/>
      </w:pPr>
    </w:p>
    <w:p>
      <w:pPr>
        <w:spacing w:after="0"/>
      </w:pPr>
      <w:r>
        <w:rPr>
          <w:rFonts w:ascii="Arial" w:hAnsi="Arial"/>
          <w:b/>
          <w:sz w:val="22"/>
        </w:rPr>
        <w:t xml:space="preserve">Emily  </w:t>
      </w:r>
      <w:r>
        <w:rPr>
          <w:rFonts w:ascii="Arial" w:hAnsi="Arial"/>
          <w:color w:val="5D7284"/>
          <w:sz w:val="22"/>
        </w:rPr>
        <w:t>40:29</w:t>
      </w:r>
    </w:p>
    <w:p>
      <w:pPr>
        <w:spacing w:after="0"/>
      </w:pPr>
      <w:r>
        <w:rPr>
          <w:rFonts w:ascii="Arial" w:hAnsi="Arial"/>
          <w:sz w:val="22"/>
        </w:rPr>
        <w:t>I tell you, my first guide dog she.... I have some really embarrassing stories about how toileting habits so the first one was when I first got her, and I've been invited as a blogger to a local fashion show that they were doing to raise money for breast cancer awareness. And I've been invited, it's like kind of pricey, you know, to like blog about it because it was like in my local shopping center. So I go there and we're walking along in a shopping center. And when you have a dog you can tend to feel when they need to go because they're walking gets a bit stiffer and they start veering over to the side of the of wherever they are. And I'm like oh no "Unity no, wait, no can't do it in her"e and my mum didn't realise what I meant, she was like "what you're talking about what's the matter is she ill?" I'm like no she needs to go toilet. "Oh my god, you can't do it in here." And we were frantically looking for the nearest exit which was not anywhere within the near vicinity. And then she dragged me over to the side of the like, of the shop, which was actually like a fancy Ernest Jones jewelry shop. (Lucy) Oh no. And had a crap. I was like, Whilst we've got all these people there and it was right outside the fashion show (Lucy laughing)  these boys were like filming it. So I don't know what's that about and then I had to get a bag and my mum like, picked it up and she had to put it in the bin and it was next to these two girls in there Krispy Kreme doughnuts! (Lucy) OH! Oh this i gross, my mum was like "we got to go I'm not staying here" I was like but I've been invited. I can't leave it. So we had to sit there for this fashion show. Well, after Unity had done this. And people knew that you know, she had done it, it was almost embarrassing thing. That literally the first time I went out with Lola she crapped in the middle of John Lewis.</w:t>
      </w:r>
    </w:p>
    <w:p>
      <w:pPr>
        <w:spacing w:after="0"/>
      </w:pPr>
    </w:p>
    <w:p>
      <w:pPr>
        <w:spacing w:after="0"/>
      </w:pPr>
      <w:r>
        <w:rPr>
          <w:rFonts w:ascii="Arial" w:hAnsi="Arial"/>
          <w:b/>
          <w:sz w:val="22"/>
        </w:rPr>
        <w:t xml:space="preserve">Lucy  </w:t>
      </w:r>
      <w:r>
        <w:rPr>
          <w:rFonts w:ascii="Arial" w:hAnsi="Arial"/>
          <w:color w:val="5D7284"/>
          <w:sz w:val="22"/>
        </w:rPr>
        <w:t>42:09</w:t>
      </w:r>
    </w:p>
    <w:p>
      <w:pPr>
        <w:spacing w:after="0"/>
      </w:pPr>
      <w:r>
        <w:rPr>
          <w:rFonts w:ascii="Arial" w:hAnsi="Arial"/>
          <w:sz w:val="22"/>
        </w:rPr>
        <w:t>(laughing) I mean, she's got taste if I'm honest.</w:t>
      </w:r>
    </w:p>
    <w:p>
      <w:pPr>
        <w:spacing w:after="0"/>
      </w:pPr>
    </w:p>
    <w:p>
      <w:pPr>
        <w:spacing w:after="0"/>
      </w:pPr>
      <w:r>
        <w:rPr>
          <w:rFonts w:ascii="Arial" w:hAnsi="Arial"/>
          <w:b/>
          <w:sz w:val="22"/>
        </w:rPr>
        <w:t xml:space="preserve">Alice  </w:t>
      </w:r>
      <w:r>
        <w:rPr>
          <w:rFonts w:ascii="Arial" w:hAnsi="Arial"/>
          <w:color w:val="5D7284"/>
          <w:sz w:val="22"/>
        </w:rPr>
        <w:t>42:14</w:t>
      </w:r>
    </w:p>
    <w:p>
      <w:pPr>
        <w:spacing w:after="0"/>
      </w:pPr>
      <w:r>
        <w:rPr>
          <w:rFonts w:ascii="Arial" w:hAnsi="Arial"/>
          <w:sz w:val="22"/>
        </w:rPr>
        <w:t>Because in my local shopping center, you can cut through  John Lewis to get for carpark. so I was walking to the carpark we were like we weren't going in John Lewis, I was going to go like get picked up to go home and she was like, like, the worst thing I've done about yours, Emily, but my dogs are like, they're super, super particular about where they'll go to the toilet. Until they're desperate. So I'll give them like three or four opportunities and they'll be like, "no, no, no. Now this isn't the right place. I couldn't possibly." And then 10 minutes later, it's like oh, no, no, it's coming. It's coming. Yeah,</w:t>
      </w:r>
    </w:p>
    <w:p>
      <w:pPr>
        <w:spacing w:after="0"/>
      </w:pPr>
    </w:p>
    <w:p>
      <w:pPr>
        <w:spacing w:after="0"/>
      </w:pPr>
      <w:r>
        <w:rPr>
          <w:rFonts w:ascii="Arial" w:hAnsi="Arial"/>
          <w:b/>
          <w:sz w:val="22"/>
        </w:rPr>
        <w:t xml:space="preserve">Emily  </w:t>
      </w:r>
      <w:r>
        <w:rPr>
          <w:rFonts w:ascii="Arial" w:hAnsi="Arial"/>
          <w:color w:val="5D7284"/>
          <w:sz w:val="22"/>
        </w:rPr>
        <w:t>42:50</w:t>
      </w:r>
    </w:p>
    <w:p>
      <w:pPr>
        <w:spacing w:after="0"/>
      </w:pPr>
      <w:r>
        <w:rPr>
          <w:rFonts w:ascii="Arial" w:hAnsi="Arial"/>
          <w:sz w:val="22"/>
        </w:rPr>
        <w:t>They wait too long, Unity was the worst she was so picky. So it's no I don't want to do it there and you'd literally like she knew that I would let her sniff to find a place to go to toilet because I was so worried about that happening again. She would should she really did like play me for a fool she did that dog. She wasn't stupid and you know she would she would try and take advantage of that. But yeah, like Rose is not quite as bad actually she does go like to a point but she does like to find the good spot and she won't do number one and number two at the same time she has to do it in two separate places because heaven forbid she will do the same place. But Unity was just literally the worst that she would not do it for love nor money until she got desperate and then there was another time when I was giving the tour of my university to these new international students and they had interpreters they didn't speak much english and I was given them a tour and she was so desperate she decided to do a poo in the middle of the hallway and they literally were staring absolutely  eyes a gog at this dog having done it. I felt in my pocket and I realized I'd left the poo bags in my bag in the room  (Lucy)  Oh no! for the open day where all the all of our staff  stuff was so I have to say to the interpreter "I'm gonna quickly run back go get a bag." so I had to leave all these students and this interpreter with this big steaming poo.</w:t>
      </w:r>
    </w:p>
    <w:p>
      <w:pPr>
        <w:spacing w:after="0"/>
      </w:pPr>
    </w:p>
    <w:p>
      <w:pPr>
        <w:spacing w:after="0"/>
      </w:pPr>
      <w:r>
        <w:rPr>
          <w:rFonts w:ascii="Arial" w:hAnsi="Arial"/>
          <w:b/>
          <w:sz w:val="22"/>
        </w:rPr>
        <w:t xml:space="preserve">Alice  </w:t>
      </w:r>
      <w:r>
        <w:rPr>
          <w:rFonts w:ascii="Arial" w:hAnsi="Arial"/>
          <w:color w:val="5D7284"/>
          <w:sz w:val="22"/>
        </w:rPr>
        <w:t>44:08</w:t>
      </w:r>
    </w:p>
    <w:p>
      <w:pPr>
        <w:spacing w:after="0"/>
      </w:pPr>
      <w:r>
        <w:rPr>
          <w:rFonts w:ascii="Arial" w:hAnsi="Arial"/>
          <w:sz w:val="22"/>
        </w:rPr>
        <w:t xml:space="preserve">Can you just stand there and watch this so I know where to come back to as well. </w:t>
      </w:r>
    </w:p>
    <w:p>
      <w:pPr>
        <w:spacing w:after="0"/>
      </w:pPr>
    </w:p>
    <w:p>
      <w:pPr>
        <w:spacing w:after="0"/>
      </w:pPr>
      <w:r>
        <w:rPr>
          <w:rFonts w:ascii="Arial" w:hAnsi="Arial"/>
          <w:b/>
          <w:sz w:val="22"/>
        </w:rPr>
        <w:t xml:space="preserve">Emily  </w:t>
      </w:r>
      <w:r>
        <w:rPr>
          <w:rFonts w:ascii="Arial" w:hAnsi="Arial"/>
          <w:color w:val="5D7284"/>
          <w:sz w:val="22"/>
        </w:rPr>
        <w:t>44:12</w:t>
      </w:r>
    </w:p>
    <w:p>
      <w:pPr>
        <w:spacing w:after="0"/>
      </w:pPr>
      <w:r>
        <w:rPr>
          <w:rFonts w:ascii="Arial" w:hAnsi="Arial"/>
          <w:sz w:val="22"/>
        </w:rPr>
        <w:t>Yeah, I got one, came back. But by that time other people, other students knew about it and all my colleagues knew about it and it went round and everyone was like taking the absolute like mick out of me. It was so bad. It was honestly like if you got me into some really embarrassing scrapes that dog.</w:t>
      </w:r>
    </w:p>
    <w:p>
      <w:pPr>
        <w:spacing w:after="0"/>
      </w:pPr>
    </w:p>
    <w:p>
      <w:pPr>
        <w:spacing w:after="0"/>
      </w:pPr>
      <w:r>
        <w:rPr>
          <w:rFonts w:ascii="Arial" w:hAnsi="Arial"/>
          <w:b/>
          <w:sz w:val="22"/>
        </w:rPr>
        <w:t xml:space="preserve">Disclaimer  </w:t>
      </w:r>
      <w:r>
        <w:rPr>
          <w:rFonts w:ascii="Arial" w:hAnsi="Arial"/>
          <w:color w:val="5D7284"/>
          <w:sz w:val="22"/>
        </w:rPr>
        <w:t>44:30</w:t>
      </w:r>
    </w:p>
    <w:p>
      <w:pPr>
        <w:spacing w:after="0"/>
      </w:pPr>
      <w:r>
        <w:rPr>
          <w:rFonts w:ascii="Arial" w:hAnsi="Arial"/>
          <w:sz w:val="22"/>
        </w:rPr>
        <w:t>Yeah, I have quite recently had to go to my doctor's and we've got a spot on route to the doctor but I'm like okay Dora this is your toilet opportunity because there is a bin there so let's let's do this. And she was like "No Mum, I'm fine. Don't need to go absolutely fine. Don't worry about it." Not like four minutes later she's like Mum, I have to take the world's biggest shit in the middle of the pavement. And then there's no bin between there and my GP.</w:t>
      </w:r>
    </w:p>
    <w:p>
      <w:pPr>
        <w:spacing w:after="0"/>
      </w:pPr>
    </w:p>
    <w:p>
      <w:pPr>
        <w:spacing w:after="0"/>
      </w:pPr>
      <w:r>
        <w:rPr>
          <w:rFonts w:ascii="Arial" w:hAnsi="Arial"/>
          <w:b/>
          <w:sz w:val="22"/>
        </w:rPr>
        <w:t xml:space="preserve">Alice  </w:t>
      </w:r>
      <w:r>
        <w:rPr>
          <w:rFonts w:ascii="Arial" w:hAnsi="Arial"/>
          <w:color w:val="5D7284"/>
          <w:sz w:val="22"/>
        </w:rPr>
        <w:t>44:57</w:t>
      </w:r>
    </w:p>
    <w:p>
      <w:pPr>
        <w:spacing w:after="0"/>
      </w:pPr>
      <w:r>
        <w:rPr>
          <w:rFonts w:ascii="Arial" w:hAnsi="Arial"/>
          <w:sz w:val="22"/>
        </w:rPr>
        <w:t xml:space="preserve">Your having to carry it around like some bloody weird handbag. I'm just kind of holding on to it and then I've got to my GP's. And there's.... I have not walked past a bin, (Laughs) but I had passed one of those like, electrical meter boxes. So it's like, right, I've got to go in for my doctor's appointment. So I'm gonna put this here. And if it's still there, when I come back, I'll pick it up and keep looking for a bin. 20 minutes later I came back and there is still unsurprisingly, a bag of poo on topoff this eletric meter box. </w:t>
      </w:r>
    </w:p>
    <w:p>
      <w:pPr>
        <w:spacing w:after="0"/>
      </w:pPr>
    </w:p>
    <w:p>
      <w:pPr>
        <w:spacing w:after="0"/>
      </w:pPr>
      <w:r>
        <w:rPr>
          <w:rFonts w:ascii="Arial" w:hAnsi="Arial"/>
          <w:b/>
          <w:sz w:val="22"/>
        </w:rPr>
        <w:t xml:space="preserve">Lucy  </w:t>
      </w:r>
      <w:r>
        <w:rPr>
          <w:rFonts w:ascii="Arial" w:hAnsi="Arial"/>
          <w:color w:val="5D7284"/>
          <w:sz w:val="22"/>
        </w:rPr>
        <w:t>45:26</w:t>
      </w:r>
    </w:p>
    <w:p>
      <w:pPr>
        <w:spacing w:after="0"/>
      </w:pPr>
      <w:r>
        <w:rPr>
          <w:rFonts w:ascii="Arial" w:hAnsi="Arial"/>
          <w:sz w:val="22"/>
        </w:rPr>
        <w:t>Of course there is,yeah, it's a bit when we when I was a kid, and we used to go and walk the dog down the canal. My mum would always carry a poo bag, just in case and when the dog had done his business, my mum because she couldn't carry it and push me at the same time. So she would hang it on the back of our wheelchair until we got home. I was like "What is that smell?"</w:t>
      </w:r>
    </w:p>
    <w:p>
      <w:pPr>
        <w:spacing w:after="0"/>
      </w:pPr>
    </w:p>
    <w:p>
      <w:pPr>
        <w:spacing w:after="0"/>
      </w:pPr>
      <w:r>
        <w:rPr>
          <w:rFonts w:ascii="Arial" w:hAnsi="Arial"/>
          <w:b/>
          <w:sz w:val="22"/>
        </w:rPr>
        <w:t xml:space="preserve">Alice  </w:t>
      </w:r>
      <w:r>
        <w:rPr>
          <w:rFonts w:ascii="Arial" w:hAnsi="Arial"/>
          <w:color w:val="5D7284"/>
          <w:sz w:val="22"/>
        </w:rPr>
        <w:t>45:51</w:t>
      </w:r>
    </w:p>
    <w:p>
      <w:pPr>
        <w:spacing w:after="0"/>
      </w:pPr>
      <w:r>
        <w:rPr>
          <w:rFonts w:ascii="Arial" w:hAnsi="Arial"/>
          <w:sz w:val="22"/>
        </w:rPr>
        <w:t>Yeah. But like I love having a guide dog, but I imagine a lot of ways. It's like being a parent of a toddler where I'm aware of someone else's like toileting routine. (Lucy) Yes. I'm Just constantly like "When did you last go to the toilet?"</w:t>
      </w:r>
    </w:p>
    <w:p>
      <w:pPr>
        <w:spacing w:after="0"/>
      </w:pPr>
    </w:p>
    <w:p>
      <w:pPr>
        <w:spacing w:after="0"/>
      </w:pPr>
      <w:r>
        <w:rPr>
          <w:rFonts w:ascii="Arial" w:hAnsi="Arial"/>
          <w:b/>
          <w:sz w:val="22"/>
        </w:rPr>
        <w:t xml:space="preserve">Lucy  </w:t>
      </w:r>
      <w:r>
        <w:rPr>
          <w:rFonts w:ascii="Arial" w:hAnsi="Arial"/>
          <w:color w:val="5D7284"/>
          <w:sz w:val="22"/>
        </w:rPr>
        <w:t>46:13</w:t>
      </w:r>
    </w:p>
    <w:p>
      <w:pPr>
        <w:spacing w:after="0"/>
      </w:pPr>
      <w:r>
        <w:rPr>
          <w:rFonts w:ascii="Arial" w:hAnsi="Arial"/>
          <w:sz w:val="22"/>
        </w:rPr>
        <w:t>At least a toddler can tell you? (Emily) Yeah. "It's alright I went, I've been," you know?</w:t>
      </w:r>
    </w:p>
    <w:p>
      <w:pPr>
        <w:spacing w:after="0"/>
      </w:pPr>
    </w:p>
    <w:p>
      <w:pPr>
        <w:spacing w:after="0"/>
      </w:pPr>
      <w:r>
        <w:rPr>
          <w:rFonts w:ascii="Arial" w:hAnsi="Arial"/>
          <w:b/>
          <w:sz w:val="22"/>
        </w:rPr>
        <w:t xml:space="preserve">Emily  </w:t>
      </w:r>
      <w:r>
        <w:rPr>
          <w:rFonts w:ascii="Arial" w:hAnsi="Arial"/>
          <w:color w:val="5D7284"/>
          <w:sz w:val="22"/>
        </w:rPr>
        <w:t>46:18</w:t>
      </w:r>
    </w:p>
    <w:p>
      <w:pPr>
        <w:spacing w:after="0"/>
      </w:pPr>
      <w:r>
        <w:rPr>
          <w:rFonts w:ascii="Arial" w:hAnsi="Arial"/>
          <w:sz w:val="22"/>
        </w:rPr>
        <w:t>Also it's acceptable to you know for a toddler have an accident, like it's not going to be on the floor.</w:t>
      </w:r>
    </w:p>
    <w:p>
      <w:pPr>
        <w:spacing w:after="0"/>
      </w:pPr>
    </w:p>
    <w:p>
      <w:pPr>
        <w:spacing w:after="0"/>
      </w:pPr>
      <w:r>
        <w:rPr>
          <w:rFonts w:ascii="Arial" w:hAnsi="Arial"/>
          <w:b/>
          <w:sz w:val="22"/>
        </w:rPr>
        <w:t xml:space="preserve">Lucy  </w:t>
      </w:r>
      <w:r>
        <w:rPr>
          <w:rFonts w:ascii="Arial" w:hAnsi="Arial"/>
          <w:color w:val="5D7284"/>
          <w:sz w:val="22"/>
        </w:rPr>
        <w:t>46:23</w:t>
      </w:r>
    </w:p>
    <w:p>
      <w:pPr>
        <w:spacing w:after="0"/>
      </w:pPr>
      <w:r>
        <w:rPr>
          <w:rFonts w:ascii="Arial" w:hAnsi="Arial"/>
          <w:sz w:val="22"/>
        </w:rPr>
        <w:t>No it's not is it. And it's not going to stink the place out is it necessarily? You know?</w:t>
      </w:r>
    </w:p>
    <w:p>
      <w:pPr>
        <w:spacing w:after="0"/>
      </w:pPr>
    </w:p>
    <w:p>
      <w:pPr>
        <w:spacing w:after="0"/>
      </w:pPr>
      <w:r>
        <w:rPr>
          <w:rFonts w:ascii="Arial" w:hAnsi="Arial"/>
          <w:b/>
          <w:sz w:val="22"/>
        </w:rPr>
        <w:t xml:space="preserve">Alice  </w:t>
      </w:r>
      <w:r>
        <w:rPr>
          <w:rFonts w:ascii="Arial" w:hAnsi="Arial"/>
          <w:color w:val="5D7284"/>
          <w:sz w:val="22"/>
        </w:rPr>
        <w:t>46:27</w:t>
      </w:r>
    </w:p>
    <w:p>
      <w:pPr>
        <w:spacing w:after="0"/>
      </w:pPr>
      <w:r>
        <w:rPr>
          <w:rFonts w:ascii="Arial" w:hAnsi="Arial"/>
          <w:sz w:val="22"/>
        </w:rPr>
        <w:t>The coolest thing that pet dog that we had he told you when he goes to toilet because he'd walk in a circle. (Lucy) Really? Yeah, off the lead on the lead. You knew. And it was just like, you knew that that gave you like a minute or so to get to open the back door. Whatever you need. (Lucy) Yeah. It was amazing. No, like, people are always like, guide dogs are so well trained. I'm like, yes, they're very well trained. But you, you would expect that one of the things that teach like guide dogs is you know, not surprise poo, but no....(Lucy laughs)</w:t>
      </w:r>
    </w:p>
    <w:p>
      <w:pPr>
        <w:spacing w:after="0"/>
      </w:pPr>
    </w:p>
    <w:p>
      <w:pPr>
        <w:spacing w:after="0"/>
      </w:pPr>
      <w:r>
        <w:rPr>
          <w:rFonts w:ascii="Arial" w:hAnsi="Arial"/>
          <w:b/>
          <w:sz w:val="22"/>
        </w:rPr>
        <w:t xml:space="preserve">Lucy  </w:t>
      </w:r>
      <w:r>
        <w:rPr>
          <w:rFonts w:ascii="Arial" w:hAnsi="Arial"/>
          <w:color w:val="5D7284"/>
          <w:sz w:val="22"/>
        </w:rPr>
        <w:t>47:04</w:t>
      </w:r>
    </w:p>
    <w:p>
      <w:pPr>
        <w:spacing w:after="0"/>
      </w:pPr>
      <w:r>
        <w:rPr>
          <w:rFonts w:ascii="Arial" w:hAnsi="Arial"/>
          <w:sz w:val="22"/>
        </w:rPr>
        <w:t>Build that into their routine of going in a circle like wandering around in a circle. And they need the loo, before they go to the loo.</w:t>
      </w:r>
    </w:p>
    <w:p>
      <w:pPr>
        <w:spacing w:after="0"/>
      </w:pPr>
    </w:p>
    <w:p>
      <w:pPr>
        <w:spacing w:after="0"/>
      </w:pPr>
      <w:r>
        <w:rPr>
          <w:rFonts w:ascii="Arial" w:hAnsi="Arial"/>
          <w:b/>
          <w:sz w:val="22"/>
        </w:rPr>
        <w:t xml:space="preserve">Emily  </w:t>
      </w:r>
      <w:r>
        <w:rPr>
          <w:rFonts w:ascii="Arial" w:hAnsi="Arial"/>
          <w:color w:val="5D7284"/>
          <w:sz w:val="22"/>
        </w:rPr>
        <w:t>47:10</w:t>
      </w:r>
    </w:p>
    <w:p>
      <w:pPr>
        <w:spacing w:after="0"/>
      </w:pPr>
      <w:r>
        <w:rPr>
          <w:rFonts w:ascii="Arial" w:hAnsi="Arial"/>
          <w:sz w:val="22"/>
        </w:rPr>
        <w:t>They are taught though, but I think it's just like, I don't know, it's just dogs just they get into routine and they just kind of like they know that. I think they know if they get you that like desperate. They can get away with like getting some more sniffs in there or something.</w:t>
      </w:r>
    </w:p>
    <w:p>
      <w:pPr>
        <w:spacing w:after="0"/>
      </w:pPr>
    </w:p>
    <w:p>
      <w:pPr>
        <w:spacing w:after="0"/>
      </w:pPr>
      <w:r>
        <w:rPr>
          <w:rFonts w:ascii="Arial" w:hAnsi="Arial"/>
          <w:b/>
          <w:sz w:val="22"/>
        </w:rPr>
        <w:t xml:space="preserve">Alice  </w:t>
      </w:r>
      <w:r>
        <w:rPr>
          <w:rFonts w:ascii="Arial" w:hAnsi="Arial"/>
          <w:color w:val="5D7284"/>
          <w:sz w:val="22"/>
        </w:rPr>
        <w:t>47:25</w:t>
      </w:r>
    </w:p>
    <w:p>
      <w:pPr>
        <w:spacing w:after="0"/>
      </w:pPr>
      <w:r>
        <w:rPr>
          <w:rFonts w:ascii="Arial" w:hAnsi="Arial"/>
          <w:sz w:val="22"/>
        </w:rPr>
        <w:t>Yeah. And I think that's one of the things that must be really hard for the trainers is like, my life is nothing like the circumstances that you know, my dogs were like, lived in and trained in before they came to me, you know, when I go into the office, like the dogs get fed and go to the toilet and then you know, we sit in a car for 45 minutes and then we sit in the office and she doesn't go out again until lunchtime. And then we walk into the city center and it's like if that's way too interesting. I'm not stopping for a poo here when they stuff I could be sniffing the things I could be eating off the floor. (Lucy) Yeah. Yeah. So you know it tends to get to sort of ten to four and Dora has got her like nose as close to my face as she possibly can to be like " Mum!"</w:t>
      </w:r>
    </w:p>
    <w:p>
      <w:pPr>
        <w:spacing w:after="0"/>
      </w:pPr>
    </w:p>
    <w:p>
      <w:pPr>
        <w:spacing w:after="0"/>
      </w:pPr>
      <w:r>
        <w:rPr>
          <w:rFonts w:ascii="Arial" w:hAnsi="Arial"/>
          <w:b/>
          <w:sz w:val="22"/>
        </w:rPr>
        <w:t xml:space="preserve">Lucy  </w:t>
      </w:r>
      <w:r>
        <w:rPr>
          <w:rFonts w:ascii="Arial" w:hAnsi="Arial"/>
          <w:color w:val="5D7284"/>
          <w:sz w:val="22"/>
        </w:rPr>
        <w:t>48:15</w:t>
      </w:r>
    </w:p>
    <w:p>
      <w:pPr>
        <w:spacing w:after="0"/>
      </w:pPr>
      <w:r>
        <w:rPr>
          <w:rFonts w:ascii="Arial" w:hAnsi="Arial"/>
          <w:sz w:val="22"/>
        </w:rPr>
        <w:t>"Can we go home please I ned to go to  the toilet" No, like I since doing this podcast with you Alice, I love learning about guide dogs and how it all works and stuff because before I didn't know anything really. What I did know was very very little and now I know you, I know all about guide dogs. (Alice)  It's a horror story. I will be an aficionado on guide dogs and I think it could be my special subject on mastermind I think that's top ally ship if I do say so myself.</w:t>
      </w:r>
    </w:p>
    <w:p>
      <w:pPr>
        <w:spacing w:after="0"/>
      </w:pPr>
    </w:p>
    <w:p>
      <w:pPr>
        <w:spacing w:after="0"/>
      </w:pPr>
      <w:r>
        <w:rPr>
          <w:rFonts w:ascii="Arial" w:hAnsi="Arial"/>
          <w:b/>
          <w:sz w:val="22"/>
        </w:rPr>
        <w:t xml:space="preserve">Alice  </w:t>
      </w:r>
      <w:r>
        <w:rPr>
          <w:rFonts w:ascii="Arial" w:hAnsi="Arial"/>
          <w:color w:val="5D7284"/>
          <w:sz w:val="22"/>
        </w:rPr>
        <w:t>48:55</w:t>
      </w:r>
    </w:p>
    <w:p>
      <w:pPr>
        <w:spacing w:after="0"/>
      </w:pPr>
      <w:r>
        <w:rPr>
          <w:rFonts w:ascii="Arial" w:hAnsi="Arial"/>
          <w:sz w:val="22"/>
        </w:rPr>
        <w:t>Your making me feel guilty, like I need to know everything about your wheelchair manufacturer now.</w:t>
      </w:r>
    </w:p>
    <w:p>
      <w:pPr>
        <w:spacing w:after="0"/>
      </w:pPr>
    </w:p>
    <w:p>
      <w:pPr>
        <w:spacing w:after="0"/>
      </w:pPr>
      <w:r>
        <w:rPr>
          <w:rFonts w:ascii="Arial" w:hAnsi="Arial"/>
          <w:b/>
          <w:sz w:val="22"/>
        </w:rPr>
        <w:t xml:space="preserve">Lucy  </w:t>
      </w:r>
      <w:r>
        <w:rPr>
          <w:rFonts w:ascii="Arial" w:hAnsi="Arial"/>
          <w:color w:val="5D7284"/>
          <w:sz w:val="22"/>
        </w:rPr>
        <w:t>48:59</w:t>
      </w:r>
    </w:p>
    <w:p>
      <w:pPr>
        <w:spacing w:after="0"/>
      </w:pPr>
      <w:r>
        <w:rPr>
          <w:rFonts w:ascii="Arial" w:hAnsi="Arial"/>
          <w:sz w:val="22"/>
        </w:rPr>
        <w:t>yeah oh well, it's a bit boring as well if I'm honest.</w:t>
      </w:r>
    </w:p>
    <w:p>
      <w:pPr>
        <w:spacing w:after="0"/>
      </w:pPr>
    </w:p>
    <w:p>
      <w:pPr>
        <w:spacing w:after="0"/>
      </w:pPr>
      <w:r>
        <w:rPr>
          <w:rFonts w:ascii="Arial" w:hAnsi="Arial"/>
          <w:b/>
          <w:sz w:val="22"/>
        </w:rPr>
        <w:t xml:space="preserve">Alice  </w:t>
      </w:r>
      <w:r>
        <w:rPr>
          <w:rFonts w:ascii="Arial" w:hAnsi="Arial"/>
          <w:color w:val="5D7284"/>
          <w:sz w:val="22"/>
        </w:rPr>
        <w:t>49:05</w:t>
      </w:r>
    </w:p>
    <w:p>
      <w:pPr>
        <w:spacing w:after="0"/>
      </w:pPr>
      <w:r>
        <w:rPr>
          <w:rFonts w:ascii="Arial" w:hAnsi="Arial"/>
          <w:sz w:val="22"/>
        </w:rPr>
        <w:t>We did the... the event I did yesterday was where I don't know if you have much like involvement you do with guide dogs fundraising and stuff Emily but it was one where we went and sat in a university like Student Union and the students pay like the cost of a pint to get a come and fuss bunch of dogs for 15 minutes. And the dogs love it like my dogs in particular Lola kept getting really jealous when people were talking to Dora instead of her. She would literally on the other side of the room just barking at people who were talking to Dora and not her. But so many people would bless them I couldn't help but laugh like a bunch of these students were like "Soes your dog  know any tricks?" And I was like "I mean she is a guide dog." Like Yeah. My dog knows her left from right. I know adults that don't know that.</w:t>
      </w:r>
    </w:p>
    <w:p>
      <w:pPr>
        <w:spacing w:after="0"/>
      </w:pPr>
    </w:p>
    <w:p>
      <w:pPr>
        <w:spacing w:after="0"/>
      </w:pPr>
      <w:r>
        <w:rPr>
          <w:rFonts w:ascii="Arial" w:hAnsi="Arial"/>
          <w:b/>
          <w:sz w:val="22"/>
        </w:rPr>
        <w:t xml:space="preserve">Emily  </w:t>
      </w:r>
      <w:r>
        <w:rPr>
          <w:rFonts w:ascii="Arial" w:hAnsi="Arial"/>
          <w:color w:val="5D7284"/>
          <w:sz w:val="22"/>
        </w:rPr>
        <w:t>49:57</w:t>
      </w:r>
    </w:p>
    <w:p>
      <w:pPr>
        <w:spacing w:after="0"/>
      </w:pPr>
      <w:r>
        <w:rPr>
          <w:rFonts w:ascii="Arial" w:hAnsi="Arial"/>
          <w:sz w:val="22"/>
        </w:rPr>
        <w:t>My dog can wave, I taugt my dog how to wave.</w:t>
      </w:r>
    </w:p>
    <w:p>
      <w:pPr>
        <w:spacing w:after="0"/>
      </w:pPr>
    </w:p>
    <w:p>
      <w:pPr>
        <w:spacing w:after="0"/>
      </w:pPr>
      <w:r>
        <w:rPr>
          <w:rFonts w:ascii="Arial" w:hAnsi="Arial"/>
          <w:b/>
          <w:sz w:val="22"/>
        </w:rPr>
        <w:t xml:space="preserve">Alice  </w:t>
      </w:r>
      <w:r>
        <w:rPr>
          <w:rFonts w:ascii="Arial" w:hAnsi="Arial"/>
          <w:color w:val="5D7284"/>
          <w:sz w:val="22"/>
        </w:rPr>
        <w:t>50:02</w:t>
      </w:r>
    </w:p>
    <w:p>
      <w:pPr>
        <w:spacing w:after="0"/>
      </w:pPr>
      <w:r>
        <w:rPr>
          <w:rFonts w:ascii="Arial" w:hAnsi="Arial"/>
          <w:sz w:val="22"/>
        </w:rPr>
        <w:t>Yeah, I was gonna say the best mine I can do is I've got "paw" and I get "touch", which is where they put their nose in the palm of my hand. And my husband did teach Lola "find  Alice."  (Lucy) Aww. So when I'm in the house she comes to find me. And then..(Lucy) That's so cute! It is cute I have to make big fuss pf her, but the key that you're missing from this kind of story is that the reason I am not with Lola is because I've gone away for five minutes peace. (Lucy laughs)  So when he's like, find Alice, I'm like, "Oh, good, you're here." (sarcastic tone of voice)</w:t>
      </w:r>
    </w:p>
    <w:p>
      <w:pPr>
        <w:spacing w:after="0"/>
      </w:pPr>
    </w:p>
    <w:p>
      <w:pPr>
        <w:spacing w:after="0"/>
      </w:pPr>
      <w:r>
        <w:rPr>
          <w:rFonts w:ascii="Arial" w:hAnsi="Arial"/>
          <w:b/>
          <w:sz w:val="22"/>
        </w:rPr>
        <w:t xml:space="preserve">Lucy  </w:t>
      </w:r>
      <w:r>
        <w:rPr>
          <w:rFonts w:ascii="Arial" w:hAnsi="Arial"/>
          <w:color w:val="5D7284"/>
          <w:sz w:val="22"/>
        </w:rPr>
        <w:t>50:35</w:t>
      </w:r>
    </w:p>
    <w:p>
      <w:pPr>
        <w:spacing w:after="0"/>
      </w:pPr>
      <w:r>
        <w:rPr>
          <w:rFonts w:ascii="Arial" w:hAnsi="Arial"/>
          <w:sz w:val="22"/>
        </w:rPr>
        <w:t>(laughing) That's quite funny. Emily, can I talk to you about your makeup and all that kind of thing? And then because, again, that's something I find fascinating. When Alice was telling me about you, I was like, That is amazing! but how did you get in to makeup and fashion and all that kind of thing? Was it something that you've always really enjoyed? Or is it something that you stumbled across? Because I mean, when I was younger, like preteen I'm talking about. I was never really that into makeup and then my mum went "Do you want to try a bit of make up?" I was like, "Yes, please." And then opened the flood gates and now mum's like stop buying makeup! How did you get in into you know, makeup and fashion and all that kind of thing?</w:t>
      </w:r>
    </w:p>
    <w:p>
      <w:pPr>
        <w:spacing w:after="0"/>
      </w:pPr>
    </w:p>
    <w:p>
      <w:pPr>
        <w:spacing w:after="0"/>
      </w:pPr>
      <w:r>
        <w:rPr>
          <w:rFonts w:ascii="Arial" w:hAnsi="Arial"/>
          <w:b/>
          <w:sz w:val="22"/>
        </w:rPr>
        <w:t xml:space="preserve">Emily  </w:t>
      </w:r>
      <w:r>
        <w:rPr>
          <w:rFonts w:ascii="Arial" w:hAnsi="Arial"/>
          <w:color w:val="5D7284"/>
          <w:sz w:val="22"/>
        </w:rPr>
        <w:t>51:23</w:t>
      </w:r>
    </w:p>
    <w:p>
      <w:pPr>
        <w:spacing w:after="0"/>
      </w:pPr>
      <w:r>
        <w:rPr>
          <w:rFonts w:ascii="Arial" w:hAnsi="Arial"/>
          <w:sz w:val="22"/>
        </w:rPr>
        <w:t>Kind of similar story to you actually, to be honest. I mean, like my I was more like, into you know, going on, like watersporting and wearing my dungarees and like playing with toy tools in like, you know, playing water fights as a kid so I wasn't really into dresses and makeup. I mean, I guess when I was like very young, I loved my princess dresses and stuff. (Lucy) Yeah. And then when I got to sort of like my teens, kind of pre teens, like I did get into makeup because my mum was a makeup artist for Clinique and she was really into makeup because that was part of her job and she used to come back with loads of big bags from the training with makeup and little samples and I used to love it and I think I just, it was a kind of a natural thing really. It was a gravitational thing towards it because I saw my mum doing it, it was you know, something that I wanted to take an interest in myself and then she taught me how to do my own makeup and stuff and that was one of the big perks really because you know everyone says how do you do it? And it's honestly because I had someone who was a professional makeup artist so it helps.</w:t>
      </w:r>
    </w:p>
    <w:p>
      <w:pPr>
        <w:spacing w:after="0"/>
      </w:pPr>
    </w:p>
    <w:p>
      <w:pPr>
        <w:spacing w:after="0"/>
      </w:pPr>
      <w:r>
        <w:rPr>
          <w:rFonts w:ascii="Arial" w:hAnsi="Arial"/>
          <w:b/>
          <w:sz w:val="22"/>
        </w:rPr>
        <w:t xml:space="preserve">Lucy  </w:t>
      </w:r>
      <w:r>
        <w:rPr>
          <w:rFonts w:ascii="Arial" w:hAnsi="Arial"/>
          <w:color w:val="5D7284"/>
          <w:sz w:val="22"/>
        </w:rPr>
        <w:t>52:24</w:t>
      </w:r>
    </w:p>
    <w:p>
      <w:pPr>
        <w:spacing w:after="0"/>
      </w:pPr>
      <w:r>
        <w:rPr>
          <w:rFonts w:ascii="Arial" w:hAnsi="Arial"/>
          <w:sz w:val="22"/>
        </w:rPr>
        <w:t>It really helps</w:t>
      </w:r>
    </w:p>
    <w:p>
      <w:pPr>
        <w:spacing w:after="0"/>
      </w:pPr>
    </w:p>
    <w:p>
      <w:pPr>
        <w:spacing w:after="0"/>
      </w:pPr>
      <w:r>
        <w:rPr>
          <w:rFonts w:ascii="Arial" w:hAnsi="Arial"/>
          <w:b/>
          <w:sz w:val="22"/>
        </w:rPr>
        <w:t xml:space="preserve">Emily  </w:t>
      </w:r>
      <w:r>
        <w:rPr>
          <w:rFonts w:ascii="Arial" w:hAnsi="Arial"/>
          <w:color w:val="5D7284"/>
          <w:sz w:val="22"/>
        </w:rPr>
        <w:t>52:26</w:t>
      </w:r>
    </w:p>
    <w:p>
      <w:pPr>
        <w:spacing w:after="0"/>
      </w:pPr>
      <w:r>
        <w:rPr>
          <w:rFonts w:ascii="Arial" w:hAnsi="Arial"/>
          <w:sz w:val="22"/>
        </w:rPr>
        <w:t>So yeah, no I got into it through that and I think just I've always liked clothes and you know buying stuff and now like dresses and you know, colorful things and nice fabrics and I think it when I got to sort of my you know my late teens kind of isn't as bad start university I was very independent because I had my guide dog and I was out all the time. People would just say to me "Oh, you don't look blind" or you know "you just dress really well for a blind person, I wouldn't have thought that" and I wanted to start a blog on it because it was a really big thing for me I was like why do people think that and a lot of other people who couldn't see said "Yeah, it's quite common we get it as well" so I just decided that well maybe I could start a blog and it might kind of help unite people and I did and then I started other social platforms and I still do it now but I think it was for me it was just I had an interest in it I really enjoyed doing it I like beauty, I like makeup, my dream is to become a beauty journalist that's what I would long to do is what I'm trying to work towards at the moment. So it's I enjoy it I really do.</w:t>
      </w:r>
    </w:p>
    <w:p>
      <w:pPr>
        <w:spacing w:after="0"/>
      </w:pPr>
    </w:p>
    <w:p>
      <w:pPr>
        <w:spacing w:after="0"/>
      </w:pPr>
      <w:r>
        <w:rPr>
          <w:rFonts w:ascii="Arial" w:hAnsi="Arial"/>
          <w:b/>
          <w:sz w:val="22"/>
        </w:rPr>
        <w:t xml:space="preserve">Lucy  </w:t>
      </w:r>
      <w:r>
        <w:rPr>
          <w:rFonts w:ascii="Arial" w:hAnsi="Arial"/>
          <w:color w:val="5D7284"/>
          <w:sz w:val="22"/>
        </w:rPr>
        <w:t>53:29</w:t>
      </w:r>
    </w:p>
    <w:p>
      <w:pPr>
        <w:spacing w:after="0"/>
      </w:pPr>
      <w:r>
        <w:rPr>
          <w:rFonts w:ascii="Arial" w:hAnsi="Arial"/>
          <w:sz w:val="22"/>
        </w:rPr>
        <w:t>And what would you say was like the easiest makeup trick that you you learned? you know which was the first one that you thought "oh, this is this is easy I can do this till the cows come home." Because there are like some application processes for makeup is so difficult "Your, I can't do this." My hands have cramped up I need 20 minutes to calm myself down. (laughs) What for you was the most easiest thing that you thought once you cracked it you're like "oh yeah, this is easy I can do this."</w:t>
      </w:r>
    </w:p>
    <w:p>
      <w:pPr>
        <w:spacing w:after="0"/>
      </w:pPr>
    </w:p>
    <w:p>
      <w:pPr>
        <w:spacing w:after="0"/>
      </w:pPr>
      <w:r>
        <w:rPr>
          <w:rFonts w:ascii="Arial" w:hAnsi="Arial"/>
          <w:b/>
          <w:sz w:val="22"/>
        </w:rPr>
        <w:t xml:space="preserve">Emily  </w:t>
      </w:r>
      <w:r>
        <w:rPr>
          <w:rFonts w:ascii="Arial" w:hAnsi="Arial"/>
          <w:color w:val="5D7284"/>
          <w:sz w:val="22"/>
        </w:rPr>
        <w:t>53:58</w:t>
      </w:r>
    </w:p>
    <w:p>
      <w:pPr>
        <w:spacing w:after="0"/>
      </w:pPr>
      <w:r>
        <w:rPr>
          <w:rFonts w:ascii="Arial" w:hAnsi="Arial"/>
          <w:sz w:val="22"/>
        </w:rPr>
        <w:t xml:space="preserve"> Probably foundation to be honest. Foundation is a really simple thing to do you don't really need sight to do that. If you..I think if you use a good foundation, if you use like a liquid or a serum foundation. I think sometimes cream foundation is a bit more difficult but if you use a foundation that works for you, I think that's probably the easiest thing to do. </w:t>
      </w:r>
    </w:p>
    <w:p>
      <w:pPr>
        <w:spacing w:after="0"/>
      </w:pPr>
    </w:p>
    <w:p>
      <w:pPr>
        <w:spacing w:after="0"/>
      </w:pPr>
      <w:r>
        <w:rPr>
          <w:rFonts w:ascii="Arial" w:hAnsi="Arial"/>
          <w:b/>
          <w:sz w:val="22"/>
        </w:rPr>
        <w:t xml:space="preserve">Lucy  </w:t>
      </w:r>
      <w:r>
        <w:rPr>
          <w:rFonts w:ascii="Arial" w:hAnsi="Arial"/>
          <w:color w:val="5D7284"/>
          <w:sz w:val="22"/>
        </w:rPr>
        <w:t>54:15</w:t>
      </w:r>
    </w:p>
    <w:p>
      <w:pPr>
        <w:spacing w:after="0"/>
      </w:pPr>
      <w:r>
        <w:rPr>
          <w:rFonts w:ascii="Arial" w:hAnsi="Arial"/>
          <w:sz w:val="22"/>
        </w:rPr>
        <w:t>Yeah, what would you say is the most difficult thing?</w:t>
      </w:r>
    </w:p>
    <w:p>
      <w:pPr>
        <w:spacing w:after="0"/>
      </w:pPr>
    </w:p>
    <w:p>
      <w:pPr>
        <w:spacing w:after="0"/>
      </w:pPr>
      <w:r>
        <w:rPr>
          <w:rFonts w:ascii="Arial" w:hAnsi="Arial"/>
          <w:b/>
          <w:sz w:val="22"/>
        </w:rPr>
        <w:t xml:space="preserve">Emily  </w:t>
      </w:r>
      <w:r>
        <w:rPr>
          <w:rFonts w:ascii="Arial" w:hAnsi="Arial"/>
          <w:color w:val="5D7284"/>
          <w:sz w:val="22"/>
        </w:rPr>
        <w:t>54:18</w:t>
      </w:r>
    </w:p>
    <w:p>
      <w:pPr>
        <w:spacing w:after="0"/>
      </w:pPr>
      <w:r>
        <w:rPr>
          <w:rFonts w:ascii="Arial" w:hAnsi="Arial"/>
          <w:sz w:val="22"/>
        </w:rPr>
        <w:t>Putting on false eyelashes which is one of my favorite things but it's I honestly hate doing it so much so I have to get my mum, because it's not, my mystigmus means eyes shake too much so I'm just like I tried doing it myself for the first 10 minutes and like "Mum! I can't do it !"</w:t>
      </w:r>
    </w:p>
    <w:p>
      <w:pPr>
        <w:spacing w:after="0"/>
      </w:pPr>
    </w:p>
    <w:p>
      <w:pPr>
        <w:spacing w:after="0"/>
      </w:pPr>
      <w:r>
        <w:rPr>
          <w:rFonts w:ascii="Arial" w:hAnsi="Arial"/>
          <w:b/>
          <w:sz w:val="22"/>
        </w:rPr>
        <w:t xml:space="preserve">Alice  </w:t>
      </w:r>
      <w:r>
        <w:rPr>
          <w:rFonts w:ascii="Arial" w:hAnsi="Arial"/>
          <w:color w:val="5D7284"/>
          <w:sz w:val="22"/>
        </w:rPr>
        <w:t>54:37</w:t>
      </w:r>
    </w:p>
    <w:p>
      <w:pPr>
        <w:spacing w:after="0"/>
      </w:pPr>
      <w:r>
        <w:rPr>
          <w:rFonts w:ascii="Arial" w:hAnsi="Arial"/>
          <w:sz w:val="22"/>
        </w:rPr>
        <w:t>It's one of the things it's really hard to feel because of like the glue (Lucy) Yeah. So like with a lot of touch stuff like you can kind of what I tend to do is kind of go right out to put it near where I need to be and then I'm just gonna slowly move it until it's where it needs to be. (Lucy) Yeah. With something like eyelashes got glue on them. You put it near where it supposed to be and then you're like, "oh no it's haf way up my eyelid and I can't feel where it should be"</w:t>
      </w:r>
    </w:p>
    <w:p>
      <w:pPr>
        <w:spacing w:after="0"/>
      </w:pPr>
    </w:p>
    <w:p>
      <w:pPr>
        <w:spacing w:after="0"/>
      </w:pPr>
      <w:r>
        <w:rPr>
          <w:rFonts w:ascii="Arial" w:hAnsi="Arial"/>
          <w:b/>
          <w:sz w:val="22"/>
        </w:rPr>
        <w:t xml:space="preserve">Lucy  </w:t>
      </w:r>
      <w:r>
        <w:rPr>
          <w:rFonts w:ascii="Arial" w:hAnsi="Arial"/>
          <w:color w:val="5D7284"/>
          <w:sz w:val="22"/>
        </w:rPr>
        <w:t>55:03</w:t>
      </w:r>
    </w:p>
    <w:p>
      <w:pPr>
        <w:spacing w:after="0"/>
      </w:pPr>
      <w:r>
        <w:rPr>
          <w:rFonts w:ascii="Arial" w:hAnsi="Arial"/>
          <w:sz w:val="22"/>
        </w:rPr>
        <w:t>Well, yeah, it's a foreign body, so you're trying to, like, make something feel something that doesn't actually belong.</w:t>
      </w:r>
    </w:p>
    <w:p>
      <w:pPr>
        <w:spacing w:after="0"/>
      </w:pPr>
    </w:p>
    <w:p>
      <w:pPr>
        <w:spacing w:after="0"/>
      </w:pPr>
      <w:r>
        <w:rPr>
          <w:rFonts w:ascii="Arial" w:hAnsi="Arial"/>
          <w:b/>
          <w:sz w:val="22"/>
        </w:rPr>
        <w:t xml:space="preserve">Emily  </w:t>
      </w:r>
      <w:r>
        <w:rPr>
          <w:rFonts w:ascii="Arial" w:hAnsi="Arial"/>
          <w:color w:val="5D7284"/>
          <w:sz w:val="22"/>
        </w:rPr>
        <w:t>55:12</w:t>
      </w:r>
    </w:p>
    <w:p>
      <w:pPr>
        <w:spacing w:after="0"/>
      </w:pPr>
      <w:r>
        <w:rPr>
          <w:rFonts w:ascii="Arial" w:hAnsi="Arial"/>
          <w:sz w:val="22"/>
        </w:rPr>
        <w:t>(Alice) Yeah. Yeah and also it's like glue. If you got it in your eyes, it's not very good for you, you know, and it's you got you it's very time sensitive because if the glue is too like wet or if it's not, like if it's not kind of gone tacky. (Lucy) Yeah. You know, they wont stay or they won't stick and it's a kind of a finite process. So, I mean, you can actually get pre pre glued ones. Which kind of they are sticky so they don't dry. So you constantly feel like you've got cellotape stuck to your eyelashes, and I tried them for a while and I was like, "Oh, this is not very pleasant."</w:t>
      </w:r>
    </w:p>
    <w:p>
      <w:pPr>
        <w:spacing w:after="0"/>
      </w:pPr>
    </w:p>
    <w:p>
      <w:pPr>
        <w:spacing w:after="0"/>
      </w:pPr>
      <w:r>
        <w:rPr>
          <w:rFonts w:ascii="Arial" w:hAnsi="Arial"/>
          <w:b/>
          <w:sz w:val="22"/>
        </w:rPr>
        <w:t xml:space="preserve">Alice  </w:t>
      </w:r>
      <w:r>
        <w:rPr>
          <w:rFonts w:ascii="Arial" w:hAnsi="Arial"/>
          <w:color w:val="5D7284"/>
          <w:sz w:val="22"/>
        </w:rPr>
        <w:t>55:42</w:t>
      </w:r>
    </w:p>
    <w:p>
      <w:pPr>
        <w:spacing w:after="0"/>
      </w:pPr>
      <w:r>
        <w:rPr>
          <w:rFonts w:ascii="Arial" w:hAnsi="Arial"/>
          <w:sz w:val="22"/>
        </w:rPr>
        <w:t>Hae you tried the magnetic ones yet?</w:t>
      </w:r>
    </w:p>
    <w:p>
      <w:pPr>
        <w:spacing w:after="0"/>
      </w:pPr>
    </w:p>
    <w:p>
      <w:pPr>
        <w:spacing w:after="0"/>
      </w:pPr>
      <w:r>
        <w:rPr>
          <w:rFonts w:ascii="Arial" w:hAnsi="Arial"/>
          <w:b/>
          <w:sz w:val="22"/>
        </w:rPr>
        <w:t xml:space="preserve">Emily  </w:t>
      </w:r>
      <w:r>
        <w:rPr>
          <w:rFonts w:ascii="Arial" w:hAnsi="Arial"/>
          <w:color w:val="5D7284"/>
          <w:sz w:val="22"/>
        </w:rPr>
        <w:t>55:44</w:t>
      </w:r>
    </w:p>
    <w:p>
      <w:pPr>
        <w:spacing w:after="0"/>
      </w:pPr>
      <w:r>
        <w:rPr>
          <w:rFonts w:ascii="Arial" w:hAnsi="Arial"/>
          <w:sz w:val="22"/>
        </w:rPr>
        <w:t>No, my friend literally Shelly was saying about this on our group chat the other day she said, "I can't believe there's such a thing like I'm really shock by it." And I've not tried them yet. But I feel like I should.</w:t>
      </w:r>
    </w:p>
    <w:p>
      <w:pPr>
        <w:spacing w:after="0"/>
      </w:pPr>
    </w:p>
    <w:p>
      <w:pPr>
        <w:spacing w:after="0"/>
      </w:pPr>
      <w:r>
        <w:rPr>
          <w:rFonts w:ascii="Arial" w:hAnsi="Arial"/>
          <w:b/>
          <w:sz w:val="22"/>
        </w:rPr>
        <w:t xml:space="preserve">Alice  </w:t>
      </w:r>
      <w:r>
        <w:rPr>
          <w:rFonts w:ascii="Arial" w:hAnsi="Arial"/>
          <w:color w:val="5D7284"/>
          <w:sz w:val="22"/>
        </w:rPr>
        <w:t>55:56</w:t>
      </w:r>
    </w:p>
    <w:p>
      <w:pPr>
        <w:spacing w:after="0"/>
      </w:pPr>
      <w:r>
        <w:rPr>
          <w:rFonts w:ascii="Arial" w:hAnsi="Arial"/>
          <w:sz w:val="22"/>
        </w:rPr>
        <w:t xml:space="preserve">My mother in law used to have same as me individual extensions all the time. And she obviously didn't take care of them. And now all of her eyelashes are basically like real eyelashes are fallen out and are not growing back. So she's tried. She's trying the magnetic ones and she loves them. But they're awesome. </w:t>
      </w:r>
    </w:p>
    <w:p>
      <w:pPr>
        <w:spacing w:after="0"/>
      </w:pPr>
    </w:p>
    <w:p>
      <w:pPr>
        <w:spacing w:after="0"/>
      </w:pPr>
      <w:r>
        <w:rPr>
          <w:rFonts w:ascii="Arial" w:hAnsi="Arial"/>
          <w:b/>
          <w:sz w:val="22"/>
        </w:rPr>
        <w:t xml:space="preserve">Lucy  </w:t>
      </w:r>
      <w:r>
        <w:rPr>
          <w:rFonts w:ascii="Arial" w:hAnsi="Arial"/>
          <w:color w:val="5D7284"/>
          <w:sz w:val="22"/>
        </w:rPr>
        <w:t>56:14</w:t>
      </w:r>
    </w:p>
    <w:p>
      <w:pPr>
        <w:spacing w:after="0"/>
      </w:pPr>
      <w:r>
        <w:rPr>
          <w:rFonts w:ascii="Arial" w:hAnsi="Arial"/>
          <w:sz w:val="22"/>
        </w:rPr>
        <w:t>Can I just say I've tried false eyelashes once. And I didn't really like how it made me look, that's probably the type of shape and style of the eyelashes... but also it's a faff, but this was like back in the early 2000s. So technology is not the same as it is now, but also taking them off looks horrific to me. Pulling at your eyes to pull your eyelashes off. I'm like no blurgh! I can't do that!</w:t>
      </w:r>
    </w:p>
    <w:p>
      <w:pPr>
        <w:spacing w:after="0"/>
      </w:pPr>
    </w:p>
    <w:p>
      <w:pPr>
        <w:spacing w:after="0"/>
      </w:pPr>
      <w:r>
        <w:rPr>
          <w:rFonts w:ascii="Arial" w:hAnsi="Arial"/>
          <w:b/>
          <w:sz w:val="22"/>
        </w:rPr>
        <w:t xml:space="preserve">Alice  </w:t>
      </w:r>
      <w:r>
        <w:rPr>
          <w:rFonts w:ascii="Arial" w:hAnsi="Arial"/>
          <w:color w:val="5D7284"/>
          <w:sz w:val="22"/>
        </w:rPr>
        <w:t>56:47</w:t>
      </w:r>
    </w:p>
    <w:p>
      <w:pPr>
        <w:spacing w:after="0"/>
      </w:pPr>
      <w:r>
        <w:rPr>
          <w:rFonts w:ascii="Arial" w:hAnsi="Arial"/>
          <w:sz w:val="22"/>
        </w:rPr>
        <w:t>With every set of sort of strip lashes that I've ever tried. It's not ,you don't have to worry about taking them off because by the time you're registering I need to take them off...</w:t>
      </w:r>
    </w:p>
    <w:p>
      <w:pPr>
        <w:spacing w:after="0"/>
      </w:pPr>
    </w:p>
    <w:p>
      <w:pPr>
        <w:spacing w:after="0"/>
      </w:pPr>
      <w:r>
        <w:rPr>
          <w:rFonts w:ascii="Arial" w:hAnsi="Arial"/>
          <w:b/>
          <w:sz w:val="22"/>
        </w:rPr>
        <w:t xml:space="preserve">Lucy  </w:t>
      </w:r>
      <w:r>
        <w:rPr>
          <w:rFonts w:ascii="Arial" w:hAnsi="Arial"/>
          <w:color w:val="5D7284"/>
          <w:sz w:val="22"/>
        </w:rPr>
        <w:t>56:56</w:t>
      </w:r>
    </w:p>
    <w:p>
      <w:pPr>
        <w:spacing w:after="0"/>
      </w:pPr>
      <w:r>
        <w:rPr>
          <w:rFonts w:ascii="Arial" w:hAnsi="Arial"/>
          <w:sz w:val="22"/>
        </w:rPr>
        <w:t>They are hanging off (Alice) Yeah.</w:t>
      </w:r>
    </w:p>
    <w:p>
      <w:pPr>
        <w:spacing w:after="0"/>
      </w:pPr>
    </w:p>
    <w:p>
      <w:pPr>
        <w:spacing w:after="0"/>
      </w:pPr>
      <w:r>
        <w:rPr>
          <w:rFonts w:ascii="Arial" w:hAnsi="Arial"/>
          <w:b/>
          <w:sz w:val="22"/>
        </w:rPr>
        <w:t xml:space="preserve">Emily  </w:t>
      </w:r>
      <w:r>
        <w:rPr>
          <w:rFonts w:ascii="Arial" w:hAnsi="Arial"/>
          <w:color w:val="5D7284"/>
          <w:sz w:val="22"/>
        </w:rPr>
        <w:t>56:58</w:t>
      </w:r>
    </w:p>
    <w:p>
      <w:pPr>
        <w:spacing w:after="0"/>
      </w:pPr>
      <w:r>
        <w:rPr>
          <w:rFonts w:ascii="Arial" w:hAnsi="Arial"/>
          <w:sz w:val="22"/>
        </w:rPr>
        <w:t>I'll tell you what, when I when I I put them on once and I went to go see War Horse, the play, literally, I knew what was gonna happen. Because I read alot of the books. But I went in there and watched it and by the end I was (crying noises) crying I was on proper crying, but I'd be crying. And my eyes were kind of falling off and there was this young boy sat next to me he turned around and saw these eyelashes falling off and my mum said the look of repulsion on his face was awful.</w:t>
      </w:r>
    </w:p>
    <w:p>
      <w:pPr>
        <w:spacing w:after="0"/>
      </w:pPr>
    </w:p>
    <w:p>
      <w:pPr>
        <w:spacing w:after="0"/>
      </w:pPr>
      <w:r>
        <w:rPr>
          <w:rFonts w:ascii="Arial" w:hAnsi="Arial"/>
          <w:b/>
          <w:sz w:val="22"/>
        </w:rPr>
        <w:t xml:space="preserve">Lucy  </w:t>
      </w:r>
      <w:r>
        <w:rPr>
          <w:rFonts w:ascii="Arial" w:hAnsi="Arial"/>
          <w:color w:val="5D7284"/>
          <w:sz w:val="22"/>
        </w:rPr>
        <w:t>57:26</w:t>
      </w:r>
    </w:p>
    <w:p>
      <w:pPr>
        <w:spacing w:after="0"/>
      </w:pPr>
      <w:r>
        <w:rPr>
          <w:rFonts w:ascii="Arial" w:hAnsi="Arial"/>
          <w:sz w:val="22"/>
        </w:rPr>
        <w:t>I think my problem when I tried false eyelashes is like I say I've only done it once, was the fact that it was a fancy dress party. And it was a 60s fancy dress party I was going to Twiggy and I'd flattened my hair, like greased my hair down and put these false eyelashes on. Basically I looked like what Hitler would look like if he was female. (Alice laughing) I was like this is not good look babes. So I went got very drunk because I still couldn't care what I looked like.</w:t>
      </w:r>
    </w:p>
    <w:p>
      <w:pPr>
        <w:spacing w:after="0"/>
      </w:pPr>
    </w:p>
    <w:p>
      <w:pPr>
        <w:spacing w:after="0"/>
      </w:pPr>
      <w:r>
        <w:rPr>
          <w:rFonts w:ascii="Arial" w:hAnsi="Arial"/>
          <w:b/>
          <w:sz w:val="22"/>
        </w:rPr>
        <w:t xml:space="preserve">Alice  </w:t>
      </w:r>
      <w:r>
        <w:rPr>
          <w:rFonts w:ascii="Arial" w:hAnsi="Arial"/>
          <w:color w:val="5D7284"/>
          <w:sz w:val="22"/>
        </w:rPr>
        <w:t>57:59</w:t>
      </w:r>
    </w:p>
    <w:p>
      <w:pPr>
        <w:spacing w:after="0"/>
      </w:pPr>
      <w:r>
        <w:rPr>
          <w:rFonts w:ascii="Arial" w:hAnsi="Arial"/>
          <w:sz w:val="22"/>
        </w:rPr>
        <w:t>It is the thing that I do think like I'm very privileged to have like a good job because I do I just pay someone to put individual lashes on. I just pay someone to do all my waxing, dyeing my hair and stuff like that because doing it myself just just asking for trouble. (Lucy) Yeah.</w:t>
      </w:r>
    </w:p>
    <w:p>
      <w:pPr>
        <w:spacing w:after="0"/>
      </w:pPr>
    </w:p>
    <w:p>
      <w:pPr>
        <w:spacing w:after="0"/>
      </w:pPr>
      <w:r>
        <w:rPr>
          <w:rFonts w:ascii="Arial" w:hAnsi="Arial"/>
          <w:b/>
          <w:sz w:val="22"/>
        </w:rPr>
        <w:t xml:space="preserve">Emily  </w:t>
      </w:r>
      <w:r>
        <w:rPr>
          <w:rFonts w:ascii="Arial" w:hAnsi="Arial"/>
          <w:color w:val="5D7284"/>
          <w:sz w:val="22"/>
        </w:rPr>
        <w:t>58:19</w:t>
      </w:r>
    </w:p>
    <w:p>
      <w:pPr>
        <w:spacing w:after="0"/>
      </w:pPr>
      <w:r>
        <w:rPr>
          <w:rFonts w:ascii="Arial" w:hAnsi="Arial"/>
          <w:sz w:val="22"/>
        </w:rPr>
        <w:t>Yes I'm fortunate that I've always been a bit of a kind of like goth emo persuasion. So I'm the opposite. I'm like no, you keep the tan away from me. I'll take a natural tan. The rest of my time I spend my time trying to pale all myself up. Yeah, I do certain things I will pay for because like you can't beat having someone like tint and thread your own like brows and stuff like that, but I am, you know I am a Grinch so there's certain things I will like I'm screwed I will do it. I'll try and do it myself. (Alice) Yeah. You know and I've done  many weird things. I've got myself I am very good at doing my own fake tan that's one thing I am good at doing and I had the worst disaster ever because someone did my fake tan once but they didn't have the right colour for me, instead of saying to me, (Lucy) Oh no. "Emily, we haven't got the color." They just wanted to make some money off me so they used a darker shade. The next day I woke up and I was like a gingerbread man.(Lucy laughing) Like I was an ompa lompa and the worst thing was that I was supposed to presenting a fashion show. (Lucy) Oh no. I did everything I could to get rid of it. I tried rubbing lemons on my skin, I tried using tan deactivator wipes. I tried to scrub, nothing would come off so in the end I had to say I can't come due to extenuating circumstances (Lucy) I look like a Wotsit! Poor girl can't even do her fake tan. Aww</w:t>
      </w:r>
    </w:p>
    <w:p>
      <w:pPr>
        <w:spacing w:after="0"/>
      </w:pPr>
    </w:p>
    <w:p>
      <w:pPr>
        <w:spacing w:after="0"/>
      </w:pPr>
      <w:r>
        <w:rPr>
          <w:rFonts w:ascii="Arial" w:hAnsi="Arial"/>
          <w:b/>
          <w:sz w:val="22"/>
        </w:rPr>
        <w:t xml:space="preserve">Lucy  </w:t>
      </w:r>
      <w:r>
        <w:rPr>
          <w:rFonts w:ascii="Arial" w:hAnsi="Arial"/>
          <w:color w:val="5D7284"/>
          <w:sz w:val="22"/>
        </w:rPr>
        <w:t>59:45</w:t>
      </w:r>
    </w:p>
    <w:p>
      <w:pPr>
        <w:spacing w:after="0"/>
      </w:pPr>
      <w:r>
        <w:rPr>
          <w:rFonts w:ascii="Arial" w:hAnsi="Arial"/>
          <w:sz w:val="22"/>
        </w:rPr>
        <w:t xml:space="preserve">I would like a fake tan. However, I can't stand up at all. And even doing it at home with the creams and stuff. Could you imagine the mess? </w:t>
      </w:r>
    </w:p>
    <w:p>
      <w:pPr>
        <w:spacing w:after="0"/>
      </w:pPr>
    </w:p>
    <w:p>
      <w:pPr>
        <w:spacing w:after="0"/>
      </w:pPr>
      <w:r>
        <w:rPr>
          <w:rFonts w:ascii="Arial" w:hAnsi="Arial"/>
          <w:b/>
          <w:sz w:val="22"/>
        </w:rPr>
        <w:t xml:space="preserve">Alice  </w:t>
      </w:r>
      <w:r>
        <w:rPr>
          <w:rFonts w:ascii="Arial" w:hAnsi="Arial"/>
          <w:color w:val="5D7284"/>
          <w:sz w:val="22"/>
        </w:rPr>
        <w:t>59:58</w:t>
      </w:r>
    </w:p>
    <w:p>
      <w:pPr>
        <w:spacing w:after="0"/>
      </w:pPr>
      <w:r>
        <w:rPr>
          <w:rFonts w:ascii="Arial" w:hAnsi="Arial"/>
          <w:sz w:val="22"/>
        </w:rPr>
        <w:t>I mean, you're mum would have to get her own fake tan everytime you want a fake tan! to hold you up so that they do one side and then turn around hold you and do the other side. (lucy laughs)</w:t>
      </w:r>
    </w:p>
    <w:p>
      <w:pPr>
        <w:spacing w:after="0"/>
      </w:pPr>
    </w:p>
    <w:p>
      <w:pPr>
        <w:spacing w:after="0"/>
      </w:pPr>
      <w:r>
        <w:rPr>
          <w:rFonts w:ascii="Arial" w:hAnsi="Arial"/>
          <w:b/>
          <w:sz w:val="22"/>
        </w:rPr>
        <w:t xml:space="preserve">Lucy  </w:t>
      </w:r>
      <w:r>
        <w:rPr>
          <w:rFonts w:ascii="Arial" w:hAnsi="Arial"/>
          <w:color w:val="5D7284"/>
          <w:sz w:val="22"/>
        </w:rPr>
        <w:t>1:00:08</w:t>
      </w:r>
    </w:p>
    <w:p>
      <w:pPr>
        <w:spacing w:after="0"/>
      </w:pPr>
      <w:r>
        <w:rPr>
          <w:rFonts w:ascii="Arial" w:hAnsi="Arial"/>
          <w:sz w:val="22"/>
        </w:rPr>
        <w:t>Like Ross in Friends, One Mississippi, (Alice) Your mum would just end up with like four shots in the face. So weird stuff that my mum is like, "No, you're not having that. No, we're not doing that." (laughing)  " Can you just like, can you like rub some body lotion? No, I'm not doing that." It's like painting the fourth bridge.,</w:t>
      </w:r>
    </w:p>
    <w:p>
      <w:pPr>
        <w:spacing w:after="0"/>
      </w:pPr>
    </w:p>
    <w:p>
      <w:pPr>
        <w:spacing w:after="0"/>
      </w:pPr>
      <w:r>
        <w:rPr>
          <w:rFonts w:ascii="Arial" w:hAnsi="Arial"/>
          <w:b/>
          <w:sz w:val="22"/>
        </w:rPr>
        <w:t xml:space="preserve">Alice  </w:t>
      </w:r>
      <w:r>
        <w:rPr>
          <w:rFonts w:ascii="Arial" w:hAnsi="Arial"/>
          <w:color w:val="5D7284"/>
          <w:sz w:val="22"/>
        </w:rPr>
        <w:t>1:00:30</w:t>
      </w:r>
    </w:p>
    <w:p>
      <w:pPr>
        <w:spacing w:after="0"/>
      </w:pPr>
      <w:r>
        <w:rPr>
          <w:rFonts w:ascii="Arial" w:hAnsi="Arial"/>
          <w:sz w:val="22"/>
        </w:rPr>
        <w:t>No bikini waxes for Lucy</w:t>
      </w:r>
    </w:p>
    <w:p>
      <w:pPr>
        <w:spacing w:after="0"/>
      </w:pPr>
    </w:p>
    <w:p>
      <w:pPr>
        <w:spacing w:after="0"/>
      </w:pPr>
      <w:r>
        <w:rPr>
          <w:rFonts w:ascii="Arial" w:hAnsi="Arial"/>
          <w:b/>
          <w:sz w:val="22"/>
        </w:rPr>
        <w:t xml:space="preserve">Lucy  </w:t>
      </w:r>
      <w:r>
        <w:rPr>
          <w:rFonts w:ascii="Arial" w:hAnsi="Arial"/>
          <w:color w:val="5D7284"/>
          <w:sz w:val="22"/>
        </w:rPr>
        <w:t>1:00:33</w:t>
      </w:r>
    </w:p>
    <w:p>
      <w:pPr>
        <w:spacing w:after="0"/>
      </w:pPr>
      <w:r>
        <w:rPr>
          <w:rFonts w:ascii="Arial" w:hAnsi="Arial"/>
          <w:sz w:val="22"/>
        </w:rPr>
        <w:t>if you want that, you're gonna have to go somewhere else. Yeah, I'm not doing, but I would love a fake tan and I can't have one because I can't stand up.</w:t>
      </w:r>
    </w:p>
    <w:p>
      <w:pPr>
        <w:spacing w:after="0"/>
      </w:pPr>
    </w:p>
    <w:p>
      <w:pPr>
        <w:spacing w:after="0"/>
      </w:pPr>
      <w:r>
        <w:rPr>
          <w:rFonts w:ascii="Arial" w:hAnsi="Arial"/>
          <w:b/>
          <w:sz w:val="22"/>
        </w:rPr>
        <w:t xml:space="preserve">Emily  </w:t>
      </w:r>
      <w:r>
        <w:rPr>
          <w:rFonts w:ascii="Arial" w:hAnsi="Arial"/>
          <w:color w:val="5D7284"/>
          <w:sz w:val="22"/>
        </w:rPr>
        <w:t>1:00:40</w:t>
      </w:r>
    </w:p>
    <w:p>
      <w:pPr>
        <w:spacing w:after="0"/>
      </w:pPr>
      <w:r>
        <w:rPr>
          <w:rFonts w:ascii="Arial" w:hAnsi="Arial"/>
          <w:sz w:val="22"/>
        </w:rPr>
        <w:t>I think you could have... I don't I'm not too sure. But I think there's like ones that you can. Like there sun beds that you kind of the ones that you lie down. You know, you can sit down in and they spray you? I know that....</w:t>
      </w:r>
    </w:p>
    <w:p>
      <w:pPr>
        <w:spacing w:after="0"/>
      </w:pPr>
    </w:p>
    <w:p>
      <w:pPr>
        <w:spacing w:after="0"/>
      </w:pPr>
      <w:r>
        <w:rPr>
          <w:rFonts w:ascii="Arial" w:hAnsi="Arial"/>
          <w:b/>
          <w:sz w:val="22"/>
        </w:rPr>
        <w:t xml:space="preserve">Lucy  </w:t>
      </w:r>
      <w:r>
        <w:rPr>
          <w:rFonts w:ascii="Arial" w:hAnsi="Arial"/>
          <w:color w:val="5D7284"/>
          <w:sz w:val="22"/>
        </w:rPr>
        <w:t>1:00:57</w:t>
      </w:r>
    </w:p>
    <w:p>
      <w:pPr>
        <w:spacing w:after="0"/>
      </w:pPr>
      <w:r>
        <w:rPr>
          <w:rFonts w:ascii="Arial" w:hAnsi="Arial"/>
          <w:sz w:val="22"/>
        </w:rPr>
        <w:t>That sounds like a sheep dip, if I'm honest. Just put me in a sheep dip</w:t>
      </w:r>
    </w:p>
    <w:p>
      <w:pPr>
        <w:spacing w:after="0"/>
      </w:pPr>
    </w:p>
    <w:p>
      <w:pPr>
        <w:spacing w:after="0"/>
      </w:pPr>
      <w:r>
        <w:rPr>
          <w:rFonts w:ascii="Arial" w:hAnsi="Arial"/>
          <w:b/>
          <w:sz w:val="22"/>
        </w:rPr>
        <w:t xml:space="preserve">Alice  </w:t>
      </w:r>
      <w:r>
        <w:rPr>
          <w:rFonts w:ascii="Arial" w:hAnsi="Arial"/>
          <w:color w:val="5D7284"/>
          <w:sz w:val="22"/>
        </w:rPr>
        <w:t>1:01:02</w:t>
      </w:r>
    </w:p>
    <w:p>
      <w:pPr>
        <w:spacing w:after="0"/>
      </w:pPr>
      <w:r>
        <w:rPr>
          <w:rFonts w:ascii="Arial" w:hAnsi="Arial"/>
          <w:sz w:val="22"/>
        </w:rPr>
        <w:t>I was just thinking for you to fill like a bathtub. (Lucy) Yeah asheep dip!</w:t>
      </w:r>
    </w:p>
    <w:p>
      <w:pPr>
        <w:spacing w:after="0"/>
      </w:pPr>
    </w:p>
    <w:p>
      <w:pPr>
        <w:spacing w:after="0"/>
      </w:pPr>
      <w:r>
        <w:rPr>
          <w:rFonts w:ascii="Arial" w:hAnsi="Arial"/>
          <w:b/>
          <w:sz w:val="22"/>
        </w:rPr>
        <w:t xml:space="preserve">Lucy  </w:t>
      </w:r>
      <w:r>
        <w:rPr>
          <w:rFonts w:ascii="Arial" w:hAnsi="Arial"/>
          <w:color w:val="5D7284"/>
          <w:sz w:val="22"/>
        </w:rPr>
        <w:t>1:01:13</w:t>
      </w:r>
    </w:p>
    <w:p>
      <w:pPr>
        <w:spacing w:after="0"/>
      </w:pPr>
      <w:r>
        <w:rPr>
          <w:rFonts w:ascii="Arial" w:hAnsi="Arial"/>
          <w:sz w:val="22"/>
        </w:rPr>
        <w:t>I believe I try it. I'm gonna go I'm gonna get in touch with you and send you some photographs so that you can see. Possibly laugh at me.</w:t>
      </w:r>
    </w:p>
    <w:p>
      <w:pPr>
        <w:spacing w:after="0"/>
      </w:pPr>
    </w:p>
    <w:p>
      <w:pPr>
        <w:spacing w:after="0"/>
      </w:pPr>
      <w:r>
        <w:rPr>
          <w:rFonts w:ascii="Arial" w:hAnsi="Arial"/>
          <w:b/>
          <w:sz w:val="22"/>
        </w:rPr>
        <w:t xml:space="preserve">Emily  </w:t>
      </w:r>
      <w:r>
        <w:rPr>
          <w:rFonts w:ascii="Arial" w:hAnsi="Arial"/>
          <w:color w:val="5D7284"/>
          <w:sz w:val="22"/>
        </w:rPr>
        <w:t>1:01:21</w:t>
      </w:r>
    </w:p>
    <w:p>
      <w:pPr>
        <w:spacing w:after="0"/>
      </w:pPr>
      <w:r>
        <w:rPr>
          <w:rFonts w:ascii="Arial" w:hAnsi="Arial"/>
          <w:sz w:val="22"/>
        </w:rPr>
        <w:t>I can asure you that rubbing your skin with lemons or like whatever. My skin wasred raw and I had to go to university. Like, for some of it, I just couldn't go in, as I was too embarrassed, and I've got my friends to like, take notes. Like I said, I can't come in because I've had this fake and I can't get it off , and they literally roaring with laughter. But I went back I was fuming I said, I literally "You've cost me. You've cost me money. Because you know, I've missed out on university lectures because of you or because you're just like, you were interested that you wanted to do my fake tan. You said no, no, it will look fine." I'm telling my mum. I said to my mum, and you agree with her. "It was your fault. You can't you know, you've got to have it done." I was blaming everyone else. But in my mind, it was everyone else's fault.</w:t>
      </w:r>
    </w:p>
    <w:p>
      <w:pPr>
        <w:spacing w:after="0"/>
      </w:pPr>
    </w:p>
    <w:p>
      <w:pPr>
        <w:spacing w:after="0"/>
      </w:pPr>
      <w:r>
        <w:rPr>
          <w:rFonts w:ascii="Arial" w:hAnsi="Arial"/>
          <w:b/>
          <w:sz w:val="22"/>
        </w:rPr>
        <w:t xml:space="preserve">Lucy  </w:t>
      </w:r>
      <w:r>
        <w:rPr>
          <w:rFonts w:ascii="Arial" w:hAnsi="Arial"/>
          <w:color w:val="5D7284"/>
          <w:sz w:val="22"/>
        </w:rPr>
        <w:t>1:02:14</w:t>
      </w:r>
    </w:p>
    <w:p>
      <w:pPr>
        <w:spacing w:after="0"/>
      </w:pPr>
      <w:r>
        <w:rPr>
          <w:rFonts w:ascii="Arial" w:hAnsi="Arial"/>
          <w:sz w:val="22"/>
        </w:rPr>
        <w:t>We, when I turned 18 I had a sleeveless dress. I wouldn't wear sleeves now. But I was 18 and a lot skinnier. So I had the sleeveless dress, but I have a T shirt tan where my sleeves sit. When I'm pushing myself. I get a t shirt tan, like a really obvious amount. Mum's likeit's fine. We'll just fake tan your shoulders and your back like. So I was like, Okay, well, that was a mistake. Because it was one of these like that it was one of the lotions that you put on like the day before and it develops overnight. My mom hadn't read the bottle, and she went she was robbing and she's like, it's not doing anything. It's not doing anything. She drew an L on my back. Because she was like it's not doing anything. And then in the morning I woke up with this massive great big L on my back. Like what is that? She was like, Oh, no.</w:t>
      </w:r>
    </w:p>
    <w:p>
      <w:pPr>
        <w:spacing w:after="0"/>
      </w:pPr>
    </w:p>
    <w:p>
      <w:pPr>
        <w:spacing w:after="0"/>
      </w:pPr>
      <w:r>
        <w:rPr>
          <w:rFonts w:ascii="Arial" w:hAnsi="Arial"/>
          <w:b/>
          <w:sz w:val="22"/>
        </w:rPr>
        <w:t xml:space="preserve">Alice  </w:t>
      </w:r>
      <w:r>
        <w:rPr>
          <w:rFonts w:ascii="Arial" w:hAnsi="Arial"/>
          <w:color w:val="5D7284"/>
          <w:sz w:val="22"/>
        </w:rPr>
        <w:t>1:03:06</w:t>
      </w:r>
    </w:p>
    <w:p>
      <w:pPr>
        <w:spacing w:after="0"/>
      </w:pPr>
      <w:r>
        <w:rPr>
          <w:rFonts w:ascii="Arial" w:hAnsi="Arial"/>
          <w:sz w:val="22"/>
        </w:rPr>
        <w:t>(laughing) Happy birthday.</w:t>
      </w:r>
    </w:p>
    <w:p>
      <w:pPr>
        <w:spacing w:after="0"/>
      </w:pPr>
    </w:p>
    <w:p>
      <w:pPr>
        <w:spacing w:after="0"/>
      </w:pPr>
      <w:r>
        <w:rPr>
          <w:rFonts w:ascii="Arial" w:hAnsi="Arial"/>
          <w:b/>
          <w:sz w:val="22"/>
        </w:rPr>
        <w:t xml:space="preserve">Lucy  </w:t>
      </w:r>
      <w:r>
        <w:rPr>
          <w:rFonts w:ascii="Arial" w:hAnsi="Arial"/>
          <w:color w:val="5D7284"/>
          <w:sz w:val="22"/>
        </w:rPr>
        <w:t>1:03:11</w:t>
      </w:r>
    </w:p>
    <w:p>
      <w:pPr>
        <w:spacing w:after="0"/>
      </w:pPr>
      <w:r>
        <w:rPr>
          <w:rFonts w:ascii="Arial" w:hAnsi="Arial"/>
          <w:sz w:val="22"/>
        </w:rPr>
        <w:t>Lucy.</w:t>
      </w:r>
    </w:p>
    <w:p>
      <w:pPr>
        <w:spacing w:after="0"/>
      </w:pPr>
    </w:p>
    <w:p>
      <w:pPr>
        <w:spacing w:after="0"/>
      </w:pPr>
      <w:r>
        <w:rPr>
          <w:rFonts w:ascii="Arial" w:hAnsi="Arial"/>
          <w:b/>
          <w:sz w:val="22"/>
        </w:rPr>
        <w:t xml:space="preserve">Emily  </w:t>
      </w:r>
      <w:r>
        <w:rPr>
          <w:rFonts w:ascii="Arial" w:hAnsi="Arial"/>
          <w:color w:val="5D7284"/>
          <w:sz w:val="22"/>
        </w:rPr>
        <w:t>1:03:13</w:t>
      </w:r>
    </w:p>
    <w:p>
      <w:pPr>
        <w:spacing w:after="0"/>
      </w:pPr>
      <w:r>
        <w:rPr>
          <w:rFonts w:ascii="Arial" w:hAnsi="Arial"/>
          <w:sz w:val="22"/>
        </w:rPr>
        <w:t>You could have added some like, like face paint. And made some cute body art.</w:t>
      </w:r>
    </w:p>
    <w:p>
      <w:pPr>
        <w:spacing w:after="0"/>
      </w:pPr>
    </w:p>
    <w:p>
      <w:pPr>
        <w:spacing w:after="0"/>
      </w:pPr>
      <w:r>
        <w:rPr>
          <w:rFonts w:ascii="Arial" w:hAnsi="Arial"/>
          <w:b/>
          <w:sz w:val="22"/>
        </w:rPr>
        <w:t xml:space="preserve">Lucy  </w:t>
      </w:r>
      <w:r>
        <w:rPr>
          <w:rFonts w:ascii="Arial" w:hAnsi="Arial"/>
          <w:color w:val="5D7284"/>
          <w:sz w:val="22"/>
        </w:rPr>
        <w:t>1:03:17</w:t>
      </w:r>
    </w:p>
    <w:p>
      <w:pPr>
        <w:spacing w:after="0"/>
      </w:pPr>
      <w:r>
        <w:rPr>
          <w:rFonts w:ascii="Arial" w:hAnsi="Arial"/>
          <w:sz w:val="22"/>
        </w:rPr>
        <w:t>Yeah, no, but you couldn't really I don't know, like a learner driver. (Alice and Emily laugh)</w:t>
      </w:r>
    </w:p>
    <w:p>
      <w:pPr>
        <w:spacing w:after="0"/>
      </w:pPr>
    </w:p>
    <w:p>
      <w:pPr>
        <w:spacing w:after="0"/>
      </w:pPr>
      <w:r>
        <w:rPr>
          <w:rFonts w:ascii="Arial" w:hAnsi="Arial"/>
          <w:b/>
          <w:sz w:val="22"/>
        </w:rPr>
        <w:t xml:space="preserve">Emily  </w:t>
      </w:r>
      <w:r>
        <w:rPr>
          <w:rFonts w:ascii="Arial" w:hAnsi="Arial"/>
          <w:color w:val="5D7284"/>
          <w:sz w:val="22"/>
        </w:rPr>
        <w:t>1:03:23</w:t>
      </w:r>
    </w:p>
    <w:p>
      <w:pPr>
        <w:spacing w:after="0"/>
      </w:pPr>
      <w:r>
        <w:rPr>
          <w:rFonts w:ascii="Arial" w:hAnsi="Arial"/>
          <w:sz w:val="22"/>
        </w:rPr>
        <w:t>Because do you as a wheelchair user do you get people saying that joke, you know, like....</w:t>
      </w:r>
    </w:p>
    <w:p>
      <w:pPr>
        <w:spacing w:after="0"/>
      </w:pPr>
    </w:p>
    <w:p>
      <w:pPr>
        <w:spacing w:after="0"/>
      </w:pPr>
      <w:r>
        <w:rPr>
          <w:rFonts w:ascii="Arial" w:hAnsi="Arial"/>
          <w:b/>
          <w:sz w:val="22"/>
        </w:rPr>
        <w:t xml:space="preserve">Lucy  </w:t>
      </w:r>
      <w:r>
        <w:rPr>
          <w:rFonts w:ascii="Arial" w:hAnsi="Arial"/>
          <w:color w:val="5D7284"/>
          <w:sz w:val="22"/>
        </w:rPr>
        <w:t>1:03:28</w:t>
      </w:r>
    </w:p>
    <w:p>
      <w:pPr>
        <w:spacing w:after="0"/>
      </w:pPr>
      <w:r>
        <w:rPr>
          <w:rFonts w:ascii="Arial" w:hAnsi="Arial"/>
          <w:sz w:val="22"/>
        </w:rPr>
        <w:t xml:space="preserve">yeah, yeah, yeah. </w:t>
      </w:r>
    </w:p>
    <w:p>
      <w:pPr>
        <w:spacing w:after="0"/>
      </w:pPr>
    </w:p>
    <w:p>
      <w:pPr>
        <w:spacing w:after="0"/>
      </w:pPr>
      <w:r>
        <w:rPr>
          <w:rFonts w:ascii="Arial" w:hAnsi="Arial"/>
          <w:b/>
          <w:sz w:val="22"/>
        </w:rPr>
        <w:t xml:space="preserve">Emily  </w:t>
      </w:r>
      <w:r>
        <w:rPr>
          <w:rFonts w:ascii="Arial" w:hAnsi="Arial"/>
          <w:color w:val="5D7284"/>
          <w:sz w:val="22"/>
        </w:rPr>
        <w:t>1:03:30</w:t>
      </w:r>
    </w:p>
    <w:p>
      <w:pPr>
        <w:spacing w:after="0"/>
      </w:pPr>
      <w:r>
        <w:rPr>
          <w:rFonts w:ascii="Arial" w:hAnsi="Arial"/>
          <w:sz w:val="22"/>
        </w:rPr>
        <w:t>Oh doesn't help does it?</w:t>
      </w:r>
    </w:p>
    <w:p>
      <w:pPr>
        <w:spacing w:after="0"/>
      </w:pPr>
    </w:p>
    <w:p>
      <w:pPr>
        <w:spacing w:after="0"/>
      </w:pPr>
      <w:r>
        <w:rPr>
          <w:rFonts w:ascii="Arial" w:hAnsi="Arial"/>
          <w:b/>
          <w:sz w:val="22"/>
        </w:rPr>
        <w:t xml:space="preserve">Lucy  </w:t>
      </w:r>
      <w:r>
        <w:rPr>
          <w:rFonts w:ascii="Arial" w:hAnsi="Arial"/>
          <w:color w:val="5D7284"/>
          <w:sz w:val="22"/>
        </w:rPr>
        <w:t>1:03:32</w:t>
      </w:r>
    </w:p>
    <w:p>
      <w:pPr>
        <w:spacing w:after="0"/>
      </w:pPr>
      <w:r>
        <w:rPr>
          <w:rFonts w:ascii="Arial" w:hAnsi="Arial"/>
          <w:sz w:val="22"/>
        </w:rPr>
        <w:t>But oh, yeah, my friend. So it was like what's on your back? I was like, Don't ask.</w:t>
      </w:r>
    </w:p>
    <w:p>
      <w:pPr>
        <w:spacing w:after="0"/>
      </w:pPr>
    </w:p>
    <w:p>
      <w:pPr>
        <w:spacing w:after="0"/>
      </w:pPr>
      <w:r>
        <w:rPr>
          <w:rFonts w:ascii="Arial" w:hAnsi="Arial"/>
          <w:b/>
          <w:sz w:val="22"/>
        </w:rPr>
        <w:t xml:space="preserve">Alice  </w:t>
      </w:r>
      <w:r>
        <w:rPr>
          <w:rFonts w:ascii="Arial" w:hAnsi="Arial"/>
          <w:color w:val="5D7284"/>
          <w:sz w:val="22"/>
        </w:rPr>
        <w:t>1:03:38</w:t>
      </w:r>
    </w:p>
    <w:p>
      <w:pPr>
        <w:spacing w:after="0"/>
      </w:pPr>
      <w:r>
        <w:rPr>
          <w:rFonts w:ascii="Arial" w:hAnsi="Arial"/>
          <w:sz w:val="22"/>
        </w:rPr>
        <w:t>Let's not talk about it.</w:t>
      </w:r>
    </w:p>
    <w:p>
      <w:pPr>
        <w:spacing w:after="0"/>
      </w:pPr>
    </w:p>
    <w:p>
      <w:pPr>
        <w:spacing w:after="0"/>
      </w:pPr>
      <w:r>
        <w:rPr>
          <w:rFonts w:ascii="Arial" w:hAnsi="Arial"/>
          <w:b/>
          <w:sz w:val="22"/>
        </w:rPr>
        <w:t xml:space="preserve">Lucy  </w:t>
      </w:r>
      <w:r>
        <w:rPr>
          <w:rFonts w:ascii="Arial" w:hAnsi="Arial"/>
          <w:color w:val="5D7284"/>
          <w:sz w:val="22"/>
        </w:rPr>
        <w:t>1:03:40</w:t>
      </w:r>
    </w:p>
    <w:p>
      <w:pPr>
        <w:spacing w:after="0"/>
      </w:pPr>
      <w:r>
        <w:rPr>
          <w:rFonts w:ascii="Arial" w:hAnsi="Arial"/>
          <w:sz w:val="22"/>
        </w:rPr>
        <w:t>Let's move on, shall we please? Yeah, but my mother. She is not a very good bloke beautician. Bless her. She tries but she's not very good at it.</w:t>
      </w:r>
    </w:p>
    <w:p>
      <w:pPr>
        <w:spacing w:after="0"/>
      </w:pPr>
    </w:p>
    <w:p>
      <w:pPr>
        <w:spacing w:after="0"/>
      </w:pPr>
      <w:r>
        <w:rPr>
          <w:rFonts w:ascii="Arial" w:hAnsi="Arial"/>
          <w:b/>
          <w:sz w:val="22"/>
        </w:rPr>
        <w:t xml:space="preserve">Alice  </w:t>
      </w:r>
      <w:r>
        <w:rPr>
          <w:rFonts w:ascii="Arial" w:hAnsi="Arial"/>
          <w:color w:val="5D7284"/>
          <w:sz w:val="22"/>
        </w:rPr>
        <w:t>1:03:52</w:t>
      </w:r>
    </w:p>
    <w:p>
      <w:pPr>
        <w:spacing w:after="0"/>
      </w:pPr>
      <w:r>
        <w:rPr>
          <w:rFonts w:ascii="Arial" w:hAnsi="Arial"/>
          <w:sz w:val="22"/>
        </w:rPr>
        <w:t>I think that's part of my like and part of the reason why I sort of found Emily, is because my mum like she used to put makeup on and like wear really fancy suits for work. But then she like, other than that my mum just doesn't give a shit. She's just like, "No, I would rather be sitting down I don't care." I like and so that is very much the attitude that I grew up with and so when I can remember being 14 and like I was going to a party or something else "I can do my makeup for me please mum?" and I got a little bit of eyeshadow and a little bit mascara. She was like "there you go." And I was like, like everybody else in my class. It's like a full on full face of makeup like hair spray the whole thing</w:t>
      </w:r>
    </w:p>
    <w:p>
      <w:pPr>
        <w:spacing w:after="0"/>
      </w:pPr>
    </w:p>
    <w:p>
      <w:pPr>
        <w:spacing w:after="0"/>
      </w:pPr>
      <w:r>
        <w:rPr>
          <w:rFonts w:ascii="Arial" w:hAnsi="Arial"/>
          <w:b/>
          <w:sz w:val="22"/>
        </w:rPr>
        <w:t xml:space="preserve">Lucy  </w:t>
      </w:r>
      <w:r>
        <w:rPr>
          <w:rFonts w:ascii="Arial" w:hAnsi="Arial"/>
          <w:color w:val="5D7284"/>
          <w:sz w:val="22"/>
        </w:rPr>
        <w:t>1:04:34</w:t>
      </w:r>
    </w:p>
    <w:p>
      <w:pPr>
        <w:spacing w:after="0"/>
      </w:pPr>
      <w:r>
        <w:rPr>
          <w:rFonts w:ascii="Arial" w:hAnsi="Arial"/>
          <w:sz w:val="22"/>
        </w:rPr>
        <w:t>Looking unrecognizable. Yeah,  (Alice) Yeah.</w:t>
      </w:r>
    </w:p>
    <w:p>
      <w:pPr>
        <w:spacing w:after="0"/>
      </w:pPr>
    </w:p>
    <w:p>
      <w:pPr>
        <w:spacing w:after="0"/>
      </w:pPr>
      <w:r>
        <w:rPr>
          <w:rFonts w:ascii="Arial" w:hAnsi="Arial"/>
          <w:b/>
          <w:sz w:val="22"/>
        </w:rPr>
        <w:t xml:space="preserve">Alice  </w:t>
      </w:r>
      <w:r>
        <w:rPr>
          <w:rFonts w:ascii="Arial" w:hAnsi="Arial"/>
          <w:color w:val="5D7284"/>
          <w:sz w:val="22"/>
        </w:rPr>
        <w:t>1:04:35</w:t>
      </w:r>
    </w:p>
    <w:p>
      <w:pPr>
        <w:spacing w:after="0"/>
      </w:pPr>
      <w:r>
        <w:rPr>
          <w:rFonts w:ascii="Arial" w:hAnsi="Arial"/>
          <w:sz w:val="22"/>
        </w:rPr>
        <w:t>I'm just there like, "my mum did my eyes a little bit." So for me, like when I started getting into wanting to wear makeup and stuff. (Lucy) Yeah. I had no idea what I was doing. And it was just kind of uh, well, let's stick this on and see what happens. But also because my sight had deteriorated to a certain degree it was definitely a stick this on see what happens but actually I can't see what happens so i'll stick this on and then four hours later somebody will say to me "Why have you got blue all under your eye?"  (Lucy) Yeah. Oh yeah</w:t>
      </w:r>
    </w:p>
    <w:p>
      <w:pPr>
        <w:spacing w:after="0"/>
      </w:pPr>
    </w:p>
    <w:p>
      <w:pPr>
        <w:spacing w:after="0"/>
      </w:pPr>
      <w:r>
        <w:rPr>
          <w:rFonts w:ascii="Arial" w:hAnsi="Arial"/>
          <w:b/>
          <w:sz w:val="22"/>
        </w:rPr>
        <w:t xml:space="preserve">Emily  </w:t>
      </w:r>
      <w:r>
        <w:rPr>
          <w:rFonts w:ascii="Arial" w:hAnsi="Arial"/>
          <w:color w:val="5D7284"/>
          <w:sz w:val="22"/>
        </w:rPr>
        <w:t>1:05:14</w:t>
      </w:r>
    </w:p>
    <w:p>
      <w:pPr>
        <w:spacing w:after="0"/>
      </w:pPr>
      <w:r>
        <w:rPr>
          <w:rFonts w:ascii="Arial" w:hAnsi="Arial"/>
          <w:sz w:val="22"/>
        </w:rPr>
        <w:t>I stil have that mistake though even now and like things when I was growing up oh I used to get those Barry M pigments that never came off.</w:t>
      </w:r>
    </w:p>
    <w:p>
      <w:pPr>
        <w:spacing w:after="0"/>
      </w:pPr>
    </w:p>
    <w:p>
      <w:pPr>
        <w:spacing w:after="0"/>
      </w:pPr>
      <w:r>
        <w:rPr>
          <w:rFonts w:ascii="Arial" w:hAnsi="Arial"/>
          <w:b/>
          <w:sz w:val="22"/>
        </w:rPr>
        <w:t xml:space="preserve">Lucy  </w:t>
      </w:r>
      <w:r>
        <w:rPr>
          <w:rFonts w:ascii="Arial" w:hAnsi="Arial"/>
          <w:color w:val="5D7284"/>
          <w:sz w:val="22"/>
        </w:rPr>
        <w:t>1:05:22</w:t>
      </w:r>
    </w:p>
    <w:p>
      <w:pPr>
        <w:spacing w:after="0"/>
      </w:pPr>
      <w:r>
        <w:rPr>
          <w:rFonts w:ascii="Arial" w:hAnsi="Arial"/>
          <w:sz w:val="22"/>
        </w:rPr>
        <w:t>I loved them I had every single colour.</w:t>
      </w:r>
    </w:p>
    <w:p>
      <w:pPr>
        <w:spacing w:after="0"/>
      </w:pPr>
    </w:p>
    <w:p>
      <w:pPr>
        <w:spacing w:after="0"/>
      </w:pPr>
      <w:r>
        <w:rPr>
          <w:rFonts w:ascii="Arial" w:hAnsi="Arial"/>
          <w:b/>
          <w:sz w:val="22"/>
        </w:rPr>
        <w:t xml:space="preserve">Emily  </w:t>
      </w:r>
      <w:r>
        <w:rPr>
          <w:rFonts w:ascii="Arial" w:hAnsi="Arial"/>
          <w:color w:val="5D7284"/>
          <w:sz w:val="22"/>
        </w:rPr>
        <w:t>1:05:28</w:t>
      </w:r>
    </w:p>
    <w:p>
      <w:pPr>
        <w:spacing w:after="0"/>
      </w:pPr>
      <w:r>
        <w:rPr>
          <w:rFonts w:ascii="Arial" w:hAnsi="Arial"/>
          <w:sz w:val="22"/>
        </w:rPr>
        <w:t>Yeah I did as well I loved them and I used to put them on and my mum was like "oh my god no you cant go like that."</w:t>
      </w:r>
    </w:p>
    <w:p>
      <w:pPr>
        <w:spacing w:after="0"/>
      </w:pPr>
    </w:p>
    <w:p>
      <w:pPr>
        <w:spacing w:after="0"/>
      </w:pPr>
      <w:r>
        <w:rPr>
          <w:rFonts w:ascii="Arial" w:hAnsi="Arial"/>
          <w:b/>
          <w:sz w:val="22"/>
        </w:rPr>
        <w:t xml:space="preserve">Alice  </w:t>
      </w:r>
      <w:r>
        <w:rPr>
          <w:rFonts w:ascii="Arial" w:hAnsi="Arial"/>
          <w:color w:val="5D7284"/>
          <w:sz w:val="22"/>
        </w:rPr>
        <w:t>1:05:33</w:t>
      </w:r>
    </w:p>
    <w:p>
      <w:pPr>
        <w:spacing w:after="0"/>
      </w:pPr>
      <w:r>
        <w:rPr>
          <w:rFonts w:ascii="Arial" w:hAnsi="Arial"/>
          <w:sz w:val="22"/>
        </w:rPr>
        <w:t xml:space="preserve">Yeah terrible. </w:t>
      </w:r>
    </w:p>
    <w:p>
      <w:pPr>
        <w:spacing w:after="0"/>
      </w:pPr>
    </w:p>
    <w:p>
      <w:pPr>
        <w:spacing w:after="0"/>
      </w:pPr>
      <w:r>
        <w:rPr>
          <w:rFonts w:ascii="Arial" w:hAnsi="Arial"/>
          <w:b/>
          <w:sz w:val="22"/>
        </w:rPr>
        <w:t xml:space="preserve">Lucy  </w:t>
      </w:r>
      <w:r>
        <w:rPr>
          <w:rFonts w:ascii="Arial" w:hAnsi="Arial"/>
          <w:color w:val="5D7284"/>
          <w:sz w:val="22"/>
        </w:rPr>
        <w:t>1:05:34</w:t>
      </w:r>
    </w:p>
    <w:p>
      <w:pPr>
        <w:spacing w:after="0"/>
      </w:pPr>
      <w:r>
        <w:rPr>
          <w:rFonts w:ascii="Arial" w:hAnsi="Arial"/>
          <w:sz w:val="22"/>
        </w:rPr>
        <w:t>Yeah, you were like don't breathe.</w:t>
      </w:r>
    </w:p>
    <w:p>
      <w:pPr>
        <w:spacing w:after="0"/>
      </w:pPr>
    </w:p>
    <w:p>
      <w:pPr>
        <w:spacing w:after="0"/>
      </w:pPr>
      <w:r>
        <w:rPr>
          <w:rFonts w:ascii="Arial" w:hAnsi="Arial"/>
          <w:b/>
          <w:sz w:val="22"/>
        </w:rPr>
        <w:t xml:space="preserve">Alice  </w:t>
      </w:r>
      <w:r>
        <w:rPr>
          <w:rFonts w:ascii="Arial" w:hAnsi="Arial"/>
          <w:color w:val="5D7284"/>
          <w:sz w:val="22"/>
        </w:rPr>
        <w:t>1:05:36</w:t>
      </w:r>
    </w:p>
    <w:p>
      <w:pPr>
        <w:spacing w:after="0"/>
      </w:pPr>
      <w:r>
        <w:rPr>
          <w:rFonts w:ascii="Arial" w:hAnsi="Arial"/>
          <w:sz w:val="22"/>
        </w:rPr>
        <w:t xml:space="preserve"> I remember once during work like I was about to go out with my husband we were going to dinner with some friends and I was like crap, I won't want it I want to put one of those on it's like super sparkly purple glitter. (Lucy) Yeah, yeah. And Dave went "oh do you want do you want me to help with that?" and I was like yeah ok. I put a little bit on the thing and on the applicator and like sort of handed in the pot and the applicator and the who puled the pot for the the applicator out the pot and obviously seen his mum do this... blow on it..Everywhere all over my face</w:t>
      </w:r>
    </w:p>
    <w:p>
      <w:pPr>
        <w:spacing w:after="0"/>
      </w:pPr>
    </w:p>
    <w:p>
      <w:pPr>
        <w:spacing w:after="0"/>
      </w:pPr>
      <w:r>
        <w:rPr>
          <w:rFonts w:ascii="Arial" w:hAnsi="Arial"/>
          <w:b/>
          <w:sz w:val="22"/>
        </w:rPr>
        <w:t xml:space="preserve">Lucy  </w:t>
      </w:r>
      <w:r>
        <w:rPr>
          <w:rFonts w:ascii="Arial" w:hAnsi="Arial"/>
          <w:color w:val="5D7284"/>
          <w:sz w:val="22"/>
        </w:rPr>
        <w:t>1:06:10</w:t>
      </w:r>
    </w:p>
    <w:p>
      <w:pPr>
        <w:spacing w:after="0"/>
      </w:pPr>
      <w:r>
        <w:rPr>
          <w:rFonts w:ascii="Arial" w:hAnsi="Arial"/>
          <w:sz w:val="22"/>
        </w:rPr>
        <w:t>Yeah everywhere. (laughing)</w:t>
      </w:r>
    </w:p>
    <w:p>
      <w:pPr>
        <w:spacing w:after="0"/>
      </w:pPr>
    </w:p>
    <w:p>
      <w:pPr>
        <w:spacing w:after="0"/>
      </w:pPr>
      <w:r>
        <w:rPr>
          <w:rFonts w:ascii="Arial" w:hAnsi="Arial"/>
          <w:b/>
          <w:sz w:val="22"/>
        </w:rPr>
        <w:t xml:space="preserve">Emily  </w:t>
      </w:r>
      <w:r>
        <w:rPr>
          <w:rFonts w:ascii="Arial" w:hAnsi="Arial"/>
          <w:color w:val="5D7284"/>
          <w:sz w:val="22"/>
        </w:rPr>
        <w:t>1:06:14</w:t>
      </w:r>
    </w:p>
    <w:p>
      <w:pPr>
        <w:spacing w:after="0"/>
      </w:pPr>
      <w:r>
        <w:rPr>
          <w:rFonts w:ascii="Arial" w:hAnsi="Arial"/>
          <w:sz w:val="22"/>
        </w:rPr>
        <w:t>because with any pigment it's like, like you know you have to mix it with like some like solution or water. (Alice) Yeah. Mixing solution. You know, you can dampen the brush. You can't move, you can't breathe actually. It's like dab dab dab (Lucy) Hold your breath. Yeah, yes. You don't do foundation before you've done it either.</w:t>
      </w:r>
    </w:p>
    <w:p>
      <w:pPr>
        <w:spacing w:after="0"/>
      </w:pPr>
    </w:p>
    <w:p>
      <w:pPr>
        <w:spacing w:after="0"/>
      </w:pPr>
      <w:r>
        <w:rPr>
          <w:rFonts w:ascii="Arial" w:hAnsi="Arial"/>
          <w:b/>
          <w:sz w:val="22"/>
        </w:rPr>
        <w:t xml:space="preserve">Lucy  </w:t>
      </w:r>
      <w:r>
        <w:rPr>
          <w:rFonts w:ascii="Arial" w:hAnsi="Arial"/>
          <w:color w:val="5D7284"/>
          <w:sz w:val="22"/>
        </w:rPr>
        <w:t>1:06:32</w:t>
      </w:r>
    </w:p>
    <w:p>
      <w:pPr>
        <w:spacing w:after="0"/>
      </w:pPr>
      <w:r>
        <w:rPr>
          <w:rFonts w:ascii="Arial" w:hAnsi="Arial"/>
          <w:sz w:val="22"/>
        </w:rPr>
        <w:t>I am I've recently started using an eyeshadow primer. And it's the best thing I've ever bought in my life because I just do my eyes it doesn't move. And I'm like this is it because you're usually like it falls and I'm wiping it and wiping my foundation off because nobody told me that actually if you do your eyes first it's quite helpful because you can wipe everything off if you make a mess. And I've looked like I'd been in a fight if I haven't particularly if I do like purple. Or like a dark colour, I don't like like had....</w:t>
      </w:r>
    </w:p>
    <w:p>
      <w:pPr>
        <w:spacing w:after="0"/>
      </w:pPr>
    </w:p>
    <w:p>
      <w:pPr>
        <w:spacing w:after="0"/>
      </w:pPr>
      <w:r>
        <w:rPr>
          <w:rFonts w:ascii="Arial" w:hAnsi="Arial"/>
          <w:b/>
          <w:sz w:val="22"/>
        </w:rPr>
        <w:t xml:space="preserve">Alice  </w:t>
      </w:r>
      <w:r>
        <w:rPr>
          <w:rFonts w:ascii="Arial" w:hAnsi="Arial"/>
          <w:color w:val="5D7284"/>
          <w:sz w:val="22"/>
        </w:rPr>
        <w:t>1:07:05</w:t>
      </w:r>
    </w:p>
    <w:p>
      <w:pPr>
        <w:spacing w:after="0"/>
      </w:pPr>
      <w:r>
        <w:rPr>
          <w:rFonts w:ascii="Arial" w:hAnsi="Arial"/>
          <w:sz w:val="22"/>
        </w:rPr>
        <w:t>Yeah, I got punched in the face. (Lucy) Yeah,</w:t>
      </w:r>
    </w:p>
    <w:p>
      <w:pPr>
        <w:spacing w:after="0"/>
      </w:pPr>
    </w:p>
    <w:p>
      <w:pPr>
        <w:spacing w:after="0"/>
      </w:pPr>
      <w:r>
        <w:rPr>
          <w:rFonts w:ascii="Arial" w:hAnsi="Arial"/>
          <w:b/>
          <w:sz w:val="22"/>
        </w:rPr>
        <w:t xml:space="preserve">Emily  </w:t>
      </w:r>
      <w:r>
        <w:rPr>
          <w:rFonts w:ascii="Arial" w:hAnsi="Arial"/>
          <w:color w:val="5D7284"/>
          <w:sz w:val="22"/>
        </w:rPr>
        <w:t>1:07:07</w:t>
      </w:r>
    </w:p>
    <w:p>
      <w:pPr>
        <w:spacing w:after="0"/>
      </w:pPr>
      <w:r>
        <w:rPr>
          <w:rFonts w:ascii="Arial" w:hAnsi="Arial"/>
          <w:sz w:val="22"/>
        </w:rPr>
        <w:t>Yeah, design it before you put it on your actual face.  Purples are really hard colour, my mum says use it as an accent on the on the outer corner. (Lucy) Yeah. And you know don't use anything too. Don't use anything too cool toned, plums easier. (Lucy) Yeah absolutely. It's really hard like if I use purple or red she says only use it on the outer corner not be in a corner because it can make you look like you've got bloodshot eyes you know. She's got these pads where you know you can outline, do your makeup on like, as an artist. Yeah but she gets these brainwaves. So let's do some funky eye makeup and like she sometimes she's more enthusiastic than me and she sits down and like, have a go and I'm like, Oh my God.</w:t>
      </w:r>
    </w:p>
    <w:p>
      <w:pPr>
        <w:spacing w:after="0"/>
      </w:pPr>
    </w:p>
    <w:p>
      <w:pPr>
        <w:spacing w:after="0"/>
      </w:pPr>
      <w:r>
        <w:rPr>
          <w:rFonts w:ascii="Arial" w:hAnsi="Arial"/>
          <w:b/>
          <w:sz w:val="22"/>
        </w:rPr>
        <w:t xml:space="preserve">Lucy  </w:t>
      </w:r>
      <w:r>
        <w:rPr>
          <w:rFonts w:ascii="Arial" w:hAnsi="Arial"/>
          <w:color w:val="5D7284"/>
          <w:sz w:val="22"/>
        </w:rPr>
        <w:t>1:07:51</w:t>
      </w:r>
    </w:p>
    <w:p>
      <w:pPr>
        <w:spacing w:after="0"/>
      </w:pPr>
      <w:r>
        <w:rPr>
          <w:rFonts w:ascii="Arial" w:hAnsi="Arial"/>
          <w:sz w:val="22"/>
        </w:rPr>
        <w:t>Is she like can I borrow your face Emily? Please?  (Emily) Yeah.</w:t>
      </w:r>
    </w:p>
    <w:p>
      <w:pPr>
        <w:spacing w:after="0"/>
      </w:pPr>
    </w:p>
    <w:p>
      <w:pPr>
        <w:spacing w:after="0"/>
      </w:pPr>
      <w:r>
        <w:rPr>
          <w:rFonts w:ascii="Arial" w:hAnsi="Arial"/>
          <w:b/>
          <w:sz w:val="22"/>
        </w:rPr>
        <w:t xml:space="preserve">Emily  </w:t>
      </w:r>
      <w:r>
        <w:rPr>
          <w:rFonts w:ascii="Arial" w:hAnsi="Arial"/>
          <w:color w:val="5D7284"/>
          <w:sz w:val="22"/>
        </w:rPr>
        <w:t>1:07:55</w:t>
      </w:r>
    </w:p>
    <w:p>
      <w:pPr>
        <w:spacing w:after="0"/>
      </w:pPr>
      <w:r>
        <w:rPr>
          <w:rFonts w:ascii="Arial" w:hAnsi="Arial"/>
          <w:sz w:val="22"/>
        </w:rPr>
        <w:t>I mean she is very artistic or she's like theres this thing on  my Instagram called Pumpkin girl, like I wear a pumpkin I carved pumpkin on my head. And I literally walk around like in different outfits for it and it was her idea and she desperately wanted me to do it and "I'm like not doing that mum". And she's like please do it like trust me it's so cute. It's really fun. I did it and I went viral! (Lucy) Wow. Literally the amount of people like who are stopping staring taking photos like (Lucy) Amazing. Watching me, there was this one guy and he got out and he physically stopped his car because I was like putting a pretend letter in the post box and like you know pretending like to take some pictures and stuff like that outside the post box and he stopped the car and in the middle of Greenwich, got out and went "Can I ask what's it for?" It's for Instagram. What? It's Instagram photo and you said "oh my God, I need to get out more." Now there was this guy in his van going down the road and he kind of wound down his window and looks and slowed and the guy who was like interrogating us went "Yeah, so something we see every day is it "there's a pumpkin walking around Greenwich and everyone was just like taking photos but I was kind of getting a bit precious like hang on my these are my photos like my pumpkin.</w:t>
      </w:r>
    </w:p>
    <w:p>
      <w:pPr>
        <w:spacing w:after="0"/>
      </w:pPr>
    </w:p>
    <w:p>
      <w:pPr>
        <w:spacing w:after="0"/>
      </w:pPr>
      <w:r>
        <w:rPr>
          <w:rFonts w:ascii="Arial" w:hAnsi="Arial"/>
          <w:b/>
          <w:sz w:val="22"/>
        </w:rPr>
        <w:t xml:space="preserve">Lucy  </w:t>
      </w:r>
      <w:r>
        <w:rPr>
          <w:rFonts w:ascii="Arial" w:hAnsi="Arial"/>
          <w:color w:val="5D7284"/>
          <w:sz w:val="22"/>
        </w:rPr>
        <w:t>1:09:15</w:t>
      </w:r>
    </w:p>
    <w:p>
      <w:pPr>
        <w:spacing w:after="0"/>
      </w:pPr>
      <w:r>
        <w:rPr>
          <w:rFonts w:ascii="Arial" w:hAnsi="Arial"/>
          <w:sz w:val="22"/>
        </w:rPr>
        <w:t>Please please no photos. (emily) £5 per photo. Yeah, exactly. Yeah, that's what that's what I would do.</w:t>
      </w:r>
    </w:p>
    <w:p>
      <w:pPr>
        <w:spacing w:after="0"/>
      </w:pPr>
    </w:p>
    <w:p>
      <w:pPr>
        <w:spacing w:after="0"/>
      </w:pPr>
      <w:r>
        <w:rPr>
          <w:rFonts w:ascii="Arial" w:hAnsi="Arial"/>
          <w:b/>
          <w:sz w:val="22"/>
        </w:rPr>
        <w:t xml:space="preserve">Disclaimer  </w:t>
      </w:r>
      <w:r>
        <w:rPr>
          <w:rFonts w:ascii="Arial" w:hAnsi="Arial"/>
          <w:color w:val="5D7284"/>
          <w:sz w:val="22"/>
        </w:rPr>
        <w:t>1:09:23</w:t>
      </w:r>
    </w:p>
    <w:p>
      <w:pPr>
        <w:spacing w:after="0"/>
      </w:pPr>
      <w:r>
        <w:rPr>
          <w:rFonts w:ascii="Arial" w:hAnsi="Arial"/>
          <w:sz w:val="22"/>
        </w:rPr>
        <w:t>And I will the pumpkin be making a reemergence. This is nearly spooky season.</w:t>
      </w:r>
    </w:p>
    <w:p>
      <w:pPr>
        <w:spacing w:after="0"/>
      </w:pPr>
    </w:p>
    <w:p>
      <w:pPr>
        <w:spacing w:after="0"/>
      </w:pPr>
      <w:r>
        <w:rPr>
          <w:rFonts w:ascii="Arial" w:hAnsi="Arial"/>
          <w:b/>
          <w:sz w:val="22"/>
        </w:rPr>
        <w:t xml:space="preserve">Emily  </w:t>
      </w:r>
      <w:r>
        <w:rPr>
          <w:rFonts w:ascii="Arial" w:hAnsi="Arial"/>
          <w:color w:val="5D7284"/>
          <w:sz w:val="22"/>
        </w:rPr>
        <w:t>1:09:28</w:t>
      </w:r>
    </w:p>
    <w:p>
      <w:pPr>
        <w:spacing w:after="0"/>
      </w:pPr>
      <w:r>
        <w:rPr>
          <w:rFonts w:ascii="Arial" w:hAnsi="Arial"/>
          <w:sz w:val="22"/>
        </w:rPr>
        <w:t>Yes. We've just got to find the right size of pumpkin because I'll tell you the mistake that other people make. (laughing) And I have to put it on your head on your shoulders. Shoulders take all the weight. to worry about getting sore shoulders.</w:t>
      </w:r>
    </w:p>
    <w:p>
      <w:pPr>
        <w:spacing w:after="0"/>
      </w:pPr>
    </w:p>
    <w:p>
      <w:pPr>
        <w:spacing w:after="0"/>
      </w:pPr>
      <w:r>
        <w:rPr>
          <w:rFonts w:ascii="Arial" w:hAnsi="Arial"/>
          <w:b/>
          <w:sz w:val="22"/>
        </w:rPr>
        <w:t xml:space="preserve">Lucy  </w:t>
      </w:r>
      <w:r>
        <w:rPr>
          <w:rFonts w:ascii="Arial" w:hAnsi="Arial"/>
          <w:color w:val="5D7284"/>
          <w:sz w:val="22"/>
        </w:rPr>
        <w:t>1:09:48</w:t>
      </w:r>
    </w:p>
    <w:p>
      <w:pPr>
        <w:spacing w:after="0"/>
      </w:pPr>
      <w:r>
        <w:rPr>
          <w:rFonts w:ascii="Arial" w:hAnsi="Arial"/>
          <w:sz w:val="22"/>
        </w:rPr>
        <w:t xml:space="preserve">Alice , does this sound like something I would do? </w:t>
      </w:r>
    </w:p>
    <w:p>
      <w:pPr>
        <w:spacing w:after="0"/>
      </w:pPr>
    </w:p>
    <w:p>
      <w:pPr>
        <w:spacing w:after="0"/>
      </w:pPr>
      <w:r>
        <w:rPr>
          <w:rFonts w:ascii="Arial" w:hAnsi="Arial"/>
          <w:b/>
          <w:sz w:val="22"/>
        </w:rPr>
        <w:t xml:space="preserve">Disclaimer  </w:t>
      </w:r>
      <w:r>
        <w:rPr>
          <w:rFonts w:ascii="Arial" w:hAnsi="Arial"/>
          <w:color w:val="5D7284"/>
          <w:sz w:val="22"/>
        </w:rPr>
        <w:t>1:09:53</w:t>
      </w:r>
    </w:p>
    <w:p>
      <w:pPr>
        <w:spacing w:after="0"/>
      </w:pPr>
      <w:r>
        <w:rPr>
          <w:rFonts w:ascii="Arial" w:hAnsi="Arial"/>
          <w:sz w:val="22"/>
        </w:rPr>
        <w:t>I'm just thinking about what kind of accompanying outfits you can get for Rosie.</w:t>
      </w:r>
    </w:p>
    <w:p>
      <w:pPr>
        <w:spacing w:after="0"/>
      </w:pPr>
    </w:p>
    <w:p>
      <w:pPr>
        <w:spacing w:after="0"/>
      </w:pPr>
      <w:r>
        <w:rPr>
          <w:rFonts w:ascii="Arial" w:hAnsi="Arial"/>
          <w:b/>
          <w:sz w:val="22"/>
        </w:rPr>
        <w:t xml:space="preserve">Emily  </w:t>
      </w:r>
      <w:r>
        <w:rPr>
          <w:rFonts w:ascii="Arial" w:hAnsi="Arial"/>
          <w:color w:val="5D7284"/>
          <w:sz w:val="22"/>
        </w:rPr>
        <w:t>1:09:59</w:t>
      </w:r>
    </w:p>
    <w:p>
      <w:pPr>
        <w:spacing w:after="0"/>
      </w:pPr>
      <w:r>
        <w:rPr>
          <w:rFonts w:ascii="Arial" w:hAnsi="Arial"/>
          <w:sz w:val="22"/>
        </w:rPr>
        <w:t>Oh, I'm getting her a bat. (Lucy) Oh wow.</w:t>
      </w:r>
    </w:p>
    <w:p>
      <w:pPr>
        <w:spacing w:after="0"/>
      </w:pPr>
    </w:p>
    <w:p>
      <w:pPr>
        <w:spacing w:after="0"/>
      </w:pPr>
      <w:r>
        <w:rPr>
          <w:rFonts w:ascii="Arial" w:hAnsi="Arial"/>
          <w:b/>
          <w:sz w:val="22"/>
        </w:rPr>
        <w:t xml:space="preserve">Alice  </w:t>
      </w:r>
      <w:r>
        <w:rPr>
          <w:rFonts w:ascii="Arial" w:hAnsi="Arial"/>
          <w:color w:val="5D7284"/>
          <w:sz w:val="22"/>
        </w:rPr>
        <w:t>1:10:07</w:t>
      </w:r>
    </w:p>
    <w:p>
      <w:pPr>
        <w:spacing w:after="0"/>
      </w:pPr>
      <w:r>
        <w:rPr>
          <w:rFonts w:ascii="Arial" w:hAnsi="Arial"/>
          <w:sz w:val="22"/>
        </w:rPr>
        <w:t>My husband and his mates for stag do's every year, whenever they have a stag they dress the it's it's kind of problematic really but they dress the guys up as a female character from something (Lucy) Right. David for his stag went as denarius from Game of Thrones, right still got the full outfit and we were in pets at home last Halloween, Halloween before and they've got little like dragon's wings. (Emily) Aaah ! And I was like, fuck it. I know what I'm doing this year. My cat is certainly so my cat. His name is not bumpkin, but we call him bumpkin. And he would he's quite round, brilliant in a pumpkin costume and bumpkin the pumpkin</w:t>
      </w:r>
    </w:p>
    <w:p>
      <w:pPr>
        <w:spacing w:after="0"/>
      </w:pPr>
    </w:p>
    <w:p>
      <w:pPr>
        <w:spacing w:after="0"/>
      </w:pPr>
      <w:r>
        <w:rPr>
          <w:rFonts w:ascii="Arial" w:hAnsi="Arial"/>
          <w:b/>
          <w:sz w:val="22"/>
        </w:rPr>
        <w:t xml:space="preserve">Emily  </w:t>
      </w:r>
      <w:r>
        <w:rPr>
          <w:rFonts w:ascii="Arial" w:hAnsi="Arial"/>
          <w:color w:val="5D7284"/>
          <w:sz w:val="22"/>
        </w:rPr>
        <w:t>1:10:52</w:t>
      </w:r>
    </w:p>
    <w:p>
      <w:pPr>
        <w:spacing w:after="0"/>
      </w:pPr>
      <w:r>
        <w:rPr>
          <w:rFonts w:ascii="Arial" w:hAnsi="Arial"/>
          <w:sz w:val="22"/>
        </w:rPr>
        <w:t>so my cat would want to be dressed up but...</w:t>
      </w:r>
    </w:p>
    <w:p>
      <w:pPr>
        <w:spacing w:after="0"/>
      </w:pPr>
    </w:p>
    <w:p>
      <w:pPr>
        <w:spacing w:after="0"/>
      </w:pPr>
      <w:r>
        <w:rPr>
          <w:rFonts w:ascii="Arial" w:hAnsi="Arial"/>
          <w:b/>
          <w:sz w:val="22"/>
        </w:rPr>
        <w:t xml:space="preserve">Alice  </w:t>
      </w:r>
      <w:r>
        <w:rPr>
          <w:rFonts w:ascii="Arial" w:hAnsi="Arial"/>
          <w:color w:val="5D7284"/>
          <w:sz w:val="22"/>
        </w:rPr>
        <w:t>1:10:55</w:t>
      </w:r>
    </w:p>
    <w:p>
      <w:pPr>
        <w:spacing w:after="0"/>
      </w:pPr>
      <w:r>
        <w:rPr>
          <w:rFonts w:ascii="Arial" w:hAnsi="Arial"/>
          <w:sz w:val="22"/>
        </w:rPr>
        <w:t>Oh, no, he will hate me for it. But I'm doing it for the gram this year.</w:t>
      </w:r>
    </w:p>
    <w:p>
      <w:pPr>
        <w:spacing w:after="0"/>
      </w:pPr>
    </w:p>
    <w:p>
      <w:pPr>
        <w:spacing w:after="0"/>
      </w:pPr>
      <w:r>
        <w:rPr>
          <w:rFonts w:ascii="Arial" w:hAnsi="Arial"/>
          <w:b/>
          <w:sz w:val="22"/>
        </w:rPr>
        <w:t xml:space="preserve">Lucy  </w:t>
      </w:r>
      <w:r>
        <w:rPr>
          <w:rFonts w:ascii="Arial" w:hAnsi="Arial"/>
          <w:color w:val="5D7284"/>
          <w:sz w:val="22"/>
        </w:rPr>
        <w:t>1:11:03</w:t>
      </w:r>
    </w:p>
    <w:p>
      <w:pPr>
        <w:spacing w:after="0"/>
      </w:pPr>
      <w:r>
        <w:rPr>
          <w:rFonts w:ascii="Arial" w:hAnsi="Arial"/>
          <w:sz w:val="22"/>
        </w:rPr>
        <w:t>When I do fancy dress, I try and incorporate my chair wherever possible. So I went to the last fancy dress party we had at our house was a Grease themed party. And I mean Grease the movie not grease the substance you get like once you finish cooking, obviously. I just realized how stupid that was. (Alice Laighs) Anyway, I went as Sandy from Grease. I was like, how am I gonna? How do I get the how do we get how do I incorporate the chair? So I basically made like a cardboard cut out of Grease lightning and zip clipped it to my wheelchair with bits of Velcro. I looked amazing. I work in headlights and everything was brilliant. And then my friends is talking about us going to Comic Con just like go and see what's kicking off. Because I've been before but I didn't dress up. And it was I think my mum was like, "I think this year we should dress you up" and I was like she was like "well what could you go as?" And I was like "Elliot and ET" she was like "how are you gonna do Elliot and ET?" like what you do is you wear a hoodie right? Put the hood or then zip clip a wash basket to the front of my wheelchair build some handlebars out of cardboard onto it and put a little ET figure inside the wash basket so I'm going as Elliot from ET with ET and the bike</w:t>
      </w:r>
    </w:p>
    <w:p>
      <w:pPr>
        <w:spacing w:after="0"/>
      </w:pPr>
    </w:p>
    <w:p>
      <w:pPr>
        <w:spacing w:after="0"/>
      </w:pPr>
      <w:r>
        <w:rPr>
          <w:rFonts w:ascii="Arial" w:hAnsi="Arial"/>
          <w:b/>
          <w:sz w:val="22"/>
        </w:rPr>
        <w:t xml:space="preserve">Emily  </w:t>
      </w:r>
      <w:r>
        <w:rPr>
          <w:rFonts w:ascii="Arial" w:hAnsi="Arial"/>
          <w:color w:val="5D7284"/>
          <w:sz w:val="22"/>
        </w:rPr>
        <w:t>1:12:33</w:t>
      </w:r>
    </w:p>
    <w:p>
      <w:pPr>
        <w:spacing w:after="0"/>
      </w:pPr>
      <w:r>
        <w:rPr>
          <w:rFonts w:ascii="Arial" w:hAnsi="Arial"/>
          <w:sz w:val="22"/>
        </w:rPr>
        <w:t>Aww my mum would have so much fun with you she loves doing literally have a field day she'd be like... my mom would like never stop. She's decorated our garden for Halloween, she's made we've got an archway for all pumpkins and leaves on it and everything and honestly she just she goes nuts for it so she'd she'd have some great ideas</w:t>
      </w:r>
    </w:p>
    <w:p>
      <w:pPr>
        <w:spacing w:after="0"/>
      </w:pPr>
    </w:p>
    <w:p>
      <w:pPr>
        <w:spacing w:after="0"/>
      </w:pPr>
      <w:r>
        <w:rPr>
          <w:rFonts w:ascii="Arial" w:hAnsi="Arial"/>
          <w:b/>
          <w:sz w:val="22"/>
        </w:rPr>
        <w:t xml:space="preserve">Lucy  </w:t>
      </w:r>
      <w:r>
        <w:rPr>
          <w:rFonts w:ascii="Arial" w:hAnsi="Arial"/>
          <w:color w:val="5D7284"/>
          <w:sz w:val="22"/>
        </w:rPr>
        <w:t>1:12:58</w:t>
      </w:r>
    </w:p>
    <w:p>
      <w:pPr>
        <w:spacing w:after="0"/>
      </w:pPr>
      <w:r>
        <w:rPr>
          <w:rFonts w:ascii="Arial" w:hAnsi="Arial"/>
          <w:sz w:val="22"/>
        </w:rPr>
        <w:t>I think I think I want to go as Zoltar for one, wear like a you know one of those turbans that you dry your hair with. Wear one of them just put a cardboard box around with it says Zoltar across the top and like give out fortune telling cards.</w:t>
      </w:r>
    </w:p>
    <w:p>
      <w:pPr>
        <w:spacing w:after="0"/>
      </w:pPr>
    </w:p>
    <w:p>
      <w:pPr>
        <w:spacing w:after="0"/>
      </w:pPr>
      <w:r>
        <w:rPr>
          <w:rFonts w:ascii="Arial" w:hAnsi="Arial"/>
          <w:b/>
          <w:sz w:val="22"/>
        </w:rPr>
        <w:t xml:space="preserve">Emily  </w:t>
      </w:r>
      <w:r>
        <w:rPr>
          <w:rFonts w:ascii="Arial" w:hAnsi="Arial"/>
          <w:color w:val="5D7284"/>
          <w:sz w:val="22"/>
        </w:rPr>
        <w:t>1:13:15</w:t>
      </w:r>
    </w:p>
    <w:p>
      <w:pPr>
        <w:spacing w:after="0"/>
      </w:pPr>
      <w:r>
        <w:rPr>
          <w:rFonts w:ascii="Arial" w:hAnsi="Arial"/>
          <w:sz w:val="22"/>
        </w:rPr>
        <w:t>You could do like one of the Scooby gang in the mystery bus.</w:t>
      </w:r>
    </w:p>
    <w:p>
      <w:pPr>
        <w:spacing w:after="0"/>
      </w:pPr>
    </w:p>
    <w:p>
      <w:pPr>
        <w:spacing w:after="0"/>
      </w:pPr>
      <w:r>
        <w:rPr>
          <w:rFonts w:ascii="Arial" w:hAnsi="Arial"/>
          <w:b/>
          <w:sz w:val="22"/>
        </w:rPr>
        <w:t xml:space="preserve">Lucy  </w:t>
      </w:r>
      <w:r>
        <w:rPr>
          <w:rFonts w:ascii="Arial" w:hAnsi="Arial"/>
          <w:color w:val="5D7284"/>
          <w:sz w:val="22"/>
        </w:rPr>
        <w:t>1:13:18</w:t>
      </w:r>
    </w:p>
    <w:p>
      <w:pPr>
        <w:spacing w:after="0"/>
      </w:pPr>
      <w:r>
        <w:rPr>
          <w:rFonts w:ascii="Arial" w:hAnsi="Arial"/>
          <w:sz w:val="22"/>
        </w:rPr>
        <w:t>I could! yeah, (Alice) Velma! Oh my Yeah, I look like Velma with my glasses on. (Alice)You've gotta a Velma jumper. I've got I've got lots of jumpers. I was saying to Emily earlier how my obsession with jumpers is ridiculous. So yes, Velma. Zoltar. And Elliot from ET.</w:t>
      </w:r>
    </w:p>
    <w:p>
      <w:pPr>
        <w:spacing w:after="0"/>
      </w:pPr>
    </w:p>
    <w:p>
      <w:pPr>
        <w:spacing w:after="0"/>
      </w:pPr>
      <w:r>
        <w:rPr>
          <w:rFonts w:ascii="Arial" w:hAnsi="Arial"/>
          <w:b/>
          <w:sz w:val="22"/>
        </w:rPr>
        <w:t xml:space="preserve">Alice  </w:t>
      </w:r>
      <w:r>
        <w:rPr>
          <w:rFonts w:ascii="Arial" w:hAnsi="Arial"/>
          <w:color w:val="5D7284"/>
          <w:sz w:val="22"/>
        </w:rPr>
        <w:t>1:13:34</w:t>
      </w:r>
    </w:p>
    <w:p>
      <w:pPr>
        <w:spacing w:after="0"/>
      </w:pPr>
      <w:r>
        <w:rPr>
          <w:rFonts w:ascii="Arial" w:hAnsi="Arial"/>
          <w:sz w:val="22"/>
        </w:rPr>
        <w:t>Got the next three years ticked off for you, (Lucy) Boom yeah. Yeah my plan is to just focus all attention away from me and onto the dogs. So Dora gonna have to be Marilyn Monroe. I think</w:t>
      </w:r>
    </w:p>
    <w:p>
      <w:pPr>
        <w:spacing w:after="0"/>
      </w:pPr>
    </w:p>
    <w:p>
      <w:pPr>
        <w:spacing w:after="0"/>
      </w:pPr>
      <w:r>
        <w:rPr>
          <w:rFonts w:ascii="Arial" w:hAnsi="Arial"/>
          <w:b/>
          <w:sz w:val="22"/>
        </w:rPr>
        <w:t xml:space="preserve">Lucy  </w:t>
      </w:r>
      <w:r>
        <w:rPr>
          <w:rFonts w:ascii="Arial" w:hAnsi="Arial"/>
          <w:color w:val="5D7284"/>
          <w:sz w:val="22"/>
        </w:rPr>
        <w:t>1:13:49</w:t>
      </w:r>
    </w:p>
    <w:p>
      <w:pPr>
        <w:spacing w:after="0"/>
      </w:pPr>
      <w:r>
        <w:rPr>
          <w:rFonts w:ascii="Arial" w:hAnsi="Arial"/>
          <w:sz w:val="22"/>
        </w:rPr>
        <w:t>(laughd) she's very lady like though, isn't she Dora? So yeah, she could. She's</w:t>
      </w:r>
    </w:p>
    <w:p>
      <w:pPr>
        <w:spacing w:after="0"/>
      </w:pPr>
    </w:p>
    <w:p>
      <w:pPr>
        <w:spacing w:after="0"/>
      </w:pPr>
      <w:r>
        <w:rPr>
          <w:rFonts w:ascii="Arial" w:hAnsi="Arial"/>
          <w:b/>
          <w:sz w:val="22"/>
        </w:rPr>
        <w:t xml:space="preserve">Alice  </w:t>
      </w:r>
      <w:r>
        <w:rPr>
          <w:rFonts w:ascii="Arial" w:hAnsi="Arial"/>
          <w:color w:val="5D7284"/>
          <w:sz w:val="22"/>
        </w:rPr>
        <w:t>1:13:54</w:t>
      </w:r>
    </w:p>
    <w:p>
      <w:pPr>
        <w:spacing w:after="0"/>
      </w:pPr>
      <w:r>
        <w:rPr>
          <w:rFonts w:ascii="Arial" w:hAnsi="Arial"/>
          <w:sz w:val="22"/>
        </w:rPr>
        <w:t>Quite the platinum blonde, so</w:t>
      </w:r>
    </w:p>
    <w:p>
      <w:pPr>
        <w:spacing w:after="0"/>
      </w:pPr>
    </w:p>
    <w:p>
      <w:pPr>
        <w:spacing w:after="0"/>
      </w:pPr>
      <w:r>
        <w:rPr>
          <w:rFonts w:ascii="Arial" w:hAnsi="Arial"/>
          <w:b/>
          <w:sz w:val="22"/>
        </w:rPr>
        <w:t xml:space="preserve">Lucy  </w:t>
      </w:r>
      <w:r>
        <w:rPr>
          <w:rFonts w:ascii="Arial" w:hAnsi="Arial"/>
          <w:color w:val="5D7284"/>
          <w:sz w:val="22"/>
        </w:rPr>
        <w:t>1:13:57</w:t>
      </w:r>
    </w:p>
    <w:p>
      <w:pPr>
        <w:spacing w:after="0"/>
      </w:pPr>
      <w:r>
        <w:rPr>
          <w:rFonts w:ascii="Arial" w:hAnsi="Arial"/>
          <w:sz w:val="22"/>
        </w:rPr>
        <w:t>Absolutely.</w:t>
      </w:r>
    </w:p>
    <w:p>
      <w:pPr>
        <w:spacing w:after="0"/>
      </w:pPr>
    </w:p>
    <w:p>
      <w:pPr>
        <w:spacing w:after="0"/>
      </w:pPr>
      <w:r>
        <w:rPr>
          <w:rFonts w:ascii="Arial" w:hAnsi="Arial"/>
          <w:b/>
          <w:sz w:val="22"/>
        </w:rPr>
        <w:t xml:space="preserve">Alice  </w:t>
      </w:r>
      <w:r>
        <w:rPr>
          <w:rFonts w:ascii="Arial" w:hAnsi="Arial"/>
          <w:color w:val="5D7284"/>
          <w:sz w:val="22"/>
        </w:rPr>
        <w:t>1:13:59</w:t>
      </w:r>
    </w:p>
    <w:p>
      <w:pPr>
        <w:spacing w:after="0"/>
      </w:pPr>
      <w:r>
        <w:rPr>
          <w:rFonts w:ascii="Arial" w:hAnsi="Arial"/>
          <w:sz w:val="22"/>
        </w:rPr>
        <w:t xml:space="preserve">I'll give her a big kiss while I'm wearing red lipstick. So she's got big red lips as well. (laughs) </w:t>
      </w:r>
    </w:p>
    <w:p>
      <w:pPr>
        <w:spacing w:after="0"/>
      </w:pPr>
    </w:p>
    <w:p>
      <w:pPr>
        <w:spacing w:after="0"/>
      </w:pPr>
      <w:r>
        <w:rPr>
          <w:rFonts w:ascii="Arial" w:hAnsi="Arial"/>
          <w:b/>
          <w:sz w:val="22"/>
        </w:rPr>
        <w:t xml:space="preserve">Lucy  </w:t>
      </w:r>
      <w:r>
        <w:rPr>
          <w:rFonts w:ascii="Arial" w:hAnsi="Arial"/>
          <w:color w:val="5D7284"/>
          <w:sz w:val="22"/>
        </w:rPr>
        <w:t>1:14:04</w:t>
      </w:r>
    </w:p>
    <w:p>
      <w:pPr>
        <w:spacing w:after="0"/>
      </w:pPr>
      <w:r>
        <w:rPr>
          <w:rFonts w:ascii="Arial" w:hAnsi="Arial"/>
          <w:sz w:val="22"/>
        </w:rPr>
        <w:t>Right on her smoosh</w:t>
      </w:r>
    </w:p>
    <w:p>
      <w:pPr>
        <w:spacing w:after="0"/>
      </w:pPr>
    </w:p>
    <w:p>
      <w:pPr>
        <w:spacing w:after="0"/>
      </w:pPr>
      <w:r>
        <w:rPr>
          <w:rFonts w:ascii="Arial" w:hAnsi="Arial"/>
          <w:b/>
          <w:sz w:val="22"/>
        </w:rPr>
        <w:t xml:space="preserve">Alice  </w:t>
      </w:r>
      <w:r>
        <w:rPr>
          <w:rFonts w:ascii="Arial" w:hAnsi="Arial"/>
          <w:color w:val="5D7284"/>
          <w:sz w:val="22"/>
        </w:rPr>
        <w:t>1:14:06</w:t>
      </w:r>
    </w:p>
    <w:p>
      <w:pPr>
        <w:spacing w:after="0"/>
      </w:pPr>
      <w:r>
        <w:rPr>
          <w:rFonts w:ascii="Arial" w:hAnsi="Arial"/>
          <w:sz w:val="22"/>
        </w:rPr>
        <w:t>Emily this has been really fun. Thank you for coming on the show. We've really enjoyed chatting to you. Do you want to tell our listeners where they can find you on the internet?</w:t>
      </w:r>
    </w:p>
    <w:p>
      <w:pPr>
        <w:spacing w:after="0"/>
      </w:pPr>
    </w:p>
    <w:p>
      <w:pPr>
        <w:spacing w:after="0"/>
      </w:pPr>
      <w:r>
        <w:rPr>
          <w:rFonts w:ascii="Arial" w:hAnsi="Arial"/>
          <w:b/>
          <w:sz w:val="22"/>
        </w:rPr>
        <w:t xml:space="preserve">Emily  </w:t>
      </w:r>
      <w:r>
        <w:rPr>
          <w:rFonts w:ascii="Arial" w:hAnsi="Arial"/>
          <w:color w:val="5D7284"/>
          <w:sz w:val="22"/>
        </w:rPr>
        <w:t>1:14:18</w:t>
      </w:r>
    </w:p>
    <w:p>
      <w:pPr>
        <w:spacing w:after="0"/>
      </w:pPr>
      <w:r>
        <w:rPr>
          <w:rFonts w:ascii="Arial" w:hAnsi="Arial"/>
          <w:sz w:val="22"/>
        </w:rPr>
        <w:t>Oh, yes. So you can find me on my blog, which is fashioneyesta.com. And for anyone who doesn't know how to spell it. It's like fashion and an e y e is in eye sta.com And I'm also on Twitter under @DavisonEm, I'm on Instagram under fashioneyesta2012, I'm also on Tik Tok under at its fashioneyesta and I'm also on Facebook under fashioneyesta as well. I have YouTube as well. I forgot that one.</w:t>
      </w:r>
    </w:p>
    <w:p>
      <w:pPr>
        <w:spacing w:after="0"/>
      </w:pPr>
    </w:p>
    <w:p>
      <w:pPr>
        <w:spacing w:after="0"/>
      </w:pPr>
      <w:r>
        <w:rPr>
          <w:rFonts w:ascii="Arial" w:hAnsi="Arial"/>
          <w:b/>
          <w:sz w:val="22"/>
        </w:rPr>
        <w:t xml:space="preserve">Lucy  </w:t>
      </w:r>
      <w:r>
        <w:rPr>
          <w:rFonts w:ascii="Arial" w:hAnsi="Arial"/>
          <w:color w:val="5D7284"/>
          <w:sz w:val="22"/>
        </w:rPr>
        <w:t>1:14:46</w:t>
      </w:r>
    </w:p>
    <w:p>
      <w:pPr>
        <w:spacing w:after="0"/>
      </w:pPr>
      <w:r>
        <w:rPr>
          <w:rFonts w:ascii="Arial" w:hAnsi="Arial"/>
          <w:sz w:val="22"/>
        </w:rPr>
        <w:t>You're everywhere. You're this has been absolutely fantastic. Please, please, if you ever want to come back, you're more than welcome. It's been absolutely great afternoon, sitting and chatting to you about makeup and fashion and everything. So it's been really, really, really, really cool. Thank you so much for joining us.</w:t>
      </w:r>
    </w:p>
    <w:p>
      <w:pPr>
        <w:spacing w:after="0"/>
      </w:pPr>
    </w:p>
    <w:p>
      <w:pPr>
        <w:spacing w:after="0"/>
      </w:pPr>
      <w:r>
        <w:rPr>
          <w:rFonts w:ascii="Arial" w:hAnsi="Arial"/>
          <w:b/>
          <w:sz w:val="22"/>
        </w:rPr>
        <w:t xml:space="preserve">Emily  </w:t>
      </w:r>
      <w:r>
        <w:rPr>
          <w:rFonts w:ascii="Arial" w:hAnsi="Arial"/>
          <w:color w:val="5D7284"/>
          <w:sz w:val="22"/>
        </w:rPr>
        <w:t>1:15:06</w:t>
      </w:r>
    </w:p>
    <w:p>
      <w:pPr>
        <w:spacing w:after="0"/>
      </w:pPr>
      <w:r>
        <w:rPr>
          <w:rFonts w:ascii="Arial" w:hAnsi="Arial"/>
          <w:sz w:val="22"/>
        </w:rPr>
        <w:t>Thank you for having me.</w:t>
      </w:r>
    </w:p>
    <w:p>
      <w:pPr>
        <w:spacing w:after="0"/>
      </w:pPr>
    </w:p>
    <w:p>
      <w:pPr>
        <w:spacing w:after="0"/>
      </w:pPr>
      <w:r>
        <w:rPr>
          <w:rFonts w:ascii="Arial" w:hAnsi="Arial"/>
          <w:b/>
          <w:sz w:val="22"/>
        </w:rPr>
        <w:t xml:space="preserve">Disclaimer  </w:t>
      </w:r>
      <w:r>
        <w:rPr>
          <w:rFonts w:ascii="Arial" w:hAnsi="Arial"/>
          <w:color w:val="5D7284"/>
          <w:sz w:val="22"/>
        </w:rPr>
        <w:t>1:15:08</w:t>
      </w:r>
    </w:p>
    <w:p>
      <w:pPr>
        <w:spacing w:after="0"/>
      </w:pPr>
      <w:r>
        <w:rPr>
          <w:rFonts w:ascii="Arial" w:hAnsi="Arial"/>
          <w:sz w:val="22"/>
        </w:rPr>
        <w:t xml:space="preserve">Gang, if you've enjoyed this episode, you know the drill rate review, subscribe, tell your friends and donate to our GoFundMe because, you know, otherwise, we won't have any money. </w:t>
      </w:r>
    </w:p>
    <w:p>
      <w:pPr>
        <w:spacing w:after="0"/>
      </w:pPr>
    </w:p>
    <w:p>
      <w:pPr>
        <w:spacing w:after="0"/>
      </w:pPr>
      <w:r>
        <w:rPr>
          <w:rFonts w:ascii="Arial" w:hAnsi="Arial"/>
          <w:b/>
          <w:sz w:val="22"/>
        </w:rPr>
        <w:t xml:space="preserve">Lucy  </w:t>
      </w:r>
      <w:r>
        <w:rPr>
          <w:rFonts w:ascii="Arial" w:hAnsi="Arial"/>
          <w:color w:val="5D7284"/>
          <w:sz w:val="22"/>
        </w:rPr>
        <w:t>1:15:22</w:t>
      </w:r>
    </w:p>
    <w:p>
      <w:pPr>
        <w:spacing w:after="0"/>
      </w:pPr>
      <w:r>
        <w:rPr>
          <w:rFonts w:ascii="Arial" w:hAnsi="Arial"/>
          <w:sz w:val="22"/>
        </w:rPr>
        <w:t>Lucy needs some money for makeup. (laughs)</w:t>
      </w:r>
    </w:p>
    <w:p>
      <w:pPr>
        <w:spacing w:after="0"/>
      </w:pPr>
    </w:p>
    <w:p>
      <w:pPr>
        <w:spacing w:after="0"/>
      </w:pPr>
      <w:r>
        <w:rPr>
          <w:rFonts w:ascii="Arial" w:hAnsi="Arial"/>
          <w:b/>
          <w:sz w:val="22"/>
        </w:rPr>
        <w:t xml:space="preserve">Alice  </w:t>
      </w:r>
      <w:r>
        <w:rPr>
          <w:rFonts w:ascii="Arial" w:hAnsi="Arial"/>
          <w:color w:val="5D7284"/>
          <w:sz w:val="22"/>
        </w:rPr>
        <w:t>1:15:26</w:t>
      </w:r>
    </w:p>
    <w:p>
      <w:pPr>
        <w:spacing w:after="0"/>
      </w:pPr>
      <w:r>
        <w:rPr>
          <w:rFonts w:ascii="Arial" w:hAnsi="Arial"/>
          <w:sz w:val="22"/>
        </w:rPr>
        <w:t xml:space="preserve">That is not what we spend it on </w:t>
      </w:r>
    </w:p>
    <w:p>
      <w:pPr>
        <w:spacing w:after="0"/>
      </w:pPr>
    </w:p>
    <w:p>
      <w:pPr>
        <w:spacing w:after="0"/>
      </w:pPr>
      <w:r>
        <w:rPr>
          <w:rFonts w:ascii="Arial" w:hAnsi="Arial"/>
          <w:b/>
          <w:sz w:val="22"/>
        </w:rPr>
        <w:t xml:space="preserve">Lucy  </w:t>
      </w:r>
      <w:r>
        <w:rPr>
          <w:rFonts w:ascii="Arial" w:hAnsi="Arial"/>
          <w:color w:val="5D7284"/>
          <w:sz w:val="22"/>
        </w:rPr>
        <w:t>1:15:30</w:t>
      </w:r>
    </w:p>
    <w:p>
      <w:pPr>
        <w:spacing w:after="0"/>
      </w:pPr>
      <w:r>
        <w:rPr>
          <w:rFonts w:ascii="Arial" w:hAnsi="Arial"/>
          <w:sz w:val="22"/>
        </w:rPr>
        <w:t>I'm joking. Oh my god, I'm joking.</w:t>
      </w:r>
    </w:p>
    <w:p>
      <w:pPr>
        <w:spacing w:after="0"/>
      </w:pPr>
    </w:p>
    <w:p>
      <w:pPr>
        <w:spacing w:after="0"/>
      </w:pPr>
      <w:r>
        <w:rPr>
          <w:rFonts w:ascii="Arial" w:hAnsi="Arial"/>
          <w:b/>
          <w:sz w:val="22"/>
        </w:rPr>
        <w:t xml:space="preserve">Disclaimer  </w:t>
      </w:r>
      <w:r>
        <w:rPr>
          <w:rFonts w:ascii="Arial" w:hAnsi="Arial"/>
          <w:color w:val="5D7284"/>
          <w:sz w:val="22"/>
        </w:rPr>
        <w:t>1:15:32</w:t>
      </w:r>
    </w:p>
    <w:p>
      <w:pPr>
        <w:spacing w:after="0"/>
      </w:pPr>
      <w:r>
        <w:rPr>
          <w:rFonts w:ascii="Arial" w:hAnsi="Arial"/>
          <w:sz w:val="22"/>
        </w:rPr>
        <w:t>I'm gonna say she makes me cross when she makes fun of the importance of our fundraiser. (Lucy) Sorry. We will see you guys all next time. (Alice and Lucy) Buh bye.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1:15:54</w:t>
      </w:r>
    </w:p>
    <w:p>
      <w:pPr>
        <w:spacing w:after="0"/>
      </w:pPr>
      <w:r>
        <w:rPr>
          <w:rFonts w:ascii="Arial" w:hAnsi="Arial"/>
          <w:sz w:val="22"/>
        </w:rPr>
        <w:t>This episode was edited by Adam Paul. Our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