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46D61C" w14:textId="0719B0C0" w:rsidR="00930F33" w:rsidRDefault="00930F33">
      <w:pPr>
        <w:spacing w:after="0"/>
        <w:rPr>
          <w:lang w:eastAsia="zh-CN"/>
        </w:rPr>
      </w:pPr>
    </w:p>
    <w:p>
      <w:r>
        <w:rPr>
          <w:rFonts w:ascii="Arial" w:hAnsi="Arial"/>
          <w:sz w:val="48"/>
        </w:rPr>
        <w:t>lABLEd Ep 40 Dan Metcalfe - Hall</w:t>
      </w:r>
    </w:p>
    <w:p>
      <w:r>
        <w:rPr>
          <w:rFonts w:ascii="Arial" w:hAnsi="Arial"/>
          <w:color w:val="4F6880"/>
          <w:sz w:val="22"/>
        </w:rPr>
        <w:t>Tue, Nov 15, 2022 7:00PM • 1:27:10</w:t>
      </w:r>
    </w:p>
    <w:p>
      <w:pPr>
        <w:spacing w:before="440" w:after="0"/>
      </w:pPr>
      <w:r>
        <w:rPr>
          <w:rFonts w:ascii="Arial" w:hAnsi="Arial"/>
          <w:b/>
          <w:color w:val="4F6880"/>
          <w:sz w:val="22"/>
        </w:rPr>
        <w:t>SUMMARY KEYWORDS</w:t>
      </w:r>
    </w:p>
    <w:p>
      <w:r>
        <w:rPr>
          <w:rFonts w:ascii="Arial" w:hAnsi="Arial"/>
          <w:color w:val="4F6880"/>
          <w:sz w:val="22"/>
        </w:rPr>
        <w:t>lucy, laughs, alice, dan, diving, people, bit, dive, water, divers, paralyzed, guinness world records, swimming, change, record, surface, world, cove, meters, head</w:t>
      </w:r>
    </w:p>
    <w:p>
      <w:pPr>
        <w:spacing w:before="440" w:after="0"/>
      </w:pPr>
      <w:r>
        <w:rPr>
          <w:rFonts w:ascii="Arial" w:hAnsi="Arial"/>
          <w:b/>
          <w:color w:val="4F6880"/>
          <w:sz w:val="22"/>
        </w:rPr>
        <w:t>SPEAKERS</w:t>
      </w:r>
    </w:p>
    <w:p>
      <w:r>
        <w:rPr>
          <w:rFonts w:ascii="Arial" w:hAnsi="Arial"/>
          <w:color w:val="4F6880"/>
          <w:sz w:val="22"/>
        </w:rPr>
        <w:t>Theme Tune, Dan, Lucy, Alice</w:t>
      </w:r>
    </w:p>
    <w:p>
      <w:pPr>
        <w:spacing w:after="0"/>
      </w:pPr>
    </w:p>
    <w:p>
      <w:pPr>
        <w:spacing w:after="0"/>
      </w:pPr>
      <w:r>
        <w:rPr>
          <w:rFonts w:ascii="Arial" w:hAnsi="Arial"/>
          <w:b/>
          <w:sz w:val="22"/>
        </w:rPr>
        <w:t xml:space="preserve">Lucy  </w:t>
      </w:r>
      <w:r>
        <w:rPr>
          <w:rFonts w:ascii="Arial" w:hAnsi="Arial"/>
          <w:color w:val="5D7284"/>
          <w:sz w:val="22"/>
        </w:rPr>
        <w:t>00:00</w:t>
      </w:r>
    </w:p>
    <w:p>
      <w:pPr>
        <w:spacing w:after="0"/>
      </w:pPr>
      <w:r>
        <w:rPr>
          <w:rFonts w:ascii="Arial" w:hAnsi="Arial"/>
          <w:sz w:val="22"/>
        </w:rPr>
        <w:t>Welcome to the lABLEd Podcast, a show about disability illness difference. I'm Lucy.</w:t>
      </w:r>
    </w:p>
    <w:p>
      <w:pPr>
        <w:spacing w:after="0"/>
      </w:pPr>
    </w:p>
    <w:p>
      <w:pPr>
        <w:spacing w:after="0"/>
      </w:pPr>
      <w:r>
        <w:rPr>
          <w:rFonts w:ascii="Arial" w:hAnsi="Arial"/>
          <w:b/>
          <w:sz w:val="22"/>
        </w:rPr>
        <w:t xml:space="preserve">Alice  </w:t>
      </w:r>
      <w:r>
        <w:rPr>
          <w:rFonts w:ascii="Arial" w:hAnsi="Arial"/>
          <w:color w:val="5D7284"/>
          <w:sz w:val="22"/>
        </w:rPr>
        <w:t>00:07</w:t>
      </w:r>
    </w:p>
    <w:p>
      <w:pPr>
        <w:spacing w:after="0"/>
      </w:pPr>
      <w:r>
        <w:rPr>
          <w:rFonts w:ascii="Arial" w:hAnsi="Arial"/>
          <w:sz w:val="22"/>
        </w:rPr>
        <w:t xml:space="preserve">And I'm Alice....(dog barks) and that's Lola </w:t>
      </w:r>
    </w:p>
    <w:p>
      <w:pPr>
        <w:spacing w:after="0"/>
      </w:pPr>
    </w:p>
    <w:p>
      <w:pPr>
        <w:spacing w:after="0"/>
      </w:pPr>
      <w:r>
        <w:rPr>
          <w:rFonts w:ascii="Arial" w:hAnsi="Arial"/>
          <w:b/>
          <w:sz w:val="22"/>
        </w:rPr>
        <w:t xml:space="preserve">Theme Tune  </w:t>
      </w:r>
      <w:r>
        <w:rPr>
          <w:rFonts w:ascii="Arial" w:hAnsi="Arial"/>
          <w:color w:val="5D7284"/>
          <w:sz w:val="22"/>
        </w:rPr>
        <w:t>00:11</w:t>
      </w:r>
    </w:p>
    <w:p>
      <w:pPr>
        <w:spacing w:after="0"/>
      </w:pPr>
      <w:r>
        <w:rPr>
          <w:rFonts w:ascii="Arial" w:hAnsi="Arial"/>
          <w:sz w:val="22"/>
        </w:rPr>
        <w:t>Though I might not fit in socially,I'm so much more than what you see. We all live our lives differently, kaleidoscope identity. Cos this is who I'm meant to be, I'm just labeled me. I just labeled me.</w:t>
      </w:r>
    </w:p>
    <w:p>
      <w:pPr>
        <w:spacing w:after="0"/>
      </w:pPr>
    </w:p>
    <w:p>
      <w:pPr>
        <w:spacing w:after="0"/>
      </w:pPr>
      <w:r>
        <w:rPr>
          <w:rFonts w:ascii="Arial" w:hAnsi="Arial"/>
          <w:b/>
          <w:sz w:val="22"/>
        </w:rPr>
        <w:t xml:space="preserve">Alice  </w:t>
      </w:r>
      <w:r>
        <w:rPr>
          <w:rFonts w:ascii="Arial" w:hAnsi="Arial"/>
          <w:color w:val="5D7284"/>
          <w:sz w:val="22"/>
        </w:rPr>
        <w:t>00:36</w:t>
      </w:r>
    </w:p>
    <w:p>
      <w:pPr>
        <w:spacing w:after="0"/>
      </w:pPr>
      <w:r>
        <w:rPr>
          <w:rFonts w:ascii="Arial" w:hAnsi="Arial"/>
          <w:sz w:val="22"/>
        </w:rPr>
        <w:t>Don't forget in this episode, I might swear, Lucy might cry and you can check out details of the trigger warnings on our website</w:t>
      </w:r>
    </w:p>
    <w:p>
      <w:pPr>
        <w:spacing w:after="0"/>
      </w:pPr>
    </w:p>
    <w:p>
      <w:pPr>
        <w:spacing w:after="0"/>
      </w:pPr>
      <w:r>
        <w:rPr>
          <w:rFonts w:ascii="Arial" w:hAnsi="Arial"/>
          <w:b/>
          <w:sz w:val="22"/>
        </w:rPr>
        <w:t xml:space="preserve">Lucy  </w:t>
      </w:r>
      <w:r>
        <w:rPr>
          <w:rFonts w:ascii="Arial" w:hAnsi="Arial"/>
          <w:color w:val="5D7284"/>
          <w:sz w:val="22"/>
        </w:rPr>
        <w:t>00:44</w:t>
      </w:r>
    </w:p>
    <w:p>
      <w:pPr>
        <w:spacing w:after="0"/>
      </w:pPr>
      <w:r>
        <w:rPr>
          <w:rFonts w:ascii="Arial" w:hAnsi="Arial"/>
          <w:sz w:val="22"/>
        </w:rPr>
        <w:t>Hi Everyone in this episode there is a brief mention of suicide, if this is something that is triggering for you, you may want to listen with caution.</w:t>
      </w:r>
    </w:p>
    <w:p>
      <w:pPr>
        <w:spacing w:after="0"/>
      </w:pPr>
    </w:p>
    <w:p>
      <w:pPr>
        <w:spacing w:after="0"/>
      </w:pPr>
      <w:r>
        <w:rPr>
          <w:rFonts w:ascii="Arial" w:hAnsi="Arial"/>
          <w:b/>
          <w:sz w:val="22"/>
        </w:rPr>
        <w:t xml:space="preserve">Alice  </w:t>
      </w:r>
      <w:r>
        <w:rPr>
          <w:rFonts w:ascii="Arial" w:hAnsi="Arial"/>
          <w:color w:val="5D7284"/>
          <w:sz w:val="22"/>
        </w:rPr>
        <w:t>00:44</w:t>
      </w:r>
    </w:p>
    <w:p>
      <w:pPr>
        <w:spacing w:after="0"/>
      </w:pPr>
      <w:r>
        <w:rPr>
          <w:rFonts w:ascii="Arial" w:hAnsi="Arial"/>
          <w:sz w:val="22"/>
        </w:rPr>
        <w:t xml:space="preserve"> Hello Everyone and welcome to the lABLEd Podcast. It's a Saturday morning. I haven't slept very well and the dogs have been sick. How are you? (Lucy laughs)</w:t>
      </w:r>
    </w:p>
    <w:p>
      <w:pPr>
        <w:spacing w:after="0"/>
      </w:pPr>
    </w:p>
    <w:p>
      <w:pPr>
        <w:spacing w:after="0"/>
      </w:pPr>
      <w:r>
        <w:rPr>
          <w:rFonts w:ascii="Arial" w:hAnsi="Arial"/>
          <w:b/>
          <w:sz w:val="22"/>
        </w:rPr>
        <w:t xml:space="preserve">Lucy  </w:t>
      </w:r>
      <w:r>
        <w:rPr>
          <w:rFonts w:ascii="Arial" w:hAnsi="Arial"/>
          <w:color w:val="5D7284"/>
          <w:sz w:val="22"/>
        </w:rPr>
        <w:t>00:52</w:t>
      </w:r>
    </w:p>
    <w:p>
      <w:pPr>
        <w:spacing w:after="0"/>
      </w:pPr>
      <w:r>
        <w:rPr>
          <w:rFonts w:ascii="Arial" w:hAnsi="Arial"/>
          <w:sz w:val="22"/>
        </w:rPr>
        <w:t xml:space="preserve"> Very well thanks. This is why we don't do this on a Saturay (Alice laughs) I'm very well how are you?</w:t>
      </w:r>
    </w:p>
    <w:p>
      <w:pPr>
        <w:spacing w:after="0"/>
      </w:pPr>
    </w:p>
    <w:p>
      <w:pPr>
        <w:spacing w:after="0"/>
      </w:pPr>
      <w:r>
        <w:rPr>
          <w:rFonts w:ascii="Arial" w:hAnsi="Arial"/>
          <w:b/>
          <w:sz w:val="22"/>
        </w:rPr>
        <w:t xml:space="preserve">Alice  </w:t>
      </w:r>
      <w:r>
        <w:rPr>
          <w:rFonts w:ascii="Arial" w:hAnsi="Arial"/>
          <w:color w:val="5D7284"/>
          <w:sz w:val="22"/>
        </w:rPr>
        <w:t>00:59</w:t>
      </w:r>
    </w:p>
    <w:p>
      <w:pPr>
        <w:spacing w:after="0"/>
      </w:pPr>
      <w:r>
        <w:rPr>
          <w:rFonts w:ascii="Arial" w:hAnsi="Arial"/>
          <w:sz w:val="22"/>
        </w:rPr>
        <w:t>Yeah, I am alright. Actually.</w:t>
      </w:r>
    </w:p>
    <w:p>
      <w:pPr>
        <w:spacing w:after="0"/>
      </w:pPr>
    </w:p>
    <w:p>
      <w:pPr>
        <w:spacing w:after="0"/>
      </w:pPr>
      <w:r>
        <w:rPr>
          <w:rFonts w:ascii="Arial" w:hAnsi="Arial"/>
          <w:b/>
          <w:sz w:val="22"/>
        </w:rPr>
        <w:t xml:space="preserve">Lucy  </w:t>
      </w:r>
      <w:r>
        <w:rPr>
          <w:rFonts w:ascii="Arial" w:hAnsi="Arial"/>
          <w:color w:val="5D7284"/>
          <w:sz w:val="22"/>
        </w:rPr>
        <w:t>01:01</w:t>
      </w:r>
    </w:p>
    <w:p>
      <w:pPr>
        <w:spacing w:after="0"/>
      </w:pPr>
      <w:r>
        <w:rPr>
          <w:rFonts w:ascii="Arial" w:hAnsi="Arial"/>
          <w:sz w:val="22"/>
        </w:rPr>
        <w:t>It feels like ages since I've actually spoken to you and it's not really I spoke to you. When was it? on Wednesday? Was it? Yeah,</w:t>
      </w:r>
    </w:p>
    <w:p>
      <w:pPr>
        <w:spacing w:after="0"/>
      </w:pPr>
    </w:p>
    <w:p>
      <w:pPr>
        <w:spacing w:after="0"/>
      </w:pPr>
      <w:r>
        <w:rPr>
          <w:rFonts w:ascii="Arial" w:hAnsi="Arial"/>
          <w:b/>
          <w:sz w:val="22"/>
        </w:rPr>
        <w:t xml:space="preserve">Alice  </w:t>
      </w:r>
      <w:r>
        <w:rPr>
          <w:rFonts w:ascii="Arial" w:hAnsi="Arial"/>
          <w:color w:val="5D7284"/>
          <w:sz w:val="22"/>
        </w:rPr>
        <w:t>01:09</w:t>
      </w:r>
    </w:p>
    <w:p>
      <w:pPr>
        <w:spacing w:after="0"/>
      </w:pPr>
      <w:r>
        <w:rPr>
          <w:rFonts w:ascii="Arial" w:hAnsi="Arial"/>
          <w:sz w:val="22"/>
        </w:rPr>
        <w:t>Yeah, it was. It was Wednesday.</w:t>
      </w:r>
    </w:p>
    <w:p>
      <w:pPr>
        <w:spacing w:after="0"/>
      </w:pPr>
    </w:p>
    <w:p>
      <w:pPr>
        <w:spacing w:after="0"/>
      </w:pPr>
      <w:r>
        <w:rPr>
          <w:rFonts w:ascii="Arial" w:hAnsi="Arial"/>
          <w:b/>
          <w:sz w:val="22"/>
        </w:rPr>
        <w:t xml:space="preserve">Lucy  </w:t>
      </w:r>
      <w:r>
        <w:rPr>
          <w:rFonts w:ascii="Arial" w:hAnsi="Arial"/>
          <w:color w:val="5D7284"/>
          <w:sz w:val="22"/>
        </w:rPr>
        <w:t>01:10</w:t>
      </w:r>
    </w:p>
    <w:p>
      <w:pPr>
        <w:spacing w:after="0"/>
      </w:pPr>
      <w:r>
        <w:rPr>
          <w:rFonts w:ascii="Arial" w:hAnsi="Arial"/>
          <w:sz w:val="22"/>
        </w:rPr>
        <w:t xml:space="preserve"> But I don't...it just feels like a long.... A lot longer. A lot happens between Wednesday and today, I think that's why I just feel like..urgh!</w:t>
      </w:r>
    </w:p>
    <w:p>
      <w:pPr>
        <w:spacing w:after="0"/>
      </w:pPr>
    </w:p>
    <w:p>
      <w:pPr>
        <w:spacing w:after="0"/>
      </w:pPr>
      <w:r>
        <w:rPr>
          <w:rFonts w:ascii="Arial" w:hAnsi="Arial"/>
          <w:b/>
          <w:sz w:val="22"/>
        </w:rPr>
        <w:t xml:space="preserve">Alice  </w:t>
      </w:r>
      <w:r>
        <w:rPr>
          <w:rFonts w:ascii="Arial" w:hAnsi="Arial"/>
          <w:color w:val="5D7284"/>
          <w:sz w:val="22"/>
        </w:rPr>
        <w:t>01:20</w:t>
      </w:r>
    </w:p>
    <w:p>
      <w:pPr>
        <w:spacing w:after="0"/>
      </w:pPr>
      <w:r>
        <w:rPr>
          <w:rFonts w:ascii="Arial" w:hAnsi="Arial"/>
          <w:sz w:val="22"/>
        </w:rPr>
        <w:t>Although I think all I've done between Wednesday and today is sit at my  computer, so I feel like I saw you 10 minutes ago. (Lucy laughs)</w:t>
      </w:r>
    </w:p>
    <w:p>
      <w:pPr>
        <w:spacing w:after="0"/>
      </w:pPr>
    </w:p>
    <w:p>
      <w:pPr>
        <w:spacing w:after="0"/>
      </w:pPr>
      <w:r>
        <w:rPr>
          <w:rFonts w:ascii="Arial" w:hAnsi="Arial"/>
          <w:b/>
          <w:sz w:val="22"/>
        </w:rPr>
        <w:t xml:space="preserve">Lucy  </w:t>
      </w:r>
      <w:r>
        <w:rPr>
          <w:rFonts w:ascii="Arial" w:hAnsi="Arial"/>
          <w:color w:val="5D7284"/>
          <w:sz w:val="22"/>
        </w:rPr>
        <w:t>01:26</w:t>
      </w:r>
    </w:p>
    <w:p>
      <w:pPr>
        <w:spacing w:after="0"/>
      </w:pPr>
      <w:r>
        <w:rPr>
          <w:rFonts w:ascii="Arial" w:hAnsi="Arial"/>
          <w:sz w:val="22"/>
        </w:rPr>
        <w:t xml:space="preserve">Yeah, sorry about that. (Alice) That sounds like I'm complaining, I'm not complaining. Back again! Hi. Yes. Have you been alright? Other than dogs being sick and not sleeping (Alice)Yeah. </w:t>
      </w:r>
    </w:p>
    <w:p>
      <w:pPr>
        <w:spacing w:after="0"/>
      </w:pPr>
    </w:p>
    <w:p>
      <w:pPr>
        <w:spacing w:after="0"/>
      </w:pPr>
      <w:r>
        <w:rPr>
          <w:rFonts w:ascii="Arial" w:hAnsi="Arial"/>
          <w:b/>
          <w:sz w:val="22"/>
        </w:rPr>
        <w:t xml:space="preserve">Alice  </w:t>
      </w:r>
      <w:r>
        <w:rPr>
          <w:rFonts w:ascii="Arial" w:hAnsi="Arial"/>
          <w:color w:val="5D7284"/>
          <w:sz w:val="22"/>
        </w:rPr>
        <w:t>01:36</w:t>
      </w:r>
    </w:p>
    <w:p>
      <w:pPr>
        <w:spacing w:after="0"/>
      </w:pPr>
      <w:r>
        <w:rPr>
          <w:rFonts w:ascii="Arial" w:hAnsi="Arial"/>
          <w:sz w:val="22"/>
        </w:rPr>
        <w:t>You know, the usual. Nothing exciting. (Lucy) Glamour! How about you?</w:t>
      </w:r>
    </w:p>
    <w:p>
      <w:pPr>
        <w:spacing w:after="0"/>
      </w:pPr>
    </w:p>
    <w:p>
      <w:pPr>
        <w:spacing w:after="0"/>
      </w:pPr>
      <w:r>
        <w:rPr>
          <w:rFonts w:ascii="Arial" w:hAnsi="Arial"/>
          <w:b/>
          <w:sz w:val="22"/>
        </w:rPr>
        <w:t xml:space="preserve">Lucy  </w:t>
      </w:r>
      <w:r>
        <w:rPr>
          <w:rFonts w:ascii="Arial" w:hAnsi="Arial"/>
          <w:color w:val="5D7284"/>
          <w:sz w:val="22"/>
        </w:rPr>
        <w:t>01:41</w:t>
      </w:r>
    </w:p>
    <w:p>
      <w:pPr>
        <w:spacing w:after="0"/>
      </w:pPr>
      <w:r>
        <w:rPr>
          <w:rFonts w:ascii="Arial" w:hAnsi="Arial"/>
          <w:sz w:val="22"/>
        </w:rPr>
        <w:t>Yeah. Working. I was away for quarterly team business meeting. Thursday, Friday. So I'm back now. Now. It's nice to be back in my own bed. Do you know what I mean? Hotels are fine, but beds are very uncomfortable. (Alice) Yeah. I felt like I was sleeping on a plank of wood! (laughs) I was like, I don't have my COVID shot and my flu shot in different arms. So I woke up on Friday morning and I was like, I can't move my arms! because of the injections. (Alice) Yeah cuz like the ache yeah. But it's fine. I'm not groggy or anything. I'm fine. So it's alright. I was a bit worried that I was gonna be like, not really with it. But I was fine. No, no more than usual. (laughs)</w:t>
      </w:r>
    </w:p>
    <w:p>
      <w:pPr>
        <w:spacing w:after="0"/>
      </w:pPr>
    </w:p>
    <w:p>
      <w:pPr>
        <w:spacing w:after="0"/>
      </w:pPr>
      <w:r>
        <w:rPr>
          <w:rFonts w:ascii="Arial" w:hAnsi="Arial"/>
          <w:b/>
          <w:sz w:val="22"/>
        </w:rPr>
        <w:t xml:space="preserve">Alice  </w:t>
      </w:r>
      <w:r>
        <w:rPr>
          <w:rFonts w:ascii="Arial" w:hAnsi="Arial"/>
          <w:color w:val="5D7284"/>
          <w:sz w:val="22"/>
        </w:rPr>
        <w:t>02:27</w:t>
      </w:r>
    </w:p>
    <w:p>
      <w:pPr>
        <w:spacing w:after="0"/>
      </w:pPr>
      <w:r>
        <w:rPr>
          <w:rFonts w:ascii="Arial" w:hAnsi="Arial"/>
          <w:sz w:val="22"/>
        </w:rPr>
        <w:t>So we've got an interesting guest on again this week. Lucy this...getting this guest on has been sort of all driven by you. So do you. Do you want to tell us a little bit about how you found Dan and managed to convince him to join us?</w:t>
      </w:r>
    </w:p>
    <w:p>
      <w:pPr>
        <w:spacing w:after="0"/>
      </w:pPr>
    </w:p>
    <w:p>
      <w:pPr>
        <w:spacing w:after="0"/>
      </w:pPr>
      <w:r>
        <w:rPr>
          <w:rFonts w:ascii="Arial" w:hAnsi="Arial"/>
          <w:b/>
          <w:sz w:val="22"/>
        </w:rPr>
        <w:t xml:space="preserve">Lucy  </w:t>
      </w:r>
      <w:r>
        <w:rPr>
          <w:rFonts w:ascii="Arial" w:hAnsi="Arial"/>
          <w:color w:val="5D7284"/>
          <w:sz w:val="22"/>
        </w:rPr>
        <w:t>02:42</w:t>
      </w:r>
    </w:p>
    <w:p>
      <w:pPr>
        <w:spacing w:after="0"/>
      </w:pPr>
      <w:r>
        <w:rPr>
          <w:rFonts w:ascii="Arial" w:hAnsi="Arial"/>
          <w:sz w:val="22"/>
        </w:rPr>
        <w:t>I will caveat this by, I just said to Dan, as we...well sort of I was doing that housekeeping and all this kind of.... I heard about your story on the news. However, I was eating my tea, so you might have to fill in the gaps of what I missed whilst I was shoving food in my face. So Dan, why don't you tell us a little bit about you. And your story and how you got to be on the lABLEd Podcast. (Dan) Oh, good morning. Good morning.</w:t>
      </w:r>
    </w:p>
    <w:p>
      <w:pPr>
        <w:spacing w:after="0"/>
      </w:pPr>
    </w:p>
    <w:p>
      <w:pPr>
        <w:spacing w:after="0"/>
      </w:pPr>
      <w:r>
        <w:rPr>
          <w:rFonts w:ascii="Arial" w:hAnsi="Arial"/>
          <w:b/>
          <w:sz w:val="22"/>
        </w:rPr>
        <w:t xml:space="preserve">Dan  </w:t>
      </w:r>
      <w:r>
        <w:rPr>
          <w:rFonts w:ascii="Arial" w:hAnsi="Arial"/>
          <w:color w:val="5D7284"/>
          <w:sz w:val="22"/>
        </w:rPr>
        <w:t>03:09</w:t>
      </w:r>
    </w:p>
    <w:p>
      <w:pPr>
        <w:spacing w:after="0"/>
      </w:pPr>
      <w:r>
        <w:rPr>
          <w:rFonts w:ascii="Arial" w:hAnsi="Arial"/>
          <w:sz w:val="22"/>
        </w:rPr>
        <w:t>Yeah, thank you so much for having me on. And obviously you emailed me from hearing.... I think you heard me on the radio? So yeah, I went for a little splash really.(laughs) All I've done. A little bit of a diving challenge. Three of them in total to be fair, three Guinness World Records in one day and all for charity as well.</w:t>
      </w:r>
    </w:p>
    <w:p>
      <w:pPr>
        <w:spacing w:after="0"/>
      </w:pPr>
    </w:p>
    <w:p>
      <w:pPr>
        <w:spacing w:after="0"/>
      </w:pPr>
      <w:r>
        <w:rPr>
          <w:rFonts w:ascii="Arial" w:hAnsi="Arial"/>
          <w:b/>
          <w:sz w:val="22"/>
        </w:rPr>
        <w:t xml:space="preserve">Lucy  </w:t>
      </w:r>
      <w:r>
        <w:rPr>
          <w:rFonts w:ascii="Arial" w:hAnsi="Arial"/>
          <w:color w:val="5D7284"/>
          <w:sz w:val="22"/>
        </w:rPr>
        <w:t>03:33</w:t>
      </w:r>
    </w:p>
    <w:p>
      <w:pPr>
        <w:spacing w:after="0"/>
      </w:pPr>
      <w:r>
        <w:rPr>
          <w:rFonts w:ascii="Arial" w:hAnsi="Arial"/>
          <w:sz w:val="22"/>
        </w:rPr>
        <w:t>I love the fact how is a little bit of a splash... just three dives in one day!</w:t>
      </w:r>
    </w:p>
    <w:p>
      <w:pPr>
        <w:spacing w:after="0"/>
      </w:pPr>
    </w:p>
    <w:p>
      <w:pPr>
        <w:spacing w:after="0"/>
      </w:pPr>
      <w:r>
        <w:rPr>
          <w:rFonts w:ascii="Arial" w:hAnsi="Arial"/>
          <w:b/>
          <w:sz w:val="22"/>
        </w:rPr>
        <w:t xml:space="preserve">Alice  </w:t>
      </w:r>
      <w:r>
        <w:rPr>
          <w:rFonts w:ascii="Arial" w:hAnsi="Arial"/>
          <w:color w:val="5D7284"/>
          <w:sz w:val="22"/>
        </w:rPr>
        <w:t>03:39</w:t>
      </w:r>
    </w:p>
    <w:p>
      <w:pPr>
        <w:spacing w:after="0"/>
      </w:pPr>
      <w:r>
        <w:rPr>
          <w:rFonts w:ascii="Arial" w:hAnsi="Arial"/>
          <w:sz w:val="22"/>
        </w:rPr>
        <w:t>Oh just three Guinness World Records. So you know....</w:t>
      </w:r>
    </w:p>
    <w:p>
      <w:pPr>
        <w:spacing w:after="0"/>
      </w:pPr>
    </w:p>
    <w:p>
      <w:pPr>
        <w:spacing w:after="0"/>
      </w:pPr>
      <w:r>
        <w:rPr>
          <w:rFonts w:ascii="Arial" w:hAnsi="Arial"/>
          <w:b/>
          <w:sz w:val="22"/>
        </w:rPr>
        <w:t xml:space="preserve">Dan  </w:t>
      </w:r>
      <w:r>
        <w:rPr>
          <w:rFonts w:ascii="Arial" w:hAnsi="Arial"/>
          <w:color w:val="5D7284"/>
          <w:sz w:val="22"/>
        </w:rPr>
        <w:t>03:44</w:t>
      </w:r>
    </w:p>
    <w:p>
      <w:pPr>
        <w:spacing w:after="0"/>
      </w:pPr>
      <w:r>
        <w:rPr>
          <w:rFonts w:ascii="Arial" w:hAnsi="Arial"/>
          <w:sz w:val="22"/>
        </w:rPr>
        <w:t>If you're gonna do it just go big. (Lucy) Yeah why not ! why not! There's no point just doing one.</w:t>
      </w:r>
    </w:p>
    <w:p>
      <w:pPr>
        <w:spacing w:after="0"/>
      </w:pPr>
    </w:p>
    <w:p>
      <w:pPr>
        <w:spacing w:after="0"/>
      </w:pPr>
      <w:r>
        <w:rPr>
          <w:rFonts w:ascii="Arial" w:hAnsi="Arial"/>
          <w:b/>
          <w:sz w:val="22"/>
        </w:rPr>
        <w:t xml:space="preserve">Lucy  </w:t>
      </w:r>
      <w:r>
        <w:rPr>
          <w:rFonts w:ascii="Arial" w:hAnsi="Arial"/>
          <w:color w:val="5D7284"/>
          <w:sz w:val="22"/>
        </w:rPr>
        <w:t>03:47</w:t>
      </w:r>
    </w:p>
    <w:p>
      <w:pPr>
        <w:spacing w:after="0"/>
      </w:pPr>
      <w:r>
        <w:rPr>
          <w:rFonts w:ascii="Arial" w:hAnsi="Arial"/>
          <w:sz w:val="22"/>
        </w:rPr>
        <w:t>No. Were all these dives in the same place Dan?</w:t>
      </w:r>
    </w:p>
    <w:p>
      <w:pPr>
        <w:spacing w:after="0"/>
      </w:pPr>
    </w:p>
    <w:p>
      <w:pPr>
        <w:spacing w:after="0"/>
      </w:pPr>
      <w:r>
        <w:rPr>
          <w:rFonts w:ascii="Arial" w:hAnsi="Arial"/>
          <w:b/>
          <w:sz w:val="22"/>
        </w:rPr>
        <w:t xml:space="preserve">Dan  </w:t>
      </w:r>
      <w:r>
        <w:rPr>
          <w:rFonts w:ascii="Arial" w:hAnsi="Arial"/>
          <w:color w:val="5D7284"/>
          <w:sz w:val="22"/>
        </w:rPr>
        <w:t>03:51</w:t>
      </w:r>
    </w:p>
    <w:p>
      <w:pPr>
        <w:spacing w:after="0"/>
      </w:pPr>
      <w:r>
        <w:rPr>
          <w:rFonts w:ascii="Arial" w:hAnsi="Arial"/>
          <w:sz w:val="22"/>
        </w:rPr>
        <w:t>They were yeah, (Lucy) They were. They were all at Stoney Cove. Leicestershire.</w:t>
      </w:r>
    </w:p>
    <w:p>
      <w:pPr>
        <w:spacing w:after="0"/>
      </w:pPr>
    </w:p>
    <w:p>
      <w:pPr>
        <w:spacing w:after="0"/>
      </w:pPr>
      <w:r>
        <w:rPr>
          <w:rFonts w:ascii="Arial" w:hAnsi="Arial"/>
          <w:b/>
          <w:sz w:val="22"/>
        </w:rPr>
        <w:t xml:space="preserve">Lucy  </w:t>
      </w:r>
      <w:r>
        <w:rPr>
          <w:rFonts w:ascii="Arial" w:hAnsi="Arial"/>
          <w:color w:val="5D7284"/>
          <w:sz w:val="22"/>
        </w:rPr>
        <w:t>03:55</w:t>
      </w:r>
    </w:p>
    <w:p>
      <w:pPr>
        <w:spacing w:after="0"/>
      </w:pPr>
      <w:r>
        <w:rPr>
          <w:rFonts w:ascii="Arial" w:hAnsi="Arial"/>
          <w:sz w:val="22"/>
        </w:rPr>
        <w:t>Yeah which is why I thought because Alice lives in Loughborough. And I was like, Oh, I was sort of again trying to tell Alice about you and I was like, "he did this dive in some sort of quarry place in Leicester" and she was like, "Yeah, I think I know where you mean". Did you guess where it was Alice? by my.....</w:t>
      </w:r>
    </w:p>
    <w:p>
      <w:pPr>
        <w:spacing w:after="0"/>
      </w:pPr>
    </w:p>
    <w:p>
      <w:pPr>
        <w:spacing w:after="0"/>
      </w:pPr>
      <w:r>
        <w:rPr>
          <w:rFonts w:ascii="Arial" w:hAnsi="Arial"/>
          <w:b/>
          <w:sz w:val="22"/>
        </w:rPr>
        <w:t xml:space="preserve">Alice  </w:t>
      </w:r>
      <w:r>
        <w:rPr>
          <w:rFonts w:ascii="Arial" w:hAnsi="Arial"/>
          <w:color w:val="5D7284"/>
          <w:sz w:val="22"/>
        </w:rPr>
        <w:t>04:15</w:t>
      </w:r>
    </w:p>
    <w:p>
      <w:pPr>
        <w:spacing w:after="0"/>
      </w:pPr>
      <w:r>
        <w:rPr>
          <w:rFonts w:ascii="Arial" w:hAnsi="Arial"/>
          <w:sz w:val="22"/>
        </w:rPr>
        <w:t>I don't think I did,(Lucy laughs) I think my my understanding of outdoor water sports is moderately limited. (laughs) Yeah. So I do have...  My boss is always telling me that I should join her wild swimming and they do that at Stony Cove.</w:t>
      </w:r>
    </w:p>
    <w:p>
      <w:pPr>
        <w:spacing w:after="0"/>
      </w:pPr>
    </w:p>
    <w:p>
      <w:pPr>
        <w:spacing w:after="0"/>
      </w:pPr>
      <w:r>
        <w:rPr>
          <w:rFonts w:ascii="Arial" w:hAnsi="Arial"/>
          <w:b/>
          <w:sz w:val="22"/>
        </w:rPr>
        <w:t xml:space="preserve">Dan  </w:t>
      </w:r>
      <w:r>
        <w:rPr>
          <w:rFonts w:ascii="Arial" w:hAnsi="Arial"/>
          <w:color w:val="5D7284"/>
          <w:sz w:val="22"/>
        </w:rPr>
        <w:t>04:38</w:t>
      </w:r>
    </w:p>
    <w:p>
      <w:pPr>
        <w:spacing w:after="0"/>
      </w:pPr>
      <w:r>
        <w:rPr>
          <w:rFonts w:ascii="Arial" w:hAnsi="Arial"/>
          <w:sz w:val="22"/>
        </w:rPr>
        <w:t>Yeah, rather them than me. (laughs)</w:t>
      </w:r>
    </w:p>
    <w:p>
      <w:pPr>
        <w:spacing w:after="0"/>
      </w:pPr>
    </w:p>
    <w:p>
      <w:pPr>
        <w:spacing w:after="0"/>
      </w:pPr>
      <w:r>
        <w:rPr>
          <w:rFonts w:ascii="Arial" w:hAnsi="Arial"/>
          <w:b/>
          <w:sz w:val="22"/>
        </w:rPr>
        <w:t xml:space="preserve">Lucy  </w:t>
      </w:r>
      <w:r>
        <w:rPr>
          <w:rFonts w:ascii="Arial" w:hAnsi="Arial"/>
          <w:color w:val="5D7284"/>
          <w:sz w:val="22"/>
        </w:rPr>
        <w:t>04:39</w:t>
      </w:r>
    </w:p>
    <w:p>
      <w:pPr>
        <w:spacing w:after="0"/>
      </w:pPr>
      <w:r>
        <w:rPr>
          <w:rFonts w:ascii="Arial" w:hAnsi="Arial"/>
          <w:sz w:val="22"/>
        </w:rPr>
        <w:t>Yeah I didn't want to do that. I always think like a monster is gonna come up and grab you from like, it's like, you know, when your kid and you say "the monster under the bed" like sort of is gonna grab you and pull you under the water.</w:t>
      </w:r>
    </w:p>
    <w:p>
      <w:pPr>
        <w:spacing w:after="0"/>
      </w:pPr>
    </w:p>
    <w:p>
      <w:pPr>
        <w:spacing w:after="0"/>
      </w:pPr>
      <w:r>
        <w:rPr>
          <w:rFonts w:ascii="Arial" w:hAnsi="Arial"/>
          <w:b/>
          <w:sz w:val="22"/>
        </w:rPr>
        <w:t xml:space="preserve">Dan  </w:t>
      </w:r>
      <w:r>
        <w:rPr>
          <w:rFonts w:ascii="Arial" w:hAnsi="Arial"/>
          <w:color w:val="5D7284"/>
          <w:sz w:val="22"/>
        </w:rPr>
        <w:t>04:52</w:t>
      </w:r>
    </w:p>
    <w:p>
      <w:pPr>
        <w:spacing w:after="0"/>
      </w:pPr>
      <w:r>
        <w:rPr>
          <w:rFonts w:ascii="Arial" w:hAnsi="Arial"/>
          <w:sz w:val="22"/>
        </w:rPr>
        <w:t>Stoney Cove that'd be more likely to be a diver coming up, grab your legs. (Lucy laughs)</w:t>
      </w:r>
    </w:p>
    <w:p>
      <w:pPr>
        <w:spacing w:after="0"/>
      </w:pPr>
    </w:p>
    <w:p>
      <w:pPr>
        <w:spacing w:after="0"/>
      </w:pPr>
      <w:r>
        <w:rPr>
          <w:rFonts w:ascii="Arial" w:hAnsi="Arial"/>
          <w:b/>
          <w:sz w:val="22"/>
        </w:rPr>
        <w:t xml:space="preserve">Lucy  </w:t>
      </w:r>
      <w:r>
        <w:rPr>
          <w:rFonts w:ascii="Arial" w:hAnsi="Arial"/>
          <w:color w:val="5D7284"/>
          <w:sz w:val="22"/>
        </w:rPr>
        <w:t>04:57</w:t>
      </w:r>
    </w:p>
    <w:p>
      <w:pPr>
        <w:spacing w:after="0"/>
      </w:pPr>
      <w:r>
        <w:rPr>
          <w:rFonts w:ascii="Arial" w:hAnsi="Arial"/>
          <w:sz w:val="22"/>
        </w:rPr>
        <w:t>So can you tell us a bit about your sort of like.. how you got into diving and things because am I right in saying you're in a wheelchair? Was that right?</w:t>
      </w:r>
    </w:p>
    <w:p>
      <w:pPr>
        <w:spacing w:after="0"/>
      </w:pPr>
    </w:p>
    <w:p>
      <w:pPr>
        <w:spacing w:after="0"/>
      </w:pPr>
      <w:r>
        <w:rPr>
          <w:rFonts w:ascii="Arial" w:hAnsi="Arial"/>
          <w:b/>
          <w:sz w:val="22"/>
        </w:rPr>
        <w:t xml:space="preserve">Dan  </w:t>
      </w:r>
      <w:r>
        <w:rPr>
          <w:rFonts w:ascii="Arial" w:hAnsi="Arial"/>
          <w:color w:val="5D7284"/>
          <w:sz w:val="22"/>
        </w:rPr>
        <w:t>05:06</w:t>
      </w:r>
    </w:p>
    <w:p>
      <w:pPr>
        <w:spacing w:after="0"/>
      </w:pPr>
      <w:r>
        <w:rPr>
          <w:rFonts w:ascii="Arial" w:hAnsi="Arial"/>
          <w:sz w:val="22"/>
        </w:rPr>
        <w:t>Yes, I am yeah. So I'm T eight paralyzed, complete just above the belly button down. So I've got no ABS, no core, no core support or anything. And that's a complete paraplegic. So there's, there's no, there's nothing getting better. There's not going to get any worse sort of thing, unless I do something else stupid. But I keep trying. (Lucy laughs) Yeah, so I was paralyzed back in 2014 and that was a motorbike crash, I came off and then. I came off on a bend and my mate hit me from behind on his motorbike.(Lucy) Oh Jesus. So I was laid the road and you know, big bang, and yeah, that was it. I was paralyzed straightaway. So I've got great bit , I've got to go in a helicopter from it. So (Lucy) Yeah. That was fantastic but the magpass air ambulance came out and saved my life on that and they said, you know, if you weren't wearing all the gear that you've got on, that would be it you would be two parts. So..</w:t>
      </w:r>
    </w:p>
    <w:p>
      <w:pPr>
        <w:spacing w:after="0"/>
      </w:pPr>
    </w:p>
    <w:p>
      <w:pPr>
        <w:spacing w:after="0"/>
      </w:pPr>
      <w:r>
        <w:rPr>
          <w:rFonts w:ascii="Arial" w:hAnsi="Arial"/>
          <w:b/>
          <w:sz w:val="22"/>
        </w:rPr>
        <w:t xml:space="preserve">Alice  </w:t>
      </w:r>
      <w:r>
        <w:rPr>
          <w:rFonts w:ascii="Arial" w:hAnsi="Arial"/>
          <w:color w:val="5D7284"/>
          <w:sz w:val="22"/>
        </w:rPr>
        <w:t>06:00</w:t>
      </w:r>
    </w:p>
    <w:p>
      <w:pPr>
        <w:spacing w:after="0"/>
      </w:pPr>
      <w:r>
        <w:rPr>
          <w:rFonts w:ascii="Arial" w:hAnsi="Arial"/>
          <w:sz w:val="22"/>
        </w:rPr>
        <w:t>You're actually the second person we've had on the show who's become a wheelchair user following a motorbike accident and both Lucy and I's dad's our motorcyclists. So I think that these stories they hit me (Lucy) Yeah. I get a little bit of a cold um..</w:t>
      </w:r>
    </w:p>
    <w:p>
      <w:pPr>
        <w:spacing w:after="0"/>
      </w:pPr>
    </w:p>
    <w:p>
      <w:pPr>
        <w:spacing w:after="0"/>
      </w:pPr>
      <w:r>
        <w:rPr>
          <w:rFonts w:ascii="Arial" w:hAnsi="Arial"/>
          <w:b/>
          <w:sz w:val="22"/>
        </w:rPr>
        <w:t xml:space="preserve">Lucy  </w:t>
      </w:r>
      <w:r>
        <w:rPr>
          <w:rFonts w:ascii="Arial" w:hAnsi="Arial"/>
          <w:color w:val="5D7284"/>
          <w:sz w:val="22"/>
        </w:rPr>
        <w:t>06:19</w:t>
      </w:r>
    </w:p>
    <w:p>
      <w:pPr>
        <w:spacing w:after="0"/>
      </w:pPr>
      <w:r>
        <w:rPr>
          <w:rFonts w:ascii="Arial" w:hAnsi="Arial"/>
          <w:sz w:val="22"/>
        </w:rPr>
        <w:t>(Lucy makes shivering sound) Like a bit of a shiver yeah. (Alice)Yeah.</w:t>
      </w:r>
    </w:p>
    <w:p>
      <w:pPr>
        <w:spacing w:after="0"/>
      </w:pPr>
    </w:p>
    <w:p>
      <w:pPr>
        <w:spacing w:after="0"/>
      </w:pPr>
      <w:r>
        <w:rPr>
          <w:rFonts w:ascii="Arial" w:hAnsi="Arial"/>
          <w:b/>
          <w:sz w:val="22"/>
        </w:rPr>
        <w:t xml:space="preserve">Dan  </w:t>
      </w:r>
      <w:r>
        <w:rPr>
          <w:rFonts w:ascii="Arial" w:hAnsi="Arial"/>
          <w:color w:val="5D7284"/>
          <w:sz w:val="22"/>
        </w:rPr>
        <w:t>06:25</w:t>
      </w:r>
    </w:p>
    <w:p>
      <w:pPr>
        <w:spacing w:after="0"/>
      </w:pPr>
      <w:r>
        <w:rPr>
          <w:rFonts w:ascii="Arial" w:hAnsi="Arial"/>
          <w:sz w:val="22"/>
        </w:rPr>
        <w:t>Everybody says to me when they talk to me about it, and they go, Oh! motorbikes are so dangerous, they're terrible. It's has nothing to do with a bike at all.</w:t>
      </w:r>
    </w:p>
    <w:p>
      <w:pPr>
        <w:spacing w:after="0"/>
      </w:pPr>
    </w:p>
    <w:p>
      <w:pPr>
        <w:spacing w:after="0"/>
      </w:pPr>
      <w:r>
        <w:rPr>
          <w:rFonts w:ascii="Arial" w:hAnsi="Arial"/>
          <w:b/>
          <w:sz w:val="22"/>
        </w:rPr>
        <w:t xml:space="preserve">Lucy  </w:t>
      </w:r>
      <w:r>
        <w:rPr>
          <w:rFonts w:ascii="Arial" w:hAnsi="Arial"/>
          <w:color w:val="5D7284"/>
          <w:sz w:val="22"/>
        </w:rPr>
        <w:t>06:32</w:t>
      </w:r>
    </w:p>
    <w:p>
      <w:pPr>
        <w:spacing w:after="0"/>
      </w:pPr>
      <w:r>
        <w:rPr>
          <w:rFonts w:ascii="Arial" w:hAnsi="Arial"/>
          <w:sz w:val="22"/>
        </w:rPr>
        <w:t xml:space="preserve">No that's exactly... my dad always said </w:t>
      </w:r>
    </w:p>
    <w:p>
      <w:pPr>
        <w:spacing w:after="0"/>
      </w:pPr>
    </w:p>
    <w:p>
      <w:pPr>
        <w:spacing w:after="0"/>
      </w:pPr>
      <w:r>
        <w:rPr>
          <w:rFonts w:ascii="Arial" w:hAnsi="Arial"/>
          <w:b/>
          <w:sz w:val="22"/>
        </w:rPr>
        <w:t xml:space="preserve">Dan  </w:t>
      </w:r>
      <w:r>
        <w:rPr>
          <w:rFonts w:ascii="Arial" w:hAnsi="Arial"/>
          <w:color w:val="5D7284"/>
          <w:sz w:val="22"/>
        </w:rPr>
        <w:t>06:34</w:t>
      </w:r>
    </w:p>
    <w:p>
      <w:pPr>
        <w:spacing w:after="0"/>
      </w:pPr>
      <w:r>
        <w:rPr>
          <w:rFonts w:ascii="Arial" w:hAnsi="Arial"/>
          <w:sz w:val="22"/>
        </w:rPr>
        <w:t>It's to do with your environment that you're in. (Lucy) Yeah.</w:t>
      </w:r>
    </w:p>
    <w:p>
      <w:pPr>
        <w:spacing w:after="0"/>
      </w:pPr>
    </w:p>
    <w:p>
      <w:pPr>
        <w:spacing w:after="0"/>
      </w:pPr>
      <w:r>
        <w:rPr>
          <w:rFonts w:ascii="Arial" w:hAnsi="Arial"/>
          <w:b/>
          <w:sz w:val="22"/>
        </w:rPr>
        <w:t xml:space="preserve">Alice  </w:t>
      </w:r>
      <w:r>
        <w:rPr>
          <w:rFonts w:ascii="Arial" w:hAnsi="Arial"/>
          <w:color w:val="5D7284"/>
          <w:sz w:val="22"/>
        </w:rPr>
        <w:t>06:36</w:t>
      </w:r>
    </w:p>
    <w:p>
      <w:pPr>
        <w:spacing w:after="0"/>
      </w:pPr>
      <w:r>
        <w:rPr>
          <w:rFonts w:ascii="Arial" w:hAnsi="Arial"/>
          <w:sz w:val="22"/>
        </w:rPr>
        <w:t>Yeah and it's just that the vulnerability of you know, when you're, it's just as safe as being in a car, except that if a car hits you when you're in an another car, you've got the car around you (Lucy) And the airbag,yeah. Yeah and that's the difference. You know, my dad's a very safe driver. I trust him completely on his bike. It's not my dad. (Lucy) No. That I'm worried about. It's as you say, it's the environment around him. (Lucy) Yeah.</w:t>
      </w:r>
    </w:p>
    <w:p>
      <w:pPr>
        <w:spacing w:after="0"/>
      </w:pPr>
    </w:p>
    <w:p>
      <w:pPr>
        <w:spacing w:after="0"/>
      </w:pPr>
      <w:r>
        <w:rPr>
          <w:rFonts w:ascii="Arial" w:hAnsi="Arial"/>
          <w:b/>
          <w:sz w:val="22"/>
        </w:rPr>
        <w:t xml:space="preserve">Dan  </w:t>
      </w:r>
      <w:r>
        <w:rPr>
          <w:rFonts w:ascii="Arial" w:hAnsi="Arial"/>
          <w:color w:val="5D7284"/>
          <w:sz w:val="22"/>
        </w:rPr>
        <w:t>07:01</w:t>
      </w:r>
    </w:p>
    <w:p>
      <w:pPr>
        <w:spacing w:after="0"/>
      </w:pPr>
      <w:r>
        <w:rPr>
          <w:rFonts w:ascii="Arial" w:hAnsi="Arial"/>
          <w:sz w:val="22"/>
        </w:rPr>
        <w:t>Yeah and to be fair with motorbikes, you've always got the... if you've got the training there and you're wearing the correct gear. That's the most important thing, is wearing the correct gear. And you've got the training to get away from it, then you've got the ability to get round a car if there's an accident or something in front of you on a bike. Whereas a car you've got nowhere to go. But granted 100% When you've got a what two ton of steel wrapped around you. When you do have a crash, you are a little bit safe.</w:t>
      </w:r>
    </w:p>
    <w:p>
      <w:pPr>
        <w:spacing w:after="0"/>
      </w:pPr>
    </w:p>
    <w:p>
      <w:pPr>
        <w:spacing w:after="0"/>
      </w:pPr>
      <w:r>
        <w:rPr>
          <w:rFonts w:ascii="Arial" w:hAnsi="Arial"/>
          <w:b/>
          <w:sz w:val="22"/>
        </w:rPr>
        <w:t xml:space="preserve">Lucy  </w:t>
      </w:r>
      <w:r>
        <w:rPr>
          <w:rFonts w:ascii="Arial" w:hAnsi="Arial"/>
          <w:color w:val="5D7284"/>
          <w:sz w:val="22"/>
        </w:rPr>
        <w:t>07:30</w:t>
      </w:r>
    </w:p>
    <w:p>
      <w:pPr>
        <w:spacing w:after="0"/>
      </w:pPr>
      <w:r>
        <w:rPr>
          <w:rFonts w:ascii="Arial" w:hAnsi="Arial"/>
          <w:sz w:val="22"/>
        </w:rPr>
        <w:t>When you see people riding motorbikes with no helmet on and just wearing jeans, your like what?...</w:t>
      </w:r>
    </w:p>
    <w:p>
      <w:pPr>
        <w:spacing w:after="0"/>
      </w:pPr>
    </w:p>
    <w:p>
      <w:pPr>
        <w:spacing w:after="0"/>
      </w:pPr>
      <w:r>
        <w:rPr>
          <w:rFonts w:ascii="Arial" w:hAnsi="Arial"/>
          <w:b/>
          <w:sz w:val="22"/>
        </w:rPr>
        <w:t xml:space="preserve">Alice  </w:t>
      </w:r>
      <w:r>
        <w:rPr>
          <w:rFonts w:ascii="Arial" w:hAnsi="Arial"/>
          <w:color w:val="5D7284"/>
          <w:sz w:val="22"/>
        </w:rPr>
        <w:t>07:35</w:t>
      </w:r>
    </w:p>
    <w:p>
      <w:pPr>
        <w:spacing w:after="0"/>
      </w:pPr>
      <w:r>
        <w:rPr>
          <w:rFonts w:ascii="Arial" w:hAnsi="Arial"/>
          <w:sz w:val="22"/>
        </w:rPr>
        <w:t>Just like a... yeah</w:t>
      </w:r>
    </w:p>
    <w:p>
      <w:pPr>
        <w:spacing w:after="0"/>
      </w:pPr>
    </w:p>
    <w:p>
      <w:pPr>
        <w:spacing w:after="0"/>
      </w:pPr>
      <w:r>
        <w:rPr>
          <w:rFonts w:ascii="Arial" w:hAnsi="Arial"/>
          <w:b/>
          <w:sz w:val="22"/>
        </w:rPr>
        <w:t xml:space="preserve">Dan  </w:t>
      </w:r>
      <w:r>
        <w:rPr>
          <w:rFonts w:ascii="Arial" w:hAnsi="Arial"/>
          <w:color w:val="5D7284"/>
          <w:sz w:val="22"/>
        </w:rPr>
        <w:t>07:36</w:t>
      </w:r>
    </w:p>
    <w:p>
      <w:pPr>
        <w:spacing w:after="0"/>
      </w:pPr>
      <w:r>
        <w:rPr>
          <w:rFonts w:ascii="Arial" w:hAnsi="Arial"/>
          <w:sz w:val="22"/>
        </w:rPr>
        <w:t>The worst ones, these no gloves. (Lucy) Yeah. So many times I see people with no gloves on. What's the first thing hits the floor? Your hands...</w:t>
      </w:r>
    </w:p>
    <w:p>
      <w:pPr>
        <w:spacing w:after="0"/>
      </w:pPr>
    </w:p>
    <w:p>
      <w:pPr>
        <w:spacing w:after="0"/>
      </w:pPr>
      <w:r>
        <w:rPr>
          <w:rFonts w:ascii="Arial" w:hAnsi="Arial"/>
          <w:b/>
          <w:sz w:val="22"/>
        </w:rPr>
        <w:t xml:space="preserve">Alice  </w:t>
      </w:r>
      <w:r>
        <w:rPr>
          <w:rFonts w:ascii="Arial" w:hAnsi="Arial"/>
          <w:color w:val="5D7284"/>
          <w:sz w:val="22"/>
        </w:rPr>
        <w:t>07:42</w:t>
      </w:r>
    </w:p>
    <w:p>
      <w:pPr>
        <w:spacing w:after="0"/>
      </w:pPr>
      <w:r>
        <w:rPr>
          <w:rFonts w:ascii="Arial" w:hAnsi="Arial"/>
          <w:sz w:val="22"/>
        </w:rPr>
        <w:t>You're just gonna lose... You're gonna have nothing to stop yourself. You're just gonna, I mean, if you don't just lose the skin you... if you come off at speed, you're gonna... (Dan) They lose everything. Well, I don't want to think about.</w:t>
      </w:r>
    </w:p>
    <w:p>
      <w:pPr>
        <w:spacing w:after="0"/>
      </w:pPr>
    </w:p>
    <w:p>
      <w:pPr>
        <w:spacing w:after="0"/>
      </w:pPr>
      <w:r>
        <w:rPr>
          <w:rFonts w:ascii="Arial" w:hAnsi="Arial"/>
          <w:b/>
          <w:sz w:val="22"/>
        </w:rPr>
        <w:t xml:space="preserve">Lucy  </w:t>
      </w:r>
      <w:r>
        <w:rPr>
          <w:rFonts w:ascii="Arial" w:hAnsi="Arial"/>
          <w:color w:val="5D7284"/>
          <w:sz w:val="22"/>
        </w:rPr>
        <w:t>07:53</w:t>
      </w:r>
    </w:p>
    <w:p>
      <w:pPr>
        <w:spacing w:after="0"/>
      </w:pPr>
      <w:r>
        <w:rPr>
          <w:rFonts w:ascii="Arial" w:hAnsi="Arial"/>
          <w:sz w:val="22"/>
        </w:rPr>
        <w:t>I have gone off my cup of tea. (laughs) Yeah, so, um, so I take it from... like, what is the is the diving? and that kind of thing? Like, was it? Did it form part of your recovery? Or was that the adrenaline junkie in you goign I need to find an outlet for this because, um, I'm getting itchy feet.</w:t>
      </w:r>
    </w:p>
    <w:p>
      <w:pPr>
        <w:spacing w:after="0"/>
      </w:pPr>
    </w:p>
    <w:p>
      <w:pPr>
        <w:spacing w:after="0"/>
      </w:pPr>
      <w:r>
        <w:rPr>
          <w:rFonts w:ascii="Arial" w:hAnsi="Arial"/>
          <w:b/>
          <w:sz w:val="22"/>
        </w:rPr>
        <w:t xml:space="preserve">Dan  </w:t>
      </w:r>
      <w:r>
        <w:rPr>
          <w:rFonts w:ascii="Arial" w:hAnsi="Arial"/>
          <w:color w:val="5D7284"/>
          <w:sz w:val="22"/>
        </w:rPr>
        <w:t>08:13</w:t>
      </w:r>
    </w:p>
    <w:p>
      <w:pPr>
        <w:spacing w:after="0"/>
      </w:pPr>
      <w:r>
        <w:rPr>
          <w:rFonts w:ascii="Arial" w:hAnsi="Arial"/>
          <w:sz w:val="22"/>
        </w:rPr>
        <w:t>It was kind of part of the second one. (Lucy) Right okay. So I didn't have one crash I had two. Um so after being paralyzed in 2014, I took on fitness and sports and everything is my drive for passion. And to get over being paralyzed because that just is what it is. Dealing with a paralyzed body is another question. But the wheelchair is just a tool. It's just a you know, it's a thing you use, I can't walk, I just use a chair. You know, everything else is a bit of a pain, but we get around that. So I took on sports. I started I became a gym instructor through disability. I became a PT for the disabled, instructing as well. I then went into handcycling, which are the ones where you lay down your back in that cycle with your arms. And I took that fairly well. I talked to that okay. Before I tell you the finished bit about that, I went on to the Inter Spinal Unit games with Sheffield. (Lucy) Okay. So I represented Sheffield in that. I did gold in archery. I did gold in shooting. I got gold in fencing.</w:t>
      </w:r>
    </w:p>
    <w:p>
      <w:pPr>
        <w:spacing w:after="0"/>
      </w:pPr>
    </w:p>
    <w:p>
      <w:pPr>
        <w:spacing w:after="0"/>
      </w:pPr>
      <w:r>
        <w:rPr>
          <w:rFonts w:ascii="Arial" w:hAnsi="Arial"/>
          <w:b/>
          <w:sz w:val="22"/>
        </w:rPr>
        <w:t xml:space="preserve">Alice  </w:t>
      </w:r>
      <w:r>
        <w:rPr>
          <w:rFonts w:ascii="Arial" w:hAnsi="Arial"/>
          <w:color w:val="5D7284"/>
          <w:sz w:val="22"/>
        </w:rPr>
        <w:t>09:26</w:t>
      </w:r>
    </w:p>
    <w:p>
      <w:pPr>
        <w:spacing w:after="0"/>
      </w:pPr>
      <w:r>
        <w:rPr>
          <w:rFonts w:ascii="Arial" w:hAnsi="Arial"/>
          <w:sz w:val="22"/>
        </w:rPr>
        <w:t>So when you decide to take something on you throw yourself in head first, yeah.</w:t>
      </w:r>
    </w:p>
    <w:p>
      <w:pPr>
        <w:spacing w:after="0"/>
      </w:pPr>
    </w:p>
    <w:p>
      <w:pPr>
        <w:spacing w:after="0"/>
      </w:pPr>
      <w:r>
        <w:rPr>
          <w:rFonts w:ascii="Arial" w:hAnsi="Arial"/>
          <w:b/>
          <w:sz w:val="22"/>
        </w:rPr>
        <w:t xml:space="preserve">Dan  </w:t>
      </w:r>
      <w:r>
        <w:rPr>
          <w:rFonts w:ascii="Arial" w:hAnsi="Arial"/>
          <w:color w:val="5D7284"/>
          <w:sz w:val="22"/>
        </w:rPr>
        <w:t>09:33</w:t>
      </w:r>
    </w:p>
    <w:p>
      <w:pPr>
        <w:spacing w:after="0"/>
      </w:pPr>
      <w:r>
        <w:rPr>
          <w:rFonts w:ascii="Arial" w:hAnsi="Arial"/>
          <w:sz w:val="22"/>
        </w:rPr>
        <w:t>Yeah, 110%. (Alice) Yeah. So we did that. That was really good. I enjoyed that. I took the archery up a little bit, but it's not really there's no sports as in it's relevant to me.</w:t>
      </w:r>
    </w:p>
    <w:p>
      <w:pPr>
        <w:spacing w:after="0"/>
      </w:pPr>
    </w:p>
    <w:p>
      <w:pPr>
        <w:spacing w:after="0"/>
      </w:pPr>
      <w:r>
        <w:rPr>
          <w:rFonts w:ascii="Arial" w:hAnsi="Arial"/>
          <w:b/>
          <w:sz w:val="22"/>
        </w:rPr>
        <w:t xml:space="preserve">Lucy  </w:t>
      </w:r>
      <w:r>
        <w:rPr>
          <w:rFonts w:ascii="Arial" w:hAnsi="Arial"/>
          <w:color w:val="5D7284"/>
          <w:sz w:val="22"/>
        </w:rPr>
        <w:t>09:45</w:t>
      </w:r>
    </w:p>
    <w:p>
      <w:pPr>
        <w:spacing w:after="0"/>
      </w:pPr>
      <w:r>
        <w:rPr>
          <w:rFonts w:ascii="Arial" w:hAnsi="Arial"/>
          <w:sz w:val="22"/>
        </w:rPr>
        <w:t>I tried archery and I like you. I've got no... I'm not.... I wasn't paralyzed. I've got cerebral palsy. I've always had no balance whatsoever at all. I've got the balance with drunk even when I'm sober (Dan laughs) it's awful. If you take me out my wheelchair I'm flopping all over the place. And I tried archery. I went for like a taster session, because I was like, I've seen people do this with their feet. I could do this. It's fine. I could not, I could not do it. (lughs) Like,(Dan) It's very difficult to do. It's like patting your head and rubbing your stomach three times over. Like, it's ridiculous. I couldn't. I try like I was I got slightly better by the end of the session, but I was like, I don't think this is for me. (laughs) So it's not like I don't want to be sort of like fit and healthy. It's just that I've never really found the sport that works for me. I don't think</w:t>
      </w:r>
    </w:p>
    <w:p>
      <w:pPr>
        <w:spacing w:after="0"/>
      </w:pPr>
    </w:p>
    <w:p>
      <w:pPr>
        <w:spacing w:after="0"/>
      </w:pPr>
      <w:r>
        <w:rPr>
          <w:rFonts w:ascii="Arial" w:hAnsi="Arial"/>
          <w:b/>
          <w:sz w:val="22"/>
        </w:rPr>
        <w:t xml:space="preserve">Alice  </w:t>
      </w:r>
      <w:r>
        <w:rPr>
          <w:rFonts w:ascii="Arial" w:hAnsi="Arial"/>
          <w:color w:val="5D7284"/>
          <w:sz w:val="22"/>
        </w:rPr>
        <w:t>10:34</w:t>
      </w:r>
    </w:p>
    <w:p>
      <w:pPr>
        <w:spacing w:after="0"/>
      </w:pPr>
      <w:r>
        <w:rPr>
          <w:rFonts w:ascii="Arial" w:hAnsi="Arial"/>
          <w:sz w:val="22"/>
        </w:rPr>
        <w:t>I do feel that like archery is. It's not like no offense to anybody who's an archer listening to this but I do feel like (Dan) Your going to say it aren't you?..(Everyone laughs) There's a difference between like, you know, being a gym instructor or, you know, wheelchair like rugby or you know, handcycling and stuff like that. That's quite an intense sport. I do feel like archery is only like a couple of steps up from darts?....(Lucy bursts out laughing)</w:t>
      </w:r>
    </w:p>
    <w:p>
      <w:pPr>
        <w:spacing w:after="0"/>
      </w:pPr>
    </w:p>
    <w:p>
      <w:pPr>
        <w:spacing w:after="0"/>
      </w:pPr>
      <w:r>
        <w:rPr>
          <w:rFonts w:ascii="Arial" w:hAnsi="Arial"/>
          <w:b/>
          <w:sz w:val="22"/>
        </w:rPr>
        <w:t xml:space="preserve">Lucy  </w:t>
      </w:r>
      <w:r>
        <w:rPr>
          <w:rFonts w:ascii="Arial" w:hAnsi="Arial"/>
          <w:color w:val="5D7284"/>
          <w:sz w:val="22"/>
        </w:rPr>
        <w:t>11:06</w:t>
      </w:r>
    </w:p>
    <w:p>
      <w:pPr>
        <w:spacing w:after="0"/>
      </w:pPr>
      <w:r>
        <w:rPr>
          <w:rFonts w:ascii="Arial" w:hAnsi="Arial"/>
          <w:sz w:val="22"/>
        </w:rPr>
        <w:t>If you'd like to submit a complaint to the lAbled podcast. (Alice laughs) (Dan) I didn't say it. Alice's mouth tends to run away with her a little bit. (laughs)</w:t>
      </w:r>
    </w:p>
    <w:p>
      <w:pPr>
        <w:spacing w:after="0"/>
      </w:pPr>
    </w:p>
    <w:p>
      <w:pPr>
        <w:spacing w:after="0"/>
      </w:pPr>
      <w:r>
        <w:rPr>
          <w:rFonts w:ascii="Arial" w:hAnsi="Arial"/>
          <w:b/>
          <w:sz w:val="22"/>
        </w:rPr>
        <w:t xml:space="preserve">Dan  </w:t>
      </w:r>
      <w:r>
        <w:rPr>
          <w:rFonts w:ascii="Arial" w:hAnsi="Arial"/>
          <w:color w:val="5D7284"/>
          <w:sz w:val="22"/>
        </w:rPr>
        <w:t>11:18</w:t>
      </w:r>
    </w:p>
    <w:p>
      <w:pPr>
        <w:spacing w:after="0"/>
      </w:pPr>
      <w:r>
        <w:rPr>
          <w:rFonts w:ascii="Arial" w:hAnsi="Arial"/>
          <w:sz w:val="22"/>
        </w:rPr>
        <w:t>She is right though. You are right.</w:t>
      </w:r>
    </w:p>
    <w:p>
      <w:pPr>
        <w:spacing w:after="0"/>
      </w:pPr>
    </w:p>
    <w:p>
      <w:pPr>
        <w:spacing w:after="0"/>
      </w:pPr>
      <w:r>
        <w:rPr>
          <w:rFonts w:ascii="Arial" w:hAnsi="Arial"/>
          <w:b/>
          <w:sz w:val="22"/>
        </w:rPr>
        <w:t xml:space="preserve">Alice  </w:t>
      </w:r>
      <w:r>
        <w:rPr>
          <w:rFonts w:ascii="Arial" w:hAnsi="Arial"/>
          <w:color w:val="5D7284"/>
          <w:sz w:val="22"/>
        </w:rPr>
        <w:t>11:18</w:t>
      </w:r>
    </w:p>
    <w:p>
      <w:pPr>
        <w:spacing w:after="0"/>
      </w:pPr>
      <w:r>
        <w:rPr>
          <w:rFonts w:ascii="Arial" w:hAnsi="Arial"/>
          <w:sz w:val="22"/>
        </w:rPr>
        <w:t>I just.....seriously she's talking about how she wants to get like into fitness. And I'm like, you pick archery...?</w:t>
      </w:r>
    </w:p>
    <w:p>
      <w:pPr>
        <w:spacing w:after="0"/>
      </w:pPr>
    </w:p>
    <w:p>
      <w:pPr>
        <w:spacing w:after="0"/>
      </w:pPr>
      <w:r>
        <w:rPr>
          <w:rFonts w:ascii="Arial" w:hAnsi="Arial"/>
          <w:b/>
          <w:sz w:val="22"/>
        </w:rPr>
        <w:t xml:space="preserve">Lucy  </w:t>
      </w:r>
      <w:r>
        <w:rPr>
          <w:rFonts w:ascii="Arial" w:hAnsi="Arial"/>
          <w:color w:val="5D7284"/>
          <w:sz w:val="22"/>
        </w:rPr>
        <w:t>11:25</w:t>
      </w:r>
    </w:p>
    <w:p>
      <w:pPr>
        <w:spacing w:after="0"/>
      </w:pPr>
      <w:r>
        <w:rPr>
          <w:rFonts w:ascii="Arial" w:hAnsi="Arial"/>
          <w:sz w:val="22"/>
        </w:rPr>
        <w:t>Basically go to the pub and play darts. Yeah. Outdoor darts.</w:t>
      </w:r>
    </w:p>
    <w:p>
      <w:pPr>
        <w:spacing w:after="0"/>
      </w:pPr>
    </w:p>
    <w:p>
      <w:pPr>
        <w:spacing w:after="0"/>
      </w:pPr>
      <w:r>
        <w:rPr>
          <w:rFonts w:ascii="Arial" w:hAnsi="Arial"/>
          <w:b/>
          <w:sz w:val="22"/>
        </w:rPr>
        <w:t xml:space="preserve">Alice  </w:t>
      </w:r>
      <w:r>
        <w:rPr>
          <w:rFonts w:ascii="Arial" w:hAnsi="Arial"/>
          <w:color w:val="5D7284"/>
          <w:sz w:val="22"/>
        </w:rPr>
        <w:t>11:29</w:t>
      </w:r>
    </w:p>
    <w:p>
      <w:pPr>
        <w:spacing w:after="0"/>
      </w:pPr>
      <w:r>
        <w:rPr>
          <w:rFonts w:ascii="Arial" w:hAnsi="Arial"/>
          <w:sz w:val="22"/>
        </w:rPr>
        <w:t>Yeah. Big outdoor darts. Have a pint afterwards.</w:t>
      </w:r>
    </w:p>
    <w:p>
      <w:pPr>
        <w:spacing w:after="0"/>
      </w:pPr>
    </w:p>
    <w:p>
      <w:pPr>
        <w:spacing w:after="0"/>
      </w:pPr>
      <w:r>
        <w:rPr>
          <w:rFonts w:ascii="Arial" w:hAnsi="Arial"/>
          <w:b/>
          <w:sz w:val="22"/>
        </w:rPr>
        <w:t xml:space="preserve">Lucy  </w:t>
      </w:r>
      <w:r>
        <w:rPr>
          <w:rFonts w:ascii="Arial" w:hAnsi="Arial"/>
          <w:color w:val="5D7284"/>
          <w:sz w:val="22"/>
        </w:rPr>
        <w:t>11:33</w:t>
      </w:r>
    </w:p>
    <w:p>
      <w:pPr>
        <w:spacing w:after="0"/>
      </w:pPr>
      <w:r>
        <w:rPr>
          <w:rFonts w:ascii="Arial" w:hAnsi="Arial"/>
          <w:sz w:val="22"/>
        </w:rPr>
        <w:t>(laughs) I'm very clumsy as well. Could you imagine? Oh, sorry. That's your eye... Sorry that's your foot.</w:t>
      </w:r>
    </w:p>
    <w:p>
      <w:pPr>
        <w:spacing w:after="0"/>
      </w:pPr>
    </w:p>
    <w:p>
      <w:pPr>
        <w:spacing w:after="0"/>
      </w:pPr>
      <w:r>
        <w:rPr>
          <w:rFonts w:ascii="Arial" w:hAnsi="Arial"/>
          <w:b/>
          <w:sz w:val="22"/>
        </w:rPr>
        <w:t xml:space="preserve">Alice  </w:t>
      </w:r>
      <w:r>
        <w:rPr>
          <w:rFonts w:ascii="Arial" w:hAnsi="Arial"/>
          <w:color w:val="5D7284"/>
          <w:sz w:val="22"/>
        </w:rPr>
        <w:t>11:41</w:t>
      </w:r>
    </w:p>
    <w:p>
      <w:pPr>
        <w:spacing w:after="0"/>
      </w:pPr>
      <w:r>
        <w:rPr>
          <w:rFonts w:ascii="Arial" w:hAnsi="Arial"/>
          <w:sz w:val="22"/>
        </w:rPr>
        <w:t xml:space="preserve">I have to say I've done archery. And I sounds like I did better than you so (laughs) </w:t>
      </w:r>
    </w:p>
    <w:p>
      <w:pPr>
        <w:spacing w:after="0"/>
      </w:pPr>
    </w:p>
    <w:p>
      <w:pPr>
        <w:spacing w:after="0"/>
      </w:pPr>
      <w:r>
        <w:rPr>
          <w:rFonts w:ascii="Arial" w:hAnsi="Arial"/>
          <w:b/>
          <w:sz w:val="22"/>
        </w:rPr>
        <w:t xml:space="preserve">Lucy  </w:t>
      </w:r>
      <w:r>
        <w:rPr>
          <w:rFonts w:ascii="Arial" w:hAnsi="Arial"/>
          <w:color w:val="5D7284"/>
          <w:sz w:val="22"/>
        </w:rPr>
        <w:t>11:47</w:t>
      </w:r>
    </w:p>
    <w:p>
      <w:pPr>
        <w:spacing w:after="0"/>
      </w:pPr>
      <w:r>
        <w:rPr>
          <w:rFonts w:ascii="Arial" w:hAnsi="Arial"/>
          <w:sz w:val="22"/>
        </w:rPr>
        <w:t>I do feel very lazy when Alice, my friend with visual impairment went axe throwing and seemed to be very good at it. I was like, Oh, my God. Yeah, I'm just Yeah.</w:t>
      </w:r>
    </w:p>
    <w:p>
      <w:pPr>
        <w:spacing w:after="0"/>
      </w:pPr>
    </w:p>
    <w:p>
      <w:pPr>
        <w:spacing w:after="0"/>
      </w:pPr>
      <w:r>
        <w:rPr>
          <w:rFonts w:ascii="Arial" w:hAnsi="Arial"/>
          <w:b/>
          <w:sz w:val="22"/>
        </w:rPr>
        <w:t xml:space="preserve">Dan  </w:t>
      </w:r>
      <w:r>
        <w:rPr>
          <w:rFonts w:ascii="Arial" w:hAnsi="Arial"/>
          <w:color w:val="5D7284"/>
          <w:sz w:val="22"/>
        </w:rPr>
        <w:t>11:59</w:t>
      </w:r>
    </w:p>
    <w:p>
      <w:pPr>
        <w:spacing w:after="0"/>
      </w:pPr>
      <w:r>
        <w:rPr>
          <w:rFonts w:ascii="Arial" w:hAnsi="Arial"/>
          <w:sz w:val="22"/>
        </w:rPr>
        <w:t>But it was the... so with the artery side things just you saying about blind lady. At Sheffield, it was them that I saw and I thought I'll have a go at that. And it was the blind archers Association. (Lucy) How does that work? They are completely blind, and they hit the... what's called the spider. It's a little black X in the middle of the gold. They hit that. And I'm like how the...?</w:t>
      </w:r>
    </w:p>
    <w:p>
      <w:pPr>
        <w:spacing w:after="0"/>
      </w:pPr>
    </w:p>
    <w:p>
      <w:pPr>
        <w:spacing w:after="0"/>
      </w:pPr>
      <w:r>
        <w:rPr>
          <w:rFonts w:ascii="Arial" w:hAnsi="Arial"/>
          <w:b/>
          <w:sz w:val="22"/>
        </w:rPr>
        <w:t xml:space="preserve">Lucy  </w:t>
      </w:r>
      <w:r>
        <w:rPr>
          <w:rFonts w:ascii="Arial" w:hAnsi="Arial"/>
          <w:color w:val="5D7284"/>
          <w:sz w:val="22"/>
        </w:rPr>
        <w:t>12:23</w:t>
      </w:r>
    </w:p>
    <w:p>
      <w:pPr>
        <w:spacing w:after="0"/>
      </w:pPr>
      <w:r>
        <w:rPr>
          <w:rFonts w:ascii="Arial" w:hAnsi="Arial"/>
          <w:sz w:val="22"/>
        </w:rPr>
        <w:t>How does that work? Yeah, do they have guides with them, then I presume?</w:t>
      </w:r>
    </w:p>
    <w:p>
      <w:pPr>
        <w:spacing w:after="0"/>
      </w:pPr>
    </w:p>
    <w:p>
      <w:pPr>
        <w:spacing w:after="0"/>
      </w:pPr>
      <w:r>
        <w:rPr>
          <w:rFonts w:ascii="Arial" w:hAnsi="Arial"/>
          <w:b/>
          <w:sz w:val="22"/>
        </w:rPr>
        <w:t xml:space="preserve">Dan  </w:t>
      </w:r>
      <w:r>
        <w:rPr>
          <w:rFonts w:ascii="Arial" w:hAnsi="Arial"/>
          <w:color w:val="5D7284"/>
          <w:sz w:val="22"/>
        </w:rPr>
        <w:t>12:28</w:t>
      </w:r>
    </w:p>
    <w:p>
      <w:pPr>
        <w:spacing w:after="0"/>
      </w:pPr>
      <w:r>
        <w:rPr>
          <w:rFonts w:ascii="Arial" w:hAnsi="Arial"/>
          <w:sz w:val="22"/>
        </w:rPr>
        <w:t>They do have guides.(Lucy) Left a bit...right a bit... there! Yeah, it's a bit more complicated. They have like a camera tripod next to them. (Lucy) Okay. And then that has a ringer on it. So as they left the stay bar, which is a steady bar to keep the bow (lucy) Yeah. Level, they lift that up and they just tap, they feel they feel it tapping and then that's when  they know, then to release. And they have a clicker on the release, so they know how far to pull it back and it clicks they know to release. And then with the aiming they just... it's practice and practice and practice. (Lucy) Yeah. It's really, really quite cool. (Lucy) Yeah. I did. I did watch them. And so I took that up. And then I did the shooting. And again with the shooting. The problem was, there was two of us taken forward to and they said we would be the two to train up to go for the Olympics next time. But it took for me I had to make a big decision between hand cycling, or doing archery and shooting. And for me it was I wanted something physical. I wanted to move fast, which is like being on the bike again. And I liked the confrontation in in handcycling there's a lot of battling for position, just like you are motorbikes and racing and stuff. So I went with the handcycling. And I did a where I got picked up by British Cycling, there was a team of us being tested for the Olympics. I got to the fifth in the UK, in British Cycling award a couple of races only because some of the others didn't turn up.(Lucy and Alice laughing) But yeah, I was doing all right. And, you know, not not bad. I've done quite a few things. The news has picked up a few things on me and doing that. But then, unfortunately, in the same month in June 28th June 2018. So four years later, same month, I had another crash. So I was on my hand cycle. I was on a 600 mile challenge for charity, so 600 miles in the month of June, and I would have completed it in 14 days. So I decided I wanted to do it quick. (Lucy) Yeah. So get it done in 14 days. And I was about 20 miles ish from finish. When a car came around a bend (Lucy and Alice) Oh no. Braked really, really hard skidded off the bend hit the side of a lorry that was coming down a hill, bounced off that still hit me. Pushed me 20 meters ish maybe further than that with a car on top of my head. (Lucy) Oh no Dan. So Oh, that was fantastic. So that cause the compression at C4 four in the neck, which isn't, it's not gone, but it's over enough. But it did knock out 40% of the power on the left shoulder. So that's a bit of a pain, but ended to handcycling career because I can't put the same amount of powers out. The shoulder won't take it after about an hour of cycling, screaming at me. So it's Yeah, so and the other thing is the head rest is bang on where I got the compression in the neck. So I can't be on it sort of thing, not for any significant length of time. I've done five hours on it since for doing all the charity rides, but yeah, not nothing racing wise, I can't sustain it. So from that, I got a lot of problems with PTSD, a lot of mental health sort of things because it was the same noise, the same skiddy noise, the same big bang, (Lucy) Yeah I'm sure. It was all the same thing. I couldn't have people behind me restaurants, I couldn't go out in public because I wanted to kill everybody. I just got aggressive. And you know, it was it was really, really strange. And they told me it basically got PTSD. (Lucy) Yeah Well, then that's sort of, you know, thing about trauma is sets off that fight flight, flop or freeze. And for some people, it comes out as that aggressive fight. It's you trying to protect yourself. (Dan) It is 100%. Against a memory, which is the really awful bit of it. Yeah, yeah. And I never admit I had a therapist, but I spoke to what I called her my brain PT. Because she said, You're a PT for bodies on the PT for brains. (Lucy) Yeah. So, you know, that's how we managed to make it work. And the best thing I wouldn't say she fixed me. I wouldn't say anything good. What massively came out of it. The best thing that did come out of it was my ability to talk about it. (Lucy)Yeah, absolutely. Be honest and say, you know what, yeah, actually, I did have problems. I still have problems. But they're dealt with now. Via doing stuff. (Lucy) Of course.</w:t>
      </w:r>
    </w:p>
    <w:p>
      <w:pPr>
        <w:spacing w:after="0"/>
      </w:pPr>
    </w:p>
    <w:p>
      <w:pPr>
        <w:spacing w:after="0"/>
      </w:pPr>
      <w:r>
        <w:rPr>
          <w:rFonts w:ascii="Arial" w:hAnsi="Arial"/>
          <w:b/>
          <w:sz w:val="22"/>
        </w:rPr>
        <w:t xml:space="preserve">Alice  </w:t>
      </w:r>
      <w:r>
        <w:rPr>
          <w:rFonts w:ascii="Arial" w:hAnsi="Arial"/>
          <w:color w:val="5D7284"/>
          <w:sz w:val="22"/>
        </w:rPr>
        <w:t>17:01</w:t>
      </w:r>
    </w:p>
    <w:p>
      <w:pPr>
        <w:spacing w:after="0"/>
      </w:pPr>
      <w:r>
        <w:rPr>
          <w:rFonts w:ascii="Arial" w:hAnsi="Arial"/>
          <w:sz w:val="22"/>
        </w:rPr>
        <w:t>I'm a huge advocate for therapy not because it fixes you, all therapy is there to do is to....(Lucy) It's an outlet, isn't it. It's to help you learn to speak and sometimes to challenge the you about the things that you're thinking or saying just to give you that sort of, you know, somebody who understands how the mind works to kind of... the thing that I always think about, my PA for work is actually a trained psychotherapist. And one of the things that you know, I see her do all the time, is just those little things where you'll say something and then ten minutes later you'll say something else, or she'll say, "You do realize how much those two statements really contradict one another?" And it's just little things like that you sort of go god the brain is such a mess! Like thoughts all tangled up in one another.</w:t>
      </w:r>
    </w:p>
    <w:p>
      <w:pPr>
        <w:spacing w:after="0"/>
      </w:pPr>
    </w:p>
    <w:p>
      <w:pPr>
        <w:spacing w:after="0"/>
      </w:pPr>
      <w:r>
        <w:rPr>
          <w:rFonts w:ascii="Arial" w:hAnsi="Arial"/>
          <w:b/>
          <w:sz w:val="22"/>
        </w:rPr>
        <w:t xml:space="preserve">Lucy  </w:t>
      </w:r>
      <w:r>
        <w:rPr>
          <w:rFonts w:ascii="Arial" w:hAnsi="Arial"/>
          <w:color w:val="5D7284"/>
          <w:sz w:val="22"/>
        </w:rPr>
        <w:t>17:56</w:t>
      </w:r>
    </w:p>
    <w:p>
      <w:pPr>
        <w:spacing w:after="0"/>
      </w:pPr>
      <w:r>
        <w:rPr>
          <w:rFonts w:ascii="Arial" w:hAnsi="Arial"/>
          <w:sz w:val="22"/>
        </w:rPr>
        <w:t>When you think about it, the brain is odd, like all the time, but never like... It's like turning the computer on and leaving it like you know, people like leave the laptop on standby and push a button. The laptops going please turn me off. I need a rest, it's like kind of thing, isn't it really? It's? Yeah, it's erm...</w:t>
      </w:r>
    </w:p>
    <w:p>
      <w:pPr>
        <w:spacing w:after="0"/>
      </w:pPr>
    </w:p>
    <w:p>
      <w:pPr>
        <w:spacing w:after="0"/>
      </w:pPr>
      <w:r>
        <w:rPr>
          <w:rFonts w:ascii="Arial" w:hAnsi="Arial"/>
          <w:b/>
          <w:sz w:val="22"/>
        </w:rPr>
        <w:t xml:space="preserve">Dan  </w:t>
      </w:r>
      <w:r>
        <w:rPr>
          <w:rFonts w:ascii="Arial" w:hAnsi="Arial"/>
          <w:color w:val="5D7284"/>
          <w:sz w:val="22"/>
        </w:rPr>
        <w:t>18:15</w:t>
      </w:r>
    </w:p>
    <w:p>
      <w:pPr>
        <w:spacing w:after="0"/>
      </w:pPr>
      <w:r>
        <w:rPr>
          <w:rFonts w:ascii="Arial" w:hAnsi="Arial"/>
          <w:sz w:val="22"/>
        </w:rPr>
        <w:t>It'd be nice if I put my brain on standby, that would be fantastic. (laughs) Just shut down for a little bit.</w:t>
      </w:r>
    </w:p>
    <w:p>
      <w:pPr>
        <w:spacing w:after="0"/>
      </w:pPr>
    </w:p>
    <w:p>
      <w:pPr>
        <w:spacing w:after="0"/>
      </w:pPr>
      <w:r>
        <w:rPr>
          <w:rFonts w:ascii="Arial" w:hAnsi="Arial"/>
          <w:b/>
          <w:sz w:val="22"/>
        </w:rPr>
        <w:t xml:space="preserve">Lucy  </w:t>
      </w:r>
      <w:r>
        <w:rPr>
          <w:rFonts w:ascii="Arial" w:hAnsi="Arial"/>
          <w:color w:val="5D7284"/>
          <w:sz w:val="22"/>
        </w:rPr>
        <w:t>18:22</w:t>
      </w:r>
    </w:p>
    <w:p>
      <w:pPr>
        <w:spacing w:after="0"/>
      </w:pPr>
      <w:r>
        <w:rPr>
          <w:rFonts w:ascii="Arial" w:hAnsi="Arial"/>
          <w:sz w:val="22"/>
        </w:rPr>
        <w:t>Solve a lot of problems, I think. (Dan) Yeah. But no that I can completely understand why you would have..... when they said to you know, you've got PTSD? Did it all kind of make sense? You were like, well, of course I have or did you already know?</w:t>
      </w:r>
    </w:p>
    <w:p>
      <w:pPr>
        <w:spacing w:after="0"/>
      </w:pPr>
    </w:p>
    <w:p>
      <w:pPr>
        <w:spacing w:after="0"/>
      </w:pPr>
      <w:r>
        <w:rPr>
          <w:rFonts w:ascii="Arial" w:hAnsi="Arial"/>
          <w:b/>
          <w:sz w:val="22"/>
        </w:rPr>
        <w:t xml:space="preserve">Dan  </w:t>
      </w:r>
      <w:r>
        <w:rPr>
          <w:rFonts w:ascii="Arial" w:hAnsi="Arial"/>
          <w:color w:val="5D7284"/>
          <w:sz w:val="22"/>
        </w:rPr>
        <w:t>18:38</w:t>
      </w:r>
    </w:p>
    <w:p>
      <w:pPr>
        <w:spacing w:after="0"/>
      </w:pPr>
      <w:r>
        <w:rPr>
          <w:rFonts w:ascii="Arial" w:hAnsi="Arial"/>
          <w:sz w:val="22"/>
        </w:rPr>
        <w:t>Ish? Yeah, kind of ish. You know, it's a fairly obvious thing, when you start, I'm pretty good at being a stepping back away from myself and looking at myself and going, what's the problem here. And I could see it that I couldn't have things behind me, bangs and stuff like that. I was, you know, shocking and turning and stuff. And it is the you're right, the 100% is the fight flight sort of response. Mine was fight. Probably through life I've done kickboxing before I was, you know, before I was paralyzed, all that sort of stuff. So it's probably down to that,  that's the way I'm built. But I'm also a massive problem for myself, is that I'm a typical bloke and blokes don't have feelings. Blokes don't have drama in their life or that sort of stuff. They can't be upset and all that kind of thing. And I've always seen that as a man should be strong and you can't cry. You can't do this. You can't do that. And it's since talking to a lot of people, you know, since they haven't officially... I didn't get diagnosed with PTSD. They just told me Dan, you've got PTSD. And since that I spoke to lots of other people and lots of other blokes and you know, big lads, big rugby player lads, and they're all going yeah, I've dealt with I've had it and you know, I still have it and it's really good to talk to people about it. And that's the best thing I think that came from I'm having a brain PT or therapist. Was that the ability to go joint? Yeah, I have. So what is...</w:t>
      </w:r>
    </w:p>
    <w:p>
      <w:pPr>
        <w:spacing w:after="0"/>
      </w:pPr>
    </w:p>
    <w:p>
      <w:pPr>
        <w:spacing w:after="0"/>
      </w:pPr>
      <w:r>
        <w:rPr>
          <w:rFonts w:ascii="Arial" w:hAnsi="Arial"/>
          <w:b/>
          <w:sz w:val="22"/>
        </w:rPr>
        <w:t xml:space="preserve">Lucy  </w:t>
      </w:r>
      <w:r>
        <w:rPr>
          <w:rFonts w:ascii="Arial" w:hAnsi="Arial"/>
          <w:color w:val="5D7284"/>
          <w:sz w:val="22"/>
        </w:rPr>
        <w:t>20:07</w:t>
      </w:r>
    </w:p>
    <w:p>
      <w:pPr>
        <w:spacing w:after="0"/>
      </w:pPr>
      <w:r>
        <w:rPr>
          <w:rFonts w:ascii="Arial" w:hAnsi="Arial"/>
          <w:sz w:val="22"/>
        </w:rPr>
        <w:t>Yeah, there's nothing wrong is there in this day and age in actually I think I've got a little bit of a....</w:t>
      </w:r>
    </w:p>
    <w:p>
      <w:pPr>
        <w:spacing w:after="0"/>
      </w:pPr>
    </w:p>
    <w:p>
      <w:pPr>
        <w:spacing w:after="0"/>
      </w:pPr>
      <w:r>
        <w:rPr>
          <w:rFonts w:ascii="Arial" w:hAnsi="Arial"/>
          <w:b/>
          <w:sz w:val="22"/>
        </w:rPr>
        <w:t xml:space="preserve">Alice  </w:t>
      </w:r>
      <w:r>
        <w:rPr>
          <w:rFonts w:ascii="Arial" w:hAnsi="Arial"/>
          <w:color w:val="5D7284"/>
          <w:sz w:val="22"/>
        </w:rPr>
        <w:t>20:14</w:t>
      </w:r>
    </w:p>
    <w:p>
      <w:pPr>
        <w:spacing w:after="0"/>
      </w:pPr>
      <w:r>
        <w:rPr>
          <w:rFonts w:ascii="Arial" w:hAnsi="Arial"/>
          <w:sz w:val="22"/>
        </w:rPr>
        <w:t>And I always think it takes a damn sight more courage and strength to talk about pain. (Lucy) Yeah. And like trauma than it does to just ignore it and go, I'm fine. I'm fine. (Lucy) No good comes from burying your head in the sand.(Dan) Yeah you can deny it. That's the thing I always say to you know, when people, people talk about, you know, you know, men have got be strong. And it's like, well, actually, I think you're, you're letting yourself sort of get away with escape, ignore something that's really painful and difficult. Actually, the strong thing to do is face it. (Dan) Yeah your right. But it's  it's really, really hard to do it. So you know, I know, I understand why lots of people don't. (Dan) Yeah. But you  said you found kind of getting into physical activity, again, was also a really good sort of, were you doing the two hand in hand?</w:t>
      </w:r>
    </w:p>
    <w:p>
      <w:pPr>
        <w:spacing w:after="0"/>
      </w:pPr>
    </w:p>
    <w:p>
      <w:pPr>
        <w:spacing w:after="0"/>
      </w:pPr>
      <w:r>
        <w:rPr>
          <w:rFonts w:ascii="Arial" w:hAnsi="Arial"/>
          <w:b/>
          <w:sz w:val="22"/>
        </w:rPr>
        <w:t xml:space="preserve">Dan  </w:t>
      </w:r>
      <w:r>
        <w:rPr>
          <w:rFonts w:ascii="Arial" w:hAnsi="Arial"/>
          <w:color w:val="5D7284"/>
          <w:sz w:val="22"/>
        </w:rPr>
        <w:t>21:05</w:t>
      </w:r>
    </w:p>
    <w:p>
      <w:pPr>
        <w:spacing w:after="0"/>
      </w:pPr>
      <w:r>
        <w:rPr>
          <w:rFonts w:ascii="Arial" w:hAnsi="Arial"/>
          <w:sz w:val="22"/>
        </w:rPr>
        <w:t>Yeah. So obviously, I was trying to get back into gym, I was trying to train again. And the problem was I was being told by the specialists because the shoulder injury and because I go I do this on the do this. And they say, well, well, you need to slow down, you can't do that much. And "I'm like, No, but if I don't do it, actually, I start regressing backwards." (Lucy) Yeah. And just everyday life becomes hard. I mean, I'm 70k. And I've got to lift myself up out of bed, into a chair. (Lucy) Yeah. And I've got to be able to do that. And they're saying, Yeah, but you can't put that much strain through you. Well, what do you want me to do then? They say use a hoist. No, that's not happening. I've got arms for a reason. And I'm strong enough to pick myself up. So unless I physically can't, I will do that. So I carried on training. And it got a little bit messed up, with mental health and not working with a brain PT sort of things, and all sorts of bits and bobs got a little bit messed up. So I ended up in a quite a dark place and I had thought of, you know, the horrendous thoughts of, you know, should I be here anymore, and all that kind of thing. And I had, luckily at that time, I had my daughter to think and stop me. You know, I was like, "Well, you know, I've got to be here for a reason. I've got to be here for her sort of thing." And then amazingly, the friends are just made, they actually did work on my house. They fitted solar panels for me. And they talking to me about diving, and I just started diving before the crash. The second crash, and they said to me, you're coming diving, we don't care about the problems that could come from most taking you diving with a technically a neck injury and (Lucy) Yeah yeah. All this sort of rubbish. You've been over it long enough now to not have an injury that could affect you and we'll be two instructors in the water with you. You're coming diving. (Lucy) Yeah. So I went diving and it was the best thing I could have done. 100% reset the brain. As soon as I got in the water, I got into another world where you're just... you're free. You haven't got the weight, you haven't got the wheelchair, obviously, I mean, a lot of people use it for freedom of mobility. But I use it for freedom of the mind and I can get in the water, I'm then equal to every person in that water. I'm as important to them as they are to me. I can rescue them same as they can rescue me. Obviously, I've gone up through my qualifications since then. But they're just the fact of just dropping in the water and the noise of the world just disappears. (Lucy) Yeah.</w:t>
      </w:r>
    </w:p>
    <w:p>
      <w:pPr>
        <w:spacing w:after="0"/>
      </w:pPr>
    </w:p>
    <w:p>
      <w:pPr>
        <w:spacing w:after="0"/>
      </w:pPr>
      <w:r>
        <w:rPr>
          <w:rFonts w:ascii="Arial" w:hAnsi="Arial"/>
          <w:b/>
          <w:sz w:val="22"/>
        </w:rPr>
        <w:t xml:space="preserve">Lucy  </w:t>
      </w:r>
      <w:r>
        <w:rPr>
          <w:rFonts w:ascii="Arial" w:hAnsi="Arial"/>
          <w:color w:val="5D7284"/>
          <w:sz w:val="22"/>
        </w:rPr>
        <w:t>23:41</w:t>
      </w:r>
    </w:p>
    <w:p>
      <w:pPr>
        <w:spacing w:after="0"/>
      </w:pPr>
      <w:r>
        <w:rPr>
          <w:rFonts w:ascii="Arial" w:hAnsi="Arial"/>
          <w:sz w:val="22"/>
        </w:rPr>
        <w:t>I went to the Bear Grylls adventure center to like do a review of their accessibility. And all I really wanted to do was do indoor skydiving because I just thought it was really cool. (Dan laughs) What actually happened was, I was scared to death of the big fan and I was like I don't want to go! I don't want to go! but I did it, but I was frightened to death. And what they actually said was like, Oh, you can come like.... It was snorkeling. I thought it was scuba diving but it was snorkeling at the time. Now I don't particularly, even though I like being in the water. I love... I say to Alice all the time. I think I used to be a mermaid, because I love being in water on water by water. Anything to do with water and I'm happy as Larry. But I don't particularly I didn't want..... I didn't particularly like sticking my face under the water it used to like panic me. I didn't really like it. I thought alright because they were paying for me to go. I was like I can't really say no can I. So they got me in the water and I'd never put.... I'd never put a snorkel mask on my face with the tube in your mouth. I'd never done it because you don't like sticking my face under the water. And I said to the instructors like can can you come here because what I don't want to do is get in the water panic and then have nobody there to go. It's alright calm down just breath.</w:t>
      </w:r>
    </w:p>
    <w:p>
      <w:pPr>
        <w:spacing w:after="0"/>
      </w:pPr>
    </w:p>
    <w:p>
      <w:pPr>
        <w:spacing w:after="0"/>
      </w:pPr>
      <w:r>
        <w:rPr>
          <w:rFonts w:ascii="Arial" w:hAnsi="Arial"/>
          <w:b/>
          <w:sz w:val="22"/>
        </w:rPr>
        <w:t xml:space="preserve">Dan  </w:t>
      </w:r>
      <w:r>
        <w:rPr>
          <w:rFonts w:ascii="Arial" w:hAnsi="Arial"/>
          <w:color w:val="5D7284"/>
          <w:sz w:val="22"/>
        </w:rPr>
        <w:t>25:00</w:t>
      </w:r>
    </w:p>
    <w:p>
      <w:pPr>
        <w:spacing w:after="0"/>
      </w:pPr>
      <w:r>
        <w:rPr>
          <w:rFonts w:ascii="Arial" w:hAnsi="Arial"/>
          <w:sz w:val="22"/>
        </w:rPr>
        <w:t>Your be safe but yeah, yeah.</w:t>
      </w:r>
    </w:p>
    <w:p>
      <w:pPr>
        <w:spacing w:after="0"/>
      </w:pPr>
    </w:p>
    <w:p>
      <w:pPr>
        <w:spacing w:after="0"/>
      </w:pPr>
      <w:r>
        <w:rPr>
          <w:rFonts w:ascii="Arial" w:hAnsi="Arial"/>
          <w:b/>
          <w:sz w:val="22"/>
        </w:rPr>
        <w:t xml:space="preserve">Lucy  </w:t>
      </w:r>
      <w:r>
        <w:rPr>
          <w:rFonts w:ascii="Arial" w:hAnsi="Arial"/>
          <w:color w:val="5D7284"/>
          <w:sz w:val="22"/>
        </w:rPr>
        <w:t>25:03</w:t>
      </w:r>
    </w:p>
    <w:p>
      <w:pPr>
        <w:spacing w:after="0"/>
      </w:pPr>
      <w:r>
        <w:rPr>
          <w:rFonts w:ascii="Arial" w:hAnsi="Arial"/>
          <w:sz w:val="22"/>
        </w:rPr>
        <w:t>And basically, it's the big fish tank. And the big fish tank has got water that's just pump, fresh water pumped in all the time. It's noisy and stinks. I stuck my head under that water and it just went silent. And I was like, this is the best thing in the world. And I now want to go scuba diving. (laughs) I can't stand up, but I could just...(Dan) Oh we will fix that. I could, I could just sit on the bottom of the floor and be a proper mermaid. But yeah, it's the silent thing. Got me and your brain just goes. "Oh that's better." (Dan) Yeah. that's better.</w:t>
      </w:r>
    </w:p>
    <w:p>
      <w:pPr>
        <w:spacing w:after="0"/>
      </w:pPr>
    </w:p>
    <w:p>
      <w:pPr>
        <w:spacing w:after="0"/>
      </w:pPr>
      <w:r>
        <w:rPr>
          <w:rFonts w:ascii="Arial" w:hAnsi="Arial"/>
          <w:b/>
          <w:sz w:val="22"/>
        </w:rPr>
        <w:t xml:space="preserve">Dan  </w:t>
      </w:r>
      <w:r>
        <w:rPr>
          <w:rFonts w:ascii="Arial" w:hAnsi="Arial"/>
          <w:color w:val="5D7284"/>
          <w:sz w:val="22"/>
        </w:rPr>
        <w:t>25:41</w:t>
      </w:r>
    </w:p>
    <w:p>
      <w:pPr>
        <w:spacing w:after="0"/>
      </w:pPr>
      <w:r>
        <w:rPr>
          <w:rFonts w:ascii="Arial" w:hAnsi="Arial"/>
          <w:sz w:val="22"/>
        </w:rPr>
        <w:t>Yeah the noise of the world just disappears. (Lucy) Yeah. And so does a lot of the confusion, the arguments in your head. And I always I'm always having arguments in my own head with myself and all that kind of problems. And it just you get in the water and you go right breathe. (Lucy) Yeah. that's it, breathe, swim.</w:t>
      </w:r>
    </w:p>
    <w:p>
      <w:pPr>
        <w:spacing w:after="0"/>
      </w:pPr>
    </w:p>
    <w:p>
      <w:pPr>
        <w:spacing w:after="0"/>
      </w:pPr>
      <w:r>
        <w:rPr>
          <w:rFonts w:ascii="Arial" w:hAnsi="Arial"/>
          <w:b/>
          <w:sz w:val="22"/>
        </w:rPr>
        <w:t xml:space="preserve">Lucy  </w:t>
      </w:r>
      <w:r>
        <w:rPr>
          <w:rFonts w:ascii="Arial" w:hAnsi="Arial"/>
          <w:color w:val="5D7284"/>
          <w:sz w:val="22"/>
        </w:rPr>
        <w:t>25:57</w:t>
      </w:r>
    </w:p>
    <w:p>
      <w:pPr>
        <w:spacing w:after="0"/>
      </w:pPr>
      <w:r>
        <w:rPr>
          <w:rFonts w:ascii="Arial" w:hAnsi="Arial"/>
          <w:sz w:val="22"/>
        </w:rPr>
        <w:t xml:space="preserve"> I really couldn't get over how quiet it was, and how calm and peaceful I felt when I came out of the water. (Dan) Yeah. That feeling lasted for a good like three, four days of I feel serene and calm. So..</w:t>
      </w:r>
    </w:p>
    <w:p>
      <w:pPr>
        <w:spacing w:after="0"/>
      </w:pPr>
    </w:p>
    <w:p>
      <w:pPr>
        <w:spacing w:after="0"/>
      </w:pPr>
      <w:r>
        <w:rPr>
          <w:rFonts w:ascii="Arial" w:hAnsi="Arial"/>
          <w:b/>
          <w:sz w:val="22"/>
        </w:rPr>
        <w:t xml:space="preserve">Alice  </w:t>
      </w:r>
      <w:r>
        <w:rPr>
          <w:rFonts w:ascii="Arial" w:hAnsi="Arial"/>
          <w:color w:val="5D7284"/>
          <w:sz w:val="22"/>
        </w:rPr>
        <w:t>26:11</w:t>
      </w:r>
    </w:p>
    <w:p>
      <w:pPr>
        <w:spacing w:after="0"/>
      </w:pPr>
      <w:r>
        <w:rPr>
          <w:rFonts w:ascii="Arial" w:hAnsi="Arial"/>
          <w:sz w:val="22"/>
        </w:rPr>
        <w:t>I think we've got to have a go at diving now Luce.</w:t>
      </w:r>
    </w:p>
    <w:p>
      <w:pPr>
        <w:spacing w:after="0"/>
      </w:pPr>
    </w:p>
    <w:p>
      <w:pPr>
        <w:spacing w:after="0"/>
      </w:pPr>
      <w:r>
        <w:rPr>
          <w:rFonts w:ascii="Arial" w:hAnsi="Arial"/>
          <w:b/>
          <w:sz w:val="22"/>
        </w:rPr>
        <w:t xml:space="preserve">Dan  </w:t>
      </w:r>
      <w:r>
        <w:rPr>
          <w:rFonts w:ascii="Arial" w:hAnsi="Arial"/>
          <w:color w:val="5D7284"/>
          <w:sz w:val="22"/>
        </w:rPr>
        <w:t>26:13</w:t>
      </w:r>
    </w:p>
    <w:p>
      <w:pPr>
        <w:spacing w:after="0"/>
      </w:pPr>
      <w:r>
        <w:rPr>
          <w:rFonts w:ascii="Arial" w:hAnsi="Arial"/>
          <w:sz w:val="22"/>
        </w:rPr>
        <w:t>Tha't easy we'll sort that out. Now obviously through the so years, four years of diving. Now I'm, I'm now a dive lead.. I will be a dive leader at the end of this month. But I'm also an assistant instructor in diving. And I also want to drive the DFA side of things, which is the diving for all and getting in contact since being away in Grenada for our honeymoon, we went diving there, was 18 dives for eight days. (Lucy) Wow. So we did all those and we did it with an amazing team over there, which are all set up for wheelchairs that guys lift you straight on the boat. They do all the kit for you, which I didn't like, I was like (Lucy) I will do it. "No I will sort my kit out." And then you guys just help me chuck myself in the water and they're best people that I've ever seen in the water with disabled people and and treated me no different to them. And the fact that I can climb up into a boat, kind of, you know, helps, but they wouldn't let me do it. They said look, we pick you up. (Lucy) We will do it. It's called Diva diving not hard diving (laughs. (Lucy laughs) So they were brilliant. And then and now I'm going to be working on part with another company called Dive Heart as well. And they're another disabled diving for all disabilities diving. And obviously, one of the guys that I did... the companies that I did the world records for, which I will tell you about in a minute is The Scuba Trust and they've been helping disabled people get into diving for 21 years. They've even taken a guy who was C4 complete in his neck complete, so the only thing he could do is move his mouth and I don't think he could talk. But he couldn't do any of the rest of his body and they took him diving, scuba diving, (Lucy) That's incredible. Five, five instructors took him diving.</w:t>
      </w:r>
    </w:p>
    <w:p>
      <w:pPr>
        <w:spacing w:after="0"/>
      </w:pPr>
    </w:p>
    <w:p>
      <w:pPr>
        <w:spacing w:after="0"/>
      </w:pPr>
      <w:r>
        <w:rPr>
          <w:rFonts w:ascii="Arial" w:hAnsi="Arial"/>
          <w:b/>
          <w:sz w:val="22"/>
        </w:rPr>
        <w:t xml:space="preserve">Lucy  </w:t>
      </w:r>
      <w:r>
        <w:rPr>
          <w:rFonts w:ascii="Arial" w:hAnsi="Arial"/>
          <w:color w:val="5D7284"/>
          <w:sz w:val="22"/>
        </w:rPr>
        <w:t>28:02</w:t>
      </w:r>
    </w:p>
    <w:p>
      <w:pPr>
        <w:spacing w:after="0"/>
      </w:pPr>
      <w:r>
        <w:rPr>
          <w:rFonts w:ascii="Arial" w:hAnsi="Arial"/>
          <w:sz w:val="22"/>
        </w:rPr>
        <w:t>There is no excuse is there. I gotta go. No, no.</w:t>
      </w:r>
    </w:p>
    <w:p>
      <w:pPr>
        <w:spacing w:after="0"/>
      </w:pPr>
    </w:p>
    <w:p>
      <w:pPr>
        <w:spacing w:after="0"/>
      </w:pPr>
      <w:r>
        <w:rPr>
          <w:rFonts w:ascii="Arial" w:hAnsi="Arial"/>
          <w:b/>
          <w:sz w:val="22"/>
        </w:rPr>
        <w:t xml:space="preserve">Dan  </w:t>
      </w:r>
      <w:r>
        <w:rPr>
          <w:rFonts w:ascii="Arial" w:hAnsi="Arial"/>
          <w:color w:val="5D7284"/>
          <w:sz w:val="22"/>
        </w:rPr>
        <w:t>28:05</w:t>
      </w:r>
    </w:p>
    <w:p>
      <w:pPr>
        <w:spacing w:after="0"/>
      </w:pPr>
      <w:r>
        <w:rPr>
          <w:rFonts w:ascii="Arial" w:hAnsi="Arial"/>
          <w:sz w:val="22"/>
        </w:rPr>
        <w:t>No, I can take you in so. (Lucy) Yeah you can.</w:t>
      </w:r>
    </w:p>
    <w:p>
      <w:pPr>
        <w:spacing w:after="0"/>
      </w:pPr>
    </w:p>
    <w:p>
      <w:pPr>
        <w:spacing w:after="0"/>
      </w:pPr>
      <w:r>
        <w:rPr>
          <w:rFonts w:ascii="Arial" w:hAnsi="Arial"/>
          <w:b/>
          <w:sz w:val="22"/>
        </w:rPr>
        <w:t xml:space="preserve">Lucy  </w:t>
      </w:r>
      <w:r>
        <w:rPr>
          <w:rFonts w:ascii="Arial" w:hAnsi="Arial"/>
          <w:color w:val="5D7284"/>
          <w:sz w:val="22"/>
        </w:rPr>
        <w:t>28:08</w:t>
      </w:r>
    </w:p>
    <w:p>
      <w:pPr>
        <w:spacing w:after="0"/>
      </w:pPr>
      <w:r>
        <w:rPr>
          <w:rFonts w:ascii="Arial" w:hAnsi="Arial"/>
          <w:sz w:val="22"/>
        </w:rPr>
        <w:t>No, that is just amazing, like I can't. And it was after that. I was like Mum, next time we go on holiday, I am buying a snorkel and sticking it you know, just like because before, like I'd swim in the sea. And Mum told me there was like fish swimming around my feet. And it would freak me out. I'd be like, no, no, now I'm like, oh, let's have a look! Can I have a look?</w:t>
      </w:r>
    </w:p>
    <w:p>
      <w:pPr>
        <w:spacing w:after="0"/>
      </w:pPr>
    </w:p>
    <w:p>
      <w:pPr>
        <w:spacing w:after="0"/>
      </w:pPr>
      <w:r>
        <w:rPr>
          <w:rFonts w:ascii="Arial" w:hAnsi="Arial"/>
          <w:b/>
          <w:sz w:val="22"/>
        </w:rPr>
        <w:t xml:space="preserve">Dan  </w:t>
      </w:r>
      <w:r>
        <w:rPr>
          <w:rFonts w:ascii="Arial" w:hAnsi="Arial"/>
          <w:color w:val="5D7284"/>
          <w:sz w:val="22"/>
        </w:rPr>
        <w:t>28:26</w:t>
      </w:r>
    </w:p>
    <w:p>
      <w:pPr>
        <w:spacing w:after="0"/>
      </w:pPr>
      <w:r>
        <w:rPr>
          <w:rFonts w:ascii="Arial" w:hAnsi="Arial"/>
          <w:sz w:val="22"/>
        </w:rPr>
        <w:t>You can put your mask on and go and see them. (Lucy) Yeah you see.</w:t>
      </w:r>
    </w:p>
    <w:p>
      <w:pPr>
        <w:spacing w:after="0"/>
      </w:pPr>
    </w:p>
    <w:p>
      <w:pPr>
        <w:spacing w:after="0"/>
      </w:pPr>
      <w:r>
        <w:rPr>
          <w:rFonts w:ascii="Arial" w:hAnsi="Arial"/>
          <w:b/>
          <w:sz w:val="22"/>
        </w:rPr>
        <w:t xml:space="preserve">Lucy  </w:t>
      </w:r>
      <w:r>
        <w:rPr>
          <w:rFonts w:ascii="Arial" w:hAnsi="Arial"/>
          <w:color w:val="5D7284"/>
          <w:sz w:val="22"/>
        </w:rPr>
        <w:t>28:30</w:t>
      </w:r>
    </w:p>
    <w:p>
      <w:pPr>
        <w:spacing w:after="0"/>
      </w:pPr>
      <w:r>
        <w:rPr>
          <w:rFonts w:ascii="Arial" w:hAnsi="Arial"/>
          <w:sz w:val="22"/>
        </w:rPr>
        <w:t>So no, but I can completely understand where the whole, you know, calm and serenity come from because I was just snorkeling. And I was like, No, I love this. This is my favorite thing in the world.</w:t>
      </w:r>
    </w:p>
    <w:p>
      <w:pPr>
        <w:spacing w:after="0"/>
      </w:pPr>
    </w:p>
    <w:p>
      <w:pPr>
        <w:spacing w:after="0"/>
      </w:pPr>
      <w:r>
        <w:rPr>
          <w:rFonts w:ascii="Arial" w:hAnsi="Arial"/>
          <w:b/>
          <w:sz w:val="22"/>
        </w:rPr>
        <w:t xml:space="preserve">Alice  </w:t>
      </w:r>
      <w:r>
        <w:rPr>
          <w:rFonts w:ascii="Arial" w:hAnsi="Arial"/>
          <w:color w:val="5D7284"/>
          <w:sz w:val="22"/>
        </w:rPr>
        <w:t>28:41</w:t>
      </w:r>
    </w:p>
    <w:p>
      <w:pPr>
        <w:spacing w:after="0"/>
      </w:pPr>
      <w:r>
        <w:rPr>
          <w:rFonts w:ascii="Arial" w:hAnsi="Arial"/>
          <w:sz w:val="22"/>
        </w:rPr>
        <w:t>I was just gonna say that that feeling not the quiet but the brain sort of quiet. (Lucy) Yes. That's what, I do get that when I go running. Like that's what (Dan) Yeah. When I run because like my balance is not great. Basically, I have to concentrate on just putting one foot in front of the other and breathing. Otherwise I fall down and crash into like, the side of the treadmill so and that it's a... you do... I do. Like Lucy said it's that kind of calm afterwards.</w:t>
      </w:r>
    </w:p>
    <w:p>
      <w:pPr>
        <w:spacing w:after="0"/>
      </w:pPr>
    </w:p>
    <w:p>
      <w:pPr>
        <w:spacing w:after="0"/>
      </w:pPr>
      <w:r>
        <w:rPr>
          <w:rFonts w:ascii="Arial" w:hAnsi="Arial"/>
          <w:b/>
          <w:sz w:val="22"/>
        </w:rPr>
        <w:t xml:space="preserve">Lucy  </w:t>
      </w:r>
      <w:r>
        <w:rPr>
          <w:rFonts w:ascii="Arial" w:hAnsi="Arial"/>
          <w:color w:val="5D7284"/>
          <w:sz w:val="22"/>
        </w:rPr>
        <w:t>29:15</w:t>
      </w:r>
    </w:p>
    <w:p>
      <w:pPr>
        <w:spacing w:after="0"/>
      </w:pPr>
      <w:r>
        <w:rPr>
          <w:rFonts w:ascii="Arial" w:hAnsi="Arial"/>
          <w:sz w:val="22"/>
        </w:rPr>
        <w:t>It's a bit meditative, (Alice) Yeah. Because you're having to stay in the moment(Alice)Yeah. Of what you're doing.</w:t>
      </w:r>
    </w:p>
    <w:p>
      <w:pPr>
        <w:spacing w:after="0"/>
      </w:pPr>
    </w:p>
    <w:p>
      <w:pPr>
        <w:spacing w:after="0"/>
      </w:pPr>
      <w:r>
        <w:rPr>
          <w:rFonts w:ascii="Arial" w:hAnsi="Arial"/>
          <w:b/>
          <w:sz w:val="22"/>
        </w:rPr>
        <w:t xml:space="preserve">Alice  </w:t>
      </w:r>
      <w:r>
        <w:rPr>
          <w:rFonts w:ascii="Arial" w:hAnsi="Arial"/>
          <w:color w:val="5D7284"/>
          <w:sz w:val="22"/>
        </w:rPr>
        <w:t>29:20</w:t>
      </w:r>
    </w:p>
    <w:p>
      <w:pPr>
        <w:spacing w:after="0"/>
      </w:pPr>
      <w:r>
        <w:rPr>
          <w:rFonts w:ascii="Arial" w:hAnsi="Arial"/>
          <w:sz w:val="22"/>
        </w:rPr>
        <w:t>And it's for me, it really helps me just be in my body, (Lucy) Yes. Rather than all the kind of outside stimulus getting there. Like I think it's sort of like, like hitting you like, you know, like you're in combat or something and actually, all of that just falls away and you're just kind of in yourself and I think that everybody should take.. should find something that gives them that. (Dan) Yeah 100%. Because I think that's really important for your sort of mental health.</w:t>
      </w:r>
    </w:p>
    <w:p>
      <w:pPr>
        <w:spacing w:after="0"/>
      </w:pPr>
    </w:p>
    <w:p>
      <w:pPr>
        <w:spacing w:after="0"/>
      </w:pPr>
      <w:r>
        <w:rPr>
          <w:rFonts w:ascii="Arial" w:hAnsi="Arial"/>
          <w:b/>
          <w:sz w:val="22"/>
        </w:rPr>
        <w:t xml:space="preserve">Lucy  </w:t>
      </w:r>
      <w:r>
        <w:rPr>
          <w:rFonts w:ascii="Arial" w:hAnsi="Arial"/>
          <w:color w:val="5D7284"/>
          <w:sz w:val="22"/>
        </w:rPr>
        <w:t>29:48</w:t>
      </w:r>
    </w:p>
    <w:p>
      <w:pPr>
        <w:spacing w:after="0"/>
      </w:pPr>
      <w:r>
        <w:rPr>
          <w:rFonts w:ascii="Arial" w:hAnsi="Arial"/>
          <w:sz w:val="22"/>
        </w:rPr>
        <w:t>So you go... you go running Alice and I'll go diving.</w:t>
      </w:r>
    </w:p>
    <w:p>
      <w:pPr>
        <w:spacing w:after="0"/>
      </w:pPr>
    </w:p>
    <w:p>
      <w:pPr>
        <w:spacing w:after="0"/>
      </w:pPr>
      <w:r>
        <w:rPr>
          <w:rFonts w:ascii="Arial" w:hAnsi="Arial"/>
          <w:b/>
          <w:sz w:val="22"/>
        </w:rPr>
        <w:t xml:space="preserve">Alice  </w:t>
      </w:r>
      <w:r>
        <w:rPr>
          <w:rFonts w:ascii="Arial" w:hAnsi="Arial"/>
          <w:color w:val="5D7284"/>
          <w:sz w:val="22"/>
        </w:rPr>
        <w:t>29:51</w:t>
      </w:r>
    </w:p>
    <w:p>
      <w:pPr>
        <w:spacing w:after="0"/>
      </w:pPr>
      <w:r>
        <w:rPr>
          <w:rFonts w:ascii="Arial" w:hAnsi="Arial"/>
          <w:sz w:val="22"/>
        </w:rPr>
        <w:t>I was going to say, me and the dog are paddle in the shallows while you go diving.</w:t>
      </w:r>
    </w:p>
    <w:p>
      <w:pPr>
        <w:spacing w:after="0"/>
      </w:pPr>
    </w:p>
    <w:p>
      <w:pPr>
        <w:spacing w:after="0"/>
      </w:pPr>
      <w:r>
        <w:rPr>
          <w:rFonts w:ascii="Arial" w:hAnsi="Arial"/>
          <w:b/>
          <w:sz w:val="22"/>
        </w:rPr>
        <w:t xml:space="preserve">Lucy  </w:t>
      </w:r>
      <w:r>
        <w:rPr>
          <w:rFonts w:ascii="Arial" w:hAnsi="Arial"/>
          <w:color w:val="5D7284"/>
          <w:sz w:val="22"/>
        </w:rPr>
        <w:t>29:55</w:t>
      </w:r>
    </w:p>
    <w:p>
      <w:pPr>
        <w:spacing w:after="0"/>
      </w:pPr>
      <w:r>
        <w:rPr>
          <w:rFonts w:ascii="Arial" w:hAnsi="Arial"/>
          <w:sz w:val="22"/>
        </w:rPr>
        <w:t>Or you can siton the side of watch like it's a swimming lesson. (laughing)</w:t>
      </w:r>
    </w:p>
    <w:p>
      <w:pPr>
        <w:spacing w:after="0"/>
      </w:pPr>
    </w:p>
    <w:p>
      <w:pPr>
        <w:spacing w:after="0"/>
      </w:pPr>
      <w:r>
        <w:rPr>
          <w:rFonts w:ascii="Arial" w:hAnsi="Arial"/>
          <w:b/>
          <w:sz w:val="22"/>
        </w:rPr>
        <w:t xml:space="preserve">Dan  </w:t>
      </w:r>
      <w:r>
        <w:rPr>
          <w:rFonts w:ascii="Arial" w:hAnsi="Arial"/>
          <w:color w:val="5D7284"/>
          <w:sz w:val="22"/>
        </w:rPr>
        <w:t>29:58</w:t>
      </w:r>
    </w:p>
    <w:p>
      <w:pPr>
        <w:spacing w:after="0"/>
      </w:pPr>
      <w:r>
        <w:rPr>
          <w:rFonts w:ascii="Arial" w:hAnsi="Arial"/>
          <w:sz w:val="22"/>
        </w:rPr>
        <w:t>Well, so another place actually that you could both go to, which would be really cool is I'm working with Skegness aquarium. (Alice) Wow. And if you have a look on the YouTube, you'll see it is the first paralyzed diver in a shark tank. The BBC did it (Alice gasps)</w:t>
      </w:r>
    </w:p>
    <w:p>
      <w:pPr>
        <w:spacing w:after="0"/>
      </w:pPr>
    </w:p>
    <w:p>
      <w:pPr>
        <w:spacing w:after="0"/>
      </w:pPr>
      <w:r>
        <w:rPr>
          <w:rFonts w:ascii="Arial" w:hAnsi="Arial"/>
          <w:b/>
          <w:sz w:val="22"/>
        </w:rPr>
        <w:t xml:space="preserve">Alice  </w:t>
      </w:r>
      <w:r>
        <w:rPr>
          <w:rFonts w:ascii="Arial" w:hAnsi="Arial"/>
          <w:color w:val="5D7284"/>
          <w:sz w:val="22"/>
        </w:rPr>
        <w:t>30:15</w:t>
      </w:r>
    </w:p>
    <w:p>
      <w:pPr>
        <w:spacing w:after="0"/>
      </w:pPr>
      <w:r>
        <w:rPr>
          <w:rFonts w:ascii="Arial" w:hAnsi="Arial"/>
          <w:sz w:val="22"/>
        </w:rPr>
        <w:t>I'd do that as well. It's amazing. I would 100% do that you would not do that! you would not do that!</w:t>
      </w:r>
    </w:p>
    <w:p>
      <w:pPr>
        <w:spacing w:after="0"/>
      </w:pPr>
    </w:p>
    <w:p>
      <w:pPr>
        <w:spacing w:after="0"/>
      </w:pPr>
      <w:r>
        <w:rPr>
          <w:rFonts w:ascii="Arial" w:hAnsi="Arial"/>
          <w:b/>
          <w:sz w:val="22"/>
        </w:rPr>
        <w:t xml:space="preserve">Lucy  </w:t>
      </w:r>
      <w:r>
        <w:rPr>
          <w:rFonts w:ascii="Arial" w:hAnsi="Arial"/>
          <w:color w:val="5D7284"/>
          <w:sz w:val="22"/>
        </w:rPr>
        <w:t>30:19</w:t>
      </w:r>
    </w:p>
    <w:p>
      <w:pPr>
        <w:spacing w:after="0"/>
      </w:pPr>
      <w:r>
        <w:rPr>
          <w:rFonts w:ascii="Arial" w:hAnsi="Arial"/>
          <w:sz w:val="22"/>
        </w:rPr>
        <w:t>I would! I'd do it, I'd do it. They're not going to eat you</w:t>
      </w:r>
    </w:p>
    <w:p>
      <w:pPr>
        <w:spacing w:after="0"/>
      </w:pPr>
    </w:p>
    <w:p>
      <w:pPr>
        <w:spacing w:after="0"/>
      </w:pPr>
      <w:r>
        <w:rPr>
          <w:rFonts w:ascii="Arial" w:hAnsi="Arial"/>
          <w:b/>
          <w:sz w:val="22"/>
        </w:rPr>
        <w:t xml:space="preserve">Dan  </w:t>
      </w:r>
      <w:r>
        <w:rPr>
          <w:rFonts w:ascii="Arial" w:hAnsi="Arial"/>
          <w:color w:val="5D7284"/>
          <w:sz w:val="22"/>
        </w:rPr>
        <w:t>30:22</w:t>
      </w:r>
    </w:p>
    <w:p>
      <w:pPr>
        <w:spacing w:after="0"/>
      </w:pPr>
      <w:r>
        <w:rPr>
          <w:rFonts w:ascii="Arial" w:hAnsi="Arial"/>
          <w:sz w:val="22"/>
        </w:rPr>
        <w:t>100% would do it. What it is, is it Skegness they've got a four meter deep tank. It's it's quite a big tank, and they've got a six foot-seven foot leopard shark in there, (Alice) Awww. And he's called Nudge. He's called Nudge for a reason. (Alice) Oooh.</w:t>
      </w:r>
    </w:p>
    <w:p>
      <w:pPr>
        <w:spacing w:after="0"/>
      </w:pPr>
    </w:p>
    <w:p>
      <w:pPr>
        <w:spacing w:after="0"/>
      </w:pPr>
      <w:r>
        <w:rPr>
          <w:rFonts w:ascii="Arial" w:hAnsi="Arial"/>
          <w:b/>
          <w:sz w:val="22"/>
        </w:rPr>
        <w:t xml:space="preserve">Lucy  </w:t>
      </w:r>
      <w:r>
        <w:rPr>
          <w:rFonts w:ascii="Arial" w:hAnsi="Arial"/>
          <w:color w:val="5D7284"/>
          <w:sz w:val="22"/>
        </w:rPr>
        <w:t>30:41</w:t>
      </w:r>
    </w:p>
    <w:p>
      <w:pPr>
        <w:spacing w:after="0"/>
      </w:pPr>
      <w:r>
        <w:rPr>
          <w:rFonts w:ascii="Arial" w:hAnsi="Arial"/>
          <w:sz w:val="22"/>
        </w:rPr>
        <w:t>I think. I think if you give it a name, it doesn't sound that scary, does it? Right?</w:t>
      </w:r>
    </w:p>
    <w:p>
      <w:pPr>
        <w:spacing w:after="0"/>
      </w:pPr>
    </w:p>
    <w:p>
      <w:pPr>
        <w:spacing w:after="0"/>
      </w:pPr>
      <w:r>
        <w:rPr>
          <w:rFonts w:ascii="Arial" w:hAnsi="Arial"/>
          <w:b/>
          <w:sz w:val="22"/>
        </w:rPr>
        <w:t xml:space="preserve">Dan  </w:t>
      </w:r>
      <w:r>
        <w:rPr>
          <w:rFonts w:ascii="Arial" w:hAnsi="Arial"/>
          <w:color w:val="5D7284"/>
          <w:sz w:val="22"/>
        </w:rPr>
        <w:t>30:46</w:t>
      </w:r>
    </w:p>
    <w:p>
      <w:pPr>
        <w:spacing w:after="0"/>
      </w:pPr>
      <w:r>
        <w:rPr>
          <w:rFonts w:ascii="Arial" w:hAnsi="Arial"/>
          <w:sz w:val="22"/>
        </w:rPr>
        <w:t>He's not scary. He's not scary at all.</w:t>
      </w:r>
    </w:p>
    <w:p>
      <w:pPr>
        <w:spacing w:after="0"/>
      </w:pPr>
    </w:p>
    <w:p>
      <w:pPr>
        <w:spacing w:after="0"/>
      </w:pPr>
      <w:r>
        <w:rPr>
          <w:rFonts w:ascii="Arial" w:hAnsi="Arial"/>
          <w:b/>
          <w:sz w:val="22"/>
        </w:rPr>
        <w:t xml:space="preserve">Alice  </w:t>
      </w:r>
      <w:r>
        <w:rPr>
          <w:rFonts w:ascii="Arial" w:hAnsi="Arial"/>
          <w:color w:val="5D7284"/>
          <w:sz w:val="22"/>
        </w:rPr>
        <w:t>30:50</w:t>
      </w:r>
    </w:p>
    <w:p>
      <w:pPr>
        <w:spacing w:after="0"/>
      </w:pPr>
      <w:r>
        <w:rPr>
          <w:rFonts w:ascii="Arial" w:hAnsi="Arial"/>
          <w:sz w:val="22"/>
        </w:rPr>
        <w:t>Called nudge for a reason. I'm not sure how I feel about a leopard shark nudging me along?</w:t>
      </w:r>
    </w:p>
    <w:p>
      <w:pPr>
        <w:spacing w:after="0"/>
      </w:pPr>
    </w:p>
    <w:p>
      <w:pPr>
        <w:spacing w:after="0"/>
      </w:pPr>
      <w:r>
        <w:rPr>
          <w:rFonts w:ascii="Arial" w:hAnsi="Arial"/>
          <w:b/>
          <w:sz w:val="22"/>
        </w:rPr>
        <w:t xml:space="preserve">Dan  </w:t>
      </w:r>
      <w:r>
        <w:rPr>
          <w:rFonts w:ascii="Arial" w:hAnsi="Arial"/>
          <w:color w:val="5D7284"/>
          <w:sz w:val="22"/>
        </w:rPr>
        <w:t>30:55</w:t>
      </w:r>
    </w:p>
    <w:p>
      <w:pPr>
        <w:spacing w:after="0"/>
      </w:pPr>
      <w:r>
        <w:rPr>
          <w:rFonts w:ascii="Arial" w:hAnsi="Arial"/>
          <w:sz w:val="22"/>
        </w:rPr>
        <w:t>Yes. (Lucy) It's alright. He comes down and he gives you a little bit of a cuddle. He is amazing to dive with and I'm trying to lead the DFA diving there. Which we've been trying to get vets in there, which we have had veterans in there. We've had obviously me I've dived there four times now. And I can get any disability in there.</w:t>
      </w:r>
    </w:p>
    <w:p>
      <w:pPr>
        <w:spacing w:after="0"/>
      </w:pPr>
    </w:p>
    <w:p>
      <w:pPr>
        <w:spacing w:after="0"/>
      </w:pPr>
      <w:r>
        <w:rPr>
          <w:rFonts w:ascii="Arial" w:hAnsi="Arial"/>
          <w:b/>
          <w:sz w:val="22"/>
        </w:rPr>
        <w:t xml:space="preserve">Lucy  </w:t>
      </w:r>
      <w:r>
        <w:rPr>
          <w:rFonts w:ascii="Arial" w:hAnsi="Arial"/>
          <w:color w:val="5D7284"/>
          <w:sz w:val="22"/>
        </w:rPr>
        <w:t>31:17</w:t>
      </w:r>
    </w:p>
    <w:p>
      <w:pPr>
        <w:spacing w:after="0"/>
      </w:pPr>
      <w:r>
        <w:rPr>
          <w:rFonts w:ascii="Arial" w:hAnsi="Arial"/>
          <w:sz w:val="22"/>
        </w:rPr>
        <w:t xml:space="preserve"> Where is the.... where's your favorite place? Where you've dived? You've probably done everywhere. (Dan) Grenada.</w:t>
      </w:r>
    </w:p>
    <w:p>
      <w:pPr>
        <w:spacing w:after="0"/>
      </w:pPr>
    </w:p>
    <w:p>
      <w:pPr>
        <w:spacing w:after="0"/>
      </w:pPr>
      <w:r>
        <w:rPr>
          <w:rFonts w:ascii="Arial" w:hAnsi="Arial"/>
          <w:b/>
          <w:sz w:val="22"/>
        </w:rPr>
        <w:t xml:space="preserve">Dan  </w:t>
      </w:r>
      <w:r>
        <w:rPr>
          <w:rFonts w:ascii="Arial" w:hAnsi="Arial"/>
          <w:color w:val="5D7284"/>
          <w:sz w:val="22"/>
        </w:rPr>
        <w:t>31:22</w:t>
      </w:r>
    </w:p>
    <w:p>
      <w:pPr>
        <w:spacing w:after="0"/>
      </w:pPr>
      <w:r>
        <w:rPr>
          <w:rFonts w:ascii="Arial" w:hAnsi="Arial"/>
          <w:sz w:val="22"/>
        </w:rPr>
        <w:t>Yeah, yeah, it's the actually, everybody will laugh at this bit when they hear, especially if anybody is a diver, or knows how difficult diving is in the UK. We're known in the UK as some of the hardest divers or hardest place to dive in the world. Because of our waters. Our waters are turbulent, they're cold, they're dark, they've got them some of the most beautiful wrecks in the world here in the UK. And that's why a lot of divers come to do the hard training here and then go and do the wreck dive in here. But then go to tropical waters.</w:t>
      </w:r>
    </w:p>
    <w:p>
      <w:pPr>
        <w:spacing w:after="0"/>
      </w:pPr>
    </w:p>
    <w:p>
      <w:pPr>
        <w:spacing w:after="0"/>
      </w:pPr>
      <w:r>
        <w:rPr>
          <w:rFonts w:ascii="Arial" w:hAnsi="Arial"/>
          <w:b/>
          <w:sz w:val="22"/>
        </w:rPr>
        <w:t xml:space="preserve">Lucy  </w:t>
      </w:r>
      <w:r>
        <w:rPr>
          <w:rFonts w:ascii="Arial" w:hAnsi="Arial"/>
          <w:color w:val="5D7284"/>
          <w:sz w:val="22"/>
        </w:rPr>
        <w:t>31:56</w:t>
      </w:r>
    </w:p>
    <w:p>
      <w:pPr>
        <w:spacing w:after="0"/>
      </w:pPr>
      <w:r>
        <w:rPr>
          <w:rFonts w:ascii="Arial" w:hAnsi="Arial"/>
          <w:sz w:val="22"/>
        </w:rPr>
        <w:t xml:space="preserve"> So they go to places the waters warm and yeah.</w:t>
      </w:r>
    </w:p>
    <w:p>
      <w:pPr>
        <w:spacing w:after="0"/>
      </w:pPr>
    </w:p>
    <w:p>
      <w:pPr>
        <w:spacing w:after="0"/>
      </w:pPr>
      <w:r>
        <w:rPr>
          <w:rFonts w:ascii="Arial" w:hAnsi="Arial"/>
          <w:b/>
          <w:sz w:val="22"/>
        </w:rPr>
        <w:t xml:space="preserve">Dan  </w:t>
      </w:r>
      <w:r>
        <w:rPr>
          <w:rFonts w:ascii="Arial" w:hAnsi="Arial"/>
          <w:color w:val="5D7284"/>
          <w:sz w:val="22"/>
        </w:rPr>
        <w:t>31:59</w:t>
      </w:r>
    </w:p>
    <w:p>
      <w:pPr>
        <w:spacing w:after="0"/>
      </w:pPr>
      <w:r>
        <w:rPr>
          <w:rFonts w:ascii="Arial" w:hAnsi="Arial"/>
          <w:sz w:val="22"/>
        </w:rPr>
        <w:t>Yeah it's like getting in the bath. (Lucy laughs) You can go down to 40 meters and you can still see everything. (Lucy) Exactly yeah. Whereas in Stony Cove, you go down to 10 and you can't see anything. So yeah, I haven't done any dives anywhere else other than Grenada. So I've only dived in the UK. I have racked up I think I'm on eighty... no 103 now, 104 dives in the... or between the UK or Grenada, and I did eighteen in Grenada. So most of my dives are all here and yeah, it's really special. It's obviously hard diving, because your in a dry suit. (Lucy) Yeah. So you've got drysuit orientation diving to do, there's a lot more technical bits because you can't see a lot so you've got a lot of navigation diving and low vis divign. But it's all those things that like you said about doing the running you know, concentrating on the feet work and concentrating on not falling over. Diving is the same in the when you're in the water, you've got to concentrate on your kit, you've got to concentrate on Have I got gas in this one. And I dive on twin sets. So I dive two cylinders, and they're independent from each other.(Lucy) Okay. So I have a one regulator for one side, one regulator for the other side, and I have to make sure every 70 bar that I change those regulators over because of my balance and because of get tanks down equally, I have to remember to change them over. So it's a constant change, all the time. Everything is constantly going on in your head, especially when you're trying to become instructor as well. You've got to not only look for yourself, (Lucy) But other people as well. Watch your buddy and their buddy and whoever else is in the water. And if you're flying at something or swimming at something fast, you've got to move around them and all that kind of thing. So it is it really really busy. But it's a best thing to just you've got to focus on it, like you said about the you know, the running, you've got to focus on it because if you don't, you could be in trouble. (Alice) Yeah. And that is the best thing because you haven't got a mobile phone next to you.(Lucy) No. You don't have 50 people around you like all talking and you can hear every conversation going off, you don't have it (Lucy) No. Under the water, you've got sign language between one another or you've got put a point and look at that bliming thing over there it's massive! (Lucy laughs) you know and that's pretty much it and I asked why I really like it and I want to drive and get more ability for disabled people to do it.</w:t>
      </w:r>
    </w:p>
    <w:p>
      <w:pPr>
        <w:spacing w:after="0"/>
      </w:pPr>
    </w:p>
    <w:p>
      <w:pPr>
        <w:spacing w:after="0"/>
      </w:pPr>
      <w:r>
        <w:rPr>
          <w:rFonts w:ascii="Arial" w:hAnsi="Arial"/>
          <w:b/>
          <w:sz w:val="22"/>
        </w:rPr>
        <w:t xml:space="preserve">Lucy  </w:t>
      </w:r>
      <w:r>
        <w:rPr>
          <w:rFonts w:ascii="Arial" w:hAnsi="Arial"/>
          <w:color w:val="5D7284"/>
          <w:sz w:val="22"/>
        </w:rPr>
        <w:t>34:32</w:t>
      </w:r>
    </w:p>
    <w:p>
      <w:pPr>
        <w:spacing w:after="0"/>
      </w:pPr>
      <w:r>
        <w:rPr>
          <w:rFonts w:ascii="Arial" w:hAnsi="Arial"/>
          <w:sz w:val="22"/>
        </w:rPr>
        <w:t>Absolutely. I think it's great you know the fact that you're advocating for for disabled people to do this type of thing, because you know I am of the belief that you can do anything it might need slight adapting um but yeah, maybe there are things that are a bit far flung and you're like okay, maybe that is your limit your own personal limit, but if you you just have to think outside the box, I think.</w:t>
      </w:r>
    </w:p>
    <w:p>
      <w:pPr>
        <w:spacing w:after="0"/>
      </w:pPr>
    </w:p>
    <w:p>
      <w:pPr>
        <w:spacing w:after="0"/>
      </w:pPr>
      <w:r>
        <w:rPr>
          <w:rFonts w:ascii="Arial" w:hAnsi="Arial"/>
          <w:b/>
          <w:sz w:val="22"/>
        </w:rPr>
        <w:t xml:space="preserve">Alice  </w:t>
      </w:r>
      <w:r>
        <w:rPr>
          <w:rFonts w:ascii="Arial" w:hAnsi="Arial"/>
          <w:color w:val="5D7284"/>
          <w:sz w:val="22"/>
        </w:rPr>
        <w:t>34:57</w:t>
      </w:r>
    </w:p>
    <w:p>
      <w:pPr>
        <w:spacing w:after="0"/>
      </w:pPr>
      <w:r>
        <w:rPr>
          <w:rFonts w:ascii="Arial" w:hAnsi="Arial"/>
          <w:sz w:val="22"/>
        </w:rPr>
        <w:t>And I think that you know, I was saying earlier about how I think I think that there is an exercise out there for everyone that gives them that kind of focus and sort of, you know, closes off the world. And I think when you say to people, you know, like, there, There is an exercise out there. That is the right thing for anyone. You've just got to find it. Most people were just like, oh, well, "I don't like to run and I dont like to lift weights." So well. The idea that there's diving out there in the world, it's like, Lucy said, think outside the box (Lucy) Yeah. Of what might be your thing. What might be actually the thing that works really well for you what might be not your limit. I think because it...I cannot express the joy when you find the thing that works for you.</w:t>
      </w:r>
    </w:p>
    <w:p>
      <w:pPr>
        <w:spacing w:after="0"/>
      </w:pPr>
    </w:p>
    <w:p>
      <w:pPr>
        <w:spacing w:after="0"/>
      </w:pPr>
      <w:r>
        <w:rPr>
          <w:rFonts w:ascii="Arial" w:hAnsi="Arial"/>
          <w:b/>
          <w:sz w:val="22"/>
        </w:rPr>
        <w:t xml:space="preserve">Dan  </w:t>
      </w:r>
      <w:r>
        <w:rPr>
          <w:rFonts w:ascii="Arial" w:hAnsi="Arial"/>
          <w:color w:val="5D7284"/>
          <w:sz w:val="22"/>
        </w:rPr>
        <w:t>35:46</w:t>
      </w:r>
    </w:p>
    <w:p>
      <w:pPr>
        <w:spacing w:after="0"/>
      </w:pPr>
      <w:r>
        <w:rPr>
          <w:rFonts w:ascii="Arial" w:hAnsi="Arial"/>
          <w:sz w:val="22"/>
        </w:rPr>
        <w:t>Well, I find as well that swimming and diving, diving especially rather than swimming. Because I struggled to... so I can't swim on the surface.(Lucy) Really? Yeah, because because I don't have any abs. (Lucy)Yeah. Oh, yeah of course, yeah. All I literally do is just flop side to side in the water like a jelly. (laughs)</w:t>
      </w:r>
    </w:p>
    <w:p>
      <w:pPr>
        <w:spacing w:after="0"/>
      </w:pPr>
    </w:p>
    <w:p>
      <w:pPr>
        <w:spacing w:after="0"/>
      </w:pPr>
      <w:r>
        <w:rPr>
          <w:rFonts w:ascii="Arial" w:hAnsi="Arial"/>
          <w:b/>
          <w:sz w:val="22"/>
        </w:rPr>
        <w:t xml:space="preserve">Lucy  </w:t>
      </w:r>
      <w:r>
        <w:rPr>
          <w:rFonts w:ascii="Arial" w:hAnsi="Arial"/>
          <w:color w:val="5D7284"/>
          <w:sz w:val="22"/>
        </w:rPr>
        <w:t>36:05</w:t>
      </w:r>
    </w:p>
    <w:p>
      <w:pPr>
        <w:spacing w:after="0"/>
      </w:pPr>
      <w:r>
        <w:rPr>
          <w:rFonts w:ascii="Arial" w:hAnsi="Arial"/>
          <w:sz w:val="22"/>
        </w:rPr>
        <w:t>My swimming technique. I because I can't move my legs or really when I'm swimming. They just have to lie there like looking like a pair of legs that are useless. And my swimming technique does look like I am drowning. And occasionally when I'm in the swimming pool, like you can see the lifeguards looking at me like she alright? or is she.... no she's... I think she's fine. And then their looking at me but trying not to look at me. Like every time we catch eyes I'm like no don't look at her cuz it's putting her off</w:t>
      </w:r>
    </w:p>
    <w:p>
      <w:pPr>
        <w:spacing w:after="0"/>
      </w:pPr>
    </w:p>
    <w:p>
      <w:pPr>
        <w:spacing w:after="0"/>
      </w:pPr>
      <w:r>
        <w:rPr>
          <w:rFonts w:ascii="Arial" w:hAnsi="Arial"/>
          <w:b/>
          <w:sz w:val="22"/>
        </w:rPr>
        <w:t xml:space="preserve">Dan  </w:t>
      </w:r>
      <w:r>
        <w:rPr>
          <w:rFonts w:ascii="Arial" w:hAnsi="Arial"/>
          <w:color w:val="5D7284"/>
          <w:sz w:val="22"/>
        </w:rPr>
        <w:t>36:33</w:t>
      </w:r>
    </w:p>
    <w:p>
      <w:pPr>
        <w:spacing w:after="0"/>
      </w:pPr>
      <w:r>
        <w:rPr>
          <w:rFonts w:ascii="Arial" w:hAnsi="Arial"/>
          <w:sz w:val="22"/>
        </w:rPr>
        <w:t>Is she choking yet? no she's fine. (Lucy) Yeah.</w:t>
      </w:r>
    </w:p>
    <w:p>
      <w:pPr>
        <w:spacing w:after="0"/>
      </w:pPr>
    </w:p>
    <w:p>
      <w:pPr>
        <w:spacing w:after="0"/>
      </w:pPr>
      <w:r>
        <w:rPr>
          <w:rFonts w:ascii="Arial" w:hAnsi="Arial"/>
          <w:b/>
          <w:sz w:val="22"/>
        </w:rPr>
        <w:t xml:space="preserve">Lucy  </w:t>
      </w:r>
      <w:r>
        <w:rPr>
          <w:rFonts w:ascii="Arial" w:hAnsi="Arial"/>
          <w:color w:val="5D7284"/>
          <w:sz w:val="22"/>
        </w:rPr>
        <w:t>36:35</w:t>
      </w:r>
    </w:p>
    <w:p>
      <w:pPr>
        <w:spacing w:after="0"/>
      </w:pPr>
      <w:r>
        <w:rPr>
          <w:rFonts w:ascii="Arial" w:hAnsi="Arial"/>
          <w:sz w:val="22"/>
        </w:rPr>
        <w:t>Yeah, she has snorted water though, which is...my eyes are streaming chlorine and everything. But yeah, it's my swimming technique is awful. But I can do it. That's the thing. I'm proud that I could do it my arms doing all of it. That's why it looks like I'm drowning. I'm not drowning. Everything is still afloat. I've got big boobs and a big bum. (laughs) I'm not gonna go anywhere. But yeah, they're all like, oh, god, she's...and I've had lifeguards, like try and tell me technique and I'm like, fuck off. (Dan laughs) Would you just leave me alone? I can do it. It's fine. ( Lucy laughs)</w:t>
      </w:r>
    </w:p>
    <w:p>
      <w:pPr>
        <w:spacing w:after="0"/>
      </w:pPr>
    </w:p>
    <w:p>
      <w:pPr>
        <w:spacing w:after="0"/>
      </w:pPr>
      <w:r>
        <w:rPr>
          <w:rFonts w:ascii="Arial" w:hAnsi="Arial"/>
          <w:b/>
          <w:sz w:val="22"/>
        </w:rPr>
        <w:t xml:space="preserve">Alice  </w:t>
      </w:r>
      <w:r>
        <w:rPr>
          <w:rFonts w:ascii="Arial" w:hAnsi="Arial"/>
          <w:color w:val="5D7284"/>
          <w:sz w:val="22"/>
        </w:rPr>
        <w:t>37:11</w:t>
      </w:r>
    </w:p>
    <w:p>
      <w:pPr>
        <w:spacing w:after="0"/>
      </w:pPr>
      <w:r>
        <w:rPr>
          <w:rFonts w:ascii="Arial" w:hAnsi="Arial"/>
          <w:sz w:val="22"/>
        </w:rPr>
        <w:t>Come back to me when your legs don't work and we will see what your fucking technique is like. (Lucy laughs) Yeah, exactly.</w:t>
      </w:r>
    </w:p>
    <w:p>
      <w:pPr>
        <w:spacing w:after="0"/>
      </w:pPr>
    </w:p>
    <w:p>
      <w:pPr>
        <w:spacing w:after="0"/>
      </w:pPr>
      <w:r>
        <w:rPr>
          <w:rFonts w:ascii="Arial" w:hAnsi="Arial"/>
          <w:b/>
          <w:sz w:val="22"/>
        </w:rPr>
        <w:t xml:space="preserve">Dan  </w:t>
      </w:r>
      <w:r>
        <w:rPr>
          <w:rFonts w:ascii="Arial" w:hAnsi="Arial"/>
          <w:color w:val="5D7284"/>
          <w:sz w:val="22"/>
        </w:rPr>
        <w:t>37:15</w:t>
      </w:r>
    </w:p>
    <w:p>
      <w:pPr>
        <w:spacing w:after="0"/>
      </w:pPr>
      <w:r>
        <w:rPr>
          <w:rFonts w:ascii="Arial" w:hAnsi="Arial"/>
          <w:sz w:val="22"/>
        </w:rPr>
        <w:t>Yeah, we've had that, we've I've had people in the pool. Because they, you know, I swim in the pool breaststroke. So it's a hybrid breaststroke, like a cable pull down and massive big strokes. And I've had people come in they go, could you not just do a different technique? No, because I haven't got the abs. So no I can't, like everyone says about the perfect technique of doing a brushstroke is to pull across and then press it down, which the press down part is absolutely useless. (Lucy) Yeah you can't do it. All I do is just dive down. (Lucy) Just sink in. (Alice) Yeah. So I have a different technique to do it. And I've had them I've had loads of people come in through the training that I did for the world records. I had people coming in, and I said right, get snorkel mask, same as me. So you head down in the water and got to worry too much about the breathing, keeping above air, (Lucy) Yeah. You know, surface and stuff. And just go for it and see how long you can keep yourself without using your legs. Keep yourself afloat in the water and swim. And they get two laps. That's it (Lucy) Really. Two lengths in the water and they're blowing out their arse. (laughs) (Alice) I don't think I could do that.</w:t>
      </w:r>
    </w:p>
    <w:p>
      <w:pPr>
        <w:spacing w:after="0"/>
      </w:pPr>
    </w:p>
    <w:p>
      <w:pPr>
        <w:spacing w:after="0"/>
      </w:pPr>
      <w:r>
        <w:rPr>
          <w:rFonts w:ascii="Arial" w:hAnsi="Arial"/>
          <w:b/>
          <w:sz w:val="22"/>
        </w:rPr>
        <w:t xml:space="preserve">Lucy  </w:t>
      </w:r>
      <w:r>
        <w:rPr>
          <w:rFonts w:ascii="Arial" w:hAnsi="Arial"/>
          <w:color w:val="5D7284"/>
          <w:sz w:val="22"/>
        </w:rPr>
        <w:t>38:21</w:t>
      </w:r>
    </w:p>
    <w:p>
      <w:pPr>
        <w:spacing w:after="0"/>
      </w:pPr>
      <w:r>
        <w:rPr>
          <w:rFonts w:ascii="Arial" w:hAnsi="Arial"/>
          <w:sz w:val="22"/>
        </w:rPr>
        <w:t>Yeah, the thing is my... there's a thing in my brain that when I get in water, my body sort of like my brain gets overexcited. Like oh, yeah, go! like, try like, and so I splash about bit and then I have to calm myself down.(Alice laughs) So my brain, my brain goes, "Okay, we can't use our legs. It's fine." And then when I'm swimming, I have to not think about swimming because as soon as I think about what I'm doing, my legs go, "oh, let me help you. You're trying to swim." So it's like my brain knows what it needs to do. So it's trying to send the signals but the signals won't go. And my legs are like, What the hell are you? Like, I don't do anything. I</w:t>
      </w:r>
    </w:p>
    <w:p>
      <w:pPr>
        <w:spacing w:after="0"/>
      </w:pPr>
    </w:p>
    <w:p>
      <w:pPr>
        <w:spacing w:after="0"/>
      </w:pPr>
      <w:r>
        <w:rPr>
          <w:rFonts w:ascii="Arial" w:hAnsi="Arial"/>
          <w:b/>
          <w:sz w:val="22"/>
        </w:rPr>
        <w:t xml:space="preserve">Dan  </w:t>
      </w:r>
      <w:r>
        <w:rPr>
          <w:rFonts w:ascii="Arial" w:hAnsi="Arial"/>
          <w:color w:val="5D7284"/>
          <w:sz w:val="22"/>
        </w:rPr>
        <w:t>39:06</w:t>
      </w:r>
    </w:p>
    <w:p>
      <w:pPr>
        <w:spacing w:after="0"/>
      </w:pPr>
      <w:r>
        <w:rPr>
          <w:rFonts w:ascii="Arial" w:hAnsi="Arial"/>
          <w:sz w:val="22"/>
        </w:rPr>
        <w:t>It's like an inbetweener's moment. Why won't you work? (Lucy) Yeah. (Laughs)</w:t>
      </w:r>
    </w:p>
    <w:p>
      <w:pPr>
        <w:spacing w:after="0"/>
      </w:pPr>
    </w:p>
    <w:p>
      <w:pPr>
        <w:spacing w:after="0"/>
      </w:pPr>
      <w:r>
        <w:rPr>
          <w:rFonts w:ascii="Arial" w:hAnsi="Arial"/>
          <w:b/>
          <w:sz w:val="22"/>
        </w:rPr>
        <w:t xml:space="preserve">Lucy  </w:t>
      </w:r>
      <w:r>
        <w:rPr>
          <w:rFonts w:ascii="Arial" w:hAnsi="Arial"/>
          <w:color w:val="5D7284"/>
          <w:sz w:val="22"/>
        </w:rPr>
        <w:t>39:13</w:t>
      </w:r>
    </w:p>
    <w:p>
      <w:pPr>
        <w:spacing w:after="0"/>
      </w:pPr>
      <w:r>
        <w:rPr>
          <w:rFonts w:ascii="Arial" w:hAnsi="Arial"/>
          <w:sz w:val="22"/>
        </w:rPr>
        <w:t>My mum has to swim by the side of me and she's going, "Don't think about it. Don't think about it." Because as soon as I start thinking, like, Oh, I'm swimming. My brain goes Oh, yeah, we're swimming like yeah, like...(laughs)</w:t>
      </w:r>
    </w:p>
    <w:p>
      <w:pPr>
        <w:spacing w:after="0"/>
      </w:pPr>
    </w:p>
    <w:p>
      <w:pPr>
        <w:spacing w:after="0"/>
      </w:pPr>
      <w:r>
        <w:rPr>
          <w:rFonts w:ascii="Arial" w:hAnsi="Arial"/>
          <w:b/>
          <w:sz w:val="22"/>
        </w:rPr>
        <w:t xml:space="preserve">Alice  </w:t>
      </w:r>
      <w:r>
        <w:rPr>
          <w:rFonts w:ascii="Arial" w:hAnsi="Arial"/>
          <w:color w:val="5D7284"/>
          <w:sz w:val="22"/>
        </w:rPr>
        <w:t>39:27</w:t>
      </w:r>
    </w:p>
    <w:p>
      <w:pPr>
        <w:spacing w:after="0"/>
      </w:pPr>
      <w:r>
        <w:rPr>
          <w:rFonts w:ascii="Arial" w:hAnsi="Arial"/>
          <w:sz w:val="22"/>
        </w:rPr>
        <w:t xml:space="preserve">Yeah. You need to switch off so that you're just kind of thinking about what your body's actually doing. Not going I'm in the water splashing it's fun! (Lucy laughs) </w:t>
      </w:r>
    </w:p>
    <w:p>
      <w:pPr>
        <w:spacing w:after="0"/>
      </w:pPr>
    </w:p>
    <w:p>
      <w:pPr>
        <w:spacing w:after="0"/>
      </w:pPr>
      <w:r>
        <w:rPr>
          <w:rFonts w:ascii="Arial" w:hAnsi="Arial"/>
          <w:b/>
          <w:sz w:val="22"/>
        </w:rPr>
        <w:t xml:space="preserve">Lucy  </w:t>
      </w:r>
      <w:r>
        <w:rPr>
          <w:rFonts w:ascii="Arial" w:hAnsi="Arial"/>
          <w:color w:val="5D7284"/>
          <w:sz w:val="22"/>
        </w:rPr>
        <w:t>39:39</w:t>
      </w:r>
    </w:p>
    <w:p>
      <w:pPr>
        <w:spacing w:after="0"/>
      </w:pPr>
      <w:r>
        <w:rPr>
          <w:rFonts w:ascii="Arial" w:hAnsi="Arial"/>
          <w:sz w:val="22"/>
        </w:rPr>
        <w:t>Yeah I think that's the mermaids coming out of me really isn't it? splashing about. But yeah</w:t>
      </w:r>
    </w:p>
    <w:p>
      <w:pPr>
        <w:spacing w:after="0"/>
      </w:pPr>
    </w:p>
    <w:p>
      <w:pPr>
        <w:spacing w:after="0"/>
      </w:pPr>
      <w:r>
        <w:rPr>
          <w:rFonts w:ascii="Arial" w:hAnsi="Arial"/>
          <w:b/>
          <w:sz w:val="22"/>
        </w:rPr>
        <w:t xml:space="preserve">Dan  </w:t>
      </w:r>
      <w:r>
        <w:rPr>
          <w:rFonts w:ascii="Arial" w:hAnsi="Arial"/>
          <w:color w:val="5D7284"/>
          <w:sz w:val="22"/>
        </w:rPr>
        <w:t>39:45</w:t>
      </w:r>
    </w:p>
    <w:p>
      <w:pPr>
        <w:spacing w:after="0"/>
      </w:pPr>
      <w:r>
        <w:rPr>
          <w:rFonts w:ascii="Arial" w:hAnsi="Arial"/>
          <w:sz w:val="22"/>
        </w:rPr>
        <w:t>You just want to freak the lifeguard out, that's all it is really isn't it?</w:t>
      </w:r>
    </w:p>
    <w:p>
      <w:pPr>
        <w:spacing w:after="0"/>
      </w:pPr>
    </w:p>
    <w:p>
      <w:pPr>
        <w:spacing w:after="0"/>
      </w:pPr>
      <w:r>
        <w:rPr>
          <w:rFonts w:ascii="Arial" w:hAnsi="Arial"/>
          <w:b/>
          <w:sz w:val="22"/>
        </w:rPr>
        <w:t xml:space="preserve">Lucy  </w:t>
      </w:r>
      <w:r>
        <w:rPr>
          <w:rFonts w:ascii="Arial" w:hAnsi="Arial"/>
          <w:color w:val="5D7284"/>
          <w:sz w:val="22"/>
        </w:rPr>
        <w:t>39:49</w:t>
      </w:r>
    </w:p>
    <w:p>
      <w:pPr>
        <w:spacing w:after="0"/>
      </w:pPr>
      <w:r>
        <w:rPr>
          <w:rFonts w:ascii="Arial" w:hAnsi="Arial"/>
          <w:sz w:val="22"/>
        </w:rPr>
        <w:t>So Dan, why don't you tell us about your world records. Panicking some poor 17 year old lad who's like, I don't know, dude, I've never been in the water before. Yeah.</w:t>
      </w:r>
    </w:p>
    <w:p>
      <w:pPr>
        <w:spacing w:after="0"/>
      </w:pPr>
    </w:p>
    <w:p>
      <w:pPr>
        <w:spacing w:after="0"/>
      </w:pPr>
      <w:r>
        <w:rPr>
          <w:rFonts w:ascii="Arial" w:hAnsi="Arial"/>
          <w:b/>
          <w:sz w:val="22"/>
        </w:rPr>
        <w:t xml:space="preserve">Dan  </w:t>
      </w:r>
      <w:r>
        <w:rPr>
          <w:rFonts w:ascii="Arial" w:hAnsi="Arial"/>
          <w:color w:val="5D7284"/>
          <w:sz w:val="22"/>
        </w:rPr>
        <w:t>39:53</w:t>
      </w:r>
    </w:p>
    <w:p>
      <w:pPr>
        <w:spacing w:after="0"/>
      </w:pPr>
      <w:r>
        <w:rPr>
          <w:rFonts w:ascii="Arial" w:hAnsi="Arial"/>
          <w:sz w:val="22"/>
        </w:rPr>
        <w:t xml:space="preserve"> (Dan) See how good they really are.  Yeah, Yeah, so the little splash that we've decided to do. So it all started after my IFC which is my instructor foundation course. And Marg her name is Margaret, Marg at Stony Cove said to me, we were sat in the pub debriefing, and she said, Oh, yeah, have you ever done a swim around the cove? I was like all the way around the cove? "I'll never manage that. It's 20 meters deep. I can't. I haven't got the gas to get around the cove, not a chance." And she said "No, no, you do it, about six meters deep and you go all the way around the outside of the cove." It's a real challenge. It's really difficult to do because it's a long way. And you've got to maintain the gas and but it's, it's a challenge because of keeping your depth exactly the same as well. So it's quite a quite a difficult thing to do. Especially when you have no reference. So if you had a wall next you that was level and you can just go "oh yeah, follow that. That's easy." If you have rock faces that come... that are coming down on a slant they're not even square to your face it actually quite technically difficult thing to do. So and she also said, "you get to see everything, all the wildlife that's in here", as in the pike they have big pike in there. They are like huge (Alice) They're like fish. They are really good to swim next to though,  when they're in their environment next to you instead of you trying to catch one and hold it in your hand sort of thing. (Lucy) Yeah. So yeah, you swimming next to them. And there's just shoals of little tiny fish. There's all sorts in there Rud, Tench. They're all in there. And when they're swimming, and you're swimming, it's like you're in their world, not them in yours. And so she said to do it, and she said it was a challenge. That was the problem. She said it was a challenge, as soon as somebody challenges me, (Lucy) Your like it's like right! It's red rag to a bull. (Lucy) Give it me! Yeah, so I said, Well, okay, I went away, and I was thinking I can do this. Let's make it difficult. So I then thought about... </w:t>
      </w:r>
    </w:p>
    <w:p>
      <w:pPr>
        <w:spacing w:after="0"/>
      </w:pPr>
    </w:p>
    <w:p>
      <w:pPr>
        <w:spacing w:after="0"/>
      </w:pPr>
      <w:r>
        <w:rPr>
          <w:rFonts w:ascii="Arial" w:hAnsi="Arial"/>
          <w:b/>
          <w:sz w:val="22"/>
        </w:rPr>
        <w:t xml:space="preserve">Alice  </w:t>
      </w:r>
      <w:r>
        <w:rPr>
          <w:rFonts w:ascii="Arial" w:hAnsi="Arial"/>
          <w:color w:val="5D7284"/>
          <w:sz w:val="22"/>
        </w:rPr>
        <w:t>41:58</w:t>
      </w:r>
    </w:p>
    <w:p>
      <w:pPr>
        <w:spacing w:after="0"/>
      </w:pPr>
      <w:r>
        <w:rPr>
          <w:rFonts w:ascii="Arial" w:hAnsi="Arial"/>
          <w:sz w:val="22"/>
        </w:rPr>
        <w:t>So when the nice lady says, "here's a really, really difficult thing." like I'm gonna make it harder and then I'm gonna do it. (Dan) Yeah, exactly. And I bet your wife thinks you're a bloody nightmare.</w:t>
      </w:r>
    </w:p>
    <w:p>
      <w:pPr>
        <w:spacing w:after="0"/>
      </w:pPr>
    </w:p>
    <w:p>
      <w:pPr>
        <w:spacing w:after="0"/>
      </w:pPr>
      <w:r>
        <w:rPr>
          <w:rFonts w:ascii="Arial" w:hAnsi="Arial"/>
          <w:b/>
          <w:sz w:val="22"/>
        </w:rPr>
        <w:t xml:space="preserve">Lucy  </w:t>
      </w:r>
      <w:r>
        <w:rPr>
          <w:rFonts w:ascii="Arial" w:hAnsi="Arial"/>
          <w:color w:val="5D7284"/>
          <w:sz w:val="22"/>
        </w:rPr>
        <w:t>42:08</w:t>
      </w:r>
    </w:p>
    <w:p>
      <w:pPr>
        <w:spacing w:after="0"/>
      </w:pPr>
      <w:r>
        <w:rPr>
          <w:rFonts w:ascii="Arial" w:hAnsi="Arial"/>
          <w:sz w:val="22"/>
        </w:rPr>
        <w:t>I bet she's like "Oh, my God what now?" Please just sit still. (laughs)</w:t>
      </w:r>
    </w:p>
    <w:p>
      <w:pPr>
        <w:spacing w:after="0"/>
      </w:pPr>
    </w:p>
    <w:p>
      <w:pPr>
        <w:spacing w:after="0"/>
      </w:pPr>
      <w:r>
        <w:rPr>
          <w:rFonts w:ascii="Arial" w:hAnsi="Arial"/>
          <w:b/>
          <w:sz w:val="22"/>
        </w:rPr>
        <w:t xml:space="preserve">Dan  </w:t>
      </w:r>
      <w:r>
        <w:rPr>
          <w:rFonts w:ascii="Arial" w:hAnsi="Arial"/>
          <w:color w:val="5D7284"/>
          <w:sz w:val="22"/>
        </w:rPr>
        <w:t>42:15</w:t>
      </w:r>
    </w:p>
    <w:p>
      <w:pPr>
        <w:spacing w:after="0"/>
      </w:pPr>
      <w:r>
        <w:rPr>
          <w:rFonts w:ascii="Arial" w:hAnsi="Arial"/>
          <w:sz w:val="22"/>
        </w:rPr>
        <w:t>She genuinely does say to me, "no, you're not!.... Yes, you are doing it." She says no, and then instantly realizes he's gonna do it anyway, so I might as well encourage him so yeah, we decided that I decided that it'd be a stupid or great idea to I actually originally looked at doing 10k Because I thought you know 10 kilometers is a long way it's it's a distance that can be measured via Guinness World Records GWR as well. And then I started doing the maths and working out realized 10k is physically impossible to do in Stoney Cove. There is a world record out there actually that stands via a disabled guy as the fastest 10 kilometre scuba dive. However, it's questionable.</w:t>
      </w:r>
    </w:p>
    <w:p>
      <w:pPr>
        <w:spacing w:after="0"/>
      </w:pPr>
    </w:p>
    <w:p>
      <w:pPr>
        <w:spacing w:after="0"/>
      </w:pPr>
      <w:r>
        <w:rPr>
          <w:rFonts w:ascii="Arial" w:hAnsi="Arial"/>
          <w:b/>
          <w:sz w:val="22"/>
        </w:rPr>
        <w:t xml:space="preserve">Lucy  </w:t>
      </w:r>
      <w:r>
        <w:rPr>
          <w:rFonts w:ascii="Arial" w:hAnsi="Arial"/>
          <w:color w:val="5D7284"/>
          <w:sz w:val="22"/>
        </w:rPr>
        <w:t>43:03</w:t>
      </w:r>
    </w:p>
    <w:p>
      <w:pPr>
        <w:spacing w:after="0"/>
      </w:pPr>
      <w:r>
        <w:rPr>
          <w:rFonts w:ascii="Arial" w:hAnsi="Arial"/>
          <w:sz w:val="22"/>
        </w:rPr>
        <w:t>I know... I just know by looking you've got your eyes set on that haven't you?</w:t>
      </w:r>
    </w:p>
    <w:p>
      <w:pPr>
        <w:spacing w:after="0"/>
      </w:pPr>
    </w:p>
    <w:p>
      <w:pPr>
        <w:spacing w:after="0"/>
      </w:pPr>
      <w:r>
        <w:rPr>
          <w:rFonts w:ascii="Arial" w:hAnsi="Arial"/>
          <w:b/>
          <w:sz w:val="22"/>
        </w:rPr>
        <w:t xml:space="preserve">Dan  </w:t>
      </w:r>
      <w:r>
        <w:rPr>
          <w:rFonts w:ascii="Arial" w:hAnsi="Arial"/>
          <w:color w:val="5D7284"/>
          <w:sz w:val="22"/>
        </w:rPr>
        <w:t>43:08</w:t>
      </w:r>
    </w:p>
    <w:p>
      <w:pPr>
        <w:spacing w:after="0"/>
      </w:pPr>
      <w:r>
        <w:rPr>
          <w:rFonts w:ascii="Arial" w:hAnsi="Arial"/>
          <w:sz w:val="22"/>
        </w:rPr>
        <w:t>No (Lucy laughs) because there's a big no with it, is the fact that I don't want to slate the guy off because he's done it. He's got his world record. It's been verified in that. It was a drift dive. (Lucy) Okay. (Lucy laughs) It... there's corals all around him, which means corals only growing fast moving water. (Lucy) Yeah. And yeah, yeah. And we were looking at how he's done it and everything and his swim stroke and everything. I was thinking he's swimming twice my speed. And I'm swimming faster than him. (Lucy laughs) So how was he doing it? Uh, yeah, but it was in the sea, that's why I wanted to say right? I'm setting my world record in a cove in Stoney Cove in a quarry, which is pretty.... it is a spring fed quarry, but there is no current. (Lucy) But it's still water isn't it. So it's a completely neutral environment. (Lucy) yeah. There's no tides that I can use. There's no streams that I can use. There's no tidal flow. There's nothing I can use. (Alice) The works all on you. Yeah, yeah. And the other thing is, it's cold. It's cold water not in the sea. So we have to be wearing all the protection, you have to be in a dry suit, you have to be.. I originally was going to be my twinset BCD which of buoyancy control device which you'll have seen divers use a big jacket with two cylinders on the back and all that kind of thing. That all changed after I started working out how to get faster and got a lot of other people involved. So it changed the plan change from the 10 because they said don't be so stupid. You'll kill yourself and plus you can't do it that deep because I didn't want to do it was shallow. I wanted to do it between six and eight meters, somewhere around there ended up being between five and eight meters. But I wanted it to be a proper what I would consider a proper dive instead of a deep snorkel. And yeah, So I did the maths, I worked it out and we said, "Right, okay, physically, and actually, humanly possible, really, by and logistics, you can only do 5k." So you can only do five laps. So I went back to the GWR and said to them Guinness World Records, I said I want to do five laps of Stoney Cove, which is five kilometers, or just over five kilometers. And they said, we don't do a five kilometer category. "Okay, right is what do we do now then?", after lots of arguing to and fro they said, Well, you can't have one. Because we can't give you five kilometers. We don't measure in that distance we do. We do 100 meters, 400 meters, one kilometer, one mile. And then 10 kilometers.(Lucy) Right Okay. That's our set categories that we do. (Lucy) Right. Okay. So they came back and said you can't have one, but you can have three. "Okay, well, I'll do three then." So we did the fastest one kilometer. No, sorry, the fastest one mile scuba dived. And this is for able bodied as well to take me on. So a normal able bodied person can take me on on this, with a swimming band. So all it is, is an elastic band tied around your ankles to stop you from using your feet.</w:t>
      </w:r>
    </w:p>
    <w:p>
      <w:pPr>
        <w:spacing w:after="0"/>
      </w:pPr>
    </w:p>
    <w:p>
      <w:pPr>
        <w:spacing w:after="0"/>
      </w:pPr>
      <w:r>
        <w:rPr>
          <w:rFonts w:ascii="Arial" w:hAnsi="Arial"/>
          <w:b/>
          <w:sz w:val="22"/>
        </w:rPr>
        <w:t xml:space="preserve">Lucy  </w:t>
      </w:r>
      <w:r>
        <w:rPr>
          <w:rFonts w:ascii="Arial" w:hAnsi="Arial"/>
          <w:color w:val="5D7284"/>
          <w:sz w:val="22"/>
        </w:rPr>
        <w:t>46:17</w:t>
      </w:r>
    </w:p>
    <w:p>
      <w:pPr>
        <w:spacing w:after="0"/>
      </w:pPr>
      <w:r>
        <w:rPr>
          <w:rFonts w:ascii="Arial" w:hAnsi="Arial"/>
          <w:sz w:val="22"/>
        </w:rPr>
        <w:t>Okay, right. Yeah,</w:t>
      </w:r>
    </w:p>
    <w:p>
      <w:pPr>
        <w:spacing w:after="0"/>
      </w:pPr>
    </w:p>
    <w:p>
      <w:pPr>
        <w:spacing w:after="0"/>
      </w:pPr>
      <w:r>
        <w:rPr>
          <w:rFonts w:ascii="Arial" w:hAnsi="Arial"/>
          <w:b/>
          <w:sz w:val="22"/>
        </w:rPr>
        <w:t xml:space="preserve">Alice  </w:t>
      </w:r>
      <w:r>
        <w:rPr>
          <w:rFonts w:ascii="Arial" w:hAnsi="Arial"/>
          <w:color w:val="5D7284"/>
          <w:sz w:val="22"/>
        </w:rPr>
        <w:t>46:20</w:t>
      </w:r>
    </w:p>
    <w:p>
      <w:pPr>
        <w:spacing w:after="0"/>
      </w:pPr>
      <w:r>
        <w:rPr>
          <w:rFonts w:ascii="Arial" w:hAnsi="Arial"/>
          <w:sz w:val="22"/>
        </w:rPr>
        <w:t>I mean, not necessarily a problem for you massively anyway, if you're not exactly using your legs anyway....</w:t>
      </w:r>
    </w:p>
    <w:p>
      <w:pPr>
        <w:spacing w:after="0"/>
      </w:pPr>
    </w:p>
    <w:p>
      <w:pPr>
        <w:spacing w:after="0"/>
      </w:pPr>
      <w:r>
        <w:rPr>
          <w:rFonts w:ascii="Arial" w:hAnsi="Arial"/>
          <w:b/>
          <w:sz w:val="22"/>
        </w:rPr>
        <w:t xml:space="preserve">Lucy  </w:t>
      </w:r>
      <w:r>
        <w:rPr>
          <w:rFonts w:ascii="Arial" w:hAnsi="Arial"/>
          <w:color w:val="5D7284"/>
          <w:sz w:val="22"/>
        </w:rPr>
        <w:t>46:25</w:t>
      </w:r>
    </w:p>
    <w:p>
      <w:pPr>
        <w:spacing w:after="0"/>
      </w:pPr>
      <w:r>
        <w:rPr>
          <w:rFonts w:ascii="Arial" w:hAnsi="Arial"/>
          <w:sz w:val="22"/>
        </w:rPr>
        <w:t>Put a band round my feet it's fine! (laughs)</w:t>
      </w:r>
    </w:p>
    <w:p>
      <w:pPr>
        <w:spacing w:after="0"/>
      </w:pPr>
    </w:p>
    <w:p>
      <w:pPr>
        <w:spacing w:after="0"/>
      </w:pPr>
      <w:r>
        <w:rPr>
          <w:rFonts w:ascii="Arial" w:hAnsi="Arial"/>
          <w:b/>
          <w:sz w:val="22"/>
        </w:rPr>
        <w:t xml:space="preserve">Dan  </w:t>
      </w:r>
      <w:r>
        <w:rPr>
          <w:rFonts w:ascii="Arial" w:hAnsi="Arial"/>
          <w:color w:val="5D7284"/>
          <w:sz w:val="22"/>
        </w:rPr>
        <w:t>46:28</w:t>
      </w:r>
    </w:p>
    <w:p>
      <w:pPr>
        <w:spacing w:after="0"/>
      </w:pPr>
      <w:r>
        <w:rPr>
          <w:rFonts w:ascii="Arial" w:hAnsi="Arial"/>
          <w:sz w:val="22"/>
        </w:rPr>
        <w:t>They're not gonna work! But so even though I'm paralyzed, I still had to have the band around my ankles. To stop me from using my legs. (laughs)</w:t>
      </w:r>
    </w:p>
    <w:p>
      <w:pPr>
        <w:spacing w:after="0"/>
      </w:pPr>
    </w:p>
    <w:p>
      <w:pPr>
        <w:spacing w:after="0"/>
      </w:pPr>
      <w:r>
        <w:rPr>
          <w:rFonts w:ascii="Arial" w:hAnsi="Arial"/>
          <w:b/>
          <w:sz w:val="22"/>
        </w:rPr>
        <w:t xml:space="preserve">Alice  </w:t>
      </w:r>
      <w:r>
        <w:rPr>
          <w:rFonts w:ascii="Arial" w:hAnsi="Arial"/>
          <w:color w:val="5D7284"/>
          <w:sz w:val="22"/>
        </w:rPr>
        <w:t>46:41</w:t>
      </w:r>
    </w:p>
    <w:p>
      <w:pPr>
        <w:spacing w:after="0"/>
      </w:pPr>
      <w:r>
        <w:rPr>
          <w:rFonts w:ascii="Arial" w:hAnsi="Arial"/>
          <w:sz w:val="22"/>
        </w:rPr>
        <w:t>We've got to tick this box. We know it's ridiculous.</w:t>
      </w:r>
    </w:p>
    <w:p>
      <w:pPr>
        <w:spacing w:after="0"/>
      </w:pPr>
    </w:p>
    <w:p>
      <w:pPr>
        <w:spacing w:after="0"/>
      </w:pPr>
      <w:r>
        <w:rPr>
          <w:rFonts w:ascii="Arial" w:hAnsi="Arial"/>
          <w:b/>
          <w:sz w:val="22"/>
        </w:rPr>
        <w:t xml:space="preserve">Dan  </w:t>
      </w:r>
      <w:r>
        <w:rPr>
          <w:rFonts w:ascii="Arial" w:hAnsi="Arial"/>
          <w:color w:val="5D7284"/>
          <w:sz w:val="22"/>
        </w:rPr>
        <w:t>46:44</w:t>
      </w:r>
    </w:p>
    <w:p>
      <w:pPr>
        <w:spacing w:after="0"/>
      </w:pPr>
      <w:r>
        <w:rPr>
          <w:rFonts w:ascii="Arial" w:hAnsi="Arial"/>
          <w:sz w:val="22"/>
        </w:rPr>
        <w:t>But what they said is if it's seen by other people, able bodied people, they could go "well, he weren't wearing a band."(Lucy) Yeah, I suppose, I had to wear the band. (Lucy) Yeah, so that was one world record. The second world record is exactly the same thing but for disability. (Alice) Okay. So it was fastest. One mile scuba dived in fresh open water, via an MP2 which is muscle paralysis two. (Lucy) Right. And that is from here, down to no use of core (Alice) Right. and no use of legs. (Alice) Right.  So again, able bodied people can take me on in it, on the able bodied challenge. Because I wanted a I had to say without being no PC, but I wanted a proper world record, that it's actually going to be in the book instead because all the paralyzed and disability (Lucy) They aren't in there. They aren't in there. Because they don't like it.</w:t>
      </w:r>
    </w:p>
    <w:p>
      <w:pPr>
        <w:spacing w:after="0"/>
      </w:pPr>
    </w:p>
    <w:p>
      <w:pPr>
        <w:spacing w:after="0"/>
      </w:pPr>
      <w:r>
        <w:rPr>
          <w:rFonts w:ascii="Arial" w:hAnsi="Arial"/>
          <w:b/>
          <w:sz w:val="22"/>
        </w:rPr>
        <w:t xml:space="preserve">Lucy  </w:t>
      </w:r>
      <w:r>
        <w:rPr>
          <w:rFonts w:ascii="Arial" w:hAnsi="Arial"/>
          <w:color w:val="5D7284"/>
          <w:sz w:val="22"/>
        </w:rPr>
        <w:t>47:32</w:t>
      </w:r>
    </w:p>
    <w:p>
      <w:pPr>
        <w:spacing w:after="0"/>
      </w:pPr>
      <w:r>
        <w:rPr>
          <w:rFonts w:ascii="Arial" w:hAnsi="Arial"/>
          <w:sz w:val="22"/>
        </w:rPr>
        <w:t xml:space="preserve">I think obviously that's quite bad. I think. </w:t>
      </w:r>
    </w:p>
    <w:p>
      <w:pPr>
        <w:spacing w:after="0"/>
      </w:pPr>
    </w:p>
    <w:p>
      <w:pPr>
        <w:spacing w:after="0"/>
      </w:pPr>
      <w:r>
        <w:rPr>
          <w:rFonts w:ascii="Arial" w:hAnsi="Arial"/>
          <w:b/>
          <w:sz w:val="22"/>
        </w:rPr>
        <w:t xml:space="preserve">Dan  </w:t>
      </w:r>
      <w:r>
        <w:rPr>
          <w:rFonts w:ascii="Arial" w:hAnsi="Arial"/>
          <w:color w:val="5D7284"/>
          <w:sz w:val="22"/>
        </w:rPr>
        <w:t>47:34</w:t>
      </w:r>
    </w:p>
    <w:p>
      <w:pPr>
        <w:spacing w:after="0"/>
      </w:pPr>
      <w:r>
        <w:rPr>
          <w:rFonts w:ascii="Arial" w:hAnsi="Arial"/>
          <w:sz w:val="22"/>
        </w:rPr>
        <w:t xml:space="preserve">I think they will bring out a book eventually for disability categories. Well, they'll have to, (Lucy) Why is it filling up fast? Well, I think (Alice) Is it just you? (Lucy) Big book of Dan.(laughs) At the minute, I don't know how many world records there is for disability categories. But there is a lot of categories in the disability side of things. I don't know, there's a lady that's done the longest leg press and all that sort of stuff with one leg and all that kind of thing. So there is a lot out there. (Lucy) But it's mainly you? (laughs) And I may be me or think it will be eventually. (Lucy laughs) But I think they should bring out you know, equally as much as the Guinness World Records, but should be Disability World Records as well. (Lucy) Absolutely. </w:t>
      </w:r>
    </w:p>
    <w:p>
      <w:pPr>
        <w:spacing w:after="0"/>
      </w:pPr>
    </w:p>
    <w:p>
      <w:pPr>
        <w:spacing w:after="0"/>
      </w:pPr>
      <w:r>
        <w:rPr>
          <w:rFonts w:ascii="Arial" w:hAnsi="Arial"/>
          <w:b/>
          <w:sz w:val="22"/>
        </w:rPr>
        <w:t xml:space="preserve">Alice  </w:t>
      </w:r>
      <w:r>
        <w:rPr>
          <w:rFonts w:ascii="Arial" w:hAnsi="Arial"/>
          <w:color w:val="5D7284"/>
          <w:sz w:val="22"/>
        </w:rPr>
        <w:t>48:18</w:t>
      </w:r>
    </w:p>
    <w:p>
      <w:pPr>
        <w:spacing w:after="0"/>
      </w:pPr>
      <w:r>
        <w:rPr>
          <w:rFonts w:ascii="Arial" w:hAnsi="Arial"/>
          <w:sz w:val="22"/>
        </w:rPr>
        <w:t>Absolutely I think that's gonna be our next, a big campaign. I think. that I'm really surprised about that</w:t>
      </w:r>
    </w:p>
    <w:p>
      <w:pPr>
        <w:spacing w:after="0"/>
      </w:pPr>
    </w:p>
    <w:p>
      <w:pPr>
        <w:spacing w:after="0"/>
      </w:pPr>
      <w:r>
        <w:rPr>
          <w:rFonts w:ascii="Arial" w:hAnsi="Arial"/>
          <w:b/>
          <w:sz w:val="22"/>
        </w:rPr>
        <w:t xml:space="preserve">Lucy  </w:t>
      </w:r>
      <w:r>
        <w:rPr>
          <w:rFonts w:ascii="Arial" w:hAnsi="Arial"/>
          <w:color w:val="5D7284"/>
          <w:sz w:val="22"/>
        </w:rPr>
        <w:t>48:25</w:t>
      </w:r>
    </w:p>
    <w:p>
      <w:pPr>
        <w:spacing w:after="0"/>
      </w:pPr>
      <w:r>
        <w:rPr>
          <w:rFonts w:ascii="Arial" w:hAnsi="Arial"/>
          <w:sz w:val="22"/>
        </w:rPr>
        <w:t>You want me to do a world record attempt? (laughs)</w:t>
      </w:r>
    </w:p>
    <w:p>
      <w:pPr>
        <w:spacing w:after="0"/>
      </w:pPr>
    </w:p>
    <w:p>
      <w:pPr>
        <w:spacing w:after="0"/>
      </w:pPr>
      <w:r>
        <w:rPr>
          <w:rFonts w:ascii="Arial" w:hAnsi="Arial"/>
          <w:b/>
          <w:sz w:val="22"/>
        </w:rPr>
        <w:t xml:space="preserve">Dan  </w:t>
      </w:r>
      <w:r>
        <w:rPr>
          <w:rFonts w:ascii="Arial" w:hAnsi="Arial"/>
          <w:color w:val="5D7284"/>
          <w:sz w:val="22"/>
        </w:rPr>
        <w:t>48:28</w:t>
      </w:r>
    </w:p>
    <w:p>
      <w:pPr>
        <w:spacing w:after="0"/>
      </w:pPr>
      <w:r>
        <w:rPr>
          <w:rFonts w:ascii="Arial" w:hAnsi="Arial"/>
          <w:sz w:val="22"/>
        </w:rPr>
        <w:t>Yeah, (laughs) why not? (Alice) Yeah.</w:t>
      </w:r>
    </w:p>
    <w:p>
      <w:pPr>
        <w:spacing w:after="0"/>
      </w:pPr>
    </w:p>
    <w:p>
      <w:pPr>
        <w:spacing w:after="0"/>
      </w:pPr>
      <w:r>
        <w:rPr>
          <w:rFonts w:ascii="Arial" w:hAnsi="Arial"/>
          <w:b/>
          <w:sz w:val="22"/>
        </w:rPr>
        <w:t xml:space="preserve">Lucy  </w:t>
      </w:r>
      <w:r>
        <w:rPr>
          <w:rFonts w:ascii="Arial" w:hAnsi="Arial"/>
          <w:color w:val="5D7284"/>
          <w:sz w:val="22"/>
        </w:rPr>
        <w:t>48:30</w:t>
      </w:r>
    </w:p>
    <w:p>
      <w:pPr>
        <w:spacing w:after="0"/>
      </w:pPr>
      <w:r>
        <w:rPr>
          <w:rFonts w:ascii="Arial" w:hAnsi="Arial"/>
          <w:sz w:val="22"/>
        </w:rPr>
        <w:t>I don't know what I do though.</w:t>
      </w:r>
    </w:p>
    <w:p>
      <w:pPr>
        <w:spacing w:after="0"/>
      </w:pPr>
    </w:p>
    <w:p>
      <w:pPr>
        <w:spacing w:after="0"/>
      </w:pPr>
      <w:r>
        <w:rPr>
          <w:rFonts w:ascii="Arial" w:hAnsi="Arial"/>
          <w:b/>
          <w:sz w:val="22"/>
        </w:rPr>
        <w:t xml:space="preserve">Alice  </w:t>
      </w:r>
      <w:r>
        <w:rPr>
          <w:rFonts w:ascii="Arial" w:hAnsi="Arial"/>
          <w:color w:val="5D7284"/>
          <w:sz w:val="22"/>
        </w:rPr>
        <w:t>48:32</w:t>
      </w:r>
    </w:p>
    <w:p>
      <w:pPr>
        <w:spacing w:after="0"/>
      </w:pPr>
      <w:r>
        <w:rPr>
          <w:rFonts w:ascii="Arial" w:hAnsi="Arial"/>
          <w:sz w:val="22"/>
        </w:rPr>
        <w:t>The longest disability podcast we have probably already mashed it. (Lucy laughs)</w:t>
      </w:r>
    </w:p>
    <w:p>
      <w:pPr>
        <w:spacing w:after="0"/>
      </w:pPr>
    </w:p>
    <w:p>
      <w:pPr>
        <w:spacing w:after="0"/>
      </w:pPr>
      <w:r>
        <w:rPr>
          <w:rFonts w:ascii="Arial" w:hAnsi="Arial"/>
          <w:b/>
          <w:sz w:val="22"/>
        </w:rPr>
        <w:t xml:space="preserve">Lucy  </w:t>
      </w:r>
      <w:r>
        <w:rPr>
          <w:rFonts w:ascii="Arial" w:hAnsi="Arial"/>
          <w:color w:val="5D7284"/>
          <w:sz w:val="22"/>
        </w:rPr>
        <w:t>48:37</w:t>
      </w:r>
    </w:p>
    <w:p>
      <w:pPr>
        <w:spacing w:after="0"/>
      </w:pPr>
      <w:r>
        <w:rPr>
          <w:rFonts w:ascii="Arial" w:hAnsi="Arial"/>
          <w:sz w:val="22"/>
        </w:rPr>
        <w:t>Probably, yeah.</w:t>
      </w:r>
    </w:p>
    <w:p>
      <w:pPr>
        <w:spacing w:after="0"/>
      </w:pPr>
    </w:p>
    <w:p>
      <w:pPr>
        <w:spacing w:after="0"/>
      </w:pPr>
      <w:r>
        <w:rPr>
          <w:rFonts w:ascii="Arial" w:hAnsi="Arial"/>
          <w:b/>
          <w:sz w:val="22"/>
        </w:rPr>
        <w:t xml:space="preserve">Dan  </w:t>
      </w:r>
      <w:r>
        <w:rPr>
          <w:rFonts w:ascii="Arial" w:hAnsi="Arial"/>
          <w:color w:val="5D7284"/>
          <w:sz w:val="22"/>
        </w:rPr>
        <w:t>48:38</w:t>
      </w:r>
    </w:p>
    <w:p>
      <w:pPr>
        <w:spacing w:after="0"/>
      </w:pPr>
      <w:r>
        <w:rPr>
          <w:rFonts w:ascii="Arial" w:hAnsi="Arial"/>
          <w:sz w:val="22"/>
        </w:rPr>
        <w:t>24 hour podcast. (Lucy) Yeah. So, so yeah, so the second the second one was as an MP2 still the same mile. So blasting that mile out as fast as physically possible was the key to that part. And that would involve two cylinder changes, because I can only get around half a lap each time (Alice) Right. On my twin cylinders. So obviously, it's huge work there, changing cylinders under water (Alice) I was going to say you have to do it as quickly as possible. Yep and it's all gonna be done on the water as well. So it's, you can't come to the surface and change cylinders because you've stopped diving once you've come to the surface, so it's changed under water. Was it like you were in like formula one? (Dan) Yeah like pit stops. Yeah pit stops. Yeah I pull in two divers either side of me. Bang, bang, bang. They're off. New Reg in, new change reg and bang we're off again. So the fastest they managed to get two cylinders changed was two and a half minutes. (Alice) Wow. (Lucy) Tha'ts Amazing. Rapid for changing two cylinders underwater and doing QD's and all that sort of stuff for my regs and that is really, really quick. So we got that down to a good art and going fast and stuff. And then I wanted to do the longest distance one which stupidly I told Guinness World Records that I wanted to do 5k. And what Guinness do when you want to set a world record is you tell them what you want to do and then they take that. And if they think it's not good enough, they will give you the parameters. So they will give you the distance or you the, the target to beat. (Lucy) Right. Whereas what they did with me is I was stupid enough to say I want to do 5k and they said, "Okay, well, we'll set the record of 5k then" now you've got to beat it. So I had no choice.</w:t>
      </w:r>
    </w:p>
    <w:p>
      <w:pPr>
        <w:spacing w:after="0"/>
      </w:pPr>
    </w:p>
    <w:p>
      <w:pPr>
        <w:spacing w:after="0"/>
      </w:pPr>
      <w:r>
        <w:rPr>
          <w:rFonts w:ascii="Arial" w:hAnsi="Arial"/>
          <w:b/>
          <w:sz w:val="22"/>
        </w:rPr>
        <w:t xml:space="preserve">Lucy  </w:t>
      </w:r>
      <w:r>
        <w:rPr>
          <w:rFonts w:ascii="Arial" w:hAnsi="Arial"/>
          <w:color w:val="5D7284"/>
          <w:sz w:val="22"/>
        </w:rPr>
        <w:t>50:22</w:t>
      </w:r>
    </w:p>
    <w:p>
      <w:pPr>
        <w:spacing w:after="0"/>
      </w:pPr>
      <w:r>
        <w:rPr>
          <w:rFonts w:ascii="Arial" w:hAnsi="Arial"/>
          <w:sz w:val="22"/>
        </w:rPr>
        <w:t>I didn't know that, I didn't know that Guinness World Record. This might sound stupid Guinness World Records. If, like, so that record before you said, I want to do 5k didn't exist. (Dan) No. I always thought like these records existed and that's what... I didn't realize that they weren't, okay.</w:t>
      </w:r>
    </w:p>
    <w:p>
      <w:pPr>
        <w:spacing w:after="0"/>
      </w:pPr>
    </w:p>
    <w:p>
      <w:pPr>
        <w:spacing w:after="0"/>
      </w:pPr>
      <w:r>
        <w:rPr>
          <w:rFonts w:ascii="Arial" w:hAnsi="Arial"/>
          <w:b/>
          <w:sz w:val="22"/>
        </w:rPr>
        <w:t xml:space="preserve">Alice  </w:t>
      </w:r>
      <w:r>
        <w:rPr>
          <w:rFonts w:ascii="Arial" w:hAnsi="Arial"/>
          <w:color w:val="5D7284"/>
          <w:sz w:val="22"/>
        </w:rPr>
        <w:t>50:40</w:t>
      </w:r>
    </w:p>
    <w:p>
      <w:pPr>
        <w:spacing w:after="0"/>
      </w:pPr>
      <w:r>
        <w:rPr>
          <w:rFonts w:ascii="Arial" w:hAnsi="Arial"/>
          <w:sz w:val="22"/>
        </w:rPr>
        <w:t>I mean, someone's got to be the first to do something.</w:t>
      </w:r>
    </w:p>
    <w:p>
      <w:pPr>
        <w:spacing w:after="0"/>
      </w:pPr>
    </w:p>
    <w:p>
      <w:pPr>
        <w:spacing w:after="0"/>
      </w:pPr>
      <w:r>
        <w:rPr>
          <w:rFonts w:ascii="Arial" w:hAnsi="Arial"/>
          <w:b/>
          <w:sz w:val="22"/>
        </w:rPr>
        <w:t xml:space="preserve">Lucy  </w:t>
      </w:r>
      <w:r>
        <w:rPr>
          <w:rFonts w:ascii="Arial" w:hAnsi="Arial"/>
          <w:color w:val="5D7284"/>
          <w:sz w:val="22"/>
        </w:rPr>
        <w:t>50:43</w:t>
      </w:r>
    </w:p>
    <w:p>
      <w:pPr>
        <w:spacing w:after="0"/>
      </w:pPr>
      <w:r>
        <w:rPr>
          <w:rFonts w:ascii="Arial" w:hAnsi="Arial"/>
          <w:sz w:val="22"/>
        </w:rPr>
        <w:t>Yeah but surely if like Dan says, I want to do five and nobody has ever done five then?</w:t>
      </w:r>
    </w:p>
    <w:p>
      <w:pPr>
        <w:spacing w:after="0"/>
      </w:pPr>
    </w:p>
    <w:p>
      <w:pPr>
        <w:spacing w:after="0"/>
      </w:pPr>
      <w:r>
        <w:rPr>
          <w:rFonts w:ascii="Arial" w:hAnsi="Arial"/>
          <w:b/>
          <w:sz w:val="22"/>
        </w:rPr>
        <w:t xml:space="preserve">Alice  </w:t>
      </w:r>
      <w:r>
        <w:rPr>
          <w:rFonts w:ascii="Arial" w:hAnsi="Arial"/>
          <w:color w:val="5D7284"/>
          <w:sz w:val="22"/>
        </w:rPr>
        <w:t>50:50</w:t>
      </w:r>
    </w:p>
    <w:p>
      <w:pPr>
        <w:spacing w:after="0"/>
      </w:pPr>
      <w:r>
        <w:rPr>
          <w:rFonts w:ascii="Arial" w:hAnsi="Arial"/>
          <w:sz w:val="22"/>
        </w:rPr>
        <w:t>But they, they... the purpose of the records is kind of a... it's a demonstration of skill and you've got an ability, so they can't be like, oh, "yeah you..."</w:t>
      </w:r>
    </w:p>
    <w:p>
      <w:pPr>
        <w:spacing w:after="0"/>
      </w:pPr>
    </w:p>
    <w:p>
      <w:pPr>
        <w:spacing w:after="0"/>
      </w:pPr>
      <w:r>
        <w:rPr>
          <w:rFonts w:ascii="Arial" w:hAnsi="Arial"/>
          <w:b/>
          <w:sz w:val="22"/>
        </w:rPr>
        <w:t xml:space="preserve">Lucy  </w:t>
      </w:r>
      <w:r>
        <w:rPr>
          <w:rFonts w:ascii="Arial" w:hAnsi="Arial"/>
          <w:color w:val="5D7284"/>
          <w:sz w:val="22"/>
        </w:rPr>
        <w:t>51:07</w:t>
      </w:r>
    </w:p>
    <w:p>
      <w:pPr>
        <w:spacing w:after="0"/>
      </w:pPr>
      <w:r>
        <w:rPr>
          <w:rFonts w:ascii="Arial" w:hAnsi="Arial"/>
          <w:sz w:val="22"/>
        </w:rPr>
        <w:t>That's easy but there's you certificate.</w:t>
      </w:r>
    </w:p>
    <w:p>
      <w:pPr>
        <w:spacing w:after="0"/>
      </w:pPr>
    </w:p>
    <w:p>
      <w:pPr>
        <w:spacing w:after="0"/>
      </w:pPr>
      <w:r>
        <w:rPr>
          <w:rFonts w:ascii="Arial" w:hAnsi="Arial"/>
          <w:b/>
          <w:sz w:val="22"/>
        </w:rPr>
        <w:t xml:space="preserve">Alice  </w:t>
      </w:r>
      <w:r>
        <w:rPr>
          <w:rFonts w:ascii="Arial" w:hAnsi="Arial"/>
          <w:color w:val="5D7284"/>
          <w:sz w:val="22"/>
        </w:rPr>
        <w:t>51:09</w:t>
      </w:r>
    </w:p>
    <w:p>
      <w:pPr>
        <w:spacing w:after="0"/>
      </w:pPr>
      <w:r>
        <w:rPr>
          <w:rFonts w:ascii="Arial" w:hAnsi="Arial"/>
          <w:sz w:val="22"/>
        </w:rPr>
        <w:t>Well, yeah and whatever you do it in is good. Like, that's good enough for the record, like Dan could be like, I want to do 5k but I'm going to do it in six weeks.</w:t>
      </w:r>
    </w:p>
    <w:p>
      <w:pPr>
        <w:spacing w:after="0"/>
      </w:pPr>
    </w:p>
    <w:p>
      <w:pPr>
        <w:spacing w:after="0"/>
      </w:pPr>
      <w:r>
        <w:rPr>
          <w:rFonts w:ascii="Arial" w:hAnsi="Arial"/>
          <w:b/>
          <w:sz w:val="22"/>
        </w:rPr>
        <w:t xml:space="preserve">Dan  </w:t>
      </w:r>
      <w:r>
        <w:rPr>
          <w:rFonts w:ascii="Arial" w:hAnsi="Arial"/>
          <w:color w:val="5D7284"/>
          <w:sz w:val="22"/>
        </w:rPr>
        <w:t>51:18</w:t>
      </w:r>
    </w:p>
    <w:p>
      <w:pPr>
        <w:spacing w:after="0"/>
      </w:pPr>
      <w:r>
        <w:rPr>
          <w:rFonts w:ascii="Arial" w:hAnsi="Arial"/>
          <w:sz w:val="22"/>
        </w:rPr>
        <w:t xml:space="preserve"> Yeah over a period of a year.</w:t>
      </w:r>
    </w:p>
    <w:p>
      <w:pPr>
        <w:spacing w:after="0"/>
      </w:pPr>
    </w:p>
    <w:p>
      <w:pPr>
        <w:spacing w:after="0"/>
      </w:pPr>
      <w:r>
        <w:rPr>
          <w:rFonts w:ascii="Arial" w:hAnsi="Arial"/>
          <w:b/>
          <w:sz w:val="22"/>
        </w:rPr>
        <w:t xml:space="preserve">Alice  </w:t>
      </w:r>
      <w:r>
        <w:rPr>
          <w:rFonts w:ascii="Arial" w:hAnsi="Arial"/>
          <w:color w:val="5D7284"/>
          <w:sz w:val="22"/>
        </w:rPr>
        <w:t>51:22</w:t>
      </w:r>
    </w:p>
    <w:p>
      <w:pPr>
        <w:spacing w:after="0"/>
      </w:pPr>
      <w:r>
        <w:rPr>
          <w:rFonts w:ascii="Arial" w:hAnsi="Arial"/>
          <w:sz w:val="22"/>
        </w:rPr>
        <w:t xml:space="preserve">Yeah, exactly. </w:t>
      </w:r>
    </w:p>
    <w:p>
      <w:pPr>
        <w:spacing w:after="0"/>
      </w:pPr>
    </w:p>
    <w:p>
      <w:pPr>
        <w:spacing w:after="0"/>
      </w:pPr>
      <w:r>
        <w:rPr>
          <w:rFonts w:ascii="Arial" w:hAnsi="Arial"/>
          <w:b/>
          <w:sz w:val="22"/>
        </w:rPr>
        <w:t xml:space="preserve">Dan  </w:t>
      </w:r>
      <w:r>
        <w:rPr>
          <w:rFonts w:ascii="Arial" w:hAnsi="Arial"/>
          <w:color w:val="5D7284"/>
          <w:sz w:val="22"/>
        </w:rPr>
        <w:t>51:23</w:t>
      </w:r>
    </w:p>
    <w:p>
      <w:pPr>
        <w:spacing w:after="0"/>
      </w:pPr>
      <w:r>
        <w:rPr>
          <w:rFonts w:ascii="Arial" w:hAnsi="Arial"/>
          <w:sz w:val="22"/>
        </w:rPr>
        <w:t>So yeah we set the 5k. Or they set the 5k benchmark to beat. Luckily, to get that... I had so much trouble with the  logistics of it, I had to get surveying team into survey the cove to prove how far round it is. Even though I've got open water swimmers go in there every single day. And we can use their Garmin tracking (Lucy) Yeah. That they track when they swim. Nope, not good enough. We needed professional surveyors to do it. So they had to come in and out to tell us where to put the two bouy's as well for the mile. So we clocked a mile. And then we just carried on going after that. We'll just carried on going.(Lucy) around around. Yeah, yeah. And so luckily, the cove worked out that it was one point nearly 1.1 kilometers, so it was 1.08, or something like that kilometers long. Which means I only had to do five laps, and I'd done more than five kilometers, and they actually came out at 5246 meters. So I beat the 5k by 246 meters. (Lucy) Amazing. But the important parts were the speed in the mile in one mile. That was the important one. And they gave me two hours to complete that. And I smashed it in one hour 28 minutes (Lucy) Oh, of course you did! So that gives a benchmark for people to beat.</w:t>
      </w:r>
    </w:p>
    <w:p>
      <w:pPr>
        <w:spacing w:after="0"/>
      </w:pPr>
    </w:p>
    <w:p>
      <w:pPr>
        <w:spacing w:after="0"/>
      </w:pPr>
      <w:r>
        <w:rPr>
          <w:rFonts w:ascii="Arial" w:hAnsi="Arial"/>
          <w:b/>
          <w:sz w:val="22"/>
        </w:rPr>
        <w:t xml:space="preserve">Lucy  </w:t>
      </w:r>
      <w:r>
        <w:rPr>
          <w:rFonts w:ascii="Arial" w:hAnsi="Arial"/>
          <w:color w:val="5D7284"/>
          <w:sz w:val="22"/>
        </w:rPr>
        <w:t>52:47</w:t>
      </w:r>
    </w:p>
    <w:p>
      <w:pPr>
        <w:spacing w:after="0"/>
      </w:pPr>
      <w:r>
        <w:rPr>
          <w:rFonts w:ascii="Arial" w:hAnsi="Arial"/>
          <w:sz w:val="22"/>
        </w:rPr>
        <w:t>You are a machine! (Dan) I can try to be.</w:t>
      </w:r>
    </w:p>
    <w:p>
      <w:pPr>
        <w:spacing w:after="0"/>
      </w:pPr>
    </w:p>
    <w:p>
      <w:pPr>
        <w:spacing w:after="0"/>
      </w:pPr>
      <w:r>
        <w:rPr>
          <w:rFonts w:ascii="Arial" w:hAnsi="Arial"/>
          <w:b/>
          <w:sz w:val="22"/>
        </w:rPr>
        <w:t xml:space="preserve">Alice  </w:t>
      </w:r>
      <w:r>
        <w:rPr>
          <w:rFonts w:ascii="Arial" w:hAnsi="Arial"/>
          <w:color w:val="5D7284"/>
          <w:sz w:val="22"/>
        </w:rPr>
        <w:t>52:51</w:t>
      </w:r>
    </w:p>
    <w:p>
      <w:pPr>
        <w:spacing w:after="0"/>
      </w:pPr>
      <w:r>
        <w:rPr>
          <w:rFonts w:ascii="Arial" w:hAnsi="Arial"/>
          <w:sz w:val="22"/>
        </w:rPr>
        <w:t>I did my... I've got my my miles swimming badge from when I was like 12. (Lucy laughs) (Dan) Yeah. And to get that in my local swimming pool, I had to swim 64 lengths.</w:t>
      </w:r>
    </w:p>
    <w:p>
      <w:pPr>
        <w:spacing w:after="0"/>
      </w:pPr>
    </w:p>
    <w:p>
      <w:pPr>
        <w:spacing w:after="0"/>
      </w:pPr>
      <w:r>
        <w:rPr>
          <w:rFonts w:ascii="Arial" w:hAnsi="Arial"/>
          <w:b/>
          <w:sz w:val="22"/>
        </w:rPr>
        <w:t xml:space="preserve">Dan  </w:t>
      </w:r>
      <w:r>
        <w:rPr>
          <w:rFonts w:ascii="Arial" w:hAnsi="Arial"/>
          <w:color w:val="5D7284"/>
          <w:sz w:val="22"/>
        </w:rPr>
        <w:t>53:03</w:t>
      </w:r>
    </w:p>
    <w:p>
      <w:pPr>
        <w:spacing w:after="0"/>
      </w:pPr>
      <w:r>
        <w:rPr>
          <w:rFonts w:ascii="Arial" w:hAnsi="Arial"/>
          <w:sz w:val="22"/>
        </w:rPr>
        <w:t xml:space="preserve">64 lengths yeah that's what I've been doing every week. (laughs) </w:t>
      </w:r>
    </w:p>
    <w:p>
      <w:pPr>
        <w:spacing w:after="0"/>
      </w:pPr>
    </w:p>
    <w:p>
      <w:pPr>
        <w:spacing w:after="0"/>
      </w:pPr>
      <w:r>
        <w:rPr>
          <w:rFonts w:ascii="Arial" w:hAnsi="Arial"/>
          <w:b/>
          <w:sz w:val="22"/>
        </w:rPr>
        <w:t xml:space="preserve">Alice  </w:t>
      </w:r>
      <w:r>
        <w:rPr>
          <w:rFonts w:ascii="Arial" w:hAnsi="Arial"/>
          <w:color w:val="5D7284"/>
          <w:sz w:val="22"/>
        </w:rPr>
        <w:t>53:07</w:t>
      </w:r>
    </w:p>
    <w:p>
      <w:pPr>
        <w:spacing w:after="0"/>
      </w:pPr>
      <w:r>
        <w:rPr>
          <w:rFonts w:ascii="Arial" w:hAnsi="Arial"/>
          <w:sz w:val="22"/>
        </w:rPr>
        <w:t>So it's like just to give people a bit of context that 64 lengths of the pool. And what did you say? 1 hour 28?</w:t>
      </w:r>
    </w:p>
    <w:p>
      <w:pPr>
        <w:spacing w:after="0"/>
      </w:pPr>
    </w:p>
    <w:p>
      <w:pPr>
        <w:spacing w:after="0"/>
      </w:pPr>
      <w:r>
        <w:rPr>
          <w:rFonts w:ascii="Arial" w:hAnsi="Arial"/>
          <w:b/>
          <w:sz w:val="22"/>
        </w:rPr>
        <w:t xml:space="preserve">Dan  </w:t>
      </w:r>
      <w:r>
        <w:rPr>
          <w:rFonts w:ascii="Arial" w:hAnsi="Arial"/>
          <w:color w:val="5D7284"/>
          <w:sz w:val="22"/>
        </w:rPr>
        <w:t>53:13</w:t>
      </w:r>
    </w:p>
    <w:p>
      <w:pPr>
        <w:spacing w:after="0"/>
      </w:pPr>
      <w:r>
        <w:rPr>
          <w:rFonts w:ascii="Arial" w:hAnsi="Arial"/>
          <w:sz w:val="22"/>
        </w:rPr>
        <w:t>Yeah, but that scuba diving?(Alice) Exactly. If I'm doing it on surface diving, I do that in 58 minutes. (Alice) Yeah.</w:t>
      </w:r>
    </w:p>
    <w:p>
      <w:pPr>
        <w:spacing w:after="0"/>
      </w:pPr>
    </w:p>
    <w:p>
      <w:pPr>
        <w:spacing w:after="0"/>
      </w:pPr>
      <w:r>
        <w:rPr>
          <w:rFonts w:ascii="Arial" w:hAnsi="Arial"/>
          <w:b/>
          <w:sz w:val="22"/>
        </w:rPr>
        <w:t xml:space="preserve">Alice  </w:t>
      </w:r>
      <w:r>
        <w:rPr>
          <w:rFonts w:ascii="Arial" w:hAnsi="Arial"/>
          <w:color w:val="5D7284"/>
          <w:sz w:val="22"/>
        </w:rPr>
        <w:t>53:21</w:t>
      </w:r>
    </w:p>
    <w:p>
      <w:pPr>
        <w:spacing w:after="0"/>
      </w:pPr>
      <w:r>
        <w:rPr>
          <w:rFonts w:ascii="Arial" w:hAnsi="Arial"/>
          <w:sz w:val="22"/>
        </w:rPr>
        <w:t>So it's I just wanted to give people a bit of context to understand quite what you've achieved. (laughs)</w:t>
      </w:r>
    </w:p>
    <w:p>
      <w:pPr>
        <w:spacing w:after="0"/>
      </w:pPr>
    </w:p>
    <w:p>
      <w:pPr>
        <w:spacing w:after="0"/>
      </w:pPr>
      <w:r>
        <w:rPr>
          <w:rFonts w:ascii="Arial" w:hAnsi="Arial"/>
          <w:b/>
          <w:sz w:val="22"/>
        </w:rPr>
        <w:t xml:space="preserve">Dan  </w:t>
      </w:r>
      <w:r>
        <w:rPr>
          <w:rFonts w:ascii="Arial" w:hAnsi="Arial"/>
          <w:color w:val="5D7284"/>
          <w:sz w:val="22"/>
        </w:rPr>
        <w:t>53:25</w:t>
      </w:r>
    </w:p>
    <w:p>
      <w:pPr>
        <w:spacing w:after="0"/>
      </w:pPr>
      <w:r>
        <w:rPr>
          <w:rFonts w:ascii="Arial" w:hAnsi="Arial"/>
          <w:sz w:val="22"/>
        </w:rPr>
        <w:t>Yeah, it's a long way. (Alice &amp; Lucy) Yeah. And the drag of obviously, having all your your scuba kit on as well. You've got, I ended up having a wing, and sidemount. So I ended up actually having a cylinders here (indicating under his arms) underneath my armpits, along my side.</w:t>
      </w:r>
    </w:p>
    <w:p>
      <w:pPr>
        <w:spacing w:after="0"/>
      </w:pPr>
    </w:p>
    <w:p>
      <w:pPr>
        <w:spacing w:after="0"/>
      </w:pPr>
      <w:r>
        <w:rPr>
          <w:rFonts w:ascii="Arial" w:hAnsi="Arial"/>
          <w:b/>
          <w:sz w:val="22"/>
        </w:rPr>
        <w:t xml:space="preserve">Lucy  </w:t>
      </w:r>
      <w:r>
        <w:rPr>
          <w:rFonts w:ascii="Arial" w:hAnsi="Arial"/>
          <w:color w:val="5D7284"/>
          <w:sz w:val="22"/>
        </w:rPr>
        <w:t>53:44</w:t>
      </w:r>
    </w:p>
    <w:p>
      <w:pPr>
        <w:spacing w:after="0"/>
      </w:pPr>
      <w:r>
        <w:rPr>
          <w:rFonts w:ascii="Arial" w:hAnsi="Arial"/>
          <w:sz w:val="22"/>
        </w:rPr>
        <w:t>Did that hamper it? that sort of changed the technique a little bit or..?</w:t>
      </w:r>
    </w:p>
    <w:p>
      <w:pPr>
        <w:spacing w:after="0"/>
      </w:pPr>
    </w:p>
    <w:p>
      <w:pPr>
        <w:spacing w:after="0"/>
      </w:pPr>
      <w:r>
        <w:rPr>
          <w:rFonts w:ascii="Arial" w:hAnsi="Arial"/>
          <w:b/>
          <w:sz w:val="22"/>
        </w:rPr>
        <w:t xml:space="preserve">Dan  </w:t>
      </w:r>
      <w:r>
        <w:rPr>
          <w:rFonts w:ascii="Arial" w:hAnsi="Arial"/>
          <w:color w:val="5D7284"/>
          <w:sz w:val="22"/>
        </w:rPr>
        <w:t>53:48</w:t>
      </w:r>
    </w:p>
    <w:p>
      <w:pPr>
        <w:spacing w:after="0"/>
      </w:pPr>
      <w:r>
        <w:rPr>
          <w:rFonts w:ascii="Arial" w:hAnsi="Arial"/>
          <w:sz w:val="22"/>
        </w:rPr>
        <w:t>A little bit if anything increased it (Lucy) Really? Because, yeah, because of BCD wraps around your waist. (Lucy) Yeah. So that it can lift you up at surface and all that sort of stuff. We don't really need the bouyance on the front, (Lucy) No. When you've got a dry suit on. So when you got the dry suit on, you can inflate your dry suit. That's a huge buoyancy device. (Lucy) Yeah. And you just go straight to the surface. And it'll hold you upright in the water as well. So, I luckily I got in contact with some actually really special people. I had a very special day, because everybody was talking to him, which I've been now connected with, like some of the best divers in the world, and talking to people that perhaps will really blow my mind in the diving world. And they're like, "you're insane. Why do you want to do?" (Lucy laughs) And I'm thinking "No, actually, you're insane. You're like the best diver in the world." And, you know, and I was talking to them. And I mean, I don't know whether you guys have ever seen 13 lives? or the Thailand rescue?.</w:t>
      </w:r>
    </w:p>
    <w:p>
      <w:pPr>
        <w:spacing w:after="0"/>
      </w:pPr>
    </w:p>
    <w:p>
      <w:pPr>
        <w:spacing w:after="0"/>
      </w:pPr>
      <w:r>
        <w:rPr>
          <w:rFonts w:ascii="Arial" w:hAnsi="Arial"/>
          <w:b/>
          <w:sz w:val="22"/>
        </w:rPr>
        <w:t xml:space="preserve">Lucy  </w:t>
      </w:r>
      <w:r>
        <w:rPr>
          <w:rFonts w:ascii="Arial" w:hAnsi="Arial"/>
          <w:color w:val="5D7284"/>
          <w:sz w:val="22"/>
        </w:rPr>
        <w:t>54:48</w:t>
      </w:r>
    </w:p>
    <w:p>
      <w:pPr>
        <w:spacing w:after="0"/>
      </w:pPr>
      <w:r>
        <w:rPr>
          <w:rFonts w:ascii="Arial" w:hAnsi="Arial"/>
          <w:sz w:val="22"/>
        </w:rPr>
        <w:t>Yeah I've watched half of it because my mum fell asleep was like turn this off and watch the end of it. So I've not seen the end of it yet, but I know what happens. And so it was given me.. that film was given me claustrophobia. Just watching it I was like, I feel like I can't breathe. It's er...</w:t>
      </w:r>
    </w:p>
    <w:p>
      <w:pPr>
        <w:spacing w:after="0"/>
      </w:pPr>
    </w:p>
    <w:p>
      <w:pPr>
        <w:spacing w:after="0"/>
      </w:pPr>
      <w:r>
        <w:rPr>
          <w:rFonts w:ascii="Arial" w:hAnsi="Arial"/>
          <w:b/>
          <w:sz w:val="22"/>
        </w:rPr>
        <w:t xml:space="preserve">Dan  </w:t>
      </w:r>
      <w:r>
        <w:rPr>
          <w:rFonts w:ascii="Arial" w:hAnsi="Arial"/>
          <w:color w:val="5D7284"/>
          <w:sz w:val="22"/>
        </w:rPr>
        <w:t>55:04</w:t>
      </w:r>
    </w:p>
    <w:p>
      <w:pPr>
        <w:spacing w:after="0"/>
      </w:pPr>
      <w:r>
        <w:rPr>
          <w:rFonts w:ascii="Arial" w:hAnsi="Arial"/>
          <w:sz w:val="22"/>
        </w:rPr>
        <w:t>Was it the film or the documentary that you watched?</w:t>
      </w:r>
    </w:p>
    <w:p>
      <w:pPr>
        <w:spacing w:after="0"/>
      </w:pPr>
    </w:p>
    <w:p>
      <w:pPr>
        <w:spacing w:after="0"/>
      </w:pPr>
      <w:r>
        <w:rPr>
          <w:rFonts w:ascii="Arial" w:hAnsi="Arial"/>
          <w:b/>
          <w:sz w:val="22"/>
        </w:rPr>
        <w:t xml:space="preserve">Lucy  </w:t>
      </w:r>
      <w:r>
        <w:rPr>
          <w:rFonts w:ascii="Arial" w:hAnsi="Arial"/>
          <w:color w:val="5D7284"/>
          <w:sz w:val="22"/>
        </w:rPr>
        <w:t>55:06</w:t>
      </w:r>
    </w:p>
    <w:p>
      <w:pPr>
        <w:spacing w:after="0"/>
      </w:pPr>
      <w:r>
        <w:rPr>
          <w:rFonts w:ascii="Arial" w:hAnsi="Arial"/>
          <w:sz w:val="22"/>
        </w:rPr>
        <w:t>The film, I think I've watched the documentary as well, I think, (Dan) Yeah. But a long time. (Dan) So</w:t>
      </w:r>
    </w:p>
    <w:p>
      <w:pPr>
        <w:spacing w:after="0"/>
      </w:pPr>
    </w:p>
    <w:p>
      <w:pPr>
        <w:spacing w:after="0"/>
      </w:pPr>
      <w:r>
        <w:rPr>
          <w:rFonts w:ascii="Arial" w:hAnsi="Arial"/>
          <w:b/>
          <w:sz w:val="22"/>
        </w:rPr>
        <w:t xml:space="preserve">Dan  </w:t>
      </w:r>
      <w:r>
        <w:rPr>
          <w:rFonts w:ascii="Arial" w:hAnsi="Arial"/>
          <w:color w:val="5D7284"/>
          <w:sz w:val="22"/>
        </w:rPr>
        <w:t>55:10</w:t>
      </w:r>
    </w:p>
    <w:p>
      <w:pPr>
        <w:spacing w:after="0"/>
      </w:pPr>
      <w:r>
        <w:rPr>
          <w:rFonts w:ascii="Arial" w:hAnsi="Arial"/>
          <w:sz w:val="22"/>
        </w:rPr>
        <w:t>I definitely would advise to watch the documentary because that's the route that's the real side of it. (Lucy) Yeah. It's not been it's not been Hollywood'd, if you want to say, but the guy from that you'll know him Rick Stanton. The english diver, english cave diver, they said, you know, we need the best cave divers in the world. Where do we go? (Lucy) Yeah. And that was it, they came to England they got rigged. They got another couple of guys and I cannot remember his name. But the amazing day for me was I was connected with Sally Cartwright from the dive chamber. So Midlands dive chamber. also connected with she got me connected with Robert Thomas and Michael Thomas, father and son duo that are cave divers, some of the best cave divers in the UK, and also sidemount instructors. So they were going to teach me to use the side mount kit (Lucy) Right. And dive in it, because I've never dived in it before and then we're gonna go I'm gonna do a world record in it. So they taught me how to use that safely and how to adapt it for me as well for my body because we had to change a few the dump valves and things because it doesn't work for disabled people. So we did that and then on this day, they said right, Rick's coming, no sorry, they said, So Sal's coming. Rob's coming, Michaels coming. And then Sal said "Oh Frank, somebody else he might turn off, he might not. But it'd be a bit of a surprise for you as well." Okay. God knows who's gonna turn up. And we're kitting up, we're sorting out this gear and trying to work out what goes where and all that sort of thing and talking to rob and Michael. And then she shouts  "Oh, you decided to turn up then? you've decided to adult today." And walking across the car park's Rick Stanton! (Lucy) Wow! It's like are you serious? Is that Rick. He was like " Hello mate you alright?" Yeah, you? "Are we going diving?" (Lucy laughs)  I was like yeah, yeah alright. One of my hero guys, turns up stands there and is no different to us. (Lucy) No. Absolutely no different to us. He's a right laugh, brilliant guy, and was just all the time. Just, "You don't want to do that." "Why don't, why don't we do this?" And I'm like, Rick, that's 40 years old, man! Let's get something newer, and safer. He's like "No it's fine." So one of my, one of my claims to fame that I did to him was in the first 15 minutes of speaking to him, I said to him, I've got a surprise for you today. He's like "Okay, what's that then?" And I said, you're not going to use your fins all day. You're going to use my webs. (Lucy) Yeah. So I've made a set of webs for diving, you guys will have seen them for open water swimming. But they don't really exist in the diving world, because they've got to be a lot tougher, completely different full glove. So I've got two sets of webs made by Northern divers, which we're trying to get made mainstream, (Yeah) because lots of other people will benefit from not just in disability. And I said to him, you're going to wear my webs all day, and you're going to dive sidemount in the webs. Like I dive, so you're gonna dive paralyzed today. And you're not allowed to use your fins and he went "alright" And he did. He put them on nearly drowned himself twice. (Alice &amp; Lucy laughs)  He got himself stuck in his necklace. (Lucy) Yep. He has a necklace that holds the regulators onto your neck. Any they've got clips and snap clips on them, well the web between the thumb and the forefinger, he got stuck with one. (Alice) Oh no. And then he's like, "er...umm.." and he sat on the surface like struggling so he can't get his regs. And then he goes to get it with the other hand, it gets that one stuck. (Alice) Oh my god. (Dan and Lucy laughing) So he's completely, you know, flapping around on the surface with no regulator in. And they're all laughing their head off saying "Come on, Rick, just just adult for once." And he said, "I'm gonna drown in Stoney Cove."</w:t>
      </w:r>
    </w:p>
    <w:p>
      <w:pPr>
        <w:spacing w:after="0"/>
      </w:pPr>
    </w:p>
    <w:p>
      <w:pPr>
        <w:spacing w:after="0"/>
      </w:pPr>
      <w:r>
        <w:rPr>
          <w:rFonts w:ascii="Arial" w:hAnsi="Arial"/>
          <w:b/>
          <w:sz w:val="22"/>
        </w:rPr>
        <w:t xml:space="preserve">Lucy  </w:t>
      </w:r>
      <w:r>
        <w:rPr>
          <w:rFonts w:ascii="Arial" w:hAnsi="Arial"/>
          <w:color w:val="5D7284"/>
          <w:sz w:val="22"/>
        </w:rPr>
        <w:t>58:48</w:t>
      </w:r>
    </w:p>
    <w:p>
      <w:pPr>
        <w:spacing w:after="0"/>
      </w:pPr>
      <w:r>
        <w:rPr>
          <w:rFonts w:ascii="Arial" w:hAnsi="Arial"/>
          <w:sz w:val="22"/>
        </w:rPr>
        <w:t xml:space="preserve">Of all the things I've done. (Dan) Yeah. </w:t>
      </w:r>
    </w:p>
    <w:p>
      <w:pPr>
        <w:spacing w:after="0"/>
      </w:pPr>
    </w:p>
    <w:p>
      <w:pPr>
        <w:spacing w:after="0"/>
      </w:pPr>
      <w:r>
        <w:rPr>
          <w:rFonts w:ascii="Arial" w:hAnsi="Arial"/>
          <w:b/>
          <w:sz w:val="22"/>
        </w:rPr>
        <w:t xml:space="preserve">Dan  </w:t>
      </w:r>
      <w:r>
        <w:rPr>
          <w:rFonts w:ascii="Arial" w:hAnsi="Arial"/>
          <w:color w:val="5D7284"/>
          <w:sz w:val="22"/>
        </w:rPr>
        <w:t>58:51</w:t>
      </w:r>
    </w:p>
    <w:p>
      <w:pPr>
        <w:spacing w:after="0"/>
      </w:pPr>
      <w:r>
        <w:rPr>
          <w:rFonts w:ascii="Arial" w:hAnsi="Arial"/>
          <w:sz w:val="22"/>
        </w:rPr>
        <w:t xml:space="preserve">So it was really, really amazing day to be able to dive with him. </w:t>
      </w:r>
    </w:p>
    <w:p>
      <w:pPr>
        <w:spacing w:after="0"/>
      </w:pPr>
    </w:p>
    <w:p>
      <w:pPr>
        <w:spacing w:after="0"/>
      </w:pPr>
      <w:r>
        <w:rPr>
          <w:rFonts w:ascii="Arial" w:hAnsi="Arial"/>
          <w:b/>
          <w:sz w:val="22"/>
        </w:rPr>
        <w:t xml:space="preserve">Lucy  </w:t>
      </w:r>
      <w:r>
        <w:rPr>
          <w:rFonts w:ascii="Arial" w:hAnsi="Arial"/>
          <w:color w:val="5D7284"/>
          <w:sz w:val="22"/>
        </w:rPr>
        <w:t>58:55</w:t>
      </w:r>
    </w:p>
    <w:p>
      <w:pPr>
        <w:spacing w:after="0"/>
      </w:pPr>
      <w:r>
        <w:rPr>
          <w:rFonts w:ascii="Arial" w:hAnsi="Arial"/>
          <w:sz w:val="22"/>
        </w:rPr>
        <w:t>How did you feel when they said to you? I mean, did you know in your mind, were you pretty certain that you were gonna....</w:t>
      </w:r>
    </w:p>
    <w:p>
      <w:pPr>
        <w:spacing w:after="0"/>
      </w:pPr>
    </w:p>
    <w:p>
      <w:pPr>
        <w:spacing w:after="0"/>
      </w:pPr>
      <w:r>
        <w:rPr>
          <w:rFonts w:ascii="Arial" w:hAnsi="Arial"/>
          <w:b/>
          <w:sz w:val="22"/>
        </w:rPr>
        <w:t xml:space="preserve">Alice  </w:t>
      </w:r>
      <w:r>
        <w:rPr>
          <w:rFonts w:ascii="Arial" w:hAnsi="Arial"/>
          <w:color w:val="5D7284"/>
          <w:sz w:val="22"/>
        </w:rPr>
        <w:t>59:02</w:t>
      </w:r>
    </w:p>
    <w:p>
      <w:pPr>
        <w:spacing w:after="0"/>
      </w:pPr>
      <w:r>
        <w:rPr>
          <w:rFonts w:ascii="Arial" w:hAnsi="Arial"/>
          <w:sz w:val="22"/>
        </w:rPr>
        <w:t>When you got out? Did you think I've done? (Lucy) Yeah.</w:t>
      </w:r>
    </w:p>
    <w:p>
      <w:pPr>
        <w:spacing w:after="0"/>
      </w:pPr>
    </w:p>
    <w:p>
      <w:pPr>
        <w:spacing w:after="0"/>
      </w:pPr>
      <w:r>
        <w:rPr>
          <w:rFonts w:ascii="Arial" w:hAnsi="Arial"/>
          <w:b/>
          <w:sz w:val="22"/>
        </w:rPr>
        <w:t xml:space="preserve">Dan  </w:t>
      </w:r>
      <w:r>
        <w:rPr>
          <w:rFonts w:ascii="Arial" w:hAnsi="Arial"/>
          <w:color w:val="5D7284"/>
          <w:sz w:val="22"/>
        </w:rPr>
        <w:t>59:04</w:t>
      </w:r>
    </w:p>
    <w:p>
      <w:pPr>
        <w:spacing w:after="0"/>
      </w:pPr>
      <w:r>
        <w:rPr>
          <w:rFonts w:ascii="Arial" w:hAnsi="Arial"/>
          <w:sz w:val="22"/>
        </w:rPr>
        <w:t>Oh, yeah. Well, I knew I already knew. Yeah, because so to do all of the data and all of the everything else that we had to do was I had to have a camera guy behind me the whole time. (Lucy) Yeah. So Robert Thomas was on a 13,000 pound rebreather, sat behind me the whole time. So he was in the same time I was right. He wasn't obviously swimming like I was because he had a big scooter in front of it. (Lucy) Yeah. So he was being pulled along every now and again, as well as thinning. But so we had that we also had a SMB, which is surface marker bouy. And that was attached to my arse. We had a clip, basically a speed clip that was attached to my backside, on a D ring. And that went up to surface on a fishing line, (Lucy) Yep. A high visibility fishing line and then on top of that was what you would classify as a little bit like what kids have in the pool when they learn to swim, a float. (Lucy and  Alice) Yes, yeah. But it was made for triathletes. So they're a bit more technical. kinda one bit more hydrodynamic and so we had that on surface with my Garmin watch attached to it GPS tracking me. So we we got that all connected up. And so it was tethered to me It can't go anywhere. We also had a kayak following me on surface for five and a half hours (Alice) Wow. to knock the SNB out of the way when it tried to get hooked on things like the jetty and stuff. So they knocked it out of the way. But the part where I knew I, obviously I knew I'd done the hour, I knew I'd done the mile because I've got computers on. So I had a computer on my head, like a write idiot (Lucy laughs) on the head. And then I had, I also had my Shearwater computer on my wrist as well. And obviously, the reason why I went for one on my face, which is called the HUD heads up display is because if you imagine swimming like this, your computer on your arm is going around like a disco ball, (Lucy) Yeah , yeah exactly. So you cannot read it unless you stop swimming, then look at it. And when you're racing for an hour and a half, you need to... you can't you can't stop and see how deep you are or what time you're at and all sorts of stuff. So I knew that we'd done the mile because I already had it clocked and I knew what... that I knew I'd done it in an hour and a half or under and ended up to that hour and 28. But then obviously, then it sets in and you go right now it's endurance. Now let's start trucking our way through just swimming and it was really good. It was the last lap actually and I knew that when we pulled into the change station where we call the bus stop is a it's just a... well just platform above your head really, with a big long ladder down. We call it the bus stop. I knew when I went there that we had under water speakers there. And they could talk to me from above, so I have coms in the water and I heard them all shouting at me going just stick to your line. You're absolutely smashing it. The Garmin, because we got the kayaker on surface Tatiana, she could look at the Garmin, she could tell exactly how far I'd been. (Lucy) Amazing. Which is written on the screen. So she was relaying to them how far I've been. They then relayed to me under water and said if you keep on your course, you're going to smash it, you're looking like you're over 100 meters further than the 5k already. I was like working out in my head was trying to swim at the same time after doing five hours of swimming, thinking what that means I'll get around to there and I'll be 5.2 Something like that. Yeah, that will do that. (Lucy) Yeah that'll do. So I wrote it down on the slate saying because we have slates underwater to write on, whilst they're changing cylinders on me and I'm having a drink and writing something down. I wrote on the slate saying last lap. And because they were questioning six laps or five, did I want to go for six? Or did I want to stay on five? And I was like, well, it couldn't be more than five kilometers. So five, because I'm knackered. (Lucy) Yeah. And so I put down last lap that got fired up to the surface. And then we set off and I went swimming. And I knew that when I put when I pulled into the next change station, which was a platform lower down in mid water we lowered down at seven meters on there because on the other side we're we're on a on a slant on a base. So we're on the floor, that side. But on the other side of the cove it's 25 meter drop straight below you. So I was on the on a platform set at seven meters deep. And I pulled in there and I knew straightaway as I pulled in if there were two white cylinders. They both got 50% oxygen in them. So they're my last cylinders. If they were yellow cylinders, they're nitrox cylinders, which add 32% in and I'm doing another lap. So it was it's now in the hands of my team above me. I've told him I only want to do five but if they think it's not gonna happen or not gonna be far enough. They're gonna make me do six. And I'll just pulled in. I was absolutely blowing out my arse! (laughs). (Lucy laughs) I pulled in and I saw two white cylinders and I was like thank.... for that. (Alice and Lucy laughing) I pulled in, I laid there and they were all like, "yeah!" they were all absolutely bouncing off the walls.  (Lucy) Of course they were. Like giving me a thumbs up and telling me you're doing great. And I'm like I did. (sighs) (Lucy) I want to leave now please! (Alice) Im tired! I did!  I told them, I said "I'm going sleep." And they said "Oh, come on. Come on, come on." And then I looked and my wife Eve and Andy Jarvis had dropped down for the final lap. So he was like the DO diving officer of the day. And Eve obviously my wife and newly qualified ocean diver so she's just just qualified and everything and she was into the last half like with me, (Alice &amp; Lucy) Awww! So it was absolutely fantastic. And to get on two cylinders of 50% O2 was just like, that's better! (Lucy laughs)  We set off and yeah we finished it. And the guys thought I was gonna go do another lap because I went past the finish line and kept going and they're like "where's he bloody going?!." So they stopped me. They pulled me up and I was like,  "yeah okay, let's go." So we came to surface and it was just like 50 people screaming and shouting and going clapping and everything. I was like "that's noisy." (Lucy laugh) For the past five hours, all I've heard is me breathing through regulators (Lucy) Yeah yeah. And making, I can make regulators make noises. A bit like a whale underwater can make a ( imitates whale noise) when they start leaping (Lucy &amp; Alice laughs) And I've been... I was messing about doing that, I was singing to myself whilst going round.</w:t>
      </w:r>
    </w:p>
    <w:p>
      <w:pPr>
        <w:spacing w:after="0"/>
      </w:pPr>
    </w:p>
    <w:p>
      <w:pPr>
        <w:spacing w:after="0"/>
      </w:pPr>
      <w:r>
        <w:rPr>
          <w:rFonts w:ascii="Arial" w:hAnsi="Arial"/>
          <w:b/>
          <w:sz w:val="22"/>
        </w:rPr>
        <w:t xml:space="preserve">Alice  </w:t>
      </w:r>
      <w:r>
        <w:rPr>
          <w:rFonts w:ascii="Arial" w:hAnsi="Arial"/>
          <w:color w:val="5D7284"/>
          <w:sz w:val="22"/>
        </w:rPr>
        <w:t>1:05:30</w:t>
      </w:r>
    </w:p>
    <w:p>
      <w:pPr>
        <w:spacing w:after="0"/>
      </w:pPr>
      <w:r>
        <w:rPr>
          <w:rFonts w:ascii="Arial" w:hAnsi="Arial"/>
          <w:sz w:val="22"/>
        </w:rPr>
        <w:t>That's how you entertain yourself underwater for an hour and a half.</w:t>
      </w:r>
    </w:p>
    <w:p>
      <w:pPr>
        <w:spacing w:after="0"/>
      </w:pPr>
    </w:p>
    <w:p>
      <w:pPr>
        <w:spacing w:after="0"/>
      </w:pPr>
      <w:r>
        <w:rPr>
          <w:rFonts w:ascii="Arial" w:hAnsi="Arial"/>
          <w:b/>
          <w:sz w:val="22"/>
        </w:rPr>
        <w:t xml:space="preserve">Dan  </w:t>
      </w:r>
      <w:r>
        <w:rPr>
          <w:rFonts w:ascii="Arial" w:hAnsi="Arial"/>
          <w:color w:val="5D7284"/>
          <w:sz w:val="22"/>
        </w:rPr>
        <w:t>1:05:33</w:t>
      </w:r>
    </w:p>
    <w:p>
      <w:pPr>
        <w:spacing w:after="0"/>
      </w:pPr>
      <w:r>
        <w:rPr>
          <w:rFonts w:ascii="Arial" w:hAnsi="Arial"/>
          <w:sz w:val="22"/>
        </w:rPr>
        <w:t>Yeah, well, five, five and a half hours in total so. (Alice) Yeah. Yeah it was an absolute mammoth of a journey to be fair.</w:t>
      </w:r>
    </w:p>
    <w:p>
      <w:pPr>
        <w:spacing w:after="0"/>
      </w:pPr>
    </w:p>
    <w:p>
      <w:pPr>
        <w:spacing w:after="0"/>
      </w:pPr>
      <w:r>
        <w:rPr>
          <w:rFonts w:ascii="Arial" w:hAnsi="Arial"/>
          <w:b/>
          <w:sz w:val="22"/>
        </w:rPr>
        <w:t xml:space="preserve">Lucy  </w:t>
      </w:r>
      <w:r>
        <w:rPr>
          <w:rFonts w:ascii="Arial" w:hAnsi="Arial"/>
          <w:color w:val="5D7284"/>
          <w:sz w:val="22"/>
        </w:rPr>
        <w:t>1:05:41</w:t>
      </w:r>
    </w:p>
    <w:p>
      <w:pPr>
        <w:spacing w:after="0"/>
      </w:pPr>
      <w:r>
        <w:rPr>
          <w:rFonts w:ascii="Arial" w:hAnsi="Arial"/>
          <w:sz w:val="22"/>
        </w:rPr>
        <w:t>Did you have the official from the Guinness World Records? (Dan) Oh no. In the thing?  you didn't? Because when I used to watch record breakers as a kid, there was always some stuffy stuck up adjudicator with a suit on. Who just didn't look joyful at all with a clipboard.</w:t>
      </w:r>
    </w:p>
    <w:p>
      <w:pPr>
        <w:spacing w:after="0"/>
      </w:pPr>
    </w:p>
    <w:p>
      <w:pPr>
        <w:spacing w:after="0"/>
      </w:pPr>
      <w:r>
        <w:rPr>
          <w:rFonts w:ascii="Arial" w:hAnsi="Arial"/>
          <w:b/>
          <w:sz w:val="22"/>
        </w:rPr>
        <w:t xml:space="preserve">Dan  </w:t>
      </w:r>
      <w:r>
        <w:rPr>
          <w:rFonts w:ascii="Arial" w:hAnsi="Arial"/>
          <w:color w:val="5D7284"/>
          <w:sz w:val="22"/>
        </w:rPr>
        <w:t>1:05:59</w:t>
      </w:r>
    </w:p>
    <w:p>
      <w:pPr>
        <w:spacing w:after="0"/>
      </w:pPr>
      <w:r>
        <w:rPr>
          <w:rFonts w:ascii="Arial" w:hAnsi="Arial"/>
          <w:sz w:val="22"/>
        </w:rPr>
        <w:t>Something that I'm going to say really bad about the way the world record. Guinness World Records GWR. It's a money making scheme. (Lucy) Yeah. And to have just for just for the cost of me registering my own charity, my own charitable event, which is I'm trying to do,  has costs like 600 pounds so far. (Alice) Wow! However, if I want to fast track that it's 600 pounds for the entry to fast track it, instead of taking three months it takes a week.(Lucy) Right. It's a further like 400 and something quid when you finished. (Lucy) Yeah. To fast track the finish as well. (Alice) Wow. If you want an adjudicator there, it starts 8000 pounds.</w:t>
      </w:r>
    </w:p>
    <w:p>
      <w:pPr>
        <w:spacing w:after="0"/>
      </w:pPr>
    </w:p>
    <w:p>
      <w:pPr>
        <w:spacing w:after="0"/>
      </w:pPr>
      <w:r>
        <w:rPr>
          <w:rFonts w:ascii="Arial" w:hAnsi="Arial"/>
          <w:b/>
          <w:sz w:val="22"/>
        </w:rPr>
        <w:t xml:space="preserve">Lucy  </w:t>
      </w:r>
      <w:r>
        <w:rPr>
          <w:rFonts w:ascii="Arial" w:hAnsi="Arial"/>
          <w:color w:val="5D7284"/>
          <w:sz w:val="22"/>
        </w:rPr>
        <w:t>1:06:43</w:t>
      </w:r>
    </w:p>
    <w:p>
      <w:pPr>
        <w:spacing w:after="0"/>
      </w:pPr>
      <w:r>
        <w:rPr>
          <w:rFonts w:ascii="Arial" w:hAnsi="Arial"/>
          <w:sz w:val="22"/>
        </w:rPr>
        <w:t>You are joking! (Alice) Jesus! (Dan) Yep. Well, that's why they were on the record breakers on the BBC.</w:t>
      </w:r>
    </w:p>
    <w:p>
      <w:pPr>
        <w:spacing w:after="0"/>
      </w:pPr>
    </w:p>
    <w:p>
      <w:pPr>
        <w:spacing w:after="0"/>
      </w:pPr>
      <w:r>
        <w:rPr>
          <w:rFonts w:ascii="Arial" w:hAnsi="Arial"/>
          <w:b/>
          <w:sz w:val="22"/>
        </w:rPr>
        <w:t xml:space="preserve">Dan  </w:t>
      </w:r>
      <w:r>
        <w:rPr>
          <w:rFonts w:ascii="Arial" w:hAnsi="Arial"/>
          <w:color w:val="5D7284"/>
          <w:sz w:val="22"/>
        </w:rPr>
        <w:t>1:06:49</w:t>
      </w:r>
    </w:p>
    <w:p>
      <w:pPr>
        <w:spacing w:after="0"/>
      </w:pPr>
      <w:r>
        <w:rPr>
          <w:rFonts w:ascii="Arial" w:hAnsi="Arial"/>
          <w:sz w:val="22"/>
        </w:rPr>
        <w:t>You go. So when you see them on er.. (Lucy) 8000 pounds? Yeah, yeah.</w:t>
      </w:r>
    </w:p>
    <w:p>
      <w:pPr>
        <w:spacing w:after="0"/>
      </w:pPr>
    </w:p>
    <w:p>
      <w:pPr>
        <w:spacing w:after="0"/>
      </w:pPr>
      <w:r>
        <w:rPr>
          <w:rFonts w:ascii="Arial" w:hAnsi="Arial"/>
          <w:b/>
          <w:sz w:val="22"/>
        </w:rPr>
        <w:t xml:space="preserve">Alice  </w:t>
      </w:r>
      <w:r>
        <w:rPr>
          <w:rFonts w:ascii="Arial" w:hAnsi="Arial"/>
          <w:color w:val="5D7284"/>
          <w:sz w:val="22"/>
        </w:rPr>
        <w:t>1:06:54</w:t>
      </w:r>
    </w:p>
    <w:p>
      <w:pPr>
        <w:spacing w:after="0"/>
      </w:pPr>
      <w:r>
        <w:rPr>
          <w:rFonts w:ascii="Arial" w:hAnsi="Arial"/>
          <w:sz w:val="22"/>
        </w:rPr>
        <w:t xml:space="preserve"> For a fella in a suit to stand there with a clipboard and go "um"</w:t>
      </w:r>
    </w:p>
    <w:p>
      <w:pPr>
        <w:spacing w:after="0"/>
      </w:pPr>
    </w:p>
    <w:p>
      <w:pPr>
        <w:spacing w:after="0"/>
      </w:pPr>
      <w:r>
        <w:rPr>
          <w:rFonts w:ascii="Arial" w:hAnsi="Arial"/>
          <w:b/>
          <w:sz w:val="22"/>
        </w:rPr>
        <w:t xml:space="preserve">Lucy  </w:t>
      </w:r>
      <w:r>
        <w:rPr>
          <w:rFonts w:ascii="Arial" w:hAnsi="Arial"/>
          <w:color w:val="5D7284"/>
          <w:sz w:val="22"/>
        </w:rPr>
        <w:t>1:06:57</w:t>
      </w:r>
    </w:p>
    <w:p>
      <w:pPr>
        <w:spacing w:after="0"/>
      </w:pPr>
      <w:r>
        <w:rPr>
          <w:rFonts w:ascii="Arial" w:hAnsi="Arial"/>
          <w:sz w:val="22"/>
        </w:rPr>
        <w:t>I could have come in a suit and a clipboard just pretended to be one. (Alice) I'd do it for half that! (laughs)</w:t>
      </w:r>
    </w:p>
    <w:p>
      <w:pPr>
        <w:spacing w:after="0"/>
      </w:pPr>
    </w:p>
    <w:p>
      <w:pPr>
        <w:spacing w:after="0"/>
      </w:pPr>
      <w:r>
        <w:rPr>
          <w:rFonts w:ascii="Arial" w:hAnsi="Arial"/>
          <w:b/>
          <w:sz w:val="22"/>
        </w:rPr>
        <w:t xml:space="preserve">Dan  </w:t>
      </w:r>
      <w:r>
        <w:rPr>
          <w:rFonts w:ascii="Arial" w:hAnsi="Arial"/>
          <w:color w:val="5D7284"/>
          <w:sz w:val="22"/>
        </w:rPr>
        <w:t>1:07:01</w:t>
      </w:r>
    </w:p>
    <w:p>
      <w:pPr>
        <w:spacing w:after="0"/>
      </w:pPr>
      <w:r>
        <w:rPr>
          <w:rFonts w:ascii="Arial" w:hAnsi="Arial"/>
          <w:sz w:val="22"/>
        </w:rPr>
        <w:t>Yeah. But yeah, (Lucy) I'd do it for a biscuit (laughs). So it starts 8000. So you can imagine that's about 45 minutes of their time for 8000 pounds. If I wanted them there for the whole event, five and a half hours, we will be looking like 15 16,000 pounds for them to be there. I know. It's just it's not happening. We haven't even raised that! (laughs) It's for charity.</w:t>
      </w:r>
    </w:p>
    <w:p>
      <w:pPr>
        <w:spacing w:after="0"/>
      </w:pPr>
    </w:p>
    <w:p>
      <w:pPr>
        <w:spacing w:after="0"/>
      </w:pPr>
      <w:r>
        <w:rPr>
          <w:rFonts w:ascii="Arial" w:hAnsi="Arial"/>
          <w:b/>
          <w:sz w:val="22"/>
        </w:rPr>
        <w:t xml:space="preserve">Lucy  </w:t>
      </w:r>
      <w:r>
        <w:rPr>
          <w:rFonts w:ascii="Arial" w:hAnsi="Arial"/>
          <w:color w:val="5D7284"/>
          <w:sz w:val="22"/>
        </w:rPr>
        <w:t>1:07:24</w:t>
      </w:r>
    </w:p>
    <w:p>
      <w:pPr>
        <w:spacing w:after="0"/>
      </w:pPr>
      <w:r>
        <w:rPr>
          <w:rFonts w:ascii="Arial" w:hAnsi="Arial"/>
          <w:sz w:val="22"/>
        </w:rPr>
        <w:t>An also.. Exactly. And I think as well, it would kind of ruin the you know, when you'd finished and you've got some sort of sour faceperson with the clipboard going...(Dan) I'd have dragged them in. Your coming in here! Yeah, I think it would have ruined it. And it because I would just be looking at going. Are they enjoying themselves? I am joyous. Why are you not joyous? (Dan) Yeah. No that's crazy.</w:t>
      </w:r>
    </w:p>
    <w:p>
      <w:pPr>
        <w:spacing w:after="0"/>
      </w:pPr>
    </w:p>
    <w:p>
      <w:pPr>
        <w:spacing w:after="0"/>
      </w:pPr>
      <w:r>
        <w:rPr>
          <w:rFonts w:ascii="Arial" w:hAnsi="Arial"/>
          <w:b/>
          <w:sz w:val="22"/>
        </w:rPr>
        <w:t xml:space="preserve">Dan  </w:t>
      </w:r>
      <w:r>
        <w:rPr>
          <w:rFonts w:ascii="Arial" w:hAnsi="Arial"/>
          <w:color w:val="5D7284"/>
          <w:sz w:val="22"/>
        </w:rPr>
        <w:t>1:07:49</w:t>
      </w:r>
    </w:p>
    <w:p>
      <w:pPr>
        <w:spacing w:after="0"/>
      </w:pPr>
      <w:r>
        <w:rPr>
          <w:rFonts w:ascii="Arial" w:hAnsi="Arial"/>
          <w:sz w:val="22"/>
        </w:rPr>
        <w:t xml:space="preserve">Yeah, so at the minute. It's not official, (Lucy) Right. Guiness World Record. We know it's a world record. (Lucy) Yeah. It's just not yet, Guinness World Record. We've got over 50 people were there the whole day, (Lucy) Right. watching this. So we know ourselves. It's unequivocal. We've done it. We've got all the data. We've got all the proof. I've got to dive computers. I got a Garmin watch. Everything proves we did it. </w:t>
      </w:r>
    </w:p>
    <w:p>
      <w:pPr>
        <w:spacing w:after="0"/>
      </w:pPr>
    </w:p>
    <w:p>
      <w:pPr>
        <w:spacing w:after="0"/>
      </w:pPr>
      <w:r>
        <w:rPr>
          <w:rFonts w:ascii="Arial" w:hAnsi="Arial"/>
          <w:b/>
          <w:sz w:val="22"/>
        </w:rPr>
        <w:t xml:space="preserve">Lucy  </w:t>
      </w:r>
      <w:r>
        <w:rPr>
          <w:rFonts w:ascii="Arial" w:hAnsi="Arial"/>
          <w:color w:val="5D7284"/>
          <w:sz w:val="22"/>
        </w:rPr>
        <w:t>1:08:15</w:t>
      </w:r>
    </w:p>
    <w:p>
      <w:pPr>
        <w:spacing w:after="0"/>
      </w:pPr>
      <w:r>
        <w:rPr>
          <w:rFonts w:ascii="Arial" w:hAnsi="Arial"/>
          <w:sz w:val="22"/>
        </w:rPr>
        <w:t>And youve got...what's the word? Like? People, witnesses, (Alice) Witnesses yeah.</w:t>
      </w:r>
    </w:p>
    <w:p>
      <w:pPr>
        <w:spacing w:after="0"/>
      </w:pPr>
    </w:p>
    <w:p>
      <w:pPr>
        <w:spacing w:after="0"/>
      </w:pPr>
      <w:r>
        <w:rPr>
          <w:rFonts w:ascii="Arial" w:hAnsi="Arial"/>
          <w:b/>
          <w:sz w:val="22"/>
        </w:rPr>
        <w:t xml:space="preserve">Dan  </w:t>
      </w:r>
      <w:r>
        <w:rPr>
          <w:rFonts w:ascii="Arial" w:hAnsi="Arial"/>
          <w:color w:val="5D7284"/>
          <w:sz w:val="22"/>
        </w:rPr>
        <w:t>1:08:19</w:t>
      </w:r>
    </w:p>
    <w:p>
      <w:pPr>
        <w:spacing w:after="0"/>
      </w:pPr>
      <w:r>
        <w:rPr>
          <w:rFonts w:ascii="Arial" w:hAnsi="Arial"/>
          <w:sz w:val="22"/>
        </w:rPr>
        <w:t>Yeah,  I've got a witness in a kayak that was above me and she could see me in the water. I've got, you know, divers that were with me like Robert Thomas was there the whole day with me. So he's got his computer to prove he's done it and his time in the water. And all the other divers that came in and did a you know, half a lap with me. They've got all their time. So we all know that we've done it. Now it's over to GWR and we've got to send the data and the files is about five and a half, six inches thick of paperwork, (Alice) Wow! because it's three Guinness World Records. (Lucy) Oh yes of course! Because it's not one bit of data. It's three lots of everything. (Lucy) Yeah. And then they've got to verify it and the worst part is that they said the whole entire dive has to be recorded, video recorded, unedited unbroken footage. Now this is where we had a huge problem is I built a massive camera rig which you can see if you go on my YouTube channel, I've got it all on there. I built a big camera rig to record us. However, there was a bit of a problem. When it had already been tested for five for half nearly six hours at 10 meters down. So it was absolutely fine. It been tested at depth and we weren't worried about it. However, for some weird and wonderful reason as lovely technology and and things go the only bit I didn't build which was the backdoors that screw on. They failed on the morning. And we chucked the camera rig in the water and it didn't even get past two meters. And Rob showed me the camera housing half full of water. (Alice) Oh no! Oh shit and so I was like abort get to a surface let's not start this. So we got to surface we shouted out, you know and I was in this horrendous situation where I'm thinking they're going to cancel the dive on me. Everyone's everyone's going to stop the dive.</w:t>
      </w:r>
    </w:p>
    <w:p>
      <w:pPr>
        <w:spacing w:after="0"/>
      </w:pPr>
    </w:p>
    <w:p>
      <w:pPr>
        <w:spacing w:after="0"/>
      </w:pPr>
      <w:r>
        <w:rPr>
          <w:rFonts w:ascii="Arial" w:hAnsi="Arial"/>
          <w:b/>
          <w:sz w:val="22"/>
        </w:rPr>
        <w:t xml:space="preserve">Alice  </w:t>
      </w:r>
      <w:r>
        <w:rPr>
          <w:rFonts w:ascii="Arial" w:hAnsi="Arial"/>
          <w:color w:val="5D7284"/>
          <w:sz w:val="22"/>
        </w:rPr>
        <w:t>1:08:20</w:t>
      </w:r>
    </w:p>
    <w:p>
      <w:pPr>
        <w:spacing w:after="0"/>
      </w:pPr>
      <w:r>
        <w:rPr>
          <w:rFonts w:ascii="Arial" w:hAnsi="Arial"/>
          <w:sz w:val="22"/>
        </w:rPr>
        <w:t>I was gonna say you are you either do it and you don't get the video proof and then maybe don't get the record. (Dan) Yeah. Or you don't do it and you've got everybody there you've psyched yourself up you're ready and you've got to resubmit the record. (Lucy) Oh man!, I would have... I would have been in the</w:t>
      </w:r>
    </w:p>
    <w:p>
      <w:pPr>
        <w:spacing w:after="0"/>
      </w:pPr>
    </w:p>
    <w:p>
      <w:pPr>
        <w:spacing w:after="0"/>
      </w:pPr>
      <w:r>
        <w:rPr>
          <w:rFonts w:ascii="Arial" w:hAnsi="Arial"/>
          <w:b/>
          <w:sz w:val="22"/>
        </w:rPr>
        <w:t xml:space="preserve">Lucy  </w:t>
      </w:r>
      <w:r>
        <w:rPr>
          <w:rFonts w:ascii="Arial" w:hAnsi="Arial"/>
          <w:color w:val="5D7284"/>
          <w:sz w:val="22"/>
        </w:rPr>
        <w:t>1:10:29</w:t>
      </w:r>
    </w:p>
    <w:p>
      <w:pPr>
        <w:spacing w:after="0"/>
      </w:pPr>
      <w:r>
        <w:rPr>
          <w:rFonts w:ascii="Arial" w:hAnsi="Arial"/>
          <w:sz w:val="22"/>
        </w:rPr>
        <w:t>corner having alright paddy. I was gonna say (Dan) I was having a complete paddy! (Lucy laughs)I was going to say.</w:t>
      </w:r>
    </w:p>
    <w:p>
      <w:pPr>
        <w:spacing w:after="0"/>
      </w:pPr>
    </w:p>
    <w:p>
      <w:pPr>
        <w:spacing w:after="0"/>
      </w:pPr>
      <w:r>
        <w:rPr>
          <w:rFonts w:ascii="Arial" w:hAnsi="Arial"/>
          <w:b/>
          <w:sz w:val="22"/>
        </w:rPr>
        <w:t xml:space="preserve">Dan  </w:t>
      </w:r>
      <w:r>
        <w:rPr>
          <w:rFonts w:ascii="Arial" w:hAnsi="Arial"/>
          <w:color w:val="5D7284"/>
          <w:sz w:val="22"/>
        </w:rPr>
        <w:t>1:10:31</w:t>
      </w:r>
    </w:p>
    <w:p>
      <w:pPr>
        <w:spacing w:after="0"/>
      </w:pPr>
      <w:r>
        <w:rPr>
          <w:rFonts w:ascii="Arial" w:hAnsi="Arial"/>
          <w:sz w:val="22"/>
        </w:rPr>
        <w:t>I was having a complete and utter am I going to lose my temper? Am I going to Johnny raw fans? (Lucy) Was you like counting to ten? Yeah, I just sat there and as I was getting Rage and then everyone was like, Look, what I didn't know what was going off on the key side, everybody was going "we're doing this He's not waiting is he? we are going to carry on, it we're doing it. It's Dan's world record." You know, world record "it's his challenge for charity. So we're supporting him and we're doing it." And all I could see was people running about left, right and center and what they were all doing was going up to even strangers in the car park, which is some of the best best bits that I've got from this is dive into the shitty world and organizations don't really like each other. So you've got Paddy, Be Zack. So obviously British tobacco club is me I'm with them. Then you've got Raid, you've got SSI, you've got TDI, there's loads of different organizations all do different stuff. And they all train slightly differently. And they all think each one's better than the other. But we had all those organizations stood there on the side all together, combined, and all running around trying to find GoPro cameras from complete strangers in the carpark. Can we steal your camera? Because we need it? And everybody said yes. (Lucy) Awww! So I ended up with I think it was six different GoPro cameras (Alice) Wow. (Lucy) Amazing.</w:t>
      </w:r>
    </w:p>
    <w:p>
      <w:pPr>
        <w:spacing w:after="0"/>
      </w:pPr>
    </w:p>
    <w:p>
      <w:pPr>
        <w:spacing w:after="0"/>
      </w:pPr>
      <w:r>
        <w:rPr>
          <w:rFonts w:ascii="Arial" w:hAnsi="Arial"/>
          <w:b/>
          <w:sz w:val="22"/>
        </w:rPr>
        <w:t xml:space="preserve">Lucy  </w:t>
      </w:r>
      <w:r>
        <w:rPr>
          <w:rFonts w:ascii="Arial" w:hAnsi="Arial"/>
          <w:color w:val="5D7284"/>
          <w:sz w:val="22"/>
        </w:rPr>
        <w:t>1:11:56</w:t>
      </w:r>
    </w:p>
    <w:p>
      <w:pPr>
        <w:spacing w:after="0"/>
      </w:pPr>
      <w:r>
        <w:rPr>
          <w:rFonts w:ascii="Arial" w:hAnsi="Arial"/>
          <w:sz w:val="22"/>
        </w:rPr>
        <w:t>I mean, that's enough really isn't it? you know.</w:t>
      </w:r>
    </w:p>
    <w:p>
      <w:pPr>
        <w:spacing w:after="0"/>
      </w:pPr>
    </w:p>
    <w:p>
      <w:pPr>
        <w:spacing w:after="0"/>
      </w:pPr>
      <w:r>
        <w:rPr>
          <w:rFonts w:ascii="Arial" w:hAnsi="Arial"/>
          <w:b/>
          <w:sz w:val="22"/>
        </w:rPr>
        <w:t xml:space="preserve">Dan  </w:t>
      </w:r>
      <w:r>
        <w:rPr>
          <w:rFonts w:ascii="Arial" w:hAnsi="Arial"/>
          <w:color w:val="5D7284"/>
          <w:sz w:val="22"/>
        </w:rPr>
        <w:t>1:11:59</w:t>
      </w:r>
    </w:p>
    <w:p>
      <w:pPr>
        <w:spacing w:after="0"/>
      </w:pPr>
      <w:r>
        <w:rPr>
          <w:rFonts w:ascii="Arial" w:hAnsi="Arial"/>
          <w:sz w:val="22"/>
        </w:rPr>
        <w:t>So we had one at a time and they were being charged and they were coming back out of the water. Rob Thomas behind me was just an absolute demon with GoPro cameras is like, "right, yeah, this one bang started it going. And then Oh, yeah. Okay, that's done, send it up. Give me another one." And then he's off with it again. And EA did a fantastic job. The problem will be is up to Guinness World Records as to whether they agree that it all has been recorded, because if there's a little bit missing here, there's a little bit missing there.</w:t>
      </w:r>
    </w:p>
    <w:p>
      <w:pPr>
        <w:spacing w:after="0"/>
      </w:pPr>
    </w:p>
    <w:p>
      <w:pPr>
        <w:spacing w:after="0"/>
      </w:pPr>
      <w:r>
        <w:rPr>
          <w:rFonts w:ascii="Arial" w:hAnsi="Arial"/>
          <w:b/>
          <w:sz w:val="22"/>
        </w:rPr>
        <w:t xml:space="preserve">Alice  </w:t>
      </w:r>
      <w:r>
        <w:rPr>
          <w:rFonts w:ascii="Arial" w:hAnsi="Arial"/>
          <w:color w:val="5D7284"/>
          <w:sz w:val="22"/>
        </w:rPr>
        <w:t>1:12:27</w:t>
      </w:r>
    </w:p>
    <w:p>
      <w:pPr>
        <w:spacing w:after="0"/>
      </w:pPr>
      <w:r>
        <w:rPr>
          <w:rFonts w:ascii="Arial" w:hAnsi="Arial"/>
          <w:sz w:val="22"/>
        </w:rPr>
        <w:t>Those couple of seconds with him changing cameras over.</w:t>
      </w:r>
    </w:p>
    <w:p>
      <w:pPr>
        <w:spacing w:after="0"/>
      </w:pPr>
    </w:p>
    <w:p>
      <w:pPr>
        <w:spacing w:after="0"/>
      </w:pPr>
      <w:r>
        <w:rPr>
          <w:rFonts w:ascii="Arial" w:hAnsi="Arial"/>
          <w:b/>
          <w:sz w:val="22"/>
        </w:rPr>
        <w:t xml:space="preserve">Lucy  </w:t>
      </w:r>
      <w:r>
        <w:rPr>
          <w:rFonts w:ascii="Arial" w:hAnsi="Arial"/>
          <w:color w:val="5D7284"/>
          <w:sz w:val="22"/>
        </w:rPr>
        <w:t>1:12:30</w:t>
      </w:r>
    </w:p>
    <w:p>
      <w:pPr>
        <w:spacing w:after="0"/>
      </w:pPr>
      <w:r>
        <w:rPr>
          <w:rFonts w:ascii="Arial" w:hAnsi="Arial"/>
          <w:sz w:val="22"/>
        </w:rPr>
        <w:t>It's almost like you could have done something with somebody like just cutting those few seconds where the GoPro was switched off and being changed like with a phone over the water going, it's still there.</w:t>
      </w:r>
    </w:p>
    <w:p>
      <w:pPr>
        <w:spacing w:after="0"/>
      </w:pPr>
    </w:p>
    <w:p>
      <w:pPr>
        <w:spacing w:after="0"/>
      </w:pPr>
      <w:r>
        <w:rPr>
          <w:rFonts w:ascii="Arial" w:hAnsi="Arial"/>
          <w:b/>
          <w:sz w:val="22"/>
        </w:rPr>
        <w:t xml:space="preserve">Dan  </w:t>
      </w:r>
      <w:r>
        <w:rPr>
          <w:rFonts w:ascii="Arial" w:hAnsi="Arial"/>
          <w:color w:val="5D7284"/>
          <w:sz w:val="22"/>
        </w:rPr>
        <w:t>1:12:39</w:t>
      </w:r>
    </w:p>
    <w:p>
      <w:pPr>
        <w:spacing w:after="0"/>
      </w:pPr>
      <w:r>
        <w:rPr>
          <w:rFonts w:ascii="Arial" w:hAnsi="Arial"/>
          <w:sz w:val="22"/>
        </w:rPr>
        <w:t>Yeah, well, the thing is we've got proof of four um...</w:t>
      </w:r>
    </w:p>
    <w:p>
      <w:pPr>
        <w:spacing w:after="0"/>
      </w:pPr>
    </w:p>
    <w:p>
      <w:pPr>
        <w:spacing w:after="0"/>
      </w:pPr>
      <w:r>
        <w:rPr>
          <w:rFonts w:ascii="Arial" w:hAnsi="Arial"/>
          <w:b/>
          <w:sz w:val="22"/>
        </w:rPr>
        <w:t xml:space="preserve">Alice  </w:t>
      </w:r>
      <w:r>
        <w:rPr>
          <w:rFonts w:ascii="Arial" w:hAnsi="Arial"/>
          <w:color w:val="5D7284"/>
          <w:sz w:val="22"/>
        </w:rPr>
        <w:t>1:12:44</w:t>
      </w:r>
    </w:p>
    <w:p>
      <w:pPr>
        <w:spacing w:after="0"/>
      </w:pPr>
      <w:r>
        <w:rPr>
          <w:rFonts w:ascii="Arial" w:hAnsi="Arial"/>
          <w:sz w:val="22"/>
        </w:rPr>
        <w:t>Youve the trackers like to show that you're moving during and they only have to aline the timestamps and stuff up. But yeah, whether they will be snotty about it.</w:t>
      </w:r>
    </w:p>
    <w:p>
      <w:pPr>
        <w:spacing w:after="0"/>
      </w:pPr>
    </w:p>
    <w:p>
      <w:pPr>
        <w:spacing w:after="0"/>
      </w:pPr>
      <w:r>
        <w:rPr>
          <w:rFonts w:ascii="Arial" w:hAnsi="Arial"/>
          <w:b/>
          <w:sz w:val="22"/>
        </w:rPr>
        <w:t xml:space="preserve">Dan  </w:t>
      </w:r>
      <w:r>
        <w:rPr>
          <w:rFonts w:ascii="Arial" w:hAnsi="Arial"/>
          <w:color w:val="5D7284"/>
          <w:sz w:val="22"/>
        </w:rPr>
        <w:t>1:12:56</w:t>
      </w:r>
    </w:p>
    <w:p>
      <w:pPr>
        <w:spacing w:after="0"/>
      </w:pPr>
      <w:r>
        <w:rPr>
          <w:rFonts w:ascii="Arial" w:hAnsi="Arial"/>
          <w:sz w:val="22"/>
        </w:rPr>
        <w:t>Well, the thing is, you know, we've got four independent witnesses on the day (Lucy) Exactly. That we're all writing down continuously all day long. We are two independent timekeepers with one was from British cycling or Dunelots of British Cycling, and the other one was from powerboat racing. So we've got two people that are completely not linked together.</w:t>
      </w:r>
    </w:p>
    <w:p>
      <w:pPr>
        <w:spacing w:after="0"/>
      </w:pPr>
    </w:p>
    <w:p>
      <w:pPr>
        <w:spacing w:after="0"/>
      </w:pPr>
      <w:r>
        <w:rPr>
          <w:rFonts w:ascii="Arial" w:hAnsi="Arial"/>
          <w:b/>
          <w:sz w:val="22"/>
        </w:rPr>
        <w:t xml:space="preserve">Lucy  </w:t>
      </w:r>
      <w:r>
        <w:rPr>
          <w:rFonts w:ascii="Arial" w:hAnsi="Arial"/>
          <w:color w:val="5D7284"/>
          <w:sz w:val="22"/>
        </w:rPr>
        <w:t>1:13:16</w:t>
      </w:r>
    </w:p>
    <w:p>
      <w:pPr>
        <w:spacing w:after="0"/>
      </w:pPr>
      <w:r>
        <w:rPr>
          <w:rFonts w:ascii="Arial" w:hAnsi="Arial"/>
          <w:sz w:val="22"/>
        </w:rPr>
        <w:t>No and they're not like your mates going. "Yeah, he did it?" You know.</w:t>
      </w:r>
    </w:p>
    <w:p>
      <w:pPr>
        <w:spacing w:after="0"/>
      </w:pPr>
    </w:p>
    <w:p>
      <w:pPr>
        <w:spacing w:after="0"/>
      </w:pPr>
      <w:r>
        <w:rPr>
          <w:rFonts w:ascii="Arial" w:hAnsi="Arial"/>
          <w:b/>
          <w:sz w:val="22"/>
        </w:rPr>
        <w:t xml:space="preserve">Dan  </w:t>
      </w:r>
      <w:r>
        <w:rPr>
          <w:rFonts w:ascii="Arial" w:hAnsi="Arial"/>
          <w:color w:val="5D7284"/>
          <w:sz w:val="22"/>
        </w:rPr>
        <w:t>1:13:20</w:t>
      </w:r>
    </w:p>
    <w:p>
      <w:pPr>
        <w:spacing w:after="0"/>
      </w:pPr>
      <w:r>
        <w:rPr>
          <w:rFonts w:ascii="Arial" w:hAnsi="Arial"/>
          <w:sz w:val="22"/>
        </w:rPr>
        <w:t>Exactly. Yeah. So we're all the independent witness's never met, never met them before. Apart from that day, same as Tatiana in the kayak. She was actually drafted in the day before, because the person that was gonna do it the day before, ending up taking his mum to hospital. And I was like, "Oh, shit, we don't have a kayaker, we're in trouble." So everybody had a ring round? She said, "Yeah, yeah I'll do it." And she did five and a half hours in a kayak just milling around on the surface (Lucy) Bopping about. (laughs) around behind me, knocking a bloody SMB out the way in case it got, you know, tangled up. (Lucy) Oh bless. And she could see me the whole time as well. So she's gonna write a report to say "I could physically see him the whole time." So yeah, I think I think we've done we've got it. But the if they go, and you'd like to say snotty about it and say, Actually, you haven't fulfilled all of our rules. We want to be fair to everybody. And no, you haven't got it, then. You know, that's, that's on them. But the downside is we don't have a right to appeal with Guinness World Records. (Lucy) Ah I mean!... So if they say no for any reason, you can't go back and say, Well, this is why that this is why this, this is why that. So our paperwork has to be (Lucy) As tight as anything. Questioned on everything. So we have to be like, I have to look at our paperwork and I've got my wife Eve because I'm not... I'm dyslexic and I struggle like hell with paperwork. And I and I end up putting my fist through the computer before completing the paperwork. So I you know, she's doing the paperwork and a friend of ours Chloe's, part of the club, she's doing the paperwork as well because she's really good at admin stuff and that kind of thing, and that's their jobs.</w:t>
      </w:r>
    </w:p>
    <w:p>
      <w:pPr>
        <w:spacing w:after="0"/>
      </w:pPr>
    </w:p>
    <w:p>
      <w:pPr>
        <w:spacing w:after="0"/>
      </w:pPr>
      <w:r>
        <w:rPr>
          <w:rFonts w:ascii="Arial" w:hAnsi="Arial"/>
          <w:b/>
          <w:sz w:val="22"/>
        </w:rPr>
        <w:t xml:space="preserve">Lucy  </w:t>
      </w:r>
      <w:r>
        <w:rPr>
          <w:rFonts w:ascii="Arial" w:hAnsi="Arial"/>
          <w:color w:val="5D7284"/>
          <w:sz w:val="22"/>
        </w:rPr>
        <w:t>1:14:58</w:t>
      </w:r>
    </w:p>
    <w:p>
      <w:pPr>
        <w:spacing w:after="0"/>
      </w:pPr>
      <w:r>
        <w:rPr>
          <w:rFonts w:ascii="Arial" w:hAnsi="Arial"/>
          <w:sz w:val="22"/>
        </w:rPr>
        <w:t>I feel nervous for you. I've got nervous belly for you every time you're talking about it. I'm like "Oh god!"</w:t>
      </w:r>
    </w:p>
    <w:p>
      <w:pPr>
        <w:spacing w:after="0"/>
      </w:pPr>
    </w:p>
    <w:p>
      <w:pPr>
        <w:spacing w:after="0"/>
      </w:pPr>
      <w:r>
        <w:rPr>
          <w:rFonts w:ascii="Arial" w:hAnsi="Arial"/>
          <w:b/>
          <w:sz w:val="22"/>
        </w:rPr>
        <w:t xml:space="preserve">Dan  </w:t>
      </w:r>
      <w:r>
        <w:rPr>
          <w:rFonts w:ascii="Arial" w:hAnsi="Arial"/>
          <w:color w:val="5D7284"/>
          <w:sz w:val="22"/>
        </w:rPr>
        <w:t>1:15:06</w:t>
      </w:r>
    </w:p>
    <w:p>
      <w:pPr>
        <w:spacing w:after="0"/>
      </w:pPr>
      <w:r>
        <w:rPr>
          <w:rFonts w:ascii="Arial" w:hAnsi="Arial"/>
          <w:sz w:val="22"/>
        </w:rPr>
        <w:t>It's one of them. But the thing is, at the end of the day, we know we've already done it. (Lucy) Yeah, exactly. And lots of people have said to me, you know, if Guinness say, No, you're not having it, will you go back and do it again? And prove it.</w:t>
      </w:r>
    </w:p>
    <w:p>
      <w:pPr>
        <w:spacing w:after="0"/>
      </w:pPr>
    </w:p>
    <w:p>
      <w:pPr>
        <w:spacing w:after="0"/>
      </w:pPr>
      <w:r>
        <w:rPr>
          <w:rFonts w:ascii="Arial" w:hAnsi="Arial"/>
          <w:b/>
          <w:sz w:val="22"/>
        </w:rPr>
        <w:t xml:space="preserve">Alice  </w:t>
      </w:r>
      <w:r>
        <w:rPr>
          <w:rFonts w:ascii="Arial" w:hAnsi="Arial"/>
          <w:color w:val="5D7284"/>
          <w:sz w:val="22"/>
        </w:rPr>
        <w:t>1:15:17</w:t>
      </w:r>
    </w:p>
    <w:p>
      <w:pPr>
        <w:spacing w:after="0"/>
      </w:pPr>
      <w:r>
        <w:rPr>
          <w:rFonts w:ascii="Arial" w:hAnsi="Arial"/>
          <w:sz w:val="22"/>
        </w:rPr>
        <w:t>And that was gonna be my question.</w:t>
      </w:r>
    </w:p>
    <w:p>
      <w:pPr>
        <w:spacing w:after="0"/>
      </w:pPr>
    </w:p>
    <w:p>
      <w:pPr>
        <w:spacing w:after="0"/>
      </w:pPr>
      <w:r>
        <w:rPr>
          <w:rFonts w:ascii="Arial" w:hAnsi="Arial"/>
          <w:b/>
          <w:sz w:val="22"/>
        </w:rPr>
        <w:t xml:space="preserve">Dan  </w:t>
      </w:r>
      <w:r>
        <w:rPr>
          <w:rFonts w:ascii="Arial" w:hAnsi="Arial"/>
          <w:color w:val="5D7284"/>
          <w:sz w:val="22"/>
        </w:rPr>
        <w:t>1:15:18</w:t>
      </w:r>
    </w:p>
    <w:p>
      <w:pPr>
        <w:spacing w:after="0"/>
      </w:pPr>
      <w:r>
        <w:rPr>
          <w:rFonts w:ascii="Arial" w:hAnsi="Arial"/>
          <w:sz w:val="22"/>
        </w:rPr>
        <w:t>I don't know whether I will, I would definitely go back and smash a mile again. Because if I didn't know, if I thought, "Well, I haven't got five and a half hours to swim. In total, I've only got an hour and 28 minutes to beat." then I'll break that easily. But if somebody said you want to do the full event again, I, I think I would do it. But I'd have to have a much bigger team with the media side of things with the cameras and everything. And to be fair, it's whether the people want it. It's the team. (Lucy) Whether they want to do it again. It's not me, I can physically do it again. That's not a problem. It's convincing everybody else, isn't it? Yeah. Yeah.</w:t>
      </w:r>
    </w:p>
    <w:p>
      <w:pPr>
        <w:spacing w:after="0"/>
      </w:pPr>
    </w:p>
    <w:p>
      <w:pPr>
        <w:spacing w:after="0"/>
      </w:pPr>
      <w:r>
        <w:rPr>
          <w:rFonts w:ascii="Arial" w:hAnsi="Arial"/>
          <w:b/>
          <w:sz w:val="22"/>
        </w:rPr>
        <w:t xml:space="preserve">Alice  </w:t>
      </w:r>
      <w:r>
        <w:rPr>
          <w:rFonts w:ascii="Arial" w:hAnsi="Arial"/>
          <w:color w:val="5D7284"/>
          <w:sz w:val="22"/>
        </w:rPr>
        <w:t>1:16:00</w:t>
      </w:r>
    </w:p>
    <w:p>
      <w:pPr>
        <w:spacing w:after="0"/>
      </w:pPr>
      <w:r>
        <w:rPr>
          <w:rFonts w:ascii="Arial" w:hAnsi="Arial"/>
          <w:sz w:val="22"/>
        </w:rPr>
        <w:t>It's a bit big ask isn't it to be like, "Hey, give up basically another day" (Dan) Yeah. So that I can do the thing for me, because it's your record, the end of the day, you know, is I can understand that.</w:t>
      </w:r>
    </w:p>
    <w:p>
      <w:pPr>
        <w:spacing w:after="0"/>
      </w:pPr>
    </w:p>
    <w:p>
      <w:pPr>
        <w:spacing w:after="0"/>
      </w:pPr>
      <w:r>
        <w:rPr>
          <w:rFonts w:ascii="Arial" w:hAnsi="Arial"/>
          <w:b/>
          <w:sz w:val="22"/>
        </w:rPr>
        <w:t xml:space="preserve">Dan  </w:t>
      </w:r>
      <w:r>
        <w:rPr>
          <w:rFonts w:ascii="Arial" w:hAnsi="Arial"/>
          <w:color w:val="5D7284"/>
          <w:sz w:val="22"/>
        </w:rPr>
        <w:t>1:16:13</w:t>
      </w:r>
    </w:p>
    <w:p>
      <w:pPr>
        <w:spacing w:after="0"/>
      </w:pPr>
      <w:r>
        <w:rPr>
          <w:rFonts w:ascii="Arial" w:hAnsi="Arial"/>
          <w:sz w:val="22"/>
        </w:rPr>
        <w:t xml:space="preserve">And the thing is, like this time it was done for charity. We did it for a reason, for charity. Next time we'd be doing it just to beat a world record that we know we'd already set. </w:t>
      </w:r>
    </w:p>
    <w:p>
      <w:pPr>
        <w:spacing w:after="0"/>
      </w:pPr>
    </w:p>
    <w:p>
      <w:pPr>
        <w:spacing w:after="0"/>
      </w:pPr>
      <w:r>
        <w:rPr>
          <w:rFonts w:ascii="Arial" w:hAnsi="Arial"/>
          <w:b/>
          <w:sz w:val="22"/>
        </w:rPr>
        <w:t xml:space="preserve">Alice  </w:t>
      </w:r>
      <w:r>
        <w:rPr>
          <w:rFonts w:ascii="Arial" w:hAnsi="Arial"/>
          <w:color w:val="5D7284"/>
          <w:sz w:val="22"/>
        </w:rPr>
        <w:t>1:16:21</w:t>
      </w:r>
    </w:p>
    <w:p>
      <w:pPr>
        <w:spacing w:after="0"/>
      </w:pPr>
      <w:r>
        <w:rPr>
          <w:rFonts w:ascii="Arial" w:hAnsi="Arial"/>
          <w:sz w:val="22"/>
        </w:rPr>
        <w:t xml:space="preserve">To make a point. </w:t>
      </w:r>
    </w:p>
    <w:p>
      <w:pPr>
        <w:spacing w:after="0"/>
      </w:pPr>
    </w:p>
    <w:p>
      <w:pPr>
        <w:spacing w:after="0"/>
      </w:pPr>
      <w:r>
        <w:rPr>
          <w:rFonts w:ascii="Arial" w:hAnsi="Arial"/>
          <w:b/>
          <w:sz w:val="22"/>
        </w:rPr>
        <w:t xml:space="preserve">Lucy  </w:t>
      </w:r>
      <w:r>
        <w:rPr>
          <w:rFonts w:ascii="Arial" w:hAnsi="Arial"/>
          <w:color w:val="5D7284"/>
          <w:sz w:val="22"/>
        </w:rPr>
        <w:t>1:16:22</w:t>
      </w:r>
    </w:p>
    <w:p>
      <w:pPr>
        <w:spacing w:after="0"/>
      </w:pPr>
      <w:r>
        <w:rPr>
          <w:rFonts w:ascii="Arial" w:hAnsi="Arial"/>
          <w:sz w:val="22"/>
        </w:rPr>
        <w:t>So  when do you think you'll know? Like when?</w:t>
      </w:r>
    </w:p>
    <w:p>
      <w:pPr>
        <w:spacing w:after="0"/>
      </w:pPr>
    </w:p>
    <w:p>
      <w:pPr>
        <w:spacing w:after="0"/>
      </w:pPr>
      <w:r>
        <w:rPr>
          <w:rFonts w:ascii="Arial" w:hAnsi="Arial"/>
          <w:b/>
          <w:sz w:val="22"/>
        </w:rPr>
        <w:t xml:space="preserve">Dan  </w:t>
      </w:r>
      <w:r>
        <w:rPr>
          <w:rFonts w:ascii="Arial" w:hAnsi="Arial"/>
          <w:color w:val="5D7284"/>
          <w:sz w:val="22"/>
        </w:rPr>
        <w:t>1:16:26</w:t>
      </w:r>
    </w:p>
    <w:p>
      <w:pPr>
        <w:spacing w:after="0"/>
      </w:pPr>
      <w:r>
        <w:rPr>
          <w:rFonts w:ascii="Arial" w:hAnsi="Arial"/>
          <w:sz w:val="22"/>
        </w:rPr>
        <w:t>Well, it comes after we've submitted all this evidence, which is not going to be for at least a couple of weeks. (Lucy) Right. We will.... they then have three and a half months or three months to come back to us. (Lucy) To come back to you right. Unless we pay for the fast tracking.</w:t>
      </w:r>
    </w:p>
    <w:p>
      <w:pPr>
        <w:spacing w:after="0"/>
      </w:pPr>
    </w:p>
    <w:p>
      <w:pPr>
        <w:spacing w:after="0"/>
      </w:pPr>
      <w:r>
        <w:rPr>
          <w:rFonts w:ascii="Arial" w:hAnsi="Arial"/>
          <w:b/>
          <w:sz w:val="22"/>
        </w:rPr>
        <w:t xml:space="preserve">Alice  </w:t>
      </w:r>
      <w:r>
        <w:rPr>
          <w:rFonts w:ascii="Arial" w:hAnsi="Arial"/>
          <w:color w:val="5D7284"/>
          <w:sz w:val="22"/>
        </w:rPr>
        <w:t>1:16:42</w:t>
      </w:r>
    </w:p>
    <w:p>
      <w:pPr>
        <w:spacing w:after="0"/>
      </w:pPr>
      <w:r>
        <w:rPr>
          <w:rFonts w:ascii="Arial" w:hAnsi="Arial"/>
          <w:sz w:val="22"/>
        </w:rPr>
        <w:t>So sometime in the spring hopefully.</w:t>
      </w:r>
    </w:p>
    <w:p>
      <w:pPr>
        <w:spacing w:after="0"/>
      </w:pPr>
    </w:p>
    <w:p>
      <w:pPr>
        <w:spacing w:after="0"/>
      </w:pPr>
      <w:r>
        <w:rPr>
          <w:rFonts w:ascii="Arial" w:hAnsi="Arial"/>
          <w:b/>
          <w:sz w:val="22"/>
        </w:rPr>
        <w:t xml:space="preserve">Dan  </w:t>
      </w:r>
      <w:r>
        <w:rPr>
          <w:rFonts w:ascii="Arial" w:hAnsi="Arial"/>
          <w:color w:val="5D7284"/>
          <w:sz w:val="22"/>
        </w:rPr>
        <w:t>1:16:44</w:t>
      </w:r>
    </w:p>
    <w:p>
      <w:pPr>
        <w:spacing w:after="0"/>
      </w:pPr>
      <w:r>
        <w:rPr>
          <w:rFonts w:ascii="Arial" w:hAnsi="Arial"/>
          <w:sz w:val="22"/>
        </w:rPr>
        <w:t xml:space="preserve">Yes. </w:t>
      </w:r>
    </w:p>
    <w:p>
      <w:pPr>
        <w:spacing w:after="0"/>
      </w:pPr>
    </w:p>
    <w:p>
      <w:pPr>
        <w:spacing w:after="0"/>
      </w:pPr>
      <w:r>
        <w:rPr>
          <w:rFonts w:ascii="Arial" w:hAnsi="Arial"/>
          <w:b/>
          <w:sz w:val="22"/>
        </w:rPr>
        <w:t xml:space="preserve">Lucy  </w:t>
      </w:r>
      <w:r>
        <w:rPr>
          <w:rFonts w:ascii="Arial" w:hAnsi="Arial"/>
          <w:color w:val="5D7284"/>
          <w:sz w:val="22"/>
        </w:rPr>
        <w:t>1:16:45</w:t>
      </w:r>
    </w:p>
    <w:p>
      <w:pPr>
        <w:spacing w:after="0"/>
      </w:pPr>
      <w:r>
        <w:rPr>
          <w:rFonts w:ascii="Arial" w:hAnsi="Arial"/>
          <w:sz w:val="22"/>
        </w:rPr>
        <w:t>Will you let us know? Because I invested in this.</w:t>
      </w:r>
    </w:p>
    <w:p>
      <w:pPr>
        <w:spacing w:after="0"/>
      </w:pPr>
    </w:p>
    <w:p>
      <w:pPr>
        <w:spacing w:after="0"/>
      </w:pPr>
      <w:r>
        <w:rPr>
          <w:rFonts w:ascii="Arial" w:hAnsi="Arial"/>
          <w:b/>
          <w:sz w:val="22"/>
        </w:rPr>
        <w:t xml:space="preserve">Dan  </w:t>
      </w:r>
      <w:r>
        <w:rPr>
          <w:rFonts w:ascii="Arial" w:hAnsi="Arial"/>
          <w:color w:val="5D7284"/>
          <w:sz w:val="22"/>
        </w:rPr>
        <w:t>1:16:48</w:t>
      </w:r>
    </w:p>
    <w:p>
      <w:pPr>
        <w:spacing w:after="0"/>
      </w:pPr>
      <w:r>
        <w:rPr>
          <w:rFonts w:ascii="Arial" w:hAnsi="Arial"/>
          <w:sz w:val="22"/>
        </w:rPr>
        <w:t>Definitely, definitely will let you know.</w:t>
      </w:r>
    </w:p>
    <w:p>
      <w:pPr>
        <w:spacing w:after="0"/>
      </w:pPr>
    </w:p>
    <w:p>
      <w:pPr>
        <w:spacing w:after="0"/>
      </w:pPr>
      <w:r>
        <w:rPr>
          <w:rFonts w:ascii="Arial" w:hAnsi="Arial"/>
          <w:b/>
          <w:sz w:val="22"/>
        </w:rPr>
        <w:t xml:space="preserve">Alice  </w:t>
      </w:r>
      <w:r>
        <w:rPr>
          <w:rFonts w:ascii="Arial" w:hAnsi="Arial"/>
          <w:color w:val="5D7284"/>
          <w:sz w:val="22"/>
        </w:rPr>
        <w:t>1:16:50</w:t>
      </w:r>
    </w:p>
    <w:p>
      <w:pPr>
        <w:spacing w:after="0"/>
      </w:pPr>
      <w:r>
        <w:rPr>
          <w:rFonts w:ascii="Arial" w:hAnsi="Arial"/>
          <w:sz w:val="22"/>
        </w:rPr>
        <w:t>Thank you Dan.</w:t>
      </w:r>
    </w:p>
    <w:p>
      <w:pPr>
        <w:spacing w:after="0"/>
      </w:pPr>
    </w:p>
    <w:p>
      <w:pPr>
        <w:spacing w:after="0"/>
      </w:pPr>
      <w:r>
        <w:rPr>
          <w:rFonts w:ascii="Arial" w:hAnsi="Arial"/>
          <w:b/>
          <w:sz w:val="22"/>
        </w:rPr>
        <w:t xml:space="preserve">Dan  </w:t>
      </w:r>
      <w:r>
        <w:rPr>
          <w:rFonts w:ascii="Arial" w:hAnsi="Arial"/>
          <w:color w:val="5D7284"/>
          <w:sz w:val="22"/>
        </w:rPr>
        <w:t>1:16:51</w:t>
      </w:r>
    </w:p>
    <w:p>
      <w:pPr>
        <w:spacing w:after="0"/>
      </w:pPr>
      <w:r>
        <w:rPr>
          <w:rFonts w:ascii="Arial" w:hAnsi="Arial"/>
          <w:sz w:val="22"/>
        </w:rPr>
        <w:t>You guys gonna be part of diving anyway. (Lucy) Yeah (laughs).</w:t>
      </w:r>
    </w:p>
    <w:p>
      <w:pPr>
        <w:spacing w:after="0"/>
      </w:pPr>
    </w:p>
    <w:p>
      <w:pPr>
        <w:spacing w:after="0"/>
      </w:pPr>
      <w:r>
        <w:rPr>
          <w:rFonts w:ascii="Arial" w:hAnsi="Arial"/>
          <w:b/>
          <w:sz w:val="22"/>
        </w:rPr>
        <w:t xml:space="preserve">Alice  </w:t>
      </w:r>
      <w:r>
        <w:rPr>
          <w:rFonts w:ascii="Arial" w:hAnsi="Arial"/>
          <w:color w:val="5D7284"/>
          <w:sz w:val="22"/>
        </w:rPr>
        <w:t>1:16:53</w:t>
      </w:r>
    </w:p>
    <w:p>
      <w:pPr>
        <w:spacing w:after="0"/>
      </w:pPr>
      <w:r>
        <w:rPr>
          <w:rFonts w:ascii="Arial" w:hAnsi="Arial"/>
          <w:sz w:val="22"/>
        </w:rPr>
        <w:t>So you talked about the fact that you did these records for charity. Do you want to talk to us a little bit about the charity that you're raising money for and how people can support you with that?</w:t>
      </w:r>
    </w:p>
    <w:p>
      <w:pPr>
        <w:spacing w:after="0"/>
      </w:pPr>
    </w:p>
    <w:p>
      <w:pPr>
        <w:spacing w:after="0"/>
      </w:pPr>
      <w:r>
        <w:rPr>
          <w:rFonts w:ascii="Arial" w:hAnsi="Arial"/>
          <w:b/>
          <w:sz w:val="22"/>
        </w:rPr>
        <w:t xml:space="preserve">Dan  </w:t>
      </w:r>
      <w:r>
        <w:rPr>
          <w:rFonts w:ascii="Arial" w:hAnsi="Arial"/>
          <w:color w:val="5D7284"/>
          <w:sz w:val="22"/>
        </w:rPr>
        <w:t>1:17:05</w:t>
      </w:r>
    </w:p>
    <w:p>
      <w:pPr>
        <w:spacing w:after="0"/>
      </w:pPr>
      <w:r>
        <w:rPr>
          <w:rFonts w:ascii="Arial" w:hAnsi="Arial"/>
          <w:sz w:val="22"/>
        </w:rPr>
        <w:t xml:space="preserve"> Yeah, that'd be really good because obviously you know we're coming up towards the end of the page being open, the page is on justgiving. If somebody types in on Google it's wheelsdan. All one word and then 2022, that will take you straight to justgiving page. Or it's go on justgiving and typing wheelsdan, and you'll find me because that's wheelsdan, kind of like my name fairly obvious wheels. So yeah, that we're doing it. It's on that page but it's for three organizations. So the magpass air ambulance which is the orange air ambulance you see in the sky not the yellow one that's Lincolnshire. Mag pass is the guys that scraped me up off the road eight years ago and saved my life. So I owe them loads. The scuba trust, like I've said to you already, you know, taking divers in the water for 21 years, all disabled divers and it's all charitable. So you don't pay for your training if you're disabled with those guys. I didn't know about them when I was doing my training of course.(laughs) (Lucy laughs) And then the other ones is Stoney Cove themselves and they're not a charity. So they're not going to get an equal share. They're going to get less of a share because they're not a charity. But what it is for is to get better disabled facilities for them because they're going to work with me I hope. But their facilities there aren't great (Lucy) No. It's not built, diving world is not built for disabled divers, which is what I'm trying to change. We're getting there, we are getting there. But things like disabled toilets, there is only one disabled toilet there. It doesn't have a drain in that toilet. So you can't really get changed in there otherwise, well even though I do. So sometimes you go up there soaking wet, dry suit that's leaked, you're full of water. So what do you do? You can't get changed in the disabled toilet. (Lucy) No. So the only place for you to take all of your clothes off is on the quay side in front of everybody. (Lucy laughs) (Lucy) I mean?.... Now for me I'm not... it is what it is. It's everybody else looked around and goes what the bloody hell is he doing?! you know, yeah, and getting yourself naked on the side of a quay side. But the worst part is the quay side obviously is where everybody else walks so it's not (Lucy) Exactly. It's particularly clean and also it's quay blocks so there's little stones and gravel and all sorts of bits about yo,u that for me being paralyzed means I've got no muscle on my arse. And if I transfer or bounce onto a stone on my seat bones that can be three and a half months six months in bed or in hospital to fix that which a lot of your your guys that listen to this will know about anyway. You know pressure sores and things like that are just a nightmare we don't want to be facing. (Lucy) No. So those issues are what I'm trying to fix. Getting changed on the floor, in the car parks, in gravel, in dirt and all that kind of thing. I want to change that. It's alright for an able bodied diver that stands up and just takes off their kit and they're still stood up. They can stand on a towel. (Alice) Yeah. The only thing they get dirty is their feet. (Alice &amp; Lucy) Yeah. We are scrabbling around in the dirt laying down trying to pull your bloody trousers up and all that sort of stuff. So I want to change it and get disabled facilities there. They have changing rooms, but they have no ramps to get in. They don't have any disabled facilities in those changing rooms because they don't have the ramps to get in there. (Alice) Yeah. And also I think society at large would think why would a disabled person want to go diving and you know, that kind of thing? (Dan) Well why not?... Yeah, exactly, if we think why not. Everybody else would be like, why would they want to do it? Yeah, because it's the most freeing experience they can do. And that is what I want to push forward to people. (Lucy) Absolutely.</w:t>
      </w:r>
    </w:p>
    <w:p>
      <w:pPr>
        <w:spacing w:after="0"/>
      </w:pPr>
    </w:p>
    <w:p>
      <w:pPr>
        <w:spacing w:after="0"/>
      </w:pPr>
      <w:r>
        <w:rPr>
          <w:rFonts w:ascii="Arial" w:hAnsi="Arial"/>
          <w:b/>
          <w:sz w:val="22"/>
        </w:rPr>
        <w:t xml:space="preserve">Alice  </w:t>
      </w:r>
      <w:r>
        <w:rPr>
          <w:rFonts w:ascii="Arial" w:hAnsi="Arial"/>
          <w:color w:val="5D7284"/>
          <w:sz w:val="22"/>
        </w:rPr>
        <w:t>1:20:54</w:t>
      </w:r>
    </w:p>
    <w:p>
      <w:pPr>
        <w:spacing w:after="0"/>
      </w:pPr>
      <w:r>
        <w:rPr>
          <w:rFonts w:ascii="Arial" w:hAnsi="Arial"/>
          <w:sz w:val="22"/>
        </w:rPr>
        <w:t>I think we've got a trip to Stony Cove in our sights in the new year.</w:t>
      </w:r>
    </w:p>
    <w:p>
      <w:pPr>
        <w:spacing w:after="0"/>
      </w:pPr>
    </w:p>
    <w:p>
      <w:pPr>
        <w:spacing w:after="0"/>
      </w:pPr>
      <w:r>
        <w:rPr>
          <w:rFonts w:ascii="Arial" w:hAnsi="Arial"/>
          <w:b/>
          <w:sz w:val="22"/>
        </w:rPr>
        <w:t xml:space="preserve">Dan  </w:t>
      </w:r>
      <w:r>
        <w:rPr>
          <w:rFonts w:ascii="Arial" w:hAnsi="Arial"/>
          <w:color w:val="5D7284"/>
          <w:sz w:val="22"/>
        </w:rPr>
        <w:t>1:21:02</w:t>
      </w:r>
    </w:p>
    <w:p>
      <w:pPr>
        <w:spacing w:after="0"/>
      </w:pPr>
      <w:r>
        <w:rPr>
          <w:rFonts w:ascii="Arial" w:hAnsi="Arial"/>
          <w:sz w:val="22"/>
        </w:rPr>
        <w:t>I think let's get you two in Skegness aquarium. (Lucy) Okay, (Alice) Yeah. That'll be a good one. And you could even do a podcast from inside the aquarium about that? (laughs)</w:t>
      </w:r>
    </w:p>
    <w:p>
      <w:pPr>
        <w:spacing w:after="0"/>
      </w:pPr>
    </w:p>
    <w:p>
      <w:pPr>
        <w:spacing w:after="0"/>
      </w:pPr>
      <w:r>
        <w:rPr>
          <w:rFonts w:ascii="Arial" w:hAnsi="Arial"/>
          <w:b/>
          <w:sz w:val="22"/>
        </w:rPr>
        <w:t xml:space="preserve">Lucy  </w:t>
      </w:r>
      <w:r>
        <w:rPr>
          <w:rFonts w:ascii="Arial" w:hAnsi="Arial"/>
          <w:color w:val="5D7284"/>
          <w:sz w:val="22"/>
        </w:rPr>
        <w:t>1:21:15</w:t>
      </w:r>
    </w:p>
    <w:p>
      <w:pPr>
        <w:spacing w:after="0"/>
      </w:pPr>
      <w:r>
        <w:rPr>
          <w:rFonts w:ascii="Arial" w:hAnsi="Arial"/>
          <w:sz w:val="22"/>
        </w:rPr>
        <w:t>We've got we've actually got the kit to do our on location broadcast now. (Alice) But I don't know if we've got the kit to do under water? Maybe not underwater, but we could do it in the gift shop.(Laughs)</w:t>
      </w:r>
    </w:p>
    <w:p>
      <w:pPr>
        <w:spacing w:after="0"/>
      </w:pPr>
    </w:p>
    <w:p>
      <w:pPr>
        <w:spacing w:after="0"/>
      </w:pPr>
      <w:r>
        <w:rPr>
          <w:rFonts w:ascii="Arial" w:hAnsi="Arial"/>
          <w:b/>
          <w:sz w:val="22"/>
        </w:rPr>
        <w:t xml:space="preserve">Dan  </w:t>
      </w:r>
      <w:r>
        <w:rPr>
          <w:rFonts w:ascii="Arial" w:hAnsi="Arial"/>
          <w:color w:val="5D7284"/>
          <w:sz w:val="22"/>
        </w:rPr>
        <w:t>1:21:26</w:t>
      </w:r>
    </w:p>
    <w:p>
      <w:pPr>
        <w:spacing w:after="0"/>
      </w:pPr>
      <w:r>
        <w:rPr>
          <w:rFonts w:ascii="Arial" w:hAnsi="Arial"/>
          <w:sz w:val="22"/>
        </w:rPr>
        <w:t>Oh, no, I can. I can sort the underwater bit out. We've got Ocean Reef masks there. So these masks off what you've seen on Thailand rescue. (Lucy) Yeah, the full face thing. Full face masks and they have coms inside them. So you can hear... they are one way coms. So what we'd have to do is we'd have to change the mask so that you guys had the instructors mask on, and you'd be able to talk back to the outside world. (Lucy) Yeah. And the outside world would be able to hear you from inside the tank, which would be really quite cool.</w:t>
      </w:r>
    </w:p>
    <w:p>
      <w:pPr>
        <w:spacing w:after="0"/>
      </w:pPr>
    </w:p>
    <w:p>
      <w:pPr>
        <w:spacing w:after="0"/>
      </w:pPr>
      <w:r>
        <w:rPr>
          <w:rFonts w:ascii="Arial" w:hAnsi="Arial"/>
          <w:b/>
          <w:sz w:val="22"/>
        </w:rPr>
        <w:t xml:space="preserve">Lucy  </w:t>
      </w:r>
      <w:r>
        <w:rPr>
          <w:rFonts w:ascii="Arial" w:hAnsi="Arial"/>
          <w:color w:val="5D7284"/>
          <w:sz w:val="22"/>
        </w:rPr>
        <w:t>1:21:55</w:t>
      </w:r>
    </w:p>
    <w:p>
      <w:pPr>
        <w:spacing w:after="0"/>
      </w:pPr>
      <w:r>
        <w:rPr>
          <w:rFonts w:ascii="Arial" w:hAnsi="Arial"/>
          <w:sz w:val="22"/>
        </w:rPr>
        <w:t>I think Dan's doing our production crew. (laughs)</w:t>
      </w:r>
    </w:p>
    <w:p>
      <w:pPr>
        <w:spacing w:after="0"/>
      </w:pPr>
    </w:p>
    <w:p>
      <w:pPr>
        <w:spacing w:after="0"/>
      </w:pPr>
      <w:r>
        <w:rPr>
          <w:rFonts w:ascii="Arial" w:hAnsi="Arial"/>
          <w:b/>
          <w:sz w:val="22"/>
        </w:rPr>
        <w:t xml:space="preserve">Dan  </w:t>
      </w:r>
      <w:r>
        <w:rPr>
          <w:rFonts w:ascii="Arial" w:hAnsi="Arial"/>
          <w:color w:val="5D7284"/>
          <w:sz w:val="22"/>
        </w:rPr>
        <w:t>1:22:01</w:t>
      </w:r>
    </w:p>
    <w:p>
      <w:pPr>
        <w:spacing w:after="0"/>
      </w:pPr>
      <w:r>
        <w:rPr>
          <w:rFonts w:ascii="Arial" w:hAnsi="Arial"/>
          <w:sz w:val="22"/>
        </w:rPr>
        <w:t>The idea is not for me to do the diving it's for you to do the diving.</w:t>
      </w:r>
    </w:p>
    <w:p>
      <w:pPr>
        <w:spacing w:after="0"/>
      </w:pPr>
    </w:p>
    <w:p>
      <w:pPr>
        <w:spacing w:after="0"/>
      </w:pPr>
      <w:r>
        <w:rPr>
          <w:rFonts w:ascii="Arial" w:hAnsi="Arial"/>
          <w:b/>
          <w:sz w:val="22"/>
        </w:rPr>
        <w:t xml:space="preserve">Lucy  </w:t>
      </w:r>
      <w:r>
        <w:rPr>
          <w:rFonts w:ascii="Arial" w:hAnsi="Arial"/>
          <w:color w:val="5D7284"/>
          <w:sz w:val="22"/>
        </w:rPr>
        <w:t>1:22:05</w:t>
      </w:r>
    </w:p>
    <w:p>
      <w:pPr>
        <w:spacing w:after="0"/>
      </w:pPr>
      <w:r>
        <w:rPr>
          <w:rFonts w:ascii="Arial" w:hAnsi="Arial"/>
          <w:sz w:val="22"/>
        </w:rPr>
        <w:t>Thank you, Dan, this has been an absolutely fascinating episode. Thanks so much for joining us, if you send it for that....(Alice) Definitely worth it for that record. Yeah, absolutely. Because if you...</w:t>
      </w:r>
    </w:p>
    <w:p>
      <w:pPr>
        <w:spacing w:after="0"/>
      </w:pPr>
    </w:p>
    <w:p>
      <w:pPr>
        <w:spacing w:after="0"/>
      </w:pPr>
      <w:r>
        <w:rPr>
          <w:rFonts w:ascii="Arial" w:hAnsi="Arial"/>
          <w:b/>
          <w:sz w:val="22"/>
        </w:rPr>
        <w:t xml:space="preserve">Dan  </w:t>
      </w:r>
      <w:r>
        <w:rPr>
          <w:rFonts w:ascii="Arial" w:hAnsi="Arial"/>
          <w:color w:val="5D7284"/>
          <w:sz w:val="22"/>
        </w:rPr>
        <w:t>1:22:16</w:t>
      </w:r>
    </w:p>
    <w:p>
      <w:pPr>
        <w:spacing w:after="0"/>
      </w:pPr>
      <w:r>
        <w:rPr>
          <w:rFonts w:ascii="Arial" w:hAnsi="Arial"/>
          <w:sz w:val="22"/>
        </w:rPr>
        <w:t>Can I add one thing to you. I know you're gonna go oh my god. This obviously isn't the end, there's another one.(Lucy) No. So, next year, I'm working with another charity. I'm working with them instead of doing my own charity. And this charity is called the baton of hope, and the baton of hope. It's all about suicide prevention, through mental health and all that sort of stuff. The guy lost his son last year. And his son left him a note to say use my death as a fight for suicide prevention. And it's really, really important to me, because I've been there. (Lucy) Yeah. My wife has also lost her uncle through suicide as well. And I think everybody you talk to knows somebody that has either or themselves have been in that situation, or have lost somebody from that situation. So this baton is a physical battle. And like the when you do a relay, team relays. And this baton is being taken everywhere. So it's going to the highest heights. People are taking it skydiving, as far as I know, people are taking it to London Underground, because anywhere it goes is for someone that has been lost or a team of people who have lost someone. And I'm planning to take it on one of my training dives for my next world record, which will be in two years time. So I'm going deep. (Lucy) Yeah. So we've done, we've done the fast. We've done the longest distance, we're going to go deep, which is dangerous, obviously extremely dangerous. So I'll be training on a rebreather, which is a self contained unit has oxygen supply to it and they're the breathers that you see on telly where they've got no bubbles coming out. So rebreather because it's just recirculating air, Recirculating oxygen. (Lucy) Yeah. So I'll be on one of those. And I'm hoping, this is a target and then putting it out there now aren't I. So I'm hoping to take the baton down to 80 meters. And that will be one of the deepest depths of paralyzed divers been. However, that's my training dives for the next world record.(Lucy) Right okay.The next world record will be clear, well clear of 100 meters deep.</w:t>
      </w:r>
    </w:p>
    <w:p>
      <w:pPr>
        <w:spacing w:after="0"/>
      </w:pPr>
    </w:p>
    <w:p>
      <w:pPr>
        <w:spacing w:after="0"/>
      </w:pPr>
      <w:r>
        <w:rPr>
          <w:rFonts w:ascii="Arial" w:hAnsi="Arial"/>
          <w:b/>
          <w:sz w:val="22"/>
        </w:rPr>
        <w:t xml:space="preserve">Alice  </w:t>
      </w:r>
      <w:r>
        <w:rPr>
          <w:rFonts w:ascii="Arial" w:hAnsi="Arial"/>
          <w:color w:val="5D7284"/>
          <w:sz w:val="22"/>
        </w:rPr>
        <w:t>1:24:34</w:t>
      </w:r>
    </w:p>
    <w:p>
      <w:pPr>
        <w:spacing w:after="0"/>
      </w:pPr>
      <w:r>
        <w:rPr>
          <w:rFonts w:ascii="Arial" w:hAnsi="Arial"/>
          <w:sz w:val="22"/>
        </w:rPr>
        <w:t>Oh that sent a shiver down my spine.</w:t>
      </w:r>
    </w:p>
    <w:p>
      <w:pPr>
        <w:spacing w:after="0"/>
      </w:pPr>
    </w:p>
    <w:p>
      <w:pPr>
        <w:spacing w:after="0"/>
      </w:pPr>
      <w:r>
        <w:rPr>
          <w:rFonts w:ascii="Arial" w:hAnsi="Arial"/>
          <w:b/>
          <w:sz w:val="22"/>
        </w:rPr>
        <w:t xml:space="preserve">Lucy  </w:t>
      </w:r>
      <w:r>
        <w:rPr>
          <w:rFonts w:ascii="Arial" w:hAnsi="Arial"/>
          <w:color w:val="5D7284"/>
          <w:sz w:val="22"/>
        </w:rPr>
        <w:t>1:24:35</w:t>
      </w:r>
    </w:p>
    <w:p>
      <w:pPr>
        <w:spacing w:after="0"/>
      </w:pPr>
      <w:r>
        <w:rPr>
          <w:rFonts w:ascii="Arial" w:hAnsi="Arial"/>
          <w:sz w:val="22"/>
        </w:rPr>
        <w:t>Oh god Dan!</w:t>
      </w:r>
    </w:p>
    <w:p>
      <w:pPr>
        <w:spacing w:after="0"/>
      </w:pPr>
    </w:p>
    <w:p>
      <w:pPr>
        <w:spacing w:after="0"/>
      </w:pPr>
      <w:r>
        <w:rPr>
          <w:rFonts w:ascii="Arial" w:hAnsi="Arial"/>
          <w:b/>
          <w:sz w:val="22"/>
        </w:rPr>
        <w:t xml:space="preserve">Dan  </w:t>
      </w:r>
      <w:r>
        <w:rPr>
          <w:rFonts w:ascii="Arial" w:hAnsi="Arial"/>
          <w:color w:val="5D7284"/>
          <w:sz w:val="22"/>
        </w:rPr>
        <w:t>1:24:37</w:t>
      </w:r>
    </w:p>
    <w:p>
      <w:pPr>
        <w:spacing w:after="0"/>
      </w:pPr>
      <w:r>
        <w:rPr>
          <w:rFonts w:ascii="Arial" w:hAnsi="Arial"/>
          <w:sz w:val="22"/>
        </w:rPr>
        <w:t>Yeah, it'd be well clear that I'm not telling you exactly how far. (Alice) Incredible.</w:t>
      </w:r>
    </w:p>
    <w:p>
      <w:pPr>
        <w:spacing w:after="0"/>
      </w:pPr>
    </w:p>
    <w:p>
      <w:pPr>
        <w:spacing w:after="0"/>
      </w:pPr>
      <w:r>
        <w:rPr>
          <w:rFonts w:ascii="Arial" w:hAnsi="Arial"/>
          <w:b/>
          <w:sz w:val="22"/>
        </w:rPr>
        <w:t xml:space="preserve">Lucy  </w:t>
      </w:r>
      <w:r>
        <w:rPr>
          <w:rFonts w:ascii="Arial" w:hAnsi="Arial"/>
          <w:color w:val="5D7284"/>
          <w:sz w:val="22"/>
        </w:rPr>
        <w:t>1:24:40</w:t>
      </w:r>
    </w:p>
    <w:p>
      <w:pPr>
        <w:spacing w:after="0"/>
      </w:pPr>
      <w:r>
        <w:rPr>
          <w:rFonts w:ascii="Arial" w:hAnsi="Arial"/>
          <w:sz w:val="22"/>
        </w:rPr>
        <w:t>Do you think you'd Ccome back and talk about your next sort of projects coming?</w:t>
      </w:r>
    </w:p>
    <w:p>
      <w:pPr>
        <w:spacing w:after="0"/>
      </w:pPr>
    </w:p>
    <w:p>
      <w:pPr>
        <w:spacing w:after="0"/>
      </w:pPr>
      <w:r>
        <w:rPr>
          <w:rFonts w:ascii="Arial" w:hAnsi="Arial"/>
          <w:b/>
          <w:sz w:val="22"/>
        </w:rPr>
        <w:t xml:space="preserve">Dan  </w:t>
      </w:r>
      <w:r>
        <w:rPr>
          <w:rFonts w:ascii="Arial" w:hAnsi="Arial"/>
          <w:color w:val="5D7284"/>
          <w:sz w:val="22"/>
        </w:rPr>
        <w:t>1:24:45</w:t>
      </w:r>
    </w:p>
    <w:p>
      <w:pPr>
        <w:spacing w:after="0"/>
      </w:pPr>
      <w:r>
        <w:rPr>
          <w:rFonts w:ascii="Arial" w:hAnsi="Arial"/>
          <w:sz w:val="22"/>
        </w:rPr>
        <w:t>Of course I will. I'd love to talk to you guys again. That's fantastic.</w:t>
      </w:r>
    </w:p>
    <w:p>
      <w:pPr>
        <w:spacing w:after="0"/>
      </w:pPr>
    </w:p>
    <w:p>
      <w:pPr>
        <w:spacing w:after="0"/>
      </w:pPr>
      <w:r>
        <w:rPr>
          <w:rFonts w:ascii="Arial" w:hAnsi="Arial"/>
          <w:b/>
          <w:sz w:val="22"/>
        </w:rPr>
        <w:t xml:space="preserve">Alice  </w:t>
      </w:r>
      <w:r>
        <w:rPr>
          <w:rFonts w:ascii="Arial" w:hAnsi="Arial"/>
          <w:color w:val="5D7284"/>
          <w:sz w:val="22"/>
        </w:rPr>
        <w:t>1:24:48</w:t>
      </w:r>
    </w:p>
    <w:p>
      <w:pPr>
        <w:spacing w:after="0"/>
      </w:pPr>
      <w:r>
        <w:rPr>
          <w:rFonts w:ascii="Arial" w:hAnsi="Arial"/>
          <w:sz w:val="22"/>
        </w:rPr>
        <w:t>That's amazing, Dan thank you so much</w:t>
      </w:r>
    </w:p>
    <w:p>
      <w:pPr>
        <w:spacing w:after="0"/>
      </w:pPr>
    </w:p>
    <w:p>
      <w:pPr>
        <w:spacing w:after="0"/>
      </w:pPr>
      <w:r>
        <w:rPr>
          <w:rFonts w:ascii="Arial" w:hAnsi="Arial"/>
          <w:b/>
          <w:sz w:val="22"/>
        </w:rPr>
        <w:t xml:space="preserve">Lucy  </w:t>
      </w:r>
      <w:r>
        <w:rPr>
          <w:rFonts w:ascii="Arial" w:hAnsi="Arial"/>
          <w:color w:val="5D7284"/>
          <w:sz w:val="22"/>
        </w:rPr>
        <w:t>1:24:50</w:t>
      </w:r>
    </w:p>
    <w:p>
      <w:pPr>
        <w:spacing w:after="0"/>
      </w:pPr>
      <w:r>
        <w:rPr>
          <w:rFonts w:ascii="Arial" w:hAnsi="Arial"/>
          <w:sz w:val="22"/>
        </w:rPr>
        <w:t>Yeah, thank you so much, brilliant.</w:t>
      </w:r>
    </w:p>
    <w:p>
      <w:pPr>
        <w:spacing w:after="0"/>
      </w:pPr>
    </w:p>
    <w:p>
      <w:pPr>
        <w:spacing w:after="0"/>
      </w:pPr>
      <w:r>
        <w:rPr>
          <w:rFonts w:ascii="Arial" w:hAnsi="Arial"/>
          <w:b/>
          <w:sz w:val="22"/>
        </w:rPr>
        <w:t xml:space="preserve">Dan  </w:t>
      </w:r>
      <w:r>
        <w:rPr>
          <w:rFonts w:ascii="Arial" w:hAnsi="Arial"/>
          <w:color w:val="5D7284"/>
          <w:sz w:val="22"/>
        </w:rPr>
        <w:t>1:24:52</w:t>
      </w:r>
    </w:p>
    <w:p>
      <w:pPr>
        <w:spacing w:after="0"/>
      </w:pPr>
      <w:r>
        <w:rPr>
          <w:rFonts w:ascii="Arial" w:hAnsi="Arial"/>
          <w:sz w:val="22"/>
        </w:rPr>
        <w:t xml:space="preserve">No, thank you for having me. It's been been brilliant. and remember you guys your on top of my list. </w:t>
      </w:r>
    </w:p>
    <w:p>
      <w:pPr>
        <w:spacing w:after="0"/>
      </w:pPr>
    </w:p>
    <w:p>
      <w:pPr>
        <w:spacing w:after="0"/>
      </w:pPr>
      <w:r>
        <w:rPr>
          <w:rFonts w:ascii="Arial" w:hAnsi="Arial"/>
          <w:b/>
          <w:sz w:val="22"/>
        </w:rPr>
        <w:t xml:space="preserve">Alice  </w:t>
      </w:r>
      <w:r>
        <w:rPr>
          <w:rFonts w:ascii="Arial" w:hAnsi="Arial"/>
          <w:color w:val="5D7284"/>
          <w:sz w:val="22"/>
        </w:rPr>
        <w:t>1:24:58</w:t>
      </w:r>
    </w:p>
    <w:p>
      <w:pPr>
        <w:spacing w:after="0"/>
      </w:pPr>
      <w:r>
        <w:rPr>
          <w:rFonts w:ascii="Arial" w:hAnsi="Arial"/>
          <w:sz w:val="22"/>
        </w:rPr>
        <w:t>Thank you. Okay, dont forget listeners we'll leave all the links for Dan's justgiving (Dan) Thank you. (Lucy) We will put them everywhere. On our socials and on our show notes. Yeah and on the website, please if you can. We know it's nearly time for the fundraising to end so if you can, please, please do donate I think that will. That will be incredible. And yeah, Lucy and I promise at some point you'll see a picture of us and some wetsuits. (Lucy laughs)</w:t>
      </w:r>
    </w:p>
    <w:p>
      <w:pPr>
        <w:spacing w:after="0"/>
      </w:pPr>
    </w:p>
    <w:p>
      <w:pPr>
        <w:spacing w:after="0"/>
      </w:pPr>
      <w:r>
        <w:rPr>
          <w:rFonts w:ascii="Arial" w:hAnsi="Arial"/>
          <w:b/>
          <w:sz w:val="22"/>
        </w:rPr>
        <w:t xml:space="preserve">Lucy  </w:t>
      </w:r>
      <w:r>
        <w:rPr>
          <w:rFonts w:ascii="Arial" w:hAnsi="Arial"/>
          <w:color w:val="5D7284"/>
          <w:sz w:val="22"/>
        </w:rPr>
        <w:t>1:25:29</w:t>
      </w:r>
    </w:p>
    <w:p>
      <w:pPr>
        <w:spacing w:after="0"/>
      </w:pPr>
      <w:r>
        <w:rPr>
          <w:rFonts w:ascii="Arial" w:hAnsi="Arial"/>
          <w:sz w:val="22"/>
        </w:rPr>
        <w:t>Might put you of your dinner. (Allice) Might not be in the water. Yeah, um, I might just sit on the side in a wetsuit and say hi me I've done it. (Alice laughs) Joking. I will be in the water. I promise whether you have to drag me kicking and screaming, I'll get in the water. I can pretend to be Ariel. (laughs)</w:t>
      </w:r>
    </w:p>
    <w:p>
      <w:pPr>
        <w:spacing w:after="0"/>
      </w:pPr>
    </w:p>
    <w:p>
      <w:pPr>
        <w:spacing w:after="0"/>
      </w:pPr>
      <w:r>
        <w:rPr>
          <w:rFonts w:ascii="Arial" w:hAnsi="Arial"/>
          <w:b/>
          <w:sz w:val="22"/>
        </w:rPr>
        <w:t xml:space="preserve">Alice  </w:t>
      </w:r>
      <w:r>
        <w:rPr>
          <w:rFonts w:ascii="Arial" w:hAnsi="Arial"/>
          <w:color w:val="5D7284"/>
          <w:sz w:val="22"/>
        </w:rPr>
        <w:t>1:25:45</w:t>
      </w:r>
    </w:p>
    <w:p>
      <w:pPr>
        <w:spacing w:after="0"/>
      </w:pPr>
      <w:r>
        <w:rPr>
          <w:rFonts w:ascii="Arial" w:hAnsi="Arial"/>
          <w:sz w:val="22"/>
        </w:rPr>
        <w:t>And I'll do you a picture of me near a shark. (laughs)</w:t>
      </w:r>
    </w:p>
    <w:p>
      <w:pPr>
        <w:spacing w:after="0"/>
      </w:pPr>
    </w:p>
    <w:p>
      <w:pPr>
        <w:spacing w:after="0"/>
      </w:pPr>
      <w:r>
        <w:rPr>
          <w:rFonts w:ascii="Arial" w:hAnsi="Arial"/>
          <w:b/>
          <w:sz w:val="22"/>
        </w:rPr>
        <w:t xml:space="preserve">Lucy  </w:t>
      </w:r>
      <w:r>
        <w:rPr>
          <w:rFonts w:ascii="Arial" w:hAnsi="Arial"/>
          <w:color w:val="5D7284"/>
          <w:sz w:val="22"/>
        </w:rPr>
        <w:t>1:25:48</w:t>
      </w:r>
    </w:p>
    <w:p>
      <w:pPr>
        <w:spacing w:after="0"/>
      </w:pPr>
      <w:r>
        <w:rPr>
          <w:rFonts w:ascii="Arial" w:hAnsi="Arial"/>
          <w:sz w:val="22"/>
        </w:rPr>
        <w:t>Okay you can lay in front of the glass just pointing at one.</w:t>
      </w:r>
    </w:p>
    <w:p>
      <w:pPr>
        <w:spacing w:after="0"/>
      </w:pPr>
    </w:p>
    <w:p>
      <w:pPr>
        <w:spacing w:after="0"/>
      </w:pPr>
      <w:r>
        <w:rPr>
          <w:rFonts w:ascii="Arial" w:hAnsi="Arial"/>
          <w:b/>
          <w:sz w:val="22"/>
        </w:rPr>
        <w:t xml:space="preserve">Alice  </w:t>
      </w:r>
      <w:r>
        <w:rPr>
          <w:rFonts w:ascii="Arial" w:hAnsi="Arial"/>
          <w:color w:val="5D7284"/>
          <w:sz w:val="22"/>
        </w:rPr>
        <w:t>1:25:51</w:t>
      </w:r>
    </w:p>
    <w:p>
      <w:pPr>
        <w:spacing w:after="0"/>
      </w:pPr>
      <w:r>
        <w:rPr>
          <w:rFonts w:ascii="Arial" w:hAnsi="Arial"/>
          <w:sz w:val="22"/>
        </w:rPr>
        <w:t>I was going to say like 14 feet is near right? (Dan) No. Outside the aquarium.</w:t>
      </w:r>
    </w:p>
    <w:p>
      <w:pPr>
        <w:spacing w:after="0"/>
      </w:pPr>
    </w:p>
    <w:p>
      <w:pPr>
        <w:spacing w:after="0"/>
      </w:pPr>
      <w:r>
        <w:rPr>
          <w:rFonts w:ascii="Arial" w:hAnsi="Arial"/>
          <w:b/>
          <w:sz w:val="22"/>
        </w:rPr>
        <w:t xml:space="preserve">Lucy  </w:t>
      </w:r>
      <w:r>
        <w:rPr>
          <w:rFonts w:ascii="Arial" w:hAnsi="Arial"/>
          <w:color w:val="5D7284"/>
          <w:sz w:val="22"/>
        </w:rPr>
        <w:t>1:25:59</w:t>
      </w:r>
    </w:p>
    <w:p>
      <w:pPr>
        <w:spacing w:after="0"/>
      </w:pPr>
      <w:r>
        <w:rPr>
          <w:rFonts w:ascii="Arial" w:hAnsi="Arial"/>
          <w:sz w:val="22"/>
        </w:rPr>
        <w:t>I'm here to play my friend Lucy.(laughs)</w:t>
      </w:r>
    </w:p>
    <w:p>
      <w:pPr>
        <w:spacing w:after="0"/>
      </w:pPr>
    </w:p>
    <w:p>
      <w:pPr>
        <w:spacing w:after="0"/>
      </w:pPr>
      <w:r>
        <w:rPr>
          <w:rFonts w:ascii="Arial" w:hAnsi="Arial"/>
          <w:b/>
          <w:sz w:val="22"/>
        </w:rPr>
        <w:t xml:space="preserve">Alice  </w:t>
      </w:r>
      <w:r>
        <w:rPr>
          <w:rFonts w:ascii="Arial" w:hAnsi="Arial"/>
          <w:color w:val="5D7284"/>
          <w:sz w:val="22"/>
        </w:rPr>
        <w:t>1:26:04</w:t>
      </w:r>
    </w:p>
    <w:p>
      <w:pPr>
        <w:spacing w:after="0"/>
      </w:pPr>
      <w:r>
        <w:rPr>
          <w:rFonts w:ascii="Arial" w:hAnsi="Arial"/>
          <w:sz w:val="22"/>
        </w:rPr>
        <w:t>The shark might eat my guide dog (Lucy laughs) I can't have that.</w:t>
      </w:r>
    </w:p>
    <w:p>
      <w:pPr>
        <w:spacing w:after="0"/>
      </w:pPr>
    </w:p>
    <w:p>
      <w:pPr>
        <w:spacing w:after="0"/>
      </w:pPr>
      <w:r>
        <w:rPr>
          <w:rFonts w:ascii="Arial" w:hAnsi="Arial"/>
          <w:b/>
          <w:sz w:val="22"/>
        </w:rPr>
        <w:t xml:space="preserve">Dan  </w:t>
      </w:r>
      <w:r>
        <w:rPr>
          <w:rFonts w:ascii="Arial" w:hAnsi="Arial"/>
          <w:color w:val="5D7284"/>
          <w:sz w:val="22"/>
        </w:rPr>
        <w:t>1:26:07</w:t>
      </w:r>
    </w:p>
    <w:p>
      <w:pPr>
        <w:spacing w:after="0"/>
      </w:pPr>
      <w:r>
        <w:rPr>
          <w:rFonts w:ascii="Arial" w:hAnsi="Arial"/>
          <w:sz w:val="22"/>
        </w:rPr>
        <w:t>Now that would be a challenge! (Lucy laughs) Guide dog diving.</w:t>
      </w:r>
    </w:p>
    <w:p>
      <w:pPr>
        <w:spacing w:after="0"/>
      </w:pPr>
    </w:p>
    <w:p>
      <w:pPr>
        <w:spacing w:after="0"/>
      </w:pPr>
      <w:r>
        <w:rPr>
          <w:rFonts w:ascii="Arial" w:hAnsi="Arial"/>
          <w:b/>
          <w:sz w:val="22"/>
        </w:rPr>
        <w:t xml:space="preserve">Alice  </w:t>
      </w:r>
      <w:r>
        <w:rPr>
          <w:rFonts w:ascii="Arial" w:hAnsi="Arial"/>
          <w:color w:val="5D7284"/>
          <w:sz w:val="22"/>
        </w:rPr>
        <w:t>1:26:11</w:t>
      </w:r>
    </w:p>
    <w:p>
      <w:pPr>
        <w:spacing w:after="0"/>
      </w:pPr>
      <w:r>
        <w:rPr>
          <w:rFonts w:ascii="Arial" w:hAnsi="Arial"/>
          <w:sz w:val="22"/>
        </w:rPr>
        <w:t>I mean, you might... they're Labradors. They absolutely love the water. So I think they have an amazing time. I wouldn't want them going anywhere too deep because they're as much as they're wonderful guide dogs. They're not that smart. And I do feel like it'd be an accident waiting to happen. (laughs)</w:t>
      </w:r>
    </w:p>
    <w:p>
      <w:pPr>
        <w:spacing w:after="0"/>
      </w:pPr>
    </w:p>
    <w:p>
      <w:pPr>
        <w:spacing w:after="0"/>
      </w:pPr>
      <w:r>
        <w:rPr>
          <w:rFonts w:ascii="Arial" w:hAnsi="Arial"/>
          <w:b/>
          <w:sz w:val="22"/>
        </w:rPr>
        <w:t xml:space="preserve">Lucy  </w:t>
      </w:r>
      <w:r>
        <w:rPr>
          <w:rFonts w:ascii="Arial" w:hAnsi="Arial"/>
          <w:color w:val="5D7284"/>
          <w:sz w:val="22"/>
        </w:rPr>
        <w:t>1:26:27</w:t>
      </w:r>
    </w:p>
    <w:p>
      <w:pPr>
        <w:spacing w:after="0"/>
      </w:pPr>
      <w:r>
        <w:rPr>
          <w:rFonts w:ascii="Arial" w:hAnsi="Arial"/>
          <w:sz w:val="22"/>
        </w:rPr>
        <w:t>Dora the diver is a is a children's book waiting to happen, isn't it really? (Alice laughs)</w:t>
      </w:r>
    </w:p>
    <w:p>
      <w:pPr>
        <w:spacing w:after="0"/>
      </w:pPr>
    </w:p>
    <w:p>
      <w:pPr>
        <w:spacing w:after="0"/>
      </w:pPr>
      <w:r>
        <w:rPr>
          <w:rFonts w:ascii="Arial" w:hAnsi="Arial"/>
          <w:b/>
          <w:sz w:val="22"/>
        </w:rPr>
        <w:t xml:space="preserve">Alice  </w:t>
      </w:r>
      <w:r>
        <w:rPr>
          <w:rFonts w:ascii="Arial" w:hAnsi="Arial"/>
          <w:color w:val="5D7284"/>
          <w:sz w:val="22"/>
        </w:rPr>
        <w:t>1:26:34</w:t>
      </w:r>
    </w:p>
    <w:p>
      <w:pPr>
        <w:spacing w:after="0"/>
      </w:pPr>
      <w:r>
        <w:rPr>
          <w:rFonts w:ascii="Arial" w:hAnsi="Arial"/>
          <w:sz w:val="22"/>
        </w:rPr>
        <w:t>Yeah. Okay. Thank you very much. (Lucy) Thank you. We will see you all next time.</w:t>
      </w:r>
    </w:p>
    <w:p>
      <w:pPr>
        <w:spacing w:after="0"/>
      </w:pPr>
    </w:p>
    <w:p>
      <w:pPr>
        <w:spacing w:after="0"/>
      </w:pPr>
      <w:r>
        <w:rPr>
          <w:rFonts w:ascii="Arial" w:hAnsi="Arial"/>
          <w:b/>
          <w:sz w:val="22"/>
        </w:rPr>
        <w:t xml:space="preserve">Dan  </w:t>
      </w:r>
      <w:r>
        <w:rPr>
          <w:rFonts w:ascii="Arial" w:hAnsi="Arial"/>
          <w:color w:val="5D7284"/>
          <w:sz w:val="22"/>
        </w:rPr>
        <w:t>1:26:40</w:t>
      </w:r>
    </w:p>
    <w:p>
      <w:pPr>
        <w:spacing w:after="0"/>
      </w:pPr>
      <w:r>
        <w:rPr>
          <w:rFonts w:ascii="Arial" w:hAnsi="Arial"/>
          <w:sz w:val="22"/>
        </w:rPr>
        <w:t>Yep. Thank you for the chat.</w:t>
      </w:r>
    </w:p>
    <w:p>
      <w:pPr>
        <w:spacing w:after="0"/>
      </w:pPr>
    </w:p>
    <w:p>
      <w:pPr>
        <w:spacing w:after="0"/>
      </w:pPr>
      <w:r>
        <w:rPr>
          <w:rFonts w:ascii="Arial" w:hAnsi="Arial"/>
          <w:b/>
          <w:sz w:val="22"/>
        </w:rPr>
        <w:t xml:space="preserve">Alice  </w:t>
      </w:r>
      <w:r>
        <w:rPr>
          <w:rFonts w:ascii="Arial" w:hAnsi="Arial"/>
          <w:color w:val="5D7284"/>
          <w:sz w:val="22"/>
        </w:rPr>
        <w:t>1:26:41</w:t>
      </w:r>
    </w:p>
    <w:p>
      <w:pPr>
        <w:spacing w:after="0"/>
      </w:pPr>
      <w:r>
        <w:rPr>
          <w:rFonts w:ascii="Arial" w:hAnsi="Arial"/>
          <w:sz w:val="22"/>
        </w:rPr>
        <w:t>(Lucy) Bye. Bye, Dan. Bye. (Dan Thank you very much. Thanks for listening to the lABLEd Podcast. If you liked the show, you can rate review and subscribe and you can follow us on social media at labelled pod.</w:t>
      </w:r>
    </w:p>
    <w:p>
      <w:pPr>
        <w:spacing w:after="0"/>
      </w:pPr>
    </w:p>
    <w:p>
      <w:pPr>
        <w:spacing w:after="0"/>
      </w:pPr>
      <w:r>
        <w:rPr>
          <w:rFonts w:ascii="Arial" w:hAnsi="Arial"/>
          <w:b/>
          <w:sz w:val="22"/>
        </w:rPr>
        <w:t xml:space="preserve">Lucy  </w:t>
      </w:r>
      <w:r>
        <w:rPr>
          <w:rFonts w:ascii="Arial" w:hAnsi="Arial"/>
          <w:color w:val="5D7284"/>
          <w:sz w:val="22"/>
        </w:rPr>
        <w:t>1:26:54</w:t>
      </w:r>
    </w:p>
    <w:p>
      <w:pPr>
        <w:spacing w:after="0"/>
      </w:pPr>
      <w:r>
        <w:rPr>
          <w:rFonts w:ascii="Arial" w:hAnsi="Arial"/>
          <w:sz w:val="22"/>
        </w:rPr>
        <w:t>This episode was edited by Adam Hull, our music was by Maisie Crundon. And we'd like to thank the rest of the team involved</w:t>
      </w:r>
    </w:p>
    <w:sectPr w:rsidR="00930F33" w:rsidSect="001216B9">
      <w:headerReference w:type="even" r:id="rId8"/>
      <w:headerReference w:type="default" r:id="rId9"/>
      <w:footerReference w:type="even" r:id="rId10"/>
      <w:footerReference w:type="default" r:id="rId11"/>
      <w:headerReference w:type="first" r:id="rId12"/>
      <w:footerReference w:type="first" r:id="rId13"/>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1FEF6E" w14:textId="77777777" w:rsidR="00ED3244" w:rsidRDefault="00ED3244">
      <w:pPr>
        <w:spacing w:after="0" w:line="240" w:lineRule="auto"/>
      </w:pPr>
      <w:r>
        <w:separator/>
      </w:r>
    </w:p>
  </w:endnote>
  <w:endnote w:type="continuationSeparator" w:id="0">
    <w:p w14:paraId="32C8662D" w14:textId="77777777" w:rsidR="00ED3244" w:rsidRDefault="00ED3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00000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72650680"/>
      <w:docPartObj>
        <w:docPartGallery w:val="Page Numbers (Bottom of Page)"/>
        <w:docPartUnique/>
      </w:docPartObj>
    </w:sdtPr>
    <w:sdtEndPr>
      <w:rPr>
        <w:rStyle w:val="PageNumber"/>
      </w:rPr>
    </w:sdtEndPr>
    <w:sdtContent>
      <w:p w14:paraId="5B49F2F0" w14:textId="0D664EC5"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17BA4339" w14:textId="3F160B4F"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50DD35F"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414BB7FC" w14:textId="3CBEBC9E"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1A7AEB9B" w14:textId="37CC26BC"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B6D5FB"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8FD58C" w14:textId="77777777" w:rsidR="00ED3244" w:rsidRDefault="00ED3244">
      <w:pPr>
        <w:spacing w:after="0" w:line="240" w:lineRule="auto"/>
      </w:pPr>
      <w:r>
        <w:separator/>
      </w:r>
    </w:p>
  </w:footnote>
  <w:footnote w:type="continuationSeparator" w:id="0">
    <w:p w14:paraId="4B6704BD" w14:textId="77777777" w:rsidR="00ED3244" w:rsidRDefault="00ED32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B25ED7"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F039F9"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962272"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9"/>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1216B9"/>
    <w:rsid w:val="0015074B"/>
    <w:rsid w:val="0029639D"/>
    <w:rsid w:val="00326F90"/>
    <w:rsid w:val="004A641F"/>
    <w:rsid w:val="004B593C"/>
    <w:rsid w:val="006E2A8C"/>
    <w:rsid w:val="007749AF"/>
    <w:rsid w:val="00794EBC"/>
    <w:rsid w:val="00930F33"/>
    <w:rsid w:val="009C3AF0"/>
    <w:rsid w:val="00A12EE5"/>
    <w:rsid w:val="00AA1D8D"/>
    <w:rsid w:val="00B47730"/>
    <w:rsid w:val="00BA4C2B"/>
    <w:rsid w:val="00BD0140"/>
    <w:rsid w:val="00C24502"/>
    <w:rsid w:val="00CB0664"/>
    <w:rsid w:val="00D57E81"/>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488BA53"/>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5" Type="http://schemas.openxmlformats.org/officeDocument/2006/relationships/webSettings" Target="webSettings.xml"/><Relationship Id="rId4" Type="http://schemas.openxmlformats.org/officeDocument/2006/relationships/settings" Target="settings.xml"/><Relationship Id="rId6" Type="http://schemas.openxmlformats.org/officeDocument/2006/relationships/footnotes" Target="footnotes.xml"/><Relationship Id="rId7" Type="http://schemas.openxmlformats.org/officeDocument/2006/relationships/endnotes" Target="endnotes.xml"/><Relationship Id="rId15" Type="http://schemas.openxmlformats.org/officeDocument/2006/relationships/theme" Target="theme/theme1.xml"/><Relationship Id="rId9" Type="http://schemas.openxmlformats.org/officeDocument/2006/relationships/header" Target="header2.xml"/><Relationship Id="rId8" Type="http://schemas.openxmlformats.org/officeDocument/2006/relationships/header" Target="header1.xml"/><Relationship Id="rId13" Type="http://schemas.openxmlformats.org/officeDocument/2006/relationships/footer" Target="footer3.xml"/><Relationship Id="rId12" Type="http://schemas.openxmlformats.org/officeDocument/2006/relationships/header" Target="header3.xml"/><Relationship Id="rId11" Type="http://schemas.openxmlformats.org/officeDocument/2006/relationships/footer" Target="footer2.xml"/><Relationship Id="rId10" Type="http://schemas.openxmlformats.org/officeDocument/2006/relationships/footer" Target="footer1.xml"/><Relationship Id="rId3" Type="http://schemas.openxmlformats.org/officeDocument/2006/relationships/styles" Target="styles.xml"/><Relationship Id="rId2" Type="http://schemas.openxmlformats.org/officeDocument/2006/relationships/numbering" Target="numbering.xml"/><Relationship Id="rId1" Type="http://schemas.openxmlformats.org/officeDocument/2006/relationships/customXml" Target="../customXml/item1.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Wen Sun</cp:lastModifiedBy>
  <cp:revision>7</cp:revision>
  <dcterms:created xsi:type="dcterms:W3CDTF">2019-09-10T23:59:00Z</dcterms:created>
  <dcterms:modified xsi:type="dcterms:W3CDTF">2019-09-12T19:02:00Z</dcterms:modified>
  <cp:category/>
</cp:coreProperties>
</file>