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Christmas 2022</w:t>
      </w:r>
    </w:p>
    <w:p>
      <w:r>
        <w:rPr>
          <w:rFonts w:ascii="Arial" w:hAnsi="Arial"/>
          <w:color w:val="4F6880"/>
          <w:sz w:val="22"/>
        </w:rPr>
        <w:t>Thu, Dec 08, 2022 9:36AM • 1:14:31</w:t>
      </w:r>
    </w:p>
    <w:p>
      <w:pPr>
        <w:spacing w:before="440" w:after="0"/>
      </w:pPr>
      <w:r>
        <w:rPr>
          <w:rFonts w:ascii="Arial" w:hAnsi="Arial"/>
          <w:b/>
          <w:color w:val="4F6880"/>
          <w:sz w:val="22"/>
        </w:rPr>
        <w:t>SUMMARY KEYWORDS</w:t>
      </w:r>
    </w:p>
    <w:p>
      <w:r>
        <w:rPr>
          <w:rFonts w:ascii="Arial" w:hAnsi="Arial"/>
          <w:color w:val="4F6880"/>
          <w:sz w:val="22"/>
        </w:rPr>
        <w:t>lucy, laughs, alice, people, dickens, barnaby, disabled, disability, tiny tim, bit, characters, muppets, esther, christmas, book, mum, poverty, poor, written, episode</w:t>
      </w:r>
    </w:p>
    <w:p>
      <w:pPr>
        <w:spacing w:before="440" w:after="0"/>
      </w:pPr>
      <w:r>
        <w:rPr>
          <w:rFonts w:ascii="Arial" w:hAnsi="Arial"/>
          <w:b/>
          <w:color w:val="4F6880"/>
          <w:sz w:val="22"/>
        </w:rPr>
        <w:t>SPEAKERS</w:t>
      </w:r>
    </w:p>
    <w:p>
      <w:r>
        <w:rPr>
          <w:rFonts w:ascii="Arial" w:hAnsi="Arial"/>
          <w:color w:val="4F6880"/>
          <w:sz w:val="22"/>
        </w:rPr>
        <w:t>Theme Tune,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don't fit in socially, I'm so much more than what you see. We all live our lives differently, kaleidoscope identity. Cos this is who I'm meant to be, I'm just labeled me. I'm just labeled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00:43</w:t>
      </w:r>
    </w:p>
    <w:p>
      <w:pPr>
        <w:spacing w:after="0"/>
      </w:pPr>
      <w:r>
        <w:rPr>
          <w:rFonts w:ascii="Arial" w:hAnsi="Arial"/>
          <w:sz w:val="22"/>
        </w:rPr>
        <w:t>Hello, lovely listeners, and welcome to a very special episode of The lABLEd Podcast. I am Lucy and this is my co host Alice. (Alice) Hi. Hi! we're very excited about this episode aren't we Alice?</w:t>
      </w:r>
    </w:p>
    <w:p>
      <w:pPr>
        <w:spacing w:after="0"/>
      </w:pPr>
    </w:p>
    <w:p>
      <w:pPr>
        <w:spacing w:after="0"/>
      </w:pPr>
      <w:r>
        <w:rPr>
          <w:rFonts w:ascii="Arial" w:hAnsi="Arial"/>
          <w:b/>
          <w:sz w:val="22"/>
        </w:rPr>
        <w:t xml:space="preserve">Alice  </w:t>
      </w:r>
      <w:r>
        <w:rPr>
          <w:rFonts w:ascii="Arial" w:hAnsi="Arial"/>
          <w:color w:val="5D7284"/>
          <w:sz w:val="22"/>
        </w:rPr>
        <w:t>00:56</w:t>
      </w:r>
    </w:p>
    <w:p>
      <w:pPr>
        <w:spacing w:after="0"/>
      </w:pPr>
      <w:r>
        <w:rPr>
          <w:rFonts w:ascii="Arial" w:hAnsi="Arial"/>
          <w:sz w:val="22"/>
        </w:rPr>
        <w:t>Yeah, I'm looking forward to, I was dreading it right up until about like (Lucy laughs), sort of 14 hours ago when I actually put my notes together. I went oh, this will be  alright, actually. (Lucy) Yeah.</w:t>
      </w:r>
    </w:p>
    <w:p>
      <w:pPr>
        <w:spacing w:after="0"/>
      </w:pPr>
    </w:p>
    <w:p>
      <w:pPr>
        <w:spacing w:after="0"/>
      </w:pPr>
      <w:r>
        <w:rPr>
          <w:rFonts w:ascii="Arial" w:hAnsi="Arial"/>
          <w:b/>
          <w:sz w:val="22"/>
        </w:rPr>
        <w:t xml:space="preserve">Lucy  </w:t>
      </w:r>
      <w:r>
        <w:rPr>
          <w:rFonts w:ascii="Arial" w:hAnsi="Arial"/>
          <w:color w:val="5D7284"/>
          <w:sz w:val="22"/>
        </w:rPr>
        <w:t>01:06</w:t>
      </w:r>
    </w:p>
    <w:p>
      <w:pPr>
        <w:spacing w:after="0"/>
      </w:pPr>
      <w:r>
        <w:rPr>
          <w:rFonts w:ascii="Arial" w:hAnsi="Arial"/>
          <w:sz w:val="22"/>
        </w:rPr>
        <w:t>Yeah this is a very special fabled episode of The lABLEd Podcast. Good because it is our Christmas episode! The second annual lABLEd Podcast Christmas episode. (laughs) You lucky lucky people.</w:t>
      </w:r>
    </w:p>
    <w:p>
      <w:pPr>
        <w:spacing w:after="0"/>
      </w:pPr>
    </w:p>
    <w:p>
      <w:pPr>
        <w:spacing w:after="0"/>
      </w:pPr>
      <w:r>
        <w:rPr>
          <w:rFonts w:ascii="Arial" w:hAnsi="Arial"/>
          <w:b/>
          <w:sz w:val="22"/>
        </w:rPr>
        <w:t xml:space="preserve">Alice  </w:t>
      </w:r>
      <w:r>
        <w:rPr>
          <w:rFonts w:ascii="Arial" w:hAnsi="Arial"/>
          <w:color w:val="5D7284"/>
          <w:sz w:val="22"/>
        </w:rPr>
        <w:t>01:20</w:t>
      </w:r>
    </w:p>
    <w:p>
      <w:pPr>
        <w:spacing w:after="0"/>
      </w:pPr>
      <w:r>
        <w:rPr>
          <w:rFonts w:ascii="Arial" w:hAnsi="Arial"/>
          <w:sz w:val="22"/>
        </w:rPr>
        <w:t>Hurray!</w:t>
      </w:r>
    </w:p>
    <w:p>
      <w:pPr>
        <w:spacing w:after="0"/>
      </w:pPr>
    </w:p>
    <w:p>
      <w:pPr>
        <w:spacing w:after="0"/>
      </w:pPr>
      <w:r>
        <w:rPr>
          <w:rFonts w:ascii="Arial" w:hAnsi="Arial"/>
          <w:b/>
          <w:sz w:val="22"/>
        </w:rPr>
        <w:t xml:space="preserve">Lucy  </w:t>
      </w:r>
      <w:r>
        <w:rPr>
          <w:rFonts w:ascii="Arial" w:hAnsi="Arial"/>
          <w:color w:val="5D7284"/>
          <w:sz w:val="22"/>
        </w:rPr>
        <w:t>01:21</w:t>
      </w:r>
    </w:p>
    <w:p>
      <w:pPr>
        <w:spacing w:after="0"/>
      </w:pPr>
      <w:r>
        <w:rPr>
          <w:rFonts w:ascii="Arial" w:hAnsi="Arial"/>
          <w:sz w:val="22"/>
        </w:rPr>
        <w:t>Hurray! We're not feeling very festive. I did consider putting a christmas jumper on this morning and I was like nah...</w:t>
      </w:r>
    </w:p>
    <w:p>
      <w:pPr>
        <w:spacing w:after="0"/>
      </w:pPr>
    </w:p>
    <w:p>
      <w:pPr>
        <w:spacing w:after="0"/>
      </w:pPr>
      <w:r>
        <w:rPr>
          <w:rFonts w:ascii="Arial" w:hAnsi="Arial"/>
          <w:b/>
          <w:sz w:val="22"/>
        </w:rPr>
        <w:t xml:space="preserve">Alice  </w:t>
      </w:r>
      <w:r>
        <w:rPr>
          <w:rFonts w:ascii="Arial" w:hAnsi="Arial"/>
          <w:color w:val="5D7284"/>
          <w:sz w:val="22"/>
        </w:rPr>
        <w:t>01:29</w:t>
      </w:r>
    </w:p>
    <w:p>
      <w:pPr>
        <w:spacing w:after="0"/>
      </w:pPr>
      <w:r>
        <w:rPr>
          <w:rFonts w:ascii="Arial" w:hAnsi="Arial"/>
          <w:sz w:val="22"/>
        </w:rPr>
        <w:t xml:space="preserve"> I have got a festive coffee. By which I mean there's booze in it. (Lucy) Nice.</w:t>
      </w:r>
    </w:p>
    <w:p>
      <w:pPr>
        <w:spacing w:after="0"/>
      </w:pPr>
    </w:p>
    <w:p>
      <w:pPr>
        <w:spacing w:after="0"/>
      </w:pPr>
      <w:r>
        <w:rPr>
          <w:rFonts w:ascii="Arial" w:hAnsi="Arial"/>
          <w:b/>
          <w:sz w:val="22"/>
        </w:rPr>
        <w:t xml:space="preserve">Lucy  </w:t>
      </w:r>
      <w:r>
        <w:rPr>
          <w:rFonts w:ascii="Arial" w:hAnsi="Arial"/>
          <w:color w:val="5D7284"/>
          <w:sz w:val="22"/>
        </w:rPr>
        <w:t>01:35</w:t>
      </w:r>
    </w:p>
    <w:p>
      <w:pPr>
        <w:spacing w:after="0"/>
      </w:pPr>
      <w:r>
        <w:rPr>
          <w:rFonts w:ascii="Arial" w:hAnsi="Arial"/>
          <w:sz w:val="22"/>
        </w:rPr>
        <w:t xml:space="preserve">It is quarter to twelve..(laughs) (Alice) It's Sunday. It is. </w:t>
      </w:r>
    </w:p>
    <w:p>
      <w:pPr>
        <w:spacing w:after="0"/>
      </w:pPr>
    </w:p>
    <w:p>
      <w:pPr>
        <w:spacing w:after="0"/>
      </w:pPr>
      <w:r>
        <w:rPr>
          <w:rFonts w:ascii="Arial" w:hAnsi="Arial"/>
          <w:b/>
          <w:sz w:val="22"/>
        </w:rPr>
        <w:t xml:space="preserve">Alice  </w:t>
      </w:r>
      <w:r>
        <w:rPr>
          <w:rFonts w:ascii="Arial" w:hAnsi="Arial"/>
          <w:color w:val="5D7284"/>
          <w:sz w:val="22"/>
        </w:rPr>
        <w:t>01:42</w:t>
      </w:r>
    </w:p>
    <w:p>
      <w:pPr>
        <w:spacing w:after="0"/>
      </w:pPr>
      <w:r>
        <w:rPr>
          <w:rFonts w:ascii="Arial" w:hAnsi="Arial"/>
          <w:sz w:val="22"/>
        </w:rPr>
        <w:t>Drinking can count on a Sunday. Everybody starts drinking like Sunday. Like just before Sunday lunchtime. This is fine. This is fine. It's Christmas!</w:t>
      </w:r>
    </w:p>
    <w:p>
      <w:pPr>
        <w:spacing w:after="0"/>
      </w:pPr>
    </w:p>
    <w:p>
      <w:pPr>
        <w:spacing w:after="0"/>
      </w:pPr>
      <w:r>
        <w:rPr>
          <w:rFonts w:ascii="Arial" w:hAnsi="Arial"/>
          <w:b/>
          <w:sz w:val="22"/>
        </w:rPr>
        <w:t xml:space="preserve">Lucy  </w:t>
      </w:r>
      <w:r>
        <w:rPr>
          <w:rFonts w:ascii="Arial" w:hAnsi="Arial"/>
          <w:color w:val="5D7284"/>
          <w:sz w:val="22"/>
        </w:rPr>
        <w:t>01:51</w:t>
      </w:r>
    </w:p>
    <w:p>
      <w:pPr>
        <w:spacing w:after="0"/>
      </w:pPr>
      <w:r>
        <w:rPr>
          <w:rFonts w:ascii="Arial" w:hAnsi="Arial"/>
          <w:sz w:val="22"/>
        </w:rPr>
        <w:t>It's Christmas. We're all right. It's fine. (Alice laughs) I did say to my mum, I'm looking forward to finishing work for Christmas. And just sitting under my new duvet that I've gotten, covered in crumbs (laughs) because I'm going to eat all day. (Alicelaughs) So yeah, this is a Christmas episode of The lABLEd Podcast. We're doing a favorite episode. On drumroll please. Christmas Carol. Because obviously, the mascot of the disabled Christmas is Tiny Tim. However, we never ever want to be too highbrow(laughs) on the lABLEd Podcast. (Alice laughs) So we are going down the route of a Christmas carol/a Muppet Christmas Carol, I have to admit, I have not done as much research into this episode as Alice has, because I was tasked with watching the Muppets Christmas Carol. Alice, however, has done....the heavy lifting.  (Alice) Yeah Ive done the heavy lifting</w:t>
      </w:r>
    </w:p>
    <w:p>
      <w:pPr>
        <w:spacing w:after="0"/>
      </w:pPr>
    </w:p>
    <w:p>
      <w:pPr>
        <w:spacing w:after="0"/>
      </w:pPr>
      <w:r>
        <w:rPr>
          <w:rFonts w:ascii="Arial" w:hAnsi="Arial"/>
          <w:b/>
          <w:sz w:val="22"/>
        </w:rPr>
        <w:t xml:space="preserve">Alice  </w:t>
      </w:r>
      <w:r>
        <w:rPr>
          <w:rFonts w:ascii="Arial" w:hAnsi="Arial"/>
          <w:color w:val="5D7284"/>
          <w:sz w:val="22"/>
        </w:rPr>
        <w:t>02:53</w:t>
      </w:r>
    </w:p>
    <w:p>
      <w:pPr>
        <w:spacing w:after="0"/>
      </w:pPr>
      <w:r>
        <w:rPr>
          <w:rFonts w:ascii="Arial" w:hAnsi="Arial"/>
          <w:sz w:val="22"/>
        </w:rPr>
        <w:t>I'm doing a general Dickens overview or sort of that's what that was my intention and then I realized, Dickens is written a lot, like I was like I can do that and then it was like, What have I undertaken? What have I agreed to? Lucy)Yeah. So you've got a....</w:t>
      </w:r>
    </w:p>
    <w:p>
      <w:pPr>
        <w:spacing w:after="0"/>
      </w:pPr>
    </w:p>
    <w:p>
      <w:pPr>
        <w:spacing w:after="0"/>
      </w:pPr>
      <w:r>
        <w:rPr>
          <w:rFonts w:ascii="Arial" w:hAnsi="Arial"/>
          <w:b/>
          <w:sz w:val="22"/>
        </w:rPr>
        <w:t xml:space="preserve">Lucy  </w:t>
      </w:r>
      <w:r>
        <w:rPr>
          <w:rFonts w:ascii="Arial" w:hAnsi="Arial"/>
          <w:color w:val="5D7284"/>
          <w:sz w:val="22"/>
        </w:rPr>
        <w:t>03:13</w:t>
      </w:r>
    </w:p>
    <w:p>
      <w:pPr>
        <w:spacing w:after="0"/>
      </w:pPr>
      <w:r>
        <w:rPr>
          <w:rFonts w:ascii="Arial" w:hAnsi="Arial"/>
          <w:sz w:val="22"/>
        </w:rPr>
        <w:t>He's quite isn't he? (Alice) Mm hmm. Yeah.</w:t>
      </w:r>
    </w:p>
    <w:p>
      <w:pPr>
        <w:spacing w:after="0"/>
      </w:pPr>
    </w:p>
    <w:p>
      <w:pPr>
        <w:spacing w:after="0"/>
      </w:pPr>
      <w:r>
        <w:rPr>
          <w:rFonts w:ascii="Arial" w:hAnsi="Arial"/>
          <w:b/>
          <w:sz w:val="22"/>
        </w:rPr>
        <w:t xml:space="preserve">Alice  </w:t>
      </w:r>
      <w:r>
        <w:rPr>
          <w:rFonts w:ascii="Arial" w:hAnsi="Arial"/>
          <w:color w:val="5D7284"/>
          <w:sz w:val="22"/>
        </w:rPr>
        <w:t>03:16</w:t>
      </w:r>
    </w:p>
    <w:p>
      <w:pPr>
        <w:spacing w:after="0"/>
      </w:pPr>
      <w:r>
        <w:rPr>
          <w:rFonts w:ascii="Arial" w:hAnsi="Arial"/>
          <w:sz w:val="22"/>
        </w:rPr>
        <w:t>So you've got a little bit of... I've mentioned a couple of different things that are more than just a Christmas carol, but yeah, it's good. I'm looking forward to it.</w:t>
      </w:r>
    </w:p>
    <w:p>
      <w:pPr>
        <w:spacing w:after="0"/>
      </w:pPr>
    </w:p>
    <w:p>
      <w:pPr>
        <w:spacing w:after="0"/>
      </w:pPr>
      <w:r>
        <w:rPr>
          <w:rFonts w:ascii="Arial" w:hAnsi="Arial"/>
          <w:b/>
          <w:sz w:val="22"/>
        </w:rPr>
        <w:t xml:space="preserve">Lucy  </w:t>
      </w:r>
      <w:r>
        <w:rPr>
          <w:rFonts w:ascii="Arial" w:hAnsi="Arial"/>
          <w:color w:val="5D7284"/>
          <w:sz w:val="22"/>
        </w:rPr>
        <w:t>03:31</w:t>
      </w:r>
    </w:p>
    <w:p>
      <w:pPr>
        <w:spacing w:after="0"/>
      </w:pPr>
      <w:r>
        <w:rPr>
          <w:rFonts w:ascii="Arial" w:hAnsi="Arial"/>
          <w:sz w:val="22"/>
        </w:rPr>
        <w:t>Well, I will state my case for why I think Michael Caine is the best Scrooge you'll ever find. Full stop. I will be taking no further questions, but I will be giving you proof (Alice laughs) and evidence as to why he is.</w:t>
      </w:r>
    </w:p>
    <w:p>
      <w:pPr>
        <w:spacing w:after="0"/>
      </w:pPr>
    </w:p>
    <w:p>
      <w:pPr>
        <w:spacing w:after="0"/>
      </w:pPr>
      <w:r>
        <w:rPr>
          <w:rFonts w:ascii="Arial" w:hAnsi="Arial"/>
          <w:b/>
          <w:sz w:val="22"/>
        </w:rPr>
        <w:t xml:space="preserve">Alice  </w:t>
      </w:r>
      <w:r>
        <w:rPr>
          <w:rFonts w:ascii="Arial" w:hAnsi="Arial"/>
          <w:color w:val="5D7284"/>
          <w:sz w:val="22"/>
        </w:rPr>
        <w:t>03:48</w:t>
      </w:r>
    </w:p>
    <w:p>
      <w:pPr>
        <w:spacing w:after="0"/>
      </w:pPr>
      <w:r>
        <w:rPr>
          <w:rFonts w:ascii="Arial" w:hAnsi="Arial"/>
          <w:sz w:val="22"/>
        </w:rPr>
        <w:t>That's the key takeaway of our festive episode. (laughs)</w:t>
      </w:r>
    </w:p>
    <w:p>
      <w:pPr>
        <w:spacing w:after="0"/>
      </w:pPr>
    </w:p>
    <w:p>
      <w:pPr>
        <w:spacing w:after="0"/>
      </w:pPr>
      <w:r>
        <w:rPr>
          <w:rFonts w:ascii="Arial" w:hAnsi="Arial"/>
          <w:b/>
          <w:sz w:val="22"/>
        </w:rPr>
        <w:t xml:space="preserve">Lucy  </w:t>
      </w:r>
      <w:r>
        <w:rPr>
          <w:rFonts w:ascii="Arial" w:hAnsi="Arial"/>
          <w:color w:val="5D7284"/>
          <w:sz w:val="22"/>
        </w:rPr>
        <w:t>03:52</w:t>
      </w:r>
    </w:p>
    <w:p>
      <w:pPr>
        <w:spacing w:after="0"/>
      </w:pPr>
      <w:r>
        <w:rPr>
          <w:rFonts w:ascii="Arial" w:hAnsi="Arial"/>
          <w:sz w:val="22"/>
        </w:rPr>
        <w:t>Michael Caine, great Scrooge.</w:t>
      </w:r>
    </w:p>
    <w:p>
      <w:pPr>
        <w:spacing w:after="0"/>
      </w:pPr>
    </w:p>
    <w:p>
      <w:pPr>
        <w:spacing w:after="0"/>
      </w:pPr>
      <w:r>
        <w:rPr>
          <w:rFonts w:ascii="Arial" w:hAnsi="Arial"/>
          <w:b/>
          <w:sz w:val="22"/>
        </w:rPr>
        <w:t xml:space="preserve">Alice  </w:t>
      </w:r>
      <w:r>
        <w:rPr>
          <w:rFonts w:ascii="Arial" w:hAnsi="Arial"/>
          <w:color w:val="5D7284"/>
          <w:sz w:val="22"/>
        </w:rPr>
        <w:t>03:56</w:t>
      </w:r>
    </w:p>
    <w:p>
      <w:pPr>
        <w:spacing w:after="0"/>
      </w:pPr>
      <w:r>
        <w:rPr>
          <w:rFonts w:ascii="Arial" w:hAnsi="Arial"/>
          <w:sz w:val="22"/>
        </w:rPr>
        <w:t>Okay, (Lucy) okay. So shall I? shall I dive right in?</w:t>
      </w:r>
    </w:p>
    <w:p>
      <w:pPr>
        <w:spacing w:after="0"/>
      </w:pPr>
    </w:p>
    <w:p>
      <w:pPr>
        <w:spacing w:after="0"/>
      </w:pPr>
      <w:r>
        <w:rPr>
          <w:rFonts w:ascii="Arial" w:hAnsi="Arial"/>
          <w:b/>
          <w:sz w:val="22"/>
        </w:rPr>
        <w:t xml:space="preserve">Lucy  </w:t>
      </w:r>
      <w:r>
        <w:rPr>
          <w:rFonts w:ascii="Arial" w:hAnsi="Arial"/>
          <w:color w:val="5D7284"/>
          <w:sz w:val="22"/>
        </w:rPr>
        <w:t>04:02</w:t>
      </w:r>
    </w:p>
    <w:p>
      <w:pPr>
        <w:spacing w:after="0"/>
      </w:pPr>
      <w:r>
        <w:rPr>
          <w:rFonts w:ascii="Arial" w:hAnsi="Arial"/>
          <w:sz w:val="22"/>
        </w:rPr>
        <w:t>Yes. I think we should add some christmas music before we start. (laughs) Just wack a bit like jingle bells or something.</w:t>
      </w:r>
    </w:p>
    <w:p>
      <w:pPr>
        <w:spacing w:after="0"/>
      </w:pPr>
    </w:p>
    <w:p>
      <w:pPr>
        <w:spacing w:after="0"/>
      </w:pPr>
      <w:r>
        <w:rPr>
          <w:rFonts w:ascii="Arial" w:hAnsi="Arial"/>
          <w:b/>
          <w:sz w:val="22"/>
        </w:rPr>
        <w:t xml:space="preserve">Alice  </w:t>
      </w:r>
      <w:r>
        <w:rPr>
          <w:rFonts w:ascii="Arial" w:hAnsi="Arial"/>
          <w:color w:val="5D7284"/>
          <w:sz w:val="22"/>
        </w:rPr>
        <w:t>04:09</w:t>
      </w:r>
    </w:p>
    <w:p>
      <w:pPr>
        <w:spacing w:after="0"/>
      </w:pPr>
      <w:r>
        <w:rPr>
          <w:rFonts w:ascii="Arial" w:hAnsi="Arial"/>
          <w:sz w:val="22"/>
        </w:rPr>
        <w:t>Yeah, (Lucy) Yeah. Just yeah, just get some jingley. I have heard my, about a week ago heard the first a Coca Cola advert.</w:t>
      </w:r>
    </w:p>
    <w:p>
      <w:pPr>
        <w:spacing w:after="0"/>
      </w:pPr>
    </w:p>
    <w:p>
      <w:pPr>
        <w:spacing w:after="0"/>
      </w:pPr>
      <w:r>
        <w:rPr>
          <w:rFonts w:ascii="Arial" w:hAnsi="Arial"/>
          <w:b/>
          <w:sz w:val="22"/>
        </w:rPr>
        <w:t xml:space="preserve">Lucy  </w:t>
      </w:r>
      <w:r>
        <w:rPr>
          <w:rFonts w:ascii="Arial" w:hAnsi="Arial"/>
          <w:color w:val="5D7284"/>
          <w:sz w:val="22"/>
        </w:rPr>
        <w:t>04:21</w:t>
      </w:r>
    </w:p>
    <w:p>
      <w:pPr>
        <w:spacing w:after="0"/>
      </w:pPr>
      <w:r>
        <w:rPr>
          <w:rFonts w:ascii="Arial" w:hAnsi="Arial"/>
          <w:sz w:val="22"/>
        </w:rPr>
        <w:t>I've not seen it yet, I was upstairs. (Alice) Yeah.</w:t>
      </w:r>
    </w:p>
    <w:p>
      <w:pPr>
        <w:spacing w:after="0"/>
      </w:pPr>
    </w:p>
    <w:p>
      <w:pPr>
        <w:spacing w:after="0"/>
      </w:pPr>
      <w:r>
        <w:rPr>
          <w:rFonts w:ascii="Arial" w:hAnsi="Arial"/>
          <w:b/>
          <w:sz w:val="22"/>
        </w:rPr>
        <w:t xml:space="preserve">Alice  </w:t>
      </w:r>
      <w:r>
        <w:rPr>
          <w:rFonts w:ascii="Arial" w:hAnsi="Arial"/>
          <w:color w:val="5D7284"/>
          <w:sz w:val="22"/>
        </w:rPr>
        <w:t>04:24</w:t>
      </w:r>
    </w:p>
    <w:p>
      <w:pPr>
        <w:spacing w:after="0"/>
      </w:pPr>
      <w:r>
        <w:rPr>
          <w:rFonts w:ascii="Arial" w:hAnsi="Arial"/>
          <w:sz w:val="22"/>
        </w:rPr>
        <w:t>I haven't seen it. It was on er... It was in an advert on a podcast I was listening to like in between. And I was a bit like, it's 17th of November what you're doing? but it's here. The holidays are coming.</w:t>
      </w:r>
    </w:p>
    <w:p>
      <w:pPr>
        <w:spacing w:after="0"/>
      </w:pPr>
    </w:p>
    <w:p>
      <w:pPr>
        <w:spacing w:after="0"/>
      </w:pPr>
      <w:r>
        <w:rPr>
          <w:rFonts w:ascii="Arial" w:hAnsi="Arial"/>
          <w:b/>
          <w:sz w:val="22"/>
        </w:rPr>
        <w:t xml:space="preserve">Lucy  </w:t>
      </w:r>
      <w:r>
        <w:rPr>
          <w:rFonts w:ascii="Arial" w:hAnsi="Arial"/>
          <w:color w:val="5D7284"/>
          <w:sz w:val="22"/>
        </w:rPr>
        <w:t>04:41</w:t>
      </w:r>
    </w:p>
    <w:p>
      <w:pPr>
        <w:spacing w:after="0"/>
      </w:pPr>
      <w:r>
        <w:rPr>
          <w:rFonts w:ascii="Arial" w:hAnsi="Arial"/>
          <w:sz w:val="22"/>
        </w:rPr>
        <w:t>Yes. He's just come off the motorway. And it's coming towards us with speed. (laughs)</w:t>
      </w:r>
    </w:p>
    <w:p>
      <w:pPr>
        <w:spacing w:after="0"/>
      </w:pPr>
    </w:p>
    <w:p>
      <w:pPr>
        <w:spacing w:after="0"/>
      </w:pPr>
      <w:r>
        <w:rPr>
          <w:rFonts w:ascii="Arial" w:hAnsi="Arial"/>
          <w:b/>
          <w:sz w:val="22"/>
        </w:rPr>
        <w:t xml:space="preserve">Alice  </w:t>
      </w:r>
      <w:r>
        <w:rPr>
          <w:rFonts w:ascii="Arial" w:hAnsi="Arial"/>
          <w:color w:val="5D7284"/>
          <w:sz w:val="22"/>
        </w:rPr>
        <w:t>04:48</w:t>
      </w:r>
    </w:p>
    <w:p>
      <w:pPr>
        <w:spacing w:after="0"/>
      </w:pPr>
      <w:r>
        <w:rPr>
          <w:rFonts w:ascii="Arial" w:hAnsi="Arial"/>
          <w:sz w:val="22"/>
        </w:rPr>
        <w:t>Yes. bearing down upon us. (Lucy) Yes. Okay, so I'm gonna start off by telling you a little bit about our new friend Charlie Charlie? What Charles Dickens? (laughs) Charles Dickens was born in February 18 12 and he lived in relative wealth and comfort for the first sort of 10 years of his life. So much to the extent that his parents were able to send him to be like privately educated. They lived in Kent, although his family were quite respectable, and appeared to have like a good social standing. In 1822, the family relocated to London, after his father had built up a significant amount of debt while they were living in Kent. His father, John, who had been a clerk in the naval pay office, he'd been the phrase that I read was living above his means, (Lucy) Uh huh. Which I think makes it sound like he was like borrowing money to make it look like they were more fancy. And as though they had like more money than they really did.</w:t>
      </w:r>
    </w:p>
    <w:p>
      <w:pPr>
        <w:spacing w:after="0"/>
      </w:pPr>
    </w:p>
    <w:p>
      <w:pPr>
        <w:spacing w:after="0"/>
      </w:pPr>
      <w:r>
        <w:rPr>
          <w:rFonts w:ascii="Arial" w:hAnsi="Arial"/>
          <w:b/>
          <w:sz w:val="22"/>
        </w:rPr>
        <w:t xml:space="preserve">Lucy  </w:t>
      </w:r>
      <w:r>
        <w:rPr>
          <w:rFonts w:ascii="Arial" w:hAnsi="Arial"/>
          <w:color w:val="5D7284"/>
          <w:sz w:val="22"/>
        </w:rPr>
        <w:t>06:12</w:t>
      </w:r>
    </w:p>
    <w:p>
      <w:pPr>
        <w:spacing w:after="0"/>
      </w:pPr>
      <w:r>
        <w:rPr>
          <w:rFonts w:ascii="Arial" w:hAnsi="Arial"/>
          <w:sz w:val="22"/>
        </w:rPr>
        <w:t>Keeping up with the Jones's almost.</w:t>
      </w:r>
    </w:p>
    <w:p>
      <w:pPr>
        <w:spacing w:after="0"/>
      </w:pPr>
    </w:p>
    <w:p>
      <w:pPr>
        <w:spacing w:after="0"/>
      </w:pPr>
      <w:r>
        <w:rPr>
          <w:rFonts w:ascii="Arial" w:hAnsi="Arial"/>
          <w:b/>
          <w:sz w:val="22"/>
        </w:rPr>
        <w:t xml:space="preserve">Alice  </w:t>
      </w:r>
      <w:r>
        <w:rPr>
          <w:rFonts w:ascii="Arial" w:hAnsi="Arial"/>
          <w:color w:val="5D7284"/>
          <w:sz w:val="22"/>
        </w:rPr>
        <w:t>06:14</w:t>
      </w:r>
    </w:p>
    <w:p>
      <w:pPr>
        <w:spacing w:after="0"/>
      </w:pPr>
      <w:r>
        <w:rPr>
          <w:rFonts w:ascii="Arial" w:hAnsi="Arial"/>
          <w:sz w:val="22"/>
        </w:rPr>
        <w:t>Yeah, yeah. So in terms of the debt, things came to a bit of a head in 1824. John and Charles's mum, Elizabeth and his siblings.. his dad, John was sent to a debtors prison. (Lucy) Hhmm. And his mum and younger siblings, like went there to live with him, which apparently was, like thing if your husband went to prison, you went live with them?...(Lucy) You could move in? (laughs) Yeah so Charles, who was like 11, or 12, at the time, he went to stay with a family friend and was sent to work in a boot blacking factory to help pay off his dad's debt. (Lucy) Okay. At 11, which is a bit like, I mean that's full on like Victorian isn't it.</w:t>
      </w:r>
    </w:p>
    <w:p>
      <w:pPr>
        <w:spacing w:after="0"/>
      </w:pPr>
    </w:p>
    <w:p>
      <w:pPr>
        <w:spacing w:after="0"/>
      </w:pPr>
      <w:r>
        <w:rPr>
          <w:rFonts w:ascii="Arial" w:hAnsi="Arial"/>
          <w:b/>
          <w:sz w:val="22"/>
        </w:rPr>
        <w:t xml:space="preserve">Lucy  </w:t>
      </w:r>
      <w:r>
        <w:rPr>
          <w:rFonts w:ascii="Arial" w:hAnsi="Arial"/>
          <w:color w:val="5D7284"/>
          <w:sz w:val="22"/>
        </w:rPr>
        <w:t>07:07</w:t>
      </w:r>
    </w:p>
    <w:p>
      <w:pPr>
        <w:spacing w:after="0"/>
      </w:pPr>
      <w:r>
        <w:rPr>
          <w:rFonts w:ascii="Arial" w:hAnsi="Arial"/>
          <w:sz w:val="22"/>
        </w:rPr>
        <w:t>I tell you, I've told you that's when Dave is taking the piss out of my accent, he'll just go "shine your shoes. Govner?" Yeah, yeah, that's like your typical when you think of Victorian times and small children. (Alice) Yeah. That's like.. (Alice) Yeah, it's children doing manual labour. Yeah. (Alice) Yeah. It's either that or getting stuck in a, like a weaving sewing machine type thing. And you know, and on your hands and knees on the floor. Isn't it really? Shining shoes, or in a cotton factory basically.</w:t>
      </w:r>
    </w:p>
    <w:p>
      <w:pPr>
        <w:spacing w:after="0"/>
      </w:pPr>
    </w:p>
    <w:p>
      <w:pPr>
        <w:spacing w:after="0"/>
      </w:pPr>
      <w:r>
        <w:rPr>
          <w:rFonts w:ascii="Arial" w:hAnsi="Arial"/>
          <w:b/>
          <w:sz w:val="22"/>
        </w:rPr>
        <w:t xml:space="preserve">Alice  </w:t>
      </w:r>
      <w:r>
        <w:rPr>
          <w:rFonts w:ascii="Arial" w:hAnsi="Arial"/>
          <w:color w:val="5D7284"/>
          <w:sz w:val="22"/>
        </w:rPr>
        <w:t>07:28</w:t>
      </w:r>
    </w:p>
    <w:p>
      <w:pPr>
        <w:spacing w:after="0"/>
      </w:pPr>
      <w:r>
        <w:rPr>
          <w:rFonts w:ascii="Arial" w:hAnsi="Arial"/>
          <w:sz w:val="22"/>
        </w:rPr>
        <w:t>(Laughs) No, you didn't. I did not know that. My husband likes to. He's very supportive and caring my husband. (Lucy) Yeah. (Hint of sarcasm in Alice's voice) Definitely doesn't take the piss out of me at least six times a day. (Lucy laughs)</w:t>
      </w:r>
    </w:p>
    <w:p>
      <w:pPr>
        <w:spacing w:after="0"/>
      </w:pPr>
    </w:p>
    <w:p>
      <w:pPr>
        <w:spacing w:after="0"/>
      </w:pPr>
      <w:r>
        <w:rPr>
          <w:rFonts w:ascii="Arial" w:hAnsi="Arial"/>
          <w:b/>
          <w:sz w:val="22"/>
        </w:rPr>
        <w:t xml:space="preserve">Lucy  </w:t>
      </w:r>
      <w:r>
        <w:rPr>
          <w:rFonts w:ascii="Arial" w:hAnsi="Arial"/>
          <w:color w:val="5D7284"/>
          <w:sz w:val="22"/>
        </w:rPr>
        <w:t>07:52</w:t>
      </w:r>
    </w:p>
    <w:p>
      <w:pPr>
        <w:spacing w:after="0"/>
      </w:pPr>
      <w:r>
        <w:rPr>
          <w:rFonts w:ascii="Arial" w:hAnsi="Arial"/>
          <w:sz w:val="22"/>
        </w:rPr>
        <w:t>Everybody gets it. It's fine. (Alice laughs)</w:t>
      </w:r>
    </w:p>
    <w:p>
      <w:pPr>
        <w:spacing w:after="0"/>
      </w:pPr>
    </w:p>
    <w:p>
      <w:pPr>
        <w:spacing w:after="0"/>
      </w:pPr>
      <w:r>
        <w:rPr>
          <w:rFonts w:ascii="Arial" w:hAnsi="Arial"/>
          <w:b/>
          <w:sz w:val="22"/>
        </w:rPr>
        <w:t xml:space="preserve">Alice  </w:t>
      </w:r>
      <w:r>
        <w:rPr>
          <w:rFonts w:ascii="Arial" w:hAnsi="Arial"/>
          <w:color w:val="5D7284"/>
          <w:sz w:val="22"/>
        </w:rPr>
        <w:t>07:54</w:t>
      </w:r>
    </w:p>
    <w:p>
      <w:pPr>
        <w:spacing w:after="0"/>
      </w:pPr>
      <w:r>
        <w:rPr>
          <w:rFonts w:ascii="Arial" w:hAnsi="Arial"/>
          <w:sz w:val="22"/>
        </w:rPr>
        <w:t>Yeah. So I'm now going to give you like a little mini history lesson. But don't tell Daisy. (Lucy) Yeah. Yeah shhh!. So I'm going to tell you about the Victorian workhouse. (Lucy) Okay. So debtors prisons, also commonly known as work houses, were places where people were sent, who couldn't pay off their... who couldn't pay their taxes, their rent or their debts. Individuals and families would live there. And they'd basically work off their debt by doing manual labour, making things like potato sacks and baskets. (Lucy) Okay. Workhouses became commonplace in the Victorian times. As the social and political treatment of people living in poverty shifted away from giving, like arms and charity, of like donations of food, clothing, medicine, shelter, stuff like that. And society began to view poverty as as something that sort of happened to you because of something you've done. So, like, if you were starving, it was because you failed to get work. Or if you were homeless, it was because you like, deserved to be homeless because you've done something wrong. (Lucy) Right? The poor were considered like wretched and pitiful, but they're like poorness was because of some, like, innate personal flaw or failing, of like their own making. It wasn't a social issue. It was very much individual. So work houses were created as a punishment and a deterrent for poverty. (Lucy) Hhmm. So they were supposed to like... they weren't like a refuge or like rehabilitation opportunity. They were like, if you're Oh, don't let yourself get poor because then you'll have to go and live in a workhouse! And they weren't very nice places. (Lucy) No. They were overcrowded and oppressive, and just fucking miserable. And crime and disease ran rampant. The people there were, they were inmates like being punished for a crime of being poor. They weren't, they weren't allowed to leave until their debts were like repaid. And it's the.... that I read a thing. Dickens obviously had his experience of his family going into.. Into a work house when he was a child and then when he was older, and he was like a sort of wealthy gentleman, as a writer. He went back and visited a work house like to kind of go and sort of see how everybody that was doing. And he talks about how they're like... that work houses are basically just a waystation. Like, between poverty and like dying from disease, or like ending up at the Hang Man. Babies were born there. They had like schools there where children were educated but families were given like the bare minimum of food and shelter. They were forced to live in like, really overcrowded, like, dirty, unsanitary conditions. And they were really, and they were quite often mistreated by the people who the staff, there was some obviously, because as like, these kinds of situations, there were people there who cared. (Lucy) Hhmm. In his visit that he went to later in life, he talks about meeting a nurse who is just like, in bits because a baby that she rescued from the street and had been bringing up in the workhouse had just died. (Lucy) Oh aww. Yeah but obviously, it was these experiences of workhouses that influenced Dickens. famous story, Oliver, and "The please sir can I have some more?" that comes from a workhouse. They've got a quote here that is from um... That is from an article that Dickens wrote in he had like a sort of a news publication journal that he made could household words. (Lucy) Yes. And this is how he, in describing his visit to a workhouse. He was really, really against them. He was an advocate for social reform. And, yeah, this is how he described the sort of the treatment and the fact that sort of work houses were created, he said, "We have come to this absurd, this dangerous, this monstrous pass that the dishonest felon in respect of cleanliness, order, diet, and accommodation is better provided for and taken care of than the honest poor." Which is basically saying that..  You know, people in prisons for committing actual crimes were sort of in a better situation (Lucy) Yeah. And better cared for than poor people in workhouses. (Lucy) Yeah. "So what does this have to do with disability?" I hear you cry!</w:t>
      </w:r>
    </w:p>
    <w:p>
      <w:pPr>
        <w:spacing w:after="0"/>
      </w:pPr>
    </w:p>
    <w:p>
      <w:pPr>
        <w:spacing w:after="0"/>
      </w:pPr>
      <w:r>
        <w:rPr>
          <w:rFonts w:ascii="Arial" w:hAnsi="Arial"/>
          <w:b/>
          <w:sz w:val="22"/>
        </w:rPr>
        <w:t xml:space="preserve">Lucy  </w:t>
      </w:r>
      <w:r>
        <w:rPr>
          <w:rFonts w:ascii="Arial" w:hAnsi="Arial"/>
          <w:color w:val="5D7284"/>
          <w:sz w:val="22"/>
        </w:rPr>
        <w:t>13:55</w:t>
      </w:r>
    </w:p>
    <w:p>
      <w:pPr>
        <w:spacing w:after="0"/>
      </w:pPr>
      <w:r>
        <w:rPr>
          <w:rFonts w:ascii="Arial" w:hAnsi="Arial"/>
          <w:sz w:val="22"/>
        </w:rPr>
        <w:t>What does this have to do with disability Alice?</w:t>
      </w:r>
    </w:p>
    <w:p>
      <w:pPr>
        <w:spacing w:after="0"/>
      </w:pPr>
    </w:p>
    <w:p>
      <w:pPr>
        <w:spacing w:after="0"/>
      </w:pPr>
      <w:r>
        <w:rPr>
          <w:rFonts w:ascii="Arial" w:hAnsi="Arial"/>
          <w:b/>
          <w:sz w:val="22"/>
        </w:rPr>
        <w:t xml:space="preserve">Alice  </w:t>
      </w:r>
      <w:r>
        <w:rPr>
          <w:rFonts w:ascii="Arial" w:hAnsi="Arial"/>
          <w:color w:val="5D7284"/>
          <w:sz w:val="22"/>
        </w:rPr>
        <w:t>13:59</w:t>
      </w:r>
    </w:p>
    <w:p>
      <w:pPr>
        <w:spacing w:after="0"/>
      </w:pPr>
      <w:r>
        <w:rPr>
          <w:rFonts w:ascii="Arial" w:hAnsi="Arial"/>
          <w:sz w:val="22"/>
        </w:rPr>
        <w:t>The Victorian poor laws aimed to address the social fear that relief was being misused by people who were fraudulently disabled. Victorians believed that there were two kinds of poor the deserving and the undeserving those who could not help their poverty and so deserved charity. And those who were too lazy to work and so basically scrounged off the state (Lucy) Hhmm. By pretending to be more disabled and unable to work.</w:t>
      </w:r>
    </w:p>
    <w:p>
      <w:pPr>
        <w:spacing w:after="0"/>
      </w:pPr>
    </w:p>
    <w:p>
      <w:pPr>
        <w:spacing w:after="0"/>
      </w:pPr>
      <w:r>
        <w:rPr>
          <w:rFonts w:ascii="Arial" w:hAnsi="Arial"/>
          <w:b/>
          <w:sz w:val="22"/>
        </w:rPr>
        <w:t xml:space="preserve">Lucy  </w:t>
      </w:r>
      <w:r>
        <w:rPr>
          <w:rFonts w:ascii="Arial" w:hAnsi="Arial"/>
          <w:color w:val="5D7284"/>
          <w:sz w:val="22"/>
        </w:rPr>
        <w:t>14:37</w:t>
      </w:r>
    </w:p>
    <w:p>
      <w:pPr>
        <w:spacing w:after="0"/>
      </w:pPr>
      <w:r>
        <w:rPr>
          <w:rFonts w:ascii="Arial" w:hAnsi="Arial"/>
          <w:sz w:val="22"/>
        </w:rPr>
        <w:t>Like the kind of people that you see in Tescos that like forget which leg their hobbling on as they are leaving. (Alice laughs)</w:t>
      </w:r>
    </w:p>
    <w:p>
      <w:pPr>
        <w:spacing w:after="0"/>
      </w:pPr>
    </w:p>
    <w:p>
      <w:pPr>
        <w:spacing w:after="0"/>
      </w:pPr>
      <w:r>
        <w:rPr>
          <w:rFonts w:ascii="Arial" w:hAnsi="Arial"/>
          <w:b/>
          <w:sz w:val="22"/>
        </w:rPr>
        <w:t xml:space="preserve">Alice  </w:t>
      </w:r>
      <w:r>
        <w:rPr>
          <w:rFonts w:ascii="Arial" w:hAnsi="Arial"/>
          <w:color w:val="5D7284"/>
          <w:sz w:val="22"/>
        </w:rPr>
        <w:t>14:44</w:t>
      </w:r>
    </w:p>
    <w:p>
      <w:pPr>
        <w:spacing w:after="0"/>
      </w:pPr>
      <w:r>
        <w:rPr>
          <w:rFonts w:ascii="Arial" w:hAnsi="Arial"/>
          <w:sz w:val="22"/>
        </w:rPr>
        <w:t>I mean, from my experience of working within the benefit system, I suspect that the number of people who are trying to get work but cant...(Lucy) Yeah very very small. Yeah, it versus the people who are getting benefits when they shouldn't. It's yeah, (Lucy) Yeah. So yeah, Dickens really despised the work houses and that kind of process. He believed in social reform. He believed that the poor should be kind of helped and supported to survive. And he explored how people's personal circumstances, lives. And most importantly, for this episode, their health (Lucy laughs) was impacted by poverty. And the treatment of the poor. A subject that Dickens was very conscious of was the way that poverty could impact on health. He actually was one of the first major donors for Great Ormond Street Hospital. (Lucy) Really? Wow! Yeah, because he wanted to, he wanted to make sure that children living in poverty got, you know, medical care. (Lucy) Yeah. Yeah and obviously, in a post industrial age, this sort of idea that disabled people can't work, because of the kind of, you know, the, Daisy's talked about it before.... It's...</w:t>
      </w:r>
    </w:p>
    <w:p>
      <w:pPr>
        <w:spacing w:after="0"/>
      </w:pPr>
    </w:p>
    <w:p>
      <w:pPr>
        <w:spacing w:after="0"/>
      </w:pPr>
      <w:r>
        <w:rPr>
          <w:rFonts w:ascii="Arial" w:hAnsi="Arial"/>
          <w:b/>
          <w:sz w:val="22"/>
        </w:rPr>
        <w:t xml:space="preserve">Lucy  </w:t>
      </w:r>
      <w:r>
        <w:rPr>
          <w:rFonts w:ascii="Arial" w:hAnsi="Arial"/>
          <w:color w:val="5D7284"/>
          <w:sz w:val="22"/>
        </w:rPr>
        <w:t>16:11</w:t>
      </w:r>
    </w:p>
    <w:p>
      <w:pPr>
        <w:spacing w:after="0"/>
      </w:pPr>
      <w:r>
        <w:rPr>
          <w:rFonts w:ascii="Arial" w:hAnsi="Arial"/>
          <w:sz w:val="22"/>
        </w:rPr>
        <w:t>I was gonna say, yeah, she said that, like it was Victorian Age and The industrialism of everything that made people go, Okay. Well, you know, your worth is against your productivity (Alice) Yep. Which is something I hadn't considered really until she pointed it out was one of the first things she talked to us about isn't it really.</w:t>
      </w:r>
    </w:p>
    <w:p>
      <w:pPr>
        <w:spacing w:after="0"/>
      </w:pPr>
    </w:p>
    <w:p>
      <w:pPr>
        <w:spacing w:after="0"/>
      </w:pPr>
      <w:r>
        <w:rPr>
          <w:rFonts w:ascii="Arial" w:hAnsi="Arial"/>
          <w:b/>
          <w:sz w:val="22"/>
        </w:rPr>
        <w:t xml:space="preserve">Alice  </w:t>
      </w:r>
      <w:r>
        <w:rPr>
          <w:rFonts w:ascii="Arial" w:hAnsi="Arial"/>
          <w:color w:val="5D7284"/>
          <w:sz w:val="22"/>
        </w:rPr>
        <w:t>16:29</w:t>
      </w:r>
    </w:p>
    <w:p>
      <w:pPr>
        <w:spacing w:after="0"/>
      </w:pPr>
      <w:r>
        <w:rPr>
          <w:rFonts w:ascii="Arial" w:hAnsi="Arial"/>
          <w:sz w:val="22"/>
        </w:rPr>
        <w:t>Yep and it's actually like, it's quite progressive view for Dickens as well. (Lucy) Yeah. Like Daisy spoken to us about this, you know, 200 years after it happened. (Lucy) Yeah. Like, the fact that Dickens was going hold on a minute this is happening at the time is quite sort of astute. (Lucy) Yes. What I've written in my notes, say he's actually recognizing the barriers that society is putting in front of disabled people rather than recognise, sort of seeing it as disabled people being the problem. (Lucy) Yeah. He's quite, he's conscious that actually disabled people were finding it hard to get work. (Lucy) Yeah, I were being disabled by the work that they were doing.</w:t>
      </w:r>
    </w:p>
    <w:p>
      <w:pPr>
        <w:spacing w:after="0"/>
      </w:pPr>
    </w:p>
    <w:p>
      <w:pPr>
        <w:spacing w:after="0"/>
      </w:pPr>
      <w:r>
        <w:rPr>
          <w:rFonts w:ascii="Arial" w:hAnsi="Arial"/>
          <w:b/>
          <w:sz w:val="22"/>
        </w:rPr>
        <w:t xml:space="preserve">Lucy  </w:t>
      </w:r>
      <w:r>
        <w:rPr>
          <w:rFonts w:ascii="Arial" w:hAnsi="Arial"/>
          <w:color w:val="5D7284"/>
          <w:sz w:val="22"/>
        </w:rPr>
        <w:t>17:14</w:t>
      </w:r>
    </w:p>
    <w:p>
      <w:pPr>
        <w:spacing w:after="0"/>
      </w:pPr>
      <w:r>
        <w:rPr>
          <w:rFonts w:ascii="Arial" w:hAnsi="Arial"/>
          <w:sz w:val="22"/>
        </w:rPr>
        <w:t>Yeah and what he's doing in my eyes is he's... he is trying to do what he can, you know, he's played his little part to alleviate that situation. So donated to Great Ormond Street Hospital. And to some extent, highlighting it in the stories he's telling (Alice) Yep. To make people aware of this is what's happening under your nose. (Alice) Yeah. You know? that kind of... I would say that's an advocate for like, (Alice) Yeah. You're saying, social reform? Disability. He's an ally (Alice) Yeah. Isn't he really?</w:t>
      </w:r>
    </w:p>
    <w:p>
      <w:pPr>
        <w:spacing w:after="0"/>
      </w:pPr>
    </w:p>
    <w:p>
      <w:pPr>
        <w:spacing w:after="0"/>
      </w:pPr>
      <w:r>
        <w:rPr>
          <w:rFonts w:ascii="Arial" w:hAnsi="Arial"/>
          <w:b/>
          <w:sz w:val="22"/>
        </w:rPr>
        <w:t xml:space="preserve">Alice  </w:t>
      </w:r>
      <w:r>
        <w:rPr>
          <w:rFonts w:ascii="Arial" w:hAnsi="Arial"/>
          <w:color w:val="5D7284"/>
          <w:sz w:val="22"/>
        </w:rPr>
        <w:t>17:47</w:t>
      </w:r>
    </w:p>
    <w:p>
      <w:pPr>
        <w:spacing w:after="0"/>
      </w:pPr>
      <w:r>
        <w:rPr>
          <w:rFonts w:ascii="Arial" w:hAnsi="Arial"/>
          <w:sz w:val="22"/>
        </w:rPr>
        <w:t>Yeah. I mean, it's, it's interesting, because obviously, we're gonna go on to talk a little bit about The Muppets. (laughs)  But he, he's written a lot of disabled characters, because disability and poor health was (Lucy) Interlinked. Very present in the Victorian times, like because, you know, the world that they were living in, people got fucking sick, people got like hurt. People were, you know, if you weren't born safely in hospital, your mum wasn't well, while you like those children were, were out there. And yeah, it's. So he, he wrote quite a lot of disabled characters. And one of the things that he does is he puts them in sort of places of, like poverty and deprivation, and if not, like, actual sort of... environmental circumstantial poverty and like, in places of emotional distress and sort of hardship. Obviously, what most of us picture when we talk about disabled characters in Dickens, it's like, poor pitiable, crippled, like Tiny Tim. (Lucy) Yes. But actually, I would like to tell you a little bit about some of the other characters that Dickens has written about that I think actually a slightly more positive representations of disability and ways that Dickens sort of challenged some of the.... or sort of highlighted the social issue of disability. So yeah, so in this episode, I'm going to say something a little bit controversial. I'm going to say that I don't think Dickens sort of depiction of disability was all that bad. Like, don't get me wrong, he definitely used disability as a narrative device to punish some of his characters. And also used kind of physical difference as a marker of like evil or deviance. And as well as kind of presenting disabled people as helpless.(Lucy) Yeah. But I think what I would say is like that's what everybody was doing. (Lucy) Yeah. That's what all Victorian authors were doing</w:t>
      </w:r>
    </w:p>
    <w:p>
      <w:pPr>
        <w:spacing w:after="0"/>
      </w:pPr>
    </w:p>
    <w:p>
      <w:pPr>
        <w:spacing w:after="0"/>
      </w:pPr>
      <w:r>
        <w:rPr>
          <w:rFonts w:ascii="Arial" w:hAnsi="Arial"/>
          <w:b/>
          <w:sz w:val="22"/>
        </w:rPr>
        <w:t xml:space="preserve">Lucy  </w:t>
      </w:r>
      <w:r>
        <w:rPr>
          <w:rFonts w:ascii="Arial" w:hAnsi="Arial"/>
          <w:color w:val="5D7284"/>
          <w:sz w:val="22"/>
        </w:rPr>
        <w:t>20:13</w:t>
      </w:r>
    </w:p>
    <w:p>
      <w:pPr>
        <w:spacing w:after="0"/>
      </w:pPr>
      <w:r>
        <w:rPr>
          <w:rFonts w:ascii="Arial" w:hAnsi="Arial"/>
          <w:sz w:val="22"/>
        </w:rPr>
        <w:t>I was about to say, like the time, the time period of, well, everybody's doing it. You know, they're not they're not as socially aware. I don't think (Alice) Yeah. As we are now. Like, we wouldn't do it now. You wouldn't set off... I don't think... I think people are more aware of...</w:t>
      </w:r>
    </w:p>
    <w:p>
      <w:pPr>
        <w:spacing w:after="0"/>
      </w:pPr>
    </w:p>
    <w:p>
      <w:pPr>
        <w:spacing w:after="0"/>
      </w:pPr>
      <w:r>
        <w:rPr>
          <w:rFonts w:ascii="Arial" w:hAnsi="Arial"/>
          <w:b/>
          <w:sz w:val="22"/>
        </w:rPr>
        <w:t xml:space="preserve">Alice  </w:t>
      </w:r>
      <w:r>
        <w:rPr>
          <w:rFonts w:ascii="Arial" w:hAnsi="Arial"/>
          <w:color w:val="5D7284"/>
          <w:sz w:val="22"/>
        </w:rPr>
        <w:t>20:29</w:t>
      </w:r>
    </w:p>
    <w:p>
      <w:pPr>
        <w:spacing w:after="0"/>
      </w:pPr>
      <w:r>
        <w:rPr>
          <w:rFonts w:ascii="Arial" w:hAnsi="Arial"/>
          <w:sz w:val="22"/>
        </w:rPr>
        <w:t>Definitely. There's definitely people who still write those kinds of stories. (Lucy) Yeah. But I just think, I think we lampoon Dickens as like, the big, bad villain in the disability Avengers franchise. (Lucy laughs) And like actually, he's just doing what everybody else is doing.</w:t>
      </w:r>
    </w:p>
    <w:p>
      <w:pPr>
        <w:spacing w:after="0"/>
      </w:pPr>
    </w:p>
    <w:p>
      <w:pPr>
        <w:spacing w:after="0"/>
      </w:pPr>
      <w:r>
        <w:rPr>
          <w:rFonts w:ascii="Arial" w:hAnsi="Arial"/>
          <w:b/>
          <w:sz w:val="22"/>
        </w:rPr>
        <w:t xml:space="preserve">Lucy  </w:t>
      </w:r>
      <w:r>
        <w:rPr>
          <w:rFonts w:ascii="Arial" w:hAnsi="Arial"/>
          <w:color w:val="5D7284"/>
          <w:sz w:val="22"/>
        </w:rPr>
        <w:t>20:50</w:t>
      </w:r>
    </w:p>
    <w:p>
      <w:pPr>
        <w:spacing w:after="0"/>
      </w:pPr>
      <w:r>
        <w:rPr>
          <w:rFonts w:ascii="Arial" w:hAnsi="Arial"/>
          <w:sz w:val="22"/>
        </w:rPr>
        <w:t>Yes. And if you don't know any better, your not.... and he's using it as a narrative to make people sit up and go, Oh, okay.</w:t>
      </w:r>
    </w:p>
    <w:p>
      <w:pPr>
        <w:spacing w:after="0"/>
      </w:pPr>
    </w:p>
    <w:p>
      <w:pPr>
        <w:spacing w:after="0"/>
      </w:pPr>
      <w:r>
        <w:rPr>
          <w:rFonts w:ascii="Arial" w:hAnsi="Arial"/>
          <w:b/>
          <w:sz w:val="22"/>
        </w:rPr>
        <w:t xml:space="preserve">Alice  </w:t>
      </w:r>
      <w:r>
        <w:rPr>
          <w:rFonts w:ascii="Arial" w:hAnsi="Arial"/>
          <w:color w:val="5D7284"/>
          <w:sz w:val="22"/>
        </w:rPr>
        <w:t>20:59</w:t>
      </w:r>
    </w:p>
    <w:p>
      <w:pPr>
        <w:spacing w:after="0"/>
      </w:pPr>
      <w:r>
        <w:rPr>
          <w:rFonts w:ascii="Arial" w:hAnsi="Arial"/>
          <w:sz w:val="22"/>
        </w:rPr>
        <w:t>Yeah, and I think so what I'm going to tell you about is a couple of characters who are actually much more positive, well rounded representations of disability. The ones that aren't like, aren't the stereotypical sort of Tiny Tim or he must be a bad guy because he's got facial deformities and differences. So yeah. So I'm going to start by telling you about Barnaby Rudge, who is the title character of Dickens 1841 novel, Barnaby Rudge. Anybody who knows anything about Dickens will know that (laughs) he comes up with the most ridiculous names for his characters.</w:t>
      </w:r>
    </w:p>
    <w:p>
      <w:pPr>
        <w:spacing w:after="0"/>
      </w:pPr>
    </w:p>
    <w:p>
      <w:pPr>
        <w:spacing w:after="0"/>
      </w:pPr>
      <w:r>
        <w:rPr>
          <w:rFonts w:ascii="Arial" w:hAnsi="Arial"/>
          <w:b/>
          <w:sz w:val="22"/>
        </w:rPr>
        <w:t xml:space="preserve">Lucy  </w:t>
      </w:r>
      <w:r>
        <w:rPr>
          <w:rFonts w:ascii="Arial" w:hAnsi="Arial"/>
          <w:color w:val="5D7284"/>
          <w:sz w:val="22"/>
        </w:rPr>
        <w:t>21:42</w:t>
      </w:r>
    </w:p>
    <w:p>
      <w:pPr>
        <w:spacing w:after="0"/>
      </w:pPr>
      <w:r>
        <w:rPr>
          <w:rFonts w:ascii="Arial" w:hAnsi="Arial"/>
          <w:sz w:val="22"/>
        </w:rPr>
        <w:t>That's quite a nice name though... Barnaby Rudge it sounds like oh, he's a decent fella. Please tell me he's a decent fella! and his not....</w:t>
      </w:r>
    </w:p>
    <w:p>
      <w:pPr>
        <w:spacing w:after="0"/>
      </w:pPr>
    </w:p>
    <w:p>
      <w:pPr>
        <w:spacing w:after="0"/>
      </w:pPr>
      <w:r>
        <w:rPr>
          <w:rFonts w:ascii="Arial" w:hAnsi="Arial"/>
          <w:b/>
          <w:sz w:val="22"/>
        </w:rPr>
        <w:t xml:space="preserve">Alice  </w:t>
      </w:r>
      <w:r>
        <w:rPr>
          <w:rFonts w:ascii="Arial" w:hAnsi="Arial"/>
          <w:color w:val="5D7284"/>
          <w:sz w:val="22"/>
        </w:rPr>
        <w:t>21:52</w:t>
      </w:r>
    </w:p>
    <w:p>
      <w:pPr>
        <w:spacing w:after="0"/>
      </w:pPr>
      <w:r>
        <w:rPr>
          <w:rFonts w:ascii="Arial" w:hAnsi="Arial"/>
          <w:sz w:val="22"/>
        </w:rPr>
        <w:t>Yeah no Barnaby's nice. Barnaby he's a sort of, yeah, I want to say young man, I think he's in his like 20s or 30s. He's got learning disability. (Lucy) Hhmm. So I've just got a another note in my in my notes here, that I just I want to pinch daisies content warning from the history lessons as well. Just to make people aware that there are... I'm probably going to use some quotes, like references from Dickens books that use words that were previously acceptable, but are now considered extremely offensive.</w:t>
      </w:r>
    </w:p>
    <w:p>
      <w:pPr>
        <w:spacing w:after="0"/>
      </w:pPr>
    </w:p>
    <w:p>
      <w:pPr>
        <w:spacing w:after="0"/>
      </w:pPr>
      <w:r>
        <w:rPr>
          <w:rFonts w:ascii="Arial" w:hAnsi="Arial"/>
          <w:b/>
          <w:sz w:val="22"/>
        </w:rPr>
        <w:t xml:space="preserve">Lucy  </w:t>
      </w:r>
      <w:r>
        <w:rPr>
          <w:rFonts w:ascii="Arial" w:hAnsi="Arial"/>
          <w:color w:val="5D7284"/>
          <w:sz w:val="22"/>
        </w:rPr>
        <w:t>22:38</w:t>
      </w:r>
    </w:p>
    <w:p>
      <w:pPr>
        <w:spacing w:after="0"/>
      </w:pPr>
      <w:r>
        <w:rPr>
          <w:rFonts w:ascii="Arial" w:hAnsi="Arial"/>
          <w:sz w:val="22"/>
        </w:rPr>
        <w:t>Um and can I also say, you don't get that in the Muppets.</w:t>
      </w:r>
    </w:p>
    <w:p>
      <w:pPr>
        <w:spacing w:after="0"/>
      </w:pPr>
    </w:p>
    <w:p>
      <w:pPr>
        <w:spacing w:after="0"/>
      </w:pPr>
      <w:r>
        <w:rPr>
          <w:rFonts w:ascii="Arial" w:hAnsi="Arial"/>
          <w:b/>
          <w:sz w:val="22"/>
        </w:rPr>
        <w:t xml:space="preserve">Alice  </w:t>
      </w:r>
      <w:r>
        <w:rPr>
          <w:rFonts w:ascii="Arial" w:hAnsi="Arial"/>
          <w:color w:val="5D7284"/>
          <w:sz w:val="22"/>
        </w:rPr>
        <w:t>22:43</w:t>
      </w:r>
    </w:p>
    <w:p>
      <w:pPr>
        <w:spacing w:after="0"/>
      </w:pPr>
      <w:r>
        <w:rPr>
          <w:rFonts w:ascii="Arial" w:hAnsi="Arial"/>
          <w:sz w:val="22"/>
        </w:rPr>
        <w:t>(Laughs) Okay</w:t>
      </w:r>
    </w:p>
    <w:p>
      <w:pPr>
        <w:spacing w:after="0"/>
      </w:pPr>
    </w:p>
    <w:p>
      <w:pPr>
        <w:spacing w:after="0"/>
      </w:pPr>
      <w:r>
        <w:rPr>
          <w:rFonts w:ascii="Arial" w:hAnsi="Arial"/>
          <w:b/>
          <w:sz w:val="22"/>
        </w:rPr>
        <w:t xml:space="preserve">Lucy  </w:t>
      </w:r>
      <w:r>
        <w:rPr>
          <w:rFonts w:ascii="Arial" w:hAnsi="Arial"/>
          <w:color w:val="5D7284"/>
          <w:sz w:val="22"/>
        </w:rPr>
        <w:t>22:47</w:t>
      </w:r>
    </w:p>
    <w:p>
      <w:pPr>
        <w:spacing w:after="0"/>
      </w:pPr>
      <w:r>
        <w:rPr>
          <w:rFonts w:ascii="Arial" w:hAnsi="Arial"/>
          <w:sz w:val="22"/>
        </w:rPr>
        <w:t>Just to, you know, balance it out a little bit. (laughs)</w:t>
      </w:r>
    </w:p>
    <w:p>
      <w:pPr>
        <w:spacing w:after="0"/>
      </w:pPr>
    </w:p>
    <w:p>
      <w:pPr>
        <w:spacing w:after="0"/>
      </w:pPr>
      <w:r>
        <w:rPr>
          <w:rFonts w:ascii="Arial" w:hAnsi="Arial"/>
          <w:b/>
          <w:sz w:val="22"/>
        </w:rPr>
        <w:t xml:space="preserve">Alice  </w:t>
      </w:r>
      <w:r>
        <w:rPr>
          <w:rFonts w:ascii="Arial" w:hAnsi="Arial"/>
          <w:color w:val="5D7284"/>
          <w:sz w:val="22"/>
        </w:rPr>
        <w:t>22:50</w:t>
      </w:r>
    </w:p>
    <w:p>
      <w:pPr>
        <w:spacing w:after="0"/>
      </w:pPr>
      <w:r>
        <w:rPr>
          <w:rFonts w:ascii="Arial" w:hAnsi="Arial"/>
          <w:sz w:val="22"/>
        </w:rPr>
        <w:t xml:space="preserve">(laughs) So, Barnaby has some kind of unidentified learning disability. Like, we don't get like his, you know, official diagnosis. But the bookdefinitely uses like horrible terms like idiot to talk about him. (Lucy) Lovely. But there are some really nice examples in the book as well, where like Barnaby is shown to be quite like, deep and sort of the well rounded like he's shown to have facets, not necessarily through... Yeah, in some ways, sort of through his own depiction, but also in the way that other characters talk about him. I fucked up and completely forgot to find the quote, but there is a bit quite early on in the book where his mum says something like, I know that he's not, like smart, but he's my son, and he's loving and he looks after me. (Lucy) Yeah. And just sort of, you know, shows that he's more than just this disabled character. You know, to the other characters in the book. </w:t>
      </w:r>
    </w:p>
    <w:p>
      <w:pPr>
        <w:spacing w:after="0"/>
      </w:pPr>
    </w:p>
    <w:p>
      <w:pPr>
        <w:spacing w:after="0"/>
      </w:pPr>
      <w:r>
        <w:rPr>
          <w:rFonts w:ascii="Arial" w:hAnsi="Arial"/>
          <w:b/>
          <w:sz w:val="22"/>
        </w:rPr>
        <w:t xml:space="preserve">Lucy  </w:t>
      </w:r>
      <w:r>
        <w:rPr>
          <w:rFonts w:ascii="Arial" w:hAnsi="Arial"/>
          <w:color w:val="5D7284"/>
          <w:sz w:val="22"/>
        </w:rPr>
        <w:t>24:12</w:t>
      </w:r>
    </w:p>
    <w:p>
      <w:pPr>
        <w:spacing w:after="0"/>
      </w:pPr>
      <w:r>
        <w:rPr>
          <w:rFonts w:ascii="Arial" w:hAnsi="Arial"/>
          <w:sz w:val="22"/>
        </w:rPr>
        <w:t>He's a bit more fleshed and rounded than other people.</w:t>
      </w:r>
    </w:p>
    <w:p>
      <w:pPr>
        <w:spacing w:after="0"/>
      </w:pPr>
    </w:p>
    <w:p>
      <w:pPr>
        <w:spacing w:after="0"/>
      </w:pPr>
      <w:r>
        <w:rPr>
          <w:rFonts w:ascii="Arial" w:hAnsi="Arial"/>
          <w:b/>
          <w:sz w:val="22"/>
        </w:rPr>
        <w:t xml:space="preserve">Alice  </w:t>
      </w:r>
      <w:r>
        <w:rPr>
          <w:rFonts w:ascii="Arial" w:hAnsi="Arial"/>
          <w:color w:val="5D7284"/>
          <w:sz w:val="22"/>
        </w:rPr>
        <w:t>24:16</w:t>
      </w:r>
    </w:p>
    <w:p>
      <w:pPr>
        <w:spacing w:after="0"/>
      </w:pPr>
      <w:r>
        <w:rPr>
          <w:rFonts w:ascii="Arial" w:hAnsi="Arial"/>
          <w:sz w:val="22"/>
        </w:rPr>
        <w:t>Yeah, yeah, there's a there's a bit where again it's reasonably early on in the book. His mum's house has been invaded by like a highway man. (Lucy) Right. And she's trying to get him to leave and she talks about even though Barnaby, her son has got some, like, cognitive differences.. that this highway man wants to, like, hide in the wardrobe basically. (Lucy) Right. And like sort of continued to intimidate Barnaby's mum, she's like, my son might have a learning disability. But he's really sort of he's not ignorant he will..(Lucy) He'll,yeah, he will understand. He will know I'm in distress and he will recognize that, you know, that I am worried about something and that he would act in her defense if he thought that she was in danger. (Lucy) Yeah. The book also shows that Dickens had some sort of recognition of the attitudes of society towards people with learning disabilities. So the thing about Dickens's writing is that he's a satirist (Lucy) Yes. He writes his characters are like caricatures. They're really not all of them but some of them are really like, over the top absurd, comical, like, and it's particularly their speech. It's purposely written to highlight the characters ridiculousness, (Lucy) Yeah. And quite often that ridiculousness is about like the super rich people feeling as though they can manipulate and pander to...</w:t>
      </w:r>
    </w:p>
    <w:p>
      <w:pPr>
        <w:spacing w:after="0"/>
      </w:pPr>
    </w:p>
    <w:p>
      <w:pPr>
        <w:spacing w:after="0"/>
      </w:pPr>
      <w:r>
        <w:rPr>
          <w:rFonts w:ascii="Arial" w:hAnsi="Arial"/>
          <w:b/>
          <w:sz w:val="22"/>
        </w:rPr>
        <w:t xml:space="preserve">Lucy  </w:t>
      </w:r>
      <w:r>
        <w:rPr>
          <w:rFonts w:ascii="Arial" w:hAnsi="Arial"/>
          <w:color w:val="5D7284"/>
          <w:sz w:val="22"/>
        </w:rPr>
        <w:t>26:06</w:t>
      </w:r>
    </w:p>
    <w:p>
      <w:pPr>
        <w:spacing w:after="0"/>
      </w:pPr>
      <w:r>
        <w:rPr>
          <w:rFonts w:ascii="Arial" w:hAnsi="Arial"/>
          <w:sz w:val="22"/>
        </w:rPr>
        <w:t>The character that comes into my mind when you're talking about that kind of depiction of his characters is... I can't remember his name but the bloke in the poor house in Oliver Twist where we goes "please sir can I have some more?", is it Mr. Bumble? I think? where Oliver says, "Please sir can I have  some more?" and he goes "More!" that man. It's a bit over the top.</w:t>
      </w:r>
    </w:p>
    <w:p>
      <w:pPr>
        <w:spacing w:after="0"/>
      </w:pPr>
    </w:p>
    <w:p>
      <w:pPr>
        <w:spacing w:after="0"/>
      </w:pPr>
      <w:r>
        <w:rPr>
          <w:rFonts w:ascii="Arial" w:hAnsi="Arial"/>
          <w:b/>
          <w:sz w:val="22"/>
        </w:rPr>
        <w:t xml:space="preserve">Alice  </w:t>
      </w:r>
      <w:r>
        <w:rPr>
          <w:rFonts w:ascii="Arial" w:hAnsi="Arial"/>
          <w:color w:val="5D7284"/>
          <w:sz w:val="22"/>
        </w:rPr>
        <w:t>26:26</w:t>
      </w:r>
    </w:p>
    <w:p>
      <w:pPr>
        <w:spacing w:after="0"/>
      </w:pPr>
      <w:r>
        <w:rPr>
          <w:rFonts w:ascii="Arial" w:hAnsi="Arial"/>
          <w:sz w:val="22"/>
        </w:rPr>
        <w:t>Yeah. Yeah, it's all a bit like that. (Lucy) Yeah. There's a in Barnaby Rudge. There's this guy who becomes.. he goes on to be an MP, or a lord or something. But before he gets made a Lord, he has this interaction with a locksmith's wife, and she's in her 50s. And like, the way she's described is sort of, she's not particularly young and beautiful and attractive. And he does this thing where he when he meets her for the first time, her like, stunningly beautiful 19 year old daughter is there also and he says, "Oh, this must be your sister. You're so alike!" in a like, overly flattering of the mother way. And it's it's that sort of stuff of, if that happened in real life you'd just laugh in the person's face. (Lucy laughs) Yeah. But yeah, he uses these really exactly like you said that it's really like over the top language to really like poke fun.(Lucy) But yeah. And um..</w:t>
      </w:r>
    </w:p>
    <w:p>
      <w:pPr>
        <w:spacing w:after="0"/>
      </w:pPr>
    </w:p>
    <w:p>
      <w:pPr>
        <w:spacing w:after="0"/>
      </w:pPr>
      <w:r>
        <w:rPr>
          <w:rFonts w:ascii="Arial" w:hAnsi="Arial"/>
          <w:b/>
          <w:sz w:val="22"/>
        </w:rPr>
        <w:t xml:space="preserve">Lucy  </w:t>
      </w:r>
      <w:r>
        <w:rPr>
          <w:rFonts w:ascii="Arial" w:hAnsi="Arial"/>
          <w:color w:val="5D7284"/>
          <w:sz w:val="22"/>
        </w:rPr>
        <w:t>27:27</w:t>
      </w:r>
    </w:p>
    <w:p>
      <w:pPr>
        <w:spacing w:after="0"/>
      </w:pPr>
      <w:r>
        <w:rPr>
          <w:rFonts w:ascii="Arial" w:hAnsi="Arial"/>
          <w:sz w:val="22"/>
        </w:rPr>
        <w:t>It's almost like look at him. Isn't he ridiculous kind of thing. (Alice) Exactly .Yeah, yeah.</w:t>
      </w:r>
    </w:p>
    <w:p>
      <w:pPr>
        <w:spacing w:after="0"/>
      </w:pPr>
    </w:p>
    <w:p>
      <w:pPr>
        <w:spacing w:after="0"/>
      </w:pPr>
      <w:r>
        <w:rPr>
          <w:rFonts w:ascii="Arial" w:hAnsi="Arial"/>
          <w:b/>
          <w:sz w:val="22"/>
        </w:rPr>
        <w:t xml:space="preserve">Alice  </w:t>
      </w:r>
      <w:r>
        <w:rPr>
          <w:rFonts w:ascii="Arial" w:hAnsi="Arial"/>
          <w:color w:val="5D7284"/>
          <w:sz w:val="22"/>
        </w:rPr>
        <w:t>27:32</w:t>
      </w:r>
    </w:p>
    <w:p>
      <w:pPr>
        <w:spacing w:after="0"/>
      </w:pPr>
      <w:r>
        <w:rPr>
          <w:rFonts w:ascii="Arial" w:hAnsi="Arial"/>
          <w:sz w:val="22"/>
        </w:rPr>
        <w:t>And the people he does it for are usually like the well off folk. Yeah, it's he's taking the piss out of like, Victorian social sort of high society. (Lucy) Yeah. And it's like, I haven't read a lot of Dickens. But it was really hard to get into Dickens until I kind of realized that you have to take what's being said with a pinch of salt because it is basically taking the piss. (Lucy) Yes. And that makes it...</w:t>
      </w:r>
    </w:p>
    <w:p>
      <w:pPr>
        <w:spacing w:after="0"/>
      </w:pPr>
    </w:p>
    <w:p>
      <w:pPr>
        <w:spacing w:after="0"/>
      </w:pPr>
      <w:r>
        <w:rPr>
          <w:rFonts w:ascii="Arial" w:hAnsi="Arial"/>
          <w:b/>
          <w:sz w:val="22"/>
        </w:rPr>
        <w:t xml:space="preserve">Lucy  </w:t>
      </w:r>
      <w:r>
        <w:rPr>
          <w:rFonts w:ascii="Arial" w:hAnsi="Arial"/>
          <w:color w:val="5D7284"/>
          <w:sz w:val="22"/>
        </w:rPr>
        <w:t>28:00</w:t>
      </w:r>
    </w:p>
    <w:p>
      <w:pPr>
        <w:spacing w:after="0"/>
      </w:pPr>
      <w:r>
        <w:rPr>
          <w:rFonts w:ascii="Arial" w:hAnsi="Arial"/>
          <w:sz w:val="22"/>
        </w:rPr>
        <w:t xml:space="preserve"> He's being extremely sarcastic. (Alice) Yeah, yeah. </w:t>
      </w:r>
    </w:p>
    <w:p>
      <w:pPr>
        <w:spacing w:after="0"/>
      </w:pPr>
    </w:p>
    <w:p>
      <w:pPr>
        <w:spacing w:after="0"/>
      </w:pPr>
      <w:r>
        <w:rPr>
          <w:rFonts w:ascii="Arial" w:hAnsi="Arial"/>
          <w:b/>
          <w:sz w:val="22"/>
        </w:rPr>
        <w:t xml:space="preserve">Alice  </w:t>
      </w:r>
      <w:r>
        <w:rPr>
          <w:rFonts w:ascii="Arial" w:hAnsi="Arial"/>
          <w:color w:val="5D7284"/>
          <w:sz w:val="22"/>
        </w:rPr>
        <w:t>28:03</w:t>
      </w:r>
    </w:p>
    <w:p>
      <w:pPr>
        <w:spacing w:after="0"/>
      </w:pPr>
      <w:r>
        <w:rPr>
          <w:rFonts w:ascii="Arial" w:hAnsi="Arial"/>
          <w:sz w:val="22"/>
        </w:rPr>
        <w:t>He really is. Like, the characters are really like, they're almost like, cartoonish (Lucy) Yes. And they're like pretentiousness and if you don't realize that, it can be really hard to be like, "Oh, God!, more of this!"</w:t>
      </w:r>
    </w:p>
    <w:p>
      <w:pPr>
        <w:spacing w:after="0"/>
      </w:pPr>
    </w:p>
    <w:p>
      <w:pPr>
        <w:spacing w:after="0"/>
      </w:pPr>
      <w:r>
        <w:rPr>
          <w:rFonts w:ascii="Arial" w:hAnsi="Arial"/>
          <w:b/>
          <w:sz w:val="22"/>
        </w:rPr>
        <w:t xml:space="preserve">Lucy  </w:t>
      </w:r>
      <w:r>
        <w:rPr>
          <w:rFonts w:ascii="Arial" w:hAnsi="Arial"/>
          <w:color w:val="5D7284"/>
          <w:sz w:val="22"/>
        </w:rPr>
        <w:t>28:19</w:t>
      </w:r>
    </w:p>
    <w:p>
      <w:pPr>
        <w:spacing w:after="0"/>
      </w:pPr>
      <w:r>
        <w:rPr>
          <w:rFonts w:ascii="Arial" w:hAnsi="Arial"/>
          <w:sz w:val="22"/>
        </w:rPr>
        <w:t>And again, more of this. (laughs)</w:t>
      </w:r>
    </w:p>
    <w:p>
      <w:pPr>
        <w:spacing w:after="0"/>
      </w:pPr>
    </w:p>
    <w:p>
      <w:pPr>
        <w:spacing w:after="0"/>
      </w:pPr>
      <w:r>
        <w:rPr>
          <w:rFonts w:ascii="Arial" w:hAnsi="Arial"/>
          <w:b/>
          <w:sz w:val="22"/>
        </w:rPr>
        <w:t xml:space="preserve">Alice  </w:t>
      </w:r>
      <w:r>
        <w:rPr>
          <w:rFonts w:ascii="Arial" w:hAnsi="Arial"/>
          <w:color w:val="5D7284"/>
          <w:sz w:val="22"/>
        </w:rPr>
        <w:t>28:24</w:t>
      </w:r>
    </w:p>
    <w:p>
      <w:pPr>
        <w:spacing w:after="0"/>
      </w:pPr>
      <w:r>
        <w:rPr>
          <w:rFonts w:ascii="Arial" w:hAnsi="Arial"/>
          <w:sz w:val="22"/>
        </w:rPr>
        <w:t>Yeah, I described it in my notes here. It's like it's in puppet theme. I said, it's a little bit like the spitting image puppet. (Lucy) Yes. Yeah. Over the top. Yeah... exactly. It's it's a piss take. (Lucy) Yes. Anyway, so back to Barnaby. Okay, We're in another little diversion before we get back to Barnaby. In the book, there's a whole... the beginning of the book introduces is..... There's like an introduction that is apparently written by the author where he talks about how he's got this pet Raven, who can speak like a parrot. (Lucy) Charles Dickens? Which Yeah, (Lucy) Right. I don't think that's a thing. (Lucy) No. Not something I've ever heard of.</w:t>
      </w:r>
    </w:p>
    <w:p>
      <w:pPr>
        <w:spacing w:after="0"/>
      </w:pPr>
    </w:p>
    <w:p>
      <w:pPr>
        <w:spacing w:after="0"/>
      </w:pPr>
      <w:r>
        <w:rPr>
          <w:rFonts w:ascii="Arial" w:hAnsi="Arial"/>
          <w:b/>
          <w:sz w:val="22"/>
        </w:rPr>
        <w:t xml:space="preserve">Lucy  </w:t>
      </w:r>
      <w:r>
        <w:rPr>
          <w:rFonts w:ascii="Arial" w:hAnsi="Arial"/>
          <w:color w:val="5D7284"/>
          <w:sz w:val="22"/>
        </w:rPr>
        <w:t>29:14</w:t>
      </w:r>
    </w:p>
    <w:p>
      <w:pPr>
        <w:spacing w:after="0"/>
      </w:pPr>
      <w:r>
        <w:rPr>
          <w:rFonts w:ascii="Arial" w:hAnsi="Arial"/>
          <w:sz w:val="22"/>
        </w:rPr>
        <w:t>Does he think he's like, some sort of Gothic? (laughs)</w:t>
      </w:r>
    </w:p>
    <w:p>
      <w:pPr>
        <w:spacing w:after="0"/>
      </w:pPr>
    </w:p>
    <w:p>
      <w:pPr>
        <w:spacing w:after="0"/>
      </w:pPr>
      <w:r>
        <w:rPr>
          <w:rFonts w:ascii="Arial" w:hAnsi="Arial"/>
          <w:b/>
          <w:sz w:val="22"/>
        </w:rPr>
        <w:t xml:space="preserve">Alice  </w:t>
      </w:r>
      <w:r>
        <w:rPr>
          <w:rFonts w:ascii="Arial" w:hAnsi="Arial"/>
          <w:color w:val="5D7284"/>
          <w:sz w:val="22"/>
        </w:rPr>
        <w:t>29:18</w:t>
      </w:r>
    </w:p>
    <w:p>
      <w:pPr>
        <w:spacing w:after="0"/>
      </w:pPr>
      <w:r>
        <w:rPr>
          <w:rFonts w:ascii="Arial" w:hAnsi="Arial"/>
          <w:sz w:val="22"/>
        </w:rPr>
        <w:t>I think that's the thing I think it's like I said this to my mum, I was like, sobecause Barnaby has this pet Raven that has like this handful of phrases that it says (Lucy) Right. And like Barnaby trained it and stuff to say these different phrases. (Lucy) Yeah. And I was like, "I don't think ravens can do that. So why not just write that he's got a parrot?"</w:t>
      </w:r>
    </w:p>
    <w:p>
      <w:pPr>
        <w:spacing w:after="0"/>
      </w:pPr>
    </w:p>
    <w:p>
      <w:pPr>
        <w:spacing w:after="0"/>
      </w:pPr>
      <w:r>
        <w:rPr>
          <w:rFonts w:ascii="Arial" w:hAnsi="Arial"/>
          <w:b/>
          <w:sz w:val="22"/>
        </w:rPr>
        <w:t xml:space="preserve">Lucy  </w:t>
      </w:r>
      <w:r>
        <w:rPr>
          <w:rFonts w:ascii="Arial" w:hAnsi="Arial"/>
          <w:color w:val="5D7284"/>
          <w:sz w:val="22"/>
        </w:rPr>
        <w:t>29:41</w:t>
      </w:r>
    </w:p>
    <w:p>
      <w:pPr>
        <w:spacing w:after="0"/>
      </w:pPr>
      <w:r>
        <w:rPr>
          <w:rFonts w:ascii="Arial" w:hAnsi="Arial"/>
          <w:sz w:val="22"/>
        </w:rPr>
        <w:t>Okay, well, I can tell you that I went when I was about 10. 9 or 10. I went to the Tower of London for the first time and there was an Australian beefeater there right. And he said to me because I can't get into like the towers stuff but was not accessible so I was stood there waiting for my sister and this Australian beefeater to said to me that parrot?!.. "that raven could talk" and "I went can it?" and he said "yes" because they were very intelligent apparently ravens. I didn't know this but apparently they are. And this parrot (Laughs) this raven started to talk (Alice) Really! In an Australian accent, (Both laughing) the Australian Beefeater had taught the raven to speak and also swear (laughs) at tourists in Australian accent.</w:t>
      </w:r>
    </w:p>
    <w:p>
      <w:pPr>
        <w:spacing w:after="0"/>
      </w:pPr>
    </w:p>
    <w:p>
      <w:pPr>
        <w:spacing w:after="0"/>
      </w:pPr>
      <w:r>
        <w:rPr>
          <w:rFonts w:ascii="Arial" w:hAnsi="Arial"/>
          <w:b/>
          <w:sz w:val="22"/>
        </w:rPr>
        <w:t xml:space="preserve">Alice  </w:t>
      </w:r>
      <w:r>
        <w:rPr>
          <w:rFonts w:ascii="Arial" w:hAnsi="Arial"/>
          <w:color w:val="5D7284"/>
          <w:sz w:val="22"/>
        </w:rPr>
        <w:t>30:41</w:t>
      </w:r>
    </w:p>
    <w:p>
      <w:pPr>
        <w:spacing w:after="0"/>
      </w:pPr>
      <w:r>
        <w:rPr>
          <w:rFonts w:ascii="Arial" w:hAnsi="Arial"/>
          <w:sz w:val="22"/>
        </w:rPr>
        <w:t xml:space="preserve">One of the phrases that Barnaby pet raven says is something like "off to the devil with you!" or something like that. (Lucy) Right. Okay. Which would have been a bit of a an insult in the Victorian (Lucy) yeah yeah. Times. But he also does the beginning of that. "Polly put the kettle on" song as well. </w:t>
      </w:r>
    </w:p>
    <w:p>
      <w:pPr>
        <w:spacing w:after="0"/>
      </w:pPr>
    </w:p>
    <w:p>
      <w:pPr>
        <w:spacing w:after="0"/>
      </w:pPr>
      <w:r>
        <w:rPr>
          <w:rFonts w:ascii="Arial" w:hAnsi="Arial"/>
          <w:b/>
          <w:sz w:val="22"/>
        </w:rPr>
        <w:t xml:space="preserve">Lucy  </w:t>
      </w:r>
      <w:r>
        <w:rPr>
          <w:rFonts w:ascii="Arial" w:hAnsi="Arial"/>
          <w:color w:val="5D7284"/>
          <w:sz w:val="22"/>
        </w:rPr>
        <w:t>31:03</w:t>
      </w:r>
    </w:p>
    <w:p>
      <w:pPr>
        <w:spacing w:after="0"/>
      </w:pPr>
      <w:r>
        <w:rPr>
          <w:rFonts w:ascii="Arial" w:hAnsi="Arial"/>
          <w:sz w:val="22"/>
        </w:rPr>
        <w:t>Polly put the kettle on, we'll all have tea, that one?</w:t>
      </w:r>
    </w:p>
    <w:p>
      <w:pPr>
        <w:spacing w:after="0"/>
      </w:pPr>
    </w:p>
    <w:p>
      <w:pPr>
        <w:spacing w:after="0"/>
      </w:pPr>
      <w:r>
        <w:rPr>
          <w:rFonts w:ascii="Arial" w:hAnsi="Arial"/>
          <w:b/>
          <w:sz w:val="22"/>
        </w:rPr>
        <w:t xml:space="preserve">Alice  </w:t>
      </w:r>
      <w:r>
        <w:rPr>
          <w:rFonts w:ascii="Arial" w:hAnsi="Arial"/>
          <w:color w:val="5D7284"/>
          <w:sz w:val="22"/>
        </w:rPr>
        <w:t>31:06</w:t>
      </w:r>
    </w:p>
    <w:p>
      <w:pPr>
        <w:spacing w:after="0"/>
      </w:pPr>
      <w:r>
        <w:rPr>
          <w:rFonts w:ascii="Arial" w:hAnsi="Arial"/>
          <w:sz w:val="22"/>
        </w:rPr>
        <w:t>Yeah, yeah, he does the. (Lucy) But a bit more evil? Yeah, he's constantly going " We'll all have tea" like a parroty sort of raven apparently.</w:t>
      </w:r>
    </w:p>
    <w:p>
      <w:pPr>
        <w:spacing w:after="0"/>
      </w:pPr>
    </w:p>
    <w:p>
      <w:pPr>
        <w:spacing w:after="0"/>
      </w:pPr>
      <w:r>
        <w:rPr>
          <w:rFonts w:ascii="Arial" w:hAnsi="Arial"/>
          <w:b/>
          <w:sz w:val="22"/>
        </w:rPr>
        <w:t xml:space="preserve">Lucy  </w:t>
      </w:r>
      <w:r>
        <w:rPr>
          <w:rFonts w:ascii="Arial" w:hAnsi="Arial"/>
          <w:color w:val="5D7284"/>
          <w:sz w:val="22"/>
        </w:rPr>
        <w:t>31:15</w:t>
      </w:r>
    </w:p>
    <w:p>
      <w:pPr>
        <w:spacing w:after="0"/>
      </w:pPr>
      <w:r>
        <w:rPr>
          <w:rFonts w:ascii="Arial" w:hAnsi="Arial"/>
          <w:sz w:val="22"/>
        </w:rPr>
        <w:t>(Laughs) Sounds like my mum. Anybody want a cup of tea? Yeah, me.</w:t>
      </w:r>
    </w:p>
    <w:p>
      <w:pPr>
        <w:spacing w:after="0"/>
      </w:pPr>
    </w:p>
    <w:p>
      <w:pPr>
        <w:spacing w:after="0"/>
      </w:pPr>
      <w:r>
        <w:rPr>
          <w:rFonts w:ascii="Arial" w:hAnsi="Arial"/>
          <w:b/>
          <w:sz w:val="22"/>
        </w:rPr>
        <w:t xml:space="preserve">Alice  </w:t>
      </w:r>
      <w:r>
        <w:rPr>
          <w:rFonts w:ascii="Arial" w:hAnsi="Arial"/>
          <w:color w:val="5D7284"/>
          <w:sz w:val="22"/>
        </w:rPr>
        <w:t>31:21</w:t>
      </w:r>
    </w:p>
    <w:p>
      <w:pPr>
        <w:spacing w:after="0"/>
      </w:pPr>
      <w:r>
        <w:rPr>
          <w:rFonts w:ascii="Arial" w:hAnsi="Arial"/>
          <w:sz w:val="22"/>
        </w:rPr>
        <w:t>So. Okay, well, there you go. I was as I was doing this....</w:t>
      </w:r>
    </w:p>
    <w:p>
      <w:pPr>
        <w:spacing w:after="0"/>
      </w:pPr>
    </w:p>
    <w:p>
      <w:pPr>
        <w:spacing w:after="0"/>
      </w:pPr>
      <w:r>
        <w:rPr>
          <w:rFonts w:ascii="Arial" w:hAnsi="Arial"/>
          <w:b/>
          <w:sz w:val="22"/>
        </w:rPr>
        <w:t xml:space="preserve">Lucy  </w:t>
      </w:r>
      <w:r>
        <w:rPr>
          <w:rFonts w:ascii="Arial" w:hAnsi="Arial"/>
          <w:color w:val="5D7284"/>
          <w:sz w:val="22"/>
        </w:rPr>
        <w:t>31:25</w:t>
      </w:r>
    </w:p>
    <w:p>
      <w:pPr>
        <w:spacing w:after="0"/>
      </w:pPr>
      <w:r>
        <w:rPr>
          <w:rFonts w:ascii="Arial" w:hAnsi="Arial"/>
          <w:sz w:val="22"/>
        </w:rPr>
        <w:t>Because they're very intelligent, apparently. And again...</w:t>
      </w:r>
    </w:p>
    <w:p>
      <w:pPr>
        <w:spacing w:after="0"/>
      </w:pPr>
    </w:p>
    <w:p>
      <w:pPr>
        <w:spacing w:after="0"/>
      </w:pPr>
      <w:r>
        <w:rPr>
          <w:rFonts w:ascii="Arial" w:hAnsi="Arial"/>
          <w:b/>
          <w:sz w:val="22"/>
        </w:rPr>
        <w:t xml:space="preserve">Alice  </w:t>
      </w:r>
      <w:r>
        <w:rPr>
          <w:rFonts w:ascii="Arial" w:hAnsi="Arial"/>
          <w:color w:val="5D7284"/>
          <w:sz w:val="22"/>
        </w:rPr>
        <w:t>31:28</w:t>
      </w:r>
    </w:p>
    <w:p>
      <w:pPr>
        <w:spacing w:after="0"/>
      </w:pPr>
      <w:r>
        <w:rPr>
          <w:rFonts w:ascii="Arial" w:hAnsi="Arial"/>
          <w:sz w:val="22"/>
        </w:rPr>
        <w:t>No I can believe they're intelligent. I just didn't realize that at all. (Lucy) Yeah.</w:t>
      </w:r>
    </w:p>
    <w:p>
      <w:pPr>
        <w:spacing w:after="0"/>
      </w:pPr>
    </w:p>
    <w:p>
      <w:pPr>
        <w:spacing w:after="0"/>
      </w:pPr>
      <w:r>
        <w:rPr>
          <w:rFonts w:ascii="Arial" w:hAnsi="Arial"/>
          <w:b/>
          <w:sz w:val="22"/>
        </w:rPr>
        <w:t xml:space="preserve">Lucy  </w:t>
      </w:r>
      <w:r>
        <w:rPr>
          <w:rFonts w:ascii="Arial" w:hAnsi="Arial"/>
          <w:color w:val="5D7284"/>
          <w:sz w:val="22"/>
        </w:rPr>
        <w:t>31:33</w:t>
      </w:r>
    </w:p>
    <w:p>
      <w:pPr>
        <w:spacing w:after="0"/>
      </w:pPr>
      <w:r>
        <w:rPr>
          <w:rFonts w:ascii="Arial" w:hAnsi="Arial"/>
          <w:sz w:val="22"/>
        </w:rPr>
        <w:t>Until the Australian beefeater. I didn't even know you could be Australian and be a Beefeater. It's a conversation for another day. There you go...</w:t>
      </w:r>
    </w:p>
    <w:p>
      <w:pPr>
        <w:spacing w:after="0"/>
      </w:pPr>
    </w:p>
    <w:p>
      <w:pPr>
        <w:spacing w:after="0"/>
      </w:pPr>
      <w:r>
        <w:rPr>
          <w:rFonts w:ascii="Arial" w:hAnsi="Arial"/>
          <w:b/>
          <w:sz w:val="22"/>
        </w:rPr>
        <w:t xml:space="preserve">Alice  </w:t>
      </w:r>
      <w:r>
        <w:rPr>
          <w:rFonts w:ascii="Arial" w:hAnsi="Arial"/>
          <w:color w:val="5D7284"/>
          <w:sz w:val="22"/>
        </w:rPr>
        <w:t>31:40</w:t>
      </w:r>
    </w:p>
    <w:p>
      <w:pPr>
        <w:spacing w:after="0"/>
      </w:pPr>
      <w:r>
        <w:rPr>
          <w:rFonts w:ascii="Arial" w:hAnsi="Arial"/>
          <w:sz w:val="22"/>
        </w:rPr>
        <w:t>I suspect it's a Commonwealth thing isn't it?</w:t>
      </w:r>
    </w:p>
    <w:p>
      <w:pPr>
        <w:spacing w:after="0"/>
      </w:pPr>
    </w:p>
    <w:p>
      <w:pPr>
        <w:spacing w:after="0"/>
      </w:pPr>
      <w:r>
        <w:rPr>
          <w:rFonts w:ascii="Arial" w:hAnsi="Arial"/>
          <w:b/>
          <w:sz w:val="22"/>
        </w:rPr>
        <w:t xml:space="preserve">Lucy  </w:t>
      </w:r>
      <w:r>
        <w:rPr>
          <w:rFonts w:ascii="Arial" w:hAnsi="Arial"/>
          <w:color w:val="5D7284"/>
          <w:sz w:val="22"/>
        </w:rPr>
        <w:t>31:42</w:t>
      </w:r>
    </w:p>
    <w:p>
      <w:pPr>
        <w:spacing w:after="0"/>
      </w:pPr>
      <w:r>
        <w:rPr>
          <w:rFonts w:ascii="Arial" w:hAnsi="Arial"/>
          <w:sz w:val="22"/>
        </w:rPr>
        <w:t>Probably Yeah, yeah But um...</w:t>
      </w:r>
    </w:p>
    <w:p>
      <w:pPr>
        <w:spacing w:after="0"/>
      </w:pPr>
    </w:p>
    <w:p>
      <w:pPr>
        <w:spacing w:after="0"/>
      </w:pPr>
      <w:r>
        <w:rPr>
          <w:rFonts w:ascii="Arial" w:hAnsi="Arial"/>
          <w:b/>
          <w:sz w:val="22"/>
        </w:rPr>
        <w:t xml:space="preserve">Alice  </w:t>
      </w:r>
      <w:r>
        <w:rPr>
          <w:rFonts w:ascii="Arial" w:hAnsi="Arial"/>
          <w:color w:val="5D7284"/>
          <w:sz w:val="22"/>
        </w:rPr>
        <w:t>31:45</w:t>
      </w:r>
    </w:p>
    <w:p>
      <w:pPr>
        <w:spacing w:after="0"/>
      </w:pPr>
      <w:r>
        <w:rPr>
          <w:rFonts w:ascii="Arial" w:hAnsi="Arial"/>
          <w:sz w:val="22"/>
        </w:rPr>
        <w:t>Anyway! (Lucy) Anyway. So yeah, Barnaby's got this pet raven called Grip. Who speaks and there's this one time where Barnaby and his mum are visiting London. And just to just to go back and remind you of the point I'm making, because it's been such a long time. (Lucy laughs) The point that I was making was that Dickens had a bit of awareness of like, social attitudes towards people with learning disabilities and disabled people. (Lucy) Yeah. So yeah, he's he's, they meet this fella while they're in London, just a random guy. And he sees Barnab's talking raven and he's so impressed with this raven that he wants to buy him from Barnaby. Barnaby is like, "No, this is my pet."</w:t>
      </w:r>
    </w:p>
    <w:p>
      <w:pPr>
        <w:spacing w:after="0"/>
      </w:pPr>
    </w:p>
    <w:p>
      <w:pPr>
        <w:spacing w:after="0"/>
      </w:pPr>
      <w:r>
        <w:rPr>
          <w:rFonts w:ascii="Arial" w:hAnsi="Arial"/>
          <w:b/>
          <w:sz w:val="22"/>
        </w:rPr>
        <w:t xml:space="preserve">Lucy  </w:t>
      </w:r>
      <w:r>
        <w:rPr>
          <w:rFonts w:ascii="Arial" w:hAnsi="Arial"/>
          <w:color w:val="5D7284"/>
          <w:sz w:val="22"/>
        </w:rPr>
        <w:t>32:36</w:t>
      </w:r>
    </w:p>
    <w:p>
      <w:pPr>
        <w:spacing w:after="0"/>
      </w:pPr>
      <w:r>
        <w:rPr>
          <w:rFonts w:ascii="Arial" w:hAnsi="Arial"/>
          <w:sz w:val="22"/>
        </w:rPr>
        <w:t>He really likes him basically. (Alice) Essentially, yeah, he's,</w:t>
      </w:r>
    </w:p>
    <w:p>
      <w:pPr>
        <w:spacing w:after="0"/>
      </w:pPr>
    </w:p>
    <w:p>
      <w:pPr>
        <w:spacing w:after="0"/>
      </w:pPr>
      <w:r>
        <w:rPr>
          <w:rFonts w:ascii="Arial" w:hAnsi="Arial"/>
          <w:b/>
          <w:sz w:val="22"/>
        </w:rPr>
        <w:t xml:space="preserve">Alice  </w:t>
      </w:r>
      <w:r>
        <w:rPr>
          <w:rFonts w:ascii="Arial" w:hAnsi="Arial"/>
          <w:color w:val="5D7284"/>
          <w:sz w:val="22"/>
        </w:rPr>
        <w:t>32:39</w:t>
      </w:r>
    </w:p>
    <w:p>
      <w:pPr>
        <w:spacing w:after="0"/>
      </w:pPr>
      <w:r>
        <w:rPr>
          <w:rFonts w:ascii="Arial" w:hAnsi="Arial"/>
          <w:sz w:val="22"/>
        </w:rPr>
        <w:t>you know, he's like, No, this is I've, he's got a relationship with the bird and, and he trained it and he's not selling it. But the guy gets really like angry and unnecessarily aggressive about it. (Lucy) Yeah. And his reaction is that he starts questioning, like the authenticity of Barnaby's disability. He says that, that his sort of cognitive difference, it's only a excuse for laziness.</w:t>
      </w:r>
    </w:p>
    <w:p>
      <w:pPr>
        <w:spacing w:after="0"/>
      </w:pPr>
    </w:p>
    <w:p>
      <w:pPr>
        <w:spacing w:after="0"/>
      </w:pPr>
      <w:r>
        <w:rPr>
          <w:rFonts w:ascii="Arial" w:hAnsi="Arial"/>
          <w:b/>
          <w:sz w:val="22"/>
        </w:rPr>
        <w:t xml:space="preserve">Lucy  </w:t>
      </w:r>
      <w:r>
        <w:rPr>
          <w:rFonts w:ascii="Arial" w:hAnsi="Arial"/>
          <w:color w:val="5D7284"/>
          <w:sz w:val="22"/>
        </w:rPr>
        <w:t>33:14</w:t>
      </w:r>
    </w:p>
    <w:p>
      <w:pPr>
        <w:spacing w:after="0"/>
      </w:pPr>
      <w:r>
        <w:rPr>
          <w:rFonts w:ascii="Arial" w:hAnsi="Arial"/>
          <w:sz w:val="22"/>
        </w:rPr>
        <w:t>My God, like, the themes you're talking about? It's like...(Alice) I know. Today.</w:t>
      </w:r>
    </w:p>
    <w:p>
      <w:pPr>
        <w:spacing w:after="0"/>
      </w:pPr>
    </w:p>
    <w:p>
      <w:pPr>
        <w:spacing w:after="0"/>
      </w:pPr>
      <w:r>
        <w:rPr>
          <w:rFonts w:ascii="Arial" w:hAnsi="Arial"/>
          <w:b/>
          <w:sz w:val="22"/>
        </w:rPr>
        <w:t xml:space="preserve">Alice  </w:t>
      </w:r>
      <w:r>
        <w:rPr>
          <w:rFonts w:ascii="Arial" w:hAnsi="Arial"/>
          <w:color w:val="5D7284"/>
          <w:sz w:val="22"/>
        </w:rPr>
        <w:t>33:20</w:t>
      </w:r>
    </w:p>
    <w:p>
      <w:pPr>
        <w:spacing w:after="0"/>
      </w:pPr>
      <w:r>
        <w:rPr>
          <w:rFonts w:ascii="Arial" w:hAnsi="Arial"/>
          <w:sz w:val="22"/>
        </w:rPr>
        <w:t>And well, this is the thing is, it's so interesting. (Lucy) Isn't it just? He says that, all that is needed to cure Barnaby of his learning disability is a good beating, (Lucy) Oh for.... Because then he won't be so lazy anymore and I just think...(Lucy) I know that please is not real but oh my god! But isn't it interesting that like, and I just think it's, I think it's really, I think it's a bit incredible that Dickens, like 1841, this came out (Lucy) Yeah. That he's able to recognize that the attitude of some people in like the Victorian times. And it's particularly reflective of that. Like, deserving of charity thing (Lucy) Yeah. That I talked about earlier that like, (Lucy) Yeah. You're not really disabled. So you don't deserve help. That's why you get punished and go to the workhouse.</w:t>
      </w:r>
    </w:p>
    <w:p>
      <w:pPr>
        <w:spacing w:after="0"/>
      </w:pPr>
    </w:p>
    <w:p>
      <w:pPr>
        <w:spacing w:after="0"/>
      </w:pPr>
      <w:r>
        <w:rPr>
          <w:rFonts w:ascii="Arial" w:hAnsi="Arial"/>
          <w:b/>
          <w:sz w:val="22"/>
        </w:rPr>
        <w:t xml:space="preserve">Lucy  </w:t>
      </w:r>
      <w:r>
        <w:rPr>
          <w:rFonts w:ascii="Arial" w:hAnsi="Arial"/>
          <w:color w:val="5D7284"/>
          <w:sz w:val="22"/>
        </w:rPr>
        <w:t>34:24</w:t>
      </w:r>
    </w:p>
    <w:p>
      <w:pPr>
        <w:spacing w:after="0"/>
      </w:pPr>
      <w:r>
        <w:rPr>
          <w:rFonts w:ascii="Arial" w:hAnsi="Arial"/>
          <w:sz w:val="22"/>
        </w:rPr>
        <w:t>And I think as well, what it does is, it just shows you how entrenched these beliefs are in society. You know, we do this fabled series to show you. This is where this comes from. And this is how entrenched it is. It just goes to show just how deep societal attitudes are towards people with disabilities and learning difficulties and things like that. It's quite amazing, isn't it?</w:t>
      </w:r>
    </w:p>
    <w:p>
      <w:pPr>
        <w:spacing w:after="0"/>
      </w:pPr>
    </w:p>
    <w:p>
      <w:pPr>
        <w:spacing w:after="0"/>
      </w:pPr>
      <w:r>
        <w:rPr>
          <w:rFonts w:ascii="Arial" w:hAnsi="Arial"/>
          <w:b/>
          <w:sz w:val="22"/>
        </w:rPr>
        <w:t xml:space="preserve">Alice  </w:t>
      </w:r>
      <w:r>
        <w:rPr>
          <w:rFonts w:ascii="Arial" w:hAnsi="Arial"/>
          <w:color w:val="5D7284"/>
          <w:sz w:val="22"/>
        </w:rPr>
        <w:t>34:49</w:t>
      </w:r>
    </w:p>
    <w:p>
      <w:pPr>
        <w:spacing w:after="0"/>
      </w:pPr>
      <w:r>
        <w:rPr>
          <w:rFonts w:ascii="Arial" w:hAnsi="Arial"/>
          <w:sz w:val="22"/>
        </w:rPr>
        <w:t>Yeah, I think it was really. I thought that bit of the book was really, really interesting. So Dickens challenged other ideas about disability with a character in another one of his books, which is a more well known one "Bleak House." ? (Lucy) Yeah. There was a BBC adaptation a couple of years ago that was really good. Esther, who was one of the main characters in Bleak House, she's actually... Bleak House is narrated by three different people. So it's got three different narrators, and she's one of them. She's got facial scarring after contracting smallpox. (Lucy) Okay. So I think there's a couple of really interesting things about Esther, I think one of the things that's really cool to start with, is that, like, Dickens writes her as one of the narrators. So like, the first thing he's doing is just giving her, giving a disabled woman a voice. (Lucy) Yeah. Like putting her in a position of power by being like, I am the storyteller.</w:t>
      </w:r>
    </w:p>
    <w:p>
      <w:pPr>
        <w:spacing w:after="0"/>
      </w:pPr>
    </w:p>
    <w:p>
      <w:pPr>
        <w:spacing w:after="0"/>
      </w:pPr>
      <w:r>
        <w:rPr>
          <w:rFonts w:ascii="Arial" w:hAnsi="Arial"/>
          <w:b/>
          <w:sz w:val="22"/>
        </w:rPr>
        <w:t xml:space="preserve">Lucy  </w:t>
      </w:r>
      <w:r>
        <w:rPr>
          <w:rFonts w:ascii="Arial" w:hAnsi="Arial"/>
          <w:color w:val="5D7284"/>
          <w:sz w:val="22"/>
        </w:rPr>
        <w:t>36:00</w:t>
      </w:r>
    </w:p>
    <w:p>
      <w:pPr>
        <w:spacing w:after="0"/>
      </w:pPr>
      <w:r>
        <w:rPr>
          <w:rFonts w:ascii="Arial" w:hAnsi="Arial"/>
          <w:sz w:val="22"/>
        </w:rPr>
        <w:t>Listen to me now. (Alice) Exactly. And listen to me I'm telling the story that kind of thing. (Alice) Exactly.</w:t>
      </w:r>
    </w:p>
    <w:p>
      <w:pPr>
        <w:spacing w:after="0"/>
      </w:pPr>
    </w:p>
    <w:p>
      <w:pPr>
        <w:spacing w:after="0"/>
      </w:pPr>
      <w:r>
        <w:rPr>
          <w:rFonts w:ascii="Arial" w:hAnsi="Arial"/>
          <w:b/>
          <w:sz w:val="22"/>
        </w:rPr>
        <w:t xml:space="preserve">Alice  </w:t>
      </w:r>
      <w:r>
        <w:rPr>
          <w:rFonts w:ascii="Arial" w:hAnsi="Arial"/>
          <w:color w:val="5D7284"/>
          <w:sz w:val="22"/>
        </w:rPr>
        <w:t>36:06</w:t>
      </w:r>
    </w:p>
    <w:p>
      <w:pPr>
        <w:spacing w:after="0"/>
      </w:pPr>
      <w:r>
        <w:rPr>
          <w:rFonts w:ascii="Arial" w:hAnsi="Arial"/>
          <w:sz w:val="22"/>
        </w:rPr>
        <w:t>And that was 200 years ago. (Lucy) Yeah. So it's she tells the story, sort of retrospectively. So although you don't learn about her facial.... So at the beginning of her story that she's telling she starts a story before she gets smallpox, (Lucy) Right? So it's not until about halfway through the book, that you realize that she's got smallpox and she's got facial a difference now,</w:t>
      </w:r>
    </w:p>
    <w:p>
      <w:pPr>
        <w:spacing w:after="0"/>
      </w:pPr>
    </w:p>
    <w:p>
      <w:pPr>
        <w:spacing w:after="0"/>
      </w:pPr>
      <w:r>
        <w:rPr>
          <w:rFonts w:ascii="Arial" w:hAnsi="Arial"/>
          <w:b/>
          <w:sz w:val="22"/>
        </w:rPr>
        <w:t xml:space="preserve">Lucy  </w:t>
      </w:r>
      <w:r>
        <w:rPr>
          <w:rFonts w:ascii="Arial" w:hAnsi="Arial"/>
          <w:color w:val="5D7284"/>
          <w:sz w:val="22"/>
        </w:rPr>
        <w:t>36:40</w:t>
      </w:r>
    </w:p>
    <w:p>
      <w:pPr>
        <w:spacing w:after="0"/>
      </w:pPr>
      <w:r>
        <w:rPr>
          <w:rFonts w:ascii="Arial" w:hAnsi="Arial"/>
          <w:sz w:val="22"/>
        </w:rPr>
        <w:t>But again, isn't that progressive? Because it's telling her story without the disability being the main thing? (Lucy) Yes,</w:t>
      </w:r>
    </w:p>
    <w:p>
      <w:pPr>
        <w:spacing w:after="0"/>
      </w:pPr>
    </w:p>
    <w:p>
      <w:pPr>
        <w:spacing w:after="0"/>
      </w:pPr>
      <w:r>
        <w:rPr>
          <w:rFonts w:ascii="Arial" w:hAnsi="Arial"/>
          <w:b/>
          <w:sz w:val="22"/>
        </w:rPr>
        <w:t xml:space="preserve">Alice  </w:t>
      </w:r>
      <w:r>
        <w:rPr>
          <w:rFonts w:ascii="Arial" w:hAnsi="Arial"/>
          <w:color w:val="5D7284"/>
          <w:sz w:val="22"/>
        </w:rPr>
        <w:t>36:47</w:t>
      </w:r>
    </w:p>
    <w:p>
      <w:pPr>
        <w:spacing w:after="0"/>
      </w:pPr>
      <w:r>
        <w:rPr>
          <w:rFonts w:ascii="Arial" w:hAnsi="Arial"/>
          <w:sz w:val="22"/>
        </w:rPr>
        <w:t>exactly. And that's one of the things that like from... it gives you the opportunity to get to know her character before going "oh, and she's disabled" but because she's telling it retrospectively, like she's, once you read it, you realize she's always disabled when she's telling you the story? (Lucy) Yes. It's not like, although in the story, she becomes disabled,  she's the person telling it, she's already disabled. (Lucy)  Exactly. And you get to know her. She's an astute and sort of considerate conscientious person. You know, she is more than just this disabled person. And one of the things that the Esther does that I love is (laughs) she's one of the characters who notices that you know, you're talking about the like, caricature, absurd language, She notices other people doing that, and is like, sort of, almost makes fun of it.(Lucy) Yeah. She's like, intelligent and witty. (Lucy) Yeah. And, like, she pokes fun at other characters who do it.</w:t>
      </w:r>
    </w:p>
    <w:p>
      <w:pPr>
        <w:spacing w:after="0"/>
      </w:pPr>
    </w:p>
    <w:p>
      <w:pPr>
        <w:spacing w:after="0"/>
      </w:pPr>
      <w:r>
        <w:rPr>
          <w:rFonts w:ascii="Arial" w:hAnsi="Arial"/>
          <w:b/>
          <w:sz w:val="22"/>
        </w:rPr>
        <w:t xml:space="preserve">Lucy  </w:t>
      </w:r>
      <w:r>
        <w:rPr>
          <w:rFonts w:ascii="Arial" w:hAnsi="Arial"/>
          <w:color w:val="5D7284"/>
          <w:sz w:val="22"/>
        </w:rPr>
        <w:t>38:04</w:t>
      </w:r>
    </w:p>
    <w:p>
      <w:pPr>
        <w:spacing w:after="0"/>
      </w:pPr>
      <w:r>
        <w:rPr>
          <w:rFonts w:ascii="Arial" w:hAnsi="Arial"/>
          <w:sz w:val="22"/>
        </w:rPr>
        <w:t>She sounds like our type of girl doesnt she really? (Alice) Yeah. She would be the third. The third permanent co host of the lABLEd Podcast if she was real and.. (Alice) Yes. Alive today.</w:t>
      </w:r>
    </w:p>
    <w:p>
      <w:pPr>
        <w:spacing w:after="0"/>
      </w:pPr>
    </w:p>
    <w:p>
      <w:pPr>
        <w:spacing w:after="0"/>
      </w:pPr>
      <w:r>
        <w:rPr>
          <w:rFonts w:ascii="Arial" w:hAnsi="Arial"/>
          <w:b/>
          <w:sz w:val="22"/>
        </w:rPr>
        <w:t xml:space="preserve">Alice  </w:t>
      </w:r>
      <w:r>
        <w:rPr>
          <w:rFonts w:ascii="Arial" w:hAnsi="Arial"/>
          <w:color w:val="5D7284"/>
          <w:sz w:val="22"/>
        </w:rPr>
        <w:t>38:17</w:t>
      </w:r>
    </w:p>
    <w:p>
      <w:pPr>
        <w:spacing w:after="0"/>
      </w:pPr>
      <w:r>
        <w:rPr>
          <w:rFonts w:ascii="Arial" w:hAnsi="Arial"/>
          <w:sz w:val="22"/>
        </w:rPr>
        <w:t>Yeah. So I've got a bit of a quote (laughs) about where she, where one of these times, where she like kind of takes the piss and pokes fun... at people on their language. So there's a lot going on in Bleak House. But one of the stories around Esther is that there are, she's got like three, I don't want to say love interests. There are like three (Lucy) Not three of them! (laughs) Potential husbands, (Lucy) Blimey! But she doesn't want two have them. So one of them is, is like the sort of... Esther's an orphan and so she gets taken in by this, this elderly gentleman who's like, you know, "I'll marry you." And she's like, " You're like 100?"  (Lucy) No. She's not interested. But it's not a... there's another character like she's not interested in the elderly man. (Lucy) No. And it's just it's not like, "Oh, he's horrible." There is a caricature type character. This man who's named Mr. Guppy.</w:t>
      </w:r>
    </w:p>
    <w:p>
      <w:pPr>
        <w:spacing w:after="0"/>
      </w:pPr>
    </w:p>
    <w:p>
      <w:pPr>
        <w:spacing w:after="0"/>
      </w:pPr>
      <w:r>
        <w:rPr>
          <w:rFonts w:ascii="Arial" w:hAnsi="Arial"/>
          <w:b/>
          <w:sz w:val="22"/>
        </w:rPr>
        <w:t xml:space="preserve">Lucy  </w:t>
      </w:r>
      <w:r>
        <w:rPr>
          <w:rFonts w:ascii="Arial" w:hAnsi="Arial"/>
          <w:color w:val="5D7284"/>
          <w:sz w:val="22"/>
        </w:rPr>
        <w:t>39:42</w:t>
      </w:r>
    </w:p>
    <w:p>
      <w:pPr>
        <w:spacing w:after="0"/>
      </w:pPr>
      <w:r>
        <w:rPr>
          <w:rFonts w:ascii="Arial" w:hAnsi="Arial"/>
          <w:sz w:val="22"/>
        </w:rPr>
        <w:t>Okay, (Alice) Like the fish. Yeah. You just know that he looks like a guppy, don't you? (laughs)</w:t>
      </w:r>
    </w:p>
    <w:p>
      <w:pPr>
        <w:spacing w:after="0"/>
      </w:pPr>
    </w:p>
    <w:p>
      <w:pPr>
        <w:spacing w:after="0"/>
      </w:pPr>
      <w:r>
        <w:rPr>
          <w:rFonts w:ascii="Arial" w:hAnsi="Arial"/>
          <w:b/>
          <w:sz w:val="22"/>
        </w:rPr>
        <w:t xml:space="preserve">Alice  </w:t>
      </w:r>
      <w:r>
        <w:rPr>
          <w:rFonts w:ascii="Arial" w:hAnsi="Arial"/>
          <w:color w:val="5D7284"/>
          <w:sz w:val="22"/>
        </w:rPr>
        <w:t>39:47</w:t>
      </w:r>
    </w:p>
    <w:p>
      <w:pPr>
        <w:spacing w:after="0"/>
      </w:pPr>
      <w:r>
        <w:rPr>
          <w:rFonts w:ascii="Arial" w:hAnsi="Arial"/>
          <w:sz w:val="22"/>
        </w:rPr>
        <w:t>Yeah. (laughs) So he's proposed to her, she doesn't really want to marry him but at the time the person she wants to marry has had to go off somewhere and she doesn't think she's ever gonna see him again. (Lucy) Right? And because she's an orphan and she's illegitimate, she's got like, no prospects. So essentially, she's like, I might have to marry this man because he only sort of....</w:t>
      </w:r>
    </w:p>
    <w:p>
      <w:pPr>
        <w:spacing w:after="0"/>
      </w:pPr>
    </w:p>
    <w:p>
      <w:pPr>
        <w:spacing w:after="0"/>
      </w:pPr>
      <w:r>
        <w:rPr>
          <w:rFonts w:ascii="Arial" w:hAnsi="Arial"/>
          <w:b/>
          <w:sz w:val="22"/>
        </w:rPr>
        <w:t xml:space="preserve">Lucy  </w:t>
      </w:r>
      <w:r>
        <w:rPr>
          <w:rFonts w:ascii="Arial" w:hAnsi="Arial"/>
          <w:color w:val="5D7284"/>
          <w:sz w:val="22"/>
        </w:rPr>
        <w:t>40:12</w:t>
      </w:r>
    </w:p>
    <w:p>
      <w:pPr>
        <w:spacing w:after="0"/>
      </w:pPr>
      <w:r>
        <w:rPr>
          <w:rFonts w:ascii="Arial" w:hAnsi="Arial"/>
          <w:sz w:val="22"/>
        </w:rPr>
        <w:t>I might have to marry this Guppy fish man,</w:t>
      </w:r>
    </w:p>
    <w:p>
      <w:pPr>
        <w:spacing w:after="0"/>
      </w:pPr>
    </w:p>
    <w:p>
      <w:pPr>
        <w:spacing w:after="0"/>
      </w:pPr>
      <w:r>
        <w:rPr>
          <w:rFonts w:ascii="Arial" w:hAnsi="Arial"/>
          <w:b/>
          <w:sz w:val="22"/>
        </w:rPr>
        <w:t xml:space="preserve">Alice  </w:t>
      </w:r>
      <w:r>
        <w:rPr>
          <w:rFonts w:ascii="Arial" w:hAnsi="Arial"/>
          <w:color w:val="5D7284"/>
          <w:sz w:val="22"/>
        </w:rPr>
        <w:t>40:14</w:t>
      </w:r>
    </w:p>
    <w:p>
      <w:pPr>
        <w:spacing w:after="0"/>
      </w:pPr>
      <w:r>
        <w:rPr>
          <w:rFonts w:ascii="Arial" w:hAnsi="Arial"/>
          <w:sz w:val="22"/>
        </w:rPr>
        <w:t>Yeah, exactly. (laughs) But then after she gets smallpox, and he realizes that she's got the scars, Guppy's, like, "Oh, actually, I'm not sure about about this whole getting married thing."</w:t>
      </w:r>
    </w:p>
    <w:p>
      <w:pPr>
        <w:spacing w:after="0"/>
      </w:pPr>
    </w:p>
    <w:p>
      <w:pPr>
        <w:spacing w:after="0"/>
      </w:pPr>
      <w:r>
        <w:rPr>
          <w:rFonts w:ascii="Arial" w:hAnsi="Arial"/>
          <w:b/>
          <w:sz w:val="22"/>
        </w:rPr>
        <w:t xml:space="preserve">Lucy  </w:t>
      </w:r>
      <w:r>
        <w:rPr>
          <w:rFonts w:ascii="Arial" w:hAnsi="Arial"/>
          <w:color w:val="5D7284"/>
          <w:sz w:val="22"/>
        </w:rPr>
        <w:t>40:31</w:t>
      </w:r>
    </w:p>
    <w:p>
      <w:pPr>
        <w:spacing w:after="0"/>
      </w:pPr>
      <w:r>
        <w:rPr>
          <w:rFonts w:ascii="Arial" w:hAnsi="Arial"/>
          <w:sz w:val="22"/>
        </w:rPr>
        <w:t>Taxi's outside. I'm off! (Alice laughs)</w:t>
      </w:r>
    </w:p>
    <w:p>
      <w:pPr>
        <w:spacing w:after="0"/>
      </w:pPr>
    </w:p>
    <w:p>
      <w:pPr>
        <w:spacing w:after="0"/>
      </w:pPr>
      <w:r>
        <w:rPr>
          <w:rFonts w:ascii="Arial" w:hAnsi="Arial"/>
          <w:b/>
          <w:sz w:val="22"/>
        </w:rPr>
        <w:t xml:space="preserve">Alice  </w:t>
      </w:r>
      <w:r>
        <w:rPr>
          <w:rFonts w:ascii="Arial" w:hAnsi="Arial"/>
          <w:color w:val="5D7284"/>
          <w:sz w:val="22"/>
        </w:rPr>
        <w:t>40:34</w:t>
      </w:r>
    </w:p>
    <w:p>
      <w:pPr>
        <w:spacing w:after="0"/>
      </w:pPr>
      <w:r>
        <w:rPr>
          <w:rFonts w:ascii="Arial" w:hAnsi="Arial"/>
          <w:sz w:val="22"/>
        </w:rPr>
        <w:t>But the interaction where he comes to see Esther to, like rescind his proposal is, it's a really good example of that like language that we were talking about and how he pokes fun at social attitudes, but also like, a really good example of Esther being intelligent enough to kind of see through it. Whereas some of the other characters don't in some of his other books.</w:t>
      </w:r>
    </w:p>
    <w:p>
      <w:pPr>
        <w:spacing w:after="0"/>
      </w:pPr>
    </w:p>
    <w:p>
      <w:pPr>
        <w:spacing w:after="0"/>
      </w:pPr>
      <w:r>
        <w:rPr>
          <w:rFonts w:ascii="Arial" w:hAnsi="Arial"/>
          <w:b/>
          <w:sz w:val="22"/>
        </w:rPr>
        <w:t xml:space="preserve">Lucy  </w:t>
      </w:r>
      <w:r>
        <w:rPr>
          <w:rFonts w:ascii="Arial" w:hAnsi="Arial"/>
          <w:color w:val="5D7284"/>
          <w:sz w:val="22"/>
        </w:rPr>
        <w:t>41:02</w:t>
      </w:r>
    </w:p>
    <w:p>
      <w:pPr>
        <w:spacing w:after="0"/>
      </w:pPr>
      <w:r>
        <w:rPr>
          <w:rFonts w:ascii="Arial" w:hAnsi="Arial"/>
          <w:sz w:val="22"/>
        </w:rPr>
        <w:t>You know, she reminds me of a little bit? Where your talking about how like, she's sort of like taking the... she's like she recognizes he's a bit of a wally. Frida Kahlo, when you read about Frida Kahlo and her husband when it all went a bit sour. (laughs) Some quotes about like, she's written a letter to him, after the like they have had a row. And she says, I wish you'd just, like bog off go away and stop leaping around my garden (laughing) like a twat. Basically. (Alice laughs) She just says, like, will you just piss off your doing my head in. (laughs) Basically, she reminds me of this character really. (Alice) Yeah. That kind of I've had even of ya!  Yeah. Like she doesn't suffer fools is what I'm getting. (Alice)Yeah. Yeah.</w:t>
      </w:r>
    </w:p>
    <w:p>
      <w:pPr>
        <w:spacing w:after="0"/>
      </w:pPr>
    </w:p>
    <w:p>
      <w:pPr>
        <w:spacing w:after="0"/>
      </w:pPr>
      <w:r>
        <w:rPr>
          <w:rFonts w:ascii="Arial" w:hAnsi="Arial"/>
          <w:b/>
          <w:sz w:val="22"/>
        </w:rPr>
        <w:t xml:space="preserve">Alice  </w:t>
      </w:r>
      <w:r>
        <w:rPr>
          <w:rFonts w:ascii="Arial" w:hAnsi="Arial"/>
          <w:color w:val="5D7284"/>
          <w:sz w:val="22"/>
        </w:rPr>
        <w:t>41:48</w:t>
      </w:r>
    </w:p>
    <w:p>
      <w:pPr>
        <w:spacing w:after="0"/>
      </w:pPr>
      <w:r>
        <w:rPr>
          <w:rFonts w:ascii="Arial" w:hAnsi="Arial"/>
          <w:sz w:val="22"/>
        </w:rPr>
        <w:t>And that is I think that's Esther. I think she's very, like she's definitely sort of the the Victorian lady with it. So she's not like, "piss off out my garden!" (Lucy laughs) (Lucy) She say it more ladylike. Yeah, but she's definitely like, aware of this guy's absurdity. So I've got quote for you. This is when he comes to see her for the first time after she's got her scars. And when he's like, I'm sorry, I can't marry you.(Lucy) Right okay. So, this is her description of what he said. (Lucy) Okay. "He was charmed to see me, said that he had been shedding delicious tears of joy and sympathy at intervals for six weeks on my account." "He began to understand the mixture of good and evil in the world now felt that he appreciated health the more when somebody else was ill."</w:t>
      </w:r>
    </w:p>
    <w:p>
      <w:pPr>
        <w:spacing w:after="0"/>
      </w:pPr>
    </w:p>
    <w:p>
      <w:pPr>
        <w:spacing w:after="0"/>
      </w:pPr>
      <w:r>
        <w:rPr>
          <w:rFonts w:ascii="Arial" w:hAnsi="Arial"/>
          <w:b/>
          <w:sz w:val="22"/>
        </w:rPr>
        <w:t xml:space="preserve">Lucy  </w:t>
      </w:r>
      <w:r>
        <w:rPr>
          <w:rFonts w:ascii="Arial" w:hAnsi="Arial"/>
          <w:color w:val="5D7284"/>
          <w:sz w:val="22"/>
        </w:rPr>
        <w:t>43:00</w:t>
      </w:r>
    </w:p>
    <w:p>
      <w:pPr>
        <w:spacing w:after="0"/>
      </w:pPr>
      <w:r>
        <w:rPr>
          <w:rFonts w:ascii="Arial" w:hAnsi="Arial"/>
          <w:sz w:val="22"/>
        </w:rPr>
        <w:t>Oh, okay..right.</w:t>
      </w:r>
    </w:p>
    <w:p>
      <w:pPr>
        <w:spacing w:after="0"/>
      </w:pPr>
    </w:p>
    <w:p>
      <w:pPr>
        <w:spacing w:after="0"/>
      </w:pPr>
      <w:r>
        <w:rPr>
          <w:rFonts w:ascii="Arial" w:hAnsi="Arial"/>
          <w:b/>
          <w:sz w:val="22"/>
        </w:rPr>
        <w:t xml:space="preserve">Alice  </w:t>
      </w:r>
      <w:r>
        <w:rPr>
          <w:rFonts w:ascii="Arial" w:hAnsi="Arial"/>
          <w:color w:val="5D7284"/>
          <w:sz w:val="22"/>
        </w:rPr>
        <w:t>43:03</w:t>
      </w:r>
    </w:p>
    <w:p>
      <w:pPr>
        <w:spacing w:after="0"/>
      </w:pPr>
      <w:r>
        <w:rPr>
          <w:rFonts w:ascii="Arial" w:hAnsi="Arial"/>
          <w:sz w:val="22"/>
        </w:rPr>
        <w:t>Yeah, yeah, "didn't know what but might be in the scheme of things that if A should squint to make it happier to, in looking straight, or that C should carry a wooden leg to make D more satisfied with his flesh and blood." so basically, he's made it like now that he's seen somebody else get poorly he's now like, Oh, if I see someone like squinting because they can't see then like it makes me feel better about the fact that like I can see straight or like,</w:t>
      </w:r>
    </w:p>
    <w:p>
      <w:pPr>
        <w:spacing w:after="0"/>
      </w:pPr>
    </w:p>
    <w:p>
      <w:pPr>
        <w:spacing w:after="0"/>
      </w:pPr>
      <w:r>
        <w:rPr>
          <w:rFonts w:ascii="Arial" w:hAnsi="Arial"/>
          <w:b/>
          <w:sz w:val="22"/>
        </w:rPr>
        <w:t xml:space="preserve">Lucy  </w:t>
      </w:r>
      <w:r>
        <w:rPr>
          <w:rFonts w:ascii="Arial" w:hAnsi="Arial"/>
          <w:color w:val="5D7284"/>
          <w:sz w:val="22"/>
        </w:rPr>
        <w:t>43:42</w:t>
      </w:r>
    </w:p>
    <w:p>
      <w:pPr>
        <w:spacing w:after="0"/>
      </w:pPr>
      <w:r>
        <w:rPr>
          <w:rFonts w:ascii="Arial" w:hAnsi="Arial"/>
          <w:sz w:val="22"/>
        </w:rPr>
        <w:t>Oh shut up Guppy face man! just shut up and get out my face. Just get out of my f... face! (laughing) What a rude man!</w:t>
      </w:r>
    </w:p>
    <w:p>
      <w:pPr>
        <w:spacing w:after="0"/>
      </w:pPr>
    </w:p>
    <w:p>
      <w:pPr>
        <w:spacing w:after="0"/>
      </w:pPr>
      <w:r>
        <w:rPr>
          <w:rFonts w:ascii="Arial" w:hAnsi="Arial"/>
          <w:b/>
          <w:sz w:val="22"/>
        </w:rPr>
        <w:t xml:space="preserve">Alice  </w:t>
      </w:r>
      <w:r>
        <w:rPr>
          <w:rFonts w:ascii="Arial" w:hAnsi="Arial"/>
          <w:color w:val="5D7284"/>
          <w:sz w:val="22"/>
        </w:rPr>
        <w:t>43:49</w:t>
      </w:r>
    </w:p>
    <w:p>
      <w:pPr>
        <w:spacing w:after="0"/>
      </w:pPr>
      <w:r>
        <w:rPr>
          <w:rFonts w:ascii="Arial" w:hAnsi="Arial"/>
          <w:sz w:val="22"/>
        </w:rPr>
        <w:t>It's the quote is (Lucy) Get him to piss off! (laughs) that, it's like now that like...since learning about Esther's illness and her acquired like disability he's become more appreciative of like...(Lucy) More socialy aware. Well no it's made him more like appreciative of his own non disabled like existence is like "Oh, it could be worse." (Lucy) Yeah. What's the "There but by the grace of God" (Lucy) Go I. I hate that phrase. It's like "Oh, could be worse you could be disabled." "Could be worse. You could be like Lucy." (laughs) Yeah</w:t>
      </w:r>
    </w:p>
    <w:p>
      <w:pPr>
        <w:spacing w:after="0"/>
      </w:pPr>
    </w:p>
    <w:p>
      <w:pPr>
        <w:spacing w:after="0"/>
      </w:pPr>
      <w:r>
        <w:rPr>
          <w:rFonts w:ascii="Arial" w:hAnsi="Arial"/>
          <w:b/>
          <w:sz w:val="22"/>
        </w:rPr>
        <w:t xml:space="preserve">Lucy  </w:t>
      </w:r>
      <w:r>
        <w:rPr>
          <w:rFonts w:ascii="Arial" w:hAnsi="Arial"/>
          <w:color w:val="5D7284"/>
          <w:sz w:val="22"/>
        </w:rPr>
        <w:t>44:35</w:t>
      </w:r>
    </w:p>
    <w:p>
      <w:pPr>
        <w:spacing w:after="0"/>
      </w:pPr>
      <w:r>
        <w:rPr>
          <w:rFonts w:ascii="Arial" w:hAnsi="Arial"/>
          <w:sz w:val="22"/>
        </w:rPr>
        <w:t>Yeah, we don't do that. We don't have that (laughs)</w:t>
      </w:r>
    </w:p>
    <w:p>
      <w:pPr>
        <w:spacing w:after="0"/>
      </w:pPr>
    </w:p>
    <w:p>
      <w:pPr>
        <w:spacing w:after="0"/>
      </w:pPr>
      <w:r>
        <w:rPr>
          <w:rFonts w:ascii="Arial" w:hAnsi="Arial"/>
          <w:b/>
          <w:sz w:val="22"/>
        </w:rPr>
        <w:t xml:space="preserve">Alice  </w:t>
      </w:r>
      <w:r>
        <w:rPr>
          <w:rFonts w:ascii="Arial" w:hAnsi="Arial"/>
          <w:color w:val="5D7284"/>
          <w:sz w:val="22"/>
        </w:rPr>
        <w:t>44:38</w:t>
      </w:r>
    </w:p>
    <w:p>
      <w:pPr>
        <w:spacing w:after="0"/>
      </w:pPr>
      <w:r>
        <w:rPr>
          <w:rFonts w:ascii="Arial" w:hAnsi="Arial"/>
          <w:sz w:val="22"/>
        </w:rPr>
        <w:t>But her description of that is so like tongue in cheek. I will. We'll put I'll get the quote up and I will put on our notes for this episode. Because it's so it's a real like that she's just like, "Oh..."</w:t>
      </w:r>
    </w:p>
    <w:p>
      <w:pPr>
        <w:spacing w:after="0"/>
      </w:pPr>
    </w:p>
    <w:p>
      <w:pPr>
        <w:spacing w:after="0"/>
      </w:pPr>
      <w:r>
        <w:rPr>
          <w:rFonts w:ascii="Arial" w:hAnsi="Arial"/>
          <w:b/>
          <w:sz w:val="22"/>
        </w:rPr>
        <w:t xml:space="preserve">Lucy  </w:t>
      </w:r>
      <w:r>
        <w:rPr>
          <w:rFonts w:ascii="Arial" w:hAnsi="Arial"/>
          <w:color w:val="5D7284"/>
          <w:sz w:val="22"/>
        </w:rPr>
        <w:t>44:54</w:t>
      </w:r>
    </w:p>
    <w:p>
      <w:pPr>
        <w:spacing w:after="0"/>
      </w:pPr>
      <w:r>
        <w:rPr>
          <w:rFonts w:ascii="Arial" w:hAnsi="Arial"/>
          <w:sz w:val="22"/>
        </w:rPr>
        <w:t>But also. Again going back to the point I was making. Both me and you get that semi regularly. (Alice) Oh yeah yeah! All the time. (Alice) 100%. "Oh, it's so good to see you out." "It's so good that you've got a job." You've done so well there in that meeting." (Alice) Yeah. "And you're blind. It's amazing!!" (Alice) Oh, no, no. You know. And you can't walk, Wow!</w:t>
      </w:r>
    </w:p>
    <w:p>
      <w:pPr>
        <w:spacing w:after="0"/>
      </w:pPr>
    </w:p>
    <w:p>
      <w:pPr>
        <w:spacing w:after="0"/>
      </w:pPr>
      <w:r>
        <w:rPr>
          <w:rFonts w:ascii="Arial" w:hAnsi="Arial"/>
          <w:b/>
          <w:sz w:val="22"/>
        </w:rPr>
        <w:t xml:space="preserve">Alice  </w:t>
      </w:r>
      <w:r>
        <w:rPr>
          <w:rFonts w:ascii="Arial" w:hAnsi="Arial"/>
          <w:color w:val="5D7284"/>
          <w:sz w:val="22"/>
        </w:rPr>
        <w:t>45:23</w:t>
      </w:r>
    </w:p>
    <w:p>
      <w:pPr>
        <w:spacing w:after="0"/>
      </w:pPr>
      <w:r>
        <w:rPr>
          <w:rFonts w:ascii="Arial" w:hAnsi="Arial"/>
          <w:sz w:val="22"/>
        </w:rPr>
        <w:t>Exactly, exactly. I think that is probably one of my favorite like, things that not my favorite things that people say to you. But it's just that "and you can't walk" like "you've done all this and you can't walk!"</w:t>
      </w:r>
    </w:p>
    <w:p>
      <w:pPr>
        <w:spacing w:after="0"/>
      </w:pPr>
    </w:p>
    <w:p>
      <w:pPr>
        <w:spacing w:after="0"/>
      </w:pPr>
      <w:r>
        <w:rPr>
          <w:rFonts w:ascii="Arial" w:hAnsi="Arial"/>
          <w:b/>
          <w:sz w:val="22"/>
        </w:rPr>
        <w:t xml:space="preserve">Lucy  </w:t>
      </w:r>
      <w:r>
        <w:rPr>
          <w:rFonts w:ascii="Arial" w:hAnsi="Arial"/>
          <w:color w:val="5D7284"/>
          <w:sz w:val="22"/>
        </w:rPr>
        <w:t>45:37</w:t>
      </w:r>
    </w:p>
    <w:p>
      <w:pPr>
        <w:spacing w:after="0"/>
      </w:pPr>
      <w:r>
        <w:rPr>
          <w:rFonts w:ascii="Arial" w:hAnsi="Arial"/>
          <w:sz w:val="22"/>
        </w:rPr>
        <w:t>Or "you have got a job." (laughs) "You're not available lunchtime on a Tuesday. Why?" Because I work "Really?!"</w:t>
      </w:r>
    </w:p>
    <w:p>
      <w:pPr>
        <w:spacing w:after="0"/>
      </w:pPr>
    </w:p>
    <w:p>
      <w:pPr>
        <w:spacing w:after="0"/>
      </w:pPr>
      <w:r>
        <w:rPr>
          <w:rFonts w:ascii="Arial" w:hAnsi="Arial"/>
          <w:b/>
          <w:sz w:val="22"/>
        </w:rPr>
        <w:t xml:space="preserve">Alice  </w:t>
      </w:r>
      <w:r>
        <w:rPr>
          <w:rFonts w:ascii="Arial" w:hAnsi="Arial"/>
          <w:color w:val="5D7284"/>
          <w:sz w:val="22"/>
        </w:rPr>
        <w:t>45:45</w:t>
      </w:r>
    </w:p>
    <w:p>
      <w:pPr>
        <w:spacing w:after="0"/>
      </w:pPr>
      <w:r>
        <w:rPr>
          <w:rFonts w:ascii="Arial" w:hAnsi="Arial"/>
          <w:sz w:val="22"/>
        </w:rPr>
        <w:t>You wouldn't be impressed if a non disabled person did all of this stuff. Like?</w:t>
      </w:r>
    </w:p>
    <w:p>
      <w:pPr>
        <w:spacing w:after="0"/>
      </w:pPr>
    </w:p>
    <w:p>
      <w:pPr>
        <w:spacing w:after="0"/>
      </w:pPr>
      <w:r>
        <w:rPr>
          <w:rFonts w:ascii="Arial" w:hAnsi="Arial"/>
          <w:b/>
          <w:sz w:val="22"/>
        </w:rPr>
        <w:t xml:space="preserve">Lucy  </w:t>
      </w:r>
      <w:r>
        <w:rPr>
          <w:rFonts w:ascii="Arial" w:hAnsi="Arial"/>
          <w:color w:val="5D7284"/>
          <w:sz w:val="22"/>
        </w:rPr>
        <w:t>45:52</w:t>
      </w:r>
    </w:p>
    <w:p>
      <w:pPr>
        <w:spacing w:after="0"/>
      </w:pPr>
      <w:r>
        <w:rPr>
          <w:rFonts w:ascii="Arial" w:hAnsi="Arial"/>
          <w:sz w:val="22"/>
        </w:rPr>
        <w:t>(laughs) It's like a therapy session.</w:t>
      </w:r>
    </w:p>
    <w:p>
      <w:pPr>
        <w:spacing w:after="0"/>
      </w:pPr>
    </w:p>
    <w:p>
      <w:pPr>
        <w:spacing w:after="0"/>
      </w:pPr>
      <w:r>
        <w:rPr>
          <w:rFonts w:ascii="Arial" w:hAnsi="Arial"/>
          <w:b/>
          <w:sz w:val="22"/>
        </w:rPr>
        <w:t xml:space="preserve">Alice  </w:t>
      </w:r>
      <w:r>
        <w:rPr>
          <w:rFonts w:ascii="Arial" w:hAnsi="Arial"/>
          <w:color w:val="5D7284"/>
          <w:sz w:val="22"/>
        </w:rPr>
        <w:t>45:55</w:t>
      </w:r>
    </w:p>
    <w:p>
      <w:pPr>
        <w:spacing w:after="0"/>
      </w:pPr>
      <w:r>
        <w:rPr>
          <w:rFonts w:ascii="Arial" w:hAnsi="Arial"/>
          <w:sz w:val="22"/>
        </w:rPr>
        <w:t>Anyway, so like, one of the... again. So after, like she doesn't have to marry Guppy anymore. (Lucy) No. Esther actually the book ends spoiler alert! (Lucy laughs) She gets to marry the person that she loved, the guy she wanted to marry.</w:t>
      </w:r>
    </w:p>
    <w:p>
      <w:pPr>
        <w:spacing w:after="0"/>
      </w:pPr>
    </w:p>
    <w:p>
      <w:pPr>
        <w:spacing w:after="0"/>
      </w:pPr>
      <w:r>
        <w:rPr>
          <w:rFonts w:ascii="Arial" w:hAnsi="Arial"/>
          <w:b/>
          <w:sz w:val="22"/>
        </w:rPr>
        <w:t xml:space="preserve">Lucy  </w:t>
      </w:r>
      <w:r>
        <w:rPr>
          <w:rFonts w:ascii="Arial" w:hAnsi="Arial"/>
          <w:color w:val="5D7284"/>
          <w:sz w:val="22"/>
        </w:rPr>
        <w:t>46:16</w:t>
      </w:r>
    </w:p>
    <w:p>
      <w:pPr>
        <w:spacing w:after="0"/>
      </w:pPr>
      <w:r>
        <w:rPr>
          <w:rFonts w:ascii="Arial" w:hAnsi="Arial"/>
          <w:sz w:val="22"/>
        </w:rPr>
        <w:t>Aww! and he didn't mind about the scarring or anything like that? Or did he?</w:t>
      </w:r>
    </w:p>
    <w:p>
      <w:pPr>
        <w:spacing w:after="0"/>
      </w:pPr>
    </w:p>
    <w:p>
      <w:pPr>
        <w:spacing w:after="0"/>
      </w:pPr>
      <w:r>
        <w:rPr>
          <w:rFonts w:ascii="Arial" w:hAnsi="Arial"/>
          <w:b/>
          <w:sz w:val="22"/>
        </w:rPr>
        <w:t xml:space="preserve">Alice  </w:t>
      </w:r>
      <w:r>
        <w:rPr>
          <w:rFonts w:ascii="Arial" w:hAnsi="Arial"/>
          <w:color w:val="5D7284"/>
          <w:sz w:val="22"/>
        </w:rPr>
        <w:t>46:21</w:t>
      </w:r>
    </w:p>
    <w:p>
      <w:pPr>
        <w:spacing w:after="0"/>
      </w:pPr>
      <w:r>
        <w:rPr>
          <w:rFonts w:ascii="Arial" w:hAnsi="Arial"/>
          <w:sz w:val="22"/>
        </w:rPr>
        <w:t>This is, this is really interesting that I really like, the book so I haven't read it. But I've seen it. But the book and I'm going to read it I think. The book ends with her husband now married to her saying something to her like, "You don't realize how beautiful you are." (Lucy) Awww! To which she responds with this really. It's an ambiguous statement. And in the book apparently is literally the book ends while she's in the middle of the sentence. So but...</w:t>
      </w:r>
    </w:p>
    <w:p>
      <w:pPr>
        <w:spacing w:after="0"/>
      </w:pPr>
    </w:p>
    <w:p>
      <w:pPr>
        <w:spacing w:after="0"/>
      </w:pPr>
      <w:r>
        <w:rPr>
          <w:rFonts w:ascii="Arial" w:hAnsi="Arial"/>
          <w:b/>
          <w:sz w:val="22"/>
        </w:rPr>
        <w:t xml:space="preserve">Lucy  </w:t>
      </w:r>
      <w:r>
        <w:rPr>
          <w:rFonts w:ascii="Arial" w:hAnsi="Arial"/>
          <w:color w:val="5D7284"/>
          <w:sz w:val="22"/>
        </w:rPr>
        <w:t>46:55</w:t>
      </w:r>
    </w:p>
    <w:p>
      <w:pPr>
        <w:spacing w:after="0"/>
      </w:pPr>
      <w:r>
        <w:rPr>
          <w:rFonts w:ascii="Arial" w:hAnsi="Arial"/>
          <w:sz w:val="22"/>
        </w:rPr>
        <w:t>What happened there Charlie, you just get bored? (laughs)</w:t>
      </w:r>
    </w:p>
    <w:p>
      <w:pPr>
        <w:spacing w:after="0"/>
      </w:pPr>
    </w:p>
    <w:p>
      <w:pPr>
        <w:spacing w:after="0"/>
      </w:pPr>
      <w:r>
        <w:rPr>
          <w:rFonts w:ascii="Arial" w:hAnsi="Arial"/>
          <w:b/>
          <w:sz w:val="22"/>
        </w:rPr>
        <w:t xml:space="preserve">Alice  </w:t>
      </w:r>
      <w:r>
        <w:rPr>
          <w:rFonts w:ascii="Arial" w:hAnsi="Arial"/>
          <w:color w:val="5D7284"/>
          <w:sz w:val="22"/>
        </w:rPr>
        <w:t>46:57</w:t>
      </w:r>
    </w:p>
    <w:p>
      <w:pPr>
        <w:spacing w:after="0"/>
      </w:pPr>
      <w:r>
        <w:rPr>
          <w:rFonts w:ascii="Arial" w:hAnsi="Arial"/>
          <w:sz w:val="22"/>
        </w:rPr>
        <w:t>No, I think he's making a point. (Lucy) Okay. So he says, "You don't realize how beautiful you are." And she says that they can very well do without much beauty in me. "Even supposing." And that's the end of the sentence. But I think what it's saying is basically she doesn't need the perspectives of other people to decide whether she's beautiful. (Lucy) Yeah. She's like, you know, you, you might like bait.... What's the phrase that? "They can very well do without much beauty in me." It's it's the, you know, they can look at me and not see my beauty. That's fine. (Lucy) Yes. And I just I just think that that like her husband is standing there going, like, "I know that you've got these facial differences. But I still think you're beautiful." And she's just like, "in the nicest way possible love, I don't need you to think I'm beautiful." Like I don't need anybody to tell me.</w:t>
      </w:r>
    </w:p>
    <w:p>
      <w:pPr>
        <w:spacing w:after="0"/>
      </w:pPr>
    </w:p>
    <w:p>
      <w:pPr>
        <w:spacing w:after="0"/>
      </w:pPr>
      <w:r>
        <w:rPr>
          <w:rFonts w:ascii="Arial" w:hAnsi="Arial"/>
          <w:b/>
          <w:sz w:val="22"/>
        </w:rPr>
        <w:t xml:space="preserve">Lucy  </w:t>
      </w:r>
      <w:r>
        <w:rPr>
          <w:rFonts w:ascii="Arial" w:hAnsi="Arial"/>
          <w:color w:val="5D7284"/>
          <w:sz w:val="22"/>
        </w:rPr>
        <w:t>48:03</w:t>
      </w:r>
    </w:p>
    <w:p>
      <w:pPr>
        <w:spacing w:after="0"/>
      </w:pPr>
      <w:r>
        <w:rPr>
          <w:rFonts w:ascii="Arial" w:hAnsi="Arial"/>
          <w:sz w:val="22"/>
        </w:rPr>
        <w:t>You see whereas people would say to me just accept the compliment. Just go. Thank you very much.</w:t>
      </w:r>
    </w:p>
    <w:p>
      <w:pPr>
        <w:spacing w:after="0"/>
      </w:pPr>
    </w:p>
    <w:p>
      <w:pPr>
        <w:spacing w:after="0"/>
      </w:pPr>
      <w:r>
        <w:rPr>
          <w:rFonts w:ascii="Arial" w:hAnsi="Arial"/>
          <w:b/>
          <w:sz w:val="22"/>
        </w:rPr>
        <w:t xml:space="preserve">Alice  </w:t>
      </w:r>
      <w:r>
        <w:rPr>
          <w:rFonts w:ascii="Arial" w:hAnsi="Arial"/>
          <w:color w:val="5D7284"/>
          <w:sz w:val="22"/>
        </w:rPr>
        <w:t>48:09</w:t>
      </w:r>
    </w:p>
    <w:p>
      <w:pPr>
        <w:spacing w:after="0"/>
      </w:pPr>
      <w:r>
        <w:rPr>
          <w:rFonts w:ascii="Arial" w:hAnsi="Arial"/>
          <w:sz w:val="22"/>
        </w:rPr>
        <w:t>But I think the fact that is how he finishes his book, that it's just it's...that's, it's Dickens going, "Who the fuck are we to be commenting on other people's disabilities and making decisions about their identity and what disability means to them what their disabled body means to them." When actually, as far as Esther is concerned, she's married the man she loves. And you knows, as someone who is married to the man that she loves, like, it's great if my husband thinks I'm beautiful, but it means more to me that confidence means more to me if I think that I'm beautiful. (Lucy) Yeah. And it's just, I think it's a really cool representation that he's got this, like powerful, vocal woman who's kind of she's got quiet confidence about her. I really, I really, like Esther. (Lucy) I really like her.</w:t>
      </w:r>
    </w:p>
    <w:p>
      <w:pPr>
        <w:spacing w:after="0"/>
      </w:pPr>
    </w:p>
    <w:p>
      <w:pPr>
        <w:spacing w:after="0"/>
      </w:pPr>
      <w:r>
        <w:rPr>
          <w:rFonts w:ascii="Arial" w:hAnsi="Arial"/>
          <w:b/>
          <w:sz w:val="22"/>
        </w:rPr>
        <w:t xml:space="preserve">Lucy  </w:t>
      </w:r>
      <w:r>
        <w:rPr>
          <w:rFonts w:ascii="Arial" w:hAnsi="Arial"/>
          <w:color w:val="5D7284"/>
          <w:sz w:val="22"/>
        </w:rPr>
        <w:t>49:10</w:t>
      </w:r>
    </w:p>
    <w:p>
      <w:pPr>
        <w:spacing w:after="0"/>
      </w:pPr>
      <w:r>
        <w:rPr>
          <w:rFonts w:ascii="Arial" w:hAnsi="Arial"/>
          <w:sz w:val="22"/>
        </w:rPr>
        <w:t>She reminds me a lot of myself, a lot of you Alice, you know, like, I think we....(Alice) I was gonna</w:t>
      </w:r>
    </w:p>
    <w:p>
      <w:pPr>
        <w:spacing w:after="0"/>
      </w:pPr>
    </w:p>
    <w:p>
      <w:pPr>
        <w:spacing w:after="0"/>
      </w:pPr>
      <w:r>
        <w:rPr>
          <w:rFonts w:ascii="Arial" w:hAnsi="Arial"/>
          <w:b/>
          <w:sz w:val="22"/>
        </w:rPr>
        <w:t xml:space="preserve">Alice  </w:t>
      </w:r>
      <w:r>
        <w:rPr>
          <w:rFonts w:ascii="Arial" w:hAnsi="Arial"/>
          <w:color w:val="5D7284"/>
          <w:sz w:val="22"/>
        </w:rPr>
        <w:t>49:19</w:t>
      </w:r>
    </w:p>
    <w:p>
      <w:pPr>
        <w:spacing w:after="0"/>
      </w:pPr>
      <w:r>
        <w:rPr>
          <w:rFonts w:ascii="Arial" w:hAnsi="Arial"/>
          <w:sz w:val="22"/>
        </w:rPr>
        <w:t>say she's what I want to be I think.</w:t>
      </w:r>
    </w:p>
    <w:p>
      <w:pPr>
        <w:spacing w:after="0"/>
      </w:pPr>
    </w:p>
    <w:p>
      <w:pPr>
        <w:spacing w:after="0"/>
      </w:pPr>
      <w:r>
        <w:rPr>
          <w:rFonts w:ascii="Arial" w:hAnsi="Arial"/>
          <w:b/>
          <w:sz w:val="22"/>
        </w:rPr>
        <w:t xml:space="preserve">Lucy  </w:t>
      </w:r>
      <w:r>
        <w:rPr>
          <w:rFonts w:ascii="Arial" w:hAnsi="Arial"/>
          <w:color w:val="5D7284"/>
          <w:sz w:val="22"/>
        </w:rPr>
        <w:t>49:21</w:t>
      </w:r>
    </w:p>
    <w:p>
      <w:pPr>
        <w:spacing w:after="0"/>
      </w:pPr>
      <w:r>
        <w:rPr>
          <w:rFonts w:ascii="Arial" w:hAnsi="Arial"/>
          <w:sz w:val="22"/>
        </w:rPr>
        <w:t>(laughs) Yeah, yeah. Do you know what I mean? It's like, I think she would fit in very well. If we were down the pub with her.</w:t>
      </w:r>
    </w:p>
    <w:p>
      <w:pPr>
        <w:spacing w:after="0"/>
      </w:pPr>
    </w:p>
    <w:p>
      <w:pPr>
        <w:spacing w:after="0"/>
      </w:pPr>
      <w:r>
        <w:rPr>
          <w:rFonts w:ascii="Arial" w:hAnsi="Arial"/>
          <w:b/>
          <w:sz w:val="22"/>
        </w:rPr>
        <w:t xml:space="preserve">Alice  </w:t>
      </w:r>
      <w:r>
        <w:rPr>
          <w:rFonts w:ascii="Arial" w:hAnsi="Arial"/>
          <w:color w:val="5D7284"/>
          <w:sz w:val="22"/>
        </w:rPr>
        <w:t>49:28</w:t>
      </w:r>
    </w:p>
    <w:p>
      <w:pPr>
        <w:spacing w:after="0"/>
      </w:pPr>
      <w:r>
        <w:rPr>
          <w:rFonts w:ascii="Arial" w:hAnsi="Arial"/>
          <w:sz w:val="22"/>
        </w:rPr>
        <w:t>Yeah. So I mean, these there are there are obviously lots of..... Dickens wrote a lot of disabled characters, and my plan, my challenge for the next 12 months, 2023. Is I am going to try and read a bunch of Dickens to get some more sort of idea of his disabled characters as what my I think I'm going to start with actually reading Bleak House as I've never read it. I think that there's no denying that Dickens is like disabled characters really run the gamit of, of what disability, kind of how disability can be represented like, definitely. There's definitely like some, some really awful characters in his books. Who are, it is that classic like, "Oh, he looks like a monster, so he must be a monster" stuff. But yeah, I just think it's really interesting that the thing that we always think of is for Dickens is Tiny Tim. And actually, there's a lot more to it.</w:t>
      </w:r>
    </w:p>
    <w:p>
      <w:pPr>
        <w:spacing w:after="0"/>
      </w:pPr>
    </w:p>
    <w:p>
      <w:pPr>
        <w:spacing w:after="0"/>
      </w:pPr>
      <w:r>
        <w:rPr>
          <w:rFonts w:ascii="Arial" w:hAnsi="Arial"/>
          <w:b/>
          <w:sz w:val="22"/>
        </w:rPr>
        <w:t xml:space="preserve">Lucy  </w:t>
      </w:r>
      <w:r>
        <w:rPr>
          <w:rFonts w:ascii="Arial" w:hAnsi="Arial"/>
          <w:color w:val="5D7284"/>
          <w:sz w:val="22"/>
        </w:rPr>
        <w:t>50:44</w:t>
      </w:r>
    </w:p>
    <w:p>
      <w:pPr>
        <w:spacing w:after="0"/>
      </w:pPr>
      <w:r>
        <w:rPr>
          <w:rFonts w:ascii="Arial" w:hAnsi="Arial"/>
          <w:sz w:val="22"/>
        </w:rPr>
        <w:t>Yes, there is. (Alice) Yeah. And I think from what you've told me there Alice. Dickens I think has been misunderstood. And because I think most people when they think of Dickens and they think of disabled characters, immediately, Tiny Tim is the one that comes to mind. I mean, (Alice) Yeah. It's almost like he is our mascot during this festive period. Everybody thinks of a disabled person at Christmas and it's Tiny Tim, (Alice) Yeah absolutely. Coughing and spluttering over the turkey kind of thing and then pegs it. So I think (Alice) Spoiler alert! Yes, spoiler alert if you haven't....(laughs)</w:t>
      </w:r>
    </w:p>
    <w:p>
      <w:pPr>
        <w:spacing w:after="0"/>
      </w:pPr>
    </w:p>
    <w:p>
      <w:pPr>
        <w:spacing w:after="0"/>
      </w:pPr>
      <w:r>
        <w:rPr>
          <w:rFonts w:ascii="Arial" w:hAnsi="Arial"/>
          <w:b/>
          <w:sz w:val="22"/>
        </w:rPr>
        <w:t xml:space="preserve">Alice  </w:t>
      </w:r>
      <w:r>
        <w:rPr>
          <w:rFonts w:ascii="Arial" w:hAnsi="Arial"/>
          <w:color w:val="5D7284"/>
          <w:sz w:val="22"/>
        </w:rPr>
        <w:t>51:17</w:t>
      </w:r>
    </w:p>
    <w:p>
      <w:pPr>
        <w:spacing w:after="0"/>
      </w:pPr>
      <w:r>
        <w:rPr>
          <w:rFonts w:ascii="Arial" w:hAnsi="Arial"/>
          <w:sz w:val="22"/>
        </w:rPr>
        <w:t>If you haven't seen the Muppets</w:t>
      </w:r>
    </w:p>
    <w:p>
      <w:pPr>
        <w:spacing w:after="0"/>
      </w:pPr>
    </w:p>
    <w:p>
      <w:pPr>
        <w:spacing w:after="0"/>
      </w:pPr>
      <w:r>
        <w:rPr>
          <w:rFonts w:ascii="Arial" w:hAnsi="Arial"/>
          <w:b/>
          <w:sz w:val="22"/>
        </w:rPr>
        <w:t xml:space="preserve">Lucy  </w:t>
      </w:r>
      <w:r>
        <w:rPr>
          <w:rFonts w:ascii="Arial" w:hAnsi="Arial"/>
          <w:color w:val="5D7284"/>
          <w:sz w:val="22"/>
        </w:rPr>
        <w:t>51:21</w:t>
      </w:r>
    </w:p>
    <w:p>
      <w:pPr>
        <w:spacing w:after="0"/>
      </w:pPr>
      <w:r>
        <w:rPr>
          <w:rFonts w:ascii="Arial" w:hAnsi="Arial"/>
          <w:sz w:val="22"/>
        </w:rPr>
        <w:t>Or does he? (laughs). But yeah, it's um yeah, I think he's a bit misunderstood. And I think that's people jumping down the throat of Dickens going we're not! that's not politically correct! A. It was a time of socially that was what he was around and B. Read a bit more Dickens because you can't really judge somebody on one character. Can you?</w:t>
      </w:r>
    </w:p>
    <w:p>
      <w:pPr>
        <w:spacing w:after="0"/>
      </w:pPr>
    </w:p>
    <w:p>
      <w:pPr>
        <w:spacing w:after="0"/>
      </w:pPr>
      <w:r>
        <w:rPr>
          <w:rFonts w:ascii="Arial" w:hAnsi="Arial"/>
          <w:b/>
          <w:sz w:val="22"/>
        </w:rPr>
        <w:t xml:space="preserve">Alice  </w:t>
      </w:r>
      <w:r>
        <w:rPr>
          <w:rFonts w:ascii="Arial" w:hAnsi="Arial"/>
          <w:color w:val="5D7284"/>
          <w:sz w:val="22"/>
        </w:rPr>
        <w:t>51:46</w:t>
      </w:r>
    </w:p>
    <w:p>
      <w:pPr>
        <w:spacing w:after="0"/>
      </w:pPr>
      <w:r>
        <w:rPr>
          <w:rFonts w:ascii="Arial" w:hAnsi="Arial"/>
          <w:sz w:val="22"/>
        </w:rPr>
        <w:t>I think it's, yeah, I think it's really interesting. But I do think that I mean, so I read an interesting as part of the research for this Tom Shakespeare's written a piece for BBC Out, I think, was called, like, "Sticking up for Dickens."</w:t>
      </w:r>
    </w:p>
    <w:p>
      <w:pPr>
        <w:spacing w:after="0"/>
      </w:pPr>
    </w:p>
    <w:p>
      <w:pPr>
        <w:spacing w:after="0"/>
      </w:pPr>
      <w:r>
        <w:rPr>
          <w:rFonts w:ascii="Arial" w:hAnsi="Arial"/>
          <w:b/>
          <w:sz w:val="22"/>
        </w:rPr>
        <w:t xml:space="preserve">Lucy  </w:t>
      </w:r>
      <w:r>
        <w:rPr>
          <w:rFonts w:ascii="Arial" w:hAnsi="Arial"/>
          <w:color w:val="5D7284"/>
          <w:sz w:val="22"/>
        </w:rPr>
        <w:t>52:08</w:t>
      </w:r>
    </w:p>
    <w:p>
      <w:pPr>
        <w:spacing w:after="0"/>
      </w:pPr>
      <w:r>
        <w:rPr>
          <w:rFonts w:ascii="Arial" w:hAnsi="Arial"/>
          <w:sz w:val="22"/>
        </w:rPr>
        <w:t>I love Tom Shakespeare's stuff by the way, (Alice) Yeah.</w:t>
      </w:r>
    </w:p>
    <w:p>
      <w:pPr>
        <w:spacing w:after="0"/>
      </w:pPr>
    </w:p>
    <w:p>
      <w:pPr>
        <w:spacing w:after="0"/>
      </w:pPr>
      <w:r>
        <w:rPr>
          <w:rFonts w:ascii="Arial" w:hAnsi="Arial"/>
          <w:b/>
          <w:sz w:val="22"/>
        </w:rPr>
        <w:t xml:space="preserve">Alice  </w:t>
      </w:r>
      <w:r>
        <w:rPr>
          <w:rFonts w:ascii="Arial" w:hAnsi="Arial"/>
          <w:color w:val="5D7284"/>
          <w:sz w:val="22"/>
        </w:rPr>
        <w:t>52:11</w:t>
      </w:r>
    </w:p>
    <w:p>
      <w:pPr>
        <w:spacing w:after="0"/>
      </w:pPr>
      <w:r>
        <w:rPr>
          <w:rFonts w:ascii="Arial" w:hAnsi="Arial"/>
          <w:sz w:val="22"/>
        </w:rPr>
        <w:t>Where he sort of basically says, like Tiny Tim, is, is awful. But we have Dickens and a Christmas carol to kind of thank for Christmas as we know it now. (Lucy) Oh, yeah. And that, in that you can't, on the one hand, you can sit there and lampoon him for... I feel like I'm misusing that phrase. It's the second time I've said it in this episode, but I'm gonna roll with it. Lampooning Dickens. But that also, you know, the the turkey and the tree with the lights and the family gathering together and stuff.</w:t>
      </w:r>
    </w:p>
    <w:p>
      <w:pPr>
        <w:spacing w:after="0"/>
      </w:pPr>
    </w:p>
    <w:p>
      <w:pPr>
        <w:spacing w:after="0"/>
      </w:pPr>
      <w:r>
        <w:rPr>
          <w:rFonts w:ascii="Arial" w:hAnsi="Arial"/>
          <w:b/>
          <w:sz w:val="22"/>
        </w:rPr>
        <w:t xml:space="preserve">Lucy  </w:t>
      </w:r>
      <w:r>
        <w:rPr>
          <w:rFonts w:ascii="Arial" w:hAnsi="Arial"/>
          <w:color w:val="5D7284"/>
          <w:sz w:val="22"/>
        </w:rPr>
        <w:t>52:51</w:t>
      </w:r>
    </w:p>
    <w:p>
      <w:pPr>
        <w:spacing w:after="0"/>
      </w:pPr>
      <w:r>
        <w:rPr>
          <w:rFonts w:ascii="Arial" w:hAnsi="Arial"/>
          <w:sz w:val="22"/>
        </w:rPr>
        <w:t>Christmas, isn't it really? the turkey, family? Kind of being kind to one another and enjoying yourself is what Christmas should be all about. The thing that I got from this is where I'm going to try and shoehorn some puppets into this whole equation, which sounds ridiculous. I'm aware. It sounds ridiculous. Bear with me listners.(Alice laughs) I've been worried about this from the get go. Yeah, well, I got...</w:t>
      </w:r>
    </w:p>
    <w:p>
      <w:pPr>
        <w:spacing w:after="0"/>
      </w:pPr>
    </w:p>
    <w:p>
      <w:pPr>
        <w:spacing w:after="0"/>
      </w:pPr>
      <w:r>
        <w:rPr>
          <w:rFonts w:ascii="Arial" w:hAnsi="Arial"/>
          <w:b/>
          <w:sz w:val="22"/>
        </w:rPr>
        <w:t xml:space="preserve">Alice  </w:t>
      </w:r>
      <w:r>
        <w:rPr>
          <w:rFonts w:ascii="Arial" w:hAnsi="Arial"/>
          <w:color w:val="5D7284"/>
          <w:sz w:val="22"/>
        </w:rPr>
        <w:t>53:19</w:t>
      </w:r>
    </w:p>
    <w:p>
      <w:pPr>
        <w:spacing w:after="0"/>
      </w:pPr>
      <w:r>
        <w:rPr>
          <w:rFonts w:ascii="Arial" w:hAnsi="Arial"/>
          <w:sz w:val="22"/>
        </w:rPr>
        <w:t>This was your idea. We didn't have to do this. (Lucy laughs)</w:t>
      </w:r>
    </w:p>
    <w:p>
      <w:pPr>
        <w:spacing w:after="0"/>
      </w:pPr>
    </w:p>
    <w:p>
      <w:pPr>
        <w:spacing w:after="0"/>
      </w:pPr>
      <w:r>
        <w:rPr>
          <w:rFonts w:ascii="Arial" w:hAnsi="Arial"/>
          <w:b/>
          <w:sz w:val="22"/>
        </w:rPr>
        <w:t xml:space="preserve">Lucy  </w:t>
      </w:r>
      <w:r>
        <w:rPr>
          <w:rFonts w:ascii="Arial" w:hAnsi="Arial"/>
          <w:color w:val="5D7284"/>
          <w:sz w:val="22"/>
        </w:rPr>
        <w:t>53:22</w:t>
      </w:r>
    </w:p>
    <w:p>
      <w:pPr>
        <w:spacing w:after="0"/>
      </w:pPr>
      <w:r>
        <w:rPr>
          <w:rFonts w:ascii="Arial" w:hAnsi="Arial"/>
          <w:sz w:val="22"/>
        </w:rPr>
        <w:t>It's my own fault. Yeah, the thing like the theme that I got from A Muppets Christmas, Carol, is that obviously it's a lot softer than your original story of a Christmas Carol. And it's softer, because it's the whole complete cast of The Muppets is shoehorned. (Alice) And it's for children. And  it is for children but it's a classic. And the thing that you get from it, this, you know, and this is what my mum said when she was watching it with me yesterday. Is if everybody could just be kind, you know, it's fostering that kindness towards one another. That's what you get from The Muppets Christmas Carol because it's aimed at children. Sesame Street is all about you know, being kind, recognizing differences recognizing struggles of other people. So it stands to reason that The Muppets when they're involved in A Christmas Carol is a bit softer and a bit.... Just be kind. Basically, that's what we got from it. The fact that Michael Caine is the best Scrooge going....I will be taking no further questions.</w:t>
      </w:r>
    </w:p>
    <w:p>
      <w:pPr>
        <w:spacing w:after="0"/>
      </w:pPr>
    </w:p>
    <w:p>
      <w:pPr>
        <w:spacing w:after="0"/>
      </w:pPr>
      <w:r>
        <w:rPr>
          <w:rFonts w:ascii="Arial" w:hAnsi="Arial"/>
          <w:b/>
          <w:sz w:val="22"/>
        </w:rPr>
        <w:t xml:space="preserve">Alice  </w:t>
      </w:r>
      <w:r>
        <w:rPr>
          <w:rFonts w:ascii="Arial" w:hAnsi="Arial"/>
          <w:color w:val="5D7284"/>
          <w:sz w:val="22"/>
        </w:rPr>
        <w:t>54:31</w:t>
      </w:r>
    </w:p>
    <w:p>
      <w:pPr>
        <w:spacing w:after="0"/>
      </w:pPr>
      <w:r>
        <w:rPr>
          <w:rFonts w:ascii="Arial" w:hAnsi="Arial"/>
          <w:sz w:val="22"/>
        </w:rPr>
        <w:t>We had a conversation off air about Michael Caine being the best Scrooge going and I did not challenge Lucy's assertion, but she got a little bit belligerent (Lucy laughs) and was like he deserves an Oscar!</w:t>
      </w:r>
    </w:p>
    <w:p>
      <w:pPr>
        <w:spacing w:after="0"/>
      </w:pPr>
    </w:p>
    <w:p>
      <w:pPr>
        <w:spacing w:after="0"/>
      </w:pPr>
      <w:r>
        <w:rPr>
          <w:rFonts w:ascii="Arial" w:hAnsi="Arial"/>
          <w:b/>
          <w:sz w:val="22"/>
        </w:rPr>
        <w:t xml:space="preserve">Lucy  </w:t>
      </w:r>
      <w:r>
        <w:rPr>
          <w:rFonts w:ascii="Arial" w:hAnsi="Arial"/>
          <w:color w:val="5D7284"/>
          <w:sz w:val="22"/>
        </w:rPr>
        <w:t>54:46</w:t>
      </w:r>
    </w:p>
    <w:p>
      <w:pPr>
        <w:spacing w:after="0"/>
      </w:pPr>
      <w:r>
        <w:rPr>
          <w:rFonts w:ascii="Arial" w:hAnsi="Arial"/>
          <w:sz w:val="22"/>
        </w:rPr>
        <w:t>and then I realised he's won quite a few...</w:t>
      </w:r>
    </w:p>
    <w:p>
      <w:pPr>
        <w:spacing w:after="0"/>
      </w:pPr>
    </w:p>
    <w:p>
      <w:pPr>
        <w:spacing w:after="0"/>
      </w:pPr>
      <w:r>
        <w:rPr>
          <w:rFonts w:ascii="Arial" w:hAnsi="Arial"/>
          <w:b/>
          <w:sz w:val="22"/>
        </w:rPr>
        <w:t xml:space="preserve">Alice  </w:t>
      </w:r>
      <w:r>
        <w:rPr>
          <w:rFonts w:ascii="Arial" w:hAnsi="Arial"/>
          <w:color w:val="5D7284"/>
          <w:sz w:val="22"/>
        </w:rPr>
        <w:t>54:49</w:t>
      </w:r>
    </w:p>
    <w:p>
      <w:pPr>
        <w:spacing w:after="0"/>
      </w:pPr>
      <w:r>
        <w:rPr>
          <w:rFonts w:ascii="Arial" w:hAnsi="Arial"/>
          <w:sz w:val="22"/>
        </w:rPr>
        <w:t>He's got about eight. (laughs)</w:t>
      </w:r>
    </w:p>
    <w:p>
      <w:pPr>
        <w:spacing w:after="0"/>
      </w:pPr>
    </w:p>
    <w:p>
      <w:pPr>
        <w:spacing w:after="0"/>
      </w:pPr>
      <w:r>
        <w:rPr>
          <w:rFonts w:ascii="Arial" w:hAnsi="Arial"/>
          <w:b/>
          <w:sz w:val="22"/>
        </w:rPr>
        <w:t xml:space="preserve">Lucy  </w:t>
      </w:r>
      <w:r>
        <w:rPr>
          <w:rFonts w:ascii="Arial" w:hAnsi="Arial"/>
          <w:color w:val="5D7284"/>
          <w:sz w:val="22"/>
        </w:rPr>
        <w:t>54:53</w:t>
      </w:r>
    </w:p>
    <w:p>
      <w:pPr>
        <w:spacing w:after="0"/>
      </w:pPr>
      <w:r>
        <w:rPr>
          <w:rFonts w:ascii="Arial" w:hAnsi="Arial"/>
          <w:sz w:val="22"/>
        </w:rPr>
        <w:t>My granddad watched it with us as well, and he said, Michael Caine..."He's prolific because he will do anything. He will star in anything with anybody." So you can imagine the conversation in 1992 Just after Jim Henson has passed away and so it's the first film after Jim Henson has died. And they've gotten right. "We're gonna make a Muppets movie." "Okay, what do you want to do? we'll do a Christmas carol." "Yeah. Okay, who's gonna play Scrooge? Is Michael Caine available." They rung his agent. Yeah he'll do it. Name your price.</w:t>
      </w:r>
    </w:p>
    <w:p>
      <w:pPr>
        <w:spacing w:after="0"/>
      </w:pPr>
    </w:p>
    <w:p>
      <w:pPr>
        <w:spacing w:after="0"/>
      </w:pPr>
      <w:r>
        <w:rPr>
          <w:rFonts w:ascii="Arial" w:hAnsi="Arial"/>
          <w:b/>
          <w:sz w:val="22"/>
        </w:rPr>
        <w:t xml:space="preserve">Alice  </w:t>
      </w:r>
      <w:r>
        <w:rPr>
          <w:rFonts w:ascii="Arial" w:hAnsi="Arial"/>
          <w:color w:val="5D7284"/>
          <w:sz w:val="22"/>
        </w:rPr>
        <w:t>55:25</w:t>
      </w:r>
    </w:p>
    <w:p>
      <w:pPr>
        <w:spacing w:after="0"/>
      </w:pPr>
      <w:r>
        <w:rPr>
          <w:rFonts w:ascii="Arial" w:hAnsi="Arial"/>
          <w:sz w:val="22"/>
        </w:rPr>
        <w:t>(Laughs) Yeah, basically. (Lucy) Yeah. Especially for like stuff that you.. I imagine. Because  it's different from I don't know whether they used puppets in the Jason Segel movie that came out? Probably 10 years ago now. (Lucy) Yeah. Or if it's all CGI, (Lucy) No, they did use puppets yeah they did. Yeah, I was gonna say in 92, it would have been full on puppets</w:t>
      </w:r>
    </w:p>
    <w:p>
      <w:pPr>
        <w:spacing w:after="0"/>
      </w:pPr>
    </w:p>
    <w:p>
      <w:pPr>
        <w:spacing w:after="0"/>
      </w:pPr>
      <w:r>
        <w:rPr>
          <w:rFonts w:ascii="Arial" w:hAnsi="Arial"/>
          <w:b/>
          <w:sz w:val="22"/>
        </w:rPr>
        <w:t xml:space="preserve">Lucy  </w:t>
      </w:r>
      <w:r>
        <w:rPr>
          <w:rFonts w:ascii="Arial" w:hAnsi="Arial"/>
          <w:color w:val="5D7284"/>
          <w:sz w:val="22"/>
        </w:rPr>
        <w:t>55:50</w:t>
      </w:r>
    </w:p>
    <w:p>
      <w:pPr>
        <w:spacing w:after="0"/>
      </w:pPr>
      <w:r>
        <w:rPr>
          <w:rFonts w:ascii="Arial" w:hAnsi="Arial"/>
          <w:sz w:val="22"/>
        </w:rPr>
        <w:t>Full on puppets, like, and there's not just one or two of The Muppets. It's like the complete cast of The Muppets. Everybody.</w:t>
      </w:r>
    </w:p>
    <w:p>
      <w:pPr>
        <w:spacing w:after="0"/>
      </w:pPr>
    </w:p>
    <w:p>
      <w:pPr>
        <w:spacing w:after="0"/>
      </w:pPr>
      <w:r>
        <w:rPr>
          <w:rFonts w:ascii="Arial" w:hAnsi="Arial"/>
          <w:b/>
          <w:sz w:val="22"/>
        </w:rPr>
        <w:t xml:space="preserve">Alice  </w:t>
      </w:r>
      <w:r>
        <w:rPr>
          <w:rFonts w:ascii="Arial" w:hAnsi="Arial"/>
          <w:color w:val="5D7284"/>
          <w:sz w:val="22"/>
        </w:rPr>
        <w:t>55:57</w:t>
      </w:r>
    </w:p>
    <w:p>
      <w:pPr>
        <w:spacing w:after="0"/>
      </w:pPr>
      <w:r>
        <w:rPr>
          <w:rFonts w:ascii="Arial" w:hAnsi="Arial"/>
          <w:sz w:val="22"/>
        </w:rPr>
        <w:t>You can bet that Michael Caine had such a good time. (Lucy) Oh, I can imagine! Like how much fun would that have been?</w:t>
      </w:r>
    </w:p>
    <w:p>
      <w:pPr>
        <w:spacing w:after="0"/>
      </w:pPr>
    </w:p>
    <w:p>
      <w:pPr>
        <w:spacing w:after="0"/>
      </w:pPr>
      <w:r>
        <w:rPr>
          <w:rFonts w:ascii="Arial" w:hAnsi="Arial"/>
          <w:b/>
          <w:sz w:val="22"/>
        </w:rPr>
        <w:t xml:space="preserve">Lucy  </w:t>
      </w:r>
      <w:r>
        <w:rPr>
          <w:rFonts w:ascii="Arial" w:hAnsi="Arial"/>
          <w:color w:val="5D7284"/>
          <w:sz w:val="22"/>
        </w:rPr>
        <w:t>56:05</w:t>
      </w:r>
    </w:p>
    <w:p>
      <w:pPr>
        <w:spacing w:after="0"/>
      </w:pPr>
      <w:r>
        <w:rPr>
          <w:rFonts w:ascii="Arial" w:hAnsi="Arial"/>
          <w:sz w:val="22"/>
        </w:rPr>
        <w:t xml:space="preserve"> I would be the best day of my life! It would be the best job of my life! (alice laughs) Well, I particularly like is so like when the ghost of Christmas. The first one past? Yeah. (Alice) Yeah. Goes to see him. He takes him like when he was a child to the school and stuff, whose head teacher is Sam  the eagle because why not? (Alice laughs) And he's like, "It's the American way!" And Charles Dickens played by Gonzo again, why not? Goes over to and whispers in his ear. He goes, Sorry I meant, it is the British way! It's the kind of little jokes like that I love but so yeah, he goes to when he was at school. And then he takes him to his first job, where he worked for (laughs) Mr. Fuzzy Wig played by Fozzie Bear. And the company he worked for made rubber chickens.</w:t>
      </w:r>
    </w:p>
    <w:p>
      <w:pPr>
        <w:spacing w:after="0"/>
      </w:pPr>
    </w:p>
    <w:p>
      <w:pPr>
        <w:spacing w:after="0"/>
      </w:pPr>
      <w:r>
        <w:rPr>
          <w:rFonts w:ascii="Arial" w:hAnsi="Arial"/>
          <w:b/>
          <w:sz w:val="22"/>
        </w:rPr>
        <w:t xml:space="preserve">Alice  </w:t>
      </w:r>
      <w:r>
        <w:rPr>
          <w:rFonts w:ascii="Arial" w:hAnsi="Arial"/>
          <w:color w:val="5D7284"/>
          <w:sz w:val="22"/>
        </w:rPr>
        <w:t>57:02</w:t>
      </w:r>
    </w:p>
    <w:p>
      <w:pPr>
        <w:spacing w:after="0"/>
      </w:pPr>
      <w:r>
        <w:rPr>
          <w:rFonts w:ascii="Arial" w:hAnsi="Arial"/>
          <w:sz w:val="22"/>
        </w:rPr>
        <w:t>(Laughs) I'm sure that's very accurate depiction of the Dickens original.</w:t>
      </w:r>
    </w:p>
    <w:p>
      <w:pPr>
        <w:spacing w:after="0"/>
      </w:pPr>
    </w:p>
    <w:p>
      <w:pPr>
        <w:spacing w:after="0"/>
      </w:pPr>
      <w:r>
        <w:rPr>
          <w:rFonts w:ascii="Arial" w:hAnsi="Arial"/>
          <w:b/>
          <w:sz w:val="22"/>
        </w:rPr>
        <w:t xml:space="preserve">Lucy  </w:t>
      </w:r>
      <w:r>
        <w:rPr>
          <w:rFonts w:ascii="Arial" w:hAnsi="Arial"/>
          <w:color w:val="5D7284"/>
          <w:sz w:val="22"/>
        </w:rPr>
        <w:t>57:07</w:t>
      </w:r>
    </w:p>
    <w:p>
      <w:pPr>
        <w:spacing w:after="0"/>
      </w:pPr>
      <w:r>
        <w:rPr>
          <w:rFonts w:ascii="Arial" w:hAnsi="Arial"/>
          <w:sz w:val="22"/>
        </w:rPr>
        <w:t>Yeah, of course. Everybody needs a rubber chicken. And the band in the Christmas party is animals band. (laughs) So it's, you know, it's, they try and shoehorn as many characters, even if you just get a brief glimpse of people, it's like, oh, there's, you know, Ralph the dog playing the piano. (Alice) Yeah. But yeah, it's so it's...it was quite, I can imagine that it would have been a great..and I think they threw everything at it because it was the first film since Jim Henson died. You know, so they wanted to try and like make a statement. "Oh, it's alright. The markets are still here. We're gonna carry on his legacy." But no, I love it. It's a Christmas classic really. Christmas isn't Christmas until I've watched A Muppets Christmas, Carol.</w:t>
      </w:r>
    </w:p>
    <w:p>
      <w:pPr>
        <w:spacing w:after="0"/>
      </w:pPr>
    </w:p>
    <w:p>
      <w:pPr>
        <w:spacing w:after="0"/>
      </w:pPr>
      <w:r>
        <w:rPr>
          <w:rFonts w:ascii="Arial" w:hAnsi="Arial"/>
          <w:b/>
          <w:sz w:val="22"/>
        </w:rPr>
        <w:t xml:space="preserve">Alice  </w:t>
      </w:r>
      <w:r>
        <w:rPr>
          <w:rFonts w:ascii="Arial" w:hAnsi="Arial"/>
          <w:color w:val="5D7284"/>
          <w:sz w:val="22"/>
        </w:rPr>
        <w:t>57:58</w:t>
      </w:r>
    </w:p>
    <w:p>
      <w:pPr>
        <w:spacing w:after="0"/>
      </w:pPr>
      <w:r>
        <w:rPr>
          <w:rFonts w:ascii="Arial" w:hAnsi="Arial"/>
          <w:sz w:val="22"/>
        </w:rPr>
        <w:t>I told you what my non traditional Christmas film is...</w:t>
      </w:r>
    </w:p>
    <w:p>
      <w:pPr>
        <w:spacing w:after="0"/>
      </w:pPr>
    </w:p>
    <w:p>
      <w:pPr>
        <w:spacing w:after="0"/>
      </w:pPr>
      <w:r>
        <w:rPr>
          <w:rFonts w:ascii="Arial" w:hAnsi="Arial"/>
          <w:b/>
          <w:sz w:val="22"/>
        </w:rPr>
        <w:t xml:space="preserve">Lucy  </w:t>
      </w:r>
      <w:r>
        <w:rPr>
          <w:rFonts w:ascii="Arial" w:hAnsi="Arial"/>
          <w:color w:val="5D7284"/>
          <w:sz w:val="22"/>
        </w:rPr>
        <w:t>58:04</w:t>
      </w:r>
    </w:p>
    <w:p>
      <w:pPr>
        <w:spacing w:after="0"/>
      </w:pPr>
      <w:r>
        <w:rPr>
          <w:rFonts w:ascii="Arial" w:hAnsi="Arial"/>
          <w:sz w:val="22"/>
        </w:rPr>
        <w:t>Singing in the rain, was it? (Alice) Yeah. I watched that a few weeks ago. It's brilliant.</w:t>
      </w:r>
    </w:p>
    <w:p>
      <w:pPr>
        <w:spacing w:after="0"/>
      </w:pPr>
    </w:p>
    <w:p>
      <w:pPr>
        <w:spacing w:after="0"/>
      </w:pPr>
      <w:r>
        <w:rPr>
          <w:rFonts w:ascii="Arial" w:hAnsi="Arial"/>
          <w:b/>
          <w:sz w:val="22"/>
        </w:rPr>
        <w:t xml:space="preserve">Alice  </w:t>
      </w:r>
      <w:r>
        <w:rPr>
          <w:rFonts w:ascii="Arial" w:hAnsi="Arial"/>
          <w:color w:val="5D7284"/>
          <w:sz w:val="22"/>
        </w:rPr>
        <w:t>58:10</w:t>
      </w:r>
    </w:p>
    <w:p>
      <w:pPr>
        <w:spacing w:after="0"/>
      </w:pPr>
      <w:r>
        <w:rPr>
          <w:rFonts w:ascii="Arial" w:hAnsi="Arial"/>
          <w:sz w:val="22"/>
        </w:rPr>
        <w:t>It's one of my top favorite films in the whole world. I love it. We went to see it at the west end, me and my mum. And I've got... (Lucy) did you get wet? I bought...(laughs)  No, I wasn't sitting that close. But I got a program from it. And I've got like some of the pictures and the program framed up it was... I love a chorus anyway, I like there.... I think there's nothing cooler than, like 15 people who have worked their asses off to be able to dance in complete like synchronicity.</w:t>
      </w:r>
    </w:p>
    <w:p>
      <w:pPr>
        <w:spacing w:after="0"/>
      </w:pPr>
    </w:p>
    <w:p>
      <w:pPr>
        <w:spacing w:after="0"/>
      </w:pPr>
      <w:r>
        <w:rPr>
          <w:rFonts w:ascii="Arial" w:hAnsi="Arial"/>
          <w:b/>
          <w:sz w:val="22"/>
        </w:rPr>
        <w:t xml:space="preserve">Lucy  </w:t>
      </w:r>
      <w:r>
        <w:rPr>
          <w:rFonts w:ascii="Arial" w:hAnsi="Arial"/>
          <w:color w:val="5D7284"/>
          <w:sz w:val="22"/>
        </w:rPr>
        <w:t>58:40</w:t>
      </w:r>
    </w:p>
    <w:p>
      <w:pPr>
        <w:spacing w:after="0"/>
      </w:pPr>
      <w:r>
        <w:rPr>
          <w:rFonts w:ascii="Arial" w:hAnsi="Arial"/>
          <w:sz w:val="22"/>
        </w:rPr>
        <w:t>Same time as well without missing a breath or a beat or like, wow!</w:t>
      </w:r>
    </w:p>
    <w:p>
      <w:pPr>
        <w:spacing w:after="0"/>
      </w:pPr>
    </w:p>
    <w:p>
      <w:pPr>
        <w:spacing w:after="0"/>
      </w:pPr>
      <w:r>
        <w:rPr>
          <w:rFonts w:ascii="Arial" w:hAnsi="Arial"/>
          <w:b/>
          <w:sz w:val="22"/>
        </w:rPr>
        <w:t xml:space="preserve">Alice  </w:t>
      </w:r>
      <w:r>
        <w:rPr>
          <w:rFonts w:ascii="Arial" w:hAnsi="Arial"/>
          <w:color w:val="5D7284"/>
          <w:sz w:val="22"/>
        </w:rPr>
        <w:t>58:44</w:t>
      </w:r>
    </w:p>
    <w:p>
      <w:pPr>
        <w:spacing w:after="0"/>
      </w:pPr>
      <w:r>
        <w:rPr>
          <w:rFonts w:ascii="Arial" w:hAnsi="Arial"/>
          <w:sz w:val="22"/>
        </w:rPr>
        <w:t>Yeah, the other day, I was trying to have a conversation with somebody and scratch my nose at the same time. I poked myself in the fucking eye! (Lucy laughs) I mean? How you are how you're dancing, swinging an umbrella around...it's amazing.</w:t>
      </w:r>
    </w:p>
    <w:p>
      <w:pPr>
        <w:spacing w:after="0"/>
      </w:pPr>
    </w:p>
    <w:p>
      <w:pPr>
        <w:spacing w:after="0"/>
      </w:pPr>
      <w:r>
        <w:rPr>
          <w:rFonts w:ascii="Arial" w:hAnsi="Arial"/>
          <w:b/>
          <w:sz w:val="22"/>
        </w:rPr>
        <w:t xml:space="preserve">Lucy  </w:t>
      </w:r>
      <w:r>
        <w:rPr>
          <w:rFonts w:ascii="Arial" w:hAnsi="Arial"/>
          <w:color w:val="5D7284"/>
          <w:sz w:val="22"/>
        </w:rPr>
        <w:t>58:59</w:t>
      </w:r>
    </w:p>
    <w:p>
      <w:pPr>
        <w:spacing w:after="0"/>
      </w:pPr>
      <w:r>
        <w:rPr>
          <w:rFonts w:ascii="Arial" w:hAnsi="Arial"/>
          <w:sz w:val="22"/>
        </w:rPr>
        <w:t>It's like you watch Strictly Come Dancing. And I always get the pang of I wish I could do that. Because even if I could walk and move my legs like a regular person, I have no sense of rhythm whatsoever. So I would be terrible. But even just looking at them going "I want to do that!" It's quite like, "Oh.."</w:t>
      </w:r>
    </w:p>
    <w:p>
      <w:pPr>
        <w:spacing w:after="0"/>
      </w:pPr>
    </w:p>
    <w:p>
      <w:pPr>
        <w:spacing w:after="0"/>
      </w:pPr>
      <w:r>
        <w:rPr>
          <w:rFonts w:ascii="Arial" w:hAnsi="Arial"/>
          <w:b/>
          <w:sz w:val="22"/>
        </w:rPr>
        <w:t xml:space="preserve">Alice  </w:t>
      </w:r>
      <w:r>
        <w:rPr>
          <w:rFonts w:ascii="Arial" w:hAnsi="Arial"/>
          <w:color w:val="5D7284"/>
          <w:sz w:val="22"/>
        </w:rPr>
        <w:t>59:20</w:t>
      </w:r>
    </w:p>
    <w:p>
      <w:pPr>
        <w:spacing w:after="0"/>
      </w:pPr>
      <w:r>
        <w:rPr>
          <w:rFonts w:ascii="Arial" w:hAnsi="Arial"/>
          <w:sz w:val="22"/>
        </w:rPr>
        <w:t>do you feel like it's just a matter of time before we get a disabled wheelchair using dancer though (Lucy) Do you think? I Hope so?</w:t>
      </w:r>
    </w:p>
    <w:p>
      <w:pPr>
        <w:spacing w:after="0"/>
      </w:pPr>
    </w:p>
    <w:p>
      <w:pPr>
        <w:spacing w:after="0"/>
      </w:pPr>
      <w:r>
        <w:rPr>
          <w:rFonts w:ascii="Arial" w:hAnsi="Arial"/>
          <w:b/>
          <w:sz w:val="22"/>
        </w:rPr>
        <w:t xml:space="preserve">Lucy  </w:t>
      </w:r>
      <w:r>
        <w:rPr>
          <w:rFonts w:ascii="Arial" w:hAnsi="Arial"/>
          <w:color w:val="5D7284"/>
          <w:sz w:val="22"/>
        </w:rPr>
        <w:t>59:30</w:t>
      </w:r>
    </w:p>
    <w:p>
      <w:pPr>
        <w:spacing w:after="0"/>
      </w:pPr>
      <w:r>
        <w:rPr>
          <w:rFonts w:ascii="Arial" w:hAnsi="Arial"/>
          <w:sz w:val="22"/>
        </w:rPr>
        <w:t>Would it work though? (Alice) But I don't know. I don't know. I mean, it would be great. Don't get me wrong, it will be great, but I just don't. I don't know how it would work.</w:t>
      </w:r>
    </w:p>
    <w:p>
      <w:pPr>
        <w:spacing w:after="0"/>
      </w:pPr>
    </w:p>
    <w:p>
      <w:pPr>
        <w:spacing w:after="0"/>
      </w:pPr>
      <w:r>
        <w:rPr>
          <w:rFonts w:ascii="Arial" w:hAnsi="Arial"/>
          <w:b/>
          <w:sz w:val="22"/>
        </w:rPr>
        <w:t xml:space="preserve">Alice  </w:t>
      </w:r>
      <w:r>
        <w:rPr>
          <w:rFonts w:ascii="Arial" w:hAnsi="Arial"/>
          <w:color w:val="5D7284"/>
          <w:sz w:val="22"/>
        </w:rPr>
        <w:t>59:40</w:t>
      </w:r>
    </w:p>
    <w:p>
      <w:pPr>
        <w:spacing w:after="0"/>
      </w:pPr>
      <w:r>
        <w:rPr>
          <w:rFonts w:ascii="Arial" w:hAnsi="Arial"/>
          <w:sz w:val="22"/>
        </w:rPr>
        <w:t>I mean, that's not our job to make that work. It's BBC's job to make it work. I reckon they're obviously trying to make an effort to improve the diversity of their representation in  dancers. And I think that it is just a matter of time before they can kind of find a way of making that work.</w:t>
      </w:r>
    </w:p>
    <w:p>
      <w:pPr>
        <w:spacing w:after="0"/>
      </w:pPr>
    </w:p>
    <w:p>
      <w:pPr>
        <w:spacing w:after="0"/>
      </w:pPr>
      <w:r>
        <w:rPr>
          <w:rFonts w:ascii="Arial" w:hAnsi="Arial"/>
          <w:b/>
          <w:sz w:val="22"/>
        </w:rPr>
        <w:t xml:space="preserve">Lucy  </w:t>
      </w:r>
      <w:r>
        <w:rPr>
          <w:rFonts w:ascii="Arial" w:hAnsi="Arial"/>
          <w:color w:val="5D7284"/>
          <w:sz w:val="22"/>
        </w:rPr>
        <w:t>59:59</w:t>
      </w:r>
    </w:p>
    <w:p>
      <w:pPr>
        <w:spacing w:after="0"/>
      </w:pPr>
      <w:r>
        <w:rPr>
          <w:rFonts w:ascii="Arial" w:hAnsi="Arial"/>
          <w:sz w:val="22"/>
        </w:rPr>
        <w:t>Oh, I would love to get Ellie Simmons on the podcast though. So if anybody knows of anybody?. Anyway, back to The Muppets. (Alice) Um Tiny Tim. So I don't actually know the name of The Muppet character that plays Tiny Tim. It's just a small version of Kermit. (Alice) I ws going to say it's just a small version of Kermit isn't it? I didn't realize he had a name. Actually the thing that made me laugh was when I tried to do a bit of additional research into The Muppets Christmas Carol. And I put the name like character of Tiny Tim, the first reference that came up was a blog post by our very own Daisy Holder. (Laughs) I was like brilliant does Daisy want to do this? Shall I just have a week off? So yeah, so it's played by a very small Kermit, who basically (laughs) he.... the first thing you see is like, Kermit is carrying him on his shoulder, up the hill because he's been to church. And Miss Piggy says to Kermit "How did you get on at church?" and he says, "He was good as gold. He thought that being at church might help other people so that they can remember him over christmas time. This is the first instance you see of Tiny Tim, coughing and spluttering. He then sees the turkey gets overexcited and sort of get tires himself out. I was like (coughing and spluttering sound effects!)</w:t>
      </w:r>
    </w:p>
    <w:p>
      <w:pPr>
        <w:spacing w:after="0"/>
      </w:pPr>
    </w:p>
    <w:p>
      <w:pPr>
        <w:spacing w:after="0"/>
      </w:pPr>
      <w:r>
        <w:rPr>
          <w:rFonts w:ascii="Arial" w:hAnsi="Arial"/>
          <w:b/>
          <w:sz w:val="22"/>
        </w:rPr>
        <w:t xml:space="preserve">Alice  </w:t>
      </w:r>
      <w:r>
        <w:rPr>
          <w:rFonts w:ascii="Arial" w:hAnsi="Arial"/>
          <w:color w:val="5D7284"/>
          <w:sz w:val="22"/>
        </w:rPr>
        <w:t>1:01:30</w:t>
      </w:r>
    </w:p>
    <w:p>
      <w:pPr>
        <w:spacing w:after="0"/>
      </w:pPr>
      <w:r>
        <w:rPr>
          <w:rFonts w:ascii="Arial" w:hAnsi="Arial"/>
          <w:sz w:val="22"/>
        </w:rPr>
        <w:t>(laughs) I just think about how our transcriptionist is going to describe that noise you just made...</w:t>
      </w:r>
    </w:p>
    <w:p>
      <w:pPr>
        <w:spacing w:after="0"/>
      </w:pPr>
    </w:p>
    <w:p>
      <w:pPr>
        <w:spacing w:after="0"/>
      </w:pPr>
      <w:r>
        <w:rPr>
          <w:rFonts w:ascii="Arial" w:hAnsi="Arial"/>
          <w:b/>
          <w:sz w:val="22"/>
        </w:rPr>
        <w:t xml:space="preserve">Lucy  </w:t>
      </w:r>
      <w:r>
        <w:rPr>
          <w:rFonts w:ascii="Arial" w:hAnsi="Arial"/>
          <w:color w:val="5D7284"/>
          <w:sz w:val="22"/>
        </w:rPr>
        <w:t>1:01:37</w:t>
      </w:r>
    </w:p>
    <w:p>
      <w:pPr>
        <w:spacing w:after="0"/>
      </w:pPr>
      <w:r>
        <w:rPr>
          <w:rFonts w:ascii="Arial" w:hAnsi="Arial"/>
          <w:sz w:val="22"/>
        </w:rPr>
        <w:t>Sorry Carly... (Alice bursts out laughing) (Lucy is not sorry at all! Carly thinks to herself and opts for the basic description) But yeah, so he coughs and splutters then Miss Piggy says "Go and sit down", basically, just chill out a bit. And then Michael Caine says, "Does he die? Does he die like this?" And they don't actually say "yes, he does." But you kind of know that the next time you see him because the Ghost of Christmas Yet To Come shows him Tiny, Tim. And there is no Tiny Tim at the table. Kermit said something to stop everybody from getting upset and crying that made me go "Oh, don't make me cry." He says something like "You have to remember that life is a series of meetings and goodbyes." And it all... basically it all works out in the end and by this point.</w:t>
      </w:r>
    </w:p>
    <w:p>
      <w:pPr>
        <w:spacing w:after="0"/>
      </w:pPr>
    </w:p>
    <w:p>
      <w:pPr>
        <w:spacing w:after="0"/>
      </w:pPr>
      <w:r>
        <w:rPr>
          <w:rFonts w:ascii="Arial" w:hAnsi="Arial"/>
          <w:b/>
          <w:sz w:val="22"/>
        </w:rPr>
        <w:t xml:space="preserve">Alice  </w:t>
      </w:r>
      <w:r>
        <w:rPr>
          <w:rFonts w:ascii="Arial" w:hAnsi="Arial"/>
          <w:color w:val="5D7284"/>
          <w:sz w:val="22"/>
        </w:rPr>
        <w:t>1:02:29</w:t>
      </w:r>
    </w:p>
    <w:p>
      <w:pPr>
        <w:spacing w:after="0"/>
      </w:pPr>
      <w:r>
        <w:rPr>
          <w:rFonts w:ascii="Arial" w:hAnsi="Arial"/>
          <w:sz w:val="22"/>
        </w:rPr>
        <w:t>Oh that's got the hairs on my arms (Lucy) I know!  stood right up. Like that got me right in the feelings.</w:t>
      </w:r>
    </w:p>
    <w:p>
      <w:pPr>
        <w:spacing w:after="0"/>
      </w:pPr>
    </w:p>
    <w:p>
      <w:pPr>
        <w:spacing w:after="0"/>
      </w:pPr>
      <w:r>
        <w:rPr>
          <w:rFonts w:ascii="Arial" w:hAnsi="Arial"/>
          <w:b/>
          <w:sz w:val="22"/>
        </w:rPr>
        <w:t xml:space="preserve">Lucy  </w:t>
      </w:r>
      <w:r>
        <w:rPr>
          <w:rFonts w:ascii="Arial" w:hAnsi="Arial"/>
          <w:color w:val="5D7284"/>
          <w:sz w:val="22"/>
        </w:rPr>
        <w:t>1:02:36</w:t>
      </w:r>
    </w:p>
    <w:p>
      <w:pPr>
        <w:spacing w:after="0"/>
      </w:pPr>
      <w:r>
        <w:rPr>
          <w:rFonts w:ascii="Arial" w:hAnsi="Arial"/>
          <w:sz w:val="22"/>
        </w:rPr>
        <w:t>Yeah, that, it does it every time. But also I've been crying for about an hour and a half because the songs just gets ya. I was crying that the the first dose of weather thinking about how horrible Scrooge is. I'm like, but he's not! Like calm down (Alice laughs) yeah, so yeah, but I think it's just a nice soft version of A Christmas Carol to get into and then because I love The Muppets Christmas Carol. I have watched nearly every version that has crossed my path since. (laughs) I'm like yes, no, it's not got Kermit the Frog in where's Kermit? Is he available? (laughs</w:t>
      </w:r>
    </w:p>
    <w:p>
      <w:pPr>
        <w:spacing w:after="0"/>
      </w:pPr>
    </w:p>
    <w:p>
      <w:pPr>
        <w:spacing w:after="0"/>
      </w:pPr>
      <w:r>
        <w:rPr>
          <w:rFonts w:ascii="Arial" w:hAnsi="Arial"/>
          <w:b/>
          <w:sz w:val="22"/>
        </w:rPr>
        <w:t xml:space="preserve">Alice  </w:t>
      </w:r>
      <w:r>
        <w:rPr>
          <w:rFonts w:ascii="Arial" w:hAnsi="Arial"/>
          <w:color w:val="5D7284"/>
          <w:sz w:val="22"/>
        </w:rPr>
        <w:t>1:03:19</w:t>
      </w:r>
    </w:p>
    <w:p>
      <w:pPr>
        <w:spacing w:after="0"/>
      </w:pPr>
      <w:r>
        <w:rPr>
          <w:rFonts w:ascii="Arial" w:hAnsi="Arial"/>
          <w:sz w:val="22"/>
        </w:rPr>
        <w:t>My preference is I've always had a bit of a soft spot for Miss Piggy because she's just kinda loud and shrill. And that really resinates</w:t>
      </w:r>
    </w:p>
    <w:p>
      <w:pPr>
        <w:spacing w:after="0"/>
      </w:pPr>
    </w:p>
    <w:p>
      <w:pPr>
        <w:spacing w:after="0"/>
      </w:pPr>
      <w:r>
        <w:rPr>
          <w:rFonts w:ascii="Arial" w:hAnsi="Arial"/>
          <w:b/>
          <w:sz w:val="22"/>
        </w:rPr>
        <w:t xml:space="preserve">Lucy  </w:t>
      </w:r>
      <w:r>
        <w:rPr>
          <w:rFonts w:ascii="Arial" w:hAnsi="Arial"/>
          <w:color w:val="5D7284"/>
          <w:sz w:val="22"/>
        </w:rPr>
        <w:t>1:03:25</w:t>
      </w:r>
    </w:p>
    <w:p>
      <w:pPr>
        <w:spacing w:after="0"/>
      </w:pPr>
      <w:r>
        <w:rPr>
          <w:rFonts w:ascii="Arial" w:hAnsi="Arial"/>
          <w:sz w:val="22"/>
        </w:rPr>
        <w:t>Bit Like me really (laughs)  (Alice) No. Who is your favorite Muppet? Miss Piggy.</w:t>
      </w:r>
    </w:p>
    <w:p>
      <w:pPr>
        <w:spacing w:after="0"/>
      </w:pPr>
    </w:p>
    <w:p>
      <w:pPr>
        <w:spacing w:after="0"/>
      </w:pPr>
      <w:r>
        <w:rPr>
          <w:rFonts w:ascii="Arial" w:hAnsi="Arial"/>
          <w:b/>
          <w:sz w:val="22"/>
        </w:rPr>
        <w:t xml:space="preserve">Alice  </w:t>
      </w:r>
      <w:r>
        <w:rPr>
          <w:rFonts w:ascii="Arial" w:hAnsi="Arial"/>
          <w:color w:val="5D7284"/>
          <w:sz w:val="22"/>
        </w:rPr>
        <w:t>1:03:33</w:t>
      </w:r>
    </w:p>
    <w:p>
      <w:pPr>
        <w:spacing w:after="0"/>
      </w:pPr>
      <w:r>
        <w:rPr>
          <w:rFonts w:ascii="Arial" w:hAnsi="Arial"/>
          <w:sz w:val="22"/>
        </w:rPr>
        <w:t>Yeah, I think so.</w:t>
      </w:r>
    </w:p>
    <w:p>
      <w:pPr>
        <w:spacing w:after="0"/>
      </w:pPr>
    </w:p>
    <w:p>
      <w:pPr>
        <w:spacing w:after="0"/>
      </w:pPr>
      <w:r>
        <w:rPr>
          <w:rFonts w:ascii="Arial" w:hAnsi="Arial"/>
          <w:b/>
          <w:sz w:val="22"/>
        </w:rPr>
        <w:t xml:space="preserve">Lucy  </w:t>
      </w:r>
      <w:r>
        <w:rPr>
          <w:rFonts w:ascii="Arial" w:hAnsi="Arial"/>
          <w:color w:val="5D7284"/>
          <w:sz w:val="22"/>
        </w:rPr>
        <w:t>1:03:35</w:t>
      </w:r>
    </w:p>
    <w:p>
      <w:pPr>
        <w:spacing w:after="0"/>
      </w:pPr>
      <w:r>
        <w:rPr>
          <w:rFonts w:ascii="Arial" w:hAnsi="Arial"/>
          <w:sz w:val="22"/>
        </w:rPr>
        <w:t>I um....</w:t>
      </w:r>
    </w:p>
    <w:p>
      <w:pPr>
        <w:spacing w:after="0"/>
      </w:pPr>
    </w:p>
    <w:p>
      <w:pPr>
        <w:spacing w:after="0"/>
      </w:pPr>
      <w:r>
        <w:rPr>
          <w:rFonts w:ascii="Arial" w:hAnsi="Arial"/>
          <w:b/>
          <w:sz w:val="22"/>
        </w:rPr>
        <w:t xml:space="preserve">Alice  </w:t>
      </w:r>
      <w:r>
        <w:rPr>
          <w:rFonts w:ascii="Arial" w:hAnsi="Arial"/>
          <w:color w:val="5D7284"/>
          <w:sz w:val="22"/>
        </w:rPr>
        <w:t>1:03:36</w:t>
      </w:r>
    </w:p>
    <w:p>
      <w:pPr>
        <w:spacing w:after="0"/>
      </w:pPr>
      <w:r>
        <w:rPr>
          <w:rFonts w:ascii="Arial" w:hAnsi="Arial"/>
          <w:sz w:val="22"/>
        </w:rPr>
        <w:t>I also really liked pigs like as an animal. They're definitely up there in my like, sort of top five animals. Yeah, not Ravens.</w:t>
      </w:r>
    </w:p>
    <w:p>
      <w:pPr>
        <w:spacing w:after="0"/>
      </w:pPr>
    </w:p>
    <w:p>
      <w:pPr>
        <w:spacing w:after="0"/>
      </w:pPr>
      <w:r>
        <w:rPr>
          <w:rFonts w:ascii="Arial" w:hAnsi="Arial"/>
          <w:b/>
          <w:sz w:val="22"/>
        </w:rPr>
        <w:t xml:space="preserve">Lucy  </w:t>
      </w:r>
      <w:r>
        <w:rPr>
          <w:rFonts w:ascii="Arial" w:hAnsi="Arial"/>
          <w:color w:val="5D7284"/>
          <w:sz w:val="22"/>
        </w:rPr>
        <w:t>1:03:45</w:t>
      </w:r>
    </w:p>
    <w:p>
      <w:pPr>
        <w:spacing w:after="0"/>
      </w:pPr>
      <w:r>
        <w:rPr>
          <w:rFonts w:ascii="Arial" w:hAnsi="Arial"/>
          <w:sz w:val="22"/>
        </w:rPr>
        <w:t>You see when people say to me, if you could be an animal, what would you be? I always say a parrot because I keep my bright colored hair and I can still talk. (laughing)</w:t>
      </w:r>
    </w:p>
    <w:p>
      <w:pPr>
        <w:spacing w:after="0"/>
      </w:pPr>
    </w:p>
    <w:p>
      <w:pPr>
        <w:spacing w:after="0"/>
      </w:pPr>
      <w:r>
        <w:rPr>
          <w:rFonts w:ascii="Arial" w:hAnsi="Arial"/>
          <w:b/>
          <w:sz w:val="22"/>
        </w:rPr>
        <w:t xml:space="preserve">Alice  </w:t>
      </w:r>
      <w:r>
        <w:rPr>
          <w:rFonts w:ascii="Arial" w:hAnsi="Arial"/>
          <w:color w:val="5D7284"/>
          <w:sz w:val="22"/>
        </w:rPr>
        <w:t>1:03:59</w:t>
      </w:r>
    </w:p>
    <w:p>
      <w:pPr>
        <w:spacing w:after="0"/>
      </w:pPr>
      <w:r>
        <w:rPr>
          <w:rFonts w:ascii="Arial" w:hAnsi="Arial"/>
          <w:sz w:val="22"/>
        </w:rPr>
        <w:t>(laughing) I like, I've always opted for cat because I've had cats and all they do is sleep get told they're beautiful and eat. (Lucy) Yeah. That sounds like my idea of heaven thank you very much. Occasionally, occasionally somebody brushes you.</w:t>
      </w:r>
    </w:p>
    <w:p>
      <w:pPr>
        <w:spacing w:after="0"/>
      </w:pPr>
    </w:p>
    <w:p>
      <w:pPr>
        <w:spacing w:after="0"/>
      </w:pPr>
      <w:r>
        <w:rPr>
          <w:rFonts w:ascii="Arial" w:hAnsi="Arial"/>
          <w:b/>
          <w:sz w:val="22"/>
        </w:rPr>
        <w:t xml:space="preserve">Lucy  </w:t>
      </w:r>
      <w:r>
        <w:rPr>
          <w:rFonts w:ascii="Arial" w:hAnsi="Arial"/>
          <w:color w:val="5D7284"/>
          <w:sz w:val="22"/>
        </w:rPr>
        <w:t>1:04:18</w:t>
      </w:r>
    </w:p>
    <w:p>
      <w:pPr>
        <w:spacing w:after="0"/>
      </w:pPr>
      <w:r>
        <w:rPr>
          <w:rFonts w:ascii="Arial" w:hAnsi="Arial"/>
          <w:sz w:val="22"/>
        </w:rPr>
        <w:t>(laughs) I mean, yeah. How long have we gone for this conversation? I don't know. (Alice laughs) So yes, I felt thoroughly festive. If you haven't seen A Muppets Christmas. Carol. What are you doing?</w:t>
      </w:r>
    </w:p>
    <w:p>
      <w:pPr>
        <w:spacing w:after="0"/>
      </w:pPr>
    </w:p>
    <w:p>
      <w:pPr>
        <w:spacing w:after="0"/>
      </w:pPr>
      <w:r>
        <w:rPr>
          <w:rFonts w:ascii="Arial" w:hAnsi="Arial"/>
          <w:b/>
          <w:sz w:val="22"/>
        </w:rPr>
        <w:t xml:space="preserve">Alice  </w:t>
      </w:r>
      <w:r>
        <w:rPr>
          <w:rFonts w:ascii="Arial" w:hAnsi="Arial"/>
          <w:color w:val="5D7284"/>
          <w:sz w:val="22"/>
        </w:rPr>
        <w:t>1:04:31</w:t>
      </w:r>
    </w:p>
    <w:p>
      <w:pPr>
        <w:spacing w:after="0"/>
      </w:pPr>
      <w:r>
        <w:rPr>
          <w:rFonts w:ascii="Arial" w:hAnsi="Arial"/>
          <w:sz w:val="22"/>
        </w:rPr>
        <w:t xml:space="preserve">You must be living under a rock for the past fifteen years. (Lucy) It's great! What did you say 92? (Lucy) 92 yeah. That film is 30 years old!  (Lucy) 30 years old. </w:t>
      </w:r>
    </w:p>
    <w:p>
      <w:pPr>
        <w:spacing w:after="0"/>
      </w:pPr>
    </w:p>
    <w:p>
      <w:pPr>
        <w:spacing w:after="0"/>
      </w:pPr>
      <w:r>
        <w:rPr>
          <w:rFonts w:ascii="Arial" w:hAnsi="Arial"/>
          <w:b/>
          <w:sz w:val="22"/>
        </w:rPr>
        <w:t xml:space="preserve">Lucy  </w:t>
      </w:r>
      <w:r>
        <w:rPr>
          <w:rFonts w:ascii="Arial" w:hAnsi="Arial"/>
          <w:color w:val="5D7284"/>
          <w:sz w:val="22"/>
        </w:rPr>
        <w:t>1:04:41</w:t>
      </w:r>
    </w:p>
    <w:p>
      <w:pPr>
        <w:spacing w:after="0"/>
      </w:pPr>
      <w:r>
        <w:rPr>
          <w:rFonts w:ascii="Arial" w:hAnsi="Arial"/>
          <w:sz w:val="22"/>
        </w:rPr>
        <w:t>They are also, I don't know whether this is going to be an annual thing. But this year, I'm not doing it but I did consider it for at least a good day and a half. They're doing a live orchestral version of The Muppets Christmas Carol and they screen... so they screen the movie whilst an Orchestra just plays the soundtrack. (Alice) Oh that's cool. Yeah, I think we should if they do it next year, I think we should go. (Alice) Yeah. And we could get either boo or cheer when Tiny Tim appears (laughing) Depending on our mood.</w:t>
      </w:r>
    </w:p>
    <w:p>
      <w:pPr>
        <w:spacing w:after="0"/>
      </w:pPr>
    </w:p>
    <w:p>
      <w:pPr>
        <w:spacing w:after="0"/>
      </w:pPr>
      <w:r>
        <w:rPr>
          <w:rFonts w:ascii="Arial" w:hAnsi="Arial"/>
          <w:b/>
          <w:sz w:val="22"/>
        </w:rPr>
        <w:t xml:space="preserve">Alice  </w:t>
      </w:r>
      <w:r>
        <w:rPr>
          <w:rFonts w:ascii="Arial" w:hAnsi="Arial"/>
          <w:color w:val="5D7284"/>
          <w:sz w:val="22"/>
        </w:rPr>
        <w:t>1:05:14</w:t>
      </w:r>
    </w:p>
    <w:p>
      <w:pPr>
        <w:spacing w:after="0"/>
      </w:pPr>
      <w:r>
        <w:rPr>
          <w:rFonts w:ascii="Arial" w:hAnsi="Arial"/>
          <w:sz w:val="22"/>
        </w:rPr>
        <w:t>(laughig) We're boo Tiny Tim and we're cheer Scrounge</w:t>
      </w:r>
    </w:p>
    <w:p>
      <w:pPr>
        <w:spacing w:after="0"/>
      </w:pPr>
    </w:p>
    <w:p>
      <w:pPr>
        <w:spacing w:after="0"/>
      </w:pPr>
      <w:r>
        <w:rPr>
          <w:rFonts w:ascii="Arial" w:hAnsi="Arial"/>
          <w:b/>
          <w:sz w:val="22"/>
        </w:rPr>
        <w:t xml:space="preserve">Lucy  </w:t>
      </w:r>
      <w:r>
        <w:rPr>
          <w:rFonts w:ascii="Arial" w:hAnsi="Arial"/>
          <w:color w:val="5D7284"/>
          <w:sz w:val="22"/>
        </w:rPr>
        <w:t>1:05:17</w:t>
      </w:r>
    </w:p>
    <w:p>
      <w:pPr>
        <w:spacing w:after="0"/>
      </w:pPr>
      <w:r>
        <w:rPr>
          <w:rFonts w:ascii="Arial" w:hAnsi="Arial"/>
          <w:sz w:val="22"/>
        </w:rPr>
        <w:t>(laughing) Yeah, Michael Caine. Yes! I mean, I just like Michael Caine anyway, to be fair, he is a very, he seems like a very, it'd be one of my dinner party guests. I think...</w:t>
      </w:r>
    </w:p>
    <w:p>
      <w:pPr>
        <w:spacing w:after="0"/>
      </w:pPr>
    </w:p>
    <w:p>
      <w:pPr>
        <w:spacing w:after="0"/>
      </w:pPr>
      <w:r>
        <w:rPr>
          <w:rFonts w:ascii="Arial" w:hAnsi="Arial"/>
          <w:b/>
          <w:sz w:val="22"/>
        </w:rPr>
        <w:t xml:space="preserve">Alice  </w:t>
      </w:r>
      <w:r>
        <w:rPr>
          <w:rFonts w:ascii="Arial" w:hAnsi="Arial"/>
          <w:color w:val="5D7284"/>
          <w:sz w:val="22"/>
        </w:rPr>
        <w:t>1:05:32</w:t>
      </w:r>
    </w:p>
    <w:p>
      <w:pPr>
        <w:spacing w:after="0"/>
      </w:pPr>
      <w:r>
        <w:rPr>
          <w:rFonts w:ascii="Arial" w:hAnsi="Arial"/>
          <w:sz w:val="22"/>
        </w:rPr>
        <w:t>Him and Samuel Johnson?</w:t>
      </w:r>
    </w:p>
    <w:p>
      <w:pPr>
        <w:spacing w:after="0"/>
      </w:pPr>
    </w:p>
    <w:p>
      <w:pPr>
        <w:spacing w:after="0"/>
      </w:pPr>
      <w:r>
        <w:rPr>
          <w:rFonts w:ascii="Arial" w:hAnsi="Arial"/>
          <w:b/>
          <w:sz w:val="22"/>
        </w:rPr>
        <w:t xml:space="preserve">Lucy  </w:t>
      </w:r>
      <w:r>
        <w:rPr>
          <w:rFonts w:ascii="Arial" w:hAnsi="Arial"/>
          <w:color w:val="5D7284"/>
          <w:sz w:val="22"/>
        </w:rPr>
        <w:t>1:05:34</w:t>
      </w:r>
    </w:p>
    <w:p>
      <w:pPr>
        <w:spacing w:after="0"/>
      </w:pPr>
      <w:r>
        <w:rPr>
          <w:rFonts w:ascii="Arial" w:hAnsi="Arial"/>
          <w:sz w:val="22"/>
        </w:rPr>
        <w:t>Yes why not. (Alice laughs) So yeah The Muppets Christmas, Carol. Did you want to talk a bit about A Christmas Carol?</w:t>
      </w:r>
    </w:p>
    <w:p>
      <w:pPr>
        <w:spacing w:after="0"/>
      </w:pPr>
    </w:p>
    <w:p>
      <w:pPr>
        <w:spacing w:after="0"/>
      </w:pPr>
      <w:r>
        <w:rPr>
          <w:rFonts w:ascii="Arial" w:hAnsi="Arial"/>
          <w:b/>
          <w:sz w:val="22"/>
        </w:rPr>
        <w:t xml:space="preserve">Alice  </w:t>
      </w:r>
      <w:r>
        <w:rPr>
          <w:rFonts w:ascii="Arial" w:hAnsi="Arial"/>
          <w:color w:val="5D7284"/>
          <w:sz w:val="22"/>
        </w:rPr>
        <w:t>1:05:44</w:t>
      </w:r>
    </w:p>
    <w:p>
      <w:pPr>
        <w:spacing w:after="0"/>
      </w:pPr>
      <w:r>
        <w:rPr>
          <w:rFonts w:ascii="Arial" w:hAnsi="Arial"/>
          <w:sz w:val="22"/>
        </w:rPr>
        <w:t>I haven't read it. So I can't.(Hint of sarcasm in Alice's voice) (Lucy) Oh Okay. Have you got anything in your notes? No, no, perhaps we can schedule some bonus content. Next Christmas, about the actual Christmas Carol? (Lucy) Yeah, it's too late now isn't it. (laughs) Oh, you can fuck right off I;m not doing that! (Lucy laughs)</w:t>
      </w:r>
    </w:p>
    <w:p>
      <w:pPr>
        <w:spacing w:after="0"/>
      </w:pPr>
    </w:p>
    <w:p>
      <w:pPr>
        <w:spacing w:after="0"/>
      </w:pPr>
      <w:r>
        <w:rPr>
          <w:rFonts w:ascii="Arial" w:hAnsi="Arial"/>
          <w:b/>
          <w:sz w:val="22"/>
        </w:rPr>
        <w:t xml:space="preserve">Lucy  </w:t>
      </w:r>
      <w:r>
        <w:rPr>
          <w:rFonts w:ascii="Arial" w:hAnsi="Arial"/>
          <w:color w:val="5D7284"/>
          <w:sz w:val="22"/>
        </w:rPr>
        <w:t>1:06:05</w:t>
      </w:r>
    </w:p>
    <w:p>
      <w:pPr>
        <w:spacing w:after="0"/>
      </w:pPr>
      <w:r>
        <w:rPr>
          <w:rFonts w:ascii="Arial" w:hAnsi="Arial"/>
          <w:sz w:val="22"/>
        </w:rPr>
        <w:t xml:space="preserve">Okay. No, but I do... going back to the serious point. I do think that Charles Dickens is not as bad as everybody thinks he is. I am a I'm in agreement with you there. </w:t>
      </w:r>
    </w:p>
    <w:p>
      <w:pPr>
        <w:spacing w:after="0"/>
      </w:pPr>
    </w:p>
    <w:p>
      <w:pPr>
        <w:spacing w:after="0"/>
      </w:pPr>
      <w:r>
        <w:rPr>
          <w:rFonts w:ascii="Arial" w:hAnsi="Arial"/>
          <w:b/>
          <w:sz w:val="22"/>
        </w:rPr>
        <w:t xml:space="preserve">Alice  </w:t>
      </w:r>
      <w:r>
        <w:rPr>
          <w:rFonts w:ascii="Arial" w:hAnsi="Arial"/>
          <w:color w:val="5D7284"/>
          <w:sz w:val="22"/>
        </w:rPr>
        <w:t>1:06:15</w:t>
      </w:r>
    </w:p>
    <w:p>
      <w:pPr>
        <w:spacing w:after="0"/>
      </w:pPr>
      <w:r>
        <w:rPr>
          <w:rFonts w:ascii="Arial" w:hAnsi="Arial"/>
          <w:sz w:val="22"/>
        </w:rPr>
        <w:t>Well then I might completely eat words as I read...there was a bit I found a fabulous website, I will put all the links for the sources and stuff that I used for my notes. But I've had a fabulous website that basically lists Dickens books that have got disabled characters. It's like, not just like a passing person, but like a more fleshed out character. And I think I should work through that list and perhaps do something on socials or on in our bonus, as I get through the books. And yeah, I may completely eat my words, after reading some of those and be like, I'll come back this time next year, but I was fucking wrong Dickens is arsehole!</w:t>
      </w:r>
    </w:p>
    <w:p>
      <w:pPr>
        <w:spacing w:after="0"/>
      </w:pPr>
    </w:p>
    <w:p>
      <w:pPr>
        <w:spacing w:after="0"/>
      </w:pPr>
      <w:r>
        <w:rPr>
          <w:rFonts w:ascii="Arial" w:hAnsi="Arial"/>
          <w:b/>
          <w:sz w:val="22"/>
        </w:rPr>
        <w:t xml:space="preserve">Lucy  </w:t>
      </w:r>
      <w:r>
        <w:rPr>
          <w:rFonts w:ascii="Arial" w:hAnsi="Arial"/>
          <w:color w:val="5D7284"/>
          <w:sz w:val="22"/>
        </w:rPr>
        <w:t>1:06:58</w:t>
      </w:r>
    </w:p>
    <w:p>
      <w:pPr>
        <w:spacing w:after="0"/>
      </w:pPr>
      <w:r>
        <w:rPr>
          <w:rFonts w:ascii="Arial" w:hAnsi="Arial"/>
          <w:sz w:val="22"/>
        </w:rPr>
        <w:t>(Laughs) Was there any evidence Alice sort of suggest anywhere that you've seen that, what Dickens wrote about actually made a difference to societally? Or whether it was just like, oh, that's a nice story, put it on the bookshelf.</w:t>
      </w:r>
    </w:p>
    <w:p>
      <w:pPr>
        <w:spacing w:after="0"/>
      </w:pPr>
    </w:p>
    <w:p>
      <w:pPr>
        <w:spacing w:after="0"/>
      </w:pPr>
      <w:r>
        <w:rPr>
          <w:rFonts w:ascii="Arial" w:hAnsi="Arial"/>
          <w:b/>
          <w:sz w:val="22"/>
        </w:rPr>
        <w:t xml:space="preserve">Alice  </w:t>
      </w:r>
      <w:r>
        <w:rPr>
          <w:rFonts w:ascii="Arial" w:hAnsi="Arial"/>
          <w:color w:val="5D7284"/>
          <w:sz w:val="22"/>
        </w:rPr>
        <w:t>1:07:14</w:t>
      </w:r>
    </w:p>
    <w:p>
      <w:pPr>
        <w:spacing w:after="0"/>
      </w:pPr>
      <w:r>
        <w:rPr>
          <w:rFonts w:ascii="Arial" w:hAnsi="Arial"/>
          <w:sz w:val="22"/>
        </w:rPr>
        <w:t xml:space="preserve">Um, I mean, my only evidence that I would pull out would be looking outside and going outside and be like, yeah, no, it's the same. They might not have put us in workhouses anymore. But definitely </w:t>
      </w:r>
    </w:p>
    <w:p>
      <w:pPr>
        <w:spacing w:after="0"/>
      </w:pPr>
    </w:p>
    <w:p>
      <w:pPr>
        <w:spacing w:after="0"/>
      </w:pPr>
      <w:r>
        <w:rPr>
          <w:rFonts w:ascii="Arial" w:hAnsi="Arial"/>
          <w:b/>
          <w:sz w:val="22"/>
        </w:rPr>
        <w:t xml:space="preserve">Lucy  </w:t>
      </w:r>
      <w:r>
        <w:rPr>
          <w:rFonts w:ascii="Arial" w:hAnsi="Arial"/>
          <w:color w:val="5D7284"/>
          <w:sz w:val="22"/>
        </w:rPr>
        <w:t>1:07:27</w:t>
      </w:r>
    </w:p>
    <w:p>
      <w:pPr>
        <w:spacing w:after="0"/>
      </w:pPr>
      <w:r>
        <w:rPr>
          <w:rFonts w:ascii="Arial" w:hAnsi="Arial"/>
          <w:sz w:val="22"/>
        </w:rPr>
        <w:t>They would like to, I think....</w:t>
      </w:r>
    </w:p>
    <w:p>
      <w:pPr>
        <w:spacing w:after="0"/>
      </w:pPr>
    </w:p>
    <w:p>
      <w:pPr>
        <w:spacing w:after="0"/>
      </w:pPr>
      <w:r>
        <w:rPr>
          <w:rFonts w:ascii="Arial" w:hAnsi="Arial"/>
          <w:b/>
          <w:sz w:val="22"/>
        </w:rPr>
        <w:t xml:space="preserve">Alice  </w:t>
      </w:r>
      <w:r>
        <w:rPr>
          <w:rFonts w:ascii="Arial" w:hAnsi="Arial"/>
          <w:color w:val="5D7284"/>
          <w:sz w:val="22"/>
        </w:rPr>
        <w:t>1:07:30</w:t>
      </w:r>
    </w:p>
    <w:p>
      <w:pPr>
        <w:spacing w:after="0"/>
      </w:pPr>
      <w:r>
        <w:rPr>
          <w:rFonts w:ascii="Arial" w:hAnsi="Arial"/>
          <w:sz w:val="22"/>
        </w:rPr>
        <w:t>I saw a tiktok, was it a tiktok? No a Instagram video a couple of weeks ago, somebody talking about the fact that there is an 18% pay gap between non disabled and disabled people. And the comments on it, were basically Well, of course, there's a, you know, disabled people get paid less than non disabled people, they do easier jobs.</w:t>
      </w:r>
    </w:p>
    <w:p>
      <w:pPr>
        <w:spacing w:after="0"/>
      </w:pPr>
    </w:p>
    <w:p>
      <w:pPr>
        <w:spacing w:after="0"/>
      </w:pPr>
      <w:r>
        <w:rPr>
          <w:rFonts w:ascii="Arial" w:hAnsi="Arial"/>
          <w:b/>
          <w:sz w:val="22"/>
        </w:rPr>
        <w:t xml:space="preserve">Lucy  </w:t>
      </w:r>
      <w:r>
        <w:rPr>
          <w:rFonts w:ascii="Arial" w:hAnsi="Arial"/>
          <w:color w:val="5D7284"/>
          <w:sz w:val="22"/>
        </w:rPr>
        <w:t>1:07:55</w:t>
      </w:r>
    </w:p>
    <w:p>
      <w:pPr>
        <w:spacing w:after="0"/>
      </w:pPr>
      <w:r>
        <w:rPr>
          <w:rFonts w:ascii="Arial" w:hAnsi="Arial"/>
          <w:sz w:val="22"/>
        </w:rPr>
        <w:t>Okay. No, (Alice) That's not what. No.</w:t>
      </w:r>
    </w:p>
    <w:p>
      <w:pPr>
        <w:spacing w:after="0"/>
      </w:pPr>
    </w:p>
    <w:p>
      <w:pPr>
        <w:spacing w:after="0"/>
      </w:pPr>
      <w:r>
        <w:rPr>
          <w:rFonts w:ascii="Arial" w:hAnsi="Arial"/>
          <w:b/>
          <w:sz w:val="22"/>
        </w:rPr>
        <w:t xml:space="preserve">Alice  </w:t>
      </w:r>
      <w:r>
        <w:rPr>
          <w:rFonts w:ascii="Arial" w:hAnsi="Arial"/>
          <w:color w:val="5D7284"/>
          <w:sz w:val="22"/>
        </w:rPr>
        <w:t>1:08:01</w:t>
      </w:r>
    </w:p>
    <w:p>
      <w:pPr>
        <w:spacing w:after="0"/>
      </w:pPr>
      <w:r>
        <w:rPr>
          <w:rFonts w:ascii="Arial" w:hAnsi="Arial"/>
          <w:sz w:val="22"/>
        </w:rPr>
        <w:t>That's not this , That's what this  statistic is a reflection of. (Lucy) No. Like....</w:t>
      </w:r>
    </w:p>
    <w:p>
      <w:pPr>
        <w:spacing w:after="0"/>
      </w:pPr>
    </w:p>
    <w:p>
      <w:pPr>
        <w:spacing w:after="0"/>
      </w:pPr>
      <w:r>
        <w:rPr>
          <w:rFonts w:ascii="Arial" w:hAnsi="Arial"/>
          <w:b/>
          <w:sz w:val="22"/>
        </w:rPr>
        <w:t xml:space="preserve">Lucy  </w:t>
      </w:r>
      <w:r>
        <w:rPr>
          <w:rFonts w:ascii="Arial" w:hAnsi="Arial"/>
          <w:color w:val="5D7284"/>
          <w:sz w:val="22"/>
        </w:rPr>
        <w:t>1:08:07</w:t>
      </w:r>
    </w:p>
    <w:p>
      <w:pPr>
        <w:spacing w:after="0"/>
      </w:pPr>
      <w:r>
        <w:rPr>
          <w:rFonts w:ascii="Arial" w:hAnsi="Arial"/>
          <w:sz w:val="22"/>
        </w:rPr>
        <w:t>That's just ignorance, for ignorance sake, isn't it?</w:t>
      </w:r>
    </w:p>
    <w:p>
      <w:pPr>
        <w:spacing w:after="0"/>
      </w:pPr>
    </w:p>
    <w:p>
      <w:pPr>
        <w:spacing w:after="0"/>
      </w:pPr>
      <w:r>
        <w:rPr>
          <w:rFonts w:ascii="Arial" w:hAnsi="Arial"/>
          <w:b/>
          <w:sz w:val="22"/>
        </w:rPr>
        <w:t xml:space="preserve">Alice  </w:t>
      </w:r>
      <w:r>
        <w:rPr>
          <w:rFonts w:ascii="Arial" w:hAnsi="Arial"/>
          <w:color w:val="5D7284"/>
          <w:sz w:val="22"/>
        </w:rPr>
        <w:t>1:08:10</w:t>
      </w:r>
    </w:p>
    <w:p>
      <w:pPr>
        <w:spacing w:after="0"/>
      </w:pPr>
      <w:r>
        <w:rPr>
          <w:rFonts w:ascii="Arial" w:hAnsi="Arial"/>
          <w:sz w:val="22"/>
        </w:rPr>
        <w:t>But that's just the way lots of people in society still see disabled people is that we're lazy. And that's why we don't work or why we do easy jobs. You know, that's why disabled people are more likely to live in poverty.</w:t>
      </w:r>
    </w:p>
    <w:p>
      <w:pPr>
        <w:spacing w:after="0"/>
      </w:pPr>
    </w:p>
    <w:p>
      <w:pPr>
        <w:spacing w:after="0"/>
      </w:pPr>
      <w:r>
        <w:rPr>
          <w:rFonts w:ascii="Arial" w:hAnsi="Arial"/>
          <w:b/>
          <w:sz w:val="22"/>
        </w:rPr>
        <w:t xml:space="preserve">Lucy  </w:t>
      </w:r>
      <w:r>
        <w:rPr>
          <w:rFonts w:ascii="Arial" w:hAnsi="Arial"/>
          <w:color w:val="5D7284"/>
          <w:sz w:val="22"/>
        </w:rPr>
        <w:t>1:08:25</w:t>
      </w:r>
    </w:p>
    <w:p>
      <w:pPr>
        <w:spacing w:after="0"/>
      </w:pPr>
      <w:r>
        <w:rPr>
          <w:rFonts w:ascii="Arial" w:hAnsi="Arial"/>
          <w:sz w:val="22"/>
        </w:rPr>
        <w:t>Yeah. And it's, that's not the case. Is it really, both me and you know, other people that have disability too. We will work hard. We've got alright it's part time, but we work hard in everything we do. Again, I think that is interlinked with disabled people having to prove themselves and you know, working harder than non disabled counterparts. (Alice) Yeah.</w:t>
      </w:r>
    </w:p>
    <w:p>
      <w:pPr>
        <w:spacing w:after="0"/>
      </w:pPr>
    </w:p>
    <w:p>
      <w:pPr>
        <w:spacing w:after="0"/>
      </w:pPr>
      <w:r>
        <w:rPr>
          <w:rFonts w:ascii="Arial" w:hAnsi="Arial"/>
          <w:b/>
          <w:sz w:val="22"/>
        </w:rPr>
        <w:t xml:space="preserve">Alice  </w:t>
      </w:r>
      <w:r>
        <w:rPr>
          <w:rFonts w:ascii="Arial" w:hAnsi="Arial"/>
          <w:color w:val="5D7284"/>
          <w:sz w:val="22"/>
        </w:rPr>
        <w:t>1:08:55</w:t>
      </w:r>
    </w:p>
    <w:p>
      <w:pPr>
        <w:spacing w:after="0"/>
      </w:pPr>
      <w:r>
        <w:rPr>
          <w:rFonts w:ascii="Arial" w:hAnsi="Arial"/>
          <w:sz w:val="22"/>
        </w:rPr>
        <w:t>And the reflection that there are less disabled people in work than non disabled people is because of the inaccessibility of employment. It's not because we don't want to work. It's not because we're like, oh, I'll just claim benefits (Lucy) Yeah. Because even getting benefits is a difficult process. And like, even before the cost of living crisis, like benefits were not huge amounts of money, you know you but this is not a very positive and festive conversation.</w:t>
      </w:r>
    </w:p>
    <w:p>
      <w:pPr>
        <w:spacing w:after="0"/>
      </w:pPr>
    </w:p>
    <w:p>
      <w:pPr>
        <w:spacing w:after="0"/>
      </w:pPr>
      <w:r>
        <w:rPr>
          <w:rFonts w:ascii="Arial" w:hAnsi="Arial"/>
          <w:b/>
          <w:sz w:val="22"/>
        </w:rPr>
        <w:t xml:space="preserve">Lucy  </w:t>
      </w:r>
      <w:r>
        <w:rPr>
          <w:rFonts w:ascii="Arial" w:hAnsi="Arial"/>
          <w:color w:val="5D7284"/>
          <w:sz w:val="22"/>
        </w:rPr>
        <w:t>1:09:30</w:t>
      </w:r>
    </w:p>
    <w:p>
      <w:pPr>
        <w:spacing w:after="0"/>
      </w:pPr>
      <w:r>
        <w:rPr>
          <w:rFonts w:ascii="Arial" w:hAnsi="Arial"/>
          <w:sz w:val="22"/>
        </w:rPr>
        <w:t>Sorry it's taken a turn.. (Alice) I should have brought my bells. (laughs) You should be shoving panettone down your face. It's taken a bit of a turn. Should we lighten the mood a little bit?</w:t>
      </w:r>
    </w:p>
    <w:p>
      <w:pPr>
        <w:spacing w:after="0"/>
      </w:pPr>
    </w:p>
    <w:p>
      <w:pPr>
        <w:spacing w:after="0"/>
      </w:pPr>
      <w:r>
        <w:rPr>
          <w:rFonts w:ascii="Arial" w:hAnsi="Arial"/>
          <w:b/>
          <w:sz w:val="22"/>
        </w:rPr>
        <w:t xml:space="preserve">Alice  </w:t>
      </w:r>
      <w:r>
        <w:rPr>
          <w:rFonts w:ascii="Arial" w:hAnsi="Arial"/>
          <w:color w:val="5D7284"/>
          <w:sz w:val="22"/>
        </w:rPr>
        <w:t>1:09:41</w:t>
      </w:r>
    </w:p>
    <w:p>
      <w:pPr>
        <w:spacing w:after="0"/>
      </w:pPr>
      <w:r>
        <w:rPr>
          <w:rFonts w:ascii="Arial" w:hAnsi="Arial"/>
          <w:sz w:val="22"/>
        </w:rPr>
        <w:t>Yeah, do you want to sing one of the songs out The Muppets?</w:t>
      </w:r>
    </w:p>
    <w:p>
      <w:pPr>
        <w:spacing w:after="0"/>
      </w:pPr>
    </w:p>
    <w:p>
      <w:pPr>
        <w:spacing w:after="0"/>
      </w:pPr>
      <w:r>
        <w:rPr>
          <w:rFonts w:ascii="Arial" w:hAnsi="Arial"/>
          <w:b/>
          <w:sz w:val="22"/>
        </w:rPr>
        <w:t xml:space="preserve">Lucy  </w:t>
      </w:r>
      <w:r>
        <w:rPr>
          <w:rFonts w:ascii="Arial" w:hAnsi="Arial"/>
          <w:color w:val="5D7284"/>
          <w:sz w:val="22"/>
        </w:rPr>
        <w:t>1:09:43</w:t>
      </w:r>
    </w:p>
    <w:p>
      <w:pPr>
        <w:spacing w:after="0"/>
      </w:pPr>
      <w:r>
        <w:rPr>
          <w:rFonts w:ascii="Arial" w:hAnsi="Arial"/>
          <w:sz w:val="22"/>
        </w:rPr>
        <w:t>No, I don't want to sing, I knew were going to say that. (Alice laughs) I was trying to sing a long but like I only know the bit like one line of each song because I spend too much time...it makes me cry. So no, is the answer to that question. (laughs) I what I what I will do in the show notes is I will link where you can download the soundtrack. Because it is available you can. Mum downloaded it</w:t>
      </w:r>
    </w:p>
    <w:p>
      <w:pPr>
        <w:spacing w:after="0"/>
      </w:pPr>
    </w:p>
    <w:p>
      <w:pPr>
        <w:spacing w:after="0"/>
      </w:pPr>
      <w:r>
        <w:rPr>
          <w:rFonts w:ascii="Arial" w:hAnsi="Arial"/>
          <w:b/>
          <w:sz w:val="22"/>
        </w:rPr>
        <w:t xml:space="preserve">Alice  </w:t>
      </w:r>
      <w:r>
        <w:rPr>
          <w:rFonts w:ascii="Arial" w:hAnsi="Arial"/>
          <w:color w:val="5D7284"/>
          <w:sz w:val="22"/>
        </w:rPr>
        <w:t>1:10:09</w:t>
      </w:r>
    </w:p>
    <w:p>
      <w:pPr>
        <w:spacing w:after="0"/>
      </w:pPr>
      <w:r>
        <w:rPr>
          <w:rFonts w:ascii="Arial" w:hAnsi="Arial"/>
          <w:sz w:val="22"/>
        </w:rPr>
        <w:t>She knows that. You know, she knows that she's done that and that's what Lucy has got on repeat between now til christmas day.</w:t>
      </w:r>
    </w:p>
    <w:p>
      <w:pPr>
        <w:spacing w:after="0"/>
      </w:pPr>
    </w:p>
    <w:p>
      <w:pPr>
        <w:spacing w:after="0"/>
      </w:pPr>
      <w:r>
        <w:rPr>
          <w:rFonts w:ascii="Arial" w:hAnsi="Arial"/>
          <w:b/>
          <w:sz w:val="22"/>
        </w:rPr>
        <w:t xml:space="preserve">Lucy  </w:t>
      </w:r>
      <w:r>
        <w:rPr>
          <w:rFonts w:ascii="Arial" w:hAnsi="Arial"/>
          <w:color w:val="5D7284"/>
          <w:sz w:val="22"/>
        </w:rPr>
        <w:t>1:10:14</w:t>
      </w:r>
    </w:p>
    <w:p>
      <w:pPr>
        <w:spacing w:after="0"/>
      </w:pPr>
      <w:r>
        <w:rPr>
          <w:rFonts w:ascii="Arial" w:hAnsi="Arial"/>
          <w:sz w:val="22"/>
        </w:rPr>
        <w:t>(laughs) Yeah, exactly.</w:t>
      </w:r>
    </w:p>
    <w:p>
      <w:pPr>
        <w:spacing w:after="0"/>
      </w:pPr>
    </w:p>
    <w:p>
      <w:pPr>
        <w:spacing w:after="0"/>
      </w:pPr>
      <w:r>
        <w:rPr>
          <w:rFonts w:ascii="Arial" w:hAnsi="Arial"/>
          <w:b/>
          <w:sz w:val="22"/>
        </w:rPr>
        <w:t xml:space="preserve">Alice  </w:t>
      </w:r>
      <w:r>
        <w:rPr>
          <w:rFonts w:ascii="Arial" w:hAnsi="Arial"/>
          <w:color w:val="5D7284"/>
          <w:sz w:val="22"/>
        </w:rPr>
        <w:t>1:10:18</w:t>
      </w:r>
    </w:p>
    <w:p>
      <w:pPr>
        <w:spacing w:after="0"/>
      </w:pPr>
      <w:r>
        <w:rPr>
          <w:rFonts w:ascii="Arial" w:hAnsi="Arial"/>
          <w:sz w:val="22"/>
        </w:rPr>
        <w:t>Well, I think on that we should wish our listeners a Merry Christmas</w:t>
      </w:r>
    </w:p>
    <w:p>
      <w:pPr>
        <w:spacing w:after="0"/>
      </w:pPr>
    </w:p>
    <w:p>
      <w:pPr>
        <w:spacing w:after="0"/>
      </w:pPr>
      <w:r>
        <w:rPr>
          <w:rFonts w:ascii="Arial" w:hAnsi="Arial"/>
          <w:b/>
          <w:sz w:val="22"/>
        </w:rPr>
        <w:t xml:space="preserve">Lucy  </w:t>
      </w:r>
      <w:r>
        <w:rPr>
          <w:rFonts w:ascii="Arial" w:hAnsi="Arial"/>
          <w:color w:val="5D7284"/>
          <w:sz w:val="22"/>
        </w:rPr>
        <w:t>1:10:24</w:t>
      </w:r>
    </w:p>
    <w:p>
      <w:pPr>
        <w:spacing w:after="0"/>
      </w:pPr>
      <w:r>
        <w:rPr>
          <w:rFonts w:ascii="Arial" w:hAnsi="Arial"/>
          <w:sz w:val="22"/>
        </w:rPr>
        <w:t>We should shouldn't we, I think.</w:t>
      </w:r>
    </w:p>
    <w:p>
      <w:pPr>
        <w:spacing w:after="0"/>
      </w:pPr>
    </w:p>
    <w:p>
      <w:pPr>
        <w:spacing w:after="0"/>
      </w:pPr>
      <w:r>
        <w:rPr>
          <w:rFonts w:ascii="Arial" w:hAnsi="Arial"/>
          <w:b/>
          <w:sz w:val="22"/>
        </w:rPr>
        <w:t xml:space="preserve">Alice  </w:t>
      </w:r>
      <w:r>
        <w:rPr>
          <w:rFonts w:ascii="Arial" w:hAnsi="Arial"/>
          <w:color w:val="5D7284"/>
          <w:sz w:val="22"/>
        </w:rPr>
        <w:t>1:10:26</w:t>
      </w:r>
    </w:p>
    <w:p>
      <w:pPr>
        <w:spacing w:after="0"/>
      </w:pPr>
      <w:r>
        <w:rPr>
          <w:rFonts w:ascii="Arial" w:hAnsi="Arial"/>
          <w:sz w:val="22"/>
        </w:rPr>
        <w:t>oh it's weird I think that's made me feel all sort of (Lucy) tingly? Festive yeah.</w:t>
      </w:r>
    </w:p>
    <w:p>
      <w:pPr>
        <w:spacing w:after="0"/>
      </w:pPr>
    </w:p>
    <w:p>
      <w:pPr>
        <w:spacing w:after="0"/>
      </w:pPr>
      <w:r>
        <w:rPr>
          <w:rFonts w:ascii="Arial" w:hAnsi="Arial"/>
          <w:b/>
          <w:sz w:val="22"/>
        </w:rPr>
        <w:t xml:space="preserve">Lucy  </w:t>
      </w:r>
      <w:r>
        <w:rPr>
          <w:rFonts w:ascii="Arial" w:hAnsi="Arial"/>
          <w:color w:val="5D7284"/>
          <w:sz w:val="22"/>
        </w:rPr>
        <w:t>1:10:33</w:t>
      </w:r>
    </w:p>
    <w:p>
      <w:pPr>
        <w:spacing w:after="0"/>
      </w:pPr>
      <w:r>
        <w:rPr>
          <w:rFonts w:ascii="Arial" w:hAnsi="Arial"/>
          <w:sz w:val="22"/>
        </w:rPr>
        <w:t>Like you've swallowed a bit of a holly. Oh, I can not quite believe this is our second Christmas episode. That to me feels bizarre like I knew we would get here but I'd like now we're here with that oh our second christmas.</w:t>
      </w:r>
    </w:p>
    <w:p>
      <w:pPr>
        <w:spacing w:after="0"/>
      </w:pPr>
    </w:p>
    <w:p>
      <w:pPr>
        <w:spacing w:after="0"/>
      </w:pPr>
      <w:r>
        <w:rPr>
          <w:rFonts w:ascii="Arial" w:hAnsi="Arial"/>
          <w:b/>
          <w:sz w:val="22"/>
        </w:rPr>
        <w:t xml:space="preserve">Alice  </w:t>
      </w:r>
      <w:r>
        <w:rPr>
          <w:rFonts w:ascii="Arial" w:hAnsi="Arial"/>
          <w:color w:val="5D7284"/>
          <w:sz w:val="22"/>
        </w:rPr>
        <w:t>1:10:52</w:t>
      </w:r>
    </w:p>
    <w:p>
      <w:pPr>
        <w:spacing w:after="0"/>
      </w:pPr>
      <w:r>
        <w:rPr>
          <w:rFonts w:ascii="Arial" w:hAnsi="Arial"/>
          <w:sz w:val="22"/>
        </w:rPr>
        <w:t>Yeah. Yeah, no, It is a bit incredible. Yeah, but we're here and that it's nearly 2023 And we're about to turn two.</w:t>
      </w:r>
    </w:p>
    <w:p>
      <w:pPr>
        <w:spacing w:after="0"/>
      </w:pPr>
    </w:p>
    <w:p>
      <w:pPr>
        <w:spacing w:after="0"/>
      </w:pPr>
      <w:r>
        <w:rPr>
          <w:rFonts w:ascii="Arial" w:hAnsi="Arial"/>
          <w:b/>
          <w:sz w:val="22"/>
        </w:rPr>
        <w:t xml:space="preserve">Lucy  </w:t>
      </w:r>
      <w:r>
        <w:rPr>
          <w:rFonts w:ascii="Arial" w:hAnsi="Arial"/>
          <w:color w:val="5D7284"/>
          <w:sz w:val="22"/>
        </w:rPr>
        <w:t>1:11:03</w:t>
      </w:r>
    </w:p>
    <w:p>
      <w:pPr>
        <w:spacing w:after="0"/>
      </w:pPr>
      <w:r>
        <w:rPr>
          <w:rFonts w:ascii="Arial" w:hAnsi="Arial"/>
          <w:sz w:val="22"/>
        </w:rPr>
        <w:t>It's crazy. So, as part of your Merry Christmas message, I just like to say to everybody listening. Thank you so much for listening. We are often flabbergasted at how well episodes do. I'm still flabbergasted that people choose to listen. Thank you. Because I have such a great time making this show with Alice. On the days where I feel a bit fed up and sad. Mum often says to me, go and do something with Alice. So because it always cheers me up. So Alice, I want to say thank you for putting up with my crying at moments where you think "what she crying for now?"  And thank you for still doing this with me. It's one of the greatest things I've ever done. I say all the time, but it's true.</w:t>
      </w:r>
    </w:p>
    <w:p>
      <w:pPr>
        <w:spacing w:after="0"/>
      </w:pPr>
    </w:p>
    <w:p>
      <w:pPr>
        <w:spacing w:after="0"/>
      </w:pPr>
      <w:r>
        <w:rPr>
          <w:rFonts w:ascii="Arial" w:hAnsi="Arial"/>
          <w:b/>
          <w:sz w:val="22"/>
        </w:rPr>
        <w:t xml:space="preserve">Alice  </w:t>
      </w:r>
      <w:r>
        <w:rPr>
          <w:rFonts w:ascii="Arial" w:hAnsi="Arial"/>
          <w:color w:val="5D7284"/>
          <w:sz w:val="22"/>
        </w:rPr>
        <w:t>1:12:00</w:t>
      </w:r>
    </w:p>
    <w:p>
      <w:pPr>
        <w:spacing w:after="0"/>
      </w:pPr>
      <w:r>
        <w:rPr>
          <w:rFonts w:ascii="Arial" w:hAnsi="Arial"/>
          <w:sz w:val="22"/>
        </w:rPr>
        <w:t>No, I agree. Lucy this is, it's so fun. And it's so much hard work. (Lucy laughs) But it's also like it is, is that it's the best thing I've ever done. And we couldn't do it without our listeners. Otherwise, we'd just be talking into the void. (Lucy laughs) We couldn't do it without our wonderful team, our transcriptionist, our editor, the you know, wonderful people who have supported us with all social media stuff.</w:t>
      </w:r>
    </w:p>
    <w:p>
      <w:pPr>
        <w:spacing w:after="0"/>
      </w:pPr>
    </w:p>
    <w:p>
      <w:pPr>
        <w:spacing w:after="0"/>
      </w:pPr>
      <w:r>
        <w:rPr>
          <w:rFonts w:ascii="Arial" w:hAnsi="Arial"/>
          <w:b/>
          <w:sz w:val="22"/>
        </w:rPr>
        <w:t xml:space="preserve">Lucy  </w:t>
      </w:r>
      <w:r>
        <w:rPr>
          <w:rFonts w:ascii="Arial" w:hAnsi="Arial"/>
          <w:color w:val="5D7284"/>
          <w:sz w:val="22"/>
        </w:rPr>
        <w:t>1:12:35</w:t>
      </w:r>
    </w:p>
    <w:p>
      <w:pPr>
        <w:spacing w:after="0"/>
      </w:pPr>
      <w:r>
        <w:rPr>
          <w:rFonts w:ascii="Arial" w:hAnsi="Arial"/>
          <w:sz w:val="22"/>
        </w:rPr>
        <w:t>Yes. (Alice) And. And Daisy,(Alice) I couldn't.</w:t>
      </w:r>
    </w:p>
    <w:p>
      <w:pPr>
        <w:spacing w:after="0"/>
      </w:pPr>
    </w:p>
    <w:p>
      <w:pPr>
        <w:spacing w:after="0"/>
      </w:pPr>
      <w:r>
        <w:rPr>
          <w:rFonts w:ascii="Arial" w:hAnsi="Arial"/>
          <w:b/>
          <w:sz w:val="22"/>
        </w:rPr>
        <w:t xml:space="preserve">Alice  </w:t>
      </w:r>
      <w:r>
        <w:rPr>
          <w:rFonts w:ascii="Arial" w:hAnsi="Arial"/>
          <w:color w:val="5D7284"/>
          <w:sz w:val="22"/>
        </w:rPr>
        <w:t>1:12:39</w:t>
      </w:r>
    </w:p>
    <w:p>
      <w:pPr>
        <w:spacing w:after="0"/>
      </w:pPr>
      <w:r>
        <w:rPr>
          <w:rFonts w:ascii="Arial" w:hAnsi="Arial"/>
          <w:sz w:val="22"/>
        </w:rPr>
        <w:t>Yeah, and Daisy and I couldn't do it without you Lucy. Like it would just be me sitting on my own in a room talking to my dogs. So you don't want to hear that.</w:t>
      </w:r>
    </w:p>
    <w:p>
      <w:pPr>
        <w:spacing w:after="0"/>
      </w:pPr>
    </w:p>
    <w:p>
      <w:pPr>
        <w:spacing w:after="0"/>
      </w:pPr>
      <w:r>
        <w:rPr>
          <w:rFonts w:ascii="Arial" w:hAnsi="Arial"/>
          <w:b/>
          <w:sz w:val="22"/>
        </w:rPr>
        <w:t xml:space="preserve">Lucy  </w:t>
      </w:r>
      <w:r>
        <w:rPr>
          <w:rFonts w:ascii="Arial" w:hAnsi="Arial"/>
          <w:color w:val="5D7284"/>
          <w:sz w:val="22"/>
        </w:rPr>
        <w:t>1:12:51</w:t>
      </w:r>
    </w:p>
    <w:p>
      <w:pPr>
        <w:spacing w:after="0"/>
      </w:pPr>
      <w:r>
        <w:rPr>
          <w:rFonts w:ascii="Arial" w:hAnsi="Arial"/>
          <w:sz w:val="22"/>
        </w:rPr>
        <w:t>Sometimes you get better conversation out the dog to be honest,(Alice laughs) but you know.</w:t>
      </w:r>
    </w:p>
    <w:p>
      <w:pPr>
        <w:spacing w:after="0"/>
      </w:pPr>
    </w:p>
    <w:p>
      <w:pPr>
        <w:spacing w:after="0"/>
      </w:pPr>
      <w:r>
        <w:rPr>
          <w:rFonts w:ascii="Arial" w:hAnsi="Arial"/>
          <w:b/>
          <w:sz w:val="22"/>
        </w:rPr>
        <w:t xml:space="preserve">Alice  </w:t>
      </w:r>
      <w:r>
        <w:rPr>
          <w:rFonts w:ascii="Arial" w:hAnsi="Arial"/>
          <w:color w:val="5D7284"/>
          <w:sz w:val="22"/>
        </w:rPr>
        <w:t>1:12:56</w:t>
      </w:r>
    </w:p>
    <w:p>
      <w:pPr>
        <w:spacing w:after="0"/>
      </w:pPr>
      <w:r>
        <w:rPr>
          <w:rFonts w:ascii="Arial" w:hAnsi="Arial"/>
          <w:sz w:val="22"/>
        </w:rPr>
        <w:t>No, you don't know my dogs very well.</w:t>
      </w:r>
    </w:p>
    <w:p>
      <w:pPr>
        <w:spacing w:after="0"/>
      </w:pPr>
    </w:p>
    <w:p>
      <w:pPr>
        <w:spacing w:after="0"/>
      </w:pPr>
      <w:r>
        <w:rPr>
          <w:rFonts w:ascii="Arial" w:hAnsi="Arial"/>
          <w:b/>
          <w:sz w:val="22"/>
        </w:rPr>
        <w:t xml:space="preserve">Lucy  </w:t>
      </w:r>
      <w:r>
        <w:rPr>
          <w:rFonts w:ascii="Arial" w:hAnsi="Arial"/>
          <w:color w:val="5D7284"/>
          <w:sz w:val="22"/>
        </w:rPr>
        <w:t>1:12:59</w:t>
      </w:r>
    </w:p>
    <w:p>
      <w:pPr>
        <w:spacing w:after="0"/>
      </w:pPr>
      <w:r>
        <w:rPr>
          <w:rFonts w:ascii="Arial" w:hAnsi="Arial"/>
          <w:sz w:val="22"/>
        </w:rPr>
        <w:t>I am. I'm so glad that I think two years and I can safely say we're here to stay now hopefully.</w:t>
      </w:r>
    </w:p>
    <w:p>
      <w:pPr>
        <w:spacing w:after="0"/>
      </w:pPr>
    </w:p>
    <w:p>
      <w:pPr>
        <w:spacing w:after="0"/>
      </w:pPr>
      <w:r>
        <w:rPr>
          <w:rFonts w:ascii="Arial" w:hAnsi="Arial"/>
          <w:b/>
          <w:sz w:val="22"/>
        </w:rPr>
        <w:t xml:space="preserve">Alice  </w:t>
      </w:r>
      <w:r>
        <w:rPr>
          <w:rFonts w:ascii="Arial" w:hAnsi="Arial"/>
          <w:color w:val="5D7284"/>
          <w:sz w:val="22"/>
        </w:rPr>
        <w:t>1:13:07</w:t>
      </w:r>
    </w:p>
    <w:p>
      <w:pPr>
        <w:spacing w:after="0"/>
      </w:pPr>
      <w:r>
        <w:rPr>
          <w:rFonts w:ascii="Arial" w:hAnsi="Arial"/>
          <w:sz w:val="22"/>
        </w:rPr>
        <w:t>Awkward! Our next episode is going to be our Richard the third episode that I'm really excited about. (Lucy) I'm so excited. First, on location recording, we recorded in front of one of our wonderful listeners, Molly. And yeah, hopefully more of those in the future. If you guys enjoyed this episode, if you enjoy the Richard the third episode, please tell your friends leave us a review on Apple podcasts or Spotify or wherever you listen to podcasts because it really helps other people find us and the more people who find us the less I will bother you about leaving reviews and (laughs) telling people about us. And yeah, here's to another year. Merry Christmas, everyone. (Lucy) Merry Christmas. Thanks for listening to the lABLEd Podcast. If you liked the show, you can rate, review and subscribe and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1:14:15</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