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History Lesson 8 Richard III (Recorded live @ Richard...</w:t>
      </w:r>
    </w:p>
    <w:p>
      <w:r>
        <w:rPr>
          <w:rFonts w:ascii="Arial" w:hAnsi="Arial"/>
          <w:color w:val="4F6880"/>
          <w:sz w:val="22"/>
        </w:rPr>
        <w:t>Sat, Dec 17, 2022 9:12AM • 1:21:31</w:t>
      </w:r>
    </w:p>
    <w:p>
      <w:pPr>
        <w:spacing w:before="440" w:after="0"/>
      </w:pPr>
      <w:r>
        <w:rPr>
          <w:rFonts w:ascii="Arial" w:hAnsi="Arial"/>
          <w:b/>
          <w:color w:val="4F6880"/>
          <w:sz w:val="22"/>
        </w:rPr>
        <w:t>SUMMARY KEYWORDS</w:t>
      </w:r>
    </w:p>
    <w:p>
      <w:r>
        <w:rPr>
          <w:rFonts w:ascii="Arial" w:hAnsi="Arial"/>
          <w:color w:val="4F6880"/>
          <w:sz w:val="22"/>
        </w:rPr>
        <w:t>lucy, laughs, alice, daisy, richard, people, bit, thomas moore, tudors, king, princess anne, car park, watched, henry, called, nice, talking, died, written, joe</w:t>
      </w:r>
    </w:p>
    <w:p>
      <w:pPr>
        <w:spacing w:before="440" w:after="0"/>
      </w:pPr>
      <w:r>
        <w:rPr>
          <w:rFonts w:ascii="Arial" w:hAnsi="Arial"/>
          <w:b/>
          <w:color w:val="4F6880"/>
          <w:sz w:val="22"/>
        </w:rPr>
        <w:t>SPEAKERS</w:t>
      </w:r>
    </w:p>
    <w:p>
      <w:r>
        <w:rPr>
          <w:rFonts w:ascii="Arial" w:hAnsi="Arial"/>
          <w:color w:val="4F6880"/>
          <w:sz w:val="22"/>
        </w:rPr>
        <w:t>Theme Tune, Daisy, Molly,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(Daisy) and history!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 xml:space="preserve">I'm Alice. (Daisy) I'm Daisy. </w:t>
      </w:r>
    </w:p>
    <w:p>
      <w:pPr>
        <w:spacing w:after="0"/>
      </w:pPr>
    </w:p>
    <w:p>
      <w:pPr>
        <w:spacing w:after="0"/>
      </w:pPr>
      <w:r>
        <w:rPr>
          <w:rFonts w:ascii="Arial" w:hAnsi="Arial"/>
          <w:b/>
          <w:sz w:val="22"/>
        </w:rPr>
        <w:t xml:space="preserve">Theme Tune  </w:t>
      </w:r>
      <w:r>
        <w:rPr>
          <w:rFonts w:ascii="Arial" w:hAnsi="Arial"/>
          <w:color w:val="5D7284"/>
          <w:sz w:val="22"/>
        </w:rPr>
        <w:t>00:09</w:t>
      </w:r>
    </w:p>
    <w:p>
      <w:pPr>
        <w:spacing w:after="0"/>
      </w:pPr>
      <w:r>
        <w:rPr>
          <w:rFonts w:ascii="Arial" w:hAnsi="Arial"/>
          <w:sz w:val="22"/>
        </w:rPr>
        <w:t xml:space="preserve">Although I may not fit in socially, I'm so much more than you see. We all live our lives differently. Kaleidoscope identity, cos this is who I'm meant to be. I just labeled me, I'm just labeled me. </w:t>
      </w:r>
    </w:p>
    <w:p>
      <w:pPr>
        <w:spacing w:after="0"/>
      </w:pPr>
    </w:p>
    <w:p>
      <w:pPr>
        <w:spacing w:after="0"/>
      </w:pPr>
      <w:r>
        <w:rPr>
          <w:rFonts w:ascii="Arial" w:hAnsi="Arial"/>
          <w:b/>
          <w:sz w:val="22"/>
        </w:rPr>
        <w:t xml:space="preserve">Daisy  </w:t>
      </w:r>
      <w:r>
        <w:rPr>
          <w:rFonts w:ascii="Arial" w:hAnsi="Arial"/>
          <w:color w:val="5D7284"/>
          <w:sz w:val="22"/>
        </w:rPr>
        <w:t>00:38</w:t>
      </w:r>
    </w:p>
    <w:p>
      <w:pPr>
        <w:spacing w:after="0"/>
      </w:pPr>
      <w:r>
        <w:rPr>
          <w:rFonts w:ascii="Arial" w:hAnsi="Arial"/>
          <w:sz w:val="22"/>
        </w:rPr>
        <w:t>In this episode along with Lucy crying and Alice swearing, there's going to be a number of historical tones for disability that are now considered extremely offensive.</w:t>
      </w:r>
    </w:p>
    <w:p>
      <w:pPr>
        <w:spacing w:after="0"/>
      </w:pPr>
    </w:p>
    <w:p>
      <w:pPr>
        <w:spacing w:after="0"/>
      </w:pPr>
      <w:r>
        <w:rPr>
          <w:rFonts w:ascii="Arial" w:hAnsi="Arial"/>
          <w:b/>
          <w:sz w:val="22"/>
        </w:rPr>
        <w:t xml:space="preserve">Alice  </w:t>
      </w:r>
      <w:r>
        <w:rPr>
          <w:rFonts w:ascii="Arial" w:hAnsi="Arial"/>
          <w:color w:val="5D7284"/>
          <w:sz w:val="22"/>
        </w:rPr>
        <w:t>00:48</w:t>
      </w:r>
    </w:p>
    <w:p>
      <w:pPr>
        <w:spacing w:after="0"/>
      </w:pPr>
      <w:r>
        <w:rPr>
          <w:rFonts w:ascii="Arial" w:hAnsi="Arial"/>
          <w:sz w:val="22"/>
        </w:rPr>
        <w:t xml:space="preserve">Hello, everyone. Welcome to a very special exciting episode of The lABLEd Podcast with me, Alice and Lucy. (Lucy) Hello. And Daisy. (Daisy) Hello. And everyone else you guys will have to say something otherwise it sounds like....(Background) (Lucy) Yes. We are recording today on location at the Richard the Third Visitor Center. </w:t>
      </w:r>
    </w:p>
    <w:p>
      <w:pPr>
        <w:spacing w:after="0"/>
      </w:pPr>
    </w:p>
    <w:p>
      <w:pPr>
        <w:spacing w:after="0"/>
      </w:pPr>
      <w:r>
        <w:rPr>
          <w:rFonts w:ascii="Arial" w:hAnsi="Arial"/>
          <w:b/>
          <w:sz w:val="22"/>
        </w:rPr>
        <w:t xml:space="preserve">Lucy  </w:t>
      </w:r>
      <w:r>
        <w:rPr>
          <w:rFonts w:ascii="Arial" w:hAnsi="Arial"/>
          <w:color w:val="5D7284"/>
          <w:sz w:val="22"/>
        </w:rPr>
        <w:t>01:18</w:t>
      </w:r>
    </w:p>
    <w:p>
      <w:pPr>
        <w:spacing w:after="0"/>
      </w:pPr>
      <w:r>
        <w:rPr>
          <w:rFonts w:ascii="Arial" w:hAnsi="Arial"/>
          <w:sz w:val="22"/>
        </w:rPr>
        <w:t>We are essentially in a car park in Leicester. (Laughs)</w:t>
      </w:r>
    </w:p>
    <w:p>
      <w:pPr>
        <w:spacing w:after="0"/>
      </w:pPr>
    </w:p>
    <w:p>
      <w:pPr>
        <w:spacing w:after="0"/>
      </w:pPr>
      <w:r>
        <w:rPr>
          <w:rFonts w:ascii="Arial" w:hAnsi="Arial"/>
          <w:b/>
          <w:sz w:val="22"/>
        </w:rPr>
        <w:t xml:space="preserve">Alice  </w:t>
      </w:r>
      <w:r>
        <w:rPr>
          <w:rFonts w:ascii="Arial" w:hAnsi="Arial"/>
          <w:color w:val="5D7284"/>
          <w:sz w:val="22"/>
        </w:rPr>
        <w:t>01:23</w:t>
      </w:r>
    </w:p>
    <w:p>
      <w:pPr>
        <w:spacing w:after="0"/>
      </w:pPr>
      <w:r>
        <w:rPr>
          <w:rFonts w:ascii="Arial" w:hAnsi="Arial"/>
          <w:sz w:val="22"/>
        </w:rPr>
        <w:t>A very fancy car park. (Lucy)  Very fancy car park. Yeah, we've just had a tour of the museum and learned all about the killing blow of Richard the third's... What did you call it a catastrophic?</w:t>
      </w:r>
    </w:p>
    <w:p>
      <w:pPr>
        <w:spacing w:after="0"/>
      </w:pPr>
    </w:p>
    <w:p>
      <w:pPr>
        <w:spacing w:after="0"/>
      </w:pPr>
      <w:r>
        <w:rPr>
          <w:rFonts w:ascii="Arial" w:hAnsi="Arial"/>
          <w:b/>
          <w:sz w:val="22"/>
        </w:rPr>
        <w:t xml:space="preserve">Lucy  </w:t>
      </w:r>
      <w:r>
        <w:rPr>
          <w:rFonts w:ascii="Arial" w:hAnsi="Arial"/>
          <w:color w:val="5D7284"/>
          <w:sz w:val="22"/>
        </w:rPr>
        <w:t>01:39</w:t>
      </w:r>
    </w:p>
    <w:p>
      <w:pPr>
        <w:spacing w:after="0"/>
      </w:pPr>
      <w:r>
        <w:rPr>
          <w:rFonts w:ascii="Arial" w:hAnsi="Arial"/>
          <w:sz w:val="22"/>
        </w:rPr>
        <w:t>Crater? crater in the back of his head</w:t>
      </w:r>
    </w:p>
    <w:p>
      <w:pPr>
        <w:spacing w:after="0"/>
      </w:pPr>
    </w:p>
    <w:p>
      <w:pPr>
        <w:spacing w:after="0"/>
      </w:pPr>
      <w:r>
        <w:rPr>
          <w:rFonts w:ascii="Arial" w:hAnsi="Arial"/>
          <w:b/>
          <w:sz w:val="22"/>
        </w:rPr>
        <w:t xml:space="preserve">Alice  </w:t>
      </w:r>
      <w:r>
        <w:rPr>
          <w:rFonts w:ascii="Arial" w:hAnsi="Arial"/>
          <w:color w:val="5D7284"/>
          <w:sz w:val="22"/>
        </w:rPr>
        <w:t>01:43</w:t>
      </w:r>
    </w:p>
    <w:p>
      <w:pPr>
        <w:spacing w:after="0"/>
      </w:pPr>
      <w:r>
        <w:rPr>
          <w:rFonts w:ascii="Arial" w:hAnsi="Arial"/>
          <w:sz w:val="22"/>
        </w:rPr>
        <w:t>Craterous wound</w:t>
      </w:r>
    </w:p>
    <w:p>
      <w:pPr>
        <w:spacing w:after="0"/>
      </w:pPr>
    </w:p>
    <w:p>
      <w:pPr>
        <w:spacing w:after="0"/>
      </w:pPr>
      <w:r>
        <w:rPr>
          <w:rFonts w:ascii="Arial" w:hAnsi="Arial"/>
          <w:b/>
          <w:sz w:val="22"/>
        </w:rPr>
        <w:t xml:space="preserve">Lucy  </w:t>
      </w:r>
      <w:r>
        <w:rPr>
          <w:rFonts w:ascii="Arial" w:hAnsi="Arial"/>
          <w:color w:val="5D7284"/>
          <w:sz w:val="22"/>
        </w:rPr>
        <w:t>01:44</w:t>
      </w:r>
    </w:p>
    <w:p>
      <w:pPr>
        <w:spacing w:after="0"/>
      </w:pPr>
      <w:r>
        <w:rPr>
          <w:rFonts w:ascii="Arial" w:hAnsi="Arial"/>
          <w:sz w:val="22"/>
        </w:rPr>
        <w:t>You made me talk about this. Put my teeth on edge again. No, (imitating feeling nauesous)</w:t>
      </w:r>
    </w:p>
    <w:p>
      <w:pPr>
        <w:spacing w:after="0"/>
      </w:pPr>
    </w:p>
    <w:p>
      <w:pPr>
        <w:spacing w:after="0"/>
      </w:pPr>
      <w:r>
        <w:rPr>
          <w:rFonts w:ascii="Arial" w:hAnsi="Arial"/>
          <w:b/>
          <w:sz w:val="22"/>
        </w:rPr>
        <w:t xml:space="preserve">Alice  </w:t>
      </w:r>
      <w:r>
        <w:rPr>
          <w:rFonts w:ascii="Arial" w:hAnsi="Arial"/>
          <w:color w:val="5D7284"/>
          <w:sz w:val="22"/>
        </w:rPr>
        <w:t>01:47</w:t>
      </w:r>
    </w:p>
    <w:p>
      <w:pPr>
        <w:spacing w:after="0"/>
      </w:pPr>
      <w:r>
        <w:rPr>
          <w:rFonts w:ascii="Arial" w:hAnsi="Arial"/>
          <w:sz w:val="22"/>
        </w:rPr>
        <w:t>No not sorry. So as you can guess today we're doing a history lesson all about Richard third. Because it'd be weird if we were talking about like, James the sixth if he were here. (Lucy) Yeah. So yeah, that's why we're here. That's why Daisy's here. (Daisy) Yeah,</w:t>
      </w:r>
    </w:p>
    <w:p>
      <w:pPr>
        <w:spacing w:after="0"/>
      </w:pPr>
    </w:p>
    <w:p>
      <w:pPr>
        <w:spacing w:after="0"/>
      </w:pPr>
      <w:r>
        <w:rPr>
          <w:rFonts w:ascii="Arial" w:hAnsi="Arial"/>
          <w:b/>
          <w:sz w:val="22"/>
        </w:rPr>
        <w:t xml:space="preserve">Daisy  </w:t>
      </w:r>
      <w:r>
        <w:rPr>
          <w:rFonts w:ascii="Arial" w:hAnsi="Arial"/>
          <w:color w:val="5D7284"/>
          <w:sz w:val="22"/>
        </w:rPr>
        <w:t>02:07</w:t>
      </w:r>
    </w:p>
    <w:p>
      <w:pPr>
        <w:spacing w:after="0"/>
      </w:pPr>
      <w:r>
        <w:rPr>
          <w:rFonts w:ascii="Arial" w:hAnsi="Arial"/>
          <w:sz w:val="22"/>
        </w:rPr>
        <w:t>I kind of wish that we done the tour. Second. (Alice) Yeah. (Lucy) Yeah. Because, you know, we've just got all of that very detailed, notable information from a very fascinating guide, then you have to walk the straight back in here and listen to me like...(Lucy) Daisy you</w:t>
      </w:r>
    </w:p>
    <w:p>
      <w:pPr>
        <w:spacing w:after="0"/>
      </w:pPr>
    </w:p>
    <w:p>
      <w:pPr>
        <w:spacing w:after="0"/>
      </w:pPr>
      <w:r>
        <w:rPr>
          <w:rFonts w:ascii="Arial" w:hAnsi="Arial"/>
          <w:b/>
          <w:sz w:val="22"/>
        </w:rPr>
        <w:t xml:space="preserve">Lucy  </w:t>
      </w:r>
      <w:r>
        <w:rPr>
          <w:rFonts w:ascii="Arial" w:hAnsi="Arial"/>
          <w:color w:val="5D7284"/>
          <w:sz w:val="22"/>
        </w:rPr>
        <w:t>02:20</w:t>
      </w:r>
    </w:p>
    <w:p>
      <w:pPr>
        <w:spacing w:after="0"/>
      </w:pPr>
      <w:r>
        <w:rPr>
          <w:rFonts w:ascii="Arial" w:hAnsi="Arial"/>
          <w:sz w:val="22"/>
        </w:rPr>
        <w:t>are fascinating though. You know, you ae we love you. It's fine.</w:t>
      </w:r>
    </w:p>
    <w:p>
      <w:pPr>
        <w:spacing w:after="0"/>
      </w:pPr>
    </w:p>
    <w:p>
      <w:pPr>
        <w:spacing w:after="0"/>
      </w:pPr>
      <w:r>
        <w:rPr>
          <w:rFonts w:ascii="Arial" w:hAnsi="Arial"/>
          <w:b/>
          <w:sz w:val="22"/>
        </w:rPr>
        <w:t xml:space="preserve">Daisy  </w:t>
      </w:r>
      <w:r>
        <w:rPr>
          <w:rFonts w:ascii="Arial" w:hAnsi="Arial"/>
          <w:color w:val="5D7284"/>
          <w:sz w:val="22"/>
        </w:rPr>
        <w:t>02:25</w:t>
      </w:r>
    </w:p>
    <w:p>
      <w:pPr>
        <w:spacing w:after="0"/>
      </w:pPr>
      <w:r>
        <w:rPr>
          <w:rFonts w:ascii="Arial" w:hAnsi="Arial"/>
          <w:sz w:val="22"/>
        </w:rPr>
        <w:t>Yeah, but just like you, we could have used, you know, nice, Mr. Joe, to fill in the inevitable gaps. When you ask me a question that I haven't researched the answer to.</w:t>
      </w:r>
    </w:p>
    <w:p>
      <w:pPr>
        <w:spacing w:after="0"/>
      </w:pPr>
    </w:p>
    <w:p>
      <w:pPr>
        <w:spacing w:after="0"/>
      </w:pPr>
      <w:r>
        <w:rPr>
          <w:rFonts w:ascii="Arial" w:hAnsi="Arial"/>
          <w:b/>
          <w:sz w:val="22"/>
        </w:rPr>
        <w:t xml:space="preserve">Lucy  </w:t>
      </w:r>
      <w:r>
        <w:rPr>
          <w:rFonts w:ascii="Arial" w:hAnsi="Arial"/>
          <w:color w:val="5D7284"/>
          <w:sz w:val="22"/>
        </w:rPr>
        <w:t>02:37</w:t>
      </w:r>
    </w:p>
    <w:p>
      <w:pPr>
        <w:spacing w:after="0"/>
      </w:pPr>
      <w:r>
        <w:rPr>
          <w:rFonts w:ascii="Arial" w:hAnsi="Arial"/>
          <w:sz w:val="22"/>
        </w:rPr>
        <w:t>Shall I give him a call, see if he can come up?</w:t>
      </w:r>
    </w:p>
    <w:p>
      <w:pPr>
        <w:spacing w:after="0"/>
      </w:pPr>
    </w:p>
    <w:p>
      <w:pPr>
        <w:spacing w:after="0"/>
      </w:pPr>
      <w:r>
        <w:rPr>
          <w:rFonts w:ascii="Arial" w:hAnsi="Arial"/>
          <w:b/>
          <w:sz w:val="22"/>
        </w:rPr>
        <w:t xml:space="preserve">Alice  </w:t>
      </w:r>
      <w:r>
        <w:rPr>
          <w:rFonts w:ascii="Arial" w:hAnsi="Arial"/>
          <w:color w:val="5D7284"/>
          <w:sz w:val="22"/>
        </w:rPr>
        <w:t>02:41</w:t>
      </w:r>
    </w:p>
    <w:p>
      <w:pPr>
        <w:spacing w:after="0"/>
      </w:pPr>
      <w:r>
        <w:rPr>
          <w:rFonts w:ascii="Arial" w:hAnsi="Arial"/>
          <w:sz w:val="22"/>
        </w:rPr>
        <w:t xml:space="preserve">It's fine. It's fine. We'll we'll just try and remember our questions. We won't remember our craft questions, but we'll try and remember our questions and then we can ask the nice man later. </w:t>
      </w:r>
    </w:p>
    <w:p>
      <w:pPr>
        <w:spacing w:after="0"/>
      </w:pPr>
    </w:p>
    <w:p>
      <w:pPr>
        <w:spacing w:after="0"/>
      </w:pPr>
      <w:r>
        <w:rPr>
          <w:rFonts w:ascii="Arial" w:hAnsi="Arial"/>
          <w:b/>
          <w:sz w:val="22"/>
        </w:rPr>
        <w:t xml:space="preserve">Daisy  </w:t>
      </w:r>
      <w:r>
        <w:rPr>
          <w:rFonts w:ascii="Arial" w:hAnsi="Arial"/>
          <w:color w:val="5D7284"/>
          <w:sz w:val="22"/>
        </w:rPr>
        <w:t>02:49</w:t>
      </w:r>
    </w:p>
    <w:p>
      <w:pPr>
        <w:spacing w:after="0"/>
      </w:pPr>
      <w:r>
        <w:rPr>
          <w:rFonts w:ascii="Arial" w:hAnsi="Arial"/>
          <w:sz w:val="22"/>
        </w:rPr>
        <w:t xml:space="preserve">I've tried to anticipate at least two of your questions. </w:t>
      </w:r>
    </w:p>
    <w:p>
      <w:pPr>
        <w:spacing w:after="0"/>
      </w:pPr>
    </w:p>
    <w:p>
      <w:pPr>
        <w:spacing w:after="0"/>
      </w:pPr>
      <w:r>
        <w:rPr>
          <w:rFonts w:ascii="Arial" w:hAnsi="Arial"/>
          <w:b/>
          <w:sz w:val="22"/>
        </w:rPr>
        <w:t xml:space="preserve">Alice  </w:t>
      </w:r>
      <w:r>
        <w:rPr>
          <w:rFonts w:ascii="Arial" w:hAnsi="Arial"/>
          <w:color w:val="5D7284"/>
          <w:sz w:val="22"/>
        </w:rPr>
        <w:t>02:53</w:t>
      </w:r>
    </w:p>
    <w:p>
      <w:pPr>
        <w:spacing w:after="0"/>
      </w:pPr>
      <w:r>
        <w:rPr>
          <w:rFonts w:ascii="Arial" w:hAnsi="Arial"/>
          <w:sz w:val="22"/>
        </w:rPr>
        <w:t>I mean, I'm sure Lucy's mom is not done flirting with him so I'm sure she can find a good excuse...</w:t>
      </w:r>
    </w:p>
    <w:p>
      <w:pPr>
        <w:spacing w:after="0"/>
      </w:pPr>
    </w:p>
    <w:p>
      <w:pPr>
        <w:spacing w:after="0"/>
      </w:pPr>
      <w:r>
        <w:rPr>
          <w:rFonts w:ascii="Arial" w:hAnsi="Arial"/>
          <w:b/>
          <w:sz w:val="22"/>
        </w:rPr>
        <w:t xml:space="preserve">Lucy  </w:t>
      </w:r>
      <w:r>
        <w:rPr>
          <w:rFonts w:ascii="Arial" w:hAnsi="Arial"/>
          <w:color w:val="5D7284"/>
          <w:sz w:val="22"/>
        </w:rPr>
        <w:t>02:58</w:t>
      </w:r>
    </w:p>
    <w:p>
      <w:pPr>
        <w:spacing w:after="0"/>
      </w:pPr>
      <w:r>
        <w:rPr>
          <w:rFonts w:ascii="Arial" w:hAnsi="Arial"/>
          <w:sz w:val="22"/>
        </w:rPr>
        <w:t>No she will be downstairs asking...</w:t>
      </w:r>
    </w:p>
    <w:p>
      <w:pPr>
        <w:spacing w:after="0"/>
      </w:pPr>
    </w:p>
    <w:p>
      <w:pPr>
        <w:spacing w:after="0"/>
      </w:pPr>
      <w:r>
        <w:rPr>
          <w:rFonts w:ascii="Arial" w:hAnsi="Arial"/>
          <w:b/>
          <w:sz w:val="22"/>
        </w:rPr>
        <w:t xml:space="preserve">Daisy  </w:t>
      </w:r>
      <w:r>
        <w:rPr>
          <w:rFonts w:ascii="Arial" w:hAnsi="Arial"/>
          <w:color w:val="5D7284"/>
          <w:sz w:val="22"/>
        </w:rPr>
        <w:t>03:00</w:t>
      </w:r>
    </w:p>
    <w:p>
      <w:pPr>
        <w:spacing w:after="0"/>
      </w:pPr>
      <w:r>
        <w:rPr>
          <w:rFonts w:ascii="Arial" w:hAnsi="Arial"/>
          <w:sz w:val="22"/>
        </w:rPr>
        <w:t>sharing a bowl of tomato and courgette soup.</w:t>
      </w:r>
    </w:p>
    <w:p>
      <w:pPr>
        <w:spacing w:after="0"/>
      </w:pPr>
    </w:p>
    <w:p>
      <w:pPr>
        <w:spacing w:after="0"/>
      </w:pPr>
      <w:r>
        <w:rPr>
          <w:rFonts w:ascii="Arial" w:hAnsi="Arial"/>
          <w:b/>
          <w:sz w:val="22"/>
        </w:rPr>
        <w:t xml:space="preserve">Lucy  </w:t>
      </w:r>
      <w:r>
        <w:rPr>
          <w:rFonts w:ascii="Arial" w:hAnsi="Arial"/>
          <w:color w:val="5D7284"/>
          <w:sz w:val="22"/>
        </w:rPr>
        <w:t>03:02</w:t>
      </w:r>
    </w:p>
    <w:p>
      <w:pPr>
        <w:spacing w:after="0"/>
      </w:pPr>
      <w:r>
        <w:rPr>
          <w:rFonts w:ascii="Arial" w:hAnsi="Arial"/>
          <w:sz w:val="22"/>
        </w:rPr>
        <w:t>Possibly yes. Or a jacket potato.</w:t>
      </w:r>
    </w:p>
    <w:p>
      <w:pPr>
        <w:spacing w:after="0"/>
      </w:pPr>
    </w:p>
    <w:p>
      <w:pPr>
        <w:spacing w:after="0"/>
      </w:pPr>
      <w:r>
        <w:rPr>
          <w:rFonts w:ascii="Arial" w:hAnsi="Arial"/>
          <w:b/>
          <w:sz w:val="22"/>
        </w:rPr>
        <w:t xml:space="preserve">Alice  </w:t>
      </w:r>
      <w:r>
        <w:rPr>
          <w:rFonts w:ascii="Arial" w:hAnsi="Arial"/>
          <w:color w:val="5D7284"/>
          <w:sz w:val="22"/>
        </w:rPr>
        <w:t>03:04</w:t>
      </w:r>
    </w:p>
    <w:p>
      <w:pPr>
        <w:spacing w:after="0"/>
      </w:pPr>
      <w:r>
        <w:rPr>
          <w:rFonts w:ascii="Arial" w:hAnsi="Arial"/>
          <w:sz w:val="22"/>
        </w:rPr>
        <w:t>Me, er yes, probably me. Trying to sell off one of her daughters by the sound of it. [laughing] you could do worse. He seemed like a very nice man.</w:t>
      </w:r>
    </w:p>
    <w:p>
      <w:pPr>
        <w:spacing w:after="0"/>
      </w:pPr>
    </w:p>
    <w:p>
      <w:pPr>
        <w:spacing w:after="0"/>
      </w:pPr>
      <w:r>
        <w:rPr>
          <w:rFonts w:ascii="Arial" w:hAnsi="Arial"/>
          <w:b/>
          <w:sz w:val="22"/>
        </w:rPr>
        <w:t xml:space="preserve">Lucy  </w:t>
      </w:r>
      <w:r>
        <w:rPr>
          <w:rFonts w:ascii="Arial" w:hAnsi="Arial"/>
          <w:color w:val="5D7284"/>
          <w:sz w:val="22"/>
        </w:rPr>
        <w:t>03:11</w:t>
      </w:r>
    </w:p>
    <w:p>
      <w:pPr>
        <w:spacing w:after="0"/>
      </w:pPr>
      <w:r>
        <w:rPr>
          <w:rFonts w:ascii="Arial" w:hAnsi="Arial"/>
          <w:sz w:val="22"/>
        </w:rPr>
        <w:t>He did didn't he? Very straight teeth.</w:t>
      </w:r>
    </w:p>
    <w:p>
      <w:pPr>
        <w:spacing w:after="0"/>
      </w:pPr>
    </w:p>
    <w:p>
      <w:pPr>
        <w:spacing w:after="0"/>
      </w:pPr>
      <w:r>
        <w:rPr>
          <w:rFonts w:ascii="Arial" w:hAnsi="Arial"/>
          <w:b/>
          <w:sz w:val="22"/>
        </w:rPr>
        <w:t xml:space="preserve">Daisy  </w:t>
      </w:r>
      <w:r>
        <w:rPr>
          <w:rFonts w:ascii="Arial" w:hAnsi="Arial"/>
          <w:color w:val="5D7284"/>
          <w:sz w:val="22"/>
        </w:rPr>
        <w:t>03:14</w:t>
      </w:r>
    </w:p>
    <w:p>
      <w:pPr>
        <w:spacing w:after="0"/>
      </w:pPr>
      <w:r>
        <w:rPr>
          <w:rFonts w:ascii="Arial" w:hAnsi="Arial"/>
          <w:sz w:val="22"/>
        </w:rPr>
        <w:t>I didn't notice.</w:t>
      </w:r>
    </w:p>
    <w:p>
      <w:pPr>
        <w:spacing w:after="0"/>
      </w:pPr>
    </w:p>
    <w:p>
      <w:pPr>
        <w:spacing w:after="0"/>
      </w:pPr>
      <w:r>
        <w:rPr>
          <w:rFonts w:ascii="Arial" w:hAnsi="Arial"/>
          <w:b/>
          <w:sz w:val="22"/>
        </w:rPr>
        <w:t xml:space="preserve">Alice  </w:t>
      </w:r>
      <w:r>
        <w:rPr>
          <w:rFonts w:ascii="Arial" w:hAnsi="Arial"/>
          <w:color w:val="5D7284"/>
          <w:sz w:val="22"/>
        </w:rPr>
        <w:t>03:16</w:t>
      </w:r>
    </w:p>
    <w:p>
      <w:pPr>
        <w:spacing w:after="0"/>
      </w:pPr>
      <w:r>
        <w:rPr>
          <w:rFonts w:ascii="Arial" w:hAnsi="Arial"/>
          <w:sz w:val="22"/>
        </w:rPr>
        <w:t>I no, I wouldn't. I wouldn't imagine he would be of any interest to you.</w:t>
      </w:r>
    </w:p>
    <w:p>
      <w:pPr>
        <w:spacing w:after="0"/>
      </w:pPr>
    </w:p>
    <w:p>
      <w:pPr>
        <w:spacing w:after="0"/>
      </w:pPr>
      <w:r>
        <w:rPr>
          <w:rFonts w:ascii="Arial" w:hAnsi="Arial"/>
          <w:b/>
          <w:sz w:val="22"/>
        </w:rPr>
        <w:t xml:space="preserve">Lucy  </w:t>
      </w:r>
      <w:r>
        <w:rPr>
          <w:rFonts w:ascii="Arial" w:hAnsi="Arial"/>
          <w:color w:val="5D7284"/>
          <w:sz w:val="22"/>
        </w:rPr>
        <w:t>03:21</w:t>
      </w:r>
    </w:p>
    <w:p>
      <w:pPr>
        <w:spacing w:after="0"/>
      </w:pPr>
      <w:r>
        <w:rPr>
          <w:rFonts w:ascii="Arial" w:hAnsi="Arial"/>
          <w:sz w:val="22"/>
        </w:rPr>
        <w:t>Can I just say before we start how amazing it is actually being in a room doing what we do every week with you Alice I'd also with Daisy and Adam who is sat in the corner, currently</w:t>
      </w:r>
    </w:p>
    <w:p>
      <w:pPr>
        <w:spacing w:after="0"/>
      </w:pPr>
    </w:p>
    <w:p>
      <w:pPr>
        <w:spacing w:after="0"/>
      </w:pPr>
      <w:r>
        <w:rPr>
          <w:rFonts w:ascii="Arial" w:hAnsi="Arial"/>
          <w:b/>
          <w:sz w:val="22"/>
        </w:rPr>
        <w:t xml:space="preserve">Alice  </w:t>
      </w:r>
      <w:r>
        <w:rPr>
          <w:rFonts w:ascii="Arial" w:hAnsi="Arial"/>
          <w:color w:val="5D7284"/>
          <w:sz w:val="22"/>
        </w:rPr>
        <w:t>03:35</w:t>
      </w:r>
    </w:p>
    <w:p>
      <w:pPr>
        <w:spacing w:after="0"/>
      </w:pPr>
      <w:r>
        <w:rPr>
          <w:rFonts w:ascii="Arial" w:hAnsi="Arial"/>
          <w:sz w:val="22"/>
        </w:rPr>
        <w:t>playing with a drum machine I think.. [laughs]</w:t>
      </w:r>
    </w:p>
    <w:p>
      <w:pPr>
        <w:spacing w:after="0"/>
      </w:pPr>
    </w:p>
    <w:p>
      <w:pPr>
        <w:spacing w:after="0"/>
      </w:pPr>
      <w:r>
        <w:rPr>
          <w:rFonts w:ascii="Arial" w:hAnsi="Arial"/>
          <w:b/>
          <w:sz w:val="22"/>
        </w:rPr>
        <w:t xml:space="preserve">Lucy  </w:t>
      </w:r>
      <w:r>
        <w:rPr>
          <w:rFonts w:ascii="Arial" w:hAnsi="Arial"/>
          <w:color w:val="5D7284"/>
          <w:sz w:val="22"/>
        </w:rPr>
        <w:t>03:36</w:t>
      </w:r>
    </w:p>
    <w:p>
      <w:pPr>
        <w:spacing w:after="0"/>
      </w:pPr>
      <w:r>
        <w:rPr>
          <w:rFonts w:ascii="Arial" w:hAnsi="Arial"/>
          <w:sz w:val="22"/>
        </w:rPr>
        <w:t>Playing with a drum machine - It's been it's so good to get together and,</w:t>
      </w:r>
    </w:p>
    <w:p>
      <w:pPr>
        <w:spacing w:after="0"/>
      </w:pPr>
    </w:p>
    <w:p>
      <w:pPr>
        <w:spacing w:after="0"/>
      </w:pPr>
      <w:r>
        <w:rPr>
          <w:rFonts w:ascii="Arial" w:hAnsi="Arial"/>
          <w:b/>
          <w:sz w:val="22"/>
        </w:rPr>
        <w:t xml:space="preserve">Daisy  </w:t>
      </w:r>
      <w:r>
        <w:rPr>
          <w:rFonts w:ascii="Arial" w:hAnsi="Arial"/>
          <w:color w:val="5D7284"/>
          <w:sz w:val="22"/>
        </w:rPr>
        <w:t>03:41</w:t>
      </w:r>
    </w:p>
    <w:p>
      <w:pPr>
        <w:spacing w:after="0"/>
      </w:pPr>
      <w:r>
        <w:rPr>
          <w:rFonts w:ascii="Arial" w:hAnsi="Arial"/>
          <w:sz w:val="22"/>
        </w:rPr>
        <w:t>Are you drum rolling? [everyone laughs]</w:t>
      </w:r>
    </w:p>
    <w:p>
      <w:pPr>
        <w:spacing w:after="0"/>
      </w:pPr>
    </w:p>
    <w:p>
      <w:pPr>
        <w:spacing w:after="0"/>
      </w:pPr>
      <w:r>
        <w:rPr>
          <w:rFonts w:ascii="Arial" w:hAnsi="Arial"/>
          <w:b/>
          <w:sz w:val="22"/>
        </w:rPr>
        <w:t xml:space="preserve">Lucy  </w:t>
      </w:r>
      <w:r>
        <w:rPr>
          <w:rFonts w:ascii="Arial" w:hAnsi="Arial"/>
          <w:color w:val="5D7284"/>
          <w:sz w:val="22"/>
        </w:rPr>
        <w:t>03:44</w:t>
      </w:r>
    </w:p>
    <w:p>
      <w:pPr>
        <w:spacing w:after="0"/>
      </w:pPr>
      <w:r>
        <w:rPr>
          <w:rFonts w:ascii="Arial" w:hAnsi="Arial"/>
          <w:sz w:val="22"/>
        </w:rPr>
        <w:t>He's looking very threatening. His fingers hovering over the buttons.  But no, it's great to actually sit in a room and talk to you without wondering whether Wi Fi is gonna go down at any minute. So no,</w:t>
      </w:r>
    </w:p>
    <w:p>
      <w:pPr>
        <w:spacing w:after="0"/>
      </w:pPr>
    </w:p>
    <w:p>
      <w:pPr>
        <w:spacing w:after="0"/>
      </w:pPr>
      <w:r>
        <w:rPr>
          <w:rFonts w:ascii="Arial" w:hAnsi="Arial"/>
          <w:b/>
          <w:sz w:val="22"/>
        </w:rPr>
        <w:t xml:space="preserve">Daisy  </w:t>
      </w:r>
      <w:r>
        <w:rPr>
          <w:rFonts w:ascii="Arial" w:hAnsi="Arial"/>
          <w:color w:val="5D7284"/>
          <w:sz w:val="22"/>
        </w:rPr>
        <w:t>03:55</w:t>
      </w:r>
    </w:p>
    <w:p>
      <w:pPr>
        <w:spacing w:after="0"/>
      </w:pPr>
      <w:r>
        <w:rPr>
          <w:rFonts w:ascii="Arial" w:hAnsi="Arial"/>
          <w:sz w:val="22"/>
        </w:rPr>
        <w:t xml:space="preserve">Oh god yeah mine's a nightmare at the minute. </w:t>
      </w:r>
    </w:p>
    <w:p>
      <w:pPr>
        <w:spacing w:after="0"/>
      </w:pPr>
    </w:p>
    <w:p>
      <w:pPr>
        <w:spacing w:after="0"/>
      </w:pPr>
      <w:r>
        <w:rPr>
          <w:rFonts w:ascii="Arial" w:hAnsi="Arial"/>
          <w:b/>
          <w:sz w:val="22"/>
        </w:rPr>
        <w:t xml:space="preserve">Lucy  </w:t>
      </w:r>
      <w:r>
        <w:rPr>
          <w:rFonts w:ascii="Arial" w:hAnsi="Arial"/>
          <w:color w:val="5D7284"/>
          <w:sz w:val="22"/>
        </w:rPr>
        <w:t>03:56</w:t>
      </w:r>
    </w:p>
    <w:p>
      <w:pPr>
        <w:spacing w:after="0"/>
      </w:pPr>
      <w:r>
        <w:rPr>
          <w:rFonts w:ascii="Arial" w:hAnsi="Arial"/>
          <w:sz w:val="22"/>
        </w:rPr>
        <w:t xml:space="preserve">Yeah. </w:t>
      </w:r>
    </w:p>
    <w:p>
      <w:pPr>
        <w:spacing w:after="0"/>
      </w:pPr>
    </w:p>
    <w:p>
      <w:pPr>
        <w:spacing w:after="0"/>
      </w:pPr>
      <w:r>
        <w:rPr>
          <w:rFonts w:ascii="Arial" w:hAnsi="Arial"/>
          <w:b/>
          <w:sz w:val="22"/>
        </w:rPr>
        <w:t xml:space="preserve">Daisy  </w:t>
      </w:r>
      <w:r>
        <w:rPr>
          <w:rFonts w:ascii="Arial" w:hAnsi="Arial"/>
          <w:color w:val="5D7284"/>
          <w:sz w:val="22"/>
        </w:rPr>
        <w:t>03:59</w:t>
      </w:r>
    </w:p>
    <w:p>
      <w:pPr>
        <w:spacing w:after="0"/>
      </w:pPr>
      <w:r>
        <w:rPr>
          <w:rFonts w:ascii="Arial" w:hAnsi="Arial"/>
          <w:sz w:val="22"/>
        </w:rPr>
        <w:t>It's fine we'd have to talk about that.</w:t>
      </w:r>
    </w:p>
    <w:p>
      <w:pPr>
        <w:spacing w:after="0"/>
      </w:pPr>
    </w:p>
    <w:p>
      <w:pPr>
        <w:spacing w:after="0"/>
      </w:pPr>
      <w:r>
        <w:rPr>
          <w:rFonts w:ascii="Arial" w:hAnsi="Arial"/>
          <w:b/>
          <w:sz w:val="22"/>
        </w:rPr>
        <w:t xml:space="preserve">Lucy  </w:t>
      </w:r>
      <w:r>
        <w:rPr>
          <w:rFonts w:ascii="Arial" w:hAnsi="Arial"/>
          <w:color w:val="5D7284"/>
          <w:sz w:val="22"/>
        </w:rPr>
        <w:t>04:00</w:t>
      </w:r>
    </w:p>
    <w:p>
      <w:pPr>
        <w:spacing w:after="0"/>
      </w:pPr>
      <w:r>
        <w:rPr>
          <w:rFonts w:ascii="Arial" w:hAnsi="Arial"/>
          <w:sz w:val="22"/>
        </w:rPr>
        <w:t>No let's not. [everyone laughs] Richard the third!</w:t>
      </w:r>
    </w:p>
    <w:p>
      <w:pPr>
        <w:spacing w:after="0"/>
      </w:pPr>
    </w:p>
    <w:p>
      <w:pPr>
        <w:spacing w:after="0"/>
      </w:pPr>
      <w:r>
        <w:rPr>
          <w:rFonts w:ascii="Arial" w:hAnsi="Arial"/>
          <w:b/>
          <w:sz w:val="22"/>
        </w:rPr>
        <w:t xml:space="preserve">Alice  </w:t>
      </w:r>
      <w:r>
        <w:rPr>
          <w:rFonts w:ascii="Arial" w:hAnsi="Arial"/>
          <w:color w:val="5D7284"/>
          <w:sz w:val="22"/>
        </w:rPr>
        <w:t>04:02</w:t>
      </w:r>
    </w:p>
    <w:p>
      <w:pPr>
        <w:spacing w:after="0"/>
      </w:pPr>
      <w:r>
        <w:rPr>
          <w:rFonts w:ascii="Arial" w:hAnsi="Arial"/>
          <w:sz w:val="22"/>
        </w:rPr>
        <w:t>We're also joined today by Molly who is our wonderful competition winner who was supposed to come and see Rosie Jones with us but</w:t>
      </w:r>
    </w:p>
    <w:p>
      <w:pPr>
        <w:spacing w:after="0"/>
      </w:pPr>
    </w:p>
    <w:p>
      <w:pPr>
        <w:spacing w:after="0"/>
      </w:pPr>
      <w:r>
        <w:rPr>
          <w:rFonts w:ascii="Arial" w:hAnsi="Arial"/>
          <w:b/>
          <w:sz w:val="22"/>
        </w:rPr>
        <w:t xml:space="preserve">Lucy  </w:t>
      </w:r>
      <w:r>
        <w:rPr>
          <w:rFonts w:ascii="Arial" w:hAnsi="Arial"/>
          <w:color w:val="5D7284"/>
          <w:sz w:val="22"/>
        </w:rPr>
        <w:t>04:10</w:t>
      </w:r>
    </w:p>
    <w:p>
      <w:pPr>
        <w:spacing w:after="0"/>
      </w:pPr>
      <w:r>
        <w:rPr>
          <w:rFonts w:ascii="Arial" w:hAnsi="Arial"/>
          <w:sz w:val="22"/>
        </w:rPr>
        <w:t xml:space="preserve">Yes  that after that debacle... </w:t>
      </w:r>
    </w:p>
    <w:p>
      <w:pPr>
        <w:spacing w:after="0"/>
      </w:pPr>
    </w:p>
    <w:p>
      <w:pPr>
        <w:spacing w:after="0"/>
      </w:pPr>
      <w:r>
        <w:rPr>
          <w:rFonts w:ascii="Arial" w:hAnsi="Arial"/>
          <w:b/>
          <w:sz w:val="22"/>
        </w:rPr>
        <w:t xml:space="preserve">Alice  </w:t>
      </w:r>
      <w:r>
        <w:rPr>
          <w:rFonts w:ascii="Arial" w:hAnsi="Arial"/>
          <w:color w:val="5D7284"/>
          <w:sz w:val="22"/>
        </w:rPr>
        <w:t>04:13</w:t>
      </w:r>
    </w:p>
    <w:p>
      <w:pPr>
        <w:spacing w:after="0"/>
      </w:pPr>
      <w:r>
        <w:rPr>
          <w:rFonts w:ascii="Arial" w:hAnsi="Arial"/>
          <w:sz w:val="22"/>
        </w:rPr>
        <w:t>So we thought we'd drag Molly to Leicester for another reason and</w:t>
      </w:r>
    </w:p>
    <w:p>
      <w:pPr>
        <w:spacing w:after="0"/>
      </w:pPr>
    </w:p>
    <w:p>
      <w:pPr>
        <w:spacing w:after="0"/>
      </w:pPr>
      <w:r>
        <w:rPr>
          <w:rFonts w:ascii="Arial" w:hAnsi="Arial"/>
          <w:b/>
          <w:sz w:val="22"/>
        </w:rPr>
        <w:t xml:space="preserve">Lucy  </w:t>
      </w:r>
      <w:r>
        <w:rPr>
          <w:rFonts w:ascii="Arial" w:hAnsi="Arial"/>
          <w:color w:val="5D7284"/>
          <w:sz w:val="22"/>
        </w:rPr>
        <w:t>04:16</w:t>
      </w:r>
    </w:p>
    <w:p>
      <w:pPr>
        <w:spacing w:after="0"/>
      </w:pPr>
      <w:r>
        <w:rPr>
          <w:rFonts w:ascii="Arial" w:hAnsi="Arial"/>
          <w:sz w:val="22"/>
        </w:rPr>
        <w:t xml:space="preserve">we'd drag Molly to Leicester into a carpark no, so I hope you've enjoyed it Molly. </w:t>
      </w:r>
    </w:p>
    <w:p>
      <w:pPr>
        <w:spacing w:after="0"/>
      </w:pPr>
    </w:p>
    <w:p>
      <w:pPr>
        <w:spacing w:after="0"/>
      </w:pPr>
      <w:r>
        <w:rPr>
          <w:rFonts w:ascii="Arial" w:hAnsi="Arial"/>
          <w:b/>
          <w:sz w:val="22"/>
        </w:rPr>
        <w:t xml:space="preserve">Molly  </w:t>
      </w:r>
      <w:r>
        <w:rPr>
          <w:rFonts w:ascii="Arial" w:hAnsi="Arial"/>
          <w:color w:val="5D7284"/>
          <w:sz w:val="22"/>
        </w:rPr>
        <w:t>04:23</w:t>
      </w:r>
    </w:p>
    <w:p>
      <w:pPr>
        <w:spacing w:after="0"/>
      </w:pPr>
      <w:r>
        <w:rPr>
          <w:rFonts w:ascii="Arial" w:hAnsi="Arial"/>
          <w:sz w:val="22"/>
        </w:rPr>
        <w:t xml:space="preserve">It's been really good I've been enjoying it. Good good. </w:t>
      </w:r>
    </w:p>
    <w:p>
      <w:pPr>
        <w:spacing w:after="0"/>
      </w:pPr>
    </w:p>
    <w:p>
      <w:pPr>
        <w:spacing w:after="0"/>
      </w:pPr>
      <w:r>
        <w:rPr>
          <w:rFonts w:ascii="Arial" w:hAnsi="Arial"/>
          <w:b/>
          <w:sz w:val="22"/>
        </w:rPr>
        <w:t xml:space="preserve">Lucy  </w:t>
      </w:r>
      <w:r>
        <w:rPr>
          <w:rFonts w:ascii="Arial" w:hAnsi="Arial"/>
          <w:color w:val="5D7284"/>
          <w:sz w:val="22"/>
        </w:rPr>
        <w:t>04:25</w:t>
      </w:r>
    </w:p>
    <w:p>
      <w:pPr>
        <w:spacing w:after="0"/>
      </w:pPr>
      <w:r>
        <w:rPr>
          <w:rFonts w:ascii="Arial" w:hAnsi="Arial"/>
          <w:sz w:val="22"/>
        </w:rPr>
        <w:t>Good good.</w:t>
      </w:r>
    </w:p>
    <w:p>
      <w:pPr>
        <w:spacing w:after="0"/>
      </w:pPr>
    </w:p>
    <w:p>
      <w:pPr>
        <w:spacing w:after="0"/>
      </w:pPr>
      <w:r>
        <w:rPr>
          <w:rFonts w:ascii="Arial" w:hAnsi="Arial"/>
          <w:b/>
          <w:sz w:val="22"/>
        </w:rPr>
        <w:t xml:space="preserve">Daisy  </w:t>
      </w:r>
      <w:r>
        <w:rPr>
          <w:rFonts w:ascii="Arial" w:hAnsi="Arial"/>
          <w:color w:val="5D7284"/>
          <w:sz w:val="22"/>
        </w:rPr>
        <w:t>04:26</w:t>
      </w:r>
    </w:p>
    <w:p>
      <w:pPr>
        <w:spacing w:after="0"/>
      </w:pPr>
      <w:r>
        <w:rPr>
          <w:rFonts w:ascii="Arial" w:hAnsi="Arial"/>
          <w:sz w:val="22"/>
        </w:rPr>
        <w:t xml:space="preserve">Yeah, it's a great museum could maybe do with a couple more chairs. </w:t>
      </w:r>
    </w:p>
    <w:p>
      <w:pPr>
        <w:spacing w:after="0"/>
      </w:pPr>
    </w:p>
    <w:p>
      <w:pPr>
        <w:spacing w:after="0"/>
      </w:pPr>
      <w:r>
        <w:rPr>
          <w:rFonts w:ascii="Arial" w:hAnsi="Arial"/>
          <w:b/>
          <w:sz w:val="22"/>
        </w:rPr>
        <w:t xml:space="preserve">Lucy  </w:t>
      </w:r>
      <w:r>
        <w:rPr>
          <w:rFonts w:ascii="Arial" w:hAnsi="Arial"/>
          <w:color w:val="5D7284"/>
          <w:sz w:val="22"/>
        </w:rPr>
        <w:t>04:30</w:t>
      </w:r>
    </w:p>
    <w:p>
      <w:pPr>
        <w:spacing w:after="0"/>
      </w:pPr>
      <w:r>
        <w:rPr>
          <w:rFonts w:ascii="Arial" w:hAnsi="Arial"/>
          <w:sz w:val="22"/>
        </w:rPr>
        <w:t xml:space="preserve">Yeah, </w:t>
      </w:r>
    </w:p>
    <w:p>
      <w:pPr>
        <w:spacing w:after="0"/>
      </w:pPr>
    </w:p>
    <w:p>
      <w:pPr>
        <w:spacing w:after="0"/>
      </w:pPr>
      <w:r>
        <w:rPr>
          <w:rFonts w:ascii="Arial" w:hAnsi="Arial"/>
          <w:b/>
          <w:sz w:val="22"/>
        </w:rPr>
        <w:t xml:space="preserve">Daisy  </w:t>
      </w:r>
      <w:r>
        <w:rPr>
          <w:rFonts w:ascii="Arial" w:hAnsi="Arial"/>
          <w:color w:val="5D7284"/>
          <w:sz w:val="22"/>
        </w:rPr>
        <w:t>04:30</w:t>
      </w:r>
    </w:p>
    <w:p>
      <w:pPr>
        <w:spacing w:after="0"/>
      </w:pPr>
      <w:r>
        <w:rPr>
          <w:rFonts w:ascii="Arial" w:hAnsi="Arial"/>
          <w:sz w:val="22"/>
        </w:rPr>
        <w:t>That's that's my only though.</w:t>
      </w:r>
    </w:p>
    <w:p>
      <w:pPr>
        <w:spacing w:after="0"/>
      </w:pPr>
    </w:p>
    <w:p>
      <w:pPr>
        <w:spacing w:after="0"/>
      </w:pPr>
      <w:r>
        <w:rPr>
          <w:rFonts w:ascii="Arial" w:hAnsi="Arial"/>
          <w:b/>
          <w:sz w:val="22"/>
        </w:rPr>
        <w:t xml:space="preserve">Alice  </w:t>
      </w:r>
      <w:r>
        <w:rPr>
          <w:rFonts w:ascii="Arial" w:hAnsi="Arial"/>
          <w:color w:val="5D7284"/>
          <w:sz w:val="22"/>
        </w:rPr>
        <w:t>04:31</w:t>
      </w:r>
    </w:p>
    <w:p>
      <w:pPr>
        <w:spacing w:after="0"/>
      </w:pPr>
      <w:r>
        <w:rPr>
          <w:rFonts w:ascii="Arial" w:hAnsi="Arial"/>
          <w:sz w:val="22"/>
        </w:rPr>
        <w:t xml:space="preserve">Some slightly less shouty videos </w:t>
      </w:r>
    </w:p>
    <w:p>
      <w:pPr>
        <w:spacing w:after="0"/>
      </w:pPr>
    </w:p>
    <w:p>
      <w:pPr>
        <w:spacing w:after="0"/>
      </w:pPr>
      <w:r>
        <w:rPr>
          <w:rFonts w:ascii="Arial" w:hAnsi="Arial"/>
          <w:b/>
          <w:sz w:val="22"/>
        </w:rPr>
        <w:t xml:space="preserve">Daisy  </w:t>
      </w:r>
      <w:r>
        <w:rPr>
          <w:rFonts w:ascii="Arial" w:hAnsi="Arial"/>
          <w:color w:val="5D7284"/>
          <w:sz w:val="22"/>
        </w:rPr>
        <w:t>04:35</w:t>
      </w:r>
    </w:p>
    <w:p>
      <w:pPr>
        <w:spacing w:after="0"/>
      </w:pPr>
      <w:r>
        <w:rPr>
          <w:rFonts w:ascii="Arial" w:hAnsi="Arial"/>
          <w:sz w:val="22"/>
        </w:rPr>
        <w:t xml:space="preserve">Yeah! why they... </w:t>
      </w:r>
    </w:p>
    <w:p>
      <w:pPr>
        <w:spacing w:after="0"/>
      </w:pPr>
    </w:p>
    <w:p>
      <w:pPr>
        <w:spacing w:after="0"/>
      </w:pPr>
      <w:r>
        <w:rPr>
          <w:rFonts w:ascii="Arial" w:hAnsi="Arial"/>
          <w:b/>
          <w:sz w:val="22"/>
        </w:rPr>
        <w:t xml:space="preserve">Lucy  </w:t>
      </w:r>
      <w:r>
        <w:rPr>
          <w:rFonts w:ascii="Arial" w:hAnsi="Arial"/>
          <w:color w:val="5D7284"/>
          <w:sz w:val="22"/>
        </w:rPr>
        <w:t>04:36</w:t>
      </w:r>
    </w:p>
    <w:p>
      <w:pPr>
        <w:spacing w:after="0"/>
      </w:pPr>
      <w:r>
        <w:rPr>
          <w:rFonts w:ascii="Arial" w:hAnsi="Arial"/>
          <w:sz w:val="22"/>
        </w:rPr>
        <w:t>Bit distracting</w:t>
      </w:r>
    </w:p>
    <w:p>
      <w:pPr>
        <w:spacing w:after="0"/>
      </w:pPr>
    </w:p>
    <w:p>
      <w:pPr>
        <w:spacing w:after="0"/>
      </w:pPr>
      <w:r>
        <w:rPr>
          <w:rFonts w:ascii="Arial" w:hAnsi="Arial"/>
          <w:b/>
          <w:sz w:val="22"/>
        </w:rPr>
        <w:t xml:space="preserve">Alice  </w:t>
      </w:r>
      <w:r>
        <w:rPr>
          <w:rFonts w:ascii="Arial" w:hAnsi="Arial"/>
          <w:color w:val="5D7284"/>
          <w:sz w:val="22"/>
        </w:rPr>
        <w:t>04:37</w:t>
      </w:r>
    </w:p>
    <w:p>
      <w:pPr>
        <w:spacing w:after="0"/>
      </w:pPr>
      <w:r>
        <w:rPr>
          <w:rFonts w:ascii="Arial" w:hAnsi="Arial"/>
          <w:sz w:val="22"/>
        </w:rPr>
        <w:t>They were so loud!</w:t>
      </w:r>
    </w:p>
    <w:p>
      <w:pPr>
        <w:spacing w:after="0"/>
      </w:pPr>
    </w:p>
    <w:p>
      <w:pPr>
        <w:spacing w:after="0"/>
      </w:pPr>
      <w:r>
        <w:rPr>
          <w:rFonts w:ascii="Arial" w:hAnsi="Arial"/>
          <w:b/>
          <w:sz w:val="22"/>
        </w:rPr>
        <w:t xml:space="preserve">Daisy  </w:t>
      </w:r>
      <w:r>
        <w:rPr>
          <w:rFonts w:ascii="Arial" w:hAnsi="Arial"/>
          <w:color w:val="5D7284"/>
          <w:sz w:val="22"/>
        </w:rPr>
        <w:t>04:39</w:t>
      </w:r>
    </w:p>
    <w:p>
      <w:pPr>
        <w:spacing w:after="0"/>
      </w:pPr>
      <w:r>
        <w:rPr>
          <w:rFonts w:ascii="Arial" w:hAnsi="Arial"/>
          <w:sz w:val="22"/>
        </w:rPr>
        <w:t>why did they want me to watch them so much? [everyone laughs]</w:t>
      </w:r>
    </w:p>
    <w:p>
      <w:pPr>
        <w:spacing w:after="0"/>
      </w:pPr>
    </w:p>
    <w:p>
      <w:pPr>
        <w:spacing w:after="0"/>
      </w:pPr>
      <w:r>
        <w:rPr>
          <w:rFonts w:ascii="Arial" w:hAnsi="Arial"/>
          <w:b/>
          <w:sz w:val="22"/>
        </w:rPr>
        <w:t xml:space="preserve">Lucy  </w:t>
      </w:r>
      <w:r>
        <w:rPr>
          <w:rFonts w:ascii="Arial" w:hAnsi="Arial"/>
          <w:color w:val="5D7284"/>
          <w:sz w:val="22"/>
        </w:rPr>
        <w:t>04:44</w:t>
      </w:r>
    </w:p>
    <w:p>
      <w:pPr>
        <w:spacing w:after="0"/>
      </w:pPr>
      <w:r>
        <w:rPr>
          <w:rFonts w:ascii="Arial" w:hAnsi="Arial"/>
          <w:sz w:val="22"/>
        </w:rPr>
        <w:t>I bet you were going I already know this. This is in the notes.</w:t>
      </w:r>
    </w:p>
    <w:p>
      <w:pPr>
        <w:spacing w:after="0"/>
      </w:pPr>
    </w:p>
    <w:p>
      <w:pPr>
        <w:spacing w:after="0"/>
      </w:pPr>
      <w:r>
        <w:rPr>
          <w:rFonts w:ascii="Arial" w:hAnsi="Arial"/>
          <w:b/>
          <w:sz w:val="22"/>
        </w:rPr>
        <w:t xml:space="preserve">Daisy  </w:t>
      </w:r>
      <w:r>
        <w:rPr>
          <w:rFonts w:ascii="Arial" w:hAnsi="Arial"/>
          <w:color w:val="5D7284"/>
          <w:sz w:val="22"/>
        </w:rPr>
        <w:t>04:49</w:t>
      </w:r>
    </w:p>
    <w:p>
      <w:pPr>
        <w:spacing w:after="0"/>
      </w:pPr>
      <w:r>
        <w:rPr>
          <w:rFonts w:ascii="Arial" w:hAnsi="Arial"/>
          <w:sz w:val="22"/>
        </w:rPr>
        <w:t>One of them was all like, bits of like films and TV shows andr things with like different people playing which the third Yes, I get it.</w:t>
      </w:r>
    </w:p>
    <w:p>
      <w:pPr>
        <w:spacing w:after="0"/>
      </w:pPr>
    </w:p>
    <w:p>
      <w:pPr>
        <w:spacing w:after="0"/>
      </w:pPr>
      <w:r>
        <w:rPr>
          <w:rFonts w:ascii="Arial" w:hAnsi="Arial"/>
          <w:b/>
          <w:sz w:val="22"/>
        </w:rPr>
        <w:t xml:space="preserve">Lucy  </w:t>
      </w:r>
      <w:r>
        <w:rPr>
          <w:rFonts w:ascii="Arial" w:hAnsi="Arial"/>
          <w:color w:val="5D7284"/>
          <w:sz w:val="22"/>
        </w:rPr>
        <w:t>04:59</w:t>
      </w:r>
    </w:p>
    <w:p>
      <w:pPr>
        <w:spacing w:after="0"/>
      </w:pPr>
      <w:r>
        <w:rPr>
          <w:rFonts w:ascii="Arial" w:hAnsi="Arial"/>
          <w:sz w:val="22"/>
        </w:rPr>
        <w:t xml:space="preserve">Laurence Olivier. There was that one. </w:t>
      </w:r>
    </w:p>
    <w:p>
      <w:pPr>
        <w:spacing w:after="0"/>
      </w:pPr>
    </w:p>
    <w:p>
      <w:pPr>
        <w:spacing w:after="0"/>
      </w:pPr>
      <w:r>
        <w:rPr>
          <w:rFonts w:ascii="Arial" w:hAnsi="Arial"/>
          <w:b/>
          <w:sz w:val="22"/>
        </w:rPr>
        <w:t xml:space="preserve">Daisy  </w:t>
      </w:r>
      <w:r>
        <w:rPr>
          <w:rFonts w:ascii="Arial" w:hAnsi="Arial"/>
          <w:color w:val="5D7284"/>
          <w:sz w:val="22"/>
        </w:rPr>
        <w:t>05:01</w:t>
      </w:r>
    </w:p>
    <w:p>
      <w:pPr>
        <w:spacing w:after="0"/>
      </w:pPr>
      <w:r>
        <w:rPr>
          <w:rFonts w:ascii="Arial" w:hAnsi="Arial"/>
          <w:sz w:val="22"/>
        </w:rPr>
        <w:t>Sure.</w:t>
      </w:r>
    </w:p>
    <w:p>
      <w:pPr>
        <w:spacing w:after="0"/>
      </w:pPr>
    </w:p>
    <w:p>
      <w:pPr>
        <w:spacing w:after="0"/>
      </w:pPr>
      <w:r>
        <w:rPr>
          <w:rFonts w:ascii="Arial" w:hAnsi="Arial"/>
          <w:b/>
          <w:sz w:val="22"/>
        </w:rPr>
        <w:t xml:space="preserve">Lucy  </w:t>
      </w:r>
      <w:r>
        <w:rPr>
          <w:rFonts w:ascii="Arial" w:hAnsi="Arial"/>
          <w:color w:val="5D7284"/>
          <w:sz w:val="22"/>
        </w:rPr>
        <w:t>05:02</w:t>
      </w:r>
    </w:p>
    <w:p>
      <w:pPr>
        <w:spacing w:after="0"/>
      </w:pPr>
      <w:r>
        <w:rPr>
          <w:rFonts w:ascii="Arial" w:hAnsi="Arial"/>
          <w:sz w:val="22"/>
        </w:rPr>
        <w:t>Yeah. That was very very loud,. Unecessary noise. I'm not a fan of unnecessary noise. And I make a lot of it.</w:t>
      </w:r>
    </w:p>
    <w:p>
      <w:pPr>
        <w:spacing w:after="0"/>
      </w:pPr>
    </w:p>
    <w:p>
      <w:pPr>
        <w:spacing w:after="0"/>
      </w:pPr>
      <w:r>
        <w:rPr>
          <w:rFonts w:ascii="Arial" w:hAnsi="Arial"/>
          <w:b/>
          <w:sz w:val="22"/>
        </w:rPr>
        <w:t xml:space="preserve">Alice  </w:t>
      </w:r>
      <w:r>
        <w:rPr>
          <w:rFonts w:ascii="Arial" w:hAnsi="Arial"/>
          <w:color w:val="5D7284"/>
          <w:sz w:val="22"/>
        </w:rPr>
        <w:t>05:10</w:t>
      </w:r>
    </w:p>
    <w:p>
      <w:pPr>
        <w:spacing w:after="0"/>
      </w:pPr>
      <w:r>
        <w:rPr>
          <w:rFonts w:ascii="Arial" w:hAnsi="Arial"/>
          <w:sz w:val="22"/>
        </w:rPr>
        <w:t xml:space="preserve">I was gonna say that, that we're not doing a great job with this podcast. </w:t>
      </w:r>
    </w:p>
    <w:p>
      <w:pPr>
        <w:spacing w:after="0"/>
      </w:pPr>
    </w:p>
    <w:p>
      <w:pPr>
        <w:spacing w:after="0"/>
      </w:pPr>
      <w:r>
        <w:rPr>
          <w:rFonts w:ascii="Arial" w:hAnsi="Arial"/>
          <w:b/>
          <w:sz w:val="22"/>
        </w:rPr>
        <w:t xml:space="preserve">Lucy  </w:t>
      </w:r>
      <w:r>
        <w:rPr>
          <w:rFonts w:ascii="Arial" w:hAnsi="Arial"/>
          <w:color w:val="5D7284"/>
          <w:sz w:val="22"/>
        </w:rPr>
        <w:t>05:13</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05:16</w:t>
      </w:r>
    </w:p>
    <w:p>
      <w:pPr>
        <w:spacing w:after="0"/>
      </w:pPr>
      <w:r>
        <w:rPr>
          <w:rFonts w:ascii="Arial" w:hAnsi="Arial"/>
          <w:sz w:val="22"/>
        </w:rPr>
        <w:t>But we've, I think it's been it's been really interesting so far, we've mostly learned about how they discovered Richard, the unexpected hole in the ground that he very unceremoniously sort of dumped into when you</w:t>
      </w:r>
    </w:p>
    <w:p>
      <w:pPr>
        <w:spacing w:after="0"/>
      </w:pPr>
    </w:p>
    <w:p>
      <w:pPr>
        <w:spacing w:after="0"/>
      </w:pPr>
      <w:r>
        <w:rPr>
          <w:rFonts w:ascii="Arial" w:hAnsi="Arial"/>
          <w:b/>
          <w:sz w:val="22"/>
        </w:rPr>
        <w:t xml:space="preserve">Daisy  </w:t>
      </w:r>
      <w:r>
        <w:rPr>
          <w:rFonts w:ascii="Arial" w:hAnsi="Arial"/>
          <w:color w:val="5D7284"/>
          <w:sz w:val="22"/>
        </w:rPr>
        <w:t>05:31</w:t>
      </w:r>
    </w:p>
    <w:p>
      <w:pPr>
        <w:spacing w:after="0"/>
      </w:pPr>
      <w:r>
        <w:rPr>
          <w:rFonts w:ascii="Arial" w:hAnsi="Arial"/>
          <w:sz w:val="22"/>
        </w:rPr>
        <w:t>When you say unexpected hole in the ground and makes it sound like someone just walked along [imitates sound of someone falling] and just fell in!</w:t>
      </w:r>
    </w:p>
    <w:p>
      <w:pPr>
        <w:spacing w:after="0"/>
      </w:pPr>
    </w:p>
    <w:p>
      <w:pPr>
        <w:spacing w:after="0"/>
      </w:pPr>
      <w:r>
        <w:rPr>
          <w:rFonts w:ascii="Arial" w:hAnsi="Arial"/>
          <w:b/>
          <w:sz w:val="22"/>
        </w:rPr>
        <w:t xml:space="preserve">Lucy  </w:t>
      </w:r>
      <w:r>
        <w:rPr>
          <w:rFonts w:ascii="Arial" w:hAnsi="Arial"/>
          <w:color w:val="5D7284"/>
          <w:sz w:val="22"/>
        </w:rPr>
        <w:t>05:40</w:t>
      </w:r>
    </w:p>
    <w:p>
      <w:pPr>
        <w:spacing w:after="0"/>
      </w:pPr>
      <w:r>
        <w:rPr>
          <w:rFonts w:ascii="Arial" w:hAnsi="Arial"/>
          <w:sz w:val="22"/>
        </w:rPr>
        <w:t>Oh no! Tarmac! [laughs]</w:t>
      </w:r>
    </w:p>
    <w:p>
      <w:pPr>
        <w:spacing w:after="0"/>
      </w:pPr>
    </w:p>
    <w:p>
      <w:pPr>
        <w:spacing w:after="0"/>
      </w:pPr>
      <w:r>
        <w:rPr>
          <w:rFonts w:ascii="Arial" w:hAnsi="Arial"/>
          <w:b/>
          <w:sz w:val="22"/>
        </w:rPr>
        <w:t xml:space="preserve">Alice  </w:t>
      </w:r>
      <w:r>
        <w:rPr>
          <w:rFonts w:ascii="Arial" w:hAnsi="Arial"/>
          <w:color w:val="5D7284"/>
          <w:sz w:val="22"/>
        </w:rPr>
        <w:t>05:41</w:t>
      </w:r>
    </w:p>
    <w:p>
      <w:pPr>
        <w:spacing w:after="0"/>
      </w:pPr>
      <w:r>
        <w:rPr>
          <w:rFonts w:ascii="Arial" w:hAnsi="Arial"/>
          <w:sz w:val="22"/>
        </w:rPr>
        <w:t>[laughing] I mean, I think you certainly hear that and a lot of true crime stuff that that's how people discover bodies is just unexpected, like you're out on a dog walk and you found some fucking bones.</w:t>
      </w:r>
    </w:p>
    <w:p>
      <w:pPr>
        <w:spacing w:after="0"/>
      </w:pPr>
    </w:p>
    <w:p>
      <w:pPr>
        <w:spacing w:after="0"/>
      </w:pPr>
      <w:r>
        <w:rPr>
          <w:rFonts w:ascii="Arial" w:hAnsi="Arial"/>
          <w:b/>
          <w:sz w:val="22"/>
        </w:rPr>
        <w:t xml:space="preserve">Lucy  </w:t>
      </w:r>
      <w:r>
        <w:rPr>
          <w:rFonts w:ascii="Arial" w:hAnsi="Arial"/>
          <w:color w:val="5D7284"/>
          <w:sz w:val="22"/>
        </w:rPr>
        <w:t>05:50</w:t>
      </w:r>
    </w:p>
    <w:p>
      <w:pPr>
        <w:spacing w:after="0"/>
      </w:pPr>
      <w:r>
        <w:rPr>
          <w:rFonts w:ascii="Arial" w:hAnsi="Arial"/>
          <w:sz w:val="22"/>
        </w:rPr>
        <w:t>I will just say though as well that I definitely think that it was fate that he was found when he was found because of the whole, like his feet have disappeared because of some Victorian plumbing issue. And the tarmac was like an inch from his head when they found like, in the carpark, so.</w:t>
      </w:r>
    </w:p>
    <w:p>
      <w:pPr>
        <w:spacing w:after="0"/>
      </w:pPr>
    </w:p>
    <w:p>
      <w:pPr>
        <w:spacing w:after="0"/>
      </w:pPr>
      <w:r>
        <w:rPr>
          <w:rFonts w:ascii="Arial" w:hAnsi="Arial"/>
          <w:b/>
          <w:sz w:val="22"/>
        </w:rPr>
        <w:t xml:space="preserve">Alice  </w:t>
      </w:r>
      <w:r>
        <w:rPr>
          <w:rFonts w:ascii="Arial" w:hAnsi="Arial"/>
          <w:color w:val="5D7284"/>
          <w:sz w:val="22"/>
        </w:rPr>
        <w:t>06:07</w:t>
      </w:r>
    </w:p>
    <w:p>
      <w:pPr>
        <w:spacing w:after="0"/>
      </w:pPr>
      <w:r>
        <w:rPr>
          <w:rFonts w:ascii="Arial" w:hAnsi="Arial"/>
          <w:sz w:val="22"/>
        </w:rPr>
        <w:t>I'm not sure I'd call it fate. I'd call it a really fucking lucky historian.</w:t>
      </w:r>
    </w:p>
    <w:p>
      <w:pPr>
        <w:spacing w:after="0"/>
      </w:pPr>
    </w:p>
    <w:p>
      <w:pPr>
        <w:spacing w:after="0"/>
      </w:pPr>
      <w:r>
        <w:rPr>
          <w:rFonts w:ascii="Arial" w:hAnsi="Arial"/>
          <w:b/>
          <w:sz w:val="22"/>
        </w:rPr>
        <w:t xml:space="preserve">Lucy  </w:t>
      </w:r>
      <w:r>
        <w:rPr>
          <w:rFonts w:ascii="Arial" w:hAnsi="Arial"/>
          <w:color w:val="5D7284"/>
          <w:sz w:val="22"/>
        </w:rPr>
        <w:t>06:12</w:t>
      </w:r>
    </w:p>
    <w:p>
      <w:pPr>
        <w:spacing w:after="0"/>
      </w:pPr>
      <w:r>
        <w:rPr>
          <w:rFonts w:ascii="Arial" w:hAnsi="Arial"/>
          <w:sz w:val="22"/>
        </w:rPr>
        <w:t>Yeah. Probably Well, either way. I definitely think there's something in it.</w:t>
      </w:r>
    </w:p>
    <w:p>
      <w:pPr>
        <w:spacing w:after="0"/>
      </w:pPr>
    </w:p>
    <w:p>
      <w:pPr>
        <w:spacing w:after="0"/>
      </w:pPr>
      <w:r>
        <w:rPr>
          <w:rFonts w:ascii="Arial" w:hAnsi="Arial"/>
          <w:b/>
          <w:sz w:val="22"/>
        </w:rPr>
        <w:t xml:space="preserve">Daisy  </w:t>
      </w:r>
      <w:r>
        <w:rPr>
          <w:rFonts w:ascii="Arial" w:hAnsi="Arial"/>
          <w:color w:val="5D7284"/>
          <w:sz w:val="22"/>
        </w:rPr>
        <w:t>06:16</w:t>
      </w:r>
    </w:p>
    <w:p>
      <w:pPr>
        <w:spacing w:after="0"/>
      </w:pPr>
      <w:r>
        <w:rPr>
          <w:rFonts w:ascii="Arial" w:hAnsi="Arial"/>
          <w:sz w:val="22"/>
        </w:rPr>
        <w:t xml:space="preserve">Yeah. I guess thing is there's always I mean, this is completely not relevant to any thing I was going to talk about. or anything I guess there's always a chance that other you know, </w:t>
      </w:r>
    </w:p>
    <w:p>
      <w:pPr>
        <w:spacing w:after="0"/>
      </w:pPr>
    </w:p>
    <w:p>
      <w:pPr>
        <w:spacing w:after="0"/>
      </w:pPr>
      <w:r>
        <w:rPr>
          <w:rFonts w:ascii="Arial" w:hAnsi="Arial"/>
          <w:b/>
          <w:sz w:val="22"/>
        </w:rPr>
        <w:t xml:space="preserve">Lucy  </w:t>
      </w:r>
      <w:r>
        <w:rPr>
          <w:rFonts w:ascii="Arial" w:hAnsi="Arial"/>
          <w:color w:val="5D7284"/>
          <w:sz w:val="22"/>
        </w:rPr>
        <w:t>06:28</w:t>
      </w:r>
    </w:p>
    <w:p>
      <w:pPr>
        <w:spacing w:after="0"/>
      </w:pPr>
      <w:r>
        <w:rPr>
          <w:rFonts w:ascii="Arial" w:hAnsi="Arial"/>
          <w:sz w:val="22"/>
        </w:rPr>
        <w:t xml:space="preserve">people </w:t>
      </w:r>
    </w:p>
    <w:p>
      <w:pPr>
        <w:spacing w:after="0"/>
      </w:pPr>
    </w:p>
    <w:p>
      <w:pPr>
        <w:spacing w:after="0"/>
      </w:pPr>
      <w:r>
        <w:rPr>
          <w:rFonts w:ascii="Arial" w:hAnsi="Arial"/>
          <w:b/>
          <w:sz w:val="22"/>
        </w:rPr>
        <w:t xml:space="preserve">Daisy  </w:t>
      </w:r>
      <w:r>
        <w:rPr>
          <w:rFonts w:ascii="Arial" w:hAnsi="Arial"/>
          <w:color w:val="5D7284"/>
          <w:sz w:val="22"/>
        </w:rPr>
        <w:t>06:29</w:t>
      </w:r>
    </w:p>
    <w:p>
      <w:pPr>
        <w:spacing w:after="0"/>
      </w:pPr>
      <w:r>
        <w:rPr>
          <w:rFonts w:ascii="Arial" w:hAnsi="Arial"/>
          <w:sz w:val="22"/>
        </w:rPr>
        <w:t xml:space="preserve">people have different times had also found his body and not known who it was and specifically avoided a skull.  Well they said that, they  did they say that other point when I apparently lost, stopped paying attention.? </w:t>
      </w:r>
    </w:p>
    <w:p>
      <w:pPr>
        <w:spacing w:after="0"/>
      </w:pPr>
    </w:p>
    <w:p>
      <w:pPr>
        <w:spacing w:after="0"/>
      </w:pPr>
      <w:r>
        <w:rPr>
          <w:rFonts w:ascii="Arial" w:hAnsi="Arial"/>
          <w:b/>
          <w:sz w:val="22"/>
        </w:rPr>
        <w:t xml:space="preserve">Alice  </w:t>
      </w:r>
      <w:r>
        <w:rPr>
          <w:rFonts w:ascii="Arial" w:hAnsi="Arial"/>
          <w:color w:val="5D7284"/>
          <w:sz w:val="22"/>
        </w:rPr>
        <w:t>06:41</w:t>
      </w:r>
    </w:p>
    <w:p>
      <w:pPr>
        <w:spacing w:after="0"/>
      </w:pPr>
      <w:r>
        <w:rPr>
          <w:rFonts w:ascii="Arial" w:hAnsi="Arial"/>
          <w:sz w:val="22"/>
        </w:rPr>
        <w:t>they said that. There was a somebody came along and like to steal a load of the tiles from the old monestary and they pulled one off and they found this old skull and theywent Oh, fuck I'm putting this back! [Alice and Lucy in unison] Nope!</w:t>
      </w:r>
    </w:p>
    <w:p>
      <w:pPr>
        <w:spacing w:after="0"/>
      </w:pPr>
    </w:p>
    <w:p>
      <w:pPr>
        <w:spacing w:after="0"/>
      </w:pPr>
      <w:r>
        <w:rPr>
          <w:rFonts w:ascii="Arial" w:hAnsi="Arial"/>
          <w:b/>
          <w:sz w:val="22"/>
        </w:rPr>
        <w:t xml:space="preserve">Lucy  </w:t>
      </w:r>
      <w:r>
        <w:rPr>
          <w:rFonts w:ascii="Arial" w:hAnsi="Arial"/>
          <w:color w:val="5D7284"/>
          <w:sz w:val="22"/>
        </w:rPr>
        <w:t>06:54</w:t>
      </w:r>
    </w:p>
    <w:p>
      <w:pPr>
        <w:spacing w:after="0"/>
      </w:pPr>
      <w:r>
        <w:rPr>
          <w:rFonts w:ascii="Arial" w:hAnsi="Arial"/>
          <w:sz w:val="22"/>
        </w:rPr>
        <w:t xml:space="preserve">Not today. </w:t>
      </w:r>
    </w:p>
    <w:p>
      <w:pPr>
        <w:spacing w:after="0"/>
      </w:pPr>
    </w:p>
    <w:p>
      <w:pPr>
        <w:spacing w:after="0"/>
      </w:pPr>
      <w:r>
        <w:rPr>
          <w:rFonts w:ascii="Arial" w:hAnsi="Arial"/>
          <w:b/>
          <w:sz w:val="22"/>
        </w:rPr>
        <w:t xml:space="preserve">Alice  </w:t>
      </w:r>
      <w:r>
        <w:rPr>
          <w:rFonts w:ascii="Arial" w:hAnsi="Arial"/>
          <w:color w:val="5D7284"/>
          <w:sz w:val="22"/>
        </w:rPr>
        <w:t>06:56</w:t>
      </w:r>
    </w:p>
    <w:p>
      <w:pPr>
        <w:spacing w:after="0"/>
      </w:pPr>
      <w:r>
        <w:rPr>
          <w:rFonts w:ascii="Arial" w:hAnsi="Arial"/>
          <w:sz w:val="22"/>
        </w:rPr>
        <w:t>Not fucking worth it.</w:t>
      </w:r>
    </w:p>
    <w:p>
      <w:pPr>
        <w:spacing w:after="0"/>
      </w:pPr>
    </w:p>
    <w:p>
      <w:pPr>
        <w:spacing w:after="0"/>
      </w:pPr>
      <w:r>
        <w:rPr>
          <w:rFonts w:ascii="Arial" w:hAnsi="Arial"/>
          <w:b/>
          <w:sz w:val="22"/>
        </w:rPr>
        <w:t xml:space="preserve">Lucy  </w:t>
      </w:r>
      <w:r>
        <w:rPr>
          <w:rFonts w:ascii="Arial" w:hAnsi="Arial"/>
          <w:color w:val="5D7284"/>
          <w:sz w:val="22"/>
        </w:rPr>
        <w:t>06:57</w:t>
      </w:r>
    </w:p>
    <w:p>
      <w:pPr>
        <w:spacing w:after="0"/>
      </w:pPr>
      <w:r>
        <w:rPr>
          <w:rFonts w:ascii="Arial" w:hAnsi="Arial"/>
          <w:sz w:val="22"/>
        </w:rPr>
        <w:t xml:space="preserve">No. Let's not do that. </w:t>
      </w:r>
    </w:p>
    <w:p>
      <w:pPr>
        <w:spacing w:after="0"/>
      </w:pPr>
    </w:p>
    <w:p>
      <w:pPr>
        <w:spacing w:after="0"/>
      </w:pPr>
      <w:r>
        <w:rPr>
          <w:rFonts w:ascii="Arial" w:hAnsi="Arial"/>
          <w:b/>
          <w:sz w:val="22"/>
        </w:rPr>
        <w:t xml:space="preserve">Alice  </w:t>
      </w:r>
      <w:r>
        <w:rPr>
          <w:rFonts w:ascii="Arial" w:hAnsi="Arial"/>
          <w:color w:val="5D7284"/>
          <w:sz w:val="22"/>
        </w:rPr>
        <w:t>06:59</w:t>
      </w:r>
    </w:p>
    <w:p>
      <w:pPr>
        <w:spacing w:after="0"/>
      </w:pPr>
      <w:r>
        <w:rPr>
          <w:rFonts w:ascii="Arial" w:hAnsi="Arial"/>
          <w:sz w:val="22"/>
        </w:rPr>
        <w:t>Yep, yeah,</w:t>
      </w:r>
    </w:p>
    <w:p>
      <w:pPr>
        <w:spacing w:after="0"/>
      </w:pPr>
    </w:p>
    <w:p>
      <w:pPr>
        <w:spacing w:after="0"/>
      </w:pPr>
      <w:r>
        <w:rPr>
          <w:rFonts w:ascii="Arial" w:hAnsi="Arial"/>
          <w:b/>
          <w:sz w:val="22"/>
        </w:rPr>
        <w:t xml:space="preserve">Daisy  </w:t>
      </w:r>
      <w:r>
        <w:rPr>
          <w:rFonts w:ascii="Arial" w:hAnsi="Arial"/>
          <w:color w:val="5D7284"/>
          <w:sz w:val="22"/>
        </w:rPr>
        <w:t>07:00</w:t>
      </w:r>
    </w:p>
    <w:p>
      <w:pPr>
        <w:spacing w:after="0"/>
      </w:pPr>
      <w:r>
        <w:rPr>
          <w:rFonts w:ascii="Arial" w:hAnsi="Arial"/>
          <w:sz w:val="22"/>
        </w:rPr>
        <w:t>that's fair. I think if I was stealing something, I found the skeleton, I'd be like, Nope, no more crime,</w:t>
      </w:r>
    </w:p>
    <w:p>
      <w:pPr>
        <w:spacing w:after="0"/>
      </w:pPr>
    </w:p>
    <w:p>
      <w:pPr>
        <w:spacing w:after="0"/>
      </w:pPr>
      <w:r>
        <w:rPr>
          <w:rFonts w:ascii="Arial" w:hAnsi="Arial"/>
          <w:b/>
          <w:sz w:val="22"/>
        </w:rPr>
        <w:t xml:space="preserve">Lucy  </w:t>
      </w:r>
      <w:r>
        <w:rPr>
          <w:rFonts w:ascii="Arial" w:hAnsi="Arial"/>
          <w:color w:val="5D7284"/>
          <w:sz w:val="22"/>
        </w:rPr>
        <w:t>07:06</w:t>
      </w:r>
    </w:p>
    <w:p>
      <w:pPr>
        <w:spacing w:after="0"/>
      </w:pPr>
      <w:r>
        <w:rPr>
          <w:rFonts w:ascii="Arial" w:hAnsi="Arial"/>
          <w:sz w:val="22"/>
        </w:rPr>
        <w:t>The story, like the story of Richard the third third, though, is one that sort of, I don't know, whether it's because he was found in a car park in Leicester or what? But it sort of sticks in your head is always fascinated me. So to come -  I've been I've been to the museum before, but it was a long time ago. And I didn't really remember I didn't have a guided tour. Like, , so.</w:t>
      </w:r>
    </w:p>
    <w:p>
      <w:pPr>
        <w:spacing w:after="0"/>
      </w:pPr>
    </w:p>
    <w:p>
      <w:pPr>
        <w:spacing w:after="0"/>
      </w:pPr>
      <w:r>
        <w:rPr>
          <w:rFonts w:ascii="Arial" w:hAnsi="Arial"/>
          <w:b/>
          <w:sz w:val="22"/>
        </w:rPr>
        <w:t xml:space="preserve">Alice  </w:t>
      </w:r>
      <w:r>
        <w:rPr>
          <w:rFonts w:ascii="Arial" w:hAnsi="Arial"/>
          <w:color w:val="5D7284"/>
          <w:sz w:val="22"/>
        </w:rPr>
        <w:t>07:28</w:t>
      </w:r>
    </w:p>
    <w:p>
      <w:pPr>
        <w:spacing w:after="0"/>
      </w:pPr>
      <w:r>
        <w:rPr>
          <w:rFonts w:ascii="Arial" w:hAnsi="Arial"/>
          <w:sz w:val="22"/>
        </w:rPr>
        <w:t>I mean, I've lived in Leicestershire for 20 years. And I, I'm, I've definitely walked past here. I think I remember that used to be super cobbled, like at the front, and you'd walk back on your way back from town after a night out. And I'd always complain at my boyfriend from walking me on the cobbles because cobbles and high heels don't work very well. And but I didn't know that there was a king buried underneath me [Daisy laughs]</w:t>
      </w:r>
    </w:p>
    <w:p>
      <w:pPr>
        <w:spacing w:after="0"/>
      </w:pPr>
    </w:p>
    <w:p>
      <w:pPr>
        <w:spacing w:after="0"/>
      </w:pPr>
      <w:r>
        <w:rPr>
          <w:rFonts w:ascii="Arial" w:hAnsi="Arial"/>
          <w:b/>
          <w:sz w:val="22"/>
        </w:rPr>
        <w:t xml:space="preserve">Lucy  </w:t>
      </w:r>
      <w:r>
        <w:rPr>
          <w:rFonts w:ascii="Arial" w:hAnsi="Arial"/>
          <w:color w:val="5D7284"/>
          <w:sz w:val="22"/>
        </w:rPr>
        <w:t>07:58</w:t>
      </w:r>
    </w:p>
    <w:p>
      <w:pPr>
        <w:spacing w:after="0"/>
      </w:pPr>
      <w:r>
        <w:rPr>
          <w:rFonts w:ascii="Arial" w:hAnsi="Arial"/>
          <w:sz w:val="22"/>
        </w:rPr>
        <w:t>Yeah exactly. That's probably one of the reasons I find history. So fascinating, though, that I don't like you don't know what's under your feet do you sometimes.</w:t>
      </w:r>
    </w:p>
    <w:p>
      <w:pPr>
        <w:spacing w:after="0"/>
      </w:pPr>
    </w:p>
    <w:p>
      <w:pPr>
        <w:spacing w:after="0"/>
      </w:pPr>
      <w:r>
        <w:rPr>
          <w:rFonts w:ascii="Arial" w:hAnsi="Arial"/>
          <w:b/>
          <w:sz w:val="22"/>
        </w:rPr>
        <w:t xml:space="preserve">Alice  </w:t>
      </w:r>
      <w:r>
        <w:rPr>
          <w:rFonts w:ascii="Arial" w:hAnsi="Arial"/>
          <w:color w:val="5D7284"/>
          <w:sz w:val="22"/>
        </w:rPr>
        <w:t>08:10</w:t>
      </w:r>
    </w:p>
    <w:p>
      <w:pPr>
        <w:spacing w:after="0"/>
      </w:pPr>
      <w:r>
        <w:rPr>
          <w:rFonts w:ascii="Arial" w:hAnsi="Arial"/>
          <w:sz w:val="22"/>
        </w:rPr>
        <w:t xml:space="preserve">I mean, in my house is usually dogs, </w:t>
      </w:r>
    </w:p>
    <w:p>
      <w:pPr>
        <w:spacing w:after="0"/>
      </w:pPr>
    </w:p>
    <w:p>
      <w:pPr>
        <w:spacing w:after="0"/>
      </w:pPr>
      <w:r>
        <w:rPr>
          <w:rFonts w:ascii="Arial" w:hAnsi="Arial"/>
          <w:b/>
          <w:sz w:val="22"/>
        </w:rPr>
        <w:t xml:space="preserve">Lucy  </w:t>
      </w:r>
      <w:r>
        <w:rPr>
          <w:rFonts w:ascii="Arial" w:hAnsi="Arial"/>
          <w:color w:val="5D7284"/>
          <w:sz w:val="22"/>
        </w:rPr>
        <w:t>08:12</w:t>
      </w:r>
    </w:p>
    <w:p>
      <w:pPr>
        <w:spacing w:after="0"/>
      </w:pPr>
      <w:r>
        <w:rPr>
          <w:rFonts w:ascii="Arial" w:hAnsi="Arial"/>
          <w:sz w:val="22"/>
        </w:rPr>
        <w:t>Dog hair.</w:t>
      </w:r>
    </w:p>
    <w:p>
      <w:pPr>
        <w:spacing w:after="0"/>
      </w:pPr>
    </w:p>
    <w:p>
      <w:pPr>
        <w:spacing w:after="0"/>
      </w:pPr>
      <w:r>
        <w:rPr>
          <w:rFonts w:ascii="Arial" w:hAnsi="Arial"/>
          <w:b/>
          <w:sz w:val="22"/>
        </w:rPr>
        <w:t xml:space="preserve">Alice  </w:t>
      </w:r>
      <w:r>
        <w:rPr>
          <w:rFonts w:ascii="Arial" w:hAnsi="Arial"/>
          <w:color w:val="5D7284"/>
          <w:sz w:val="22"/>
        </w:rPr>
        <w:t>08:13</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08:14</w:t>
      </w:r>
    </w:p>
    <w:p>
      <w:pPr>
        <w:spacing w:after="0"/>
      </w:pPr>
      <w:r>
        <w:rPr>
          <w:rFonts w:ascii="Arial" w:hAnsi="Arial"/>
          <w:sz w:val="22"/>
        </w:rPr>
        <w:t xml:space="preserve">So Daisy is going to er, give us. </w:t>
      </w:r>
    </w:p>
    <w:p>
      <w:pPr>
        <w:spacing w:after="0"/>
      </w:pPr>
    </w:p>
    <w:p>
      <w:pPr>
        <w:spacing w:after="0"/>
      </w:pPr>
      <w:r>
        <w:rPr>
          <w:rFonts w:ascii="Arial" w:hAnsi="Arial"/>
          <w:b/>
          <w:sz w:val="22"/>
        </w:rPr>
        <w:t xml:space="preserve">Daisy  </w:t>
      </w:r>
      <w:r>
        <w:rPr>
          <w:rFonts w:ascii="Arial" w:hAnsi="Arial"/>
          <w:color w:val="5D7284"/>
          <w:sz w:val="22"/>
        </w:rPr>
        <w:t>08:17</w:t>
      </w:r>
    </w:p>
    <w:p>
      <w:pPr>
        <w:spacing w:after="0"/>
      </w:pPr>
      <w:r>
        <w:rPr>
          <w:rFonts w:ascii="Arial" w:hAnsi="Arial"/>
          <w:sz w:val="22"/>
        </w:rPr>
        <w:t>That was a great segway.</w:t>
      </w:r>
    </w:p>
    <w:p>
      <w:pPr>
        <w:spacing w:after="0"/>
      </w:pPr>
    </w:p>
    <w:p>
      <w:pPr>
        <w:spacing w:after="0"/>
      </w:pPr>
      <w:r>
        <w:rPr>
          <w:rFonts w:ascii="Arial" w:hAnsi="Arial"/>
          <w:b/>
          <w:sz w:val="22"/>
        </w:rPr>
        <w:t xml:space="preserve">Lucy  </w:t>
      </w:r>
      <w:r>
        <w:rPr>
          <w:rFonts w:ascii="Arial" w:hAnsi="Arial"/>
          <w:color w:val="5D7284"/>
          <w:sz w:val="22"/>
        </w:rPr>
        <w:t>08:18</w:t>
      </w:r>
    </w:p>
    <w:p>
      <w:pPr>
        <w:spacing w:after="0"/>
      </w:pPr>
      <w:r>
        <w:rPr>
          <w:rFonts w:ascii="Arial" w:hAnsi="Arial"/>
          <w:sz w:val="22"/>
        </w:rPr>
        <w:t>Yeah.</w:t>
      </w:r>
    </w:p>
    <w:p>
      <w:pPr>
        <w:spacing w:after="0"/>
      </w:pPr>
    </w:p>
    <w:p>
      <w:pPr>
        <w:spacing w:after="0"/>
      </w:pPr>
      <w:r>
        <w:rPr>
          <w:rFonts w:ascii="Arial" w:hAnsi="Arial"/>
          <w:b/>
          <w:sz w:val="22"/>
        </w:rPr>
        <w:t xml:space="preserve">Daisy  </w:t>
      </w:r>
      <w:r>
        <w:rPr>
          <w:rFonts w:ascii="Arial" w:hAnsi="Arial"/>
          <w:color w:val="5D7284"/>
          <w:sz w:val="22"/>
        </w:rPr>
        <w:t>08:19</w:t>
      </w:r>
    </w:p>
    <w:p>
      <w:pPr>
        <w:spacing w:after="0"/>
      </w:pPr>
      <w:r>
        <w:rPr>
          <w:rFonts w:ascii="Arial" w:hAnsi="Arial"/>
          <w:sz w:val="22"/>
        </w:rPr>
        <w:t>Good job.</w:t>
      </w:r>
    </w:p>
    <w:p>
      <w:pPr>
        <w:spacing w:after="0"/>
      </w:pPr>
    </w:p>
    <w:p>
      <w:pPr>
        <w:spacing w:after="0"/>
      </w:pPr>
      <w:r>
        <w:rPr>
          <w:rFonts w:ascii="Arial" w:hAnsi="Arial"/>
          <w:b/>
          <w:sz w:val="22"/>
        </w:rPr>
        <w:t xml:space="preserve">Alice  </w:t>
      </w:r>
      <w:r>
        <w:rPr>
          <w:rFonts w:ascii="Arial" w:hAnsi="Arial"/>
          <w:color w:val="5D7284"/>
          <w:sz w:val="22"/>
        </w:rPr>
        <w:t>08:19</w:t>
      </w:r>
    </w:p>
    <w:p>
      <w:pPr>
        <w:spacing w:after="0"/>
      </w:pPr>
      <w:r>
        <w:rPr>
          <w:rFonts w:ascii="Arial" w:hAnsi="Arial"/>
          <w:sz w:val="22"/>
        </w:rPr>
        <w:t>So smooth!</w:t>
      </w:r>
    </w:p>
    <w:p>
      <w:pPr>
        <w:spacing w:after="0"/>
      </w:pPr>
    </w:p>
    <w:p>
      <w:pPr>
        <w:spacing w:after="0"/>
      </w:pPr>
      <w:r>
        <w:rPr>
          <w:rFonts w:ascii="Arial" w:hAnsi="Arial"/>
          <w:b/>
          <w:sz w:val="22"/>
        </w:rPr>
        <w:t xml:space="preserve">Lucy  </w:t>
      </w:r>
      <w:r>
        <w:rPr>
          <w:rFonts w:ascii="Arial" w:hAnsi="Arial"/>
          <w:color w:val="5D7284"/>
          <w:sz w:val="22"/>
        </w:rPr>
        <w:t>08:20</w:t>
      </w:r>
    </w:p>
    <w:p>
      <w:pPr>
        <w:spacing w:after="0"/>
      </w:pPr>
      <w:r>
        <w:rPr>
          <w:rFonts w:ascii="Arial" w:hAnsi="Arial"/>
          <w:sz w:val="22"/>
        </w:rPr>
        <w:t>I feel like I'm on the One Show!</w:t>
      </w:r>
    </w:p>
    <w:p>
      <w:pPr>
        <w:spacing w:after="0"/>
      </w:pPr>
    </w:p>
    <w:p>
      <w:pPr>
        <w:spacing w:after="0"/>
      </w:pPr>
      <w:r>
        <w:rPr>
          <w:rFonts w:ascii="Arial" w:hAnsi="Arial"/>
          <w:b/>
          <w:sz w:val="22"/>
        </w:rPr>
        <w:t xml:space="preserve">Alice  </w:t>
      </w:r>
      <w:r>
        <w:rPr>
          <w:rFonts w:ascii="Arial" w:hAnsi="Arial"/>
          <w:color w:val="5D7284"/>
          <w:sz w:val="22"/>
        </w:rPr>
        <w:t>08:24</w:t>
      </w:r>
    </w:p>
    <w:p>
      <w:pPr>
        <w:spacing w:after="0"/>
      </w:pPr>
      <w:r>
        <w:rPr>
          <w:rFonts w:ascii="Arial" w:hAnsi="Arial"/>
          <w:sz w:val="22"/>
        </w:rPr>
        <w:t>Watch out Matt Baker. [laughing]</w:t>
      </w:r>
    </w:p>
    <w:p>
      <w:pPr>
        <w:spacing w:after="0"/>
      </w:pPr>
    </w:p>
    <w:p>
      <w:pPr>
        <w:spacing w:after="0"/>
      </w:pPr>
      <w:r>
        <w:rPr>
          <w:rFonts w:ascii="Arial" w:hAnsi="Arial"/>
          <w:b/>
          <w:sz w:val="22"/>
        </w:rPr>
        <w:t xml:space="preserve">Lucy  </w:t>
      </w:r>
      <w:r>
        <w:rPr>
          <w:rFonts w:ascii="Arial" w:hAnsi="Arial"/>
          <w:color w:val="5D7284"/>
          <w:sz w:val="22"/>
        </w:rPr>
        <w:t>08:25</w:t>
      </w:r>
    </w:p>
    <w:p>
      <w:pPr>
        <w:spacing w:after="0"/>
      </w:pPr>
      <w:r>
        <w:rPr>
          <w:rFonts w:ascii="Arial" w:hAnsi="Arial"/>
          <w:sz w:val="22"/>
        </w:rPr>
        <w:t xml:space="preserve">Yeah I'm calling for your job. Daisy is going to tell us about the life of Richardson. So we've just got we've done the discovery and of his remains, and all of the fallout from that, thanks to the lovely Joe. But Daisy is going to talk about his life. And it's basically like a standard history lesson. But we're in a car park in Leicester. So, Daisy, where would we like to start? Should we start at the very beginning? </w:t>
      </w:r>
    </w:p>
    <w:p>
      <w:pPr>
        <w:spacing w:after="0"/>
      </w:pPr>
    </w:p>
    <w:p>
      <w:pPr>
        <w:spacing w:after="0"/>
      </w:pPr>
      <w:r>
        <w:rPr>
          <w:rFonts w:ascii="Arial" w:hAnsi="Arial"/>
          <w:b/>
          <w:sz w:val="22"/>
        </w:rPr>
        <w:t xml:space="preserve">Daisy  </w:t>
      </w:r>
      <w:r>
        <w:rPr>
          <w:rFonts w:ascii="Arial" w:hAnsi="Arial"/>
          <w:color w:val="5D7284"/>
          <w:sz w:val="22"/>
        </w:rPr>
        <w:t>08:53</w:t>
      </w:r>
    </w:p>
    <w:p>
      <w:pPr>
        <w:spacing w:after="0"/>
      </w:pPr>
      <w:r>
        <w:rPr>
          <w:rFonts w:ascii="Arial" w:hAnsi="Arial"/>
          <w:sz w:val="22"/>
        </w:rPr>
        <w:t xml:space="preserve">Go on that </w:t>
      </w:r>
    </w:p>
    <w:p>
      <w:pPr>
        <w:spacing w:after="0"/>
      </w:pPr>
    </w:p>
    <w:p>
      <w:pPr>
        <w:spacing w:after="0"/>
      </w:pPr>
      <w:r>
        <w:rPr>
          <w:rFonts w:ascii="Arial" w:hAnsi="Arial"/>
          <w:b/>
          <w:sz w:val="22"/>
        </w:rPr>
        <w:t xml:space="preserve">Lucy  </w:t>
      </w:r>
      <w:r>
        <w:rPr>
          <w:rFonts w:ascii="Arial" w:hAnsi="Arial"/>
          <w:color w:val="5D7284"/>
          <w:sz w:val="22"/>
        </w:rPr>
        <w:t>08:54</w:t>
      </w:r>
    </w:p>
    <w:p>
      <w:pPr>
        <w:spacing w:after="0"/>
      </w:pPr>
      <w:r>
        <w:rPr>
          <w:rFonts w:ascii="Arial" w:hAnsi="Arial"/>
          <w:sz w:val="22"/>
        </w:rPr>
        <w:t>I've heard it's a very good place to start.</w:t>
      </w:r>
    </w:p>
    <w:p>
      <w:pPr>
        <w:spacing w:after="0"/>
      </w:pPr>
    </w:p>
    <w:p>
      <w:pPr>
        <w:spacing w:after="0"/>
      </w:pPr>
      <w:r>
        <w:rPr>
          <w:rFonts w:ascii="Arial" w:hAnsi="Arial"/>
          <w:b/>
          <w:sz w:val="22"/>
        </w:rPr>
        <w:t xml:space="preserve">Daisy  </w:t>
      </w:r>
      <w:r>
        <w:rPr>
          <w:rFonts w:ascii="Arial" w:hAnsi="Arial"/>
          <w:color w:val="5D7284"/>
          <w:sz w:val="22"/>
        </w:rPr>
        <w:t>08:57</w:t>
      </w:r>
    </w:p>
    <w:p>
      <w:pPr>
        <w:spacing w:after="0"/>
      </w:pPr>
      <w:r>
        <w:rPr>
          <w:rFonts w:ascii="Arial" w:hAnsi="Arial"/>
          <w:sz w:val="22"/>
        </w:rPr>
        <w:t xml:space="preserve">Yeah. So I'm primarily covering sort of a bit of his life and a bit of the you know, stuff that obviously happened afterwards with you know, his portrayal and stuff. So, you know, when Joe started mentioning that I was like, hmmmm,  </w:t>
      </w:r>
    </w:p>
    <w:p>
      <w:pPr>
        <w:spacing w:after="0"/>
      </w:pPr>
    </w:p>
    <w:p>
      <w:pPr>
        <w:spacing w:after="0"/>
      </w:pPr>
      <w:r>
        <w:rPr>
          <w:rFonts w:ascii="Arial" w:hAnsi="Arial"/>
          <w:b/>
          <w:sz w:val="22"/>
        </w:rPr>
        <w:t xml:space="preserve">Lucy  </w:t>
      </w:r>
      <w:r>
        <w:rPr>
          <w:rFonts w:ascii="Arial" w:hAnsi="Arial"/>
          <w:color w:val="5D7284"/>
          <w:sz w:val="22"/>
        </w:rPr>
        <w:t>09:09</w:t>
      </w:r>
    </w:p>
    <w:p>
      <w:pPr>
        <w:spacing w:after="0"/>
      </w:pPr>
      <w:r>
        <w:rPr>
          <w:rFonts w:ascii="Arial" w:hAnsi="Arial"/>
          <w:sz w:val="22"/>
        </w:rPr>
        <w:t>Back off. Read my notes.</w:t>
      </w:r>
    </w:p>
    <w:p>
      <w:pPr>
        <w:spacing w:after="0"/>
      </w:pPr>
    </w:p>
    <w:p>
      <w:pPr>
        <w:spacing w:after="0"/>
      </w:pPr>
      <w:r>
        <w:rPr>
          <w:rFonts w:ascii="Arial" w:hAnsi="Arial"/>
          <w:b/>
          <w:sz w:val="22"/>
        </w:rPr>
        <w:t xml:space="preserve">Daisy  </w:t>
      </w:r>
      <w:r>
        <w:rPr>
          <w:rFonts w:ascii="Arial" w:hAnsi="Arial"/>
          <w:color w:val="5D7284"/>
          <w:sz w:val="22"/>
        </w:rPr>
        <w:t>09:10</w:t>
      </w:r>
    </w:p>
    <w:p>
      <w:pPr>
        <w:spacing w:after="0"/>
      </w:pPr>
      <w:r>
        <w:rPr>
          <w:rFonts w:ascii="Arial" w:hAnsi="Arial"/>
          <w:sz w:val="22"/>
        </w:rPr>
        <w:t>Yeah. That's my section! What do you mean, you didn't read the notes that I kept on my computer?</w:t>
      </w:r>
    </w:p>
    <w:p>
      <w:pPr>
        <w:spacing w:after="0"/>
      </w:pPr>
    </w:p>
    <w:p>
      <w:pPr>
        <w:spacing w:after="0"/>
      </w:pPr>
      <w:r>
        <w:rPr>
          <w:rFonts w:ascii="Arial" w:hAnsi="Arial"/>
          <w:b/>
          <w:sz w:val="22"/>
        </w:rPr>
        <w:t xml:space="preserve">Alice  </w:t>
      </w:r>
      <w:r>
        <w:rPr>
          <w:rFonts w:ascii="Arial" w:hAnsi="Arial"/>
          <w:color w:val="5D7284"/>
          <w:sz w:val="22"/>
        </w:rPr>
        <w:t>09:18</w:t>
      </w:r>
    </w:p>
    <w:p>
      <w:pPr>
        <w:spacing w:after="0"/>
      </w:pPr>
      <w:r>
        <w:rPr>
          <w:rFonts w:ascii="Arial" w:hAnsi="Arial"/>
          <w:sz w:val="22"/>
        </w:rPr>
        <w:t>It's gonna be like a historian-off. A battle to the death for who gets to talk about Richard.</w:t>
      </w:r>
    </w:p>
    <w:p>
      <w:pPr>
        <w:spacing w:after="0"/>
      </w:pPr>
    </w:p>
    <w:p>
      <w:pPr>
        <w:spacing w:after="0"/>
      </w:pPr>
      <w:r>
        <w:rPr>
          <w:rFonts w:ascii="Arial" w:hAnsi="Arial"/>
          <w:b/>
          <w:sz w:val="22"/>
        </w:rPr>
        <w:t xml:space="preserve">Daisy  </w:t>
      </w:r>
      <w:r>
        <w:rPr>
          <w:rFonts w:ascii="Arial" w:hAnsi="Arial"/>
          <w:color w:val="5D7284"/>
          <w:sz w:val="22"/>
        </w:rPr>
        <w:t>09:22</w:t>
      </w:r>
    </w:p>
    <w:p>
      <w:pPr>
        <w:spacing w:after="0"/>
      </w:pPr>
      <w:r>
        <w:rPr>
          <w:rFonts w:ascii="Arial" w:hAnsi="Arial"/>
          <w:sz w:val="22"/>
        </w:rPr>
        <w:t>He wins he's got swords.</w:t>
      </w:r>
    </w:p>
    <w:p>
      <w:pPr>
        <w:spacing w:after="0"/>
      </w:pPr>
    </w:p>
    <w:p>
      <w:pPr>
        <w:spacing w:after="0"/>
      </w:pPr>
      <w:r>
        <w:rPr>
          <w:rFonts w:ascii="Arial" w:hAnsi="Arial"/>
          <w:b/>
          <w:sz w:val="22"/>
        </w:rPr>
        <w:t xml:space="preserve">Alice  </w:t>
      </w:r>
      <w:r>
        <w:rPr>
          <w:rFonts w:ascii="Arial" w:hAnsi="Arial"/>
          <w:color w:val="5D7284"/>
          <w:sz w:val="22"/>
        </w:rPr>
        <w:t>09:24</w:t>
      </w:r>
    </w:p>
    <w:p>
      <w:pPr>
        <w:spacing w:after="0"/>
      </w:pPr>
      <w:r>
        <w:rPr>
          <w:rFonts w:ascii="Arial" w:hAnsi="Arial"/>
          <w:sz w:val="22"/>
        </w:rPr>
        <w:t xml:space="preserve">I was gonna say, but he didn't have his swords with him. </w:t>
      </w:r>
    </w:p>
    <w:p>
      <w:pPr>
        <w:spacing w:after="0"/>
      </w:pPr>
    </w:p>
    <w:p>
      <w:pPr>
        <w:spacing w:after="0"/>
      </w:pPr>
      <w:r>
        <w:rPr>
          <w:rFonts w:ascii="Arial" w:hAnsi="Arial"/>
          <w:b/>
          <w:sz w:val="22"/>
        </w:rPr>
        <w:t xml:space="preserve">Lucy  </w:t>
      </w:r>
      <w:r>
        <w:rPr>
          <w:rFonts w:ascii="Arial" w:hAnsi="Arial"/>
          <w:color w:val="5D7284"/>
          <w:sz w:val="22"/>
        </w:rPr>
        <w:t>09:27</w:t>
      </w:r>
    </w:p>
    <w:p>
      <w:pPr>
        <w:spacing w:after="0"/>
      </w:pPr>
      <w:r>
        <w:rPr>
          <w:rFonts w:ascii="Arial" w:hAnsi="Arial"/>
          <w:sz w:val="22"/>
        </w:rPr>
        <w:t xml:space="preserve">He has he's got the William but like, </w:t>
      </w:r>
    </w:p>
    <w:p>
      <w:pPr>
        <w:spacing w:after="0"/>
      </w:pPr>
    </w:p>
    <w:p>
      <w:pPr>
        <w:spacing w:after="0"/>
      </w:pPr>
      <w:r>
        <w:rPr>
          <w:rFonts w:ascii="Arial" w:hAnsi="Arial"/>
          <w:b/>
          <w:sz w:val="22"/>
        </w:rPr>
        <w:t xml:space="preserve">Alice  </w:t>
      </w:r>
      <w:r>
        <w:rPr>
          <w:rFonts w:ascii="Arial" w:hAnsi="Arial"/>
          <w:color w:val="5D7284"/>
          <w:sz w:val="22"/>
        </w:rPr>
        <w:t>09:29</w:t>
      </w:r>
    </w:p>
    <w:p>
      <w:pPr>
        <w:spacing w:after="0"/>
      </w:pPr>
      <w:r>
        <w:rPr>
          <w:rFonts w:ascii="Arial" w:hAnsi="Arial"/>
          <w:sz w:val="22"/>
        </w:rPr>
        <w:t>But Daisy could just grab a crutch.</w:t>
      </w:r>
    </w:p>
    <w:p>
      <w:pPr>
        <w:spacing w:after="0"/>
      </w:pPr>
    </w:p>
    <w:p>
      <w:pPr>
        <w:spacing w:after="0"/>
      </w:pPr>
      <w:r>
        <w:rPr>
          <w:rFonts w:ascii="Arial" w:hAnsi="Arial"/>
          <w:b/>
          <w:sz w:val="22"/>
        </w:rPr>
        <w:t xml:space="preserve">Daisy  </w:t>
      </w:r>
      <w:r>
        <w:rPr>
          <w:rFonts w:ascii="Arial" w:hAnsi="Arial"/>
          <w:color w:val="5D7284"/>
          <w:sz w:val="22"/>
        </w:rPr>
        <w:t>09:32</w:t>
      </w:r>
    </w:p>
    <w:p>
      <w:pPr>
        <w:spacing w:after="0"/>
      </w:pPr>
      <w:r>
        <w:rPr>
          <w:rFonts w:ascii="Arial" w:hAnsi="Arial"/>
          <w:sz w:val="22"/>
        </w:rPr>
        <w:t>Sword versus crutch I don't think it's gonna go well for me.</w:t>
      </w:r>
    </w:p>
    <w:p>
      <w:pPr>
        <w:spacing w:after="0"/>
      </w:pPr>
    </w:p>
    <w:p>
      <w:pPr>
        <w:spacing w:after="0"/>
      </w:pPr>
      <w:r>
        <w:rPr>
          <w:rFonts w:ascii="Arial" w:hAnsi="Arial"/>
          <w:b/>
          <w:sz w:val="22"/>
        </w:rPr>
        <w:t xml:space="preserve">Lucy  </w:t>
      </w:r>
      <w:r>
        <w:rPr>
          <w:rFonts w:ascii="Arial" w:hAnsi="Arial"/>
          <w:color w:val="5D7284"/>
          <w:sz w:val="22"/>
        </w:rPr>
        <w:t>09:36</w:t>
      </w:r>
    </w:p>
    <w:p>
      <w:pPr>
        <w:spacing w:after="0"/>
      </w:pPr>
      <w:r>
        <w:rPr>
          <w:rFonts w:ascii="Arial" w:hAnsi="Arial"/>
          <w:sz w:val="22"/>
        </w:rPr>
        <w:t>Disability wars!</w:t>
      </w:r>
    </w:p>
    <w:p>
      <w:pPr>
        <w:spacing w:after="0"/>
      </w:pPr>
    </w:p>
    <w:p>
      <w:pPr>
        <w:spacing w:after="0"/>
      </w:pPr>
      <w:r>
        <w:rPr>
          <w:rFonts w:ascii="Arial" w:hAnsi="Arial"/>
          <w:b/>
          <w:sz w:val="22"/>
        </w:rPr>
        <w:t xml:space="preserve">Alice  </w:t>
      </w:r>
      <w:r>
        <w:rPr>
          <w:rFonts w:ascii="Arial" w:hAnsi="Arial"/>
          <w:color w:val="5D7284"/>
          <w:sz w:val="22"/>
        </w:rPr>
        <w:t>09:37</w:t>
      </w:r>
    </w:p>
    <w:p>
      <w:pPr>
        <w:spacing w:after="0"/>
      </w:pPr>
      <w:r>
        <w:rPr>
          <w:rFonts w:ascii="Arial" w:hAnsi="Arial"/>
          <w:sz w:val="22"/>
        </w:rPr>
        <w:t>Idunno, I was gonna it's not gonna be a real song, though. Is it?</w:t>
      </w:r>
    </w:p>
    <w:p>
      <w:pPr>
        <w:spacing w:after="0"/>
      </w:pPr>
    </w:p>
    <w:p>
      <w:pPr>
        <w:spacing w:after="0"/>
      </w:pPr>
      <w:r>
        <w:rPr>
          <w:rFonts w:ascii="Arial" w:hAnsi="Arial"/>
          <w:b/>
          <w:sz w:val="22"/>
        </w:rPr>
        <w:t xml:space="preserve">Daisy  </w:t>
      </w:r>
      <w:r>
        <w:rPr>
          <w:rFonts w:ascii="Arial" w:hAnsi="Arial"/>
          <w:color w:val="5D7284"/>
          <w:sz w:val="22"/>
        </w:rPr>
        <w:t>09:40</w:t>
      </w:r>
    </w:p>
    <w:p>
      <w:pPr>
        <w:spacing w:after="0"/>
      </w:pPr>
      <w:r>
        <w:rPr>
          <w:rFonts w:ascii="Arial" w:hAnsi="Arial"/>
          <w:sz w:val="22"/>
        </w:rPr>
        <w:t>I mean, yeah</w:t>
      </w:r>
    </w:p>
    <w:p>
      <w:pPr>
        <w:spacing w:after="0"/>
      </w:pPr>
    </w:p>
    <w:p>
      <w:pPr>
        <w:spacing w:after="0"/>
      </w:pPr>
      <w:r>
        <w:rPr>
          <w:rFonts w:ascii="Arial" w:hAnsi="Arial"/>
          <w:b/>
          <w:sz w:val="22"/>
        </w:rPr>
        <w:t xml:space="preserve">Lucy  </w:t>
      </w:r>
      <w:r>
        <w:rPr>
          <w:rFonts w:ascii="Arial" w:hAnsi="Arial"/>
          <w:color w:val="5D7284"/>
          <w:sz w:val="22"/>
        </w:rPr>
        <w:t>09:42</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09:43</w:t>
      </w:r>
    </w:p>
    <w:p>
      <w:pPr>
        <w:spacing w:after="0"/>
      </w:pPr>
      <w:r>
        <w:rPr>
          <w:rFonts w:ascii="Arial" w:hAnsi="Arial"/>
          <w:sz w:val="22"/>
        </w:rPr>
        <w:t>With like a sharp? No it's not.</w:t>
      </w:r>
    </w:p>
    <w:p>
      <w:pPr>
        <w:spacing w:after="0"/>
      </w:pPr>
    </w:p>
    <w:p>
      <w:pPr>
        <w:spacing w:after="0"/>
      </w:pPr>
      <w:r>
        <w:rPr>
          <w:rFonts w:ascii="Arial" w:hAnsi="Arial"/>
          <w:b/>
          <w:sz w:val="22"/>
        </w:rPr>
        <w:t xml:space="preserve">Lucy  </w:t>
      </w:r>
      <w:r>
        <w:rPr>
          <w:rFonts w:ascii="Arial" w:hAnsi="Arial"/>
          <w:color w:val="5D7284"/>
          <w:sz w:val="22"/>
        </w:rPr>
        <w:t>09:46</w:t>
      </w:r>
    </w:p>
    <w:p>
      <w:pPr>
        <w:spacing w:after="0"/>
      </w:pPr>
      <w:r>
        <w:rPr>
          <w:rFonts w:ascii="Arial" w:hAnsi="Arial"/>
          <w:sz w:val="22"/>
        </w:rPr>
        <w:t>He's not gonna just like make it out of wood... here's a plastic...</w:t>
      </w:r>
    </w:p>
    <w:p>
      <w:pPr>
        <w:spacing w:after="0"/>
      </w:pPr>
    </w:p>
    <w:p>
      <w:pPr>
        <w:spacing w:after="0"/>
      </w:pPr>
      <w:r>
        <w:rPr>
          <w:rFonts w:ascii="Arial" w:hAnsi="Arial"/>
          <w:b/>
          <w:sz w:val="22"/>
        </w:rPr>
        <w:t xml:space="preserve">Daisy  </w:t>
      </w:r>
      <w:r>
        <w:rPr>
          <w:rFonts w:ascii="Arial" w:hAnsi="Arial"/>
          <w:color w:val="5D7284"/>
          <w:sz w:val="22"/>
        </w:rPr>
        <w:t>09:49</w:t>
      </w:r>
    </w:p>
    <w:p>
      <w:pPr>
        <w:spacing w:after="0"/>
      </w:pPr>
      <w:r>
        <w:rPr>
          <w:rFonts w:ascii="Arial" w:hAnsi="Arial"/>
          <w:sz w:val="22"/>
        </w:rPr>
        <w:t>Here's a sword I painted</w:t>
      </w:r>
    </w:p>
    <w:p>
      <w:pPr>
        <w:spacing w:after="0"/>
      </w:pPr>
    </w:p>
    <w:p>
      <w:pPr>
        <w:spacing w:after="0"/>
      </w:pPr>
      <w:r>
        <w:rPr>
          <w:rFonts w:ascii="Arial" w:hAnsi="Arial"/>
          <w:b/>
          <w:sz w:val="22"/>
        </w:rPr>
        <w:t xml:space="preserve">Lucy  </w:t>
      </w:r>
      <w:r>
        <w:rPr>
          <w:rFonts w:ascii="Arial" w:hAnsi="Arial"/>
          <w:color w:val="5D7284"/>
          <w:sz w:val="22"/>
        </w:rPr>
        <w:t>09:52</w:t>
      </w:r>
    </w:p>
    <w:p>
      <w:pPr>
        <w:spacing w:after="0"/>
      </w:pPr>
      <w:r>
        <w:rPr>
          <w:rFonts w:ascii="Arial" w:hAnsi="Arial"/>
          <w:sz w:val="22"/>
        </w:rPr>
        <w:t>Here's a sword from Toys R Us</w:t>
      </w:r>
    </w:p>
    <w:p>
      <w:pPr>
        <w:spacing w:after="0"/>
      </w:pPr>
    </w:p>
    <w:p>
      <w:pPr>
        <w:spacing w:after="0"/>
      </w:pPr>
      <w:r>
        <w:rPr>
          <w:rFonts w:ascii="Arial" w:hAnsi="Arial"/>
          <w:b/>
          <w:sz w:val="22"/>
        </w:rPr>
        <w:t xml:space="preserve">Alice  </w:t>
      </w:r>
      <w:r>
        <w:rPr>
          <w:rFonts w:ascii="Arial" w:hAnsi="Arial"/>
          <w:color w:val="5D7284"/>
          <w:sz w:val="22"/>
        </w:rPr>
        <w:t>09:53</w:t>
      </w:r>
    </w:p>
    <w:p>
      <w:pPr>
        <w:spacing w:after="0"/>
      </w:pPr>
      <w:r>
        <w:rPr>
          <w:rFonts w:ascii="Arial" w:hAnsi="Arial"/>
          <w:sz w:val="22"/>
        </w:rPr>
        <w:t>He's not offering a bunch of randomers who have wandered into the museum a chance to play with real sword</w:t>
      </w:r>
    </w:p>
    <w:p>
      <w:pPr>
        <w:spacing w:after="0"/>
      </w:pPr>
    </w:p>
    <w:p>
      <w:pPr>
        <w:spacing w:after="0"/>
      </w:pPr>
      <w:r>
        <w:rPr>
          <w:rFonts w:ascii="Arial" w:hAnsi="Arial"/>
          <w:b/>
          <w:sz w:val="22"/>
        </w:rPr>
        <w:t xml:space="preserve">Daisy  </w:t>
      </w:r>
      <w:r>
        <w:rPr>
          <w:rFonts w:ascii="Arial" w:hAnsi="Arial"/>
          <w:color w:val="5D7284"/>
          <w:sz w:val="22"/>
        </w:rPr>
        <w:t>09:59</w:t>
      </w:r>
    </w:p>
    <w:p>
      <w:pPr>
        <w:spacing w:after="0"/>
      </w:pPr>
      <w:r>
        <w:rPr>
          <w:rFonts w:ascii="Arial" w:hAnsi="Arial"/>
          <w:sz w:val="22"/>
        </w:rPr>
        <w:t>It might be blunted</w:t>
      </w:r>
    </w:p>
    <w:p>
      <w:pPr>
        <w:spacing w:after="0"/>
      </w:pPr>
    </w:p>
    <w:p>
      <w:pPr>
        <w:spacing w:after="0"/>
      </w:pPr>
      <w:r>
        <w:rPr>
          <w:rFonts w:ascii="Arial" w:hAnsi="Arial"/>
          <w:b/>
          <w:sz w:val="22"/>
        </w:rPr>
        <w:t xml:space="preserve">Lucy  </w:t>
      </w:r>
      <w:r>
        <w:rPr>
          <w:rFonts w:ascii="Arial" w:hAnsi="Arial"/>
          <w:color w:val="5D7284"/>
          <w:sz w:val="22"/>
        </w:rPr>
        <w:t>10:01</w:t>
      </w:r>
    </w:p>
    <w:p>
      <w:pPr>
        <w:spacing w:after="0"/>
      </w:pPr>
      <w:r>
        <w:rPr>
          <w:rFonts w:ascii="Arial" w:hAnsi="Arial"/>
          <w:sz w:val="22"/>
        </w:rPr>
        <w:t xml:space="preserve">Shall we ask Shaz? She's probably downstairs we can ask - </w:t>
      </w:r>
    </w:p>
    <w:p>
      <w:pPr>
        <w:spacing w:after="0"/>
      </w:pPr>
    </w:p>
    <w:p>
      <w:pPr>
        <w:spacing w:after="0"/>
      </w:pPr>
      <w:r>
        <w:rPr>
          <w:rFonts w:ascii="Arial" w:hAnsi="Arial"/>
          <w:b/>
          <w:sz w:val="22"/>
        </w:rPr>
        <w:t xml:space="preserve">Alice  </w:t>
      </w:r>
      <w:r>
        <w:rPr>
          <w:rFonts w:ascii="Arial" w:hAnsi="Arial"/>
          <w:color w:val="5D7284"/>
          <w:sz w:val="22"/>
        </w:rPr>
        <w:t>10:03</w:t>
      </w:r>
    </w:p>
    <w:p>
      <w:pPr>
        <w:spacing w:after="0"/>
      </w:pPr>
      <w:r>
        <w:rPr>
          <w:rFonts w:ascii="Arial" w:hAnsi="Arial"/>
          <w:sz w:val="22"/>
        </w:rPr>
        <w:t>Asking if she can play with his sword? [everyone laughs] l For isteners out there, Lucy's mum has got a shockingly dirty mind. I was quite appalled.</w:t>
      </w:r>
    </w:p>
    <w:p>
      <w:pPr>
        <w:spacing w:after="0"/>
      </w:pPr>
    </w:p>
    <w:p>
      <w:pPr>
        <w:spacing w:after="0"/>
      </w:pPr>
      <w:r>
        <w:rPr>
          <w:rFonts w:ascii="Arial" w:hAnsi="Arial"/>
          <w:b/>
          <w:sz w:val="22"/>
        </w:rPr>
        <w:t xml:space="preserve">Lucy  </w:t>
      </w:r>
      <w:r>
        <w:rPr>
          <w:rFonts w:ascii="Arial" w:hAnsi="Arial"/>
          <w:color w:val="5D7284"/>
          <w:sz w:val="22"/>
        </w:rPr>
        <w:t>10:18</w:t>
      </w:r>
    </w:p>
    <w:p>
      <w:pPr>
        <w:spacing w:after="0"/>
      </w:pPr>
      <w:r>
        <w:rPr>
          <w:rFonts w:ascii="Arial" w:hAnsi="Arial"/>
          <w:sz w:val="22"/>
        </w:rPr>
        <w:t>At one point I did tell her to wind her neck in. [everyone laughs]</w:t>
      </w:r>
    </w:p>
    <w:p>
      <w:pPr>
        <w:spacing w:after="0"/>
      </w:pPr>
    </w:p>
    <w:p>
      <w:pPr>
        <w:spacing w:after="0"/>
      </w:pPr>
      <w:r>
        <w:rPr>
          <w:rFonts w:ascii="Arial" w:hAnsi="Arial"/>
          <w:b/>
          <w:sz w:val="22"/>
        </w:rPr>
        <w:t xml:space="preserve">Daisy  </w:t>
      </w:r>
      <w:r>
        <w:rPr>
          <w:rFonts w:ascii="Arial" w:hAnsi="Arial"/>
          <w:color w:val="5D7284"/>
          <w:sz w:val="22"/>
        </w:rPr>
        <w:t>10:22</w:t>
      </w:r>
    </w:p>
    <w:p>
      <w:pPr>
        <w:spacing w:after="0"/>
      </w:pPr>
      <w:r>
        <w:rPr>
          <w:rFonts w:ascii="Arial" w:hAnsi="Arial"/>
          <w:sz w:val="22"/>
        </w:rPr>
        <w:t>I wasn't particularly appalled. But I did have to teach her what a denta dam was.</w:t>
      </w:r>
    </w:p>
    <w:p>
      <w:pPr>
        <w:spacing w:after="0"/>
      </w:pPr>
    </w:p>
    <w:p>
      <w:pPr>
        <w:spacing w:after="0"/>
      </w:pPr>
      <w:r>
        <w:rPr>
          <w:rFonts w:ascii="Arial" w:hAnsi="Arial"/>
          <w:b/>
          <w:sz w:val="22"/>
        </w:rPr>
        <w:t xml:space="preserve">Lucy  </w:t>
      </w:r>
      <w:r>
        <w:rPr>
          <w:rFonts w:ascii="Arial" w:hAnsi="Arial"/>
          <w:color w:val="5D7284"/>
          <w:sz w:val="22"/>
        </w:rPr>
        <w:t>10:25</w:t>
      </w:r>
    </w:p>
    <w:p>
      <w:pPr>
        <w:spacing w:after="0"/>
      </w:pPr>
      <w:r>
        <w:rPr>
          <w:rFonts w:ascii="Arial" w:hAnsi="Arial"/>
          <w:sz w:val="22"/>
        </w:rPr>
        <w:t xml:space="preserve">She said that was the highlight of the day. [laughs] Anyway, </w:t>
      </w:r>
    </w:p>
    <w:p>
      <w:pPr>
        <w:spacing w:after="0"/>
      </w:pPr>
    </w:p>
    <w:p>
      <w:pPr>
        <w:spacing w:after="0"/>
      </w:pPr>
      <w:r>
        <w:rPr>
          <w:rFonts w:ascii="Arial" w:hAnsi="Arial"/>
          <w:b/>
          <w:sz w:val="22"/>
        </w:rPr>
        <w:t xml:space="preserve">Alice  </w:t>
      </w:r>
      <w:r>
        <w:rPr>
          <w:rFonts w:ascii="Arial" w:hAnsi="Arial"/>
          <w:color w:val="5D7284"/>
          <w:sz w:val="22"/>
        </w:rPr>
        <w:t>10:30</w:t>
      </w:r>
    </w:p>
    <w:p>
      <w:pPr>
        <w:spacing w:after="0"/>
      </w:pPr>
      <w:r>
        <w:rPr>
          <w:rFonts w:ascii="Arial" w:hAnsi="Arial"/>
          <w:sz w:val="22"/>
        </w:rPr>
        <w:t>So, history,</w:t>
      </w:r>
    </w:p>
    <w:p>
      <w:pPr>
        <w:spacing w:after="0"/>
      </w:pPr>
    </w:p>
    <w:p>
      <w:pPr>
        <w:spacing w:after="0"/>
      </w:pPr>
      <w:r>
        <w:rPr>
          <w:rFonts w:ascii="Arial" w:hAnsi="Arial"/>
          <w:b/>
          <w:sz w:val="22"/>
        </w:rPr>
        <w:t xml:space="preserve">Lucy  </w:t>
      </w:r>
      <w:r>
        <w:rPr>
          <w:rFonts w:ascii="Arial" w:hAnsi="Arial"/>
          <w:color w:val="5D7284"/>
          <w:sz w:val="22"/>
        </w:rPr>
        <w:t>10:30</w:t>
      </w:r>
    </w:p>
    <w:p>
      <w:pPr>
        <w:spacing w:after="0"/>
      </w:pPr>
      <w:r>
        <w:rPr>
          <w:rFonts w:ascii="Arial" w:hAnsi="Arial"/>
          <w:sz w:val="22"/>
        </w:rPr>
        <w:t xml:space="preserve">History. Richard the Third, we've already started a classic histor ylesson. Yeah. Yeah. This is pretty much how it goes.  Yeah. </w:t>
      </w:r>
    </w:p>
    <w:p>
      <w:pPr>
        <w:spacing w:after="0"/>
      </w:pPr>
    </w:p>
    <w:p>
      <w:pPr>
        <w:spacing w:after="0"/>
      </w:pPr>
      <w:r>
        <w:rPr>
          <w:rFonts w:ascii="Arial" w:hAnsi="Arial"/>
          <w:b/>
          <w:sz w:val="22"/>
        </w:rPr>
        <w:t xml:space="preserve">Daisy  </w:t>
      </w:r>
      <w:r>
        <w:rPr>
          <w:rFonts w:ascii="Arial" w:hAnsi="Arial"/>
          <w:color w:val="5D7284"/>
          <w:sz w:val="22"/>
        </w:rPr>
        <w:t>10:41</w:t>
      </w:r>
    </w:p>
    <w:p>
      <w:pPr>
        <w:spacing w:after="0"/>
      </w:pPr>
      <w:r>
        <w:rPr>
          <w:rFonts w:ascii="Arial" w:hAnsi="Arial"/>
          <w:sz w:val="22"/>
        </w:rPr>
        <w:t xml:space="preserve">Yeah, so he's born in 1452. Which is ages ago. </w:t>
      </w:r>
    </w:p>
    <w:p>
      <w:pPr>
        <w:spacing w:after="0"/>
      </w:pPr>
    </w:p>
    <w:p>
      <w:pPr>
        <w:spacing w:after="0"/>
      </w:pPr>
      <w:r>
        <w:rPr>
          <w:rFonts w:ascii="Arial" w:hAnsi="Arial"/>
          <w:b/>
          <w:sz w:val="22"/>
        </w:rPr>
        <w:t xml:space="preserve">Lucy  </w:t>
      </w:r>
      <w:r>
        <w:rPr>
          <w:rFonts w:ascii="Arial" w:hAnsi="Arial"/>
          <w:color w:val="5D7284"/>
          <w:sz w:val="22"/>
        </w:rPr>
        <w:t>10:47</w:t>
      </w:r>
    </w:p>
    <w:p>
      <w:pPr>
        <w:spacing w:after="0"/>
      </w:pPr>
      <w:r>
        <w:rPr>
          <w:rFonts w:ascii="Arial" w:hAnsi="Arial"/>
          <w:sz w:val="22"/>
        </w:rPr>
        <w:t xml:space="preserve">Yes. </w:t>
      </w:r>
    </w:p>
    <w:p>
      <w:pPr>
        <w:spacing w:after="0"/>
      </w:pPr>
    </w:p>
    <w:p>
      <w:pPr>
        <w:spacing w:after="0"/>
      </w:pPr>
      <w:r>
        <w:rPr>
          <w:rFonts w:ascii="Arial" w:hAnsi="Arial"/>
          <w:b/>
          <w:sz w:val="22"/>
        </w:rPr>
        <w:t xml:space="preserve">Daisy  </w:t>
      </w:r>
      <w:r>
        <w:rPr>
          <w:rFonts w:ascii="Arial" w:hAnsi="Arial"/>
          <w:color w:val="5D7284"/>
          <w:sz w:val="22"/>
        </w:rPr>
        <w:t>10:49</w:t>
      </w:r>
    </w:p>
    <w:p>
      <w:pPr>
        <w:spacing w:after="0"/>
      </w:pPr>
      <w:r>
        <w:rPr>
          <w:rFonts w:ascii="Arial" w:hAnsi="Arial"/>
          <w:sz w:val="22"/>
        </w:rPr>
        <w:t>I mean, the drama was very early. It always, always started early in this kind of era. This was no exception.  I don't really know much about his but that's not just because I didn't look there isn't an awful lot about his birth around. But I mean, the primary thing that was kind of, I guess, kind of, you know, bookmark his entire life and brain and whatever was the War of the Roses. War of the Roses. I don't know about you. It's something that I've definitely heard about. And I know I did lessons on it in school. And I'm still not quite certain exactly what was happening.</w:t>
      </w:r>
    </w:p>
    <w:p>
      <w:pPr>
        <w:spacing w:after="0"/>
      </w:pPr>
    </w:p>
    <w:p>
      <w:pPr>
        <w:spacing w:after="0"/>
      </w:pPr>
      <w:r>
        <w:rPr>
          <w:rFonts w:ascii="Arial" w:hAnsi="Arial"/>
          <w:b/>
          <w:sz w:val="22"/>
        </w:rPr>
        <w:t xml:space="preserve">Lucy  </w:t>
      </w:r>
      <w:r>
        <w:rPr>
          <w:rFonts w:ascii="Arial" w:hAnsi="Arial"/>
          <w:color w:val="5D7284"/>
          <w:sz w:val="22"/>
        </w:rPr>
        <w:t>10:57</w:t>
      </w:r>
    </w:p>
    <w:p>
      <w:pPr>
        <w:spacing w:after="0"/>
      </w:pPr>
      <w:r>
        <w:rPr>
          <w:rFonts w:ascii="Arial" w:hAnsi="Arial"/>
          <w:sz w:val="22"/>
        </w:rPr>
        <w:t>Right Yeah, yeah. Exactly. I know of it. I kind of know a bit about what happened.</w:t>
      </w:r>
    </w:p>
    <w:p>
      <w:pPr>
        <w:spacing w:after="0"/>
      </w:pPr>
    </w:p>
    <w:p>
      <w:pPr>
        <w:spacing w:after="0"/>
      </w:pPr>
      <w:r>
        <w:rPr>
          <w:rFonts w:ascii="Arial" w:hAnsi="Arial"/>
          <w:b/>
          <w:sz w:val="22"/>
        </w:rPr>
        <w:t xml:space="preserve">Alice  </w:t>
      </w:r>
      <w:r>
        <w:rPr>
          <w:rFonts w:ascii="Arial" w:hAnsi="Arial"/>
          <w:color w:val="5D7284"/>
          <w:sz w:val="22"/>
        </w:rPr>
        <w:t>11:30</w:t>
      </w:r>
    </w:p>
    <w:p>
      <w:pPr>
        <w:spacing w:after="0"/>
      </w:pPr>
      <w:r>
        <w:rPr>
          <w:rFonts w:ascii="Arial" w:hAnsi="Arial"/>
          <w:sz w:val="22"/>
        </w:rPr>
        <w:t>Is the War of the Roses, the Tudors in the Stewart's or is that the Lancastrians in the Yorks or is that the same?</w:t>
      </w:r>
    </w:p>
    <w:p>
      <w:pPr>
        <w:spacing w:after="0"/>
      </w:pPr>
    </w:p>
    <w:p>
      <w:pPr>
        <w:spacing w:after="0"/>
      </w:pPr>
      <w:r>
        <w:rPr>
          <w:rFonts w:ascii="Arial" w:hAnsi="Arial"/>
          <w:b/>
          <w:sz w:val="22"/>
        </w:rPr>
        <w:t xml:space="preserve">Daisy  </w:t>
      </w:r>
      <w:r>
        <w:rPr>
          <w:rFonts w:ascii="Arial" w:hAnsi="Arial"/>
          <w:color w:val="5D7284"/>
          <w:sz w:val="22"/>
        </w:rPr>
        <w:t>11:36</w:t>
      </w:r>
    </w:p>
    <w:p>
      <w:pPr>
        <w:spacing w:after="0"/>
      </w:pPr>
      <w:r>
        <w:rPr>
          <w:rFonts w:ascii="Arial" w:hAnsi="Arial"/>
          <w:sz w:val="22"/>
        </w:rPr>
        <w:t>So the War of the Roses is the, between the houses of York and the house of Lancaster. So it was they were two branches of the house of Plantagenet. Which, again, is a word that I think many people have heard and not really know what it is when people talk about the Plantagenet Kings and Wueens.</w:t>
      </w:r>
    </w:p>
    <w:p>
      <w:pPr>
        <w:spacing w:after="0"/>
      </w:pPr>
    </w:p>
    <w:p>
      <w:pPr>
        <w:spacing w:after="0"/>
      </w:pPr>
      <w:r>
        <w:rPr>
          <w:rFonts w:ascii="Arial" w:hAnsi="Arial"/>
          <w:b/>
          <w:sz w:val="22"/>
        </w:rPr>
        <w:t xml:space="preserve">Alice  </w:t>
      </w:r>
      <w:r>
        <w:rPr>
          <w:rFonts w:ascii="Arial" w:hAnsi="Arial"/>
          <w:color w:val="5D7284"/>
          <w:sz w:val="22"/>
        </w:rPr>
        <w:t>11:58</w:t>
      </w:r>
    </w:p>
    <w:p>
      <w:pPr>
        <w:spacing w:after="0"/>
      </w:pPr>
      <w:r>
        <w:rPr>
          <w:rFonts w:ascii="Arial" w:hAnsi="Arial"/>
          <w:sz w:val="22"/>
        </w:rPr>
        <w:t xml:space="preserve"> There's a pub that used to be around a club from here called the old Plantagenet. </w:t>
      </w:r>
    </w:p>
    <w:p>
      <w:pPr>
        <w:spacing w:after="0"/>
      </w:pPr>
    </w:p>
    <w:p>
      <w:pPr>
        <w:spacing w:after="0"/>
      </w:pPr>
      <w:r>
        <w:rPr>
          <w:rFonts w:ascii="Arial" w:hAnsi="Arial"/>
          <w:b/>
          <w:sz w:val="22"/>
        </w:rPr>
        <w:t xml:space="preserve">Daisy  </w:t>
      </w:r>
      <w:r>
        <w:rPr>
          <w:rFonts w:ascii="Arial" w:hAnsi="Arial"/>
          <w:color w:val="5D7284"/>
          <w:sz w:val="22"/>
        </w:rPr>
        <w:t>12:02</w:t>
      </w:r>
    </w:p>
    <w:p>
      <w:pPr>
        <w:spacing w:after="0"/>
      </w:pPr>
      <w:r>
        <w:rPr>
          <w:rFonts w:ascii="Arial" w:hAnsi="Arial"/>
          <w:sz w:val="22"/>
        </w:rPr>
        <w:t xml:space="preserve">Oh, that's probably why then </w:t>
      </w:r>
    </w:p>
    <w:p>
      <w:pPr>
        <w:spacing w:after="0"/>
      </w:pPr>
    </w:p>
    <w:p>
      <w:pPr>
        <w:spacing w:after="0"/>
      </w:pPr>
      <w:r>
        <w:rPr>
          <w:rFonts w:ascii="Arial" w:hAnsi="Arial"/>
          <w:b/>
          <w:sz w:val="22"/>
        </w:rPr>
        <w:t xml:space="preserve">Alice  </w:t>
      </w:r>
      <w:r>
        <w:rPr>
          <w:rFonts w:ascii="Arial" w:hAnsi="Arial"/>
          <w:color w:val="5D7284"/>
          <w:sz w:val="22"/>
        </w:rPr>
        <w:t>12:03</w:t>
      </w:r>
    </w:p>
    <w:p>
      <w:pPr>
        <w:spacing w:after="0"/>
      </w:pPr>
      <w:r>
        <w:rPr>
          <w:rFonts w:ascii="Arial" w:hAnsi="Arial"/>
          <w:sz w:val="22"/>
        </w:rPr>
        <w:t>it's it's a Wetherspoons they've just closed it. Dora, can you sit down face your jingling in the background? No. That was a distinct fuck off mum.</w:t>
      </w:r>
    </w:p>
    <w:p>
      <w:pPr>
        <w:spacing w:after="0"/>
      </w:pPr>
    </w:p>
    <w:p>
      <w:pPr>
        <w:spacing w:after="0"/>
      </w:pPr>
      <w:r>
        <w:rPr>
          <w:rFonts w:ascii="Arial" w:hAnsi="Arial"/>
          <w:b/>
          <w:sz w:val="22"/>
        </w:rPr>
        <w:t xml:space="preserve">Daisy  </w:t>
      </w:r>
      <w:r>
        <w:rPr>
          <w:rFonts w:ascii="Arial" w:hAnsi="Arial"/>
          <w:color w:val="5D7284"/>
          <w:sz w:val="22"/>
        </w:rPr>
        <w:t>12:14</w:t>
      </w:r>
    </w:p>
    <w:p>
      <w:pPr>
        <w:spacing w:after="0"/>
      </w:pPr>
      <w:r>
        <w:rPr>
          <w:rFonts w:ascii="Arial" w:hAnsi="Arial"/>
          <w:sz w:val="22"/>
        </w:rPr>
        <w:t xml:space="preserve">Can you just stop telling me about pubs that have closed down. It's too sad. </w:t>
      </w:r>
    </w:p>
    <w:p>
      <w:pPr>
        <w:spacing w:after="0"/>
      </w:pPr>
    </w:p>
    <w:p>
      <w:pPr>
        <w:spacing w:after="0"/>
      </w:pPr>
      <w:r>
        <w:rPr>
          <w:rFonts w:ascii="Arial" w:hAnsi="Arial"/>
          <w:b/>
          <w:sz w:val="22"/>
        </w:rPr>
        <w:t xml:space="preserve">Alice  </w:t>
      </w:r>
      <w:r>
        <w:rPr>
          <w:rFonts w:ascii="Arial" w:hAnsi="Arial"/>
          <w:color w:val="5D7284"/>
          <w:sz w:val="22"/>
        </w:rPr>
        <w:t>12:20</w:t>
      </w:r>
    </w:p>
    <w:p>
      <w:pPr>
        <w:spacing w:after="0"/>
      </w:pPr>
      <w:r>
        <w:rPr>
          <w:rFonts w:ascii="Arial" w:hAnsi="Arial"/>
          <w:sz w:val="22"/>
        </w:rPr>
        <w:t>There are other pubs?</w:t>
      </w:r>
    </w:p>
    <w:p>
      <w:pPr>
        <w:spacing w:after="0"/>
      </w:pPr>
    </w:p>
    <w:p>
      <w:pPr>
        <w:spacing w:after="0"/>
      </w:pPr>
      <w:r>
        <w:rPr>
          <w:rFonts w:ascii="Arial" w:hAnsi="Arial"/>
          <w:b/>
          <w:sz w:val="22"/>
        </w:rPr>
        <w:t xml:space="preserve">Daisy  </w:t>
      </w:r>
      <w:r>
        <w:rPr>
          <w:rFonts w:ascii="Arial" w:hAnsi="Arial"/>
          <w:color w:val="5D7284"/>
          <w:sz w:val="22"/>
        </w:rPr>
        <w:t>12:21</w:t>
      </w:r>
    </w:p>
    <w:p>
      <w:pPr>
        <w:spacing w:after="0"/>
      </w:pPr>
      <w:r>
        <w:rPr>
          <w:rFonts w:ascii="Arial" w:hAnsi="Arial"/>
          <w:sz w:val="22"/>
        </w:rPr>
        <w:t>It's not the same. You've never been to that pub though have you so it's fine!</w:t>
      </w:r>
    </w:p>
    <w:p>
      <w:pPr>
        <w:spacing w:after="0"/>
      </w:pPr>
    </w:p>
    <w:p>
      <w:pPr>
        <w:spacing w:after="0"/>
      </w:pPr>
      <w:r>
        <w:rPr>
          <w:rFonts w:ascii="Arial" w:hAnsi="Arial"/>
          <w:b/>
          <w:sz w:val="22"/>
        </w:rPr>
        <w:t xml:space="preserve">Alice  </w:t>
      </w:r>
      <w:r>
        <w:rPr>
          <w:rFonts w:ascii="Arial" w:hAnsi="Arial"/>
          <w:color w:val="5D7284"/>
          <w:sz w:val="22"/>
        </w:rPr>
        <w:t>12:23</w:t>
      </w:r>
    </w:p>
    <w:p>
      <w:pPr>
        <w:spacing w:after="0"/>
      </w:pPr>
      <w:r>
        <w:rPr>
          <w:rFonts w:ascii="Arial" w:hAnsi="Arial"/>
          <w:sz w:val="22"/>
        </w:rPr>
        <w:t>It was a wetherspoons you're not missing much.</w:t>
      </w:r>
    </w:p>
    <w:p>
      <w:pPr>
        <w:spacing w:after="0"/>
      </w:pPr>
    </w:p>
    <w:p>
      <w:pPr>
        <w:spacing w:after="0"/>
      </w:pPr>
      <w:r>
        <w:rPr>
          <w:rFonts w:ascii="Arial" w:hAnsi="Arial"/>
          <w:b/>
          <w:sz w:val="22"/>
        </w:rPr>
        <w:t xml:space="preserve">Daisy  </w:t>
      </w:r>
      <w:r>
        <w:rPr>
          <w:rFonts w:ascii="Arial" w:hAnsi="Arial"/>
          <w:color w:val="5D7284"/>
          <w:sz w:val="22"/>
        </w:rPr>
        <w:t>12:27</w:t>
      </w:r>
    </w:p>
    <w:p>
      <w:pPr>
        <w:spacing w:after="0"/>
      </w:pPr>
      <w:r>
        <w:rPr>
          <w:rFonts w:ascii="Arial" w:hAnsi="Arial"/>
          <w:sz w:val="22"/>
        </w:rPr>
        <w:t xml:space="preserve">So the War of the Roses was sort of 30 years-ish 1455 1487? Well, there's some people decide that they want to use a different date because historians can't decide anything. We're a nightmare. Yeah, so the house of Plantagenet was the one that had a load of kings and queens and the royal family was the house of Plantagenet. So the yoke and the Lancaster's were two branches of that one family who were fighting between themselves over which branch </w:t>
      </w:r>
    </w:p>
    <w:p>
      <w:pPr>
        <w:spacing w:after="0"/>
      </w:pPr>
    </w:p>
    <w:p>
      <w:pPr>
        <w:spacing w:after="0"/>
      </w:pPr>
      <w:r>
        <w:rPr>
          <w:rFonts w:ascii="Arial" w:hAnsi="Arial"/>
          <w:b/>
          <w:sz w:val="22"/>
        </w:rPr>
        <w:t xml:space="preserve">Alice  </w:t>
      </w:r>
      <w:r>
        <w:rPr>
          <w:rFonts w:ascii="Arial" w:hAnsi="Arial"/>
          <w:color w:val="5D7284"/>
          <w:sz w:val="22"/>
        </w:rPr>
        <w:t>12:57</w:t>
      </w:r>
    </w:p>
    <w:p>
      <w:pPr>
        <w:spacing w:after="0"/>
      </w:pPr>
      <w:r>
        <w:rPr>
          <w:rFonts w:ascii="Arial" w:hAnsi="Arial"/>
          <w:sz w:val="22"/>
        </w:rPr>
        <w:t xml:space="preserve">Gets to be king. </w:t>
      </w:r>
    </w:p>
    <w:p>
      <w:pPr>
        <w:spacing w:after="0"/>
      </w:pPr>
    </w:p>
    <w:p>
      <w:pPr>
        <w:spacing w:after="0"/>
      </w:pPr>
      <w:r>
        <w:rPr>
          <w:rFonts w:ascii="Arial" w:hAnsi="Arial"/>
          <w:b/>
          <w:sz w:val="22"/>
        </w:rPr>
        <w:t xml:space="preserve">Daisy  </w:t>
      </w:r>
      <w:r>
        <w:rPr>
          <w:rFonts w:ascii="Arial" w:hAnsi="Arial"/>
          <w:color w:val="5D7284"/>
          <w:sz w:val="22"/>
        </w:rPr>
        <w:t>12:58</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12:58</w:t>
      </w:r>
    </w:p>
    <w:p>
      <w:pPr>
        <w:spacing w:after="0"/>
      </w:pPr>
      <w:r>
        <w:rPr>
          <w:rFonts w:ascii="Arial" w:hAnsi="Arial"/>
          <w:sz w:val="22"/>
        </w:rPr>
        <w:t>And is that because of like marriages on illegitimate children and stuff?</w:t>
      </w:r>
    </w:p>
    <w:p>
      <w:pPr>
        <w:spacing w:after="0"/>
      </w:pPr>
    </w:p>
    <w:p>
      <w:pPr>
        <w:spacing w:after="0"/>
      </w:pPr>
      <w:r>
        <w:rPr>
          <w:rFonts w:ascii="Arial" w:hAnsi="Arial"/>
          <w:b/>
          <w:sz w:val="22"/>
        </w:rPr>
        <w:t xml:space="preserve">Daisy  </w:t>
      </w:r>
      <w:r>
        <w:rPr>
          <w:rFonts w:ascii="Arial" w:hAnsi="Arial"/>
          <w:color w:val="5D7284"/>
          <w:sz w:val="22"/>
        </w:rPr>
        <w:t>13:04</w:t>
      </w:r>
    </w:p>
    <w:p>
      <w:pPr>
        <w:spacing w:after="0"/>
      </w:pPr>
      <w:r>
        <w:rPr>
          <w:rFonts w:ascii="Arial" w:hAnsi="Arial"/>
          <w:sz w:val="22"/>
        </w:rPr>
        <w:t>oh, there was all sorts of stuff. It was just sort of flipping between the two of them, God knows how much but the Tudors were kind of tangentially related and aligned with the Lancastrians. But, you know, they were sort of further away</w:t>
      </w:r>
    </w:p>
    <w:p>
      <w:pPr>
        <w:spacing w:after="0"/>
      </w:pPr>
    </w:p>
    <w:p>
      <w:pPr>
        <w:spacing w:after="0"/>
      </w:pPr>
      <w:r>
        <w:rPr>
          <w:rFonts w:ascii="Arial" w:hAnsi="Arial"/>
          <w:b/>
          <w:sz w:val="22"/>
        </w:rPr>
        <w:t xml:space="preserve">Lucy  </w:t>
      </w:r>
      <w:r>
        <w:rPr>
          <w:rFonts w:ascii="Arial" w:hAnsi="Arial"/>
          <w:color w:val="5D7284"/>
          <w:sz w:val="22"/>
        </w:rPr>
        <w:t>13:26</w:t>
      </w:r>
    </w:p>
    <w:p>
      <w:pPr>
        <w:spacing w:after="0"/>
      </w:pPr>
      <w:r>
        <w:rPr>
          <w:rFonts w:ascii="Arial" w:hAnsi="Arial"/>
          <w:sz w:val="22"/>
        </w:rPr>
        <w:t>I think I remember hearing or reading somewhere that the Tudors were quite a weak. Like, what's the word, dynesty?</w:t>
      </w:r>
    </w:p>
    <w:p>
      <w:pPr>
        <w:spacing w:after="0"/>
      </w:pPr>
    </w:p>
    <w:p>
      <w:pPr>
        <w:spacing w:after="0"/>
      </w:pPr>
      <w:r>
        <w:rPr>
          <w:rFonts w:ascii="Arial" w:hAnsi="Arial"/>
          <w:b/>
          <w:sz w:val="22"/>
        </w:rPr>
        <w:t xml:space="preserve">Daisy  </w:t>
      </w:r>
      <w:r>
        <w:rPr>
          <w:rFonts w:ascii="Arial" w:hAnsi="Arial"/>
          <w:color w:val="5D7284"/>
          <w:sz w:val="22"/>
        </w:rPr>
        <w:t>13:35</w:t>
      </w:r>
    </w:p>
    <w:p>
      <w:pPr>
        <w:spacing w:after="0"/>
      </w:pPr>
      <w:r>
        <w:rPr>
          <w:rFonts w:ascii="Arial" w:hAnsi="Arial"/>
          <w:sz w:val="22"/>
        </w:rPr>
        <w:t>Yeah, yeah their, their claim to the throne was quite tenuous.</w:t>
      </w:r>
    </w:p>
    <w:p>
      <w:pPr>
        <w:spacing w:after="0"/>
      </w:pPr>
    </w:p>
    <w:p>
      <w:pPr>
        <w:spacing w:after="0"/>
      </w:pPr>
      <w:r>
        <w:rPr>
          <w:rFonts w:ascii="Arial" w:hAnsi="Arial"/>
          <w:b/>
          <w:sz w:val="22"/>
        </w:rPr>
        <w:t xml:space="preserve">Alice  </w:t>
      </w:r>
      <w:r>
        <w:rPr>
          <w:rFonts w:ascii="Arial" w:hAnsi="Arial"/>
          <w:color w:val="5D7284"/>
          <w:sz w:val="22"/>
        </w:rPr>
        <w:t>13:36</w:t>
      </w:r>
    </w:p>
    <w:p>
      <w:pPr>
        <w:spacing w:after="0"/>
      </w:pPr>
      <w:r>
        <w:rPr>
          <w:rFonts w:ascii="Arial" w:hAnsi="Arial"/>
          <w:sz w:val="22"/>
        </w:rPr>
        <w:t>Was quite weak?</w:t>
      </w:r>
    </w:p>
    <w:p>
      <w:pPr>
        <w:spacing w:after="0"/>
      </w:pPr>
    </w:p>
    <w:p>
      <w:pPr>
        <w:spacing w:after="0"/>
      </w:pPr>
      <w:r>
        <w:rPr>
          <w:rFonts w:ascii="Arial" w:hAnsi="Arial"/>
          <w:b/>
          <w:sz w:val="22"/>
        </w:rPr>
        <w:t xml:space="preserve">Lucy  </w:t>
      </w:r>
      <w:r>
        <w:rPr>
          <w:rFonts w:ascii="Arial" w:hAnsi="Arial"/>
          <w:color w:val="5D7284"/>
          <w:sz w:val="22"/>
        </w:rPr>
        <w:t>13:38</w:t>
      </w:r>
    </w:p>
    <w:p>
      <w:pPr>
        <w:spacing w:after="0"/>
      </w:pPr>
      <w:r>
        <w:rPr>
          <w:rFonts w:ascii="Arial" w:hAnsi="Arial"/>
          <w:sz w:val="22"/>
        </w:rPr>
        <w:t>Yeah, like you're like mmm, alrightthen. have the crown for a for a bit. See how you get on.</w:t>
      </w:r>
    </w:p>
    <w:p>
      <w:pPr>
        <w:spacing w:after="0"/>
      </w:pPr>
    </w:p>
    <w:p>
      <w:pPr>
        <w:spacing w:after="0"/>
      </w:pPr>
      <w:r>
        <w:rPr>
          <w:rFonts w:ascii="Arial" w:hAnsi="Arial"/>
          <w:b/>
          <w:sz w:val="22"/>
        </w:rPr>
        <w:t xml:space="preserve">Daisy  </w:t>
      </w:r>
      <w:r>
        <w:rPr>
          <w:rFonts w:ascii="Arial" w:hAnsi="Arial"/>
          <w:color w:val="5D7284"/>
          <w:sz w:val="22"/>
        </w:rPr>
        <w:t>13:45</w:t>
      </w:r>
    </w:p>
    <w:p>
      <w:pPr>
        <w:spacing w:after="0"/>
      </w:pPr>
      <w:r>
        <w:rPr>
          <w:rFonts w:ascii="Arial" w:hAnsi="Arial"/>
          <w:sz w:val="22"/>
        </w:rPr>
        <w:t xml:space="preserve">Yeah I mean basically, you know, the spoiler for the end of the War of the Roses is that the Tudors took over because they killed everyone else. </w:t>
      </w:r>
    </w:p>
    <w:p>
      <w:pPr>
        <w:spacing w:after="0"/>
      </w:pPr>
    </w:p>
    <w:p>
      <w:pPr>
        <w:spacing w:after="0"/>
      </w:pPr>
      <w:r>
        <w:rPr>
          <w:rFonts w:ascii="Arial" w:hAnsi="Arial"/>
          <w:b/>
          <w:sz w:val="22"/>
        </w:rPr>
        <w:t xml:space="preserve">Lucy  </w:t>
      </w:r>
      <w:r>
        <w:rPr>
          <w:rFonts w:ascii="Arial" w:hAnsi="Arial"/>
          <w:color w:val="5D7284"/>
          <w:sz w:val="22"/>
        </w:rPr>
        <w:t>13:51</w:t>
      </w:r>
    </w:p>
    <w:p>
      <w:pPr>
        <w:spacing w:after="0"/>
      </w:pPr>
      <w:r>
        <w:rPr>
          <w:rFonts w:ascii="Arial" w:hAnsi="Arial"/>
          <w:sz w:val="22"/>
        </w:rPr>
        <w:t>Yeah, there's no one else to contest it</w:t>
      </w:r>
    </w:p>
    <w:p>
      <w:pPr>
        <w:spacing w:after="0"/>
      </w:pPr>
    </w:p>
    <w:p>
      <w:pPr>
        <w:spacing w:after="0"/>
      </w:pPr>
      <w:r>
        <w:rPr>
          <w:rFonts w:ascii="Arial" w:hAnsi="Arial"/>
          <w:b/>
          <w:sz w:val="22"/>
        </w:rPr>
        <w:t xml:space="preserve">Daisy  </w:t>
      </w:r>
      <w:r>
        <w:rPr>
          <w:rFonts w:ascii="Arial" w:hAnsi="Arial"/>
          <w:color w:val="5D7284"/>
          <w:sz w:val="22"/>
        </w:rPr>
        <w:t>13:52</w:t>
      </w:r>
    </w:p>
    <w:p>
      <w:pPr>
        <w:spacing w:after="0"/>
      </w:pPr>
      <w:r>
        <w:rPr>
          <w:rFonts w:ascii="Arial" w:hAnsi="Arial"/>
          <w:sz w:val="22"/>
        </w:rPr>
        <w:t>Yeah there's just no more male heirs.</w:t>
      </w:r>
    </w:p>
    <w:p>
      <w:pPr>
        <w:spacing w:after="0"/>
      </w:pPr>
    </w:p>
    <w:p>
      <w:pPr>
        <w:spacing w:after="0"/>
      </w:pPr>
      <w:r>
        <w:rPr>
          <w:rFonts w:ascii="Arial" w:hAnsi="Arial"/>
          <w:b/>
          <w:sz w:val="22"/>
        </w:rPr>
        <w:t xml:space="preserve">Alice  </w:t>
      </w:r>
      <w:r>
        <w:rPr>
          <w:rFonts w:ascii="Arial" w:hAnsi="Arial"/>
          <w:color w:val="5D7284"/>
          <w:sz w:val="22"/>
        </w:rPr>
        <w:t>13:54</w:t>
      </w:r>
    </w:p>
    <w:p>
      <w:pPr>
        <w:spacing w:after="0"/>
      </w:pPr>
      <w:r>
        <w:rPr>
          <w:rFonts w:ascii="Arial" w:hAnsi="Arial"/>
          <w:sz w:val="22"/>
        </w:rPr>
        <w:t>that's one way to really firm up your your link to the to your line for the trone, kill every body else. That's a solid plan.</w:t>
      </w:r>
    </w:p>
    <w:p>
      <w:pPr>
        <w:spacing w:after="0"/>
      </w:pPr>
    </w:p>
    <w:p>
      <w:pPr>
        <w:spacing w:after="0"/>
      </w:pPr>
      <w:r>
        <w:rPr>
          <w:rFonts w:ascii="Arial" w:hAnsi="Arial"/>
          <w:b/>
          <w:sz w:val="22"/>
        </w:rPr>
        <w:t xml:space="preserve">Daisy  </w:t>
      </w:r>
      <w:r>
        <w:rPr>
          <w:rFonts w:ascii="Arial" w:hAnsi="Arial"/>
          <w:color w:val="5D7284"/>
          <w:sz w:val="22"/>
        </w:rPr>
        <w:t>14:01</w:t>
      </w:r>
    </w:p>
    <w:p>
      <w:pPr>
        <w:spacing w:after="0"/>
      </w:pPr>
      <w:r>
        <w:rPr>
          <w:rFonts w:ascii="Arial" w:hAnsi="Arial"/>
          <w:sz w:val="22"/>
        </w:rPr>
        <w:t>Yeah yeah, just murder everyone else.</w:t>
      </w:r>
    </w:p>
    <w:p>
      <w:pPr>
        <w:spacing w:after="0"/>
      </w:pPr>
    </w:p>
    <w:p>
      <w:pPr>
        <w:spacing w:after="0"/>
      </w:pPr>
      <w:r>
        <w:rPr>
          <w:rFonts w:ascii="Arial" w:hAnsi="Arial"/>
          <w:b/>
          <w:sz w:val="22"/>
        </w:rPr>
        <w:t xml:space="preserve">Lucy  </w:t>
      </w:r>
      <w:r>
        <w:rPr>
          <w:rFonts w:ascii="Arial" w:hAnsi="Arial"/>
          <w:color w:val="5D7284"/>
          <w:sz w:val="22"/>
        </w:rPr>
        <w:t>14:04</w:t>
      </w:r>
    </w:p>
    <w:p>
      <w:pPr>
        <w:spacing w:after="0"/>
      </w:pPr>
      <w:r>
        <w:rPr>
          <w:rFonts w:ascii="Arial" w:hAnsi="Arial"/>
          <w:sz w:val="22"/>
        </w:rPr>
        <w:t>nobody else is here  I'll do it.</w:t>
      </w:r>
    </w:p>
    <w:p>
      <w:pPr>
        <w:spacing w:after="0"/>
      </w:pPr>
    </w:p>
    <w:p>
      <w:pPr>
        <w:spacing w:after="0"/>
      </w:pPr>
      <w:r>
        <w:rPr>
          <w:rFonts w:ascii="Arial" w:hAnsi="Arial"/>
          <w:b/>
          <w:sz w:val="22"/>
        </w:rPr>
        <w:t xml:space="preserve">Alice  </w:t>
      </w:r>
      <w:r>
        <w:rPr>
          <w:rFonts w:ascii="Arial" w:hAnsi="Arial"/>
          <w:color w:val="5D7284"/>
          <w:sz w:val="22"/>
        </w:rPr>
        <w:t>14:05</w:t>
      </w:r>
    </w:p>
    <w:p>
      <w:pPr>
        <w:spacing w:after="0"/>
      </w:pPr>
      <w:r>
        <w:rPr>
          <w:rFonts w:ascii="Arial" w:hAnsi="Arial"/>
          <w:sz w:val="22"/>
        </w:rPr>
        <w:t>Yes. It's like if Sarah Ferguson started bumping off every fucker out, eventually she'd be queen. She's just got a lot of work to do to get there.</w:t>
      </w:r>
    </w:p>
    <w:p>
      <w:pPr>
        <w:spacing w:after="0"/>
      </w:pPr>
    </w:p>
    <w:p>
      <w:pPr>
        <w:spacing w:after="0"/>
      </w:pPr>
      <w:r>
        <w:rPr>
          <w:rFonts w:ascii="Arial" w:hAnsi="Arial"/>
          <w:b/>
          <w:sz w:val="22"/>
        </w:rPr>
        <w:t xml:space="preserve">Daisy  </w:t>
      </w:r>
      <w:r>
        <w:rPr>
          <w:rFonts w:ascii="Arial" w:hAnsi="Arial"/>
          <w:color w:val="5D7284"/>
          <w:sz w:val="22"/>
        </w:rPr>
        <w:t>14:14</w:t>
      </w:r>
    </w:p>
    <w:p>
      <w:pPr>
        <w:spacing w:after="0"/>
      </w:pPr>
      <w:r>
        <w:rPr>
          <w:rFonts w:ascii="Arial" w:hAnsi="Arial"/>
          <w:sz w:val="22"/>
        </w:rPr>
        <w:t>Would she? Isn't she divorced out of it now?But she said she divorced out of it now.</w:t>
      </w:r>
    </w:p>
    <w:p>
      <w:pPr>
        <w:spacing w:after="0"/>
      </w:pPr>
    </w:p>
    <w:p>
      <w:pPr>
        <w:spacing w:after="0"/>
      </w:pPr>
      <w:r>
        <w:rPr>
          <w:rFonts w:ascii="Arial" w:hAnsi="Arial"/>
          <w:b/>
          <w:sz w:val="22"/>
        </w:rPr>
        <w:t xml:space="preserve">Alice  </w:t>
      </w:r>
      <w:r>
        <w:rPr>
          <w:rFonts w:ascii="Arial" w:hAnsi="Arial"/>
          <w:color w:val="5D7284"/>
          <w:sz w:val="22"/>
        </w:rPr>
        <w:t>14:16</w:t>
      </w:r>
    </w:p>
    <w:p>
      <w:pPr>
        <w:spacing w:after="0"/>
      </w:pPr>
      <w:r>
        <w:rPr>
          <w:rFonts w:ascii="Arial" w:hAnsi="Arial"/>
          <w:sz w:val="22"/>
        </w:rPr>
        <w:t>I don't know. Well, it's depends on if she could kill off people</w:t>
      </w:r>
    </w:p>
    <w:p>
      <w:pPr>
        <w:spacing w:after="0"/>
      </w:pPr>
    </w:p>
    <w:p>
      <w:pPr>
        <w:spacing w:after="0"/>
      </w:pPr>
      <w:r>
        <w:rPr>
          <w:rFonts w:ascii="Arial" w:hAnsi="Arial"/>
          <w:b/>
          <w:sz w:val="22"/>
        </w:rPr>
        <w:t xml:space="preserve">Daisy  </w:t>
      </w:r>
      <w:r>
        <w:rPr>
          <w:rFonts w:ascii="Arial" w:hAnsi="Arial"/>
          <w:color w:val="5D7284"/>
          <w:sz w:val="22"/>
        </w:rPr>
        <w:t>14:20</w:t>
      </w:r>
    </w:p>
    <w:p>
      <w:pPr>
        <w:spacing w:after="0"/>
      </w:pPr>
      <w:r>
        <w:rPr>
          <w:rFonts w:ascii="Arial" w:hAnsi="Arial"/>
          <w:sz w:val="22"/>
        </w:rPr>
        <w:t>have to kill of the entire country.</w:t>
      </w:r>
    </w:p>
    <w:p>
      <w:pPr>
        <w:spacing w:after="0"/>
      </w:pPr>
    </w:p>
    <w:p>
      <w:pPr>
        <w:spacing w:after="0"/>
      </w:pPr>
      <w:r>
        <w:rPr>
          <w:rFonts w:ascii="Arial" w:hAnsi="Arial"/>
          <w:b/>
          <w:sz w:val="22"/>
        </w:rPr>
        <w:t xml:space="preserve">Alice  </w:t>
      </w:r>
      <w:r>
        <w:rPr>
          <w:rFonts w:ascii="Arial" w:hAnsi="Arial"/>
          <w:color w:val="5D7284"/>
          <w:sz w:val="22"/>
        </w:rPr>
        <w:t>14:24</w:t>
      </w:r>
    </w:p>
    <w:p>
      <w:pPr>
        <w:spacing w:after="0"/>
      </w:pPr>
      <w:r>
        <w:rPr>
          <w:rFonts w:ascii="Arial" w:hAnsi="Arial"/>
          <w:sz w:val="22"/>
        </w:rPr>
        <w:t>She'd be the only one left! Or do you think Lucy could get a look in first?</w:t>
      </w:r>
    </w:p>
    <w:p>
      <w:pPr>
        <w:spacing w:after="0"/>
      </w:pPr>
    </w:p>
    <w:p>
      <w:pPr>
        <w:spacing w:after="0"/>
      </w:pPr>
      <w:r>
        <w:rPr>
          <w:rFonts w:ascii="Arial" w:hAnsi="Arial"/>
          <w:b/>
          <w:sz w:val="22"/>
        </w:rPr>
        <w:t xml:space="preserve">Lucy  </w:t>
      </w:r>
      <w:r>
        <w:rPr>
          <w:rFonts w:ascii="Arial" w:hAnsi="Arial"/>
          <w:color w:val="5D7284"/>
          <w:sz w:val="22"/>
        </w:rPr>
        <w:t>14:27</w:t>
      </w:r>
    </w:p>
    <w:p>
      <w:pPr>
        <w:spacing w:after="0"/>
      </w:pPr>
      <w:r>
        <w:rPr>
          <w:rFonts w:ascii="Arial" w:hAnsi="Arial"/>
          <w:sz w:val="22"/>
        </w:rPr>
        <w:t>Absolutely I would. Queen of the world.</w:t>
      </w:r>
    </w:p>
    <w:p>
      <w:pPr>
        <w:spacing w:after="0"/>
      </w:pPr>
    </w:p>
    <w:p>
      <w:pPr>
        <w:spacing w:after="0"/>
      </w:pPr>
      <w:r>
        <w:rPr>
          <w:rFonts w:ascii="Arial" w:hAnsi="Arial"/>
          <w:b/>
          <w:sz w:val="22"/>
        </w:rPr>
        <w:t xml:space="preserve">Daisy  </w:t>
      </w:r>
      <w:r>
        <w:rPr>
          <w:rFonts w:ascii="Arial" w:hAnsi="Arial"/>
          <w:color w:val="5D7284"/>
          <w:sz w:val="22"/>
        </w:rPr>
        <w:t>14:33</w:t>
      </w:r>
    </w:p>
    <w:p>
      <w:pPr>
        <w:spacing w:after="0"/>
      </w:pPr>
      <w:r>
        <w:rPr>
          <w:rFonts w:ascii="Arial" w:hAnsi="Arial"/>
          <w:sz w:val="22"/>
        </w:rPr>
        <w:t xml:space="preserve">So yeah, because of the War of the Roses there was like constant switching of kings. So Richard, the third's brother, older brother, Edward, the fourth, who's a Yorkist. So he'd taken the throne from Henry the sixth. Who's the Lancastrian after beating them in sort of 1461 </w:t>
      </w:r>
    </w:p>
    <w:p>
      <w:pPr>
        <w:spacing w:after="0"/>
      </w:pPr>
    </w:p>
    <w:p>
      <w:pPr>
        <w:spacing w:after="0"/>
      </w:pPr>
      <w:r>
        <w:rPr>
          <w:rFonts w:ascii="Arial" w:hAnsi="Arial"/>
          <w:b/>
          <w:sz w:val="22"/>
        </w:rPr>
        <w:t xml:space="preserve">Lucy  </w:t>
      </w:r>
      <w:r>
        <w:rPr>
          <w:rFonts w:ascii="Arial" w:hAnsi="Arial"/>
          <w:color w:val="5D7284"/>
          <w:sz w:val="22"/>
        </w:rPr>
        <w:t>14:55</w:t>
      </w:r>
    </w:p>
    <w:p>
      <w:pPr>
        <w:spacing w:after="0"/>
      </w:pPr>
      <w:r>
        <w:rPr>
          <w:rFonts w:ascii="Arial" w:hAnsi="Arial"/>
          <w:sz w:val="22"/>
        </w:rPr>
        <w:t xml:space="preserve">Yeah, </w:t>
      </w:r>
    </w:p>
    <w:p>
      <w:pPr>
        <w:spacing w:after="0"/>
      </w:pPr>
    </w:p>
    <w:p>
      <w:pPr>
        <w:spacing w:after="0"/>
      </w:pPr>
      <w:r>
        <w:rPr>
          <w:rFonts w:ascii="Arial" w:hAnsi="Arial"/>
          <w:b/>
          <w:sz w:val="22"/>
        </w:rPr>
        <w:t xml:space="preserve">Daisy  </w:t>
      </w:r>
      <w:r>
        <w:rPr>
          <w:rFonts w:ascii="Arial" w:hAnsi="Arial"/>
          <w:color w:val="5D7284"/>
          <w:sz w:val="22"/>
        </w:rPr>
        <w:t>14:55</w:t>
      </w:r>
    </w:p>
    <w:p>
      <w:pPr>
        <w:spacing w:after="0"/>
      </w:pPr>
      <w:r>
        <w:rPr>
          <w:rFonts w:ascii="Arial" w:hAnsi="Arial"/>
          <w:sz w:val="22"/>
        </w:rPr>
        <w:t>So it pinged back and forth between those two families but then like nine or so years into Edward IV's rule his his chief adviser, Neville</w:t>
      </w:r>
    </w:p>
    <w:p>
      <w:pPr>
        <w:spacing w:after="0"/>
      </w:pPr>
    </w:p>
    <w:p>
      <w:pPr>
        <w:spacing w:after="0"/>
      </w:pPr>
      <w:r>
        <w:rPr>
          <w:rFonts w:ascii="Arial" w:hAnsi="Arial"/>
          <w:b/>
          <w:sz w:val="22"/>
        </w:rPr>
        <w:t xml:space="preserve">Lucy  </w:t>
      </w:r>
      <w:r>
        <w:rPr>
          <w:rFonts w:ascii="Arial" w:hAnsi="Arial"/>
          <w:color w:val="5D7284"/>
          <w:sz w:val="22"/>
        </w:rPr>
        <w:t>15:12</w:t>
      </w:r>
    </w:p>
    <w:p>
      <w:pPr>
        <w:spacing w:after="0"/>
      </w:pPr>
      <w:r>
        <w:rPr>
          <w:rFonts w:ascii="Arial" w:hAnsi="Arial"/>
          <w:sz w:val="22"/>
        </w:rPr>
        <w:t>Right. Is he a villain? Because I always think Neville sounds like a villainous-y type name.</w:t>
      </w:r>
    </w:p>
    <w:p>
      <w:pPr>
        <w:spacing w:after="0"/>
      </w:pPr>
    </w:p>
    <w:p>
      <w:pPr>
        <w:spacing w:after="0"/>
      </w:pPr>
      <w:r>
        <w:rPr>
          <w:rFonts w:ascii="Arial" w:hAnsi="Arial"/>
          <w:b/>
          <w:sz w:val="22"/>
        </w:rPr>
        <w:t xml:space="preserve">Daisy  </w:t>
      </w:r>
      <w:r>
        <w:rPr>
          <w:rFonts w:ascii="Arial" w:hAnsi="Arial"/>
          <w:color w:val="5D7284"/>
          <w:sz w:val="22"/>
        </w:rPr>
        <w:t>15:21</w:t>
      </w:r>
    </w:p>
    <w:p>
      <w:pPr>
        <w:spacing w:after="0"/>
      </w:pPr>
      <w:r>
        <w:rPr>
          <w:rFonts w:ascii="Arial" w:hAnsi="Arial"/>
          <w:sz w:val="22"/>
        </w:rPr>
        <w:t xml:space="preserve">I think. Maybe depending on you know what you think of it essentially Edward married someone he didn't like </w:t>
      </w:r>
    </w:p>
    <w:p>
      <w:pPr>
        <w:spacing w:after="0"/>
      </w:pPr>
    </w:p>
    <w:p>
      <w:pPr>
        <w:spacing w:after="0"/>
      </w:pPr>
      <w:r>
        <w:rPr>
          <w:rFonts w:ascii="Arial" w:hAnsi="Arial"/>
          <w:b/>
          <w:sz w:val="22"/>
        </w:rPr>
        <w:t xml:space="preserve">Lucy  </w:t>
      </w:r>
      <w:r>
        <w:rPr>
          <w:rFonts w:ascii="Arial" w:hAnsi="Arial"/>
          <w:color w:val="5D7284"/>
          <w:sz w:val="22"/>
        </w:rPr>
        <w:t>15:26</w:t>
      </w:r>
    </w:p>
    <w:p>
      <w:pPr>
        <w:spacing w:after="0"/>
      </w:pPr>
      <w:r>
        <w:rPr>
          <w:rFonts w:ascii="Arial" w:hAnsi="Arial"/>
          <w:sz w:val="22"/>
        </w:rPr>
        <w:t>Oh right.</w:t>
      </w:r>
    </w:p>
    <w:p>
      <w:pPr>
        <w:spacing w:after="0"/>
      </w:pPr>
    </w:p>
    <w:p>
      <w:pPr>
        <w:spacing w:after="0"/>
      </w:pPr>
      <w:r>
        <w:rPr>
          <w:rFonts w:ascii="Arial" w:hAnsi="Arial"/>
          <w:b/>
          <w:sz w:val="22"/>
        </w:rPr>
        <w:t xml:space="preserve">Daisy  </w:t>
      </w:r>
      <w:r>
        <w:rPr>
          <w:rFonts w:ascii="Arial" w:hAnsi="Arial"/>
          <w:color w:val="5D7284"/>
          <w:sz w:val="22"/>
        </w:rPr>
        <w:t>15:27</w:t>
      </w:r>
    </w:p>
    <w:p>
      <w:pPr>
        <w:spacing w:after="0"/>
      </w:pPr>
      <w:r>
        <w:rPr>
          <w:rFonts w:ascii="Arial" w:hAnsi="Arial"/>
          <w:sz w:val="22"/>
        </w:rPr>
        <w:t xml:space="preserve">And so the chief adviser Neville was just like nah, and revolted against him to put, you know, Henry the sixth back on the throne. </w:t>
      </w:r>
    </w:p>
    <w:p>
      <w:pPr>
        <w:spacing w:after="0"/>
      </w:pPr>
    </w:p>
    <w:p>
      <w:pPr>
        <w:spacing w:after="0"/>
      </w:pPr>
      <w:r>
        <w:rPr>
          <w:rFonts w:ascii="Arial" w:hAnsi="Arial"/>
          <w:b/>
          <w:sz w:val="22"/>
        </w:rPr>
        <w:t xml:space="preserve">Lucy  </w:t>
      </w:r>
      <w:r>
        <w:rPr>
          <w:rFonts w:ascii="Arial" w:hAnsi="Arial"/>
          <w:color w:val="5D7284"/>
          <w:sz w:val="22"/>
        </w:rPr>
        <w:t>15:34</w:t>
      </w:r>
    </w:p>
    <w:p>
      <w:pPr>
        <w:spacing w:after="0"/>
      </w:pPr>
      <w:r>
        <w:rPr>
          <w:rFonts w:ascii="Arial" w:hAnsi="Arial"/>
          <w:sz w:val="22"/>
        </w:rPr>
        <w:t xml:space="preserve">Right. </w:t>
      </w:r>
    </w:p>
    <w:p>
      <w:pPr>
        <w:spacing w:after="0"/>
      </w:pPr>
    </w:p>
    <w:p>
      <w:pPr>
        <w:spacing w:after="0"/>
      </w:pPr>
      <w:r>
        <w:rPr>
          <w:rFonts w:ascii="Arial" w:hAnsi="Arial"/>
          <w:b/>
          <w:sz w:val="22"/>
        </w:rPr>
        <w:t xml:space="preserve">Daisy  </w:t>
      </w:r>
      <w:r>
        <w:rPr>
          <w:rFonts w:ascii="Arial" w:hAnsi="Arial"/>
          <w:color w:val="5D7284"/>
          <w:sz w:val="22"/>
        </w:rPr>
        <w:t>15:34</w:t>
      </w:r>
    </w:p>
    <w:p>
      <w:pPr>
        <w:spacing w:after="0"/>
      </w:pPr>
      <w:r>
        <w:rPr>
          <w:rFonts w:ascii="Arial" w:hAnsi="Arial"/>
          <w:sz w:val="22"/>
        </w:rPr>
        <w:t>For like 20 minutes.</w:t>
      </w:r>
    </w:p>
    <w:p>
      <w:pPr>
        <w:spacing w:after="0"/>
      </w:pPr>
    </w:p>
    <w:p>
      <w:pPr>
        <w:spacing w:after="0"/>
      </w:pPr>
      <w:r>
        <w:rPr>
          <w:rFonts w:ascii="Arial" w:hAnsi="Arial"/>
          <w:b/>
          <w:sz w:val="22"/>
        </w:rPr>
        <w:t xml:space="preserve">Alice  </w:t>
      </w:r>
      <w:r>
        <w:rPr>
          <w:rFonts w:ascii="Arial" w:hAnsi="Arial"/>
          <w:color w:val="5D7284"/>
          <w:sz w:val="22"/>
        </w:rPr>
        <w:t>15:37</w:t>
      </w:r>
    </w:p>
    <w:p>
      <w:pPr>
        <w:spacing w:after="0"/>
      </w:pPr>
      <w:r>
        <w:rPr>
          <w:rFonts w:ascii="Arial" w:hAnsi="Arial"/>
          <w:sz w:val="22"/>
        </w:rPr>
        <w:t xml:space="preserve">So Edward hadn't killed Henry when he took the throne? </w:t>
      </w:r>
    </w:p>
    <w:p>
      <w:pPr>
        <w:spacing w:after="0"/>
      </w:pPr>
    </w:p>
    <w:p>
      <w:pPr>
        <w:spacing w:after="0"/>
      </w:pPr>
      <w:r>
        <w:rPr>
          <w:rFonts w:ascii="Arial" w:hAnsi="Arial"/>
          <w:b/>
          <w:sz w:val="22"/>
        </w:rPr>
        <w:t xml:space="preserve">Daisy  </w:t>
      </w:r>
      <w:r>
        <w:rPr>
          <w:rFonts w:ascii="Arial" w:hAnsi="Arial"/>
          <w:color w:val="5D7284"/>
          <w:sz w:val="22"/>
        </w:rPr>
        <w:t>15:41</w:t>
      </w:r>
    </w:p>
    <w:p>
      <w:pPr>
        <w:spacing w:after="0"/>
      </w:pPr>
      <w:r>
        <w:rPr>
          <w:rFonts w:ascii="Arial" w:hAnsi="Arial"/>
          <w:sz w:val="22"/>
        </w:rPr>
        <w:t>No, no, no, just put him somewhere else.</w:t>
      </w:r>
    </w:p>
    <w:p>
      <w:pPr>
        <w:spacing w:after="0"/>
      </w:pPr>
    </w:p>
    <w:p>
      <w:pPr>
        <w:spacing w:after="0"/>
      </w:pPr>
      <w:r>
        <w:rPr>
          <w:rFonts w:ascii="Arial" w:hAnsi="Arial"/>
          <w:b/>
          <w:sz w:val="22"/>
        </w:rPr>
        <w:t xml:space="preserve">Alice  </w:t>
      </w:r>
      <w:r>
        <w:rPr>
          <w:rFonts w:ascii="Arial" w:hAnsi="Arial"/>
          <w:color w:val="5D7284"/>
          <w:sz w:val="22"/>
        </w:rPr>
        <w:t>15:43</w:t>
      </w:r>
    </w:p>
    <w:p>
      <w:pPr>
        <w:spacing w:after="0"/>
      </w:pPr>
      <w:r>
        <w:rPr>
          <w:rFonts w:ascii="Arial" w:hAnsi="Arial"/>
          <w:sz w:val="22"/>
        </w:rPr>
        <w:t xml:space="preserve">Oh Okay. </w:t>
      </w:r>
    </w:p>
    <w:p>
      <w:pPr>
        <w:spacing w:after="0"/>
      </w:pPr>
    </w:p>
    <w:p>
      <w:pPr>
        <w:spacing w:after="0"/>
      </w:pPr>
      <w:r>
        <w:rPr>
          <w:rFonts w:ascii="Arial" w:hAnsi="Arial"/>
          <w:b/>
          <w:sz w:val="22"/>
        </w:rPr>
        <w:t xml:space="preserve">Lucy  </w:t>
      </w:r>
      <w:r>
        <w:rPr>
          <w:rFonts w:ascii="Arial" w:hAnsi="Arial"/>
          <w:color w:val="5D7284"/>
          <w:sz w:val="22"/>
        </w:rPr>
        <w:t>15:44</w:t>
      </w:r>
    </w:p>
    <w:p>
      <w:pPr>
        <w:spacing w:after="0"/>
      </w:pPr>
      <w:r>
        <w:rPr>
          <w:rFonts w:ascii="Arial" w:hAnsi="Arial"/>
          <w:sz w:val="22"/>
        </w:rPr>
        <w:t>[laughing] Put him somewhere else.</w:t>
      </w:r>
    </w:p>
    <w:p>
      <w:pPr>
        <w:spacing w:after="0"/>
      </w:pPr>
    </w:p>
    <w:p>
      <w:pPr>
        <w:spacing w:after="0"/>
      </w:pPr>
      <w:r>
        <w:rPr>
          <w:rFonts w:ascii="Arial" w:hAnsi="Arial"/>
          <w:b/>
          <w:sz w:val="22"/>
        </w:rPr>
        <w:t xml:space="preserve">Daisy  </w:t>
      </w:r>
      <w:r>
        <w:rPr>
          <w:rFonts w:ascii="Arial" w:hAnsi="Arial"/>
          <w:color w:val="5D7284"/>
          <w:sz w:val="22"/>
        </w:rPr>
        <w:t>15:45</w:t>
      </w:r>
    </w:p>
    <w:p>
      <w:pPr>
        <w:spacing w:after="0"/>
      </w:pPr>
      <w:r>
        <w:rPr>
          <w:rFonts w:ascii="Arial" w:hAnsi="Arial"/>
          <w:sz w:val="22"/>
        </w:rPr>
        <w:t>Keep him fresh.</w:t>
      </w:r>
    </w:p>
    <w:p>
      <w:pPr>
        <w:spacing w:after="0"/>
      </w:pPr>
    </w:p>
    <w:p>
      <w:pPr>
        <w:spacing w:after="0"/>
      </w:pPr>
      <w:r>
        <w:rPr>
          <w:rFonts w:ascii="Arial" w:hAnsi="Arial"/>
          <w:b/>
          <w:sz w:val="22"/>
        </w:rPr>
        <w:t xml:space="preserve">Lucy  </w:t>
      </w:r>
      <w:r>
        <w:rPr>
          <w:rFonts w:ascii="Arial" w:hAnsi="Arial"/>
          <w:color w:val="5D7284"/>
          <w:sz w:val="22"/>
        </w:rPr>
        <w:t>15:46</w:t>
      </w:r>
    </w:p>
    <w:p>
      <w:pPr>
        <w:spacing w:after="0"/>
      </w:pPr>
      <w:r>
        <w:rPr>
          <w:rFonts w:ascii="Arial" w:hAnsi="Arial"/>
          <w:sz w:val="22"/>
        </w:rPr>
        <w:t>In that larder unit that Joe was talking about earlier?</w:t>
      </w:r>
    </w:p>
    <w:p>
      <w:pPr>
        <w:spacing w:after="0"/>
      </w:pPr>
    </w:p>
    <w:p>
      <w:pPr>
        <w:spacing w:after="0"/>
      </w:pPr>
      <w:r>
        <w:rPr>
          <w:rFonts w:ascii="Arial" w:hAnsi="Arial"/>
          <w:b/>
          <w:sz w:val="22"/>
        </w:rPr>
        <w:t xml:space="preserve">Daisy  </w:t>
      </w:r>
      <w:r>
        <w:rPr>
          <w:rFonts w:ascii="Arial" w:hAnsi="Arial"/>
          <w:color w:val="5D7284"/>
          <w:sz w:val="22"/>
        </w:rPr>
        <w:t>15:49</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15:50</w:t>
      </w:r>
    </w:p>
    <w:p>
      <w:pPr>
        <w:spacing w:after="0"/>
      </w:pPr>
      <w:r>
        <w:rPr>
          <w:rFonts w:ascii="Arial" w:hAnsi="Arial"/>
          <w:sz w:val="22"/>
        </w:rPr>
        <w:t>The one that Caesar was having an affair in?</w:t>
      </w:r>
    </w:p>
    <w:p>
      <w:pPr>
        <w:spacing w:after="0"/>
      </w:pPr>
    </w:p>
    <w:p>
      <w:pPr>
        <w:spacing w:after="0"/>
      </w:pPr>
      <w:r>
        <w:rPr>
          <w:rFonts w:ascii="Arial" w:hAnsi="Arial"/>
          <w:b/>
          <w:sz w:val="22"/>
        </w:rPr>
        <w:t xml:space="preserve">Lucy  </w:t>
      </w:r>
      <w:r>
        <w:rPr>
          <w:rFonts w:ascii="Arial" w:hAnsi="Arial"/>
          <w:color w:val="5D7284"/>
          <w:sz w:val="22"/>
        </w:rPr>
        <w:t>15:52</w:t>
      </w:r>
    </w:p>
    <w:p>
      <w:pPr>
        <w:spacing w:after="0"/>
      </w:pPr>
      <w:r>
        <w:rPr>
          <w:rFonts w:ascii="Arial" w:hAnsi="Arial"/>
          <w:sz w:val="22"/>
        </w:rPr>
        <w:t xml:space="preserve"> Yes, allegedly.</w:t>
      </w:r>
    </w:p>
    <w:p>
      <w:pPr>
        <w:spacing w:after="0"/>
      </w:pPr>
    </w:p>
    <w:p>
      <w:pPr>
        <w:spacing w:after="0"/>
      </w:pPr>
      <w:r>
        <w:rPr>
          <w:rFonts w:ascii="Arial" w:hAnsi="Arial"/>
          <w:b/>
          <w:sz w:val="22"/>
        </w:rPr>
        <w:t xml:space="preserve">Daisy  </w:t>
      </w:r>
      <w:r>
        <w:rPr>
          <w:rFonts w:ascii="Arial" w:hAnsi="Arial"/>
          <w:color w:val="5D7284"/>
          <w:sz w:val="22"/>
        </w:rPr>
        <w:t>15:55</w:t>
      </w:r>
    </w:p>
    <w:p>
      <w:pPr>
        <w:spacing w:after="0"/>
      </w:pPr>
      <w:r>
        <w:rPr>
          <w:rFonts w:ascii="Arial" w:hAnsi="Arial"/>
          <w:sz w:val="22"/>
        </w:rPr>
        <w:t>We've already had one. One of my anticipated questions that you would have, that you haven't brought up yet, so I will. (Alice) Ooh!(Lucy) Ooh! I was wondering if you would wonder where the name Plantagenet came from?</w:t>
      </w:r>
    </w:p>
    <w:p>
      <w:pPr>
        <w:spacing w:after="0"/>
      </w:pPr>
    </w:p>
    <w:p>
      <w:pPr>
        <w:spacing w:after="0"/>
      </w:pPr>
      <w:r>
        <w:rPr>
          <w:rFonts w:ascii="Arial" w:hAnsi="Arial"/>
          <w:b/>
          <w:sz w:val="22"/>
        </w:rPr>
        <w:t xml:space="preserve">Lucy  </w:t>
      </w:r>
      <w:r>
        <w:rPr>
          <w:rFonts w:ascii="Arial" w:hAnsi="Arial"/>
          <w:color w:val="5D7284"/>
          <w:sz w:val="22"/>
        </w:rPr>
        <w:t>16:08</w:t>
      </w:r>
    </w:p>
    <w:p>
      <w:pPr>
        <w:spacing w:after="0"/>
      </w:pPr>
      <w:r>
        <w:rPr>
          <w:rFonts w:ascii="Arial" w:hAnsi="Arial"/>
          <w:sz w:val="22"/>
        </w:rPr>
        <w:t>Where would the name Plantagenet come from? (Alice laughs)</w:t>
      </w:r>
    </w:p>
    <w:p>
      <w:pPr>
        <w:spacing w:after="0"/>
      </w:pPr>
    </w:p>
    <w:p>
      <w:pPr>
        <w:spacing w:after="0"/>
      </w:pPr>
      <w:r>
        <w:rPr>
          <w:rFonts w:ascii="Arial" w:hAnsi="Arial"/>
          <w:b/>
          <w:sz w:val="22"/>
        </w:rPr>
        <w:t xml:space="preserve">Daisy  </w:t>
      </w:r>
      <w:r>
        <w:rPr>
          <w:rFonts w:ascii="Arial" w:hAnsi="Arial"/>
          <w:color w:val="5D7284"/>
          <w:sz w:val="22"/>
        </w:rPr>
        <w:t>16:12</w:t>
      </w:r>
    </w:p>
    <w:p>
      <w:pPr>
        <w:spacing w:after="0"/>
      </w:pPr>
      <w:r>
        <w:rPr>
          <w:rFonts w:ascii="Arial" w:hAnsi="Arial"/>
          <w:sz w:val="22"/>
        </w:rPr>
        <w:t>It is a 12th century nickname for one of their ancestors (laughs) that translates to The handsome Jeffery's.</w:t>
      </w:r>
    </w:p>
    <w:p>
      <w:pPr>
        <w:spacing w:after="0"/>
      </w:pPr>
    </w:p>
    <w:p>
      <w:pPr>
        <w:spacing w:after="0"/>
      </w:pPr>
      <w:r>
        <w:rPr>
          <w:rFonts w:ascii="Arial" w:hAnsi="Arial"/>
          <w:b/>
          <w:sz w:val="22"/>
        </w:rPr>
        <w:t xml:space="preserve">Lucy  </w:t>
      </w:r>
      <w:r>
        <w:rPr>
          <w:rFonts w:ascii="Arial" w:hAnsi="Arial"/>
          <w:color w:val="5D7284"/>
          <w:sz w:val="22"/>
        </w:rPr>
        <w:t>16:24</w:t>
      </w:r>
    </w:p>
    <w:p>
      <w:pPr>
        <w:spacing w:after="0"/>
      </w:pPr>
      <w:r>
        <w:rPr>
          <w:rFonts w:ascii="Arial" w:hAnsi="Arial"/>
          <w:sz w:val="22"/>
        </w:rPr>
        <w:t>like my big their big Lubell as I call them, they're like (Alice) Your descendants are called the Lubells. That is ridiculous. what's it called? What is it translated as?</w:t>
      </w:r>
    </w:p>
    <w:p>
      <w:pPr>
        <w:spacing w:after="0"/>
      </w:pPr>
    </w:p>
    <w:p>
      <w:pPr>
        <w:spacing w:after="0"/>
      </w:pPr>
      <w:r>
        <w:rPr>
          <w:rFonts w:ascii="Arial" w:hAnsi="Arial"/>
          <w:b/>
          <w:sz w:val="22"/>
        </w:rPr>
        <w:t xml:space="preserve">Daisy  </w:t>
      </w:r>
      <w:r>
        <w:rPr>
          <w:rFonts w:ascii="Arial" w:hAnsi="Arial"/>
          <w:color w:val="5D7284"/>
          <w:sz w:val="22"/>
        </w:rPr>
        <w:t>16:35</w:t>
      </w:r>
    </w:p>
    <w:p>
      <w:pPr>
        <w:spacing w:after="0"/>
      </w:pPr>
      <w:r>
        <w:rPr>
          <w:rFonts w:ascii="Arial" w:hAnsi="Arial"/>
          <w:sz w:val="22"/>
        </w:rPr>
        <w:t>Handsome Jeffrey (laughs) (Lucy) I mean what? what? handsome Jeffrey. Hello. Yes, I'm going to be killing either of the family of the handsome Jeffrey. (Laughs)</w:t>
      </w:r>
    </w:p>
    <w:p>
      <w:pPr>
        <w:spacing w:after="0"/>
      </w:pPr>
    </w:p>
    <w:p>
      <w:pPr>
        <w:spacing w:after="0"/>
      </w:pPr>
      <w:r>
        <w:rPr>
          <w:rFonts w:ascii="Arial" w:hAnsi="Arial"/>
          <w:b/>
          <w:sz w:val="22"/>
        </w:rPr>
        <w:t xml:space="preserve">Lucy  </w:t>
      </w:r>
      <w:r>
        <w:rPr>
          <w:rFonts w:ascii="Arial" w:hAnsi="Arial"/>
          <w:color w:val="5D7284"/>
          <w:sz w:val="22"/>
        </w:rPr>
        <w:t>16:48</w:t>
      </w:r>
    </w:p>
    <w:p>
      <w:pPr>
        <w:spacing w:after="0"/>
      </w:pPr>
      <w:r>
        <w:rPr>
          <w:rFonts w:ascii="Arial" w:hAnsi="Arial"/>
          <w:sz w:val="22"/>
        </w:rPr>
        <w:t xml:space="preserve">The handsome Jeffrey. ( Alice laughs) Sounds extremely camp doesn't it. </w:t>
      </w:r>
    </w:p>
    <w:p>
      <w:pPr>
        <w:spacing w:after="0"/>
      </w:pPr>
    </w:p>
    <w:p>
      <w:pPr>
        <w:spacing w:after="0"/>
      </w:pPr>
      <w:r>
        <w:rPr>
          <w:rFonts w:ascii="Arial" w:hAnsi="Arial"/>
          <w:b/>
          <w:sz w:val="22"/>
        </w:rPr>
        <w:t xml:space="preserve">Daisy  </w:t>
      </w:r>
      <w:r>
        <w:rPr>
          <w:rFonts w:ascii="Arial" w:hAnsi="Arial"/>
          <w:color w:val="5D7284"/>
          <w:sz w:val="22"/>
        </w:rPr>
        <w:t>16:49</w:t>
      </w:r>
    </w:p>
    <w:p>
      <w:pPr>
        <w:spacing w:after="0"/>
      </w:pPr>
      <w:r>
        <w:rPr>
          <w:rFonts w:ascii="Arial" w:hAnsi="Arial"/>
          <w:sz w:val="22"/>
        </w:rPr>
        <w:t>And a great name for our band.</w:t>
      </w:r>
    </w:p>
    <w:p>
      <w:pPr>
        <w:spacing w:after="0"/>
      </w:pPr>
    </w:p>
    <w:p>
      <w:pPr>
        <w:spacing w:after="0"/>
      </w:pPr>
      <w:r>
        <w:rPr>
          <w:rFonts w:ascii="Arial" w:hAnsi="Arial"/>
          <w:b/>
          <w:sz w:val="22"/>
        </w:rPr>
        <w:t xml:space="preserve">Lucy  </w:t>
      </w:r>
      <w:r>
        <w:rPr>
          <w:rFonts w:ascii="Arial" w:hAnsi="Arial"/>
          <w:color w:val="5D7284"/>
          <w:sz w:val="22"/>
        </w:rPr>
        <w:t>16:54</w:t>
      </w:r>
    </w:p>
    <w:p>
      <w:pPr>
        <w:spacing w:after="0"/>
      </w:pPr>
      <w:r>
        <w:rPr>
          <w:rFonts w:ascii="Arial" w:hAnsi="Arial"/>
          <w:sz w:val="22"/>
        </w:rPr>
        <w:t>Doesn't it just, I think that's my new pub quiz team name,</w:t>
      </w:r>
    </w:p>
    <w:p>
      <w:pPr>
        <w:spacing w:after="0"/>
      </w:pPr>
    </w:p>
    <w:p>
      <w:pPr>
        <w:spacing w:after="0"/>
      </w:pPr>
      <w:r>
        <w:rPr>
          <w:rFonts w:ascii="Arial" w:hAnsi="Arial"/>
          <w:b/>
          <w:sz w:val="22"/>
        </w:rPr>
        <w:t xml:space="preserve">Alice  </w:t>
      </w:r>
      <w:r>
        <w:rPr>
          <w:rFonts w:ascii="Arial" w:hAnsi="Arial"/>
          <w:color w:val="5D7284"/>
          <w:sz w:val="22"/>
        </w:rPr>
        <w:t>16:59</w:t>
      </w:r>
    </w:p>
    <w:p>
      <w:pPr>
        <w:spacing w:after="0"/>
      </w:pPr>
      <w:r>
        <w:rPr>
          <w:rFonts w:ascii="Arial" w:hAnsi="Arial"/>
          <w:sz w:val="22"/>
        </w:rPr>
        <w:t>The handsome Jeffrey's. (laughs)</w:t>
      </w:r>
    </w:p>
    <w:p>
      <w:pPr>
        <w:spacing w:after="0"/>
      </w:pPr>
    </w:p>
    <w:p>
      <w:pPr>
        <w:spacing w:after="0"/>
      </w:pPr>
      <w:r>
        <w:rPr>
          <w:rFonts w:ascii="Arial" w:hAnsi="Arial"/>
          <w:b/>
          <w:sz w:val="22"/>
        </w:rPr>
        <w:t xml:space="preserve">Daisy  </w:t>
      </w:r>
      <w:r>
        <w:rPr>
          <w:rFonts w:ascii="Arial" w:hAnsi="Arial"/>
          <w:color w:val="5D7284"/>
          <w:sz w:val="22"/>
        </w:rPr>
        <w:t>17:00</w:t>
      </w:r>
    </w:p>
    <w:p>
      <w:pPr>
        <w:spacing w:after="0"/>
      </w:pPr>
      <w:r>
        <w:rPr>
          <w:rFonts w:ascii="Arial" w:hAnsi="Arial"/>
          <w:sz w:val="22"/>
        </w:rPr>
        <w:t>We done with the handsome Jeffrey? (Lucy) Yeah we are done. Henry was back on the throne. (Lucy) Yeah. And then Ed came back and took it back again. (lucy) Right. So this is still Richard third's older brother. (Lucy) Okay. Then Henry was putting the Tower of London.</w:t>
      </w:r>
    </w:p>
    <w:p>
      <w:pPr>
        <w:spacing w:after="0"/>
      </w:pPr>
    </w:p>
    <w:p>
      <w:pPr>
        <w:spacing w:after="0"/>
      </w:pPr>
      <w:r>
        <w:rPr>
          <w:rFonts w:ascii="Arial" w:hAnsi="Arial"/>
          <w:b/>
          <w:sz w:val="22"/>
        </w:rPr>
        <w:t xml:space="preserve">Lucy  </w:t>
      </w:r>
      <w:r>
        <w:rPr>
          <w:rFonts w:ascii="Arial" w:hAnsi="Arial"/>
          <w:color w:val="5D7284"/>
          <w:sz w:val="22"/>
        </w:rPr>
        <w:t>17:19</w:t>
      </w:r>
    </w:p>
    <w:p>
      <w:pPr>
        <w:spacing w:after="0"/>
      </w:pPr>
      <w:r>
        <w:rPr>
          <w:rFonts w:ascii="Arial" w:hAnsi="Arial"/>
          <w:sz w:val="22"/>
        </w:rPr>
        <w:t>Hmmm and it's not really it's not good when your put in the Tower of London. (Daisy) It's not great.</w:t>
      </w:r>
    </w:p>
    <w:p>
      <w:pPr>
        <w:spacing w:after="0"/>
      </w:pPr>
    </w:p>
    <w:p>
      <w:pPr>
        <w:spacing w:after="0"/>
      </w:pPr>
      <w:r>
        <w:rPr>
          <w:rFonts w:ascii="Arial" w:hAnsi="Arial"/>
          <w:b/>
          <w:sz w:val="22"/>
        </w:rPr>
        <w:t xml:space="preserve">Alice  </w:t>
      </w:r>
      <w:r>
        <w:rPr>
          <w:rFonts w:ascii="Arial" w:hAnsi="Arial"/>
          <w:color w:val="5D7284"/>
          <w:sz w:val="22"/>
        </w:rPr>
        <w:t>17:24</w:t>
      </w:r>
    </w:p>
    <w:p>
      <w:pPr>
        <w:spacing w:after="0"/>
      </w:pPr>
      <w:r>
        <w:rPr>
          <w:rFonts w:ascii="Arial" w:hAnsi="Arial"/>
          <w:sz w:val="22"/>
        </w:rPr>
        <w:t>It's where they put the people they don't like (Lucy) Yeah. Yeah. Although it hsd nice veiws though, I think. small windows because it's the medieval times but Sure, sure. (laughs) I hear the Ravens quote.</w:t>
      </w:r>
    </w:p>
    <w:p>
      <w:pPr>
        <w:spacing w:after="0"/>
      </w:pPr>
    </w:p>
    <w:p>
      <w:pPr>
        <w:spacing w:after="0"/>
      </w:pPr>
      <w:r>
        <w:rPr>
          <w:rFonts w:ascii="Arial" w:hAnsi="Arial"/>
          <w:b/>
          <w:sz w:val="22"/>
        </w:rPr>
        <w:t xml:space="preserve">Lucy  </w:t>
      </w:r>
      <w:r>
        <w:rPr>
          <w:rFonts w:ascii="Arial" w:hAnsi="Arial"/>
          <w:color w:val="5D7284"/>
          <w:sz w:val="22"/>
        </w:rPr>
        <w:t>17:36</w:t>
      </w:r>
    </w:p>
    <w:p>
      <w:pPr>
        <w:spacing w:after="0"/>
      </w:pPr>
      <w:r>
        <w:rPr>
          <w:rFonts w:ascii="Arial" w:hAnsi="Arial"/>
          <w:sz w:val="22"/>
        </w:rPr>
        <w:t>It's not a really good view. But I get kind of if...</w:t>
      </w:r>
    </w:p>
    <w:p>
      <w:pPr>
        <w:spacing w:after="0"/>
      </w:pPr>
    </w:p>
    <w:p>
      <w:pPr>
        <w:spacing w:after="0"/>
      </w:pPr>
      <w:r>
        <w:rPr>
          <w:rFonts w:ascii="Arial" w:hAnsi="Arial"/>
          <w:b/>
          <w:sz w:val="22"/>
        </w:rPr>
        <w:t xml:space="preserve">Alice  </w:t>
      </w:r>
      <w:r>
        <w:rPr>
          <w:rFonts w:ascii="Arial" w:hAnsi="Arial"/>
          <w:color w:val="5D7284"/>
          <w:sz w:val="22"/>
        </w:rPr>
        <w:t>17:39</w:t>
      </w:r>
    </w:p>
    <w:p>
      <w:pPr>
        <w:spacing w:after="0"/>
      </w:pPr>
      <w:r>
        <w:rPr>
          <w:rFonts w:ascii="Arial" w:hAnsi="Arial"/>
          <w:sz w:val="22"/>
        </w:rPr>
        <w:t>It's a good view, if you can see out the window and it's not like just got a bird aggressively pecking at you. (Daisy)Yeah. See I've never..</w:t>
      </w:r>
    </w:p>
    <w:p>
      <w:pPr>
        <w:spacing w:after="0"/>
      </w:pPr>
    </w:p>
    <w:p>
      <w:pPr>
        <w:spacing w:after="0"/>
      </w:pPr>
      <w:r>
        <w:rPr>
          <w:rFonts w:ascii="Arial" w:hAnsi="Arial"/>
          <w:b/>
          <w:sz w:val="22"/>
        </w:rPr>
        <w:t xml:space="preserve">Daisy  </w:t>
      </w:r>
      <w:r>
        <w:rPr>
          <w:rFonts w:ascii="Arial" w:hAnsi="Arial"/>
          <w:color w:val="5D7284"/>
          <w:sz w:val="22"/>
        </w:rPr>
        <w:t>17:45</w:t>
      </w:r>
    </w:p>
    <w:p>
      <w:pPr>
        <w:spacing w:after="0"/>
      </w:pPr>
      <w:r>
        <w:rPr>
          <w:rFonts w:ascii="Arial" w:hAnsi="Arial"/>
          <w:sz w:val="22"/>
        </w:rPr>
        <w:t>actually been to the Tower of London. Is it one of those places that doesn't actually have glass windows? It just has the kind of thin splits in the brick?</w:t>
      </w:r>
    </w:p>
    <w:p>
      <w:pPr>
        <w:spacing w:after="0"/>
      </w:pPr>
    </w:p>
    <w:p>
      <w:pPr>
        <w:spacing w:after="0"/>
      </w:pPr>
      <w:r>
        <w:rPr>
          <w:rFonts w:ascii="Arial" w:hAnsi="Arial"/>
          <w:b/>
          <w:sz w:val="22"/>
        </w:rPr>
        <w:t xml:space="preserve">Lucy  </w:t>
      </w:r>
      <w:r>
        <w:rPr>
          <w:rFonts w:ascii="Arial" w:hAnsi="Arial"/>
          <w:color w:val="5D7284"/>
          <w:sz w:val="22"/>
        </w:rPr>
        <w:t>17:51</w:t>
      </w:r>
    </w:p>
    <w:p>
      <w:pPr>
        <w:spacing w:after="0"/>
      </w:pPr>
      <w:r>
        <w:rPr>
          <w:rFonts w:ascii="Arial" w:hAnsi="Arial"/>
          <w:sz w:val="22"/>
        </w:rPr>
        <w:t xml:space="preserve">Yeah, very thin. Yeah, (Alice) I think so. I love the Tower of London it's so peaceful in the middle of London. You can't believe you're in London. So it's weird. (Daisy) Yeah I think </w:t>
      </w:r>
    </w:p>
    <w:p>
      <w:pPr>
        <w:spacing w:after="0"/>
      </w:pPr>
    </w:p>
    <w:p>
      <w:pPr>
        <w:spacing w:after="0"/>
      </w:pPr>
      <w:r>
        <w:rPr>
          <w:rFonts w:ascii="Arial" w:hAnsi="Arial"/>
          <w:b/>
          <w:sz w:val="22"/>
        </w:rPr>
        <w:t xml:space="preserve">Alice  </w:t>
      </w:r>
      <w:r>
        <w:rPr>
          <w:rFonts w:ascii="Arial" w:hAnsi="Arial"/>
          <w:color w:val="5D7284"/>
          <w:sz w:val="22"/>
        </w:rPr>
        <w:t>18:01</w:t>
      </w:r>
    </w:p>
    <w:p>
      <w:pPr>
        <w:spacing w:after="0"/>
      </w:pPr>
      <w:r>
        <w:rPr>
          <w:rFonts w:ascii="Arial" w:hAnsi="Arial"/>
          <w:sz w:val="22"/>
        </w:rPr>
        <w:t>It's all the dead kings and queens ghosts just making it super super... it's not peaceful Lucy you're on the brink of Hell.</w:t>
      </w:r>
    </w:p>
    <w:p>
      <w:pPr>
        <w:spacing w:after="0"/>
      </w:pPr>
    </w:p>
    <w:p>
      <w:pPr>
        <w:spacing w:after="0"/>
      </w:pPr>
      <w:r>
        <w:rPr>
          <w:rFonts w:ascii="Arial" w:hAnsi="Arial"/>
          <w:b/>
          <w:sz w:val="22"/>
        </w:rPr>
        <w:t xml:space="preserve">Lucy  </w:t>
      </w:r>
      <w:r>
        <w:rPr>
          <w:rFonts w:ascii="Arial" w:hAnsi="Arial"/>
          <w:color w:val="5D7284"/>
          <w:sz w:val="22"/>
        </w:rPr>
        <w:t>18:09</w:t>
      </w:r>
    </w:p>
    <w:p>
      <w:pPr>
        <w:spacing w:after="0"/>
      </w:pPr>
      <w:r>
        <w:rPr>
          <w:rFonts w:ascii="Arial" w:hAnsi="Arial"/>
          <w:sz w:val="22"/>
        </w:rPr>
        <w:t xml:space="preserve">Yeah probably. Thank you for that next time I go I wil be like "I don't like it here." </w:t>
      </w:r>
    </w:p>
    <w:p>
      <w:pPr>
        <w:spacing w:after="0"/>
      </w:pPr>
    </w:p>
    <w:p>
      <w:pPr>
        <w:spacing w:after="0"/>
      </w:pPr>
      <w:r>
        <w:rPr>
          <w:rFonts w:ascii="Arial" w:hAnsi="Arial"/>
          <w:b/>
          <w:sz w:val="22"/>
        </w:rPr>
        <w:t xml:space="preserve">Daisy  </w:t>
      </w:r>
      <w:r>
        <w:rPr>
          <w:rFonts w:ascii="Arial" w:hAnsi="Arial"/>
          <w:color w:val="5D7284"/>
          <w:sz w:val="22"/>
        </w:rPr>
        <w:t>18:12</w:t>
      </w:r>
    </w:p>
    <w:p>
      <w:pPr>
        <w:spacing w:after="0"/>
      </w:pPr>
      <w:r>
        <w:rPr>
          <w:rFonts w:ascii="Arial" w:hAnsi="Arial"/>
          <w:sz w:val="22"/>
        </w:rPr>
        <w:t>I think I went to the tourist attraction bit where there was like a roller coaster or something...(Lucy) And also it was when you</w:t>
      </w:r>
    </w:p>
    <w:p>
      <w:pPr>
        <w:spacing w:after="0"/>
      </w:pPr>
    </w:p>
    <w:p>
      <w:pPr>
        <w:spacing w:after="0"/>
      </w:pPr>
      <w:r>
        <w:rPr>
          <w:rFonts w:ascii="Arial" w:hAnsi="Arial"/>
          <w:b/>
          <w:sz w:val="22"/>
        </w:rPr>
        <w:t xml:space="preserve">Lucy  </w:t>
      </w:r>
      <w:r>
        <w:rPr>
          <w:rFonts w:ascii="Arial" w:hAnsi="Arial"/>
          <w:color w:val="5D7284"/>
          <w:sz w:val="22"/>
        </w:rPr>
        <w:t>18:19</w:t>
      </w:r>
    </w:p>
    <w:p>
      <w:pPr>
        <w:spacing w:after="0"/>
      </w:pPr>
      <w:r>
        <w:rPr>
          <w:rFonts w:ascii="Arial" w:hAnsi="Arial"/>
          <w:sz w:val="22"/>
        </w:rPr>
        <w:t>have got a disability you can.... you are put to the front of the queue no matter how long the queue is for the crown jewels which is fine but also quite embarrassing as you're going past loads of like Chinese tourists. You're like " Don't look at me sorry. I'm so I'm really I'm really sorry about this."</w:t>
      </w:r>
    </w:p>
    <w:p>
      <w:pPr>
        <w:spacing w:after="0"/>
      </w:pPr>
    </w:p>
    <w:p>
      <w:pPr>
        <w:spacing w:after="0"/>
      </w:pPr>
      <w:r>
        <w:rPr>
          <w:rFonts w:ascii="Arial" w:hAnsi="Arial"/>
          <w:b/>
          <w:sz w:val="22"/>
        </w:rPr>
        <w:t xml:space="preserve">Alice  </w:t>
      </w:r>
      <w:r>
        <w:rPr>
          <w:rFonts w:ascii="Arial" w:hAnsi="Arial"/>
          <w:color w:val="5D7284"/>
          <w:sz w:val="22"/>
        </w:rPr>
        <w:t>18:33</w:t>
      </w:r>
    </w:p>
    <w:p>
      <w:pPr>
        <w:spacing w:after="0"/>
      </w:pPr>
      <w:r>
        <w:rPr>
          <w:rFonts w:ascii="Arial" w:hAnsi="Arial"/>
          <w:sz w:val="22"/>
        </w:rPr>
        <w:t>No, you need to perfect your queen wave.</w:t>
      </w:r>
    </w:p>
    <w:p>
      <w:pPr>
        <w:spacing w:after="0"/>
      </w:pPr>
    </w:p>
    <w:p>
      <w:pPr>
        <w:spacing w:after="0"/>
      </w:pPr>
      <w:r>
        <w:rPr>
          <w:rFonts w:ascii="Arial" w:hAnsi="Arial"/>
          <w:b/>
          <w:sz w:val="22"/>
        </w:rPr>
        <w:t xml:space="preserve">Lucy  </w:t>
      </w:r>
      <w:r>
        <w:rPr>
          <w:rFonts w:ascii="Arial" w:hAnsi="Arial"/>
          <w:color w:val="5D7284"/>
          <w:sz w:val="22"/>
        </w:rPr>
        <w:t>18:36</w:t>
      </w:r>
    </w:p>
    <w:p>
      <w:pPr>
        <w:spacing w:after="0"/>
      </w:pPr>
      <w:r>
        <w:rPr>
          <w:rFonts w:ascii="Arial" w:hAnsi="Arial"/>
          <w:sz w:val="22"/>
        </w:rPr>
        <w:t>You but can feel their eyes boring into the back of your head like" I've been here six hours. Why you?!"</w:t>
      </w:r>
    </w:p>
    <w:p>
      <w:pPr>
        <w:spacing w:after="0"/>
      </w:pPr>
    </w:p>
    <w:p>
      <w:pPr>
        <w:spacing w:after="0"/>
      </w:pPr>
      <w:r>
        <w:rPr>
          <w:rFonts w:ascii="Arial" w:hAnsi="Arial"/>
          <w:b/>
          <w:sz w:val="22"/>
        </w:rPr>
        <w:t xml:space="preserve">Alice  </w:t>
      </w:r>
      <w:r>
        <w:rPr>
          <w:rFonts w:ascii="Arial" w:hAnsi="Arial"/>
          <w:color w:val="5D7284"/>
          <w:sz w:val="22"/>
        </w:rPr>
        <w:t>18:41</w:t>
      </w:r>
    </w:p>
    <w:p>
      <w:pPr>
        <w:spacing w:after="0"/>
      </w:pPr>
      <w:r>
        <w:rPr>
          <w:rFonts w:ascii="Arial" w:hAnsi="Arial"/>
          <w:sz w:val="22"/>
        </w:rPr>
        <w:t>I mean, I mean, you know, they get to do all the nondisabled stuff..</w:t>
      </w:r>
    </w:p>
    <w:p>
      <w:pPr>
        <w:spacing w:after="0"/>
      </w:pPr>
    </w:p>
    <w:p>
      <w:pPr>
        <w:spacing w:after="0"/>
      </w:pPr>
      <w:r>
        <w:rPr>
          <w:rFonts w:ascii="Arial" w:hAnsi="Arial"/>
          <w:b/>
          <w:sz w:val="22"/>
        </w:rPr>
        <w:t xml:space="preserve">Lucy  </w:t>
      </w:r>
      <w:r>
        <w:rPr>
          <w:rFonts w:ascii="Arial" w:hAnsi="Arial"/>
          <w:color w:val="5D7284"/>
          <w:sz w:val="22"/>
        </w:rPr>
        <w:t>18:46</w:t>
      </w:r>
    </w:p>
    <w:p>
      <w:pPr>
        <w:spacing w:after="0"/>
      </w:pPr>
      <w:r>
        <w:rPr>
          <w:rFonts w:ascii="Arial" w:hAnsi="Arial"/>
          <w:sz w:val="22"/>
        </w:rPr>
        <w:t>You do feel a little bit bad for the for the poor people who like especially if it's raining.(Alice) I have</w:t>
      </w:r>
    </w:p>
    <w:p>
      <w:pPr>
        <w:spacing w:after="0"/>
      </w:pPr>
    </w:p>
    <w:p>
      <w:pPr>
        <w:spacing w:after="0"/>
      </w:pPr>
      <w:r>
        <w:rPr>
          <w:rFonts w:ascii="Arial" w:hAnsi="Arial"/>
          <w:b/>
          <w:sz w:val="22"/>
        </w:rPr>
        <w:t xml:space="preserve">Alice  </w:t>
      </w:r>
      <w:r>
        <w:rPr>
          <w:rFonts w:ascii="Arial" w:hAnsi="Arial"/>
          <w:color w:val="5D7284"/>
          <w:sz w:val="22"/>
        </w:rPr>
        <w:t>18:52</w:t>
      </w:r>
    </w:p>
    <w:p>
      <w:pPr>
        <w:spacing w:after="0"/>
      </w:pPr>
      <w:r>
        <w:rPr>
          <w:rFonts w:ascii="Arial" w:hAnsi="Arial"/>
          <w:sz w:val="22"/>
        </w:rPr>
        <w:t>no sympathy for them, they get to be able to just look at something and see it. (Lucy) That's fair enough. They did not waste four hours of their day going what the fuck does that say?</w:t>
      </w:r>
    </w:p>
    <w:p>
      <w:pPr>
        <w:spacing w:after="0"/>
      </w:pPr>
    </w:p>
    <w:p>
      <w:pPr>
        <w:spacing w:after="0"/>
      </w:pPr>
      <w:r>
        <w:rPr>
          <w:rFonts w:ascii="Arial" w:hAnsi="Arial"/>
          <w:b/>
          <w:sz w:val="22"/>
        </w:rPr>
        <w:t xml:space="preserve">Lucy  </w:t>
      </w:r>
      <w:r>
        <w:rPr>
          <w:rFonts w:ascii="Arial" w:hAnsi="Arial"/>
          <w:color w:val="5D7284"/>
          <w:sz w:val="22"/>
        </w:rPr>
        <w:t>19:02</w:t>
      </w:r>
    </w:p>
    <w:p>
      <w:pPr>
        <w:spacing w:after="0"/>
      </w:pPr>
      <w:r>
        <w:rPr>
          <w:rFonts w:ascii="Arial" w:hAnsi="Arial"/>
          <w:sz w:val="22"/>
        </w:rPr>
        <w:t>(laughs) Yeah, good point. I should not be ashamed of queue jumping. (Alice) No. All right. Alice told me, I should wear a T-shirt.. Alice. My friend Alice told me I shouldn't be ashamed.</w:t>
      </w:r>
    </w:p>
    <w:p>
      <w:pPr>
        <w:spacing w:after="0"/>
      </w:pPr>
    </w:p>
    <w:p>
      <w:pPr>
        <w:spacing w:after="0"/>
      </w:pPr>
      <w:r>
        <w:rPr>
          <w:rFonts w:ascii="Arial" w:hAnsi="Arial"/>
          <w:b/>
          <w:sz w:val="22"/>
        </w:rPr>
        <w:t xml:space="preserve">Alice  </w:t>
      </w:r>
      <w:r>
        <w:rPr>
          <w:rFonts w:ascii="Arial" w:hAnsi="Arial"/>
          <w:color w:val="5D7284"/>
          <w:sz w:val="22"/>
        </w:rPr>
        <w:t>19:14</w:t>
      </w:r>
    </w:p>
    <w:p>
      <w:pPr>
        <w:spacing w:after="0"/>
      </w:pPr>
      <w:r>
        <w:rPr>
          <w:rFonts w:ascii="Arial" w:hAnsi="Arial"/>
          <w:sz w:val="22"/>
        </w:rPr>
        <w:t>That's it I've solved disability, (laughs) we can move on now. (Lucy) Next!</w:t>
      </w:r>
    </w:p>
    <w:p>
      <w:pPr>
        <w:spacing w:after="0"/>
      </w:pPr>
    </w:p>
    <w:p>
      <w:pPr>
        <w:spacing w:after="0"/>
      </w:pPr>
      <w:r>
        <w:rPr>
          <w:rFonts w:ascii="Arial" w:hAnsi="Arial"/>
          <w:b/>
          <w:sz w:val="22"/>
        </w:rPr>
        <w:t xml:space="preserve">Daisy  </w:t>
      </w:r>
      <w:r>
        <w:rPr>
          <w:rFonts w:ascii="Arial" w:hAnsi="Arial"/>
          <w:color w:val="5D7284"/>
          <w:sz w:val="22"/>
        </w:rPr>
        <w:t>19:19</w:t>
      </w:r>
    </w:p>
    <w:p>
      <w:pPr>
        <w:spacing w:after="0"/>
      </w:pPr>
      <w:r>
        <w:rPr>
          <w:rFonts w:ascii="Arial" w:hAnsi="Arial"/>
          <w:sz w:val="22"/>
        </w:rPr>
        <w:t>Matching t-shirts (Alice laughs)  New merch line. So, Henry in the Tower of London, (Lucy) Yep. He dies. Naturally. Some people say that then...</w:t>
      </w:r>
    </w:p>
    <w:p>
      <w:pPr>
        <w:spacing w:after="0"/>
      </w:pPr>
    </w:p>
    <w:p>
      <w:pPr>
        <w:spacing w:after="0"/>
      </w:pPr>
      <w:r>
        <w:rPr>
          <w:rFonts w:ascii="Arial" w:hAnsi="Arial"/>
          <w:b/>
          <w:sz w:val="22"/>
        </w:rPr>
        <w:t xml:space="preserve">Alice  </w:t>
      </w:r>
      <w:r>
        <w:rPr>
          <w:rFonts w:ascii="Arial" w:hAnsi="Arial"/>
          <w:color w:val="5D7284"/>
          <w:sz w:val="22"/>
        </w:rPr>
        <w:t>19:30</w:t>
      </w:r>
    </w:p>
    <w:p>
      <w:pPr>
        <w:spacing w:after="0"/>
      </w:pPr>
      <w:r>
        <w:rPr>
          <w:rFonts w:ascii="Arial" w:hAnsi="Arial"/>
          <w:sz w:val="22"/>
        </w:rPr>
        <w:t>Did he die of natural causes? or naturally you die when you're in the Tower of London?</w:t>
      </w:r>
    </w:p>
    <w:p>
      <w:pPr>
        <w:spacing w:after="0"/>
      </w:pPr>
    </w:p>
    <w:p>
      <w:pPr>
        <w:spacing w:after="0"/>
      </w:pPr>
      <w:r>
        <w:rPr>
          <w:rFonts w:ascii="Arial" w:hAnsi="Arial"/>
          <w:b/>
          <w:sz w:val="22"/>
        </w:rPr>
        <w:t xml:space="preserve">Daisy  </w:t>
      </w:r>
      <w:r>
        <w:rPr>
          <w:rFonts w:ascii="Arial" w:hAnsi="Arial"/>
          <w:color w:val="5D7284"/>
          <w:sz w:val="22"/>
        </w:rPr>
        <w:t>19:35</w:t>
      </w:r>
    </w:p>
    <w:p>
      <w:pPr>
        <w:spacing w:after="0"/>
      </w:pPr>
      <w:r>
        <w:rPr>
          <w:rFonts w:ascii="Arial" w:hAnsi="Arial"/>
          <w:sz w:val="22"/>
        </w:rPr>
        <w:t>Naturally he died because it was 1417. (laughs) Eventually he did die regardless. So how he died is a bit... different opinions. Some people say he died of melancholy after his son died in battle. Others say that he was sort of kept alive by his captors so that he was less of a threat because obviously his son, who was young enough to still be battling was more of a threat. But while Henry was still the head of the family, it was better for him to be alive. So then once his son had died, so.. Okay so it doesn't matter now. (Daisy) Yeah, but you know, more let him die. Rather than actually killed  him. (Alice) Right. But Thomas Moore, who we heard about from Joe, as a person who just writes...</w:t>
      </w:r>
    </w:p>
    <w:p>
      <w:pPr>
        <w:spacing w:after="0"/>
      </w:pPr>
    </w:p>
    <w:p>
      <w:pPr>
        <w:spacing w:after="0"/>
      </w:pPr>
      <w:r>
        <w:rPr>
          <w:rFonts w:ascii="Arial" w:hAnsi="Arial"/>
          <w:b/>
          <w:sz w:val="22"/>
        </w:rPr>
        <w:t xml:space="preserve">Alice  </w:t>
      </w:r>
      <w:r>
        <w:rPr>
          <w:rFonts w:ascii="Arial" w:hAnsi="Arial"/>
          <w:color w:val="5D7284"/>
          <w:sz w:val="22"/>
        </w:rPr>
        <w:t>20:28</w:t>
      </w:r>
    </w:p>
    <w:p>
      <w:pPr>
        <w:spacing w:after="0"/>
      </w:pPr>
      <w:r>
        <w:rPr>
          <w:rFonts w:ascii="Arial" w:hAnsi="Arial"/>
          <w:sz w:val="22"/>
        </w:rPr>
        <w:t>What he likes. (Daisy) Yeah. And it's like, it's history. (Daisy) Yeah,</w:t>
      </w:r>
    </w:p>
    <w:p>
      <w:pPr>
        <w:spacing w:after="0"/>
      </w:pPr>
    </w:p>
    <w:p>
      <w:pPr>
        <w:spacing w:after="0"/>
      </w:pPr>
      <w:r>
        <w:rPr>
          <w:rFonts w:ascii="Arial" w:hAnsi="Arial"/>
          <w:b/>
          <w:sz w:val="22"/>
        </w:rPr>
        <w:t xml:space="preserve">Daisy  </w:t>
      </w:r>
      <w:r>
        <w:rPr>
          <w:rFonts w:ascii="Arial" w:hAnsi="Arial"/>
          <w:color w:val="5D7284"/>
          <w:sz w:val="22"/>
        </w:rPr>
        <w:t>20:31</w:t>
      </w:r>
    </w:p>
    <w:p>
      <w:pPr>
        <w:spacing w:after="0"/>
      </w:pPr>
      <w:r>
        <w:rPr>
          <w:rFonts w:ascii="Arial" w:hAnsi="Arial"/>
          <w:sz w:val="22"/>
        </w:rPr>
        <w:t>yeah. So he said, Richard the third killed him. As in, the man who was at that point, not on the throne. (Alice) Yeah, yeah. It was the brother.</w:t>
      </w:r>
    </w:p>
    <w:p>
      <w:pPr>
        <w:spacing w:after="0"/>
      </w:pPr>
    </w:p>
    <w:p>
      <w:pPr>
        <w:spacing w:after="0"/>
      </w:pPr>
      <w:r>
        <w:rPr>
          <w:rFonts w:ascii="Arial" w:hAnsi="Arial"/>
          <w:b/>
          <w:sz w:val="22"/>
        </w:rPr>
        <w:t xml:space="preserve">Lucy  </w:t>
      </w:r>
      <w:r>
        <w:rPr>
          <w:rFonts w:ascii="Arial" w:hAnsi="Arial"/>
          <w:color w:val="5D7284"/>
          <w:sz w:val="22"/>
        </w:rPr>
        <w:t>20:41</w:t>
      </w:r>
    </w:p>
    <w:p>
      <w:pPr>
        <w:spacing w:after="0"/>
      </w:pPr>
      <w:r>
        <w:rPr>
          <w:rFonts w:ascii="Arial" w:hAnsi="Arial"/>
          <w:sz w:val="22"/>
        </w:rPr>
        <w:t>Just because he was bored. (Alice) Yeah. I've got nothing else to do. stabby stabby!</w:t>
      </w:r>
    </w:p>
    <w:p>
      <w:pPr>
        <w:spacing w:after="0"/>
      </w:pPr>
    </w:p>
    <w:p>
      <w:pPr>
        <w:spacing w:after="0"/>
      </w:pPr>
      <w:r>
        <w:rPr>
          <w:rFonts w:ascii="Arial" w:hAnsi="Arial"/>
          <w:b/>
          <w:sz w:val="22"/>
        </w:rPr>
        <w:t xml:space="preserve">Daisy  </w:t>
      </w:r>
      <w:r>
        <w:rPr>
          <w:rFonts w:ascii="Arial" w:hAnsi="Arial"/>
          <w:color w:val="5D7284"/>
          <w:sz w:val="22"/>
        </w:rPr>
        <w:t>20:47</w:t>
      </w:r>
    </w:p>
    <w:p>
      <w:pPr>
        <w:spacing w:after="0"/>
      </w:pPr>
      <w:r>
        <w:rPr>
          <w:rFonts w:ascii="Arial" w:hAnsi="Arial"/>
          <w:sz w:val="22"/>
        </w:rPr>
        <w:t>I mean, as far as most books concerned, it thinks Richard the third, seem to kill everybody in the country pretty much. Like the amount of people that Moore thinks that he killed or writes that he killed, but we'll come back to Moore. (Lucy) Okay. So, yeah, Richard was made the Duke of Gloucester (Lucy) Yes. And when Edward died, the older brother, his son, who was also Edward,(Alice) Hhmm. Edward, the fifth, (Alice) I was going to say they do like to do that. Yeah, big fans of it. But he was only 12 when his father died, (Lucy) Yeah. So Richard was made the....</w:t>
      </w:r>
    </w:p>
    <w:p>
      <w:pPr>
        <w:spacing w:after="0"/>
      </w:pPr>
    </w:p>
    <w:p>
      <w:pPr>
        <w:spacing w:after="0"/>
      </w:pPr>
      <w:r>
        <w:rPr>
          <w:rFonts w:ascii="Arial" w:hAnsi="Arial"/>
          <w:b/>
          <w:sz w:val="22"/>
        </w:rPr>
        <w:t xml:space="preserve">Lucy  </w:t>
      </w:r>
      <w:r>
        <w:rPr>
          <w:rFonts w:ascii="Arial" w:hAnsi="Arial"/>
          <w:color w:val="5D7284"/>
          <w:sz w:val="22"/>
        </w:rPr>
        <w:t>21:21</w:t>
      </w:r>
    </w:p>
    <w:p>
      <w:pPr>
        <w:spacing w:after="0"/>
      </w:pPr>
      <w:r>
        <w:rPr>
          <w:rFonts w:ascii="Arial" w:hAnsi="Arial"/>
          <w:sz w:val="22"/>
        </w:rPr>
        <w:t>It's like, making a 12 year old a manager of a sweet shop, isn't it really?</w:t>
      </w:r>
    </w:p>
    <w:p>
      <w:pPr>
        <w:spacing w:after="0"/>
      </w:pPr>
    </w:p>
    <w:p>
      <w:pPr>
        <w:spacing w:after="0"/>
      </w:pPr>
      <w:r>
        <w:rPr>
          <w:rFonts w:ascii="Arial" w:hAnsi="Arial"/>
          <w:b/>
          <w:sz w:val="22"/>
        </w:rPr>
        <w:t xml:space="preserve">Daisy  </w:t>
      </w:r>
      <w:r>
        <w:rPr>
          <w:rFonts w:ascii="Arial" w:hAnsi="Arial"/>
          <w:color w:val="5D7284"/>
          <w:sz w:val="22"/>
        </w:rPr>
        <w:t>21:27</w:t>
      </w:r>
    </w:p>
    <w:p>
      <w:pPr>
        <w:spacing w:after="0"/>
      </w:pPr>
      <w:r>
        <w:rPr>
          <w:rFonts w:ascii="Arial" w:hAnsi="Arial"/>
          <w:sz w:val="22"/>
        </w:rPr>
        <w:t>I sort of ,if it.. if the sweet shop involved people dying. (Lucy laughs)</w:t>
      </w:r>
    </w:p>
    <w:p>
      <w:pPr>
        <w:spacing w:after="0"/>
      </w:pPr>
    </w:p>
    <w:p>
      <w:pPr>
        <w:spacing w:after="0"/>
      </w:pPr>
      <w:r>
        <w:rPr>
          <w:rFonts w:ascii="Arial" w:hAnsi="Arial"/>
          <w:b/>
          <w:sz w:val="22"/>
        </w:rPr>
        <w:t xml:space="preserve">Lucy  </w:t>
      </w:r>
      <w:r>
        <w:rPr>
          <w:rFonts w:ascii="Arial" w:hAnsi="Arial"/>
          <w:color w:val="5D7284"/>
          <w:sz w:val="22"/>
        </w:rPr>
        <w:t>21:39</w:t>
      </w:r>
    </w:p>
    <w:p>
      <w:pPr>
        <w:spacing w:after="0"/>
      </w:pPr>
      <w:r>
        <w:rPr>
          <w:rFonts w:ascii="Arial" w:hAnsi="Arial"/>
          <w:sz w:val="22"/>
        </w:rPr>
        <w:t>No what I meant was....Like putting a 12 year old in charge of the country is not a good idea. (Alice) No, I</w:t>
      </w:r>
    </w:p>
    <w:p>
      <w:pPr>
        <w:spacing w:after="0"/>
      </w:pPr>
    </w:p>
    <w:p>
      <w:pPr>
        <w:spacing w:after="0"/>
      </w:pPr>
      <w:r>
        <w:rPr>
          <w:rFonts w:ascii="Arial" w:hAnsi="Arial"/>
          <w:b/>
          <w:sz w:val="22"/>
        </w:rPr>
        <w:t xml:space="preserve">Alice  </w:t>
      </w:r>
      <w:r>
        <w:rPr>
          <w:rFonts w:ascii="Arial" w:hAnsi="Arial"/>
          <w:color w:val="5D7284"/>
          <w:sz w:val="22"/>
        </w:rPr>
        <w:t>21:44</w:t>
      </w:r>
    </w:p>
    <w:p>
      <w:pPr>
        <w:spacing w:after="0"/>
      </w:pPr>
      <w:r>
        <w:rPr>
          <w:rFonts w:ascii="Arial" w:hAnsi="Arial"/>
          <w:sz w:val="22"/>
        </w:rPr>
        <w:t>think the issue is more that as much as a 12 year old, may be able to kind of understand and make decisions. Nobody wants to listen to a 12 year old. (Lucy) No. And also, I mean, being king while going through puberty. That can't be fun. (Lucy) Well, we have..</w:t>
      </w:r>
    </w:p>
    <w:p>
      <w:pPr>
        <w:spacing w:after="0"/>
      </w:pPr>
    </w:p>
    <w:p>
      <w:pPr>
        <w:spacing w:after="0"/>
      </w:pPr>
      <w:r>
        <w:rPr>
          <w:rFonts w:ascii="Arial" w:hAnsi="Arial"/>
          <w:b/>
          <w:sz w:val="22"/>
        </w:rPr>
        <w:t xml:space="preserve">Lucy  </w:t>
      </w:r>
      <w:r>
        <w:rPr>
          <w:rFonts w:ascii="Arial" w:hAnsi="Arial"/>
          <w:color w:val="5D7284"/>
          <w:sz w:val="22"/>
        </w:rPr>
        <w:t>22:03</w:t>
      </w:r>
    </w:p>
    <w:p>
      <w:pPr>
        <w:spacing w:after="0"/>
      </w:pPr>
      <w:r>
        <w:rPr>
          <w:rFonts w:ascii="Arial" w:hAnsi="Arial"/>
          <w:sz w:val="22"/>
        </w:rPr>
        <w:t>we've always said like,</w:t>
      </w:r>
    </w:p>
    <w:p>
      <w:pPr>
        <w:spacing w:after="0"/>
      </w:pPr>
    </w:p>
    <w:p>
      <w:pPr>
        <w:spacing w:after="0"/>
      </w:pPr>
      <w:r>
        <w:rPr>
          <w:rFonts w:ascii="Arial" w:hAnsi="Arial"/>
          <w:b/>
          <w:sz w:val="22"/>
        </w:rPr>
        <w:t xml:space="preserve">Daisy  </w:t>
      </w:r>
      <w:r>
        <w:rPr>
          <w:rFonts w:ascii="Arial" w:hAnsi="Arial"/>
          <w:color w:val="5D7284"/>
          <w:sz w:val="22"/>
        </w:rPr>
        <w:t>22:05</w:t>
      </w:r>
    </w:p>
    <w:p>
      <w:pPr>
        <w:spacing w:after="0"/>
      </w:pPr>
      <w:r>
        <w:rPr>
          <w:rFonts w:ascii="Arial" w:hAnsi="Arial"/>
          <w:sz w:val="22"/>
        </w:rPr>
        <w:t>I  thought you was going to say we've all been there. (laughs)</w:t>
      </w:r>
    </w:p>
    <w:p>
      <w:pPr>
        <w:spacing w:after="0"/>
      </w:pPr>
    </w:p>
    <w:p>
      <w:pPr>
        <w:spacing w:after="0"/>
      </w:pPr>
      <w:r>
        <w:rPr>
          <w:rFonts w:ascii="Arial" w:hAnsi="Arial"/>
          <w:b/>
          <w:sz w:val="22"/>
        </w:rPr>
        <w:t xml:space="preserve">Lucy  </w:t>
      </w:r>
      <w:r>
        <w:rPr>
          <w:rFonts w:ascii="Arial" w:hAnsi="Arial"/>
          <w:color w:val="5D7284"/>
          <w:sz w:val="22"/>
        </w:rPr>
        <w:t>22:13</w:t>
      </w:r>
    </w:p>
    <w:p>
      <w:pPr>
        <w:spacing w:after="0"/>
      </w:pPr>
      <w:r>
        <w:rPr>
          <w:rFonts w:ascii="Arial" w:hAnsi="Arial"/>
          <w:sz w:val="22"/>
        </w:rPr>
        <w:t>Yeah, no, we've all said how horrible puberty is and then being King at the same time would be a nightmare.</w:t>
      </w:r>
    </w:p>
    <w:p>
      <w:pPr>
        <w:spacing w:after="0"/>
      </w:pPr>
    </w:p>
    <w:p>
      <w:pPr>
        <w:spacing w:after="0"/>
      </w:pPr>
      <w:r>
        <w:rPr>
          <w:rFonts w:ascii="Arial" w:hAnsi="Arial"/>
          <w:b/>
          <w:sz w:val="22"/>
        </w:rPr>
        <w:t xml:space="preserve">Alice  </w:t>
      </w:r>
      <w:r>
        <w:rPr>
          <w:rFonts w:ascii="Arial" w:hAnsi="Arial"/>
          <w:color w:val="5D7284"/>
          <w:sz w:val="22"/>
        </w:rPr>
        <w:t>22:21</w:t>
      </w:r>
    </w:p>
    <w:p>
      <w:pPr>
        <w:spacing w:after="0"/>
      </w:pPr>
      <w:r>
        <w:rPr>
          <w:rFonts w:ascii="Arial" w:hAnsi="Arial"/>
          <w:sz w:val="22"/>
        </w:rPr>
        <w:t>Yeah, you know, and, and being 12 in medieval England and being like, I just, I mean, I imagined even kings, like, who were grown up kings, most of their decisions were being made by like, monks and shit. People there shouting.</w:t>
      </w:r>
    </w:p>
    <w:p>
      <w:pPr>
        <w:spacing w:after="0"/>
      </w:pPr>
    </w:p>
    <w:p>
      <w:pPr>
        <w:spacing w:after="0"/>
      </w:pPr>
      <w:r>
        <w:rPr>
          <w:rFonts w:ascii="Arial" w:hAnsi="Arial"/>
          <w:b/>
          <w:sz w:val="22"/>
        </w:rPr>
        <w:t xml:space="preserve">Daisy  </w:t>
      </w:r>
      <w:r>
        <w:rPr>
          <w:rFonts w:ascii="Arial" w:hAnsi="Arial"/>
          <w:color w:val="5D7284"/>
          <w:sz w:val="22"/>
        </w:rPr>
        <w:t>22:40</w:t>
      </w:r>
    </w:p>
    <w:p>
      <w:pPr>
        <w:spacing w:after="0"/>
      </w:pPr>
      <w:r>
        <w:rPr>
          <w:rFonts w:ascii="Arial" w:hAnsi="Arial"/>
          <w:sz w:val="22"/>
        </w:rPr>
        <w:t>Well, I mean, as far as, you know, as far as anyone can tell, now, that's pretty much what happens. You know, still, yeah, it's kind of, you know, Chief advisors, and, you know, political advisors and things like that are the ones who, you know, do all of the, you know, "Oh I think you should do this." You know, very few actual decisions seem to be made on an individual level. (Alice) Yeah.</w:t>
      </w:r>
    </w:p>
    <w:p>
      <w:pPr>
        <w:spacing w:after="0"/>
      </w:pPr>
    </w:p>
    <w:p>
      <w:pPr>
        <w:spacing w:after="0"/>
      </w:pPr>
      <w:r>
        <w:rPr>
          <w:rFonts w:ascii="Arial" w:hAnsi="Arial"/>
          <w:b/>
          <w:sz w:val="22"/>
        </w:rPr>
        <w:t xml:space="preserve">Alice  </w:t>
      </w:r>
      <w:r>
        <w:rPr>
          <w:rFonts w:ascii="Arial" w:hAnsi="Arial"/>
          <w:color w:val="5D7284"/>
          <w:sz w:val="22"/>
        </w:rPr>
        <w:t>23:03</w:t>
      </w:r>
    </w:p>
    <w:p>
      <w:pPr>
        <w:spacing w:after="0"/>
      </w:pPr>
      <w:r>
        <w:rPr>
          <w:rFonts w:ascii="Arial" w:hAnsi="Arial"/>
          <w:sz w:val="22"/>
        </w:rPr>
        <w:t>But, in principle, they were like, well, the 12 year old can't be king. So his uncle's gonna kind of mind it for him till he's older. (Daisy) Yeah. So</w:t>
      </w:r>
    </w:p>
    <w:p>
      <w:pPr>
        <w:spacing w:after="0"/>
      </w:pPr>
    </w:p>
    <w:p>
      <w:pPr>
        <w:spacing w:after="0"/>
      </w:pPr>
      <w:r>
        <w:rPr>
          <w:rFonts w:ascii="Arial" w:hAnsi="Arial"/>
          <w:b/>
          <w:sz w:val="22"/>
        </w:rPr>
        <w:t xml:space="preserve">Daisy  </w:t>
      </w:r>
      <w:r>
        <w:rPr>
          <w:rFonts w:ascii="Arial" w:hAnsi="Arial"/>
          <w:color w:val="5D7284"/>
          <w:sz w:val="22"/>
        </w:rPr>
        <w:t>23:11</w:t>
      </w:r>
    </w:p>
    <w:p>
      <w:pPr>
        <w:spacing w:after="0"/>
      </w:pPr>
      <w:r>
        <w:rPr>
          <w:rFonts w:ascii="Arial" w:hAnsi="Arial"/>
          <w:sz w:val="22"/>
        </w:rPr>
        <w:t>he was called Lord protectorate, as a kind of, you know, (Alice)  Yeah. Looking after him and, you know, sort of making decisions and things like that. (Lucy) Yeah. (Alice) Keeping the seat warm. Yeah, yeah, essentially. But before the new young king could be crowned, his parents marriage was declared invalid.</w:t>
      </w:r>
    </w:p>
    <w:p>
      <w:pPr>
        <w:spacing w:after="0"/>
      </w:pPr>
    </w:p>
    <w:p>
      <w:pPr>
        <w:spacing w:after="0"/>
      </w:pPr>
      <w:r>
        <w:rPr>
          <w:rFonts w:ascii="Arial" w:hAnsi="Arial"/>
          <w:b/>
          <w:sz w:val="22"/>
        </w:rPr>
        <w:t xml:space="preserve">Alice  </w:t>
      </w:r>
      <w:r>
        <w:rPr>
          <w:rFonts w:ascii="Arial" w:hAnsi="Arial"/>
          <w:color w:val="5D7284"/>
          <w:sz w:val="22"/>
        </w:rPr>
        <w:t>23:32</w:t>
      </w:r>
    </w:p>
    <w:p>
      <w:pPr>
        <w:spacing w:after="0"/>
      </w:pPr>
      <w:r>
        <w:rPr>
          <w:rFonts w:ascii="Arial" w:hAnsi="Arial"/>
          <w:sz w:val="22"/>
        </w:rPr>
        <w:t>By who?</w:t>
      </w:r>
    </w:p>
    <w:p>
      <w:pPr>
        <w:spacing w:after="0"/>
      </w:pPr>
    </w:p>
    <w:p>
      <w:pPr>
        <w:spacing w:after="0"/>
      </w:pPr>
      <w:r>
        <w:rPr>
          <w:rFonts w:ascii="Arial" w:hAnsi="Arial"/>
          <w:b/>
          <w:sz w:val="22"/>
        </w:rPr>
        <w:t xml:space="preserve">Daisy  </w:t>
      </w:r>
      <w:r>
        <w:rPr>
          <w:rFonts w:ascii="Arial" w:hAnsi="Arial"/>
          <w:color w:val="5D7284"/>
          <w:sz w:val="22"/>
        </w:rPr>
        <w:t>23:35</w:t>
      </w:r>
    </w:p>
    <w:p>
      <w:pPr>
        <w:spacing w:after="0"/>
      </w:pPr>
      <w:r>
        <w:rPr>
          <w:rFonts w:ascii="Arial" w:hAnsi="Arial"/>
          <w:sz w:val="22"/>
        </w:rPr>
        <w:t>So, yeah, this is a weird one. Someone preached a sermon. Like publicly preached a sermon that he had been in a legal contract and marry somebody else, and then had married. (Alice) The one he didn't want to marry? . The person he married instead, the one who Neville hated. (Alice) Right. Right. And the supposedly that was enough, the fact that someone had preached this publicly</w:t>
      </w:r>
    </w:p>
    <w:p>
      <w:pPr>
        <w:spacing w:after="0"/>
      </w:pPr>
    </w:p>
    <w:p>
      <w:pPr>
        <w:spacing w:after="0"/>
      </w:pPr>
      <w:r>
        <w:rPr>
          <w:rFonts w:ascii="Arial" w:hAnsi="Arial"/>
          <w:b/>
          <w:sz w:val="22"/>
        </w:rPr>
        <w:t xml:space="preserve">Alice  </w:t>
      </w:r>
      <w:r>
        <w:rPr>
          <w:rFonts w:ascii="Arial" w:hAnsi="Arial"/>
          <w:color w:val="5D7284"/>
          <w:sz w:val="22"/>
        </w:rPr>
        <w:t>24:00</w:t>
      </w:r>
    </w:p>
    <w:p>
      <w:pPr>
        <w:spacing w:after="0"/>
      </w:pPr>
      <w:r>
        <w:rPr>
          <w:rFonts w:ascii="Arial" w:hAnsi="Arial"/>
          <w:sz w:val="22"/>
        </w:rPr>
        <w:t xml:space="preserve"> You say someone, do we mean like the Archbishop of Canterbury? or is it just someone on the street with a loud hailer?</w:t>
      </w:r>
    </w:p>
    <w:p>
      <w:pPr>
        <w:spacing w:after="0"/>
      </w:pPr>
    </w:p>
    <w:p>
      <w:pPr>
        <w:spacing w:after="0"/>
      </w:pPr>
      <w:r>
        <w:rPr>
          <w:rFonts w:ascii="Arial" w:hAnsi="Arial"/>
          <w:b/>
          <w:sz w:val="22"/>
        </w:rPr>
        <w:t xml:space="preserve">Daisy  </w:t>
      </w:r>
      <w:r>
        <w:rPr>
          <w:rFonts w:ascii="Arial" w:hAnsi="Arial"/>
          <w:color w:val="5D7284"/>
          <w:sz w:val="22"/>
        </w:rPr>
        <w:t>24:06</w:t>
      </w:r>
    </w:p>
    <w:p>
      <w:pPr>
        <w:spacing w:after="0"/>
      </w:pPr>
      <w:r>
        <w:rPr>
          <w:rFonts w:ascii="Arial" w:hAnsi="Arial"/>
          <w:sz w:val="22"/>
        </w:rPr>
        <w:t xml:space="preserve">So it was, it was like a bishop, but not one of the sort of (Alice) Not like the big important one? Not one of the top dogs you know, not Archbishop, you know, Canterbury, York, it certainly wasn't a specific name that I recognized. Obviously, I'm not saying that, you know, if I don't recognize them, they're not important. But if.. (Lucy) If Daisy doesn't know they aren't important.  </w:t>
      </w:r>
    </w:p>
    <w:p>
      <w:pPr>
        <w:spacing w:after="0"/>
      </w:pPr>
    </w:p>
    <w:p>
      <w:pPr>
        <w:spacing w:after="0"/>
      </w:pPr>
      <w:r>
        <w:rPr>
          <w:rFonts w:ascii="Arial" w:hAnsi="Arial"/>
          <w:b/>
          <w:sz w:val="22"/>
        </w:rPr>
        <w:t xml:space="preserve">Alice  </w:t>
      </w:r>
      <w:r>
        <w:rPr>
          <w:rFonts w:ascii="Arial" w:hAnsi="Arial"/>
          <w:color w:val="5D7284"/>
          <w:sz w:val="22"/>
        </w:rPr>
        <w:t>24:30</w:t>
      </w:r>
    </w:p>
    <w:p>
      <w:pPr>
        <w:spacing w:after="0"/>
      </w:pPr>
      <w:r>
        <w:rPr>
          <w:rFonts w:ascii="Arial" w:hAnsi="Arial"/>
          <w:sz w:val="22"/>
        </w:rPr>
        <w:t>If Daisy is the yardstick by which we measure all things of importance.</w:t>
      </w:r>
    </w:p>
    <w:p>
      <w:pPr>
        <w:spacing w:after="0"/>
      </w:pPr>
    </w:p>
    <w:p>
      <w:pPr>
        <w:spacing w:after="0"/>
      </w:pPr>
      <w:r>
        <w:rPr>
          <w:rFonts w:ascii="Arial" w:hAnsi="Arial"/>
          <w:b/>
          <w:sz w:val="22"/>
        </w:rPr>
        <w:t xml:space="preserve">Daisy  </w:t>
      </w:r>
      <w:r>
        <w:rPr>
          <w:rFonts w:ascii="Arial" w:hAnsi="Arial"/>
          <w:color w:val="5D7284"/>
          <w:sz w:val="22"/>
        </w:rPr>
        <w:t>24:33</w:t>
      </w:r>
    </w:p>
    <w:p>
      <w:pPr>
        <w:spacing w:after="0"/>
      </w:pPr>
      <w:r>
        <w:rPr>
          <w:rFonts w:ascii="Arial" w:hAnsi="Arial"/>
          <w:sz w:val="22"/>
        </w:rPr>
        <w:t xml:space="preserve"> Yeah, no, it's not that it's just, you know, I was. I didn't. (laughs) The time I was writing my notes. I didn't declare them noteworthy enough to try to write their name.</w:t>
      </w:r>
    </w:p>
    <w:p>
      <w:pPr>
        <w:spacing w:after="0"/>
      </w:pPr>
    </w:p>
    <w:p>
      <w:pPr>
        <w:spacing w:after="0"/>
      </w:pPr>
      <w:r>
        <w:rPr>
          <w:rFonts w:ascii="Arial" w:hAnsi="Arial"/>
          <w:b/>
          <w:sz w:val="22"/>
        </w:rPr>
        <w:t xml:space="preserve">Lucy  </w:t>
      </w:r>
      <w:r>
        <w:rPr>
          <w:rFonts w:ascii="Arial" w:hAnsi="Arial"/>
          <w:color w:val="5D7284"/>
          <w:sz w:val="22"/>
        </w:rPr>
        <w:t>24:47</w:t>
      </w:r>
    </w:p>
    <w:p>
      <w:pPr>
        <w:spacing w:after="0"/>
      </w:pPr>
      <w:r>
        <w:rPr>
          <w:rFonts w:ascii="Arial" w:hAnsi="Arial"/>
          <w:sz w:val="22"/>
        </w:rPr>
        <w:t>Okay, right. That's fair enough. (laughs)</w:t>
      </w:r>
    </w:p>
    <w:p>
      <w:pPr>
        <w:spacing w:after="0"/>
      </w:pPr>
    </w:p>
    <w:p>
      <w:pPr>
        <w:spacing w:after="0"/>
      </w:pPr>
      <w:r>
        <w:rPr>
          <w:rFonts w:ascii="Arial" w:hAnsi="Arial"/>
          <w:b/>
          <w:sz w:val="22"/>
        </w:rPr>
        <w:t xml:space="preserve">Daisy  </w:t>
      </w:r>
      <w:r>
        <w:rPr>
          <w:rFonts w:ascii="Arial" w:hAnsi="Arial"/>
          <w:color w:val="5D7284"/>
          <w:sz w:val="22"/>
        </w:rPr>
        <w:t>24:51</w:t>
      </w:r>
    </w:p>
    <w:p>
      <w:pPr>
        <w:spacing w:after="0"/>
      </w:pPr>
      <w:r>
        <w:rPr>
          <w:rFonts w:ascii="Arial" w:hAnsi="Arial"/>
          <w:sz w:val="22"/>
        </w:rPr>
        <w:t>So the grounds on which the marriage was declared invalid was bigamy. (Alice) Yeah. Because these people were seeing that legal contract and marry someone else as almost that they had already married. And so by marrying someone else, someone else counted as a second marriage rather than just one that he was doing instead of the first one. (Lucy) Right. So as a result, the 12 year old Edward and his younger brother, (Lucy) Yeah. Were who was....</w:t>
      </w:r>
    </w:p>
    <w:p>
      <w:pPr>
        <w:spacing w:after="0"/>
      </w:pPr>
    </w:p>
    <w:p>
      <w:pPr>
        <w:spacing w:after="0"/>
      </w:pPr>
      <w:r>
        <w:rPr>
          <w:rFonts w:ascii="Arial" w:hAnsi="Arial"/>
          <w:b/>
          <w:sz w:val="22"/>
        </w:rPr>
        <w:t xml:space="preserve">Alice  </w:t>
      </w:r>
      <w:r>
        <w:rPr>
          <w:rFonts w:ascii="Arial" w:hAnsi="Arial"/>
          <w:color w:val="5D7284"/>
          <w:sz w:val="22"/>
        </w:rPr>
        <w:t>25:20</w:t>
      </w:r>
    </w:p>
    <w:p>
      <w:pPr>
        <w:spacing w:after="0"/>
      </w:pPr>
      <w:r>
        <w:rPr>
          <w:rFonts w:ascii="Arial" w:hAnsi="Arial"/>
          <w:sz w:val="22"/>
        </w:rPr>
        <w:t>also called Richard. I can't remember. I'm sure it was called Richard? (Lucy) I think he was. My favorite series of books is by an author called Jody Taylor. And she writes books about.. it's time travel, but it's not time travel. It's historians witnessing events in their contemporaneous time. And there's a whole thing about the princes.</w:t>
      </w:r>
    </w:p>
    <w:p>
      <w:pPr>
        <w:spacing w:after="0"/>
      </w:pPr>
    </w:p>
    <w:p>
      <w:pPr>
        <w:spacing w:after="0"/>
      </w:pPr>
      <w:r>
        <w:rPr>
          <w:rFonts w:ascii="Arial" w:hAnsi="Arial"/>
          <w:b/>
          <w:sz w:val="22"/>
        </w:rPr>
        <w:t xml:space="preserve">Daisy  </w:t>
      </w:r>
      <w:r>
        <w:rPr>
          <w:rFonts w:ascii="Arial" w:hAnsi="Arial"/>
          <w:color w:val="5D7284"/>
          <w:sz w:val="22"/>
        </w:rPr>
        <w:t>25:44</w:t>
      </w:r>
    </w:p>
    <w:p>
      <w:pPr>
        <w:spacing w:after="0"/>
      </w:pPr>
      <w:r>
        <w:rPr>
          <w:rFonts w:ascii="Arial" w:hAnsi="Arial"/>
          <w:sz w:val="22"/>
        </w:rPr>
        <w:t>It probably is that it's just the article didn't think it worthy of mentioning. (laughing)</w:t>
      </w:r>
    </w:p>
    <w:p>
      <w:pPr>
        <w:spacing w:after="0"/>
      </w:pPr>
    </w:p>
    <w:p>
      <w:pPr>
        <w:spacing w:after="0"/>
      </w:pPr>
      <w:r>
        <w:rPr>
          <w:rFonts w:ascii="Arial" w:hAnsi="Arial"/>
          <w:b/>
          <w:sz w:val="22"/>
        </w:rPr>
        <w:t xml:space="preserve">Lucy  </w:t>
      </w:r>
      <w:r>
        <w:rPr>
          <w:rFonts w:ascii="Arial" w:hAnsi="Arial"/>
          <w:color w:val="5D7284"/>
          <w:sz w:val="22"/>
        </w:rPr>
        <w:t>25:48</w:t>
      </w:r>
    </w:p>
    <w:p>
      <w:pPr>
        <w:spacing w:after="0"/>
      </w:pPr>
      <w:r>
        <w:rPr>
          <w:rFonts w:ascii="Arial" w:hAnsi="Arial"/>
          <w:sz w:val="22"/>
        </w:rPr>
        <w:t>These two boys were talking about.. (Daisy) Yes. Are the boys?(Daisy) Yes. Right, Okay.</w:t>
      </w:r>
    </w:p>
    <w:p>
      <w:pPr>
        <w:spacing w:after="0"/>
      </w:pPr>
    </w:p>
    <w:p>
      <w:pPr>
        <w:spacing w:after="0"/>
      </w:pPr>
      <w:r>
        <w:rPr>
          <w:rFonts w:ascii="Arial" w:hAnsi="Arial"/>
          <w:b/>
          <w:sz w:val="22"/>
        </w:rPr>
        <w:t xml:space="preserve">Daisy  </w:t>
      </w:r>
      <w:r>
        <w:rPr>
          <w:rFonts w:ascii="Arial" w:hAnsi="Arial"/>
          <w:color w:val="5D7284"/>
          <w:sz w:val="22"/>
        </w:rPr>
        <w:t>25:53</w:t>
      </w:r>
    </w:p>
    <w:p>
      <w:pPr>
        <w:spacing w:after="0"/>
      </w:pPr>
      <w:r>
        <w:rPr>
          <w:rFonts w:ascii="Arial" w:hAnsi="Arial"/>
          <w:sz w:val="22"/>
        </w:rPr>
        <w:t>Yeah, yeah. So with all of this toing and froing between, so as we record this, it's been like a few weeks since Queen Elizabeth second's funeral. And you know. All of the stuff that (Lucy) Fall out. Was happening around the time of her death, and Charles being pronounced king, and I don't know how much of that sort of thing. You guys watched, judging by what Alice was saying earlier. I'm imagining not much? (Lucy) I watched...</w:t>
      </w:r>
    </w:p>
    <w:p>
      <w:pPr>
        <w:spacing w:after="0"/>
      </w:pPr>
    </w:p>
    <w:p>
      <w:pPr>
        <w:spacing w:after="0"/>
      </w:pPr>
      <w:r>
        <w:rPr>
          <w:rFonts w:ascii="Arial" w:hAnsi="Arial"/>
          <w:b/>
          <w:sz w:val="22"/>
        </w:rPr>
        <w:t xml:space="preserve">Lucy  </w:t>
      </w:r>
      <w:r>
        <w:rPr>
          <w:rFonts w:ascii="Arial" w:hAnsi="Arial"/>
          <w:color w:val="5D7284"/>
          <w:sz w:val="22"/>
        </w:rPr>
        <w:t>26:25</w:t>
      </w:r>
    </w:p>
    <w:p>
      <w:pPr>
        <w:spacing w:after="0"/>
      </w:pPr>
      <w:r>
        <w:rPr>
          <w:rFonts w:ascii="Arial" w:hAnsi="Arial"/>
          <w:sz w:val="22"/>
        </w:rPr>
        <w:t>I watched...(Alice) You watched more than I did. Yeah. I'm not saying I was glued to it like, news 24.</w:t>
      </w:r>
    </w:p>
    <w:p>
      <w:pPr>
        <w:spacing w:after="0"/>
      </w:pPr>
    </w:p>
    <w:p>
      <w:pPr>
        <w:spacing w:after="0"/>
      </w:pPr>
      <w:r>
        <w:rPr>
          <w:rFonts w:ascii="Arial" w:hAnsi="Arial"/>
          <w:b/>
          <w:sz w:val="22"/>
        </w:rPr>
        <w:t xml:space="preserve">Daisy  </w:t>
      </w:r>
      <w:r>
        <w:rPr>
          <w:rFonts w:ascii="Arial" w:hAnsi="Arial"/>
          <w:color w:val="5D7284"/>
          <w:sz w:val="22"/>
        </w:rPr>
        <w:t>26:31</w:t>
      </w:r>
    </w:p>
    <w:p>
      <w:pPr>
        <w:spacing w:after="0"/>
      </w:pPr>
      <w:r>
        <w:rPr>
          <w:rFonts w:ascii="Arial" w:hAnsi="Arial"/>
          <w:sz w:val="22"/>
        </w:rPr>
        <w:t>I don't think anyone was watching that much of it. Other than poor old Hugh Edwards. (laughs) I was just like please let him go home. (Alice laughs) (Lucy) He Didn't get a coffee or anything.</w:t>
      </w:r>
    </w:p>
    <w:p>
      <w:pPr>
        <w:spacing w:after="0"/>
      </w:pPr>
    </w:p>
    <w:p>
      <w:pPr>
        <w:spacing w:after="0"/>
      </w:pPr>
      <w:r>
        <w:rPr>
          <w:rFonts w:ascii="Arial" w:hAnsi="Arial"/>
          <w:b/>
          <w:sz w:val="22"/>
        </w:rPr>
        <w:t xml:space="preserve">Lucy  </w:t>
      </w:r>
      <w:r>
        <w:rPr>
          <w:rFonts w:ascii="Arial" w:hAnsi="Arial"/>
          <w:color w:val="5D7284"/>
          <w:sz w:val="22"/>
        </w:rPr>
        <w:t>26:42</w:t>
      </w:r>
    </w:p>
    <w:p>
      <w:pPr>
        <w:spacing w:after="0"/>
      </w:pPr>
      <w:r>
        <w:rPr>
          <w:rFonts w:ascii="Arial" w:hAnsi="Arial"/>
          <w:sz w:val="22"/>
        </w:rPr>
        <w:t>Yeah, no, I watched.... I definitely watched.... I didn't really understand what was going on. But that's fine.</w:t>
      </w:r>
    </w:p>
    <w:p>
      <w:pPr>
        <w:spacing w:after="0"/>
      </w:pPr>
    </w:p>
    <w:p>
      <w:pPr>
        <w:spacing w:after="0"/>
      </w:pPr>
      <w:r>
        <w:rPr>
          <w:rFonts w:ascii="Arial" w:hAnsi="Arial"/>
          <w:b/>
          <w:sz w:val="22"/>
        </w:rPr>
        <w:t xml:space="preserve">Alice  </w:t>
      </w:r>
      <w:r>
        <w:rPr>
          <w:rFonts w:ascii="Arial" w:hAnsi="Arial"/>
          <w:color w:val="5D7284"/>
          <w:sz w:val="22"/>
        </w:rPr>
        <w:t>26:50</w:t>
      </w:r>
    </w:p>
    <w:p>
      <w:pPr>
        <w:spacing w:after="0"/>
      </w:pPr>
      <w:r>
        <w:rPr>
          <w:rFonts w:ascii="Arial" w:hAnsi="Arial"/>
          <w:sz w:val="22"/>
        </w:rPr>
        <w:t>It's kind of similar.</w:t>
      </w:r>
    </w:p>
    <w:p>
      <w:pPr>
        <w:spacing w:after="0"/>
      </w:pPr>
    </w:p>
    <w:p>
      <w:pPr>
        <w:spacing w:after="0"/>
      </w:pPr>
      <w:r>
        <w:rPr>
          <w:rFonts w:ascii="Arial" w:hAnsi="Arial"/>
          <w:b/>
          <w:sz w:val="22"/>
        </w:rPr>
        <w:t xml:space="preserve">Lucy  </w:t>
      </w:r>
      <w:r>
        <w:rPr>
          <w:rFonts w:ascii="Arial" w:hAnsi="Arial"/>
          <w:color w:val="5D7284"/>
          <w:sz w:val="22"/>
        </w:rPr>
        <w:t>26:52</w:t>
      </w:r>
    </w:p>
    <w:p>
      <w:pPr>
        <w:spacing w:after="0"/>
      </w:pPr>
      <w:r>
        <w:rPr>
          <w:rFonts w:ascii="Arial" w:hAnsi="Arial"/>
          <w:sz w:val="22"/>
        </w:rPr>
        <w:t>You watching the very first few seasons of The Crown, quite a way off. (Alice laughs)</w:t>
      </w:r>
    </w:p>
    <w:p>
      <w:pPr>
        <w:spacing w:after="0"/>
      </w:pPr>
    </w:p>
    <w:p>
      <w:pPr>
        <w:spacing w:after="0"/>
      </w:pPr>
      <w:r>
        <w:rPr>
          <w:rFonts w:ascii="Arial" w:hAnsi="Arial"/>
          <w:b/>
          <w:sz w:val="22"/>
        </w:rPr>
        <w:t xml:space="preserve">Alice  </w:t>
      </w:r>
      <w:r>
        <w:rPr>
          <w:rFonts w:ascii="Arial" w:hAnsi="Arial"/>
          <w:color w:val="5D7284"/>
          <w:sz w:val="22"/>
        </w:rPr>
        <w:t>26:57</w:t>
      </w:r>
    </w:p>
    <w:p>
      <w:pPr>
        <w:spacing w:after="0"/>
      </w:pPr>
      <w:r>
        <w:rPr>
          <w:rFonts w:ascii="Arial" w:hAnsi="Arial"/>
          <w:sz w:val="22"/>
        </w:rPr>
        <w:t>I mean, I think it's more interesting than what's going on in the news as well. (laughs)</w:t>
      </w:r>
    </w:p>
    <w:p>
      <w:pPr>
        <w:spacing w:after="0"/>
      </w:pPr>
    </w:p>
    <w:p>
      <w:pPr>
        <w:spacing w:after="0"/>
      </w:pPr>
      <w:r>
        <w:rPr>
          <w:rFonts w:ascii="Arial" w:hAnsi="Arial"/>
          <w:b/>
          <w:sz w:val="22"/>
        </w:rPr>
        <w:t xml:space="preserve">Daisy  </w:t>
      </w:r>
      <w:r>
        <w:rPr>
          <w:rFonts w:ascii="Arial" w:hAnsi="Arial"/>
          <w:color w:val="5D7284"/>
          <w:sz w:val="22"/>
        </w:rPr>
        <w:t>27:01</w:t>
      </w:r>
    </w:p>
    <w:p>
      <w:pPr>
        <w:spacing w:after="0"/>
      </w:pPr>
      <w:r>
        <w:rPr>
          <w:rFonts w:ascii="Arial" w:hAnsi="Arial"/>
          <w:sz w:val="22"/>
        </w:rPr>
        <w:t>I did enjoy The Crown. But that's also not going to come up in my notes. The early days of Elizabeth the second's reign don't come up in my research of Richard the third, (Alice) But we're currently</w:t>
      </w:r>
    </w:p>
    <w:p>
      <w:pPr>
        <w:spacing w:after="0"/>
      </w:pPr>
    </w:p>
    <w:p>
      <w:pPr>
        <w:spacing w:after="0"/>
      </w:pPr>
      <w:r>
        <w:rPr>
          <w:rFonts w:ascii="Arial" w:hAnsi="Arial"/>
          <w:b/>
          <w:sz w:val="22"/>
        </w:rPr>
        <w:t xml:space="preserve">Alice  </w:t>
      </w:r>
      <w:r>
        <w:rPr>
          <w:rFonts w:ascii="Arial" w:hAnsi="Arial"/>
          <w:color w:val="5D7284"/>
          <w:sz w:val="22"/>
        </w:rPr>
        <w:t>27:14</w:t>
      </w:r>
    </w:p>
    <w:p>
      <w:pPr>
        <w:spacing w:after="0"/>
      </w:pPr>
      <w:r>
        <w:rPr>
          <w:rFonts w:ascii="Arial" w:hAnsi="Arial"/>
          <w:sz w:val="22"/>
        </w:rPr>
        <w:t>in the middle of a conversation about the early days of King Charles the third, which....</w:t>
      </w:r>
    </w:p>
    <w:p>
      <w:pPr>
        <w:spacing w:after="0"/>
      </w:pPr>
    </w:p>
    <w:p>
      <w:pPr>
        <w:spacing w:after="0"/>
      </w:pPr>
      <w:r>
        <w:rPr>
          <w:rFonts w:ascii="Arial" w:hAnsi="Arial"/>
          <w:b/>
          <w:sz w:val="22"/>
        </w:rPr>
        <w:t xml:space="preserve">Daisy  </w:t>
      </w:r>
      <w:r>
        <w:rPr>
          <w:rFonts w:ascii="Arial" w:hAnsi="Arial"/>
          <w:color w:val="5D7284"/>
          <w:sz w:val="22"/>
        </w:rPr>
        <w:t>27:18</w:t>
      </w:r>
    </w:p>
    <w:p>
      <w:pPr>
        <w:spacing w:after="0"/>
      </w:pPr>
      <w:r>
        <w:rPr>
          <w:rFonts w:ascii="Arial" w:hAnsi="Arial"/>
          <w:sz w:val="22"/>
        </w:rPr>
        <w:t>Okay okay I will give you that those tangentially related. (Lucy) We don't want to argue do we. I watched quite a bit of that sort of thing, you know, from a historical type perspective. So you know, I watched</w:t>
      </w:r>
    </w:p>
    <w:p>
      <w:pPr>
        <w:spacing w:after="0"/>
      </w:pPr>
    </w:p>
    <w:p>
      <w:pPr>
        <w:spacing w:after="0"/>
      </w:pPr>
      <w:r>
        <w:rPr>
          <w:rFonts w:ascii="Arial" w:hAnsi="Arial"/>
          <w:b/>
          <w:sz w:val="22"/>
        </w:rPr>
        <w:t xml:space="preserve">Lucy  </w:t>
      </w:r>
      <w:r>
        <w:rPr>
          <w:rFonts w:ascii="Arial" w:hAnsi="Arial"/>
          <w:color w:val="5D7284"/>
          <w:sz w:val="22"/>
        </w:rPr>
        <w:t>27:39</w:t>
      </w:r>
    </w:p>
    <w:p>
      <w:pPr>
        <w:spacing w:after="0"/>
      </w:pPr>
      <w:r>
        <w:rPr>
          <w:rFonts w:ascii="Arial" w:hAnsi="Arial"/>
          <w:sz w:val="22"/>
        </w:rPr>
        <w:t>Because that was the first time it was televised, wasn't it? The whole proclamation of the...</w:t>
      </w:r>
    </w:p>
    <w:p>
      <w:pPr>
        <w:spacing w:after="0"/>
      </w:pPr>
    </w:p>
    <w:p>
      <w:pPr>
        <w:spacing w:after="0"/>
      </w:pPr>
      <w:r>
        <w:rPr>
          <w:rFonts w:ascii="Arial" w:hAnsi="Arial"/>
          <w:b/>
          <w:sz w:val="22"/>
        </w:rPr>
        <w:t xml:space="preserve">Daisy  </w:t>
      </w:r>
      <w:r>
        <w:rPr>
          <w:rFonts w:ascii="Arial" w:hAnsi="Arial"/>
          <w:color w:val="5D7284"/>
          <w:sz w:val="22"/>
        </w:rPr>
        <w:t>27:43</w:t>
      </w:r>
    </w:p>
    <w:p>
      <w:pPr>
        <w:spacing w:after="0"/>
      </w:pPr>
      <w:r>
        <w:rPr>
          <w:rFonts w:ascii="Arial" w:hAnsi="Arial"/>
          <w:sz w:val="22"/>
        </w:rPr>
        <w:t>Yeah, yeah. Yeah. So the proclamation, the Privy Council, all of that sort of thing? Yes. The first time and obviously, you know, it's the first time that anyone will have been able to see on telly. But it's also, you know, the first time in, you know, probably most people's living memory that there has been a change of Monarch. (Lucy) Yeah. And, you know, when you're watching kind of all of that stuff, where it's like, you know, various ceremonies and things all the way around in, there's a very specific way that you have to do things. And that was like, you know, proclamations in different towns. So I went to the proclamation in Bristol, where, you know, like, one of the (Lucy) Man in a hate. People, yeah, it was a woman actually, in Bristol, stood up and, you know, did the declaration, it all seems a bit archaic when we're watching it in sort of 2022. But when you kind of, you know, think back to how the monarchy worked, you know, around well, kind of anytime in the past radio, but particularly around this sort of time, it all sort of makes sense. A bit more, you know, this idea that actually, it did change quite frequently. (Lucy) Yeah. You probably would have to go out and tell everybody, because, you know, let everybody know, there's no other quick way of telling people (Lucy) No like no newspapers. Oh, yeah. And you have to sort of you know, have people so that you know, someone has the opportunity to like you know, if anyone has any reason why this king shouldn't be king. Now forever hold your peace like in a wedding.</w:t>
      </w:r>
    </w:p>
    <w:p>
      <w:pPr>
        <w:spacing w:after="0"/>
      </w:pPr>
    </w:p>
    <w:p>
      <w:pPr>
        <w:spacing w:after="0"/>
      </w:pPr>
      <w:r>
        <w:rPr>
          <w:rFonts w:ascii="Arial" w:hAnsi="Arial"/>
          <w:b/>
          <w:sz w:val="22"/>
        </w:rPr>
        <w:t xml:space="preserve">Alice  </w:t>
      </w:r>
      <w:r>
        <w:rPr>
          <w:rFonts w:ascii="Arial" w:hAnsi="Arial"/>
          <w:color w:val="5D7284"/>
          <w:sz w:val="22"/>
        </w:rPr>
        <w:t>29:07</w:t>
      </w:r>
    </w:p>
    <w:p>
      <w:pPr>
        <w:spacing w:after="0"/>
      </w:pPr>
      <w:r>
        <w:rPr>
          <w:rFonts w:ascii="Arial" w:hAnsi="Arial"/>
          <w:sz w:val="22"/>
        </w:rPr>
        <w:t xml:space="preserve">I do feel like, for like, you know, your average Susan on the street great, great, great great great grandma of Susan that Lucy's complained about. That like, did it really fucking matter? Like how much of a difference did it make to their daily lives? Who was on throne? </w:t>
      </w:r>
    </w:p>
    <w:p>
      <w:pPr>
        <w:spacing w:after="0"/>
      </w:pPr>
    </w:p>
    <w:p>
      <w:pPr>
        <w:spacing w:after="0"/>
      </w:pPr>
      <w:r>
        <w:rPr>
          <w:rFonts w:ascii="Arial" w:hAnsi="Arial"/>
          <w:b/>
          <w:sz w:val="22"/>
        </w:rPr>
        <w:t xml:space="preserve">Daisy  </w:t>
      </w:r>
      <w:r>
        <w:rPr>
          <w:rFonts w:ascii="Arial" w:hAnsi="Arial"/>
          <w:color w:val="5D7284"/>
          <w:sz w:val="22"/>
        </w:rPr>
        <w:t>29:26</w:t>
      </w:r>
    </w:p>
    <w:p>
      <w:pPr>
        <w:spacing w:after="0"/>
      </w:pPr>
      <w:r>
        <w:rPr>
          <w:rFonts w:ascii="Arial" w:hAnsi="Arial"/>
          <w:sz w:val="22"/>
        </w:rPr>
        <w:t>Oh limited, for the most part limited though, you know, obviously there. Obviously, it would depend you know, what? Religion you were at certain point, whether you were, you know, Catholic or Protestant, particularly when you get into the Tudors. Yeah. eras that mattered. Yeah yeah, so obviously, you know, depending on who you were, it mattered at some times more than others. Now, it doesn't really matter. Uh, you know, our monarchs are essentially figureheads, you know, we have it with our current monarchy that, you know, they kind of stand there and sort of wave and cut ribbons. And, you know, open the curtains.</w:t>
      </w:r>
    </w:p>
    <w:p>
      <w:pPr>
        <w:spacing w:after="0"/>
      </w:pPr>
    </w:p>
    <w:p>
      <w:pPr>
        <w:spacing w:after="0"/>
      </w:pPr>
      <w:r>
        <w:rPr>
          <w:rFonts w:ascii="Arial" w:hAnsi="Arial"/>
          <w:b/>
          <w:sz w:val="22"/>
        </w:rPr>
        <w:t xml:space="preserve">Lucy  </w:t>
      </w:r>
      <w:r>
        <w:rPr>
          <w:rFonts w:ascii="Arial" w:hAnsi="Arial"/>
          <w:color w:val="5D7284"/>
          <w:sz w:val="22"/>
        </w:rPr>
        <w:t>30:11</w:t>
      </w:r>
    </w:p>
    <w:p>
      <w:pPr>
        <w:spacing w:after="0"/>
      </w:pPr>
      <w:r>
        <w:rPr>
          <w:rFonts w:ascii="Arial" w:hAnsi="Arial"/>
          <w:sz w:val="22"/>
        </w:rPr>
        <w:t>I always like to think of them as like the marketing department of Great Britain.</w:t>
      </w:r>
    </w:p>
    <w:p>
      <w:pPr>
        <w:spacing w:after="0"/>
      </w:pPr>
    </w:p>
    <w:p>
      <w:pPr>
        <w:spacing w:after="0"/>
      </w:pPr>
      <w:r>
        <w:rPr>
          <w:rFonts w:ascii="Arial" w:hAnsi="Arial"/>
          <w:b/>
          <w:sz w:val="22"/>
        </w:rPr>
        <w:t xml:space="preserve">Alice  </w:t>
      </w:r>
      <w:r>
        <w:rPr>
          <w:rFonts w:ascii="Arial" w:hAnsi="Arial"/>
          <w:color w:val="5D7284"/>
          <w:sz w:val="22"/>
        </w:rPr>
        <w:t>30:15</w:t>
      </w:r>
    </w:p>
    <w:p>
      <w:pPr>
        <w:spacing w:after="0"/>
      </w:pPr>
      <w:r>
        <w:rPr>
          <w:rFonts w:ascii="Arial" w:hAnsi="Arial"/>
          <w:sz w:val="22"/>
        </w:rPr>
        <w:t>The biggest impact they have is like, on our stamps. (Lucy) Yeah and money.</w:t>
      </w:r>
    </w:p>
    <w:p>
      <w:pPr>
        <w:spacing w:after="0"/>
      </w:pPr>
    </w:p>
    <w:p>
      <w:pPr>
        <w:spacing w:after="0"/>
      </w:pPr>
      <w:r>
        <w:rPr>
          <w:rFonts w:ascii="Arial" w:hAnsi="Arial"/>
          <w:b/>
          <w:sz w:val="22"/>
        </w:rPr>
        <w:t xml:space="preserve">Daisy  </w:t>
      </w:r>
      <w:r>
        <w:rPr>
          <w:rFonts w:ascii="Arial" w:hAnsi="Arial"/>
          <w:color w:val="5D7284"/>
          <w:sz w:val="22"/>
        </w:rPr>
        <w:t>30:19</w:t>
      </w:r>
    </w:p>
    <w:p>
      <w:pPr>
        <w:spacing w:after="0"/>
      </w:pPr>
      <w:r>
        <w:rPr>
          <w:rFonts w:ascii="Arial" w:hAnsi="Arial"/>
          <w:sz w:val="22"/>
        </w:rPr>
        <w:t>Yeah, yeah. And it's kind of, you know, it's, they're very much figureheads, and they don't get involved in this sort of thing, obviously, you know, way back when they did have an influence on what's happening in everyday life, and, you know, they were the ones who made all of this, all of these, you know, new rules and laws and things rather than, you know, governments. (Lucy) Yeah. really, so, you know,(laughs) it used to matter more than it does now. Now, it's kind of like oh, look, there's a Monarch over there! (Alice laughs)</w:t>
      </w:r>
    </w:p>
    <w:p>
      <w:pPr>
        <w:spacing w:after="0"/>
      </w:pPr>
    </w:p>
    <w:p>
      <w:pPr>
        <w:spacing w:after="0"/>
      </w:pPr>
      <w:r>
        <w:rPr>
          <w:rFonts w:ascii="Arial" w:hAnsi="Arial"/>
          <w:b/>
          <w:sz w:val="22"/>
        </w:rPr>
        <w:t xml:space="preserve">Lucy  </w:t>
      </w:r>
      <w:r>
        <w:rPr>
          <w:rFonts w:ascii="Arial" w:hAnsi="Arial"/>
          <w:color w:val="5D7284"/>
          <w:sz w:val="22"/>
        </w:rPr>
        <w:t>30:52</w:t>
      </w:r>
    </w:p>
    <w:p>
      <w:pPr>
        <w:spacing w:after="0"/>
      </w:pPr>
      <w:r>
        <w:rPr>
          <w:rFonts w:ascii="Arial" w:hAnsi="Arial"/>
          <w:sz w:val="22"/>
        </w:rPr>
        <w:t>Oh look Princesss Anne has come to open a new library. (Alice) Why Anne..?</w:t>
      </w:r>
    </w:p>
    <w:p>
      <w:pPr>
        <w:spacing w:after="0"/>
      </w:pPr>
    </w:p>
    <w:p>
      <w:pPr>
        <w:spacing w:after="0"/>
      </w:pPr>
      <w:r>
        <w:rPr>
          <w:rFonts w:ascii="Arial" w:hAnsi="Arial"/>
          <w:b/>
          <w:sz w:val="22"/>
        </w:rPr>
        <w:t xml:space="preserve">Daisy  </w:t>
      </w:r>
      <w:r>
        <w:rPr>
          <w:rFonts w:ascii="Arial" w:hAnsi="Arial"/>
          <w:color w:val="5D7284"/>
          <w:sz w:val="22"/>
        </w:rPr>
        <w:t>30:57</w:t>
      </w:r>
    </w:p>
    <w:p>
      <w:pPr>
        <w:spacing w:after="0"/>
      </w:pPr>
      <w:r>
        <w:rPr>
          <w:rFonts w:ascii="Arial" w:hAnsi="Arial"/>
          <w:sz w:val="22"/>
        </w:rPr>
        <w:t>Because Princess Anne is famous for setting fire to libraries....(Laughs)</w:t>
      </w:r>
    </w:p>
    <w:p>
      <w:pPr>
        <w:spacing w:after="0"/>
      </w:pPr>
    </w:p>
    <w:p>
      <w:pPr>
        <w:spacing w:after="0"/>
      </w:pPr>
      <w:r>
        <w:rPr>
          <w:rFonts w:ascii="Arial" w:hAnsi="Arial"/>
          <w:b/>
          <w:sz w:val="22"/>
        </w:rPr>
        <w:t xml:space="preserve">Alice  </w:t>
      </w:r>
      <w:r>
        <w:rPr>
          <w:rFonts w:ascii="Arial" w:hAnsi="Arial"/>
          <w:color w:val="5D7284"/>
          <w:sz w:val="22"/>
        </w:rPr>
        <w:t>31:04</w:t>
      </w:r>
    </w:p>
    <w:p>
      <w:pPr>
        <w:spacing w:after="0"/>
      </w:pPr>
      <w:r>
        <w:rPr>
          <w:rFonts w:ascii="Arial" w:hAnsi="Arial"/>
          <w:sz w:val="22"/>
        </w:rPr>
        <w:t>I think because I briefly got Princess Anne and Princess Margaret confused my head and I was like, I don't want Princess Margaret opening any libraries. She's dead.</w:t>
      </w:r>
    </w:p>
    <w:p>
      <w:pPr>
        <w:spacing w:after="0"/>
      </w:pPr>
    </w:p>
    <w:p>
      <w:pPr>
        <w:spacing w:after="0"/>
      </w:pPr>
      <w:r>
        <w:rPr>
          <w:rFonts w:ascii="Arial" w:hAnsi="Arial"/>
          <w:b/>
          <w:sz w:val="22"/>
        </w:rPr>
        <w:t xml:space="preserve">Lucy  </w:t>
      </w:r>
      <w:r>
        <w:rPr>
          <w:rFonts w:ascii="Arial" w:hAnsi="Arial"/>
          <w:color w:val="5D7284"/>
          <w:sz w:val="22"/>
        </w:rPr>
        <w:t>31:11</w:t>
      </w:r>
    </w:p>
    <w:p>
      <w:pPr>
        <w:spacing w:after="0"/>
      </w:pPr>
      <w:r>
        <w:rPr>
          <w:rFonts w:ascii="Arial" w:hAnsi="Arial"/>
          <w:sz w:val="22"/>
        </w:rPr>
        <w:t>(Daisy) She's dead. Yeah. She's.... just to clarify, you've not anything against Princess Anne?</w:t>
      </w:r>
    </w:p>
    <w:p>
      <w:pPr>
        <w:spacing w:after="0"/>
      </w:pPr>
    </w:p>
    <w:p>
      <w:pPr>
        <w:spacing w:after="0"/>
      </w:pPr>
      <w:r>
        <w:rPr>
          <w:rFonts w:ascii="Arial" w:hAnsi="Arial"/>
          <w:b/>
          <w:sz w:val="22"/>
        </w:rPr>
        <w:t xml:space="preserve">Alice  </w:t>
      </w:r>
      <w:r>
        <w:rPr>
          <w:rFonts w:ascii="Arial" w:hAnsi="Arial"/>
          <w:color w:val="5D7284"/>
          <w:sz w:val="22"/>
        </w:rPr>
        <w:t>31:16</w:t>
      </w:r>
    </w:p>
    <w:p>
      <w:pPr>
        <w:spacing w:after="0"/>
      </w:pPr>
      <w:r>
        <w:rPr>
          <w:rFonts w:ascii="Arial" w:hAnsi="Arial"/>
          <w:sz w:val="22"/>
        </w:rPr>
        <w:t>To the best of my knowledge. Princess Anne. I'm not that far into the crown yet, (Lucy laughs) so I don't know she might turn out to be a nightmare.</w:t>
      </w:r>
    </w:p>
    <w:p>
      <w:pPr>
        <w:spacing w:after="0"/>
      </w:pPr>
    </w:p>
    <w:p>
      <w:pPr>
        <w:spacing w:after="0"/>
      </w:pPr>
      <w:r>
        <w:rPr>
          <w:rFonts w:ascii="Arial" w:hAnsi="Arial"/>
          <w:b/>
          <w:sz w:val="22"/>
        </w:rPr>
        <w:t xml:space="preserve">Daisy  </w:t>
      </w:r>
      <w:r>
        <w:rPr>
          <w:rFonts w:ascii="Arial" w:hAnsi="Arial"/>
          <w:color w:val="5D7284"/>
          <w:sz w:val="22"/>
        </w:rPr>
        <w:t>31:25</w:t>
      </w:r>
    </w:p>
    <w:p>
      <w:pPr>
        <w:spacing w:after="0"/>
      </w:pPr>
      <w:r>
        <w:rPr>
          <w:rFonts w:ascii="Arial" w:hAnsi="Arial"/>
          <w:sz w:val="22"/>
        </w:rPr>
        <w:t>She comes off quite well. As being generally being quite sensible. Which is, you know...</w:t>
      </w:r>
    </w:p>
    <w:p>
      <w:pPr>
        <w:spacing w:after="0"/>
      </w:pPr>
    </w:p>
    <w:p>
      <w:pPr>
        <w:spacing w:after="0"/>
      </w:pPr>
      <w:r>
        <w:rPr>
          <w:rFonts w:ascii="Arial" w:hAnsi="Arial"/>
          <w:b/>
          <w:sz w:val="22"/>
        </w:rPr>
        <w:t xml:space="preserve">Lucy  </w:t>
      </w:r>
      <w:r>
        <w:rPr>
          <w:rFonts w:ascii="Arial" w:hAnsi="Arial"/>
          <w:color w:val="5D7284"/>
          <w:sz w:val="22"/>
        </w:rPr>
        <w:t>31:33</w:t>
      </w:r>
    </w:p>
    <w:p>
      <w:pPr>
        <w:spacing w:after="0"/>
      </w:pPr>
      <w:r>
        <w:rPr>
          <w:rFonts w:ascii="Arial" w:hAnsi="Arial"/>
          <w:sz w:val="22"/>
        </w:rPr>
        <w:t>Apparently she's very hard working while she lived, she opened like 20 things in a day. (Daisy) She's just running...(Alice laughs) You got to make sure they are all in a row though. Here are some scissors go! Imagine her at the rails TK, man. (Alice laughs)</w:t>
      </w:r>
    </w:p>
    <w:p>
      <w:pPr>
        <w:spacing w:after="0"/>
      </w:pPr>
    </w:p>
    <w:p>
      <w:pPr>
        <w:spacing w:after="0"/>
      </w:pPr>
      <w:r>
        <w:rPr>
          <w:rFonts w:ascii="Arial" w:hAnsi="Arial"/>
          <w:b/>
          <w:sz w:val="22"/>
        </w:rPr>
        <w:t xml:space="preserve">Daisy  </w:t>
      </w:r>
      <w:r>
        <w:rPr>
          <w:rFonts w:ascii="Arial" w:hAnsi="Arial"/>
          <w:color w:val="5D7284"/>
          <w:sz w:val="22"/>
        </w:rPr>
        <w:t>31:49</w:t>
      </w:r>
    </w:p>
    <w:p>
      <w:pPr>
        <w:spacing w:after="0"/>
      </w:pPr>
      <w:r>
        <w:rPr>
          <w:rFonts w:ascii="Arial" w:hAnsi="Arial"/>
          <w:sz w:val="22"/>
        </w:rPr>
        <w:t>I love a TK Max.  (Lucy laughs)  I didn't go past one on the way from the station yesterday, but it was shut (Lucy) Oh no. So I went to Primark instead. But they did have the trousers I was looking for. (Lucy) There you go, winner. Yeah, yeah. Again, this is irrelevant.</w:t>
      </w:r>
    </w:p>
    <w:p>
      <w:pPr>
        <w:spacing w:after="0"/>
      </w:pPr>
    </w:p>
    <w:p>
      <w:pPr>
        <w:spacing w:after="0"/>
      </w:pPr>
      <w:r>
        <w:rPr>
          <w:rFonts w:ascii="Arial" w:hAnsi="Arial"/>
          <w:b/>
          <w:sz w:val="22"/>
        </w:rPr>
        <w:t xml:space="preserve">Lucy  </w:t>
      </w:r>
      <w:r>
        <w:rPr>
          <w:rFonts w:ascii="Arial" w:hAnsi="Arial"/>
          <w:color w:val="5D7284"/>
          <w:sz w:val="22"/>
        </w:rPr>
        <w:t>32:04</w:t>
      </w:r>
    </w:p>
    <w:p>
      <w:pPr>
        <w:spacing w:after="0"/>
      </w:pPr>
      <w:r>
        <w:rPr>
          <w:rFonts w:ascii="Arial" w:hAnsi="Arial"/>
          <w:sz w:val="22"/>
        </w:rPr>
        <w:t>Yeah. Anyway, history. (Daisy) Yeah.</w:t>
      </w:r>
    </w:p>
    <w:p>
      <w:pPr>
        <w:spacing w:after="0"/>
      </w:pPr>
    </w:p>
    <w:p>
      <w:pPr>
        <w:spacing w:after="0"/>
      </w:pPr>
      <w:r>
        <w:rPr>
          <w:rFonts w:ascii="Arial" w:hAnsi="Arial"/>
          <w:b/>
          <w:sz w:val="22"/>
        </w:rPr>
        <w:t xml:space="preserve">Alice  </w:t>
      </w:r>
      <w:r>
        <w:rPr>
          <w:rFonts w:ascii="Arial" w:hAnsi="Arial"/>
          <w:color w:val="5D7284"/>
          <w:sz w:val="22"/>
        </w:rPr>
        <w:t>32:09</w:t>
      </w:r>
    </w:p>
    <w:p>
      <w:pPr>
        <w:spacing w:after="0"/>
      </w:pPr>
      <w:r>
        <w:rPr>
          <w:rFonts w:ascii="Arial" w:hAnsi="Arial"/>
          <w:sz w:val="22"/>
        </w:rPr>
        <w:t>I'm resisting the urge to go on an environmental tirade. So please, to history. (Daisy) Oh, about Primark okay. (Lucy) Quickly! quickly move on. (Daisy) I was like what's Princess Anne got to do with Primark? She's responsible for the destruction of the rain forest. She's cutting out all the trees to my books. (laughs)</w:t>
      </w:r>
    </w:p>
    <w:p>
      <w:pPr>
        <w:spacing w:after="0"/>
      </w:pPr>
    </w:p>
    <w:p>
      <w:pPr>
        <w:spacing w:after="0"/>
      </w:pPr>
      <w:r>
        <w:rPr>
          <w:rFonts w:ascii="Arial" w:hAnsi="Arial"/>
          <w:b/>
          <w:sz w:val="22"/>
        </w:rPr>
        <w:t xml:space="preserve">Lucy  </w:t>
      </w:r>
      <w:r>
        <w:rPr>
          <w:rFonts w:ascii="Arial" w:hAnsi="Arial"/>
          <w:color w:val="5D7284"/>
          <w:sz w:val="22"/>
        </w:rPr>
        <w:t>32:37</w:t>
      </w:r>
    </w:p>
    <w:p>
      <w:pPr>
        <w:spacing w:after="0"/>
      </w:pPr>
      <w:r>
        <w:rPr>
          <w:rFonts w:ascii="Arial" w:hAnsi="Arial"/>
          <w:sz w:val="22"/>
        </w:rPr>
        <w:t>Anyway, history. (Daisy) Anyway, history</w:t>
      </w:r>
    </w:p>
    <w:p>
      <w:pPr>
        <w:spacing w:after="0"/>
      </w:pPr>
    </w:p>
    <w:p>
      <w:pPr>
        <w:spacing w:after="0"/>
      </w:pPr>
      <w:r>
        <w:rPr>
          <w:rFonts w:ascii="Arial" w:hAnsi="Arial"/>
          <w:b/>
          <w:sz w:val="22"/>
        </w:rPr>
        <w:t xml:space="preserve">Daisy  </w:t>
      </w:r>
      <w:r>
        <w:rPr>
          <w:rFonts w:ascii="Arial" w:hAnsi="Arial"/>
          <w:color w:val="5D7284"/>
          <w:sz w:val="22"/>
        </w:rPr>
        <w:t>32:39</w:t>
      </w:r>
    </w:p>
    <w:p>
      <w:pPr>
        <w:spacing w:after="0"/>
      </w:pPr>
      <w:r>
        <w:rPr>
          <w:rFonts w:ascii="Arial" w:hAnsi="Arial"/>
          <w:sz w:val="22"/>
        </w:rPr>
        <w:t xml:space="preserve"> So the two young princes were sent to live in what are referred to as the "inner apartments of the Tower of London." (Alice) okay. And I put that in inverted commas because that's the phrase the articles used. What that means, like, whether it was because it was just sort of, you know, legitimately a place where, you know, it wasn't like it is now. Yeah, so it could well have been like an actual you know, apartments. It sounds like a euphemism Yeah.</w:t>
      </w:r>
    </w:p>
    <w:p>
      <w:pPr>
        <w:spacing w:after="0"/>
      </w:pPr>
    </w:p>
    <w:p>
      <w:pPr>
        <w:spacing w:after="0"/>
      </w:pPr>
      <w:r>
        <w:rPr>
          <w:rFonts w:ascii="Arial" w:hAnsi="Arial"/>
          <w:b/>
          <w:sz w:val="22"/>
        </w:rPr>
        <w:t xml:space="preserve">Lucy  </w:t>
      </w:r>
      <w:r>
        <w:rPr>
          <w:rFonts w:ascii="Arial" w:hAnsi="Arial"/>
          <w:color w:val="5D7284"/>
          <w:sz w:val="22"/>
        </w:rPr>
        <w:t>33:22</w:t>
      </w:r>
    </w:p>
    <w:p>
      <w:pPr>
        <w:spacing w:after="0"/>
      </w:pPr>
      <w:r>
        <w:rPr>
          <w:rFonts w:ascii="Arial" w:hAnsi="Arial"/>
          <w:sz w:val="22"/>
        </w:rPr>
        <w:t>Nothing about being in an apartment I'm not being rude. (Alice) She was! I spent five minutes with my mum, I know where she gets it from. (Alice laughs)</w:t>
      </w:r>
    </w:p>
    <w:p>
      <w:pPr>
        <w:spacing w:after="0"/>
      </w:pPr>
    </w:p>
    <w:p>
      <w:pPr>
        <w:spacing w:after="0"/>
      </w:pPr>
      <w:r>
        <w:rPr>
          <w:rFonts w:ascii="Arial" w:hAnsi="Arial"/>
          <w:b/>
          <w:sz w:val="22"/>
        </w:rPr>
        <w:t xml:space="preserve">Daisy  </w:t>
      </w:r>
      <w:r>
        <w:rPr>
          <w:rFonts w:ascii="Arial" w:hAnsi="Arial"/>
          <w:color w:val="5D7284"/>
          <w:sz w:val="22"/>
        </w:rPr>
        <w:t>33:37</w:t>
      </w:r>
    </w:p>
    <w:p>
      <w:pPr>
        <w:spacing w:after="0"/>
      </w:pPr>
      <w:r>
        <w:rPr>
          <w:rFonts w:ascii="Arial" w:hAnsi="Arial"/>
          <w:sz w:val="22"/>
        </w:rPr>
        <w:t>So they were sent to live there. And we're seen kind of less and less in public as time went on, although apparently they visited frequently by doctors, but by one particular doctor, (Lucy) Right. Who, you know, seemed to think that at least one of them was, you know, (Lucy) Alright. Well, unwell...</w:t>
      </w:r>
    </w:p>
    <w:p>
      <w:pPr>
        <w:spacing w:after="0"/>
      </w:pPr>
    </w:p>
    <w:p>
      <w:pPr>
        <w:spacing w:after="0"/>
      </w:pPr>
      <w:r>
        <w:rPr>
          <w:rFonts w:ascii="Arial" w:hAnsi="Arial"/>
          <w:b/>
          <w:sz w:val="22"/>
        </w:rPr>
        <w:t xml:space="preserve">Lucy  </w:t>
      </w:r>
      <w:r>
        <w:rPr>
          <w:rFonts w:ascii="Arial" w:hAnsi="Arial"/>
          <w:color w:val="5D7284"/>
          <w:sz w:val="22"/>
        </w:rPr>
        <w:t>33:53</w:t>
      </w:r>
    </w:p>
    <w:p>
      <w:pPr>
        <w:spacing w:after="0"/>
      </w:pPr>
      <w:r>
        <w:rPr>
          <w:rFonts w:ascii="Arial" w:hAnsi="Arial"/>
          <w:sz w:val="22"/>
        </w:rPr>
        <w:t>Unwell okay</w:t>
      </w:r>
    </w:p>
    <w:p>
      <w:pPr>
        <w:spacing w:after="0"/>
      </w:pPr>
    </w:p>
    <w:p>
      <w:pPr>
        <w:spacing w:after="0"/>
      </w:pPr>
      <w:r>
        <w:rPr>
          <w:rFonts w:ascii="Arial" w:hAnsi="Arial"/>
          <w:b/>
          <w:sz w:val="22"/>
        </w:rPr>
        <w:t xml:space="preserve">Alice  </w:t>
      </w:r>
      <w:r>
        <w:rPr>
          <w:rFonts w:ascii="Arial" w:hAnsi="Arial"/>
          <w:color w:val="5D7284"/>
          <w:sz w:val="22"/>
        </w:rPr>
        <w:t>33:55</w:t>
      </w:r>
    </w:p>
    <w:p>
      <w:pPr>
        <w:spacing w:after="0"/>
      </w:pPr>
      <w:r>
        <w:rPr>
          <w:rFonts w:ascii="Arial" w:hAnsi="Arial"/>
          <w:sz w:val="22"/>
        </w:rPr>
        <w:t>It's not because he was slowly poisoning him? I don't understand why this little boy is not getting better. I keep injecting with mercury. (sarcastic tone)</w:t>
      </w:r>
    </w:p>
    <w:p>
      <w:pPr>
        <w:spacing w:after="0"/>
      </w:pPr>
    </w:p>
    <w:p>
      <w:pPr>
        <w:spacing w:after="0"/>
      </w:pPr>
      <w:r>
        <w:rPr>
          <w:rFonts w:ascii="Arial" w:hAnsi="Arial"/>
          <w:b/>
          <w:sz w:val="22"/>
        </w:rPr>
        <w:t xml:space="preserve">Lucy  </w:t>
      </w:r>
      <w:r>
        <w:rPr>
          <w:rFonts w:ascii="Arial" w:hAnsi="Arial"/>
          <w:color w:val="5D7284"/>
          <w:sz w:val="22"/>
        </w:rPr>
        <w:t>34:07</w:t>
      </w:r>
    </w:p>
    <w:p>
      <w:pPr>
        <w:spacing w:after="0"/>
      </w:pPr>
      <w:r>
        <w:rPr>
          <w:rFonts w:ascii="Arial" w:hAnsi="Arial"/>
          <w:sz w:val="22"/>
        </w:rPr>
        <w:t>I don't really understand why this boy looks like he needs sunlight. (sarcastic tone)</w:t>
      </w:r>
    </w:p>
    <w:p>
      <w:pPr>
        <w:spacing w:after="0"/>
      </w:pPr>
    </w:p>
    <w:p>
      <w:pPr>
        <w:spacing w:after="0"/>
      </w:pPr>
      <w:r>
        <w:rPr>
          <w:rFonts w:ascii="Arial" w:hAnsi="Arial"/>
          <w:b/>
          <w:sz w:val="22"/>
        </w:rPr>
        <w:t xml:space="preserve">Daisy  </w:t>
      </w:r>
      <w:r>
        <w:rPr>
          <w:rFonts w:ascii="Arial" w:hAnsi="Arial"/>
          <w:color w:val="5D7284"/>
          <w:sz w:val="22"/>
        </w:rPr>
        <w:t>34:10</w:t>
      </w:r>
    </w:p>
    <w:p>
      <w:pPr>
        <w:spacing w:after="0"/>
      </w:pPr>
      <w:r>
        <w:rPr>
          <w:rFonts w:ascii="Arial" w:hAnsi="Arial"/>
          <w:sz w:val="22"/>
        </w:rPr>
        <w:t>They disappeared from public view entirely in you know, autumn of 1483, which just you know, at the point when, you know, they'd had their, you know, ties to the throne stripped of them. Then Richard the third became king. And it was sort of after the Tudor dynasty took charge that the rumours started circulating that Richard the Third had murdered the princes in the tower.</w:t>
      </w:r>
    </w:p>
    <w:p>
      <w:pPr>
        <w:spacing w:after="0"/>
      </w:pPr>
    </w:p>
    <w:p>
      <w:pPr>
        <w:spacing w:after="0"/>
      </w:pPr>
      <w:r>
        <w:rPr>
          <w:rFonts w:ascii="Arial" w:hAnsi="Arial"/>
          <w:b/>
          <w:sz w:val="22"/>
        </w:rPr>
        <w:t xml:space="preserve">Alice  </w:t>
      </w:r>
      <w:r>
        <w:rPr>
          <w:rFonts w:ascii="Arial" w:hAnsi="Arial"/>
          <w:color w:val="5D7284"/>
          <w:sz w:val="22"/>
        </w:rPr>
        <w:t>34:28</w:t>
      </w:r>
    </w:p>
    <w:p>
      <w:pPr>
        <w:spacing w:after="0"/>
      </w:pPr>
      <w:r>
        <w:rPr>
          <w:rFonts w:ascii="Arial" w:hAnsi="Arial"/>
          <w:sz w:val="22"/>
        </w:rPr>
        <w:t>So that didn't come out in his lifetime. People just sort of forgot about them and didn't go on. "Oh I wonder where those boys have gone? I mean, there probably were some you know, some rumblings of "I wonder where they went?"  There were some medieval social workers that were going "We need to have some kind of review."</w:t>
      </w:r>
    </w:p>
    <w:p>
      <w:pPr>
        <w:spacing w:after="0"/>
      </w:pPr>
    </w:p>
    <w:p>
      <w:pPr>
        <w:spacing w:after="0"/>
      </w:pPr>
      <w:r>
        <w:rPr>
          <w:rFonts w:ascii="Arial" w:hAnsi="Arial"/>
          <w:b/>
          <w:sz w:val="22"/>
        </w:rPr>
        <w:t xml:space="preserve">Daisy  </w:t>
      </w:r>
      <w:r>
        <w:rPr>
          <w:rFonts w:ascii="Arial" w:hAnsi="Arial"/>
          <w:color w:val="5D7284"/>
          <w:sz w:val="22"/>
        </w:rPr>
        <w:t>35:02</w:t>
      </w:r>
    </w:p>
    <w:p>
      <w:pPr>
        <w:spacing w:after="0"/>
      </w:pPr>
      <w:r>
        <w:rPr>
          <w:rFonts w:ascii="Arial" w:hAnsi="Arial"/>
          <w:sz w:val="22"/>
        </w:rPr>
        <w:t>Yeah, but in general kind of idea that, you know, Richard the Third personally murdered them by smothering them with a pillow. (Lucy) Absolutely not!  He would.</w:t>
      </w:r>
    </w:p>
    <w:p>
      <w:pPr>
        <w:spacing w:after="0"/>
      </w:pPr>
    </w:p>
    <w:p>
      <w:pPr>
        <w:spacing w:after="0"/>
      </w:pPr>
      <w:r>
        <w:rPr>
          <w:rFonts w:ascii="Arial" w:hAnsi="Arial"/>
          <w:b/>
          <w:sz w:val="22"/>
        </w:rPr>
        <w:t xml:space="preserve">Lucy  </w:t>
      </w:r>
      <w:r>
        <w:rPr>
          <w:rFonts w:ascii="Arial" w:hAnsi="Arial"/>
          <w:color w:val="5D7284"/>
          <w:sz w:val="22"/>
        </w:rPr>
        <w:t>35:11</w:t>
      </w:r>
    </w:p>
    <w:p>
      <w:pPr>
        <w:spacing w:after="0"/>
      </w:pPr>
      <w:r>
        <w:rPr>
          <w:rFonts w:ascii="Arial" w:hAnsi="Arial"/>
          <w:sz w:val="22"/>
        </w:rPr>
        <w:t>have said, well, if he did, if he did! he would have sent one of his minions to do it wouldn't he. He wouldn't want to get his hands directly dirty.</w:t>
      </w:r>
    </w:p>
    <w:p>
      <w:pPr>
        <w:spacing w:after="0"/>
      </w:pPr>
    </w:p>
    <w:p>
      <w:pPr>
        <w:spacing w:after="0"/>
      </w:pPr>
      <w:r>
        <w:rPr>
          <w:rFonts w:ascii="Arial" w:hAnsi="Arial"/>
          <w:b/>
          <w:sz w:val="22"/>
        </w:rPr>
        <w:t xml:space="preserve">Daisy  </w:t>
      </w:r>
      <w:r>
        <w:rPr>
          <w:rFonts w:ascii="Arial" w:hAnsi="Arial"/>
          <w:color w:val="5D7284"/>
          <w:sz w:val="22"/>
        </w:rPr>
        <w:t>35:20</w:t>
      </w:r>
    </w:p>
    <w:p>
      <w:pPr>
        <w:spacing w:after="0"/>
      </w:pPr>
      <w:r>
        <w:rPr>
          <w:rFonts w:ascii="Arial" w:hAnsi="Arial"/>
          <w:sz w:val="22"/>
        </w:rPr>
        <w:t xml:space="preserve"> Oh, yeah. So, you know, it was Thomas Moore's book that was published in like, 1513. (Lucy) Yeah. So like, you know, 30 years after? (Lucy) Yeah. And that seemed to imply that was a servant of Richards. Who's called Tyrell like the crisps. (Alice laughs)</w:t>
      </w:r>
    </w:p>
    <w:p>
      <w:pPr>
        <w:spacing w:after="0"/>
      </w:pPr>
    </w:p>
    <w:p>
      <w:pPr>
        <w:spacing w:after="0"/>
      </w:pPr>
      <w:r>
        <w:rPr>
          <w:rFonts w:ascii="Arial" w:hAnsi="Arial"/>
          <w:b/>
          <w:sz w:val="22"/>
        </w:rPr>
        <w:t xml:space="preserve">Lucy  </w:t>
      </w:r>
      <w:r>
        <w:rPr>
          <w:rFonts w:ascii="Arial" w:hAnsi="Arial"/>
          <w:color w:val="5D7284"/>
          <w:sz w:val="22"/>
        </w:rPr>
        <w:t>35:42</w:t>
      </w:r>
    </w:p>
    <w:p>
      <w:pPr>
        <w:spacing w:after="0"/>
      </w:pPr>
      <w:r>
        <w:rPr>
          <w:rFonts w:ascii="Arial" w:hAnsi="Arial"/>
          <w:sz w:val="22"/>
        </w:rPr>
        <w:t>I always thought it was Terrell? Am I pronouncing it wrong? Tyrell.</w:t>
      </w:r>
    </w:p>
    <w:p>
      <w:pPr>
        <w:spacing w:after="0"/>
      </w:pPr>
    </w:p>
    <w:p>
      <w:pPr>
        <w:spacing w:after="0"/>
      </w:pPr>
      <w:r>
        <w:rPr>
          <w:rFonts w:ascii="Arial" w:hAnsi="Arial"/>
          <w:b/>
          <w:sz w:val="22"/>
        </w:rPr>
        <w:t xml:space="preserve">Alice  </w:t>
      </w:r>
      <w:r>
        <w:rPr>
          <w:rFonts w:ascii="Arial" w:hAnsi="Arial"/>
          <w:color w:val="5D7284"/>
          <w:sz w:val="22"/>
        </w:rPr>
        <w:t>35:46</w:t>
      </w:r>
    </w:p>
    <w:p>
      <w:pPr>
        <w:spacing w:after="0"/>
      </w:pPr>
      <w:r>
        <w:rPr>
          <w:rFonts w:ascii="Arial" w:hAnsi="Arial"/>
          <w:sz w:val="22"/>
        </w:rPr>
        <w:t>I've never said them out loud, I've just gone there posh crisps. (Daisy) Yeah, yeah.</w:t>
      </w:r>
    </w:p>
    <w:p>
      <w:pPr>
        <w:spacing w:after="0"/>
      </w:pPr>
    </w:p>
    <w:p>
      <w:pPr>
        <w:spacing w:after="0"/>
      </w:pPr>
      <w:r>
        <w:rPr>
          <w:rFonts w:ascii="Arial" w:hAnsi="Arial"/>
          <w:b/>
          <w:sz w:val="22"/>
        </w:rPr>
        <w:t xml:space="preserve">Lucy  </w:t>
      </w:r>
      <w:r>
        <w:rPr>
          <w:rFonts w:ascii="Arial" w:hAnsi="Arial"/>
          <w:color w:val="5D7284"/>
          <w:sz w:val="22"/>
        </w:rPr>
        <w:t>35:50</w:t>
      </w:r>
    </w:p>
    <w:p>
      <w:pPr>
        <w:spacing w:after="0"/>
      </w:pPr>
      <w:r>
        <w:rPr>
          <w:rFonts w:ascii="Arial" w:hAnsi="Arial"/>
          <w:sz w:val="22"/>
        </w:rPr>
        <w:t>They are very hard. They hurt my teeth, I don't...(Daisy) I like them though, they're more filling. Well you got to work for it though haven't you? Yeah. (Daisy) Yeah, yeah. (Alice laughing) Oh Jesus Christ!</w:t>
      </w:r>
    </w:p>
    <w:p>
      <w:pPr>
        <w:spacing w:after="0"/>
      </w:pPr>
    </w:p>
    <w:p>
      <w:pPr>
        <w:spacing w:after="0"/>
      </w:pPr>
      <w:r>
        <w:rPr>
          <w:rFonts w:ascii="Arial" w:hAnsi="Arial"/>
          <w:b/>
          <w:sz w:val="22"/>
        </w:rPr>
        <w:t xml:space="preserve">Daisy  </w:t>
      </w:r>
      <w:r>
        <w:rPr>
          <w:rFonts w:ascii="Arial" w:hAnsi="Arial"/>
          <w:color w:val="5D7284"/>
          <w:sz w:val="22"/>
        </w:rPr>
        <w:t>36:00</w:t>
      </w:r>
    </w:p>
    <w:p>
      <w:pPr>
        <w:spacing w:after="0"/>
      </w:pPr>
      <w:r>
        <w:rPr>
          <w:rFonts w:ascii="Arial" w:hAnsi="Arial"/>
          <w:sz w:val="22"/>
        </w:rPr>
        <w:t>Work for my future. (Lucy) Anyway... A number of other sources had just said that, you know, there was a chance that this guy, Terrell or Tyrell had been involved. And, you know, Moore seemed to be like, No, Richard, did it or made this guy do it specifically, also added in a lot of extra detail that was just not featured anywhere else.</w:t>
      </w:r>
    </w:p>
    <w:p>
      <w:pPr>
        <w:spacing w:after="0"/>
      </w:pPr>
    </w:p>
    <w:p>
      <w:pPr>
        <w:spacing w:after="0"/>
      </w:pPr>
      <w:r>
        <w:rPr>
          <w:rFonts w:ascii="Arial" w:hAnsi="Arial"/>
          <w:b/>
          <w:sz w:val="22"/>
        </w:rPr>
        <w:t xml:space="preserve">Lucy  </w:t>
      </w:r>
      <w:r>
        <w:rPr>
          <w:rFonts w:ascii="Arial" w:hAnsi="Arial"/>
          <w:color w:val="5D7284"/>
          <w:sz w:val="22"/>
        </w:rPr>
        <w:t>36:31</w:t>
      </w:r>
    </w:p>
    <w:p>
      <w:pPr>
        <w:spacing w:after="0"/>
      </w:pPr>
      <w:r>
        <w:rPr>
          <w:rFonts w:ascii="Arial" w:hAnsi="Arial"/>
          <w:sz w:val="22"/>
        </w:rPr>
        <w:t xml:space="preserve">His imagination run away with him. </w:t>
      </w:r>
    </w:p>
    <w:p>
      <w:pPr>
        <w:spacing w:after="0"/>
      </w:pPr>
    </w:p>
    <w:p>
      <w:pPr>
        <w:spacing w:after="0"/>
      </w:pPr>
      <w:r>
        <w:rPr>
          <w:rFonts w:ascii="Arial" w:hAnsi="Arial"/>
          <w:b/>
          <w:sz w:val="22"/>
        </w:rPr>
        <w:t xml:space="preserve">Daisy  </w:t>
      </w:r>
      <w:r>
        <w:rPr>
          <w:rFonts w:ascii="Arial" w:hAnsi="Arial"/>
          <w:color w:val="5D7284"/>
          <w:sz w:val="22"/>
        </w:rPr>
        <w:t>36:33</w:t>
      </w:r>
    </w:p>
    <w:p>
      <w:pPr>
        <w:spacing w:after="0"/>
      </w:pPr>
      <w:r>
        <w:rPr>
          <w:rFonts w:ascii="Arial" w:hAnsi="Arial"/>
          <w:sz w:val="22"/>
        </w:rPr>
        <w:t>He named two other people who he said were involved. I guess just at random. (Lucy laughs) It's like, you're gonna be in..(Lucy) John's Smith! history as a murderer now enjoy. (Lucy) Yeah. Probably just people who pissed him off.</w:t>
      </w:r>
    </w:p>
    <w:p>
      <w:pPr>
        <w:spacing w:after="0"/>
      </w:pPr>
    </w:p>
    <w:p>
      <w:pPr>
        <w:spacing w:after="0"/>
      </w:pPr>
      <w:r>
        <w:rPr>
          <w:rFonts w:ascii="Arial" w:hAnsi="Arial"/>
          <w:b/>
          <w:sz w:val="22"/>
        </w:rPr>
        <w:t xml:space="preserve">Alice  </w:t>
      </w:r>
      <w:r>
        <w:rPr>
          <w:rFonts w:ascii="Arial" w:hAnsi="Arial"/>
          <w:color w:val="5D7284"/>
          <w:sz w:val="22"/>
        </w:rPr>
        <w:t>36:48</w:t>
      </w:r>
    </w:p>
    <w:p>
      <w:pPr>
        <w:spacing w:after="0"/>
      </w:pPr>
      <w:r>
        <w:rPr>
          <w:rFonts w:ascii="Arial" w:hAnsi="Arial"/>
          <w:sz w:val="22"/>
        </w:rPr>
        <w:t>I think like, in the nicest way possible. Like, it's, it's the, like, 15th century? Is it that way around 13th century? I can never remember...you go up (Daisy) 15th. a century. (Daisy) So 15th century is 1400's. Yeah, so it's the 15th century, like 12 year old boys living in a cold Castle locked in a room all the time. It's probably not the best, like.. you get a sniffle. And you're probably dead. (Daisy) So, yeah, there is,</w:t>
      </w:r>
    </w:p>
    <w:p>
      <w:pPr>
        <w:spacing w:after="0"/>
      </w:pPr>
    </w:p>
    <w:p>
      <w:pPr>
        <w:spacing w:after="0"/>
      </w:pPr>
      <w:r>
        <w:rPr>
          <w:rFonts w:ascii="Arial" w:hAnsi="Arial"/>
          <w:b/>
          <w:sz w:val="22"/>
        </w:rPr>
        <w:t xml:space="preserve">Daisy  </w:t>
      </w:r>
      <w:r>
        <w:rPr>
          <w:rFonts w:ascii="Arial" w:hAnsi="Arial"/>
          <w:color w:val="5D7284"/>
          <w:sz w:val="22"/>
        </w:rPr>
        <w:t>37:17</w:t>
      </w:r>
    </w:p>
    <w:p>
      <w:pPr>
        <w:spacing w:after="0"/>
      </w:pPr>
      <w:r>
        <w:rPr>
          <w:rFonts w:ascii="Arial" w:hAnsi="Arial"/>
          <w:sz w:val="22"/>
        </w:rPr>
        <w:t>you know, it's perfectly reasonable that they would have died of natural causes. And yeah, you know, a young age. Yeah. But you know, at the same time, you know, we'll never really...</w:t>
      </w:r>
    </w:p>
    <w:p>
      <w:pPr>
        <w:spacing w:after="0"/>
      </w:pPr>
    </w:p>
    <w:p>
      <w:pPr>
        <w:spacing w:after="0"/>
      </w:pPr>
      <w:r>
        <w:rPr>
          <w:rFonts w:ascii="Arial" w:hAnsi="Arial"/>
          <w:b/>
          <w:sz w:val="22"/>
        </w:rPr>
        <w:t xml:space="preserve">Alice  </w:t>
      </w:r>
      <w:r>
        <w:rPr>
          <w:rFonts w:ascii="Arial" w:hAnsi="Arial"/>
          <w:color w:val="5D7284"/>
          <w:sz w:val="22"/>
        </w:rPr>
        <w:t>37:26</w:t>
      </w:r>
    </w:p>
    <w:p>
      <w:pPr>
        <w:spacing w:after="0"/>
      </w:pPr>
      <w:r>
        <w:rPr>
          <w:rFonts w:ascii="Arial" w:hAnsi="Arial"/>
          <w:sz w:val="22"/>
        </w:rPr>
        <w:t>No well, especially because there was all those rumours about though they did they found some bodies and the Queen was like, "No, you're not doing any testing on those. We're, burying those and shutting the door. And let's not talk about this anymore."</w:t>
      </w:r>
    </w:p>
    <w:p>
      <w:pPr>
        <w:spacing w:after="0"/>
      </w:pPr>
    </w:p>
    <w:p>
      <w:pPr>
        <w:spacing w:after="0"/>
      </w:pPr>
      <w:r>
        <w:rPr>
          <w:rFonts w:ascii="Arial" w:hAnsi="Arial"/>
          <w:b/>
          <w:sz w:val="22"/>
        </w:rPr>
        <w:t xml:space="preserve">Daisy  </w:t>
      </w:r>
      <w:r>
        <w:rPr>
          <w:rFonts w:ascii="Arial" w:hAnsi="Arial"/>
          <w:color w:val="5D7284"/>
          <w:sz w:val="22"/>
        </w:rPr>
        <w:t>37:38</w:t>
      </w:r>
    </w:p>
    <w:p>
      <w:pPr>
        <w:spacing w:after="0"/>
      </w:pPr>
      <w:r>
        <w:rPr>
          <w:rFonts w:ascii="Arial" w:hAnsi="Arial"/>
          <w:sz w:val="22"/>
        </w:rPr>
        <w:t>Yeah, but also during Charles the second. (Lucy) Yeah. They found some things as well that kind of like, you know, oh, is this the bodies of the princes? and he kind of went "Dunno.."  Cremated them and put them in an urn, they are now. (Alice laughing)</w:t>
      </w:r>
    </w:p>
    <w:p>
      <w:pPr>
        <w:spacing w:after="0"/>
      </w:pPr>
    </w:p>
    <w:p>
      <w:pPr>
        <w:spacing w:after="0"/>
      </w:pPr>
      <w:r>
        <w:rPr>
          <w:rFonts w:ascii="Arial" w:hAnsi="Arial"/>
          <w:b/>
          <w:sz w:val="22"/>
        </w:rPr>
        <w:t xml:space="preserve">Lucy  </w:t>
      </w:r>
      <w:r>
        <w:rPr>
          <w:rFonts w:ascii="Arial" w:hAnsi="Arial"/>
          <w:color w:val="5D7284"/>
          <w:sz w:val="22"/>
        </w:rPr>
        <w:t>37:54</w:t>
      </w:r>
    </w:p>
    <w:p>
      <w:pPr>
        <w:spacing w:after="0"/>
      </w:pPr>
      <w:r>
        <w:rPr>
          <w:rFonts w:ascii="Arial" w:hAnsi="Arial"/>
          <w:sz w:val="22"/>
        </w:rPr>
        <w:t>Nobody can do any DNA testing on them.</w:t>
      </w:r>
    </w:p>
    <w:p>
      <w:pPr>
        <w:spacing w:after="0"/>
      </w:pPr>
    </w:p>
    <w:p>
      <w:pPr>
        <w:spacing w:after="0"/>
      </w:pPr>
      <w:r>
        <w:rPr>
          <w:rFonts w:ascii="Arial" w:hAnsi="Arial"/>
          <w:b/>
          <w:sz w:val="22"/>
        </w:rPr>
        <w:t xml:space="preserve">Daisy  </w:t>
      </w:r>
      <w:r>
        <w:rPr>
          <w:rFonts w:ascii="Arial" w:hAnsi="Arial"/>
          <w:color w:val="5D7284"/>
          <w:sz w:val="22"/>
        </w:rPr>
        <w:t>37:56</w:t>
      </w:r>
    </w:p>
    <w:p>
      <w:pPr>
        <w:spacing w:after="0"/>
      </w:pPr>
      <w:r>
        <w:rPr>
          <w:rFonts w:ascii="Arial" w:hAnsi="Arial"/>
          <w:sz w:val="22"/>
        </w:rPr>
        <w:t>Yeah. So who knows? They you know, they may well have already been</w:t>
      </w:r>
    </w:p>
    <w:p>
      <w:pPr>
        <w:spacing w:after="0"/>
      </w:pPr>
    </w:p>
    <w:p>
      <w:pPr>
        <w:spacing w:after="0"/>
      </w:pPr>
      <w:r>
        <w:rPr>
          <w:rFonts w:ascii="Arial" w:hAnsi="Arial"/>
          <w:b/>
          <w:sz w:val="22"/>
        </w:rPr>
        <w:t xml:space="preserve">Alice  </w:t>
      </w:r>
      <w:r>
        <w:rPr>
          <w:rFonts w:ascii="Arial" w:hAnsi="Arial"/>
          <w:color w:val="5D7284"/>
          <w:sz w:val="22"/>
        </w:rPr>
        <w:t>38:01</w:t>
      </w:r>
    </w:p>
    <w:p>
      <w:pPr>
        <w:spacing w:after="0"/>
      </w:pPr>
      <w:r>
        <w:rPr>
          <w:rFonts w:ascii="Arial" w:hAnsi="Arial"/>
          <w:sz w:val="22"/>
        </w:rPr>
        <w:t>You know, they got stuck on a ship and sent to Turkey.</w:t>
      </w:r>
    </w:p>
    <w:p>
      <w:pPr>
        <w:spacing w:after="0"/>
      </w:pPr>
    </w:p>
    <w:p>
      <w:pPr>
        <w:spacing w:after="0"/>
      </w:pPr>
      <w:r>
        <w:rPr>
          <w:rFonts w:ascii="Arial" w:hAnsi="Arial"/>
          <w:b/>
          <w:sz w:val="22"/>
        </w:rPr>
        <w:t xml:space="preserve">Lucy  </w:t>
      </w:r>
      <w:r>
        <w:rPr>
          <w:rFonts w:ascii="Arial" w:hAnsi="Arial"/>
          <w:color w:val="5D7284"/>
          <w:sz w:val="22"/>
        </w:rPr>
        <w:t>38:05</w:t>
      </w:r>
    </w:p>
    <w:p>
      <w:pPr>
        <w:spacing w:after="0"/>
      </w:pPr>
      <w:r>
        <w:rPr>
          <w:rFonts w:ascii="Arial" w:hAnsi="Arial"/>
          <w:sz w:val="22"/>
        </w:rPr>
        <w:t>There are people that believe that they were still alive and well, (Daisy) Yeah. And they appeared in...(Alice) Oh, yeah! In drawings and things.</w:t>
      </w:r>
    </w:p>
    <w:p>
      <w:pPr>
        <w:spacing w:after="0"/>
      </w:pPr>
    </w:p>
    <w:p>
      <w:pPr>
        <w:spacing w:after="0"/>
      </w:pPr>
      <w:r>
        <w:rPr>
          <w:rFonts w:ascii="Arial" w:hAnsi="Arial"/>
          <w:b/>
          <w:sz w:val="22"/>
        </w:rPr>
        <w:t xml:space="preserve">Alice  </w:t>
      </w:r>
      <w:r>
        <w:rPr>
          <w:rFonts w:ascii="Arial" w:hAnsi="Arial"/>
          <w:color w:val="5D7284"/>
          <w:sz w:val="22"/>
        </w:rPr>
        <w:t>38:14</w:t>
      </w:r>
    </w:p>
    <w:p>
      <w:pPr>
        <w:spacing w:after="0"/>
      </w:pPr>
      <w:r>
        <w:rPr>
          <w:rFonts w:ascii="Arial" w:hAnsi="Arial"/>
          <w:sz w:val="22"/>
        </w:rPr>
        <w:t>Yeah, there was a guy who popped up, who was like, Oh, I'm, I'm the little one. "I'm the little one, I am. Promise." And yeah everyone was like, "No, you're not."</w:t>
      </w:r>
    </w:p>
    <w:p>
      <w:pPr>
        <w:spacing w:after="0"/>
      </w:pPr>
    </w:p>
    <w:p>
      <w:pPr>
        <w:spacing w:after="0"/>
      </w:pPr>
      <w:r>
        <w:rPr>
          <w:rFonts w:ascii="Arial" w:hAnsi="Arial"/>
          <w:b/>
          <w:sz w:val="22"/>
        </w:rPr>
        <w:t xml:space="preserve">Lucy  </w:t>
      </w:r>
      <w:r>
        <w:rPr>
          <w:rFonts w:ascii="Arial" w:hAnsi="Arial"/>
          <w:color w:val="5D7284"/>
          <w:sz w:val="22"/>
        </w:rPr>
        <w:t>38:25</w:t>
      </w:r>
    </w:p>
    <w:p>
      <w:pPr>
        <w:spacing w:after="0"/>
      </w:pPr>
      <w:r>
        <w:rPr>
          <w:rFonts w:ascii="Arial" w:hAnsi="Arial"/>
          <w:sz w:val="22"/>
        </w:rPr>
        <w:t>I can't mitigate with Jeremy Kyle back in them days. Can you like" Can we just do a DNA?"</w:t>
      </w:r>
    </w:p>
    <w:p>
      <w:pPr>
        <w:spacing w:after="0"/>
      </w:pPr>
    </w:p>
    <w:p>
      <w:pPr>
        <w:spacing w:after="0"/>
      </w:pPr>
      <w:r>
        <w:rPr>
          <w:rFonts w:ascii="Arial" w:hAnsi="Arial"/>
          <w:b/>
          <w:sz w:val="22"/>
        </w:rPr>
        <w:t xml:space="preserve">Daisy  </w:t>
      </w:r>
      <w:r>
        <w:rPr>
          <w:rFonts w:ascii="Arial" w:hAnsi="Arial"/>
          <w:color w:val="5D7284"/>
          <w:sz w:val="22"/>
        </w:rPr>
        <w:t>38:29</w:t>
      </w:r>
    </w:p>
    <w:p>
      <w:pPr>
        <w:spacing w:after="0"/>
      </w:pPr>
      <w:r>
        <w:rPr>
          <w:rFonts w:ascii="Arial" w:hAnsi="Arial"/>
          <w:sz w:val="22"/>
        </w:rPr>
        <w:t>But yeah, you know, the idea that they just sort of been, you know, sent into exile. (Lucy) Yeah. (Alice) It was kind of reasonable. Well, yeah, it's not unreasonable at all. And I think there was also a suggestion that they were living with a with an aunt. (Lucy) Yes I heard that as well. It's kind of like, you know, not royalty, but noble. (Lucy) No. So it was, you know,</w:t>
      </w:r>
    </w:p>
    <w:p>
      <w:pPr>
        <w:spacing w:after="0"/>
      </w:pPr>
    </w:p>
    <w:p>
      <w:pPr>
        <w:spacing w:after="0"/>
      </w:pPr>
      <w:r>
        <w:rPr>
          <w:rFonts w:ascii="Arial" w:hAnsi="Arial"/>
          <w:b/>
          <w:sz w:val="22"/>
        </w:rPr>
        <w:t xml:space="preserve">Alice  </w:t>
      </w:r>
      <w:r>
        <w:rPr>
          <w:rFonts w:ascii="Arial" w:hAnsi="Arial"/>
          <w:color w:val="5D7284"/>
          <w:sz w:val="22"/>
        </w:rPr>
        <w:t>38:52</w:t>
      </w:r>
    </w:p>
    <w:p>
      <w:pPr>
        <w:spacing w:after="0"/>
      </w:pPr>
      <w:r>
        <w:rPr>
          <w:rFonts w:ascii="Arial" w:hAnsi="Arial"/>
          <w:sz w:val="22"/>
        </w:rPr>
        <w:t>She just went shhh!</w:t>
      </w:r>
    </w:p>
    <w:p>
      <w:pPr>
        <w:spacing w:after="0"/>
      </w:pPr>
    </w:p>
    <w:p>
      <w:pPr>
        <w:spacing w:after="0"/>
      </w:pPr>
      <w:r>
        <w:rPr>
          <w:rFonts w:ascii="Arial" w:hAnsi="Arial"/>
          <w:b/>
          <w:sz w:val="22"/>
        </w:rPr>
        <w:t xml:space="preserve">Lucy  </w:t>
      </w:r>
      <w:r>
        <w:rPr>
          <w:rFonts w:ascii="Arial" w:hAnsi="Arial"/>
          <w:color w:val="5D7284"/>
          <w:sz w:val="22"/>
        </w:rPr>
        <w:t>38:55</w:t>
      </w:r>
    </w:p>
    <w:p>
      <w:pPr>
        <w:spacing w:after="0"/>
      </w:pPr>
      <w:r>
        <w:rPr>
          <w:rFonts w:ascii="Arial" w:hAnsi="Arial"/>
          <w:sz w:val="22"/>
        </w:rPr>
        <w:t>You see this whole murdering the two princes in the tower. It's a tarnished I think.</w:t>
      </w:r>
    </w:p>
    <w:p>
      <w:pPr>
        <w:spacing w:after="0"/>
      </w:pPr>
    </w:p>
    <w:p>
      <w:pPr>
        <w:spacing w:after="0"/>
      </w:pPr>
      <w:r>
        <w:rPr>
          <w:rFonts w:ascii="Arial" w:hAnsi="Arial"/>
          <w:b/>
          <w:sz w:val="22"/>
        </w:rPr>
        <w:t xml:space="preserve">Alice  </w:t>
      </w:r>
      <w:r>
        <w:rPr>
          <w:rFonts w:ascii="Arial" w:hAnsi="Arial"/>
          <w:color w:val="5D7284"/>
          <w:sz w:val="22"/>
        </w:rPr>
        <w:t>39:02</w:t>
      </w:r>
    </w:p>
    <w:p>
      <w:pPr>
        <w:spacing w:after="0"/>
      </w:pPr>
      <w:r>
        <w:rPr>
          <w:rFonts w:ascii="Arial" w:hAnsi="Arial"/>
          <w:sz w:val="22"/>
        </w:rPr>
        <w:t>like the thing that people like, Oh, this is how it look. How evil he was, he killed two innocent little boys. (Lucy) Yeah.</w:t>
      </w:r>
    </w:p>
    <w:p>
      <w:pPr>
        <w:spacing w:after="0"/>
      </w:pPr>
    </w:p>
    <w:p>
      <w:pPr>
        <w:spacing w:after="0"/>
      </w:pPr>
      <w:r>
        <w:rPr>
          <w:rFonts w:ascii="Arial" w:hAnsi="Arial"/>
          <w:b/>
          <w:sz w:val="22"/>
        </w:rPr>
        <w:t xml:space="preserve">Lucy  </w:t>
      </w:r>
      <w:r>
        <w:rPr>
          <w:rFonts w:ascii="Arial" w:hAnsi="Arial"/>
          <w:color w:val="5D7284"/>
          <w:sz w:val="22"/>
        </w:rPr>
        <w:t>39:07</w:t>
      </w:r>
    </w:p>
    <w:p>
      <w:pPr>
        <w:spacing w:after="0"/>
      </w:pPr>
      <w:r>
        <w:rPr>
          <w:rFonts w:ascii="Arial" w:hAnsi="Arial"/>
          <w:sz w:val="22"/>
        </w:rPr>
        <w:t>And there's no...</w:t>
      </w:r>
    </w:p>
    <w:p>
      <w:pPr>
        <w:spacing w:after="0"/>
      </w:pPr>
    </w:p>
    <w:p>
      <w:pPr>
        <w:spacing w:after="0"/>
      </w:pPr>
      <w:r>
        <w:rPr>
          <w:rFonts w:ascii="Arial" w:hAnsi="Arial"/>
          <w:b/>
          <w:sz w:val="22"/>
        </w:rPr>
        <w:t xml:space="preserve">Alice  </w:t>
      </w:r>
      <w:r>
        <w:rPr>
          <w:rFonts w:ascii="Arial" w:hAnsi="Arial"/>
          <w:color w:val="5D7284"/>
          <w:sz w:val="22"/>
        </w:rPr>
        <w:t>39:08</w:t>
      </w:r>
    </w:p>
    <w:p>
      <w:pPr>
        <w:spacing w:after="0"/>
      </w:pPr>
      <w:r>
        <w:rPr>
          <w:rFonts w:ascii="Arial" w:hAnsi="Arial"/>
          <w:sz w:val="22"/>
        </w:rPr>
        <w:t>If this was not really evidence for it</w:t>
      </w:r>
    </w:p>
    <w:p>
      <w:pPr>
        <w:spacing w:after="0"/>
      </w:pPr>
    </w:p>
    <w:p>
      <w:pPr>
        <w:spacing w:after="0"/>
      </w:pPr>
      <w:r>
        <w:rPr>
          <w:rFonts w:ascii="Arial" w:hAnsi="Arial"/>
          <w:b/>
          <w:sz w:val="22"/>
        </w:rPr>
        <w:t xml:space="preserve">Lucy  </w:t>
      </w:r>
      <w:r>
        <w:rPr>
          <w:rFonts w:ascii="Arial" w:hAnsi="Arial"/>
          <w:color w:val="5D7284"/>
          <w:sz w:val="22"/>
        </w:rPr>
        <w:t>39:11</w:t>
      </w:r>
    </w:p>
    <w:p>
      <w:pPr>
        <w:spacing w:after="0"/>
      </w:pPr>
      <w:r>
        <w:rPr>
          <w:rFonts w:ascii="Arial" w:hAnsi="Arial"/>
          <w:sz w:val="22"/>
        </w:rPr>
        <w:t>If this is a court of law, you'd go where's your evidence? Well, somebody said that this was the bones and they ground them up. (Alice laughs) My mum said, you know...</w:t>
      </w:r>
    </w:p>
    <w:p>
      <w:pPr>
        <w:spacing w:after="0"/>
      </w:pPr>
    </w:p>
    <w:p>
      <w:pPr>
        <w:spacing w:after="0"/>
      </w:pPr>
      <w:r>
        <w:rPr>
          <w:rFonts w:ascii="Arial" w:hAnsi="Arial"/>
          <w:b/>
          <w:sz w:val="22"/>
        </w:rPr>
        <w:t xml:space="preserve">Daisy  </w:t>
      </w:r>
      <w:r>
        <w:rPr>
          <w:rFonts w:ascii="Arial" w:hAnsi="Arial"/>
          <w:color w:val="5D7284"/>
          <w:sz w:val="22"/>
        </w:rPr>
        <w:t>39:22</w:t>
      </w:r>
    </w:p>
    <w:p>
      <w:pPr>
        <w:spacing w:after="0"/>
      </w:pPr>
      <w:r>
        <w:rPr>
          <w:rFonts w:ascii="Arial" w:hAnsi="Arial"/>
          <w:sz w:val="22"/>
        </w:rPr>
        <w:t>Well actually even you know, lots of scholars who do believe that Richard probably did either kill or order the killing of his nephews. I don't particularly trust Moore's account of it. (Lucy) No. It's just kind of, you know, due to a lack of any alternatives. That's sort of what they're going with..</w:t>
      </w:r>
    </w:p>
    <w:p>
      <w:pPr>
        <w:spacing w:after="0"/>
      </w:pPr>
    </w:p>
    <w:p>
      <w:pPr>
        <w:spacing w:after="0"/>
      </w:pPr>
      <w:r>
        <w:rPr>
          <w:rFonts w:ascii="Arial" w:hAnsi="Arial"/>
          <w:b/>
          <w:sz w:val="22"/>
        </w:rPr>
        <w:t xml:space="preserve">Lucy  </w:t>
      </w:r>
      <w:r>
        <w:rPr>
          <w:rFonts w:ascii="Arial" w:hAnsi="Arial"/>
          <w:color w:val="5D7284"/>
          <w:sz w:val="22"/>
        </w:rPr>
        <w:t>39:36</w:t>
      </w:r>
    </w:p>
    <w:p>
      <w:pPr>
        <w:spacing w:after="0"/>
      </w:pPr>
      <w:r>
        <w:rPr>
          <w:rFonts w:ascii="Arial" w:hAnsi="Arial"/>
          <w:sz w:val="22"/>
        </w:rPr>
        <w:t>It's a little bit like the fabled episode of The Little Mermaid. I'm gonna make this stick(laughs) whether it's true or not.</w:t>
      </w:r>
    </w:p>
    <w:p>
      <w:pPr>
        <w:spacing w:after="0"/>
      </w:pPr>
    </w:p>
    <w:p>
      <w:pPr>
        <w:spacing w:after="0"/>
      </w:pPr>
      <w:r>
        <w:rPr>
          <w:rFonts w:ascii="Arial" w:hAnsi="Arial"/>
          <w:b/>
          <w:sz w:val="22"/>
        </w:rPr>
        <w:t xml:space="preserve">Daisy  </w:t>
      </w:r>
      <w:r>
        <w:rPr>
          <w:rFonts w:ascii="Arial" w:hAnsi="Arial"/>
          <w:color w:val="5D7284"/>
          <w:sz w:val="22"/>
        </w:rPr>
        <w:t>39:37</w:t>
      </w:r>
    </w:p>
    <w:p>
      <w:pPr>
        <w:spacing w:after="0"/>
      </w:pPr>
      <w:r>
        <w:rPr>
          <w:rFonts w:ascii="Arial" w:hAnsi="Arial"/>
          <w:sz w:val="22"/>
        </w:rPr>
        <w:t>Yeah, I mean, obviously, you know, now obviously, we all recognize that, you know, Thomas Moore's book is not an accurate retelling of the history,(Alice &amp; Lucy) No. I mean, on its own, the number of errors and omissions mean that it's completely unreliable but also, as I always say any one single historical source is always unreliable. (Lucy) Yeah. You know, a single biased source is useful. Everything is useful, but nothing is reliable.</w:t>
      </w:r>
    </w:p>
    <w:p>
      <w:pPr>
        <w:spacing w:after="0"/>
      </w:pPr>
    </w:p>
    <w:p>
      <w:pPr>
        <w:spacing w:after="0"/>
      </w:pPr>
      <w:r>
        <w:rPr>
          <w:rFonts w:ascii="Arial" w:hAnsi="Arial"/>
          <w:b/>
          <w:sz w:val="22"/>
        </w:rPr>
        <w:t xml:space="preserve">Lucy  </w:t>
      </w:r>
      <w:r>
        <w:rPr>
          <w:rFonts w:ascii="Arial" w:hAnsi="Arial"/>
          <w:color w:val="5D7284"/>
          <w:sz w:val="22"/>
        </w:rPr>
        <w:t>40:11</w:t>
      </w:r>
    </w:p>
    <w:p>
      <w:pPr>
        <w:spacing w:after="0"/>
      </w:pPr>
      <w:r>
        <w:rPr>
          <w:rFonts w:ascii="Arial" w:hAnsi="Arial"/>
          <w:sz w:val="22"/>
        </w:rPr>
        <w:t>They all got together to go "Oh, yeah, that collaborate with that." (Daisy) Yeah, exactly. Yeah</w:t>
      </w:r>
    </w:p>
    <w:p>
      <w:pPr>
        <w:spacing w:after="0"/>
      </w:pPr>
    </w:p>
    <w:p>
      <w:pPr>
        <w:spacing w:after="0"/>
      </w:pPr>
      <w:r>
        <w:rPr>
          <w:rFonts w:ascii="Arial" w:hAnsi="Arial"/>
          <w:b/>
          <w:sz w:val="22"/>
        </w:rPr>
        <w:t xml:space="preserve">Daisy  </w:t>
      </w:r>
      <w:r>
        <w:rPr>
          <w:rFonts w:ascii="Arial" w:hAnsi="Arial"/>
          <w:color w:val="5D7284"/>
          <w:sz w:val="22"/>
        </w:rPr>
        <w:t>40:17</w:t>
      </w:r>
    </w:p>
    <w:p>
      <w:pPr>
        <w:spacing w:after="0"/>
      </w:pPr>
      <w:r>
        <w:rPr>
          <w:rFonts w:ascii="Arial" w:hAnsi="Arial"/>
          <w:sz w:val="22"/>
        </w:rPr>
        <w:t>And, you know, Thomas Moore was a close assistant of Henry the eighth. (Lucy) Okay, well...</w:t>
      </w:r>
    </w:p>
    <w:p>
      <w:pPr>
        <w:spacing w:after="0"/>
      </w:pPr>
    </w:p>
    <w:p>
      <w:pPr>
        <w:spacing w:after="0"/>
      </w:pPr>
      <w:r>
        <w:rPr>
          <w:rFonts w:ascii="Arial" w:hAnsi="Arial"/>
          <w:b/>
          <w:sz w:val="22"/>
        </w:rPr>
        <w:t xml:space="preserve">Alice  </w:t>
      </w:r>
      <w:r>
        <w:rPr>
          <w:rFonts w:ascii="Arial" w:hAnsi="Arial"/>
          <w:color w:val="5D7284"/>
          <w:sz w:val="22"/>
        </w:rPr>
        <w:t>40:24</w:t>
      </w:r>
    </w:p>
    <w:p>
      <w:pPr>
        <w:spacing w:after="0"/>
      </w:pPr>
      <w:r>
        <w:rPr>
          <w:rFonts w:ascii="Arial" w:hAnsi="Arial"/>
          <w:sz w:val="22"/>
        </w:rPr>
        <w:t xml:space="preserve"> So he had an agenda as your mum kept saying, had an axe to grind. </w:t>
      </w:r>
    </w:p>
    <w:p>
      <w:pPr>
        <w:spacing w:after="0"/>
      </w:pPr>
    </w:p>
    <w:p>
      <w:pPr>
        <w:spacing w:after="0"/>
      </w:pPr>
      <w:r>
        <w:rPr>
          <w:rFonts w:ascii="Arial" w:hAnsi="Arial"/>
          <w:b/>
          <w:sz w:val="22"/>
        </w:rPr>
        <w:t xml:space="preserve">Daisy  </w:t>
      </w:r>
      <w:r>
        <w:rPr>
          <w:rFonts w:ascii="Arial" w:hAnsi="Arial"/>
          <w:color w:val="5D7284"/>
          <w:sz w:val="22"/>
        </w:rPr>
        <w:t>40:28</w:t>
      </w:r>
    </w:p>
    <w:p>
      <w:pPr>
        <w:spacing w:after="0"/>
      </w:pPr>
      <w:r>
        <w:rPr>
          <w:rFonts w:ascii="Arial" w:hAnsi="Arial"/>
          <w:sz w:val="22"/>
        </w:rPr>
        <w:t>And also, he was a philosopher. So, so..</w:t>
      </w:r>
    </w:p>
    <w:p>
      <w:pPr>
        <w:spacing w:after="0"/>
      </w:pPr>
    </w:p>
    <w:p>
      <w:pPr>
        <w:spacing w:after="0"/>
      </w:pPr>
      <w:r>
        <w:rPr>
          <w:rFonts w:ascii="Arial" w:hAnsi="Arial"/>
          <w:b/>
          <w:sz w:val="22"/>
        </w:rPr>
        <w:t xml:space="preserve">Alice  </w:t>
      </w:r>
      <w:r>
        <w:rPr>
          <w:rFonts w:ascii="Arial" w:hAnsi="Arial"/>
          <w:color w:val="5D7284"/>
          <w:sz w:val="22"/>
        </w:rPr>
        <w:t>40:32</w:t>
      </w:r>
    </w:p>
    <w:p>
      <w:pPr>
        <w:spacing w:after="0"/>
      </w:pPr>
      <w:r>
        <w:rPr>
          <w:rFonts w:ascii="Arial" w:hAnsi="Arial"/>
          <w:sz w:val="22"/>
        </w:rPr>
        <w:t>That's just making shit up. (Lucy) So they are already on the fence, (laughs)</w:t>
      </w:r>
    </w:p>
    <w:p>
      <w:pPr>
        <w:spacing w:after="0"/>
      </w:pPr>
    </w:p>
    <w:p>
      <w:pPr>
        <w:spacing w:after="0"/>
      </w:pPr>
      <w:r>
        <w:rPr>
          <w:rFonts w:ascii="Arial" w:hAnsi="Arial"/>
          <w:b/>
          <w:sz w:val="22"/>
        </w:rPr>
        <w:t xml:space="preserve">Daisy  </w:t>
      </w:r>
      <w:r>
        <w:rPr>
          <w:rFonts w:ascii="Arial" w:hAnsi="Arial"/>
          <w:color w:val="5D7284"/>
          <w:sz w:val="22"/>
        </w:rPr>
        <w:t>40:39</w:t>
      </w:r>
    </w:p>
    <w:p>
      <w:pPr>
        <w:spacing w:after="0"/>
      </w:pPr>
      <w:r>
        <w:rPr>
          <w:rFonts w:ascii="Arial" w:hAnsi="Arial"/>
          <w:sz w:val="22"/>
        </w:rPr>
        <w:t>You know, think that Moore's book was an attempt to sort of, you know, curry favor with the tutor family to place an extra sort of black spot on an already disliked king. But some people think that the entire work was sort of more philosophical. And it wasn't sort of supposed to be like an accurate retelling of the history. (Alice) Yeah, yeah. It was more meant to, you know, explore themes of like, power and tyranny and sin. And that's why Richard was sort of depicted as this kind of, you know, like, physically twisted and, you know, inverted commas "grotesque." Because, you know, traditionally, and we still see it today with villains in TV and film and stuff like that. A classic way of kind of depicting extreme levels of evil has been with a visible scar or an impairment.</w:t>
      </w:r>
    </w:p>
    <w:p>
      <w:pPr>
        <w:spacing w:after="0"/>
      </w:pPr>
    </w:p>
    <w:p>
      <w:pPr>
        <w:spacing w:after="0"/>
      </w:pPr>
      <w:r>
        <w:rPr>
          <w:rFonts w:ascii="Arial" w:hAnsi="Arial"/>
          <w:b/>
          <w:sz w:val="22"/>
        </w:rPr>
        <w:t xml:space="preserve">Alice  </w:t>
      </w:r>
      <w:r>
        <w:rPr>
          <w:rFonts w:ascii="Arial" w:hAnsi="Arial"/>
          <w:color w:val="5D7284"/>
          <w:sz w:val="22"/>
        </w:rPr>
        <w:t>41:29</w:t>
      </w:r>
    </w:p>
    <w:p>
      <w:pPr>
        <w:spacing w:after="0"/>
      </w:pPr>
      <w:r>
        <w:rPr>
          <w:rFonts w:ascii="Arial" w:hAnsi="Arial"/>
          <w:sz w:val="22"/>
        </w:rPr>
        <w:t>Artist like physical rendering of what evil is.</w:t>
      </w:r>
    </w:p>
    <w:p>
      <w:pPr>
        <w:spacing w:after="0"/>
      </w:pPr>
    </w:p>
    <w:p>
      <w:pPr>
        <w:spacing w:after="0"/>
      </w:pPr>
      <w:r>
        <w:rPr>
          <w:rFonts w:ascii="Arial" w:hAnsi="Arial"/>
          <w:b/>
          <w:sz w:val="22"/>
        </w:rPr>
        <w:t xml:space="preserve">Lucy  </w:t>
      </w:r>
      <w:r>
        <w:rPr>
          <w:rFonts w:ascii="Arial" w:hAnsi="Arial"/>
          <w:color w:val="5D7284"/>
          <w:sz w:val="22"/>
        </w:rPr>
        <w:t>41:33</w:t>
      </w:r>
    </w:p>
    <w:p>
      <w:pPr>
        <w:spacing w:after="0"/>
      </w:pPr>
      <w:r>
        <w:rPr>
          <w:rFonts w:ascii="Arial" w:hAnsi="Arial"/>
          <w:sz w:val="22"/>
        </w:rPr>
        <w:t>Yeah, the visual marker of you are evil is the fact that they've got like...</w:t>
      </w:r>
    </w:p>
    <w:p>
      <w:pPr>
        <w:spacing w:after="0"/>
      </w:pPr>
    </w:p>
    <w:p>
      <w:pPr>
        <w:spacing w:after="0"/>
      </w:pPr>
      <w:r>
        <w:rPr>
          <w:rFonts w:ascii="Arial" w:hAnsi="Arial"/>
          <w:b/>
          <w:sz w:val="22"/>
        </w:rPr>
        <w:t xml:space="preserve">Alice  </w:t>
      </w:r>
      <w:r>
        <w:rPr>
          <w:rFonts w:ascii="Arial" w:hAnsi="Arial"/>
          <w:color w:val="5D7284"/>
          <w:sz w:val="22"/>
        </w:rPr>
        <w:t>41:39</w:t>
      </w:r>
    </w:p>
    <w:p>
      <w:pPr>
        <w:spacing w:after="0"/>
      </w:pPr>
      <w:r>
        <w:rPr>
          <w:rFonts w:ascii="Arial" w:hAnsi="Arial"/>
          <w:sz w:val="22"/>
        </w:rPr>
        <w:t>Because nobody wants to think that, you know, the handsome Jeffrey's of the world could actually become awful murderers. (Daisy laughs)</w:t>
      </w:r>
    </w:p>
    <w:p>
      <w:pPr>
        <w:spacing w:after="0"/>
      </w:pPr>
    </w:p>
    <w:p>
      <w:pPr>
        <w:spacing w:after="0"/>
      </w:pPr>
      <w:r>
        <w:rPr>
          <w:rFonts w:ascii="Arial" w:hAnsi="Arial"/>
          <w:b/>
          <w:sz w:val="22"/>
        </w:rPr>
        <w:t xml:space="preserve">Lucy  </w:t>
      </w:r>
      <w:r>
        <w:rPr>
          <w:rFonts w:ascii="Arial" w:hAnsi="Arial"/>
          <w:color w:val="5D7284"/>
          <w:sz w:val="22"/>
        </w:rPr>
        <w:t>41:49</w:t>
      </w:r>
    </w:p>
    <w:p>
      <w:pPr>
        <w:spacing w:after="0"/>
      </w:pPr>
      <w:r>
        <w:rPr>
          <w:rFonts w:ascii="Arial" w:hAnsi="Arial"/>
          <w:sz w:val="22"/>
        </w:rPr>
        <w:t>That is a pub quiz name. (laughs)</w:t>
      </w:r>
    </w:p>
    <w:p>
      <w:pPr>
        <w:spacing w:after="0"/>
      </w:pPr>
    </w:p>
    <w:p>
      <w:pPr>
        <w:spacing w:after="0"/>
      </w:pPr>
      <w:r>
        <w:rPr>
          <w:rFonts w:ascii="Arial" w:hAnsi="Arial"/>
          <w:b/>
          <w:sz w:val="22"/>
        </w:rPr>
        <w:t xml:space="preserve">Daisy  </w:t>
      </w:r>
      <w:r>
        <w:rPr>
          <w:rFonts w:ascii="Arial" w:hAnsi="Arial"/>
          <w:color w:val="5D7284"/>
          <w:sz w:val="22"/>
        </w:rPr>
        <w:t>41:53</w:t>
      </w:r>
    </w:p>
    <w:p>
      <w:pPr>
        <w:spacing w:after="0"/>
      </w:pPr>
      <w:r>
        <w:rPr>
          <w:rFonts w:ascii="Arial" w:hAnsi="Arial"/>
          <w:sz w:val="22"/>
        </w:rPr>
        <w:t>It means you have to keep that bit in. (Lucy) Yeah.</w:t>
      </w:r>
    </w:p>
    <w:p>
      <w:pPr>
        <w:spacing w:after="0"/>
      </w:pPr>
    </w:p>
    <w:p>
      <w:pPr>
        <w:spacing w:after="0"/>
      </w:pPr>
      <w:r>
        <w:rPr>
          <w:rFonts w:ascii="Arial" w:hAnsi="Arial"/>
          <w:b/>
          <w:sz w:val="22"/>
        </w:rPr>
        <w:t xml:space="preserve">Lucy  </w:t>
      </w:r>
      <w:r>
        <w:rPr>
          <w:rFonts w:ascii="Arial" w:hAnsi="Arial"/>
          <w:color w:val="5D7284"/>
          <w:sz w:val="22"/>
        </w:rPr>
        <w:t>41:56</w:t>
      </w:r>
    </w:p>
    <w:p>
      <w:pPr>
        <w:spacing w:after="0"/>
      </w:pPr>
      <w:r>
        <w:rPr>
          <w:rFonts w:ascii="Arial" w:hAnsi="Arial"/>
          <w:sz w:val="22"/>
        </w:rPr>
        <w:t>Because otherwise nobody will know I'm talking about (Daisy) Yeah. Yeah, it's um... what we'll be talking about? Handsome Jeffrey?</w:t>
      </w:r>
    </w:p>
    <w:p>
      <w:pPr>
        <w:spacing w:after="0"/>
      </w:pPr>
    </w:p>
    <w:p>
      <w:pPr>
        <w:spacing w:after="0"/>
      </w:pPr>
      <w:r>
        <w:rPr>
          <w:rFonts w:ascii="Arial" w:hAnsi="Arial"/>
          <w:b/>
          <w:sz w:val="22"/>
        </w:rPr>
        <w:t xml:space="preserve">Daisy  </w:t>
      </w:r>
      <w:r>
        <w:rPr>
          <w:rFonts w:ascii="Arial" w:hAnsi="Arial"/>
          <w:color w:val="5D7284"/>
          <w:sz w:val="22"/>
        </w:rPr>
        <w:t>42:10</w:t>
      </w:r>
    </w:p>
    <w:p>
      <w:pPr>
        <w:spacing w:after="0"/>
      </w:pPr>
      <w:r>
        <w:rPr>
          <w:rFonts w:ascii="Arial" w:hAnsi="Arial"/>
          <w:sz w:val="22"/>
        </w:rPr>
        <w:t>(Lucy) Yeah. And that's what Joe was saying earlier was they have one account of a guy who said that one of his shoulders was notably... Did he say higher or lower? (Lucy) Higher up. And but otherwise, if that's the only thing we've got as a kind of reference.. So yeah, so his depiction is sort of, you know, much more physically impaired than he was. You know, he was. We know that. His impairment, which was, you know, scoliosis. (Lucy) Yeah. He did have a level of scoliosis, (Lucy) But it wasn't as bad. No, it was nothing that would prevent him from riding a horse or fighting a battle. And you know, everyone says he was a brilliant soldier.</w:t>
      </w:r>
    </w:p>
    <w:p>
      <w:pPr>
        <w:spacing w:after="0"/>
      </w:pPr>
    </w:p>
    <w:p>
      <w:pPr>
        <w:spacing w:after="0"/>
      </w:pPr>
      <w:r>
        <w:rPr>
          <w:rFonts w:ascii="Arial" w:hAnsi="Arial"/>
          <w:b/>
          <w:sz w:val="22"/>
        </w:rPr>
        <w:t xml:space="preserve">Lucy  </w:t>
      </w:r>
      <w:r>
        <w:rPr>
          <w:rFonts w:ascii="Arial" w:hAnsi="Arial"/>
          <w:color w:val="5D7284"/>
          <w:sz w:val="22"/>
        </w:rPr>
        <w:t>42:49</w:t>
      </w:r>
    </w:p>
    <w:p>
      <w:pPr>
        <w:spacing w:after="0"/>
      </w:pPr>
      <w:r>
        <w:rPr>
          <w:rFonts w:ascii="Arial" w:hAnsi="Arial"/>
          <w:sz w:val="22"/>
        </w:rPr>
        <w:t>When I was watching the documentary about finding them in the car park, and then them looking at a painting of Richard the third and then going "Well, I can't really tell there's no real... There's no real hump?" That's the top of his shoulder like?!</w:t>
      </w:r>
    </w:p>
    <w:p>
      <w:pPr>
        <w:spacing w:after="0"/>
      </w:pPr>
    </w:p>
    <w:p>
      <w:pPr>
        <w:spacing w:after="0"/>
      </w:pPr>
      <w:r>
        <w:rPr>
          <w:rFonts w:ascii="Arial" w:hAnsi="Arial"/>
          <w:b/>
          <w:sz w:val="22"/>
        </w:rPr>
        <w:t xml:space="preserve">Alice  </w:t>
      </w:r>
      <w:r>
        <w:rPr>
          <w:rFonts w:ascii="Arial" w:hAnsi="Arial"/>
          <w:color w:val="5D7284"/>
          <w:sz w:val="22"/>
        </w:rPr>
        <w:t>43:04</w:t>
      </w:r>
    </w:p>
    <w:p>
      <w:pPr>
        <w:spacing w:after="0"/>
      </w:pPr>
      <w:r>
        <w:rPr>
          <w:rFonts w:ascii="Arial" w:hAnsi="Arial"/>
          <w:sz w:val="22"/>
        </w:rPr>
        <w:t>It's and it's yeah, like that's the thing is in like, you look at the, like, the way that he's talked about in Shakespeare, it's like, full on bent over noticeable, like, grossness. (Lucy) Yeah.</w:t>
      </w:r>
    </w:p>
    <w:p>
      <w:pPr>
        <w:spacing w:after="0"/>
      </w:pPr>
    </w:p>
    <w:p>
      <w:pPr>
        <w:spacing w:after="0"/>
      </w:pPr>
      <w:r>
        <w:rPr>
          <w:rFonts w:ascii="Arial" w:hAnsi="Arial"/>
          <w:b/>
          <w:sz w:val="22"/>
        </w:rPr>
        <w:t xml:space="preserve">Lucy  </w:t>
      </w:r>
      <w:r>
        <w:rPr>
          <w:rFonts w:ascii="Arial" w:hAnsi="Arial"/>
          <w:color w:val="5D7284"/>
          <w:sz w:val="22"/>
        </w:rPr>
        <w:t>43:18</w:t>
      </w:r>
    </w:p>
    <w:p>
      <w:pPr>
        <w:spacing w:after="0"/>
      </w:pPr>
      <w:r>
        <w:rPr>
          <w:rFonts w:ascii="Arial" w:hAnsi="Arial"/>
          <w:sz w:val="22"/>
        </w:rPr>
        <w:t xml:space="preserve">Yeah, Joe said that like, because in the Shakespearean depictions of Richard the Third, he had a withered arm as well. His feet were fine, as far as they know. </w:t>
      </w:r>
    </w:p>
    <w:p>
      <w:pPr>
        <w:spacing w:after="0"/>
      </w:pPr>
    </w:p>
    <w:p>
      <w:pPr>
        <w:spacing w:after="0"/>
      </w:pPr>
      <w:r>
        <w:rPr>
          <w:rFonts w:ascii="Arial" w:hAnsi="Arial"/>
          <w:b/>
          <w:sz w:val="22"/>
        </w:rPr>
        <w:t xml:space="preserve">Alice  </w:t>
      </w:r>
      <w:r>
        <w:rPr>
          <w:rFonts w:ascii="Arial" w:hAnsi="Arial"/>
          <w:color w:val="5D7284"/>
          <w:sz w:val="22"/>
        </w:rPr>
        <w:t>43:30</w:t>
      </w:r>
    </w:p>
    <w:p>
      <w:pPr>
        <w:spacing w:after="0"/>
      </w:pPr>
      <w:r>
        <w:rPr>
          <w:rFonts w:ascii="Arial" w:hAnsi="Arial"/>
          <w:sz w:val="22"/>
        </w:rPr>
        <w:t>Did he say something about facial deformities as well? (Lucy) I don't know. I don't remember, but...(Lucy) Can anyone tell me if he had facial deformities? (laughs)</w:t>
      </w:r>
    </w:p>
    <w:p>
      <w:pPr>
        <w:spacing w:after="0"/>
      </w:pPr>
    </w:p>
    <w:p>
      <w:pPr>
        <w:spacing w:after="0"/>
      </w:pPr>
      <w:r>
        <w:rPr>
          <w:rFonts w:ascii="Arial" w:hAnsi="Arial"/>
          <w:b/>
          <w:sz w:val="22"/>
        </w:rPr>
        <w:t xml:space="preserve">Daisy  </w:t>
      </w:r>
      <w:r>
        <w:rPr>
          <w:rFonts w:ascii="Arial" w:hAnsi="Arial"/>
          <w:color w:val="5D7284"/>
          <w:sz w:val="22"/>
        </w:rPr>
        <w:t>43:39</w:t>
      </w:r>
    </w:p>
    <w:p>
      <w:pPr>
        <w:spacing w:after="0"/>
      </w:pPr>
      <w:r>
        <w:rPr>
          <w:rFonts w:ascii="Arial" w:hAnsi="Arial"/>
          <w:sz w:val="22"/>
        </w:rPr>
        <w:t>But yeah, you know, one historian who, again, jokes about who praised Richard during his reign and then changed his mind once Henry the third took over. (laughs) He, he said, at the time that Richard the third's only physical difference was having one shoulder that was higher than the other. (Lucy) Yeah. And he couldn't even remember which one it was. It was so slight.</w:t>
      </w:r>
    </w:p>
    <w:p>
      <w:pPr>
        <w:spacing w:after="0"/>
      </w:pPr>
    </w:p>
    <w:p>
      <w:pPr>
        <w:spacing w:after="0"/>
      </w:pPr>
      <w:r>
        <w:rPr>
          <w:rFonts w:ascii="Arial" w:hAnsi="Arial"/>
          <w:b/>
          <w:sz w:val="22"/>
        </w:rPr>
        <w:t xml:space="preserve">Lucy  </w:t>
      </w:r>
      <w:r>
        <w:rPr>
          <w:rFonts w:ascii="Arial" w:hAnsi="Arial"/>
          <w:color w:val="5D7284"/>
          <w:sz w:val="22"/>
        </w:rPr>
        <w:t>44:00</w:t>
      </w:r>
    </w:p>
    <w:p>
      <w:pPr>
        <w:spacing w:after="0"/>
      </w:pPr>
      <w:r>
        <w:rPr>
          <w:rFonts w:ascii="Arial" w:hAnsi="Arial"/>
          <w:sz w:val="22"/>
        </w:rPr>
        <w:t>I think it was the left, it could have been the right but I think it was the left. (Daisy) Yeah,</w:t>
      </w:r>
    </w:p>
    <w:p>
      <w:pPr>
        <w:spacing w:after="0"/>
      </w:pPr>
    </w:p>
    <w:p>
      <w:pPr>
        <w:spacing w:after="0"/>
      </w:pPr>
      <w:r>
        <w:rPr>
          <w:rFonts w:ascii="Arial" w:hAnsi="Arial"/>
          <w:b/>
          <w:sz w:val="22"/>
        </w:rPr>
        <w:t xml:space="preserve">Daisy  </w:t>
      </w:r>
      <w:r>
        <w:rPr>
          <w:rFonts w:ascii="Arial" w:hAnsi="Arial"/>
          <w:color w:val="5D7284"/>
          <w:sz w:val="22"/>
        </w:rPr>
        <w:t>44:03</w:t>
      </w:r>
    </w:p>
    <w:p>
      <w:pPr>
        <w:spacing w:after="0"/>
      </w:pPr>
      <w:r>
        <w:rPr>
          <w:rFonts w:ascii="Arial" w:hAnsi="Arial"/>
          <w:sz w:val="22"/>
        </w:rPr>
        <w:t>he just couldn't remember (Lucy) No. But once you know, Henry had come in, he suddenly changed his mind and described him as "a freak who was born with teeth and shoulder length hair after being in his mother's womb for two years." (Alice) Oh you fucker!</w:t>
      </w:r>
    </w:p>
    <w:p>
      <w:pPr>
        <w:spacing w:after="0"/>
      </w:pPr>
    </w:p>
    <w:p>
      <w:pPr>
        <w:spacing w:after="0"/>
      </w:pPr>
      <w:r>
        <w:rPr>
          <w:rFonts w:ascii="Arial" w:hAnsi="Arial"/>
          <w:b/>
          <w:sz w:val="22"/>
        </w:rPr>
        <w:t xml:space="preserve">Lucy  </w:t>
      </w:r>
      <w:r>
        <w:rPr>
          <w:rFonts w:ascii="Arial" w:hAnsi="Arial"/>
          <w:color w:val="5D7284"/>
          <w:sz w:val="22"/>
        </w:rPr>
        <w:t>44:19</w:t>
      </w:r>
    </w:p>
    <w:p>
      <w:pPr>
        <w:spacing w:after="0"/>
      </w:pPr>
      <w:r>
        <w:rPr>
          <w:rFonts w:ascii="Arial" w:hAnsi="Arial"/>
          <w:sz w:val="22"/>
        </w:rPr>
        <w:t>Oh, that's made things hurt. (laughs)</w:t>
      </w:r>
    </w:p>
    <w:p>
      <w:pPr>
        <w:spacing w:after="0"/>
      </w:pPr>
    </w:p>
    <w:p>
      <w:pPr>
        <w:spacing w:after="0"/>
      </w:pPr>
      <w:r>
        <w:rPr>
          <w:rFonts w:ascii="Arial" w:hAnsi="Arial"/>
          <w:b/>
          <w:sz w:val="22"/>
        </w:rPr>
        <w:t xml:space="preserve">Alice  </w:t>
      </w:r>
      <w:r>
        <w:rPr>
          <w:rFonts w:ascii="Arial" w:hAnsi="Arial"/>
          <w:color w:val="5D7284"/>
          <w:sz w:val="22"/>
        </w:rPr>
        <w:t>44:22</w:t>
      </w:r>
    </w:p>
    <w:p>
      <w:pPr>
        <w:spacing w:after="0"/>
      </w:pPr>
      <w:r>
        <w:rPr>
          <w:rFonts w:ascii="Arial" w:hAnsi="Arial"/>
          <w:sz w:val="22"/>
        </w:rPr>
        <w:t>That's a hell of a contraceptive that is isn't it?</w:t>
      </w:r>
    </w:p>
    <w:p>
      <w:pPr>
        <w:spacing w:after="0"/>
      </w:pPr>
    </w:p>
    <w:p>
      <w:pPr>
        <w:spacing w:after="0"/>
      </w:pPr>
      <w:r>
        <w:rPr>
          <w:rFonts w:ascii="Arial" w:hAnsi="Arial"/>
          <w:b/>
          <w:sz w:val="22"/>
        </w:rPr>
        <w:t xml:space="preserve">Lucy  </w:t>
      </w:r>
      <w:r>
        <w:rPr>
          <w:rFonts w:ascii="Arial" w:hAnsi="Arial"/>
          <w:color w:val="5D7284"/>
          <w:sz w:val="22"/>
        </w:rPr>
        <w:t>44:26</w:t>
      </w:r>
    </w:p>
    <w:p>
      <w:pPr>
        <w:spacing w:after="0"/>
      </w:pPr>
      <w:r>
        <w:rPr>
          <w:rFonts w:ascii="Arial" w:hAnsi="Arial"/>
          <w:sz w:val="22"/>
        </w:rPr>
        <w:t>"A baby with teeth" that sounds like something out of a horror movie in it. chomp chomp chomp!</w:t>
      </w:r>
    </w:p>
    <w:p>
      <w:pPr>
        <w:spacing w:after="0"/>
      </w:pPr>
    </w:p>
    <w:p>
      <w:pPr>
        <w:spacing w:after="0"/>
      </w:pPr>
      <w:r>
        <w:rPr>
          <w:rFonts w:ascii="Arial" w:hAnsi="Arial"/>
          <w:b/>
          <w:sz w:val="22"/>
        </w:rPr>
        <w:t xml:space="preserve">Alice  </w:t>
      </w:r>
      <w:r>
        <w:rPr>
          <w:rFonts w:ascii="Arial" w:hAnsi="Arial"/>
          <w:color w:val="5D7284"/>
          <w:sz w:val="22"/>
        </w:rPr>
        <w:t>44:29</w:t>
      </w:r>
    </w:p>
    <w:p>
      <w:pPr>
        <w:spacing w:after="0"/>
      </w:pPr>
      <w:r>
        <w:rPr>
          <w:rFonts w:ascii="Arial" w:hAnsi="Arial"/>
          <w:sz w:val="22"/>
        </w:rPr>
        <w:t>I tell you what, like if people are doing like if people are saying all these awful things about Richard to just to compliment Henry and make it like, like, if somebody wants to say something nice about me say something nice about me not about the people that I hate. Just to make me feel better.</w:t>
      </w:r>
    </w:p>
    <w:p>
      <w:pPr>
        <w:spacing w:after="0"/>
      </w:pPr>
    </w:p>
    <w:p>
      <w:pPr>
        <w:spacing w:after="0"/>
      </w:pPr>
      <w:r>
        <w:rPr>
          <w:rFonts w:ascii="Arial" w:hAnsi="Arial"/>
          <w:b/>
          <w:sz w:val="22"/>
        </w:rPr>
        <w:t xml:space="preserve">Lucy  </w:t>
      </w:r>
      <w:r>
        <w:rPr>
          <w:rFonts w:ascii="Arial" w:hAnsi="Arial"/>
          <w:color w:val="5D7284"/>
          <w:sz w:val="22"/>
        </w:rPr>
        <w:t>44:52</w:t>
      </w:r>
    </w:p>
    <w:p>
      <w:pPr>
        <w:spacing w:after="0"/>
      </w:pPr>
      <w:r>
        <w:rPr>
          <w:rFonts w:ascii="Arial" w:hAnsi="Arial"/>
          <w:sz w:val="22"/>
        </w:rPr>
        <w:t>To win favour with the person you're talking to, say something nice about me.</w:t>
      </w:r>
    </w:p>
    <w:p>
      <w:pPr>
        <w:spacing w:after="0"/>
      </w:pPr>
    </w:p>
    <w:p>
      <w:pPr>
        <w:spacing w:after="0"/>
      </w:pPr>
      <w:r>
        <w:rPr>
          <w:rFonts w:ascii="Arial" w:hAnsi="Arial"/>
          <w:b/>
          <w:sz w:val="22"/>
        </w:rPr>
        <w:t xml:space="preserve">Alice  </w:t>
      </w:r>
      <w:r>
        <w:rPr>
          <w:rFonts w:ascii="Arial" w:hAnsi="Arial"/>
          <w:color w:val="5D7284"/>
          <w:sz w:val="22"/>
        </w:rPr>
        <w:t>44:55</w:t>
      </w:r>
    </w:p>
    <w:p>
      <w:pPr>
        <w:spacing w:after="0"/>
      </w:pPr>
      <w:r>
        <w:rPr>
          <w:rFonts w:ascii="Arial" w:hAnsi="Arial"/>
          <w:sz w:val="22"/>
        </w:rPr>
        <w:t>Not bad! How little must Henry have going for him? If the only way that he can make you feel good is by going, you know, the guy before it was fucking awful. (Lucy) Yeah.</w:t>
      </w:r>
    </w:p>
    <w:p>
      <w:pPr>
        <w:spacing w:after="0"/>
      </w:pPr>
    </w:p>
    <w:p>
      <w:pPr>
        <w:spacing w:after="0"/>
      </w:pPr>
      <w:r>
        <w:rPr>
          <w:rFonts w:ascii="Arial" w:hAnsi="Arial"/>
          <w:b/>
          <w:sz w:val="22"/>
        </w:rPr>
        <w:t xml:space="preserve">Daisy  </w:t>
      </w:r>
      <w:r>
        <w:rPr>
          <w:rFonts w:ascii="Arial" w:hAnsi="Arial"/>
          <w:color w:val="5D7284"/>
          <w:sz w:val="22"/>
        </w:rPr>
        <w:t>45:05</w:t>
      </w:r>
    </w:p>
    <w:p>
      <w:pPr>
        <w:spacing w:after="0"/>
      </w:pPr>
      <w:r>
        <w:rPr>
          <w:rFonts w:ascii="Arial" w:hAnsi="Arial"/>
          <w:sz w:val="22"/>
        </w:rPr>
        <w:t>It's more that there was a real benefit to writing Richard and the other Yorkists as villains, because you are able to portray the defeat of the House of York but the Tudors as a fight of like, good versus evil. (Alice) Yeah. Only thing specifically, like it wasn't like, you know, Henry versus Richard. It was, you know, Tudor versus (Alice) Bad guy. Yeah, yeah, it was, you know..</w:t>
      </w:r>
    </w:p>
    <w:p>
      <w:pPr>
        <w:spacing w:after="0"/>
      </w:pPr>
    </w:p>
    <w:p>
      <w:pPr>
        <w:spacing w:after="0"/>
      </w:pPr>
      <w:r>
        <w:rPr>
          <w:rFonts w:ascii="Arial" w:hAnsi="Arial"/>
          <w:b/>
          <w:sz w:val="22"/>
        </w:rPr>
        <w:t xml:space="preserve">Lucy  </w:t>
      </w:r>
      <w:r>
        <w:rPr>
          <w:rFonts w:ascii="Arial" w:hAnsi="Arial"/>
          <w:color w:val="5D7284"/>
          <w:sz w:val="22"/>
        </w:rPr>
        <w:t>45:32</w:t>
      </w:r>
    </w:p>
    <w:p>
      <w:pPr>
        <w:spacing w:after="0"/>
      </w:pPr>
      <w:r>
        <w:rPr>
          <w:rFonts w:ascii="Arial" w:hAnsi="Arial"/>
          <w:sz w:val="22"/>
        </w:rPr>
        <w:t xml:space="preserve"> Like things were bad before but it's all right now because the good king is here.</w:t>
      </w:r>
    </w:p>
    <w:p>
      <w:pPr>
        <w:spacing w:after="0"/>
      </w:pPr>
    </w:p>
    <w:p>
      <w:pPr>
        <w:spacing w:after="0"/>
      </w:pPr>
      <w:r>
        <w:rPr>
          <w:rFonts w:ascii="Arial" w:hAnsi="Arial"/>
          <w:b/>
          <w:sz w:val="22"/>
        </w:rPr>
        <w:t xml:space="preserve">Alice  </w:t>
      </w:r>
      <w:r>
        <w:rPr>
          <w:rFonts w:ascii="Arial" w:hAnsi="Arial"/>
          <w:color w:val="5D7284"/>
          <w:sz w:val="22"/>
        </w:rPr>
        <w:t>45:36</w:t>
      </w:r>
    </w:p>
    <w:p>
      <w:pPr>
        <w:spacing w:after="0"/>
      </w:pPr>
      <w:r>
        <w:rPr>
          <w:rFonts w:ascii="Arial" w:hAnsi="Arial"/>
          <w:sz w:val="22"/>
        </w:rPr>
        <w:t>Yeah, it's the Avengers versus what's his name? It's like well, you know, actually those...(Lucy) The one with the glove? The one with the glove. There's you know, the whole argument to make around environmental impact of increased populations. (Lucy) Yeah. But you know, you've got to bring everybody back because everybody likes being here. And so that makes The Avengers the good guys. (Lucy) Yeah. Just putting out there. (Daisy) The Avengers (laughs). (Lucy) How have we got on to talking about The Avengers? Any excuse to talk about Captain America that's all it is. It's boring I keep you telling and they keep telling you this. I don't care it's not his conversation I'm interested in (laughs)</w:t>
      </w:r>
    </w:p>
    <w:p>
      <w:pPr>
        <w:spacing w:after="0"/>
      </w:pPr>
    </w:p>
    <w:p>
      <w:pPr>
        <w:spacing w:after="0"/>
      </w:pPr>
      <w:r>
        <w:rPr>
          <w:rFonts w:ascii="Arial" w:hAnsi="Arial"/>
          <w:b/>
          <w:sz w:val="22"/>
        </w:rPr>
        <w:t xml:space="preserve">Daisy  </w:t>
      </w:r>
      <w:r>
        <w:rPr>
          <w:rFonts w:ascii="Arial" w:hAnsi="Arial"/>
          <w:color w:val="5D7284"/>
          <w:sz w:val="22"/>
        </w:rPr>
        <w:t>46:23</w:t>
      </w:r>
    </w:p>
    <w:p>
      <w:pPr>
        <w:spacing w:after="0"/>
      </w:pPr>
      <w:r>
        <w:rPr>
          <w:rFonts w:ascii="Arial" w:hAnsi="Arial"/>
          <w:sz w:val="22"/>
        </w:rPr>
        <w:t>But yeah the sort of talk of good versus evil also kind of further legitimizes the tudor claim to the throne as well.</w:t>
      </w:r>
    </w:p>
    <w:p>
      <w:pPr>
        <w:spacing w:after="0"/>
      </w:pPr>
    </w:p>
    <w:p>
      <w:pPr>
        <w:spacing w:after="0"/>
      </w:pPr>
      <w:r>
        <w:rPr>
          <w:rFonts w:ascii="Arial" w:hAnsi="Arial"/>
          <w:b/>
          <w:sz w:val="22"/>
        </w:rPr>
        <w:t xml:space="preserve">Lucy  </w:t>
      </w:r>
      <w:r>
        <w:rPr>
          <w:rFonts w:ascii="Arial" w:hAnsi="Arial"/>
          <w:color w:val="5D7284"/>
          <w:sz w:val="22"/>
        </w:rPr>
        <w:t>46:30</w:t>
      </w:r>
    </w:p>
    <w:p>
      <w:pPr>
        <w:spacing w:after="0"/>
      </w:pPr>
      <w:r>
        <w:rPr>
          <w:rFonts w:ascii="Arial" w:hAnsi="Arial"/>
          <w:sz w:val="22"/>
        </w:rPr>
        <w:t xml:space="preserve"> Yeah. Got rid of the bad guys. (Alice) Yeah we're here</w:t>
      </w:r>
    </w:p>
    <w:p>
      <w:pPr>
        <w:spacing w:after="0"/>
      </w:pPr>
    </w:p>
    <w:p>
      <w:pPr>
        <w:spacing w:after="0"/>
      </w:pPr>
      <w:r>
        <w:rPr>
          <w:rFonts w:ascii="Arial" w:hAnsi="Arial"/>
          <w:b/>
          <w:sz w:val="22"/>
        </w:rPr>
        <w:t xml:space="preserve">Daisy  </w:t>
      </w:r>
      <w:r>
        <w:rPr>
          <w:rFonts w:ascii="Arial" w:hAnsi="Arial"/>
          <w:color w:val="5D7284"/>
          <w:sz w:val="22"/>
        </w:rPr>
        <w:t>46:34</w:t>
      </w:r>
    </w:p>
    <w:p>
      <w:pPr>
        <w:spacing w:after="0"/>
      </w:pPr>
      <w:r>
        <w:rPr>
          <w:rFonts w:ascii="Arial" w:hAnsi="Arial"/>
          <w:sz w:val="22"/>
        </w:rPr>
        <w:t>So tangently related to the......(Lucy) Yeah, yeah.</w:t>
      </w:r>
    </w:p>
    <w:p>
      <w:pPr>
        <w:spacing w:after="0"/>
      </w:pPr>
    </w:p>
    <w:p>
      <w:pPr>
        <w:spacing w:after="0"/>
      </w:pPr>
      <w:r>
        <w:rPr>
          <w:rFonts w:ascii="Arial" w:hAnsi="Arial"/>
          <w:b/>
          <w:sz w:val="22"/>
        </w:rPr>
        <w:t xml:space="preserve">Alice  </w:t>
      </w:r>
      <w:r>
        <w:rPr>
          <w:rFonts w:ascii="Arial" w:hAnsi="Arial"/>
          <w:color w:val="5D7284"/>
          <w:sz w:val="22"/>
        </w:rPr>
        <w:t>46:38</w:t>
      </w:r>
    </w:p>
    <w:p>
      <w:pPr>
        <w:spacing w:after="0"/>
      </w:pPr>
      <w:r>
        <w:rPr>
          <w:rFonts w:ascii="Arial" w:hAnsi="Arial"/>
          <w:sz w:val="22"/>
        </w:rPr>
        <w:t>We've got this super super tenuous link to the king but (Lucy) We've also saved you. But we're good now yeah, we're the good guys. So...</w:t>
      </w:r>
    </w:p>
    <w:p>
      <w:pPr>
        <w:spacing w:after="0"/>
      </w:pPr>
    </w:p>
    <w:p>
      <w:pPr>
        <w:spacing w:after="0"/>
      </w:pPr>
      <w:r>
        <w:rPr>
          <w:rFonts w:ascii="Arial" w:hAnsi="Arial"/>
          <w:b/>
          <w:sz w:val="22"/>
        </w:rPr>
        <w:t xml:space="preserve">Daisy  </w:t>
      </w:r>
      <w:r>
        <w:rPr>
          <w:rFonts w:ascii="Arial" w:hAnsi="Arial"/>
          <w:color w:val="5D7284"/>
          <w:sz w:val="22"/>
        </w:rPr>
        <w:t>46:46</w:t>
      </w:r>
    </w:p>
    <w:p>
      <w:pPr>
        <w:spacing w:after="0"/>
      </w:pPr>
      <w:r>
        <w:rPr>
          <w:rFonts w:ascii="Arial" w:hAnsi="Arial"/>
          <w:sz w:val="22"/>
        </w:rPr>
        <w:t>Yeah, so Thomas Moore's description of him. Also Thomas Moore's later sainted, he was knighted. And he was also later sainted</w:t>
      </w:r>
    </w:p>
    <w:p>
      <w:pPr>
        <w:spacing w:after="0"/>
      </w:pPr>
    </w:p>
    <w:p>
      <w:pPr>
        <w:spacing w:after="0"/>
      </w:pPr>
      <w:r>
        <w:rPr>
          <w:rFonts w:ascii="Arial" w:hAnsi="Arial"/>
          <w:b/>
          <w:sz w:val="22"/>
        </w:rPr>
        <w:t xml:space="preserve">Alice  </w:t>
      </w:r>
      <w:r>
        <w:rPr>
          <w:rFonts w:ascii="Arial" w:hAnsi="Arial"/>
          <w:color w:val="5D7284"/>
          <w:sz w:val="22"/>
        </w:rPr>
        <w:t>46:56</w:t>
      </w:r>
    </w:p>
    <w:p>
      <w:pPr>
        <w:spacing w:after="0"/>
      </w:pPr>
      <w:r>
        <w:rPr>
          <w:rFonts w:ascii="Arial" w:hAnsi="Arial"/>
          <w:sz w:val="22"/>
        </w:rPr>
        <w:t>who's Is he the one who wore the hair shirt?</w:t>
      </w:r>
    </w:p>
    <w:p>
      <w:pPr>
        <w:spacing w:after="0"/>
      </w:pPr>
    </w:p>
    <w:p>
      <w:pPr>
        <w:spacing w:after="0"/>
      </w:pPr>
      <w:r>
        <w:rPr>
          <w:rFonts w:ascii="Arial" w:hAnsi="Arial"/>
          <w:b/>
          <w:sz w:val="22"/>
        </w:rPr>
        <w:t xml:space="preserve">Lucy  </w:t>
      </w:r>
      <w:r>
        <w:rPr>
          <w:rFonts w:ascii="Arial" w:hAnsi="Arial"/>
          <w:color w:val="5D7284"/>
          <w:sz w:val="22"/>
        </w:rPr>
        <w:t>47:01</w:t>
      </w:r>
    </w:p>
    <w:p>
      <w:pPr>
        <w:spacing w:after="0"/>
      </w:pPr>
      <w:r>
        <w:rPr>
          <w:rFonts w:ascii="Arial" w:hAnsi="Arial"/>
          <w:sz w:val="22"/>
        </w:rPr>
        <w:t>hair shirt? the what?</w:t>
      </w:r>
    </w:p>
    <w:p>
      <w:pPr>
        <w:spacing w:after="0"/>
      </w:pPr>
    </w:p>
    <w:p>
      <w:pPr>
        <w:spacing w:after="0"/>
      </w:pPr>
      <w:r>
        <w:rPr>
          <w:rFonts w:ascii="Arial" w:hAnsi="Arial"/>
          <w:b/>
          <w:sz w:val="22"/>
        </w:rPr>
        <w:t xml:space="preserve">Alice  </w:t>
      </w:r>
      <w:r>
        <w:rPr>
          <w:rFonts w:ascii="Arial" w:hAnsi="Arial"/>
          <w:color w:val="5D7284"/>
          <w:sz w:val="22"/>
        </w:rPr>
        <w:t>47:04</w:t>
      </w:r>
    </w:p>
    <w:p>
      <w:pPr>
        <w:spacing w:after="0"/>
      </w:pPr>
      <w:r>
        <w:rPr>
          <w:rFonts w:ascii="Arial" w:hAnsi="Arial"/>
          <w:sz w:val="22"/>
        </w:rPr>
        <w:t>There was a guy I'm sure it something Moore who</w:t>
      </w:r>
    </w:p>
    <w:p>
      <w:pPr>
        <w:spacing w:after="0"/>
      </w:pPr>
    </w:p>
    <w:p>
      <w:pPr>
        <w:spacing w:after="0"/>
      </w:pPr>
      <w:r>
        <w:rPr>
          <w:rFonts w:ascii="Arial" w:hAnsi="Arial"/>
          <w:b/>
          <w:sz w:val="22"/>
        </w:rPr>
        <w:t xml:space="preserve">Lucy  </w:t>
      </w:r>
      <w:r>
        <w:rPr>
          <w:rFonts w:ascii="Arial" w:hAnsi="Arial"/>
          <w:color w:val="5D7284"/>
          <w:sz w:val="22"/>
        </w:rPr>
        <w:t>47:08</w:t>
      </w:r>
    </w:p>
    <w:p>
      <w:pPr>
        <w:spacing w:after="0"/>
      </w:pPr>
      <w:r>
        <w:rPr>
          <w:rFonts w:ascii="Arial" w:hAnsi="Arial"/>
          <w:sz w:val="22"/>
        </w:rPr>
        <w:t>Random question of the week...(laughs)</w:t>
      </w:r>
    </w:p>
    <w:p>
      <w:pPr>
        <w:spacing w:after="0"/>
      </w:pPr>
    </w:p>
    <w:p>
      <w:pPr>
        <w:spacing w:after="0"/>
      </w:pPr>
      <w:r>
        <w:rPr>
          <w:rFonts w:ascii="Arial" w:hAnsi="Arial"/>
          <w:b/>
          <w:sz w:val="22"/>
        </w:rPr>
        <w:t xml:space="preserve">Alice  </w:t>
      </w:r>
      <w:r>
        <w:rPr>
          <w:rFonts w:ascii="Arial" w:hAnsi="Arial"/>
          <w:color w:val="5D7284"/>
          <w:sz w:val="22"/>
        </w:rPr>
        <w:t>47:11</w:t>
      </w:r>
    </w:p>
    <w:p>
      <w:pPr>
        <w:spacing w:after="0"/>
      </w:pPr>
      <w:r>
        <w:rPr>
          <w:rFonts w:ascii="Arial" w:hAnsi="Arial"/>
          <w:sz w:val="22"/>
        </w:rPr>
        <w:t xml:space="preserve">Who wore? Who as a mark of his piety, wore a super horrible itchy hair shirt. (Lucy) Have we talked about this before? I'm sure we have he's in the Hillary Montel books at the same time, </w:t>
      </w:r>
    </w:p>
    <w:p>
      <w:pPr>
        <w:spacing w:after="0"/>
      </w:pPr>
    </w:p>
    <w:p>
      <w:pPr>
        <w:spacing w:after="0"/>
      </w:pPr>
      <w:r>
        <w:rPr>
          <w:rFonts w:ascii="Arial" w:hAnsi="Arial"/>
          <w:b/>
          <w:sz w:val="22"/>
        </w:rPr>
        <w:t xml:space="preserve">Daisy  </w:t>
      </w:r>
      <w:r>
        <w:rPr>
          <w:rFonts w:ascii="Arial" w:hAnsi="Arial"/>
          <w:color w:val="5D7284"/>
          <w:sz w:val="22"/>
        </w:rPr>
        <w:t>47:28</w:t>
      </w:r>
    </w:p>
    <w:p>
      <w:pPr>
        <w:spacing w:after="0"/>
      </w:pPr>
      <w:r>
        <w:rPr>
          <w:rFonts w:ascii="Arial" w:hAnsi="Arial"/>
          <w:sz w:val="22"/>
        </w:rPr>
        <w:t>So see if we can get a Google result (Alice) Ma in a hair shirt. (laughs) (Lucy) Hairy man shirt (laughs)</w:t>
      </w:r>
    </w:p>
    <w:p>
      <w:pPr>
        <w:spacing w:after="0"/>
      </w:pPr>
    </w:p>
    <w:p>
      <w:pPr>
        <w:spacing w:after="0"/>
      </w:pPr>
      <w:r>
        <w:rPr>
          <w:rFonts w:ascii="Arial" w:hAnsi="Arial"/>
          <w:b/>
          <w:sz w:val="22"/>
        </w:rPr>
        <w:t xml:space="preserve">Alice  </w:t>
      </w:r>
      <w:r>
        <w:rPr>
          <w:rFonts w:ascii="Arial" w:hAnsi="Arial"/>
          <w:color w:val="5D7284"/>
          <w:sz w:val="22"/>
        </w:rPr>
        <w:t>47:38</w:t>
      </w:r>
    </w:p>
    <w:p>
      <w:pPr>
        <w:spacing w:after="0"/>
      </w:pPr>
      <w:r>
        <w:rPr>
          <w:rFonts w:ascii="Arial" w:hAnsi="Arial"/>
          <w:sz w:val="22"/>
        </w:rPr>
        <w:t>There are people that are people not shouting at their podcast players because people don't care that much about this podcast. (laughs)</w:t>
      </w:r>
    </w:p>
    <w:p>
      <w:pPr>
        <w:spacing w:after="0"/>
      </w:pPr>
    </w:p>
    <w:p>
      <w:pPr>
        <w:spacing w:after="0"/>
      </w:pPr>
      <w:r>
        <w:rPr>
          <w:rFonts w:ascii="Arial" w:hAnsi="Arial"/>
          <w:b/>
          <w:sz w:val="22"/>
        </w:rPr>
        <w:t xml:space="preserve">Daisy  </w:t>
      </w:r>
      <w:r>
        <w:rPr>
          <w:rFonts w:ascii="Arial" w:hAnsi="Arial"/>
          <w:color w:val="5D7284"/>
          <w:sz w:val="22"/>
        </w:rPr>
        <w:t>47:46</w:t>
      </w:r>
    </w:p>
    <w:p>
      <w:pPr>
        <w:spacing w:after="0"/>
      </w:pPr>
      <w:r>
        <w:rPr>
          <w:rFonts w:ascii="Arial" w:hAnsi="Arial"/>
          <w:sz w:val="22"/>
        </w:rPr>
        <w:t>That's been stored away somewhere, hasn't it Alice. Hey,</w:t>
      </w:r>
    </w:p>
    <w:p>
      <w:pPr>
        <w:spacing w:after="0"/>
      </w:pPr>
    </w:p>
    <w:p>
      <w:pPr>
        <w:spacing w:after="0"/>
      </w:pPr>
      <w:r>
        <w:rPr>
          <w:rFonts w:ascii="Arial" w:hAnsi="Arial"/>
          <w:b/>
          <w:sz w:val="22"/>
        </w:rPr>
        <w:t xml:space="preserve">Lucy  </w:t>
      </w:r>
      <w:r>
        <w:rPr>
          <w:rFonts w:ascii="Arial" w:hAnsi="Arial"/>
          <w:color w:val="5D7284"/>
          <w:sz w:val="22"/>
        </w:rPr>
        <w:t>47:46</w:t>
      </w:r>
    </w:p>
    <w:p>
      <w:pPr>
        <w:spacing w:after="0"/>
      </w:pPr>
      <w:r>
        <w:rPr>
          <w:rFonts w:ascii="Arial" w:hAnsi="Arial"/>
          <w:sz w:val="22"/>
        </w:rPr>
        <w:t>But we do. (Daisy) The hair shirt just formed a small hashtag Catholic. (Alice) I fucking knew it. See.</w:t>
      </w:r>
    </w:p>
    <w:p>
      <w:pPr>
        <w:spacing w:after="0"/>
      </w:pPr>
    </w:p>
    <w:p>
      <w:pPr>
        <w:spacing w:after="0"/>
      </w:pPr>
      <w:r>
        <w:rPr>
          <w:rFonts w:ascii="Arial" w:hAnsi="Arial"/>
          <w:b/>
          <w:sz w:val="22"/>
        </w:rPr>
        <w:t xml:space="preserve">Alice  </w:t>
      </w:r>
      <w:r>
        <w:rPr>
          <w:rFonts w:ascii="Arial" w:hAnsi="Arial"/>
          <w:color w:val="5D7284"/>
          <w:sz w:val="22"/>
        </w:rPr>
        <w:t>48:00</w:t>
      </w:r>
    </w:p>
    <w:p>
      <w:pPr>
        <w:spacing w:after="0"/>
      </w:pPr>
      <w:r>
        <w:rPr>
          <w:rFonts w:ascii="Arial" w:hAnsi="Arial"/>
          <w:sz w:val="22"/>
        </w:rPr>
        <w:t>I read a lot of like historical fantasy fiction. And I pick up a lot of stuff that could or could not be true. Was he murdered as well. Thomas Moore? Really horribly viciously.</w:t>
      </w:r>
    </w:p>
    <w:p>
      <w:pPr>
        <w:spacing w:after="0"/>
      </w:pPr>
    </w:p>
    <w:p>
      <w:pPr>
        <w:spacing w:after="0"/>
      </w:pPr>
      <w:r>
        <w:rPr>
          <w:rFonts w:ascii="Arial" w:hAnsi="Arial"/>
          <w:b/>
          <w:sz w:val="22"/>
        </w:rPr>
        <w:t xml:space="preserve">Lucy  </w:t>
      </w:r>
      <w:r>
        <w:rPr>
          <w:rFonts w:ascii="Arial" w:hAnsi="Arial"/>
          <w:color w:val="5D7284"/>
          <w:sz w:val="22"/>
        </w:rPr>
        <w:t>48:12</w:t>
      </w:r>
    </w:p>
    <w:p>
      <w:pPr>
        <w:spacing w:after="0"/>
      </w:pPr>
      <w:r>
        <w:rPr>
          <w:rFonts w:ascii="Arial" w:hAnsi="Arial"/>
          <w:sz w:val="22"/>
        </w:rPr>
        <w:t xml:space="preserve">Was he in locked in the tower. I thinking of the right </w:t>
      </w:r>
    </w:p>
    <w:p>
      <w:pPr>
        <w:spacing w:after="0"/>
      </w:pPr>
    </w:p>
    <w:p>
      <w:pPr>
        <w:spacing w:after="0"/>
      </w:pPr>
      <w:r>
        <w:rPr>
          <w:rFonts w:ascii="Arial" w:hAnsi="Arial"/>
          <w:b/>
          <w:sz w:val="22"/>
        </w:rPr>
        <w:t xml:space="preserve">Daisy  </w:t>
      </w:r>
      <w:r>
        <w:rPr>
          <w:rFonts w:ascii="Arial" w:hAnsi="Arial"/>
          <w:color w:val="5D7284"/>
          <w:sz w:val="22"/>
        </w:rPr>
        <w:t>48:14</w:t>
      </w:r>
    </w:p>
    <w:p>
      <w:pPr>
        <w:spacing w:after="0"/>
      </w:pPr>
      <w:r>
        <w:rPr>
          <w:rFonts w:ascii="Arial" w:hAnsi="Arial"/>
          <w:sz w:val="22"/>
        </w:rPr>
        <w:t>He was considered a martyr. So it wouldn't, so I imagined he was killed in the tower. He objected to, Henry the eighth's marriage.</w:t>
      </w:r>
    </w:p>
    <w:p>
      <w:pPr>
        <w:spacing w:after="0"/>
      </w:pPr>
    </w:p>
    <w:p>
      <w:pPr>
        <w:spacing w:after="0"/>
      </w:pPr>
      <w:r>
        <w:rPr>
          <w:rFonts w:ascii="Arial" w:hAnsi="Arial"/>
          <w:b/>
          <w:sz w:val="22"/>
        </w:rPr>
        <w:t xml:space="preserve">Alice  </w:t>
      </w:r>
      <w:r>
        <w:rPr>
          <w:rFonts w:ascii="Arial" w:hAnsi="Arial"/>
          <w:color w:val="5D7284"/>
          <w:sz w:val="22"/>
        </w:rPr>
        <w:t>48:22</w:t>
      </w:r>
    </w:p>
    <w:p>
      <w:pPr>
        <w:spacing w:after="0"/>
      </w:pPr>
      <w:r>
        <w:rPr>
          <w:rFonts w:ascii="Arial" w:hAnsi="Arial"/>
          <w:sz w:val="22"/>
        </w:rPr>
        <w:t xml:space="preserve"> Yeah, yeah. He and he was like, like a bunch of guys snuck into possibly his church in the night and murdered him super, super viciously. </w:t>
      </w:r>
    </w:p>
    <w:p>
      <w:pPr>
        <w:spacing w:after="0"/>
      </w:pPr>
    </w:p>
    <w:p>
      <w:pPr>
        <w:spacing w:after="0"/>
      </w:pPr>
      <w:r>
        <w:rPr>
          <w:rFonts w:ascii="Arial" w:hAnsi="Arial"/>
          <w:b/>
          <w:sz w:val="22"/>
        </w:rPr>
        <w:t xml:space="preserve">Daisy  </w:t>
      </w:r>
      <w:r>
        <w:rPr>
          <w:rFonts w:ascii="Arial" w:hAnsi="Arial"/>
          <w:color w:val="5D7284"/>
          <w:sz w:val="22"/>
        </w:rPr>
        <w:t>48:32</w:t>
      </w:r>
    </w:p>
    <w:p>
      <w:pPr>
        <w:spacing w:after="0"/>
      </w:pPr>
      <w:r>
        <w:rPr>
          <w:rFonts w:ascii="Arial" w:hAnsi="Arial"/>
          <w:sz w:val="22"/>
        </w:rPr>
        <w:t>As far as I've read, he was given multiple opportunities to change his mind and become accepting. (laughs) (Lucy) I think  I'm alright with that.</w:t>
      </w:r>
    </w:p>
    <w:p>
      <w:pPr>
        <w:spacing w:after="0"/>
      </w:pPr>
    </w:p>
    <w:p>
      <w:pPr>
        <w:spacing w:after="0"/>
      </w:pPr>
      <w:r>
        <w:rPr>
          <w:rFonts w:ascii="Arial" w:hAnsi="Arial"/>
          <w:b/>
          <w:sz w:val="22"/>
        </w:rPr>
        <w:t xml:space="preserve">Alice  </w:t>
      </w:r>
      <w:r>
        <w:rPr>
          <w:rFonts w:ascii="Arial" w:hAnsi="Arial"/>
          <w:color w:val="5D7284"/>
          <w:sz w:val="22"/>
        </w:rPr>
        <w:t>48:40</w:t>
      </w:r>
    </w:p>
    <w:p>
      <w:pPr>
        <w:spacing w:after="0"/>
      </w:pPr>
      <w:r>
        <w:rPr>
          <w:rFonts w:ascii="Arial" w:hAnsi="Arial"/>
          <w:sz w:val="22"/>
        </w:rPr>
        <w:t>I mean, to be fair, like Henry the Eighth was changing the church and (Daisy) Oh, yeah. well he was making a new one. Exactly and if religion means something to you, you know, people people have died for less.</w:t>
      </w:r>
    </w:p>
    <w:p>
      <w:pPr>
        <w:spacing w:after="0"/>
      </w:pPr>
    </w:p>
    <w:p>
      <w:pPr>
        <w:spacing w:after="0"/>
      </w:pPr>
      <w:r>
        <w:rPr>
          <w:rFonts w:ascii="Arial" w:hAnsi="Arial"/>
          <w:b/>
          <w:sz w:val="22"/>
        </w:rPr>
        <w:t xml:space="preserve">Daisy  </w:t>
      </w:r>
      <w:r>
        <w:rPr>
          <w:rFonts w:ascii="Arial" w:hAnsi="Arial"/>
          <w:color w:val="5D7284"/>
          <w:sz w:val="22"/>
        </w:rPr>
        <w:t>48:55</w:t>
      </w:r>
    </w:p>
    <w:p>
      <w:pPr>
        <w:spacing w:after="0"/>
      </w:pPr>
      <w:r>
        <w:rPr>
          <w:rFonts w:ascii="Arial" w:hAnsi="Arial"/>
          <w:sz w:val="22"/>
        </w:rPr>
        <w:t>Yeah, but yeah, so Thomas Moore wrote "he was little of stature. Ill featured of limbs."</w:t>
      </w:r>
    </w:p>
    <w:p>
      <w:pPr>
        <w:spacing w:after="0"/>
      </w:pPr>
    </w:p>
    <w:p>
      <w:pPr>
        <w:spacing w:after="0"/>
      </w:pPr>
      <w:r>
        <w:rPr>
          <w:rFonts w:ascii="Arial" w:hAnsi="Arial"/>
          <w:b/>
          <w:sz w:val="22"/>
        </w:rPr>
        <w:t xml:space="preserve">Lucy  </w:t>
      </w:r>
      <w:r>
        <w:rPr>
          <w:rFonts w:ascii="Arial" w:hAnsi="Arial"/>
          <w:color w:val="5D7284"/>
          <w:sz w:val="22"/>
        </w:rPr>
        <w:t>49:02</w:t>
      </w:r>
    </w:p>
    <w:p>
      <w:pPr>
        <w:spacing w:after="0"/>
      </w:pPr>
      <w:r>
        <w:rPr>
          <w:rFonts w:ascii="Arial" w:hAnsi="Arial"/>
          <w:sz w:val="22"/>
        </w:rPr>
        <w:t>Well, that's where the the the withered arms from. (Alice) Yeah.</w:t>
      </w:r>
    </w:p>
    <w:p>
      <w:pPr>
        <w:spacing w:after="0"/>
      </w:pPr>
    </w:p>
    <w:p>
      <w:pPr>
        <w:spacing w:after="0"/>
      </w:pPr>
      <w:r>
        <w:rPr>
          <w:rFonts w:ascii="Arial" w:hAnsi="Arial"/>
          <w:b/>
          <w:sz w:val="22"/>
        </w:rPr>
        <w:t xml:space="preserve">Daisy  </w:t>
      </w:r>
      <w:r>
        <w:rPr>
          <w:rFonts w:ascii="Arial" w:hAnsi="Arial"/>
          <w:color w:val="5D7284"/>
          <w:sz w:val="22"/>
        </w:rPr>
        <w:t>49:06</w:t>
      </w:r>
    </w:p>
    <w:p>
      <w:pPr>
        <w:spacing w:after="0"/>
      </w:pPr>
      <w:r>
        <w:rPr>
          <w:rFonts w:ascii="Arial" w:hAnsi="Arial"/>
          <w:sz w:val="22"/>
        </w:rPr>
        <w:t>"Crook backed"  (Lucy) Yeah well that's a lie. And "hard favored of visage."</w:t>
      </w:r>
    </w:p>
    <w:p>
      <w:pPr>
        <w:spacing w:after="0"/>
      </w:pPr>
    </w:p>
    <w:p>
      <w:pPr>
        <w:spacing w:after="0"/>
      </w:pPr>
      <w:r>
        <w:rPr>
          <w:rFonts w:ascii="Arial" w:hAnsi="Arial"/>
          <w:b/>
          <w:sz w:val="22"/>
        </w:rPr>
        <w:t xml:space="preserve">Lucy  </w:t>
      </w:r>
      <w:r>
        <w:rPr>
          <w:rFonts w:ascii="Arial" w:hAnsi="Arial"/>
          <w:color w:val="5D7284"/>
          <w:sz w:val="22"/>
        </w:rPr>
        <w:t>49:11</w:t>
      </w:r>
    </w:p>
    <w:p>
      <w:pPr>
        <w:spacing w:after="0"/>
      </w:pPr>
      <w:r>
        <w:rPr>
          <w:rFonts w:ascii="Arial" w:hAnsi="Arial"/>
          <w:sz w:val="22"/>
        </w:rPr>
        <w:t>I don't know him personally. So.....(Alice laughs)</w:t>
      </w:r>
    </w:p>
    <w:p>
      <w:pPr>
        <w:spacing w:after="0"/>
      </w:pPr>
    </w:p>
    <w:p>
      <w:pPr>
        <w:spacing w:after="0"/>
      </w:pPr>
      <w:r>
        <w:rPr>
          <w:rFonts w:ascii="Arial" w:hAnsi="Arial"/>
          <w:b/>
          <w:sz w:val="22"/>
        </w:rPr>
        <w:t xml:space="preserve">Alice  </w:t>
      </w:r>
      <w:r>
        <w:rPr>
          <w:rFonts w:ascii="Arial" w:hAnsi="Arial"/>
          <w:color w:val="5D7284"/>
          <w:sz w:val="22"/>
        </w:rPr>
        <w:t>49:13</w:t>
      </w:r>
    </w:p>
    <w:p>
      <w:pPr>
        <w:spacing w:after="0"/>
      </w:pPr>
      <w:r>
        <w:rPr>
          <w:rFonts w:ascii="Arial" w:hAnsi="Arial"/>
          <w:sz w:val="22"/>
        </w:rPr>
        <w:t>So she doesn't feel competent and comments. (Daisy) Yeah. yeah , yeah He might have been ugly. (Lucy) How would how would we know? Although the the like model over there on the wall. (Alice) The listeners can't see it. Yeah. I'm going to describe it! There is a picture of Richard the Third, is under the duvet. (Lucy) Is under the duvet, we are under a tent duvet. Like Wherefore</w:t>
      </w:r>
    </w:p>
    <w:p>
      <w:pPr>
        <w:spacing w:after="0"/>
      </w:pPr>
    </w:p>
    <w:p>
      <w:pPr>
        <w:spacing w:after="0"/>
      </w:pPr>
      <w:r>
        <w:rPr>
          <w:rFonts w:ascii="Arial" w:hAnsi="Arial"/>
          <w:b/>
          <w:sz w:val="22"/>
        </w:rPr>
        <w:t xml:space="preserve">Lucy  </w:t>
      </w:r>
      <w:r>
        <w:rPr>
          <w:rFonts w:ascii="Arial" w:hAnsi="Arial"/>
          <w:color w:val="5D7284"/>
          <w:sz w:val="22"/>
        </w:rPr>
        <w:t>49:18</w:t>
      </w:r>
    </w:p>
    <w:p>
      <w:pPr>
        <w:spacing w:after="0"/>
      </w:pPr>
      <w:r>
        <w:rPr>
          <w:rFonts w:ascii="Arial" w:hAnsi="Arial"/>
          <w:sz w:val="22"/>
        </w:rPr>
        <w:t>You might be able to hear that Lucy is crouching, Yeah I am crouching and he does look a little bit like Lord Farquhar from Shrek.</w:t>
      </w:r>
    </w:p>
    <w:p>
      <w:pPr>
        <w:spacing w:after="0"/>
      </w:pPr>
    </w:p>
    <w:p>
      <w:pPr>
        <w:spacing w:after="0"/>
      </w:pPr>
      <w:r>
        <w:rPr>
          <w:rFonts w:ascii="Arial" w:hAnsi="Arial"/>
          <w:b/>
          <w:sz w:val="22"/>
        </w:rPr>
        <w:t xml:space="preserve">Alice  </w:t>
      </w:r>
      <w:r>
        <w:rPr>
          <w:rFonts w:ascii="Arial" w:hAnsi="Arial"/>
          <w:color w:val="5D7284"/>
          <w:sz w:val="22"/>
        </w:rPr>
        <w:t>49:46</w:t>
      </w:r>
    </w:p>
    <w:p>
      <w:pPr>
        <w:spacing w:after="0"/>
      </w:pPr>
      <w:r>
        <w:rPr>
          <w:rFonts w:ascii="Arial" w:hAnsi="Arial"/>
          <w:sz w:val="22"/>
        </w:rPr>
        <w:t>If Lucy does say so herself. (Lucy) Yeah.</w:t>
      </w:r>
    </w:p>
    <w:p>
      <w:pPr>
        <w:spacing w:after="0"/>
      </w:pPr>
    </w:p>
    <w:p>
      <w:pPr>
        <w:spacing w:after="0"/>
      </w:pPr>
      <w:r>
        <w:rPr>
          <w:rFonts w:ascii="Arial" w:hAnsi="Arial"/>
          <w:b/>
          <w:sz w:val="22"/>
        </w:rPr>
        <w:t xml:space="preserve">Lucy  </w:t>
      </w:r>
      <w:r>
        <w:rPr>
          <w:rFonts w:ascii="Arial" w:hAnsi="Arial"/>
          <w:color w:val="5D7284"/>
          <w:sz w:val="22"/>
        </w:rPr>
        <w:t>49:49</w:t>
      </w:r>
    </w:p>
    <w:p>
      <w:pPr>
        <w:spacing w:after="0"/>
      </w:pPr>
      <w:r>
        <w:rPr>
          <w:rFonts w:ascii="Arial" w:hAnsi="Arial"/>
          <w:sz w:val="22"/>
        </w:rPr>
        <w:t>and quite a plasticy face but that is made out of like waxy plastic.</w:t>
      </w:r>
    </w:p>
    <w:p>
      <w:pPr>
        <w:spacing w:after="0"/>
      </w:pPr>
    </w:p>
    <w:p>
      <w:pPr>
        <w:spacing w:after="0"/>
      </w:pPr>
      <w:r>
        <w:rPr>
          <w:rFonts w:ascii="Arial" w:hAnsi="Arial"/>
          <w:b/>
          <w:sz w:val="22"/>
        </w:rPr>
        <w:t xml:space="preserve">Daisy  </w:t>
      </w:r>
      <w:r>
        <w:rPr>
          <w:rFonts w:ascii="Arial" w:hAnsi="Arial"/>
          <w:color w:val="5D7284"/>
          <w:sz w:val="22"/>
        </w:rPr>
        <w:t>49:53</w:t>
      </w:r>
    </w:p>
    <w:p>
      <w:pPr>
        <w:spacing w:after="0"/>
      </w:pPr>
      <w:r>
        <w:rPr>
          <w:rFonts w:ascii="Arial" w:hAnsi="Arial"/>
          <w:sz w:val="22"/>
        </w:rPr>
        <w:t>Well, yeah, I'll probably explain the plastic look....</w:t>
      </w:r>
    </w:p>
    <w:p>
      <w:pPr>
        <w:spacing w:after="0"/>
      </w:pPr>
    </w:p>
    <w:p>
      <w:pPr>
        <w:spacing w:after="0"/>
      </w:pPr>
      <w:r>
        <w:rPr>
          <w:rFonts w:ascii="Arial" w:hAnsi="Arial"/>
          <w:b/>
          <w:sz w:val="22"/>
        </w:rPr>
        <w:t xml:space="preserve">Lucy  </w:t>
      </w:r>
      <w:r>
        <w:rPr>
          <w:rFonts w:ascii="Arial" w:hAnsi="Arial"/>
          <w:color w:val="5D7284"/>
          <w:sz w:val="22"/>
        </w:rPr>
        <w:t>49:55</w:t>
      </w:r>
    </w:p>
    <w:p>
      <w:pPr>
        <w:spacing w:after="0"/>
      </w:pPr>
      <w:r>
        <w:rPr>
          <w:rFonts w:ascii="Arial" w:hAnsi="Arial"/>
          <w:sz w:val="22"/>
        </w:rPr>
        <w:t>That's why he looks like waxy plastic. I do think his eyes are a bit too close together as well. I don't know. Yeah, maybe a little bit. (Daisy) Yeah. See what you mean.</w:t>
      </w:r>
    </w:p>
    <w:p>
      <w:pPr>
        <w:spacing w:after="0"/>
      </w:pPr>
    </w:p>
    <w:p>
      <w:pPr>
        <w:spacing w:after="0"/>
      </w:pPr>
      <w:r>
        <w:rPr>
          <w:rFonts w:ascii="Arial" w:hAnsi="Arial"/>
          <w:b/>
          <w:sz w:val="22"/>
        </w:rPr>
        <w:t xml:space="preserve">Alice  </w:t>
      </w:r>
      <w:r>
        <w:rPr>
          <w:rFonts w:ascii="Arial" w:hAnsi="Arial"/>
          <w:color w:val="5D7284"/>
          <w:sz w:val="22"/>
        </w:rPr>
        <w:t>50:06</w:t>
      </w:r>
    </w:p>
    <w:p>
      <w:pPr>
        <w:spacing w:after="0"/>
      </w:pPr>
      <w:r>
        <w:rPr>
          <w:rFonts w:ascii="Arial" w:hAnsi="Arial"/>
          <w:sz w:val="22"/>
        </w:rPr>
        <w:t>I mean, that's based on a painting.</w:t>
      </w:r>
    </w:p>
    <w:p>
      <w:pPr>
        <w:spacing w:after="0"/>
      </w:pPr>
    </w:p>
    <w:p>
      <w:pPr>
        <w:spacing w:after="0"/>
      </w:pPr>
      <w:r>
        <w:rPr>
          <w:rFonts w:ascii="Arial" w:hAnsi="Arial"/>
          <w:b/>
          <w:sz w:val="22"/>
        </w:rPr>
        <w:t xml:space="preserve">Lucy  </w:t>
      </w:r>
      <w:r>
        <w:rPr>
          <w:rFonts w:ascii="Arial" w:hAnsi="Arial"/>
          <w:color w:val="5D7284"/>
          <w:sz w:val="22"/>
        </w:rPr>
        <w:t>50:10</w:t>
      </w:r>
    </w:p>
    <w:p>
      <w:pPr>
        <w:spacing w:after="0"/>
      </w:pPr>
      <w:r>
        <w:rPr>
          <w:rFonts w:ascii="Arial" w:hAnsi="Arial"/>
          <w:sz w:val="22"/>
        </w:rPr>
        <w:t>It's based on the skull,(Alice) Oh is it? Of his face that they found.</w:t>
      </w:r>
    </w:p>
    <w:p>
      <w:pPr>
        <w:spacing w:after="0"/>
      </w:pPr>
    </w:p>
    <w:p>
      <w:pPr>
        <w:spacing w:after="0"/>
      </w:pPr>
      <w:r>
        <w:rPr>
          <w:rFonts w:ascii="Arial" w:hAnsi="Arial"/>
          <w:b/>
          <w:sz w:val="22"/>
        </w:rPr>
        <w:t xml:space="preserve">Daisy  </w:t>
      </w:r>
      <w:r>
        <w:rPr>
          <w:rFonts w:ascii="Arial" w:hAnsi="Arial"/>
          <w:color w:val="5D7284"/>
          <w:sz w:val="22"/>
        </w:rPr>
        <w:t>50:14</w:t>
      </w:r>
    </w:p>
    <w:p>
      <w:pPr>
        <w:spacing w:after="0"/>
      </w:pPr>
      <w:r>
        <w:rPr>
          <w:rFonts w:ascii="Arial" w:hAnsi="Arial"/>
          <w:sz w:val="22"/>
        </w:rPr>
        <w:t>We were just commenting downstairs and the cafe that all of the paintings of Richard the Third, they all sort of look quite different, but they're all wearing the same outfit. (Lucy) Yeah.. It's like the one thing we know about Richard the Third is that he wears this hat. (Alice laughs)</w:t>
      </w:r>
    </w:p>
    <w:p>
      <w:pPr>
        <w:spacing w:after="0"/>
      </w:pPr>
    </w:p>
    <w:p>
      <w:pPr>
        <w:spacing w:after="0"/>
      </w:pPr>
      <w:r>
        <w:rPr>
          <w:rFonts w:ascii="Arial" w:hAnsi="Arial"/>
          <w:b/>
          <w:sz w:val="22"/>
        </w:rPr>
        <w:t xml:space="preserve">Lucy  </w:t>
      </w:r>
      <w:r>
        <w:rPr>
          <w:rFonts w:ascii="Arial" w:hAnsi="Arial"/>
          <w:color w:val="5D7284"/>
          <w:sz w:val="22"/>
        </w:rPr>
        <w:t>50:26</w:t>
      </w:r>
    </w:p>
    <w:p>
      <w:pPr>
        <w:spacing w:after="0"/>
      </w:pPr>
      <w:r>
        <w:rPr>
          <w:rFonts w:ascii="Arial" w:hAnsi="Arial"/>
          <w:sz w:val="22"/>
        </w:rPr>
        <w:t>Yes, he likes the hat. Yeah, it's very good in a hat. But yeah, the picture over there is taken from..they did like a mold. They did a mold of his face and then built up like skin and (Daisy) Assumed his level of cheekiness. And he does look like Lord Farquhar, did somebody just get bored and yeah, looks a bit like that.That's fine. Whilst watching Shrek.</w:t>
      </w:r>
    </w:p>
    <w:p>
      <w:pPr>
        <w:spacing w:after="0"/>
      </w:pPr>
    </w:p>
    <w:p>
      <w:pPr>
        <w:spacing w:after="0"/>
      </w:pPr>
      <w:r>
        <w:rPr>
          <w:rFonts w:ascii="Arial" w:hAnsi="Arial"/>
          <w:b/>
          <w:sz w:val="22"/>
        </w:rPr>
        <w:t xml:space="preserve">Daisy  </w:t>
      </w:r>
      <w:r>
        <w:rPr>
          <w:rFonts w:ascii="Arial" w:hAnsi="Arial"/>
          <w:color w:val="5D7284"/>
          <w:sz w:val="22"/>
        </w:rPr>
        <w:t>50:48</w:t>
      </w:r>
    </w:p>
    <w:p>
      <w:pPr>
        <w:spacing w:after="0"/>
      </w:pPr>
      <w:r>
        <w:rPr>
          <w:rFonts w:ascii="Arial" w:hAnsi="Arial"/>
          <w:sz w:val="22"/>
        </w:rPr>
        <w:t>Yeah animates the picture. So some of you may die. That's the risk I'm willing to take. (Lucy laughs)  Yeah, so Shakespeare's play Richard The third (Lucy) Yeah. Was written based on Thomas Moore's book and also a couple of others that said the same sort of thing. But just in general, you know, Richard, the third boo. You know... Has anyone seen it? Like..</w:t>
      </w:r>
    </w:p>
    <w:p>
      <w:pPr>
        <w:spacing w:after="0"/>
      </w:pPr>
    </w:p>
    <w:p>
      <w:pPr>
        <w:spacing w:after="0"/>
      </w:pPr>
      <w:r>
        <w:rPr>
          <w:rFonts w:ascii="Arial" w:hAnsi="Arial"/>
          <w:b/>
          <w:sz w:val="22"/>
        </w:rPr>
        <w:t xml:space="preserve">Lucy  </w:t>
      </w:r>
      <w:r>
        <w:rPr>
          <w:rFonts w:ascii="Arial" w:hAnsi="Arial"/>
          <w:color w:val="5D7284"/>
          <w:sz w:val="22"/>
        </w:rPr>
        <w:t>51:14</w:t>
      </w:r>
    </w:p>
    <w:p>
      <w:pPr>
        <w:spacing w:after="0"/>
      </w:pPr>
      <w:r>
        <w:rPr>
          <w:rFonts w:ascii="Arial" w:hAnsi="Arial"/>
          <w:sz w:val="22"/>
        </w:rPr>
        <w:t>I wanted to, they do know, they were they were doing a live streaming of Richard the Third with Arthur somebody? can't remember his name now. Who was playing Richard the third. He was the first disabled man to play Richard the Third. And I missed it, so no, I haven't. But I would like to. (Daisy) I haven't seen it.</w:t>
      </w:r>
    </w:p>
    <w:p>
      <w:pPr>
        <w:spacing w:after="0"/>
      </w:pPr>
    </w:p>
    <w:p>
      <w:pPr>
        <w:spacing w:after="0"/>
      </w:pPr>
      <w:r>
        <w:rPr>
          <w:rFonts w:ascii="Arial" w:hAnsi="Arial"/>
          <w:b/>
          <w:sz w:val="22"/>
        </w:rPr>
        <w:t xml:space="preserve">Alice  </w:t>
      </w:r>
      <w:r>
        <w:rPr>
          <w:rFonts w:ascii="Arial" w:hAnsi="Arial"/>
          <w:color w:val="5D7284"/>
          <w:sz w:val="22"/>
        </w:rPr>
        <w:t>51:35</w:t>
      </w:r>
    </w:p>
    <w:p>
      <w:pPr>
        <w:spacing w:after="0"/>
      </w:pPr>
      <w:r>
        <w:rPr>
          <w:rFonts w:ascii="Arial" w:hAnsi="Arial"/>
          <w:sz w:val="22"/>
        </w:rPr>
        <w:t xml:space="preserve"> No, I haven't seen it either. It's like this. I haven't seen</w:t>
      </w:r>
    </w:p>
    <w:p>
      <w:pPr>
        <w:spacing w:after="0"/>
      </w:pPr>
    </w:p>
    <w:p>
      <w:pPr>
        <w:spacing w:after="0"/>
      </w:pPr>
      <w:r>
        <w:rPr>
          <w:rFonts w:ascii="Arial" w:hAnsi="Arial"/>
          <w:b/>
          <w:sz w:val="22"/>
        </w:rPr>
        <w:t xml:space="preserve">Lucy  </w:t>
      </w:r>
      <w:r>
        <w:rPr>
          <w:rFonts w:ascii="Arial" w:hAnsi="Arial"/>
          <w:color w:val="5D7284"/>
          <w:sz w:val="22"/>
        </w:rPr>
        <w:t>51:39</w:t>
      </w:r>
    </w:p>
    <w:p>
      <w:pPr>
        <w:spacing w:after="0"/>
      </w:pPr>
      <w:r>
        <w:rPr>
          <w:rFonts w:ascii="Arial" w:hAnsi="Arial"/>
          <w:sz w:val="22"/>
        </w:rPr>
        <w:t>Molly. Have you seen it? (Molly) No.</w:t>
      </w:r>
    </w:p>
    <w:p>
      <w:pPr>
        <w:spacing w:after="0"/>
      </w:pPr>
    </w:p>
    <w:p>
      <w:pPr>
        <w:spacing w:after="0"/>
      </w:pPr>
      <w:r>
        <w:rPr>
          <w:rFonts w:ascii="Arial" w:hAnsi="Arial"/>
          <w:b/>
          <w:sz w:val="22"/>
        </w:rPr>
        <w:t xml:space="preserve">Alice  </w:t>
      </w:r>
      <w:r>
        <w:rPr>
          <w:rFonts w:ascii="Arial" w:hAnsi="Arial"/>
          <w:color w:val="5D7284"/>
          <w:sz w:val="22"/>
        </w:rPr>
        <w:t>51:41</w:t>
      </w:r>
    </w:p>
    <w:p>
      <w:pPr>
        <w:spacing w:after="0"/>
      </w:pPr>
      <w:r>
        <w:rPr>
          <w:rFonts w:ascii="Arial" w:hAnsi="Arial"/>
          <w:sz w:val="22"/>
        </w:rPr>
        <w:t>I haven't seen any the king. The Shakespeare King.</w:t>
      </w:r>
    </w:p>
    <w:p>
      <w:pPr>
        <w:spacing w:after="0"/>
      </w:pPr>
    </w:p>
    <w:p>
      <w:pPr>
        <w:spacing w:after="0"/>
      </w:pPr>
      <w:r>
        <w:rPr>
          <w:rFonts w:ascii="Arial" w:hAnsi="Arial"/>
          <w:b/>
          <w:sz w:val="22"/>
        </w:rPr>
        <w:t xml:space="preserve">Lucy  </w:t>
      </w:r>
      <w:r>
        <w:rPr>
          <w:rFonts w:ascii="Arial" w:hAnsi="Arial"/>
          <w:color w:val="5D7284"/>
          <w:sz w:val="22"/>
        </w:rPr>
        <w:t>51:45</w:t>
      </w:r>
    </w:p>
    <w:p>
      <w:pPr>
        <w:spacing w:after="0"/>
      </w:pPr>
      <w:r>
        <w:rPr>
          <w:rFonts w:ascii="Arial" w:hAnsi="Arial"/>
          <w:sz w:val="22"/>
        </w:rPr>
        <w:t>Adam, have you seen it? (Adam) No. No nobody has seen it.</w:t>
      </w:r>
    </w:p>
    <w:p>
      <w:pPr>
        <w:spacing w:after="0"/>
      </w:pPr>
    </w:p>
    <w:p>
      <w:pPr>
        <w:spacing w:after="0"/>
      </w:pPr>
      <w:r>
        <w:rPr>
          <w:rFonts w:ascii="Arial" w:hAnsi="Arial"/>
          <w:b/>
          <w:sz w:val="22"/>
        </w:rPr>
        <w:t xml:space="preserve">Daisy  </w:t>
      </w:r>
      <w:r>
        <w:rPr>
          <w:rFonts w:ascii="Arial" w:hAnsi="Arial"/>
          <w:color w:val="5D7284"/>
          <w:sz w:val="22"/>
        </w:rPr>
        <w:t>51:48</w:t>
      </w:r>
    </w:p>
    <w:p>
      <w:pPr>
        <w:spacing w:after="0"/>
      </w:pPr>
      <w:r>
        <w:rPr>
          <w:rFonts w:ascii="Arial" w:hAnsi="Arial"/>
          <w:sz w:val="22"/>
        </w:rPr>
        <w:t>No, I think I saw A Midsummer Night's Dream. That's about it. I like Shakespeare. 12th night. I saw that one. (Alice) 12th night, it's one of my favorites. I love 12th night. Yeah that's good. Is that what the socks? (Alice) Yeah. Yeah. Yeah. (Lucy hypervilating while laughing) I was going to say what socks? It is like no no, no, the socks are, listen! (Lucy still laughing) I have</w:t>
      </w:r>
    </w:p>
    <w:p>
      <w:pPr>
        <w:spacing w:after="0"/>
      </w:pPr>
    </w:p>
    <w:p>
      <w:pPr>
        <w:spacing w:after="0"/>
      </w:pPr>
      <w:r>
        <w:rPr>
          <w:rFonts w:ascii="Arial" w:hAnsi="Arial"/>
          <w:b/>
          <w:sz w:val="22"/>
        </w:rPr>
        <w:t xml:space="preserve">Alice  </w:t>
      </w:r>
      <w:r>
        <w:rPr>
          <w:rFonts w:ascii="Arial" w:hAnsi="Arial"/>
          <w:color w:val="5D7284"/>
          <w:sz w:val="22"/>
        </w:rPr>
        <w:t>52:18</w:t>
      </w:r>
    </w:p>
    <w:p>
      <w:pPr>
        <w:spacing w:after="0"/>
      </w:pPr>
      <w:r>
        <w:rPr>
          <w:rFonts w:ascii="Arial" w:hAnsi="Arial"/>
          <w:sz w:val="22"/>
        </w:rPr>
        <w:t xml:space="preserve">an English Literature A level degree I know what I'm talking about. (laughs) So the thing about the socks is that they play a trick on the like grand ladies man servant that she secretly is in love with him. By writing a fake letter in which she declares that she is in love with him and that if he feels the same, he needs to wear these ridiculous ho's things and dress in a certain way and behave in a certain way and that's how she'll know that the love is requited but actually it's just a bunch of people taking the piss. And it's kind of unkind. (Lucy) I don't like that. The man servant's not a very nice person. </w:t>
      </w:r>
    </w:p>
    <w:p>
      <w:pPr>
        <w:spacing w:after="0"/>
      </w:pPr>
    </w:p>
    <w:p>
      <w:pPr>
        <w:spacing w:after="0"/>
      </w:pPr>
      <w:r>
        <w:rPr>
          <w:rFonts w:ascii="Arial" w:hAnsi="Arial"/>
          <w:b/>
          <w:sz w:val="22"/>
        </w:rPr>
        <w:t xml:space="preserve">Lucy  </w:t>
      </w:r>
      <w:r>
        <w:rPr>
          <w:rFonts w:ascii="Arial" w:hAnsi="Arial"/>
          <w:color w:val="5D7284"/>
          <w:sz w:val="22"/>
        </w:rPr>
        <w:t>52:57</w:t>
      </w:r>
    </w:p>
    <w:p>
      <w:pPr>
        <w:spacing w:after="0"/>
      </w:pPr>
      <w:r>
        <w:rPr>
          <w:rFonts w:ascii="Arial" w:hAnsi="Arial"/>
          <w:sz w:val="22"/>
        </w:rPr>
        <w:t>Oh I still don't like picking on people. Don't do it. Be kind. (Alice) Yeah</w:t>
      </w:r>
    </w:p>
    <w:p>
      <w:pPr>
        <w:spacing w:after="0"/>
      </w:pPr>
    </w:p>
    <w:p>
      <w:pPr>
        <w:spacing w:after="0"/>
      </w:pPr>
      <w:r>
        <w:rPr>
          <w:rFonts w:ascii="Arial" w:hAnsi="Arial"/>
          <w:b/>
          <w:sz w:val="22"/>
        </w:rPr>
        <w:t xml:space="preserve">Daisy  </w:t>
      </w:r>
      <w:r>
        <w:rPr>
          <w:rFonts w:ascii="Arial" w:hAnsi="Arial"/>
          <w:color w:val="5D7284"/>
          <w:sz w:val="22"/>
        </w:rPr>
        <w:t>53:03</w:t>
      </w:r>
    </w:p>
    <w:p>
      <w:pPr>
        <w:spacing w:after="0"/>
      </w:pPr>
      <w:r>
        <w:rPr>
          <w:rFonts w:ascii="Arial" w:hAnsi="Arial"/>
          <w:sz w:val="22"/>
        </w:rPr>
        <w:t>Shakespeare, Yeah.</w:t>
      </w:r>
    </w:p>
    <w:p>
      <w:pPr>
        <w:spacing w:after="0"/>
      </w:pPr>
    </w:p>
    <w:p>
      <w:pPr>
        <w:spacing w:after="0"/>
      </w:pPr>
      <w:r>
        <w:rPr>
          <w:rFonts w:ascii="Arial" w:hAnsi="Arial"/>
          <w:b/>
          <w:sz w:val="22"/>
        </w:rPr>
        <w:t xml:space="preserve">Lucy  </w:t>
      </w:r>
      <w:r>
        <w:rPr>
          <w:rFonts w:ascii="Arial" w:hAnsi="Arial"/>
          <w:color w:val="5D7284"/>
          <w:sz w:val="22"/>
        </w:rPr>
        <w:t>53:04</w:t>
      </w:r>
    </w:p>
    <w:p>
      <w:pPr>
        <w:spacing w:after="0"/>
      </w:pPr>
      <w:r>
        <w:rPr>
          <w:rFonts w:ascii="Arial" w:hAnsi="Arial"/>
          <w:sz w:val="22"/>
        </w:rPr>
        <w:t>Stop picking on people you knob head (laughs)</w:t>
      </w:r>
    </w:p>
    <w:p>
      <w:pPr>
        <w:spacing w:after="0"/>
      </w:pPr>
    </w:p>
    <w:p>
      <w:pPr>
        <w:spacing w:after="0"/>
      </w:pPr>
      <w:r>
        <w:rPr>
          <w:rFonts w:ascii="Arial" w:hAnsi="Arial"/>
          <w:b/>
          <w:sz w:val="22"/>
        </w:rPr>
        <w:t xml:space="preserve">Alice  </w:t>
      </w:r>
      <w:r>
        <w:rPr>
          <w:rFonts w:ascii="Arial" w:hAnsi="Arial"/>
          <w:color w:val="5D7284"/>
          <w:sz w:val="22"/>
        </w:rPr>
        <w:t>53:06</w:t>
      </w:r>
    </w:p>
    <w:p>
      <w:pPr>
        <w:spacing w:after="0"/>
      </w:pPr>
      <w:r>
        <w:rPr>
          <w:rFonts w:ascii="Arial" w:hAnsi="Arial"/>
          <w:sz w:val="22"/>
        </w:rPr>
        <w:t>I do feel this is the least of the problems with the Shakespeare plays. (Lucy) Yes. Let's not get started. (Lucy) No,</w:t>
      </w:r>
    </w:p>
    <w:p>
      <w:pPr>
        <w:spacing w:after="0"/>
      </w:pPr>
    </w:p>
    <w:p>
      <w:pPr>
        <w:spacing w:after="0"/>
      </w:pPr>
      <w:r>
        <w:rPr>
          <w:rFonts w:ascii="Arial" w:hAnsi="Arial"/>
          <w:b/>
          <w:sz w:val="22"/>
        </w:rPr>
        <w:t xml:space="preserve">Lucy  </w:t>
      </w:r>
      <w:r>
        <w:rPr>
          <w:rFonts w:ascii="Arial" w:hAnsi="Arial"/>
          <w:color w:val="5D7284"/>
          <w:sz w:val="22"/>
        </w:rPr>
        <w:t>53:15</w:t>
      </w:r>
    </w:p>
    <w:p>
      <w:pPr>
        <w:spacing w:after="0"/>
      </w:pPr>
      <w:r>
        <w:rPr>
          <w:rFonts w:ascii="Arial" w:hAnsi="Arial"/>
          <w:sz w:val="22"/>
        </w:rPr>
        <w:t>but we'll save that for another episode. Oh,</w:t>
      </w:r>
    </w:p>
    <w:p>
      <w:pPr>
        <w:spacing w:after="0"/>
      </w:pPr>
    </w:p>
    <w:p>
      <w:pPr>
        <w:spacing w:after="0"/>
      </w:pPr>
      <w:r>
        <w:rPr>
          <w:rFonts w:ascii="Arial" w:hAnsi="Arial"/>
          <w:b/>
          <w:sz w:val="22"/>
        </w:rPr>
        <w:t xml:space="preserve">Daisy  </w:t>
      </w:r>
      <w:r>
        <w:rPr>
          <w:rFonts w:ascii="Arial" w:hAnsi="Arial"/>
          <w:color w:val="5D7284"/>
          <w:sz w:val="22"/>
        </w:rPr>
        <w:t>53:17</w:t>
      </w:r>
    </w:p>
    <w:p>
      <w:pPr>
        <w:spacing w:after="0"/>
      </w:pPr>
      <w:r>
        <w:rPr>
          <w:rFonts w:ascii="Arial" w:hAnsi="Arial"/>
          <w:sz w:val="22"/>
        </w:rPr>
        <w:t>I did see Othello</w:t>
      </w:r>
    </w:p>
    <w:p>
      <w:pPr>
        <w:spacing w:after="0"/>
      </w:pPr>
    </w:p>
    <w:p>
      <w:pPr>
        <w:spacing w:after="0"/>
      </w:pPr>
      <w:r>
        <w:rPr>
          <w:rFonts w:ascii="Arial" w:hAnsi="Arial"/>
          <w:b/>
          <w:sz w:val="22"/>
        </w:rPr>
        <w:t xml:space="preserve">Alice  </w:t>
      </w:r>
      <w:r>
        <w:rPr>
          <w:rFonts w:ascii="Arial" w:hAnsi="Arial"/>
          <w:color w:val="5D7284"/>
          <w:sz w:val="22"/>
        </w:rPr>
        <w:t>53:19</w:t>
      </w:r>
    </w:p>
    <w:p>
      <w:pPr>
        <w:spacing w:after="0"/>
      </w:pPr>
      <w:r>
        <w:rPr>
          <w:rFonts w:ascii="Arial" w:hAnsi="Arial"/>
          <w:sz w:val="22"/>
        </w:rPr>
        <w:t>it's good. It's racist. but it's good.</w:t>
      </w:r>
    </w:p>
    <w:p>
      <w:pPr>
        <w:spacing w:after="0"/>
      </w:pPr>
    </w:p>
    <w:p>
      <w:pPr>
        <w:spacing w:after="0"/>
      </w:pPr>
      <w:r>
        <w:rPr>
          <w:rFonts w:ascii="Arial" w:hAnsi="Arial"/>
          <w:b/>
          <w:sz w:val="22"/>
        </w:rPr>
        <w:t xml:space="preserve">Daisy  </w:t>
      </w:r>
      <w:r>
        <w:rPr>
          <w:rFonts w:ascii="Arial" w:hAnsi="Arial"/>
          <w:color w:val="5D7284"/>
          <w:sz w:val="22"/>
        </w:rPr>
        <w:t>53:23</w:t>
      </w:r>
    </w:p>
    <w:p>
      <w:pPr>
        <w:spacing w:after="0"/>
      </w:pPr>
      <w:r>
        <w:rPr>
          <w:rFonts w:ascii="Arial" w:hAnsi="Arial"/>
          <w:sz w:val="22"/>
        </w:rPr>
        <w:t>Yeah, I think I saw like a, like a modern retelling of Othello.</w:t>
      </w:r>
    </w:p>
    <w:p>
      <w:pPr>
        <w:spacing w:after="0"/>
      </w:pPr>
    </w:p>
    <w:p>
      <w:pPr>
        <w:spacing w:after="0"/>
      </w:pPr>
      <w:r>
        <w:rPr>
          <w:rFonts w:ascii="Arial" w:hAnsi="Arial"/>
          <w:b/>
          <w:sz w:val="22"/>
        </w:rPr>
        <w:t xml:space="preserve">Lucy  </w:t>
      </w:r>
      <w:r>
        <w:rPr>
          <w:rFonts w:ascii="Arial" w:hAnsi="Arial"/>
          <w:color w:val="5D7284"/>
          <w:sz w:val="22"/>
        </w:rPr>
        <w:t>53:28</w:t>
      </w:r>
    </w:p>
    <w:p>
      <w:pPr>
        <w:spacing w:after="0"/>
      </w:pPr>
      <w:r>
        <w:rPr>
          <w:rFonts w:ascii="Arial" w:hAnsi="Arial"/>
          <w:sz w:val="22"/>
        </w:rPr>
        <w:t>Didn't Lenny Henry do it?</w:t>
      </w:r>
    </w:p>
    <w:p>
      <w:pPr>
        <w:spacing w:after="0"/>
      </w:pPr>
    </w:p>
    <w:p>
      <w:pPr>
        <w:spacing w:after="0"/>
      </w:pPr>
      <w:r>
        <w:rPr>
          <w:rFonts w:ascii="Arial" w:hAnsi="Arial"/>
          <w:b/>
          <w:sz w:val="22"/>
        </w:rPr>
        <w:t xml:space="preserve">Daisy  </w:t>
      </w:r>
      <w:r>
        <w:rPr>
          <w:rFonts w:ascii="Arial" w:hAnsi="Arial"/>
          <w:color w:val="5D7284"/>
          <w:sz w:val="22"/>
        </w:rPr>
        <w:t>53:29</w:t>
      </w:r>
    </w:p>
    <w:p>
      <w:pPr>
        <w:spacing w:after="0"/>
      </w:pPr>
      <w:r>
        <w:rPr>
          <w:rFonts w:ascii="Arial" w:hAnsi="Arial"/>
          <w:sz w:val="22"/>
        </w:rPr>
        <w:t xml:space="preserve">I mean, not in the one I saw. (laughs) Because that was in.. </w:t>
      </w:r>
    </w:p>
    <w:p>
      <w:pPr>
        <w:spacing w:after="0"/>
      </w:pPr>
    </w:p>
    <w:p>
      <w:pPr>
        <w:spacing w:after="0"/>
      </w:pPr>
      <w:r>
        <w:rPr>
          <w:rFonts w:ascii="Arial" w:hAnsi="Arial"/>
          <w:b/>
          <w:sz w:val="22"/>
        </w:rPr>
        <w:t xml:space="preserve">Lucy  </w:t>
      </w:r>
      <w:r>
        <w:rPr>
          <w:rFonts w:ascii="Arial" w:hAnsi="Arial"/>
          <w:color w:val="5D7284"/>
          <w:sz w:val="22"/>
        </w:rPr>
        <w:t>53:32</w:t>
      </w:r>
    </w:p>
    <w:p>
      <w:pPr>
        <w:spacing w:after="0"/>
      </w:pPr>
      <w:r>
        <w:rPr>
          <w:rFonts w:ascii="Arial" w:hAnsi="Arial"/>
          <w:sz w:val="22"/>
        </w:rPr>
        <w:t xml:space="preserve"> He did, he did. I'm sure he did </w:t>
      </w:r>
    </w:p>
    <w:p>
      <w:pPr>
        <w:spacing w:after="0"/>
      </w:pPr>
    </w:p>
    <w:p>
      <w:pPr>
        <w:spacing w:after="0"/>
      </w:pPr>
      <w:r>
        <w:rPr>
          <w:rFonts w:ascii="Arial" w:hAnsi="Arial"/>
          <w:b/>
          <w:sz w:val="22"/>
        </w:rPr>
        <w:t xml:space="preserve">Daisy  </w:t>
      </w:r>
      <w:r>
        <w:rPr>
          <w:rFonts w:ascii="Arial" w:hAnsi="Arial"/>
          <w:color w:val="5D7284"/>
          <w:sz w:val="22"/>
        </w:rPr>
        <w:t>53:36</w:t>
      </w:r>
    </w:p>
    <w:p>
      <w:pPr>
        <w:spacing w:after="0"/>
      </w:pPr>
      <w:r>
        <w:rPr>
          <w:rFonts w:ascii="Arial" w:hAnsi="Arial"/>
          <w:sz w:val="22"/>
        </w:rPr>
        <w:t>I don't know Lenny Henry did go to Plymouth because Dawn French was from Pearlness.</w:t>
      </w:r>
    </w:p>
    <w:p>
      <w:pPr>
        <w:spacing w:after="0"/>
      </w:pPr>
    </w:p>
    <w:p>
      <w:pPr>
        <w:spacing w:after="0"/>
      </w:pPr>
      <w:r>
        <w:rPr>
          <w:rFonts w:ascii="Arial" w:hAnsi="Arial"/>
          <w:b/>
          <w:sz w:val="22"/>
        </w:rPr>
        <w:t xml:space="preserve">Alice  </w:t>
      </w:r>
      <w:r>
        <w:rPr>
          <w:rFonts w:ascii="Arial" w:hAnsi="Arial"/>
          <w:color w:val="5D7284"/>
          <w:sz w:val="22"/>
        </w:rPr>
        <w:t>53:38</w:t>
      </w:r>
    </w:p>
    <w:p>
      <w:pPr>
        <w:spacing w:after="0"/>
      </w:pPr>
      <w:r>
        <w:rPr>
          <w:rFonts w:ascii="Arial" w:hAnsi="Arial"/>
          <w:sz w:val="22"/>
        </w:rPr>
        <w:t xml:space="preserve">Was she? (Daisy) Yeah, I say What's she like? She's dead. </w:t>
      </w:r>
    </w:p>
    <w:p>
      <w:pPr>
        <w:spacing w:after="0"/>
      </w:pPr>
    </w:p>
    <w:p>
      <w:pPr>
        <w:spacing w:after="0"/>
      </w:pPr>
      <w:r>
        <w:rPr>
          <w:rFonts w:ascii="Arial" w:hAnsi="Arial"/>
          <w:b/>
          <w:sz w:val="22"/>
        </w:rPr>
        <w:t xml:space="preserve">Lucy  </w:t>
      </w:r>
      <w:r>
        <w:rPr>
          <w:rFonts w:ascii="Arial" w:hAnsi="Arial"/>
          <w:color w:val="5D7284"/>
          <w:sz w:val="22"/>
        </w:rPr>
        <w:t>53:41</w:t>
      </w:r>
    </w:p>
    <w:p>
      <w:pPr>
        <w:spacing w:after="0"/>
      </w:pPr>
      <w:r>
        <w:rPr>
          <w:rFonts w:ascii="Arial" w:hAnsi="Arial"/>
          <w:sz w:val="22"/>
        </w:rPr>
        <w:t xml:space="preserve">She's buried alive. (Alice laughs) </w:t>
      </w:r>
    </w:p>
    <w:p>
      <w:pPr>
        <w:spacing w:after="0"/>
      </w:pPr>
    </w:p>
    <w:p>
      <w:pPr>
        <w:spacing w:after="0"/>
      </w:pPr>
      <w:r>
        <w:rPr>
          <w:rFonts w:ascii="Arial" w:hAnsi="Arial"/>
          <w:b/>
          <w:sz w:val="22"/>
        </w:rPr>
        <w:t xml:space="preserve">Alice  </w:t>
      </w:r>
      <w:r>
        <w:rPr>
          <w:rFonts w:ascii="Arial" w:hAnsi="Arial"/>
          <w:color w:val="5D7284"/>
          <w:sz w:val="22"/>
        </w:rPr>
        <w:t>53:44</w:t>
      </w:r>
    </w:p>
    <w:p>
      <w:pPr>
        <w:spacing w:after="0"/>
      </w:pPr>
      <w:r>
        <w:rPr>
          <w:rFonts w:ascii="Arial" w:hAnsi="Arial"/>
          <w:sz w:val="22"/>
        </w:rPr>
        <w:t>Her and Princess Anne.</w:t>
      </w:r>
    </w:p>
    <w:p>
      <w:pPr>
        <w:spacing w:after="0"/>
      </w:pPr>
    </w:p>
    <w:p>
      <w:pPr>
        <w:spacing w:after="0"/>
      </w:pPr>
      <w:r>
        <w:rPr>
          <w:rFonts w:ascii="Arial" w:hAnsi="Arial"/>
          <w:b/>
          <w:sz w:val="22"/>
        </w:rPr>
        <w:t xml:space="preserve">Daisy  </w:t>
      </w:r>
      <w:r>
        <w:rPr>
          <w:rFonts w:ascii="Arial" w:hAnsi="Arial"/>
          <w:color w:val="5D7284"/>
          <w:sz w:val="22"/>
        </w:rPr>
        <w:t>53:45</w:t>
      </w:r>
    </w:p>
    <w:p>
      <w:pPr>
        <w:spacing w:after="0"/>
      </w:pPr>
      <w:r>
        <w:rPr>
          <w:rFonts w:ascii="Arial" w:hAnsi="Arial"/>
          <w:sz w:val="22"/>
        </w:rPr>
        <w:t>She's gonna walk out this recording like Oh my god how did she do it? (laughs)</w:t>
      </w:r>
    </w:p>
    <w:p>
      <w:pPr>
        <w:spacing w:after="0"/>
      </w:pPr>
    </w:p>
    <w:p>
      <w:pPr>
        <w:spacing w:after="0"/>
      </w:pPr>
      <w:r>
        <w:rPr>
          <w:rFonts w:ascii="Arial" w:hAnsi="Arial"/>
          <w:b/>
          <w:sz w:val="22"/>
        </w:rPr>
        <w:t xml:space="preserve">Alice  </w:t>
      </w:r>
      <w:r>
        <w:rPr>
          <w:rFonts w:ascii="Arial" w:hAnsi="Arial"/>
          <w:color w:val="5D7284"/>
          <w:sz w:val="22"/>
        </w:rPr>
        <w:t>53:55</w:t>
      </w:r>
    </w:p>
    <w:p>
      <w:pPr>
        <w:spacing w:after="0"/>
      </w:pPr>
      <w:r>
        <w:rPr>
          <w:rFonts w:ascii="Arial" w:hAnsi="Arial"/>
          <w:sz w:val="22"/>
        </w:rPr>
        <w:t>History! (Lucy) History! to be fair we aren't doig bad we haven't got the trumpet out yet. It's fine. We don't know how much drumroll's Adam's just putting over every other word.</w:t>
      </w:r>
    </w:p>
    <w:p>
      <w:pPr>
        <w:spacing w:after="0"/>
      </w:pPr>
    </w:p>
    <w:p>
      <w:pPr>
        <w:spacing w:after="0"/>
      </w:pPr>
      <w:r>
        <w:rPr>
          <w:rFonts w:ascii="Arial" w:hAnsi="Arial"/>
          <w:b/>
          <w:sz w:val="22"/>
        </w:rPr>
        <w:t xml:space="preserve">Daisy  </w:t>
      </w:r>
      <w:r>
        <w:rPr>
          <w:rFonts w:ascii="Arial" w:hAnsi="Arial"/>
          <w:color w:val="5D7284"/>
          <w:sz w:val="22"/>
        </w:rPr>
        <w:t>54:15</w:t>
      </w:r>
    </w:p>
    <w:p>
      <w:pPr>
        <w:spacing w:after="0"/>
      </w:pPr>
      <w:r>
        <w:rPr>
          <w:rFonts w:ascii="Arial" w:hAnsi="Arial"/>
          <w:sz w:val="22"/>
        </w:rPr>
        <w:t>Every now and then you shout history. They expect me to just be able to pick it up. (laughing) (Lucy) History! Hang on let my computer recognise my face, there we go. Yeah. So when Richard the Third, the Shakespeare play was written. (Lucy) Yes. Elizabeth the first (Lucy) Yeah. Was on the throne. So she was a Tudor, obviously, (Lucy) Obviously. And she was also kind of the last in the Tudor line. (Lucy) Because yes, because she didn't have any children. Yeah. And so you know, talking about how much better the Tudors were than anything else was...</w:t>
      </w:r>
    </w:p>
    <w:p>
      <w:pPr>
        <w:spacing w:after="0"/>
      </w:pPr>
    </w:p>
    <w:p>
      <w:pPr>
        <w:spacing w:after="0"/>
      </w:pPr>
      <w:r>
        <w:rPr>
          <w:rFonts w:ascii="Arial" w:hAnsi="Arial"/>
          <w:b/>
          <w:sz w:val="22"/>
        </w:rPr>
        <w:t xml:space="preserve">Alice  </w:t>
      </w:r>
      <w:r>
        <w:rPr>
          <w:rFonts w:ascii="Arial" w:hAnsi="Arial"/>
          <w:color w:val="5D7284"/>
          <w:sz w:val="22"/>
        </w:rPr>
        <w:t>54:56</w:t>
      </w:r>
    </w:p>
    <w:p>
      <w:pPr>
        <w:spacing w:after="0"/>
      </w:pPr>
      <w:r>
        <w:rPr>
          <w:rFonts w:ascii="Arial" w:hAnsi="Arial"/>
          <w:sz w:val="22"/>
        </w:rPr>
        <w:t>They don't last for that long.</w:t>
      </w:r>
    </w:p>
    <w:p>
      <w:pPr>
        <w:spacing w:after="0"/>
      </w:pPr>
    </w:p>
    <w:p>
      <w:pPr>
        <w:spacing w:after="0"/>
      </w:pPr>
      <w:r>
        <w:rPr>
          <w:rFonts w:ascii="Arial" w:hAnsi="Arial"/>
          <w:b/>
          <w:sz w:val="22"/>
        </w:rPr>
        <w:t xml:space="preserve">Daisy  </w:t>
      </w:r>
      <w:r>
        <w:rPr>
          <w:rFonts w:ascii="Arial" w:hAnsi="Arial"/>
          <w:color w:val="5D7284"/>
          <w:sz w:val="22"/>
        </w:rPr>
        <w:t>54:58</w:t>
      </w:r>
    </w:p>
    <w:p>
      <w:pPr>
        <w:spacing w:after="0"/>
      </w:pPr>
      <w:r>
        <w:rPr>
          <w:rFonts w:ascii="Arial" w:hAnsi="Arial"/>
          <w:sz w:val="22"/>
        </w:rPr>
        <w:t>Well, that was still a very popular way of</w:t>
      </w:r>
    </w:p>
    <w:p>
      <w:pPr>
        <w:spacing w:after="0"/>
      </w:pPr>
    </w:p>
    <w:p>
      <w:pPr>
        <w:spacing w:after="0"/>
      </w:pPr>
      <w:r>
        <w:rPr>
          <w:rFonts w:ascii="Arial" w:hAnsi="Arial"/>
          <w:b/>
          <w:sz w:val="22"/>
        </w:rPr>
        <w:t xml:space="preserve">Lucy  </w:t>
      </w:r>
      <w:r>
        <w:rPr>
          <w:rFonts w:ascii="Arial" w:hAnsi="Arial"/>
          <w:color w:val="5D7284"/>
          <w:sz w:val="22"/>
        </w:rPr>
        <w:t>54:59</w:t>
      </w:r>
    </w:p>
    <w:p>
      <w:pPr>
        <w:spacing w:after="0"/>
      </w:pPr>
      <w:r>
        <w:rPr>
          <w:rFonts w:ascii="Arial" w:hAnsi="Arial"/>
          <w:sz w:val="22"/>
        </w:rPr>
        <w:t>And just like queen Elizabeth does I always think that Queen Elizabeth first is a bit like a panda like because in the sense that pandas like they, (Laughing)..the only thing they eat is bamboo... but they are I think they have got a death wish pandas. They just wouldn't kill themselves.(laughs)</w:t>
      </w:r>
    </w:p>
    <w:p>
      <w:pPr>
        <w:spacing w:after="0"/>
      </w:pPr>
    </w:p>
    <w:p>
      <w:pPr>
        <w:spacing w:after="0"/>
      </w:pPr>
      <w:r>
        <w:rPr>
          <w:rFonts w:ascii="Arial" w:hAnsi="Arial"/>
          <w:b/>
          <w:sz w:val="22"/>
        </w:rPr>
        <w:t xml:space="preserve">Alice  </w:t>
      </w:r>
      <w:r>
        <w:rPr>
          <w:rFonts w:ascii="Arial" w:hAnsi="Arial"/>
          <w:color w:val="5D7284"/>
          <w:sz w:val="22"/>
        </w:rPr>
        <w:t>55:19</w:t>
      </w:r>
    </w:p>
    <w:p>
      <w:pPr>
        <w:spacing w:after="0"/>
      </w:pPr>
      <w:r>
        <w:rPr>
          <w:rFonts w:ascii="Arial" w:hAnsi="Arial"/>
          <w:sz w:val="22"/>
        </w:rPr>
        <w:t>I mean, if we hadn't destroyed all of their natural habitat and left them to it...</w:t>
      </w:r>
    </w:p>
    <w:p>
      <w:pPr>
        <w:spacing w:after="0"/>
      </w:pPr>
    </w:p>
    <w:p>
      <w:pPr>
        <w:spacing w:after="0"/>
      </w:pPr>
      <w:r>
        <w:rPr>
          <w:rFonts w:ascii="Arial" w:hAnsi="Arial"/>
          <w:b/>
          <w:sz w:val="22"/>
        </w:rPr>
        <w:t xml:space="preserve">Lucy  </w:t>
      </w:r>
      <w:r>
        <w:rPr>
          <w:rFonts w:ascii="Arial" w:hAnsi="Arial"/>
          <w:color w:val="5D7284"/>
          <w:sz w:val="22"/>
        </w:rPr>
        <w:t>55:24</w:t>
      </w:r>
    </w:p>
    <w:p>
      <w:pPr>
        <w:spacing w:after="0"/>
      </w:pPr>
      <w:r>
        <w:rPr>
          <w:rFonts w:ascii="Arial" w:hAnsi="Arial"/>
          <w:sz w:val="22"/>
        </w:rPr>
        <w:t>Yeah alright, but like, Elizabeth the first was like, No, I'm not bothered about continuing this line of royality.</w:t>
      </w:r>
    </w:p>
    <w:p>
      <w:pPr>
        <w:spacing w:after="0"/>
      </w:pPr>
    </w:p>
    <w:p>
      <w:pPr>
        <w:spacing w:after="0"/>
      </w:pPr>
      <w:r>
        <w:rPr>
          <w:rFonts w:ascii="Arial" w:hAnsi="Arial"/>
          <w:b/>
          <w:sz w:val="22"/>
        </w:rPr>
        <w:t xml:space="preserve">Alice  </w:t>
      </w:r>
      <w:r>
        <w:rPr>
          <w:rFonts w:ascii="Arial" w:hAnsi="Arial"/>
          <w:color w:val="5D7284"/>
          <w:sz w:val="22"/>
        </w:rPr>
        <w:t>55:31</w:t>
      </w:r>
    </w:p>
    <w:p>
      <w:pPr>
        <w:spacing w:after="0"/>
      </w:pPr>
      <w:r>
        <w:rPr>
          <w:rFonts w:ascii="Arial" w:hAnsi="Arial"/>
          <w:sz w:val="22"/>
        </w:rPr>
        <w:t>I mean, I think she was but I think the people that she would get to marry were like, no love. Have you seen your teeth?</w:t>
      </w:r>
    </w:p>
    <w:p>
      <w:pPr>
        <w:spacing w:after="0"/>
      </w:pPr>
    </w:p>
    <w:p>
      <w:pPr>
        <w:spacing w:after="0"/>
      </w:pPr>
      <w:r>
        <w:rPr>
          <w:rFonts w:ascii="Arial" w:hAnsi="Arial"/>
          <w:b/>
          <w:sz w:val="22"/>
        </w:rPr>
        <w:t xml:space="preserve">Lucy  </w:t>
      </w:r>
      <w:r>
        <w:rPr>
          <w:rFonts w:ascii="Arial" w:hAnsi="Arial"/>
          <w:color w:val="5D7284"/>
          <w:sz w:val="22"/>
        </w:rPr>
        <w:t>55:38</w:t>
      </w:r>
    </w:p>
    <w:p>
      <w:pPr>
        <w:spacing w:after="0"/>
      </w:pPr>
      <w:r>
        <w:rPr>
          <w:rFonts w:ascii="Arial" w:hAnsi="Arial"/>
          <w:sz w:val="22"/>
        </w:rPr>
        <w:t>That's all the sugar though. She should stay away from the sweets. Leave the Haribo love. (Alice laughing) Leave the Haribo it's not attractive.</w:t>
      </w:r>
    </w:p>
    <w:p>
      <w:pPr>
        <w:spacing w:after="0"/>
      </w:pPr>
    </w:p>
    <w:p>
      <w:pPr>
        <w:spacing w:after="0"/>
      </w:pPr>
      <w:r>
        <w:rPr>
          <w:rFonts w:ascii="Arial" w:hAnsi="Arial"/>
          <w:b/>
          <w:sz w:val="22"/>
        </w:rPr>
        <w:t xml:space="preserve">Daisy  </w:t>
      </w:r>
      <w:r>
        <w:rPr>
          <w:rFonts w:ascii="Arial" w:hAnsi="Arial"/>
          <w:color w:val="5D7284"/>
          <w:sz w:val="22"/>
        </w:rPr>
        <w:t>55:47</w:t>
      </w:r>
    </w:p>
    <w:p>
      <w:pPr>
        <w:spacing w:after="0"/>
      </w:pPr>
      <w:r>
        <w:rPr>
          <w:rFonts w:ascii="Arial" w:hAnsi="Arial"/>
          <w:sz w:val="22"/>
        </w:rPr>
        <w:t>She just looked at my pecan tart now. (Lucy) No!</w:t>
      </w:r>
    </w:p>
    <w:p>
      <w:pPr>
        <w:spacing w:after="0"/>
      </w:pPr>
    </w:p>
    <w:p>
      <w:pPr>
        <w:spacing w:after="0"/>
      </w:pPr>
      <w:r>
        <w:rPr>
          <w:rFonts w:ascii="Arial" w:hAnsi="Arial"/>
          <w:b/>
          <w:sz w:val="22"/>
        </w:rPr>
        <w:t xml:space="preserve">Lucy  </w:t>
      </w:r>
      <w:r>
        <w:rPr>
          <w:rFonts w:ascii="Arial" w:hAnsi="Arial"/>
          <w:color w:val="5D7284"/>
          <w:sz w:val="22"/>
        </w:rPr>
        <w:t>55:52</w:t>
      </w:r>
    </w:p>
    <w:p>
      <w:pPr>
        <w:spacing w:after="0"/>
      </w:pPr>
      <w:r>
        <w:rPr>
          <w:rFonts w:ascii="Arial" w:hAnsi="Arial"/>
          <w:sz w:val="22"/>
        </w:rPr>
        <w:t>I didn't ,she didn't make that up for comedy purposes. I was looking that way. (gesturing direction)</w:t>
      </w:r>
    </w:p>
    <w:p>
      <w:pPr>
        <w:spacing w:after="0"/>
      </w:pPr>
    </w:p>
    <w:p>
      <w:pPr>
        <w:spacing w:after="0"/>
      </w:pPr>
      <w:r>
        <w:rPr>
          <w:rFonts w:ascii="Arial" w:hAnsi="Arial"/>
          <w:b/>
          <w:sz w:val="22"/>
        </w:rPr>
        <w:t xml:space="preserve">Daisy  </w:t>
      </w:r>
      <w:r>
        <w:rPr>
          <w:rFonts w:ascii="Arial" w:hAnsi="Arial"/>
          <w:color w:val="5D7284"/>
          <w:sz w:val="22"/>
        </w:rPr>
        <w:t>55:58</w:t>
      </w:r>
    </w:p>
    <w:p>
      <w:pPr>
        <w:spacing w:after="0"/>
      </w:pPr>
      <w:r>
        <w:rPr>
          <w:rFonts w:ascii="Arial" w:hAnsi="Arial"/>
          <w:sz w:val="22"/>
        </w:rPr>
        <w:t>It's a really good tart (Lucy laughs) great range of cakes at the Richard the third visitors centre cafe.</w:t>
      </w:r>
    </w:p>
    <w:p>
      <w:pPr>
        <w:spacing w:after="0"/>
      </w:pPr>
    </w:p>
    <w:p>
      <w:pPr>
        <w:spacing w:after="0"/>
      </w:pPr>
      <w:r>
        <w:rPr>
          <w:rFonts w:ascii="Arial" w:hAnsi="Arial"/>
          <w:b/>
          <w:sz w:val="22"/>
        </w:rPr>
        <w:t xml:space="preserve">Lucy  </w:t>
      </w:r>
      <w:r>
        <w:rPr>
          <w:rFonts w:ascii="Arial" w:hAnsi="Arial"/>
          <w:color w:val="5D7284"/>
          <w:sz w:val="22"/>
        </w:rPr>
        <w:t>56:04</w:t>
      </w:r>
    </w:p>
    <w:p>
      <w:pPr>
        <w:spacing w:after="0"/>
      </w:pPr>
      <w:r>
        <w:rPr>
          <w:rFonts w:ascii="Arial" w:hAnsi="Arial"/>
          <w:sz w:val="22"/>
        </w:rPr>
        <w:t xml:space="preserve"> We will write on the TripAdvisor review. Anyway, history.</w:t>
      </w:r>
    </w:p>
    <w:p>
      <w:pPr>
        <w:spacing w:after="0"/>
      </w:pPr>
    </w:p>
    <w:p>
      <w:pPr>
        <w:spacing w:after="0"/>
      </w:pPr>
      <w:r>
        <w:rPr>
          <w:rFonts w:ascii="Arial" w:hAnsi="Arial"/>
          <w:b/>
          <w:sz w:val="22"/>
        </w:rPr>
        <w:t xml:space="preserve">Alice  </w:t>
      </w:r>
      <w:r>
        <w:rPr>
          <w:rFonts w:ascii="Arial" w:hAnsi="Arial"/>
          <w:color w:val="5D7284"/>
          <w:sz w:val="22"/>
        </w:rPr>
        <w:t>56:10</w:t>
      </w:r>
    </w:p>
    <w:p>
      <w:pPr>
        <w:spacing w:after="0"/>
      </w:pPr>
      <w:r>
        <w:rPr>
          <w:rFonts w:ascii="Arial" w:hAnsi="Arial"/>
          <w:sz w:val="22"/>
        </w:rPr>
        <w:t>Elizabeth the first wanted to make the tutors look good. Even then, (lucy) But then..</w:t>
      </w:r>
    </w:p>
    <w:p>
      <w:pPr>
        <w:spacing w:after="0"/>
      </w:pPr>
    </w:p>
    <w:p>
      <w:pPr>
        <w:spacing w:after="0"/>
      </w:pPr>
      <w:r>
        <w:rPr>
          <w:rFonts w:ascii="Arial" w:hAnsi="Arial"/>
          <w:b/>
          <w:sz w:val="22"/>
        </w:rPr>
        <w:t xml:space="preserve">Lucy  </w:t>
      </w:r>
      <w:r>
        <w:rPr>
          <w:rFonts w:ascii="Arial" w:hAnsi="Arial"/>
          <w:color w:val="5D7284"/>
          <w:sz w:val="22"/>
        </w:rPr>
        <w:t>56:15</w:t>
      </w:r>
    </w:p>
    <w:p>
      <w:pPr>
        <w:spacing w:after="0"/>
      </w:pPr>
      <w:r>
        <w:rPr>
          <w:rFonts w:ascii="Arial" w:hAnsi="Arial"/>
          <w:sz w:val="22"/>
        </w:rPr>
        <w:t>didn't think about continuing the line of succession.</w:t>
      </w:r>
    </w:p>
    <w:p>
      <w:pPr>
        <w:spacing w:after="0"/>
      </w:pPr>
    </w:p>
    <w:p>
      <w:pPr>
        <w:spacing w:after="0"/>
      </w:pPr>
      <w:r>
        <w:rPr>
          <w:rFonts w:ascii="Arial" w:hAnsi="Arial"/>
          <w:b/>
          <w:sz w:val="22"/>
        </w:rPr>
        <w:t xml:space="preserve">Daisy  </w:t>
      </w:r>
      <w:r>
        <w:rPr>
          <w:rFonts w:ascii="Arial" w:hAnsi="Arial"/>
          <w:color w:val="5D7284"/>
          <w:sz w:val="22"/>
        </w:rPr>
        <w:t>56:20</w:t>
      </w:r>
    </w:p>
    <w:p>
      <w:pPr>
        <w:spacing w:after="0"/>
      </w:pPr>
      <w:r>
        <w:rPr>
          <w:rFonts w:ascii="Arial" w:hAnsi="Arial"/>
          <w:sz w:val="22"/>
        </w:rPr>
        <w:t>Yeah, but but that that was the context in which the Richard the third play was written. It's just sort of, you know, perpetuated this,</w:t>
      </w:r>
    </w:p>
    <w:p>
      <w:pPr>
        <w:spacing w:after="0"/>
      </w:pPr>
    </w:p>
    <w:p>
      <w:pPr>
        <w:spacing w:after="0"/>
      </w:pPr>
      <w:r>
        <w:rPr>
          <w:rFonts w:ascii="Arial" w:hAnsi="Arial"/>
          <w:b/>
          <w:sz w:val="22"/>
        </w:rPr>
        <w:t xml:space="preserve">Lucy  </w:t>
      </w:r>
      <w:r>
        <w:rPr>
          <w:rFonts w:ascii="Arial" w:hAnsi="Arial"/>
          <w:color w:val="5D7284"/>
          <w:sz w:val="22"/>
        </w:rPr>
        <w:t>56:29</w:t>
      </w:r>
    </w:p>
    <w:p>
      <w:pPr>
        <w:spacing w:after="0"/>
      </w:pPr>
      <w:r>
        <w:rPr>
          <w:rFonts w:ascii="Arial" w:hAnsi="Arial"/>
          <w:sz w:val="22"/>
        </w:rPr>
        <w:t>The withered arm (Daisy) Idea. Yeah. Yeah. So</w:t>
      </w:r>
    </w:p>
    <w:p>
      <w:pPr>
        <w:spacing w:after="0"/>
      </w:pPr>
    </w:p>
    <w:p>
      <w:pPr>
        <w:spacing w:after="0"/>
      </w:pPr>
      <w:r>
        <w:rPr>
          <w:rFonts w:ascii="Arial" w:hAnsi="Arial"/>
          <w:b/>
          <w:sz w:val="22"/>
        </w:rPr>
        <w:t xml:space="preserve">Daisy  </w:t>
      </w:r>
      <w:r>
        <w:rPr>
          <w:rFonts w:ascii="Arial" w:hAnsi="Arial"/>
          <w:color w:val="5D7284"/>
          <w:sz w:val="22"/>
        </w:rPr>
        <w:t>56:32</w:t>
      </w:r>
    </w:p>
    <w:p>
      <w:pPr>
        <w:spacing w:after="0"/>
      </w:pPr>
      <w:r>
        <w:rPr>
          <w:rFonts w:ascii="Arial" w:hAnsi="Arial"/>
          <w:sz w:val="22"/>
        </w:rPr>
        <w:t>Richard ended up dying in battle. (Lucy) Yes. And that was when the War of the Roses effectively ended. (Lucy) Yeah. Because it had wiped out every I've written here every reasonable male heir. (Lucy) Right. Which sounds like I'm making a comment on. Like, that there were some then. Yeah, so when Henry Tudor took over, he later married Richard the third's niece, who was Elizabeth of York. And thus united (Lucy) Right. Nevertheless, there were a lot of Lancastrian Tudors who were killed by the Yorkist. So you know, the Tudors weren't keen. Still. (Alice) Yeah. And so the sort of, you know, fairy tales of that era have kind of entirely changed the national recollection of Richard the third until, you know, more recently, which was, you know, a lot of work done by the Richard of the third society, although they tend to think of him as kind of, you know, someone who could do no wrong, which is....  It's like we were saying earlier, they either swing from one to another. (Daisy) Yeah. You can't sit in the grey area. (Alice) Oh, yeah. It's alright.</w:t>
      </w:r>
    </w:p>
    <w:p>
      <w:pPr>
        <w:spacing w:after="0"/>
      </w:pPr>
    </w:p>
    <w:p>
      <w:pPr>
        <w:spacing w:after="0"/>
      </w:pPr>
      <w:r>
        <w:rPr>
          <w:rFonts w:ascii="Arial" w:hAnsi="Arial"/>
          <w:b/>
          <w:sz w:val="22"/>
        </w:rPr>
        <w:t xml:space="preserve">Alice  </w:t>
      </w:r>
      <w:r>
        <w:rPr>
          <w:rFonts w:ascii="Arial" w:hAnsi="Arial"/>
          <w:color w:val="5D7284"/>
          <w:sz w:val="22"/>
        </w:rPr>
        <w:t>57:48</w:t>
      </w:r>
    </w:p>
    <w:p>
      <w:pPr>
        <w:spacing w:after="0"/>
      </w:pPr>
      <w:r>
        <w:rPr>
          <w:rFonts w:ascii="Arial" w:hAnsi="Arial"/>
          <w:sz w:val="22"/>
        </w:rPr>
        <w:t>It's funny as well. Like, you don't have a like random you know, there's not a Henry the second society and (Lucy) Yeah. Someone's picked up on Richard and really run with it. And it seems a bit sort of um...</w:t>
      </w:r>
    </w:p>
    <w:p>
      <w:pPr>
        <w:spacing w:after="0"/>
      </w:pPr>
    </w:p>
    <w:p>
      <w:pPr>
        <w:spacing w:after="0"/>
      </w:pPr>
      <w:r>
        <w:rPr>
          <w:rFonts w:ascii="Arial" w:hAnsi="Arial"/>
          <w:b/>
          <w:sz w:val="22"/>
        </w:rPr>
        <w:t xml:space="preserve">Lucy  </w:t>
      </w:r>
      <w:r>
        <w:rPr>
          <w:rFonts w:ascii="Arial" w:hAnsi="Arial"/>
          <w:color w:val="5D7284"/>
          <w:sz w:val="22"/>
        </w:rPr>
        <w:t>58:05</w:t>
      </w:r>
    </w:p>
    <w:p>
      <w:pPr>
        <w:spacing w:after="0"/>
      </w:pPr>
      <w:r>
        <w:rPr>
          <w:rFonts w:ascii="Arial" w:hAnsi="Arial"/>
          <w:sz w:val="22"/>
        </w:rPr>
        <w:t>It's like they've got like a point to prove or axe to grind of this is not right.They think it's a big injustice. Maybe?</w:t>
      </w:r>
    </w:p>
    <w:p>
      <w:pPr>
        <w:spacing w:after="0"/>
      </w:pPr>
    </w:p>
    <w:p>
      <w:pPr>
        <w:spacing w:after="0"/>
      </w:pPr>
      <w:r>
        <w:rPr>
          <w:rFonts w:ascii="Arial" w:hAnsi="Arial"/>
          <w:b/>
          <w:sz w:val="22"/>
        </w:rPr>
        <w:t xml:space="preserve">Alice  </w:t>
      </w:r>
      <w:r>
        <w:rPr>
          <w:rFonts w:ascii="Arial" w:hAnsi="Arial"/>
          <w:color w:val="5D7284"/>
          <w:sz w:val="22"/>
        </w:rPr>
        <w:t>58:11</w:t>
      </w:r>
    </w:p>
    <w:p>
      <w:pPr>
        <w:spacing w:after="0"/>
      </w:pPr>
      <w:r>
        <w:rPr>
          <w:rFonts w:ascii="Arial" w:hAnsi="Arial"/>
          <w:sz w:val="22"/>
        </w:rPr>
        <w:t>It just feels like a slightly weird like of all the Royals to have picked like shit that's gone on in history. (Lucy) Yeah. They pick him</w:t>
      </w:r>
    </w:p>
    <w:p>
      <w:pPr>
        <w:spacing w:after="0"/>
      </w:pPr>
    </w:p>
    <w:p>
      <w:pPr>
        <w:spacing w:after="0"/>
      </w:pPr>
      <w:r>
        <w:rPr>
          <w:rFonts w:ascii="Arial" w:hAnsi="Arial"/>
          <w:b/>
          <w:sz w:val="22"/>
        </w:rPr>
        <w:t xml:space="preserve">Daisy  </w:t>
      </w:r>
      <w:r>
        <w:rPr>
          <w:rFonts w:ascii="Arial" w:hAnsi="Arial"/>
          <w:color w:val="5D7284"/>
          <w:sz w:val="22"/>
        </w:rPr>
        <w:t>58:19</w:t>
      </w:r>
    </w:p>
    <w:p>
      <w:pPr>
        <w:spacing w:after="0"/>
      </w:pPr>
      <w:r>
        <w:rPr>
          <w:rFonts w:ascii="Arial" w:hAnsi="Arial"/>
          <w:sz w:val="22"/>
        </w:rPr>
        <w:t>But it is also quite strange because he was only king for two years.(Alice) Yeah. It was incredibly short reign. (Lucy) I know. Because, you know, people still trying to kill each other. And even in his two years there were two attempted revolts. (Lucy) Yeah. Which is quite a lot (laughs)</w:t>
      </w:r>
    </w:p>
    <w:p>
      <w:pPr>
        <w:spacing w:after="0"/>
      </w:pPr>
    </w:p>
    <w:p>
      <w:pPr>
        <w:spacing w:after="0"/>
      </w:pPr>
      <w:r>
        <w:rPr>
          <w:rFonts w:ascii="Arial" w:hAnsi="Arial"/>
          <w:b/>
          <w:sz w:val="22"/>
        </w:rPr>
        <w:t xml:space="preserve">Alice  </w:t>
      </w:r>
      <w:r>
        <w:rPr>
          <w:rFonts w:ascii="Arial" w:hAnsi="Arial"/>
          <w:color w:val="5D7284"/>
          <w:sz w:val="22"/>
        </w:rPr>
        <w:t>58:40</w:t>
      </w:r>
    </w:p>
    <w:p>
      <w:pPr>
        <w:spacing w:after="0"/>
      </w:pPr>
      <w:r>
        <w:rPr>
          <w:rFonts w:ascii="Arial" w:hAnsi="Arial"/>
          <w:sz w:val="22"/>
        </w:rPr>
        <w:t>You know, I didn't realize he was younger than me when he died</w:t>
      </w:r>
    </w:p>
    <w:p>
      <w:pPr>
        <w:spacing w:after="0"/>
      </w:pPr>
    </w:p>
    <w:p>
      <w:pPr>
        <w:spacing w:after="0"/>
      </w:pPr>
      <w:r>
        <w:rPr>
          <w:rFonts w:ascii="Arial" w:hAnsi="Arial"/>
          <w:b/>
          <w:sz w:val="22"/>
        </w:rPr>
        <w:t xml:space="preserve">Lucy  </w:t>
      </w:r>
      <w:r>
        <w:rPr>
          <w:rFonts w:ascii="Arial" w:hAnsi="Arial"/>
          <w:color w:val="5D7284"/>
          <w:sz w:val="22"/>
        </w:rPr>
        <w:t>58:42</w:t>
      </w:r>
    </w:p>
    <w:p>
      <w:pPr>
        <w:spacing w:after="0"/>
      </w:pPr>
      <w:r>
        <w:rPr>
          <w:rFonts w:ascii="Arial" w:hAnsi="Arial"/>
          <w:sz w:val="22"/>
        </w:rPr>
        <w:t>I know that's quite depressing.</w:t>
      </w:r>
    </w:p>
    <w:p>
      <w:pPr>
        <w:spacing w:after="0"/>
      </w:pPr>
    </w:p>
    <w:p>
      <w:pPr>
        <w:spacing w:after="0"/>
      </w:pPr>
      <w:r>
        <w:rPr>
          <w:rFonts w:ascii="Arial" w:hAnsi="Arial"/>
          <w:b/>
          <w:sz w:val="22"/>
        </w:rPr>
        <w:t xml:space="preserve">Alice  </w:t>
      </w:r>
      <w:r>
        <w:rPr>
          <w:rFonts w:ascii="Arial" w:hAnsi="Arial"/>
          <w:color w:val="5D7284"/>
          <w:sz w:val="22"/>
        </w:rPr>
        <w:t>58:45</w:t>
      </w:r>
    </w:p>
    <w:p>
      <w:pPr>
        <w:spacing w:after="0"/>
      </w:pPr>
      <w:r>
        <w:rPr>
          <w:rFonts w:ascii="Arial" w:hAnsi="Arial"/>
          <w:sz w:val="22"/>
        </w:rPr>
        <w:t>Bit harrowing, how much have I achieved in my 35 years (laughs) and I have certainly not been king and murdered two children.</w:t>
      </w:r>
    </w:p>
    <w:p>
      <w:pPr>
        <w:spacing w:after="0"/>
      </w:pPr>
    </w:p>
    <w:p>
      <w:pPr>
        <w:spacing w:after="0"/>
      </w:pPr>
      <w:r>
        <w:rPr>
          <w:rFonts w:ascii="Arial" w:hAnsi="Arial"/>
          <w:b/>
          <w:sz w:val="22"/>
        </w:rPr>
        <w:t xml:space="preserve">Lucy  </w:t>
      </w:r>
      <w:r>
        <w:rPr>
          <w:rFonts w:ascii="Arial" w:hAnsi="Arial"/>
          <w:color w:val="5D7284"/>
          <w:sz w:val="22"/>
        </w:rPr>
        <w:t>58:53</w:t>
      </w:r>
    </w:p>
    <w:p>
      <w:pPr>
        <w:spacing w:after="0"/>
      </w:pPr>
      <w:r>
        <w:rPr>
          <w:rFonts w:ascii="Arial" w:hAnsi="Arial"/>
          <w:sz w:val="22"/>
        </w:rPr>
        <w:t>Allegedly, (Alice) Yeah. (Daisy) The allegedly is always up for discussion. Yeah. You don't want to get on the wrong side of them.</w:t>
      </w:r>
    </w:p>
    <w:p>
      <w:pPr>
        <w:spacing w:after="0"/>
      </w:pPr>
    </w:p>
    <w:p>
      <w:pPr>
        <w:spacing w:after="0"/>
      </w:pPr>
      <w:r>
        <w:rPr>
          <w:rFonts w:ascii="Arial" w:hAnsi="Arial"/>
          <w:b/>
          <w:sz w:val="22"/>
        </w:rPr>
        <w:t xml:space="preserve">Alice  </w:t>
      </w:r>
      <w:r>
        <w:rPr>
          <w:rFonts w:ascii="Arial" w:hAnsi="Arial"/>
          <w:color w:val="5D7284"/>
          <w:sz w:val="22"/>
        </w:rPr>
        <w:t>59:09</w:t>
      </w:r>
    </w:p>
    <w:p>
      <w:pPr>
        <w:spacing w:after="0"/>
      </w:pPr>
      <w:r>
        <w:rPr>
          <w:rFonts w:ascii="Arial" w:hAnsi="Arial"/>
          <w:sz w:val="22"/>
        </w:rPr>
        <w:t>Now we need to allegedly the Richard the third society as well because you've just made it sound like they're gonna sneak into my house at night and kill  me for talking  bad about him. (laughs)</w:t>
      </w:r>
    </w:p>
    <w:p>
      <w:pPr>
        <w:spacing w:after="0"/>
      </w:pPr>
    </w:p>
    <w:p>
      <w:pPr>
        <w:spacing w:after="0"/>
      </w:pPr>
      <w:r>
        <w:rPr>
          <w:rFonts w:ascii="Arial" w:hAnsi="Arial"/>
          <w:b/>
          <w:sz w:val="22"/>
        </w:rPr>
        <w:t xml:space="preserve">Lucy  </w:t>
      </w:r>
      <w:r>
        <w:rPr>
          <w:rFonts w:ascii="Arial" w:hAnsi="Arial"/>
          <w:color w:val="5D7284"/>
          <w:sz w:val="22"/>
        </w:rPr>
        <w:t>59:17</w:t>
      </w:r>
    </w:p>
    <w:p>
      <w:pPr>
        <w:spacing w:after="0"/>
      </w:pPr>
      <w:r>
        <w:rPr>
          <w:rFonts w:ascii="Arial" w:hAnsi="Arial"/>
          <w:sz w:val="22"/>
        </w:rPr>
        <w:t>Just covering our backs.</w:t>
      </w:r>
    </w:p>
    <w:p>
      <w:pPr>
        <w:spacing w:after="0"/>
      </w:pPr>
    </w:p>
    <w:p>
      <w:pPr>
        <w:spacing w:after="0"/>
      </w:pPr>
      <w:r>
        <w:rPr>
          <w:rFonts w:ascii="Arial" w:hAnsi="Arial"/>
          <w:b/>
          <w:sz w:val="22"/>
        </w:rPr>
        <w:t xml:space="preserve">Daisy  </w:t>
      </w:r>
      <w:r>
        <w:rPr>
          <w:rFonts w:ascii="Arial" w:hAnsi="Arial"/>
          <w:color w:val="5D7284"/>
          <w:sz w:val="22"/>
        </w:rPr>
        <w:t>59:21</w:t>
      </w:r>
    </w:p>
    <w:p>
      <w:pPr>
        <w:spacing w:after="0"/>
      </w:pPr>
      <w:r>
        <w:rPr>
          <w:rFonts w:ascii="Arial" w:hAnsi="Arial"/>
          <w:sz w:val="22"/>
        </w:rPr>
        <w:t>Yeah, so he was only came for two years, He had two attempted revolts. But in that time he created, you know, in between revolutions. (Lucy) Yeah. He created the court of requests, which is where people who couldn't afford lawyers could go to get their cases heard. (Alice) Oh that's cool. He banned restrictions on printing and distributing books. (Alice) That's cool. (Lucy) Well done. He ordered the translation of the laws into English so that people other than rich nobles could read them. (Alice) Yeah (Lucy) Thank you, sir. So they were previously all in French,</w:t>
      </w:r>
    </w:p>
    <w:p>
      <w:pPr>
        <w:spacing w:after="0"/>
      </w:pPr>
    </w:p>
    <w:p>
      <w:pPr>
        <w:spacing w:after="0"/>
      </w:pPr>
      <w:r>
        <w:rPr>
          <w:rFonts w:ascii="Arial" w:hAnsi="Arial"/>
          <w:b/>
          <w:sz w:val="22"/>
        </w:rPr>
        <w:t xml:space="preserve">Lucy  </w:t>
      </w:r>
      <w:r>
        <w:rPr>
          <w:rFonts w:ascii="Arial" w:hAnsi="Arial"/>
          <w:color w:val="5D7284"/>
          <w:sz w:val="22"/>
        </w:rPr>
        <w:t>59:56</w:t>
      </w:r>
    </w:p>
    <w:p>
      <w:pPr>
        <w:spacing w:after="0"/>
      </w:pPr>
      <w:r>
        <w:rPr>
          <w:rFonts w:ascii="Arial" w:hAnsi="Arial"/>
          <w:sz w:val="22"/>
        </w:rPr>
        <w:t xml:space="preserve">We get that yeah, I don't know French. Thank you. (Daisy) Yeah. </w:t>
      </w:r>
    </w:p>
    <w:p>
      <w:pPr>
        <w:spacing w:after="0"/>
      </w:pPr>
    </w:p>
    <w:p>
      <w:pPr>
        <w:spacing w:after="0"/>
      </w:pPr>
      <w:r>
        <w:rPr>
          <w:rFonts w:ascii="Arial" w:hAnsi="Arial"/>
          <w:b/>
          <w:sz w:val="22"/>
        </w:rPr>
        <w:t xml:space="preserve">Daisy  </w:t>
      </w:r>
      <w:r>
        <w:rPr>
          <w:rFonts w:ascii="Arial" w:hAnsi="Arial"/>
          <w:color w:val="5D7284"/>
          <w:sz w:val="22"/>
        </w:rPr>
        <w:t>1:00:01</w:t>
      </w:r>
    </w:p>
    <w:p>
      <w:pPr>
        <w:spacing w:after="0"/>
      </w:pPr>
      <w:r>
        <w:rPr>
          <w:rFonts w:ascii="Arial" w:hAnsi="Arial"/>
          <w:sz w:val="22"/>
        </w:rPr>
        <w:t>He banned clergy from fraudulently collecting juice. (Alice laughs) Again, big tick. (Daisy) Yeah, banned people lying about property they were selling, (Alice laughs) (Lucy) Right. The specific thing that...</w:t>
      </w:r>
    </w:p>
    <w:p>
      <w:pPr>
        <w:spacing w:after="0"/>
      </w:pPr>
    </w:p>
    <w:p>
      <w:pPr>
        <w:spacing w:after="0"/>
      </w:pPr>
      <w:r>
        <w:rPr>
          <w:rFonts w:ascii="Arial" w:hAnsi="Arial"/>
          <w:b/>
          <w:sz w:val="22"/>
        </w:rPr>
        <w:t xml:space="preserve">Lucy  </w:t>
      </w:r>
      <w:r>
        <w:rPr>
          <w:rFonts w:ascii="Arial" w:hAnsi="Arial"/>
          <w:color w:val="5D7284"/>
          <w:sz w:val="22"/>
        </w:rPr>
        <w:t>1:00:17</w:t>
      </w:r>
    </w:p>
    <w:p>
      <w:pPr>
        <w:spacing w:after="0"/>
      </w:pPr>
      <w:r>
        <w:rPr>
          <w:rFonts w:ascii="Arial" w:hAnsi="Arial"/>
          <w:sz w:val="22"/>
        </w:rPr>
        <w:t xml:space="preserve">What they've got a mansion and what they've got is a sheep shed? (laughs) </w:t>
      </w:r>
    </w:p>
    <w:p>
      <w:pPr>
        <w:spacing w:after="0"/>
      </w:pPr>
    </w:p>
    <w:p>
      <w:pPr>
        <w:spacing w:after="0"/>
      </w:pPr>
      <w:r>
        <w:rPr>
          <w:rFonts w:ascii="Arial" w:hAnsi="Arial"/>
          <w:b/>
          <w:sz w:val="22"/>
        </w:rPr>
        <w:t xml:space="preserve">Daisy  </w:t>
      </w:r>
      <w:r>
        <w:rPr>
          <w:rFonts w:ascii="Arial" w:hAnsi="Arial"/>
          <w:color w:val="5D7284"/>
          <w:sz w:val="22"/>
        </w:rPr>
        <w:t>1:00:21</w:t>
      </w:r>
    </w:p>
    <w:p>
      <w:pPr>
        <w:spacing w:after="0"/>
      </w:pPr>
      <w:r>
        <w:rPr>
          <w:rFonts w:ascii="Arial" w:hAnsi="Arial"/>
          <w:sz w:val="22"/>
        </w:rPr>
        <w:t>Like, you know, oh, I have this. I have all of this land. (Lucy) Yeah. And then they would say quietly, but someone has already bought some of it.</w:t>
      </w:r>
    </w:p>
    <w:p>
      <w:pPr>
        <w:spacing w:after="0"/>
      </w:pPr>
    </w:p>
    <w:p>
      <w:pPr>
        <w:spacing w:after="0"/>
      </w:pPr>
      <w:r>
        <w:rPr>
          <w:rFonts w:ascii="Arial" w:hAnsi="Arial"/>
          <w:b/>
          <w:sz w:val="22"/>
        </w:rPr>
        <w:t xml:space="preserve">Lucy  </w:t>
      </w:r>
      <w:r>
        <w:rPr>
          <w:rFonts w:ascii="Arial" w:hAnsi="Arial"/>
          <w:color w:val="5D7284"/>
          <w:sz w:val="22"/>
        </w:rPr>
        <w:t>1:00:30</w:t>
      </w:r>
    </w:p>
    <w:p>
      <w:pPr>
        <w:spacing w:after="0"/>
      </w:pPr>
      <w:r>
        <w:rPr>
          <w:rFonts w:ascii="Arial" w:hAnsi="Arial"/>
          <w:sz w:val="22"/>
        </w:rPr>
        <w:t>You can see on the corner.</w:t>
      </w:r>
    </w:p>
    <w:p>
      <w:pPr>
        <w:spacing w:after="0"/>
      </w:pPr>
    </w:p>
    <w:p>
      <w:pPr>
        <w:spacing w:after="0"/>
      </w:pPr>
      <w:r>
        <w:rPr>
          <w:rFonts w:ascii="Arial" w:hAnsi="Arial"/>
          <w:b/>
          <w:sz w:val="22"/>
        </w:rPr>
        <w:t xml:space="preserve">Daisy  </w:t>
      </w:r>
      <w:r>
        <w:rPr>
          <w:rFonts w:ascii="Arial" w:hAnsi="Arial"/>
          <w:color w:val="5D7284"/>
          <w:sz w:val="22"/>
        </w:rPr>
        <w:t>1:00:31</w:t>
      </w:r>
    </w:p>
    <w:p>
      <w:pPr>
        <w:spacing w:after="0"/>
      </w:pPr>
      <w:r>
        <w:rPr>
          <w:rFonts w:ascii="Arial" w:hAnsi="Arial"/>
          <w:sz w:val="22"/>
        </w:rPr>
        <w:t>Yeah. Yeah. Okay. Yeah, I actually have to say how much of it your selling. (Lucy read the small print.</w:t>
      </w:r>
    </w:p>
    <w:p>
      <w:pPr>
        <w:spacing w:after="0"/>
      </w:pPr>
    </w:p>
    <w:p>
      <w:pPr>
        <w:spacing w:after="0"/>
      </w:pPr>
      <w:r>
        <w:rPr>
          <w:rFonts w:ascii="Arial" w:hAnsi="Arial"/>
          <w:b/>
          <w:sz w:val="22"/>
        </w:rPr>
        <w:t xml:space="preserve">Alice  </w:t>
      </w:r>
      <w:r>
        <w:rPr>
          <w:rFonts w:ascii="Arial" w:hAnsi="Arial"/>
          <w:color w:val="5D7284"/>
          <w:sz w:val="22"/>
        </w:rPr>
        <w:t>1:00:38</w:t>
      </w:r>
    </w:p>
    <w:p>
      <w:pPr>
        <w:spacing w:after="0"/>
      </w:pPr>
      <w:r>
        <w:rPr>
          <w:rFonts w:ascii="Arial" w:hAnsi="Arial"/>
          <w:sz w:val="22"/>
        </w:rPr>
        <w:t xml:space="preserve"> I thought it was gonna be like when we bought our first house and they were like, there's a damp course all around the bay window. And we got there. And they were like, there are four months left on this damp course. And there was rising damp in my bay window. (Lucy) Fabulous! Yeah. That's allowed apparently.</w:t>
      </w:r>
    </w:p>
    <w:p>
      <w:pPr>
        <w:spacing w:after="0"/>
      </w:pPr>
    </w:p>
    <w:p>
      <w:pPr>
        <w:spacing w:after="0"/>
      </w:pPr>
      <w:r>
        <w:rPr>
          <w:rFonts w:ascii="Arial" w:hAnsi="Arial"/>
          <w:b/>
          <w:sz w:val="22"/>
        </w:rPr>
        <w:t xml:space="preserve">Lucy  </w:t>
      </w:r>
      <w:r>
        <w:rPr>
          <w:rFonts w:ascii="Arial" w:hAnsi="Arial"/>
          <w:color w:val="5D7284"/>
          <w:sz w:val="22"/>
        </w:rPr>
        <w:t>1:00:52</w:t>
      </w:r>
    </w:p>
    <w:p>
      <w:pPr>
        <w:spacing w:after="0"/>
      </w:pPr>
      <w:r>
        <w:rPr>
          <w:rFonts w:ascii="Arial" w:hAnsi="Arial"/>
          <w:sz w:val="22"/>
        </w:rPr>
        <w:t>Should  of had Richard the third on your side. You can't legally do this.</w:t>
      </w:r>
    </w:p>
    <w:p>
      <w:pPr>
        <w:spacing w:after="0"/>
      </w:pPr>
    </w:p>
    <w:p>
      <w:pPr>
        <w:spacing w:after="0"/>
      </w:pPr>
      <w:r>
        <w:rPr>
          <w:rFonts w:ascii="Arial" w:hAnsi="Arial"/>
          <w:b/>
          <w:sz w:val="22"/>
        </w:rPr>
        <w:t xml:space="preserve">Alice  </w:t>
      </w:r>
      <w:r>
        <w:rPr>
          <w:rFonts w:ascii="Arial" w:hAnsi="Arial"/>
          <w:color w:val="5D7284"/>
          <w:sz w:val="22"/>
        </w:rPr>
        <w:t>1:00:56</w:t>
      </w:r>
    </w:p>
    <w:p>
      <w:pPr>
        <w:spacing w:after="0"/>
      </w:pPr>
      <w:r>
        <w:rPr>
          <w:rFonts w:ascii="Arial" w:hAnsi="Arial"/>
          <w:sz w:val="22"/>
        </w:rPr>
        <w:t>It's alright it's fine. We took the wall, basically the wall out. (Dasiy)  Oh, well, that'll solve it. No, my wonderful husband fixed it because he's wonderful.</w:t>
      </w:r>
    </w:p>
    <w:p>
      <w:pPr>
        <w:spacing w:after="0"/>
      </w:pPr>
    </w:p>
    <w:p>
      <w:pPr>
        <w:spacing w:after="0"/>
      </w:pPr>
      <w:r>
        <w:rPr>
          <w:rFonts w:ascii="Arial" w:hAnsi="Arial"/>
          <w:b/>
          <w:sz w:val="22"/>
        </w:rPr>
        <w:t xml:space="preserve">Lucy  </w:t>
      </w:r>
      <w:r>
        <w:rPr>
          <w:rFonts w:ascii="Arial" w:hAnsi="Arial"/>
          <w:color w:val="5D7284"/>
          <w:sz w:val="22"/>
        </w:rPr>
        <w:t>1:01:14</w:t>
      </w:r>
    </w:p>
    <w:p>
      <w:pPr>
        <w:spacing w:after="0"/>
      </w:pPr>
      <w:r>
        <w:rPr>
          <w:rFonts w:ascii="Arial" w:hAnsi="Arial"/>
          <w:sz w:val="22"/>
        </w:rPr>
        <w:t>Dave, can I just say Dave is wonderful. Hello, Dave. You listening probably not.</w:t>
      </w:r>
    </w:p>
    <w:p>
      <w:pPr>
        <w:spacing w:after="0"/>
      </w:pPr>
    </w:p>
    <w:p>
      <w:pPr>
        <w:spacing w:after="0"/>
      </w:pPr>
      <w:r>
        <w:rPr>
          <w:rFonts w:ascii="Arial" w:hAnsi="Arial"/>
          <w:b/>
          <w:sz w:val="22"/>
        </w:rPr>
        <w:t xml:space="preserve">Alice  </w:t>
      </w:r>
      <w:r>
        <w:rPr>
          <w:rFonts w:ascii="Arial" w:hAnsi="Arial"/>
          <w:color w:val="5D7284"/>
          <w:sz w:val="22"/>
        </w:rPr>
        <w:t>1:01:19</w:t>
      </w:r>
    </w:p>
    <w:p>
      <w:pPr>
        <w:spacing w:after="0"/>
      </w:pPr>
      <w:r>
        <w:rPr>
          <w:rFonts w:ascii="Arial" w:hAnsi="Arial"/>
          <w:sz w:val="22"/>
        </w:rPr>
        <w:t xml:space="preserve">He's not listening.  He does not care about this podcast. He does, because he has sorted out our recording bundle. </w:t>
      </w:r>
    </w:p>
    <w:p>
      <w:pPr>
        <w:spacing w:after="0"/>
      </w:pPr>
    </w:p>
    <w:p>
      <w:pPr>
        <w:spacing w:after="0"/>
      </w:pPr>
      <w:r>
        <w:rPr>
          <w:rFonts w:ascii="Arial" w:hAnsi="Arial"/>
          <w:b/>
          <w:sz w:val="22"/>
        </w:rPr>
        <w:t xml:space="preserve">Lucy  </w:t>
      </w:r>
      <w:r>
        <w:rPr>
          <w:rFonts w:ascii="Arial" w:hAnsi="Arial"/>
          <w:color w:val="5D7284"/>
          <w:sz w:val="22"/>
        </w:rPr>
        <w:t>1:01:25</w:t>
      </w:r>
    </w:p>
    <w:p>
      <w:pPr>
        <w:spacing w:after="0"/>
      </w:pPr>
      <w:r>
        <w:rPr>
          <w:rFonts w:ascii="Arial" w:hAnsi="Arial"/>
          <w:sz w:val="22"/>
        </w:rPr>
        <w:t>So you can't say that he doesn't care because he does.</w:t>
      </w:r>
    </w:p>
    <w:p>
      <w:pPr>
        <w:spacing w:after="0"/>
      </w:pPr>
    </w:p>
    <w:p>
      <w:pPr>
        <w:spacing w:after="0"/>
      </w:pPr>
      <w:r>
        <w:rPr>
          <w:rFonts w:ascii="Arial" w:hAnsi="Arial"/>
          <w:b/>
          <w:sz w:val="22"/>
        </w:rPr>
        <w:t xml:space="preserve">Daisy  </w:t>
      </w:r>
      <w:r>
        <w:rPr>
          <w:rFonts w:ascii="Arial" w:hAnsi="Arial"/>
          <w:color w:val="5D7284"/>
          <w:sz w:val="22"/>
        </w:rPr>
        <w:t>1:01:29</w:t>
      </w:r>
    </w:p>
    <w:p>
      <w:pPr>
        <w:spacing w:after="0"/>
      </w:pPr>
      <w:r>
        <w:rPr>
          <w:rFonts w:ascii="Arial" w:hAnsi="Arial"/>
          <w:sz w:val="22"/>
        </w:rPr>
        <w:t>I've never met Dave. So I can't comment on whether he's nice or not. I mean, you guys like him? So? (Lucy) Yeah. (Alice) To be fair Lucy only met</w:t>
      </w:r>
    </w:p>
    <w:p>
      <w:pPr>
        <w:spacing w:after="0"/>
      </w:pPr>
    </w:p>
    <w:p>
      <w:pPr>
        <w:spacing w:after="0"/>
      </w:pPr>
      <w:r>
        <w:rPr>
          <w:rFonts w:ascii="Arial" w:hAnsi="Arial"/>
          <w:b/>
          <w:sz w:val="22"/>
        </w:rPr>
        <w:t xml:space="preserve">Alice  </w:t>
      </w:r>
      <w:r>
        <w:rPr>
          <w:rFonts w:ascii="Arial" w:hAnsi="Arial"/>
          <w:color w:val="5D7284"/>
          <w:sz w:val="22"/>
        </w:rPr>
        <w:t>1:01:37</w:t>
      </w:r>
    </w:p>
    <w:p>
      <w:pPr>
        <w:spacing w:after="0"/>
      </w:pPr>
      <w:r>
        <w:rPr>
          <w:rFonts w:ascii="Arial" w:hAnsi="Arial"/>
          <w:sz w:val="22"/>
        </w:rPr>
        <w:t>him for about four and a half minutes in a car park.</w:t>
      </w:r>
    </w:p>
    <w:p>
      <w:pPr>
        <w:spacing w:after="0"/>
      </w:pPr>
    </w:p>
    <w:p>
      <w:pPr>
        <w:spacing w:after="0"/>
      </w:pPr>
      <w:r>
        <w:rPr>
          <w:rFonts w:ascii="Arial" w:hAnsi="Arial"/>
          <w:b/>
          <w:sz w:val="22"/>
        </w:rPr>
        <w:t xml:space="preserve">Lucy  </w:t>
      </w:r>
      <w:r>
        <w:rPr>
          <w:rFonts w:ascii="Arial" w:hAnsi="Arial"/>
          <w:color w:val="5D7284"/>
          <w:sz w:val="22"/>
        </w:rPr>
        <w:t>1:01:40</w:t>
      </w:r>
    </w:p>
    <w:p>
      <w:pPr>
        <w:spacing w:after="0"/>
      </w:pPr>
      <w:r>
        <w:rPr>
          <w:rFonts w:ascii="Arial" w:hAnsi="Arial"/>
          <w:sz w:val="22"/>
        </w:rPr>
        <w:t xml:space="preserve">Yeah. But Daisy, gave Dave a big thumbs up there for the listeners. I've never met Dave but thumbs up. (Daisy) Yep. Yeah. Well. </w:t>
      </w:r>
    </w:p>
    <w:p>
      <w:pPr>
        <w:spacing w:after="0"/>
      </w:pPr>
    </w:p>
    <w:p>
      <w:pPr>
        <w:spacing w:after="0"/>
      </w:pPr>
      <w:r>
        <w:rPr>
          <w:rFonts w:ascii="Arial" w:hAnsi="Arial"/>
          <w:b/>
          <w:sz w:val="22"/>
        </w:rPr>
        <w:t xml:space="preserve">Alice  </w:t>
      </w:r>
      <w:r>
        <w:rPr>
          <w:rFonts w:ascii="Arial" w:hAnsi="Arial"/>
          <w:color w:val="5D7284"/>
          <w:sz w:val="22"/>
        </w:rPr>
        <w:t>1:02:01</w:t>
      </w:r>
    </w:p>
    <w:p>
      <w:pPr>
        <w:spacing w:after="0"/>
      </w:pPr>
      <w:r>
        <w:rPr>
          <w:rFonts w:ascii="Arial" w:hAnsi="Arial"/>
          <w:sz w:val="22"/>
        </w:rPr>
        <w:t xml:space="preserve">The story I tell people when they ask about how me and my husband meet ,is I say that he was the only other single person in my best friend's living room. (Lucy laughs) So I went ....(Daisy) As good a way as any (laughs) Benn married for 5 years (laughs) </w:t>
      </w:r>
    </w:p>
    <w:p>
      <w:pPr>
        <w:spacing w:after="0"/>
      </w:pPr>
    </w:p>
    <w:p>
      <w:pPr>
        <w:spacing w:after="0"/>
      </w:pPr>
      <w:r>
        <w:rPr>
          <w:rFonts w:ascii="Arial" w:hAnsi="Arial"/>
          <w:b/>
          <w:sz w:val="22"/>
        </w:rPr>
        <w:t xml:space="preserve">Daisy  </w:t>
      </w:r>
      <w:r>
        <w:rPr>
          <w:rFonts w:ascii="Arial" w:hAnsi="Arial"/>
          <w:color w:val="5D7284"/>
          <w:sz w:val="22"/>
        </w:rPr>
        <w:t>1:02:21</w:t>
      </w:r>
    </w:p>
    <w:p>
      <w:pPr>
        <w:spacing w:after="0"/>
      </w:pPr>
      <w:r>
        <w:rPr>
          <w:rFonts w:ascii="Arial" w:hAnsi="Arial"/>
          <w:sz w:val="22"/>
        </w:rPr>
        <w:t>Yeah, the problem is, is that I'm that I'm now at the point where there's kind of only like, two more lines of what I have prepared. And we've just gone off on a tangent. Now we have to come back off of the tangent.</w:t>
      </w:r>
    </w:p>
    <w:p>
      <w:pPr>
        <w:spacing w:after="0"/>
      </w:pPr>
    </w:p>
    <w:p>
      <w:pPr>
        <w:spacing w:after="0"/>
      </w:pPr>
      <w:r>
        <w:rPr>
          <w:rFonts w:ascii="Arial" w:hAnsi="Arial"/>
          <w:b/>
          <w:sz w:val="22"/>
        </w:rPr>
        <w:t xml:space="preserve">Lucy  </w:t>
      </w:r>
      <w:r>
        <w:rPr>
          <w:rFonts w:ascii="Arial" w:hAnsi="Arial"/>
          <w:color w:val="5D7284"/>
          <w:sz w:val="22"/>
        </w:rPr>
        <w:t>1:02:31</w:t>
      </w:r>
    </w:p>
    <w:p>
      <w:pPr>
        <w:spacing w:after="0"/>
      </w:pPr>
      <w:r>
        <w:rPr>
          <w:rFonts w:ascii="Arial" w:hAnsi="Arial"/>
          <w:sz w:val="22"/>
        </w:rPr>
        <w:t>Listen we can find a tangent. It's fine. We'll be fine.</w:t>
      </w:r>
    </w:p>
    <w:p>
      <w:pPr>
        <w:spacing w:after="0"/>
      </w:pPr>
    </w:p>
    <w:p>
      <w:pPr>
        <w:spacing w:after="0"/>
      </w:pPr>
      <w:r>
        <w:rPr>
          <w:rFonts w:ascii="Arial" w:hAnsi="Arial"/>
          <w:b/>
          <w:sz w:val="22"/>
        </w:rPr>
        <w:t xml:space="preserve">Daisy  </w:t>
      </w:r>
      <w:r>
        <w:rPr>
          <w:rFonts w:ascii="Arial" w:hAnsi="Arial"/>
          <w:color w:val="5D7284"/>
          <w:sz w:val="22"/>
        </w:rPr>
        <w:t>1:02:35</w:t>
      </w:r>
    </w:p>
    <w:p>
      <w:pPr>
        <w:spacing w:after="0"/>
      </w:pPr>
      <w:r>
        <w:rPr>
          <w:rFonts w:ascii="Arial" w:hAnsi="Arial"/>
          <w:sz w:val="22"/>
        </w:rPr>
        <w:t>No, I mean, how much time it was taken was not by issue it just that we did spoken about Alice's husband for a while, and then just come back to (Alice) And then he dies. Yeah.</w:t>
      </w:r>
    </w:p>
    <w:p>
      <w:pPr>
        <w:spacing w:after="0"/>
      </w:pPr>
    </w:p>
    <w:p>
      <w:pPr>
        <w:spacing w:after="0"/>
      </w:pPr>
      <w:r>
        <w:rPr>
          <w:rFonts w:ascii="Arial" w:hAnsi="Arial"/>
          <w:b/>
          <w:sz w:val="22"/>
        </w:rPr>
        <w:t xml:space="preserve">Lucy  </w:t>
      </w:r>
      <w:r>
        <w:rPr>
          <w:rFonts w:ascii="Arial" w:hAnsi="Arial"/>
          <w:color w:val="5D7284"/>
          <w:sz w:val="22"/>
        </w:rPr>
        <w:t>1:02:45</w:t>
      </w:r>
    </w:p>
    <w:p>
      <w:pPr>
        <w:spacing w:after="0"/>
      </w:pPr>
      <w:r>
        <w:rPr>
          <w:rFonts w:ascii="Arial" w:hAnsi="Arial"/>
          <w:sz w:val="22"/>
        </w:rPr>
        <w:t>Okay. Oh, so basically, we did the we did the waffling a bit too early. Crack on then! Do I re record that last little bit.</w:t>
      </w:r>
    </w:p>
    <w:p>
      <w:pPr>
        <w:spacing w:after="0"/>
      </w:pPr>
    </w:p>
    <w:p>
      <w:pPr>
        <w:spacing w:after="0"/>
      </w:pPr>
      <w:r>
        <w:rPr>
          <w:rFonts w:ascii="Arial" w:hAnsi="Arial"/>
          <w:b/>
          <w:sz w:val="22"/>
        </w:rPr>
        <w:t xml:space="preserve">Alice  </w:t>
      </w:r>
      <w:r>
        <w:rPr>
          <w:rFonts w:ascii="Arial" w:hAnsi="Arial"/>
          <w:color w:val="5D7284"/>
          <w:sz w:val="22"/>
        </w:rPr>
        <w:t>1:02:55</w:t>
      </w:r>
    </w:p>
    <w:p>
      <w:pPr>
        <w:spacing w:after="0"/>
      </w:pPr>
      <w:r>
        <w:rPr>
          <w:rFonts w:ascii="Arial" w:hAnsi="Arial"/>
          <w:sz w:val="22"/>
        </w:rPr>
        <w:t>I said we've waffled consistently throughout the entire episode. I don't think these last two minutes.....</w:t>
      </w:r>
    </w:p>
    <w:p>
      <w:pPr>
        <w:spacing w:after="0"/>
      </w:pPr>
    </w:p>
    <w:p>
      <w:pPr>
        <w:spacing w:after="0"/>
      </w:pPr>
      <w:r>
        <w:rPr>
          <w:rFonts w:ascii="Arial" w:hAnsi="Arial"/>
          <w:b/>
          <w:sz w:val="22"/>
        </w:rPr>
        <w:t xml:space="preserve">Lucy  </w:t>
      </w:r>
      <w:r>
        <w:rPr>
          <w:rFonts w:ascii="Arial" w:hAnsi="Arial"/>
          <w:color w:val="5D7284"/>
          <w:sz w:val="22"/>
        </w:rPr>
        <w:t>1:03:00</w:t>
      </w:r>
    </w:p>
    <w:p>
      <w:pPr>
        <w:spacing w:after="0"/>
      </w:pPr>
      <w:r>
        <w:rPr>
          <w:rFonts w:ascii="Arial" w:hAnsi="Arial"/>
          <w:sz w:val="22"/>
        </w:rPr>
        <w:t>That's what they love. That's what people love. (Daisy) It's fine, it's fine, we can find a waffley point. That's what you like isn't? See...see. You should see this live in person. (Daisy) Yeah.</w:t>
      </w:r>
    </w:p>
    <w:p>
      <w:pPr>
        <w:spacing w:after="0"/>
      </w:pPr>
    </w:p>
    <w:p>
      <w:pPr>
        <w:spacing w:after="0"/>
      </w:pPr>
      <w:r>
        <w:rPr>
          <w:rFonts w:ascii="Arial" w:hAnsi="Arial"/>
          <w:b/>
          <w:sz w:val="22"/>
        </w:rPr>
        <w:t xml:space="preserve">Daisy  </w:t>
      </w:r>
      <w:r>
        <w:rPr>
          <w:rFonts w:ascii="Arial" w:hAnsi="Arial"/>
          <w:color w:val="5D7284"/>
          <w:sz w:val="22"/>
        </w:rPr>
        <w:t>1:03:13</w:t>
      </w:r>
    </w:p>
    <w:p>
      <w:pPr>
        <w:spacing w:after="0"/>
      </w:pPr>
      <w:r>
        <w:rPr>
          <w:rFonts w:ascii="Arial" w:hAnsi="Arial"/>
          <w:sz w:val="22"/>
        </w:rPr>
        <w:t xml:space="preserve">Our representative of the listeners who also is not allowed to leave. (Laughs) </w:t>
      </w:r>
    </w:p>
    <w:p>
      <w:pPr>
        <w:spacing w:after="0"/>
      </w:pPr>
    </w:p>
    <w:p>
      <w:pPr>
        <w:spacing w:after="0"/>
      </w:pPr>
      <w:r>
        <w:rPr>
          <w:rFonts w:ascii="Arial" w:hAnsi="Arial"/>
          <w:b/>
          <w:sz w:val="22"/>
        </w:rPr>
        <w:t xml:space="preserve">Lucy  </w:t>
      </w:r>
      <w:r>
        <w:rPr>
          <w:rFonts w:ascii="Arial" w:hAnsi="Arial"/>
          <w:color w:val="5D7284"/>
          <w:sz w:val="22"/>
        </w:rPr>
        <w:t>1:03:18</w:t>
      </w:r>
    </w:p>
    <w:p>
      <w:pPr>
        <w:spacing w:after="0"/>
      </w:pPr>
      <w:r>
        <w:rPr>
          <w:rFonts w:ascii="Arial" w:hAnsi="Arial"/>
          <w:sz w:val="22"/>
        </w:rPr>
        <w:t>She is contractually obliged to stay all afternoon.</w:t>
      </w:r>
    </w:p>
    <w:p>
      <w:pPr>
        <w:spacing w:after="0"/>
      </w:pPr>
    </w:p>
    <w:p>
      <w:pPr>
        <w:spacing w:after="0"/>
      </w:pPr>
      <w:r>
        <w:rPr>
          <w:rFonts w:ascii="Arial" w:hAnsi="Arial"/>
          <w:b/>
          <w:sz w:val="22"/>
        </w:rPr>
        <w:t xml:space="preserve">Daisy  </w:t>
      </w:r>
      <w:r>
        <w:rPr>
          <w:rFonts w:ascii="Arial" w:hAnsi="Arial"/>
          <w:color w:val="5D7284"/>
          <w:sz w:val="22"/>
        </w:rPr>
        <w:t>1:03:22</w:t>
      </w:r>
    </w:p>
    <w:p>
      <w:pPr>
        <w:spacing w:after="0"/>
      </w:pPr>
      <w:r>
        <w:rPr>
          <w:rFonts w:ascii="Arial" w:hAnsi="Arial"/>
          <w:sz w:val="22"/>
        </w:rPr>
        <w:t>Yeah so historians during Richard third's reign called him a good lord. And many foreign writers noted that he had a great reputation amongst the people of the country, and did loads for, you know, the poor people of the nation. And, you know, that list of things that I just said they're all the different, you know, things that he had created. Yeah, about 45 minutes. You know, that's just like a snapshot of some of the things that he did, which is, you know, pretty impressive. For only two years when he was also fighting a war and.....</w:t>
      </w:r>
    </w:p>
    <w:p>
      <w:pPr>
        <w:spacing w:after="0"/>
      </w:pPr>
    </w:p>
    <w:p>
      <w:pPr>
        <w:spacing w:after="0"/>
      </w:pPr>
      <w:r>
        <w:rPr>
          <w:rFonts w:ascii="Arial" w:hAnsi="Arial"/>
          <w:b/>
          <w:sz w:val="22"/>
        </w:rPr>
        <w:t xml:space="preserve">Lucy  </w:t>
      </w:r>
      <w:r>
        <w:rPr>
          <w:rFonts w:ascii="Arial" w:hAnsi="Arial"/>
          <w:color w:val="5D7284"/>
          <w:sz w:val="22"/>
        </w:rPr>
        <w:t>1:03:59</w:t>
      </w:r>
    </w:p>
    <w:p>
      <w:pPr>
        <w:spacing w:after="0"/>
      </w:pPr>
      <w:r>
        <w:rPr>
          <w:rFonts w:ascii="Arial" w:hAnsi="Arial"/>
          <w:sz w:val="22"/>
        </w:rPr>
        <w:t>I do feel there is a little bit of like, two years, two years of reign. He's just kind of getting into his stride isn't he.</w:t>
      </w:r>
    </w:p>
    <w:p>
      <w:pPr>
        <w:spacing w:after="0"/>
      </w:pPr>
    </w:p>
    <w:p>
      <w:pPr>
        <w:spacing w:after="0"/>
      </w:pPr>
      <w:r>
        <w:rPr>
          <w:rFonts w:ascii="Arial" w:hAnsi="Arial"/>
          <w:b/>
          <w:sz w:val="22"/>
        </w:rPr>
        <w:t xml:space="preserve">Alice  </w:t>
      </w:r>
      <w:r>
        <w:rPr>
          <w:rFonts w:ascii="Arial" w:hAnsi="Arial"/>
          <w:color w:val="5D7284"/>
          <w:sz w:val="22"/>
        </w:rPr>
        <w:t>1:04:07</w:t>
      </w:r>
    </w:p>
    <w:p>
      <w:pPr>
        <w:spacing w:after="0"/>
      </w:pPr>
      <w:r>
        <w:rPr>
          <w:rFonts w:ascii="Arial" w:hAnsi="Arial"/>
          <w:sz w:val="22"/>
        </w:rPr>
        <w:t>How much he could have achieved. (Lucy) Yeah. But then also...</w:t>
      </w:r>
    </w:p>
    <w:p>
      <w:pPr>
        <w:spacing w:after="0"/>
      </w:pPr>
    </w:p>
    <w:p>
      <w:pPr>
        <w:spacing w:after="0"/>
      </w:pPr>
      <w:r>
        <w:rPr>
          <w:rFonts w:ascii="Arial" w:hAnsi="Arial"/>
          <w:b/>
          <w:sz w:val="22"/>
        </w:rPr>
        <w:t xml:space="preserve">Lucy  </w:t>
      </w:r>
      <w:r>
        <w:rPr>
          <w:rFonts w:ascii="Arial" w:hAnsi="Arial"/>
          <w:color w:val="5D7284"/>
          <w:sz w:val="22"/>
        </w:rPr>
        <w:t>1:04:11</w:t>
      </w:r>
    </w:p>
    <w:p>
      <w:pPr>
        <w:spacing w:after="0"/>
      </w:pPr>
      <w:r>
        <w:rPr>
          <w:rFonts w:ascii="Arial" w:hAnsi="Arial"/>
          <w:sz w:val="22"/>
        </w:rPr>
        <w:t>Like five or however, I don't know how long, what's the average reign of a king.</w:t>
      </w:r>
    </w:p>
    <w:p>
      <w:pPr>
        <w:spacing w:after="0"/>
      </w:pPr>
    </w:p>
    <w:p>
      <w:pPr>
        <w:spacing w:after="0"/>
      </w:pPr>
      <w:r>
        <w:rPr>
          <w:rFonts w:ascii="Arial" w:hAnsi="Arial"/>
          <w:b/>
          <w:sz w:val="22"/>
        </w:rPr>
        <w:t xml:space="preserve">Alice  </w:t>
      </w:r>
      <w:r>
        <w:rPr>
          <w:rFonts w:ascii="Arial" w:hAnsi="Arial"/>
          <w:color w:val="5D7284"/>
          <w:sz w:val="22"/>
        </w:rPr>
        <w:t>1:04:16</w:t>
      </w:r>
    </w:p>
    <w:p>
      <w:pPr>
        <w:spacing w:after="0"/>
      </w:pPr>
      <w:r>
        <w:rPr>
          <w:rFonts w:ascii="Arial" w:hAnsi="Arial"/>
          <w:sz w:val="22"/>
        </w:rPr>
        <w:t>But the other thing is also, like, it's the same thing to say about JFK is he wasn't around long enough to fuck up either. He might have turned around and been like, Okay, time to burn all of the babies. But he doesn't get that far. (laughs)</w:t>
      </w:r>
    </w:p>
    <w:p>
      <w:pPr>
        <w:spacing w:after="0"/>
      </w:pPr>
    </w:p>
    <w:p>
      <w:pPr>
        <w:spacing w:after="0"/>
      </w:pPr>
      <w:r>
        <w:rPr>
          <w:rFonts w:ascii="Arial" w:hAnsi="Arial"/>
          <w:b/>
          <w:sz w:val="22"/>
        </w:rPr>
        <w:t xml:space="preserve">Daisy  </w:t>
      </w:r>
      <w:r>
        <w:rPr>
          <w:rFonts w:ascii="Arial" w:hAnsi="Arial"/>
          <w:color w:val="5D7284"/>
          <w:sz w:val="22"/>
        </w:rPr>
        <w:t>1:04:31</w:t>
      </w:r>
    </w:p>
    <w:p>
      <w:pPr>
        <w:spacing w:after="0"/>
      </w:pPr>
      <w:r>
        <w:rPr>
          <w:rFonts w:ascii="Arial" w:hAnsi="Arial"/>
          <w:sz w:val="22"/>
        </w:rPr>
        <w:t>It's not likely election play (laughs)</w:t>
      </w:r>
    </w:p>
    <w:p>
      <w:pPr>
        <w:spacing w:after="0"/>
      </w:pPr>
    </w:p>
    <w:p>
      <w:pPr>
        <w:spacing w:after="0"/>
      </w:pPr>
      <w:r>
        <w:rPr>
          <w:rFonts w:ascii="Arial" w:hAnsi="Arial"/>
          <w:b/>
          <w:sz w:val="22"/>
        </w:rPr>
        <w:t xml:space="preserve">Alice  </w:t>
      </w:r>
      <w:r>
        <w:rPr>
          <w:rFonts w:ascii="Arial" w:hAnsi="Arial"/>
          <w:color w:val="5D7284"/>
          <w:sz w:val="22"/>
        </w:rPr>
        <w:t>1:04:34</w:t>
      </w:r>
    </w:p>
    <w:p>
      <w:pPr>
        <w:spacing w:after="0"/>
      </w:pPr>
      <w:r>
        <w:rPr>
          <w:rFonts w:ascii="Arial" w:hAnsi="Arial"/>
          <w:sz w:val="22"/>
        </w:rPr>
        <w:t>He's a king. He's not elected. He could do the fuck you want.</w:t>
      </w:r>
    </w:p>
    <w:p>
      <w:pPr>
        <w:spacing w:after="0"/>
      </w:pPr>
    </w:p>
    <w:p>
      <w:pPr>
        <w:spacing w:after="0"/>
      </w:pPr>
      <w:r>
        <w:rPr>
          <w:rFonts w:ascii="Arial" w:hAnsi="Arial"/>
          <w:b/>
          <w:sz w:val="22"/>
        </w:rPr>
        <w:t xml:space="preserve">Daisy  </w:t>
      </w:r>
      <w:r>
        <w:rPr>
          <w:rFonts w:ascii="Arial" w:hAnsi="Arial"/>
          <w:color w:val="5D7284"/>
          <w:sz w:val="22"/>
        </w:rPr>
        <w:t>1:04:37</w:t>
      </w:r>
    </w:p>
    <w:p>
      <w:pPr>
        <w:spacing w:after="0"/>
      </w:pPr>
      <w:r>
        <w:rPr>
          <w:rFonts w:ascii="Arial" w:hAnsi="Arial"/>
          <w:sz w:val="22"/>
        </w:rPr>
        <w:t>JFK? (Alice) No, no. I'm talking about Richard.</w:t>
      </w:r>
    </w:p>
    <w:p>
      <w:pPr>
        <w:spacing w:after="0"/>
      </w:pPr>
    </w:p>
    <w:p>
      <w:pPr>
        <w:spacing w:after="0"/>
      </w:pPr>
      <w:r>
        <w:rPr>
          <w:rFonts w:ascii="Arial" w:hAnsi="Arial"/>
          <w:b/>
          <w:sz w:val="22"/>
        </w:rPr>
        <w:t xml:space="preserve">Lucy  </w:t>
      </w:r>
      <w:r>
        <w:rPr>
          <w:rFonts w:ascii="Arial" w:hAnsi="Arial"/>
          <w:color w:val="5D7284"/>
          <w:sz w:val="22"/>
        </w:rPr>
        <w:t>1:04:41</w:t>
      </w:r>
    </w:p>
    <w:p>
      <w:pPr>
        <w:spacing w:after="0"/>
      </w:pPr>
      <w:r>
        <w:rPr>
          <w:rFonts w:ascii="Arial" w:hAnsi="Arial"/>
          <w:sz w:val="22"/>
        </w:rPr>
        <w:t>Yeah, we thought you was talking about JFK.</w:t>
      </w:r>
    </w:p>
    <w:p>
      <w:pPr>
        <w:spacing w:after="0"/>
      </w:pPr>
    </w:p>
    <w:p>
      <w:pPr>
        <w:spacing w:after="0"/>
      </w:pPr>
      <w:r>
        <w:rPr>
          <w:rFonts w:ascii="Arial" w:hAnsi="Arial"/>
          <w:b/>
          <w:sz w:val="22"/>
        </w:rPr>
        <w:t xml:space="preserve">Alice  </w:t>
      </w:r>
      <w:r>
        <w:rPr>
          <w:rFonts w:ascii="Arial" w:hAnsi="Arial"/>
          <w:color w:val="5D7284"/>
          <w:sz w:val="22"/>
        </w:rPr>
        <w:t>1:04:44</w:t>
      </w:r>
    </w:p>
    <w:p>
      <w:pPr>
        <w:spacing w:after="0"/>
      </w:pPr>
      <w:r>
        <w:rPr>
          <w:rFonts w:ascii="Arial" w:hAnsi="Arial"/>
          <w:sz w:val="22"/>
        </w:rPr>
        <w:t>No, JFK was my example of in modern times where he wasn't around long enough to fuck up. Unless you hear about his sister going back and listen to our Rosemary Kennedy episode.</w:t>
      </w:r>
    </w:p>
    <w:p>
      <w:pPr>
        <w:spacing w:after="0"/>
      </w:pPr>
    </w:p>
    <w:p>
      <w:pPr>
        <w:spacing w:after="0"/>
      </w:pPr>
      <w:r>
        <w:rPr>
          <w:rFonts w:ascii="Arial" w:hAnsi="Arial"/>
          <w:b/>
          <w:sz w:val="22"/>
        </w:rPr>
        <w:t xml:space="preserve">Lucy  </w:t>
      </w:r>
      <w:r>
        <w:rPr>
          <w:rFonts w:ascii="Arial" w:hAnsi="Arial"/>
          <w:color w:val="5D7284"/>
          <w:sz w:val="22"/>
        </w:rPr>
        <w:t>1:04:56</w:t>
      </w:r>
    </w:p>
    <w:p>
      <w:pPr>
        <w:spacing w:after="0"/>
      </w:pPr>
      <w:r>
        <w:rPr>
          <w:rFonts w:ascii="Arial" w:hAnsi="Arial"/>
          <w:sz w:val="22"/>
        </w:rPr>
        <w:t>That was the one episode where Alice cried and I swore</w:t>
      </w:r>
    </w:p>
    <w:p>
      <w:pPr>
        <w:spacing w:after="0"/>
      </w:pPr>
    </w:p>
    <w:p>
      <w:pPr>
        <w:spacing w:after="0"/>
      </w:pPr>
      <w:r>
        <w:rPr>
          <w:rFonts w:ascii="Arial" w:hAnsi="Arial"/>
          <w:b/>
          <w:sz w:val="22"/>
        </w:rPr>
        <w:t xml:space="preserve">Alice  </w:t>
      </w:r>
      <w:r>
        <w:rPr>
          <w:rFonts w:ascii="Arial" w:hAnsi="Arial"/>
          <w:color w:val="5D7284"/>
          <w:sz w:val="22"/>
        </w:rPr>
        <w:t>1:05:00</w:t>
      </w:r>
    </w:p>
    <w:p>
      <w:pPr>
        <w:spacing w:after="0"/>
      </w:pPr>
      <w:r>
        <w:rPr>
          <w:rFonts w:ascii="Arial" w:hAnsi="Arial"/>
          <w:sz w:val="22"/>
        </w:rPr>
        <w:t>Yeah, that's not fun story.</w:t>
      </w:r>
    </w:p>
    <w:p>
      <w:pPr>
        <w:spacing w:after="0"/>
      </w:pPr>
    </w:p>
    <w:p>
      <w:pPr>
        <w:spacing w:after="0"/>
      </w:pPr>
      <w:r>
        <w:rPr>
          <w:rFonts w:ascii="Arial" w:hAnsi="Arial"/>
          <w:b/>
          <w:sz w:val="22"/>
        </w:rPr>
        <w:t xml:space="preserve">Lucy  </w:t>
      </w:r>
      <w:r>
        <w:rPr>
          <w:rFonts w:ascii="Arial" w:hAnsi="Arial"/>
          <w:color w:val="5D7284"/>
          <w:sz w:val="22"/>
        </w:rPr>
        <w:t>1:05:02</w:t>
      </w:r>
    </w:p>
    <w:p>
      <w:pPr>
        <w:spacing w:after="0"/>
      </w:pPr>
      <w:r>
        <w:rPr>
          <w:rFonts w:ascii="Arial" w:hAnsi="Arial"/>
          <w:sz w:val="22"/>
        </w:rPr>
        <w:t xml:space="preserve">No way to depress me Alice. (laugh) </w:t>
      </w:r>
    </w:p>
    <w:p>
      <w:pPr>
        <w:spacing w:after="0"/>
      </w:pPr>
    </w:p>
    <w:p>
      <w:pPr>
        <w:spacing w:after="0"/>
      </w:pPr>
      <w:r>
        <w:rPr>
          <w:rFonts w:ascii="Arial" w:hAnsi="Arial"/>
          <w:b/>
          <w:sz w:val="22"/>
        </w:rPr>
        <w:t xml:space="preserve">Daisy  </w:t>
      </w:r>
      <w:r>
        <w:rPr>
          <w:rFonts w:ascii="Arial" w:hAnsi="Arial"/>
          <w:color w:val="5D7284"/>
          <w:sz w:val="22"/>
        </w:rPr>
        <w:t>1:05:05</w:t>
      </w:r>
    </w:p>
    <w:p>
      <w:pPr>
        <w:spacing w:after="0"/>
      </w:pPr>
      <w:r>
        <w:rPr>
          <w:rFonts w:ascii="Arial" w:hAnsi="Arial"/>
          <w:sz w:val="22"/>
        </w:rPr>
        <w:t>Yeah, you're welcome. Sorry about that one. There was no kind of...</w:t>
      </w:r>
    </w:p>
    <w:p>
      <w:pPr>
        <w:spacing w:after="0"/>
      </w:pPr>
    </w:p>
    <w:p>
      <w:pPr>
        <w:spacing w:after="0"/>
      </w:pPr>
      <w:r>
        <w:rPr>
          <w:rFonts w:ascii="Arial" w:hAnsi="Arial"/>
          <w:b/>
          <w:sz w:val="22"/>
        </w:rPr>
        <w:t xml:space="preserve">Lucy  </w:t>
      </w:r>
      <w:r>
        <w:rPr>
          <w:rFonts w:ascii="Arial" w:hAnsi="Arial"/>
          <w:color w:val="5D7284"/>
          <w:sz w:val="22"/>
        </w:rPr>
        <w:t>1:05:10</w:t>
      </w:r>
    </w:p>
    <w:p>
      <w:pPr>
        <w:spacing w:after="0"/>
      </w:pPr>
      <w:r>
        <w:rPr>
          <w:rFonts w:ascii="Arial" w:hAnsi="Arial"/>
          <w:sz w:val="22"/>
        </w:rPr>
        <w:t>It was like you kept saying it's coming, it's coming, just be warned. Then you were like, oh, no, Lucy has gone off on a tirade.</w:t>
      </w:r>
    </w:p>
    <w:p>
      <w:pPr>
        <w:spacing w:after="0"/>
      </w:pPr>
    </w:p>
    <w:p>
      <w:pPr>
        <w:spacing w:after="0"/>
      </w:pPr>
      <w:r>
        <w:rPr>
          <w:rFonts w:ascii="Arial" w:hAnsi="Arial"/>
          <w:b/>
          <w:sz w:val="22"/>
        </w:rPr>
        <w:t xml:space="preserve">Alice  </w:t>
      </w:r>
      <w:r>
        <w:rPr>
          <w:rFonts w:ascii="Arial" w:hAnsi="Arial"/>
          <w:color w:val="5D7284"/>
          <w:sz w:val="22"/>
        </w:rPr>
        <w:t>1:05:22</w:t>
      </w:r>
    </w:p>
    <w:p>
      <w:pPr>
        <w:spacing w:after="0"/>
      </w:pPr>
      <w:r>
        <w:rPr>
          <w:rFonts w:ascii="Arial" w:hAnsi="Arial"/>
          <w:sz w:val="22"/>
        </w:rPr>
        <w:t>It's history, people tend not to be very nice to disabled people. I think even, like, this whole Richard thing. Like, it's just a further example of like, they went oh well  he's fucking disabled we talk bad about him.</w:t>
      </w:r>
    </w:p>
    <w:p>
      <w:pPr>
        <w:spacing w:after="0"/>
      </w:pPr>
    </w:p>
    <w:p>
      <w:pPr>
        <w:spacing w:after="0"/>
      </w:pPr>
      <w:r>
        <w:rPr>
          <w:rFonts w:ascii="Arial" w:hAnsi="Arial"/>
          <w:b/>
          <w:sz w:val="22"/>
        </w:rPr>
        <w:t xml:space="preserve">Lucy  </w:t>
      </w:r>
      <w:r>
        <w:rPr>
          <w:rFonts w:ascii="Arial" w:hAnsi="Arial"/>
          <w:color w:val="5D7284"/>
          <w:sz w:val="22"/>
        </w:rPr>
        <w:t>1:05:33</w:t>
      </w:r>
    </w:p>
    <w:p>
      <w:pPr>
        <w:spacing w:after="0"/>
      </w:pPr>
      <w:r>
        <w:rPr>
          <w:rFonts w:ascii="Arial" w:hAnsi="Arial"/>
          <w:sz w:val="22"/>
        </w:rPr>
        <w:t>I feel a little bit sorry for the fact that, you know, he was vilified because he was disabled. And I have experience, like, you know, you have, I've had experiences and people misunderstanding me. And, you know,</w:t>
      </w:r>
    </w:p>
    <w:p>
      <w:pPr>
        <w:spacing w:after="0"/>
      </w:pPr>
    </w:p>
    <w:p>
      <w:pPr>
        <w:spacing w:after="0"/>
      </w:pPr>
      <w:r>
        <w:rPr>
          <w:rFonts w:ascii="Arial" w:hAnsi="Arial"/>
          <w:b/>
          <w:sz w:val="22"/>
        </w:rPr>
        <w:t xml:space="preserve">Alice  </w:t>
      </w:r>
      <w:r>
        <w:rPr>
          <w:rFonts w:ascii="Arial" w:hAnsi="Arial"/>
          <w:color w:val="5D7284"/>
          <w:sz w:val="22"/>
        </w:rPr>
        <w:t>1:05:52</w:t>
      </w:r>
    </w:p>
    <w:p>
      <w:pPr>
        <w:spacing w:after="0"/>
      </w:pPr>
      <w:r>
        <w:rPr>
          <w:rFonts w:ascii="Arial" w:hAnsi="Arial"/>
          <w:sz w:val="22"/>
        </w:rPr>
        <w:t>You mean people aren't really nice to you?</w:t>
      </w:r>
    </w:p>
    <w:p>
      <w:pPr>
        <w:spacing w:after="0"/>
      </w:pPr>
    </w:p>
    <w:p>
      <w:pPr>
        <w:spacing w:after="0"/>
      </w:pPr>
      <w:r>
        <w:rPr>
          <w:rFonts w:ascii="Arial" w:hAnsi="Arial"/>
          <w:b/>
          <w:sz w:val="22"/>
        </w:rPr>
        <w:t xml:space="preserve">Lucy  </w:t>
      </w:r>
      <w:r>
        <w:rPr>
          <w:rFonts w:ascii="Arial" w:hAnsi="Arial"/>
          <w:color w:val="5D7284"/>
          <w:sz w:val="22"/>
        </w:rPr>
        <w:t>1:05:54</w:t>
      </w:r>
    </w:p>
    <w:p>
      <w:pPr>
        <w:spacing w:after="0"/>
      </w:pPr>
      <w:r>
        <w:rPr>
          <w:rFonts w:ascii="Arial" w:hAnsi="Arial"/>
          <w:sz w:val="22"/>
        </w:rPr>
        <w:t xml:space="preserve">Sadly no. Unfortunately not and I'm delightful...Erm...(Alice laughs) Allegdley. But it is so hard Alice but I am a delight. Oh, you know, I always try to be, you know, kind and these things and do good, you know, for people around me and for people to just get the wrong end of the stick, just because I'm disabled. That is something that I am constantly battling against. And it's something that when I hear about it happening to other people, it makes me feel like, that's not right. </w:t>
      </w:r>
    </w:p>
    <w:p>
      <w:pPr>
        <w:spacing w:after="0"/>
      </w:pPr>
    </w:p>
    <w:p>
      <w:pPr>
        <w:spacing w:after="0"/>
      </w:pPr>
      <w:r>
        <w:rPr>
          <w:rFonts w:ascii="Arial" w:hAnsi="Arial"/>
          <w:b/>
          <w:sz w:val="22"/>
        </w:rPr>
        <w:t xml:space="preserve">Alice  </w:t>
      </w:r>
      <w:r>
        <w:rPr>
          <w:rFonts w:ascii="Arial" w:hAnsi="Arial"/>
          <w:color w:val="5D7284"/>
          <w:sz w:val="22"/>
        </w:rPr>
        <w:t>1:06:34</w:t>
      </w:r>
    </w:p>
    <w:p>
      <w:pPr>
        <w:spacing w:after="0"/>
      </w:pPr>
      <w:r>
        <w:rPr>
          <w:rFonts w:ascii="Arial" w:hAnsi="Arial"/>
          <w:sz w:val="22"/>
        </w:rPr>
        <w:t>And I think it's interesting, because actually the position that he was in like he was the most powerful person in the country. (Lucy) Exactly.</w:t>
      </w:r>
    </w:p>
    <w:p>
      <w:pPr>
        <w:spacing w:after="0"/>
      </w:pPr>
    </w:p>
    <w:p>
      <w:pPr>
        <w:spacing w:after="0"/>
      </w:pPr>
      <w:r>
        <w:rPr>
          <w:rFonts w:ascii="Arial" w:hAnsi="Arial"/>
          <w:b/>
          <w:sz w:val="22"/>
        </w:rPr>
        <w:t xml:space="preserve">Daisy  </w:t>
      </w:r>
      <w:r>
        <w:rPr>
          <w:rFonts w:ascii="Arial" w:hAnsi="Arial"/>
          <w:color w:val="5D7284"/>
          <w:sz w:val="22"/>
        </w:rPr>
        <w:t>1:06:44</w:t>
      </w:r>
    </w:p>
    <w:p>
      <w:pPr>
        <w:spacing w:after="0"/>
      </w:pPr>
      <w:r>
        <w:rPr>
          <w:rFonts w:ascii="Arial" w:hAnsi="Arial"/>
          <w:sz w:val="22"/>
        </w:rPr>
        <w:t>At the time, the time that he was alive, nobody cared.</w:t>
      </w:r>
    </w:p>
    <w:p>
      <w:pPr>
        <w:spacing w:after="0"/>
      </w:pPr>
    </w:p>
    <w:p>
      <w:pPr>
        <w:spacing w:after="0"/>
      </w:pPr>
      <w:r>
        <w:rPr>
          <w:rFonts w:ascii="Arial" w:hAnsi="Arial"/>
          <w:b/>
          <w:sz w:val="22"/>
        </w:rPr>
        <w:t xml:space="preserve">Lucy  </w:t>
      </w:r>
      <w:r>
        <w:rPr>
          <w:rFonts w:ascii="Arial" w:hAnsi="Arial"/>
          <w:color w:val="5D7284"/>
          <w:sz w:val="22"/>
        </w:rPr>
        <w:t>1:06:47</w:t>
      </w:r>
    </w:p>
    <w:p>
      <w:pPr>
        <w:spacing w:after="0"/>
      </w:pPr>
      <w:r>
        <w:rPr>
          <w:rFonts w:ascii="Arial" w:hAnsi="Arial"/>
          <w:sz w:val="22"/>
        </w:rPr>
        <w:t xml:space="preserve"> No, this whole he was disabled, and therefore a villain has come after he's...</w:t>
      </w:r>
    </w:p>
    <w:p>
      <w:pPr>
        <w:spacing w:after="0"/>
      </w:pPr>
    </w:p>
    <w:p>
      <w:pPr>
        <w:spacing w:after="0"/>
      </w:pPr>
      <w:r>
        <w:rPr>
          <w:rFonts w:ascii="Arial" w:hAnsi="Arial"/>
          <w:b/>
          <w:sz w:val="22"/>
        </w:rPr>
        <w:t xml:space="preserve">Alice  </w:t>
      </w:r>
      <w:r>
        <w:rPr>
          <w:rFonts w:ascii="Arial" w:hAnsi="Arial"/>
          <w:color w:val="5D7284"/>
          <w:sz w:val="22"/>
        </w:rPr>
        <w:t>1:06:53</w:t>
      </w:r>
    </w:p>
    <w:p>
      <w:pPr>
        <w:spacing w:after="0"/>
      </w:pPr>
      <w:r>
        <w:rPr>
          <w:rFonts w:ascii="Arial" w:hAnsi="Arial"/>
          <w:sz w:val="22"/>
        </w:rPr>
        <w:t>not that long after, like, we're not talking like hundreds of years. (Daisy) No no we're talking about 30years after he died.</w:t>
      </w:r>
    </w:p>
    <w:p>
      <w:pPr>
        <w:spacing w:after="0"/>
      </w:pPr>
    </w:p>
    <w:p>
      <w:pPr>
        <w:spacing w:after="0"/>
      </w:pPr>
      <w:r>
        <w:rPr>
          <w:rFonts w:ascii="Arial" w:hAnsi="Arial"/>
          <w:b/>
          <w:sz w:val="22"/>
        </w:rPr>
        <w:t xml:space="preserve">Lucy  </w:t>
      </w:r>
      <w:r>
        <w:rPr>
          <w:rFonts w:ascii="Arial" w:hAnsi="Arial"/>
          <w:color w:val="5D7284"/>
          <w:sz w:val="22"/>
        </w:rPr>
        <w:t>1:06:58</w:t>
      </w:r>
    </w:p>
    <w:p>
      <w:pPr>
        <w:spacing w:after="0"/>
      </w:pPr>
      <w:r>
        <w:rPr>
          <w:rFonts w:ascii="Arial" w:hAnsi="Arial"/>
          <w:sz w:val="22"/>
        </w:rPr>
        <w:t>He's dead in the ground. Now we can say what we like, you know</w:t>
      </w:r>
    </w:p>
    <w:p>
      <w:pPr>
        <w:spacing w:after="0"/>
      </w:pPr>
    </w:p>
    <w:p>
      <w:pPr>
        <w:spacing w:after="0"/>
      </w:pPr>
      <w:r>
        <w:rPr>
          <w:rFonts w:ascii="Arial" w:hAnsi="Arial"/>
          <w:b/>
          <w:sz w:val="22"/>
        </w:rPr>
        <w:t xml:space="preserve">Daisy  </w:t>
      </w:r>
      <w:r>
        <w:rPr>
          <w:rFonts w:ascii="Arial" w:hAnsi="Arial"/>
          <w:color w:val="5D7284"/>
          <w:sz w:val="22"/>
        </w:rPr>
        <w:t>1:07:01</w:t>
      </w:r>
    </w:p>
    <w:p>
      <w:pPr>
        <w:spacing w:after="0"/>
      </w:pPr>
      <w:r>
        <w:rPr>
          <w:rFonts w:ascii="Arial" w:hAnsi="Arial"/>
          <w:sz w:val="22"/>
        </w:rPr>
        <w:t>Yeah. So I think I looked up and Thomas Moore was born about five years before Richard third died. So sort of within, you know, that same type of era, but only just.</w:t>
      </w:r>
    </w:p>
    <w:p>
      <w:pPr>
        <w:spacing w:after="0"/>
      </w:pPr>
    </w:p>
    <w:p>
      <w:pPr>
        <w:spacing w:after="0"/>
      </w:pPr>
      <w:r>
        <w:rPr>
          <w:rFonts w:ascii="Arial" w:hAnsi="Arial"/>
          <w:b/>
          <w:sz w:val="22"/>
        </w:rPr>
        <w:t xml:space="preserve">Lucy  </w:t>
      </w:r>
      <w:r>
        <w:rPr>
          <w:rFonts w:ascii="Arial" w:hAnsi="Arial"/>
          <w:color w:val="5D7284"/>
          <w:sz w:val="22"/>
        </w:rPr>
        <w:t>1:07:14</w:t>
      </w:r>
    </w:p>
    <w:p>
      <w:pPr>
        <w:spacing w:after="0"/>
      </w:pPr>
      <w:r>
        <w:rPr>
          <w:rFonts w:ascii="Arial" w:hAnsi="Arial"/>
          <w:sz w:val="22"/>
        </w:rPr>
        <w:t>Ony just yeah. It just, I feel, I think I felt a bit of like secondhand irritation, that they're just making him out to be a villain, because he's different. And it makes me a bit sad that, you know, even in this day and age, people who are disabled are still experiencing, I mean, not to the same degree of "oh, you murdered kids, and you've got a withered arm and you're hunchback." "Crook back", but we, you know, disabled people are still getting that level of assumptions made about them, because they can't walk, can't see, they need different mobility aids to negotiate life is just like, "oh, well, they're less" you know, we're still exposes this lessness. As people, it just makes me so... I feel a bit sad for him because, like, I don't know whether he knew people thought he was a villainous person. They probably did, because they thought he murdered children in the tower. But it makes me sad and cross that people talk about him. I mean, I know he was king and propaganda and everything to make the new king look wonderful. But if I thought somebody was saying, those sorts of things about me when I was dead, I would not be happy. If you hear turning in the grave when I'm gone. It's because somebody's not being very nice about me, you know?</w:t>
      </w:r>
    </w:p>
    <w:p>
      <w:pPr>
        <w:spacing w:after="0"/>
      </w:pPr>
    </w:p>
    <w:p>
      <w:pPr>
        <w:spacing w:after="0"/>
      </w:pPr>
      <w:r>
        <w:rPr>
          <w:rFonts w:ascii="Arial" w:hAnsi="Arial"/>
          <w:b/>
          <w:sz w:val="22"/>
        </w:rPr>
        <w:t xml:space="preserve">Daisy  </w:t>
      </w:r>
      <w:r>
        <w:rPr>
          <w:rFonts w:ascii="Arial" w:hAnsi="Arial"/>
          <w:color w:val="5D7284"/>
          <w:sz w:val="22"/>
        </w:rPr>
        <w:t>1:08:45</w:t>
      </w:r>
    </w:p>
    <w:p>
      <w:pPr>
        <w:spacing w:after="0"/>
      </w:pPr>
      <w:r>
        <w:rPr>
          <w:rFonts w:ascii="Arial" w:hAnsi="Arial"/>
          <w:sz w:val="22"/>
        </w:rPr>
        <w:t>Yeah, I guess I'm less sort of, you know, frustrated about that kind of thing coming out a particular person and more just, you know, the idea that, you know, in order to sort of physically portray evil, (Lucy) Yeah. Is by (Lucy) Exactly. Showing disability. (Lucy) Yeah. you know, it's kind of that's what's more frustrating to me, and also the fact that that, you know, still works. (Alice) and I think</w:t>
      </w:r>
    </w:p>
    <w:p>
      <w:pPr>
        <w:spacing w:after="0"/>
      </w:pPr>
    </w:p>
    <w:p>
      <w:pPr>
        <w:spacing w:after="0"/>
      </w:pPr>
      <w:r>
        <w:rPr>
          <w:rFonts w:ascii="Arial" w:hAnsi="Arial"/>
          <w:b/>
          <w:sz w:val="22"/>
        </w:rPr>
        <w:t xml:space="preserve">Alice  </w:t>
      </w:r>
      <w:r>
        <w:rPr>
          <w:rFonts w:ascii="Arial" w:hAnsi="Arial"/>
          <w:color w:val="5D7284"/>
          <w:sz w:val="22"/>
        </w:rPr>
        <w:t>1:09:08</w:t>
      </w:r>
    </w:p>
    <w:p>
      <w:pPr>
        <w:spacing w:after="0"/>
      </w:pPr>
      <w:r>
        <w:rPr>
          <w:rFonts w:ascii="Arial" w:hAnsi="Arial"/>
          <w:sz w:val="22"/>
        </w:rPr>
        <w:t>it's the, the like, they've tried to almost like placate future rulers by and lift them up by comparing them to him because of his difference. And you sort of wonder, well, you know, what would their tact have been had he not had scoliosis, you know..</w:t>
      </w:r>
    </w:p>
    <w:p>
      <w:pPr>
        <w:spacing w:after="0"/>
      </w:pPr>
    </w:p>
    <w:p>
      <w:pPr>
        <w:spacing w:after="0"/>
      </w:pPr>
      <w:r>
        <w:rPr>
          <w:rFonts w:ascii="Arial" w:hAnsi="Arial"/>
          <w:b/>
          <w:sz w:val="22"/>
        </w:rPr>
        <w:t xml:space="preserve">Lucy  </w:t>
      </w:r>
      <w:r>
        <w:rPr>
          <w:rFonts w:ascii="Arial" w:hAnsi="Arial"/>
          <w:color w:val="5D7284"/>
          <w:sz w:val="22"/>
        </w:rPr>
        <w:t>1:09:25</w:t>
      </w:r>
    </w:p>
    <w:p>
      <w:pPr>
        <w:spacing w:after="0"/>
      </w:pPr>
      <w:r>
        <w:rPr>
          <w:rFonts w:ascii="Arial" w:hAnsi="Arial"/>
          <w:sz w:val="22"/>
        </w:rPr>
        <w:t>Had he been like the bloke who was like, running and pulling down horses, climbing up ladders when he was 65.</w:t>
      </w:r>
    </w:p>
    <w:p>
      <w:pPr>
        <w:spacing w:after="0"/>
      </w:pPr>
    </w:p>
    <w:p>
      <w:pPr>
        <w:spacing w:after="0"/>
      </w:pPr>
      <w:r>
        <w:rPr>
          <w:rFonts w:ascii="Arial" w:hAnsi="Arial"/>
          <w:b/>
          <w:sz w:val="22"/>
        </w:rPr>
        <w:t xml:space="preserve">Alice  </w:t>
      </w:r>
      <w:r>
        <w:rPr>
          <w:rFonts w:ascii="Arial" w:hAnsi="Arial"/>
          <w:color w:val="5D7284"/>
          <w:sz w:val="22"/>
        </w:rPr>
        <w:t>1:09:32</w:t>
      </w:r>
    </w:p>
    <w:p>
      <w:pPr>
        <w:spacing w:after="0"/>
      </w:pPr>
      <w:r>
        <w:rPr>
          <w:rFonts w:ascii="Arial" w:hAnsi="Arial"/>
          <w:sz w:val="22"/>
        </w:rPr>
        <w:t>How would they have portrayed him like, would they have... Would there have been this push to portray him so negatively? Would he have been the person that they picked out as the negative, like the character to vilify? Would there have been another member of his family that they'd have gravitated towards in their vitriol? (Daisy) Yeah,</w:t>
      </w:r>
    </w:p>
    <w:p>
      <w:pPr>
        <w:spacing w:after="0"/>
      </w:pPr>
    </w:p>
    <w:p>
      <w:pPr>
        <w:spacing w:after="0"/>
      </w:pPr>
      <w:r>
        <w:rPr>
          <w:rFonts w:ascii="Arial" w:hAnsi="Arial"/>
          <w:b/>
          <w:sz w:val="22"/>
        </w:rPr>
        <w:t xml:space="preserve">Daisy  </w:t>
      </w:r>
      <w:r>
        <w:rPr>
          <w:rFonts w:ascii="Arial" w:hAnsi="Arial"/>
          <w:color w:val="5D7284"/>
          <w:sz w:val="22"/>
        </w:rPr>
        <w:t>1:09:57</w:t>
      </w:r>
    </w:p>
    <w:p>
      <w:pPr>
        <w:spacing w:after="0"/>
      </w:pPr>
      <w:r>
        <w:rPr>
          <w:rFonts w:ascii="Arial" w:hAnsi="Arial"/>
          <w:sz w:val="22"/>
        </w:rPr>
        <w:t>I mean, I don't know i i guess i I think that it probably would have still been him mostly who's vilified because he was, you know, the last of the plantagenets. You know, he was the last of that line. (Alice) Yeah. And so by defeating him, they win, but, you know, whether it would have turned into you know, this very kind of, you know, that that sort of portrayal of him as you know, evil because he is, you know, twisted and very, you know, visibly impaired I don't know whether they would have just paid on the fact that he was small and slight being like, Oh, look at him also wimpy.</w:t>
      </w:r>
    </w:p>
    <w:p>
      <w:pPr>
        <w:spacing w:after="0"/>
      </w:pPr>
    </w:p>
    <w:p>
      <w:pPr>
        <w:spacing w:after="0"/>
      </w:pPr>
      <w:r>
        <w:rPr>
          <w:rFonts w:ascii="Arial" w:hAnsi="Arial"/>
          <w:b/>
          <w:sz w:val="22"/>
        </w:rPr>
        <w:t xml:space="preserve">Lucy  </w:t>
      </w:r>
      <w:r>
        <w:rPr>
          <w:rFonts w:ascii="Arial" w:hAnsi="Arial"/>
          <w:color w:val="5D7284"/>
          <w:sz w:val="22"/>
        </w:rPr>
        <w:t>1:10:36</w:t>
      </w:r>
    </w:p>
    <w:p>
      <w:pPr>
        <w:spacing w:after="0"/>
      </w:pPr>
      <w:r>
        <w:rPr>
          <w:rFonts w:ascii="Arial" w:hAnsi="Arial"/>
          <w:sz w:val="22"/>
        </w:rPr>
        <w:t>It makes me, when I look at the portrayal of Richard the Third in like plays and stuff. I'm not necessarily talking about the most recent one, but in that historical like in the film, things like that. It makes me cringe a little bit. Oh, God you've actually, like really gone to town with that cushion on his back. I need to make you look really really....</w:t>
      </w:r>
    </w:p>
    <w:p>
      <w:pPr>
        <w:spacing w:after="0"/>
      </w:pPr>
    </w:p>
    <w:p>
      <w:pPr>
        <w:spacing w:after="0"/>
      </w:pPr>
      <w:r>
        <w:rPr>
          <w:rFonts w:ascii="Arial" w:hAnsi="Arial"/>
          <w:b/>
          <w:sz w:val="22"/>
        </w:rPr>
        <w:t xml:space="preserve">Daisy  </w:t>
      </w:r>
      <w:r>
        <w:rPr>
          <w:rFonts w:ascii="Arial" w:hAnsi="Arial"/>
          <w:color w:val="5D7284"/>
          <w:sz w:val="22"/>
        </w:rPr>
        <w:t>1:10:57</w:t>
      </w:r>
    </w:p>
    <w:p>
      <w:pPr>
        <w:spacing w:after="0"/>
      </w:pPr>
      <w:r>
        <w:rPr>
          <w:rFonts w:ascii="Arial" w:hAnsi="Arial"/>
          <w:sz w:val="22"/>
        </w:rPr>
        <w:t>Yeah, I think my frustrations with that have been more around creeping up. (Lucy) Yeah, yeah. You know, that non disabled people playing as disabled people. Pisses me off rather than particularly I'm sure. I don't know maybe I am dead inside. So I guess maybe that's why I don't have any like particular like feeling towards you know, this guy. So I felt dead inside or historian</w:t>
      </w:r>
    </w:p>
    <w:p>
      <w:pPr>
        <w:spacing w:after="0"/>
      </w:pPr>
    </w:p>
    <w:p>
      <w:pPr>
        <w:spacing w:after="0"/>
      </w:pPr>
      <w:r>
        <w:rPr>
          <w:rFonts w:ascii="Arial" w:hAnsi="Arial"/>
          <w:b/>
          <w:sz w:val="22"/>
        </w:rPr>
        <w:t xml:space="preserve">Alice  </w:t>
      </w:r>
      <w:r>
        <w:rPr>
          <w:rFonts w:ascii="Arial" w:hAnsi="Arial"/>
          <w:color w:val="5D7284"/>
          <w:sz w:val="22"/>
        </w:rPr>
        <w:t>1:11:19</w:t>
      </w:r>
    </w:p>
    <w:p>
      <w:pPr>
        <w:spacing w:after="0"/>
      </w:pPr>
      <w:r>
        <w:rPr>
          <w:rFonts w:ascii="Arial" w:hAnsi="Arial"/>
          <w:sz w:val="22"/>
        </w:rPr>
        <w:t>I don't in a funny, I feel a little bit bad saying it. I kind of he is so dead now. Like,</w:t>
      </w:r>
    </w:p>
    <w:p>
      <w:pPr>
        <w:spacing w:after="0"/>
      </w:pPr>
    </w:p>
    <w:p>
      <w:pPr>
        <w:spacing w:after="0"/>
      </w:pPr>
      <w:r>
        <w:rPr>
          <w:rFonts w:ascii="Arial" w:hAnsi="Arial"/>
          <w:b/>
          <w:sz w:val="22"/>
        </w:rPr>
        <w:t xml:space="preserve">Lucy  </w:t>
      </w:r>
      <w:r>
        <w:rPr>
          <w:rFonts w:ascii="Arial" w:hAnsi="Arial"/>
          <w:color w:val="5D7284"/>
          <w:sz w:val="22"/>
        </w:rPr>
        <w:t>1:11:29</w:t>
      </w:r>
    </w:p>
    <w:p>
      <w:pPr>
        <w:spacing w:after="0"/>
      </w:pPr>
      <w:r>
        <w:rPr>
          <w:rFonts w:ascii="Arial" w:hAnsi="Arial"/>
          <w:sz w:val="22"/>
        </w:rPr>
        <w:t>Like, don't get me wrong. I'm weeping over his grave. But there is a bit of me that feels like...</w:t>
      </w:r>
    </w:p>
    <w:p>
      <w:pPr>
        <w:spacing w:after="0"/>
      </w:pPr>
    </w:p>
    <w:p>
      <w:pPr>
        <w:spacing w:after="0"/>
      </w:pPr>
      <w:r>
        <w:rPr>
          <w:rFonts w:ascii="Arial" w:hAnsi="Arial"/>
          <w:b/>
          <w:sz w:val="22"/>
        </w:rPr>
        <w:t xml:space="preserve">Alice  </w:t>
      </w:r>
      <w:r>
        <w:rPr>
          <w:rFonts w:ascii="Arial" w:hAnsi="Arial"/>
          <w:color w:val="5D7284"/>
          <w:sz w:val="22"/>
        </w:rPr>
        <w:t>1:11:33</w:t>
      </w:r>
    </w:p>
    <w:p>
      <w:pPr>
        <w:spacing w:after="0"/>
      </w:pPr>
      <w:r>
        <w:rPr>
          <w:rFonts w:ascii="Arial" w:hAnsi="Arial"/>
          <w:sz w:val="22"/>
        </w:rPr>
        <w:t>To me, there's an element of going well, he... that's what you get for being king. Like, you stick your neck out, you know, above the parapet when you're king, you're going to like it's the same thing that has happened that happened to our monarchs like even as figureheads. You know, look at all the all the shit that's like being leveled at Kate and Meghan, just because they're in the Royal family</w:t>
      </w:r>
    </w:p>
    <w:p>
      <w:pPr>
        <w:spacing w:after="0"/>
      </w:pPr>
    </w:p>
    <w:p>
      <w:pPr>
        <w:spacing w:after="0"/>
      </w:pPr>
      <w:r>
        <w:rPr>
          <w:rFonts w:ascii="Arial" w:hAnsi="Arial"/>
          <w:b/>
          <w:sz w:val="22"/>
        </w:rPr>
        <w:t xml:space="preserve">Lucy  </w:t>
      </w:r>
      <w:r>
        <w:rPr>
          <w:rFonts w:ascii="Arial" w:hAnsi="Arial"/>
          <w:color w:val="5D7284"/>
          <w:sz w:val="22"/>
        </w:rPr>
        <w:t>1:12:00</w:t>
      </w:r>
    </w:p>
    <w:p>
      <w:pPr>
        <w:spacing w:after="0"/>
      </w:pPr>
      <w:r>
        <w:rPr>
          <w:rFonts w:ascii="Arial" w:hAnsi="Arial"/>
          <w:sz w:val="22"/>
        </w:rPr>
        <w:t>Like, Megan's wearing the wrong shoes.</w:t>
      </w:r>
    </w:p>
    <w:p>
      <w:pPr>
        <w:spacing w:after="0"/>
      </w:pPr>
    </w:p>
    <w:p>
      <w:pPr>
        <w:spacing w:after="0"/>
      </w:pPr>
      <w:r>
        <w:rPr>
          <w:rFonts w:ascii="Arial" w:hAnsi="Arial"/>
          <w:b/>
          <w:sz w:val="22"/>
        </w:rPr>
        <w:t xml:space="preserve">Alice  </w:t>
      </w:r>
      <w:r>
        <w:rPr>
          <w:rFonts w:ascii="Arial" w:hAnsi="Arial"/>
          <w:color w:val="5D7284"/>
          <w:sz w:val="22"/>
        </w:rPr>
        <w:t>1:12:02</w:t>
      </w:r>
    </w:p>
    <w:p>
      <w:pPr>
        <w:spacing w:after="0"/>
      </w:pPr>
      <w:r>
        <w:rPr>
          <w:rFonts w:ascii="Arial" w:hAnsi="Arial"/>
          <w:sz w:val="22"/>
        </w:rPr>
        <w:t>Yeah exactly. It's, it's that's what happens when you step out into the public eye. (Lucy) Yeah. And it's a shame that the thing they picked on was his physical difference.</w:t>
      </w:r>
    </w:p>
    <w:p>
      <w:pPr>
        <w:spacing w:after="0"/>
      </w:pPr>
    </w:p>
    <w:p>
      <w:pPr>
        <w:spacing w:after="0"/>
      </w:pPr>
      <w:r>
        <w:rPr>
          <w:rFonts w:ascii="Arial" w:hAnsi="Arial"/>
          <w:b/>
          <w:sz w:val="22"/>
        </w:rPr>
        <w:t xml:space="preserve">Lucy  </w:t>
      </w:r>
      <w:r>
        <w:rPr>
          <w:rFonts w:ascii="Arial" w:hAnsi="Arial"/>
          <w:color w:val="5D7284"/>
          <w:sz w:val="22"/>
        </w:rPr>
        <w:t>1:12:16</w:t>
      </w:r>
    </w:p>
    <w:p>
      <w:pPr>
        <w:spacing w:after="0"/>
      </w:pPr>
      <w:r>
        <w:rPr>
          <w:rFonts w:ascii="Arial" w:hAnsi="Arial"/>
          <w:sz w:val="22"/>
        </w:rPr>
        <w:t>But that's just easy pickings, isn't it? (Alice) It is. Yeah, it's very easy pickings, if somebody was going to take.... somebody who was going to vilify me, I know that would be because I (Laughs) was in a wheelchair if they didn't know me, and we're like, oh, let's find something to pick on.. right...</w:t>
      </w:r>
    </w:p>
    <w:p>
      <w:pPr>
        <w:spacing w:after="0"/>
      </w:pPr>
    </w:p>
    <w:p>
      <w:pPr>
        <w:spacing w:after="0"/>
      </w:pPr>
      <w:r>
        <w:rPr>
          <w:rFonts w:ascii="Arial" w:hAnsi="Arial"/>
          <w:b/>
          <w:sz w:val="22"/>
        </w:rPr>
        <w:t xml:space="preserve">Alice  </w:t>
      </w:r>
      <w:r>
        <w:rPr>
          <w:rFonts w:ascii="Arial" w:hAnsi="Arial"/>
          <w:color w:val="5D7284"/>
          <w:sz w:val="22"/>
        </w:rPr>
        <w:t>1:12:31</w:t>
      </w:r>
    </w:p>
    <w:p>
      <w:pPr>
        <w:spacing w:after="0"/>
      </w:pPr>
      <w:r>
        <w:rPr>
          <w:rFonts w:ascii="Arial" w:hAnsi="Arial"/>
          <w:sz w:val="22"/>
        </w:rPr>
        <w:t>Well people know you. They can find other things. At the bottom of the barrel with Lucy. (laugh)</w:t>
      </w:r>
    </w:p>
    <w:p>
      <w:pPr>
        <w:spacing w:after="0"/>
      </w:pPr>
    </w:p>
    <w:p>
      <w:pPr>
        <w:spacing w:after="0"/>
      </w:pPr>
      <w:r>
        <w:rPr>
          <w:rFonts w:ascii="Arial" w:hAnsi="Arial"/>
          <w:b/>
          <w:sz w:val="22"/>
        </w:rPr>
        <w:t xml:space="preserve">Lucy  </w:t>
      </w:r>
      <w:r>
        <w:rPr>
          <w:rFonts w:ascii="Arial" w:hAnsi="Arial"/>
          <w:color w:val="5D7284"/>
          <w:sz w:val="22"/>
        </w:rPr>
        <w:t>1:12:40</w:t>
      </w:r>
    </w:p>
    <w:p>
      <w:pPr>
        <w:spacing w:after="0"/>
      </w:pPr>
      <w:r>
        <w:rPr>
          <w:rFonts w:ascii="Arial" w:hAnsi="Arial"/>
          <w:sz w:val="22"/>
        </w:rPr>
        <w:t>It's really irritating the way she pronounces words. The fact she breathes maybe? I don't know.</w:t>
      </w:r>
    </w:p>
    <w:p>
      <w:pPr>
        <w:spacing w:after="0"/>
      </w:pPr>
    </w:p>
    <w:p>
      <w:pPr>
        <w:spacing w:after="0"/>
      </w:pPr>
      <w:r>
        <w:rPr>
          <w:rFonts w:ascii="Arial" w:hAnsi="Arial"/>
          <w:b/>
          <w:sz w:val="22"/>
        </w:rPr>
        <w:t xml:space="preserve">Alice  </w:t>
      </w:r>
      <w:r>
        <w:rPr>
          <w:rFonts w:ascii="Arial" w:hAnsi="Arial"/>
          <w:color w:val="5D7284"/>
          <w:sz w:val="22"/>
        </w:rPr>
        <w:t>1:12:48</w:t>
      </w:r>
    </w:p>
    <w:p>
      <w:pPr>
        <w:spacing w:after="0"/>
      </w:pPr>
      <w:r>
        <w:rPr>
          <w:rFonts w:ascii="Arial" w:hAnsi="Arial"/>
          <w:sz w:val="22"/>
        </w:rPr>
        <w:t>You have already been told off by Adam today for breathing loudly into the microphone.</w:t>
      </w:r>
    </w:p>
    <w:p>
      <w:pPr>
        <w:spacing w:after="0"/>
      </w:pPr>
    </w:p>
    <w:p>
      <w:pPr>
        <w:spacing w:after="0"/>
      </w:pPr>
      <w:r>
        <w:rPr>
          <w:rFonts w:ascii="Arial" w:hAnsi="Arial"/>
          <w:b/>
          <w:sz w:val="22"/>
        </w:rPr>
        <w:t xml:space="preserve">Lucy  </w:t>
      </w:r>
      <w:r>
        <w:rPr>
          <w:rFonts w:ascii="Arial" w:hAnsi="Arial"/>
          <w:color w:val="5D7284"/>
          <w:sz w:val="22"/>
        </w:rPr>
        <w:t>1:12:52</w:t>
      </w:r>
    </w:p>
    <w:p>
      <w:pPr>
        <w:spacing w:after="0"/>
      </w:pPr>
      <w:r>
        <w:rPr>
          <w:rFonts w:ascii="Arial" w:hAnsi="Arial"/>
          <w:sz w:val="22"/>
        </w:rPr>
        <w:t>I have, he basically told me to hold my breath until it was my time to speak. (laughs) Fine, he moved me away from the microphone it's alright. But no, I just find the whole thing. fascinating, really. And, you know, the discovery in the car park is just another level, isn't it to the whole... Do you think like his he's reputation has been improved? Because he's been found in a car park in Leicester? or...</w:t>
      </w:r>
    </w:p>
    <w:p>
      <w:pPr>
        <w:spacing w:after="0"/>
      </w:pPr>
    </w:p>
    <w:p>
      <w:pPr>
        <w:spacing w:after="0"/>
      </w:pPr>
      <w:r>
        <w:rPr>
          <w:rFonts w:ascii="Arial" w:hAnsi="Arial"/>
          <w:b/>
          <w:sz w:val="22"/>
        </w:rPr>
        <w:t xml:space="preserve">Daisy  </w:t>
      </w:r>
      <w:r>
        <w:rPr>
          <w:rFonts w:ascii="Arial" w:hAnsi="Arial"/>
          <w:color w:val="5D7284"/>
          <w:sz w:val="22"/>
        </w:rPr>
        <w:t>1:13:19</w:t>
      </w:r>
    </w:p>
    <w:p>
      <w:pPr>
        <w:spacing w:after="0"/>
      </w:pPr>
      <w:r>
        <w:rPr>
          <w:rFonts w:ascii="Arial" w:hAnsi="Arial"/>
          <w:sz w:val="22"/>
        </w:rPr>
        <w:t>I mean, yeah, absolutely. Yeah. partly just because it was a thing that happened recently. So you know, without that just I don't think anybody would really still be considering it. Like, you know, because of that, you know, Horrible Histories did a whole song about him. (Lucy) Yes. Not being all that bad. Which means that's a lot of kids now, who are you know, growing up thinking that's not all that bad? And, you know,</w:t>
      </w:r>
    </w:p>
    <w:p>
      <w:pPr>
        <w:spacing w:after="0"/>
      </w:pPr>
    </w:p>
    <w:p>
      <w:pPr>
        <w:spacing w:after="0"/>
      </w:pPr>
      <w:r>
        <w:rPr>
          <w:rFonts w:ascii="Arial" w:hAnsi="Arial"/>
          <w:b/>
          <w:sz w:val="22"/>
        </w:rPr>
        <w:t xml:space="preserve">Lucy  </w:t>
      </w:r>
      <w:r>
        <w:rPr>
          <w:rFonts w:ascii="Arial" w:hAnsi="Arial"/>
          <w:color w:val="5D7284"/>
          <w:sz w:val="22"/>
        </w:rPr>
        <w:t>1:13:43</w:t>
      </w:r>
    </w:p>
    <w:p>
      <w:pPr>
        <w:spacing w:after="0"/>
      </w:pPr>
      <w:r>
        <w:rPr>
          <w:rFonts w:ascii="Arial" w:hAnsi="Arial"/>
          <w:sz w:val="22"/>
        </w:rPr>
        <w:t>thank you Horrible Histories.</w:t>
      </w:r>
    </w:p>
    <w:p>
      <w:pPr>
        <w:spacing w:after="0"/>
      </w:pPr>
    </w:p>
    <w:p>
      <w:pPr>
        <w:spacing w:after="0"/>
      </w:pPr>
      <w:r>
        <w:rPr>
          <w:rFonts w:ascii="Arial" w:hAnsi="Arial"/>
          <w:b/>
          <w:sz w:val="22"/>
        </w:rPr>
        <w:t xml:space="preserve">Daisy  </w:t>
      </w:r>
      <w:r>
        <w:rPr>
          <w:rFonts w:ascii="Arial" w:hAnsi="Arial"/>
          <w:color w:val="5D7284"/>
          <w:sz w:val="22"/>
        </w:rPr>
        <w:t>1:13:44</w:t>
      </w:r>
    </w:p>
    <w:p>
      <w:pPr>
        <w:spacing w:after="0"/>
      </w:pPr>
      <w:r>
        <w:rPr>
          <w:rFonts w:ascii="Arial" w:hAnsi="Arial"/>
          <w:sz w:val="22"/>
        </w:rPr>
        <w:t>Theres a whole museum here. (Lucy) Yes. Which wouldn't be there if he hadn't been found the carpark (Lucy) Nope.</w:t>
      </w:r>
    </w:p>
    <w:p>
      <w:pPr>
        <w:spacing w:after="0"/>
      </w:pPr>
    </w:p>
    <w:p>
      <w:pPr>
        <w:spacing w:after="0"/>
      </w:pPr>
      <w:r>
        <w:rPr>
          <w:rFonts w:ascii="Arial" w:hAnsi="Arial"/>
          <w:b/>
          <w:sz w:val="22"/>
        </w:rPr>
        <w:t xml:space="preserve">Alice  </w:t>
      </w:r>
      <w:r>
        <w:rPr>
          <w:rFonts w:ascii="Arial" w:hAnsi="Arial"/>
          <w:color w:val="5D7284"/>
          <w:sz w:val="22"/>
        </w:rPr>
        <w:t>1:13:49</w:t>
      </w:r>
    </w:p>
    <w:p>
      <w:pPr>
        <w:spacing w:after="0"/>
      </w:pPr>
      <w:r>
        <w:rPr>
          <w:rFonts w:ascii="Arial" w:hAnsi="Arial"/>
          <w:sz w:val="22"/>
        </w:rPr>
        <w:t>No, we were talking about that what they were going to turn this into before they found him like just going to be that offices or something</w:t>
      </w:r>
    </w:p>
    <w:p>
      <w:pPr>
        <w:spacing w:after="0"/>
      </w:pPr>
    </w:p>
    <w:p>
      <w:pPr>
        <w:spacing w:after="0"/>
      </w:pPr>
      <w:r>
        <w:rPr>
          <w:rFonts w:ascii="Arial" w:hAnsi="Arial"/>
          <w:b/>
          <w:sz w:val="22"/>
        </w:rPr>
        <w:t xml:space="preserve">Lucy  </w:t>
      </w:r>
      <w:r>
        <w:rPr>
          <w:rFonts w:ascii="Arial" w:hAnsi="Arial"/>
          <w:color w:val="5D7284"/>
          <w:sz w:val="22"/>
        </w:rPr>
        <w:t>1:13:56</w:t>
      </w:r>
    </w:p>
    <w:p>
      <w:pPr>
        <w:spacing w:after="0"/>
      </w:pPr>
      <w:r>
        <w:rPr>
          <w:rFonts w:ascii="Arial" w:hAnsi="Arial"/>
          <w:sz w:val="22"/>
        </w:rPr>
        <w:t>Probably Greg's or something.</w:t>
      </w:r>
    </w:p>
    <w:p>
      <w:pPr>
        <w:spacing w:after="0"/>
      </w:pPr>
    </w:p>
    <w:p>
      <w:pPr>
        <w:spacing w:after="0"/>
      </w:pPr>
      <w:r>
        <w:rPr>
          <w:rFonts w:ascii="Arial" w:hAnsi="Arial"/>
          <w:b/>
          <w:sz w:val="22"/>
        </w:rPr>
        <w:t xml:space="preserve">Alice  </w:t>
      </w:r>
      <w:r>
        <w:rPr>
          <w:rFonts w:ascii="Arial" w:hAnsi="Arial"/>
          <w:color w:val="5D7284"/>
          <w:sz w:val="22"/>
        </w:rPr>
        <w:t>1:13:58</w:t>
      </w:r>
    </w:p>
    <w:p>
      <w:pPr>
        <w:spacing w:after="0"/>
      </w:pPr>
      <w:r>
        <w:rPr>
          <w:rFonts w:ascii="Arial" w:hAnsi="Arial"/>
          <w:sz w:val="22"/>
        </w:rPr>
        <w:t>I think we've already three Greg's in town. I really don't think Leicester needs more Greg's.</w:t>
      </w:r>
    </w:p>
    <w:p>
      <w:pPr>
        <w:spacing w:after="0"/>
      </w:pPr>
    </w:p>
    <w:p>
      <w:pPr>
        <w:spacing w:after="0"/>
      </w:pPr>
      <w:r>
        <w:rPr>
          <w:rFonts w:ascii="Arial" w:hAnsi="Arial"/>
          <w:b/>
          <w:sz w:val="22"/>
        </w:rPr>
        <w:t xml:space="preserve">Lucy  </w:t>
      </w:r>
      <w:r>
        <w:rPr>
          <w:rFonts w:ascii="Arial" w:hAnsi="Arial"/>
          <w:color w:val="5D7284"/>
          <w:sz w:val="22"/>
        </w:rPr>
        <w:t>1:14:02</w:t>
      </w:r>
    </w:p>
    <w:p>
      <w:pPr>
        <w:spacing w:after="0"/>
      </w:pPr>
      <w:r>
        <w:rPr>
          <w:rFonts w:ascii="Arial" w:hAnsi="Arial"/>
          <w:sz w:val="22"/>
        </w:rPr>
        <w:t>Stick a fourth in the car park. It's fine.</w:t>
      </w:r>
    </w:p>
    <w:p>
      <w:pPr>
        <w:spacing w:after="0"/>
      </w:pPr>
    </w:p>
    <w:p>
      <w:pPr>
        <w:spacing w:after="0"/>
      </w:pPr>
      <w:r>
        <w:rPr>
          <w:rFonts w:ascii="Arial" w:hAnsi="Arial"/>
          <w:b/>
          <w:sz w:val="22"/>
        </w:rPr>
        <w:t xml:space="preserve">Daisy  </w:t>
      </w:r>
      <w:r>
        <w:rPr>
          <w:rFonts w:ascii="Arial" w:hAnsi="Arial"/>
          <w:color w:val="5D7284"/>
          <w:sz w:val="22"/>
        </w:rPr>
        <w:t>1:14:04</w:t>
      </w:r>
    </w:p>
    <w:p>
      <w:pPr>
        <w:spacing w:after="0"/>
      </w:pPr>
      <w:r>
        <w:rPr>
          <w:rFonts w:ascii="Arial" w:hAnsi="Arial"/>
          <w:sz w:val="22"/>
        </w:rPr>
        <w:t>Not too far from my new house has a Greg's outlet.</w:t>
      </w:r>
    </w:p>
    <w:p>
      <w:pPr>
        <w:spacing w:after="0"/>
      </w:pPr>
    </w:p>
    <w:p>
      <w:pPr>
        <w:spacing w:after="0"/>
      </w:pPr>
      <w:r>
        <w:rPr>
          <w:rFonts w:ascii="Arial" w:hAnsi="Arial"/>
          <w:b/>
          <w:sz w:val="22"/>
        </w:rPr>
        <w:t xml:space="preserve">Lucy  </w:t>
      </w:r>
      <w:r>
        <w:rPr>
          <w:rFonts w:ascii="Arial" w:hAnsi="Arial"/>
          <w:color w:val="5D7284"/>
          <w:sz w:val="22"/>
        </w:rPr>
        <w:t>1:14:06</w:t>
      </w:r>
    </w:p>
    <w:p>
      <w:pPr>
        <w:spacing w:after="0"/>
      </w:pPr>
      <w:r>
        <w:rPr>
          <w:rFonts w:ascii="Arial" w:hAnsi="Arial"/>
          <w:sz w:val="22"/>
        </w:rPr>
        <w:t>Oh, wow.</w:t>
      </w:r>
    </w:p>
    <w:p>
      <w:pPr>
        <w:spacing w:after="0"/>
      </w:pPr>
    </w:p>
    <w:p>
      <w:pPr>
        <w:spacing w:after="0"/>
      </w:pPr>
      <w:r>
        <w:rPr>
          <w:rFonts w:ascii="Arial" w:hAnsi="Arial"/>
          <w:b/>
          <w:sz w:val="22"/>
        </w:rPr>
        <w:t xml:space="preserve">Alice  </w:t>
      </w:r>
      <w:r>
        <w:rPr>
          <w:rFonts w:ascii="Arial" w:hAnsi="Arial"/>
          <w:color w:val="5D7284"/>
          <w:sz w:val="22"/>
        </w:rPr>
        <w:t>1:14:07</w:t>
      </w:r>
    </w:p>
    <w:p>
      <w:pPr>
        <w:spacing w:after="0"/>
      </w:pPr>
      <w:r>
        <w:rPr>
          <w:rFonts w:ascii="Arial" w:hAnsi="Arial"/>
          <w:sz w:val="22"/>
        </w:rPr>
        <w:t>Is that what like leftover, Greg's that they don't sell, like explain a Greg's outlet to me. Is it a drive thru?</w:t>
      </w:r>
    </w:p>
    <w:p>
      <w:pPr>
        <w:spacing w:after="0"/>
      </w:pPr>
    </w:p>
    <w:p>
      <w:pPr>
        <w:spacing w:after="0"/>
      </w:pPr>
      <w:r>
        <w:rPr>
          <w:rFonts w:ascii="Arial" w:hAnsi="Arial"/>
          <w:b/>
          <w:sz w:val="22"/>
        </w:rPr>
        <w:t xml:space="preserve">Daisy  </w:t>
      </w:r>
      <w:r>
        <w:rPr>
          <w:rFonts w:ascii="Arial" w:hAnsi="Arial"/>
          <w:color w:val="5D7284"/>
          <w:sz w:val="22"/>
        </w:rPr>
        <w:t>1:14:15</w:t>
      </w:r>
    </w:p>
    <w:p>
      <w:pPr>
        <w:spacing w:after="0"/>
      </w:pPr>
      <w:r>
        <w:rPr>
          <w:rFonts w:ascii="Arial" w:hAnsi="Arial"/>
          <w:sz w:val="22"/>
        </w:rPr>
        <w:t>No, no, it's not a drive thru. It's like I think it's like you know, yesterday's donuts. And it's really really cheap. (Alice) Have you been? No I'm Celiac</w:t>
      </w:r>
    </w:p>
    <w:p>
      <w:pPr>
        <w:spacing w:after="0"/>
      </w:pPr>
    </w:p>
    <w:p>
      <w:pPr>
        <w:spacing w:after="0"/>
      </w:pPr>
      <w:r>
        <w:rPr>
          <w:rFonts w:ascii="Arial" w:hAnsi="Arial"/>
          <w:b/>
          <w:sz w:val="22"/>
        </w:rPr>
        <w:t xml:space="preserve">Alice  </w:t>
      </w:r>
      <w:r>
        <w:rPr>
          <w:rFonts w:ascii="Arial" w:hAnsi="Arial"/>
          <w:color w:val="5D7284"/>
          <w:sz w:val="22"/>
        </w:rPr>
        <w:t>1:14:26</w:t>
      </w:r>
    </w:p>
    <w:p>
      <w:pPr>
        <w:spacing w:after="0"/>
      </w:pPr>
      <w:r>
        <w:rPr>
          <w:rFonts w:ascii="Arial" w:hAnsi="Arial"/>
          <w:sz w:val="22"/>
        </w:rPr>
        <w:t>Really not going to work for you, however, I'll come stay with you and help eat yours.</w:t>
      </w:r>
    </w:p>
    <w:p>
      <w:pPr>
        <w:spacing w:after="0"/>
      </w:pPr>
    </w:p>
    <w:p>
      <w:pPr>
        <w:spacing w:after="0"/>
      </w:pPr>
      <w:r>
        <w:rPr>
          <w:rFonts w:ascii="Arial" w:hAnsi="Arial"/>
          <w:b/>
          <w:sz w:val="22"/>
        </w:rPr>
        <w:t xml:space="preserve">Lucy  </w:t>
      </w:r>
      <w:r>
        <w:rPr>
          <w:rFonts w:ascii="Arial" w:hAnsi="Arial"/>
          <w:color w:val="5D7284"/>
          <w:sz w:val="22"/>
        </w:rPr>
        <w:t>1:14:31</w:t>
      </w:r>
    </w:p>
    <w:p>
      <w:pPr>
        <w:spacing w:after="0"/>
      </w:pPr>
      <w:r>
        <w:rPr>
          <w:rFonts w:ascii="Arial" w:hAnsi="Arial"/>
          <w:sz w:val="22"/>
        </w:rPr>
        <w:t>Yeah, we can. We can sort that. We'll do that.</w:t>
      </w:r>
    </w:p>
    <w:p>
      <w:pPr>
        <w:spacing w:after="0"/>
      </w:pPr>
    </w:p>
    <w:p>
      <w:pPr>
        <w:spacing w:after="0"/>
      </w:pPr>
      <w:r>
        <w:rPr>
          <w:rFonts w:ascii="Arial" w:hAnsi="Arial"/>
          <w:b/>
          <w:sz w:val="22"/>
        </w:rPr>
        <w:t xml:space="preserve">Daisy  </w:t>
      </w:r>
      <w:r>
        <w:rPr>
          <w:rFonts w:ascii="Arial" w:hAnsi="Arial"/>
          <w:color w:val="5D7284"/>
          <w:sz w:val="22"/>
        </w:rPr>
        <w:t>1:14:33</w:t>
      </w:r>
    </w:p>
    <w:p>
      <w:pPr>
        <w:spacing w:after="0"/>
      </w:pPr>
      <w:r>
        <w:rPr>
          <w:rFonts w:ascii="Arial" w:hAnsi="Arial"/>
          <w:sz w:val="22"/>
        </w:rPr>
        <w:t>It's one of those shops where I don't go in there because like the air is going to be poisoned. (laughs) (Alice) Yes of course. That's like all the bakeries that sort of have like shelves up the walls that just have bread on the. Great the walls are gluten. (Alice laughs) It's all just gonna fall on me</w:t>
      </w:r>
    </w:p>
    <w:p>
      <w:pPr>
        <w:spacing w:after="0"/>
      </w:pPr>
    </w:p>
    <w:p>
      <w:pPr>
        <w:spacing w:after="0"/>
      </w:pPr>
      <w:r>
        <w:rPr>
          <w:rFonts w:ascii="Arial" w:hAnsi="Arial"/>
          <w:b/>
          <w:sz w:val="22"/>
        </w:rPr>
        <w:t xml:space="preserve">Lucy  </w:t>
      </w:r>
      <w:r>
        <w:rPr>
          <w:rFonts w:ascii="Arial" w:hAnsi="Arial"/>
          <w:color w:val="5D7284"/>
          <w:sz w:val="22"/>
        </w:rPr>
        <w:t>1:14:48</w:t>
      </w:r>
    </w:p>
    <w:p>
      <w:pPr>
        <w:spacing w:after="0"/>
      </w:pPr>
      <w:r>
        <w:rPr>
          <w:rFonts w:ascii="Arial" w:hAnsi="Arial"/>
          <w:sz w:val="22"/>
        </w:rPr>
        <w:t>Can't go in there. No. Yeah. So I think I like like Joe was saying earlier, it's helped with the tourism for Leicester, which is not a bad thing.</w:t>
      </w:r>
    </w:p>
    <w:p>
      <w:pPr>
        <w:spacing w:after="0"/>
      </w:pPr>
    </w:p>
    <w:p>
      <w:pPr>
        <w:spacing w:after="0"/>
      </w:pPr>
      <w:r>
        <w:rPr>
          <w:rFonts w:ascii="Arial" w:hAnsi="Arial"/>
          <w:b/>
          <w:sz w:val="22"/>
        </w:rPr>
        <w:t xml:space="preserve">Alice  </w:t>
      </w:r>
      <w:r>
        <w:rPr>
          <w:rFonts w:ascii="Arial" w:hAnsi="Arial"/>
          <w:color w:val="5D7284"/>
          <w:sz w:val="22"/>
        </w:rPr>
        <w:t>1:15:01</w:t>
      </w:r>
    </w:p>
    <w:p>
      <w:pPr>
        <w:spacing w:after="0"/>
      </w:pPr>
      <w:r>
        <w:rPr>
          <w:rFonts w:ascii="Arial" w:hAnsi="Arial"/>
          <w:sz w:val="22"/>
        </w:rPr>
        <w:t>Tell you what was interesting for me was I literally said to my mum yesterday I was like, but he died at the Battle of Bosworth. Like it's not next door.</w:t>
      </w:r>
    </w:p>
    <w:p>
      <w:pPr>
        <w:spacing w:after="0"/>
      </w:pPr>
    </w:p>
    <w:p>
      <w:pPr>
        <w:spacing w:after="0"/>
      </w:pPr>
      <w:r>
        <w:rPr>
          <w:rFonts w:ascii="Arial" w:hAnsi="Arial"/>
          <w:b/>
          <w:sz w:val="22"/>
        </w:rPr>
        <w:t xml:space="preserve">Lucy  </w:t>
      </w:r>
      <w:r>
        <w:rPr>
          <w:rFonts w:ascii="Arial" w:hAnsi="Arial"/>
          <w:color w:val="5D7284"/>
          <w:sz w:val="22"/>
        </w:rPr>
        <w:t>1:15:10</w:t>
      </w:r>
    </w:p>
    <w:p>
      <w:pPr>
        <w:spacing w:after="0"/>
      </w:pPr>
      <w:r>
        <w:rPr>
          <w:rFonts w:ascii="Arial" w:hAnsi="Arial"/>
          <w:sz w:val="22"/>
        </w:rPr>
        <w:t>No I think, you think dont you like...must be quite close.</w:t>
      </w:r>
    </w:p>
    <w:p>
      <w:pPr>
        <w:spacing w:after="0"/>
      </w:pPr>
    </w:p>
    <w:p>
      <w:pPr>
        <w:spacing w:after="0"/>
      </w:pPr>
      <w:r>
        <w:rPr>
          <w:rFonts w:ascii="Arial" w:hAnsi="Arial"/>
          <w:b/>
          <w:sz w:val="22"/>
        </w:rPr>
        <w:t xml:space="preserve">Alice  </w:t>
      </w:r>
      <w:r>
        <w:rPr>
          <w:rFonts w:ascii="Arial" w:hAnsi="Arial"/>
          <w:color w:val="5D7284"/>
          <w:sz w:val="22"/>
        </w:rPr>
        <w:t>1:15:13</w:t>
      </w:r>
    </w:p>
    <w:p>
      <w:pPr>
        <w:spacing w:after="0"/>
      </w:pPr>
      <w:r>
        <w:rPr>
          <w:rFonts w:ascii="Arial" w:hAnsi="Arial"/>
          <w:sz w:val="22"/>
        </w:rPr>
        <w:t xml:space="preserve"> like him in the ground here but they they bought him point was parading him around and bringing him back to the place where people would recognize him most recently, so your shit that is Richard he's definitely dead. Look at his head.</w:t>
      </w:r>
    </w:p>
    <w:p>
      <w:pPr>
        <w:spacing w:after="0"/>
      </w:pPr>
    </w:p>
    <w:p>
      <w:pPr>
        <w:spacing w:after="0"/>
      </w:pPr>
      <w:r>
        <w:rPr>
          <w:rFonts w:ascii="Arial" w:hAnsi="Arial"/>
          <w:b/>
          <w:sz w:val="22"/>
        </w:rPr>
        <w:t xml:space="preserve">Lucy  </w:t>
      </w:r>
      <w:r>
        <w:rPr>
          <w:rFonts w:ascii="Arial" w:hAnsi="Arial"/>
          <w:color w:val="5D7284"/>
          <w:sz w:val="22"/>
        </w:rPr>
        <w:t>1:15:25</w:t>
      </w:r>
    </w:p>
    <w:p>
      <w:pPr>
        <w:spacing w:after="0"/>
      </w:pPr>
      <w:r>
        <w:rPr>
          <w:rFonts w:ascii="Arial" w:hAnsi="Arial"/>
          <w:sz w:val="22"/>
        </w:rPr>
        <w:t>Yeah saw him in the pub last week. Yeah, like kind of thing. (Alice) Yeah, I know he wasn't the pub before anybody starts. He wasn't in, he might have been! last Plantagenet,the last handsome Jeffrey.</w:t>
      </w:r>
    </w:p>
    <w:p>
      <w:pPr>
        <w:spacing w:after="0"/>
      </w:pPr>
    </w:p>
    <w:p>
      <w:pPr>
        <w:spacing w:after="0"/>
      </w:pPr>
      <w:r>
        <w:rPr>
          <w:rFonts w:ascii="Arial" w:hAnsi="Arial"/>
          <w:b/>
          <w:sz w:val="22"/>
        </w:rPr>
        <w:t xml:space="preserve">Alice  </w:t>
      </w:r>
      <w:r>
        <w:rPr>
          <w:rFonts w:ascii="Arial" w:hAnsi="Arial"/>
          <w:color w:val="5D7284"/>
          <w:sz w:val="22"/>
        </w:rPr>
        <w:t>1:15:40</w:t>
      </w:r>
    </w:p>
    <w:p>
      <w:pPr>
        <w:spacing w:after="0"/>
      </w:pPr>
      <w:r>
        <w:rPr>
          <w:rFonts w:ascii="Arial" w:hAnsi="Arial"/>
          <w:sz w:val="22"/>
        </w:rPr>
        <w:t>Oh (laugh)</w:t>
      </w:r>
    </w:p>
    <w:p>
      <w:pPr>
        <w:spacing w:after="0"/>
      </w:pPr>
    </w:p>
    <w:p>
      <w:pPr>
        <w:spacing w:after="0"/>
      </w:pPr>
      <w:r>
        <w:rPr>
          <w:rFonts w:ascii="Arial" w:hAnsi="Arial"/>
          <w:b/>
          <w:sz w:val="22"/>
        </w:rPr>
        <w:t xml:space="preserve">Lucy  </w:t>
      </w:r>
      <w:r>
        <w:rPr>
          <w:rFonts w:ascii="Arial" w:hAnsi="Arial"/>
          <w:color w:val="5D7284"/>
          <w:sz w:val="22"/>
        </w:rPr>
        <w:t>1:15:41</w:t>
      </w:r>
    </w:p>
    <w:p>
      <w:pPr>
        <w:spacing w:after="0"/>
      </w:pPr>
      <w:r>
        <w:rPr>
          <w:rFonts w:ascii="Arial" w:hAnsi="Arial"/>
          <w:sz w:val="22"/>
        </w:rPr>
        <w:t>This has been... I have absolutely loved today I've been able to spend it with my friends in a museum talking about history and recorded a podcast they're like all of my favorite things put together in one lump so thank you to everybody who's made this happen thank you to The Richard the third center we must say (Alice) Yeah. Because they have bent over backwards to accommodate us. (Alice) It was fabulous. And it was like we want to do this yeah, no problem. We can do that. (Alice) Definitely recommend</w:t>
      </w:r>
    </w:p>
    <w:p>
      <w:pPr>
        <w:spacing w:after="0"/>
      </w:pPr>
    </w:p>
    <w:p>
      <w:pPr>
        <w:spacing w:after="0"/>
      </w:pPr>
      <w:r>
        <w:rPr>
          <w:rFonts w:ascii="Arial" w:hAnsi="Arial"/>
          <w:b/>
          <w:sz w:val="22"/>
        </w:rPr>
        <w:t xml:space="preserve">Alice  </w:t>
      </w:r>
      <w:r>
        <w:rPr>
          <w:rFonts w:ascii="Arial" w:hAnsi="Arial"/>
          <w:color w:val="5D7284"/>
          <w:sz w:val="22"/>
        </w:rPr>
        <w:t>1:16:15</w:t>
      </w:r>
    </w:p>
    <w:p>
      <w:pPr>
        <w:spacing w:after="0"/>
      </w:pPr>
      <w:r>
        <w:rPr>
          <w:rFonts w:ascii="Arial" w:hAnsi="Arial"/>
          <w:sz w:val="22"/>
        </w:rPr>
        <w:t>The Richard the third center from our experience.(Lucy) Yes. And fully accessible although not quite enough seating although I do think there was a lot of being talked at and if you just came for a wander around on your own...</w:t>
      </w:r>
    </w:p>
    <w:p>
      <w:pPr>
        <w:spacing w:after="0"/>
      </w:pPr>
    </w:p>
    <w:p>
      <w:pPr>
        <w:spacing w:after="0"/>
      </w:pPr>
      <w:r>
        <w:rPr>
          <w:rFonts w:ascii="Arial" w:hAnsi="Arial"/>
          <w:b/>
          <w:sz w:val="22"/>
        </w:rPr>
        <w:t xml:space="preserve">Lucy  </w:t>
      </w:r>
      <w:r>
        <w:rPr>
          <w:rFonts w:ascii="Arial" w:hAnsi="Arial"/>
          <w:color w:val="5D7284"/>
          <w:sz w:val="22"/>
        </w:rPr>
        <w:t>1:16:28</w:t>
      </w:r>
    </w:p>
    <w:p>
      <w:pPr>
        <w:spacing w:after="0"/>
      </w:pPr>
      <w:r>
        <w:rPr>
          <w:rFonts w:ascii="Arial" w:hAnsi="Arial"/>
          <w:sz w:val="22"/>
        </w:rPr>
        <w:t>Definitely like wander around it's a nice small museum. You don't feel like there's going to be too many crowds. So um...</w:t>
      </w:r>
    </w:p>
    <w:p>
      <w:pPr>
        <w:spacing w:after="0"/>
      </w:pPr>
    </w:p>
    <w:p>
      <w:pPr>
        <w:spacing w:after="0"/>
      </w:pPr>
      <w:r>
        <w:rPr>
          <w:rFonts w:ascii="Arial" w:hAnsi="Arial"/>
          <w:b/>
          <w:sz w:val="22"/>
        </w:rPr>
        <w:t xml:space="preserve">Alice  </w:t>
      </w:r>
      <w:r>
        <w:rPr>
          <w:rFonts w:ascii="Arial" w:hAnsi="Arial"/>
          <w:color w:val="5D7284"/>
          <w:sz w:val="22"/>
        </w:rPr>
        <w:t>1:16:36</w:t>
      </w:r>
    </w:p>
    <w:p>
      <w:pPr>
        <w:spacing w:after="0"/>
      </w:pPr>
      <w:r>
        <w:rPr>
          <w:rFonts w:ascii="Arial" w:hAnsi="Arial"/>
          <w:sz w:val="22"/>
        </w:rPr>
        <w:t>I was gonna say this is not the British Museum. You have to queue for two hours just to get in.</w:t>
      </w:r>
    </w:p>
    <w:p>
      <w:pPr>
        <w:spacing w:after="0"/>
      </w:pPr>
    </w:p>
    <w:p>
      <w:pPr>
        <w:spacing w:after="0"/>
      </w:pPr>
      <w:r>
        <w:rPr>
          <w:rFonts w:ascii="Arial" w:hAnsi="Arial"/>
          <w:b/>
          <w:sz w:val="22"/>
        </w:rPr>
        <w:t xml:space="preserve">Lucy  </w:t>
      </w:r>
      <w:r>
        <w:rPr>
          <w:rFonts w:ascii="Arial" w:hAnsi="Arial"/>
          <w:color w:val="5D7284"/>
          <w:sz w:val="22"/>
        </w:rPr>
        <w:t>1:16:40</w:t>
      </w:r>
    </w:p>
    <w:p>
      <w:pPr>
        <w:spacing w:after="0"/>
      </w:pPr>
      <w:r>
        <w:rPr>
          <w:rFonts w:ascii="Arial" w:hAnsi="Arial"/>
          <w:sz w:val="22"/>
        </w:rPr>
        <w:t>Yeah, so so. And thank you to Joe who did our tour. He was very knowledgeable. We will come rescue you from my mother who's downstairs probably. (Laughs)</w:t>
      </w:r>
    </w:p>
    <w:p>
      <w:pPr>
        <w:spacing w:after="0"/>
      </w:pPr>
    </w:p>
    <w:p>
      <w:pPr>
        <w:spacing w:after="0"/>
      </w:pPr>
      <w:r>
        <w:rPr>
          <w:rFonts w:ascii="Arial" w:hAnsi="Arial"/>
          <w:b/>
          <w:sz w:val="22"/>
        </w:rPr>
        <w:t xml:space="preserve">Alice  </w:t>
      </w:r>
      <w:r>
        <w:rPr>
          <w:rFonts w:ascii="Arial" w:hAnsi="Arial"/>
          <w:color w:val="5D7284"/>
          <w:sz w:val="22"/>
        </w:rPr>
        <w:t>1:16:49</w:t>
      </w:r>
    </w:p>
    <w:p>
      <w:pPr>
        <w:spacing w:after="0"/>
      </w:pPr>
      <w:r>
        <w:rPr>
          <w:rFonts w:ascii="Arial" w:hAnsi="Arial"/>
          <w:sz w:val="22"/>
        </w:rPr>
        <w:t>Joe, Lucy's possible future husband.</w:t>
      </w:r>
    </w:p>
    <w:p>
      <w:pPr>
        <w:spacing w:after="0"/>
      </w:pPr>
    </w:p>
    <w:p>
      <w:pPr>
        <w:spacing w:after="0"/>
      </w:pPr>
      <w:r>
        <w:rPr>
          <w:rFonts w:ascii="Arial" w:hAnsi="Arial"/>
          <w:b/>
          <w:sz w:val="22"/>
        </w:rPr>
        <w:t xml:space="preserve">Lucy  </w:t>
      </w:r>
      <w:r>
        <w:rPr>
          <w:rFonts w:ascii="Arial" w:hAnsi="Arial"/>
          <w:color w:val="5D7284"/>
          <w:sz w:val="22"/>
        </w:rPr>
        <w:t>1:16:52</w:t>
      </w:r>
    </w:p>
    <w:p>
      <w:pPr>
        <w:spacing w:after="0"/>
      </w:pPr>
      <w:r>
        <w:rPr>
          <w:rFonts w:ascii="Arial" w:hAnsi="Arial"/>
          <w:sz w:val="22"/>
        </w:rPr>
        <w:t>If my mum has anything to do with it. As I went to the toilet, my mum said maybe we could book him for the Christmas party. And I'm like mum. What? Like how are you gonna make that festive? How?</w:t>
      </w:r>
    </w:p>
    <w:p>
      <w:pPr>
        <w:spacing w:after="0"/>
      </w:pPr>
    </w:p>
    <w:p>
      <w:pPr>
        <w:spacing w:after="0"/>
      </w:pPr>
      <w:r>
        <w:rPr>
          <w:rFonts w:ascii="Arial" w:hAnsi="Arial"/>
          <w:b/>
          <w:sz w:val="22"/>
        </w:rPr>
        <w:t xml:space="preserve">Alice  </w:t>
      </w:r>
      <w:r>
        <w:rPr>
          <w:rFonts w:ascii="Arial" w:hAnsi="Arial"/>
          <w:color w:val="5D7284"/>
          <w:sz w:val="22"/>
        </w:rPr>
        <w:t>1:17:10</w:t>
      </w:r>
    </w:p>
    <w:p>
      <w:pPr>
        <w:spacing w:after="0"/>
      </w:pPr>
      <w:r>
        <w:rPr>
          <w:rFonts w:ascii="Arial" w:hAnsi="Arial"/>
          <w:sz w:val="22"/>
        </w:rPr>
        <w:t>Do you guys have like grand family Christmas parties where you invite entertainment?</w:t>
      </w:r>
    </w:p>
    <w:p>
      <w:pPr>
        <w:spacing w:after="0"/>
      </w:pPr>
    </w:p>
    <w:p>
      <w:pPr>
        <w:spacing w:after="0"/>
      </w:pPr>
      <w:r>
        <w:rPr>
          <w:rFonts w:ascii="Arial" w:hAnsi="Arial"/>
          <w:b/>
          <w:sz w:val="22"/>
        </w:rPr>
        <w:t xml:space="preserve">Lucy  </w:t>
      </w:r>
      <w:r>
        <w:rPr>
          <w:rFonts w:ascii="Arial" w:hAnsi="Arial"/>
          <w:color w:val="5D7284"/>
          <w:sz w:val="22"/>
        </w:rPr>
        <w:t>1:17:15</w:t>
      </w:r>
    </w:p>
    <w:p>
      <w:pPr>
        <w:spacing w:after="0"/>
      </w:pPr>
      <w:r>
        <w:rPr>
          <w:rFonts w:ascii="Arial" w:hAnsi="Arial"/>
          <w:sz w:val="22"/>
        </w:rPr>
        <w:t>No, what would not we know we don't have entertainment necessarily. But we do have family Christmas parties this year.</w:t>
      </w:r>
    </w:p>
    <w:p>
      <w:pPr>
        <w:spacing w:after="0"/>
      </w:pPr>
    </w:p>
    <w:p>
      <w:pPr>
        <w:spacing w:after="0"/>
      </w:pPr>
      <w:r>
        <w:rPr>
          <w:rFonts w:ascii="Arial" w:hAnsi="Arial"/>
          <w:b/>
          <w:sz w:val="22"/>
        </w:rPr>
        <w:t xml:space="preserve">Daisy  </w:t>
      </w:r>
      <w:r>
        <w:rPr>
          <w:rFonts w:ascii="Arial" w:hAnsi="Arial"/>
          <w:color w:val="5D7284"/>
          <w:sz w:val="22"/>
        </w:rPr>
        <w:t>1:17:22</w:t>
      </w:r>
    </w:p>
    <w:p>
      <w:pPr>
        <w:spacing w:after="0"/>
      </w:pPr>
      <w:r>
        <w:rPr>
          <w:rFonts w:ascii="Arial" w:hAnsi="Arial"/>
          <w:sz w:val="22"/>
        </w:rPr>
        <w:t>Men with a lot of swords. (Alice laughs)</w:t>
      </w:r>
    </w:p>
    <w:p>
      <w:pPr>
        <w:spacing w:after="0"/>
      </w:pPr>
    </w:p>
    <w:p>
      <w:pPr>
        <w:spacing w:after="0"/>
      </w:pPr>
      <w:r>
        <w:rPr>
          <w:rFonts w:ascii="Arial" w:hAnsi="Arial"/>
          <w:b/>
          <w:sz w:val="22"/>
        </w:rPr>
        <w:t xml:space="preserve">Lucy  </w:t>
      </w:r>
      <w:r>
        <w:rPr>
          <w:rFonts w:ascii="Arial" w:hAnsi="Arial"/>
          <w:color w:val="5D7284"/>
          <w:sz w:val="22"/>
        </w:rPr>
        <w:t>1:17:27</w:t>
      </w:r>
    </w:p>
    <w:p>
      <w:pPr>
        <w:spacing w:after="0"/>
      </w:pPr>
      <w:r>
        <w:rPr>
          <w:rFonts w:ascii="Arial" w:hAnsi="Arial"/>
          <w:sz w:val="22"/>
        </w:rPr>
        <w:t>Performance sword act.</w:t>
      </w:r>
    </w:p>
    <w:p>
      <w:pPr>
        <w:spacing w:after="0"/>
      </w:pPr>
    </w:p>
    <w:p>
      <w:pPr>
        <w:spacing w:after="0"/>
      </w:pPr>
      <w:r>
        <w:rPr>
          <w:rFonts w:ascii="Arial" w:hAnsi="Arial"/>
          <w:b/>
          <w:sz w:val="22"/>
        </w:rPr>
        <w:t xml:space="preserve">Alice  </w:t>
      </w:r>
      <w:r>
        <w:rPr>
          <w:rFonts w:ascii="Arial" w:hAnsi="Arial"/>
          <w:color w:val="5D7284"/>
          <w:sz w:val="22"/>
        </w:rPr>
        <w:t>1:17:28</w:t>
      </w:r>
    </w:p>
    <w:p>
      <w:pPr>
        <w:spacing w:after="0"/>
      </w:pPr>
      <w:r>
        <w:rPr>
          <w:rFonts w:ascii="Arial" w:hAnsi="Arial"/>
          <w:sz w:val="22"/>
        </w:rPr>
        <w:t xml:space="preserve"> My family Christmas get togethers. I usually quite a nice time until one or two of the older gentleman in my family have had too much to drink. And then everyone's generally a bit uncomfortable.</w:t>
      </w:r>
    </w:p>
    <w:p>
      <w:pPr>
        <w:spacing w:after="0"/>
      </w:pPr>
    </w:p>
    <w:p>
      <w:pPr>
        <w:spacing w:after="0"/>
      </w:pPr>
      <w:r>
        <w:rPr>
          <w:rFonts w:ascii="Arial" w:hAnsi="Arial"/>
          <w:b/>
          <w:sz w:val="22"/>
        </w:rPr>
        <w:t xml:space="preserve">Lucy  </w:t>
      </w:r>
      <w:r>
        <w:rPr>
          <w:rFonts w:ascii="Arial" w:hAnsi="Arial"/>
          <w:color w:val="5D7284"/>
          <w:sz w:val="22"/>
        </w:rPr>
        <w:t>1:17:41</w:t>
      </w:r>
    </w:p>
    <w:p>
      <w:pPr>
        <w:spacing w:after="0"/>
      </w:pPr>
      <w:r>
        <w:rPr>
          <w:rFonts w:ascii="Arial" w:hAnsi="Arial"/>
          <w:sz w:val="22"/>
        </w:rPr>
        <w:t>Very nice little family gathering. And you can often find me sat near the jacket potatoes waiting for them to be served because we're hungry. So yeah, but I don't know Joe might turn up at Christmas party. I don't know. Lucky Joe. Lucky lucky Joe. Yes, Joe. Thanks to everybody. The Richard the third centre. Thank you to Dave, who sourced all of our equipment. Thank you to Adam, who sat very patiently in the corner. Good luck editing this.</w:t>
      </w:r>
    </w:p>
    <w:p>
      <w:pPr>
        <w:spacing w:after="0"/>
      </w:pPr>
    </w:p>
    <w:p>
      <w:pPr>
        <w:spacing w:after="0"/>
      </w:pPr>
      <w:r>
        <w:rPr>
          <w:rFonts w:ascii="Arial" w:hAnsi="Arial"/>
          <w:b/>
          <w:sz w:val="22"/>
        </w:rPr>
        <w:t xml:space="preserve">Daisy  </w:t>
      </w:r>
      <w:r>
        <w:rPr>
          <w:rFonts w:ascii="Arial" w:hAnsi="Arial"/>
          <w:color w:val="5D7284"/>
          <w:sz w:val="22"/>
        </w:rPr>
        <w:t>1:18:12</w:t>
      </w:r>
    </w:p>
    <w:p>
      <w:pPr>
        <w:spacing w:after="0"/>
      </w:pPr>
      <w:r>
        <w:rPr>
          <w:rFonts w:ascii="Arial" w:hAnsi="Arial"/>
          <w:sz w:val="22"/>
        </w:rPr>
        <w:t>how many of the buttons of your fancy thing have you pressed? (Adam) Not many.</w:t>
      </w:r>
    </w:p>
    <w:p>
      <w:pPr>
        <w:spacing w:after="0"/>
      </w:pPr>
    </w:p>
    <w:p>
      <w:pPr>
        <w:spacing w:after="0"/>
      </w:pPr>
      <w:r>
        <w:rPr>
          <w:rFonts w:ascii="Arial" w:hAnsi="Arial"/>
          <w:b/>
          <w:sz w:val="22"/>
        </w:rPr>
        <w:t xml:space="preserve">Lucy  </w:t>
      </w:r>
      <w:r>
        <w:rPr>
          <w:rFonts w:ascii="Arial" w:hAnsi="Arial"/>
          <w:color w:val="5D7284"/>
          <w:sz w:val="22"/>
        </w:rPr>
        <w:t>1:18:16</w:t>
      </w:r>
    </w:p>
    <w:p>
      <w:pPr>
        <w:spacing w:after="0"/>
      </w:pPr>
      <w:r>
        <w:rPr>
          <w:rFonts w:ascii="Arial" w:hAnsi="Arial"/>
          <w:sz w:val="22"/>
        </w:rPr>
        <w:t>Not many. (laughs) Thank you to South Staffordshire college who have lent us an intern for the day who will be working we hope with us in the future to create bits and pieces for our social medias.</w:t>
      </w:r>
    </w:p>
    <w:p>
      <w:pPr>
        <w:spacing w:after="0"/>
      </w:pPr>
    </w:p>
    <w:p>
      <w:pPr>
        <w:spacing w:after="0"/>
      </w:pPr>
      <w:r>
        <w:rPr>
          <w:rFonts w:ascii="Arial" w:hAnsi="Arial"/>
          <w:b/>
          <w:sz w:val="22"/>
        </w:rPr>
        <w:t xml:space="preserve">Alice  </w:t>
      </w:r>
      <w:r>
        <w:rPr>
          <w:rFonts w:ascii="Arial" w:hAnsi="Arial"/>
          <w:color w:val="5D7284"/>
          <w:sz w:val="22"/>
        </w:rPr>
        <w:t>1:18:29</w:t>
      </w:r>
    </w:p>
    <w:p>
      <w:pPr>
        <w:spacing w:after="0"/>
      </w:pPr>
      <w:r>
        <w:rPr>
          <w:rFonts w:ascii="Arial" w:hAnsi="Arial"/>
          <w:sz w:val="22"/>
        </w:rPr>
        <w:t>Hopefully we'll be getting you to do some more interesting stuff instead of following around</w:t>
      </w:r>
    </w:p>
    <w:p>
      <w:pPr>
        <w:spacing w:after="0"/>
      </w:pPr>
    </w:p>
    <w:p>
      <w:pPr>
        <w:spacing w:after="0"/>
      </w:pPr>
      <w:r>
        <w:rPr>
          <w:rFonts w:ascii="Arial" w:hAnsi="Arial"/>
          <w:b/>
          <w:sz w:val="22"/>
        </w:rPr>
        <w:t xml:space="preserve">Lucy  </w:t>
      </w:r>
      <w:r>
        <w:rPr>
          <w:rFonts w:ascii="Arial" w:hAnsi="Arial"/>
          <w:color w:val="5D7284"/>
          <w:sz w:val="22"/>
        </w:rPr>
        <w:t>1:18:33</w:t>
      </w:r>
    </w:p>
    <w:p>
      <w:pPr>
        <w:spacing w:after="0"/>
      </w:pPr>
      <w:r>
        <w:rPr>
          <w:rFonts w:ascii="Arial" w:hAnsi="Arial"/>
          <w:sz w:val="22"/>
        </w:rPr>
        <w:t>It's not basically sitting in a corner keeping quiet for an hour half we will we will hopefully be...</w:t>
      </w:r>
    </w:p>
    <w:p>
      <w:pPr>
        <w:spacing w:after="0"/>
      </w:pPr>
    </w:p>
    <w:p>
      <w:pPr>
        <w:spacing w:after="0"/>
      </w:pPr>
      <w:r>
        <w:rPr>
          <w:rFonts w:ascii="Arial" w:hAnsi="Arial"/>
          <w:b/>
          <w:sz w:val="22"/>
        </w:rPr>
        <w:t xml:space="preserve">Alice  </w:t>
      </w:r>
      <w:r>
        <w:rPr>
          <w:rFonts w:ascii="Arial" w:hAnsi="Arial"/>
          <w:color w:val="5D7284"/>
          <w:sz w:val="22"/>
        </w:rPr>
        <w:t>1:18:38</w:t>
      </w:r>
    </w:p>
    <w:p>
      <w:pPr>
        <w:spacing w:after="0"/>
      </w:pPr>
      <w:r>
        <w:rPr>
          <w:rFonts w:ascii="Arial" w:hAnsi="Arial"/>
          <w:sz w:val="22"/>
        </w:rPr>
        <w:t xml:space="preserve"> It's been like four hours.</w:t>
      </w:r>
    </w:p>
    <w:p>
      <w:pPr>
        <w:spacing w:after="0"/>
      </w:pPr>
    </w:p>
    <w:p>
      <w:pPr>
        <w:spacing w:after="0"/>
      </w:pPr>
      <w:r>
        <w:rPr>
          <w:rFonts w:ascii="Arial" w:hAnsi="Arial"/>
          <w:b/>
          <w:sz w:val="22"/>
        </w:rPr>
        <w:t xml:space="preserve">Lucy  </w:t>
      </w:r>
      <w:r>
        <w:rPr>
          <w:rFonts w:ascii="Arial" w:hAnsi="Arial"/>
          <w:color w:val="5D7284"/>
          <w:sz w:val="22"/>
        </w:rPr>
        <w:t>1:18:41</w:t>
      </w:r>
    </w:p>
    <w:p>
      <w:pPr>
        <w:spacing w:after="0"/>
      </w:pPr>
      <w:r>
        <w:rPr>
          <w:rFonts w:ascii="Arial" w:hAnsi="Arial"/>
          <w:sz w:val="22"/>
        </w:rPr>
        <w:t>Kind of like if we've not kind of scared her off and thank you to Molly who was finally... we've got to honor the competition. So I hope you've enjoyed yourself Molly. (Molly) Yeah I've had a really great time. Good. We  did consider getting signed photographs but we thought that might be a little bit too far.</w:t>
      </w:r>
    </w:p>
    <w:p>
      <w:pPr>
        <w:spacing w:after="0"/>
      </w:pPr>
    </w:p>
    <w:p>
      <w:pPr>
        <w:spacing w:after="0"/>
      </w:pPr>
      <w:r>
        <w:rPr>
          <w:rFonts w:ascii="Arial" w:hAnsi="Arial"/>
          <w:b/>
          <w:sz w:val="22"/>
        </w:rPr>
        <w:t xml:space="preserve">Alice  </w:t>
      </w:r>
      <w:r>
        <w:rPr>
          <w:rFonts w:ascii="Arial" w:hAnsi="Arial"/>
          <w:color w:val="5D7284"/>
          <w:sz w:val="22"/>
        </w:rPr>
        <w:t>1:19:00</w:t>
      </w:r>
    </w:p>
    <w:p>
      <w:pPr>
        <w:spacing w:after="0"/>
      </w:pPr>
      <w:r>
        <w:rPr>
          <w:rFonts w:ascii="Arial" w:hAnsi="Arial"/>
          <w:sz w:val="22"/>
        </w:rPr>
        <w:t>This is the first time hearing of this I was just gonna scribble on with crayon. (laughs) Yeah, thank you to everyone for listening. You know the drill. If you enjoyed this episode, please leave us a review on Apple podcasts. You can rate us on Spotify. You can leave us a review on good pods and subscribe and follow the show. share it around with your friends. It's a great way to help us build our listener base. This episode is going out as our last episode of 2022 So</w:t>
      </w:r>
    </w:p>
    <w:p>
      <w:pPr>
        <w:spacing w:after="0"/>
      </w:pPr>
    </w:p>
    <w:p>
      <w:pPr>
        <w:spacing w:after="0"/>
      </w:pPr>
      <w:r>
        <w:rPr>
          <w:rFonts w:ascii="Arial" w:hAnsi="Arial"/>
          <w:b/>
          <w:sz w:val="22"/>
        </w:rPr>
        <w:t xml:space="preserve">Daisy  </w:t>
      </w:r>
      <w:r>
        <w:rPr>
          <w:rFonts w:ascii="Arial" w:hAnsi="Arial"/>
          <w:color w:val="5D7284"/>
          <w:sz w:val="22"/>
        </w:rPr>
        <w:t>1:19:41</w:t>
      </w:r>
    </w:p>
    <w:p>
      <w:pPr>
        <w:spacing w:after="0"/>
      </w:pPr>
      <w:r>
        <w:rPr>
          <w:rFonts w:ascii="Arial" w:hAnsi="Arial"/>
          <w:sz w:val="22"/>
        </w:rPr>
        <w:t xml:space="preserve">Sorry, you pauses if I was supposed to have audible reaction. (laughs) </w:t>
      </w:r>
    </w:p>
    <w:p>
      <w:pPr>
        <w:spacing w:after="0"/>
      </w:pPr>
    </w:p>
    <w:p>
      <w:pPr>
        <w:spacing w:after="0"/>
      </w:pPr>
      <w:r>
        <w:rPr>
          <w:rFonts w:ascii="Arial" w:hAnsi="Arial"/>
          <w:b/>
          <w:sz w:val="22"/>
        </w:rPr>
        <w:t xml:space="preserve">Alice  </w:t>
      </w:r>
      <w:r>
        <w:rPr>
          <w:rFonts w:ascii="Arial" w:hAnsi="Arial"/>
          <w:color w:val="5D7284"/>
          <w:sz w:val="22"/>
        </w:rPr>
        <w:t>1:19:45</w:t>
      </w:r>
    </w:p>
    <w:p>
      <w:pPr>
        <w:spacing w:after="0"/>
      </w:pPr>
      <w:r>
        <w:rPr>
          <w:rFonts w:ascii="Arial" w:hAnsi="Arial"/>
          <w:sz w:val="22"/>
        </w:rPr>
        <w:t>(Lucy) Well we did. I mean I had to breathe so....</w:t>
      </w:r>
    </w:p>
    <w:p>
      <w:pPr>
        <w:spacing w:after="0"/>
      </w:pPr>
    </w:p>
    <w:p>
      <w:pPr>
        <w:spacing w:after="0"/>
      </w:pPr>
      <w:r>
        <w:rPr>
          <w:rFonts w:ascii="Arial" w:hAnsi="Arial"/>
          <w:b/>
          <w:sz w:val="22"/>
        </w:rPr>
        <w:t xml:space="preserve">Lucy  </w:t>
      </w:r>
      <w:r>
        <w:rPr>
          <w:rFonts w:ascii="Arial" w:hAnsi="Arial"/>
          <w:color w:val="5D7284"/>
          <w:sz w:val="22"/>
        </w:rPr>
        <w:t>1:19:49</w:t>
      </w:r>
    </w:p>
    <w:p>
      <w:pPr>
        <w:spacing w:after="0"/>
      </w:pPr>
      <w:r>
        <w:rPr>
          <w:rFonts w:ascii="Arial" w:hAnsi="Arial"/>
          <w:sz w:val="22"/>
        </w:rPr>
        <w:t>Get in there quick.</w:t>
      </w:r>
    </w:p>
    <w:p>
      <w:pPr>
        <w:spacing w:after="0"/>
      </w:pPr>
    </w:p>
    <w:p>
      <w:pPr>
        <w:spacing w:after="0"/>
      </w:pPr>
      <w:r>
        <w:rPr>
          <w:rFonts w:ascii="Arial" w:hAnsi="Arial"/>
          <w:b/>
          <w:sz w:val="22"/>
        </w:rPr>
        <w:t xml:space="preserve">Alice  </w:t>
      </w:r>
      <w:r>
        <w:rPr>
          <w:rFonts w:ascii="Arial" w:hAnsi="Arial"/>
          <w:color w:val="5D7284"/>
          <w:sz w:val="22"/>
        </w:rPr>
        <w:t>1:19:51</w:t>
      </w:r>
    </w:p>
    <w:p>
      <w:pPr>
        <w:spacing w:after="0"/>
      </w:pPr>
      <w:r>
        <w:rPr>
          <w:rFonts w:ascii="Arial" w:hAnsi="Arial"/>
          <w:sz w:val="22"/>
        </w:rPr>
        <w:t>So here's to a full on two years of doing this fucking podcast.</w:t>
      </w:r>
    </w:p>
    <w:p>
      <w:pPr>
        <w:spacing w:after="0"/>
      </w:pPr>
    </w:p>
    <w:p>
      <w:pPr>
        <w:spacing w:after="0"/>
      </w:pPr>
      <w:r>
        <w:rPr>
          <w:rFonts w:ascii="Arial" w:hAnsi="Arial"/>
          <w:b/>
          <w:sz w:val="22"/>
        </w:rPr>
        <w:t xml:space="preserve">Lucy  </w:t>
      </w:r>
      <w:r>
        <w:rPr>
          <w:rFonts w:ascii="Arial" w:hAnsi="Arial"/>
          <w:color w:val="5D7284"/>
          <w:sz w:val="22"/>
        </w:rPr>
        <w:t>1:19:58</w:t>
      </w:r>
    </w:p>
    <w:p>
      <w:pPr>
        <w:spacing w:after="0"/>
      </w:pPr>
      <w:r>
        <w:rPr>
          <w:rFonts w:ascii="Arial" w:hAnsi="Arial"/>
          <w:sz w:val="22"/>
        </w:rPr>
        <w:t>Oh my god, I'm gonna cry. No, I seriously am gonna cry because this, we thought that year one was the milestone and we will I will see how we go with year two. The fact that we have made it to two years is not yet</w:t>
      </w:r>
    </w:p>
    <w:p>
      <w:pPr>
        <w:spacing w:after="0"/>
      </w:pPr>
    </w:p>
    <w:p>
      <w:pPr>
        <w:spacing w:after="0"/>
      </w:pPr>
      <w:r>
        <w:rPr>
          <w:rFonts w:ascii="Arial" w:hAnsi="Arial"/>
          <w:b/>
          <w:sz w:val="22"/>
        </w:rPr>
        <w:t xml:space="preserve">Alice  </w:t>
      </w:r>
      <w:r>
        <w:rPr>
          <w:rFonts w:ascii="Arial" w:hAnsi="Arial"/>
          <w:color w:val="5D7284"/>
          <w:sz w:val="22"/>
        </w:rPr>
        <w:t>1:20:11</w:t>
      </w:r>
    </w:p>
    <w:p>
      <w:pPr>
        <w:spacing w:after="0"/>
      </w:pPr>
      <w:r>
        <w:rPr>
          <w:rFonts w:ascii="Arial" w:hAnsi="Arial"/>
          <w:sz w:val="22"/>
        </w:rPr>
        <w:t>not at the time we're recording</w:t>
      </w:r>
    </w:p>
    <w:p>
      <w:pPr>
        <w:spacing w:after="0"/>
      </w:pPr>
    </w:p>
    <w:p>
      <w:pPr>
        <w:spacing w:after="0"/>
      </w:pPr>
      <w:r>
        <w:rPr>
          <w:rFonts w:ascii="Arial" w:hAnsi="Arial"/>
          <w:b/>
          <w:sz w:val="22"/>
        </w:rPr>
        <w:t xml:space="preserve">Lucy  </w:t>
      </w:r>
      <w:r>
        <w:rPr>
          <w:rFonts w:ascii="Arial" w:hAnsi="Arial"/>
          <w:color w:val="5D7284"/>
          <w:sz w:val="22"/>
        </w:rPr>
        <w:t>1:20:15</w:t>
      </w:r>
    </w:p>
    <w:p>
      <w:pPr>
        <w:spacing w:after="0"/>
      </w:pPr>
      <w:r>
        <w:rPr>
          <w:rFonts w:ascii="Arial" w:hAnsi="Arial"/>
          <w:sz w:val="22"/>
        </w:rPr>
        <w:t>Shall we got this in the can, We've got everything scheduled it's alright. ( Daisy) As long as neither</w:t>
      </w:r>
    </w:p>
    <w:p>
      <w:pPr>
        <w:spacing w:after="0"/>
      </w:pPr>
    </w:p>
    <w:p>
      <w:pPr>
        <w:spacing w:after="0"/>
      </w:pPr>
      <w:r>
        <w:rPr>
          <w:rFonts w:ascii="Arial" w:hAnsi="Arial"/>
          <w:b/>
          <w:sz w:val="22"/>
        </w:rPr>
        <w:t xml:space="preserve">Daisy  </w:t>
      </w:r>
      <w:r>
        <w:rPr>
          <w:rFonts w:ascii="Arial" w:hAnsi="Arial"/>
          <w:color w:val="5D7284"/>
          <w:sz w:val="22"/>
        </w:rPr>
        <w:t>1:20:20</w:t>
      </w:r>
    </w:p>
    <w:p>
      <w:pPr>
        <w:spacing w:after="0"/>
      </w:pPr>
      <w:r>
        <w:rPr>
          <w:rFonts w:ascii="Arial" w:hAnsi="Arial"/>
          <w:sz w:val="22"/>
        </w:rPr>
        <w:t>of you have any scandals planned? (Alice laughs)</w:t>
      </w:r>
    </w:p>
    <w:p>
      <w:pPr>
        <w:spacing w:after="0"/>
      </w:pPr>
    </w:p>
    <w:p>
      <w:pPr>
        <w:spacing w:after="0"/>
      </w:pPr>
      <w:r>
        <w:rPr>
          <w:rFonts w:ascii="Arial" w:hAnsi="Arial"/>
          <w:b/>
          <w:sz w:val="22"/>
        </w:rPr>
        <w:t xml:space="preserve">Lucy  </w:t>
      </w:r>
      <w:r>
        <w:rPr>
          <w:rFonts w:ascii="Arial" w:hAnsi="Arial"/>
          <w:color w:val="5D7284"/>
          <w:sz w:val="22"/>
        </w:rPr>
        <w:t>1:20:22</w:t>
      </w:r>
    </w:p>
    <w:p>
      <w:pPr>
        <w:spacing w:after="0"/>
      </w:pPr>
      <w:r>
        <w:rPr>
          <w:rFonts w:ascii="Arial" w:hAnsi="Arial"/>
          <w:sz w:val="22"/>
        </w:rPr>
        <w:t>Don't think so. What an amazing two years it's been, we've achieved so much in such a short space of time. No, it really is one of the best things I've ever done. So thank you.</w:t>
      </w:r>
    </w:p>
    <w:p>
      <w:pPr>
        <w:spacing w:after="0"/>
      </w:pPr>
    </w:p>
    <w:p>
      <w:pPr>
        <w:spacing w:after="0"/>
      </w:pPr>
      <w:r>
        <w:rPr>
          <w:rFonts w:ascii="Arial" w:hAnsi="Arial"/>
          <w:b/>
          <w:sz w:val="22"/>
        </w:rPr>
        <w:t xml:space="preserve">Alice  </w:t>
      </w:r>
      <w:r>
        <w:rPr>
          <w:rFonts w:ascii="Arial" w:hAnsi="Arial"/>
          <w:color w:val="5D7284"/>
          <w:sz w:val="22"/>
        </w:rPr>
        <w:t>1:20:41</w:t>
      </w:r>
    </w:p>
    <w:p>
      <w:pPr>
        <w:spacing w:after="0"/>
      </w:pPr>
      <w:r>
        <w:rPr>
          <w:rFonts w:ascii="Arial" w:hAnsi="Arial"/>
          <w:sz w:val="22"/>
        </w:rPr>
        <w:t>Thank you, Lucy, for always being so nice. When you talk about me and the podcast. You're very welcome. And for being around and being my friend and all of the nice things that you always say that I'm not very good at, like, especially in front of all these people. So, you know, double thumbs,</w:t>
      </w:r>
    </w:p>
    <w:p>
      <w:pPr>
        <w:spacing w:after="0"/>
      </w:pPr>
    </w:p>
    <w:p>
      <w:pPr>
        <w:spacing w:after="0"/>
      </w:pPr>
      <w:r>
        <w:rPr>
          <w:rFonts w:ascii="Arial" w:hAnsi="Arial"/>
          <w:b/>
          <w:sz w:val="22"/>
        </w:rPr>
        <w:t xml:space="preserve">Lucy  </w:t>
      </w:r>
      <w:r>
        <w:rPr>
          <w:rFonts w:ascii="Arial" w:hAnsi="Arial"/>
          <w:color w:val="5D7284"/>
          <w:sz w:val="22"/>
        </w:rPr>
        <w:t>1:20:59</w:t>
      </w:r>
    </w:p>
    <w:p>
      <w:pPr>
        <w:spacing w:after="0"/>
      </w:pPr>
      <w:r>
        <w:rPr>
          <w:rFonts w:ascii="Arial" w:hAnsi="Arial"/>
          <w:sz w:val="22"/>
        </w:rPr>
        <w:t>Your gonna make me cry. Yeah,</w:t>
      </w:r>
    </w:p>
    <w:p>
      <w:pPr>
        <w:spacing w:after="0"/>
      </w:pPr>
    </w:p>
    <w:p>
      <w:pPr>
        <w:spacing w:after="0"/>
      </w:pPr>
      <w:r>
        <w:rPr>
          <w:rFonts w:ascii="Arial" w:hAnsi="Arial"/>
          <w:b/>
          <w:sz w:val="22"/>
        </w:rPr>
        <w:t xml:space="preserve">Alice  </w:t>
      </w:r>
      <w:r>
        <w:rPr>
          <w:rFonts w:ascii="Arial" w:hAnsi="Arial"/>
          <w:color w:val="5D7284"/>
          <w:sz w:val="22"/>
        </w:rPr>
        <w:t>1:21:01</w:t>
      </w:r>
    </w:p>
    <w:p>
      <w:pPr>
        <w:spacing w:after="0"/>
      </w:pPr>
      <w:r>
        <w:rPr>
          <w:rFonts w:ascii="Arial" w:hAnsi="Arial"/>
          <w:sz w:val="22"/>
        </w:rPr>
        <w:t>We'll see you guys all in the New Year. Bye. Thanks for listening to the lABLEd Podcast. If you liked the show, you can rate review and subscribe and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1:21:16</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