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We wish you a muggy Christmas and a Happy New Year</w:t>
      </w:r>
    </w:p>
    <w:p>
      <w:r>
        <w:rPr>
          <w:rFonts w:ascii="Arial" w:hAnsi="Arial"/>
          <w:color w:val="4F6880"/>
          <w:sz w:val="22"/>
        </w:rPr>
        <w:t>Fri, Dec 16, 2022 11:28AM • 7:39</w:t>
      </w:r>
    </w:p>
    <w:p>
      <w:pPr>
        <w:spacing w:before="440" w:after="0"/>
      </w:pPr>
      <w:r>
        <w:rPr>
          <w:rFonts w:ascii="Arial" w:hAnsi="Arial"/>
          <w:b/>
          <w:color w:val="4F6880"/>
          <w:sz w:val="22"/>
        </w:rPr>
        <w:t>SUMMARY KEYWORDS</w:t>
      </w:r>
    </w:p>
    <w:p>
      <w:r>
        <w:rPr>
          <w:rFonts w:ascii="Arial" w:hAnsi="Arial"/>
          <w:color w:val="4F6880"/>
          <w:sz w:val="22"/>
        </w:rPr>
        <w:t>podcast, alice, lucy, mug, disability, christmas, competition, gin, friendship, merry christmas, newsletter, message, listen, comment, maisie, social media, winning, gift, limited edition, winner</w:t>
      </w:r>
    </w:p>
    <w:p>
      <w:pPr>
        <w:spacing w:before="440" w:after="0"/>
      </w:pPr>
      <w:r>
        <w:rPr>
          <w:rFonts w:ascii="Arial" w:hAnsi="Arial"/>
          <w:b/>
          <w:color w:val="4F6880"/>
          <w:sz w:val="22"/>
        </w:rPr>
        <w:t>SPEAKERS</w:t>
      </w:r>
    </w:p>
    <w:p>
      <w:r>
        <w:rPr>
          <w:rFonts w:ascii="Arial" w:hAnsi="Arial"/>
          <w:color w:val="4F6880"/>
          <w:sz w:val="22"/>
        </w:rPr>
        <w:t>Theme Tune, Lucy, Alice</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Welcome to the lABLEd Podcast, a show about disability illness difference. I'm Lucy.</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w:t>
      </w:r>
    </w:p>
    <w:p>
      <w:pPr>
        <w:spacing w:after="0"/>
      </w:pPr>
    </w:p>
    <w:p>
      <w:pPr>
        <w:spacing w:after="0"/>
      </w:pPr>
      <w:r>
        <w:rPr>
          <w:rFonts w:ascii="Arial" w:hAnsi="Arial"/>
          <w:b/>
          <w:sz w:val="22"/>
        </w:rPr>
        <w:t xml:space="preserve">Theme Tune  </w:t>
      </w:r>
      <w:r>
        <w:rPr>
          <w:rFonts w:ascii="Arial" w:hAnsi="Arial"/>
          <w:color w:val="5D7284"/>
          <w:sz w:val="22"/>
        </w:rPr>
        <w:t>00:08</w:t>
      </w:r>
    </w:p>
    <w:p>
      <w:pPr>
        <w:spacing w:after="0"/>
      </w:pPr>
      <w:r>
        <w:rPr>
          <w:rFonts w:ascii="Arial" w:hAnsi="Arial"/>
          <w:sz w:val="22"/>
        </w:rPr>
        <w:t>though I might not fit in socially, I'm so much more than what you see, we all live our lives differently, lives identity and this is immensely just label me. I just label me</w:t>
      </w:r>
    </w:p>
    <w:p>
      <w:pPr>
        <w:spacing w:after="0"/>
      </w:pPr>
    </w:p>
    <w:p>
      <w:pPr>
        <w:spacing w:after="0"/>
      </w:pPr>
      <w:r>
        <w:rPr>
          <w:rFonts w:ascii="Arial" w:hAnsi="Arial"/>
          <w:b/>
          <w:sz w:val="22"/>
        </w:rPr>
        <w:t xml:space="preserve">Alice  </w:t>
      </w:r>
      <w:r>
        <w:rPr>
          <w:rFonts w:ascii="Arial" w:hAnsi="Arial"/>
          <w:color w:val="5D7284"/>
          <w:sz w:val="22"/>
        </w:rPr>
        <w:t>00:51</w:t>
      </w:r>
    </w:p>
    <w:p>
      <w:pPr>
        <w:spacing w:after="0"/>
      </w:pPr>
      <w:r>
        <w:rPr>
          <w:rFonts w:ascii="Arial" w:hAnsi="Arial"/>
          <w:sz w:val="22"/>
        </w:rPr>
        <w:t>hello, everybody and welcome to a very special little Christmas message from the self proclaimed queens of the disability podcasts. Alice and Lucy from the lABLEd Podcast. We wanted to put a little message out today just to say a huge thank you to all of our listeners for all of your love and support over the last two years we could not have made this podcast without you.</w:t>
      </w:r>
    </w:p>
    <w:p>
      <w:pPr>
        <w:spacing w:after="0"/>
      </w:pPr>
    </w:p>
    <w:p>
      <w:pPr>
        <w:spacing w:after="0"/>
      </w:pPr>
      <w:r>
        <w:rPr>
          <w:rFonts w:ascii="Arial" w:hAnsi="Arial"/>
          <w:b/>
          <w:sz w:val="22"/>
        </w:rPr>
        <w:t xml:space="preserve">Lucy  </w:t>
      </w:r>
      <w:r>
        <w:rPr>
          <w:rFonts w:ascii="Arial" w:hAnsi="Arial"/>
          <w:color w:val="5D7284"/>
          <w:sz w:val="22"/>
        </w:rPr>
        <w:t>01:23</w:t>
      </w:r>
    </w:p>
    <w:p>
      <w:pPr>
        <w:spacing w:after="0"/>
      </w:pPr>
      <w:r>
        <w:rPr>
          <w:rFonts w:ascii="Arial" w:hAnsi="Arial"/>
          <w:sz w:val="22"/>
        </w:rPr>
        <w:t>Well, we could we couldn't we could we could we would have just been like sat in the pub talking to one another every week, Oh, they're there again in the corner drinking gin. But yes, I understand. No, we wouldn't.</w:t>
      </w:r>
    </w:p>
    <w:p>
      <w:pPr>
        <w:spacing w:after="0"/>
      </w:pPr>
    </w:p>
    <w:p>
      <w:pPr>
        <w:spacing w:after="0"/>
      </w:pPr>
      <w:r>
        <w:rPr>
          <w:rFonts w:ascii="Arial" w:hAnsi="Arial"/>
          <w:b/>
          <w:sz w:val="22"/>
        </w:rPr>
        <w:t xml:space="preserve">Alice  </w:t>
      </w:r>
      <w:r>
        <w:rPr>
          <w:rFonts w:ascii="Arial" w:hAnsi="Arial"/>
          <w:color w:val="5D7284"/>
          <w:sz w:val="22"/>
        </w:rPr>
        <w:t>01:38</w:t>
      </w:r>
    </w:p>
    <w:p>
      <w:pPr>
        <w:spacing w:after="0"/>
      </w:pPr>
      <w:r>
        <w:rPr>
          <w:rFonts w:ascii="Arial" w:hAnsi="Arial"/>
          <w:sz w:val="22"/>
        </w:rPr>
        <w:t>And we are going to say a little thank you to you all for all of your wonderful support for the last two years. We're doing a little bit of a Christmas competition with a super exciting giveaway. Lucy, do you want to tell everybody about our Christmas competition?</w:t>
      </w:r>
    </w:p>
    <w:p>
      <w:pPr>
        <w:spacing w:after="0"/>
      </w:pPr>
    </w:p>
    <w:p>
      <w:pPr>
        <w:spacing w:after="0"/>
      </w:pPr>
      <w:r>
        <w:rPr>
          <w:rFonts w:ascii="Arial" w:hAnsi="Arial"/>
          <w:b/>
          <w:sz w:val="22"/>
        </w:rPr>
        <w:t xml:space="preserve">Lucy  </w:t>
      </w:r>
      <w:r>
        <w:rPr>
          <w:rFonts w:ascii="Arial" w:hAnsi="Arial"/>
          <w:color w:val="5D7284"/>
          <w:sz w:val="22"/>
        </w:rPr>
        <w:t>02:00</w:t>
      </w:r>
    </w:p>
    <w:p>
      <w:pPr>
        <w:spacing w:after="0"/>
      </w:pPr>
      <w:r>
        <w:rPr>
          <w:rFonts w:ascii="Arial" w:hAnsi="Arial"/>
          <w:sz w:val="22"/>
        </w:rPr>
        <w:t>Yes, by the way before I start, Merry Christmas, everybody. Merry Christmas.</w:t>
      </w:r>
    </w:p>
    <w:p>
      <w:pPr>
        <w:spacing w:after="0"/>
      </w:pPr>
    </w:p>
    <w:p>
      <w:pPr>
        <w:spacing w:after="0"/>
      </w:pPr>
      <w:r>
        <w:rPr>
          <w:rFonts w:ascii="Arial" w:hAnsi="Arial"/>
          <w:b/>
          <w:sz w:val="22"/>
        </w:rPr>
        <w:t xml:space="preserve">Alice  </w:t>
      </w:r>
      <w:r>
        <w:rPr>
          <w:rFonts w:ascii="Arial" w:hAnsi="Arial"/>
          <w:color w:val="5D7284"/>
          <w:sz w:val="22"/>
        </w:rPr>
        <w:t>02:05</w:t>
      </w:r>
    </w:p>
    <w:p>
      <w:pPr>
        <w:spacing w:after="0"/>
      </w:pPr>
      <w:r>
        <w:rPr>
          <w:rFonts w:ascii="Arial" w:hAnsi="Arial"/>
          <w:sz w:val="22"/>
        </w:rPr>
        <w:t>Merry Christmas, Lucy.</w:t>
      </w:r>
    </w:p>
    <w:p>
      <w:pPr>
        <w:spacing w:after="0"/>
      </w:pPr>
    </w:p>
    <w:p>
      <w:pPr>
        <w:spacing w:after="0"/>
      </w:pPr>
      <w:r>
        <w:rPr>
          <w:rFonts w:ascii="Arial" w:hAnsi="Arial"/>
          <w:b/>
          <w:sz w:val="22"/>
        </w:rPr>
        <w:t xml:space="preserve">Lucy  </w:t>
      </w:r>
      <w:r>
        <w:rPr>
          <w:rFonts w:ascii="Arial" w:hAnsi="Arial"/>
          <w:color w:val="5D7284"/>
          <w:sz w:val="22"/>
        </w:rPr>
        <w:t>02:07</w:t>
      </w:r>
    </w:p>
    <w:p>
      <w:pPr>
        <w:spacing w:after="0"/>
      </w:pPr>
      <w:r>
        <w:rPr>
          <w:rFonts w:ascii="Arial" w:hAnsi="Arial"/>
          <w:sz w:val="22"/>
        </w:rPr>
        <w:t>we are taking this podcast malarkey very seriously now, two years in. We've realized bo, let's let's take this seriously, what we have done this, but by the time this episode, this little message goes out. Will everybody have got their gifts? They should? I hope so.</w:t>
      </w:r>
    </w:p>
    <w:p>
      <w:pPr>
        <w:spacing w:after="0"/>
      </w:pPr>
    </w:p>
    <w:p>
      <w:pPr>
        <w:spacing w:after="0"/>
      </w:pPr>
      <w:r>
        <w:rPr>
          <w:rFonts w:ascii="Arial" w:hAnsi="Arial"/>
          <w:b/>
          <w:sz w:val="22"/>
        </w:rPr>
        <w:t xml:space="preserve">Alice  </w:t>
      </w:r>
      <w:r>
        <w:rPr>
          <w:rFonts w:ascii="Arial" w:hAnsi="Arial"/>
          <w:color w:val="5D7284"/>
          <w:sz w:val="22"/>
        </w:rPr>
        <w:t>02:27</w:t>
      </w:r>
    </w:p>
    <w:p>
      <w:pPr>
        <w:spacing w:after="0"/>
      </w:pPr>
      <w:r>
        <w:rPr>
          <w:rFonts w:ascii="Arial" w:hAnsi="Arial"/>
          <w:sz w:val="22"/>
        </w:rPr>
        <w:t>I hope so.</w:t>
      </w:r>
    </w:p>
    <w:p>
      <w:pPr>
        <w:spacing w:after="0"/>
      </w:pPr>
    </w:p>
    <w:p>
      <w:pPr>
        <w:spacing w:after="0"/>
      </w:pPr>
      <w:r>
        <w:rPr>
          <w:rFonts w:ascii="Arial" w:hAnsi="Arial"/>
          <w:b/>
          <w:sz w:val="22"/>
        </w:rPr>
        <w:t xml:space="preserve">Lucy  </w:t>
      </w:r>
      <w:r>
        <w:rPr>
          <w:rFonts w:ascii="Arial" w:hAnsi="Arial"/>
          <w:color w:val="5D7284"/>
          <w:sz w:val="22"/>
        </w:rPr>
        <w:t>02:28</w:t>
      </w:r>
    </w:p>
    <w:p>
      <w:pPr>
        <w:spacing w:after="0"/>
      </w:pPr>
      <w:r>
        <w:rPr>
          <w:rFonts w:ascii="Arial" w:hAnsi="Arial"/>
          <w:sz w:val="22"/>
        </w:rPr>
        <w:t>So if you if you volunteer or work on the lABLEd Podcast and you haven't received your gift, please let us know. But we sent all our volunteers who work behind the scenes so incredibly hard for the lABLEd Podcast, a mug, a branded mug with our logo on that says the show about disability illness and difference. When we were sat there ordering them we went so we get 10 and hold the competition. So we have a three Limited Edition brought branded lABLEd Podcast mugs with both me Alice found hilarious every time we look at them just makes us go. hahaha So yes, we thought we would extend our gift giving to three very lucky listeners of the lABLEd Podcast.</w:t>
      </w:r>
    </w:p>
    <w:p>
      <w:pPr>
        <w:spacing w:after="0"/>
      </w:pPr>
    </w:p>
    <w:p>
      <w:pPr>
        <w:spacing w:after="0"/>
      </w:pPr>
      <w:r>
        <w:rPr>
          <w:rFonts w:ascii="Arial" w:hAnsi="Arial"/>
          <w:b/>
          <w:sz w:val="22"/>
        </w:rPr>
        <w:t xml:space="preserve">Alice  </w:t>
      </w:r>
      <w:r>
        <w:rPr>
          <w:rFonts w:ascii="Arial" w:hAnsi="Arial"/>
          <w:color w:val="5D7284"/>
          <w:sz w:val="22"/>
        </w:rPr>
        <w:t>03:23</w:t>
      </w:r>
    </w:p>
    <w:p>
      <w:pPr>
        <w:spacing w:after="0"/>
      </w:pPr>
      <w:r>
        <w:rPr>
          <w:rFonts w:ascii="Arial" w:hAnsi="Arial"/>
          <w:sz w:val="22"/>
        </w:rPr>
        <w:t>And we've made it really easy for you to enter our competition. All you need to do is make sure that you are following us on the social medias. We are currently on Twitter, Facebook, and Instagram, and on social media. All we need you to do is tag us and tell us why you love the lABLEd Podcast.</w:t>
      </w:r>
    </w:p>
    <w:p>
      <w:pPr>
        <w:spacing w:after="0"/>
      </w:pPr>
    </w:p>
    <w:p>
      <w:pPr>
        <w:spacing w:after="0"/>
      </w:pPr>
      <w:r>
        <w:rPr>
          <w:rFonts w:ascii="Arial" w:hAnsi="Arial"/>
          <w:b/>
          <w:sz w:val="22"/>
        </w:rPr>
        <w:t xml:space="preserve">Lucy  </w:t>
      </w:r>
      <w:r>
        <w:rPr>
          <w:rFonts w:ascii="Arial" w:hAnsi="Arial"/>
          <w:color w:val="5D7284"/>
          <w:sz w:val="22"/>
        </w:rPr>
        <w:t>03:46</w:t>
      </w:r>
    </w:p>
    <w:p>
      <w:pPr>
        <w:spacing w:after="0"/>
      </w:pPr>
      <w:r>
        <w:rPr>
          <w:rFonts w:ascii="Arial" w:hAnsi="Arial"/>
          <w:sz w:val="22"/>
        </w:rPr>
        <w:t>So there will be a post and under that post you tag us and you say I like listening to, I love listening to lABLEd Podcast because she share your thoughts nicer the better really, if we're honest this Christmas, be nice. Share your thoughts and then we will randomly select three of our, well we will randomly select three of our comments that we get on these posts to be in with a chance of winning a limited edition lABLEd Podcast mug</w:t>
      </w:r>
    </w:p>
    <w:p>
      <w:pPr>
        <w:spacing w:after="0"/>
      </w:pPr>
    </w:p>
    <w:p>
      <w:pPr>
        <w:spacing w:after="0"/>
      </w:pPr>
      <w:r>
        <w:rPr>
          <w:rFonts w:ascii="Arial" w:hAnsi="Arial"/>
          <w:b/>
          <w:sz w:val="22"/>
        </w:rPr>
        <w:t xml:space="preserve">Alice  </w:t>
      </w:r>
      <w:r>
        <w:rPr>
          <w:rFonts w:ascii="Arial" w:hAnsi="Arial"/>
          <w:color w:val="5D7284"/>
          <w:sz w:val="22"/>
        </w:rPr>
        <w:t>04:17</w:t>
      </w:r>
    </w:p>
    <w:p>
      <w:pPr>
        <w:spacing w:after="0"/>
      </w:pPr>
      <w:r>
        <w:rPr>
          <w:rFonts w:ascii="Arial" w:hAnsi="Arial"/>
          <w:sz w:val="22"/>
        </w:rPr>
        <w:t>You have got until the 29th of January to submit your comment you can post as many times as you like to enter the competition. But we ask that you need to make sure that each post or comment is different. And you can of course comment across different platforms and we will select our winners and contact them via the social media that their winning comment is on and we will be announcing the winner in our early February newsletter so it's also worth making sure you subscribe to the newsletter to find out if you won your You can sign up for the newsletter by visiting the website. i don't think We've got anything else to say Lucy?</w:t>
      </w:r>
    </w:p>
    <w:p>
      <w:pPr>
        <w:spacing w:after="0"/>
      </w:pPr>
    </w:p>
    <w:p>
      <w:pPr>
        <w:spacing w:after="0"/>
      </w:pPr>
      <w:r>
        <w:rPr>
          <w:rFonts w:ascii="Arial" w:hAnsi="Arial"/>
          <w:b/>
          <w:sz w:val="22"/>
        </w:rPr>
        <w:t xml:space="preserve">Lucy  </w:t>
      </w:r>
      <w:r>
        <w:rPr>
          <w:rFonts w:ascii="Arial" w:hAnsi="Arial"/>
          <w:color w:val="5D7284"/>
          <w:sz w:val="22"/>
        </w:rPr>
        <w:t>05:07</w:t>
      </w:r>
    </w:p>
    <w:p>
      <w:pPr>
        <w:spacing w:after="0"/>
      </w:pPr>
      <w:r>
        <w:rPr>
          <w:rFonts w:ascii="Arial" w:hAnsi="Arial"/>
          <w:sz w:val="22"/>
        </w:rPr>
        <w:t>No, I would just like to echo. I know it was a bit silly before. But I would just like to echo what Alice says. Thank you. So I still cannot believe we are two years into this Alice this is proper serious now, isn't it? Like, I knew I knew</w:t>
      </w:r>
    </w:p>
    <w:p>
      <w:pPr>
        <w:spacing w:after="0"/>
      </w:pPr>
    </w:p>
    <w:p>
      <w:pPr>
        <w:spacing w:after="0"/>
      </w:pPr>
      <w:r>
        <w:rPr>
          <w:rFonts w:ascii="Arial" w:hAnsi="Arial"/>
          <w:b/>
          <w:sz w:val="22"/>
        </w:rPr>
        <w:t xml:space="preserve">Alice  </w:t>
      </w:r>
      <w:r>
        <w:rPr>
          <w:rFonts w:ascii="Arial" w:hAnsi="Arial"/>
          <w:color w:val="5D7284"/>
          <w:sz w:val="22"/>
        </w:rPr>
        <w:t>05:24</w:t>
      </w:r>
    </w:p>
    <w:p>
      <w:pPr>
        <w:spacing w:after="0"/>
      </w:pPr>
      <w:r>
        <w:rPr>
          <w:rFonts w:ascii="Arial" w:hAnsi="Arial"/>
          <w:sz w:val="22"/>
        </w:rPr>
        <w:t>me committed relationship at this point, I think</w:t>
      </w:r>
    </w:p>
    <w:p>
      <w:pPr>
        <w:spacing w:after="0"/>
      </w:pPr>
    </w:p>
    <w:p>
      <w:pPr>
        <w:spacing w:after="0"/>
      </w:pPr>
      <w:r>
        <w:rPr>
          <w:rFonts w:ascii="Arial" w:hAnsi="Arial"/>
          <w:b/>
          <w:sz w:val="22"/>
        </w:rPr>
        <w:t xml:space="preserve">Lucy  </w:t>
      </w:r>
      <w:r>
        <w:rPr>
          <w:rFonts w:ascii="Arial" w:hAnsi="Arial"/>
          <w:color w:val="5D7284"/>
          <w:sz w:val="22"/>
        </w:rPr>
        <w:t>05:25</w:t>
      </w:r>
    </w:p>
    <w:p>
      <w:pPr>
        <w:spacing w:after="0"/>
      </w:pPr>
      <w:r>
        <w:rPr>
          <w:rFonts w:ascii="Arial" w:hAnsi="Arial"/>
          <w:sz w:val="22"/>
        </w:rPr>
        <w:t>yeah, no getting rid of me now. But yeah, I just want to say thank you to everybody. When people tell me, Oh, I've listened to your podcast, I always go. It makes me feel a bit weird. But it also makes me feel incredibly proud as well. And I hope that the podcast that we put together is not only a bit of a learning experience for people who listen, not whether you're disabled or not, it might help you know, for you feel like you belong somewhere. It might help you learn something about the disability community, but I also hope that our friendship Oh, our friendship that me and Alice have shines through because I think it does every time I seem to catch a listen of it when I have to listen back for like, editing purposes. I always think it sounds like we work really hard on our friendship. And I think that shining through now, the fact that we get on so well, the fact that we are sending messages at all our day about podcast, but I do I do think that our friendship shines through and I hope people find this entertaining, and that we not only feel like each other's friend, but our listeners friends too. So thank you very much. I think I need to go and have a lie down and a gin, please.</w:t>
      </w:r>
    </w:p>
    <w:p>
      <w:pPr>
        <w:spacing w:after="0"/>
      </w:pPr>
    </w:p>
    <w:p>
      <w:pPr>
        <w:spacing w:after="0"/>
      </w:pPr>
      <w:r>
        <w:rPr>
          <w:rFonts w:ascii="Arial" w:hAnsi="Arial"/>
          <w:b/>
          <w:sz w:val="22"/>
        </w:rPr>
        <w:t xml:space="preserve">Alice  </w:t>
      </w:r>
      <w:r>
        <w:rPr>
          <w:rFonts w:ascii="Arial" w:hAnsi="Arial"/>
          <w:color w:val="5D7284"/>
          <w:sz w:val="22"/>
        </w:rPr>
        <w:t>05:56</w:t>
      </w:r>
    </w:p>
    <w:p>
      <w:pPr>
        <w:spacing w:after="0"/>
      </w:pPr>
      <w:r>
        <w:rPr>
          <w:rFonts w:ascii="Arial" w:hAnsi="Arial"/>
          <w:sz w:val="22"/>
        </w:rPr>
        <w:t xml:space="preserve">You can drink out of your new lABLEd mug </w:t>
      </w:r>
    </w:p>
    <w:p>
      <w:pPr>
        <w:spacing w:after="0"/>
      </w:pPr>
    </w:p>
    <w:p>
      <w:pPr>
        <w:spacing w:after="0"/>
      </w:pPr>
      <w:r>
        <w:rPr>
          <w:rFonts w:ascii="Arial" w:hAnsi="Arial"/>
          <w:b/>
          <w:sz w:val="22"/>
        </w:rPr>
        <w:t xml:space="preserve">Lucy  </w:t>
      </w:r>
      <w:r>
        <w:rPr>
          <w:rFonts w:ascii="Arial" w:hAnsi="Arial"/>
          <w:color w:val="5D7284"/>
          <w:sz w:val="22"/>
        </w:rPr>
        <w:t>06:54</w:t>
      </w:r>
    </w:p>
    <w:p>
      <w:pPr>
        <w:spacing w:after="0"/>
      </w:pPr>
      <w:r>
        <w:rPr>
          <w:rFonts w:ascii="Arial" w:hAnsi="Arial"/>
          <w:sz w:val="22"/>
        </w:rPr>
        <w:t>pint of gin in my mug, thank you.</w:t>
      </w:r>
    </w:p>
    <w:p>
      <w:pPr>
        <w:spacing w:after="0"/>
      </w:pPr>
    </w:p>
    <w:p>
      <w:pPr>
        <w:spacing w:after="0"/>
      </w:pPr>
      <w:r>
        <w:rPr>
          <w:rFonts w:ascii="Arial" w:hAnsi="Arial"/>
          <w:b/>
          <w:sz w:val="22"/>
        </w:rPr>
        <w:t xml:space="preserve">Alice  </w:t>
      </w:r>
      <w:r>
        <w:rPr>
          <w:rFonts w:ascii="Arial" w:hAnsi="Arial"/>
          <w:color w:val="5D7284"/>
          <w:sz w:val="22"/>
        </w:rPr>
        <w:t>06:59</w:t>
      </w:r>
    </w:p>
    <w:p>
      <w:pPr>
        <w:spacing w:after="0"/>
      </w:pPr>
      <w:r>
        <w:rPr>
          <w:rFonts w:ascii="Arial" w:hAnsi="Arial"/>
          <w:sz w:val="22"/>
        </w:rPr>
        <w:t>Merry Christmas, everybody. Happy New Year and all of those other holiday seasonal greetings.</w:t>
      </w:r>
    </w:p>
    <w:p>
      <w:pPr>
        <w:spacing w:after="0"/>
      </w:pPr>
    </w:p>
    <w:p>
      <w:pPr>
        <w:spacing w:after="0"/>
      </w:pPr>
      <w:r>
        <w:rPr>
          <w:rFonts w:ascii="Arial" w:hAnsi="Arial"/>
          <w:b/>
          <w:sz w:val="22"/>
        </w:rPr>
        <w:t xml:space="preserve">Lucy  </w:t>
      </w:r>
      <w:r>
        <w:rPr>
          <w:rFonts w:ascii="Arial" w:hAnsi="Arial"/>
          <w:color w:val="5D7284"/>
          <w:sz w:val="22"/>
        </w:rPr>
        <w:t>07:08</w:t>
      </w:r>
    </w:p>
    <w:p>
      <w:pPr>
        <w:spacing w:after="0"/>
      </w:pPr>
      <w:r>
        <w:rPr>
          <w:rFonts w:ascii="Arial" w:hAnsi="Arial"/>
          <w:sz w:val="22"/>
        </w:rPr>
        <w:t>Happy birthday, Jesus.</w:t>
      </w:r>
    </w:p>
    <w:p>
      <w:pPr>
        <w:spacing w:after="0"/>
      </w:pPr>
    </w:p>
    <w:p>
      <w:pPr>
        <w:spacing w:after="0"/>
      </w:pPr>
      <w:r>
        <w:rPr>
          <w:rFonts w:ascii="Arial" w:hAnsi="Arial"/>
          <w:b/>
          <w:sz w:val="22"/>
        </w:rPr>
        <w:t xml:space="preserve">Alice  </w:t>
      </w:r>
      <w:r>
        <w:rPr>
          <w:rFonts w:ascii="Arial" w:hAnsi="Arial"/>
          <w:color w:val="5D7284"/>
          <w:sz w:val="22"/>
        </w:rPr>
        <w:t>07:15</w:t>
      </w:r>
    </w:p>
    <w:p>
      <w:pPr>
        <w:spacing w:after="0"/>
      </w:pPr>
      <w:r>
        <w:rPr>
          <w:rFonts w:ascii="Arial" w:hAnsi="Arial"/>
          <w:sz w:val="22"/>
        </w:rPr>
        <w:t>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07:24</w:t>
      </w:r>
    </w:p>
    <w:p>
      <w:pPr>
        <w:spacing w:after="0"/>
      </w:pPr>
      <w:r>
        <w:rPr>
          <w:rFonts w:ascii="Arial" w:hAnsi="Arial"/>
          <w:sz w:val="22"/>
        </w:rPr>
        <w:t>This episode was edited by Adam Hull. Our music was by Maisie Crunden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5" Type="http://schemas.openxmlformats.org/officeDocument/2006/relationships/webSettings" Target="webSettings.xml"/><Relationship Id="rId4" Type="http://schemas.openxmlformats.org/officeDocument/2006/relationships/settings" Target="settings.xml"/><Relationship Id="rId6" Type="http://schemas.openxmlformats.org/officeDocument/2006/relationships/footnotes" Target="footnotes.xml"/><Relationship Id="rId7" Type="http://schemas.openxmlformats.org/officeDocument/2006/relationships/endnotes" Target="endnotes.xml"/><Relationship Id="rId15" Type="http://schemas.openxmlformats.org/officeDocument/2006/relationships/theme" Target="theme/theme1.xml"/><Relationship Id="rId9" Type="http://schemas.openxmlformats.org/officeDocument/2006/relationships/header" Target="header2.xml"/><Relationship Id="rId8" Type="http://schemas.openxmlformats.org/officeDocument/2006/relationships/header" Target="header1.xml"/><Relationship Id="rId13" Type="http://schemas.openxmlformats.org/officeDocument/2006/relationships/footer" Target="footer3.xml"/><Relationship Id="rId12" Type="http://schemas.openxmlformats.org/officeDocument/2006/relationships/header" Target="header3.xml"/><Relationship Id="rId11" Type="http://schemas.openxmlformats.org/officeDocument/2006/relationships/footer" Target="footer2.xml"/><Relationship Id="rId10" Type="http://schemas.openxmlformats.org/officeDocument/2006/relationships/footer" Target="footer1.xml"/><Relationship Id="rId3" Type="http://schemas.openxmlformats.org/officeDocument/2006/relationships/styles" Target="styles.xml"/><Relationship Id="rId2" Type="http://schemas.openxmlformats.org/officeDocument/2006/relationships/numbering" Target="numbering.xml"/><Relationship Id="rId1" Type="http://schemas.openxmlformats.org/officeDocument/2006/relationships/customXml" Target="../customXml/item1.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