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41 rebecca porter first edit</w:t>
      </w:r>
    </w:p>
    <w:p>
      <w:r>
        <w:rPr>
          <w:rFonts w:ascii="Arial" w:hAnsi="Arial"/>
          <w:color w:val="4F6880"/>
          <w:sz w:val="22"/>
        </w:rPr>
        <w:t>Wed, Jan 18, 2023 3:25PM • 1:25:23</w:t>
      </w:r>
    </w:p>
    <w:p>
      <w:pPr>
        <w:spacing w:before="440" w:after="0"/>
      </w:pPr>
      <w:r>
        <w:rPr>
          <w:rFonts w:ascii="Arial" w:hAnsi="Arial"/>
          <w:b/>
          <w:color w:val="4F6880"/>
          <w:sz w:val="22"/>
        </w:rPr>
        <w:t>SUMMARY KEYWORDS</w:t>
      </w:r>
    </w:p>
    <w:p>
      <w:r>
        <w:rPr>
          <w:rFonts w:ascii="Arial" w:hAnsi="Arial"/>
          <w:color w:val="4F6880"/>
          <w:sz w:val="22"/>
        </w:rPr>
        <w:t>lucy, people, laughs, alice, rebecca, disabled, dwp, tribunal, bit, pip, person, fucking, disability, assessment, minutes, participants, mobility, money, wheelchair user, eyes</w:t>
      </w:r>
    </w:p>
    <w:p>
      <w:pPr>
        <w:spacing w:before="440" w:after="0"/>
      </w:pPr>
      <w:r>
        <w:rPr>
          <w:rFonts w:ascii="Arial" w:hAnsi="Arial"/>
          <w:b/>
          <w:color w:val="4F6880"/>
          <w:sz w:val="22"/>
        </w:rPr>
        <w:t>SPEAKERS</w:t>
      </w:r>
    </w:p>
    <w:p>
      <w:r>
        <w:rPr>
          <w:rFonts w:ascii="Arial" w:hAnsi="Arial"/>
          <w:color w:val="4F6880"/>
          <w:sz w:val="22"/>
        </w:rPr>
        <w:t>Theme Tune, Rebecca,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Although I don't fit in socially, I'm so much than what you see. We all live our lives differently, Kaleidoscope identity. Cos this is who I'm meant to be. I'm just labeled me,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My name is Lucy and I'm here with my friend Alice..Hello Alice..</w:t>
      </w:r>
    </w:p>
    <w:p>
      <w:pPr>
        <w:spacing w:after="0"/>
      </w:pPr>
    </w:p>
    <w:p>
      <w:pPr>
        <w:spacing w:after="0"/>
      </w:pPr>
      <w:r>
        <w:rPr>
          <w:rFonts w:ascii="Arial" w:hAnsi="Arial"/>
          <w:b/>
          <w:sz w:val="22"/>
        </w:rPr>
        <w:t xml:space="preserve">Alice  </w:t>
      </w:r>
      <w:r>
        <w:rPr>
          <w:rFonts w:ascii="Arial" w:hAnsi="Arial"/>
          <w:color w:val="5D7284"/>
          <w:sz w:val="22"/>
        </w:rPr>
        <w:t>00:51</w:t>
      </w:r>
    </w:p>
    <w:p>
      <w:pPr>
        <w:spacing w:after="0"/>
      </w:pPr>
      <w:r>
        <w:rPr>
          <w:rFonts w:ascii="Arial" w:hAnsi="Arial"/>
          <w:sz w:val="22"/>
        </w:rPr>
        <w:t xml:space="preserve"> Hello, Lucy. (Lucy) Hello. How you doing?</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I'm alright, thank you. It's very nice to see you. I've not really spoken to you much over the last week or so. And on Wednesday, it felt like my left arm had been removed. And (Sad tone in her voice) I was like there's no message,  I just want to say hello. And you was like "Hi"</w:t>
      </w:r>
    </w:p>
    <w:p>
      <w:pPr>
        <w:spacing w:after="0"/>
      </w:pPr>
    </w:p>
    <w:p>
      <w:pPr>
        <w:spacing w:after="0"/>
      </w:pPr>
      <w:r>
        <w:rPr>
          <w:rFonts w:ascii="Arial" w:hAnsi="Arial"/>
          <w:b/>
          <w:sz w:val="22"/>
        </w:rPr>
        <w:t xml:space="preserve">Alice  </w:t>
      </w:r>
      <w:r>
        <w:rPr>
          <w:rFonts w:ascii="Arial" w:hAnsi="Arial"/>
          <w:color w:val="5D7284"/>
          <w:sz w:val="22"/>
        </w:rPr>
        <w:t>01:08</w:t>
      </w:r>
    </w:p>
    <w:p>
      <w:pPr>
        <w:spacing w:after="0"/>
      </w:pPr>
      <w:r>
        <w:rPr>
          <w:rFonts w:ascii="Arial" w:hAnsi="Arial"/>
          <w:sz w:val="22"/>
        </w:rPr>
        <w:t>(Alice laughs) Yeah, I got a message from Lucy being like "you free for a chat?" and I was like "I'm actually quite busy this weekend, Lucy we've got the in laws up." (Lucy) Fine. It's fine. What's going on? Is everything okay? Is there anything wrong? And she's like "I'm fine, I just miss you." (Lucy and Alice laugh)</w:t>
      </w:r>
    </w:p>
    <w:p>
      <w:pPr>
        <w:spacing w:after="0"/>
      </w:pPr>
    </w:p>
    <w:p>
      <w:pPr>
        <w:spacing w:after="0"/>
      </w:pPr>
      <w:r>
        <w:rPr>
          <w:rFonts w:ascii="Arial" w:hAnsi="Arial"/>
          <w:b/>
          <w:sz w:val="22"/>
        </w:rPr>
        <w:t xml:space="preserve">Lucy  </w:t>
      </w:r>
      <w:r>
        <w:rPr>
          <w:rFonts w:ascii="Arial" w:hAnsi="Arial"/>
          <w:color w:val="5D7284"/>
          <w:sz w:val="22"/>
        </w:rPr>
        <w:t>01:26</w:t>
      </w:r>
    </w:p>
    <w:p>
      <w:pPr>
        <w:spacing w:after="0"/>
      </w:pPr>
      <w:r>
        <w:rPr>
          <w:rFonts w:ascii="Arial" w:hAnsi="Arial"/>
          <w:sz w:val="22"/>
        </w:rPr>
        <w:t>Pathetic really isn't it... a little bit pathetic. Nevermind. But yes, it's very nice to see you.</w:t>
      </w:r>
    </w:p>
    <w:p>
      <w:pPr>
        <w:spacing w:after="0"/>
      </w:pPr>
    </w:p>
    <w:p>
      <w:pPr>
        <w:spacing w:after="0"/>
      </w:pPr>
      <w:r>
        <w:rPr>
          <w:rFonts w:ascii="Arial" w:hAnsi="Arial"/>
          <w:b/>
          <w:sz w:val="22"/>
        </w:rPr>
        <w:t xml:space="preserve">Alice  </w:t>
      </w:r>
      <w:r>
        <w:rPr>
          <w:rFonts w:ascii="Arial" w:hAnsi="Arial"/>
          <w:color w:val="5D7284"/>
          <w:sz w:val="22"/>
        </w:rPr>
        <w:t>01:34</w:t>
      </w:r>
    </w:p>
    <w:p>
      <w:pPr>
        <w:spacing w:after="0"/>
      </w:pPr>
      <w:r>
        <w:rPr>
          <w:rFonts w:ascii="Arial" w:hAnsi="Arial"/>
          <w:sz w:val="22"/>
        </w:rPr>
        <w:t>Yes, it is always nice to see you Lucy.</w:t>
      </w:r>
    </w:p>
    <w:p>
      <w:pPr>
        <w:spacing w:after="0"/>
      </w:pPr>
    </w:p>
    <w:p>
      <w:pPr>
        <w:spacing w:after="0"/>
      </w:pPr>
      <w:r>
        <w:rPr>
          <w:rFonts w:ascii="Arial" w:hAnsi="Arial"/>
          <w:b/>
          <w:sz w:val="22"/>
        </w:rPr>
        <w:t xml:space="preserve">Lucy  </w:t>
      </w:r>
      <w:r>
        <w:rPr>
          <w:rFonts w:ascii="Arial" w:hAnsi="Arial"/>
          <w:color w:val="5D7284"/>
          <w:sz w:val="22"/>
        </w:rPr>
        <w:t>01:36</w:t>
      </w:r>
    </w:p>
    <w:p>
      <w:pPr>
        <w:spacing w:after="0"/>
      </w:pPr>
      <w:r>
        <w:rPr>
          <w:rFonts w:ascii="Arial" w:hAnsi="Arial"/>
          <w:sz w:val="22"/>
        </w:rPr>
        <w:t>Thank you very much. That's very kind of to say, so I had to get up early. I was gonna get up and make myself look a little bit presentable. But I think we managed it.</w:t>
      </w:r>
    </w:p>
    <w:p>
      <w:pPr>
        <w:spacing w:after="0"/>
      </w:pPr>
    </w:p>
    <w:p>
      <w:pPr>
        <w:spacing w:after="0"/>
      </w:pPr>
      <w:r>
        <w:rPr>
          <w:rFonts w:ascii="Arial" w:hAnsi="Arial"/>
          <w:b/>
          <w:sz w:val="22"/>
        </w:rPr>
        <w:t xml:space="preserve">Alice  </w:t>
      </w:r>
      <w:r>
        <w:rPr>
          <w:rFonts w:ascii="Arial" w:hAnsi="Arial"/>
          <w:color w:val="5D7284"/>
          <w:sz w:val="22"/>
        </w:rPr>
        <w:t>01:47</w:t>
      </w:r>
    </w:p>
    <w:p>
      <w:pPr>
        <w:spacing w:after="0"/>
      </w:pPr>
      <w:r>
        <w:rPr>
          <w:rFonts w:ascii="Arial" w:hAnsi="Arial"/>
          <w:sz w:val="22"/>
        </w:rPr>
        <w:t>I was gonna say put a bit more effort in than I have (Lucy laughs) I literally, like, washed my face, dragged a brush through my hair. I'm dressed but I'm not presentable for the outside world. (Lucy laughs)</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This is why we work with audio, ladies an gentleman. (Alice) Yeah. We was literally..</w:t>
      </w:r>
    </w:p>
    <w:p>
      <w:pPr>
        <w:spacing w:after="0"/>
      </w:pPr>
    </w:p>
    <w:p>
      <w:pPr>
        <w:spacing w:after="0"/>
      </w:pPr>
      <w:r>
        <w:rPr>
          <w:rFonts w:ascii="Arial" w:hAnsi="Arial"/>
          <w:b/>
          <w:sz w:val="22"/>
        </w:rPr>
        <w:t xml:space="preserve">Alice  </w:t>
      </w:r>
      <w:r>
        <w:rPr>
          <w:rFonts w:ascii="Arial" w:hAnsi="Arial"/>
          <w:color w:val="5D7284"/>
          <w:sz w:val="22"/>
        </w:rPr>
        <w:t>02:03</w:t>
      </w:r>
    </w:p>
    <w:p>
      <w:pPr>
        <w:spacing w:after="0"/>
      </w:pPr>
      <w:r>
        <w:rPr>
          <w:rFonts w:ascii="Arial" w:hAnsi="Arial"/>
          <w:sz w:val="22"/>
        </w:rPr>
        <w:t>just saying. before we started recording. It's like if anybody ever comes to us? It's like, Hey, YouTube podcast. No, no.</w:t>
      </w:r>
    </w:p>
    <w:p>
      <w:pPr>
        <w:spacing w:after="0"/>
      </w:pPr>
    </w:p>
    <w:p>
      <w:pPr>
        <w:spacing w:after="0"/>
      </w:pPr>
      <w:r>
        <w:rPr>
          <w:rFonts w:ascii="Arial" w:hAnsi="Arial"/>
          <w:b/>
          <w:sz w:val="22"/>
        </w:rPr>
        <w:t xml:space="preserve">Lucy  </w:t>
      </w:r>
      <w:r>
        <w:rPr>
          <w:rFonts w:ascii="Arial" w:hAnsi="Arial"/>
          <w:color w:val="5D7284"/>
          <w:sz w:val="22"/>
        </w:rPr>
        <w:t>02:10</w:t>
      </w:r>
    </w:p>
    <w:p>
      <w:pPr>
        <w:spacing w:after="0"/>
      </w:pPr>
      <w:r>
        <w:rPr>
          <w:rFonts w:ascii="Arial" w:hAnsi="Arial"/>
          <w:sz w:val="22"/>
        </w:rPr>
        <w:t>Not unless you're paying for a makeup artist and good lighting. (Alice laughs) Thank you. (Alice) Yeah. That's in my rider.</w:t>
      </w:r>
    </w:p>
    <w:p>
      <w:pPr>
        <w:spacing w:after="0"/>
      </w:pPr>
    </w:p>
    <w:p>
      <w:pPr>
        <w:spacing w:after="0"/>
      </w:pPr>
      <w:r>
        <w:rPr>
          <w:rFonts w:ascii="Arial" w:hAnsi="Arial"/>
          <w:b/>
          <w:sz w:val="22"/>
        </w:rPr>
        <w:t xml:space="preserve">Alice  </w:t>
      </w:r>
      <w:r>
        <w:rPr>
          <w:rFonts w:ascii="Arial" w:hAnsi="Arial"/>
          <w:color w:val="5D7284"/>
          <w:sz w:val="22"/>
        </w:rPr>
        <w:t>02:18</w:t>
      </w:r>
    </w:p>
    <w:p>
      <w:pPr>
        <w:spacing w:after="0"/>
      </w:pPr>
      <w:r>
        <w:rPr>
          <w:rFonts w:ascii="Arial" w:hAnsi="Arial"/>
          <w:sz w:val="22"/>
        </w:rPr>
        <w:t>Yeah. (laughs) We have got a guest with us this week,(Lucy) We do. As we so often do. We've been trying to get Rebecca on the show for a while because we've had some bits and pieces of issues with booking. So we're very pleased to have Rebecca with us today. Rebecca, do you want to introduce yourself and tell our audience a little bit about who you are and what you're doing?</w:t>
      </w:r>
    </w:p>
    <w:p>
      <w:pPr>
        <w:spacing w:after="0"/>
      </w:pPr>
    </w:p>
    <w:p>
      <w:pPr>
        <w:spacing w:after="0"/>
      </w:pPr>
      <w:r>
        <w:rPr>
          <w:rFonts w:ascii="Arial" w:hAnsi="Arial"/>
          <w:b/>
          <w:sz w:val="22"/>
        </w:rPr>
        <w:t xml:space="preserve">Rebecca  </w:t>
      </w:r>
      <w:r>
        <w:rPr>
          <w:rFonts w:ascii="Arial" w:hAnsi="Arial"/>
          <w:color w:val="5D7284"/>
          <w:sz w:val="22"/>
        </w:rPr>
        <w:t>02:47</w:t>
      </w:r>
    </w:p>
    <w:p>
      <w:pPr>
        <w:spacing w:after="0"/>
      </w:pPr>
      <w:r>
        <w:rPr>
          <w:rFonts w:ascii="Arial" w:hAnsi="Arial"/>
          <w:sz w:val="22"/>
        </w:rPr>
        <w:t>Yeah, so um, hello, everybody. I'm Rebecca. I'm a disabled woman and an angry PhD student as well. But those two things do actually intersect.</w:t>
      </w:r>
    </w:p>
    <w:p>
      <w:pPr>
        <w:spacing w:after="0"/>
      </w:pPr>
    </w:p>
    <w:p>
      <w:pPr>
        <w:spacing w:after="0"/>
      </w:pPr>
      <w:r>
        <w:rPr>
          <w:rFonts w:ascii="Arial" w:hAnsi="Arial"/>
          <w:b/>
          <w:sz w:val="22"/>
        </w:rPr>
        <w:t xml:space="preserve">Alice  </w:t>
      </w:r>
      <w:r>
        <w:rPr>
          <w:rFonts w:ascii="Arial" w:hAnsi="Arial"/>
          <w:color w:val="5D7284"/>
          <w:sz w:val="22"/>
        </w:rPr>
        <w:t>02:58</w:t>
      </w:r>
    </w:p>
    <w:p>
      <w:pPr>
        <w:spacing w:after="0"/>
      </w:pPr>
      <w:r>
        <w:rPr>
          <w:rFonts w:ascii="Arial" w:hAnsi="Arial"/>
          <w:sz w:val="22"/>
        </w:rPr>
        <w:t>Yeah, I was gonna say I think I think there's a lot of angry female PhD students.(Lucy) Yeah. Solid intersection of....(Lucy) I think University in general made me very angry. (laughs) You know.</w:t>
      </w:r>
    </w:p>
    <w:p>
      <w:pPr>
        <w:spacing w:after="0"/>
      </w:pPr>
    </w:p>
    <w:p>
      <w:pPr>
        <w:spacing w:after="0"/>
      </w:pPr>
      <w:r>
        <w:rPr>
          <w:rFonts w:ascii="Arial" w:hAnsi="Arial"/>
          <w:b/>
          <w:sz w:val="22"/>
        </w:rPr>
        <w:t xml:space="preserve">Rebecca  </w:t>
      </w:r>
      <w:r>
        <w:rPr>
          <w:rFonts w:ascii="Arial" w:hAnsi="Arial"/>
          <w:color w:val="5D7284"/>
          <w:sz w:val="22"/>
        </w:rPr>
        <w:t>03:13</w:t>
      </w:r>
    </w:p>
    <w:p>
      <w:pPr>
        <w:spacing w:after="0"/>
      </w:pPr>
      <w:r>
        <w:rPr>
          <w:rFonts w:ascii="Arial" w:hAnsi="Arial"/>
          <w:sz w:val="22"/>
        </w:rPr>
        <w:t>Yeah, like, doing my whole PhD out of spite. (Alice and Lucy laugh)</w:t>
      </w:r>
    </w:p>
    <w:p>
      <w:pPr>
        <w:spacing w:after="0"/>
      </w:pPr>
    </w:p>
    <w:p>
      <w:pPr>
        <w:spacing w:after="0"/>
      </w:pPr>
      <w:r>
        <w:rPr>
          <w:rFonts w:ascii="Arial" w:hAnsi="Arial"/>
          <w:b/>
          <w:sz w:val="22"/>
        </w:rPr>
        <w:t xml:space="preserve">Alice  </w:t>
      </w:r>
      <w:r>
        <w:rPr>
          <w:rFonts w:ascii="Arial" w:hAnsi="Arial"/>
          <w:color w:val="5D7284"/>
          <w:sz w:val="22"/>
        </w:rPr>
        <w:t>03:19</w:t>
      </w:r>
    </w:p>
    <w:p>
      <w:pPr>
        <w:spacing w:after="0"/>
      </w:pPr>
      <w:r>
        <w:rPr>
          <w:rFonts w:ascii="Arial" w:hAnsi="Arial"/>
          <w:sz w:val="22"/>
        </w:rPr>
        <w:t>I think that it was interacting with academics and supervisors that caused me the anger, it was the PhD bit was the actual like, I enjoyed the research. It was all the people around me that made me want to go on a murder spree. (Lucy laughs)</w:t>
      </w:r>
    </w:p>
    <w:p>
      <w:pPr>
        <w:spacing w:after="0"/>
      </w:pPr>
    </w:p>
    <w:p>
      <w:pPr>
        <w:spacing w:after="0"/>
      </w:pPr>
      <w:r>
        <w:rPr>
          <w:rFonts w:ascii="Arial" w:hAnsi="Arial"/>
          <w:b/>
          <w:sz w:val="22"/>
        </w:rPr>
        <w:t xml:space="preserve">Lucy  </w:t>
      </w:r>
      <w:r>
        <w:rPr>
          <w:rFonts w:ascii="Arial" w:hAnsi="Arial"/>
          <w:color w:val="5D7284"/>
          <w:sz w:val="22"/>
        </w:rPr>
        <w:t>03:36</w:t>
      </w:r>
    </w:p>
    <w:p>
      <w:pPr>
        <w:spacing w:after="0"/>
      </w:pPr>
      <w:r>
        <w:rPr>
          <w:rFonts w:ascii="Arial" w:hAnsi="Arial"/>
          <w:sz w:val="22"/>
        </w:rPr>
        <w:t>Whereas I held on for grim death just purely out of spite (Alice and Rebecca laugh) because I'm not letting you grind me down. Yeah, crying a lot of the time but yeah.</w:t>
      </w:r>
    </w:p>
    <w:p>
      <w:pPr>
        <w:spacing w:after="0"/>
      </w:pPr>
    </w:p>
    <w:p>
      <w:pPr>
        <w:spacing w:after="0"/>
      </w:pPr>
      <w:r>
        <w:rPr>
          <w:rFonts w:ascii="Arial" w:hAnsi="Arial"/>
          <w:b/>
          <w:sz w:val="22"/>
        </w:rPr>
        <w:t xml:space="preserve">Rebecca  </w:t>
      </w:r>
      <w:r>
        <w:rPr>
          <w:rFonts w:ascii="Arial" w:hAnsi="Arial"/>
          <w:color w:val="5D7284"/>
          <w:sz w:val="22"/>
        </w:rPr>
        <w:t>03:48</w:t>
      </w:r>
    </w:p>
    <w:p>
      <w:pPr>
        <w:spacing w:after="0"/>
      </w:pPr>
      <w:r>
        <w:rPr>
          <w:rFonts w:ascii="Arial" w:hAnsi="Arial"/>
          <w:sz w:val="22"/>
        </w:rPr>
        <w:t>Yeah, on the induction day, they never mentioned the crying do they but everyone seems to do it. (Lucy)  A hell of a lot of crying. (laughing)</w:t>
      </w:r>
    </w:p>
    <w:p>
      <w:pPr>
        <w:spacing w:after="0"/>
      </w:pPr>
    </w:p>
    <w:p>
      <w:pPr>
        <w:spacing w:after="0"/>
      </w:pPr>
      <w:r>
        <w:rPr>
          <w:rFonts w:ascii="Arial" w:hAnsi="Arial"/>
          <w:b/>
          <w:sz w:val="22"/>
        </w:rPr>
        <w:t xml:space="preserve">Alice  </w:t>
      </w:r>
      <w:r>
        <w:rPr>
          <w:rFonts w:ascii="Arial" w:hAnsi="Arial"/>
          <w:color w:val="5D7284"/>
          <w:sz w:val="22"/>
        </w:rPr>
        <w:t>03:54</w:t>
      </w:r>
    </w:p>
    <w:p>
      <w:pPr>
        <w:spacing w:after="0"/>
      </w:pPr>
      <w:r>
        <w:rPr>
          <w:rFonts w:ascii="Arial" w:hAnsi="Arial"/>
          <w:sz w:val="22"/>
        </w:rPr>
        <w:t>Yeah, it feels like this should include some Kleenex in the induction packet. Rebecca, what is your research all about?</w:t>
      </w:r>
    </w:p>
    <w:p>
      <w:pPr>
        <w:spacing w:after="0"/>
      </w:pPr>
    </w:p>
    <w:p>
      <w:pPr>
        <w:spacing w:after="0"/>
      </w:pPr>
      <w:r>
        <w:rPr>
          <w:rFonts w:ascii="Arial" w:hAnsi="Arial"/>
          <w:b/>
          <w:sz w:val="22"/>
        </w:rPr>
        <w:t xml:space="preserve">Rebecca  </w:t>
      </w:r>
      <w:r>
        <w:rPr>
          <w:rFonts w:ascii="Arial" w:hAnsi="Arial"/>
          <w:color w:val="5D7284"/>
          <w:sz w:val="22"/>
        </w:rPr>
        <w:t>04:06</w:t>
      </w:r>
    </w:p>
    <w:p>
      <w:pPr>
        <w:spacing w:after="0"/>
      </w:pPr>
      <w:r>
        <w:rPr>
          <w:rFonts w:ascii="Arial" w:hAnsi="Arial"/>
          <w:sz w:val="22"/>
        </w:rPr>
        <w:t>Yeah, so my research looks at Personal Independence Payment disability benefit, hence the banker. (Alice and Lucy laugh) So I interviewed 14 people during a little bit. Oh, God feels like ages ago, during the COVID 19 pandemic. It turned out we ended up being online. So yeah, I interview people from the UK about what what happened to them from start to finish and like the impact on them. So I've got lots of nice, lovely grim stories for today's podcast. (laughs)</w:t>
      </w:r>
    </w:p>
    <w:p>
      <w:pPr>
        <w:spacing w:after="0"/>
      </w:pPr>
    </w:p>
    <w:p>
      <w:pPr>
        <w:spacing w:after="0"/>
      </w:pPr>
      <w:r>
        <w:rPr>
          <w:rFonts w:ascii="Arial" w:hAnsi="Arial"/>
          <w:b/>
          <w:sz w:val="22"/>
        </w:rPr>
        <w:t xml:space="preserve">Lucy  </w:t>
      </w:r>
      <w:r>
        <w:rPr>
          <w:rFonts w:ascii="Arial" w:hAnsi="Arial"/>
          <w:color w:val="5D7284"/>
          <w:sz w:val="22"/>
        </w:rPr>
        <w:t>04:42</w:t>
      </w:r>
    </w:p>
    <w:p>
      <w:pPr>
        <w:spacing w:after="0"/>
      </w:pPr>
      <w:r>
        <w:rPr>
          <w:rFonts w:ascii="Arial" w:hAnsi="Arial"/>
          <w:sz w:val="22"/>
        </w:rPr>
        <w:t>Lovely, lovely.</w:t>
      </w:r>
    </w:p>
    <w:p>
      <w:pPr>
        <w:spacing w:after="0"/>
      </w:pPr>
    </w:p>
    <w:p>
      <w:pPr>
        <w:spacing w:after="0"/>
      </w:pPr>
      <w:r>
        <w:rPr>
          <w:rFonts w:ascii="Arial" w:hAnsi="Arial"/>
          <w:b/>
          <w:sz w:val="22"/>
        </w:rPr>
        <w:t xml:space="preserve">Alice  </w:t>
      </w:r>
      <w:r>
        <w:rPr>
          <w:rFonts w:ascii="Arial" w:hAnsi="Arial"/>
          <w:color w:val="5D7284"/>
          <w:sz w:val="22"/>
        </w:rPr>
        <w:t>04:44</w:t>
      </w:r>
    </w:p>
    <w:p>
      <w:pPr>
        <w:spacing w:after="0"/>
      </w:pPr>
      <w:r>
        <w:rPr>
          <w:rFonts w:ascii="Arial" w:hAnsi="Arial"/>
          <w:sz w:val="22"/>
        </w:rPr>
        <w:t xml:space="preserve">Yeah, I um, in a, in a past life, worked in benefits tribunals, and did a lot of work on PIP tribunals. And I mean, the thing that I would always say to people, um when I worked in it was like, if  the DWP have told you you can't have PIP like don't worry about it because the DWP want to not give you PIP. (Lucy) Oh yeah, yeah. Like let's go to the tribunal and let an impartial judge make a decision. Because if you deserve it a judge is damn sight more likely to give it to you than the fucking DWP. (Lucy) Well the DWP </w:t>
      </w:r>
    </w:p>
    <w:p>
      <w:pPr>
        <w:spacing w:after="0"/>
      </w:pPr>
    </w:p>
    <w:p>
      <w:pPr>
        <w:spacing w:after="0"/>
      </w:pPr>
      <w:r>
        <w:rPr>
          <w:rFonts w:ascii="Arial" w:hAnsi="Arial"/>
          <w:b/>
          <w:sz w:val="22"/>
        </w:rPr>
        <w:t xml:space="preserve">Lucy  </w:t>
      </w:r>
      <w:r>
        <w:rPr>
          <w:rFonts w:ascii="Arial" w:hAnsi="Arial"/>
          <w:color w:val="5D7284"/>
          <w:sz w:val="22"/>
        </w:rPr>
        <w:t>05:21</w:t>
      </w:r>
    </w:p>
    <w:p>
      <w:pPr>
        <w:spacing w:after="0"/>
      </w:pPr>
      <w:r>
        <w:rPr>
          <w:rFonts w:ascii="Arial" w:hAnsi="Arial"/>
          <w:sz w:val="22"/>
        </w:rPr>
        <w:t>in general are a bit like that. I've currently well I've recently had an episode where they just stopped my access to work without telling me it was coming to an end. So I had to, like put in the claim again, which was unnecessary stress. Because we complained they fast tracked it through, but I could have been waited up to 20 weeks to get it sorted, which you don't. It's not... when you're at work.... When you go.... as you're traveling to work for meeting in the middle of Peterborough. And they say, "oh, yeah, we can't process your claim because you're funding's run out." and you're like, "No, what nobody told me. Nobody told me." And also I'm not a stupid idiot, we would have been on that way before....</w:t>
      </w:r>
    </w:p>
    <w:p>
      <w:pPr>
        <w:spacing w:after="0"/>
      </w:pPr>
    </w:p>
    <w:p>
      <w:pPr>
        <w:spacing w:after="0"/>
      </w:pPr>
      <w:r>
        <w:rPr>
          <w:rFonts w:ascii="Arial" w:hAnsi="Arial"/>
          <w:b/>
          <w:sz w:val="22"/>
        </w:rPr>
        <w:t xml:space="preserve">Alice  </w:t>
      </w:r>
      <w:r>
        <w:rPr>
          <w:rFonts w:ascii="Arial" w:hAnsi="Arial"/>
          <w:color w:val="5D7284"/>
          <w:sz w:val="22"/>
        </w:rPr>
        <w:t>06:09</w:t>
      </w:r>
    </w:p>
    <w:p>
      <w:pPr>
        <w:spacing w:after="0"/>
      </w:pPr>
      <w:r>
        <w:rPr>
          <w:rFonts w:ascii="Arial" w:hAnsi="Arial"/>
          <w:sz w:val="22"/>
        </w:rPr>
        <w:t>Their processes are so.... they set you up to fail. (Lucy) Yes. (Rebecca) Yes. I can remember when I was err.. I changed my work hours. And so I had to increase my support hours and wrote to them to let them know. And they emailed me back and were like, "We just need you to speak to a person about this. We will be ringing you at this time on this day, a failure to take this call will result in your claim being rejected." And I literally had to emailed back was like, "I am giving a presentation to 50 people (Lucy) Yeah. Like at this point. I cannot take this phone call." (Lucy) Yeah.</w:t>
      </w:r>
    </w:p>
    <w:p>
      <w:pPr>
        <w:spacing w:after="0"/>
      </w:pPr>
    </w:p>
    <w:p>
      <w:pPr>
        <w:spacing w:after="0"/>
      </w:pPr>
      <w:r>
        <w:rPr>
          <w:rFonts w:ascii="Arial" w:hAnsi="Arial"/>
          <w:b/>
          <w:sz w:val="22"/>
        </w:rPr>
        <w:t xml:space="preserve">Lucy  </w:t>
      </w:r>
      <w:r>
        <w:rPr>
          <w:rFonts w:ascii="Arial" w:hAnsi="Arial"/>
          <w:color w:val="5D7284"/>
          <w:sz w:val="22"/>
        </w:rPr>
        <w:t>06:50</w:t>
      </w:r>
    </w:p>
    <w:p>
      <w:pPr>
        <w:spacing w:after="0"/>
      </w:pPr>
      <w:r>
        <w:rPr>
          <w:rFonts w:ascii="Arial" w:hAnsi="Arial"/>
          <w:sz w:val="22"/>
        </w:rPr>
        <w:t>No but we haven't got lives Alice, we've not got lives at all.</w:t>
      </w:r>
    </w:p>
    <w:p>
      <w:pPr>
        <w:spacing w:after="0"/>
      </w:pPr>
    </w:p>
    <w:p>
      <w:pPr>
        <w:spacing w:after="0"/>
      </w:pPr>
      <w:r>
        <w:rPr>
          <w:rFonts w:ascii="Arial" w:hAnsi="Arial"/>
          <w:b/>
          <w:sz w:val="22"/>
        </w:rPr>
        <w:t xml:space="preserve">Rebecca  </w:t>
      </w:r>
      <w:r>
        <w:rPr>
          <w:rFonts w:ascii="Arial" w:hAnsi="Arial"/>
          <w:color w:val="5D7284"/>
          <w:sz w:val="22"/>
        </w:rPr>
        <w:t>06:54</w:t>
      </w:r>
    </w:p>
    <w:p>
      <w:pPr>
        <w:spacing w:after="0"/>
      </w:pPr>
      <w:r>
        <w:rPr>
          <w:rFonts w:ascii="Arial" w:hAnsi="Arial"/>
          <w:sz w:val="22"/>
        </w:rPr>
        <w:t>If you don't know we're supposed to exist in a vacuum. (Lucy laughs)</w:t>
      </w:r>
    </w:p>
    <w:p>
      <w:pPr>
        <w:spacing w:after="0"/>
      </w:pPr>
    </w:p>
    <w:p>
      <w:pPr>
        <w:spacing w:after="0"/>
      </w:pPr>
      <w:r>
        <w:rPr>
          <w:rFonts w:ascii="Arial" w:hAnsi="Arial"/>
          <w:b/>
          <w:sz w:val="22"/>
        </w:rPr>
        <w:t xml:space="preserve">Lucy  </w:t>
      </w:r>
      <w:r>
        <w:rPr>
          <w:rFonts w:ascii="Arial" w:hAnsi="Arial"/>
          <w:color w:val="5D7284"/>
          <w:sz w:val="22"/>
        </w:rPr>
        <w:t>06:57</w:t>
      </w:r>
    </w:p>
    <w:p>
      <w:pPr>
        <w:spacing w:after="0"/>
      </w:pPr>
      <w:r>
        <w:rPr>
          <w:rFonts w:ascii="Arial" w:hAnsi="Arial"/>
          <w:sz w:val="22"/>
        </w:rPr>
        <w:t>And watch This Morning (laughs)</w:t>
      </w:r>
    </w:p>
    <w:p>
      <w:pPr>
        <w:spacing w:after="0"/>
      </w:pPr>
    </w:p>
    <w:p>
      <w:pPr>
        <w:spacing w:after="0"/>
      </w:pPr>
      <w:r>
        <w:rPr>
          <w:rFonts w:ascii="Arial" w:hAnsi="Arial"/>
          <w:b/>
          <w:sz w:val="22"/>
        </w:rPr>
        <w:t xml:space="preserve">Alice  </w:t>
      </w:r>
      <w:r>
        <w:rPr>
          <w:rFonts w:ascii="Arial" w:hAnsi="Arial"/>
          <w:color w:val="5D7284"/>
          <w:sz w:val="22"/>
        </w:rPr>
        <w:t>07:00</w:t>
      </w:r>
    </w:p>
    <w:p>
      <w:pPr>
        <w:spacing w:after="0"/>
      </w:pPr>
      <w:r>
        <w:rPr>
          <w:rFonts w:ascii="Arial" w:hAnsi="Arial"/>
          <w:sz w:val="22"/>
        </w:rPr>
        <w:t>Just sit and wait for the DWP to like.... it's just like.. I get it. I understand when you're a huge organization, you need to try and fit in lots of people throughout your day. But an email to that says "Can I call you on..... ? can we arrange for someone to call you?" versus a "if you do not accept this call, we will reject your claim!" they just.... (laughs)  I got my job, my current job just in the midst of well just before my Nana passed away three/four years ago now. So whilst all my Nana's funeral is happening, and we're trying to organize everything, I'm also trying to sort out my access to work with the DWP. So that was all fine. And we were putting all together the evidence and everything like that. And the I said to the gentleman... thats one word for him. Who was organizing it all. My grandmother has passed away, can you please give me an extension for this? So that, you know we can get everything sorted? And I'm in the right headspace, right? "Yes, that's fine. No problem." The day of my grandmother's funeral, my phones on silent and I get back to our house for the wake and I check my phone. And it's the DWP, who then because I've missed it. They then sent me an email to say, because we've not had had your evidence through. We're disregarding this claim, and you'll have to start again. I then just burst into tears. And my mum had to ring the next day and say, What do you think you're doing? Like this is we spoke to this person. It's an email thread. But he said you could have an extension. She was like, "We're so sorry. Of course we aren't going to throw it out. I think this is the thing..is that, that there are human beings behind these processes, but the processes are really set up to be aggressively (Lucy) And strict as well. Yeah</w:t>
      </w:r>
    </w:p>
    <w:p>
      <w:pPr>
        <w:spacing w:after="0"/>
      </w:pPr>
    </w:p>
    <w:p>
      <w:pPr>
        <w:spacing w:after="0"/>
      </w:pPr>
      <w:r>
        <w:rPr>
          <w:rFonts w:ascii="Arial" w:hAnsi="Arial"/>
          <w:b/>
          <w:sz w:val="22"/>
        </w:rPr>
        <w:t xml:space="preserve">Lucy  </w:t>
      </w:r>
      <w:r>
        <w:rPr>
          <w:rFonts w:ascii="Arial" w:hAnsi="Arial"/>
          <w:color w:val="5D7284"/>
          <w:sz w:val="22"/>
        </w:rPr>
        <w:t>09:13</w:t>
      </w:r>
    </w:p>
    <w:p>
      <w:pPr>
        <w:spacing w:after="0"/>
      </w:pPr>
      <w:r>
        <w:rPr>
          <w:rFonts w:ascii="Arial" w:hAnsi="Arial"/>
          <w:sz w:val="22"/>
        </w:rPr>
        <w:t>No wriggle room.</w:t>
      </w:r>
    </w:p>
    <w:p>
      <w:pPr>
        <w:spacing w:after="0"/>
      </w:pPr>
    </w:p>
    <w:p>
      <w:pPr>
        <w:spacing w:after="0"/>
      </w:pPr>
      <w:r>
        <w:rPr>
          <w:rFonts w:ascii="Arial" w:hAnsi="Arial"/>
          <w:b/>
          <w:sz w:val="22"/>
        </w:rPr>
        <w:t xml:space="preserve">Rebecca  </w:t>
      </w:r>
      <w:r>
        <w:rPr>
          <w:rFonts w:ascii="Arial" w:hAnsi="Arial"/>
          <w:color w:val="5D7284"/>
          <w:sz w:val="22"/>
        </w:rPr>
        <w:t>09:14</w:t>
      </w:r>
    </w:p>
    <w:p>
      <w:pPr>
        <w:spacing w:after="0"/>
      </w:pPr>
      <w:r>
        <w:rPr>
          <w:rFonts w:ascii="Arial" w:hAnsi="Arial"/>
          <w:sz w:val="22"/>
        </w:rPr>
        <w:t>Yeah, it's at the point where like you ring up. And like before when they were playing the Vidali music and I was like that's gonna haunt me my dreams forever. (Lucy laughs) And then you got on the phone and there's this really nice person and I'm like, hang on, this doesn't feel right. You're supposed to like I don't know whether or not (Lucy laughs)</w:t>
      </w:r>
    </w:p>
    <w:p>
      <w:pPr>
        <w:spacing w:after="0"/>
      </w:pPr>
    </w:p>
    <w:p>
      <w:pPr>
        <w:spacing w:after="0"/>
      </w:pPr>
      <w:r>
        <w:rPr>
          <w:rFonts w:ascii="Arial" w:hAnsi="Arial"/>
          <w:b/>
          <w:sz w:val="22"/>
        </w:rPr>
        <w:t xml:space="preserve">Lucy  </w:t>
      </w:r>
      <w:r>
        <w:rPr>
          <w:rFonts w:ascii="Arial" w:hAnsi="Arial"/>
          <w:color w:val="5D7284"/>
          <w:sz w:val="22"/>
        </w:rPr>
        <w:t>09:34</w:t>
      </w:r>
    </w:p>
    <w:p>
      <w:pPr>
        <w:spacing w:after="0"/>
      </w:pPr>
      <w:r>
        <w:rPr>
          <w:rFonts w:ascii="Arial" w:hAnsi="Arial"/>
          <w:sz w:val="22"/>
        </w:rPr>
        <w:t>Can I trust you? (Rebecca) Yeah..</w:t>
      </w:r>
    </w:p>
    <w:p>
      <w:pPr>
        <w:spacing w:after="0"/>
      </w:pPr>
    </w:p>
    <w:p>
      <w:pPr>
        <w:spacing w:after="0"/>
      </w:pPr>
      <w:r>
        <w:rPr>
          <w:rFonts w:ascii="Arial" w:hAnsi="Arial"/>
          <w:b/>
          <w:sz w:val="22"/>
        </w:rPr>
        <w:t xml:space="preserve">Rebecca  </w:t>
      </w:r>
      <w:r>
        <w:rPr>
          <w:rFonts w:ascii="Arial" w:hAnsi="Arial"/>
          <w:color w:val="5D7284"/>
          <w:sz w:val="22"/>
        </w:rPr>
        <w:t>09:36</w:t>
      </w:r>
    </w:p>
    <w:p>
      <w:pPr>
        <w:spacing w:after="0"/>
      </w:pPr>
      <w:r>
        <w:rPr>
          <w:rFonts w:ascii="Arial" w:hAnsi="Arial"/>
          <w:sz w:val="22"/>
        </w:rPr>
        <w:t>Yeah, I'm kind of... I know, it's something my participants mentioned a lot like "oh, yeah, my assessor was really nice." But then I got like 10 points for mobility, so I've got to get my car taken of me. all while I was trying to fill out the form and I was crying over it, like then I rang them for more time and they were really cool about it. (laughs) It was it was jarring. (Alice) Yeah.</w:t>
      </w:r>
    </w:p>
    <w:p>
      <w:pPr>
        <w:spacing w:after="0"/>
      </w:pPr>
    </w:p>
    <w:p>
      <w:pPr>
        <w:spacing w:after="0"/>
      </w:pPr>
      <w:r>
        <w:rPr>
          <w:rFonts w:ascii="Arial" w:hAnsi="Arial"/>
          <w:b/>
          <w:sz w:val="22"/>
        </w:rPr>
        <w:t xml:space="preserve">Alice  </w:t>
      </w:r>
      <w:r>
        <w:rPr>
          <w:rFonts w:ascii="Arial" w:hAnsi="Arial"/>
          <w:color w:val="5D7284"/>
          <w:sz w:val="22"/>
        </w:rPr>
        <w:t>09:58</w:t>
      </w:r>
    </w:p>
    <w:p>
      <w:pPr>
        <w:spacing w:after="0"/>
      </w:pPr>
      <w:r>
        <w:rPr>
          <w:rFonts w:ascii="Arial" w:hAnsi="Arial"/>
          <w:sz w:val="22"/>
        </w:rPr>
        <w:t>I got when I had to reapply for PIP a couple of years ago. So because of my eye condition, like, my eyes are only going to get worse, like, I'm going to have less sight. And they said it's, you know, "it's re application time." And I applied and they gave me mobility points, but they literally didn't give me anything for daily living. And I was like, but I need someone to, like prep my food for me because otherwise I cut my fingers off, I need someone to tell me if my clothes are clean, I can't read without a reader,(Lucylaughs) like, what's going on what is going on here...? like</w:t>
      </w:r>
    </w:p>
    <w:p>
      <w:pPr>
        <w:spacing w:after="0"/>
      </w:pPr>
    </w:p>
    <w:p>
      <w:pPr>
        <w:spacing w:after="0"/>
      </w:pPr>
      <w:r>
        <w:rPr>
          <w:rFonts w:ascii="Arial" w:hAnsi="Arial"/>
          <w:b/>
          <w:sz w:val="22"/>
        </w:rPr>
        <w:t xml:space="preserve">Lucy  </w:t>
      </w:r>
      <w:r>
        <w:rPr>
          <w:rFonts w:ascii="Arial" w:hAnsi="Arial"/>
          <w:color w:val="5D7284"/>
          <w:sz w:val="22"/>
        </w:rPr>
        <w:t>10:39</w:t>
      </w:r>
    </w:p>
    <w:p>
      <w:pPr>
        <w:spacing w:after="0"/>
      </w:pPr>
      <w:r>
        <w:rPr>
          <w:rFonts w:ascii="Arial" w:hAnsi="Arial"/>
          <w:sz w:val="22"/>
        </w:rPr>
        <w:t>The dog has to help across the road. (laughs)</w:t>
      </w:r>
    </w:p>
    <w:p>
      <w:pPr>
        <w:spacing w:after="0"/>
      </w:pPr>
    </w:p>
    <w:p>
      <w:pPr>
        <w:spacing w:after="0"/>
      </w:pPr>
      <w:r>
        <w:rPr>
          <w:rFonts w:ascii="Arial" w:hAnsi="Arial"/>
          <w:b/>
          <w:sz w:val="22"/>
        </w:rPr>
        <w:t xml:space="preserve">Alice  </w:t>
      </w:r>
      <w:r>
        <w:rPr>
          <w:rFonts w:ascii="Arial" w:hAnsi="Arial"/>
          <w:color w:val="5D7284"/>
          <w:sz w:val="22"/>
        </w:rPr>
        <w:t>10:41</w:t>
      </w:r>
    </w:p>
    <w:p>
      <w:pPr>
        <w:spacing w:after="0"/>
      </w:pPr>
      <w:r>
        <w:rPr>
          <w:rFonts w:ascii="Arial" w:hAnsi="Arial"/>
          <w:sz w:val="22"/>
        </w:rPr>
        <w:t>I can't, I can't interact. Like if I interact with people in the street, I have to go entirely on like the kindness of others, because I can't see facial expressions of people unless I know them well enough to like, recognize and sort of recognize their face and stuff like that. It's... it's, it's a whole thing. And I remember having my assessment on the phone with this nurse who told me her background was in something particular like fucking neurology or like, for respiratory issues. And I was like, What do you know about being blind? Like at least get me a fucking, like, you know, a fella who works at Specsavers is gonna have better insight than you. (Lucy and rebecca laugh) And, then when I complained about it, I spoke to someone on the phone. And I sent them... they said, Have you got any more evidence? I was like, What more evidence than the facts that I can't see? And, you know, pictures at the back of my eyes to be like, Hey, these are all the bits that don't work.</w:t>
      </w:r>
    </w:p>
    <w:p>
      <w:pPr>
        <w:spacing w:after="0"/>
      </w:pPr>
    </w:p>
    <w:p>
      <w:pPr>
        <w:spacing w:after="0"/>
      </w:pPr>
      <w:r>
        <w:rPr>
          <w:rFonts w:ascii="Arial" w:hAnsi="Arial"/>
          <w:b/>
          <w:sz w:val="22"/>
        </w:rPr>
        <w:t xml:space="preserve">Lucy  </w:t>
      </w:r>
      <w:r>
        <w:rPr>
          <w:rFonts w:ascii="Arial" w:hAnsi="Arial"/>
          <w:color w:val="5D7284"/>
          <w:sz w:val="22"/>
        </w:rPr>
        <w:t>11:53</w:t>
      </w:r>
    </w:p>
    <w:p>
      <w:pPr>
        <w:spacing w:after="0"/>
      </w:pPr>
      <w:r>
        <w:rPr>
          <w:rFonts w:ascii="Arial" w:hAnsi="Arial"/>
          <w:sz w:val="22"/>
        </w:rPr>
        <w:t>Do you have to highlight, like, draw a little circles like this bit and this bit. (laughs0</w:t>
      </w:r>
    </w:p>
    <w:p>
      <w:pPr>
        <w:spacing w:after="0"/>
      </w:pPr>
    </w:p>
    <w:p>
      <w:pPr>
        <w:spacing w:after="0"/>
      </w:pPr>
      <w:r>
        <w:rPr>
          <w:rFonts w:ascii="Arial" w:hAnsi="Arial"/>
          <w:b/>
          <w:sz w:val="22"/>
        </w:rPr>
        <w:t xml:space="preserve">Alice  </w:t>
      </w:r>
      <w:r>
        <w:rPr>
          <w:rFonts w:ascii="Arial" w:hAnsi="Arial"/>
          <w:color w:val="5D7284"/>
          <w:sz w:val="22"/>
        </w:rPr>
        <w:t>11:58</w:t>
      </w:r>
    </w:p>
    <w:p>
      <w:pPr>
        <w:spacing w:after="0"/>
      </w:pPr>
      <w:r>
        <w:rPr>
          <w:rFonts w:ascii="Arial" w:hAnsi="Arial"/>
          <w:sz w:val="22"/>
        </w:rPr>
        <w:t>So the fact that photos are the back of my eyes, literally because of my eye condition.... There's no blood flow to the bits that don't work. So there are dark patches in the back, like the pictures of the backs of my eyes so you can see it. It's like umm.. It's like if you pour, like oil or paint into water, and it sort of goes out into splocks. (Lucy) Like bubbles. Yeah, yeah. That's that's what the back of my eyes look like. Someone described it once is looking like a pepperoni pizza.</w:t>
      </w:r>
    </w:p>
    <w:p>
      <w:pPr>
        <w:spacing w:after="0"/>
      </w:pPr>
    </w:p>
    <w:p>
      <w:pPr>
        <w:spacing w:after="0"/>
      </w:pPr>
      <w:r>
        <w:rPr>
          <w:rFonts w:ascii="Arial" w:hAnsi="Arial"/>
          <w:b/>
          <w:sz w:val="22"/>
        </w:rPr>
        <w:t xml:space="preserve">Lucy  </w:t>
      </w:r>
      <w:r>
        <w:rPr>
          <w:rFonts w:ascii="Arial" w:hAnsi="Arial"/>
          <w:color w:val="5D7284"/>
          <w:sz w:val="22"/>
        </w:rPr>
        <w:t>12:27</w:t>
      </w:r>
    </w:p>
    <w:p>
      <w:pPr>
        <w:spacing w:after="0"/>
      </w:pPr>
      <w:r>
        <w:rPr>
          <w:rFonts w:ascii="Arial" w:hAnsi="Arial"/>
          <w:sz w:val="22"/>
        </w:rPr>
        <w:t>No. Yeah, that's onefor Instagram. (laughs)</w:t>
      </w:r>
    </w:p>
    <w:p>
      <w:pPr>
        <w:spacing w:after="0"/>
      </w:pPr>
    </w:p>
    <w:p>
      <w:pPr>
        <w:spacing w:after="0"/>
      </w:pPr>
      <w:r>
        <w:rPr>
          <w:rFonts w:ascii="Arial" w:hAnsi="Arial"/>
          <w:b/>
          <w:sz w:val="22"/>
        </w:rPr>
        <w:t xml:space="preserve">Alice  </w:t>
      </w:r>
      <w:r>
        <w:rPr>
          <w:rFonts w:ascii="Arial" w:hAnsi="Arial"/>
          <w:color w:val="5D7284"/>
          <w:sz w:val="22"/>
        </w:rPr>
        <w:t>12:33</w:t>
      </w:r>
    </w:p>
    <w:p>
      <w:pPr>
        <w:spacing w:after="0"/>
      </w:pPr>
      <w:r>
        <w:rPr>
          <w:rFonts w:ascii="Arial" w:hAnsi="Arial"/>
          <w:sz w:val="22"/>
        </w:rPr>
        <w:t xml:space="preserve"> So I said I ended up sending them my Access to Work support agreement, which at the time said, like this, she needs 18 hours of support one to one with her to be able to do her job and I was like, how do you on the one hand, DWP be giving me 18 hours of support a week to be able to do my job because I cannot interact with people without someone to support me. And then on the other hand, at PIP, they're like, "no no you can make your own dinner."</w:t>
      </w:r>
    </w:p>
    <w:p>
      <w:pPr>
        <w:spacing w:after="0"/>
      </w:pPr>
    </w:p>
    <w:p>
      <w:pPr>
        <w:spacing w:after="0"/>
      </w:pPr>
      <w:r>
        <w:rPr>
          <w:rFonts w:ascii="Arial" w:hAnsi="Arial"/>
          <w:b/>
          <w:sz w:val="22"/>
        </w:rPr>
        <w:t xml:space="preserve">Lucy  </w:t>
      </w:r>
      <w:r>
        <w:rPr>
          <w:rFonts w:ascii="Arial" w:hAnsi="Arial"/>
          <w:color w:val="5D7284"/>
          <w:sz w:val="22"/>
        </w:rPr>
        <w:t>13:02</w:t>
      </w:r>
    </w:p>
    <w:p>
      <w:pPr>
        <w:spacing w:after="0"/>
      </w:pPr>
      <w:r>
        <w:rPr>
          <w:rFonts w:ascii="Arial" w:hAnsi="Arial"/>
          <w:sz w:val="22"/>
        </w:rPr>
        <w:t>Yeah. When I had...I because I've only had one assessment for PIP  because it was like eventually you'll get a PIP.</w:t>
      </w:r>
    </w:p>
    <w:p>
      <w:pPr>
        <w:spacing w:after="0"/>
      </w:pPr>
    </w:p>
    <w:p>
      <w:pPr>
        <w:spacing w:after="0"/>
      </w:pPr>
      <w:r>
        <w:rPr>
          <w:rFonts w:ascii="Arial" w:hAnsi="Arial"/>
          <w:b/>
          <w:sz w:val="22"/>
        </w:rPr>
        <w:t xml:space="preserve">Alice  </w:t>
      </w:r>
      <w:r>
        <w:rPr>
          <w:rFonts w:ascii="Arial" w:hAnsi="Arial"/>
          <w:color w:val="5D7284"/>
          <w:sz w:val="22"/>
        </w:rPr>
        <w:t>13:12</w:t>
      </w:r>
    </w:p>
    <w:p>
      <w:pPr>
        <w:spacing w:after="0"/>
      </w:pPr>
      <w:r>
        <w:rPr>
          <w:rFonts w:ascii="Arial" w:hAnsi="Arial"/>
          <w:sz w:val="22"/>
        </w:rPr>
        <w:t>I am now on the like, what do they call it?.... a light touch 10 year review? (Rebecca) Oh, yes. They had to bring something positive. They had to bring me.... they used to when it was DLA. (Rebecca) Yes. To get a live time award. (Lucy) Yeah. Well, because they recognized that some of us are not going to "get better".</w:t>
      </w:r>
    </w:p>
    <w:p>
      <w:pPr>
        <w:spacing w:after="0"/>
      </w:pPr>
    </w:p>
    <w:p>
      <w:pPr>
        <w:spacing w:after="0"/>
      </w:pPr>
      <w:r>
        <w:rPr>
          <w:rFonts w:ascii="Arial" w:hAnsi="Arial"/>
          <w:b/>
          <w:sz w:val="22"/>
        </w:rPr>
        <w:t xml:space="preserve">Rebecca  </w:t>
      </w:r>
      <w:r>
        <w:rPr>
          <w:rFonts w:ascii="Arial" w:hAnsi="Arial"/>
          <w:color w:val="5D7284"/>
          <w:sz w:val="22"/>
        </w:rPr>
        <w:t>13:35</w:t>
      </w:r>
    </w:p>
    <w:p>
      <w:pPr>
        <w:spacing w:after="0"/>
      </w:pPr>
      <w:r>
        <w:rPr>
          <w:rFonts w:ascii="Arial" w:hAnsi="Arial"/>
          <w:sz w:val="22"/>
        </w:rPr>
        <w:t>Yeah, it's like, I've had participants who got the lifetime award. And then they get the letter through. The guy who I interviewed described it as a letter of doom, he got the letter from PIP. And he, he said to his MP, he was like, "I'm not gonna get mobility. I feel like they're gonna stop me off it and then I won't get to keep my car." The MP was like, "Surely not." So the MP went with him to his assessment. (Lucy) The MP went with him? Yeah, which I was amazed by a Tory MP as well. I was like oh my god. so um...</w:t>
      </w:r>
    </w:p>
    <w:p>
      <w:pPr>
        <w:spacing w:after="0"/>
      </w:pPr>
    </w:p>
    <w:p>
      <w:pPr>
        <w:spacing w:after="0"/>
      </w:pPr>
      <w:r>
        <w:rPr>
          <w:rFonts w:ascii="Arial" w:hAnsi="Arial"/>
          <w:b/>
          <w:sz w:val="22"/>
        </w:rPr>
        <w:t xml:space="preserve">Alice  </w:t>
      </w:r>
      <w:r>
        <w:rPr>
          <w:rFonts w:ascii="Arial" w:hAnsi="Arial"/>
          <w:color w:val="5D7284"/>
          <w:sz w:val="22"/>
        </w:rPr>
        <w:t>14:09</w:t>
      </w:r>
    </w:p>
    <w:p>
      <w:pPr>
        <w:spacing w:after="0"/>
      </w:pPr>
      <w:r>
        <w:rPr>
          <w:rFonts w:ascii="Arial" w:hAnsi="Arial"/>
          <w:sz w:val="22"/>
        </w:rPr>
        <w:t>Took some time off from hunting and beating peasants to go and sit on a PIP assessment. Wow..</w:t>
      </w:r>
    </w:p>
    <w:p>
      <w:pPr>
        <w:spacing w:after="0"/>
      </w:pPr>
    </w:p>
    <w:p>
      <w:pPr>
        <w:spacing w:after="0"/>
      </w:pPr>
      <w:r>
        <w:rPr>
          <w:rFonts w:ascii="Arial" w:hAnsi="Arial"/>
          <w:b/>
          <w:sz w:val="22"/>
        </w:rPr>
        <w:t xml:space="preserve">Rebecca  </w:t>
      </w:r>
      <w:r>
        <w:rPr>
          <w:rFonts w:ascii="Arial" w:hAnsi="Arial"/>
          <w:color w:val="5D7284"/>
          <w:sz w:val="22"/>
        </w:rPr>
        <w:t>14:14</w:t>
      </w:r>
    </w:p>
    <w:p>
      <w:pPr>
        <w:spacing w:after="0"/>
      </w:pPr>
      <w:r>
        <w:rPr>
          <w:rFonts w:ascii="Arial" w:hAnsi="Arial"/>
          <w:sz w:val="22"/>
        </w:rPr>
        <w:t>Yeah went with a disabled person to the assessment. They were like "Yeah, I think that went really well. I don't see a problem." And then the guys were definitely not going to get that mobility. Low and behold, he didn't get the Mobility. So he had his car taken off him, which was he said like was the linchpin to independent. (Lucy) Yeah, of course. And then the MP was just like flabbergasted like, "oh, well, you know, this is... saying something like, "oh, well, but but it's not supposed to be for people like you who that effects." And he was like, But "who is it supposed to effect then? because it affects everyone." (Lucy) Hmm.. good. Like the change that assessment affects everybody. And he said to his MP, "I'm not being funny or anything you voted for this. So like, what? What did you think would happen?"</w:t>
      </w:r>
    </w:p>
    <w:p>
      <w:pPr>
        <w:spacing w:after="0"/>
      </w:pPr>
    </w:p>
    <w:p>
      <w:pPr>
        <w:spacing w:after="0"/>
      </w:pPr>
      <w:r>
        <w:rPr>
          <w:rFonts w:ascii="Arial" w:hAnsi="Arial"/>
          <w:b/>
          <w:sz w:val="22"/>
        </w:rPr>
        <w:t xml:space="preserve">Alice  </w:t>
      </w:r>
      <w:r>
        <w:rPr>
          <w:rFonts w:ascii="Arial" w:hAnsi="Arial"/>
          <w:color w:val="5D7284"/>
          <w:sz w:val="22"/>
        </w:rPr>
        <w:t>15:00</w:t>
      </w:r>
    </w:p>
    <w:p>
      <w:pPr>
        <w:spacing w:after="0"/>
      </w:pPr>
      <w:r>
        <w:rPr>
          <w:rFonts w:ascii="Arial" w:hAnsi="Arial"/>
          <w:sz w:val="22"/>
        </w:rPr>
        <w:t>What?! Who did he think that it would? It's not supposed to be for people like you? Whose it supposed to be for?!</w:t>
      </w:r>
    </w:p>
    <w:p>
      <w:pPr>
        <w:spacing w:after="0"/>
      </w:pPr>
    </w:p>
    <w:p>
      <w:pPr>
        <w:spacing w:after="0"/>
      </w:pPr>
      <w:r>
        <w:rPr>
          <w:rFonts w:ascii="Arial" w:hAnsi="Arial"/>
          <w:b/>
          <w:sz w:val="22"/>
        </w:rPr>
        <w:t xml:space="preserve">Rebecca  </w:t>
      </w:r>
      <w:r>
        <w:rPr>
          <w:rFonts w:ascii="Arial" w:hAnsi="Arial"/>
          <w:color w:val="5D7284"/>
          <w:sz w:val="22"/>
        </w:rPr>
        <w:t>15:07</w:t>
      </w:r>
    </w:p>
    <w:p>
      <w:pPr>
        <w:spacing w:after="0"/>
      </w:pPr>
      <w:r>
        <w:rPr>
          <w:rFonts w:ascii="Arial" w:hAnsi="Arial"/>
          <w:sz w:val="22"/>
        </w:rPr>
        <w:t>Yeah, well, this is the thing. I've heard this from a few people, including in my own interactions, I say all my research is about, and people go, Oh, well, you know what it is the people who need this welfare don't get it. And the people who do get it are all frauds and cheats. And, and I'm like, But I get it, but they're like, oh, no, I don't mean you. It's like this, like, catch all thing when they go "yeah but I don't mean you." Like, you're a good salesperson, you're fine. Like, (laughs) (Lucy) Yeah.</w:t>
      </w:r>
    </w:p>
    <w:p>
      <w:pPr>
        <w:spacing w:after="0"/>
      </w:pPr>
    </w:p>
    <w:p>
      <w:pPr>
        <w:spacing w:after="0"/>
      </w:pPr>
      <w:r>
        <w:rPr>
          <w:rFonts w:ascii="Arial" w:hAnsi="Arial"/>
          <w:b/>
          <w:sz w:val="22"/>
        </w:rPr>
        <w:t xml:space="preserve">Alice  </w:t>
      </w:r>
      <w:r>
        <w:rPr>
          <w:rFonts w:ascii="Arial" w:hAnsi="Arial"/>
          <w:color w:val="5D7284"/>
          <w:sz w:val="22"/>
        </w:rPr>
        <w:t>15:35</w:t>
      </w:r>
    </w:p>
    <w:p>
      <w:pPr>
        <w:spacing w:after="0"/>
      </w:pPr>
      <w:r>
        <w:rPr>
          <w:rFonts w:ascii="Arial" w:hAnsi="Arial"/>
          <w:sz w:val="22"/>
        </w:rPr>
        <w:t>Yeah, it's for those people in chronic pain who can't prove it. Because..(Rebecca) Yeah like Ive got fibro...</w:t>
      </w:r>
    </w:p>
    <w:p>
      <w:pPr>
        <w:spacing w:after="0"/>
      </w:pPr>
    </w:p>
    <w:p>
      <w:pPr>
        <w:spacing w:after="0"/>
      </w:pPr>
      <w:r>
        <w:rPr>
          <w:rFonts w:ascii="Arial" w:hAnsi="Arial"/>
          <w:b/>
          <w:sz w:val="22"/>
        </w:rPr>
        <w:t xml:space="preserve">Rebecca  </w:t>
      </w:r>
      <w:r>
        <w:rPr>
          <w:rFonts w:ascii="Arial" w:hAnsi="Arial"/>
          <w:color w:val="5D7284"/>
          <w:sz w:val="22"/>
        </w:rPr>
        <w:t>15:40</w:t>
      </w:r>
    </w:p>
    <w:p>
      <w:pPr>
        <w:spacing w:after="0"/>
      </w:pPr>
      <w:r>
        <w:rPr>
          <w:rFonts w:ascii="Arial" w:hAnsi="Arial"/>
          <w:sz w:val="22"/>
        </w:rPr>
        <w:t>so like, (Alice) Yeah, there you go. I'm screwed, like, and then I'm wincing like to make a point that I'm hurting, because otherwise I wouldn't. That's what I'm supposed to do. I'm supposed to walk around going ow all time to prove that I hurt.</w:t>
      </w:r>
    </w:p>
    <w:p>
      <w:pPr>
        <w:spacing w:after="0"/>
      </w:pPr>
    </w:p>
    <w:p>
      <w:pPr>
        <w:spacing w:after="0"/>
      </w:pPr>
      <w:r>
        <w:rPr>
          <w:rFonts w:ascii="Arial" w:hAnsi="Arial"/>
          <w:b/>
          <w:sz w:val="22"/>
        </w:rPr>
        <w:t xml:space="preserve">Lucy  </w:t>
      </w:r>
      <w:r>
        <w:rPr>
          <w:rFonts w:ascii="Arial" w:hAnsi="Arial"/>
          <w:color w:val="5D7284"/>
          <w:sz w:val="22"/>
        </w:rPr>
        <w:t>15:58</w:t>
      </w:r>
    </w:p>
    <w:p>
      <w:pPr>
        <w:spacing w:after="0"/>
      </w:pPr>
      <w:r>
        <w:rPr>
          <w:rFonts w:ascii="Arial" w:hAnsi="Arial"/>
          <w:sz w:val="22"/>
        </w:rPr>
        <w:t>So when I had my first assessment, I was like, "Oh, God, here we go." And also, because my, so the level of how much help I need, I mean, there is always a basic level, and it's quite a substantial level of help that I need anyway. But on the days where my pain is really quite severe. And when I've exhausted myself a day before, because I've overdone it, I feel really good today, and then like, knackered myself, which happens very often. I need, you know, extra bit of help to like hold cups and cut my food up and stuff because I haven't got the physical strength in my hands to use my knife and fork. So bearing that in mind, you have to kind of like, wait, you have to kind of when you go to these assessments, you feel like, you have to play it up as if it's your bad day, (Rebecca and Alice) Yeah. On a bad day.</w:t>
      </w:r>
    </w:p>
    <w:p>
      <w:pPr>
        <w:spacing w:after="0"/>
      </w:pPr>
    </w:p>
    <w:p>
      <w:pPr>
        <w:spacing w:after="0"/>
      </w:pPr>
      <w:r>
        <w:rPr>
          <w:rFonts w:ascii="Arial" w:hAnsi="Arial"/>
          <w:b/>
          <w:sz w:val="22"/>
        </w:rPr>
        <w:t xml:space="preserve">Alice  </w:t>
      </w:r>
      <w:r>
        <w:rPr>
          <w:rFonts w:ascii="Arial" w:hAnsi="Arial"/>
          <w:color w:val="5D7284"/>
          <w:sz w:val="22"/>
        </w:rPr>
        <w:t>16:53</w:t>
      </w:r>
    </w:p>
    <w:p>
      <w:pPr>
        <w:spacing w:after="0"/>
      </w:pPr>
      <w:r>
        <w:rPr>
          <w:rFonts w:ascii="Arial" w:hAnsi="Arial"/>
          <w:sz w:val="22"/>
        </w:rPr>
        <w:t>It's funny, as you were talking, I was literally thinking, like this culture of doing that, that kind of having to really be like this is... this is.. like justify yourself, this is a bad day. Is even in this conversation that we're having you and I both sat here and been like, you know, it's not every day, but on a bad day, I have to do... I need someone to help me..(Lucy) On a bad</w:t>
      </w:r>
    </w:p>
    <w:p>
      <w:pPr>
        <w:spacing w:after="0"/>
      </w:pPr>
    </w:p>
    <w:p>
      <w:pPr>
        <w:spacing w:after="0"/>
      </w:pPr>
      <w:r>
        <w:rPr>
          <w:rFonts w:ascii="Arial" w:hAnsi="Arial"/>
          <w:b/>
          <w:sz w:val="22"/>
        </w:rPr>
        <w:t xml:space="preserve">Lucy  </w:t>
      </w:r>
      <w:r>
        <w:rPr>
          <w:rFonts w:ascii="Arial" w:hAnsi="Arial"/>
          <w:color w:val="5D7284"/>
          <w:sz w:val="22"/>
        </w:rPr>
        <w:t>17:15</w:t>
      </w:r>
    </w:p>
    <w:p>
      <w:pPr>
        <w:spacing w:after="0"/>
      </w:pPr>
      <w:r>
        <w:rPr>
          <w:rFonts w:ascii="Arial" w:hAnsi="Arial"/>
          <w:sz w:val="22"/>
        </w:rPr>
        <w:t>day. It's bloody awful. (Alice) Yeah. And so and I even went to the same extent of like washing, washing my body, but not washing my hair. (Rebecca) Oh I did that. So I couldn't, I couldn't manage. I'm not putting my makeup on my face because I couldn't manage not having my nails painted because I couldn't manage. which in reality, like I like we have just said that we don't like putting faces on for podcasting because it's audio. But, you know, it makes me feel better when I've got you know, makeup on or look pretty half decent. So not putting my makeup on and washing my hair and dyeing my hair and all that kind of stuff. It was the one way I could show that actually on days. Well, I feel horrendous.</w:t>
      </w:r>
    </w:p>
    <w:p>
      <w:pPr>
        <w:spacing w:after="0"/>
      </w:pPr>
    </w:p>
    <w:p>
      <w:pPr>
        <w:spacing w:after="0"/>
      </w:pPr>
      <w:r>
        <w:rPr>
          <w:rFonts w:ascii="Arial" w:hAnsi="Arial"/>
          <w:b/>
          <w:sz w:val="22"/>
        </w:rPr>
        <w:t xml:space="preserve">Alice  </w:t>
      </w:r>
      <w:r>
        <w:rPr>
          <w:rFonts w:ascii="Arial" w:hAnsi="Arial"/>
          <w:color w:val="5D7284"/>
          <w:sz w:val="22"/>
        </w:rPr>
        <w:t>18:05</w:t>
      </w:r>
    </w:p>
    <w:p>
      <w:pPr>
        <w:spacing w:after="0"/>
      </w:pPr>
      <w:r>
        <w:rPr>
          <w:rFonts w:ascii="Arial" w:hAnsi="Arial"/>
          <w:sz w:val="22"/>
        </w:rPr>
        <w:t>And it's the it's the question that the beginning of the assessment where it says, tell us about a good day. And it's like, well, for me a good day, I'm still going to trip over stuff, (Lucy) Yeah. I'm still going to walk into stuff, I'm still going to drop stuff and not be able to find it. I'm still going to not be able to see stuff I'm still going to have to stop what I'm doing for like four seconds every 20 to 25 minutes because I'm get such severe flashing lights that I cannot see. (Lucy) No. Like I can't focus or concentrate on a bad day for me if I get like a migraine, because I've got eyestrain. A bad day is literally I am in bed. I can take myself to the toilet, and my husband will make me dinner. But otherwise like and I can't even like I can't eat on a bad day. I have to have dinner I can literally eat with my hands like I'll have a sandwich (Lucy) Yeah. Because I can pick it up and put it in my face because I cannot see my food to be able to.... (Lucy) You cant see to get anything into your mouth there.  Yeah, exactly. And it's like you're sitting there and asking me about what a good day is like there's still a bunch of shit that happens on a good day. You're not taking into account that on a bad day. I literally can't do fucking anything....</w:t>
      </w:r>
    </w:p>
    <w:p>
      <w:pPr>
        <w:spacing w:after="0"/>
      </w:pPr>
    </w:p>
    <w:p>
      <w:pPr>
        <w:spacing w:after="0"/>
      </w:pPr>
      <w:r>
        <w:rPr>
          <w:rFonts w:ascii="Arial" w:hAnsi="Arial"/>
          <w:b/>
          <w:sz w:val="22"/>
        </w:rPr>
        <w:t xml:space="preserve">Rebecca  </w:t>
      </w:r>
      <w:r>
        <w:rPr>
          <w:rFonts w:ascii="Arial" w:hAnsi="Arial"/>
          <w:color w:val="5D7284"/>
          <w:sz w:val="22"/>
        </w:rPr>
        <w:t>19:18</w:t>
      </w:r>
    </w:p>
    <w:p>
      <w:pPr>
        <w:spacing w:after="0"/>
      </w:pPr>
      <w:r>
        <w:rPr>
          <w:rFonts w:ascii="Arial" w:hAnsi="Arial"/>
          <w:sz w:val="22"/>
        </w:rPr>
        <w:t>And think it's one of those things that I think sometimes when you're talking to assessors and stuff they don't realize that like your good day isn't what is considered like normal for an able bodied non disabled person. (Lucy) Oh yeah. Yeah me getting got like two hours before I have to be anywhere isn't normal.. but to me that's my normal. That's me on a good day where I can shower and get myself sorted and actually going into uni.</w:t>
      </w:r>
    </w:p>
    <w:p>
      <w:pPr>
        <w:spacing w:after="0"/>
      </w:pPr>
    </w:p>
    <w:p>
      <w:pPr>
        <w:spacing w:after="0"/>
      </w:pPr>
      <w:r>
        <w:rPr>
          <w:rFonts w:ascii="Arial" w:hAnsi="Arial"/>
          <w:b/>
          <w:sz w:val="22"/>
        </w:rPr>
        <w:t xml:space="preserve">Alice  </w:t>
      </w:r>
      <w:r>
        <w:rPr>
          <w:rFonts w:ascii="Arial" w:hAnsi="Arial"/>
          <w:color w:val="5D7284"/>
          <w:sz w:val="22"/>
        </w:rPr>
        <w:t>19:45</w:t>
      </w:r>
    </w:p>
    <w:p>
      <w:pPr>
        <w:spacing w:after="0"/>
      </w:pPr>
      <w:r>
        <w:rPr>
          <w:rFonts w:ascii="Arial" w:hAnsi="Arial"/>
          <w:sz w:val="22"/>
        </w:rPr>
        <w:t>I call it disability time tax. (Alice) Yeah. Like Well, I can't just jump in the shower, my shower takes me a good 25 minutes to get... to transfer into my shower chair to do yank the shower curtain... I mean, even this morning, (laughing) I was in the shower, and I'm trying to pull the shower curtain back, and it wouldn't move. And I'm pulling and pulling and pulling. I was like, "Will you just fucking move!" like this? And it moves. So it clear. It's clear to me that swearing works. But it's like stuff that only would take an able bodied person seconds getting out of bed in the middle of night for a wee, takes me half an hour, it would take an able bodied person. Two minutes, probably, if that. I have conversations with people probably once a week where people will talk about like work people will be like, "Oh, what are you guys having for dinner?" And they, you know, these I work? Because I work in sort of social care. The majority of people I work with are women. And they'll all be like, "Oh, well, I've got to go home and get the kids and do all of this and make dinner and I'm making this" and they'll look at me. And I'd be like, "my husband does all the cooking." And I always say "Oh, because David's a much better cook than I am." But also because if David is making a sandwich, he can make a sandwich in a minute and a half. (Lucy) Yeah. If I want to make myself a sandwich, it takes me fucking 10 minutes. Like just to get to some bread and butter. Because any sort of say topeople... think about like, so if I have to make a sandwich for 10 minutes on my lunch break, everybody else gets 27 and a half minutes, lunch break after they've made their sandwich. I get 20 minutes after I've made my son was and I then need to sit down. And it takes me longer to walk through my house because I have to be careful not to fall down. And even when I do, like not fall down, I walk into doorframes and stuff. It's just like, just you've got no concept of actually what a day in my life is like,</w:t>
      </w:r>
    </w:p>
    <w:p>
      <w:pPr>
        <w:spacing w:after="0"/>
      </w:pPr>
    </w:p>
    <w:p>
      <w:pPr>
        <w:spacing w:after="0"/>
      </w:pPr>
      <w:r>
        <w:rPr>
          <w:rFonts w:ascii="Arial" w:hAnsi="Arial"/>
          <w:b/>
          <w:sz w:val="22"/>
        </w:rPr>
        <w:t xml:space="preserve">Lucy  </w:t>
      </w:r>
      <w:r>
        <w:rPr>
          <w:rFonts w:ascii="Arial" w:hAnsi="Arial"/>
          <w:color w:val="5D7284"/>
          <w:sz w:val="22"/>
        </w:rPr>
        <w:t>21:49</w:t>
      </w:r>
    </w:p>
    <w:p>
      <w:pPr>
        <w:spacing w:after="0"/>
      </w:pPr>
      <w:r>
        <w:rPr>
          <w:rFonts w:ascii="Arial" w:hAnsi="Arial"/>
          <w:sz w:val="22"/>
        </w:rPr>
        <w:t>And if they could walk like a day in your shoes. It makes you wonder what other people would think.</w:t>
      </w:r>
    </w:p>
    <w:p>
      <w:pPr>
        <w:spacing w:after="0"/>
      </w:pPr>
    </w:p>
    <w:p>
      <w:pPr>
        <w:spacing w:after="0"/>
      </w:pPr>
      <w:r>
        <w:rPr>
          <w:rFonts w:ascii="Arial" w:hAnsi="Arial"/>
          <w:b/>
          <w:sz w:val="22"/>
        </w:rPr>
        <w:t xml:space="preserve">Alice  </w:t>
      </w:r>
      <w:r>
        <w:rPr>
          <w:rFonts w:ascii="Arial" w:hAnsi="Arial"/>
          <w:color w:val="5D7284"/>
          <w:sz w:val="22"/>
        </w:rPr>
        <w:t>21:58</w:t>
      </w:r>
    </w:p>
    <w:p>
      <w:pPr>
        <w:spacing w:after="0"/>
      </w:pPr>
      <w:r>
        <w:rPr>
          <w:rFonts w:ascii="Arial" w:hAnsi="Arial"/>
          <w:sz w:val="22"/>
        </w:rPr>
        <w:t xml:space="preserve">I think if the assessors could.... if somebody could invent a thing, whereby an assessor gets to live in your shoes for 24 hours, the DWP will be fucking throwing money at you. Because they just be like, This is ridiculous. </w:t>
      </w:r>
    </w:p>
    <w:p>
      <w:pPr>
        <w:spacing w:after="0"/>
      </w:pPr>
    </w:p>
    <w:p>
      <w:pPr>
        <w:spacing w:after="0"/>
      </w:pPr>
      <w:r>
        <w:rPr>
          <w:rFonts w:ascii="Arial" w:hAnsi="Arial"/>
          <w:b/>
          <w:sz w:val="22"/>
        </w:rPr>
        <w:t xml:space="preserve">Lucy  </w:t>
      </w:r>
      <w:r>
        <w:rPr>
          <w:rFonts w:ascii="Arial" w:hAnsi="Arial"/>
          <w:color w:val="5D7284"/>
          <w:sz w:val="22"/>
        </w:rPr>
        <w:t>22:14</w:t>
      </w:r>
    </w:p>
    <w:p>
      <w:pPr>
        <w:spacing w:after="0"/>
      </w:pPr>
      <w:r>
        <w:rPr>
          <w:rFonts w:ascii="Arial" w:hAnsi="Arial"/>
          <w:sz w:val="22"/>
        </w:rPr>
        <w:t>Have all of your money and a house in Barbados.</w:t>
      </w:r>
    </w:p>
    <w:p>
      <w:pPr>
        <w:spacing w:after="0"/>
      </w:pPr>
    </w:p>
    <w:p>
      <w:pPr>
        <w:spacing w:after="0"/>
      </w:pPr>
      <w:r>
        <w:rPr>
          <w:rFonts w:ascii="Arial" w:hAnsi="Arial"/>
          <w:b/>
          <w:sz w:val="22"/>
        </w:rPr>
        <w:t xml:space="preserve">Rebecca  </w:t>
      </w:r>
      <w:r>
        <w:rPr>
          <w:rFonts w:ascii="Arial" w:hAnsi="Arial"/>
          <w:color w:val="5D7284"/>
          <w:sz w:val="22"/>
        </w:rPr>
        <w:t>22:17</w:t>
      </w:r>
    </w:p>
    <w:p>
      <w:pPr>
        <w:spacing w:after="0"/>
      </w:pPr>
      <w:r>
        <w:rPr>
          <w:rFonts w:ascii="Arial" w:hAnsi="Arial"/>
          <w:sz w:val="22"/>
        </w:rPr>
        <w:t>I'd love to guess I always like this like when people especially at UK, because you didn't use very competitive players, right? So it's almost like competition of who's the most tired. And I'm like, trust me. "No one is more tired than me. I don't care if you have children, don't care if you're doing this. No one is more tired than me in this situation. Because I can't even convey to you what that feels like." I don't think if I could just take them into Tesco and be like, right. Here's some weights on your legs to make your legs hurt. (Lucy) Yeah. Walk around. I'm like, No, you need to go down there, like but I've just passed them, I'm like no no. You don't know where things are because you're dyspraxic. He also can't remember. So you need to walk around here and spend at least half an hour trying to find one thing. And then remember that you what you forgot something else and walk all the way back down through the supermarket. It once happened where I went. I went speak with my boyfriend. He lives.... We live like 20 minutes apart from the motorway. So like I nipped into the this massive Tesco like near his house. And he messaged me like, "Hi, did you get home safe?" I'm like I'm still in Tesco because I couldn't find anything. (laughs) (Alice) Yeah. I went in for three things. I was in there for like 45 minutes just walking around. (laughing)</w:t>
      </w:r>
    </w:p>
    <w:p>
      <w:pPr>
        <w:spacing w:after="0"/>
      </w:pPr>
    </w:p>
    <w:p>
      <w:pPr>
        <w:spacing w:after="0"/>
      </w:pPr>
      <w:r>
        <w:rPr>
          <w:rFonts w:ascii="Arial" w:hAnsi="Arial"/>
          <w:b/>
          <w:sz w:val="22"/>
        </w:rPr>
        <w:t xml:space="preserve">Alice  </w:t>
      </w:r>
      <w:r>
        <w:rPr>
          <w:rFonts w:ascii="Arial" w:hAnsi="Arial"/>
          <w:color w:val="5D7284"/>
          <w:sz w:val="22"/>
        </w:rPr>
        <w:t>23:33</w:t>
      </w:r>
    </w:p>
    <w:p>
      <w:pPr>
        <w:spacing w:after="0"/>
      </w:pPr>
      <w:r>
        <w:rPr>
          <w:rFonts w:ascii="Arial" w:hAnsi="Arial"/>
          <w:sz w:val="22"/>
        </w:rPr>
        <w:t>I was laughing the other day because I was in Sainsbury's and I needed to buy olive oil and it took me ages to find it. I ended up having to ask somebody and then they told me where it was, I just stood there and looked at them and they went, "Shall I show you?" And I was like yes please. (laughs) (Lucy please take me to the olive oil (laughs) And then they went " You alright?" and I was like yeah, I'm fine. I'm fine now. And I literally six people came up and picked up olive oil and left in the space of time that it took me (Lucy laughs) to get my reader out (Lucy laughs) at all the different olive oils on my reader and then look at all the different prices of the olive oils on my reader and then go back and be like, Okay, I'm just gonna get Sainsbury's own brand one (Lucy laughs) I will never find it again. (Alice laughs)</w:t>
      </w:r>
    </w:p>
    <w:p>
      <w:pPr>
        <w:spacing w:after="0"/>
      </w:pPr>
    </w:p>
    <w:p>
      <w:pPr>
        <w:spacing w:after="0"/>
      </w:pPr>
      <w:r>
        <w:rPr>
          <w:rFonts w:ascii="Arial" w:hAnsi="Arial"/>
          <w:b/>
          <w:sz w:val="22"/>
        </w:rPr>
        <w:t xml:space="preserve">Lucy  </w:t>
      </w:r>
      <w:r>
        <w:rPr>
          <w:rFonts w:ascii="Arial" w:hAnsi="Arial"/>
          <w:color w:val="5D7284"/>
          <w:sz w:val="22"/>
        </w:rPr>
        <w:t>23:53</w:t>
      </w:r>
    </w:p>
    <w:p>
      <w:pPr>
        <w:spacing w:after="0"/>
      </w:pPr>
      <w:r>
        <w:rPr>
          <w:rFonts w:ascii="Arial" w:hAnsi="Arial"/>
          <w:sz w:val="22"/>
        </w:rPr>
        <w:t>The worst thing for me was like we went....</w:t>
      </w:r>
    </w:p>
    <w:p>
      <w:pPr>
        <w:spacing w:after="0"/>
      </w:pPr>
    </w:p>
    <w:p>
      <w:pPr>
        <w:spacing w:after="0"/>
      </w:pPr>
      <w:r>
        <w:rPr>
          <w:rFonts w:ascii="Arial" w:hAnsi="Arial"/>
          <w:b/>
          <w:sz w:val="22"/>
        </w:rPr>
        <w:t xml:space="preserve">Alice  </w:t>
      </w:r>
      <w:r>
        <w:rPr>
          <w:rFonts w:ascii="Arial" w:hAnsi="Arial"/>
          <w:color w:val="5D7284"/>
          <w:sz w:val="22"/>
        </w:rPr>
        <w:t>23:54</w:t>
      </w:r>
    </w:p>
    <w:p>
      <w:pPr>
        <w:spacing w:after="0"/>
      </w:pPr>
      <w:r>
        <w:rPr>
          <w:rFonts w:ascii="Arial" w:hAnsi="Arial"/>
          <w:sz w:val="22"/>
        </w:rPr>
        <w:t>After it was just like, but literally six people have just come up and gone "that one." (Alice laughs)</w:t>
      </w:r>
    </w:p>
    <w:p>
      <w:pPr>
        <w:spacing w:after="0"/>
      </w:pPr>
    </w:p>
    <w:p>
      <w:pPr>
        <w:spacing w:after="0"/>
      </w:pPr>
      <w:r>
        <w:rPr>
          <w:rFonts w:ascii="Arial" w:hAnsi="Arial"/>
          <w:b/>
          <w:sz w:val="22"/>
        </w:rPr>
        <w:t xml:space="preserve">Lucy  </w:t>
      </w:r>
      <w:r>
        <w:rPr>
          <w:rFonts w:ascii="Arial" w:hAnsi="Arial"/>
          <w:color w:val="5D7284"/>
          <w:sz w:val="22"/>
        </w:rPr>
        <w:t>24:00</w:t>
      </w:r>
    </w:p>
    <w:p>
      <w:pPr>
        <w:spacing w:after="0"/>
      </w:pPr>
      <w:r>
        <w:rPr>
          <w:rFonts w:ascii="Arial" w:hAnsi="Arial"/>
          <w:sz w:val="22"/>
        </w:rPr>
        <w:t>We a few weeks ago, I went into Tesco with my mom. And they were having a move around the store. (laughs) So you get where you think.... You get where the pasta is, like, are you looking for Pasta? It's now on aisle 27 and it was like for three weeks. It was like milk next to gummy sweets and you're like what, what, what? And I said to one of the members of staff was like Why? Why have you moved? Why is everything everywhere? (laughs) This is ridiculous, I was getting more and more cross. And he was like "it's because of the government thing you can't have like chocolate and snacks on the end of an aisle." So we're having to move everything around and I'm like, right so then I went back a week later and they've got like a map with a list of like this is the and I'm like this is.... this is ridiculous! Can I just go and sit in the car? (laughs)</w:t>
      </w:r>
    </w:p>
    <w:p>
      <w:pPr>
        <w:spacing w:after="0"/>
      </w:pPr>
    </w:p>
    <w:p>
      <w:pPr>
        <w:spacing w:after="0"/>
      </w:pPr>
      <w:r>
        <w:rPr>
          <w:rFonts w:ascii="Arial" w:hAnsi="Arial"/>
          <w:b/>
          <w:sz w:val="22"/>
        </w:rPr>
        <w:t xml:space="preserve">Alice  </w:t>
      </w:r>
      <w:r>
        <w:rPr>
          <w:rFonts w:ascii="Arial" w:hAnsi="Arial"/>
          <w:color w:val="5D7284"/>
          <w:sz w:val="22"/>
        </w:rPr>
        <w:t>25:15</w:t>
      </w:r>
    </w:p>
    <w:p>
      <w:pPr>
        <w:spacing w:after="0"/>
      </w:pPr>
      <w:r>
        <w:rPr>
          <w:rFonts w:ascii="Arial" w:hAnsi="Arial"/>
          <w:sz w:val="22"/>
        </w:rPr>
        <w:t>And that's great for you. I just still just be like in the old pasta I'll be going (sad tone) "wheres the pasta?"</w:t>
      </w:r>
    </w:p>
    <w:p>
      <w:pPr>
        <w:spacing w:after="0"/>
      </w:pPr>
    </w:p>
    <w:p>
      <w:pPr>
        <w:spacing w:after="0"/>
      </w:pPr>
      <w:r>
        <w:rPr>
          <w:rFonts w:ascii="Arial" w:hAnsi="Arial"/>
          <w:b/>
          <w:sz w:val="22"/>
        </w:rPr>
        <w:t xml:space="preserve">Rebecca  </w:t>
      </w:r>
      <w:r>
        <w:rPr>
          <w:rFonts w:ascii="Arial" w:hAnsi="Arial"/>
          <w:color w:val="5D7284"/>
          <w:sz w:val="22"/>
        </w:rPr>
        <w:t>25:22</w:t>
      </w:r>
    </w:p>
    <w:p>
      <w:pPr>
        <w:spacing w:after="0"/>
      </w:pPr>
      <w:r>
        <w:rPr>
          <w:rFonts w:ascii="Arial" w:hAnsi="Arial"/>
          <w:sz w:val="22"/>
        </w:rPr>
        <w:t xml:space="preserve">Yeah Dypraxics tend to use BAP readers,(Lucy) No. I would just be walking around looking very lost and like I'm about to cry like, I can't find the one thing I need and it's on my list that I need to find it. (Lucy) No </w:t>
      </w:r>
    </w:p>
    <w:p>
      <w:pPr>
        <w:spacing w:after="0"/>
      </w:pPr>
    </w:p>
    <w:p>
      <w:pPr>
        <w:spacing w:after="0"/>
      </w:pPr>
      <w:r>
        <w:rPr>
          <w:rFonts w:ascii="Arial" w:hAnsi="Arial"/>
          <w:b/>
          <w:sz w:val="22"/>
        </w:rPr>
        <w:t xml:space="preserve">Alice  </w:t>
      </w:r>
      <w:r>
        <w:rPr>
          <w:rFonts w:ascii="Arial" w:hAnsi="Arial"/>
          <w:color w:val="5D7284"/>
          <w:sz w:val="22"/>
        </w:rPr>
        <w:t>25:39</w:t>
      </w:r>
    </w:p>
    <w:p>
      <w:pPr>
        <w:spacing w:after="0"/>
      </w:pPr>
      <w:r>
        <w:rPr>
          <w:rFonts w:ascii="Arial" w:hAnsi="Arial"/>
          <w:sz w:val="22"/>
        </w:rPr>
        <w:t>There is a Starbucks in my local Sainsbury's and like, partly because the dog really enjoys like going in Starbucks. People make a fuss of her, I make a fuss of her but I do not go to Sainsbury's now without stopping for a cup of coffee afterwards, just to kind of destress. (Lucy) Like a reward? Well, yeah. It's so stressful. It's like I've got.... I went out and I bought bread the other day, and I came home. My husband was like, why have you bought sourdough bread? And I was like, (Lucy) Oh, no. I didn't mean to buy sourdough bread. I wanted to buy regular bread, because sour dough bread is ridiculous.</w:t>
      </w:r>
    </w:p>
    <w:p>
      <w:pPr>
        <w:spacing w:after="0"/>
      </w:pPr>
    </w:p>
    <w:p>
      <w:pPr>
        <w:spacing w:after="0"/>
      </w:pPr>
      <w:r>
        <w:rPr>
          <w:rFonts w:ascii="Arial" w:hAnsi="Arial"/>
          <w:b/>
          <w:sz w:val="22"/>
        </w:rPr>
        <w:t xml:space="preserve">Lucy  </w:t>
      </w:r>
      <w:r>
        <w:rPr>
          <w:rFonts w:ascii="Arial" w:hAnsi="Arial"/>
          <w:color w:val="5D7284"/>
          <w:sz w:val="22"/>
        </w:rPr>
        <w:t>26:22</w:t>
      </w:r>
    </w:p>
    <w:p>
      <w:pPr>
        <w:spacing w:after="0"/>
      </w:pPr>
      <w:r>
        <w:rPr>
          <w:rFonts w:ascii="Arial" w:hAnsi="Arial"/>
          <w:sz w:val="22"/>
        </w:rPr>
        <w:t>You're very... you're so much nicer than I am. Because I'd be like do it yourself then! (laughs)</w:t>
      </w:r>
    </w:p>
    <w:p>
      <w:pPr>
        <w:spacing w:after="0"/>
      </w:pPr>
    </w:p>
    <w:p>
      <w:pPr>
        <w:spacing w:after="0"/>
      </w:pPr>
      <w:r>
        <w:rPr>
          <w:rFonts w:ascii="Arial" w:hAnsi="Arial"/>
          <w:b/>
          <w:sz w:val="22"/>
        </w:rPr>
        <w:t xml:space="preserve">Alice  </w:t>
      </w:r>
      <w:r>
        <w:rPr>
          <w:rFonts w:ascii="Arial" w:hAnsi="Arial"/>
          <w:color w:val="5D7284"/>
          <w:sz w:val="22"/>
        </w:rPr>
        <w:t>26:30</w:t>
      </w:r>
    </w:p>
    <w:p>
      <w:pPr>
        <w:spacing w:after="0"/>
      </w:pPr>
      <w:r>
        <w:rPr>
          <w:rFonts w:ascii="Arial" w:hAnsi="Arial"/>
          <w:sz w:val="22"/>
        </w:rPr>
        <w:t>The thing is, right. It's really, it's, it's, again, it's all about the balance. Like for me, I want to be able to do little things. (Lucy) Yeah. Be able to nip into Sainsbury's to pick up I can't do a big shop because I can't drive and so when I go to Sainsbury's, if I've got to buy more than two things, like I have to take, I've got a backpack, and then like a big over the shoulder shopper. Yes, I then have to be able to work the dog (Lucy) The dog. Yeah. So I'm limited in how much I can get. But again, a big thing of milk. That's all I'm getting. Because otherwise, I can't carry anything more home. (Lucy) No. And, I want to be able to do little stuff of that. Because my husband works full time. Like his job is what pays our mortgage, stuff like that. And so I want I want to be able to contribute in some small way.(Lucy) I think</w:t>
      </w:r>
    </w:p>
    <w:p>
      <w:pPr>
        <w:spacing w:after="0"/>
      </w:pPr>
    </w:p>
    <w:p>
      <w:pPr>
        <w:spacing w:after="0"/>
      </w:pPr>
      <w:r>
        <w:rPr>
          <w:rFonts w:ascii="Arial" w:hAnsi="Arial"/>
          <w:b/>
          <w:sz w:val="22"/>
        </w:rPr>
        <w:t xml:space="preserve">Lucy  </w:t>
      </w:r>
      <w:r>
        <w:rPr>
          <w:rFonts w:ascii="Arial" w:hAnsi="Arial"/>
          <w:color w:val="5D7284"/>
          <w:sz w:val="22"/>
        </w:rPr>
        <w:t>27:23</w:t>
      </w:r>
    </w:p>
    <w:p>
      <w:pPr>
        <w:spacing w:after="0"/>
      </w:pPr>
      <w:r>
        <w:rPr>
          <w:rFonts w:ascii="Arial" w:hAnsi="Arial"/>
          <w:sz w:val="22"/>
        </w:rPr>
        <w:t>that's that's the bottom line of it. Isn't it really, the whole this whole, like having to prove yourself, whether it be for access to work or the or DWP, like with your PIP. That is the thing that I don't think people realize that just because we're disabled, does not stop our desire to...</w:t>
      </w:r>
    </w:p>
    <w:p>
      <w:pPr>
        <w:spacing w:after="0"/>
      </w:pPr>
    </w:p>
    <w:p>
      <w:pPr>
        <w:spacing w:after="0"/>
      </w:pPr>
      <w:r>
        <w:rPr>
          <w:rFonts w:ascii="Arial" w:hAnsi="Arial"/>
          <w:b/>
          <w:sz w:val="22"/>
        </w:rPr>
        <w:t xml:space="preserve">Alice  </w:t>
      </w:r>
      <w:r>
        <w:rPr>
          <w:rFonts w:ascii="Arial" w:hAnsi="Arial"/>
          <w:color w:val="5D7284"/>
          <w:sz w:val="22"/>
        </w:rPr>
        <w:t>27:43</w:t>
      </w:r>
    </w:p>
    <w:p>
      <w:pPr>
        <w:spacing w:after="0"/>
      </w:pPr>
      <w:r>
        <w:rPr>
          <w:rFonts w:ascii="Arial" w:hAnsi="Arial"/>
          <w:sz w:val="22"/>
        </w:rPr>
        <w:t xml:space="preserve"> To want to be able to contribute? (Lucy) Exactly.</w:t>
      </w:r>
    </w:p>
    <w:p>
      <w:pPr>
        <w:spacing w:after="0"/>
      </w:pPr>
    </w:p>
    <w:p>
      <w:pPr>
        <w:spacing w:after="0"/>
      </w:pPr>
      <w:r>
        <w:rPr>
          <w:rFonts w:ascii="Arial" w:hAnsi="Arial"/>
          <w:b/>
          <w:sz w:val="22"/>
        </w:rPr>
        <w:t xml:space="preserve">Lucy  </w:t>
      </w:r>
      <w:r>
        <w:rPr>
          <w:rFonts w:ascii="Arial" w:hAnsi="Arial"/>
          <w:color w:val="5D7284"/>
          <w:sz w:val="22"/>
        </w:rPr>
        <w:t>27:46</w:t>
      </w:r>
    </w:p>
    <w:p>
      <w:pPr>
        <w:spacing w:after="0"/>
      </w:pPr>
      <w:r>
        <w:rPr>
          <w:rFonts w:ascii="Arial" w:hAnsi="Arial"/>
          <w:sz w:val="22"/>
        </w:rPr>
        <w:t>Yeah, I mean, that makes me I have always said that, you know, my job is for me isn't necessarily about the money. It's lovely. Please don't take the money bit off me. But at the same time, to me, that is not the only reason I go to work. It's because I like to contribute to society, I like to be able to, you know, for me, it's about the end goal of what we do as a company at work, and what impact was having on society. And it's not necessarily...it's like with the podcast, this podcast doesn't pay us anything at all whatsoever.</w:t>
      </w:r>
    </w:p>
    <w:p>
      <w:pPr>
        <w:spacing w:after="0"/>
      </w:pPr>
    </w:p>
    <w:p>
      <w:pPr>
        <w:spacing w:after="0"/>
      </w:pPr>
      <w:r>
        <w:rPr>
          <w:rFonts w:ascii="Arial" w:hAnsi="Arial"/>
          <w:b/>
          <w:sz w:val="22"/>
        </w:rPr>
        <w:t xml:space="preserve">Alice  </w:t>
      </w:r>
      <w:r>
        <w:rPr>
          <w:rFonts w:ascii="Arial" w:hAnsi="Arial"/>
          <w:color w:val="5D7284"/>
          <w:sz w:val="22"/>
        </w:rPr>
        <w:t>28:23</w:t>
      </w:r>
    </w:p>
    <w:p>
      <w:pPr>
        <w:spacing w:after="0"/>
      </w:pPr>
      <w:r>
        <w:rPr>
          <w:rFonts w:ascii="Arial" w:hAnsi="Arial"/>
          <w:sz w:val="22"/>
        </w:rPr>
        <w:t>Costs us money. (Alice laughs) (Lucy) Yeah.</w:t>
      </w:r>
    </w:p>
    <w:p>
      <w:pPr>
        <w:spacing w:after="0"/>
      </w:pPr>
    </w:p>
    <w:p>
      <w:pPr>
        <w:spacing w:after="0"/>
      </w:pPr>
      <w:r>
        <w:rPr>
          <w:rFonts w:ascii="Arial" w:hAnsi="Arial"/>
          <w:b/>
          <w:sz w:val="22"/>
        </w:rPr>
        <w:t xml:space="preserve">Lucy  </w:t>
      </w:r>
      <w:r>
        <w:rPr>
          <w:rFonts w:ascii="Arial" w:hAnsi="Arial"/>
          <w:color w:val="5D7284"/>
          <w:sz w:val="22"/>
        </w:rPr>
        <w:t>28:27</w:t>
      </w:r>
    </w:p>
    <w:p>
      <w:pPr>
        <w:spacing w:after="0"/>
      </w:pPr>
      <w:r>
        <w:rPr>
          <w:rFonts w:ascii="Arial" w:hAnsi="Arial"/>
          <w:sz w:val="22"/>
        </w:rPr>
        <w:t>But we enjoy it. And we wouldn't give it up ,you know, just because it costs us money. It's a very expensive hobby. But we wouldn't give this up (Alice) No. Because we enjoy it. And we see and hear that, you know, in some small way, we are helping other people and we are contributing to discussions and you know, the entertainment of other people you would go as far to say, but in terms of like, actually existing, I think any human being needs to have a bit of a purpose. And, you know, having this money from the government, it's not we're not it's not 1000s and 1000s of pounds, it's not millions, which I think is another myth that people think, "Oh, they're on benefits and must be rolling in it." No, no, no, no, no. And all the stuff in our house that is provided by the government that like, you know, no it's not free...</w:t>
      </w:r>
    </w:p>
    <w:p>
      <w:pPr>
        <w:spacing w:after="0"/>
      </w:pPr>
    </w:p>
    <w:p>
      <w:pPr>
        <w:spacing w:after="0"/>
      </w:pPr>
      <w:r>
        <w:rPr>
          <w:rFonts w:ascii="Arial" w:hAnsi="Arial"/>
          <w:b/>
          <w:sz w:val="22"/>
        </w:rPr>
        <w:t xml:space="preserve">Alice  </w:t>
      </w:r>
      <w:r>
        <w:rPr>
          <w:rFonts w:ascii="Arial" w:hAnsi="Arial"/>
          <w:color w:val="5D7284"/>
          <w:sz w:val="22"/>
        </w:rPr>
        <w:t>29:21</w:t>
      </w:r>
    </w:p>
    <w:p>
      <w:pPr>
        <w:spacing w:after="0"/>
      </w:pPr>
      <w:r>
        <w:rPr>
          <w:rFonts w:ascii="Arial" w:hAnsi="Arial"/>
          <w:sz w:val="22"/>
        </w:rPr>
        <w:t>It actually makes me laugh, we're coming to the end of our Motability lease for our car. And they're like, you know, it's been three years it's time to get a new car. And people always talk about how you know, disabled people have always got these really nice, like cars and I like but we want to keep this one can we keep can we keep this one please? (Lucy) Yeah, yeah, yeah. No, no, you've got to have a fancy new car. It's yes, time you must have this fancy new car. But we like this one! (sad tone)</w:t>
      </w:r>
    </w:p>
    <w:p>
      <w:pPr>
        <w:spacing w:after="0"/>
      </w:pPr>
    </w:p>
    <w:p>
      <w:pPr>
        <w:spacing w:after="0"/>
      </w:pPr>
      <w:r>
        <w:rPr>
          <w:rFonts w:ascii="Arial" w:hAnsi="Arial"/>
          <w:b/>
          <w:sz w:val="22"/>
        </w:rPr>
        <w:t xml:space="preserve">Rebecca  </w:t>
      </w:r>
      <w:r>
        <w:rPr>
          <w:rFonts w:ascii="Arial" w:hAnsi="Arial"/>
          <w:color w:val="5D7284"/>
          <w:sz w:val="22"/>
        </w:rPr>
        <w:t>29:52</w:t>
      </w:r>
    </w:p>
    <w:p>
      <w:pPr>
        <w:spacing w:after="0"/>
      </w:pPr>
      <w:r>
        <w:rPr>
          <w:rFonts w:ascii="Arial" w:hAnsi="Arial"/>
          <w:sz w:val="22"/>
        </w:rPr>
        <w:t xml:space="preserve"> It's also a really common misconception. I think that you actually paid towards the car. I think people think you just get given them and that's it. (Alice) Yeah. But that takes money. Out of say, you're paying for your benefit to go towards the car. You're actually paying, you're on it, you're renting it.</w:t>
      </w:r>
    </w:p>
    <w:p>
      <w:pPr>
        <w:spacing w:after="0"/>
      </w:pPr>
    </w:p>
    <w:p>
      <w:pPr>
        <w:spacing w:after="0"/>
      </w:pPr>
      <w:r>
        <w:rPr>
          <w:rFonts w:ascii="Arial" w:hAnsi="Arial"/>
          <w:b/>
          <w:sz w:val="22"/>
        </w:rPr>
        <w:t xml:space="preserve">Alice  </w:t>
      </w:r>
      <w:r>
        <w:rPr>
          <w:rFonts w:ascii="Arial" w:hAnsi="Arial"/>
          <w:color w:val="5D7284"/>
          <w:sz w:val="22"/>
        </w:rPr>
        <w:t>30:08</w:t>
      </w:r>
    </w:p>
    <w:p>
      <w:pPr>
        <w:spacing w:after="0"/>
      </w:pPr>
      <w:r>
        <w:rPr>
          <w:rFonts w:ascii="Arial" w:hAnsi="Arial"/>
          <w:sz w:val="22"/>
        </w:rPr>
        <w:t>I don't get the mobility component of.... We never see that mobility component. I never see that mobility. It doesn't go in my pocket. It goes on literally go straight to (Lucy) Yeah. The dealership. Yeah, it doesn't come to me and then me pay the dealership. (Rebecca) No. It just it's so funny how people think, oh, yeah, we you just get free stuff all the time. And it's and I think the thing, you know, the thing that I always think is like for me, the thing that PIP allows me to do. Like, I can't work full time because I cannot sit at a computer full time and I don't sleep well enough for my eyes to function for eight hours. Like if I work an eight hour day, I will really struggle that it's not so bad at this job, my new job because I'm not as hideously stressed all the time as I was. But in my old job, if I, if I worked for like a full day, I'd have to have the next day off because stress makes my flashing lights worse in my eyes. And that PIP allows me to not work full time and still be able to contribute towards the cost of my house. Pip allows me to pay for a cleaner to come and clean my house, because I can't see well enough to do it. And it's one of the things that, you know, my husband does work full time. And I know that there's lots of people out there who work full time and also have to clean their own homes. But I can't help. (Lucy) No, you know, yeah,(Lucy) Exactly.</w:t>
      </w:r>
    </w:p>
    <w:p>
      <w:pPr>
        <w:spacing w:after="0"/>
      </w:pPr>
    </w:p>
    <w:p>
      <w:pPr>
        <w:spacing w:after="0"/>
      </w:pPr>
      <w:r>
        <w:rPr>
          <w:rFonts w:ascii="Arial" w:hAnsi="Arial"/>
          <w:b/>
          <w:sz w:val="22"/>
        </w:rPr>
        <w:t xml:space="preserve">Lucy  </w:t>
      </w:r>
      <w:r>
        <w:rPr>
          <w:rFonts w:ascii="Arial" w:hAnsi="Arial"/>
          <w:color w:val="5D7284"/>
          <w:sz w:val="22"/>
        </w:rPr>
        <w:t>31:43</w:t>
      </w:r>
    </w:p>
    <w:p>
      <w:pPr>
        <w:spacing w:after="0"/>
      </w:pPr>
      <w:r>
        <w:rPr>
          <w:rFonts w:ascii="Arial" w:hAnsi="Arial"/>
          <w:sz w:val="22"/>
        </w:rPr>
        <w:t>You get your lady to do the cleaning  on your behalf.</w:t>
      </w:r>
    </w:p>
    <w:p>
      <w:pPr>
        <w:spacing w:after="0"/>
      </w:pPr>
    </w:p>
    <w:p>
      <w:pPr>
        <w:spacing w:after="0"/>
      </w:pPr>
      <w:r>
        <w:rPr>
          <w:rFonts w:ascii="Arial" w:hAnsi="Arial"/>
          <w:b/>
          <w:sz w:val="22"/>
        </w:rPr>
        <w:t xml:space="preserve">Alice  </w:t>
      </w:r>
      <w:r>
        <w:rPr>
          <w:rFonts w:ascii="Arial" w:hAnsi="Arial"/>
          <w:color w:val="5D7284"/>
          <w:sz w:val="22"/>
        </w:rPr>
        <w:t>31:49</w:t>
      </w:r>
    </w:p>
    <w:p>
      <w:pPr>
        <w:spacing w:after="0"/>
      </w:pPr>
      <w:r>
        <w:rPr>
          <w:rFonts w:ascii="Arial" w:hAnsi="Arial"/>
          <w:sz w:val="22"/>
        </w:rPr>
        <w:t>Exactly. That's how I help. (Lucy) Yes, exactly.</w:t>
      </w:r>
    </w:p>
    <w:p>
      <w:pPr>
        <w:spacing w:after="0"/>
      </w:pPr>
    </w:p>
    <w:p>
      <w:pPr>
        <w:spacing w:after="0"/>
      </w:pPr>
      <w:r>
        <w:rPr>
          <w:rFonts w:ascii="Arial" w:hAnsi="Arial"/>
          <w:b/>
          <w:sz w:val="22"/>
        </w:rPr>
        <w:t xml:space="preserve">Rebecca  </w:t>
      </w:r>
      <w:r>
        <w:rPr>
          <w:rFonts w:ascii="Arial" w:hAnsi="Arial"/>
          <w:color w:val="5D7284"/>
          <w:sz w:val="22"/>
        </w:rPr>
        <w:t>31:52</w:t>
      </w:r>
    </w:p>
    <w:p>
      <w:pPr>
        <w:spacing w:after="0"/>
      </w:pPr>
      <w:r>
        <w:rPr>
          <w:rFonts w:ascii="Arial" w:hAnsi="Arial"/>
          <w:sz w:val="22"/>
        </w:rPr>
        <w:t>I think it's like what, whilst one thing that I do cover in my research, I will get into theoretical side, because we'll be here for another six hours. Basically, what it comes down to is disabled people don't get to live, they just get to exist. Because if you want to live a good what is classed as like a good life, you need money to do that. And if you don't get the money, then it's like, well, I'll just sit here that and just not do anything. So I asked my participants, I said, like, what do you do with your money? or depending on how they're closed mind if you had the money what would you do with it? And for some of them, it was just really simple things. They were like, "Oh, I'd like to go to the cinema once once a month with my girlfriend." Or like, I'd like to be able to have the money so I can get a taxi and get a football ticket for my my favorite team maybe once every six months. And these are huge things that people take for granted.</w:t>
      </w:r>
    </w:p>
    <w:p>
      <w:pPr>
        <w:spacing w:after="0"/>
      </w:pPr>
    </w:p>
    <w:p>
      <w:pPr>
        <w:spacing w:after="0"/>
      </w:pPr>
      <w:r>
        <w:rPr>
          <w:rFonts w:ascii="Arial" w:hAnsi="Arial"/>
          <w:b/>
          <w:sz w:val="22"/>
        </w:rPr>
        <w:t xml:space="preserve">Lucy  </w:t>
      </w:r>
      <w:r>
        <w:rPr>
          <w:rFonts w:ascii="Arial" w:hAnsi="Arial"/>
          <w:color w:val="5D7284"/>
          <w:sz w:val="22"/>
        </w:rPr>
        <w:t>32:54</w:t>
      </w:r>
    </w:p>
    <w:p>
      <w:pPr>
        <w:spacing w:after="0"/>
      </w:pPr>
      <w:r>
        <w:rPr>
          <w:rFonts w:ascii="Arial" w:hAnsi="Arial"/>
          <w:sz w:val="22"/>
        </w:rPr>
        <w:t>Yeah, I mean, even as I am a pip recipient, and even to me, that is heartbreaking, you know, those examples you've just shown me is heartbreaking. You know, it's just you just think to yourself, people don't seem to understand that, we don't want to be on PIP either. If there was any other alternative, we would take it. Do you know what I mean? We don't want to be on this benefit. We don't want to have handouts from the government. But unfortunately, my legs don't work. Alice's eyes don't work. They do not.... our body parts do not cooperate with the rest of our body. And so therefore, we are at a disadvantage. So what do you... what do you want us to do? Do you just want us to curl up in a corner and die? Because I ain't gonna do that, you know, we've got too much spirit in me.</w:t>
      </w:r>
    </w:p>
    <w:p>
      <w:pPr>
        <w:spacing w:after="0"/>
      </w:pPr>
    </w:p>
    <w:p>
      <w:pPr>
        <w:spacing w:after="0"/>
      </w:pPr>
      <w:r>
        <w:rPr>
          <w:rFonts w:ascii="Arial" w:hAnsi="Arial"/>
          <w:b/>
          <w:sz w:val="22"/>
        </w:rPr>
        <w:t xml:space="preserve">Alice  </w:t>
      </w:r>
      <w:r>
        <w:rPr>
          <w:rFonts w:ascii="Arial" w:hAnsi="Arial"/>
          <w:color w:val="5D7284"/>
          <w:sz w:val="22"/>
        </w:rPr>
        <w:t>33:41</w:t>
      </w:r>
    </w:p>
    <w:p>
      <w:pPr>
        <w:spacing w:after="0"/>
      </w:pPr>
      <w:r>
        <w:rPr>
          <w:rFonts w:ascii="Arial" w:hAnsi="Arial"/>
          <w:sz w:val="22"/>
        </w:rPr>
        <w:t>Well, and it's, you know, we are privileged enough to live in a, in a society that recognizes that there is.... that disabled people need extra support. And sometimes that comes in the form of additional money. You know, there are lots of even, you know, big first world countries that  do not have a robust benefit system like we do. We do have a strong benefit system in this country, despite all of the awful awful cuts that have been done and continue to be made by Tory governments. You know, we are fortunate that we do live in a in a country where disabled people are, if they can get through the.. through the battle are given some kind of financial support. It is you know, we're it's a privilege to me that I can pay a cleaner to come and help so that my husband doesn't have to do it on his own after he's been working, you know, 35/40 hours a week, like but it's it's one of those that you know, I think about If my husband was having to do all of that on top of his 40 hour a week job, and also always make dinner, because I can't do that, and always do all the driving, because I can't do that, and always doing all the big shops, because I can't do that. Like, what impact that would have on my relationship. And it's just one of those things where you think, well, I deserve to be in a happy marriage as much as any non disabled person. I deserve to be fulfilled and to live just as much as anybody else. And that's what these benefits are supposed to facility. It's not. And I think that's the thing that people people think this free money is for us to sit on our sofas, and watch fucking Jeremy Kyle re runs, that's not what  most likely said. That's not what we want. And that's why, you know, the government does have a duty to because it means that I then I do go out and contribute and give back to my society and community. And fucking pay taxes and stuff like....</w:t>
      </w:r>
    </w:p>
    <w:p>
      <w:pPr>
        <w:spacing w:after="0"/>
      </w:pPr>
    </w:p>
    <w:p>
      <w:pPr>
        <w:spacing w:after="0"/>
      </w:pPr>
      <w:r>
        <w:rPr>
          <w:rFonts w:ascii="Arial" w:hAnsi="Arial"/>
          <w:b/>
          <w:sz w:val="22"/>
        </w:rPr>
        <w:t xml:space="preserve">Lucy  </w:t>
      </w:r>
      <w:r>
        <w:rPr>
          <w:rFonts w:ascii="Arial" w:hAnsi="Arial"/>
          <w:color w:val="5D7284"/>
          <w:sz w:val="22"/>
        </w:rPr>
        <w:t>36:08</w:t>
      </w:r>
    </w:p>
    <w:p>
      <w:pPr>
        <w:spacing w:after="0"/>
      </w:pPr>
      <w:r>
        <w:rPr>
          <w:rFonts w:ascii="Arial" w:hAnsi="Arial"/>
          <w:sz w:val="22"/>
        </w:rPr>
        <w:t>It's boring stuff, we want to do the boring stuff that non disabled people do, you know,</w:t>
      </w:r>
    </w:p>
    <w:p>
      <w:pPr>
        <w:spacing w:after="0"/>
      </w:pPr>
    </w:p>
    <w:p>
      <w:pPr>
        <w:spacing w:after="0"/>
      </w:pPr>
      <w:r>
        <w:rPr>
          <w:rFonts w:ascii="Arial" w:hAnsi="Arial"/>
          <w:b/>
          <w:sz w:val="22"/>
        </w:rPr>
        <w:t xml:space="preserve">Alice  </w:t>
      </w:r>
      <w:r>
        <w:rPr>
          <w:rFonts w:ascii="Arial" w:hAnsi="Arial"/>
          <w:color w:val="5D7284"/>
          <w:sz w:val="22"/>
        </w:rPr>
        <w:t>36:14</w:t>
      </w:r>
    </w:p>
    <w:p>
      <w:pPr>
        <w:spacing w:after="0"/>
      </w:pPr>
      <w:r>
        <w:rPr>
          <w:rFonts w:ascii="Arial" w:hAnsi="Arial"/>
          <w:sz w:val="22"/>
        </w:rPr>
        <w:t>I want to have the right to a life, which covers on all of that, it covers paying my fucking bills, as well as being able to go to Sainsbury's and buy bread and stuff. It's</w:t>
      </w:r>
    </w:p>
    <w:p>
      <w:pPr>
        <w:spacing w:after="0"/>
      </w:pPr>
    </w:p>
    <w:p>
      <w:pPr>
        <w:spacing w:after="0"/>
      </w:pPr>
      <w:r>
        <w:rPr>
          <w:rFonts w:ascii="Arial" w:hAnsi="Arial"/>
          <w:b/>
          <w:sz w:val="22"/>
        </w:rPr>
        <w:t xml:space="preserve">Rebecca  </w:t>
      </w:r>
      <w:r>
        <w:rPr>
          <w:rFonts w:ascii="Arial" w:hAnsi="Arial"/>
          <w:color w:val="5D7284"/>
          <w:sz w:val="22"/>
        </w:rPr>
        <w:t>36:27</w:t>
      </w:r>
    </w:p>
    <w:p>
      <w:pPr>
        <w:spacing w:after="0"/>
      </w:pPr>
      <w:r>
        <w:rPr>
          <w:rFonts w:ascii="Arial" w:hAnsi="Arial"/>
          <w:sz w:val="22"/>
        </w:rPr>
        <w:t>yeah, like you should have to, I suppose it's for each one of them. Like, you shouldn't just have to, like, oh, well, I mean, for some of my participants, some of them didn't have food. But like, for somebody, on the whole, I'd like to pretend that it's more than just, I can just sit in my house, and I'm alive. And that's okay. It's like life is so much more than just being alive. It's all the others little things that you can do with yourself. So for some people that can be even just things that I think get taken for granted, like being able to offer your friend a cup of tea when they come around. But what to buy tea bags, like what if like, he like having focus on doing eating, and then especially, because obviously, since I interviewed my participants, but going through a cost living crisis now, so some of them are going to be absolutely screwed. Because it's like, how much longer is this going to go on for? Because...</w:t>
      </w:r>
    </w:p>
    <w:p>
      <w:pPr>
        <w:spacing w:after="0"/>
      </w:pPr>
    </w:p>
    <w:p>
      <w:pPr>
        <w:spacing w:after="0"/>
      </w:pPr>
      <w:r>
        <w:rPr>
          <w:rFonts w:ascii="Arial" w:hAnsi="Arial"/>
          <w:b/>
          <w:sz w:val="22"/>
        </w:rPr>
        <w:t xml:space="preserve">Alice  </w:t>
      </w:r>
      <w:r>
        <w:rPr>
          <w:rFonts w:ascii="Arial" w:hAnsi="Arial"/>
          <w:color w:val="5D7284"/>
          <w:sz w:val="22"/>
        </w:rPr>
        <w:t>37:27</w:t>
      </w:r>
    </w:p>
    <w:p>
      <w:pPr>
        <w:spacing w:after="0"/>
      </w:pPr>
      <w:r>
        <w:rPr>
          <w:rFonts w:ascii="Arial" w:hAnsi="Arial"/>
          <w:sz w:val="22"/>
        </w:rPr>
        <w:t>And again, like, that's what a robust welfare system is supposed to, it's, it should provide secure housing, it should provide enough money to cover you for food, it should provide health care, it should provide education, it should provide, like Access to Work is there so that disabled people can work and pay taxes that go into paying people's benefits?(laughs) (Lucy) Yeah. And if we.. if, you know, we live in a world and we live in a country that's got a, a welfare system that works, then we, you know, I know, I know, disabled people who don't have jobs and like, want to work who are fighting to get into work. And, you know, it's a battle anyway, because of the fucking discrimination and prejudice of the world outside to try and get a job, to then have to fight to be able to get the support, you need to be able to stay in that job. And then have to fight to be able to get the financial support that you need, because you can't work full time,</w:t>
      </w:r>
    </w:p>
    <w:p>
      <w:pPr>
        <w:spacing w:after="0"/>
      </w:pPr>
    </w:p>
    <w:p>
      <w:pPr>
        <w:spacing w:after="0"/>
      </w:pPr>
      <w:r>
        <w:rPr>
          <w:rFonts w:ascii="Arial" w:hAnsi="Arial"/>
          <w:b/>
          <w:sz w:val="22"/>
        </w:rPr>
        <w:t xml:space="preserve">Lucy  </w:t>
      </w:r>
      <w:r>
        <w:rPr>
          <w:rFonts w:ascii="Arial" w:hAnsi="Arial"/>
          <w:color w:val="5D7284"/>
          <w:sz w:val="22"/>
        </w:rPr>
        <w:t>38:34</w:t>
      </w:r>
    </w:p>
    <w:p>
      <w:pPr>
        <w:spacing w:after="0"/>
      </w:pPr>
      <w:r>
        <w:rPr>
          <w:rFonts w:ascii="Arial" w:hAnsi="Arial"/>
          <w:sz w:val="22"/>
        </w:rPr>
        <w:t>and then hang on to that job during a pandemic.</w:t>
      </w:r>
    </w:p>
    <w:p>
      <w:pPr>
        <w:spacing w:after="0"/>
      </w:pPr>
    </w:p>
    <w:p>
      <w:pPr>
        <w:spacing w:after="0"/>
      </w:pPr>
      <w:r>
        <w:rPr>
          <w:rFonts w:ascii="Arial" w:hAnsi="Arial"/>
          <w:b/>
          <w:sz w:val="22"/>
        </w:rPr>
        <w:t xml:space="preserve">Alice  </w:t>
      </w:r>
      <w:r>
        <w:rPr>
          <w:rFonts w:ascii="Arial" w:hAnsi="Arial"/>
          <w:color w:val="5D7284"/>
          <w:sz w:val="22"/>
        </w:rPr>
        <w:t>38:37</w:t>
      </w:r>
    </w:p>
    <w:p>
      <w:pPr>
        <w:spacing w:after="0"/>
      </w:pPr>
      <w:r>
        <w:rPr>
          <w:rFonts w:ascii="Arial" w:hAnsi="Arial"/>
          <w:sz w:val="22"/>
        </w:rPr>
        <w:t>And just the world. It's just</w:t>
      </w:r>
    </w:p>
    <w:p>
      <w:pPr>
        <w:spacing w:after="0"/>
      </w:pPr>
    </w:p>
    <w:p>
      <w:pPr>
        <w:spacing w:after="0"/>
      </w:pPr>
      <w:r>
        <w:rPr>
          <w:rFonts w:ascii="Arial" w:hAnsi="Arial"/>
          <w:b/>
          <w:sz w:val="22"/>
        </w:rPr>
        <w:t xml:space="preserve">Rebecca  </w:t>
      </w:r>
      <w:r>
        <w:rPr>
          <w:rFonts w:ascii="Arial" w:hAnsi="Arial"/>
          <w:color w:val="5D7284"/>
          <w:sz w:val="22"/>
        </w:rPr>
        <w:t>38:39</w:t>
      </w:r>
    </w:p>
    <w:p>
      <w:pPr>
        <w:spacing w:after="0"/>
      </w:pPr>
      <w:r>
        <w:rPr>
          <w:rFonts w:ascii="Arial" w:hAnsi="Arial"/>
          <w:sz w:val="22"/>
        </w:rPr>
        <w:t>it's just like an endless kind of pits of, like, don't how much time that takes to like, fill out massive forms and ring this person and do this..</w:t>
      </w:r>
    </w:p>
    <w:p>
      <w:pPr>
        <w:spacing w:after="0"/>
      </w:pPr>
    </w:p>
    <w:p>
      <w:pPr>
        <w:spacing w:after="0"/>
      </w:pPr>
      <w:r>
        <w:rPr>
          <w:rFonts w:ascii="Arial" w:hAnsi="Arial"/>
          <w:b/>
          <w:sz w:val="22"/>
        </w:rPr>
        <w:t xml:space="preserve">Lucy  </w:t>
      </w:r>
      <w:r>
        <w:rPr>
          <w:rFonts w:ascii="Arial" w:hAnsi="Arial"/>
          <w:color w:val="5D7284"/>
          <w:sz w:val="22"/>
        </w:rPr>
        <w:t>38:51</w:t>
      </w:r>
    </w:p>
    <w:p>
      <w:pPr>
        <w:spacing w:after="0"/>
      </w:pPr>
      <w:r>
        <w:rPr>
          <w:rFonts w:ascii="Arial" w:hAnsi="Arial"/>
          <w:sz w:val="22"/>
        </w:rPr>
        <w:t>Disability admin. Yeah, (Rebecca) Yeah.</w:t>
      </w:r>
    </w:p>
    <w:p>
      <w:pPr>
        <w:spacing w:after="0"/>
      </w:pPr>
    </w:p>
    <w:p>
      <w:pPr>
        <w:spacing w:after="0"/>
      </w:pPr>
      <w:r>
        <w:rPr>
          <w:rFonts w:ascii="Arial" w:hAnsi="Arial"/>
          <w:b/>
          <w:sz w:val="22"/>
        </w:rPr>
        <w:t xml:space="preserve">Rebecca  </w:t>
      </w:r>
      <w:r>
        <w:rPr>
          <w:rFonts w:ascii="Arial" w:hAnsi="Arial"/>
          <w:color w:val="5D7284"/>
          <w:sz w:val="22"/>
        </w:rPr>
        <w:t>38:55</w:t>
      </w:r>
    </w:p>
    <w:p>
      <w:pPr>
        <w:spacing w:after="0"/>
      </w:pPr>
      <w:r>
        <w:rPr>
          <w:rFonts w:ascii="Arial" w:hAnsi="Arial"/>
          <w:sz w:val="22"/>
        </w:rPr>
        <w:t>It's the time that just gets taken up with just filling out stuff is like ridiculous</w:t>
      </w:r>
    </w:p>
    <w:p>
      <w:pPr>
        <w:spacing w:after="0"/>
      </w:pPr>
    </w:p>
    <w:p>
      <w:pPr>
        <w:spacing w:after="0"/>
      </w:pPr>
      <w:r>
        <w:rPr>
          <w:rFonts w:ascii="Arial" w:hAnsi="Arial"/>
          <w:b/>
          <w:sz w:val="22"/>
        </w:rPr>
        <w:t xml:space="preserve">Alice  </w:t>
      </w:r>
      <w:r>
        <w:rPr>
          <w:rFonts w:ascii="Arial" w:hAnsi="Arial"/>
          <w:color w:val="5D7284"/>
          <w:sz w:val="22"/>
        </w:rPr>
        <w:t>39:02</w:t>
      </w:r>
    </w:p>
    <w:p>
      <w:pPr>
        <w:spacing w:after="0"/>
      </w:pPr>
      <w:r>
        <w:rPr>
          <w:rFonts w:ascii="Arial" w:hAnsi="Arial"/>
          <w:sz w:val="22"/>
        </w:rPr>
        <w:t>and how how soul destroying it is to then feel like you've done all of this work to try and get access to support so that you can more than just exist to then feel like people. You've got to justify that you need it. (Rebecca) Yeah. Like you've got</w:t>
      </w:r>
    </w:p>
    <w:p>
      <w:pPr>
        <w:spacing w:after="0"/>
      </w:pPr>
    </w:p>
    <w:p>
      <w:pPr>
        <w:spacing w:after="0"/>
      </w:pPr>
      <w:r>
        <w:rPr>
          <w:rFonts w:ascii="Arial" w:hAnsi="Arial"/>
          <w:b/>
          <w:sz w:val="22"/>
        </w:rPr>
        <w:t xml:space="preserve">Rebecca  </w:t>
      </w:r>
      <w:r>
        <w:rPr>
          <w:rFonts w:ascii="Arial" w:hAnsi="Arial"/>
          <w:color w:val="5D7284"/>
          <w:sz w:val="22"/>
        </w:rPr>
        <w:t>39:21</w:t>
      </w:r>
    </w:p>
    <w:p>
      <w:pPr>
        <w:spacing w:after="0"/>
      </w:pPr>
      <w:r>
        <w:rPr>
          <w:rFonts w:ascii="Arial" w:hAnsi="Arial"/>
          <w:sz w:val="22"/>
        </w:rPr>
        <w:t>to be like disabled enough. (Alice) Yeah. Well, I just constantly have to prove myself. (Alice) The right</w:t>
      </w:r>
    </w:p>
    <w:p>
      <w:pPr>
        <w:spacing w:after="0"/>
      </w:pPr>
    </w:p>
    <w:p>
      <w:pPr>
        <w:spacing w:after="0"/>
      </w:pPr>
      <w:r>
        <w:rPr>
          <w:rFonts w:ascii="Arial" w:hAnsi="Arial"/>
          <w:b/>
          <w:sz w:val="22"/>
        </w:rPr>
        <w:t xml:space="preserve">Alice  </w:t>
      </w:r>
      <w:r>
        <w:rPr>
          <w:rFonts w:ascii="Arial" w:hAnsi="Arial"/>
          <w:color w:val="5D7284"/>
          <w:sz w:val="22"/>
        </w:rPr>
        <w:t>39:25</w:t>
      </w:r>
    </w:p>
    <w:p>
      <w:pPr>
        <w:spacing w:after="0"/>
      </w:pPr>
      <w:r>
        <w:rPr>
          <w:rFonts w:ascii="Arial" w:hAnsi="Arial"/>
          <w:sz w:val="22"/>
        </w:rPr>
        <w:t>kind of disabled</w:t>
      </w:r>
    </w:p>
    <w:p>
      <w:pPr>
        <w:spacing w:after="0"/>
      </w:pPr>
    </w:p>
    <w:p>
      <w:pPr>
        <w:spacing w:after="0"/>
      </w:pPr>
      <w:r>
        <w:rPr>
          <w:rFonts w:ascii="Arial" w:hAnsi="Arial"/>
          <w:b/>
          <w:sz w:val="22"/>
        </w:rPr>
        <w:t xml:space="preserve">Lucy  </w:t>
      </w:r>
      <w:r>
        <w:rPr>
          <w:rFonts w:ascii="Arial" w:hAnsi="Arial"/>
          <w:color w:val="5D7284"/>
          <w:sz w:val="22"/>
        </w:rPr>
        <w:t>39:27</w:t>
      </w:r>
    </w:p>
    <w:p>
      <w:pPr>
        <w:spacing w:after="0"/>
      </w:pPr>
      <w:r>
        <w:rPr>
          <w:rFonts w:ascii="Arial" w:hAnsi="Arial"/>
          <w:sz w:val="22"/>
        </w:rPr>
        <w:t>Well, I hate that phrase, the right kind of disabled or people that insinuate they are the right kind of disabled for x&amp;y. There are, there's a handful of people that I am thinking about right now who do that for their own gain and you just think to yourself, well known people's well wont say anymore...umm</w:t>
      </w:r>
    </w:p>
    <w:p>
      <w:pPr>
        <w:spacing w:after="0"/>
      </w:pPr>
    </w:p>
    <w:p>
      <w:pPr>
        <w:spacing w:after="0"/>
      </w:pPr>
      <w:r>
        <w:rPr>
          <w:rFonts w:ascii="Arial" w:hAnsi="Arial"/>
          <w:b/>
          <w:sz w:val="22"/>
        </w:rPr>
        <w:t xml:space="preserve">Rebecca  </w:t>
      </w:r>
      <w:r>
        <w:rPr>
          <w:rFonts w:ascii="Arial" w:hAnsi="Arial"/>
          <w:color w:val="5D7284"/>
          <w:sz w:val="22"/>
        </w:rPr>
        <w:t>39:51</w:t>
      </w:r>
    </w:p>
    <w:p>
      <w:pPr>
        <w:spacing w:after="0"/>
      </w:pPr>
      <w:r>
        <w:rPr>
          <w:rFonts w:ascii="Arial" w:hAnsi="Arial"/>
          <w:sz w:val="22"/>
        </w:rPr>
        <w:t>Like when people try to comfort me and they go, Oh, yes, I don't see you as disabled. But I am like, disability. (Lucy) Yes. Is more than just I think the first thing people jump to is because I'm not in a wheelchair, because people might be like, "Oh, but you're not in a wheelchair though...?" And I'm like, That doesn't mean anything...(Alice) My mum....</w:t>
      </w:r>
    </w:p>
    <w:p>
      <w:pPr>
        <w:spacing w:after="0"/>
      </w:pPr>
    </w:p>
    <w:p>
      <w:pPr>
        <w:spacing w:after="0"/>
      </w:pPr>
      <w:r>
        <w:rPr>
          <w:rFonts w:ascii="Arial" w:hAnsi="Arial"/>
          <w:b/>
          <w:sz w:val="22"/>
        </w:rPr>
        <w:t xml:space="preserve">Alice  </w:t>
      </w:r>
      <w:r>
        <w:rPr>
          <w:rFonts w:ascii="Arial" w:hAnsi="Arial"/>
          <w:color w:val="5D7284"/>
          <w:sz w:val="22"/>
        </w:rPr>
        <w:t>40:12</w:t>
      </w:r>
    </w:p>
    <w:p>
      <w:pPr>
        <w:spacing w:after="0"/>
      </w:pPr>
      <w:r>
        <w:rPr>
          <w:rFonts w:ascii="Arial" w:hAnsi="Arial"/>
          <w:sz w:val="22"/>
        </w:rPr>
        <w:t>It's disability top trumps is it, like...? And I had to I had to call her out on it a couple of weeks ago, did... said something to me, like, "Oh but, you know, at least...." what was it? it was like.... at least you can still see... "at least you don't have or you, you can do" something like that. It was like at least your not in a wheelchair....at least you're not something like that. And I was just like "Fuck off!" (Lucy laughs)</w:t>
      </w:r>
    </w:p>
    <w:p>
      <w:pPr>
        <w:spacing w:after="0"/>
      </w:pPr>
    </w:p>
    <w:p>
      <w:pPr>
        <w:spacing w:after="0"/>
      </w:pPr>
      <w:r>
        <w:rPr>
          <w:rFonts w:ascii="Arial" w:hAnsi="Arial"/>
          <w:b/>
          <w:sz w:val="22"/>
        </w:rPr>
        <w:t xml:space="preserve">Rebecca  </w:t>
      </w:r>
      <w:r>
        <w:rPr>
          <w:rFonts w:ascii="Arial" w:hAnsi="Arial"/>
          <w:color w:val="5D7284"/>
          <w:sz w:val="22"/>
        </w:rPr>
        <w:t>40:30</w:t>
      </w:r>
    </w:p>
    <w:p>
      <w:pPr>
        <w:spacing w:after="0"/>
      </w:pPr>
      <w:r>
        <w:rPr>
          <w:rFonts w:ascii="Arial" w:hAnsi="Arial"/>
          <w:sz w:val="22"/>
        </w:rPr>
        <w:t>Some people it is, it really is, but like, "it could be so much worse." I'm like, it doesn't mean it's not bad.</w:t>
      </w:r>
    </w:p>
    <w:p>
      <w:pPr>
        <w:spacing w:after="0"/>
      </w:pPr>
    </w:p>
    <w:p>
      <w:pPr>
        <w:spacing w:after="0"/>
      </w:pPr>
      <w:r>
        <w:rPr>
          <w:rFonts w:ascii="Arial" w:hAnsi="Arial"/>
          <w:b/>
          <w:sz w:val="22"/>
        </w:rPr>
        <w:t xml:space="preserve">Alice  </w:t>
      </w:r>
      <w:r>
        <w:rPr>
          <w:rFonts w:ascii="Arial" w:hAnsi="Arial"/>
          <w:color w:val="5D7284"/>
          <w:sz w:val="22"/>
        </w:rPr>
        <w:t>40:50</w:t>
      </w:r>
    </w:p>
    <w:p>
      <w:pPr>
        <w:spacing w:after="0"/>
      </w:pPr>
      <w:r>
        <w:rPr>
          <w:rFonts w:ascii="Arial" w:hAnsi="Arial"/>
          <w:sz w:val="22"/>
        </w:rPr>
        <w:t xml:space="preserve">I think. I think that was essentially the phrase was, "it could be so much... it could be worse at least you're not in a wheelchair" or something like that. And I was like mum, "but there's this shit Lucy can do that I can't do.." This is not a this is not a "oh, you know, it's worse to be in this situation." </w:t>
      </w:r>
    </w:p>
    <w:p>
      <w:pPr>
        <w:spacing w:after="0"/>
      </w:pPr>
    </w:p>
    <w:p>
      <w:pPr>
        <w:spacing w:after="0"/>
      </w:pPr>
      <w:r>
        <w:rPr>
          <w:rFonts w:ascii="Arial" w:hAnsi="Arial"/>
          <w:b/>
          <w:sz w:val="22"/>
        </w:rPr>
        <w:t xml:space="preserve">Lucy  </w:t>
      </w:r>
      <w:r>
        <w:rPr>
          <w:rFonts w:ascii="Arial" w:hAnsi="Arial"/>
          <w:color w:val="5D7284"/>
          <w:sz w:val="22"/>
        </w:rPr>
        <w:t>41:09</w:t>
      </w:r>
    </w:p>
    <w:p>
      <w:pPr>
        <w:spacing w:after="0"/>
      </w:pPr>
      <w:r>
        <w:rPr>
          <w:rFonts w:ascii="Arial" w:hAnsi="Arial"/>
          <w:sz w:val="22"/>
        </w:rPr>
        <w:t>I liketo think Alice that we are together we make... we are Alice and Lucy. And together we make one fully formed human. (laughs) But you know...</w:t>
      </w:r>
    </w:p>
    <w:p>
      <w:pPr>
        <w:spacing w:after="0"/>
      </w:pPr>
    </w:p>
    <w:p>
      <w:pPr>
        <w:spacing w:after="0"/>
      </w:pPr>
      <w:r>
        <w:rPr>
          <w:rFonts w:ascii="Arial" w:hAnsi="Arial"/>
          <w:b/>
          <w:sz w:val="22"/>
        </w:rPr>
        <w:t xml:space="preserve">Rebecca  </w:t>
      </w:r>
      <w:r>
        <w:rPr>
          <w:rFonts w:ascii="Arial" w:hAnsi="Arial"/>
          <w:color w:val="5D7284"/>
          <w:sz w:val="22"/>
        </w:rPr>
        <w:t>41:18</w:t>
      </w:r>
    </w:p>
    <w:p>
      <w:pPr>
        <w:spacing w:after="0"/>
      </w:pPr>
      <w:r>
        <w:rPr>
          <w:rFonts w:ascii="Arial" w:hAnsi="Arial"/>
          <w:sz w:val="22"/>
        </w:rPr>
        <w:t xml:space="preserve"> I once made a joke about that. When I was in a meeting with some of the disability students, and one of the more senior staff members just gawked, because I just went, "Well look between us I said, you can't see, I can kind of walk. Like, Melody's got a hole in her back. But it's fine, (Lucy laughs) because between us all, we make quite one competent PhD student. (Lucy laughs) Just so happens that we're all just kind of split into these different groups. Yeah,</w:t>
      </w:r>
    </w:p>
    <w:p>
      <w:pPr>
        <w:spacing w:after="0"/>
      </w:pPr>
    </w:p>
    <w:p>
      <w:pPr>
        <w:spacing w:after="0"/>
      </w:pPr>
      <w:r>
        <w:rPr>
          <w:rFonts w:ascii="Arial" w:hAnsi="Arial"/>
          <w:b/>
          <w:sz w:val="22"/>
        </w:rPr>
        <w:t xml:space="preserve">Lucy  </w:t>
      </w:r>
      <w:r>
        <w:rPr>
          <w:rFonts w:ascii="Arial" w:hAnsi="Arial"/>
          <w:color w:val="5D7284"/>
          <w:sz w:val="22"/>
        </w:rPr>
        <w:t>41:46</w:t>
      </w:r>
    </w:p>
    <w:p>
      <w:pPr>
        <w:spacing w:after="0"/>
      </w:pPr>
      <w:r>
        <w:rPr>
          <w:rFonts w:ascii="Arial" w:hAnsi="Arial"/>
          <w:sz w:val="22"/>
        </w:rPr>
        <w:t>Exactly. Yeah.,Yeah   (Alice) Cobble one useful person together out of all of our rejects. Bit like Frankenstein's monster.</w:t>
      </w:r>
    </w:p>
    <w:p>
      <w:pPr>
        <w:spacing w:after="0"/>
      </w:pPr>
    </w:p>
    <w:p>
      <w:pPr>
        <w:spacing w:after="0"/>
      </w:pPr>
      <w:r>
        <w:rPr>
          <w:rFonts w:ascii="Arial" w:hAnsi="Arial"/>
          <w:b/>
          <w:sz w:val="22"/>
        </w:rPr>
        <w:t xml:space="preserve">Rebecca  </w:t>
      </w:r>
      <w:r>
        <w:rPr>
          <w:rFonts w:ascii="Arial" w:hAnsi="Arial"/>
          <w:color w:val="5D7284"/>
          <w:sz w:val="22"/>
        </w:rPr>
        <w:t>41:54</w:t>
      </w:r>
    </w:p>
    <w:p>
      <w:pPr>
        <w:spacing w:after="0"/>
      </w:pPr>
      <w:r>
        <w:rPr>
          <w:rFonts w:ascii="Arial" w:hAnsi="Arial"/>
          <w:sz w:val="22"/>
        </w:rPr>
        <w:t>Yeah. You can tell us well..</w:t>
      </w:r>
    </w:p>
    <w:p>
      <w:pPr>
        <w:spacing w:after="0"/>
      </w:pPr>
    </w:p>
    <w:p>
      <w:pPr>
        <w:spacing w:after="0"/>
      </w:pPr>
      <w:r>
        <w:rPr>
          <w:rFonts w:ascii="Arial" w:hAnsi="Arial"/>
          <w:b/>
          <w:sz w:val="22"/>
        </w:rPr>
        <w:t xml:space="preserve">Alice  </w:t>
      </w:r>
      <w:r>
        <w:rPr>
          <w:rFonts w:ascii="Arial" w:hAnsi="Arial"/>
          <w:color w:val="5D7284"/>
          <w:sz w:val="22"/>
        </w:rPr>
        <w:t>41:56</w:t>
      </w:r>
    </w:p>
    <w:p>
      <w:pPr>
        <w:spacing w:after="0"/>
      </w:pPr>
      <w:r>
        <w:rPr>
          <w:rFonts w:ascii="Arial" w:hAnsi="Arial"/>
          <w:sz w:val="22"/>
        </w:rPr>
        <w:t>Frankinstein's a disabled person. (Lucy) Yeah.</w:t>
      </w:r>
    </w:p>
    <w:p>
      <w:pPr>
        <w:spacing w:after="0"/>
      </w:pPr>
    </w:p>
    <w:p>
      <w:pPr>
        <w:spacing w:after="0"/>
      </w:pPr>
      <w:r>
        <w:rPr>
          <w:rFonts w:ascii="Arial" w:hAnsi="Arial"/>
          <w:b/>
          <w:sz w:val="22"/>
        </w:rPr>
        <w:t xml:space="preserve">Rebecca  </w:t>
      </w:r>
      <w:r>
        <w:rPr>
          <w:rFonts w:ascii="Arial" w:hAnsi="Arial"/>
          <w:color w:val="5D7284"/>
          <w:sz w:val="22"/>
        </w:rPr>
        <w:t>42:00</w:t>
      </w:r>
    </w:p>
    <w:p>
      <w:pPr>
        <w:spacing w:after="0"/>
      </w:pPr>
      <w:r>
        <w:rPr>
          <w:rFonts w:ascii="Arial" w:hAnsi="Arial"/>
          <w:sz w:val="22"/>
        </w:rPr>
        <w:t>Yeah, you can tell like when, when I'm at uni, and if something isn't accessible, you could tell it's the same little group of us like to sell phd to you and be like, Yeah, but isn't available online. Are you going to record it? Please? Can you share the slides? Like just very basically? Yeah,</w:t>
      </w:r>
    </w:p>
    <w:p>
      <w:pPr>
        <w:spacing w:after="0"/>
      </w:pPr>
    </w:p>
    <w:p>
      <w:pPr>
        <w:spacing w:after="0"/>
      </w:pPr>
      <w:r>
        <w:rPr>
          <w:rFonts w:ascii="Arial" w:hAnsi="Arial"/>
          <w:b/>
          <w:sz w:val="22"/>
        </w:rPr>
        <w:t xml:space="preserve">Alice  </w:t>
      </w:r>
      <w:r>
        <w:rPr>
          <w:rFonts w:ascii="Arial" w:hAnsi="Arial"/>
          <w:color w:val="5D7284"/>
          <w:sz w:val="22"/>
        </w:rPr>
        <w:t>42:16</w:t>
      </w:r>
    </w:p>
    <w:p>
      <w:pPr>
        <w:spacing w:after="0"/>
      </w:pPr>
      <w:r>
        <w:rPr>
          <w:rFonts w:ascii="Arial" w:hAnsi="Arial"/>
          <w:sz w:val="22"/>
        </w:rPr>
        <w:t>I had the I had a cover. So we were trying to arrange a like working lunch thing for quite a big group of us. And someone was like, what about this Vietnamese place? It's really good, but it's not accessible. And I just piped up,</w:t>
      </w:r>
    </w:p>
    <w:p>
      <w:pPr>
        <w:spacing w:after="0"/>
      </w:pPr>
    </w:p>
    <w:p>
      <w:pPr>
        <w:spacing w:after="0"/>
      </w:pPr>
      <w:r>
        <w:rPr>
          <w:rFonts w:ascii="Arial" w:hAnsi="Arial"/>
          <w:b/>
          <w:sz w:val="22"/>
        </w:rPr>
        <w:t xml:space="preserve">Lucy  </w:t>
      </w:r>
      <w:r>
        <w:rPr>
          <w:rFonts w:ascii="Arial" w:hAnsi="Arial"/>
          <w:color w:val="5D7284"/>
          <w:sz w:val="22"/>
        </w:rPr>
        <w:t>42:31</w:t>
      </w:r>
    </w:p>
    <w:p>
      <w:pPr>
        <w:spacing w:after="0"/>
      </w:pPr>
      <w:r>
        <w:rPr>
          <w:rFonts w:ascii="Arial" w:hAnsi="Arial"/>
          <w:sz w:val="22"/>
        </w:rPr>
        <w:t>Well thats just not good enough then is it?</w:t>
      </w:r>
    </w:p>
    <w:p>
      <w:pPr>
        <w:spacing w:after="0"/>
      </w:pPr>
    </w:p>
    <w:p>
      <w:pPr>
        <w:spacing w:after="0"/>
      </w:pPr>
      <w:r>
        <w:rPr>
          <w:rFonts w:ascii="Arial" w:hAnsi="Arial"/>
          <w:b/>
          <w:sz w:val="22"/>
        </w:rPr>
        <w:t xml:space="preserve">Rebecca  </w:t>
      </w:r>
      <w:r>
        <w:rPr>
          <w:rFonts w:ascii="Arial" w:hAnsi="Arial"/>
          <w:color w:val="5D7284"/>
          <w:sz w:val="22"/>
        </w:rPr>
        <w:t>42:34</w:t>
      </w:r>
    </w:p>
    <w:p>
      <w:pPr>
        <w:spacing w:after="0"/>
      </w:pPr>
      <w:r>
        <w:rPr>
          <w:rFonts w:ascii="Arial" w:hAnsi="Arial"/>
          <w:sz w:val="22"/>
        </w:rPr>
        <w:t>it's just like, my friend at the minute , yeah,you got it. She's being a TA, like doing seminars on a disability studies course for our school. And she can't get to the front of the classroom because of the tables are in a horseshoe shape. And she's a wheelchair user. It's just like, I've  never noticed, I just turned to my students was like, so here's the irony. I can't get behind the lectern, because because I can't get my wheelchair around. And shes about to teach them about disability studies, like the discipline.</w:t>
      </w:r>
    </w:p>
    <w:p>
      <w:pPr>
        <w:spacing w:after="0"/>
      </w:pPr>
    </w:p>
    <w:p>
      <w:pPr>
        <w:spacing w:after="0"/>
      </w:pPr>
      <w:r>
        <w:rPr>
          <w:rFonts w:ascii="Arial" w:hAnsi="Arial"/>
          <w:b/>
          <w:sz w:val="22"/>
        </w:rPr>
        <w:t xml:space="preserve">Alice  </w:t>
      </w:r>
      <w:r>
        <w:rPr>
          <w:rFonts w:ascii="Arial" w:hAnsi="Arial"/>
          <w:color w:val="5D7284"/>
          <w:sz w:val="22"/>
        </w:rPr>
        <w:t>43:09</w:t>
      </w:r>
    </w:p>
    <w:p>
      <w:pPr>
        <w:spacing w:after="0"/>
      </w:pPr>
      <w:r>
        <w:rPr>
          <w:rFonts w:ascii="Arial" w:hAnsi="Arial"/>
          <w:sz w:val="22"/>
        </w:rPr>
        <w:t>And the thing, the thing about this this woman at work was she literally her email was like, this place does really good food, but it's not accessible. And I was like, so you</w:t>
      </w:r>
    </w:p>
    <w:p>
      <w:pPr>
        <w:spacing w:after="0"/>
      </w:pPr>
    </w:p>
    <w:p>
      <w:pPr>
        <w:spacing w:after="0"/>
      </w:pPr>
      <w:r>
        <w:rPr>
          <w:rFonts w:ascii="Arial" w:hAnsi="Arial"/>
          <w:b/>
          <w:sz w:val="22"/>
        </w:rPr>
        <w:t xml:space="preserve">Lucy  </w:t>
      </w:r>
      <w:r>
        <w:rPr>
          <w:rFonts w:ascii="Arial" w:hAnsi="Arial"/>
          <w:color w:val="5D7284"/>
          <w:sz w:val="22"/>
        </w:rPr>
        <w:t>43:18</w:t>
      </w:r>
    </w:p>
    <w:p>
      <w:pPr>
        <w:spacing w:after="0"/>
      </w:pPr>
      <w:r>
        <w:rPr>
          <w:rFonts w:ascii="Arial" w:hAnsi="Arial"/>
          <w:sz w:val="22"/>
        </w:rPr>
        <w:t xml:space="preserve"> I wont be coming. Sandra, (Lucy laughs) </w:t>
      </w:r>
    </w:p>
    <w:p>
      <w:pPr>
        <w:spacing w:after="0"/>
      </w:pPr>
    </w:p>
    <w:p>
      <w:pPr>
        <w:spacing w:after="0"/>
      </w:pPr>
      <w:r>
        <w:rPr>
          <w:rFonts w:ascii="Arial" w:hAnsi="Arial"/>
          <w:b/>
          <w:sz w:val="22"/>
        </w:rPr>
        <w:t xml:space="preserve">Alice  </w:t>
      </w:r>
      <w:r>
        <w:rPr>
          <w:rFonts w:ascii="Arial" w:hAnsi="Arial"/>
          <w:color w:val="5D7284"/>
          <w:sz w:val="22"/>
        </w:rPr>
        <w:t>43:20</w:t>
      </w:r>
    </w:p>
    <w:p>
      <w:pPr>
        <w:spacing w:after="0"/>
      </w:pPr>
      <w:r>
        <w:rPr>
          <w:rFonts w:ascii="Arial" w:hAnsi="Arial"/>
          <w:sz w:val="22"/>
        </w:rPr>
        <w:t>You've obviously noticed, like, you've noticed that and you've looked at the group of people on this email thread and gone none of these people are wheelchair users. Or we have um  there there are two people who I work with who have an access mobility needs. Yeah. Specifically, like most like level access requirements. And you've looked at and you've got those two people are not in this email thread. So I'm going to suggest this place even though I know it's inaccessible just like just out of principle because I can do stairs but out of fucking principle. I would like no it's inaccessible then I can't acces. Because of what in  accessible fucking means..</w:t>
      </w:r>
    </w:p>
    <w:p>
      <w:pPr>
        <w:spacing w:after="0"/>
      </w:pPr>
    </w:p>
    <w:p>
      <w:pPr>
        <w:spacing w:after="0"/>
      </w:pPr>
      <w:r>
        <w:rPr>
          <w:rFonts w:ascii="Arial" w:hAnsi="Arial"/>
          <w:b/>
          <w:sz w:val="22"/>
        </w:rPr>
        <w:t xml:space="preserve">Rebecca  </w:t>
      </w:r>
      <w:r>
        <w:rPr>
          <w:rFonts w:ascii="Arial" w:hAnsi="Arial"/>
          <w:color w:val="5D7284"/>
          <w:sz w:val="22"/>
        </w:rPr>
        <w:t>44:07</w:t>
      </w:r>
    </w:p>
    <w:p>
      <w:pPr>
        <w:spacing w:after="0"/>
      </w:pPr>
      <w:r>
        <w:rPr>
          <w:rFonts w:ascii="Arial" w:hAnsi="Arial"/>
          <w:sz w:val="22"/>
        </w:rPr>
        <w:t>Yeah. And the other times where I'm just like, okay, so you put it in this lecture theatre? Cool. There's two wheelchair users coming to this and one wheelchair space and the whole lecture theater. I mean, do you need us to prop the door open? Like, what do you want us to do?</w:t>
      </w:r>
    </w:p>
    <w:p>
      <w:pPr>
        <w:spacing w:after="0"/>
      </w:pPr>
    </w:p>
    <w:p>
      <w:pPr>
        <w:spacing w:after="0"/>
      </w:pPr>
      <w:r>
        <w:rPr>
          <w:rFonts w:ascii="Arial" w:hAnsi="Arial"/>
          <w:b/>
          <w:sz w:val="22"/>
        </w:rPr>
        <w:t xml:space="preserve">Alice  </w:t>
      </w:r>
      <w:r>
        <w:rPr>
          <w:rFonts w:ascii="Arial" w:hAnsi="Arial"/>
          <w:color w:val="5D7284"/>
          <w:sz w:val="22"/>
        </w:rPr>
        <w:t>44:23</w:t>
      </w:r>
    </w:p>
    <w:p>
      <w:pPr>
        <w:spacing w:after="0"/>
      </w:pPr>
      <w:r>
        <w:rPr>
          <w:rFonts w:ascii="Arial" w:hAnsi="Arial"/>
          <w:sz w:val="22"/>
        </w:rPr>
        <w:t>Yes, it was it. I think Emily Pommery Smith, who's a former Labour candidate who we had on the show, gosh, back in 2020. Autumn 2021, I think yeah. She who said she got invited to a speaking event. And there was her and another wheelchair user there who had been invited to the speaking event, and there was no ramp up to the stage. We're just like,Hi Hi we're here</w:t>
      </w:r>
    </w:p>
    <w:p>
      <w:pPr>
        <w:spacing w:after="0"/>
      </w:pPr>
    </w:p>
    <w:p>
      <w:pPr>
        <w:spacing w:after="0"/>
      </w:pPr>
      <w:r>
        <w:rPr>
          <w:rFonts w:ascii="Arial" w:hAnsi="Arial"/>
          <w:b/>
          <w:sz w:val="22"/>
        </w:rPr>
        <w:t xml:space="preserve">Lucy  </w:t>
      </w:r>
      <w:r>
        <w:rPr>
          <w:rFonts w:ascii="Arial" w:hAnsi="Arial"/>
          <w:color w:val="5D7284"/>
          <w:sz w:val="22"/>
        </w:rPr>
        <w:t>44:52</w:t>
      </w:r>
    </w:p>
    <w:p>
      <w:pPr>
        <w:spacing w:after="0"/>
      </w:pPr>
      <w:r>
        <w:rPr>
          <w:rFonts w:ascii="Arial" w:hAnsi="Arial"/>
          <w:sz w:val="22"/>
        </w:rPr>
        <w:t xml:space="preserve"> I don't know whether I told you about the time I won an award when I was at college. So I was about I'm 17 /18 . And I'd, I'd been shortlisted for Student of the Year. Absolute geek. What can I say? I didn't win. They gave me an alarm clock as a prize, which was most miffed about, but we got,</w:t>
      </w:r>
    </w:p>
    <w:p>
      <w:pPr>
        <w:spacing w:after="0"/>
      </w:pPr>
    </w:p>
    <w:p>
      <w:pPr>
        <w:spacing w:after="0"/>
      </w:pPr>
      <w:r>
        <w:rPr>
          <w:rFonts w:ascii="Arial" w:hAnsi="Arial"/>
          <w:b/>
          <w:sz w:val="22"/>
        </w:rPr>
        <w:t xml:space="preserve">Alice  </w:t>
      </w:r>
      <w:r>
        <w:rPr>
          <w:rFonts w:ascii="Arial" w:hAnsi="Arial"/>
          <w:color w:val="5D7284"/>
          <w:sz w:val="22"/>
        </w:rPr>
        <w:t>45:18</w:t>
      </w:r>
    </w:p>
    <w:p>
      <w:pPr>
        <w:spacing w:after="0"/>
      </w:pPr>
      <w:r>
        <w:rPr>
          <w:rFonts w:ascii="Arial" w:hAnsi="Arial"/>
          <w:sz w:val="22"/>
        </w:rPr>
        <w:t>like insult to injury. Yeah.</w:t>
      </w:r>
    </w:p>
    <w:p>
      <w:pPr>
        <w:spacing w:after="0"/>
      </w:pPr>
    </w:p>
    <w:p>
      <w:pPr>
        <w:spacing w:after="0"/>
      </w:pPr>
      <w:r>
        <w:rPr>
          <w:rFonts w:ascii="Arial" w:hAnsi="Arial"/>
          <w:b/>
          <w:sz w:val="22"/>
        </w:rPr>
        <w:t xml:space="preserve">Lucy  </w:t>
      </w:r>
      <w:r>
        <w:rPr>
          <w:rFonts w:ascii="Arial" w:hAnsi="Arial"/>
          <w:color w:val="5D7284"/>
          <w:sz w:val="22"/>
        </w:rPr>
        <w:t>45:21</w:t>
      </w:r>
    </w:p>
    <w:p>
      <w:pPr>
        <w:spacing w:after="0"/>
      </w:pPr>
      <w:r>
        <w:rPr>
          <w:rFonts w:ascii="Arial" w:hAnsi="Arial"/>
          <w:sz w:val="22"/>
        </w:rPr>
        <w:t>We got there. And I was with the head of the campus at the time. And my lecturer, who is also a very good friend of mine now. We'd see each other a lot. And he, we got we get through this thing, and it was in a stately home place, I think. And I was like, oh, where's the lift? And we're like, what lift? I said, well, where's the ceremony? They went up that flight of stairs. I was like, okay, so how do I ?</w:t>
      </w:r>
    </w:p>
    <w:p>
      <w:pPr>
        <w:spacing w:after="0"/>
      </w:pPr>
    </w:p>
    <w:p>
      <w:pPr>
        <w:spacing w:after="0"/>
      </w:pPr>
      <w:r>
        <w:rPr>
          <w:rFonts w:ascii="Arial" w:hAnsi="Arial"/>
          <w:b/>
          <w:sz w:val="22"/>
        </w:rPr>
        <w:t xml:space="preserve">Alice  </w:t>
      </w:r>
      <w:r>
        <w:rPr>
          <w:rFonts w:ascii="Arial" w:hAnsi="Arial"/>
          <w:color w:val="5D7284"/>
          <w:sz w:val="22"/>
        </w:rPr>
        <w:t>45:55</w:t>
      </w:r>
    </w:p>
    <w:p>
      <w:pPr>
        <w:spacing w:after="0"/>
      </w:pPr>
      <w:r>
        <w:rPr>
          <w:rFonts w:ascii="Arial" w:hAnsi="Arial"/>
          <w:sz w:val="22"/>
        </w:rPr>
        <w:t>I mean you just get out your wheelchair and walk up the stairs.</w:t>
      </w:r>
    </w:p>
    <w:p>
      <w:pPr>
        <w:spacing w:after="0"/>
      </w:pPr>
    </w:p>
    <w:p>
      <w:pPr>
        <w:spacing w:after="0"/>
      </w:pPr>
      <w:r>
        <w:rPr>
          <w:rFonts w:ascii="Arial" w:hAnsi="Arial"/>
          <w:b/>
          <w:sz w:val="22"/>
        </w:rPr>
        <w:t xml:space="preserve">Lucy  </w:t>
      </w:r>
      <w:r>
        <w:rPr>
          <w:rFonts w:ascii="Arial" w:hAnsi="Arial"/>
          <w:color w:val="5D7284"/>
          <w:sz w:val="22"/>
        </w:rPr>
        <w:t>45:57</w:t>
      </w:r>
    </w:p>
    <w:p>
      <w:pPr>
        <w:spacing w:after="0"/>
      </w:pPr>
      <w:r>
        <w:rPr>
          <w:rFonts w:ascii="Arial" w:hAnsi="Arial"/>
          <w:sz w:val="22"/>
        </w:rPr>
        <w:t>My friend bless him Chris, Chris,  ALICE: I'm gonna saydid someone carry you?Lucy   carried me over his shoulder.ALICE Jesus fucking christ! LUCY   and my shoe fell off in front of everybody. And I was I was more bothered about the fact that the shoe had fallen off than he'd had to carry me. I mean, I was a lot lighter, then he wouldn't be able to do it now. But he would try bless him. Yeah, it's just interesting. Yeah,</w:t>
      </w:r>
    </w:p>
    <w:p>
      <w:pPr>
        <w:spacing w:after="0"/>
      </w:pPr>
    </w:p>
    <w:p>
      <w:pPr>
        <w:spacing w:after="0"/>
      </w:pPr>
      <w:r>
        <w:rPr>
          <w:rFonts w:ascii="Arial" w:hAnsi="Arial"/>
          <w:b/>
          <w:sz w:val="22"/>
        </w:rPr>
        <w:t xml:space="preserve">Alice  </w:t>
      </w:r>
      <w:r>
        <w:rPr>
          <w:rFonts w:ascii="Arial" w:hAnsi="Arial"/>
          <w:color w:val="5D7284"/>
          <w:sz w:val="22"/>
        </w:rPr>
        <w:t>46:25</w:t>
      </w:r>
    </w:p>
    <w:p>
      <w:pPr>
        <w:spacing w:after="0"/>
      </w:pPr>
      <w:r>
        <w:rPr>
          <w:rFonts w:ascii="Arial" w:hAnsi="Arial"/>
          <w:sz w:val="22"/>
        </w:rPr>
        <w:t>I'd be livid ,absolutely. Just in in rage.</w:t>
      </w:r>
    </w:p>
    <w:p>
      <w:pPr>
        <w:spacing w:after="0"/>
      </w:pPr>
    </w:p>
    <w:p>
      <w:pPr>
        <w:spacing w:after="0"/>
      </w:pPr>
      <w:r>
        <w:rPr>
          <w:rFonts w:ascii="Arial" w:hAnsi="Arial"/>
          <w:b/>
          <w:sz w:val="22"/>
        </w:rPr>
        <w:t xml:space="preserve">Lucy  </w:t>
      </w:r>
      <w:r>
        <w:rPr>
          <w:rFonts w:ascii="Arial" w:hAnsi="Arial"/>
          <w:color w:val="5D7284"/>
          <w:sz w:val="22"/>
        </w:rPr>
        <w:t>46:29</w:t>
      </w:r>
    </w:p>
    <w:p>
      <w:pPr>
        <w:spacing w:after="0"/>
      </w:pPr>
      <w:r>
        <w:rPr>
          <w:rFonts w:ascii="Arial" w:hAnsi="Arial"/>
          <w:sz w:val="22"/>
        </w:rPr>
        <w:t>There was a there is a very well known award ceremony that happens every year where people are invited to the shortlist event. And I know I've never been invited to I've never been shortlisted for this event. But I know from people who've been before that where they hold the shortlist event, it's completely inaccessible considering they've got 100 disabled people in the same room. There's no like one disabled toilet.</w:t>
      </w:r>
    </w:p>
    <w:p>
      <w:pPr>
        <w:spacing w:after="0"/>
      </w:pPr>
    </w:p>
    <w:p>
      <w:pPr>
        <w:spacing w:after="0"/>
      </w:pPr>
      <w:r>
        <w:rPr>
          <w:rFonts w:ascii="Arial" w:hAnsi="Arial"/>
          <w:b/>
          <w:sz w:val="22"/>
        </w:rPr>
        <w:t xml:space="preserve">Alice  </w:t>
      </w:r>
      <w:r>
        <w:rPr>
          <w:rFonts w:ascii="Arial" w:hAnsi="Arial"/>
          <w:color w:val="5D7284"/>
          <w:sz w:val="22"/>
        </w:rPr>
        <w:t>46:58</w:t>
      </w:r>
    </w:p>
    <w:p>
      <w:pPr>
        <w:spacing w:after="0"/>
      </w:pPr>
      <w:r>
        <w:rPr>
          <w:rFonts w:ascii="Arial" w:hAnsi="Arial"/>
          <w:sz w:val="22"/>
        </w:rPr>
        <w:t>Is it the is it the specific? The specific the award ceremony that I think that where they specifically invite 100 specifically disabled people? LUCY  Yes. Yeah. Yeah,</w:t>
      </w:r>
    </w:p>
    <w:p>
      <w:pPr>
        <w:spacing w:after="0"/>
      </w:pPr>
    </w:p>
    <w:p>
      <w:pPr>
        <w:spacing w:after="0"/>
      </w:pPr>
      <w:r>
        <w:rPr>
          <w:rFonts w:ascii="Arial" w:hAnsi="Arial"/>
          <w:b/>
          <w:sz w:val="22"/>
        </w:rPr>
        <w:t xml:space="preserve">Rebecca  </w:t>
      </w:r>
      <w:r>
        <w:rPr>
          <w:rFonts w:ascii="Arial" w:hAnsi="Arial"/>
          <w:color w:val="5D7284"/>
          <w:sz w:val="22"/>
        </w:rPr>
        <w:t>47:11</w:t>
      </w:r>
    </w:p>
    <w:p>
      <w:pPr>
        <w:spacing w:after="0"/>
      </w:pPr>
      <w:r>
        <w:rPr>
          <w:rFonts w:ascii="Arial" w:hAnsi="Arial"/>
          <w:sz w:val="22"/>
        </w:rPr>
        <w:t>I think I'm  also thinking of the same one.</w:t>
      </w:r>
    </w:p>
    <w:p>
      <w:pPr>
        <w:spacing w:after="0"/>
      </w:pPr>
    </w:p>
    <w:p>
      <w:pPr>
        <w:spacing w:after="0"/>
      </w:pPr>
      <w:r>
        <w:rPr>
          <w:rFonts w:ascii="Arial" w:hAnsi="Arial"/>
          <w:b/>
          <w:sz w:val="22"/>
        </w:rPr>
        <w:t xml:space="preserve">Lucy  </w:t>
      </w:r>
      <w:r>
        <w:rPr>
          <w:rFonts w:ascii="Arial" w:hAnsi="Arial"/>
          <w:color w:val="5D7284"/>
          <w:sz w:val="22"/>
        </w:rPr>
        <w:t>47:16</w:t>
      </w:r>
    </w:p>
    <w:p>
      <w:pPr>
        <w:spacing w:after="0"/>
      </w:pPr>
      <w:r>
        <w:rPr>
          <w:rFonts w:ascii="Arial" w:hAnsi="Arial"/>
          <w:sz w:val="22"/>
        </w:rPr>
        <w:t xml:space="preserve">ALICE I just think that's interesting. That's very interesting.LUCY: You are you are, you're a disability organization. And yet, you make a big song and dance about this every year. And you just make the people that you've invited very uncomfortable for the whole two hours, you're there reading off this list. You know, unbelievable. Absolutely. Unbelievable. But yes, having to be carried up the stairs.To find out I 'd not won anyway to be like, I was like, Are you kidding me? Are you kidding me? </w:t>
      </w:r>
    </w:p>
    <w:p>
      <w:pPr>
        <w:spacing w:after="0"/>
      </w:pPr>
    </w:p>
    <w:p>
      <w:pPr>
        <w:spacing w:after="0"/>
      </w:pPr>
      <w:r>
        <w:rPr>
          <w:rFonts w:ascii="Arial" w:hAnsi="Arial"/>
          <w:b/>
          <w:sz w:val="22"/>
        </w:rPr>
        <w:t xml:space="preserve">Alice  </w:t>
      </w:r>
      <w:r>
        <w:rPr>
          <w:rFonts w:ascii="Arial" w:hAnsi="Arial"/>
          <w:color w:val="5D7284"/>
          <w:sz w:val="22"/>
        </w:rPr>
        <w:t>47:49</w:t>
      </w:r>
    </w:p>
    <w:p>
      <w:pPr>
        <w:spacing w:after="0"/>
      </w:pPr>
      <w:r>
        <w:rPr>
          <w:rFonts w:ascii="Arial" w:hAnsi="Arial"/>
          <w:sz w:val="22"/>
        </w:rPr>
        <w:t>It's just it's just logical. I do not understand the logic of people where they go, oh, yeah, lesson by this disabled person to somewhere that they can't go.Why?</w:t>
      </w:r>
    </w:p>
    <w:p>
      <w:pPr>
        <w:spacing w:after="0"/>
      </w:pPr>
    </w:p>
    <w:p>
      <w:pPr>
        <w:spacing w:after="0"/>
      </w:pPr>
      <w:r>
        <w:rPr>
          <w:rFonts w:ascii="Arial" w:hAnsi="Arial"/>
          <w:b/>
          <w:sz w:val="22"/>
        </w:rPr>
        <w:t xml:space="preserve">Lucy  </w:t>
      </w:r>
      <w:r>
        <w:rPr>
          <w:rFonts w:ascii="Arial" w:hAnsi="Arial"/>
          <w:color w:val="5D7284"/>
          <w:sz w:val="22"/>
        </w:rPr>
        <w:t>48:01</w:t>
      </w:r>
    </w:p>
    <w:p>
      <w:pPr>
        <w:spacing w:after="0"/>
      </w:pPr>
      <w:r>
        <w:rPr>
          <w:rFonts w:ascii="Arial" w:hAnsi="Arial"/>
          <w:sz w:val="22"/>
        </w:rPr>
        <w:t>And it but what I what I love doing is letting them letting the realisation dawn on them for themselves. So I will stand there and not say a word. Because I already know that I can turn up at places. And before I even get out the car I'm like I'm not going to be able to get in  here because I can just tell by the state of the building that the Yeah, you've got a lift or a brown port in anywhere near this building in the last 100 years. So I stand there, like and then it dawns on them. Oh, shit. Lucy's here Oh, shit, she's in a wheelchair. Oh, shit. erm  where we need her to be is up or down a flight of stairs? Oh, shit, what do I do now? And then there's this er er er !! that noise for about half an hour whilst they scramble around and then eventually they come to me and go. I'm terribly sorry. There's been some oversight who was that by Sandra? who was that by? was it you? was it? it's all right, love. Yeah, I know, there have been times where I have left events because they, yeah and  I've purely kept quiet, well I just left them like, It's  not like you're gonna say I'm really sorry. What they want me to say is it's okay. It's alright. And I won't do it. To stand there. Like,</w:t>
      </w:r>
    </w:p>
    <w:p>
      <w:pPr>
        <w:spacing w:after="0"/>
      </w:pPr>
    </w:p>
    <w:p>
      <w:pPr>
        <w:spacing w:after="0"/>
      </w:pPr>
      <w:r>
        <w:rPr>
          <w:rFonts w:ascii="Arial" w:hAnsi="Arial"/>
          <w:b/>
          <w:sz w:val="22"/>
        </w:rPr>
        <w:t xml:space="preserve">Alice  </w:t>
      </w:r>
      <w:r>
        <w:rPr>
          <w:rFonts w:ascii="Arial" w:hAnsi="Arial"/>
          <w:color w:val="5D7284"/>
          <w:sz w:val="22"/>
        </w:rPr>
        <w:t>49:28</w:t>
      </w:r>
    </w:p>
    <w:p>
      <w:pPr>
        <w:spacing w:after="0"/>
      </w:pPr>
      <w:r>
        <w:rPr>
          <w:rFonts w:ascii="Arial" w:hAnsi="Arial"/>
          <w:sz w:val="22"/>
        </w:rPr>
        <w:t>it's, it's funny as well, because I'm sitting here like, and going, how would How can you invite disabled person to an inaccessible event space? And it's making me think about our Rosie Jones debacle where I invited a wheelchair user to a place that was not accessible to a wheelchair user. But I assumed because again, going kind of back to this I assumed that because it was a disabled comic so it would be A disabled access venue. And I think that's the thing is you sort of assume if someone's gone to the trouble to invite a disabled person, that they've had the half a second thought that it the disabled person can use the space. If they're listening clearly  they did not. I think that's the thing is people do people do that, like they just, they just invite you. And it's like, is that because they're not registering? That you're a wheelchair user? And that means that you might have certain requirements? Or are they just assuming that you'll work it out? When you get there? Like, what? Or? Or is it not even crossed their minds, they've just got to it's loose, like they've gone. They've seen your name, and gone we'll invite her and not done any further consideration that this person could possibly be a wheelchair user. I don't I don't have the answer to that question.</w:t>
      </w:r>
    </w:p>
    <w:p>
      <w:pPr>
        <w:spacing w:after="0"/>
      </w:pPr>
    </w:p>
    <w:p>
      <w:pPr>
        <w:spacing w:after="0"/>
      </w:pPr>
      <w:r>
        <w:rPr>
          <w:rFonts w:ascii="Arial" w:hAnsi="Arial"/>
          <w:b/>
          <w:sz w:val="22"/>
        </w:rPr>
        <w:t xml:space="preserve">Lucy  </w:t>
      </w:r>
      <w:r>
        <w:rPr>
          <w:rFonts w:ascii="Arial" w:hAnsi="Arial"/>
          <w:color w:val="5D7284"/>
          <w:sz w:val="22"/>
        </w:rPr>
        <w:t>50:59</w:t>
      </w:r>
    </w:p>
    <w:p>
      <w:pPr>
        <w:spacing w:after="0"/>
      </w:pPr>
      <w:r>
        <w:rPr>
          <w:rFonts w:ascii="Arial" w:hAnsi="Arial"/>
          <w:sz w:val="22"/>
        </w:rPr>
        <w:t>I do I do think that should be standard, you know, how people say, it's become like, relatively common practice now to go, what's your pronouns? That kind of thing? I think it should just become standard practice to go, do you have an access need? Is there anything we can do?</w:t>
      </w:r>
    </w:p>
    <w:p>
      <w:pPr>
        <w:spacing w:after="0"/>
      </w:pPr>
    </w:p>
    <w:p>
      <w:pPr>
        <w:spacing w:after="0"/>
      </w:pPr>
      <w:r>
        <w:rPr>
          <w:rFonts w:ascii="Arial" w:hAnsi="Arial"/>
          <w:b/>
          <w:sz w:val="22"/>
        </w:rPr>
        <w:t xml:space="preserve">Alice  </w:t>
      </w:r>
      <w:r>
        <w:rPr>
          <w:rFonts w:ascii="Arial" w:hAnsi="Arial"/>
          <w:color w:val="5D7284"/>
          <w:sz w:val="22"/>
        </w:rPr>
        <w:t>51:16</w:t>
      </w:r>
    </w:p>
    <w:p>
      <w:pPr>
        <w:spacing w:after="0"/>
      </w:pPr>
      <w:r>
        <w:rPr>
          <w:rFonts w:ascii="Arial" w:hAnsi="Arial"/>
          <w:sz w:val="22"/>
        </w:rPr>
        <w:t>The Equality Act says that reasonable adjustments should be anticipatory. So they should not have to? Like, they should not have to make changes because a person with an access need needs to use their service. No one wants should be in place already? Because that's whats worrying me.</w:t>
      </w:r>
    </w:p>
    <w:p>
      <w:pPr>
        <w:spacing w:after="0"/>
      </w:pPr>
    </w:p>
    <w:p>
      <w:pPr>
        <w:spacing w:after="0"/>
      </w:pPr>
      <w:r>
        <w:rPr>
          <w:rFonts w:ascii="Arial" w:hAnsi="Arial"/>
          <w:b/>
          <w:sz w:val="22"/>
        </w:rPr>
        <w:t xml:space="preserve">Lucy  </w:t>
      </w:r>
      <w:r>
        <w:rPr>
          <w:rFonts w:ascii="Arial" w:hAnsi="Arial"/>
          <w:color w:val="5D7284"/>
          <w:sz w:val="22"/>
        </w:rPr>
        <w:t>51:34</w:t>
      </w:r>
    </w:p>
    <w:p>
      <w:pPr>
        <w:spacing w:after="0"/>
      </w:pPr>
      <w:r>
        <w:rPr>
          <w:rFonts w:ascii="Arial" w:hAnsi="Arial"/>
          <w:sz w:val="22"/>
        </w:rPr>
        <w:t xml:space="preserve">But what I think it does is that acts as a prompt in a conversation to the person who's asking do you have an access need to go away and go, can we just double check that there is a lift? And </w:t>
      </w:r>
    </w:p>
    <w:p>
      <w:pPr>
        <w:spacing w:after="0"/>
      </w:pPr>
    </w:p>
    <w:p>
      <w:pPr>
        <w:spacing w:after="0"/>
      </w:pPr>
      <w:r>
        <w:rPr>
          <w:rFonts w:ascii="Arial" w:hAnsi="Arial"/>
          <w:b/>
          <w:sz w:val="22"/>
        </w:rPr>
        <w:t xml:space="preserve">Alice  </w:t>
      </w:r>
      <w:r>
        <w:rPr>
          <w:rFonts w:ascii="Arial" w:hAnsi="Arial"/>
          <w:color w:val="5D7284"/>
          <w:sz w:val="22"/>
        </w:rPr>
        <w:t>51:48</w:t>
      </w:r>
    </w:p>
    <w:p>
      <w:pPr>
        <w:spacing w:after="0"/>
      </w:pPr>
      <w:r>
        <w:rPr>
          <w:rFonts w:ascii="Arial" w:hAnsi="Arial"/>
          <w:sz w:val="22"/>
        </w:rPr>
        <w:t xml:space="preserve">Rather than putting the onus on us to be like, Hey, this is what I need. </w:t>
      </w:r>
    </w:p>
    <w:p>
      <w:pPr>
        <w:spacing w:after="0"/>
      </w:pPr>
    </w:p>
    <w:p>
      <w:pPr>
        <w:spacing w:after="0"/>
      </w:pPr>
      <w:r>
        <w:rPr>
          <w:rFonts w:ascii="Arial" w:hAnsi="Arial"/>
          <w:b/>
          <w:sz w:val="22"/>
        </w:rPr>
        <w:t xml:space="preserve">Lucy  </w:t>
      </w:r>
      <w:r>
        <w:rPr>
          <w:rFonts w:ascii="Arial" w:hAnsi="Arial"/>
          <w:color w:val="5D7284"/>
          <w:sz w:val="22"/>
        </w:rPr>
        <w:t>51:52</w:t>
      </w:r>
    </w:p>
    <w:p>
      <w:pPr>
        <w:spacing w:after="0"/>
      </w:pPr>
      <w:r>
        <w:rPr>
          <w:rFonts w:ascii="Arial" w:hAnsi="Arial"/>
          <w:sz w:val="22"/>
        </w:rPr>
        <w:t>Yeah yeah or having to go I'm to go I'm really sorry. You know, not even like  I'm really sorry when i get there could you  like, move that when I get there. Can you move this chair out from under the table? Because I won't be able to sit at the table otherwise, that</w:t>
      </w:r>
    </w:p>
    <w:p>
      <w:pPr>
        <w:spacing w:after="0"/>
      </w:pPr>
    </w:p>
    <w:p>
      <w:pPr>
        <w:spacing w:after="0"/>
      </w:pPr>
      <w:r>
        <w:rPr>
          <w:rFonts w:ascii="Arial" w:hAnsi="Arial"/>
          <w:b/>
          <w:sz w:val="22"/>
        </w:rPr>
        <w:t xml:space="preserve">Alice  </w:t>
      </w:r>
      <w:r>
        <w:rPr>
          <w:rFonts w:ascii="Arial" w:hAnsi="Arial"/>
          <w:color w:val="5D7284"/>
          <w:sz w:val="22"/>
        </w:rPr>
        <w:t>52:09</w:t>
      </w:r>
    </w:p>
    <w:p>
      <w:pPr>
        <w:spacing w:after="0"/>
      </w:pPr>
      <w:r>
        <w:rPr>
          <w:rFonts w:ascii="Arial" w:hAnsi="Arial"/>
          <w:sz w:val="22"/>
        </w:rPr>
        <w:t>I went out to dinner with my girlfriends a couple of weeks ago. And when I booked it, I was like, Can we have a really well lit table? Because erm  I'm blind. And we got there. And they were like, oh, we'll put you here because we thought it was a table with the best light. And I said, this is brilliant. This is a really good option. Thank you. About 45 minutes later, because of what time it was in the evening. They turned all the house lights down. LUCY Brilliant! ALICE  And I was like, this used to be a really nicewell lit table!   LUCY laughsNot now!  ALICE sitting in the dark!!.</w:t>
      </w:r>
    </w:p>
    <w:p>
      <w:pPr>
        <w:spacing w:after="0"/>
      </w:pPr>
    </w:p>
    <w:p>
      <w:pPr>
        <w:spacing w:after="0"/>
      </w:pPr>
      <w:r>
        <w:rPr>
          <w:rFonts w:ascii="Arial" w:hAnsi="Arial"/>
          <w:b/>
          <w:sz w:val="22"/>
        </w:rPr>
        <w:t xml:space="preserve">Lucy  </w:t>
      </w:r>
      <w:r>
        <w:rPr>
          <w:rFonts w:ascii="Arial" w:hAnsi="Arial"/>
          <w:color w:val="5D7284"/>
          <w:sz w:val="22"/>
        </w:rPr>
        <w:t>52:38</w:t>
      </w:r>
    </w:p>
    <w:p>
      <w:pPr>
        <w:spacing w:after="0"/>
      </w:pPr>
      <w:r>
        <w:rPr>
          <w:rFonts w:ascii="Arial" w:hAnsi="Arial"/>
          <w:sz w:val="22"/>
        </w:rPr>
        <w:t>You have to like bring a torch just in case.</w:t>
      </w:r>
    </w:p>
    <w:p>
      <w:pPr>
        <w:spacing w:after="0"/>
      </w:pPr>
    </w:p>
    <w:p>
      <w:pPr>
        <w:spacing w:after="0"/>
      </w:pPr>
      <w:r>
        <w:rPr>
          <w:rFonts w:ascii="Arial" w:hAnsi="Arial"/>
          <w:b/>
          <w:sz w:val="22"/>
        </w:rPr>
        <w:t xml:space="preserve">Rebecca  </w:t>
      </w:r>
      <w:r>
        <w:rPr>
          <w:rFonts w:ascii="Arial" w:hAnsi="Arial"/>
          <w:color w:val="5D7284"/>
          <w:sz w:val="22"/>
        </w:rPr>
        <w:t>52:40</w:t>
      </w:r>
    </w:p>
    <w:p>
      <w:pPr>
        <w:spacing w:after="0"/>
      </w:pPr>
      <w:r>
        <w:rPr>
          <w:rFonts w:ascii="Arial" w:hAnsi="Arial"/>
          <w:sz w:val="22"/>
        </w:rPr>
        <w:t>It was like hopefully ther's   a portable desk lamp around.</w:t>
      </w:r>
    </w:p>
    <w:p>
      <w:pPr>
        <w:spacing w:after="0"/>
      </w:pPr>
    </w:p>
    <w:p>
      <w:pPr>
        <w:spacing w:after="0"/>
      </w:pPr>
      <w:r>
        <w:rPr>
          <w:rFonts w:ascii="Arial" w:hAnsi="Arial"/>
          <w:b/>
          <w:sz w:val="22"/>
        </w:rPr>
        <w:t xml:space="preserve">Alice  </w:t>
      </w:r>
      <w:r>
        <w:rPr>
          <w:rFonts w:ascii="Arial" w:hAnsi="Arial"/>
          <w:color w:val="5D7284"/>
          <w:sz w:val="22"/>
        </w:rPr>
        <w:t>52:45</w:t>
      </w:r>
    </w:p>
    <w:p>
      <w:pPr>
        <w:spacing w:after="0"/>
      </w:pPr>
      <w:r>
        <w:rPr>
          <w:rFonts w:ascii="Arial" w:hAnsi="Arial"/>
          <w:sz w:val="22"/>
        </w:rPr>
        <w:t xml:space="preserve">I do have a little foldable lamp . I was laughing I don't know if you saw this when we went for to do the Richard the Third recording Lucy. I brought my little foldable lamp with me. Which I got out when we all went out for lunch with Molly. And I set it up on the table. And I turned it on and nothing happened because I forgot tofucking  charge it. </w:t>
      </w:r>
    </w:p>
    <w:p>
      <w:pPr>
        <w:spacing w:after="0"/>
      </w:pPr>
    </w:p>
    <w:p>
      <w:pPr>
        <w:spacing w:after="0"/>
      </w:pPr>
      <w:r>
        <w:rPr>
          <w:rFonts w:ascii="Arial" w:hAnsi="Arial"/>
          <w:b/>
          <w:sz w:val="22"/>
        </w:rPr>
        <w:t xml:space="preserve">Lucy  </w:t>
      </w:r>
      <w:r>
        <w:rPr>
          <w:rFonts w:ascii="Arial" w:hAnsi="Arial"/>
          <w:color w:val="5D7284"/>
          <w:sz w:val="22"/>
        </w:rPr>
        <w:t>53:03</w:t>
      </w:r>
    </w:p>
    <w:p>
      <w:pPr>
        <w:spacing w:after="0"/>
      </w:pPr>
      <w:r>
        <w:rPr>
          <w:rFonts w:ascii="Arial" w:hAnsi="Arial"/>
          <w:sz w:val="22"/>
        </w:rPr>
        <w:t>No I do  remember I think you were like, Why is this not working? I forgot to charge it.</w:t>
      </w:r>
    </w:p>
    <w:p>
      <w:pPr>
        <w:spacing w:after="0"/>
      </w:pPr>
    </w:p>
    <w:p>
      <w:pPr>
        <w:spacing w:after="0"/>
      </w:pPr>
      <w:r>
        <w:rPr>
          <w:rFonts w:ascii="Arial" w:hAnsi="Arial"/>
          <w:b/>
          <w:sz w:val="22"/>
        </w:rPr>
        <w:t xml:space="preserve">Alice  </w:t>
      </w:r>
      <w:r>
        <w:rPr>
          <w:rFonts w:ascii="Arial" w:hAnsi="Arial"/>
          <w:color w:val="5D7284"/>
          <w:sz w:val="22"/>
        </w:rPr>
        <w:t>53:07</w:t>
      </w:r>
    </w:p>
    <w:p>
      <w:pPr>
        <w:spacing w:after="0"/>
      </w:pPr>
      <w:r>
        <w:rPr>
          <w:rFonts w:ascii="Arial" w:hAnsi="Arial"/>
          <w:sz w:val="22"/>
        </w:rPr>
        <w:t>I forgot to t o charge it? Yeah, yeah.   LUCY   Well done.   I am I'm aware that we've done a lot of talking. And our guest has not done so much talking. So</w:t>
      </w:r>
    </w:p>
    <w:p>
      <w:pPr>
        <w:spacing w:after="0"/>
      </w:pPr>
    </w:p>
    <w:p>
      <w:pPr>
        <w:spacing w:after="0"/>
      </w:pPr>
      <w:r>
        <w:rPr>
          <w:rFonts w:ascii="Arial" w:hAnsi="Arial"/>
          <w:b/>
          <w:sz w:val="22"/>
        </w:rPr>
        <w:t xml:space="preserve">Rebecca  </w:t>
      </w:r>
      <w:r>
        <w:rPr>
          <w:rFonts w:ascii="Arial" w:hAnsi="Arial"/>
          <w:color w:val="5D7284"/>
          <w:sz w:val="22"/>
        </w:rPr>
        <w:t>53:18</w:t>
      </w:r>
    </w:p>
    <w:p>
      <w:pPr>
        <w:spacing w:after="0"/>
      </w:pPr>
      <w:r>
        <w:rPr>
          <w:rFonts w:ascii="Arial" w:hAnsi="Arial"/>
          <w:sz w:val="22"/>
        </w:rPr>
        <w:t>I've been nodding then agreeing  THEY LAUGH</w:t>
      </w:r>
    </w:p>
    <w:p>
      <w:pPr>
        <w:spacing w:after="0"/>
      </w:pPr>
    </w:p>
    <w:p>
      <w:pPr>
        <w:spacing w:after="0"/>
      </w:pPr>
      <w:r>
        <w:rPr>
          <w:rFonts w:ascii="Arial" w:hAnsi="Arial"/>
          <w:b/>
          <w:sz w:val="22"/>
        </w:rPr>
        <w:t xml:space="preserve">Alice  </w:t>
      </w:r>
      <w:r>
        <w:rPr>
          <w:rFonts w:ascii="Arial" w:hAnsi="Arial"/>
          <w:color w:val="5D7284"/>
          <w:sz w:val="22"/>
        </w:rPr>
        <w:t>53:20</w:t>
      </w:r>
    </w:p>
    <w:p>
      <w:pPr>
        <w:spacing w:after="0"/>
      </w:pPr>
      <w:r>
        <w:rPr>
          <w:rFonts w:ascii="Arial" w:hAnsi="Arial"/>
          <w:sz w:val="22"/>
        </w:rPr>
        <w:t>Do you want to tell us a little bit about kind of what what brought you into doing the research that you're doing and kind of what your findings have been?</w:t>
      </w:r>
    </w:p>
    <w:p>
      <w:pPr>
        <w:spacing w:after="0"/>
      </w:pPr>
    </w:p>
    <w:p>
      <w:pPr>
        <w:spacing w:after="0"/>
      </w:pPr>
      <w:r>
        <w:rPr>
          <w:rFonts w:ascii="Arial" w:hAnsi="Arial"/>
          <w:b/>
          <w:sz w:val="22"/>
        </w:rPr>
        <w:t xml:space="preserve">Rebecca  </w:t>
      </w:r>
      <w:r>
        <w:rPr>
          <w:rFonts w:ascii="Arial" w:hAnsi="Arial"/>
          <w:color w:val="5D7284"/>
          <w:sz w:val="22"/>
        </w:rPr>
        <w:t>53:30</w:t>
      </w:r>
    </w:p>
    <w:p>
      <w:pPr>
        <w:spacing w:after="0"/>
      </w:pPr>
      <w:r>
        <w:rPr>
          <w:rFonts w:ascii="Arial" w:hAnsi="Arial"/>
          <w:sz w:val="22"/>
        </w:rPr>
        <w:t>Sure. So like I said, beginning anger. So I went went to claim pip in my second year of uni, I think in my undergrad originally. And I It was very stressful. I cried a lot. Because having to speak  a lot about personal things. And my dad was a paramedic, and he asked me if I was like, oh, dyspraxia Were you born with it? And I was like, it's Developmental Coordination Disorder. So yes, that's</w:t>
      </w:r>
    </w:p>
    <w:p>
      <w:pPr>
        <w:spacing w:after="0"/>
      </w:pPr>
    </w:p>
    <w:p>
      <w:pPr>
        <w:spacing w:after="0"/>
      </w:pPr>
      <w:r>
        <w:rPr>
          <w:rFonts w:ascii="Arial" w:hAnsi="Arial"/>
          <w:b/>
          <w:sz w:val="22"/>
        </w:rPr>
        <w:t xml:space="preserve">Alice  </w:t>
      </w:r>
      <w:r>
        <w:rPr>
          <w:rFonts w:ascii="Arial" w:hAnsi="Arial"/>
          <w:color w:val="5D7284"/>
          <w:sz w:val="22"/>
        </w:rPr>
        <w:t>54:04</w:t>
      </w:r>
    </w:p>
    <w:p>
      <w:pPr>
        <w:spacing w:after="0"/>
      </w:pPr>
      <w:r>
        <w:rPr>
          <w:rFonts w:ascii="Arial" w:hAnsi="Arial"/>
          <w:sz w:val="22"/>
        </w:rPr>
        <w:t>because I kind of assumed so yeah.</w:t>
      </w:r>
    </w:p>
    <w:p>
      <w:pPr>
        <w:spacing w:after="0"/>
      </w:pPr>
    </w:p>
    <w:p>
      <w:pPr>
        <w:spacing w:after="0"/>
      </w:pPr>
      <w:r>
        <w:rPr>
          <w:rFonts w:ascii="Arial" w:hAnsi="Arial"/>
          <w:b/>
          <w:sz w:val="22"/>
        </w:rPr>
        <w:t xml:space="preserve">Rebecca  </w:t>
      </w:r>
      <w:r>
        <w:rPr>
          <w:rFonts w:ascii="Arial" w:hAnsi="Arial"/>
          <w:color w:val="5D7284"/>
          <w:sz w:val="22"/>
        </w:rPr>
        <w:t>54:06</w:t>
      </w:r>
    </w:p>
    <w:p>
      <w:pPr>
        <w:spacing w:after="0"/>
      </w:pPr>
      <w:r>
        <w:rPr>
          <w:rFonts w:ascii="Arial" w:hAnsi="Arial"/>
          <w:sz w:val="22"/>
        </w:rPr>
        <w:t>So I was like, well, then he said, oh, so your other thing  I was like, right. He said, can you explain that to me? And I was like, You're you should know this. You should know what these things are. When I write them down, whatever it is condition styles. The only one he said he knew was asthma because his three year old son had asthma and I was like....LUCY Oh my God ! .... Alright so I know that  a three year old has  asthma and I was like, Thanks, cheers. Good. I'll sleep better tonight knowing that</w:t>
      </w:r>
    </w:p>
    <w:p>
      <w:pPr>
        <w:spacing w:after="0"/>
      </w:pPr>
    </w:p>
    <w:p>
      <w:pPr>
        <w:spacing w:after="0"/>
      </w:pPr>
      <w:r>
        <w:rPr>
          <w:rFonts w:ascii="Arial" w:hAnsi="Arial"/>
          <w:b/>
          <w:sz w:val="22"/>
        </w:rPr>
        <w:t xml:space="preserve">Alice  </w:t>
      </w:r>
      <w:r>
        <w:rPr>
          <w:rFonts w:ascii="Arial" w:hAnsi="Arial"/>
          <w:color w:val="5D7284"/>
          <w:sz w:val="22"/>
        </w:rPr>
        <w:t>54:34</w:t>
      </w:r>
    </w:p>
    <w:p>
      <w:pPr>
        <w:spacing w:after="0"/>
      </w:pPr>
      <w:r>
        <w:rPr>
          <w:rFonts w:ascii="Arial" w:hAnsi="Arial"/>
          <w:sz w:val="22"/>
        </w:rPr>
        <w:t>Fucking  cursory of  Google of what is fibromyalgia  ..... Rebecca  Yeah.</w:t>
      </w:r>
    </w:p>
    <w:p>
      <w:pPr>
        <w:spacing w:after="0"/>
      </w:pPr>
    </w:p>
    <w:p>
      <w:pPr>
        <w:spacing w:after="0"/>
      </w:pPr>
      <w:r>
        <w:rPr>
          <w:rFonts w:ascii="Arial" w:hAnsi="Arial"/>
          <w:b/>
          <w:sz w:val="22"/>
        </w:rPr>
        <w:t xml:space="preserve">Rebecca  </w:t>
      </w:r>
      <w:r>
        <w:rPr>
          <w:rFonts w:ascii="Arial" w:hAnsi="Arial"/>
          <w:color w:val="5D7284"/>
          <w:sz w:val="22"/>
        </w:rPr>
        <w:t>54:39</w:t>
      </w:r>
    </w:p>
    <w:p>
      <w:pPr>
        <w:spacing w:after="0"/>
      </w:pPr>
      <w:r>
        <w:rPr>
          <w:rFonts w:ascii="Arial" w:hAnsi="Arial"/>
          <w:sz w:val="22"/>
        </w:rPr>
        <w:t>Yeah. So anyway, I mean, I've heard  stories from from participants as well where they've just gone  my assessor was this person. And then they go, and they knew  nothing about any of my kind of conditions ....</w:t>
      </w:r>
    </w:p>
    <w:p>
      <w:pPr>
        <w:spacing w:after="0"/>
      </w:pPr>
    </w:p>
    <w:p>
      <w:pPr>
        <w:spacing w:after="0"/>
      </w:pPr>
      <w:r>
        <w:rPr>
          <w:rFonts w:ascii="Arial" w:hAnsi="Arial"/>
          <w:b/>
          <w:sz w:val="22"/>
        </w:rPr>
        <w:t xml:space="preserve">Alice  </w:t>
      </w:r>
      <w:r>
        <w:rPr>
          <w:rFonts w:ascii="Arial" w:hAnsi="Arial"/>
          <w:color w:val="5D7284"/>
          <w:sz w:val="22"/>
        </w:rPr>
        <w:t>54:54</w:t>
      </w:r>
    </w:p>
    <w:p>
      <w:pPr>
        <w:spacing w:after="0"/>
      </w:pPr>
      <w:r>
        <w:rPr>
          <w:rFonts w:ascii="Arial" w:hAnsi="Arial"/>
          <w:sz w:val="22"/>
        </w:rPr>
        <w:t>my Yeah,in  my assessment they had absolutely no idea</w:t>
      </w:r>
    </w:p>
    <w:p>
      <w:pPr>
        <w:spacing w:after="0"/>
      </w:pPr>
    </w:p>
    <w:p>
      <w:pPr>
        <w:spacing w:after="0"/>
      </w:pPr>
      <w:r>
        <w:rPr>
          <w:rFonts w:ascii="Arial" w:hAnsi="Arial"/>
          <w:b/>
          <w:sz w:val="22"/>
        </w:rPr>
        <w:t xml:space="preserve">Rebecca  </w:t>
      </w:r>
      <w:r>
        <w:rPr>
          <w:rFonts w:ascii="Arial" w:hAnsi="Arial"/>
          <w:color w:val="5D7284"/>
          <w:sz w:val="22"/>
        </w:rPr>
        <w:t>54:57</w:t>
      </w:r>
    </w:p>
    <w:p>
      <w:pPr>
        <w:spacing w:after="0"/>
      </w:pPr>
      <w:r>
        <w:rPr>
          <w:rFonts w:ascii="Arial" w:hAnsi="Arial"/>
          <w:sz w:val="22"/>
        </w:rPr>
        <w:t>Yeah, they have no idea because it's It's supposed to be like, not based on your condition, but how it affects you. So basically, if you send them, you would  send them documentation with the application about your condition. They don't , they can disregard it. They're gonna be like, Oh, but it's not about your condition. It's about you as a person. And I'm like, okay. Yeah,</w:t>
      </w:r>
    </w:p>
    <w:p>
      <w:pPr>
        <w:spacing w:after="0"/>
      </w:pPr>
    </w:p>
    <w:p>
      <w:pPr>
        <w:spacing w:after="0"/>
      </w:pPr>
      <w:r>
        <w:rPr>
          <w:rFonts w:ascii="Arial" w:hAnsi="Arial"/>
          <w:b/>
          <w:sz w:val="22"/>
        </w:rPr>
        <w:t xml:space="preserve">Alice  </w:t>
      </w:r>
      <w:r>
        <w:rPr>
          <w:rFonts w:ascii="Arial" w:hAnsi="Arial"/>
          <w:color w:val="5D7284"/>
          <w:sz w:val="22"/>
        </w:rPr>
        <w:t>55:20</w:t>
      </w:r>
    </w:p>
    <w:p>
      <w:pPr>
        <w:spacing w:after="0"/>
      </w:pPr>
      <w:r>
        <w:rPr>
          <w:rFonts w:ascii="Arial" w:hAnsi="Arial"/>
          <w:sz w:val="22"/>
        </w:rPr>
        <w:t>that sounds like, doesn't that sounds like.... the government        .REBECCA  It sounds lovely!</w:t>
      </w:r>
    </w:p>
    <w:p>
      <w:pPr>
        <w:spacing w:after="0"/>
      </w:pPr>
    </w:p>
    <w:p>
      <w:pPr>
        <w:spacing w:after="0"/>
      </w:pPr>
      <w:r>
        <w:rPr>
          <w:rFonts w:ascii="Arial" w:hAnsi="Arial"/>
          <w:b/>
          <w:sz w:val="22"/>
        </w:rPr>
        <w:t xml:space="preserve">Lucy  </w:t>
      </w:r>
      <w:r>
        <w:rPr>
          <w:rFonts w:ascii="Arial" w:hAnsi="Arial"/>
          <w:color w:val="5D7284"/>
          <w:sz w:val="22"/>
        </w:rPr>
        <w:t>55:26</w:t>
      </w:r>
    </w:p>
    <w:p>
      <w:pPr>
        <w:spacing w:after="0"/>
      </w:pPr>
      <w:r>
        <w:rPr>
          <w:rFonts w:ascii="Arial" w:hAnsi="Arial"/>
          <w:sz w:val="22"/>
        </w:rPr>
        <w:t>it sounds wishy washy, doesn't it?</w:t>
      </w:r>
    </w:p>
    <w:p>
      <w:pPr>
        <w:spacing w:after="0"/>
      </w:pPr>
    </w:p>
    <w:p>
      <w:pPr>
        <w:spacing w:after="0"/>
      </w:pPr>
      <w:r>
        <w:rPr>
          <w:rFonts w:ascii="Arial" w:hAnsi="Arial"/>
          <w:b/>
          <w:sz w:val="22"/>
        </w:rPr>
        <w:t xml:space="preserve">Alice  </w:t>
      </w:r>
      <w:r>
        <w:rPr>
          <w:rFonts w:ascii="Arial" w:hAnsi="Arial"/>
          <w:color w:val="5D7284"/>
          <w:sz w:val="22"/>
        </w:rPr>
        <w:t>55:27</w:t>
      </w:r>
    </w:p>
    <w:p>
      <w:pPr>
        <w:spacing w:after="0"/>
      </w:pPr>
      <w:r>
        <w:rPr>
          <w:rFonts w:ascii="Arial" w:hAnsi="Arial"/>
          <w:sz w:val="22"/>
        </w:rPr>
        <w:t>Yeah, it sounds like the government's gone. Oh, but we see people as individuals, we don't see them as their condition. We, we want to we don't we don't want to be making assumptions about people just because of xy condition. So that's not what you  want   LUCY It's been done.               ALICE   Yeah its a loophole</w:t>
      </w:r>
    </w:p>
    <w:p>
      <w:pPr>
        <w:spacing w:after="0"/>
      </w:pPr>
    </w:p>
    <w:p>
      <w:pPr>
        <w:spacing w:after="0"/>
      </w:pPr>
      <w:r>
        <w:rPr>
          <w:rFonts w:ascii="Arial" w:hAnsi="Arial"/>
          <w:b/>
          <w:sz w:val="22"/>
        </w:rPr>
        <w:t xml:space="preserve">Lucy  </w:t>
      </w:r>
      <w:r>
        <w:rPr>
          <w:rFonts w:ascii="Arial" w:hAnsi="Arial"/>
          <w:color w:val="5D7284"/>
          <w:sz w:val="22"/>
        </w:rPr>
        <w:t>55:44</w:t>
      </w:r>
    </w:p>
    <w:p>
      <w:pPr>
        <w:spacing w:after="0"/>
      </w:pPr>
      <w:r>
        <w:rPr>
          <w:rFonts w:ascii="Arial" w:hAnsi="Arial"/>
          <w:sz w:val="22"/>
        </w:rPr>
        <w:t>It's a bit like when Susan, Susan in the office goes but I dont see you as  disabled.</w:t>
      </w:r>
    </w:p>
    <w:p>
      <w:pPr>
        <w:spacing w:after="0"/>
      </w:pPr>
    </w:p>
    <w:p>
      <w:pPr>
        <w:spacing w:after="0"/>
      </w:pPr>
      <w:r>
        <w:rPr>
          <w:rFonts w:ascii="Arial" w:hAnsi="Arial"/>
          <w:b/>
          <w:sz w:val="22"/>
        </w:rPr>
        <w:t xml:space="preserve">Alice  </w:t>
      </w:r>
      <w:r>
        <w:rPr>
          <w:rFonts w:ascii="Arial" w:hAnsi="Arial"/>
          <w:color w:val="5D7284"/>
          <w:sz w:val="22"/>
        </w:rPr>
        <w:t>55:49</w:t>
      </w:r>
    </w:p>
    <w:p>
      <w:pPr>
        <w:spacing w:after="0"/>
      </w:pPr>
      <w:r>
        <w:rPr>
          <w:rFonts w:ascii="Arial" w:hAnsi="Arial"/>
          <w:sz w:val="22"/>
        </w:rPr>
        <w:t>Yeah, it's those people who say I don't see color. Like, it then means that you don't see a huge element about how this makes me the person that I am. Like, I get that they're looking at how your condition affects you. But there is an element of my blindness, that it's like, I can't, I can't eloquently explained to you how being blind affects me because, like, beyond kind of going, there's some shit that I can't see, like, close your eyes for a bit, and then do stuff and kind of   LUCY Close your eyes make a cup of tea.     ALICE    Exactly. And extrapolate from that, what being blind, sort of does, like tie yourself to your fucking desk chair for 10 minutes, and then try and go to the toilet and experience in a brief kind of way, how what it means to be a wheelchair user. Just it's there is an element of you can't take like, I'm more than my diagnosis. But my diagnosis is a huge part of me       LUCY Yeah and you cant turn it off!              Rebacca Yeah. And I think sometimes you can't really put it into words  or what's it like to be in pain all the time? I'm like, its shit. But like, I don't know how else to explain it other than going yeah its shit,  Yeah, I don't know It's really, I'm, I'm struggling to make clear what I'm trying to say. I think it's not. i You can't just say, how does your How does sight loss affect you? Because there's so much more to it than just how sight loss affects me because there's an element of like, my eye condition where, like, there's just bits in my vision that are blurred, and if you understood how my eye condition works, you'd know that and so then when I said to you, oh well  reading, I have to use, you know, a magnifier to read stuff, but it also takes me longer even when stuff is enlarged, because there's bits of my vision that just constantly blurry. But the way the forms are built, you have to say the same thing over and over and over again to explain it. So it's like yes, this that's how this impacts my when I read but they also take that piece of information and apply it to when I'm cooking, apply it to when I'm getting dressed, apply it to when I'm in the bath</w:t>
      </w:r>
    </w:p>
    <w:p>
      <w:pPr>
        <w:spacing w:after="0"/>
      </w:pPr>
    </w:p>
    <w:p>
      <w:pPr>
        <w:spacing w:after="0"/>
      </w:pPr>
      <w:r>
        <w:rPr>
          <w:rFonts w:ascii="Arial" w:hAnsi="Arial"/>
          <w:b/>
          <w:sz w:val="22"/>
        </w:rPr>
        <w:t xml:space="preserve">Rebecca  </w:t>
      </w:r>
      <w:r>
        <w:rPr>
          <w:rFonts w:ascii="Arial" w:hAnsi="Arial"/>
          <w:color w:val="5D7284"/>
          <w:sz w:val="22"/>
        </w:rPr>
        <w:t>58:22</w:t>
      </w:r>
    </w:p>
    <w:p>
      <w:pPr>
        <w:spacing w:after="0"/>
      </w:pPr>
      <w:r>
        <w:rPr>
          <w:rFonts w:ascii="Arial" w:hAnsi="Arial"/>
          <w:sz w:val="22"/>
        </w:rPr>
        <w:t>One of  the weirdest interactions at  my assessment was when they asked if I had any pets like which has nothing to do with any of descriptors on the form when I was like we have a cat. And I got asked like, well, who feeds the cat? And you know, it's just there to like, trip you up like, Oh, I'm sorry. Yeah, I didn't realize cuz I could squeeze food out of a pouch that meant I  wasn't disabled, like......  They all laugh!!                    my participants raised it because they have snakes and they said and they were like, what kind of snakes then? They're like, well, I have them on purpose because they only need food and water like every two weeks. Yeah, but then my question was like, well, but then how do they think people who have assistance dogs go on? Is it that like oh, you fed your guide dogs I'm sorry. You're You're clearly not disabled because you managed to feed your guide dog !!    LUCY yeah Alice is blind and manages to pick up dog poo!!        Rebecca because you don't no .......because ..... you're not disabled because you can feed you can feed your guide dog.</w:t>
      </w:r>
    </w:p>
    <w:p>
      <w:pPr>
        <w:spacing w:after="0"/>
      </w:pPr>
    </w:p>
    <w:p>
      <w:pPr>
        <w:spacing w:after="0"/>
      </w:pPr>
      <w:r>
        <w:rPr>
          <w:rFonts w:ascii="Arial" w:hAnsi="Arial"/>
          <w:b/>
          <w:sz w:val="22"/>
        </w:rPr>
        <w:t xml:space="preserve">Alice  </w:t>
      </w:r>
      <w:r>
        <w:rPr>
          <w:rFonts w:ascii="Arial" w:hAnsi="Arial"/>
          <w:color w:val="5D7284"/>
          <w:sz w:val="22"/>
        </w:rPr>
        <w:t>59:11</w:t>
      </w:r>
    </w:p>
    <w:p>
      <w:pPr>
        <w:spacing w:after="0"/>
      </w:pPr>
      <w:r>
        <w:rPr>
          <w:rFonts w:ascii="Arial" w:hAnsi="Arial"/>
          <w:sz w:val="22"/>
        </w:rPr>
        <w:t>I do get I do get asked probably once a week how I pick up my dog's poo. And I'm like the same way that everybody else does with a bag. So I don't understand this question. Like you've</w:t>
      </w:r>
    </w:p>
    <w:p>
      <w:pPr>
        <w:spacing w:after="0"/>
      </w:pPr>
    </w:p>
    <w:p>
      <w:pPr>
        <w:spacing w:after="0"/>
      </w:pPr>
      <w:r>
        <w:rPr>
          <w:rFonts w:ascii="Arial" w:hAnsi="Arial"/>
          <w:b/>
          <w:sz w:val="22"/>
        </w:rPr>
        <w:t xml:space="preserve">Lucy  </w:t>
      </w:r>
      <w:r>
        <w:rPr>
          <w:rFonts w:ascii="Arial" w:hAnsi="Arial"/>
          <w:color w:val="5D7284"/>
          <w:sz w:val="22"/>
        </w:rPr>
        <w:t>59:23</w:t>
      </w:r>
    </w:p>
    <w:p>
      <w:pPr>
        <w:spacing w:after="0"/>
      </w:pPr>
      <w:r>
        <w:rPr>
          <w:rFonts w:ascii="Arial" w:hAnsi="Arial"/>
          <w:sz w:val="22"/>
        </w:rPr>
        <w:t>Not youve actually gone like I've got my eyes completely shut and can't see anything. And now I'm just gonna have to fumble around on the floor</w:t>
      </w:r>
    </w:p>
    <w:p>
      <w:pPr>
        <w:spacing w:after="0"/>
      </w:pPr>
    </w:p>
    <w:p>
      <w:pPr>
        <w:spacing w:after="0"/>
      </w:pPr>
      <w:r>
        <w:rPr>
          <w:rFonts w:ascii="Arial" w:hAnsi="Arial"/>
          <w:b/>
          <w:sz w:val="22"/>
        </w:rPr>
        <w:t xml:space="preserve">Alice  </w:t>
      </w:r>
      <w:r>
        <w:rPr>
          <w:rFonts w:ascii="Arial" w:hAnsi="Arial"/>
          <w:color w:val="5D7284"/>
          <w:sz w:val="22"/>
        </w:rPr>
        <w:t>59:29</w:t>
      </w:r>
    </w:p>
    <w:p>
      <w:pPr>
        <w:spacing w:after="0"/>
      </w:pPr>
      <w:r>
        <w:rPr>
          <w:rFonts w:ascii="Arial" w:hAnsi="Arial"/>
          <w:sz w:val="22"/>
        </w:rPr>
        <w:t xml:space="preserve">I mean but even then, like I've picked up dog shit when it's dark and I can't I can't see the dark night blindness. And you do that's what you do. You put the bag on your hand and you fucking feel  around for approximately where you think the dog pooed and thankfully, guide dog users are not you can't get fined if you're a guide dog user and   you don't pick up your dog poo. Like other people can get fined.LUCY   I never knew that.    ALICE We are we they ask us to doit  If you can, but you we're not obliged to, because sometimes you can't fucking see it if you can't, I've literally there are times where I'm like, I don't know if my dog has pooed or  weed. And so I spend five minutes feeling around on the floor. And if I can't find anything, I assume she's had a wee, but I might have just missed it. You know,   </w:t>
      </w:r>
    </w:p>
    <w:p>
      <w:pPr>
        <w:spacing w:after="0"/>
      </w:pPr>
    </w:p>
    <w:p>
      <w:pPr>
        <w:spacing w:after="0"/>
      </w:pPr>
      <w:r>
        <w:rPr>
          <w:rFonts w:ascii="Arial" w:hAnsi="Arial"/>
          <w:b/>
          <w:sz w:val="22"/>
        </w:rPr>
        <w:t xml:space="preserve">Lucy  </w:t>
      </w:r>
      <w:r>
        <w:rPr>
          <w:rFonts w:ascii="Arial" w:hAnsi="Arial"/>
          <w:color w:val="5D7284"/>
          <w:sz w:val="22"/>
        </w:rPr>
        <w:t>1:00:19</w:t>
      </w:r>
    </w:p>
    <w:p>
      <w:pPr>
        <w:spacing w:after="0"/>
      </w:pPr>
      <w:r>
        <w:rPr>
          <w:rFonts w:ascii="Arial" w:hAnsi="Arial"/>
          <w:sz w:val="22"/>
        </w:rPr>
        <w:t>It makes sense. Now you're explaining it makes sense. But I never, I hadn't even thought about being fined for not picking up dog poo. Yeah.</w:t>
      </w:r>
    </w:p>
    <w:p>
      <w:pPr>
        <w:spacing w:after="0"/>
      </w:pPr>
    </w:p>
    <w:p>
      <w:pPr>
        <w:spacing w:after="0"/>
      </w:pPr>
      <w:r>
        <w:rPr>
          <w:rFonts w:ascii="Arial" w:hAnsi="Arial"/>
          <w:b/>
          <w:sz w:val="22"/>
        </w:rPr>
        <w:t xml:space="preserve">Alice  </w:t>
      </w:r>
      <w:r>
        <w:rPr>
          <w:rFonts w:ascii="Arial" w:hAnsi="Arial"/>
          <w:color w:val="5D7284"/>
          <w:sz w:val="22"/>
        </w:rPr>
        <w:t>1:00:29</w:t>
      </w:r>
    </w:p>
    <w:p>
      <w:pPr>
        <w:spacing w:after="0"/>
      </w:pPr>
      <w:r>
        <w:rPr>
          <w:rFonts w:ascii="Arial" w:hAnsi="Arial"/>
          <w:sz w:val="22"/>
        </w:rPr>
        <w:t>And, you know, if you've got dogs like Lola who shits in the middle of John Lewis..........LUCY  laughs  Sassy!!                ALICE You've just, you've just got to, like, you've got do your best, but there's no guarantee that I've got it all. And that it's that, like, does that mean that because because most of the time I meant by the way, in terms of ,I've talked, it talked a lot about the sort of division of labor within my household. Although, you know, David does all the cooking and stuff. I'm the one who does the cat litter tray, because we have a house cat, he only uses the litter tray , But Dave has a real like, sensitive gag reflex when it comes to the cat for some reason. LUCY  just in general?  ALICE   no, just just the litter tray he  can manage that hairballs and stuff. Like, that's fine. Yeah. But it's all and it's like, well, how do you do that? When you cant see ? I take I take my time, I have a system where I kind of work from one end of the tray to the other using one of those scoopy things. And then I like just you but do you do you really need to know all of that to find out how my eye condition affects me or ?Rebecca: they don't need to know!  is understanding that I've got patches in my eyes that don't work patches of my eyes that are a bit blurry. And that it's fucking time consuming. Is that not enough? Can you not extrapolate from that enough?</w:t>
      </w:r>
    </w:p>
    <w:p>
      <w:pPr>
        <w:spacing w:after="0"/>
      </w:pPr>
    </w:p>
    <w:p>
      <w:pPr>
        <w:spacing w:after="0"/>
      </w:pPr>
      <w:r>
        <w:rPr>
          <w:rFonts w:ascii="Arial" w:hAnsi="Arial"/>
          <w:b/>
          <w:sz w:val="22"/>
        </w:rPr>
        <w:t xml:space="preserve">Lucy  </w:t>
      </w:r>
      <w:r>
        <w:rPr>
          <w:rFonts w:ascii="Arial" w:hAnsi="Arial"/>
          <w:color w:val="5D7284"/>
          <w:sz w:val="22"/>
        </w:rPr>
        <w:t>1:02:04</w:t>
      </w:r>
    </w:p>
    <w:p>
      <w:pPr>
        <w:spacing w:after="0"/>
      </w:pPr>
      <w:r>
        <w:rPr>
          <w:rFonts w:ascii="Arial" w:hAnsi="Arial"/>
          <w:sz w:val="22"/>
        </w:rPr>
        <w:t>And also, I don't know whether you're like your participants Rebecca. Did anybody say or mention how filling in those forms? It sort of like makes you feel?   Rebecca: Yeah, pull out LUCY   no self worth. Yeah at all</w:t>
      </w:r>
    </w:p>
    <w:p>
      <w:pPr>
        <w:spacing w:after="0"/>
      </w:pPr>
    </w:p>
    <w:p>
      <w:pPr>
        <w:spacing w:after="0"/>
      </w:pPr>
      <w:r>
        <w:rPr>
          <w:rFonts w:ascii="Arial" w:hAnsi="Arial"/>
          <w:b/>
          <w:sz w:val="22"/>
        </w:rPr>
        <w:t xml:space="preserve">Rebecca  </w:t>
      </w:r>
      <w:r>
        <w:rPr>
          <w:rFonts w:ascii="Arial" w:hAnsi="Arial"/>
          <w:color w:val="5D7284"/>
          <w:sz w:val="22"/>
        </w:rPr>
        <w:t>1:02:22</w:t>
      </w:r>
    </w:p>
    <w:p>
      <w:pPr>
        <w:spacing w:after="0"/>
      </w:pPr>
      <w:r>
        <w:rPr>
          <w:rFonts w:ascii="Arial" w:hAnsi="Arial"/>
          <w:sz w:val="22"/>
        </w:rPr>
        <w:t>because it focuses on what you cant do yeah i Yeah, and it focuses on what you cant do and it makes you feel shit yeah</w:t>
      </w:r>
    </w:p>
    <w:p>
      <w:pPr>
        <w:spacing w:after="0"/>
      </w:pPr>
    </w:p>
    <w:p>
      <w:pPr>
        <w:spacing w:after="0"/>
      </w:pPr>
      <w:r>
        <w:rPr>
          <w:rFonts w:ascii="Arial" w:hAnsi="Arial"/>
          <w:b/>
          <w:sz w:val="22"/>
        </w:rPr>
        <w:t xml:space="preserve">Lucy  </w:t>
      </w:r>
      <w:r>
        <w:rPr>
          <w:rFonts w:ascii="Arial" w:hAnsi="Arial"/>
          <w:color w:val="5D7284"/>
          <w:sz w:val="22"/>
        </w:rPr>
        <w:t>1:02:30</w:t>
      </w:r>
    </w:p>
    <w:p>
      <w:pPr>
        <w:spacing w:after="0"/>
      </w:pPr>
      <w:r>
        <w:rPr>
          <w:rFonts w:ascii="Arial" w:hAnsi="Arial"/>
          <w:sz w:val="22"/>
        </w:rPr>
        <w:t>we don't do that in our house. We are you know, my mom right from when I was a kid. She never said in earshot of me or around me. Oh, Lucy can't do this. I knew that it was all and when my sister was born it was always you know If Lucy  If Lucy cant do itbless her  then Sophie is not going like Sophie isn't Sophie No, don't listen, Sophie no going horse riding because Lucy caught the horse when it is not fair otherwise. So we've never we never focus, even now we don't focus on what I can't do. It's what I can do. But you know, even doing  the Access to Work forms, you you look at the stuff that the your support worker has to help you with. And you think I am hardly worth paying. Yeah, really not worth paying where in reality on a day to day level. Like I do most of the work. It's just like my my PA helps me to go you know, with personal care and things like that.  ALICE: Yeah,   LUCY fetches me sandwiches and stuff. And.......ALICE yeah,   LUCY It all adds up</w:t>
      </w:r>
    </w:p>
    <w:p>
      <w:pPr>
        <w:spacing w:after="0"/>
      </w:pPr>
    </w:p>
    <w:p>
      <w:pPr>
        <w:spacing w:after="0"/>
      </w:pPr>
      <w:r>
        <w:rPr>
          <w:rFonts w:ascii="Arial" w:hAnsi="Arial"/>
          <w:b/>
          <w:sz w:val="22"/>
        </w:rPr>
        <w:t xml:space="preserve">Alice  </w:t>
      </w:r>
      <w:r>
        <w:rPr>
          <w:rFonts w:ascii="Arial" w:hAnsi="Arial"/>
          <w:color w:val="5D7284"/>
          <w:sz w:val="22"/>
        </w:rPr>
        <w:t>1:03:28</w:t>
      </w:r>
    </w:p>
    <w:p>
      <w:pPr>
        <w:spacing w:after="0"/>
      </w:pPr>
      <w:r>
        <w:rPr>
          <w:rFonts w:ascii="Arial" w:hAnsi="Arial"/>
          <w:sz w:val="22"/>
        </w:rPr>
        <w:t>I look. Yeah, I look at my access to that thing. And I think you could you, you save yourself the trouble and just pay my support worker to do my job.  THEY LAUGH</w:t>
      </w:r>
    </w:p>
    <w:p>
      <w:pPr>
        <w:spacing w:after="0"/>
      </w:pPr>
    </w:p>
    <w:p>
      <w:pPr>
        <w:spacing w:after="0"/>
      </w:pPr>
      <w:r>
        <w:rPr>
          <w:rFonts w:ascii="Arial" w:hAnsi="Arial"/>
          <w:b/>
          <w:sz w:val="22"/>
        </w:rPr>
        <w:t xml:space="preserve">Lucy  </w:t>
      </w:r>
      <w:r>
        <w:rPr>
          <w:rFonts w:ascii="Arial" w:hAnsi="Arial"/>
          <w:color w:val="5D7284"/>
          <w:sz w:val="22"/>
        </w:rPr>
        <w:t>1:03:37</w:t>
      </w:r>
    </w:p>
    <w:p>
      <w:pPr>
        <w:spacing w:after="0"/>
      </w:pPr>
      <w:r>
        <w:rPr>
          <w:rFonts w:ascii="Arial" w:hAnsi="Arial"/>
          <w:sz w:val="22"/>
        </w:rPr>
        <w:t>Yeah pay them for an hour like</w:t>
      </w:r>
    </w:p>
    <w:p>
      <w:pPr>
        <w:spacing w:after="0"/>
      </w:pPr>
    </w:p>
    <w:p>
      <w:pPr>
        <w:spacing w:after="0"/>
      </w:pPr>
      <w:r>
        <w:rPr>
          <w:rFonts w:ascii="Arial" w:hAnsi="Arial"/>
          <w:b/>
          <w:sz w:val="22"/>
        </w:rPr>
        <w:t xml:space="preserve">Alice  </w:t>
      </w:r>
      <w:r>
        <w:rPr>
          <w:rFonts w:ascii="Arial" w:hAnsi="Arial"/>
          <w:color w:val="5D7284"/>
          <w:sz w:val="22"/>
        </w:rPr>
        <w:t>1:03:42</w:t>
      </w:r>
    </w:p>
    <w:p>
      <w:pPr>
        <w:spacing w:after="0"/>
      </w:pPr>
      <w:r>
        <w:rPr>
          <w:rFonts w:ascii="Arial" w:hAnsi="Arial"/>
          <w:sz w:val="22"/>
        </w:rPr>
        <w:t xml:space="preserve"> like we were saying earlier, but I don't,   I want to work. I don't want to sit at home</w:t>
      </w:r>
    </w:p>
    <w:p>
      <w:pPr>
        <w:spacing w:after="0"/>
      </w:pPr>
    </w:p>
    <w:p>
      <w:pPr>
        <w:spacing w:after="0"/>
      </w:pPr>
      <w:r>
        <w:rPr>
          <w:rFonts w:ascii="Arial" w:hAnsi="Arial"/>
          <w:b/>
          <w:sz w:val="22"/>
        </w:rPr>
        <w:t xml:space="preserve">Lucy  </w:t>
      </w:r>
      <w:r>
        <w:rPr>
          <w:rFonts w:ascii="Arial" w:hAnsi="Arial"/>
          <w:color w:val="5D7284"/>
          <w:sz w:val="22"/>
        </w:rPr>
        <w:t>1:03:47</w:t>
      </w:r>
    </w:p>
    <w:p>
      <w:pPr>
        <w:spacing w:after="0"/>
      </w:pPr>
      <w:r>
        <w:rPr>
          <w:rFonts w:ascii="Arial" w:hAnsi="Arial"/>
          <w:sz w:val="22"/>
        </w:rPr>
        <w:t>no, yeah, but it's  having all your faults written down on a piece of paper you think rights!!</w:t>
      </w:r>
    </w:p>
    <w:p>
      <w:pPr>
        <w:spacing w:after="0"/>
      </w:pPr>
    </w:p>
    <w:p>
      <w:pPr>
        <w:spacing w:after="0"/>
      </w:pPr>
      <w:r>
        <w:rPr>
          <w:rFonts w:ascii="Arial" w:hAnsi="Arial"/>
          <w:b/>
          <w:sz w:val="22"/>
        </w:rPr>
        <w:t xml:space="preserve">Rebecca  </w:t>
      </w:r>
      <w:r>
        <w:rPr>
          <w:rFonts w:ascii="Arial" w:hAnsi="Arial"/>
          <w:color w:val="5D7284"/>
          <w:sz w:val="22"/>
        </w:rPr>
        <w:t>1:03:51</w:t>
      </w:r>
    </w:p>
    <w:p>
      <w:pPr>
        <w:spacing w:after="0"/>
      </w:pPr>
      <w:r>
        <w:rPr>
          <w:rFonts w:ascii="Arial" w:hAnsi="Arial"/>
          <w:sz w:val="22"/>
        </w:rPr>
        <w:t>It's alomost negative. And I'm just like, yeah, so here's all the things I can't do. I'm basically a walking mess enjoy ,</w:t>
      </w:r>
    </w:p>
    <w:p>
      <w:pPr>
        <w:spacing w:after="0"/>
      </w:pPr>
    </w:p>
    <w:p>
      <w:pPr>
        <w:spacing w:after="0"/>
      </w:pPr>
      <w:r>
        <w:rPr>
          <w:rFonts w:ascii="Arial" w:hAnsi="Arial"/>
          <w:b/>
          <w:sz w:val="22"/>
        </w:rPr>
        <w:t xml:space="preserve">Lucy  </w:t>
      </w:r>
      <w:r>
        <w:rPr>
          <w:rFonts w:ascii="Arial" w:hAnsi="Arial"/>
          <w:color w:val="5D7284"/>
          <w:sz w:val="22"/>
        </w:rPr>
        <w:t>1:03:58</w:t>
      </w:r>
    </w:p>
    <w:p>
      <w:pPr>
        <w:spacing w:after="0"/>
      </w:pPr>
      <w:r>
        <w:rPr>
          <w:rFonts w:ascii="Arial" w:hAnsi="Arial"/>
          <w:sz w:val="22"/>
        </w:rPr>
        <w:t>I'm a blob that sit near like and feed me gin  every now and again. I'm absolutely fine.</w:t>
      </w:r>
    </w:p>
    <w:p>
      <w:pPr>
        <w:spacing w:after="0"/>
      </w:pPr>
    </w:p>
    <w:p>
      <w:pPr>
        <w:spacing w:after="0"/>
      </w:pPr>
      <w:r>
        <w:rPr>
          <w:rFonts w:ascii="Arial" w:hAnsi="Arial"/>
          <w:b/>
          <w:sz w:val="22"/>
        </w:rPr>
        <w:t xml:space="preserve">Alice  </w:t>
      </w:r>
      <w:r>
        <w:rPr>
          <w:rFonts w:ascii="Arial" w:hAnsi="Arial"/>
          <w:color w:val="5D7284"/>
          <w:sz w:val="22"/>
        </w:rPr>
        <w:t>1:04:05</w:t>
      </w:r>
    </w:p>
    <w:p>
      <w:pPr>
        <w:spacing w:after="0"/>
      </w:pPr>
      <w:r>
        <w:rPr>
          <w:rFonts w:ascii="Arial" w:hAnsi="Arial"/>
          <w:sz w:val="22"/>
        </w:rPr>
        <w:t>It's interesting that like in these conversations that we've been having as disabled people, what quite a lot of like, like, just what I was talking about, you know, picking up dog shit, like I've talked about how I manage how I do things not uh, these these are all the things I can't do because that's the other things like like how I if I need to, I can make my own dinner, but it takes me ages and I almost always end up if not cutting my fingers a little bit like I chopped the ends of my fingernails off with knives all the time and stuff like that like I have it and it's that the that the PIP don't say to you, what do you have trouble with but like how do you manage? They just go well, what what what can you do? What can't you do?</w:t>
      </w:r>
    </w:p>
    <w:p>
      <w:pPr>
        <w:spacing w:after="0"/>
      </w:pPr>
    </w:p>
    <w:p>
      <w:pPr>
        <w:spacing w:after="0"/>
      </w:pPr>
      <w:r>
        <w:rPr>
          <w:rFonts w:ascii="Arial" w:hAnsi="Arial"/>
          <w:b/>
          <w:sz w:val="22"/>
        </w:rPr>
        <w:t xml:space="preserve">Lucy  </w:t>
      </w:r>
      <w:r>
        <w:rPr>
          <w:rFonts w:ascii="Arial" w:hAnsi="Arial"/>
          <w:color w:val="5D7284"/>
          <w:sz w:val="22"/>
        </w:rPr>
        <w:t>1:05:00</w:t>
      </w:r>
    </w:p>
    <w:p>
      <w:pPr>
        <w:spacing w:after="0"/>
      </w:pPr>
      <w:r>
        <w:rPr>
          <w:rFonts w:ascii="Arial" w:hAnsi="Arial"/>
          <w:sz w:val="22"/>
        </w:rPr>
        <w:t>Yeah, I think if there was a bit more of a balance, you wouldn't feel so bad where you could go, I can't do this. But to counteract the fact that I can't do this, I do this instead.</w:t>
      </w:r>
    </w:p>
    <w:p>
      <w:pPr>
        <w:spacing w:after="0"/>
      </w:pPr>
    </w:p>
    <w:p>
      <w:pPr>
        <w:spacing w:after="0"/>
      </w:pPr>
      <w:r>
        <w:rPr>
          <w:rFonts w:ascii="Arial" w:hAnsi="Arial"/>
          <w:b/>
          <w:sz w:val="22"/>
        </w:rPr>
        <w:t xml:space="preserve">Alice  </w:t>
      </w:r>
      <w:r>
        <w:rPr>
          <w:rFonts w:ascii="Arial" w:hAnsi="Arial"/>
          <w:color w:val="5D7284"/>
          <w:sz w:val="22"/>
        </w:rPr>
        <w:t>1:05:07</w:t>
      </w:r>
    </w:p>
    <w:p>
      <w:pPr>
        <w:spacing w:after="0"/>
      </w:pPr>
      <w:r>
        <w:rPr>
          <w:rFonts w:ascii="Arial" w:hAnsi="Arial"/>
          <w:sz w:val="22"/>
        </w:rPr>
        <w:t>Exactly. And as soon as you say to them, well, actually, you know, if I want to make myself food, this is what I do. And this is how, like, you know, I can use my microwave to make a bowl of soup. Like I can do that without necessarily exploding. But I usually make a mess. I usually spill soup a bit. You know, there's there's a bunch of other issues with it. But if you were to say that to pip, they go well you can  your make yourself a meal.</w:t>
      </w:r>
    </w:p>
    <w:p>
      <w:pPr>
        <w:spacing w:after="0"/>
      </w:pPr>
    </w:p>
    <w:p>
      <w:pPr>
        <w:spacing w:after="0"/>
      </w:pPr>
      <w:r>
        <w:rPr>
          <w:rFonts w:ascii="Arial" w:hAnsi="Arial"/>
          <w:b/>
          <w:sz w:val="22"/>
        </w:rPr>
        <w:t xml:space="preserve">Lucy  </w:t>
      </w:r>
      <w:r>
        <w:rPr>
          <w:rFonts w:ascii="Arial" w:hAnsi="Arial"/>
          <w:color w:val="5D7284"/>
          <w:sz w:val="22"/>
        </w:rPr>
        <w:t>1:05:36</w:t>
      </w:r>
    </w:p>
    <w:p>
      <w:pPr>
        <w:spacing w:after="0"/>
      </w:pPr>
      <w:r>
        <w:rPr>
          <w:rFonts w:ascii="Arial" w:hAnsi="Arial"/>
          <w:sz w:val="22"/>
        </w:rPr>
        <w:t>You said  er  you said you can make soup? That will be your nutritional intake for the next 5 years!!</w:t>
      </w:r>
    </w:p>
    <w:p>
      <w:pPr>
        <w:spacing w:after="0"/>
      </w:pPr>
    </w:p>
    <w:p>
      <w:pPr>
        <w:spacing w:after="0"/>
      </w:pPr>
      <w:r>
        <w:rPr>
          <w:rFonts w:ascii="Arial" w:hAnsi="Arial"/>
          <w:b/>
          <w:sz w:val="22"/>
        </w:rPr>
        <w:t xml:space="preserve">Alice  </w:t>
      </w:r>
      <w:r>
        <w:rPr>
          <w:rFonts w:ascii="Arial" w:hAnsi="Arial"/>
          <w:color w:val="5D7284"/>
          <w:sz w:val="22"/>
        </w:rPr>
        <w:t>1:05:44</w:t>
      </w:r>
    </w:p>
    <w:p>
      <w:pPr>
        <w:spacing w:after="0"/>
      </w:pPr>
      <w:r>
        <w:rPr>
          <w:rFonts w:ascii="Arial" w:hAnsi="Arial"/>
          <w:sz w:val="22"/>
        </w:rPr>
        <w:t>because people.......... Rebecca live like that off microwqves!      Alice Yeah, exactly.</w:t>
      </w:r>
    </w:p>
    <w:p>
      <w:pPr>
        <w:spacing w:after="0"/>
      </w:pPr>
    </w:p>
    <w:p>
      <w:pPr>
        <w:spacing w:after="0"/>
      </w:pPr>
      <w:r>
        <w:rPr>
          <w:rFonts w:ascii="Arial" w:hAnsi="Arial"/>
          <w:b/>
          <w:sz w:val="22"/>
        </w:rPr>
        <w:t xml:space="preserve">Lucy  </w:t>
      </w:r>
      <w:r>
        <w:rPr>
          <w:rFonts w:ascii="Arial" w:hAnsi="Arial"/>
          <w:color w:val="5D7284"/>
          <w:sz w:val="22"/>
        </w:rPr>
        <w:t>1:05:49</w:t>
      </w:r>
    </w:p>
    <w:p>
      <w:pPr>
        <w:spacing w:after="0"/>
      </w:pPr>
      <w:r>
        <w:rPr>
          <w:rFonts w:ascii="Arial" w:hAnsi="Arial"/>
          <w:sz w:val="22"/>
        </w:rPr>
        <w:t>Oh, dear me!, fun times,on a Monday morning nevermind !</w:t>
      </w:r>
    </w:p>
    <w:p>
      <w:pPr>
        <w:spacing w:after="0"/>
      </w:pPr>
    </w:p>
    <w:p>
      <w:pPr>
        <w:spacing w:after="0"/>
      </w:pPr>
      <w:r>
        <w:rPr>
          <w:rFonts w:ascii="Arial" w:hAnsi="Arial"/>
          <w:b/>
          <w:sz w:val="22"/>
        </w:rPr>
        <w:t xml:space="preserve">Alice  </w:t>
      </w:r>
      <w:r>
        <w:rPr>
          <w:rFonts w:ascii="Arial" w:hAnsi="Arial"/>
          <w:color w:val="5D7284"/>
          <w:sz w:val="22"/>
        </w:rPr>
        <w:t>1:05:55</w:t>
      </w:r>
    </w:p>
    <w:p>
      <w:pPr>
        <w:spacing w:after="0"/>
      </w:pPr>
      <w:r>
        <w:rPr>
          <w:rFonts w:ascii="Arial" w:hAnsi="Arial"/>
          <w:sz w:val="22"/>
        </w:rPr>
        <w:t>How long have you got left on your PhD?</w:t>
      </w:r>
    </w:p>
    <w:p>
      <w:pPr>
        <w:spacing w:after="0"/>
      </w:pPr>
    </w:p>
    <w:p>
      <w:pPr>
        <w:spacing w:after="0"/>
      </w:pPr>
      <w:r>
        <w:rPr>
          <w:rFonts w:ascii="Arial" w:hAnsi="Arial"/>
          <w:b/>
          <w:sz w:val="22"/>
        </w:rPr>
        <w:t xml:space="preserve">Rebecca  </w:t>
      </w:r>
      <w:r>
        <w:rPr>
          <w:rFonts w:ascii="Arial" w:hAnsi="Arial"/>
          <w:color w:val="5D7284"/>
          <w:sz w:val="22"/>
        </w:rPr>
        <w:t>1:05:57</w:t>
      </w:r>
    </w:p>
    <w:p>
      <w:pPr>
        <w:spacing w:after="0"/>
      </w:pPr>
      <w:r>
        <w:rPr>
          <w:rFonts w:ascii="Arial" w:hAnsi="Arial"/>
          <w:sz w:val="22"/>
        </w:rPr>
        <w:t>So I've got a year left. So I'm in the I'll be going into the write up stages of what I found. None of the government's gonna care to listen, but someone will so they're gonna want to pay attention to me. They're gonna be like, Oh, God, it's another angry woman.</w:t>
      </w:r>
    </w:p>
    <w:p>
      <w:pPr>
        <w:spacing w:after="0"/>
      </w:pPr>
    </w:p>
    <w:p>
      <w:pPr>
        <w:spacing w:after="0"/>
      </w:pPr>
      <w:r>
        <w:rPr>
          <w:rFonts w:ascii="Arial" w:hAnsi="Arial"/>
          <w:b/>
          <w:sz w:val="22"/>
        </w:rPr>
        <w:t xml:space="preserve">Alice  </w:t>
      </w:r>
      <w:r>
        <w:rPr>
          <w:rFonts w:ascii="Arial" w:hAnsi="Arial"/>
          <w:color w:val="5D7284"/>
          <w:sz w:val="22"/>
        </w:rPr>
        <w:t>1:06:12</w:t>
      </w:r>
    </w:p>
    <w:p>
      <w:pPr>
        <w:spacing w:after="0"/>
      </w:pPr>
      <w:r>
        <w:rPr>
          <w:rFonts w:ascii="Arial" w:hAnsi="Arial"/>
          <w:sz w:val="22"/>
        </w:rPr>
        <w:t>Like so. Yeah. Another angry disabled woman</w:t>
      </w:r>
    </w:p>
    <w:p>
      <w:pPr>
        <w:spacing w:after="0"/>
      </w:pPr>
    </w:p>
    <w:p>
      <w:pPr>
        <w:spacing w:after="0"/>
      </w:pPr>
      <w:r>
        <w:rPr>
          <w:rFonts w:ascii="Arial" w:hAnsi="Arial"/>
          <w:b/>
          <w:sz w:val="22"/>
        </w:rPr>
        <w:t xml:space="preserve">Rebecca  </w:t>
      </w:r>
      <w:r>
        <w:rPr>
          <w:rFonts w:ascii="Arial" w:hAnsi="Arial"/>
          <w:color w:val="5D7284"/>
          <w:sz w:val="22"/>
        </w:rPr>
        <w:t>1:06:15</w:t>
      </w:r>
    </w:p>
    <w:p>
      <w:pPr>
        <w:spacing w:after="0"/>
      </w:pPr>
      <w:r>
        <w:rPr>
          <w:rFonts w:ascii="Arial" w:hAnsi="Arial"/>
          <w:sz w:val="22"/>
        </w:rPr>
        <w:t xml:space="preserve">Angry. Yeah, just more angry disabled women just shouting </w:t>
      </w:r>
    </w:p>
    <w:p>
      <w:pPr>
        <w:spacing w:after="0"/>
      </w:pPr>
    </w:p>
    <w:p>
      <w:pPr>
        <w:spacing w:after="0"/>
      </w:pPr>
      <w:r>
        <w:rPr>
          <w:rFonts w:ascii="Arial" w:hAnsi="Arial"/>
          <w:b/>
          <w:sz w:val="22"/>
        </w:rPr>
        <w:t xml:space="preserve">Alice  </w:t>
      </w:r>
      <w:r>
        <w:rPr>
          <w:rFonts w:ascii="Arial" w:hAnsi="Arial"/>
          <w:color w:val="5D7284"/>
          <w:sz w:val="22"/>
        </w:rPr>
        <w:t>1:06:18</w:t>
      </w:r>
    </w:p>
    <w:p>
      <w:pPr>
        <w:spacing w:after="0"/>
      </w:pPr>
      <w:r>
        <w:rPr>
          <w:rFonts w:ascii="Arial" w:hAnsi="Arial"/>
          <w:sz w:val="22"/>
        </w:rPr>
        <w:t>Just bitter because she's disabled and she's a woman. Yeah, right. She must be on her period.</w:t>
      </w:r>
    </w:p>
    <w:p>
      <w:pPr>
        <w:spacing w:after="0"/>
      </w:pPr>
    </w:p>
    <w:p>
      <w:pPr>
        <w:spacing w:after="0"/>
      </w:pPr>
      <w:r>
        <w:rPr>
          <w:rFonts w:ascii="Arial" w:hAnsi="Arial"/>
          <w:b/>
          <w:sz w:val="22"/>
        </w:rPr>
        <w:t xml:space="preserve">Rebecca  </w:t>
      </w:r>
      <w:r>
        <w:rPr>
          <w:rFonts w:ascii="Arial" w:hAnsi="Arial"/>
          <w:color w:val="5D7284"/>
          <w:sz w:val="22"/>
        </w:rPr>
        <w:t>1:06:24</w:t>
      </w:r>
    </w:p>
    <w:p>
      <w:pPr>
        <w:spacing w:after="0"/>
      </w:pPr>
      <w:r>
        <w:rPr>
          <w:rFonts w:ascii="Arial" w:hAnsi="Arial"/>
          <w:sz w:val="22"/>
        </w:rPr>
        <w:t>I must be honestly well  forthe  past five years.</w:t>
      </w:r>
    </w:p>
    <w:p>
      <w:pPr>
        <w:spacing w:after="0"/>
      </w:pPr>
    </w:p>
    <w:p>
      <w:pPr>
        <w:spacing w:after="0"/>
      </w:pPr>
      <w:r>
        <w:rPr>
          <w:rFonts w:ascii="Arial" w:hAnsi="Arial"/>
          <w:b/>
          <w:sz w:val="22"/>
        </w:rPr>
        <w:t xml:space="preserve">Lucy  </w:t>
      </w:r>
      <w:r>
        <w:rPr>
          <w:rFonts w:ascii="Arial" w:hAnsi="Arial"/>
          <w:color w:val="5D7284"/>
          <w:sz w:val="22"/>
        </w:rPr>
        <w:t>1:06:30</w:t>
      </w:r>
    </w:p>
    <w:p>
      <w:pPr>
        <w:spacing w:after="0"/>
      </w:pPr>
      <w:r>
        <w:rPr>
          <w:rFonts w:ascii="Arial" w:hAnsi="Arial"/>
          <w:sz w:val="22"/>
        </w:rPr>
        <w:t>So what's the plan after after uni and the PhD and everything and</w:t>
      </w:r>
    </w:p>
    <w:p>
      <w:pPr>
        <w:spacing w:after="0"/>
      </w:pPr>
    </w:p>
    <w:p>
      <w:pPr>
        <w:spacing w:after="0"/>
      </w:pPr>
      <w:r>
        <w:rPr>
          <w:rFonts w:ascii="Arial" w:hAnsi="Arial"/>
          <w:b/>
          <w:sz w:val="22"/>
        </w:rPr>
        <w:t xml:space="preserve">Rebecca  </w:t>
      </w:r>
      <w:r>
        <w:rPr>
          <w:rFonts w:ascii="Arial" w:hAnsi="Arial"/>
          <w:color w:val="5D7284"/>
          <w:sz w:val="22"/>
        </w:rPr>
        <w:t>1:06:34</w:t>
      </w:r>
    </w:p>
    <w:p>
      <w:pPr>
        <w:spacing w:after="0"/>
      </w:pPr>
      <w:r>
        <w:rPr>
          <w:rFonts w:ascii="Arial" w:hAnsi="Arial"/>
          <w:sz w:val="22"/>
        </w:rPr>
        <w:t>the plan is  more research? So I want to I managed to get ethical approvals keep the details of the people I interviewed. So it will involve  going back to them,  ALICE: oK    Rebecca or, I start something new. Something disability based something welfare best? Where? Yeah, cuz I just want to try and help even if it's a small thing, it's not gonna change the welfare system   overnight, the government isn't gonna go, Oh, my God, we've been doing this the  entire time. They're not going to do that. But you know, as long as someone's recording it, then</w:t>
      </w:r>
    </w:p>
    <w:p>
      <w:pPr>
        <w:spacing w:after="0"/>
      </w:pPr>
    </w:p>
    <w:p>
      <w:pPr>
        <w:spacing w:after="0"/>
      </w:pPr>
      <w:r>
        <w:rPr>
          <w:rFonts w:ascii="Arial" w:hAnsi="Arial"/>
          <w:b/>
          <w:sz w:val="22"/>
        </w:rPr>
        <w:t xml:space="preserve">Alice  </w:t>
      </w:r>
      <w:r>
        <w:rPr>
          <w:rFonts w:ascii="Arial" w:hAnsi="Arial"/>
          <w:color w:val="5D7284"/>
          <w:sz w:val="22"/>
        </w:rPr>
        <w:t>1:07:03</w:t>
      </w:r>
    </w:p>
    <w:p>
      <w:pPr>
        <w:spacing w:after="0"/>
      </w:pPr>
      <w:r>
        <w:rPr>
          <w:rFonts w:ascii="Arial" w:hAnsi="Arial"/>
          <w:sz w:val="22"/>
        </w:rPr>
        <w:t>it's yeah, it's just a bit more evidence, isn't it? Kind of go? Look? Look?</w:t>
      </w:r>
    </w:p>
    <w:p>
      <w:pPr>
        <w:spacing w:after="0"/>
      </w:pPr>
    </w:p>
    <w:p>
      <w:pPr>
        <w:spacing w:after="0"/>
      </w:pPr>
      <w:r>
        <w:rPr>
          <w:rFonts w:ascii="Arial" w:hAnsi="Arial"/>
          <w:b/>
          <w:sz w:val="22"/>
        </w:rPr>
        <w:t xml:space="preserve">Lucy  </w:t>
      </w:r>
      <w:r>
        <w:rPr>
          <w:rFonts w:ascii="Arial" w:hAnsi="Arial"/>
          <w:color w:val="5D7284"/>
          <w:sz w:val="22"/>
        </w:rPr>
        <w:t>1:07:09</w:t>
      </w:r>
    </w:p>
    <w:p>
      <w:pPr>
        <w:spacing w:after="0"/>
      </w:pPr>
      <w:r>
        <w:rPr>
          <w:rFonts w:ascii="Arial" w:hAnsi="Arial"/>
          <w:sz w:val="22"/>
        </w:rPr>
        <w:t>I think you have to just keep banging the drum and wait for the other instruments to join in. Don't you before someone goes  oh! well we have pop music in the corner?</w:t>
      </w:r>
    </w:p>
    <w:p>
      <w:pPr>
        <w:spacing w:after="0"/>
      </w:pPr>
    </w:p>
    <w:p>
      <w:pPr>
        <w:spacing w:after="0"/>
      </w:pPr>
      <w:r>
        <w:rPr>
          <w:rFonts w:ascii="Arial" w:hAnsi="Arial"/>
          <w:b/>
          <w:sz w:val="22"/>
        </w:rPr>
        <w:t xml:space="preserve">Alice  </w:t>
      </w:r>
      <w:r>
        <w:rPr>
          <w:rFonts w:ascii="Arial" w:hAnsi="Arial"/>
          <w:color w:val="5D7284"/>
          <w:sz w:val="22"/>
        </w:rPr>
        <w:t>1:07:19</w:t>
      </w:r>
    </w:p>
    <w:p>
      <w:pPr>
        <w:spacing w:after="0"/>
      </w:pPr>
      <w:r>
        <w:rPr>
          <w:rFonts w:ascii="Arial" w:hAnsi="Arial"/>
          <w:sz w:val="22"/>
        </w:rPr>
        <w:t>And is it useful for you to ask for, you know, more participants or, or more feedback from others or</w:t>
      </w:r>
    </w:p>
    <w:p>
      <w:pPr>
        <w:spacing w:after="0"/>
      </w:pPr>
    </w:p>
    <w:p>
      <w:pPr>
        <w:spacing w:after="0"/>
      </w:pPr>
      <w:r>
        <w:rPr>
          <w:rFonts w:ascii="Arial" w:hAnsi="Arial"/>
          <w:b/>
          <w:sz w:val="22"/>
        </w:rPr>
        <w:t xml:space="preserve">Rebecca  </w:t>
      </w:r>
      <w:r>
        <w:rPr>
          <w:rFonts w:ascii="Arial" w:hAnsi="Arial"/>
          <w:color w:val="5D7284"/>
          <w:sz w:val="22"/>
        </w:rPr>
        <w:t>1:07:30</w:t>
      </w:r>
    </w:p>
    <w:p>
      <w:pPr>
        <w:spacing w:after="0"/>
      </w:pPr>
      <w:r>
        <w:rPr>
          <w:rFonts w:ascii="Arial" w:hAnsi="Arial"/>
          <w:sz w:val="22"/>
        </w:rPr>
        <w:t>feedback? Yes, participants no because once I've got to a certain point, I have to stop because PhD. Weirdly enough, 14 interviews considered like a good amount for a PhD, you wouldn't  think so ? Because, yeah, because when you interview somebody, it's kind of like this podcast recording, right? So yeah, you  record it. And it's surprising how much people talk in an hour. So I've had some interviews where they've been two hours. So like, I've got way more data  than I'm ever gonna need   .....ALICE Yeah than  you need.  Rebecca  : Because people do just like to talk about these things and complain just like we have.......THEY ALL LAUGH Alice :well thats what we've been doing for the past hour!!   LUCY I feel t like I've been in therapy if I'm honest...     Rebecca people actually say actually god  I feel that felt really cathartic. I'm quite Yeah, yeah.</w:t>
      </w:r>
    </w:p>
    <w:p>
      <w:pPr>
        <w:spacing w:after="0"/>
      </w:pPr>
    </w:p>
    <w:p>
      <w:pPr>
        <w:spacing w:after="0"/>
      </w:pPr>
      <w:r>
        <w:rPr>
          <w:rFonts w:ascii="Arial" w:hAnsi="Arial"/>
          <w:b/>
          <w:sz w:val="22"/>
        </w:rPr>
        <w:t xml:space="preserve">Lucy  </w:t>
      </w:r>
      <w:r>
        <w:rPr>
          <w:rFonts w:ascii="Arial" w:hAnsi="Arial"/>
          <w:color w:val="5D7284"/>
          <w:sz w:val="22"/>
        </w:rPr>
        <w:t>1:08:16</w:t>
      </w:r>
    </w:p>
    <w:p>
      <w:pPr>
        <w:spacing w:after="0"/>
      </w:pPr>
      <w:r>
        <w:rPr>
          <w:rFonts w:ascii="Arial" w:hAnsi="Arial"/>
          <w:sz w:val="22"/>
        </w:rPr>
        <w:t>I mean, that's the thing. I think it's having been able to have a sympathetic and listening ear and go in. I can't do anything really to help with this. But I can listen to you and I can, you know, hear you and that's, I think, like you say, it's like with a podcast. I think that's why people we've said before in interviews and things when people have interviewed us about our podcasts, you know, we're we are eternally grateful for the guests like you that come on, and will will, within half an hour of meeting us for the often for the first time, we go tell us a bit about yourself and 15 minutes in are like well blah blah blah I believe, and they are telling us like really deep, big stuff and you're like, oh, whoa, okay. So it's nice that a: they feel they can trust us and b: we're giving them a platform to go Do you know what, this is a bit .... this is playing on my mind a bit. Let me tell you about this for an hour and a half . Yeah, it's it's, but it's I think it's what's needed sometimes you just need to have that ear  and you know, to be with people that go, I haven't necessarily got the condition you have or I'm not experiencing the the problems that you face, but I kind of get it, you know, disability affects affects everybody we speak to but it's a sliding scale of how much it affects you. Yeah,</w:t>
      </w:r>
    </w:p>
    <w:p>
      <w:pPr>
        <w:spacing w:after="0"/>
      </w:pPr>
    </w:p>
    <w:p>
      <w:pPr>
        <w:spacing w:after="0"/>
      </w:pPr>
      <w:r>
        <w:rPr>
          <w:rFonts w:ascii="Arial" w:hAnsi="Arial"/>
          <w:b/>
          <w:sz w:val="22"/>
        </w:rPr>
        <w:t xml:space="preserve">Rebecca  </w:t>
      </w:r>
      <w:r>
        <w:rPr>
          <w:rFonts w:ascii="Arial" w:hAnsi="Arial"/>
          <w:color w:val="5D7284"/>
          <w:sz w:val="22"/>
        </w:rPr>
        <w:t>1:09:33</w:t>
      </w:r>
    </w:p>
    <w:p>
      <w:pPr>
        <w:spacing w:after="0"/>
      </w:pPr>
      <w:r>
        <w:rPr>
          <w:rFonts w:ascii="Arial" w:hAnsi="Arial"/>
          <w:sz w:val="22"/>
        </w:rPr>
        <w:t>because I think that's part of the problem I found with welfare generally just looking at it because disability  is really subjective. But like if you got quote, like a pension, no one could argue about how old you are.........Lucy laughs          Rebecca: But disability is such a big thing that they're trying to like, cram it into these little boxes, but no one can really fit in the boxes because we're all ...........</w:t>
      </w:r>
    </w:p>
    <w:p>
      <w:pPr>
        <w:spacing w:after="0"/>
      </w:pPr>
    </w:p>
    <w:p>
      <w:pPr>
        <w:spacing w:after="0"/>
      </w:pPr>
      <w:r>
        <w:rPr>
          <w:rFonts w:ascii="Arial" w:hAnsi="Arial"/>
          <w:b/>
          <w:sz w:val="22"/>
        </w:rPr>
        <w:t xml:space="preserve">Lucy  </w:t>
      </w:r>
      <w:r>
        <w:rPr>
          <w:rFonts w:ascii="Arial" w:hAnsi="Arial"/>
          <w:color w:val="5D7284"/>
          <w:sz w:val="22"/>
        </w:rPr>
        <w:t>1:09:55</w:t>
      </w:r>
    </w:p>
    <w:p>
      <w:pPr>
        <w:spacing w:after="0"/>
      </w:pPr>
      <w:r>
        <w:rPr>
          <w:rFonts w:ascii="Arial" w:hAnsi="Arial"/>
          <w:sz w:val="22"/>
        </w:rPr>
        <w:t>They would like it to be a pension. Yeah, like they would like they would like us to wear costumes and  uniforms.</w:t>
      </w:r>
    </w:p>
    <w:p>
      <w:pPr>
        <w:spacing w:after="0"/>
      </w:pPr>
    </w:p>
    <w:p>
      <w:pPr>
        <w:spacing w:after="0"/>
      </w:pPr>
      <w:r>
        <w:rPr>
          <w:rFonts w:ascii="Arial" w:hAnsi="Arial"/>
          <w:b/>
          <w:sz w:val="22"/>
        </w:rPr>
        <w:t xml:space="preserve">Alice  </w:t>
      </w:r>
      <w:r>
        <w:rPr>
          <w:rFonts w:ascii="Arial" w:hAnsi="Arial"/>
          <w:color w:val="5D7284"/>
          <w:sz w:val="22"/>
        </w:rPr>
        <w:t>1:10:01</w:t>
      </w:r>
    </w:p>
    <w:p>
      <w:pPr>
        <w:spacing w:after="0"/>
      </w:pPr>
      <w:r>
        <w:rPr>
          <w:rFonts w:ascii="Arial" w:hAnsi="Arial"/>
          <w:sz w:val="22"/>
        </w:rPr>
        <w:t>Just yeah, it would be really nice if they could just tick a dis..... not disabled. So no benefits. And I suppose that's the assessment. Probably the problem with the assessment process is that, you know, they've tried to um whats the  word I'm looking for, like........LUCY pigeonhole......ALICE Well, yeah, essentially, they've they've tried, they've tried to sort of make it a uniform system and set of questions. But disability isn't uniform.</w:t>
      </w:r>
    </w:p>
    <w:p>
      <w:pPr>
        <w:spacing w:after="0"/>
      </w:pPr>
    </w:p>
    <w:p>
      <w:pPr>
        <w:spacing w:after="0"/>
      </w:pPr>
      <w:r>
        <w:rPr>
          <w:rFonts w:ascii="Arial" w:hAnsi="Arial"/>
          <w:b/>
          <w:sz w:val="22"/>
        </w:rPr>
        <w:t xml:space="preserve">Rebecca  </w:t>
      </w:r>
      <w:r>
        <w:rPr>
          <w:rFonts w:ascii="Arial" w:hAnsi="Arial"/>
          <w:color w:val="5D7284"/>
          <w:sz w:val="22"/>
        </w:rPr>
        <w:t>1:10:31</w:t>
      </w:r>
    </w:p>
    <w:p>
      <w:pPr>
        <w:spacing w:after="0"/>
      </w:pPr>
      <w:r>
        <w:rPr>
          <w:rFonts w:ascii="Arial" w:hAnsi="Arial"/>
          <w:sz w:val="22"/>
        </w:rPr>
        <w:t>Yeah, no its not is it?</w:t>
      </w:r>
    </w:p>
    <w:p>
      <w:pPr>
        <w:spacing w:after="0"/>
      </w:pPr>
    </w:p>
    <w:p>
      <w:pPr>
        <w:spacing w:after="0"/>
      </w:pPr>
      <w:r>
        <w:rPr>
          <w:rFonts w:ascii="Arial" w:hAnsi="Arial"/>
          <w:b/>
          <w:sz w:val="22"/>
        </w:rPr>
        <w:t xml:space="preserve">Lucy  </w:t>
      </w:r>
      <w:r>
        <w:rPr>
          <w:rFonts w:ascii="Arial" w:hAnsi="Arial"/>
          <w:color w:val="5D7284"/>
          <w:sz w:val="22"/>
        </w:rPr>
        <w:t>1:10:34</w:t>
      </w:r>
    </w:p>
    <w:p>
      <w:pPr>
        <w:spacing w:after="0"/>
      </w:pPr>
      <w:r>
        <w:rPr>
          <w:rFonts w:ascii="Arial" w:hAnsi="Arial"/>
          <w:sz w:val="22"/>
        </w:rPr>
        <w:t>They have, they've tried to use labels havent they really and color code everything. And I always say labels often dont suit. Essentially, you can't, you know, my cerebral palsy is different to other people that I know, cerebral palsy, you know, Alice's blindness is different to other people that she knows with blindness......</w:t>
      </w:r>
    </w:p>
    <w:p>
      <w:pPr>
        <w:spacing w:after="0"/>
      </w:pPr>
    </w:p>
    <w:p>
      <w:pPr>
        <w:spacing w:after="0"/>
      </w:pPr>
      <w:r>
        <w:rPr>
          <w:rFonts w:ascii="Arial" w:hAnsi="Arial"/>
          <w:b/>
          <w:sz w:val="22"/>
        </w:rPr>
        <w:t xml:space="preserve">Alice  </w:t>
      </w:r>
      <w:r>
        <w:rPr>
          <w:rFonts w:ascii="Arial" w:hAnsi="Arial"/>
          <w:color w:val="5D7284"/>
          <w:sz w:val="22"/>
        </w:rPr>
        <w:t>1:10:54</w:t>
      </w:r>
    </w:p>
    <w:p>
      <w:pPr>
        <w:spacing w:after="0"/>
      </w:pPr>
      <w:r>
        <w:rPr>
          <w:rFonts w:ascii="Arial" w:hAnsi="Arial"/>
          <w:sz w:val="22"/>
        </w:rPr>
        <w:t xml:space="preserve">Even my, you know, my people with the same diagnosis as me, like, our experiences are different. Like, literally in terms of, you know, the physiology of the way that the cells in the back of our eyes die is erratic and different. And everybody's site goes in from different places at different speeds, but also literally, like, there are people who have the same condition as me, and who may technically have less sight than me who are capable of doing things and able to do things that I'm not able to do it, you know, it's just what I'd what I'd want to see, I suppose, is an assessment process that actually takes time to assess you, and spend time with you and understand that the purpose of I always say the purpose of Personal Independence Payment, it, the name says what it should be doing, is, actually let's have a conversation about what having this bit of money could help you to do. And enable you to do and make things easier, that instead of going well you, what can't you do? And then we'll give you some money to make you feel better about it. </w:t>
      </w:r>
    </w:p>
    <w:p>
      <w:pPr>
        <w:spacing w:after="0"/>
      </w:pPr>
    </w:p>
    <w:p>
      <w:pPr>
        <w:spacing w:after="0"/>
      </w:pPr>
      <w:r>
        <w:rPr>
          <w:rFonts w:ascii="Arial" w:hAnsi="Arial"/>
          <w:b/>
          <w:sz w:val="22"/>
        </w:rPr>
        <w:t xml:space="preserve">Lucy  </w:t>
      </w:r>
      <w:r>
        <w:rPr>
          <w:rFonts w:ascii="Arial" w:hAnsi="Arial"/>
          <w:color w:val="5D7284"/>
          <w:sz w:val="22"/>
        </w:rPr>
        <w:t>1:12:12</w:t>
      </w:r>
    </w:p>
    <w:p>
      <w:pPr>
        <w:spacing w:after="0"/>
      </w:pPr>
      <w:r>
        <w:rPr>
          <w:rFonts w:ascii="Arial" w:hAnsi="Arial"/>
          <w:sz w:val="22"/>
        </w:rPr>
        <w:t>Yeah well what, what are your sort of? What would be on your wish list Rebecca?  if somebody said to you like, okay, we're giving you the job of remodeling PIP? Laughs  But what would be on your  wish listof things to put on?</w:t>
      </w:r>
    </w:p>
    <w:p>
      <w:pPr>
        <w:spacing w:after="0"/>
      </w:pPr>
    </w:p>
    <w:p>
      <w:pPr>
        <w:spacing w:after="0"/>
      </w:pPr>
      <w:r>
        <w:rPr>
          <w:rFonts w:ascii="Arial" w:hAnsi="Arial"/>
          <w:b/>
          <w:sz w:val="22"/>
        </w:rPr>
        <w:t xml:space="preserve">Rebecca  </w:t>
      </w:r>
      <w:r>
        <w:rPr>
          <w:rFonts w:ascii="Arial" w:hAnsi="Arial"/>
          <w:color w:val="5D7284"/>
          <w:sz w:val="22"/>
        </w:rPr>
        <w:t>1:12:21</w:t>
      </w:r>
    </w:p>
    <w:p>
      <w:pPr>
        <w:spacing w:after="0"/>
      </w:pPr>
      <w:r>
        <w:rPr>
          <w:rFonts w:ascii="Arial" w:hAnsi="Arial"/>
          <w:sz w:val="22"/>
        </w:rPr>
        <w:t>Yeah, I'd love that job but I wont do that I think, well, if I often think about   this, because, you know, once you thought about all that you could kind of go, what would you want to change?. And so some very immediate changes would be to make the form available accessible format, without having to fill out another form or do another phone call. Because at the minute, that's what you have to do. For like online, for example, wasn't really a thing before COVID. And that, it's that they still send out the paper ones in the first instance. And you should be able to tick a thing that  says, Do not send me any paper forms and , I want an online one, that you can use the screen reader or whatever you need. But in the long term, I'd like for it to change too. Rather than being like, What can't you do? I want it to be a How can we help you? Because I think a lot of the time people don't get access to certain services or certain things they need. Which is what technically papers for, right? Because it's the extra costs of being a disabled  person. Yeah. And I think, you know, we, if I could, I'd flip the system on its head and say, okay, sit people down and say, right, what, what barriers? Do you fit this to make sure that you're participating in society, and you can get out of the house and you can do things that you want to do? And then they'll say, okay, so I have a barrier with transport, or I have a barrier with getting to, say, going to visit my friends in an afternoon because the busses aren't running or a taxi is  either expensive or whatever it is. And for them to go, okay, so we can allocate you this funding for, for these sorts of things. And yeah, probably, I don't know, I'm not a policy maker. But what if I was that'd be the main crux of it is to focus on the barriers people face and how to fix those barriers using .........</w:t>
      </w:r>
    </w:p>
    <w:p>
      <w:pPr>
        <w:spacing w:after="0"/>
      </w:pPr>
    </w:p>
    <w:p>
      <w:pPr>
        <w:spacing w:after="0"/>
      </w:pPr>
      <w:r>
        <w:rPr>
          <w:rFonts w:ascii="Arial" w:hAnsi="Arial"/>
          <w:b/>
          <w:sz w:val="22"/>
        </w:rPr>
        <w:t xml:space="preserve">Lucy  </w:t>
      </w:r>
      <w:r>
        <w:rPr>
          <w:rFonts w:ascii="Arial" w:hAnsi="Arial"/>
          <w:color w:val="5D7284"/>
          <w:sz w:val="22"/>
        </w:rPr>
        <w:t>1:14:20</w:t>
      </w:r>
    </w:p>
    <w:p>
      <w:pPr>
        <w:spacing w:after="0"/>
      </w:pPr>
      <w:r>
        <w:rPr>
          <w:rFonts w:ascii="Arial" w:hAnsi="Arial"/>
          <w:sz w:val="22"/>
        </w:rPr>
        <w:t xml:space="preserve">Yeah societal barriers rather than making the disabled person the problem. </w:t>
      </w:r>
    </w:p>
    <w:p>
      <w:pPr>
        <w:spacing w:after="0"/>
      </w:pPr>
    </w:p>
    <w:p>
      <w:pPr>
        <w:spacing w:after="0"/>
      </w:pPr>
      <w:r>
        <w:rPr>
          <w:rFonts w:ascii="Arial" w:hAnsi="Arial"/>
          <w:b/>
          <w:sz w:val="22"/>
        </w:rPr>
        <w:t xml:space="preserve">Rebecca  </w:t>
      </w:r>
      <w:r>
        <w:rPr>
          <w:rFonts w:ascii="Arial" w:hAnsi="Arial"/>
          <w:color w:val="5D7284"/>
          <w:sz w:val="22"/>
        </w:rPr>
        <w:t>1:14:24</w:t>
      </w:r>
    </w:p>
    <w:p>
      <w:pPr>
        <w:spacing w:after="0"/>
      </w:pPr>
      <w:r>
        <w:rPr>
          <w:rFonts w:ascii="Arial" w:hAnsi="Arial"/>
          <w:sz w:val="22"/>
        </w:rPr>
        <w:t>Yeah they'll say like a Oh, you can't do this. That's sad. Here's some money. Make it  so the money actually goes towards.......</w:t>
      </w:r>
    </w:p>
    <w:p>
      <w:pPr>
        <w:spacing w:after="0"/>
      </w:pPr>
    </w:p>
    <w:p>
      <w:pPr>
        <w:spacing w:after="0"/>
      </w:pPr>
      <w:r>
        <w:rPr>
          <w:rFonts w:ascii="Arial" w:hAnsi="Arial"/>
          <w:b/>
          <w:sz w:val="22"/>
        </w:rPr>
        <w:t xml:space="preserve">Lucy  </w:t>
      </w:r>
      <w:r>
        <w:rPr>
          <w:rFonts w:ascii="Arial" w:hAnsi="Arial"/>
          <w:color w:val="5D7284"/>
          <w:sz w:val="22"/>
        </w:rPr>
        <w:t>1:14:32</w:t>
      </w:r>
    </w:p>
    <w:p>
      <w:pPr>
        <w:spacing w:after="0"/>
      </w:pPr>
      <w:r>
        <w:rPr>
          <w:rFonts w:ascii="Arial" w:hAnsi="Arial"/>
          <w:sz w:val="22"/>
        </w:rPr>
        <w:t>That's very sad would money you make your happy. Yeah, it's that kind of level of</w:t>
      </w:r>
    </w:p>
    <w:p>
      <w:pPr>
        <w:spacing w:after="0"/>
      </w:pPr>
    </w:p>
    <w:p>
      <w:pPr>
        <w:spacing w:after="0"/>
      </w:pPr>
      <w:r>
        <w:rPr>
          <w:rFonts w:ascii="Arial" w:hAnsi="Arial"/>
          <w:b/>
          <w:sz w:val="22"/>
        </w:rPr>
        <w:t xml:space="preserve">Rebecca  </w:t>
      </w:r>
      <w:r>
        <w:rPr>
          <w:rFonts w:ascii="Arial" w:hAnsi="Arial"/>
          <w:color w:val="5D7284"/>
          <w:sz w:val="22"/>
        </w:rPr>
        <w:t>1:14:37</w:t>
      </w:r>
    </w:p>
    <w:p>
      <w:pPr>
        <w:spacing w:after="0"/>
      </w:pPr>
      <w:r>
        <w:rPr>
          <w:rFonts w:ascii="Arial" w:hAnsi="Arial"/>
          <w:sz w:val="22"/>
        </w:rPr>
        <w:t>I've had, I've had participants say to me that like when they've had mental health issues, and they've just asked them  well if  it this bad why? Why would you kill it yourself?.........Alice: Jesus fucking christ!!!  Rebecca: They get asked that in their assessment. And I've been asked what I've said to me, where they're like, Oh, well, if you're at Uni you can't be that disabled, and that was by an assesor!   Lucy : Oh for gods sake!    Rebecca: I was like, what? Me being at Uni  doesn't mean anything. Because it's not a work based  benefit. You're supposed to be able to work while you claim it. But all participants said to me like, oh, that they said, because I was working. I couldn't have it, because that proves I can do something.</w:t>
      </w:r>
    </w:p>
    <w:p>
      <w:pPr>
        <w:spacing w:after="0"/>
      </w:pPr>
    </w:p>
    <w:p>
      <w:pPr>
        <w:spacing w:after="0"/>
      </w:pPr>
      <w:r>
        <w:rPr>
          <w:rFonts w:ascii="Arial" w:hAnsi="Arial"/>
          <w:b/>
          <w:sz w:val="22"/>
        </w:rPr>
        <w:t xml:space="preserve">Alice  </w:t>
      </w:r>
      <w:r>
        <w:rPr>
          <w:rFonts w:ascii="Arial" w:hAnsi="Arial"/>
          <w:color w:val="5D7284"/>
          <w:sz w:val="22"/>
        </w:rPr>
        <w:t>1:15:22</w:t>
      </w:r>
    </w:p>
    <w:p>
      <w:pPr>
        <w:spacing w:after="0"/>
      </w:pPr>
      <w:r>
        <w:rPr>
          <w:rFonts w:ascii="Arial" w:hAnsi="Arial"/>
          <w:sz w:val="22"/>
        </w:rPr>
        <w:t xml:space="preserve"> No, that's not what PIP is. </w:t>
      </w:r>
    </w:p>
    <w:p>
      <w:pPr>
        <w:spacing w:after="0"/>
      </w:pPr>
    </w:p>
    <w:p>
      <w:pPr>
        <w:spacing w:after="0"/>
      </w:pPr>
      <w:r>
        <w:rPr>
          <w:rFonts w:ascii="Arial" w:hAnsi="Arial"/>
          <w:b/>
          <w:sz w:val="22"/>
        </w:rPr>
        <w:t xml:space="preserve">Rebecca  </w:t>
      </w:r>
      <w:r>
        <w:rPr>
          <w:rFonts w:ascii="Arial" w:hAnsi="Arial"/>
          <w:color w:val="5D7284"/>
          <w:sz w:val="22"/>
        </w:rPr>
        <w:t>1:15:24</w:t>
      </w:r>
    </w:p>
    <w:p>
      <w:pPr>
        <w:spacing w:after="0"/>
      </w:pPr>
      <w:r>
        <w:rPr>
          <w:rFonts w:ascii="Arial" w:hAnsi="Arial"/>
          <w:sz w:val="22"/>
        </w:rPr>
        <w:t>It's not what it's supposed to be.to be.</w:t>
      </w:r>
    </w:p>
    <w:p>
      <w:pPr>
        <w:spacing w:after="0"/>
      </w:pPr>
    </w:p>
    <w:p>
      <w:pPr>
        <w:spacing w:after="0"/>
      </w:pPr>
      <w:r>
        <w:rPr>
          <w:rFonts w:ascii="Arial" w:hAnsi="Arial"/>
          <w:b/>
          <w:sz w:val="22"/>
        </w:rPr>
        <w:t xml:space="preserve">Lucy  </w:t>
      </w:r>
      <w:r>
        <w:rPr>
          <w:rFonts w:ascii="Arial" w:hAnsi="Arial"/>
          <w:color w:val="5D7284"/>
          <w:sz w:val="22"/>
        </w:rPr>
        <w:t>1:15:26</w:t>
      </w:r>
    </w:p>
    <w:p>
      <w:pPr>
        <w:spacing w:after="0"/>
      </w:pPr>
      <w:r>
        <w:rPr>
          <w:rFonts w:ascii="Arial" w:hAnsi="Arial"/>
          <w:sz w:val="22"/>
        </w:rPr>
        <w:t>So many people that I know who have said, Oh, I can't go to work. And I'm like, Why? Because it will affect  my benefit. Which benefit? Pip? No, no, no. Because whether you work or not, you're still disabled. You know, who's  you just told you that because he was wrong....</w:t>
      </w:r>
    </w:p>
    <w:p>
      <w:pPr>
        <w:spacing w:after="0"/>
      </w:pPr>
    </w:p>
    <w:p>
      <w:pPr>
        <w:spacing w:after="0"/>
      </w:pPr>
      <w:r>
        <w:rPr>
          <w:rFonts w:ascii="Arial" w:hAnsi="Arial"/>
          <w:b/>
          <w:sz w:val="22"/>
        </w:rPr>
        <w:t xml:space="preserve">Rebecca  </w:t>
      </w:r>
      <w:r>
        <w:rPr>
          <w:rFonts w:ascii="Arial" w:hAnsi="Arial"/>
          <w:color w:val="5D7284"/>
          <w:sz w:val="22"/>
        </w:rPr>
        <w:t>1:15:41</w:t>
      </w:r>
    </w:p>
    <w:p>
      <w:pPr>
        <w:spacing w:after="0"/>
      </w:pPr>
      <w:r>
        <w:rPr>
          <w:rFonts w:ascii="Arial" w:hAnsi="Arial"/>
          <w:sz w:val="22"/>
        </w:rPr>
        <w:t>in my little summary thing from my last assessment, where it is said, Rebecca indicates she goes to uni. We haven't given her 12 points for moblity. We've given her 10 I'm like, so every time I go, Yeah, every time on the two points, I need to get maximum mobility and like my biggest outgoing bit.........    Alice because because , you go to university, so you don't have a mobility issue?    Rebecca:   Nope. I don't have enough of a mobility issue to get the maximum points. Because if I got the maximum points  I'd move into the next bracket for the money. Yeah, and be able to get a mobility car..........          A But so</w:t>
      </w:r>
    </w:p>
    <w:p>
      <w:pPr>
        <w:spacing w:after="0"/>
      </w:pPr>
    </w:p>
    <w:p>
      <w:pPr>
        <w:spacing w:after="0"/>
      </w:pPr>
      <w:r>
        <w:rPr>
          <w:rFonts w:ascii="Arial" w:hAnsi="Arial"/>
          <w:b/>
          <w:sz w:val="22"/>
        </w:rPr>
        <w:t xml:space="preserve">Alice  </w:t>
      </w:r>
      <w:r>
        <w:rPr>
          <w:rFonts w:ascii="Arial" w:hAnsi="Arial"/>
          <w:color w:val="5D7284"/>
          <w:sz w:val="22"/>
        </w:rPr>
        <w:t>1:16:16</w:t>
      </w:r>
    </w:p>
    <w:p>
      <w:pPr>
        <w:spacing w:after="0"/>
      </w:pPr>
      <w:r>
        <w:rPr>
          <w:rFonts w:ascii="Arial" w:hAnsi="Arial"/>
          <w:sz w:val="22"/>
        </w:rPr>
        <w:t>But so, so   and they fleshing out that argument any further by saying like,.......Rebecca no ,not really .....Alice: because she does a 10 mile walk to uni. So yeah.</w:t>
      </w:r>
    </w:p>
    <w:p>
      <w:pPr>
        <w:spacing w:after="0"/>
      </w:pPr>
    </w:p>
    <w:p>
      <w:pPr>
        <w:spacing w:after="0"/>
      </w:pPr>
      <w:r>
        <w:rPr>
          <w:rFonts w:ascii="Arial" w:hAnsi="Arial"/>
          <w:b/>
          <w:sz w:val="22"/>
        </w:rPr>
        <w:t xml:space="preserve">Rebecca  </w:t>
      </w:r>
      <w:r>
        <w:rPr>
          <w:rFonts w:ascii="Arial" w:hAnsi="Arial"/>
          <w:color w:val="5D7284"/>
          <w:sz w:val="22"/>
        </w:rPr>
        <w:t>1:16:28</w:t>
      </w:r>
    </w:p>
    <w:p>
      <w:pPr>
        <w:spacing w:after="0"/>
      </w:pPr>
      <w:r>
        <w:rPr>
          <w:rFonts w:ascii="Arial" w:hAnsi="Arial"/>
          <w:sz w:val="22"/>
        </w:rPr>
        <w:t>No, that's because because, because basically, I explained the assessment when I go into uni because I'm a PhD student. Mostly I work from home anyway . Alice:Yeah, yeah,...        Rebecca: thers  the odd thing I have to go in for. Explain, like, I'm exhausted. I need two days to recover afterwards, cuz I've got to get a  train there. And it's a while. This thing, that thing, the other  thing. Sometimes, if there's two things on the day, I pick which one I go to, because I can't do both. Because I can't then travel back safely. So I've explained all this is in the assesment, and then they say Rebecca gets the train to Uni now and then . So she's fine.Alice:   Did you challenge it?     Rebecca: No. Because then if you challenge it, they can take everything else off for you as well. I was too scared.</w:t>
      </w:r>
    </w:p>
    <w:p>
      <w:pPr>
        <w:spacing w:after="0"/>
      </w:pPr>
    </w:p>
    <w:p>
      <w:pPr>
        <w:spacing w:after="0"/>
      </w:pPr>
      <w:r>
        <w:rPr>
          <w:rFonts w:ascii="Arial" w:hAnsi="Arial"/>
          <w:b/>
          <w:sz w:val="22"/>
        </w:rPr>
        <w:t xml:space="preserve">Alice  </w:t>
      </w:r>
      <w:r>
        <w:rPr>
          <w:rFonts w:ascii="Arial" w:hAnsi="Arial"/>
          <w:color w:val="5D7284"/>
          <w:sz w:val="22"/>
        </w:rPr>
        <w:t>1:17:07</w:t>
      </w:r>
    </w:p>
    <w:p>
      <w:pPr>
        <w:spacing w:after="0"/>
      </w:pPr>
      <w:r>
        <w:rPr>
          <w:rFonts w:ascii="Arial" w:hAnsi="Arial"/>
          <w:sz w:val="22"/>
        </w:rPr>
        <w:t>They can. But again, I I don't know if I said this before the recording or not. I used to do. But I used to be a caseworker for people doing benefits tribunals. And the thing that I would always say to people is the DWP do not want to give you your benefits. But the tribunal don't care if you need it, they'll give it to you. And that's where I would always say to people, always go back, ask for your mandatory reconsideration. And then go and if you get if you can get get in to a face to face tribunal, have a conversation with the judge explain to them why you think the information that the reasoning the DWP have given is wrong. It's not</w:t>
      </w:r>
    </w:p>
    <w:p>
      <w:pPr>
        <w:spacing w:after="0"/>
      </w:pPr>
    </w:p>
    <w:p>
      <w:pPr>
        <w:spacing w:after="0"/>
      </w:pPr>
      <w:r>
        <w:rPr>
          <w:rFonts w:ascii="Arial" w:hAnsi="Arial"/>
          <w:b/>
          <w:sz w:val="22"/>
        </w:rPr>
        <w:t xml:space="preserve">Rebecca  </w:t>
      </w:r>
      <w:r>
        <w:rPr>
          <w:rFonts w:ascii="Arial" w:hAnsi="Arial"/>
          <w:color w:val="5D7284"/>
          <w:sz w:val="22"/>
        </w:rPr>
        <w:t>1:17:51</w:t>
      </w:r>
    </w:p>
    <w:p>
      <w:pPr>
        <w:spacing w:after="0"/>
      </w:pPr>
      <w:r>
        <w:rPr>
          <w:rFonts w:ascii="Arial" w:hAnsi="Arial"/>
          <w:sz w:val="22"/>
        </w:rPr>
        <w:t xml:space="preserve">it's just that they're hoping you don't  right? That's all it is. They're hoping you you won't do anything </w:t>
      </w:r>
    </w:p>
    <w:p>
      <w:pPr>
        <w:spacing w:after="0"/>
      </w:pPr>
    </w:p>
    <w:p>
      <w:pPr>
        <w:spacing w:after="0"/>
      </w:pPr>
      <w:r>
        <w:rPr>
          <w:rFonts w:ascii="Arial" w:hAnsi="Arial"/>
          <w:b/>
          <w:sz w:val="22"/>
        </w:rPr>
        <w:t xml:space="preserve">Lucy  </w:t>
      </w:r>
      <w:r>
        <w:rPr>
          <w:rFonts w:ascii="Arial" w:hAnsi="Arial"/>
          <w:color w:val="5D7284"/>
          <w:sz w:val="22"/>
        </w:rPr>
        <w:t>1:17:57</w:t>
      </w:r>
    </w:p>
    <w:p>
      <w:pPr>
        <w:spacing w:after="0"/>
      </w:pPr>
      <w:r>
        <w:rPr>
          <w:rFonts w:ascii="Arial" w:hAnsi="Arial"/>
          <w:sz w:val="22"/>
        </w:rPr>
        <w:t>But there is this thing even you saying things like that, Alice like, you know if you can go to tribunal as somebody who has never, never got into trouble for anything and never gone to court for anything specific relating to me, the word tribunal is scary. And you say, oh, no, no, no, it's,</w:t>
      </w:r>
    </w:p>
    <w:p>
      <w:pPr>
        <w:spacing w:after="0"/>
      </w:pPr>
    </w:p>
    <w:p>
      <w:pPr>
        <w:spacing w:after="0"/>
      </w:pPr>
      <w:r>
        <w:rPr>
          <w:rFonts w:ascii="Arial" w:hAnsi="Arial"/>
          <w:b/>
          <w:sz w:val="22"/>
        </w:rPr>
        <w:t xml:space="preserve">Alice  </w:t>
      </w:r>
      <w:r>
        <w:rPr>
          <w:rFonts w:ascii="Arial" w:hAnsi="Arial"/>
          <w:color w:val="5D7284"/>
          <w:sz w:val="22"/>
        </w:rPr>
        <w:t>1:18:18</w:t>
      </w:r>
    </w:p>
    <w:p>
      <w:pPr>
        <w:spacing w:after="0"/>
      </w:pPr>
      <w:r>
        <w:rPr>
          <w:rFonts w:ascii="Arial" w:hAnsi="Arial"/>
          <w:sz w:val="22"/>
        </w:rPr>
        <w:t>it's not you're not in front of a fucking solicitor and barrister and they're going to send you to prison because you apply for benefits and you don't deserve it. It is a little it's a it's basically a big office space. And it's a tribunal person. And sometimes someone from the DWP bothers to fucking turn up the number of tribunals that I went to where they just submitted the paperwork because it was like they couldn't even be bothered to send someone to argue their case. I went to one where they had actually bothered to send someone from the DWP supporting an older gentleman who'd. He'd had a he'd worked in a post office, he'd managed a post office for 30 years or something. And he was almost at retirement age. But he was now it wasn't PiP, I think it was back it was ESA. And he went to the face to face tribunal. And the reason he had said he couldn't do he couldn't work any longer was because he could not manage to sit or stand for extended period of time. And we sat in that Tribunal hearing for 30 minutes and bless this this fella he had to interrupt the judge sort of after about 10 minutes and said Do you mind if I stand up because I can't sit here it hurts too much to to sit all the time. And so after about 30 minutes he stood and sat and stood and sat so many times that the person from the DWP said we withdraw our challenge. We think you should be awarded everything because all they done is have a conversation with him over the phone and he'd gone I'm in pain. I can't sit for 10 minutes. I can't stand for 10 minutes and they gone Well, there's you've got no evidence to support and what evidence do you provide?</w:t>
      </w:r>
    </w:p>
    <w:p>
      <w:pPr>
        <w:spacing w:after="0"/>
      </w:pPr>
    </w:p>
    <w:p>
      <w:pPr>
        <w:spacing w:after="0"/>
      </w:pPr>
      <w:r>
        <w:rPr>
          <w:rFonts w:ascii="Arial" w:hAnsi="Arial"/>
          <w:b/>
          <w:sz w:val="22"/>
        </w:rPr>
        <w:t xml:space="preserve">Lucy  </w:t>
      </w:r>
      <w:r>
        <w:rPr>
          <w:rFonts w:ascii="Arial" w:hAnsi="Arial"/>
          <w:color w:val="5D7284"/>
          <w:sz w:val="22"/>
        </w:rPr>
        <w:t>1:20:04</w:t>
      </w:r>
    </w:p>
    <w:p>
      <w:pPr>
        <w:spacing w:after="0"/>
      </w:pPr>
      <w:r>
        <w:rPr>
          <w:rFonts w:ascii="Arial" w:hAnsi="Arial"/>
          <w:sz w:val="22"/>
        </w:rPr>
        <w:t>this thing. It's like it's like, you know, it's very, very difficult to deny somebody something when they're in front of you isn't it?</w:t>
      </w:r>
    </w:p>
    <w:p>
      <w:pPr>
        <w:spacing w:after="0"/>
      </w:pPr>
    </w:p>
    <w:p>
      <w:pPr>
        <w:spacing w:after="0"/>
      </w:pPr>
      <w:r>
        <w:rPr>
          <w:rFonts w:ascii="Arial" w:hAnsi="Arial"/>
          <w:b/>
          <w:sz w:val="22"/>
        </w:rPr>
        <w:t xml:space="preserve">Rebecca  </w:t>
      </w:r>
      <w:r>
        <w:rPr>
          <w:rFonts w:ascii="Arial" w:hAnsi="Arial"/>
          <w:color w:val="5D7284"/>
          <w:sz w:val="22"/>
        </w:rPr>
        <w:t>1:20:12</w:t>
      </w:r>
    </w:p>
    <w:p>
      <w:pPr>
        <w:spacing w:after="0"/>
      </w:pPr>
      <w:r>
        <w:rPr>
          <w:rFonts w:ascii="Arial" w:hAnsi="Arial"/>
          <w:sz w:val="22"/>
        </w:rPr>
        <w:t xml:space="preserve"> Yeah. And I think also for the just the  system generally. So like, you send , your PIP form off  for example, you go to  the assessment, but the assessors have made the decision, they write something up and then send that to someone else who has never met you before ever. Yeah, that and they make the decision. So it's not like the person who you come face to face with with makes a decision.</w:t>
      </w:r>
    </w:p>
    <w:p>
      <w:pPr>
        <w:spacing w:after="0"/>
      </w:pPr>
    </w:p>
    <w:p>
      <w:pPr>
        <w:spacing w:after="0"/>
      </w:pPr>
      <w:r>
        <w:rPr>
          <w:rFonts w:ascii="Arial" w:hAnsi="Arial"/>
          <w:b/>
          <w:sz w:val="22"/>
        </w:rPr>
        <w:t xml:space="preserve">Alice  </w:t>
      </w:r>
      <w:r>
        <w:rPr>
          <w:rFonts w:ascii="Arial" w:hAnsi="Arial"/>
          <w:color w:val="5D7284"/>
          <w:sz w:val="22"/>
        </w:rPr>
        <w:t>1:20:32</w:t>
      </w:r>
    </w:p>
    <w:p>
      <w:pPr>
        <w:spacing w:after="0"/>
      </w:pPr>
      <w:r>
        <w:rPr>
          <w:rFonts w:ascii="Arial" w:hAnsi="Arial"/>
          <w:sz w:val="22"/>
        </w:rPr>
        <w:t>Yeah, my advice would always be to anyone who finds themselves denied PIP. If you really believe that you deserve it, you go back, you ask for your mandatory reconsideration. If they still don't give it to you, you asked to go to a tribunal. There are organizations out there that can help you with applying for the tribunal process. If you have any extra evidence, the thing I always say to people is keep a diary, even if it's just a log of I was in pain from 1pm until 245 today, and it meant I had to stop what I was doing. So I had to go lie down. You know, or I chucked coffee all over myself today because I had a sudden twitch in my hand, and it meant that I burned myself and I'd go and get changed, things like that. If you keep a log of stuff like that, submit that to the tribunal ask for a face to face Tribunal hearing. And just just be honest, because because the judges don't have the agenda. The DWP do not want to they don't want to spend their money, they will the tribunal service do not care. And it's not. It's not they're not going to attack you in like people. It's not a court hearing, you're not gonna go to prison. I know it sounds really scary. But honestly, I mean, in my experience, you know, I've worked I did that for two years as a professional, I went to a lot of Tribunal hearings. And yeah, that's just that would just be my advice.</w:t>
      </w:r>
    </w:p>
    <w:p>
      <w:pPr>
        <w:spacing w:after="0"/>
      </w:pPr>
    </w:p>
    <w:p>
      <w:pPr>
        <w:spacing w:after="0"/>
      </w:pPr>
      <w:r>
        <w:rPr>
          <w:rFonts w:ascii="Arial" w:hAnsi="Arial"/>
          <w:b/>
          <w:sz w:val="22"/>
        </w:rPr>
        <w:t xml:space="preserve">Lucy  </w:t>
      </w:r>
      <w:r>
        <w:rPr>
          <w:rFonts w:ascii="Arial" w:hAnsi="Arial"/>
          <w:color w:val="5D7284"/>
          <w:sz w:val="22"/>
        </w:rPr>
        <w:t>1:22:09</w:t>
      </w:r>
    </w:p>
    <w:p>
      <w:pPr>
        <w:spacing w:after="0"/>
      </w:pPr>
      <w:r>
        <w:rPr>
          <w:rFonts w:ascii="Arial" w:hAnsi="Arial"/>
          <w:sz w:val="22"/>
        </w:rPr>
        <w:t>We'll make sure as well that there's links for help and support on our website.......Rebecca: yes  I have a few different links I can show them . Lucy:Yeah, if you could send those across, we'll put them in your, your episode guide, as well. We've also got like help and support pages on our website. If if anybody wants to look further into this, because we you know, we believe it's important to help support people who might be listening. Rebecca, before we sort of wrap everything up, is there anything else you want to add? Where can people find you online if they want to sort of get in contact with you? And</w:t>
      </w:r>
    </w:p>
    <w:p>
      <w:pPr>
        <w:spacing w:after="0"/>
      </w:pPr>
    </w:p>
    <w:p>
      <w:pPr>
        <w:spacing w:after="0"/>
      </w:pPr>
      <w:r>
        <w:rPr>
          <w:rFonts w:ascii="Arial" w:hAnsi="Arial"/>
          <w:b/>
          <w:sz w:val="22"/>
        </w:rPr>
        <w:t xml:space="preserve">Rebecca  </w:t>
      </w:r>
      <w:r>
        <w:rPr>
          <w:rFonts w:ascii="Arial" w:hAnsi="Arial"/>
          <w:color w:val="5D7284"/>
          <w:sz w:val="22"/>
        </w:rPr>
        <w:t>1:22:47</w:t>
      </w:r>
    </w:p>
    <w:p>
      <w:pPr>
        <w:spacing w:after="0"/>
      </w:pPr>
      <w:r>
        <w:rPr>
          <w:rFonts w:ascii="Arial" w:hAnsi="Arial"/>
          <w:sz w:val="22"/>
        </w:rPr>
        <w:t>people can find me on Twitter, usually normally complaining about how much work I have to do........Lucy laughs...... Being like, oh, no, another night when my thesis has written itself what</w:t>
      </w:r>
    </w:p>
    <w:p>
      <w:pPr>
        <w:spacing w:after="0"/>
      </w:pPr>
    </w:p>
    <w:p>
      <w:pPr>
        <w:spacing w:after="0"/>
      </w:pPr>
      <w:r>
        <w:rPr>
          <w:rFonts w:ascii="Arial" w:hAnsi="Arial"/>
          <w:b/>
          <w:sz w:val="22"/>
        </w:rPr>
        <w:t xml:space="preserve">Lucy  </w:t>
      </w:r>
      <w:r>
        <w:rPr>
          <w:rFonts w:ascii="Arial" w:hAnsi="Arial"/>
          <w:color w:val="5D7284"/>
          <w:sz w:val="22"/>
        </w:rPr>
        <w:t>1:23:00</w:t>
      </w:r>
    </w:p>
    <w:p>
      <w:pPr>
        <w:spacing w:after="0"/>
      </w:pPr>
      <w:r>
        <w:rPr>
          <w:rFonts w:ascii="Arial" w:hAnsi="Arial"/>
          <w:sz w:val="22"/>
        </w:rPr>
        <w:t>Yeah it's not like elves and the  shoe maker is it?</w:t>
      </w:r>
    </w:p>
    <w:p>
      <w:pPr>
        <w:spacing w:after="0"/>
      </w:pPr>
    </w:p>
    <w:p>
      <w:pPr>
        <w:spacing w:after="0"/>
      </w:pPr>
      <w:r>
        <w:rPr>
          <w:rFonts w:ascii="Arial" w:hAnsi="Arial"/>
          <w:b/>
          <w:sz w:val="22"/>
        </w:rPr>
        <w:t xml:space="preserve">Rebecca  </w:t>
      </w:r>
      <w:r>
        <w:rPr>
          <w:rFonts w:ascii="Arial" w:hAnsi="Arial"/>
          <w:color w:val="5D7284"/>
          <w:sz w:val="22"/>
        </w:rPr>
        <w:t>1:23:04</w:t>
      </w:r>
    </w:p>
    <w:p>
      <w:pPr>
        <w:spacing w:after="0"/>
      </w:pPr>
      <w:r>
        <w:rPr>
          <w:rFonts w:ascii="Arial" w:hAnsi="Arial"/>
          <w:sz w:val="22"/>
        </w:rPr>
        <w:t>I wish it was because especially when you've got like a dyspraxic brain  I'm like could someone not like take   this and like osmosis words on to it?   Lucy laughs Yeah! Rebecca : I'm not good at that</w:t>
      </w:r>
    </w:p>
    <w:p>
      <w:pPr>
        <w:spacing w:after="0"/>
      </w:pPr>
    </w:p>
    <w:p>
      <w:pPr>
        <w:spacing w:after="0"/>
      </w:pPr>
      <w:r>
        <w:rPr>
          <w:rFonts w:ascii="Arial" w:hAnsi="Arial"/>
          <w:b/>
          <w:sz w:val="22"/>
        </w:rPr>
        <w:t xml:space="preserve">Alice  </w:t>
      </w:r>
      <w:r>
        <w:rPr>
          <w:rFonts w:ascii="Arial" w:hAnsi="Arial"/>
          <w:color w:val="5D7284"/>
          <w:sz w:val="22"/>
        </w:rPr>
        <w:t>1:23:13</w:t>
      </w:r>
    </w:p>
    <w:p>
      <w:pPr>
        <w:spacing w:after="0"/>
      </w:pPr>
      <w:r>
        <w:rPr>
          <w:rFonts w:ascii="Arial" w:hAnsi="Arial"/>
          <w:sz w:val="22"/>
        </w:rPr>
        <w:t>Take the words out my brain and put on the paper, please? Yeah.</w:t>
      </w:r>
    </w:p>
    <w:p>
      <w:pPr>
        <w:spacing w:after="0"/>
      </w:pPr>
    </w:p>
    <w:p>
      <w:pPr>
        <w:spacing w:after="0"/>
      </w:pPr>
      <w:r>
        <w:rPr>
          <w:rFonts w:ascii="Arial" w:hAnsi="Arial"/>
          <w:b/>
          <w:sz w:val="22"/>
        </w:rPr>
        <w:t xml:space="preserve">Rebecca  </w:t>
      </w:r>
      <w:r>
        <w:rPr>
          <w:rFonts w:ascii="Arial" w:hAnsi="Arial"/>
          <w:color w:val="5D7284"/>
          <w:sz w:val="22"/>
        </w:rPr>
        <w:t>1:23:17</w:t>
      </w:r>
    </w:p>
    <w:p>
      <w:pPr>
        <w:spacing w:after="0"/>
      </w:pPr>
      <w:r>
        <w:rPr>
          <w:rFonts w:ascii="Arial" w:hAnsi="Arial"/>
          <w:sz w:val="22"/>
        </w:rPr>
        <w:t xml:space="preserve">So I'm on Twitter as Rebecca Porter with an underscore. You'll notice me because it says Rebecca post PhD student has got my first so it's the same  picture. There. Yeah, people got that..Lucy : OK brilliant! </w:t>
      </w:r>
    </w:p>
    <w:p>
      <w:pPr>
        <w:spacing w:after="0"/>
      </w:pPr>
    </w:p>
    <w:p>
      <w:pPr>
        <w:spacing w:after="0"/>
      </w:pPr>
      <w:r>
        <w:rPr>
          <w:rFonts w:ascii="Arial" w:hAnsi="Arial"/>
          <w:b/>
          <w:sz w:val="22"/>
        </w:rPr>
        <w:t xml:space="preserve">Alice  </w:t>
      </w:r>
      <w:r>
        <w:rPr>
          <w:rFonts w:ascii="Arial" w:hAnsi="Arial"/>
          <w:color w:val="5D7284"/>
          <w:sz w:val="22"/>
        </w:rPr>
        <w:t>1:23:32</w:t>
      </w:r>
    </w:p>
    <w:p>
      <w:pPr>
        <w:spacing w:after="0"/>
      </w:pPr>
      <w:r>
        <w:rPr>
          <w:rFonts w:ascii="Arial" w:hAnsi="Arial"/>
          <w:sz w:val="22"/>
        </w:rPr>
        <w:t>Brilliant. Thank you very much.</w:t>
      </w:r>
    </w:p>
    <w:p>
      <w:pPr>
        <w:spacing w:after="0"/>
      </w:pPr>
    </w:p>
    <w:p>
      <w:pPr>
        <w:spacing w:after="0"/>
      </w:pPr>
      <w:r>
        <w:rPr>
          <w:rFonts w:ascii="Arial" w:hAnsi="Arial"/>
          <w:b/>
          <w:sz w:val="22"/>
        </w:rPr>
        <w:t xml:space="preserve">Rebecca  </w:t>
      </w:r>
      <w:r>
        <w:rPr>
          <w:rFonts w:ascii="Arial" w:hAnsi="Arial"/>
          <w:color w:val="5D7284"/>
          <w:sz w:val="22"/>
        </w:rPr>
        <w:t>1:23:34</w:t>
      </w:r>
    </w:p>
    <w:p>
      <w:pPr>
        <w:spacing w:after="0"/>
      </w:pPr>
      <w:r>
        <w:rPr>
          <w:rFonts w:ascii="Arial" w:hAnsi="Arial"/>
          <w:sz w:val="22"/>
        </w:rPr>
        <w:t>Thank you for having me.</w:t>
      </w:r>
    </w:p>
    <w:p>
      <w:pPr>
        <w:spacing w:after="0"/>
      </w:pPr>
    </w:p>
    <w:p>
      <w:pPr>
        <w:spacing w:after="0"/>
      </w:pPr>
      <w:r>
        <w:rPr>
          <w:rFonts w:ascii="Arial" w:hAnsi="Arial"/>
          <w:b/>
          <w:sz w:val="22"/>
        </w:rPr>
        <w:t xml:space="preserve">Alice  </w:t>
      </w:r>
      <w:r>
        <w:rPr>
          <w:rFonts w:ascii="Arial" w:hAnsi="Arial"/>
          <w:color w:val="5D7284"/>
          <w:sz w:val="22"/>
        </w:rPr>
        <w:t>1:23:36</w:t>
      </w:r>
    </w:p>
    <w:p>
      <w:pPr>
        <w:spacing w:after="0"/>
      </w:pPr>
      <w:r>
        <w:rPr>
          <w:rFonts w:ascii="Arial" w:hAnsi="Arial"/>
          <w:sz w:val="22"/>
        </w:rPr>
        <w:t>It's okay. I hope that we haven't talked over you too much.</w:t>
      </w:r>
    </w:p>
    <w:p>
      <w:pPr>
        <w:spacing w:after="0"/>
      </w:pPr>
    </w:p>
    <w:p>
      <w:pPr>
        <w:spacing w:after="0"/>
      </w:pPr>
      <w:r>
        <w:rPr>
          <w:rFonts w:ascii="Arial" w:hAnsi="Arial"/>
          <w:b/>
          <w:sz w:val="22"/>
        </w:rPr>
        <w:t xml:space="preserve">Rebecca  </w:t>
      </w:r>
      <w:r>
        <w:rPr>
          <w:rFonts w:ascii="Arial" w:hAnsi="Arial"/>
          <w:color w:val="5D7284"/>
          <w:sz w:val="22"/>
        </w:rPr>
        <w:t>1:23:39</w:t>
      </w:r>
    </w:p>
    <w:p>
      <w:pPr>
        <w:spacing w:after="0"/>
      </w:pPr>
      <w:r>
        <w:rPr>
          <w:rFonts w:ascii="Arial" w:hAnsi="Arial"/>
          <w:sz w:val="22"/>
        </w:rPr>
        <w:t>I've been sitting there laughing  most of the time, and try not to make too much noise</w:t>
      </w:r>
    </w:p>
    <w:p>
      <w:pPr>
        <w:spacing w:after="0"/>
      </w:pPr>
    </w:p>
    <w:p>
      <w:pPr>
        <w:spacing w:after="0"/>
      </w:pPr>
      <w:r>
        <w:rPr>
          <w:rFonts w:ascii="Arial" w:hAnsi="Arial"/>
          <w:b/>
          <w:sz w:val="22"/>
        </w:rPr>
        <w:t xml:space="preserve">Lucy  </w:t>
      </w:r>
      <w:r>
        <w:rPr>
          <w:rFonts w:ascii="Arial" w:hAnsi="Arial"/>
          <w:color w:val="5D7284"/>
          <w:sz w:val="22"/>
        </w:rPr>
        <w:t>1:23:43</w:t>
      </w:r>
    </w:p>
    <w:p>
      <w:pPr>
        <w:spacing w:after="0"/>
      </w:pPr>
      <w:r>
        <w:rPr>
          <w:rFonts w:ascii="Arial" w:hAnsi="Arial"/>
          <w:sz w:val="22"/>
        </w:rPr>
        <w:t>but Well, that's good to see. I think we've we've got a new fan.</w:t>
      </w:r>
    </w:p>
    <w:p>
      <w:pPr>
        <w:spacing w:after="0"/>
      </w:pPr>
    </w:p>
    <w:p>
      <w:pPr>
        <w:spacing w:after="0"/>
      </w:pPr>
      <w:r>
        <w:rPr>
          <w:rFonts w:ascii="Arial" w:hAnsi="Arial"/>
          <w:b/>
          <w:sz w:val="22"/>
        </w:rPr>
        <w:t xml:space="preserve">Alice  </w:t>
      </w:r>
      <w:r>
        <w:rPr>
          <w:rFonts w:ascii="Arial" w:hAnsi="Arial"/>
          <w:color w:val="5D7284"/>
          <w:sz w:val="22"/>
        </w:rPr>
        <w:t>1:23:50</w:t>
      </w:r>
    </w:p>
    <w:p>
      <w:pPr>
        <w:spacing w:after="0"/>
      </w:pPr>
      <w:r>
        <w:rPr>
          <w:rFonts w:ascii="Arial" w:hAnsi="Arial"/>
          <w:sz w:val="22"/>
        </w:rPr>
        <w:t>Gang, you know the drill, I say this at the end of every episode. Please follow us subscribe, leave a review, because that is a really important thing to do. If you want to help us reach new listeners, when I know that we have more listeners than we have reviews because I can see the stats. So I know that there are some we.....</w:t>
      </w:r>
    </w:p>
    <w:p>
      <w:pPr>
        <w:spacing w:after="0"/>
      </w:pPr>
    </w:p>
    <w:p>
      <w:pPr>
        <w:spacing w:after="0"/>
      </w:pPr>
      <w:r>
        <w:rPr>
          <w:rFonts w:ascii="Arial" w:hAnsi="Arial"/>
          <w:b/>
          <w:sz w:val="22"/>
        </w:rPr>
        <w:t xml:space="preserve">Lucy  </w:t>
      </w:r>
      <w:r>
        <w:rPr>
          <w:rFonts w:ascii="Arial" w:hAnsi="Arial"/>
          <w:color w:val="5D7284"/>
          <w:sz w:val="22"/>
        </w:rPr>
        <w:t>1:24:12</w:t>
      </w:r>
    </w:p>
    <w:p>
      <w:pPr>
        <w:spacing w:after="0"/>
      </w:pPr>
      <w:r>
        <w:rPr>
          <w:rFonts w:ascii="Arial" w:hAnsi="Arial"/>
          <w:sz w:val="22"/>
        </w:rPr>
        <w:t>We both can see the stats and we get very agitated about it  ...Lucy laughs</w:t>
      </w:r>
    </w:p>
    <w:p>
      <w:pPr>
        <w:spacing w:after="0"/>
      </w:pPr>
    </w:p>
    <w:p>
      <w:pPr>
        <w:spacing w:after="0"/>
      </w:pPr>
      <w:r>
        <w:rPr>
          <w:rFonts w:ascii="Arial" w:hAnsi="Arial"/>
          <w:b/>
          <w:sz w:val="22"/>
        </w:rPr>
        <w:t xml:space="preserve">Alice  </w:t>
      </w:r>
      <w:r>
        <w:rPr>
          <w:rFonts w:ascii="Arial" w:hAnsi="Arial"/>
          <w:color w:val="5D7284"/>
          <w:sz w:val="22"/>
        </w:rPr>
        <w:t>1:24:15</w:t>
      </w:r>
    </w:p>
    <w:p>
      <w:pPr>
        <w:spacing w:after="0"/>
      </w:pPr>
      <w:r>
        <w:rPr>
          <w:rFonts w:ascii="Arial" w:hAnsi="Arial"/>
          <w:sz w:val="22"/>
        </w:rPr>
        <w:t>Yeah. So I know. I know that there are people out there going oh, I'll do it. I will do it. I'll do it. Sometime ...do it! would do it now.</w:t>
      </w:r>
    </w:p>
    <w:p>
      <w:pPr>
        <w:spacing w:after="0"/>
      </w:pPr>
    </w:p>
    <w:p>
      <w:pPr>
        <w:spacing w:after="0"/>
      </w:pPr>
      <w:r>
        <w:rPr>
          <w:rFonts w:ascii="Arial" w:hAnsi="Arial"/>
          <w:b/>
          <w:sz w:val="22"/>
        </w:rPr>
        <w:t xml:space="preserve">Lucy  </w:t>
      </w:r>
      <w:r>
        <w:rPr>
          <w:rFonts w:ascii="Arial" w:hAnsi="Arial"/>
          <w:color w:val="5D7284"/>
          <w:sz w:val="22"/>
        </w:rPr>
        <w:t>1:24:22</w:t>
      </w:r>
    </w:p>
    <w:p>
      <w:pPr>
        <w:spacing w:after="0"/>
      </w:pPr>
      <w:r>
        <w:rPr>
          <w:rFonts w:ascii="Arial" w:hAnsi="Arial"/>
          <w:sz w:val="22"/>
        </w:rPr>
        <w:t>Stop. Stop this episode. Now. Write a review and then just like come back for our goodbyes.</w:t>
      </w:r>
    </w:p>
    <w:p>
      <w:pPr>
        <w:spacing w:after="0"/>
      </w:pPr>
    </w:p>
    <w:p>
      <w:pPr>
        <w:spacing w:after="0"/>
      </w:pPr>
      <w:r>
        <w:rPr>
          <w:rFonts w:ascii="Arial" w:hAnsi="Arial"/>
          <w:b/>
          <w:sz w:val="22"/>
        </w:rPr>
        <w:t xml:space="preserve">Alice  </w:t>
      </w:r>
      <w:r>
        <w:rPr>
          <w:rFonts w:ascii="Arial" w:hAnsi="Arial"/>
          <w:color w:val="5D7284"/>
          <w:sz w:val="22"/>
        </w:rPr>
        <w:t>1:24:27</w:t>
      </w:r>
    </w:p>
    <w:p>
      <w:pPr>
        <w:spacing w:after="0"/>
      </w:pPr>
      <w:r>
        <w:rPr>
          <w:rFonts w:ascii="Arial" w:hAnsi="Arial"/>
          <w:sz w:val="22"/>
        </w:rPr>
        <w:t>Yeah, yeah, exactly. Exactly. And if you do write us a review, we might shout you out in our newsletter. And we might be doing some other stuff with reviews later. So you know, just just just just stop just stop being lazy. So be such a lazy disabled person......LUCY: Two minutes, two minutes!!! Alice God and we love you. And we will see you next time. Bye. Thanks for listening to the Labelled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1:25:08</w:t>
      </w:r>
    </w:p>
    <w:p>
      <w:pPr>
        <w:spacing w:after="0"/>
      </w:pPr>
      <w:r>
        <w:rPr>
          <w:rFonts w:ascii="Arial" w:hAnsi="Arial"/>
          <w:sz w:val="22"/>
        </w:rPr>
        <w:t>This episode was edited by Adam Bull and music was by Maisie Crondon.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