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Podcast 2022 Review of the Year</w:t>
      </w:r>
    </w:p>
    <w:p>
      <w:r>
        <w:rPr>
          <w:rFonts w:ascii="Arial" w:hAnsi="Arial"/>
          <w:color w:val="4F6880"/>
          <w:sz w:val="22"/>
        </w:rPr>
        <w:t>Fri, Jan 06, 2023 7:17PM • 40:49</w:t>
      </w:r>
    </w:p>
    <w:p>
      <w:pPr>
        <w:spacing w:before="440" w:after="0"/>
      </w:pPr>
      <w:r>
        <w:rPr>
          <w:rFonts w:ascii="Arial" w:hAnsi="Arial"/>
          <w:b/>
          <w:color w:val="4F6880"/>
          <w:sz w:val="22"/>
        </w:rPr>
        <w:t>SUMMARY KEYWORDS</w:t>
      </w:r>
    </w:p>
    <w:p>
      <w:r>
        <w:rPr>
          <w:rFonts w:ascii="Arial" w:hAnsi="Arial"/>
          <w:color w:val="4F6880"/>
          <w:sz w:val="22"/>
        </w:rPr>
        <w:t>laughs, lucy, alice, adam, podcast, episode, bit, disabled, disability, thought, people, nice, richard, enjoyed, sit, national autistic society, telly, talk, mug, series</w:t>
      </w:r>
    </w:p>
    <w:p>
      <w:pPr>
        <w:spacing w:before="440" w:after="0"/>
      </w:pPr>
      <w:r>
        <w:rPr>
          <w:rFonts w:ascii="Arial" w:hAnsi="Arial"/>
          <w:b/>
          <w:color w:val="4F6880"/>
          <w:sz w:val="22"/>
        </w:rPr>
        <w:t>SPEAKERS</w:t>
      </w:r>
    </w:p>
    <w:p>
      <w:r>
        <w:rPr>
          <w:rFonts w:ascii="Arial" w:hAnsi="Arial"/>
          <w:color w:val="4F6880"/>
          <w:sz w:val="22"/>
        </w:rPr>
        <w:t>Theme Tune, Lucy, Adam,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00:06</w:t>
      </w:r>
    </w:p>
    <w:p>
      <w:pPr>
        <w:spacing w:after="0"/>
      </w:pPr>
      <w:r>
        <w:rPr>
          <w:rFonts w:ascii="Arial" w:hAnsi="Arial"/>
          <w:sz w:val="22"/>
        </w:rPr>
        <w:t>And I'm Alice...(dog barks) and that's Lola.</w:t>
      </w:r>
    </w:p>
    <w:p>
      <w:pPr>
        <w:spacing w:after="0"/>
      </w:pPr>
    </w:p>
    <w:p>
      <w:pPr>
        <w:spacing w:after="0"/>
      </w:pPr>
      <w:r>
        <w:rPr>
          <w:rFonts w:ascii="Arial" w:hAnsi="Arial"/>
          <w:b/>
          <w:sz w:val="22"/>
        </w:rPr>
        <w:t xml:space="preserve">Theme Tune  </w:t>
      </w:r>
      <w:r>
        <w:rPr>
          <w:rFonts w:ascii="Arial" w:hAnsi="Arial"/>
          <w:color w:val="5D7284"/>
          <w:sz w:val="22"/>
        </w:rPr>
        <w:t>00:07</w:t>
      </w:r>
    </w:p>
    <w:p>
      <w:pPr>
        <w:spacing w:after="0"/>
      </w:pPr>
      <w:r>
        <w:rPr>
          <w:rFonts w:ascii="Arial" w:hAnsi="Arial"/>
          <w:sz w:val="22"/>
        </w:rPr>
        <w:t>Though I might not fit in socially, I'm so much more than you see. We all live our lives differently, kaleidoscope identity. Cos this is who I'm meant to be, I'm just labeled me. I just labeled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w:t>
      </w:r>
    </w:p>
    <w:p>
      <w:pPr>
        <w:spacing w:after="0"/>
      </w:pPr>
    </w:p>
    <w:p>
      <w:pPr>
        <w:spacing w:after="0"/>
      </w:pPr>
      <w:r>
        <w:rPr>
          <w:rFonts w:ascii="Arial" w:hAnsi="Arial"/>
          <w:b/>
          <w:sz w:val="22"/>
        </w:rPr>
        <w:t xml:space="preserve">Lucy  </w:t>
      </w:r>
      <w:r>
        <w:rPr>
          <w:rFonts w:ascii="Arial" w:hAnsi="Arial"/>
          <w:color w:val="5D7284"/>
          <w:sz w:val="22"/>
        </w:rPr>
        <w:t>00:44</w:t>
      </w:r>
    </w:p>
    <w:p>
      <w:pPr>
        <w:spacing w:after="0"/>
      </w:pPr>
      <w:r>
        <w:rPr>
          <w:rFonts w:ascii="Arial" w:hAnsi="Arial"/>
          <w:sz w:val="22"/>
        </w:rPr>
        <w:t>Hello everyone and welcome to a brand new episode of a brand new year of the lABLEd Podcast. I am Lucy and I'm here with my friend Alice. ( Alice) Hi.  And my friend Adam.</w:t>
      </w:r>
    </w:p>
    <w:p>
      <w:pPr>
        <w:spacing w:after="0"/>
      </w:pPr>
    </w:p>
    <w:p>
      <w:pPr>
        <w:spacing w:after="0"/>
      </w:pPr>
      <w:r>
        <w:rPr>
          <w:rFonts w:ascii="Arial" w:hAnsi="Arial"/>
          <w:b/>
          <w:sz w:val="22"/>
        </w:rPr>
        <w:t xml:space="preserve">Adam  </w:t>
      </w:r>
      <w:r>
        <w:rPr>
          <w:rFonts w:ascii="Arial" w:hAnsi="Arial"/>
          <w:color w:val="5D7284"/>
          <w:sz w:val="22"/>
        </w:rPr>
        <w:t>00:58</w:t>
      </w:r>
    </w:p>
    <w:p>
      <w:pPr>
        <w:spacing w:after="0"/>
      </w:pPr>
      <w:r>
        <w:rPr>
          <w:rFonts w:ascii="Arial" w:hAnsi="Arial"/>
          <w:sz w:val="22"/>
        </w:rPr>
        <w:t>Hello! (Lucy laughs)</w:t>
      </w:r>
    </w:p>
    <w:p>
      <w:pPr>
        <w:spacing w:after="0"/>
      </w:pPr>
    </w:p>
    <w:p>
      <w:pPr>
        <w:spacing w:after="0"/>
      </w:pPr>
      <w:r>
        <w:rPr>
          <w:rFonts w:ascii="Arial" w:hAnsi="Arial"/>
          <w:b/>
          <w:sz w:val="22"/>
        </w:rPr>
        <w:t xml:space="preserve">Lucy  </w:t>
      </w:r>
      <w:r>
        <w:rPr>
          <w:rFonts w:ascii="Arial" w:hAnsi="Arial"/>
          <w:color w:val="5D7284"/>
          <w:sz w:val="22"/>
        </w:rPr>
        <w:t>01:00</w:t>
      </w:r>
    </w:p>
    <w:p>
      <w:pPr>
        <w:spacing w:after="0"/>
      </w:pPr>
      <w:r>
        <w:rPr>
          <w:rFonts w:ascii="Arial" w:hAnsi="Arial"/>
          <w:sz w:val="22"/>
        </w:rPr>
        <w:t>Hello guys. How are you?</w:t>
      </w:r>
    </w:p>
    <w:p>
      <w:pPr>
        <w:spacing w:after="0"/>
      </w:pPr>
    </w:p>
    <w:p>
      <w:pPr>
        <w:spacing w:after="0"/>
      </w:pPr>
      <w:r>
        <w:rPr>
          <w:rFonts w:ascii="Arial" w:hAnsi="Arial"/>
          <w:b/>
          <w:sz w:val="22"/>
        </w:rPr>
        <w:t xml:space="preserve">Alice  </w:t>
      </w:r>
      <w:r>
        <w:rPr>
          <w:rFonts w:ascii="Arial" w:hAnsi="Arial"/>
          <w:color w:val="5D7284"/>
          <w:sz w:val="22"/>
        </w:rPr>
        <w:t>01:03</w:t>
      </w:r>
    </w:p>
    <w:p>
      <w:pPr>
        <w:spacing w:after="0"/>
      </w:pPr>
      <w:r>
        <w:rPr>
          <w:rFonts w:ascii="Arial" w:hAnsi="Arial"/>
          <w:sz w:val="22"/>
        </w:rPr>
        <w:t>Good. Thank you.</w:t>
      </w:r>
    </w:p>
    <w:p>
      <w:pPr>
        <w:spacing w:after="0"/>
      </w:pPr>
    </w:p>
    <w:p>
      <w:pPr>
        <w:spacing w:after="0"/>
      </w:pPr>
      <w:r>
        <w:rPr>
          <w:rFonts w:ascii="Arial" w:hAnsi="Arial"/>
          <w:b/>
          <w:sz w:val="22"/>
        </w:rPr>
        <w:t xml:space="preserve">Adam  </w:t>
      </w:r>
      <w:r>
        <w:rPr>
          <w:rFonts w:ascii="Arial" w:hAnsi="Arial"/>
          <w:color w:val="5D7284"/>
          <w:sz w:val="22"/>
        </w:rPr>
        <w:t>01:04</w:t>
      </w:r>
    </w:p>
    <w:p>
      <w:pPr>
        <w:spacing w:after="0"/>
      </w:pPr>
      <w:r>
        <w:rPr>
          <w:rFonts w:ascii="Arial" w:hAnsi="Arial"/>
          <w:sz w:val="22"/>
        </w:rPr>
        <w:t>Yeah, very well thankyou.</w:t>
      </w:r>
    </w:p>
    <w:p>
      <w:pPr>
        <w:spacing w:after="0"/>
      </w:pPr>
    </w:p>
    <w:p>
      <w:pPr>
        <w:spacing w:after="0"/>
      </w:pPr>
      <w:r>
        <w:rPr>
          <w:rFonts w:ascii="Arial" w:hAnsi="Arial"/>
          <w:b/>
          <w:sz w:val="22"/>
        </w:rPr>
        <w:t xml:space="preserve">Lucy  </w:t>
      </w:r>
      <w:r>
        <w:rPr>
          <w:rFonts w:ascii="Arial" w:hAnsi="Arial"/>
          <w:color w:val="5D7284"/>
          <w:sz w:val="22"/>
        </w:rPr>
        <w:t>01:04</w:t>
      </w:r>
    </w:p>
    <w:p>
      <w:pPr>
        <w:spacing w:after="0"/>
      </w:pPr>
      <w:r>
        <w:rPr>
          <w:rFonts w:ascii="Arial" w:hAnsi="Arial"/>
          <w:sz w:val="22"/>
        </w:rPr>
        <w:t xml:space="preserve"> That's good, how was your Christmas's?</w:t>
      </w:r>
    </w:p>
    <w:p>
      <w:pPr>
        <w:spacing w:after="0"/>
      </w:pPr>
    </w:p>
    <w:p>
      <w:pPr>
        <w:spacing w:after="0"/>
      </w:pPr>
      <w:r>
        <w:rPr>
          <w:rFonts w:ascii="Arial" w:hAnsi="Arial"/>
          <w:b/>
          <w:sz w:val="22"/>
        </w:rPr>
        <w:t xml:space="preserve">Adam  </w:t>
      </w:r>
      <w:r>
        <w:rPr>
          <w:rFonts w:ascii="Arial" w:hAnsi="Arial"/>
          <w:color w:val="5D7284"/>
          <w:sz w:val="22"/>
        </w:rPr>
        <w:t>01:08</w:t>
      </w:r>
    </w:p>
    <w:p>
      <w:pPr>
        <w:spacing w:after="0"/>
      </w:pPr>
      <w:r>
        <w:rPr>
          <w:rFonts w:ascii="Arial" w:hAnsi="Arial"/>
          <w:sz w:val="22"/>
        </w:rPr>
        <w:t>Very nice. (Lucy) Yeah. (Alice) Yeah. Quiet full of dogs so.. (Adam) Yep the same.</w:t>
      </w:r>
    </w:p>
    <w:p>
      <w:pPr>
        <w:spacing w:after="0"/>
      </w:pPr>
    </w:p>
    <w:p>
      <w:pPr>
        <w:spacing w:after="0"/>
      </w:pPr>
      <w:r>
        <w:rPr>
          <w:rFonts w:ascii="Arial" w:hAnsi="Arial"/>
          <w:b/>
          <w:sz w:val="22"/>
        </w:rPr>
        <w:t xml:space="preserve">Lucy  </w:t>
      </w:r>
      <w:r>
        <w:rPr>
          <w:rFonts w:ascii="Arial" w:hAnsi="Arial"/>
          <w:color w:val="5D7284"/>
          <w:sz w:val="22"/>
        </w:rPr>
        <w:t>01:13</w:t>
      </w:r>
    </w:p>
    <w:p>
      <w:pPr>
        <w:spacing w:after="0"/>
      </w:pPr>
      <w:r>
        <w:rPr>
          <w:rFonts w:ascii="Arial" w:hAnsi="Arial"/>
          <w:sz w:val="22"/>
        </w:rPr>
        <w:t>Are we suitably stuffed? (laughs)</w:t>
      </w:r>
    </w:p>
    <w:p>
      <w:pPr>
        <w:spacing w:after="0"/>
      </w:pPr>
    </w:p>
    <w:p>
      <w:pPr>
        <w:spacing w:after="0"/>
      </w:pPr>
      <w:r>
        <w:rPr>
          <w:rFonts w:ascii="Arial" w:hAnsi="Arial"/>
          <w:b/>
          <w:sz w:val="22"/>
        </w:rPr>
        <w:t xml:space="preserve">Alice  </w:t>
      </w:r>
      <w:r>
        <w:rPr>
          <w:rFonts w:ascii="Arial" w:hAnsi="Arial"/>
          <w:color w:val="5D7284"/>
          <w:sz w:val="22"/>
        </w:rPr>
        <w:t>01:16</w:t>
      </w:r>
    </w:p>
    <w:p>
      <w:pPr>
        <w:spacing w:after="0"/>
      </w:pPr>
      <w:r>
        <w:rPr>
          <w:rFonts w:ascii="Arial" w:hAnsi="Arial"/>
          <w:sz w:val="22"/>
        </w:rPr>
        <w:t>I'm never eating again. (Alice) Yeah, all I did was eat like dairy and carbs. Like my stomach is in knots. I am. I've got an Earl Grey tea with me today to try and settle me down in my in my fancy, exciting, LAbled Podcast mug!</w:t>
      </w:r>
    </w:p>
    <w:p>
      <w:pPr>
        <w:spacing w:after="0"/>
      </w:pPr>
    </w:p>
    <w:p>
      <w:pPr>
        <w:spacing w:after="0"/>
      </w:pPr>
      <w:r>
        <w:rPr>
          <w:rFonts w:ascii="Arial" w:hAnsi="Arial"/>
          <w:b/>
          <w:sz w:val="22"/>
        </w:rPr>
        <w:t xml:space="preserve">Lucy  </w:t>
      </w:r>
      <w:r>
        <w:rPr>
          <w:rFonts w:ascii="Arial" w:hAnsi="Arial"/>
          <w:color w:val="5D7284"/>
          <w:sz w:val="22"/>
        </w:rPr>
        <w:t>01:37</w:t>
      </w:r>
    </w:p>
    <w:p>
      <w:pPr>
        <w:spacing w:after="0"/>
      </w:pPr>
      <w:r>
        <w:rPr>
          <w:rFonts w:ascii="Arial" w:hAnsi="Arial"/>
          <w:sz w:val="22"/>
        </w:rPr>
        <w:t>LAbled Podcast mug! Yeah!. See, I left mine downstairs. But yeah! I had my coffee in it yesterday, actually. So I'm glad they all arrived. Thank goodness! I was very nervous about that, thinking, Oh, my God, the Royal Mail. I mean, I support your strikes and everything. But we've got mugs that need delivering ( all laughs). Anyway, I'm glad you all had a lovely Christmas , we're gonna do a very special episode. We always say it's very special episode every week. It seems we're doing a very special episode. But this is actually a very special episode because it's almost like we are bullet journaling what we want the podcast to be in the next 12 months. We're setting our intentions high and we're also reflecting on what an incredible year it's been for the podcast. So who wants to kick off? Do you want me to stop talking? Does somebody else wants to take over? (Alice laughs) I don't know. (Alice) I mean, it's been two years. I have yet to get you to stop talking. So it seems unlikely that it's gonna start now.</w:t>
      </w:r>
    </w:p>
    <w:p>
      <w:pPr>
        <w:spacing w:after="0"/>
      </w:pPr>
    </w:p>
    <w:p>
      <w:pPr>
        <w:spacing w:after="0"/>
      </w:pPr>
      <w:r>
        <w:rPr>
          <w:rFonts w:ascii="Arial" w:hAnsi="Arial"/>
          <w:b/>
          <w:sz w:val="22"/>
        </w:rPr>
        <w:t xml:space="preserve">Alice  </w:t>
      </w:r>
      <w:r>
        <w:rPr>
          <w:rFonts w:ascii="Arial" w:hAnsi="Arial"/>
          <w:color w:val="5D7284"/>
          <w:sz w:val="22"/>
        </w:rPr>
        <w:t>02:29</w:t>
      </w:r>
    </w:p>
    <w:p>
      <w:pPr>
        <w:spacing w:after="0"/>
      </w:pPr>
      <w:r>
        <w:rPr>
          <w:rFonts w:ascii="Arial" w:hAnsi="Arial"/>
          <w:sz w:val="22"/>
        </w:rPr>
        <w:t>You just talk over me don't ya. (Alice) Yeah, that's exactly what happens.  Yeah. ( Alice) But yeah. 2022 quite the year.</w:t>
      </w:r>
    </w:p>
    <w:p>
      <w:pPr>
        <w:spacing w:after="0"/>
      </w:pPr>
    </w:p>
    <w:p>
      <w:pPr>
        <w:spacing w:after="0"/>
      </w:pPr>
      <w:r>
        <w:rPr>
          <w:rFonts w:ascii="Arial" w:hAnsi="Arial"/>
          <w:b/>
          <w:sz w:val="22"/>
        </w:rPr>
        <w:t xml:space="preserve">Lucy  </w:t>
      </w:r>
      <w:r>
        <w:rPr>
          <w:rFonts w:ascii="Arial" w:hAnsi="Arial"/>
          <w:color w:val="5D7284"/>
          <w:sz w:val="22"/>
        </w:rPr>
        <w:t>02:57</w:t>
      </w:r>
    </w:p>
    <w:p>
      <w:pPr>
        <w:spacing w:after="0"/>
      </w:pPr>
      <w:r>
        <w:rPr>
          <w:rFonts w:ascii="Arial" w:hAnsi="Arial"/>
          <w:sz w:val="22"/>
        </w:rPr>
        <w:t>First of all, I can't. We said this in our Christmas message. Because we are the Queen's of disability. I can't quite believe it's been two years. I mean, it's gone so fast. But at the same time, it's been a slog to get here (laughs), isn't it really. It's like a small child that sits in the corner growling we say this. But I can't quite... But there was never any doubt in my mind that we wouldn't get here. But it's crazy to think we are now onyear three of our plan. If we've got plan I don't know. We'll try that. See if that works.</w:t>
      </w:r>
    </w:p>
    <w:p>
      <w:pPr>
        <w:spacing w:after="0"/>
      </w:pPr>
    </w:p>
    <w:p>
      <w:pPr>
        <w:spacing w:after="0"/>
      </w:pPr>
      <w:r>
        <w:rPr>
          <w:rFonts w:ascii="Arial" w:hAnsi="Arial"/>
          <w:b/>
          <w:sz w:val="22"/>
        </w:rPr>
        <w:t xml:space="preserve">Alice  </w:t>
      </w:r>
      <w:r>
        <w:rPr>
          <w:rFonts w:ascii="Arial" w:hAnsi="Arial"/>
          <w:color w:val="5D7284"/>
          <w:sz w:val="22"/>
        </w:rPr>
        <w:t>03:36</w:t>
      </w:r>
    </w:p>
    <w:p>
      <w:pPr>
        <w:spacing w:after="0"/>
      </w:pPr>
      <w:r>
        <w:rPr>
          <w:rFonts w:ascii="Arial" w:hAnsi="Arial"/>
          <w:sz w:val="22"/>
        </w:rPr>
        <w:t xml:space="preserve"> I've got ideas, but as ever, my ideas are very much like a middle of the night. "Oh, we should absolutely do this." And then I told Lucy about it and then nothing happened. (Lucy) No, no. So you go "Oh, shit."</w:t>
      </w:r>
    </w:p>
    <w:p>
      <w:pPr>
        <w:spacing w:after="0"/>
      </w:pPr>
    </w:p>
    <w:p>
      <w:pPr>
        <w:spacing w:after="0"/>
      </w:pPr>
      <w:r>
        <w:rPr>
          <w:rFonts w:ascii="Arial" w:hAnsi="Arial"/>
          <w:b/>
          <w:sz w:val="22"/>
        </w:rPr>
        <w:t xml:space="preserve">Lucy  </w:t>
      </w:r>
      <w:r>
        <w:rPr>
          <w:rFonts w:ascii="Arial" w:hAnsi="Arial"/>
          <w:color w:val="5D7284"/>
          <w:sz w:val="22"/>
        </w:rPr>
        <w:t>03:50</w:t>
      </w:r>
    </w:p>
    <w:p>
      <w:pPr>
        <w:spacing w:after="0"/>
      </w:pPr>
      <w:r>
        <w:rPr>
          <w:rFonts w:ascii="Arial" w:hAnsi="Arial"/>
          <w:sz w:val="22"/>
        </w:rPr>
        <w:t>No no I will tell you what exactly happened. Do you tell me these ideas? I got okay. We don't talk about it for six months and you go "Do your thing I told you about." and your like "Yeah, I've done it. It's here hello. Here's all the paperwork. Off you go." (laughs) That's what happens, folks. But yeah. So what do we think of our 2022? Our year two, what you know...what were our highs and our lows? (laughs) (Alice laughs) Our lows...</w:t>
      </w:r>
    </w:p>
    <w:p>
      <w:pPr>
        <w:spacing w:after="0"/>
      </w:pPr>
    </w:p>
    <w:p>
      <w:pPr>
        <w:spacing w:after="0"/>
      </w:pPr>
      <w:r>
        <w:rPr>
          <w:rFonts w:ascii="Arial" w:hAnsi="Arial"/>
          <w:b/>
          <w:sz w:val="22"/>
        </w:rPr>
        <w:t xml:space="preserve">Adam  </w:t>
      </w:r>
      <w:r>
        <w:rPr>
          <w:rFonts w:ascii="Arial" w:hAnsi="Arial"/>
          <w:color w:val="5D7284"/>
          <w:sz w:val="22"/>
        </w:rPr>
        <w:t>04:18</w:t>
      </w:r>
    </w:p>
    <w:p>
      <w:pPr>
        <w:spacing w:after="0"/>
      </w:pPr>
      <w:r>
        <w:rPr>
          <w:rFonts w:ascii="Arial" w:hAnsi="Arial"/>
          <w:sz w:val="22"/>
        </w:rPr>
        <w:t>I guess we should talk about the obvious high of going to King Richard III Museum? (Lucy) Yes, absolutely. That was... It was nice to get together in person and record it live.</w:t>
      </w:r>
    </w:p>
    <w:p>
      <w:pPr>
        <w:spacing w:after="0"/>
      </w:pPr>
    </w:p>
    <w:p>
      <w:pPr>
        <w:spacing w:after="0"/>
      </w:pPr>
      <w:r>
        <w:rPr>
          <w:rFonts w:ascii="Arial" w:hAnsi="Arial"/>
          <w:b/>
          <w:sz w:val="22"/>
        </w:rPr>
        <w:t xml:space="preserve">Lucy  </w:t>
      </w:r>
      <w:r>
        <w:rPr>
          <w:rFonts w:ascii="Arial" w:hAnsi="Arial"/>
          <w:color w:val="5D7284"/>
          <w:sz w:val="22"/>
        </w:rPr>
        <w:t>04:30</w:t>
      </w:r>
    </w:p>
    <w:p>
      <w:pPr>
        <w:spacing w:after="0"/>
      </w:pPr>
      <w:r>
        <w:rPr>
          <w:rFonts w:ascii="Arial" w:hAnsi="Arial"/>
          <w:sz w:val="22"/>
        </w:rPr>
        <w:t>completely. I completely agree. And it was like, oh, I need to talk to Adam . I don't need to talk to him. I can tell them. Yeah, I really enjoyed...and that little piece of kit that they've found for us and sourced is going to open so many doors for the podcast not for not just this year, 2023. But like every year afterwards (laughs)</w:t>
      </w:r>
    </w:p>
    <w:p>
      <w:pPr>
        <w:spacing w:after="0"/>
      </w:pPr>
    </w:p>
    <w:p>
      <w:pPr>
        <w:spacing w:after="0"/>
      </w:pPr>
      <w:r>
        <w:rPr>
          <w:rFonts w:ascii="Arial" w:hAnsi="Arial"/>
          <w:b/>
          <w:sz w:val="22"/>
        </w:rPr>
        <w:t xml:space="preserve">Alice  </w:t>
      </w:r>
      <w:r>
        <w:rPr>
          <w:rFonts w:ascii="Arial" w:hAnsi="Arial"/>
          <w:color w:val="5D7284"/>
          <w:sz w:val="22"/>
        </w:rPr>
        <w:t>04:55</w:t>
      </w:r>
    </w:p>
    <w:p>
      <w:pPr>
        <w:spacing w:after="0"/>
      </w:pPr>
      <w:r>
        <w:rPr>
          <w:rFonts w:ascii="Arial" w:hAnsi="Arial"/>
          <w:sz w:val="22"/>
        </w:rPr>
        <w:t xml:space="preserve"> I'm terrified. I feel like this officially means that I'm gonna just, I would have to get dressed and leave my house now. But it's good because it means that we can record on location.</w:t>
      </w:r>
    </w:p>
    <w:p>
      <w:pPr>
        <w:spacing w:after="0"/>
      </w:pPr>
    </w:p>
    <w:p>
      <w:pPr>
        <w:spacing w:after="0"/>
      </w:pPr>
      <w:r>
        <w:rPr>
          <w:rFonts w:ascii="Arial" w:hAnsi="Arial"/>
          <w:b/>
          <w:sz w:val="22"/>
        </w:rPr>
        <w:t xml:space="preserve">Lucy  </w:t>
      </w:r>
      <w:r>
        <w:rPr>
          <w:rFonts w:ascii="Arial" w:hAnsi="Arial"/>
          <w:color w:val="5D7284"/>
          <w:sz w:val="22"/>
        </w:rPr>
        <w:t>05:07</w:t>
      </w:r>
    </w:p>
    <w:p>
      <w:pPr>
        <w:spacing w:after="0"/>
      </w:pPr>
      <w:r>
        <w:rPr>
          <w:rFonts w:ascii="Arial" w:hAnsi="Arial"/>
          <w:sz w:val="22"/>
        </w:rPr>
        <w:t>But we could just like start with one a year, gradually build up, (laughs) (Alice laughs) you know? "Oh, hi nice to see you again." But yeah, (Alice) Yeah every other week. Yeah. It was great. And I also think it was so good that it was a history lesson we did it on because those history lesson episodes are always very lively and being able to sit with Daisy and have a laugh with her and, you know, talk about a famous person from history and actually go "yeah, we've been downstairs, we've seen the gravesite" and everything. It's really cool. I was just, I was so happy because it was like, all of my favorite things in one place. I get to do a podcast with my friends talking about history. I mean, I...</w:t>
      </w:r>
    </w:p>
    <w:p>
      <w:pPr>
        <w:spacing w:after="0"/>
      </w:pPr>
    </w:p>
    <w:p>
      <w:pPr>
        <w:spacing w:after="0"/>
      </w:pPr>
      <w:r>
        <w:rPr>
          <w:rFonts w:ascii="Arial" w:hAnsi="Arial"/>
          <w:b/>
          <w:sz w:val="22"/>
        </w:rPr>
        <w:t xml:space="preserve">Alice  </w:t>
      </w:r>
      <w:r>
        <w:rPr>
          <w:rFonts w:ascii="Arial" w:hAnsi="Arial"/>
          <w:color w:val="5D7284"/>
          <w:sz w:val="22"/>
        </w:rPr>
        <w:t>05:55</w:t>
      </w:r>
    </w:p>
    <w:p>
      <w:pPr>
        <w:spacing w:after="0"/>
      </w:pPr>
      <w:r>
        <w:rPr>
          <w:rFonts w:ascii="Arial" w:hAnsi="Arial"/>
          <w:sz w:val="22"/>
        </w:rPr>
        <w:t>I think my big takeaway from the day was the little peek behind the curtain for the listeners, was how keen your mum seemed to be about our tour guide, Joe. (Lucy) Yeah. How I am legitimately convinced she would have sold you to bloody Express.</w:t>
      </w:r>
    </w:p>
    <w:p>
      <w:pPr>
        <w:spacing w:after="0"/>
      </w:pPr>
    </w:p>
    <w:p>
      <w:pPr>
        <w:spacing w:after="0"/>
      </w:pPr>
      <w:r>
        <w:rPr>
          <w:rFonts w:ascii="Arial" w:hAnsi="Arial"/>
          <w:b/>
          <w:sz w:val="22"/>
        </w:rPr>
        <w:t xml:space="preserve">Lucy  </w:t>
      </w:r>
      <w:r>
        <w:rPr>
          <w:rFonts w:ascii="Arial" w:hAnsi="Arial"/>
          <w:color w:val="5D7284"/>
          <w:sz w:val="22"/>
        </w:rPr>
        <w:t>06:13</w:t>
      </w:r>
    </w:p>
    <w:p>
      <w:pPr>
        <w:spacing w:after="0"/>
      </w:pPr>
      <w:r>
        <w:rPr>
          <w:rFonts w:ascii="Arial" w:hAnsi="Arial"/>
          <w:sz w:val="22"/>
        </w:rPr>
        <w:t>Absolutely. And downstairs over a bowl of soup. Yeah, that once you get to know my mum, you realize that that is just normal behaviour.</w:t>
      </w:r>
    </w:p>
    <w:p>
      <w:pPr>
        <w:spacing w:after="0"/>
      </w:pPr>
    </w:p>
    <w:p>
      <w:pPr>
        <w:spacing w:after="0"/>
      </w:pPr>
      <w:r>
        <w:rPr>
          <w:rFonts w:ascii="Arial" w:hAnsi="Arial"/>
          <w:b/>
          <w:sz w:val="22"/>
        </w:rPr>
        <w:t xml:space="preserve">Alice  </w:t>
      </w:r>
      <w:r>
        <w:rPr>
          <w:rFonts w:ascii="Arial" w:hAnsi="Arial"/>
          <w:color w:val="5D7284"/>
          <w:sz w:val="22"/>
        </w:rPr>
        <w:t>06:25</w:t>
      </w:r>
    </w:p>
    <w:p>
      <w:pPr>
        <w:spacing w:after="0"/>
      </w:pPr>
      <w:r>
        <w:rPr>
          <w:rFonts w:ascii="Arial" w:hAnsi="Arial"/>
          <w:sz w:val="22"/>
        </w:rPr>
        <w:t>She's such a flirt! I couldn't believe it! (laughs)</w:t>
      </w:r>
    </w:p>
    <w:p>
      <w:pPr>
        <w:spacing w:after="0"/>
      </w:pPr>
    </w:p>
    <w:p>
      <w:pPr>
        <w:spacing w:after="0"/>
      </w:pPr>
      <w:r>
        <w:rPr>
          <w:rFonts w:ascii="Arial" w:hAnsi="Arial"/>
          <w:b/>
          <w:sz w:val="22"/>
        </w:rPr>
        <w:t xml:space="preserve">Lucy  </w:t>
      </w:r>
      <w:r>
        <w:rPr>
          <w:rFonts w:ascii="Arial" w:hAnsi="Arial"/>
          <w:color w:val="5D7284"/>
          <w:sz w:val="22"/>
        </w:rPr>
        <w:t>06:30</w:t>
      </w:r>
    </w:p>
    <w:p>
      <w:pPr>
        <w:spacing w:after="0"/>
      </w:pPr>
      <w:r>
        <w:rPr>
          <w:rFonts w:ascii="Arial" w:hAnsi="Arial"/>
          <w:sz w:val="22"/>
        </w:rPr>
        <w:t>It's like if you were in a car crash can't do anything about just to sit there. Just let it happen. (Alice laughs) Yes. Very fun. We had such a good time and it was really nice, because obviously me and Alice meet up and stuff. And go to the pub (laughs) That explains a lot. But it was really nice to sort of meet everybody else. (Alice) Yeah. You know, the vast majority of the team and sort of get to know Daisy and get to know Adam a little bit more. It was, I think, I think we took a massive step forward in our friendship really there. So that was, again, massive highlight for me.</w:t>
      </w:r>
    </w:p>
    <w:p>
      <w:pPr>
        <w:spacing w:after="0"/>
      </w:pPr>
    </w:p>
    <w:p>
      <w:pPr>
        <w:spacing w:after="0"/>
      </w:pPr>
      <w:r>
        <w:rPr>
          <w:rFonts w:ascii="Arial" w:hAnsi="Arial"/>
          <w:b/>
          <w:sz w:val="22"/>
        </w:rPr>
        <w:t xml:space="preserve">Adam  </w:t>
      </w:r>
      <w:r>
        <w:rPr>
          <w:rFonts w:ascii="Arial" w:hAnsi="Arial"/>
          <w:color w:val="5D7284"/>
          <w:sz w:val="22"/>
        </w:rPr>
        <w:t>07:09</w:t>
      </w:r>
    </w:p>
    <w:p>
      <w:pPr>
        <w:spacing w:after="0"/>
      </w:pPr>
      <w:r>
        <w:rPr>
          <w:rFonts w:ascii="Arial" w:hAnsi="Arial"/>
          <w:sz w:val="22"/>
        </w:rPr>
        <w:t>Oh, yeah, definitely.</w:t>
      </w:r>
    </w:p>
    <w:p>
      <w:pPr>
        <w:spacing w:after="0"/>
      </w:pPr>
    </w:p>
    <w:p>
      <w:pPr>
        <w:spacing w:after="0"/>
      </w:pPr>
      <w:r>
        <w:rPr>
          <w:rFonts w:ascii="Arial" w:hAnsi="Arial"/>
          <w:b/>
          <w:sz w:val="22"/>
        </w:rPr>
        <w:t xml:space="preserve">Alice  </w:t>
      </w:r>
      <w:r>
        <w:rPr>
          <w:rFonts w:ascii="Arial" w:hAnsi="Arial"/>
          <w:color w:val="5D7284"/>
          <w:sz w:val="22"/>
        </w:rPr>
        <w:t>07:10</w:t>
      </w:r>
    </w:p>
    <w:p>
      <w:pPr>
        <w:spacing w:after="0"/>
      </w:pPr>
      <w:r>
        <w:rPr>
          <w:rFonts w:ascii="Arial" w:hAnsi="Arial"/>
          <w:sz w:val="22"/>
        </w:rPr>
        <w:t>Yes. And I know, I know, it was a bit of a pig to edit, wasn't it, Adam? So hopefully, we'll have learned some sound engineering lessons moving forward as well. (Lucy) Don't say anything to be rude. (Adam) Yeah.</w:t>
      </w:r>
    </w:p>
    <w:p>
      <w:pPr>
        <w:spacing w:after="0"/>
      </w:pPr>
    </w:p>
    <w:p>
      <w:pPr>
        <w:spacing w:after="0"/>
      </w:pPr>
      <w:r>
        <w:rPr>
          <w:rFonts w:ascii="Arial" w:hAnsi="Arial"/>
          <w:b/>
          <w:sz w:val="22"/>
        </w:rPr>
        <w:t xml:space="preserve">Adam  </w:t>
      </w:r>
      <w:r>
        <w:rPr>
          <w:rFonts w:ascii="Arial" w:hAnsi="Arial"/>
          <w:color w:val="5D7284"/>
          <w:sz w:val="22"/>
        </w:rPr>
        <w:t>07:24</w:t>
      </w:r>
    </w:p>
    <w:p>
      <w:pPr>
        <w:spacing w:after="0"/>
      </w:pPr>
      <w:r>
        <w:rPr>
          <w:rFonts w:ascii="Arial" w:hAnsi="Arial"/>
          <w:sz w:val="22"/>
        </w:rPr>
        <w:t>Maybe some pop filters might have helped. But we've learned.</w:t>
      </w:r>
    </w:p>
    <w:p>
      <w:pPr>
        <w:spacing w:after="0"/>
      </w:pPr>
    </w:p>
    <w:p>
      <w:pPr>
        <w:spacing w:after="0"/>
      </w:pPr>
      <w:r>
        <w:rPr>
          <w:rFonts w:ascii="Arial" w:hAnsi="Arial"/>
          <w:b/>
          <w:sz w:val="22"/>
        </w:rPr>
        <w:t xml:space="preserve">Alice  </w:t>
      </w:r>
      <w:r>
        <w:rPr>
          <w:rFonts w:ascii="Arial" w:hAnsi="Arial"/>
          <w:color w:val="5D7284"/>
          <w:sz w:val="22"/>
        </w:rPr>
        <w:t>07:29</w:t>
      </w:r>
    </w:p>
    <w:p>
      <w:pPr>
        <w:spacing w:after="0"/>
      </w:pPr>
      <w:r>
        <w:rPr>
          <w:rFonts w:ascii="Arial" w:hAnsi="Arial"/>
          <w:sz w:val="22"/>
        </w:rPr>
        <w:t>I do. I do know one podcast, where for many years, they used to put a large cardboard over themselves when they recorded to try and reduce echoes so (laughs) (Lucy laughs). That's always an option.</w:t>
      </w:r>
    </w:p>
    <w:p>
      <w:pPr>
        <w:spacing w:after="0"/>
      </w:pPr>
    </w:p>
    <w:p>
      <w:pPr>
        <w:spacing w:after="0"/>
      </w:pPr>
      <w:r>
        <w:rPr>
          <w:rFonts w:ascii="Arial" w:hAnsi="Arial"/>
          <w:b/>
          <w:sz w:val="22"/>
        </w:rPr>
        <w:t xml:space="preserve">Lucy  </w:t>
      </w:r>
      <w:r>
        <w:rPr>
          <w:rFonts w:ascii="Arial" w:hAnsi="Arial"/>
          <w:color w:val="5D7284"/>
          <w:sz w:val="22"/>
        </w:rPr>
        <w:t>07:43</w:t>
      </w:r>
    </w:p>
    <w:p>
      <w:pPr>
        <w:spacing w:after="0"/>
      </w:pPr>
      <w:r>
        <w:rPr>
          <w:rFonts w:ascii="Arial" w:hAnsi="Arial"/>
          <w:sz w:val="22"/>
        </w:rPr>
        <w:t>You just want to sit me in a box, don't you? Really?(Alice laighs) Let's pretend she's not here.</w:t>
      </w:r>
    </w:p>
    <w:p>
      <w:pPr>
        <w:spacing w:after="0"/>
      </w:pPr>
    </w:p>
    <w:p>
      <w:pPr>
        <w:spacing w:after="0"/>
      </w:pPr>
      <w:r>
        <w:rPr>
          <w:rFonts w:ascii="Arial" w:hAnsi="Arial"/>
          <w:b/>
          <w:sz w:val="22"/>
        </w:rPr>
        <w:t xml:space="preserve">Alice  </w:t>
      </w:r>
      <w:r>
        <w:rPr>
          <w:rFonts w:ascii="Arial" w:hAnsi="Arial"/>
          <w:color w:val="5D7284"/>
          <w:sz w:val="22"/>
        </w:rPr>
        <w:t>07:52</w:t>
      </w:r>
    </w:p>
    <w:p>
      <w:pPr>
        <w:spacing w:after="0"/>
      </w:pPr>
      <w:r>
        <w:rPr>
          <w:rFonts w:ascii="Arial" w:hAnsi="Arial"/>
          <w:sz w:val="22"/>
        </w:rPr>
        <w:t>You said it. Not me. (Lucy) Yeah, yeah.</w:t>
      </w:r>
    </w:p>
    <w:p>
      <w:pPr>
        <w:spacing w:after="0"/>
      </w:pPr>
    </w:p>
    <w:p>
      <w:pPr>
        <w:spacing w:after="0"/>
      </w:pPr>
      <w:r>
        <w:rPr>
          <w:rFonts w:ascii="Arial" w:hAnsi="Arial"/>
          <w:b/>
          <w:sz w:val="22"/>
        </w:rPr>
        <w:t xml:space="preserve">Lucy  </w:t>
      </w:r>
      <w:r>
        <w:rPr>
          <w:rFonts w:ascii="Arial" w:hAnsi="Arial"/>
          <w:color w:val="5D7284"/>
          <w:sz w:val="22"/>
        </w:rPr>
        <w:t>07:54</w:t>
      </w:r>
    </w:p>
    <w:p>
      <w:pPr>
        <w:spacing w:after="0"/>
      </w:pPr>
      <w:r>
        <w:rPr>
          <w:rFonts w:ascii="Arial" w:hAnsi="Arial"/>
          <w:sz w:val="22"/>
        </w:rPr>
        <w:t>Just say what everybody's thinking. In terms of guests, Alice, who was one of your favorite guests?</w:t>
      </w:r>
    </w:p>
    <w:p>
      <w:pPr>
        <w:spacing w:after="0"/>
      </w:pPr>
    </w:p>
    <w:p>
      <w:pPr>
        <w:spacing w:after="0"/>
      </w:pPr>
      <w:r>
        <w:rPr>
          <w:rFonts w:ascii="Arial" w:hAnsi="Arial"/>
          <w:b/>
          <w:sz w:val="22"/>
        </w:rPr>
        <w:t xml:space="preserve">Alice  </w:t>
      </w:r>
      <w:r>
        <w:rPr>
          <w:rFonts w:ascii="Arial" w:hAnsi="Arial"/>
          <w:color w:val="5D7284"/>
          <w:sz w:val="22"/>
        </w:rPr>
        <w:t>08:03</w:t>
      </w:r>
    </w:p>
    <w:p>
      <w:pPr>
        <w:spacing w:after="0"/>
      </w:pPr>
      <w:r>
        <w:rPr>
          <w:rFonts w:ascii="Arial" w:hAnsi="Arial"/>
          <w:sz w:val="22"/>
        </w:rPr>
        <w:t xml:space="preserve">I mean, having Mysoon on was pretty incredible. </w:t>
      </w:r>
    </w:p>
    <w:p>
      <w:pPr>
        <w:spacing w:after="0"/>
      </w:pPr>
    </w:p>
    <w:p>
      <w:pPr>
        <w:spacing w:after="0"/>
      </w:pPr>
      <w:r>
        <w:rPr>
          <w:rFonts w:ascii="Arial" w:hAnsi="Arial"/>
          <w:b/>
          <w:sz w:val="22"/>
        </w:rPr>
        <w:t xml:space="preserve">Lucy  </w:t>
      </w:r>
      <w:r>
        <w:rPr>
          <w:rFonts w:ascii="Arial" w:hAnsi="Arial"/>
          <w:color w:val="5D7284"/>
          <w:sz w:val="22"/>
        </w:rPr>
        <w:t>08:06</w:t>
      </w:r>
    </w:p>
    <w:p>
      <w:pPr>
        <w:spacing w:after="0"/>
      </w:pPr>
      <w:r>
        <w:rPr>
          <w:rFonts w:ascii="Arial" w:hAnsi="Arial"/>
          <w:sz w:val="22"/>
        </w:rPr>
        <w:t>We just had to go Hello, Maysoon and sit back for an hour. We didn't say anything. She was. I mean, I've always been a fan of Maysoon. And I saw her TED Talk years ago. And I was like, if I ever get to do anything where I can sit down and interview her, then we're going to do it. And not only that, though, she said to us, like as before we hit record, she said I never do podcasts. I don't know how this has slipped through the net. We were like "Okay?!" (laughs) But no, she was great. (Adam) Yeah, really good episode.Yeah really good. What about you, Adam? Who was your favorite? because I know you're not involved necessarily in the recording, but you get to sit and listen. And listen.</w:t>
      </w:r>
    </w:p>
    <w:p>
      <w:pPr>
        <w:spacing w:after="0"/>
      </w:pPr>
    </w:p>
    <w:p>
      <w:pPr>
        <w:spacing w:after="0"/>
      </w:pPr>
      <w:r>
        <w:rPr>
          <w:rFonts w:ascii="Arial" w:hAnsi="Arial"/>
          <w:b/>
          <w:sz w:val="22"/>
        </w:rPr>
        <w:t xml:space="preserve">Adam  </w:t>
      </w:r>
      <w:r>
        <w:rPr>
          <w:rFonts w:ascii="Arial" w:hAnsi="Arial"/>
          <w:color w:val="5D7284"/>
          <w:sz w:val="22"/>
        </w:rPr>
        <w:t>08:47</w:t>
      </w:r>
    </w:p>
    <w:p>
      <w:pPr>
        <w:spacing w:after="0"/>
      </w:pPr>
      <w:r>
        <w:rPr>
          <w:rFonts w:ascii="Arial" w:hAnsi="Arial"/>
          <w:sz w:val="22"/>
        </w:rPr>
        <w:t>Yeah. I suppose not necessarily a person, but I think the pride series we did was, was good. (Lucy) Yeah, absolutely. I think they always go down quite well, the specials. So yeah, no, that was really interesting to hear, like people's take on it and what they experienced. So that was very eye opening.</w:t>
      </w:r>
    </w:p>
    <w:p>
      <w:pPr>
        <w:spacing w:after="0"/>
      </w:pPr>
    </w:p>
    <w:p>
      <w:pPr>
        <w:spacing w:after="0"/>
      </w:pPr>
      <w:r>
        <w:rPr>
          <w:rFonts w:ascii="Arial" w:hAnsi="Arial"/>
          <w:b/>
          <w:sz w:val="22"/>
        </w:rPr>
        <w:t xml:space="preserve">Lucy  </w:t>
      </w:r>
      <w:r>
        <w:rPr>
          <w:rFonts w:ascii="Arial" w:hAnsi="Arial"/>
          <w:color w:val="5D7284"/>
          <w:sz w:val="22"/>
        </w:rPr>
        <w:t>09:06</w:t>
      </w:r>
    </w:p>
    <w:p>
      <w:pPr>
        <w:spacing w:after="0"/>
      </w:pPr>
      <w:r>
        <w:rPr>
          <w:rFonts w:ascii="Arial" w:hAnsi="Arial"/>
          <w:sz w:val="22"/>
        </w:rPr>
        <w:t>Yeah, I think it's really important to talk about the intersectionality of disability and other minority groups as well because you know, just because you're disabled doesn't mean that you don't fit into any other minority group also. So yeah, that was really interesting for me, too.</w:t>
      </w:r>
    </w:p>
    <w:p>
      <w:pPr>
        <w:spacing w:after="0"/>
      </w:pPr>
    </w:p>
    <w:p>
      <w:pPr>
        <w:spacing w:after="0"/>
      </w:pPr>
      <w:r>
        <w:rPr>
          <w:rFonts w:ascii="Arial" w:hAnsi="Arial"/>
          <w:b/>
          <w:sz w:val="22"/>
        </w:rPr>
        <w:t xml:space="preserve">Alice  </w:t>
      </w:r>
      <w:r>
        <w:rPr>
          <w:rFonts w:ascii="Arial" w:hAnsi="Arial"/>
          <w:color w:val="5D7284"/>
          <w:sz w:val="22"/>
        </w:rPr>
        <w:t>09:23</w:t>
      </w:r>
    </w:p>
    <w:p>
      <w:pPr>
        <w:spacing w:after="0"/>
      </w:pPr>
      <w:r>
        <w:rPr>
          <w:rFonts w:ascii="Arial" w:hAnsi="Arial"/>
          <w:sz w:val="22"/>
        </w:rPr>
        <w:t>That was of course the first time, the first of many times that we have bullied you into coming on the show. (Adam laughs)</w:t>
      </w:r>
    </w:p>
    <w:p>
      <w:pPr>
        <w:spacing w:after="0"/>
      </w:pPr>
    </w:p>
    <w:p>
      <w:pPr>
        <w:spacing w:after="0"/>
      </w:pPr>
      <w:r>
        <w:rPr>
          <w:rFonts w:ascii="Arial" w:hAnsi="Arial"/>
          <w:b/>
          <w:sz w:val="22"/>
        </w:rPr>
        <w:t xml:space="preserve">Lucy  </w:t>
      </w:r>
      <w:r>
        <w:rPr>
          <w:rFonts w:ascii="Arial" w:hAnsi="Arial"/>
          <w:color w:val="5D7284"/>
          <w:sz w:val="22"/>
        </w:rPr>
        <w:t>09:32</w:t>
      </w:r>
    </w:p>
    <w:p>
      <w:pPr>
        <w:spacing w:after="0"/>
      </w:pPr>
      <w:r>
        <w:rPr>
          <w:rFonts w:ascii="Arial" w:hAnsi="Arial"/>
          <w:sz w:val="22"/>
        </w:rPr>
        <w:t>He can't say no, now either, because he's done it before, so he knows what you're gonna get.</w:t>
      </w:r>
    </w:p>
    <w:p>
      <w:pPr>
        <w:spacing w:after="0"/>
      </w:pPr>
    </w:p>
    <w:p>
      <w:pPr>
        <w:spacing w:after="0"/>
      </w:pPr>
      <w:r>
        <w:rPr>
          <w:rFonts w:ascii="Arial" w:hAnsi="Arial"/>
          <w:b/>
          <w:sz w:val="22"/>
        </w:rPr>
        <w:t xml:space="preserve">Alice  </w:t>
      </w:r>
      <w:r>
        <w:rPr>
          <w:rFonts w:ascii="Arial" w:hAnsi="Arial"/>
          <w:color w:val="5D7284"/>
          <w:sz w:val="22"/>
        </w:rPr>
        <w:t>09:40</w:t>
      </w:r>
    </w:p>
    <w:p>
      <w:pPr>
        <w:spacing w:after="0"/>
      </w:pPr>
      <w:r>
        <w:rPr>
          <w:rFonts w:ascii="Arial" w:hAnsi="Arial"/>
          <w:sz w:val="22"/>
        </w:rPr>
        <w:t>Next, Next time, we're like, "shit! we've got an empty slot. I kow we just rope Adam in."</w:t>
      </w:r>
    </w:p>
    <w:p>
      <w:pPr>
        <w:spacing w:after="0"/>
      </w:pPr>
    </w:p>
    <w:p>
      <w:pPr>
        <w:spacing w:after="0"/>
      </w:pPr>
      <w:r>
        <w:rPr>
          <w:rFonts w:ascii="Arial" w:hAnsi="Arial"/>
          <w:b/>
          <w:sz w:val="22"/>
        </w:rPr>
        <w:t xml:space="preserve">Lucy  </w:t>
      </w:r>
      <w:r>
        <w:rPr>
          <w:rFonts w:ascii="Arial" w:hAnsi="Arial"/>
          <w:color w:val="5D7284"/>
          <w:sz w:val="22"/>
        </w:rPr>
        <w:t>09:44</w:t>
      </w:r>
    </w:p>
    <w:p>
      <w:pPr>
        <w:spacing w:after="0"/>
      </w:pPr>
      <w:r>
        <w:rPr>
          <w:rFonts w:ascii="Arial" w:hAnsi="Arial"/>
          <w:sz w:val="22"/>
        </w:rPr>
        <w:t>When was the last time Adam rode a camel? because we're doing a series on like animals. Lets get Adam on (Alice laughs) Yeah.</w:t>
      </w:r>
    </w:p>
    <w:p>
      <w:pPr>
        <w:spacing w:after="0"/>
      </w:pPr>
    </w:p>
    <w:p>
      <w:pPr>
        <w:spacing w:after="0"/>
      </w:pPr>
      <w:r>
        <w:rPr>
          <w:rFonts w:ascii="Arial" w:hAnsi="Arial"/>
          <w:b/>
          <w:sz w:val="22"/>
        </w:rPr>
        <w:t xml:space="preserve">Alice  </w:t>
      </w:r>
      <w:r>
        <w:rPr>
          <w:rFonts w:ascii="Arial" w:hAnsi="Arial"/>
          <w:color w:val="5D7284"/>
          <w:sz w:val="22"/>
        </w:rPr>
        <w:t>09:55</w:t>
      </w:r>
    </w:p>
    <w:p>
      <w:pPr>
        <w:spacing w:after="0"/>
      </w:pPr>
      <w:r>
        <w:rPr>
          <w:rFonts w:ascii="Arial" w:hAnsi="Arial"/>
          <w:sz w:val="22"/>
        </w:rPr>
        <w:t>I don't...I have ridden a camel when I was a kid. We went around and  rode a camel in London Zoo but I'm pretty sure they don't let you do that anymore. (Lucy) You rode a camel at London Zoo? Was that a children's book? (laughs) No, it was the 90s when children and animals didn't have safety or  rights. (Lucy laughs)</w:t>
      </w:r>
    </w:p>
    <w:p>
      <w:pPr>
        <w:spacing w:after="0"/>
      </w:pPr>
    </w:p>
    <w:p>
      <w:pPr>
        <w:spacing w:after="0"/>
      </w:pPr>
      <w:r>
        <w:rPr>
          <w:rFonts w:ascii="Arial" w:hAnsi="Arial"/>
          <w:b/>
          <w:sz w:val="22"/>
        </w:rPr>
        <w:t xml:space="preserve">Lucy  </w:t>
      </w:r>
      <w:r>
        <w:rPr>
          <w:rFonts w:ascii="Arial" w:hAnsi="Arial"/>
          <w:color w:val="5D7284"/>
          <w:sz w:val="22"/>
        </w:rPr>
        <w:t>10:18</w:t>
      </w:r>
    </w:p>
    <w:p>
      <w:pPr>
        <w:spacing w:after="0"/>
      </w:pPr>
      <w:r>
        <w:rPr>
          <w:rFonts w:ascii="Arial" w:hAnsi="Arial"/>
          <w:sz w:val="22"/>
        </w:rPr>
        <w:t>I, in fact, your pride episode, your episode with us Adam is one of like the most popular ones out of the series. And I think that shows you a lot about our listeners and how they're invested in us as a team. (Alice) Yeah. I think it's really interesting. You know, to hear your story and that kind of thing. And I just think people really, really enjoyed listening to it. One of my favorite episodes that we recorded was with Dan Metcalf, who was the... (Alice) Oh yeah. world record attempt diver, because like he was telling us his story and about how he became disabled. (Alice) And it's..</w:t>
      </w:r>
    </w:p>
    <w:p>
      <w:pPr>
        <w:spacing w:after="0"/>
      </w:pPr>
    </w:p>
    <w:p>
      <w:pPr>
        <w:spacing w:after="0"/>
      </w:pPr>
      <w:r>
        <w:rPr>
          <w:rFonts w:ascii="Arial" w:hAnsi="Arial"/>
          <w:b/>
          <w:sz w:val="22"/>
        </w:rPr>
        <w:t xml:space="preserve">Alice  </w:t>
      </w:r>
      <w:r>
        <w:rPr>
          <w:rFonts w:ascii="Arial" w:hAnsi="Arial"/>
          <w:color w:val="5D7284"/>
          <w:sz w:val="22"/>
        </w:rPr>
        <w:t>11:03</w:t>
      </w:r>
    </w:p>
    <w:p>
      <w:pPr>
        <w:spacing w:after="0"/>
      </w:pPr>
      <w:r>
        <w:rPr>
          <w:rFonts w:ascii="Arial" w:hAnsi="Arial"/>
          <w:sz w:val="22"/>
        </w:rPr>
        <w:t>not an attempt anymore either, is it. (Lucy) No he did it. Did he get three? (Lucy) Yes. Three world records he's got now. Incredible. (Adam) I really enjoyed that episode, yeah. That was a fun one to edit.</w:t>
      </w:r>
    </w:p>
    <w:p>
      <w:pPr>
        <w:spacing w:after="0"/>
      </w:pPr>
    </w:p>
    <w:p>
      <w:pPr>
        <w:spacing w:after="0"/>
      </w:pPr>
      <w:r>
        <w:rPr>
          <w:rFonts w:ascii="Arial" w:hAnsi="Arial"/>
          <w:b/>
          <w:sz w:val="22"/>
        </w:rPr>
        <w:t xml:space="preserve">Lucy  </w:t>
      </w:r>
      <w:r>
        <w:rPr>
          <w:rFonts w:ascii="Arial" w:hAnsi="Arial"/>
          <w:color w:val="5D7284"/>
          <w:sz w:val="22"/>
        </w:rPr>
        <w:t>11:17</w:t>
      </w:r>
    </w:p>
    <w:p>
      <w:pPr>
        <w:spacing w:after="0"/>
      </w:pPr>
      <w:r>
        <w:rPr>
          <w:rFonts w:ascii="Arial" w:hAnsi="Arial"/>
          <w:sz w:val="22"/>
        </w:rPr>
        <w:t>I sat there open mouthed, like because he was like, yeah, and then this happened and then this happened. And then this happened. You were like, what? Just stop! sit down, have a cup of tea. Like just...(laughs)</w:t>
      </w:r>
    </w:p>
    <w:p>
      <w:pPr>
        <w:spacing w:after="0"/>
      </w:pPr>
    </w:p>
    <w:p>
      <w:pPr>
        <w:spacing w:after="0"/>
      </w:pPr>
      <w:r>
        <w:rPr>
          <w:rFonts w:ascii="Arial" w:hAnsi="Arial"/>
          <w:b/>
          <w:sz w:val="22"/>
        </w:rPr>
        <w:t xml:space="preserve">Alice  </w:t>
      </w:r>
      <w:r>
        <w:rPr>
          <w:rFonts w:ascii="Arial" w:hAnsi="Arial"/>
          <w:color w:val="5D7284"/>
          <w:sz w:val="22"/>
        </w:rPr>
        <w:t>11:30</w:t>
      </w:r>
    </w:p>
    <w:p>
      <w:pPr>
        <w:spacing w:after="0"/>
      </w:pPr>
      <w:r>
        <w:rPr>
          <w:rFonts w:ascii="Arial" w:hAnsi="Arial"/>
          <w:sz w:val="22"/>
        </w:rPr>
        <w:t>I suppose that is one of our potential plans for next year as he has threatened to get us in scuba gear and get us into a fucking swimming pool with a shark.</w:t>
      </w:r>
    </w:p>
    <w:p>
      <w:pPr>
        <w:spacing w:after="0"/>
      </w:pPr>
    </w:p>
    <w:p>
      <w:pPr>
        <w:spacing w:after="0"/>
      </w:pPr>
      <w:r>
        <w:rPr>
          <w:rFonts w:ascii="Arial" w:hAnsi="Arial"/>
          <w:b/>
          <w:sz w:val="22"/>
        </w:rPr>
        <w:t xml:space="preserve">Lucy  </w:t>
      </w:r>
      <w:r>
        <w:rPr>
          <w:rFonts w:ascii="Arial" w:hAnsi="Arial"/>
          <w:color w:val="5D7284"/>
          <w:sz w:val="22"/>
        </w:rPr>
        <w:t>11:41</w:t>
      </w:r>
    </w:p>
    <w:p>
      <w:pPr>
        <w:spacing w:after="0"/>
      </w:pPr>
      <w:r>
        <w:rPr>
          <w:rFonts w:ascii="Arial" w:hAnsi="Arial"/>
          <w:sz w:val="22"/>
        </w:rPr>
        <w:t>It's fine, they're not gonna eat ya it's alright. It's fine. So your like squealing, like thrashing your arms about like your in Jaws (laughs)</w:t>
      </w:r>
    </w:p>
    <w:p>
      <w:pPr>
        <w:spacing w:after="0"/>
      </w:pPr>
    </w:p>
    <w:p>
      <w:pPr>
        <w:spacing w:after="0"/>
      </w:pPr>
      <w:r>
        <w:rPr>
          <w:rFonts w:ascii="Arial" w:hAnsi="Arial"/>
          <w:b/>
          <w:sz w:val="22"/>
        </w:rPr>
        <w:t xml:space="preserve">Alice  </w:t>
      </w:r>
      <w:r>
        <w:rPr>
          <w:rFonts w:ascii="Arial" w:hAnsi="Arial"/>
          <w:color w:val="5D7284"/>
          <w:sz w:val="22"/>
        </w:rPr>
        <w:t>11:53</w:t>
      </w:r>
    </w:p>
    <w:p>
      <w:pPr>
        <w:spacing w:after="0"/>
      </w:pPr>
      <w:r>
        <w:rPr>
          <w:rFonts w:ascii="Arial" w:hAnsi="Arial"/>
          <w:sz w:val="22"/>
        </w:rPr>
        <w:t>That will make it worse that like, you know, don't don't wriggle the bait in front of them. Just, just stay very very still (Lucy laughs) around the man eating predator.</w:t>
      </w:r>
    </w:p>
    <w:p>
      <w:pPr>
        <w:spacing w:after="0"/>
      </w:pPr>
    </w:p>
    <w:p>
      <w:pPr>
        <w:spacing w:after="0"/>
      </w:pPr>
      <w:r>
        <w:rPr>
          <w:rFonts w:ascii="Arial" w:hAnsi="Arial"/>
          <w:b/>
          <w:sz w:val="22"/>
        </w:rPr>
        <w:t xml:space="preserve">Lucy  </w:t>
      </w:r>
      <w:r>
        <w:rPr>
          <w:rFonts w:ascii="Arial" w:hAnsi="Arial"/>
          <w:color w:val="5D7284"/>
          <w:sz w:val="22"/>
        </w:rPr>
        <w:t>12:03</w:t>
      </w:r>
    </w:p>
    <w:p>
      <w:pPr>
        <w:spacing w:after="0"/>
      </w:pPr>
      <w:r>
        <w:rPr>
          <w:rFonts w:ascii="Arial" w:hAnsi="Arial"/>
          <w:sz w:val="22"/>
        </w:rPr>
        <w:t>You'll be fine. Honestly, you'll be fine.</w:t>
      </w:r>
    </w:p>
    <w:p>
      <w:pPr>
        <w:spacing w:after="0"/>
      </w:pPr>
    </w:p>
    <w:p>
      <w:pPr>
        <w:spacing w:after="0"/>
      </w:pPr>
      <w:r>
        <w:rPr>
          <w:rFonts w:ascii="Arial" w:hAnsi="Arial"/>
          <w:b/>
          <w:sz w:val="22"/>
        </w:rPr>
        <w:t xml:space="preserve">Alice  </w:t>
      </w:r>
      <w:r>
        <w:rPr>
          <w:rFonts w:ascii="Arial" w:hAnsi="Arial"/>
          <w:color w:val="5D7284"/>
          <w:sz w:val="22"/>
        </w:rPr>
        <w:t>12:05</w:t>
      </w:r>
    </w:p>
    <w:p>
      <w:pPr>
        <w:spacing w:after="0"/>
      </w:pPr>
      <w:r>
        <w:rPr>
          <w:rFonts w:ascii="Arial" w:hAnsi="Arial"/>
          <w:sz w:val="22"/>
        </w:rPr>
        <w:t>I'll just be in the water patting it on the head going "nice fishy." (Alice and Lucy laugh)</w:t>
      </w:r>
    </w:p>
    <w:p>
      <w:pPr>
        <w:spacing w:after="0"/>
      </w:pPr>
    </w:p>
    <w:p>
      <w:pPr>
        <w:spacing w:after="0"/>
      </w:pPr>
      <w:r>
        <w:rPr>
          <w:rFonts w:ascii="Arial" w:hAnsi="Arial"/>
          <w:b/>
          <w:sz w:val="22"/>
        </w:rPr>
        <w:t xml:space="preserve">Lucy  </w:t>
      </w:r>
      <w:r>
        <w:rPr>
          <w:rFonts w:ascii="Arial" w:hAnsi="Arial"/>
          <w:color w:val="5D7284"/>
          <w:sz w:val="22"/>
        </w:rPr>
        <w:t>12:13</w:t>
      </w:r>
    </w:p>
    <w:p>
      <w:pPr>
        <w:spacing w:after="0"/>
      </w:pPr>
      <w:r>
        <w:rPr>
          <w:rFonts w:ascii="Arial" w:hAnsi="Arial"/>
          <w:sz w:val="22"/>
        </w:rPr>
        <w:t>That was one of my favorite episodes, that was. I think for the year, I was really excited about that. I really enjoy the fabled episodes.</w:t>
      </w:r>
    </w:p>
    <w:p>
      <w:pPr>
        <w:spacing w:after="0"/>
      </w:pPr>
    </w:p>
    <w:p>
      <w:pPr>
        <w:spacing w:after="0"/>
      </w:pPr>
      <w:r>
        <w:rPr>
          <w:rFonts w:ascii="Arial" w:hAnsi="Arial"/>
          <w:b/>
          <w:sz w:val="22"/>
        </w:rPr>
        <w:t xml:space="preserve">Adam  </w:t>
      </w:r>
      <w:r>
        <w:rPr>
          <w:rFonts w:ascii="Arial" w:hAnsi="Arial"/>
          <w:color w:val="5D7284"/>
          <w:sz w:val="22"/>
        </w:rPr>
        <w:t>12:21</w:t>
      </w:r>
    </w:p>
    <w:p>
      <w:pPr>
        <w:spacing w:after="0"/>
      </w:pPr>
      <w:r>
        <w:rPr>
          <w:rFonts w:ascii="Arial" w:hAnsi="Arial"/>
          <w:sz w:val="22"/>
        </w:rPr>
        <w:t>I was just gonna say that. Well, first episode was our first episode of 2022. It was the Odin episode. And those have been I mean, the Charles Dickens episode did turn be prematurely grey! (Lucy laughs) But so the other ones have been really fun. I've really enjoyed the changling episode was fab.</w:t>
      </w:r>
    </w:p>
    <w:p>
      <w:pPr>
        <w:spacing w:after="0"/>
      </w:pPr>
    </w:p>
    <w:p>
      <w:pPr>
        <w:spacing w:after="0"/>
      </w:pPr>
      <w:r>
        <w:rPr>
          <w:rFonts w:ascii="Arial" w:hAnsi="Arial"/>
          <w:b/>
          <w:sz w:val="22"/>
        </w:rPr>
        <w:t xml:space="preserve">Alice  </w:t>
      </w:r>
      <w:r>
        <w:rPr>
          <w:rFonts w:ascii="Arial" w:hAnsi="Arial"/>
          <w:color w:val="5D7284"/>
          <w:sz w:val="22"/>
        </w:rPr>
        <w:t>12:44</w:t>
      </w:r>
    </w:p>
    <w:p>
      <w:pPr>
        <w:spacing w:after="0"/>
      </w:pPr>
      <w:r>
        <w:rPr>
          <w:rFonts w:ascii="Arial" w:hAnsi="Arial"/>
          <w:sz w:val="22"/>
        </w:rPr>
        <w:t>That made me laugh a lot. (Lucy laughs) The Little Mermaid episode was really, I really enjoyed our conversation in that...(Lucy) I made that ..</w:t>
      </w:r>
    </w:p>
    <w:p>
      <w:pPr>
        <w:spacing w:after="0"/>
      </w:pPr>
    </w:p>
    <w:p>
      <w:pPr>
        <w:spacing w:after="0"/>
      </w:pPr>
      <w:r>
        <w:rPr>
          <w:rFonts w:ascii="Arial" w:hAnsi="Arial"/>
          <w:b/>
          <w:sz w:val="22"/>
        </w:rPr>
        <w:t xml:space="preserve">Lucy  </w:t>
      </w:r>
      <w:r>
        <w:rPr>
          <w:rFonts w:ascii="Arial" w:hAnsi="Arial"/>
          <w:color w:val="5D7284"/>
          <w:sz w:val="22"/>
        </w:rPr>
        <w:t>12:55</w:t>
      </w:r>
    </w:p>
    <w:p>
      <w:pPr>
        <w:spacing w:after="0"/>
      </w:pPr>
      <w:r>
        <w:rPr>
          <w:rFonts w:ascii="Arial" w:hAnsi="Arial"/>
          <w:sz w:val="22"/>
        </w:rPr>
        <w:t>stick didn't I aye? (Lucy and Alice laughs) I will make it fit!</w:t>
      </w:r>
    </w:p>
    <w:p>
      <w:pPr>
        <w:spacing w:after="0"/>
      </w:pPr>
    </w:p>
    <w:p>
      <w:pPr>
        <w:spacing w:after="0"/>
      </w:pPr>
      <w:r>
        <w:rPr>
          <w:rFonts w:ascii="Arial" w:hAnsi="Arial"/>
          <w:b/>
          <w:sz w:val="22"/>
        </w:rPr>
        <w:t xml:space="preserve">Alice  </w:t>
      </w:r>
      <w:r>
        <w:rPr>
          <w:rFonts w:ascii="Arial" w:hAnsi="Arial"/>
          <w:color w:val="5D7284"/>
          <w:sz w:val="22"/>
        </w:rPr>
        <w:t>13:00</w:t>
      </w:r>
    </w:p>
    <w:p>
      <w:pPr>
        <w:spacing w:after="0"/>
      </w:pPr>
      <w:r>
        <w:rPr>
          <w:rFonts w:ascii="Arial" w:hAnsi="Arial"/>
          <w:sz w:val="22"/>
        </w:rPr>
        <w:t>No see I thought that that was really an interesting thought provoking episode actually. I've had a couple of people comment on that episode to me. (Lucy) Oh, really? Hhmm... yeah. So it's been... I was, I thought that was a really good one.</w:t>
      </w:r>
    </w:p>
    <w:p>
      <w:pPr>
        <w:spacing w:after="0"/>
      </w:pPr>
    </w:p>
    <w:p>
      <w:pPr>
        <w:spacing w:after="0"/>
      </w:pPr>
      <w:r>
        <w:rPr>
          <w:rFonts w:ascii="Arial" w:hAnsi="Arial"/>
          <w:b/>
          <w:sz w:val="22"/>
        </w:rPr>
        <w:t xml:space="preserve">Lucy  </w:t>
      </w:r>
      <w:r>
        <w:rPr>
          <w:rFonts w:ascii="Arial" w:hAnsi="Arial"/>
          <w:color w:val="5D7284"/>
          <w:sz w:val="22"/>
        </w:rPr>
        <w:t>13:15</w:t>
      </w:r>
    </w:p>
    <w:p>
      <w:pPr>
        <w:spacing w:after="0"/>
      </w:pPr>
      <w:r>
        <w:rPr>
          <w:rFonts w:ascii="Arial" w:hAnsi="Arial"/>
          <w:sz w:val="22"/>
        </w:rPr>
        <w:t>Hhmm. I really enjoyed doing them as well. And I find when I'm like watching the telly or reading a book, and I stumble over like somebody who was disabled or there was a character in a book I'mlike,  " Oh, I better write that down somewhere." So I've got a notepad somewhere. We've just names of people that I would like to to cover for future fables, but they are and I think for me and you Alice, they are even more interesting because we are into like, media and you know, the arts and culture and all that kind of thing. So we have an interest in that sort of area already. And I think just bringing the two together is something that I really enjoyed doing and I really enjoy talking about. And it's I always come away when I've done the research for those episodes of feeling a bit like a smarty pants like I'm clued up on this, I know what I'm talking about,(laughs) for at least 20 minutes. And I will eke it outto an hour and a half (Lucy and Alice laughing) with conversation. But it's like the changling episode I never realized that the term away with the fairies is actually something to do with the changling, you know the changling folklore. And so you know, stuff like that I find fascinating that fact pushed a really useful fact out of my brain. (Lucy and Alice laugh) So, I really enjoyed doing those.</w:t>
      </w:r>
    </w:p>
    <w:p>
      <w:pPr>
        <w:spacing w:after="0"/>
      </w:pPr>
    </w:p>
    <w:p>
      <w:pPr>
        <w:spacing w:after="0"/>
      </w:pPr>
      <w:r>
        <w:rPr>
          <w:rFonts w:ascii="Arial" w:hAnsi="Arial"/>
          <w:b/>
          <w:sz w:val="22"/>
        </w:rPr>
        <w:t xml:space="preserve">Alice  </w:t>
      </w:r>
      <w:r>
        <w:rPr>
          <w:rFonts w:ascii="Arial" w:hAnsi="Arial"/>
          <w:color w:val="5D7284"/>
          <w:sz w:val="22"/>
        </w:rPr>
        <w:t>14:48</w:t>
      </w:r>
    </w:p>
    <w:p>
      <w:pPr>
        <w:spacing w:after="0"/>
      </w:pPr>
      <w:r>
        <w:rPr>
          <w:rFonts w:ascii="Arial" w:hAnsi="Arial"/>
          <w:sz w:val="22"/>
        </w:rPr>
        <w:t>Lucy no longer knows her pin number for her bank card, but you ask her a random question about changlings. (Alice and Lucy laugh)</w:t>
      </w:r>
    </w:p>
    <w:p>
      <w:pPr>
        <w:spacing w:after="0"/>
      </w:pPr>
    </w:p>
    <w:p>
      <w:pPr>
        <w:spacing w:after="0"/>
      </w:pPr>
      <w:r>
        <w:rPr>
          <w:rFonts w:ascii="Arial" w:hAnsi="Arial"/>
          <w:b/>
          <w:sz w:val="22"/>
        </w:rPr>
        <w:t xml:space="preserve">Lucy  </w:t>
      </w:r>
      <w:r>
        <w:rPr>
          <w:rFonts w:ascii="Arial" w:hAnsi="Arial"/>
          <w:color w:val="5D7284"/>
          <w:sz w:val="22"/>
        </w:rPr>
        <w:t>14:54</w:t>
      </w:r>
    </w:p>
    <w:p>
      <w:pPr>
        <w:spacing w:after="0"/>
      </w:pPr>
      <w:r>
        <w:rPr>
          <w:rFonts w:ascii="Arial" w:hAnsi="Arial"/>
          <w:sz w:val="22"/>
        </w:rPr>
        <w:t>Yeah. All I'll say is thank God for tap and pay ( Everyone laughs)  But yeah, I really enjoy those episodes. So you know  they're some of my favorites. I mean there was a lot of legwork and sometimes you think there is not enough to make this stick in The Little Mermaid, somehow we carry each other through don't we Alice? We're like "no it's alright we've got this we're 20 minutes and we'll carry on for a while." (Lucy laughs)</w:t>
      </w:r>
    </w:p>
    <w:p>
      <w:pPr>
        <w:spacing w:after="0"/>
      </w:pPr>
    </w:p>
    <w:p>
      <w:pPr>
        <w:spacing w:after="0"/>
      </w:pPr>
      <w:r>
        <w:rPr>
          <w:rFonts w:ascii="Arial" w:hAnsi="Arial"/>
          <w:b/>
          <w:sz w:val="22"/>
        </w:rPr>
        <w:t xml:space="preserve">Alice  </w:t>
      </w:r>
      <w:r>
        <w:rPr>
          <w:rFonts w:ascii="Arial" w:hAnsi="Arial"/>
          <w:color w:val="5D7284"/>
          <w:sz w:val="22"/>
        </w:rPr>
        <w:t>15:23</w:t>
      </w:r>
    </w:p>
    <w:p>
      <w:pPr>
        <w:spacing w:after="0"/>
      </w:pPr>
      <w:r>
        <w:rPr>
          <w:rFonts w:ascii="Arial" w:hAnsi="Arial"/>
          <w:sz w:val="22"/>
        </w:rPr>
        <w:t>And I like you I've also started thinking about like, books and characters I want to cover.. (Lucy) Yeah. next year. I've got so many it's literally finding the time to do the research and the recording on top of also like eating and sleeping (Lucy) and having a job. The fundamental process! (laughs)</w:t>
      </w:r>
    </w:p>
    <w:p>
      <w:pPr>
        <w:spacing w:after="0"/>
      </w:pPr>
    </w:p>
    <w:p>
      <w:pPr>
        <w:spacing w:after="0"/>
      </w:pPr>
      <w:r>
        <w:rPr>
          <w:rFonts w:ascii="Arial" w:hAnsi="Arial"/>
          <w:b/>
          <w:sz w:val="22"/>
        </w:rPr>
        <w:t xml:space="preserve">Lucy  </w:t>
      </w:r>
      <w:r>
        <w:rPr>
          <w:rFonts w:ascii="Arial" w:hAnsi="Arial"/>
          <w:color w:val="5D7284"/>
          <w:sz w:val="22"/>
        </w:rPr>
        <w:t>15:46</w:t>
      </w:r>
    </w:p>
    <w:p>
      <w:pPr>
        <w:spacing w:after="0"/>
      </w:pPr>
      <w:r>
        <w:rPr>
          <w:rFonts w:ascii="Arial" w:hAnsi="Arial"/>
          <w:sz w:val="22"/>
        </w:rPr>
        <w:t>What one of our fAbled episodes has been your favorite?</w:t>
      </w:r>
    </w:p>
    <w:p>
      <w:pPr>
        <w:spacing w:after="0"/>
      </w:pPr>
    </w:p>
    <w:p>
      <w:pPr>
        <w:spacing w:after="0"/>
      </w:pPr>
      <w:r>
        <w:rPr>
          <w:rFonts w:ascii="Arial" w:hAnsi="Arial"/>
          <w:b/>
          <w:sz w:val="22"/>
        </w:rPr>
        <w:t xml:space="preserve">Adam  </w:t>
      </w:r>
      <w:r>
        <w:rPr>
          <w:rFonts w:ascii="Arial" w:hAnsi="Arial"/>
          <w:color w:val="5D7284"/>
          <w:sz w:val="22"/>
        </w:rPr>
        <w:t>15:51</w:t>
      </w:r>
    </w:p>
    <w:p>
      <w:pPr>
        <w:spacing w:after="0"/>
      </w:pPr>
      <w:r>
        <w:rPr>
          <w:rFonts w:ascii="Arial" w:hAnsi="Arial"/>
          <w:sz w:val="22"/>
        </w:rPr>
        <w:t>Oooh I think the Little Mermaid and the Jane Eyre episode stick out. They were good ones. (Alice) Definitely...go on.. I'm just gonna say that they're really interesting to hear because it's not something you think about a lot. (Lucy) No. And then when you get all the information the backstory to it you actually it does make you think. (Lucy) It is</w:t>
      </w:r>
    </w:p>
    <w:p>
      <w:pPr>
        <w:spacing w:after="0"/>
      </w:pPr>
    </w:p>
    <w:p>
      <w:pPr>
        <w:spacing w:after="0"/>
      </w:pPr>
      <w:r>
        <w:rPr>
          <w:rFonts w:ascii="Arial" w:hAnsi="Arial"/>
          <w:b/>
          <w:sz w:val="22"/>
        </w:rPr>
        <w:t xml:space="preserve">Lucy  </w:t>
      </w:r>
      <w:r>
        <w:rPr>
          <w:rFonts w:ascii="Arial" w:hAnsi="Arial"/>
          <w:color w:val="5D7284"/>
          <w:sz w:val="22"/>
        </w:rPr>
        <w:t>16:17</w:t>
      </w:r>
    </w:p>
    <w:p>
      <w:pPr>
        <w:spacing w:after="0"/>
      </w:pPr>
      <w:r>
        <w:rPr>
          <w:rFonts w:ascii="Arial" w:hAnsi="Arial"/>
          <w:sz w:val="22"/>
        </w:rPr>
        <w:t>a really interesting area to talk about isn't it really? And I think if we decided that actually we're going to change direction with the podcast a little bit. I think what we would probably do.... what I would like to do is have a have fabled as its own... like there was enough material now I think to have its own podcast, but I'm not (laughs) doing any more than one podcast.</w:t>
      </w:r>
    </w:p>
    <w:p>
      <w:pPr>
        <w:spacing w:after="0"/>
      </w:pPr>
    </w:p>
    <w:p>
      <w:pPr>
        <w:spacing w:after="0"/>
      </w:pPr>
      <w:r>
        <w:rPr>
          <w:rFonts w:ascii="Arial" w:hAnsi="Arial"/>
          <w:b/>
          <w:sz w:val="22"/>
        </w:rPr>
        <w:t xml:space="preserve">Alice  </w:t>
      </w:r>
      <w:r>
        <w:rPr>
          <w:rFonts w:ascii="Arial" w:hAnsi="Arial"/>
          <w:color w:val="5D7284"/>
          <w:sz w:val="22"/>
        </w:rPr>
        <w:t>16:43</w:t>
      </w:r>
    </w:p>
    <w:p>
      <w:pPr>
        <w:spacing w:after="0"/>
      </w:pPr>
      <w:r>
        <w:rPr>
          <w:rFonts w:ascii="Arial" w:hAnsi="Arial"/>
          <w:sz w:val="22"/>
        </w:rPr>
        <w:t>I was gonna say if you can pull an extra 40 hours a week out of your asshole Lucy to do another podcast.(Lucy laughs) Then we can make another podcast. (Lucy) Absolutely. In the meantime stop making more work for me. (laughs)</w:t>
      </w:r>
    </w:p>
    <w:p>
      <w:pPr>
        <w:spacing w:after="0"/>
      </w:pPr>
    </w:p>
    <w:p>
      <w:pPr>
        <w:spacing w:after="0"/>
      </w:pPr>
      <w:r>
        <w:rPr>
          <w:rFonts w:ascii="Arial" w:hAnsi="Arial"/>
          <w:b/>
          <w:sz w:val="22"/>
        </w:rPr>
        <w:t xml:space="preserve">Lucy  </w:t>
      </w:r>
      <w:r>
        <w:rPr>
          <w:rFonts w:ascii="Arial" w:hAnsi="Arial"/>
          <w:color w:val="5D7284"/>
          <w:sz w:val="22"/>
        </w:rPr>
        <w:t>16:59</w:t>
      </w:r>
    </w:p>
    <w:p>
      <w:pPr>
        <w:spacing w:after="0"/>
      </w:pPr>
      <w:r>
        <w:rPr>
          <w:rFonts w:ascii="Arial" w:hAnsi="Arial"/>
          <w:sz w:val="22"/>
        </w:rPr>
        <w:t xml:space="preserve"> Yeah, no, no. Forget I said that. (laughs)</w:t>
      </w:r>
    </w:p>
    <w:p>
      <w:pPr>
        <w:spacing w:after="0"/>
      </w:pPr>
    </w:p>
    <w:p>
      <w:pPr>
        <w:spacing w:after="0"/>
      </w:pPr>
      <w:r>
        <w:rPr>
          <w:rFonts w:ascii="Arial" w:hAnsi="Arial"/>
          <w:b/>
          <w:sz w:val="22"/>
        </w:rPr>
        <w:t xml:space="preserve">Alice  </w:t>
      </w:r>
      <w:r>
        <w:rPr>
          <w:rFonts w:ascii="Arial" w:hAnsi="Arial"/>
          <w:color w:val="5D7284"/>
          <w:sz w:val="22"/>
        </w:rPr>
        <w:t>17:02</w:t>
      </w:r>
    </w:p>
    <w:p>
      <w:pPr>
        <w:spacing w:after="0"/>
      </w:pPr>
      <w:r>
        <w:rPr>
          <w:rFonts w:ascii="Arial" w:hAnsi="Arial"/>
          <w:sz w:val="22"/>
        </w:rPr>
        <w:t>I tell you what would be really cool would be if our listeners have got any suggestions of characters or films that they would like to see done for our fAbled episodes. That would be really cool. Like if there's anything like that we might not have thought of, some of the like more obscure stuff. Stuff that's like The Little Mermaid that you think this is a little bit tenuous, but I think I think this is this could be cool. Yeah, I think that'll be really... If you guys want to hit us up on social media with some of your suggestions. That would be amazing.</w:t>
      </w:r>
    </w:p>
    <w:p>
      <w:pPr>
        <w:spacing w:after="0"/>
      </w:pPr>
    </w:p>
    <w:p>
      <w:pPr>
        <w:spacing w:after="0"/>
      </w:pPr>
      <w:r>
        <w:rPr>
          <w:rFonts w:ascii="Arial" w:hAnsi="Arial"/>
          <w:b/>
          <w:sz w:val="22"/>
        </w:rPr>
        <w:t xml:space="preserve">Lucy  </w:t>
      </w:r>
      <w:r>
        <w:rPr>
          <w:rFonts w:ascii="Arial" w:hAnsi="Arial"/>
          <w:color w:val="5D7284"/>
          <w:sz w:val="22"/>
        </w:rPr>
        <w:t>17:36</w:t>
      </w:r>
    </w:p>
    <w:p>
      <w:pPr>
        <w:spacing w:after="0"/>
      </w:pPr>
      <w:r>
        <w:rPr>
          <w:rFonts w:ascii="Arial" w:hAnsi="Arial"/>
          <w:sz w:val="22"/>
        </w:rPr>
        <w:t>It's a bit like when we started the history lessons, I have a list I have a spreadsheet somewhere with loads of disabled. Well, people from history who happen to be disabled. I'm like that'll do or think that we'll do, I think they'll do. (Alice) Yeah. And listed them alphabetically, but that's because I'm a nerd. I don't know where that spreadsheet is, by the way. (Adam laughs) So but yeah, I think the history lessons going back to the history lessons again, they are just something that everybody loves. We love recording them. We have such a great time recording them because I mean Daisy's sense of humour, I mean it's got to the point it's embarrassing now. (Alice laughs) Because I just have to look at Daisy. (Laughing) Here's Daisy. I'm so happy she's my friend. No, but they I just find them fascinating. I find history fascinating. I find the whole... especially when it's a person who you didn't realize was disabled. So the Samuel Johnson episode, I never realized that Samuel Johnson was disabled. And when I found out they possibly might be/could have been disabled. Nobody quite knew what it was. And then I went to Daisy and when I think he's disabled, "can you find something out?" She was like, she was like a scwarbler. Okay. So I find that really, really interesting. People seem to like them, don't they. They are it's again, it's that other alternative view of disability. We're not just sat here wangling on about how cold it is. Or, you know what aches today, we're looking at different bits of society. And I find it fascinating.</w:t>
      </w:r>
    </w:p>
    <w:p>
      <w:pPr>
        <w:spacing w:after="0"/>
      </w:pPr>
    </w:p>
    <w:p>
      <w:pPr>
        <w:spacing w:after="0"/>
      </w:pPr>
      <w:r>
        <w:rPr>
          <w:rFonts w:ascii="Arial" w:hAnsi="Arial"/>
          <w:b/>
          <w:sz w:val="22"/>
        </w:rPr>
        <w:t xml:space="preserve">Adam  </w:t>
      </w:r>
      <w:r>
        <w:rPr>
          <w:rFonts w:ascii="Arial" w:hAnsi="Arial"/>
          <w:color w:val="5D7284"/>
          <w:sz w:val="22"/>
        </w:rPr>
        <w:t>19:24</w:t>
      </w:r>
    </w:p>
    <w:p>
      <w:pPr>
        <w:spacing w:after="0"/>
      </w:pPr>
      <w:r>
        <w:rPr>
          <w:rFonts w:ascii="Arial" w:hAnsi="Arial"/>
          <w:sz w:val="22"/>
        </w:rPr>
        <w:t>I've got some really cool people on my list. I want to do some people from like, really recent history. (Alice) Yeah. As well as some, you know, more further afield. I promise I'm not going to do just depressing ones. I know. I feel like..(Lucy) I dont want to feel like I want to cry everytime. Yeah, I feel like I tend to.. tend to lean into the super horrible stories of people who..(Lucy) Like Rosemary Kennedy. Yeah, yeah. And then, and even Maria Teresa Vaughn Parody was basically like ignored in her lifetime, (Lucy laughs) and like forgotten by people, and it's just yeah, I promise. I promise that I'm gonna there's some there's definitely some happy stories. I've definitely got two super sad, fucking depressing downer stories. (Lucy laughs)</w:t>
      </w:r>
    </w:p>
    <w:p>
      <w:pPr>
        <w:spacing w:after="0"/>
      </w:pPr>
    </w:p>
    <w:p>
      <w:pPr>
        <w:spacing w:after="0"/>
      </w:pPr>
      <w:r>
        <w:rPr>
          <w:rFonts w:ascii="Arial" w:hAnsi="Arial"/>
          <w:b/>
          <w:sz w:val="22"/>
        </w:rPr>
        <w:t xml:space="preserve">Lucy  </w:t>
      </w:r>
      <w:r>
        <w:rPr>
          <w:rFonts w:ascii="Arial" w:hAnsi="Arial"/>
          <w:color w:val="5D7284"/>
          <w:sz w:val="22"/>
        </w:rPr>
        <w:t>20:17</w:t>
      </w:r>
    </w:p>
    <w:p>
      <w:pPr>
        <w:spacing w:after="0"/>
      </w:pPr>
      <w:r>
        <w:rPr>
          <w:rFonts w:ascii="Arial" w:hAnsi="Arial"/>
          <w:sz w:val="22"/>
        </w:rPr>
        <w:t>Can we leave them for a while?! (laughs) (Alice) Don't worry I will spread them out. Give me a warning, like at least a six month warning. (Alice laughs) No, I am. I'm really excited for the future of our podcasts. I'm really proud of what we've managed to achieve. I'm really, I'm really proud of what we've managed to...What's another word for achieve? (laughs), because there is another word what I'm getting to..(Alice) Accomplished. Yeah. The fact that you know, we've been on radio, we've been interviewed for the podcast, which I just find hilarious. Every time it happens. My friends now like "Oh, she's on the telly again! Here she is. Talking about the podcast." It's.. and I felt like, I was on the telly just before Christmas and (laughs) the man came to our house. And it was the same camera man who came to the Big Difference and we stood outside the Big difference in Leicester. We were talking about things that had erked us somewhat. And it was the same camera man and he went "Oh, hello nice to see." I said yeah nice to see you. And he said, "Now they've got down here that you are a professional podcaster." I laughed in his face. (laughs) I was like, no, no, (Alice laughs) this is a hobby that's got out of hand. (Adam laughs) I'm sorry. Somebody's told you completely the wrong information. But no, it makes me feel proud. And like, I knew we'd done a good job when me and you went to BBC Radio Leicester to talk about the The Richard third episode. My mum was sat outside. She was listening on the phone. She was outside the radio station. She was like, "You were really good!" That's praise indeed. Congratulations. So now I'm really</w:t>
      </w:r>
    </w:p>
    <w:p>
      <w:pPr>
        <w:spacing w:after="0"/>
      </w:pPr>
    </w:p>
    <w:p>
      <w:pPr>
        <w:spacing w:after="0"/>
      </w:pPr>
      <w:r>
        <w:rPr>
          <w:rFonts w:ascii="Arial" w:hAnsi="Arial"/>
          <w:b/>
          <w:sz w:val="22"/>
        </w:rPr>
        <w:t xml:space="preserve">Alice  </w:t>
      </w:r>
      <w:r>
        <w:rPr>
          <w:rFonts w:ascii="Arial" w:hAnsi="Arial"/>
          <w:color w:val="5D7284"/>
          <w:sz w:val="22"/>
        </w:rPr>
        <w:t>22:05</w:t>
      </w:r>
    </w:p>
    <w:p>
      <w:pPr>
        <w:spacing w:after="0"/>
      </w:pPr>
      <w:r>
        <w:rPr>
          <w:rFonts w:ascii="Arial" w:hAnsi="Arial"/>
          <w:sz w:val="22"/>
        </w:rPr>
        <w:t xml:space="preserve"> At the same time that there was a guy outside doing rock pop? (Lucy) Yes (laughing). And said to your mum, what was the question? (Lucy) Who would you most like to go for a walk with. That was it, and she said Richard Armitage.</w:t>
      </w:r>
    </w:p>
    <w:p>
      <w:pPr>
        <w:spacing w:after="0"/>
      </w:pPr>
    </w:p>
    <w:p>
      <w:pPr>
        <w:spacing w:after="0"/>
      </w:pPr>
      <w:r>
        <w:rPr>
          <w:rFonts w:ascii="Arial" w:hAnsi="Arial"/>
          <w:b/>
          <w:sz w:val="22"/>
        </w:rPr>
        <w:t xml:space="preserve">Lucy  </w:t>
      </w:r>
      <w:r>
        <w:rPr>
          <w:rFonts w:ascii="Arial" w:hAnsi="Arial"/>
          <w:color w:val="5D7284"/>
          <w:sz w:val="22"/>
        </w:rPr>
        <w:t>22:20</w:t>
      </w:r>
    </w:p>
    <w:p>
      <w:pPr>
        <w:spacing w:after="0"/>
      </w:pPr>
      <w:r>
        <w:rPr>
          <w:rFonts w:ascii="Arial" w:hAnsi="Arial"/>
          <w:sz w:val="22"/>
        </w:rPr>
        <w:t>I mean, he is the most gorgeous looking man in the history of the world ever. So I don't blame her really. (Alice) Just a bit out of left field (laughs). But at least your not gonna get mobbed are ya. But, so yeah, no, I'm really proud of what we've managed to achieve. And I hope that it goes on a continuing trajectory upwards. And to be fair, as well, what we talk about is very, very niche. You know, not everybody not everybody's cup of tea. And we know that, we knew that when we started this whole adventure that we're not everybody's gonna go "Oh, yeah, I'm gonna tune in listen to that." It's probably let's hope they don't follow the Alice Evans history lesson. Where she depresses everybody! (Alice laughs). I think you could be the problem, babe. (Alice and Lucy laugh) I'm joking. We love doing it. We don't want to stop but it is..it's a hard slog and but then nothing ever... Nothing ever worthwhile is easy. Is it? So you know?</w:t>
      </w:r>
    </w:p>
    <w:p>
      <w:pPr>
        <w:spacing w:after="0"/>
      </w:pPr>
    </w:p>
    <w:p>
      <w:pPr>
        <w:spacing w:after="0"/>
      </w:pPr>
      <w:r>
        <w:rPr>
          <w:rFonts w:ascii="Arial" w:hAnsi="Arial"/>
          <w:b/>
          <w:sz w:val="22"/>
        </w:rPr>
        <w:t xml:space="preserve">Alice  </w:t>
      </w:r>
      <w:r>
        <w:rPr>
          <w:rFonts w:ascii="Arial" w:hAnsi="Arial"/>
          <w:color w:val="5D7284"/>
          <w:sz w:val="22"/>
        </w:rPr>
        <w:t>23:29</w:t>
      </w:r>
    </w:p>
    <w:p>
      <w:pPr>
        <w:spacing w:after="0"/>
      </w:pPr>
      <w:r>
        <w:rPr>
          <w:rFonts w:ascii="Arial" w:hAnsi="Arial"/>
          <w:sz w:val="22"/>
        </w:rPr>
        <w:t>Absolutely. So shall we talk about some of the other slightly more exciting things that are happening now that we are fully into 2023? (Lucy) Yeah. Poor Adam's sitting quietly in the corner. So we are..um I'm really looking forward to our special National Autistic Society collaboration in February.</w:t>
      </w:r>
    </w:p>
    <w:p>
      <w:pPr>
        <w:spacing w:after="0"/>
      </w:pPr>
    </w:p>
    <w:p>
      <w:pPr>
        <w:spacing w:after="0"/>
      </w:pPr>
      <w:r>
        <w:rPr>
          <w:rFonts w:ascii="Arial" w:hAnsi="Arial"/>
          <w:b/>
          <w:sz w:val="22"/>
        </w:rPr>
        <w:t xml:space="preserve">Lucy  </w:t>
      </w:r>
      <w:r>
        <w:rPr>
          <w:rFonts w:ascii="Arial" w:hAnsi="Arial"/>
          <w:color w:val="5D7284"/>
          <w:sz w:val="22"/>
        </w:rPr>
        <w:t>23:56</w:t>
      </w:r>
    </w:p>
    <w:p>
      <w:pPr>
        <w:spacing w:after="0"/>
      </w:pPr>
      <w:r>
        <w:rPr>
          <w:rFonts w:ascii="Arial" w:hAnsi="Arial"/>
          <w:sz w:val="22"/>
        </w:rPr>
        <w:t>Yes me too. They were really good episodes weren't they.</w:t>
      </w:r>
    </w:p>
    <w:p>
      <w:pPr>
        <w:spacing w:after="0"/>
      </w:pPr>
    </w:p>
    <w:p>
      <w:pPr>
        <w:spacing w:after="0"/>
      </w:pPr>
      <w:r>
        <w:rPr>
          <w:rFonts w:ascii="Arial" w:hAnsi="Arial"/>
          <w:b/>
          <w:sz w:val="22"/>
        </w:rPr>
        <w:t xml:space="preserve">Alice  </w:t>
      </w:r>
      <w:r>
        <w:rPr>
          <w:rFonts w:ascii="Arial" w:hAnsi="Arial"/>
          <w:color w:val="5D7284"/>
          <w:sz w:val="22"/>
        </w:rPr>
        <w:t>23:59</w:t>
      </w:r>
    </w:p>
    <w:p>
      <w:pPr>
        <w:spacing w:after="0"/>
      </w:pPr>
      <w:r>
        <w:rPr>
          <w:rFonts w:ascii="Arial" w:hAnsi="Arial"/>
          <w:sz w:val="22"/>
        </w:rPr>
        <w:t>They were fab! They were so good. With Melissa and Leo. Melissa comes on to talk to us about being a black woman with autism. And Leo comes on to talk to us about the fantastic Netflix movie. "I used to be famous"</w:t>
      </w:r>
    </w:p>
    <w:p>
      <w:pPr>
        <w:spacing w:after="0"/>
      </w:pPr>
    </w:p>
    <w:p>
      <w:pPr>
        <w:spacing w:after="0"/>
      </w:pPr>
      <w:r>
        <w:rPr>
          <w:rFonts w:ascii="Arial" w:hAnsi="Arial"/>
          <w:b/>
          <w:sz w:val="22"/>
        </w:rPr>
        <w:t xml:space="preserve">Lucy  </w:t>
      </w:r>
      <w:r>
        <w:rPr>
          <w:rFonts w:ascii="Arial" w:hAnsi="Arial"/>
          <w:color w:val="5D7284"/>
          <w:sz w:val="22"/>
        </w:rPr>
        <w:t>24:19</w:t>
      </w:r>
    </w:p>
    <w:p>
      <w:pPr>
        <w:spacing w:after="0"/>
      </w:pPr>
      <w:r>
        <w:rPr>
          <w:rFonts w:ascii="Arial" w:hAnsi="Arial"/>
          <w:sz w:val="22"/>
        </w:rPr>
        <w:t>Have you watched it yet?</w:t>
      </w:r>
    </w:p>
    <w:p>
      <w:pPr>
        <w:spacing w:after="0"/>
      </w:pPr>
    </w:p>
    <w:p>
      <w:pPr>
        <w:spacing w:after="0"/>
      </w:pPr>
      <w:r>
        <w:rPr>
          <w:rFonts w:ascii="Arial" w:hAnsi="Arial"/>
          <w:b/>
          <w:sz w:val="22"/>
        </w:rPr>
        <w:t xml:space="preserve">Alice  </w:t>
      </w:r>
      <w:r>
        <w:rPr>
          <w:rFonts w:ascii="Arial" w:hAnsi="Arial"/>
          <w:color w:val="5D7284"/>
          <w:sz w:val="22"/>
        </w:rPr>
        <w:t>24:22</w:t>
      </w:r>
    </w:p>
    <w:p>
      <w:pPr>
        <w:spacing w:after="0"/>
      </w:pPr>
      <w:r>
        <w:rPr>
          <w:rFonts w:ascii="Arial" w:hAnsi="Arial"/>
          <w:sz w:val="22"/>
        </w:rPr>
        <w:t>It's still on my list.</w:t>
      </w:r>
    </w:p>
    <w:p>
      <w:pPr>
        <w:spacing w:after="0"/>
      </w:pPr>
    </w:p>
    <w:p>
      <w:pPr>
        <w:spacing w:after="0"/>
      </w:pPr>
      <w:r>
        <w:rPr>
          <w:rFonts w:ascii="Arial" w:hAnsi="Arial"/>
          <w:b/>
          <w:sz w:val="22"/>
        </w:rPr>
        <w:t xml:space="preserve">Lucy  </w:t>
      </w:r>
      <w:r>
        <w:rPr>
          <w:rFonts w:ascii="Arial" w:hAnsi="Arial"/>
          <w:color w:val="5D7284"/>
          <w:sz w:val="22"/>
        </w:rPr>
        <w:t>24:23</w:t>
      </w:r>
    </w:p>
    <w:p>
      <w:pPr>
        <w:spacing w:after="0"/>
      </w:pPr>
      <w:r>
        <w:rPr>
          <w:rFonts w:ascii="Arial" w:hAnsi="Arial"/>
          <w:sz w:val="22"/>
        </w:rPr>
        <w:t>Oh for goodness sake! I was like she's watched it. Adam have you watched it? (Adam) Not yet no. Adam! Come on, people get it together! Like!</w:t>
      </w:r>
    </w:p>
    <w:p>
      <w:pPr>
        <w:spacing w:after="0"/>
      </w:pPr>
    </w:p>
    <w:p>
      <w:pPr>
        <w:spacing w:after="0"/>
      </w:pPr>
      <w:r>
        <w:rPr>
          <w:rFonts w:ascii="Arial" w:hAnsi="Arial"/>
          <w:b/>
          <w:sz w:val="22"/>
        </w:rPr>
        <w:t xml:space="preserve">Alice  </w:t>
      </w:r>
      <w:r>
        <w:rPr>
          <w:rFonts w:ascii="Arial" w:hAnsi="Arial"/>
          <w:color w:val="5D7284"/>
          <w:sz w:val="22"/>
        </w:rPr>
        <w:t>24:33</w:t>
      </w:r>
    </w:p>
    <w:p>
      <w:pPr>
        <w:spacing w:after="0"/>
      </w:pPr>
      <w:r>
        <w:rPr>
          <w:rFonts w:ascii="Arial" w:hAnsi="Arial"/>
          <w:sz w:val="22"/>
        </w:rPr>
        <w:t>I am. I am in the bit of the crown where (Lucy) Never mind The Crane...The Crane?!... (laughs</w:t>
      </w:r>
    </w:p>
    <w:p>
      <w:pPr>
        <w:spacing w:after="0"/>
      </w:pPr>
    </w:p>
    <w:p>
      <w:pPr>
        <w:spacing w:after="0"/>
      </w:pPr>
      <w:r>
        <w:rPr>
          <w:rFonts w:ascii="Arial" w:hAnsi="Arial"/>
          <w:b/>
          <w:sz w:val="22"/>
        </w:rPr>
        <w:t xml:space="preserve">Lucy  </w:t>
      </w:r>
      <w:r>
        <w:rPr>
          <w:rFonts w:ascii="Arial" w:hAnsi="Arial"/>
          <w:color w:val="5D7284"/>
          <w:sz w:val="22"/>
        </w:rPr>
        <w:t>24:41</w:t>
      </w:r>
    </w:p>
    <w:p>
      <w:pPr>
        <w:spacing w:after="0"/>
      </w:pPr>
      <w:r>
        <w:rPr>
          <w:rFonts w:ascii="Arial" w:hAnsi="Arial"/>
          <w:sz w:val="22"/>
        </w:rPr>
        <w:t>I am livid. outraged. (laughs)</w:t>
      </w:r>
    </w:p>
    <w:p>
      <w:pPr>
        <w:spacing w:after="0"/>
      </w:pPr>
    </w:p>
    <w:p>
      <w:pPr>
        <w:spacing w:after="0"/>
      </w:pPr>
      <w:r>
        <w:rPr>
          <w:rFonts w:ascii="Arial" w:hAnsi="Arial"/>
          <w:b/>
          <w:sz w:val="22"/>
        </w:rPr>
        <w:t xml:space="preserve">Alice  </w:t>
      </w:r>
      <w:r>
        <w:rPr>
          <w:rFonts w:ascii="Arial" w:hAnsi="Arial"/>
          <w:color w:val="5D7284"/>
          <w:sz w:val="22"/>
        </w:rPr>
        <w:t>24:43</w:t>
      </w:r>
    </w:p>
    <w:p>
      <w:pPr>
        <w:spacing w:after="0"/>
      </w:pPr>
      <w:r>
        <w:rPr>
          <w:rFonts w:ascii="Arial" w:hAnsi="Arial"/>
          <w:sz w:val="22"/>
        </w:rPr>
        <w:t>I have also started watching Game of Thrones. If anybody's interested in that. (laughs)  I'm sorry, I'm a terrible disabled person. Once again.</w:t>
      </w:r>
    </w:p>
    <w:p>
      <w:pPr>
        <w:spacing w:after="0"/>
      </w:pPr>
    </w:p>
    <w:p>
      <w:pPr>
        <w:spacing w:after="0"/>
      </w:pPr>
      <w:r>
        <w:rPr>
          <w:rFonts w:ascii="Arial" w:hAnsi="Arial"/>
          <w:b/>
          <w:sz w:val="22"/>
        </w:rPr>
        <w:t xml:space="preserve">Lucy  </w:t>
      </w:r>
      <w:r>
        <w:rPr>
          <w:rFonts w:ascii="Arial" w:hAnsi="Arial"/>
          <w:color w:val="5D7284"/>
          <w:sz w:val="22"/>
        </w:rPr>
        <w:t>24:55</w:t>
      </w:r>
    </w:p>
    <w:p>
      <w:pPr>
        <w:spacing w:after="0"/>
      </w:pPr>
      <w:r>
        <w:rPr>
          <w:rFonts w:ascii="Arial" w:hAnsi="Arial"/>
          <w:sz w:val="22"/>
        </w:rPr>
        <w:t>(laughs) It's good. You'll enjoy it. Honestly, I'm not I wouldn't tell you these things. If you didn't think you wouldn't enjoy them. (Alice) I will watch it</w:t>
      </w:r>
    </w:p>
    <w:p>
      <w:pPr>
        <w:spacing w:after="0"/>
      </w:pPr>
    </w:p>
    <w:p>
      <w:pPr>
        <w:spacing w:after="0"/>
      </w:pPr>
      <w:r>
        <w:rPr>
          <w:rFonts w:ascii="Arial" w:hAnsi="Arial"/>
          <w:b/>
          <w:sz w:val="22"/>
        </w:rPr>
        <w:t xml:space="preserve">Alice  </w:t>
      </w:r>
      <w:r>
        <w:rPr>
          <w:rFonts w:ascii="Arial" w:hAnsi="Arial"/>
          <w:color w:val="5D7284"/>
          <w:sz w:val="22"/>
        </w:rPr>
        <w:t>25:03</w:t>
      </w:r>
    </w:p>
    <w:p>
      <w:pPr>
        <w:spacing w:after="0"/>
      </w:pPr>
      <w:r>
        <w:rPr>
          <w:rFonts w:ascii="Arial" w:hAnsi="Arial"/>
          <w:sz w:val="22"/>
        </w:rPr>
        <w:t>before the release. (Lucy laughs) And I will make a video, especially for our social media to be like, Look, this is me watching it! My review, (Lucy) Okay. Dora is taking staring at me (Lucy laughs) when I sit on the sofa without her so she and I can sit and watch it together.</w:t>
      </w:r>
    </w:p>
    <w:p>
      <w:pPr>
        <w:spacing w:after="0"/>
      </w:pPr>
    </w:p>
    <w:p>
      <w:pPr>
        <w:spacing w:after="0"/>
      </w:pPr>
      <w:r>
        <w:rPr>
          <w:rFonts w:ascii="Arial" w:hAnsi="Arial"/>
          <w:b/>
          <w:sz w:val="22"/>
        </w:rPr>
        <w:t xml:space="preserve">Lucy  </w:t>
      </w:r>
      <w:r>
        <w:rPr>
          <w:rFonts w:ascii="Arial" w:hAnsi="Arial"/>
          <w:color w:val="5D7284"/>
          <w:sz w:val="22"/>
        </w:rPr>
        <w:t>25:21</w:t>
      </w:r>
    </w:p>
    <w:p>
      <w:pPr>
        <w:spacing w:after="0"/>
      </w:pPr>
      <w:r>
        <w:rPr>
          <w:rFonts w:ascii="Arial" w:hAnsi="Arial"/>
          <w:sz w:val="22"/>
        </w:rPr>
        <w:t>Right? They go, she'll enjoy that. But also, we had a before the recording, we had a meeting, and we thought me and Alice both thought that the lady we were speaking to...We were speaking to Leo. And we were speaking to what we thought was a lady from the National Autistic Society. And she went, so Alice goes, "so thats everything that we need to cover. But if there was anything from the charities point of view, please let us know." She went. "Oh, no, I'm not from the charity. I'm from Netflix." Bothwent What? What? What?...</w:t>
      </w:r>
    </w:p>
    <w:p>
      <w:pPr>
        <w:spacing w:after="0"/>
      </w:pPr>
    </w:p>
    <w:p>
      <w:pPr>
        <w:spacing w:after="0"/>
      </w:pPr>
      <w:r>
        <w:rPr>
          <w:rFonts w:ascii="Arial" w:hAnsi="Arial"/>
          <w:b/>
          <w:sz w:val="22"/>
        </w:rPr>
        <w:t xml:space="preserve">Alice  </w:t>
      </w:r>
      <w:r>
        <w:rPr>
          <w:rFonts w:ascii="Arial" w:hAnsi="Arial"/>
          <w:color w:val="5D7284"/>
          <w:sz w:val="22"/>
        </w:rPr>
        <w:t>26:03</w:t>
      </w:r>
    </w:p>
    <w:p>
      <w:pPr>
        <w:spacing w:after="0"/>
      </w:pPr>
      <w:r>
        <w:rPr>
          <w:rFonts w:ascii="Arial" w:hAnsi="Arial"/>
          <w:sz w:val="22"/>
        </w:rPr>
        <w:t>I yeah, (laughs) I basically shit my pants.(Lucy laughs) I'm sorry, pardon?</w:t>
      </w:r>
    </w:p>
    <w:p>
      <w:pPr>
        <w:spacing w:after="0"/>
      </w:pPr>
    </w:p>
    <w:p>
      <w:pPr>
        <w:spacing w:after="0"/>
      </w:pPr>
      <w:r>
        <w:rPr>
          <w:rFonts w:ascii="Arial" w:hAnsi="Arial"/>
          <w:b/>
          <w:sz w:val="22"/>
        </w:rPr>
        <w:t xml:space="preserve">Lucy  </w:t>
      </w:r>
      <w:r>
        <w:rPr>
          <w:rFonts w:ascii="Arial" w:hAnsi="Arial"/>
          <w:color w:val="5D7284"/>
          <w:sz w:val="22"/>
        </w:rPr>
        <w:t>26:10</w:t>
      </w:r>
    </w:p>
    <w:p>
      <w:pPr>
        <w:spacing w:after="0"/>
      </w:pPr>
      <w:r>
        <w:rPr>
          <w:rFonts w:ascii="Arial" w:hAnsi="Arial"/>
          <w:sz w:val="22"/>
        </w:rPr>
        <w:t>Can we put a proposal together about film about two disabled people who make a podcast over lockdown and become best friends? Yeah, it was quite the revelation. But they are really interesting episodes. And it happened accidentally, we didn't plan to do a little mini series (laughs)  Just happened accidentally, we got two offers around the same sort of time. And it was like and Netflix's ought to be involved. So..</w:t>
      </w:r>
    </w:p>
    <w:p>
      <w:pPr>
        <w:spacing w:after="0"/>
      </w:pPr>
    </w:p>
    <w:p>
      <w:pPr>
        <w:spacing w:after="0"/>
      </w:pPr>
      <w:r>
        <w:rPr>
          <w:rFonts w:ascii="Arial" w:hAnsi="Arial"/>
          <w:b/>
          <w:sz w:val="22"/>
        </w:rPr>
        <w:t xml:space="preserve">Alice  </w:t>
      </w:r>
      <w:r>
        <w:rPr>
          <w:rFonts w:ascii="Arial" w:hAnsi="Arial"/>
          <w:color w:val="5D7284"/>
          <w:sz w:val="22"/>
        </w:rPr>
        <w:t>26:39</w:t>
      </w:r>
    </w:p>
    <w:p>
      <w:pPr>
        <w:spacing w:after="0"/>
      </w:pPr>
      <w:r>
        <w:rPr>
          <w:rFonts w:ascii="Arial" w:hAnsi="Arial"/>
          <w:sz w:val="22"/>
        </w:rPr>
        <w:t>So yes, look out for those. Those are coming out in February. And we have also started behind the scenes planning for what's going to be our Spotlight series next year, which from looking at the calendar today, I'm thinking sort of late summer, early autumn, and our Spotlight series next year is going to be on disability and technology.</w:t>
      </w:r>
    </w:p>
    <w:p>
      <w:pPr>
        <w:spacing w:after="0"/>
      </w:pPr>
    </w:p>
    <w:p>
      <w:pPr>
        <w:spacing w:after="0"/>
      </w:pPr>
      <w:r>
        <w:rPr>
          <w:rFonts w:ascii="Arial" w:hAnsi="Arial"/>
          <w:b/>
          <w:sz w:val="22"/>
        </w:rPr>
        <w:t xml:space="preserve">Lucy  </w:t>
      </w:r>
      <w:r>
        <w:rPr>
          <w:rFonts w:ascii="Arial" w:hAnsi="Arial"/>
          <w:color w:val="5D7284"/>
          <w:sz w:val="22"/>
        </w:rPr>
        <w:t>27:07</w:t>
      </w:r>
    </w:p>
    <w:p>
      <w:pPr>
        <w:spacing w:after="0"/>
      </w:pPr>
      <w:r>
        <w:rPr>
          <w:rFonts w:ascii="Arial" w:hAnsi="Arial"/>
          <w:sz w:val="22"/>
        </w:rPr>
        <w:t>Okay.(laughs) (Alice) I think it's really interesting, I'm laughing because this morning, Adam sent me a message, and sent us a message the one time we're meeting. And then I and then Alice announced that this morning, I was like, "Oh Okay"</w:t>
      </w:r>
    </w:p>
    <w:p>
      <w:pPr>
        <w:spacing w:after="0"/>
      </w:pPr>
    </w:p>
    <w:p>
      <w:pPr>
        <w:spacing w:after="0"/>
      </w:pPr>
      <w:r>
        <w:rPr>
          <w:rFonts w:ascii="Arial" w:hAnsi="Arial"/>
          <w:b/>
          <w:sz w:val="22"/>
        </w:rPr>
        <w:t xml:space="preserve">Alice  </w:t>
      </w:r>
      <w:r>
        <w:rPr>
          <w:rFonts w:ascii="Arial" w:hAnsi="Arial"/>
          <w:color w:val="5D7284"/>
          <w:sz w:val="22"/>
        </w:rPr>
        <w:t>27:22</w:t>
      </w:r>
    </w:p>
    <w:p>
      <w:pPr>
        <w:spacing w:after="0"/>
      </w:pPr>
      <w:r>
        <w:rPr>
          <w:rFonts w:ascii="Arial" w:hAnsi="Arial"/>
          <w:sz w:val="22"/>
        </w:rPr>
        <w:t>No you and I have had a full on conversation!</w:t>
      </w:r>
    </w:p>
    <w:p>
      <w:pPr>
        <w:spacing w:after="0"/>
      </w:pPr>
    </w:p>
    <w:p>
      <w:pPr>
        <w:spacing w:after="0"/>
      </w:pPr>
      <w:r>
        <w:rPr>
          <w:rFonts w:ascii="Arial" w:hAnsi="Arial"/>
          <w:b/>
          <w:sz w:val="22"/>
        </w:rPr>
        <w:t xml:space="preserve">Lucy  </w:t>
      </w:r>
      <w:r>
        <w:rPr>
          <w:rFonts w:ascii="Arial" w:hAnsi="Arial"/>
          <w:color w:val="5D7284"/>
          <w:sz w:val="22"/>
        </w:rPr>
        <w:t>27:27</w:t>
      </w:r>
    </w:p>
    <w:p>
      <w:pPr>
        <w:spacing w:after="0"/>
      </w:pPr>
      <w:r>
        <w:rPr>
          <w:rFonts w:ascii="Arial" w:hAnsi="Arial"/>
          <w:sz w:val="22"/>
        </w:rPr>
        <w:t>Was I asleep? (Alice) No. This... was I listening? I don't know.</w:t>
      </w:r>
    </w:p>
    <w:p>
      <w:pPr>
        <w:spacing w:after="0"/>
      </w:pPr>
    </w:p>
    <w:p>
      <w:pPr>
        <w:spacing w:after="0"/>
      </w:pPr>
      <w:r>
        <w:rPr>
          <w:rFonts w:ascii="Arial" w:hAnsi="Arial"/>
          <w:b/>
          <w:sz w:val="22"/>
        </w:rPr>
        <w:t xml:space="preserve">Alice  </w:t>
      </w:r>
      <w:r>
        <w:rPr>
          <w:rFonts w:ascii="Arial" w:hAnsi="Arial"/>
          <w:color w:val="5D7284"/>
          <w:sz w:val="22"/>
        </w:rPr>
        <w:t>27:32</w:t>
      </w:r>
    </w:p>
    <w:p>
      <w:pPr>
        <w:spacing w:after="0"/>
      </w:pPr>
      <w:r>
        <w:rPr>
          <w:rFonts w:ascii="Arial" w:hAnsi="Arial"/>
          <w:sz w:val="22"/>
        </w:rPr>
        <w:t>I assume not. (lucy laughs)</w:t>
      </w:r>
    </w:p>
    <w:p>
      <w:pPr>
        <w:spacing w:after="0"/>
      </w:pPr>
    </w:p>
    <w:p>
      <w:pPr>
        <w:spacing w:after="0"/>
      </w:pPr>
      <w:r>
        <w:rPr>
          <w:rFonts w:ascii="Arial" w:hAnsi="Arial"/>
          <w:b/>
          <w:sz w:val="22"/>
        </w:rPr>
        <w:t xml:space="preserve">Lucy  </w:t>
      </w:r>
      <w:r>
        <w:rPr>
          <w:rFonts w:ascii="Arial" w:hAnsi="Arial"/>
          <w:color w:val="5D7284"/>
          <w:sz w:val="22"/>
        </w:rPr>
        <w:t>27:35</w:t>
      </w:r>
    </w:p>
    <w:p>
      <w:pPr>
        <w:spacing w:after="0"/>
      </w:pPr>
      <w:r>
        <w:rPr>
          <w:rFonts w:ascii="Arial" w:hAnsi="Arial"/>
          <w:sz w:val="22"/>
        </w:rPr>
        <w:t>But no, I'm very excited about that. It's very good. I don't know quite what form they're gonna take. But I'm sure we will find some great people to talk to (Alice) Well,</w:t>
      </w:r>
    </w:p>
    <w:p>
      <w:pPr>
        <w:spacing w:after="0"/>
      </w:pPr>
    </w:p>
    <w:p>
      <w:pPr>
        <w:spacing w:after="0"/>
      </w:pPr>
      <w:r>
        <w:rPr>
          <w:rFonts w:ascii="Arial" w:hAnsi="Arial"/>
          <w:b/>
          <w:sz w:val="22"/>
        </w:rPr>
        <w:t xml:space="preserve">Alice  </w:t>
      </w:r>
      <w:r>
        <w:rPr>
          <w:rFonts w:ascii="Arial" w:hAnsi="Arial"/>
          <w:color w:val="5D7284"/>
          <w:sz w:val="22"/>
        </w:rPr>
        <w:t>27:45</w:t>
      </w:r>
    </w:p>
    <w:p>
      <w:pPr>
        <w:spacing w:after="0"/>
      </w:pPr>
      <w:r>
        <w:rPr>
          <w:rFonts w:ascii="Arial" w:hAnsi="Arial"/>
          <w:sz w:val="22"/>
        </w:rPr>
        <w:t>again, if you guys have got suggestions for perhaps a favorite episode or a history lesson you think would be good to include in a disability tech series. Or if you've got any guests that you think or if you think you would be a perfect guest for our Spotlight series, please let us know you can, of course, email us at labled podcast@gmail.com. And all of the social medias were at labeledpod. So yeah, let us know what you think and watch out on our social medias for updates about the about the Spotlight series, I think, I think it's gonna be really interesting. (Lucy) Really interesting. I think it's a really vast topic. And I I'm one of those people who can, I can just about do a lot of stuff on, like tech, but anything beyond sort of the very basic, I tend to get a little bit like, oh, I don't know what I'm doing. I don't know how it works. And my phone quite often just gets dropped on the floor and I walk away. And just go fuck the lot of you! (laughs) (Lucy laughs) Yeah, I think it'll be interesting to talk to some people who know what they're doing.</w:t>
      </w:r>
    </w:p>
    <w:p>
      <w:pPr>
        <w:spacing w:after="0"/>
      </w:pPr>
    </w:p>
    <w:p>
      <w:pPr>
        <w:spacing w:after="0"/>
      </w:pPr>
      <w:r>
        <w:rPr>
          <w:rFonts w:ascii="Arial" w:hAnsi="Arial"/>
          <w:b/>
          <w:sz w:val="22"/>
        </w:rPr>
        <w:t xml:space="preserve">Lucy  </w:t>
      </w:r>
      <w:r>
        <w:rPr>
          <w:rFonts w:ascii="Arial" w:hAnsi="Arial"/>
          <w:color w:val="5D7284"/>
          <w:sz w:val="22"/>
        </w:rPr>
        <w:t>29:09</w:t>
      </w:r>
    </w:p>
    <w:p>
      <w:pPr>
        <w:spacing w:after="0"/>
      </w:pPr>
      <w:r>
        <w:rPr>
          <w:rFonts w:ascii="Arial" w:hAnsi="Arial"/>
          <w:sz w:val="22"/>
        </w:rPr>
        <w:t>I also think that if we could get some sort of tech company on talk to us about the work they're doing, because I know that tech for disabled people no matter what your disability plays a big part. So it will be really interesting to talk to somebody like Microsoft or you know, somebody like that, I think. Just because I like finding stuff out all that you know, but yeah,</w:t>
      </w:r>
    </w:p>
    <w:p>
      <w:pPr>
        <w:spacing w:after="0"/>
      </w:pPr>
    </w:p>
    <w:p>
      <w:pPr>
        <w:spacing w:after="0"/>
      </w:pPr>
      <w:r>
        <w:rPr>
          <w:rFonts w:ascii="Arial" w:hAnsi="Arial"/>
          <w:b/>
          <w:sz w:val="22"/>
        </w:rPr>
        <w:t xml:space="preserve">Alice  </w:t>
      </w:r>
      <w:r>
        <w:rPr>
          <w:rFonts w:ascii="Arial" w:hAnsi="Arial"/>
          <w:color w:val="5D7284"/>
          <w:sz w:val="22"/>
        </w:rPr>
        <w:t>29:37</w:t>
      </w:r>
    </w:p>
    <w:p>
      <w:pPr>
        <w:spacing w:after="0"/>
      </w:pPr>
      <w:r>
        <w:rPr>
          <w:rFonts w:ascii="Arial" w:hAnsi="Arial"/>
          <w:sz w:val="22"/>
        </w:rPr>
        <w:t>we have one conversation with someone from Netflix. And Lucy's  like," Oh, yeah. We'll get Bill Gates on"</w:t>
      </w:r>
    </w:p>
    <w:p>
      <w:pPr>
        <w:spacing w:after="0"/>
      </w:pPr>
    </w:p>
    <w:p>
      <w:pPr>
        <w:spacing w:after="0"/>
      </w:pPr>
      <w:r>
        <w:rPr>
          <w:rFonts w:ascii="Arial" w:hAnsi="Arial"/>
          <w:b/>
          <w:sz w:val="22"/>
        </w:rPr>
        <w:t xml:space="preserve">Lucy  </w:t>
      </w:r>
      <w:r>
        <w:rPr>
          <w:rFonts w:ascii="Arial" w:hAnsi="Arial"/>
          <w:color w:val="5D7284"/>
          <w:sz w:val="22"/>
        </w:rPr>
        <w:t>29:41</w:t>
      </w:r>
    </w:p>
    <w:p>
      <w:pPr>
        <w:spacing w:after="0"/>
      </w:pPr>
      <w:r>
        <w:rPr>
          <w:rFonts w:ascii="Arial" w:hAnsi="Arial"/>
          <w:sz w:val="22"/>
        </w:rPr>
        <w:t>Bill Gates. Yeah. (Adam laughs) We speak to Tom from MySpace (Alice and Lucy laugh) (Alice) I feel lik we got more chance of getting him. Do you know he's retired now? It's unbelievable that I was reading a news article about him. He's retired, He's retired at 35. And just traveled the world, it's amazing.</w:t>
      </w:r>
    </w:p>
    <w:p>
      <w:pPr>
        <w:spacing w:after="0"/>
      </w:pPr>
    </w:p>
    <w:p>
      <w:pPr>
        <w:spacing w:after="0"/>
      </w:pPr>
      <w:r>
        <w:rPr>
          <w:rFonts w:ascii="Arial" w:hAnsi="Arial"/>
          <w:b/>
          <w:sz w:val="22"/>
        </w:rPr>
        <w:t xml:space="preserve">Alice  </w:t>
      </w:r>
      <w:r>
        <w:rPr>
          <w:rFonts w:ascii="Arial" w:hAnsi="Arial"/>
          <w:color w:val="5D7284"/>
          <w:sz w:val="22"/>
        </w:rPr>
        <w:t>30:02</w:t>
      </w:r>
    </w:p>
    <w:p>
      <w:pPr>
        <w:spacing w:after="0"/>
      </w:pPr>
      <w:r>
        <w:rPr>
          <w:rFonts w:ascii="Arial" w:hAnsi="Arial"/>
          <w:sz w:val="22"/>
        </w:rPr>
        <w:t>I, I honestly thought he was fictional. (Lucy) No he's real man. I see.</w:t>
      </w:r>
    </w:p>
    <w:p>
      <w:pPr>
        <w:spacing w:after="0"/>
      </w:pPr>
    </w:p>
    <w:p>
      <w:pPr>
        <w:spacing w:after="0"/>
      </w:pPr>
      <w:r>
        <w:rPr>
          <w:rFonts w:ascii="Arial" w:hAnsi="Arial"/>
          <w:b/>
          <w:sz w:val="22"/>
        </w:rPr>
        <w:t xml:space="preserve">Adam  </w:t>
      </w:r>
      <w:r>
        <w:rPr>
          <w:rFonts w:ascii="Arial" w:hAnsi="Arial"/>
          <w:color w:val="5D7284"/>
          <w:sz w:val="22"/>
        </w:rPr>
        <w:t>30:07</w:t>
      </w:r>
    </w:p>
    <w:p>
      <w:pPr>
        <w:spacing w:after="0"/>
      </w:pPr>
      <w:r>
        <w:rPr>
          <w:rFonts w:ascii="Arial" w:hAnsi="Arial"/>
          <w:sz w:val="22"/>
        </w:rPr>
        <w:t>He's did for many years. Yeah.</w:t>
      </w:r>
    </w:p>
    <w:p>
      <w:pPr>
        <w:spacing w:after="0"/>
      </w:pPr>
    </w:p>
    <w:p>
      <w:pPr>
        <w:spacing w:after="0"/>
      </w:pPr>
      <w:r>
        <w:rPr>
          <w:rFonts w:ascii="Arial" w:hAnsi="Arial"/>
          <w:b/>
          <w:sz w:val="22"/>
        </w:rPr>
        <w:t xml:space="preserve">Lucy  </w:t>
      </w:r>
      <w:r>
        <w:rPr>
          <w:rFonts w:ascii="Arial" w:hAnsi="Arial"/>
          <w:color w:val="5D7284"/>
          <w:sz w:val="22"/>
        </w:rPr>
        <w:t>30:09</w:t>
      </w:r>
    </w:p>
    <w:p>
      <w:pPr>
        <w:spacing w:after="0"/>
      </w:pPr>
      <w:r>
        <w:rPr>
          <w:rFonts w:ascii="Arial" w:hAnsi="Arial"/>
          <w:sz w:val="22"/>
        </w:rPr>
        <w:t>Yeah. So yeah, I'm really looking forward to that. I'm really looking forward to fABled episodes, I'm really looking... and again, really looking forward to the history. I really hope that well hopefully by the time this episode goes out, we will know how successful our Live episode's been. Because this is like a test that testing the waters isn't it to see how popular they are. And I would like to do is go somewhere where actually you can hear stuff going on in the background. So it actually sounds like we're live on location at places. Because the one thing that did strike me although we are live at the Richard the third center, is you're just in a very echoey room, you can't there's no real you can't really hear the museum or anything. I am very insistent or very loud noises and videos. (Adam) Hhmm.</w:t>
      </w:r>
    </w:p>
    <w:p>
      <w:pPr>
        <w:spacing w:after="0"/>
      </w:pPr>
    </w:p>
    <w:p>
      <w:pPr>
        <w:spacing w:after="0"/>
      </w:pPr>
      <w:r>
        <w:rPr>
          <w:rFonts w:ascii="Arial" w:hAnsi="Arial"/>
          <w:b/>
          <w:sz w:val="22"/>
        </w:rPr>
        <w:t xml:space="preserve">Alice  </w:t>
      </w:r>
      <w:r>
        <w:rPr>
          <w:rFonts w:ascii="Arial" w:hAnsi="Arial"/>
          <w:color w:val="5D7284"/>
          <w:sz w:val="22"/>
        </w:rPr>
        <w:t>31:05</w:t>
      </w:r>
    </w:p>
    <w:p>
      <w:pPr>
        <w:spacing w:after="0"/>
      </w:pPr>
      <w:r>
        <w:rPr>
          <w:rFonts w:ascii="Arial" w:hAnsi="Arial"/>
          <w:sz w:val="22"/>
        </w:rPr>
        <w:t>I feel like (laughs) you're setting us up to go and like record in a factory somewhere. (Lucy) No no I just mean like...</w:t>
      </w:r>
    </w:p>
    <w:p>
      <w:pPr>
        <w:spacing w:after="0"/>
      </w:pPr>
    </w:p>
    <w:p>
      <w:pPr>
        <w:spacing w:after="0"/>
      </w:pPr>
      <w:r>
        <w:rPr>
          <w:rFonts w:ascii="Arial" w:hAnsi="Arial"/>
          <w:b/>
          <w:sz w:val="22"/>
        </w:rPr>
        <w:t xml:space="preserve">Lucy  </w:t>
      </w:r>
      <w:r>
        <w:rPr>
          <w:rFonts w:ascii="Arial" w:hAnsi="Arial"/>
          <w:color w:val="5D7284"/>
          <w:sz w:val="22"/>
        </w:rPr>
        <w:t>31:17</w:t>
      </w:r>
    </w:p>
    <w:p>
      <w:pPr>
        <w:spacing w:after="0"/>
      </w:pPr>
      <w:r>
        <w:rPr>
          <w:rFonts w:ascii="Arial" w:hAnsi="Arial"/>
          <w:sz w:val="22"/>
        </w:rPr>
        <w:t>ass though didn't it (laughs) Just the hustle and bustle noise... not like loud, like machinery noise, just a hustle and bustle noise is what I would what I would like, but that's just me, I'm picky. I am really looking forward to try this you know, test you know, finding new things to go and visit then you know, meet each other in person again, like hopefully with more members of the team this time as well. That'd be really cool. You know meeting Carly and or, you know that that's a sort of side of it will be really nice to try and do something a bit more sociable. Really. So it's not just us such going "Carly, can you do this transcript" " how you getting on with the transcript?, is it done." Thanks. Bye. (laughs) "Here's another one" that on a loop. It'd be really nice to sort of do some more socially type things I know we're a bit more spread out but it would be really nice to do some more social things as a team and with you Alice as well I think we said didn't we last time in the summer we're going to do like quarterly like get together's. So that was not so so long in between sort of seeing one another face to face because it's really important to..(Alice) That fell on it's We'll start in January and do it like that though.</w:t>
      </w:r>
    </w:p>
    <w:p>
      <w:pPr>
        <w:spacing w:after="0"/>
      </w:pPr>
    </w:p>
    <w:p>
      <w:pPr>
        <w:spacing w:after="0"/>
      </w:pPr>
      <w:r>
        <w:rPr>
          <w:rFonts w:ascii="Arial" w:hAnsi="Arial"/>
          <w:b/>
          <w:sz w:val="22"/>
        </w:rPr>
        <w:t xml:space="preserve">Alice  </w:t>
      </w:r>
      <w:r>
        <w:rPr>
          <w:rFonts w:ascii="Arial" w:hAnsi="Arial"/>
          <w:color w:val="5D7284"/>
          <w:sz w:val="22"/>
        </w:rPr>
        <w:t>32:36</w:t>
      </w:r>
    </w:p>
    <w:p>
      <w:pPr>
        <w:spacing w:after="0"/>
      </w:pPr>
      <w:r>
        <w:rPr>
          <w:rFonts w:ascii="Arial" w:hAnsi="Arial"/>
          <w:sz w:val="22"/>
        </w:rPr>
        <w:t>Okay, so New Year's resolution Yeah, you're gonna actually see each other more than twice a year?</w:t>
      </w:r>
    </w:p>
    <w:p>
      <w:pPr>
        <w:spacing w:after="0"/>
      </w:pPr>
    </w:p>
    <w:p>
      <w:pPr>
        <w:spacing w:after="0"/>
      </w:pPr>
      <w:r>
        <w:rPr>
          <w:rFonts w:ascii="Arial" w:hAnsi="Arial"/>
          <w:b/>
          <w:sz w:val="22"/>
        </w:rPr>
        <w:t xml:space="preserve">Lucy  </w:t>
      </w:r>
      <w:r>
        <w:rPr>
          <w:rFonts w:ascii="Arial" w:hAnsi="Arial"/>
          <w:color w:val="5D7284"/>
          <w:sz w:val="22"/>
        </w:rPr>
        <w:t>32:43</w:t>
      </w:r>
    </w:p>
    <w:p>
      <w:pPr>
        <w:spacing w:after="0"/>
      </w:pPr>
      <w:r>
        <w:rPr>
          <w:rFonts w:ascii="Arial" w:hAnsi="Arial"/>
          <w:sz w:val="22"/>
        </w:rPr>
        <w:t>I think so. Christmas and birthday. (laughs) But yeah, I'm really looking forward to it I hope.. I hope everybody else enjoys it too. Because when even if you don't enjoy it we're not stopping I'm afraid so. ( everyone laughs) Tough luck!</w:t>
      </w:r>
    </w:p>
    <w:p>
      <w:pPr>
        <w:spacing w:after="0"/>
      </w:pPr>
    </w:p>
    <w:p>
      <w:pPr>
        <w:spacing w:after="0"/>
      </w:pPr>
      <w:r>
        <w:rPr>
          <w:rFonts w:ascii="Arial" w:hAnsi="Arial"/>
          <w:b/>
          <w:sz w:val="22"/>
        </w:rPr>
        <w:t xml:space="preserve">Alice  </w:t>
      </w:r>
      <w:r>
        <w:rPr>
          <w:rFonts w:ascii="Arial" w:hAnsi="Arial"/>
          <w:color w:val="5D7284"/>
          <w:sz w:val="22"/>
        </w:rPr>
        <w:t>33:01</w:t>
      </w:r>
    </w:p>
    <w:p>
      <w:pPr>
        <w:spacing w:after="0"/>
      </w:pPr>
      <w:r>
        <w:rPr>
          <w:rFonts w:ascii="Arial" w:hAnsi="Arial"/>
          <w:sz w:val="22"/>
        </w:rPr>
        <w:t>Unlike me however listeners you have got the opportunity you can just turn everything off and leave. I have to sit here and just listen to her constantly..(Lucy shouts) Help!</w:t>
      </w:r>
    </w:p>
    <w:p>
      <w:pPr>
        <w:spacing w:after="0"/>
      </w:pPr>
    </w:p>
    <w:p>
      <w:pPr>
        <w:spacing w:after="0"/>
      </w:pPr>
      <w:r>
        <w:rPr>
          <w:rFonts w:ascii="Arial" w:hAnsi="Arial"/>
          <w:b/>
          <w:sz w:val="22"/>
        </w:rPr>
        <w:t xml:space="preserve">Lucy  </w:t>
      </w:r>
      <w:r>
        <w:rPr>
          <w:rFonts w:ascii="Arial" w:hAnsi="Arial"/>
          <w:color w:val="5D7284"/>
          <w:sz w:val="22"/>
        </w:rPr>
        <w:t>33:11</w:t>
      </w:r>
    </w:p>
    <w:p>
      <w:pPr>
        <w:spacing w:after="0"/>
      </w:pPr>
      <w:r>
        <w:rPr>
          <w:rFonts w:ascii="Arial" w:hAnsi="Arial"/>
          <w:sz w:val="22"/>
        </w:rPr>
        <w:t>Yeah (Alice laughs) I used to quite like you</w:t>
      </w:r>
    </w:p>
    <w:p>
      <w:pPr>
        <w:spacing w:after="0"/>
      </w:pPr>
    </w:p>
    <w:p>
      <w:pPr>
        <w:spacing w:after="0"/>
      </w:pPr>
      <w:r>
        <w:rPr>
          <w:rFonts w:ascii="Arial" w:hAnsi="Arial"/>
          <w:b/>
          <w:sz w:val="22"/>
        </w:rPr>
        <w:t xml:space="preserve">Alice  </w:t>
      </w:r>
      <w:r>
        <w:rPr>
          <w:rFonts w:ascii="Arial" w:hAnsi="Arial"/>
          <w:color w:val="5D7284"/>
          <w:sz w:val="22"/>
        </w:rPr>
        <w:t>33:20</w:t>
      </w:r>
    </w:p>
    <w:p>
      <w:pPr>
        <w:spacing w:after="0"/>
      </w:pPr>
      <w:r>
        <w:rPr>
          <w:rFonts w:ascii="Arial" w:hAnsi="Arial"/>
          <w:sz w:val="22"/>
        </w:rPr>
        <w:t>Only in it now for them big ad bucks revenues. (Lucy laughs) (Adam laughs)</w:t>
      </w:r>
    </w:p>
    <w:p>
      <w:pPr>
        <w:spacing w:after="0"/>
      </w:pPr>
    </w:p>
    <w:p>
      <w:pPr>
        <w:spacing w:after="0"/>
      </w:pPr>
      <w:r>
        <w:rPr>
          <w:rFonts w:ascii="Arial" w:hAnsi="Arial"/>
          <w:b/>
          <w:sz w:val="22"/>
        </w:rPr>
        <w:t xml:space="preserve">Lucy  </w:t>
      </w:r>
      <w:r>
        <w:rPr>
          <w:rFonts w:ascii="Arial" w:hAnsi="Arial"/>
          <w:color w:val="5D7284"/>
          <w:sz w:val="22"/>
        </w:rPr>
        <w:t>33:24</w:t>
      </w:r>
    </w:p>
    <w:p>
      <w:pPr>
        <w:spacing w:after="0"/>
      </w:pPr>
      <w:r>
        <w:rPr>
          <w:rFonts w:ascii="Arial" w:hAnsi="Arial"/>
          <w:sz w:val="22"/>
        </w:rPr>
        <w:t>Like Richard and Judy can't stand one another (Lucy and Adam laugh) because I seriously believe that Richard and Judy don't like another towards the end of the television career they hated one another.</w:t>
      </w:r>
    </w:p>
    <w:p>
      <w:pPr>
        <w:spacing w:after="0"/>
      </w:pPr>
    </w:p>
    <w:p>
      <w:pPr>
        <w:spacing w:after="0"/>
      </w:pPr>
      <w:r>
        <w:rPr>
          <w:rFonts w:ascii="Arial" w:hAnsi="Arial"/>
          <w:b/>
          <w:sz w:val="22"/>
        </w:rPr>
        <w:t xml:space="preserve">Adam  </w:t>
      </w:r>
      <w:r>
        <w:rPr>
          <w:rFonts w:ascii="Arial" w:hAnsi="Arial"/>
          <w:color w:val="5D7284"/>
          <w:sz w:val="22"/>
        </w:rPr>
        <w:t>33:37</w:t>
      </w:r>
    </w:p>
    <w:p>
      <w:pPr>
        <w:spacing w:after="0"/>
      </w:pPr>
      <w:r>
        <w:rPr>
          <w:rFonts w:ascii="Arial" w:hAnsi="Arial"/>
          <w:sz w:val="22"/>
        </w:rPr>
        <w:t>Is this like a conspiracy theory? Or..?</w:t>
      </w:r>
    </w:p>
    <w:p>
      <w:pPr>
        <w:spacing w:after="0"/>
      </w:pPr>
    </w:p>
    <w:p>
      <w:pPr>
        <w:spacing w:after="0"/>
      </w:pPr>
      <w:r>
        <w:rPr>
          <w:rFonts w:ascii="Arial" w:hAnsi="Arial"/>
          <w:b/>
          <w:sz w:val="22"/>
        </w:rPr>
        <w:t xml:space="preserve">Lucy  </w:t>
      </w:r>
      <w:r>
        <w:rPr>
          <w:rFonts w:ascii="Arial" w:hAnsi="Arial"/>
          <w:color w:val="5D7284"/>
          <w:sz w:val="22"/>
        </w:rPr>
        <w:t>33:39</w:t>
      </w:r>
    </w:p>
    <w:p>
      <w:pPr>
        <w:spacing w:after="0"/>
      </w:pPr>
      <w:r>
        <w:rPr>
          <w:rFonts w:ascii="Arial" w:hAnsi="Arial"/>
          <w:sz w:val="22"/>
        </w:rPr>
        <w:t>No, no, it's just my thought. Like because I mean, if I was married to Richard Madeley, (laughing) I think I would like to kill him too if I'm honest. Somebody shut me up! (laughs) or we will get sued. (alice Iws gonna say what has Richard Madeley ever done to you? Oh he's annoying! He's like Alan Partridge on steroids. (Alice) Accurate description. There you go. So, yeah, Adam, I just want to say before I start rambling, incoherently, thank you so much for putting up with us for the last two years and beyond.(Adam) My pleasure. I know it's</w:t>
      </w:r>
    </w:p>
    <w:p>
      <w:pPr>
        <w:spacing w:after="0"/>
      </w:pPr>
    </w:p>
    <w:p>
      <w:pPr>
        <w:spacing w:after="0"/>
      </w:pPr>
      <w:r>
        <w:rPr>
          <w:rFonts w:ascii="Arial" w:hAnsi="Arial"/>
          <w:b/>
          <w:sz w:val="22"/>
        </w:rPr>
        <w:t xml:space="preserve">Adam  </w:t>
      </w:r>
      <w:r>
        <w:rPr>
          <w:rFonts w:ascii="Arial" w:hAnsi="Arial"/>
          <w:color w:val="5D7284"/>
          <w:sz w:val="22"/>
        </w:rPr>
        <w:t>34:21</w:t>
      </w:r>
    </w:p>
    <w:p>
      <w:pPr>
        <w:spacing w:after="0"/>
      </w:pPr>
      <w:r>
        <w:rPr>
          <w:rFonts w:ascii="Arial" w:hAnsi="Arial"/>
          <w:sz w:val="22"/>
        </w:rPr>
        <w:t xml:space="preserve">Something I took on like, just in the last episode, I had no idea what I'm doing. I still don't to a degree but no, it's really fun. It's a new skill, and I enjoyed doing it and I enjoyed the content so.. (Lucy) Aww. It doesn't feel like a job or a chore. </w:t>
      </w:r>
    </w:p>
    <w:p>
      <w:pPr>
        <w:spacing w:after="0"/>
      </w:pPr>
    </w:p>
    <w:p>
      <w:pPr>
        <w:spacing w:after="0"/>
      </w:pPr>
      <w:r>
        <w:rPr>
          <w:rFonts w:ascii="Arial" w:hAnsi="Arial"/>
          <w:b/>
          <w:sz w:val="22"/>
        </w:rPr>
        <w:t xml:space="preserve">Lucy  </w:t>
      </w:r>
      <w:r>
        <w:rPr>
          <w:rFonts w:ascii="Arial" w:hAnsi="Arial"/>
          <w:color w:val="5D7284"/>
          <w:sz w:val="22"/>
        </w:rPr>
        <w:t>34:36</w:t>
      </w:r>
    </w:p>
    <w:p>
      <w:pPr>
        <w:spacing w:after="0"/>
      </w:pPr>
      <w:r>
        <w:rPr>
          <w:rFonts w:ascii="Arial" w:hAnsi="Arial"/>
          <w:sz w:val="22"/>
        </w:rPr>
        <w:t>And you get a free mug out of it, you know. (Adam) that's what I've been waiting for. I wont quit now I've got the mug. (All laugh) (Lucy) Get it on the black market of something.</w:t>
      </w:r>
    </w:p>
    <w:p>
      <w:pPr>
        <w:spacing w:after="0"/>
      </w:pPr>
    </w:p>
    <w:p>
      <w:pPr>
        <w:spacing w:after="0"/>
      </w:pPr>
      <w:r>
        <w:rPr>
          <w:rFonts w:ascii="Arial" w:hAnsi="Arial"/>
          <w:b/>
          <w:sz w:val="22"/>
        </w:rPr>
        <w:t xml:space="preserve">Alice  </w:t>
      </w:r>
      <w:r>
        <w:rPr>
          <w:rFonts w:ascii="Arial" w:hAnsi="Arial"/>
          <w:color w:val="5D7284"/>
          <w:sz w:val="22"/>
        </w:rPr>
        <w:t>34:48</w:t>
      </w:r>
    </w:p>
    <w:p>
      <w:pPr>
        <w:spacing w:after="0"/>
      </w:pPr>
      <w:r>
        <w:rPr>
          <w:rFonts w:ascii="Arial" w:hAnsi="Arial"/>
          <w:sz w:val="22"/>
        </w:rPr>
        <w:t>well, listeners if you would like a mug there is still time to enter our competition. We are giving away mugs with The Fabulous lABLEd Podcast logo on them. And if you want to win, then all you have to do is share us on social media and tell us why you love the podcast. And we will be picking from all of the comments. Entries closed on the 30th of January I think double check the T's and C's because I might be wrong but I think it's the 30th of January. And yeah, enter win a mug and and it will be fabulous. (Lucy) There's not a lot that could</w:t>
      </w:r>
    </w:p>
    <w:p>
      <w:pPr>
        <w:spacing w:after="0"/>
      </w:pPr>
    </w:p>
    <w:p>
      <w:pPr>
        <w:spacing w:after="0"/>
      </w:pPr>
      <w:r>
        <w:rPr>
          <w:rFonts w:ascii="Arial" w:hAnsi="Arial"/>
          <w:b/>
          <w:sz w:val="22"/>
        </w:rPr>
        <w:t xml:space="preserve">Lucy  </w:t>
      </w:r>
      <w:r>
        <w:rPr>
          <w:rFonts w:ascii="Arial" w:hAnsi="Arial"/>
          <w:color w:val="5D7284"/>
          <w:sz w:val="22"/>
        </w:rPr>
        <w:t>35:33</w:t>
      </w:r>
    </w:p>
    <w:p>
      <w:pPr>
        <w:spacing w:after="0"/>
      </w:pPr>
      <w:r>
        <w:rPr>
          <w:rFonts w:ascii="Arial" w:hAnsi="Arial"/>
          <w:sz w:val="22"/>
        </w:rPr>
        <w:t>go wrong with this competition is a really?</w:t>
      </w:r>
    </w:p>
    <w:p>
      <w:pPr>
        <w:spacing w:after="0"/>
      </w:pPr>
    </w:p>
    <w:p>
      <w:pPr>
        <w:spacing w:after="0"/>
      </w:pPr>
      <w:r>
        <w:rPr>
          <w:rFonts w:ascii="Arial" w:hAnsi="Arial"/>
          <w:b/>
          <w:sz w:val="22"/>
        </w:rPr>
        <w:t xml:space="preserve">Alice  </w:t>
      </w:r>
      <w:r>
        <w:rPr>
          <w:rFonts w:ascii="Arial" w:hAnsi="Arial"/>
          <w:color w:val="5D7284"/>
          <w:sz w:val="22"/>
        </w:rPr>
        <w:t>35:36</w:t>
      </w:r>
    </w:p>
    <w:p>
      <w:pPr>
        <w:spacing w:after="0"/>
      </w:pPr>
      <w:r>
        <w:rPr>
          <w:rFonts w:ascii="Arial" w:hAnsi="Arial"/>
          <w:sz w:val="22"/>
        </w:rPr>
        <w:t>(exasperated tone) Don't fucking say that woman!....Jesus Christ woman! (Adam) You've said it now. They are gonna explode in people's hands now. (Lucy) Oh, no!</w:t>
      </w:r>
    </w:p>
    <w:p>
      <w:pPr>
        <w:spacing w:after="0"/>
      </w:pPr>
    </w:p>
    <w:p>
      <w:pPr>
        <w:spacing w:after="0"/>
      </w:pPr>
      <w:r>
        <w:rPr>
          <w:rFonts w:ascii="Arial" w:hAnsi="Arial"/>
          <w:b/>
          <w:sz w:val="22"/>
        </w:rPr>
        <w:t xml:space="preserve">Lucy  </w:t>
      </w:r>
      <w:r>
        <w:rPr>
          <w:rFonts w:ascii="Arial" w:hAnsi="Arial"/>
          <w:color w:val="5D7284"/>
          <w:sz w:val="22"/>
        </w:rPr>
        <w:t>35:47</w:t>
      </w:r>
    </w:p>
    <w:p>
      <w:pPr>
        <w:spacing w:after="0"/>
      </w:pPr>
      <w:r>
        <w:rPr>
          <w:rFonts w:ascii="Arial" w:hAnsi="Arial"/>
          <w:sz w:val="22"/>
        </w:rPr>
        <w:t>There's gonna be another postal strike and they're not gonna get it for another 25 years. (Alice laughs) Oh,</w:t>
      </w:r>
    </w:p>
    <w:p>
      <w:pPr>
        <w:spacing w:after="0"/>
      </w:pPr>
    </w:p>
    <w:p>
      <w:pPr>
        <w:spacing w:after="0"/>
      </w:pPr>
      <w:r>
        <w:rPr>
          <w:rFonts w:ascii="Arial" w:hAnsi="Arial"/>
          <w:b/>
          <w:sz w:val="22"/>
        </w:rPr>
        <w:t xml:space="preserve">Alice  </w:t>
      </w:r>
      <w:r>
        <w:rPr>
          <w:rFonts w:ascii="Arial" w:hAnsi="Arial"/>
          <w:color w:val="5D7284"/>
          <w:sz w:val="22"/>
        </w:rPr>
        <w:t>35:56</w:t>
      </w:r>
    </w:p>
    <w:p>
      <w:pPr>
        <w:spacing w:after="0"/>
      </w:pPr>
      <w:r>
        <w:rPr>
          <w:rFonts w:ascii="Arial" w:hAnsi="Arial"/>
          <w:sz w:val="22"/>
        </w:rPr>
        <w:t>so yeah, 2022 is gone. It's behind us. 2023 is ahead of us spreading out with all of its potential. Yeah, I think I think it's gonna be a lot of stress and hard work, but also a lot of fun.</w:t>
      </w:r>
    </w:p>
    <w:p>
      <w:pPr>
        <w:spacing w:after="0"/>
      </w:pPr>
    </w:p>
    <w:p>
      <w:pPr>
        <w:spacing w:after="0"/>
      </w:pPr>
      <w:r>
        <w:rPr>
          <w:rFonts w:ascii="Arial" w:hAnsi="Arial"/>
          <w:b/>
          <w:sz w:val="22"/>
        </w:rPr>
        <w:t xml:space="preserve">Lucy  </w:t>
      </w:r>
      <w:r>
        <w:rPr>
          <w:rFonts w:ascii="Arial" w:hAnsi="Arial"/>
          <w:color w:val="5D7284"/>
          <w:sz w:val="22"/>
        </w:rPr>
        <w:t>36:16</w:t>
      </w:r>
    </w:p>
    <w:p>
      <w:pPr>
        <w:spacing w:after="0"/>
      </w:pPr>
      <w:r>
        <w:rPr>
          <w:rFonts w:ascii="Arial" w:hAnsi="Arial"/>
          <w:sz w:val="22"/>
        </w:rPr>
        <w:t>It's never stressful. Never that... I mean, it's like we have memories of stressy stress. But we never... we never get like our air off of one another. Do we really it's just like, a bit stressy stressy and then we can days fine. Because I say something or do something where makes Alice laugh and then everything's all right. So because essentially, I am an idiot. (Alice laughs) That's essentially what's happened. Alice has aligned herself with a with a fool. Who will do anything for cheap laugh (Alice laugh) Never that stressful babe is it really? (Alice laughs) You know what I mean..(Alice) When you put it like that....</w:t>
      </w:r>
    </w:p>
    <w:p>
      <w:pPr>
        <w:spacing w:after="0"/>
      </w:pPr>
    </w:p>
    <w:p>
      <w:pPr>
        <w:spacing w:after="0"/>
      </w:pPr>
      <w:r>
        <w:rPr>
          <w:rFonts w:ascii="Arial" w:hAnsi="Arial"/>
          <w:b/>
          <w:sz w:val="22"/>
        </w:rPr>
        <w:t xml:space="preserve">Adam  </w:t>
      </w:r>
      <w:r>
        <w:rPr>
          <w:rFonts w:ascii="Arial" w:hAnsi="Arial"/>
          <w:color w:val="5D7284"/>
          <w:sz w:val="22"/>
        </w:rPr>
        <w:t>36:58</w:t>
      </w:r>
    </w:p>
    <w:p>
      <w:pPr>
        <w:spacing w:after="0"/>
      </w:pPr>
      <w:r>
        <w:rPr>
          <w:rFonts w:ascii="Arial" w:hAnsi="Arial"/>
          <w:sz w:val="22"/>
        </w:rPr>
        <w:t>Question is how many times you're going to be on the news this year? (Lucy) Well...</w:t>
      </w:r>
    </w:p>
    <w:p>
      <w:pPr>
        <w:spacing w:after="0"/>
      </w:pPr>
    </w:p>
    <w:p>
      <w:pPr>
        <w:spacing w:after="0"/>
      </w:pPr>
      <w:r>
        <w:rPr>
          <w:rFonts w:ascii="Arial" w:hAnsi="Arial"/>
          <w:b/>
          <w:sz w:val="22"/>
        </w:rPr>
        <w:t xml:space="preserve">Lucy  </w:t>
      </w:r>
      <w:r>
        <w:rPr>
          <w:rFonts w:ascii="Arial" w:hAnsi="Arial"/>
          <w:color w:val="5D7284"/>
          <w:sz w:val="22"/>
        </w:rPr>
        <w:t>37:04</w:t>
      </w:r>
    </w:p>
    <w:p>
      <w:pPr>
        <w:spacing w:after="0"/>
      </w:pPr>
      <w:r>
        <w:rPr>
          <w:rFonts w:ascii="Arial" w:hAnsi="Arial"/>
          <w:sz w:val="22"/>
        </w:rPr>
        <w:t>I think what we should do is get Adam to write down a number of how many times it isn't going to be on the telly. When we do 2023 year review. What we should do is get him to open the envelope to say " You were on the tell three times"  (Alice laughs) (Adam) That would be weird.(Alice) I love it. (Adam) Yeah, I'm gonna go eight times. Okay, somebody called our price department. Get on the blower. I'm gonna put it out there. (Alice) You're the press department. I'm gonna put it out there. I would like to be on This Morning to met  Alison Hammond and Dermot O'Leary. I can do fine. It's all fine. It's fine. (Adam laughs) And to talk about the podcast. And also I think I would be great friends with Alison Hammond.</w:t>
      </w:r>
    </w:p>
    <w:p>
      <w:pPr>
        <w:spacing w:after="0"/>
      </w:pPr>
    </w:p>
    <w:p>
      <w:pPr>
        <w:spacing w:after="0"/>
      </w:pPr>
      <w:r>
        <w:rPr>
          <w:rFonts w:ascii="Arial" w:hAnsi="Arial"/>
          <w:b/>
          <w:sz w:val="22"/>
        </w:rPr>
        <w:t xml:space="preserve">Alice  </w:t>
      </w:r>
      <w:r>
        <w:rPr>
          <w:rFonts w:ascii="Arial" w:hAnsi="Arial"/>
          <w:color w:val="5D7284"/>
          <w:sz w:val="22"/>
        </w:rPr>
        <w:t>37:52</w:t>
      </w:r>
    </w:p>
    <w:p>
      <w:pPr>
        <w:spacing w:after="0"/>
      </w:pPr>
      <w:r>
        <w:rPr>
          <w:rFonts w:ascii="Arial" w:hAnsi="Arial"/>
          <w:sz w:val="22"/>
        </w:rPr>
        <w:t>Put it out in the universe. You never know what the universe throws back.</w:t>
      </w:r>
    </w:p>
    <w:p>
      <w:pPr>
        <w:spacing w:after="0"/>
      </w:pPr>
    </w:p>
    <w:p>
      <w:pPr>
        <w:spacing w:after="0"/>
      </w:pPr>
      <w:r>
        <w:rPr>
          <w:rFonts w:ascii="Arial" w:hAnsi="Arial"/>
          <w:b/>
          <w:sz w:val="22"/>
        </w:rPr>
        <w:t xml:space="preserve">Lucy  </w:t>
      </w:r>
      <w:r>
        <w:rPr>
          <w:rFonts w:ascii="Arial" w:hAnsi="Arial"/>
          <w:color w:val="5D7284"/>
          <w:sz w:val="22"/>
        </w:rPr>
        <w:t>37:56</w:t>
      </w:r>
    </w:p>
    <w:p>
      <w:pPr>
        <w:spacing w:after="0"/>
      </w:pPr>
      <w:r>
        <w:rPr>
          <w:rFonts w:ascii="Arial" w:hAnsi="Arial"/>
          <w:sz w:val="22"/>
        </w:rPr>
        <w:t>If anybody knows Alison Hammond, or knows how to get hold of her. Please(laughs) send an email to the podcast and see if we...</w:t>
      </w:r>
    </w:p>
    <w:p>
      <w:pPr>
        <w:spacing w:after="0"/>
      </w:pPr>
    </w:p>
    <w:p>
      <w:pPr>
        <w:spacing w:after="0"/>
      </w:pPr>
      <w:r>
        <w:rPr>
          <w:rFonts w:ascii="Arial" w:hAnsi="Arial"/>
          <w:b/>
          <w:sz w:val="22"/>
        </w:rPr>
        <w:t xml:space="preserve">Adam  </w:t>
      </w:r>
      <w:r>
        <w:rPr>
          <w:rFonts w:ascii="Arial" w:hAnsi="Arial"/>
          <w:color w:val="5D7284"/>
          <w:sz w:val="22"/>
        </w:rPr>
        <w:t>38:05</w:t>
      </w:r>
    </w:p>
    <w:p>
      <w:pPr>
        <w:spacing w:after="0"/>
      </w:pPr>
      <w:r>
        <w:rPr>
          <w:rFonts w:ascii="Arial" w:hAnsi="Arial"/>
          <w:sz w:val="22"/>
        </w:rPr>
        <w:t>Get a restraining order. (Lucy) Yeah.</w:t>
      </w:r>
    </w:p>
    <w:p>
      <w:pPr>
        <w:spacing w:after="0"/>
      </w:pPr>
    </w:p>
    <w:p>
      <w:pPr>
        <w:spacing w:after="0"/>
      </w:pPr>
      <w:r>
        <w:rPr>
          <w:rFonts w:ascii="Arial" w:hAnsi="Arial"/>
          <w:b/>
          <w:sz w:val="22"/>
        </w:rPr>
        <w:t xml:space="preserve">Lucy  </w:t>
      </w:r>
      <w:r>
        <w:rPr>
          <w:rFonts w:ascii="Arial" w:hAnsi="Arial"/>
          <w:color w:val="5D7284"/>
          <w:sz w:val="22"/>
        </w:rPr>
        <w:t>38:08</w:t>
      </w:r>
    </w:p>
    <w:p>
      <w:pPr>
        <w:spacing w:after="0"/>
      </w:pPr>
      <w:r>
        <w:rPr>
          <w:rFonts w:ascii="Arial" w:hAnsi="Arial"/>
          <w:sz w:val="22"/>
        </w:rPr>
        <w:t>Check your bins, (All laugh)  it's outside, it's fine. I love would love to do like bigger bits of telly. Like you're not just... whilst local news is great, lovely. And it'..s we are thankful for the support. I would like to do like a big bit of telly. But I don't know. It's usually about Christmas time actually. They're like, oh, we need some nice in betweeny type news stories are inoffensive to talk about. And it's usually "Oh...</w:t>
      </w:r>
    </w:p>
    <w:p>
      <w:pPr>
        <w:spacing w:after="0"/>
      </w:pPr>
    </w:p>
    <w:p>
      <w:pPr>
        <w:spacing w:after="0"/>
      </w:pPr>
      <w:r>
        <w:rPr>
          <w:rFonts w:ascii="Arial" w:hAnsi="Arial"/>
          <w:b/>
          <w:sz w:val="22"/>
        </w:rPr>
        <w:t xml:space="preserve">Alice  </w:t>
      </w:r>
      <w:r>
        <w:rPr>
          <w:rFonts w:ascii="Arial" w:hAnsi="Arial"/>
          <w:color w:val="5D7284"/>
          <w:sz w:val="22"/>
        </w:rPr>
        <w:t>38:41</w:t>
      </w:r>
    </w:p>
    <w:p>
      <w:pPr>
        <w:spacing w:after="0"/>
      </w:pPr>
      <w:r>
        <w:rPr>
          <w:rFonts w:ascii="Arial" w:hAnsi="Arial"/>
          <w:sz w:val="22"/>
        </w:rPr>
        <w:t xml:space="preserve">I think that's where the problem is that people listen to the podcast and are frequently quite offended by the language that I use. (laughs) </w:t>
      </w:r>
    </w:p>
    <w:p>
      <w:pPr>
        <w:spacing w:after="0"/>
      </w:pPr>
    </w:p>
    <w:p>
      <w:pPr>
        <w:spacing w:after="0"/>
      </w:pPr>
      <w:r>
        <w:rPr>
          <w:rFonts w:ascii="Arial" w:hAnsi="Arial"/>
          <w:b/>
          <w:sz w:val="22"/>
        </w:rPr>
        <w:t xml:space="preserve">Lucy  </w:t>
      </w:r>
      <w:r>
        <w:rPr>
          <w:rFonts w:ascii="Arial" w:hAnsi="Arial"/>
          <w:color w:val="5D7284"/>
          <w:sz w:val="22"/>
        </w:rPr>
        <w:t>38:52</w:t>
      </w:r>
    </w:p>
    <w:p>
      <w:pPr>
        <w:spacing w:after="0"/>
      </w:pPr>
      <w:r>
        <w:rPr>
          <w:rFonts w:ascii="Arial" w:hAnsi="Arial"/>
          <w:sz w:val="22"/>
        </w:rPr>
        <w:t>You don't help in the press department are you really. (laughs) But now I would like to do a bit more telly stuff, but that's just me. So you'll say eight eight times Adam? (Adam) Yep. Okay. What did the what did he win if we get to eight?</w:t>
      </w:r>
    </w:p>
    <w:p>
      <w:pPr>
        <w:spacing w:after="0"/>
      </w:pPr>
    </w:p>
    <w:p>
      <w:pPr>
        <w:spacing w:after="0"/>
      </w:pPr>
      <w:r>
        <w:rPr>
          <w:rFonts w:ascii="Arial" w:hAnsi="Arial"/>
          <w:b/>
          <w:sz w:val="22"/>
        </w:rPr>
        <w:t xml:space="preserve">Alice  </w:t>
      </w:r>
      <w:r>
        <w:rPr>
          <w:rFonts w:ascii="Arial" w:hAnsi="Arial"/>
          <w:color w:val="5D7284"/>
          <w:sz w:val="22"/>
        </w:rPr>
        <w:t>39:11</w:t>
      </w:r>
    </w:p>
    <w:p>
      <w:pPr>
        <w:spacing w:after="0"/>
      </w:pPr>
      <w:r>
        <w:rPr>
          <w:rFonts w:ascii="Arial" w:hAnsi="Arial"/>
          <w:sz w:val="22"/>
        </w:rPr>
        <w:t>I don't know. 15 minutes peace. (Lucy laughs)</w:t>
      </w:r>
    </w:p>
    <w:p>
      <w:pPr>
        <w:spacing w:after="0"/>
      </w:pPr>
    </w:p>
    <w:p>
      <w:pPr>
        <w:spacing w:after="0"/>
      </w:pPr>
      <w:r>
        <w:rPr>
          <w:rFonts w:ascii="Arial" w:hAnsi="Arial"/>
          <w:b/>
          <w:sz w:val="22"/>
        </w:rPr>
        <w:t xml:space="preserve">Lucy  </w:t>
      </w:r>
      <w:r>
        <w:rPr>
          <w:rFonts w:ascii="Arial" w:hAnsi="Arial"/>
          <w:color w:val="5D7284"/>
          <w:sz w:val="22"/>
        </w:rPr>
        <w:t>39:13</w:t>
      </w:r>
    </w:p>
    <w:p>
      <w:pPr>
        <w:spacing w:after="0"/>
      </w:pPr>
      <w:r>
        <w:rPr>
          <w:rFonts w:ascii="Arial" w:hAnsi="Arial"/>
          <w:sz w:val="22"/>
        </w:rPr>
        <w:t>We will leave you alone for two weeks. (Adam and Alice laugh)</w:t>
      </w:r>
    </w:p>
    <w:p>
      <w:pPr>
        <w:spacing w:after="0"/>
      </w:pPr>
    </w:p>
    <w:p>
      <w:pPr>
        <w:spacing w:after="0"/>
      </w:pPr>
      <w:r>
        <w:rPr>
          <w:rFonts w:ascii="Arial" w:hAnsi="Arial"/>
          <w:b/>
          <w:sz w:val="22"/>
        </w:rPr>
        <w:t xml:space="preserve">Alice  </w:t>
      </w:r>
      <w:r>
        <w:rPr>
          <w:rFonts w:ascii="Arial" w:hAnsi="Arial"/>
          <w:color w:val="5D7284"/>
          <w:sz w:val="22"/>
        </w:rPr>
        <w:t>39:21</w:t>
      </w:r>
    </w:p>
    <w:p>
      <w:pPr>
        <w:spacing w:after="0"/>
      </w:pPr>
      <w:r>
        <w:rPr>
          <w:rFonts w:ascii="Arial" w:hAnsi="Arial"/>
          <w:sz w:val="22"/>
        </w:rPr>
        <w:t>Okay, so, to wrap up the episode. (Lucy) Yeah. Enter the competition. Tell us who you want us to cover for history lessons and fabled, subscribe on Apple podcast, Spotify. Leave review, all the general stuff. And enjoy 2023 I guess.</w:t>
      </w:r>
    </w:p>
    <w:p>
      <w:pPr>
        <w:spacing w:after="0"/>
      </w:pPr>
    </w:p>
    <w:p>
      <w:pPr>
        <w:spacing w:after="0"/>
      </w:pPr>
      <w:r>
        <w:rPr>
          <w:rFonts w:ascii="Arial" w:hAnsi="Arial"/>
          <w:b/>
          <w:sz w:val="22"/>
        </w:rPr>
        <w:t xml:space="preserve">Lucy  </w:t>
      </w:r>
      <w:r>
        <w:rPr>
          <w:rFonts w:ascii="Arial" w:hAnsi="Arial"/>
          <w:color w:val="5D7284"/>
          <w:sz w:val="22"/>
        </w:rPr>
        <w:t>39:49</w:t>
      </w:r>
    </w:p>
    <w:p>
      <w:pPr>
        <w:spacing w:after="0"/>
      </w:pPr>
      <w:r>
        <w:rPr>
          <w:rFonts w:ascii="Arial" w:hAnsi="Arial"/>
          <w:sz w:val="22"/>
        </w:rPr>
        <w:t>Can I go now because it's been at least half an hour since I've last had a Quality Street. (Alice and Adam laughs) Part of my crimbo week is I need one at least every half hour. (Alice laughs)</w:t>
      </w:r>
    </w:p>
    <w:p>
      <w:pPr>
        <w:spacing w:after="0"/>
      </w:pPr>
    </w:p>
    <w:p>
      <w:pPr>
        <w:spacing w:after="0"/>
      </w:pPr>
      <w:r>
        <w:rPr>
          <w:rFonts w:ascii="Arial" w:hAnsi="Arial"/>
          <w:b/>
          <w:sz w:val="22"/>
        </w:rPr>
        <w:t xml:space="preserve">Alice  </w:t>
      </w:r>
      <w:r>
        <w:rPr>
          <w:rFonts w:ascii="Arial" w:hAnsi="Arial"/>
          <w:color w:val="5D7284"/>
          <w:sz w:val="22"/>
        </w:rPr>
        <w:t>40:03</w:t>
      </w:r>
    </w:p>
    <w:p>
      <w:pPr>
        <w:spacing w:after="0"/>
      </w:pPr>
      <w:r>
        <w:rPr>
          <w:rFonts w:ascii="Arial" w:hAnsi="Arial"/>
          <w:sz w:val="22"/>
        </w:rPr>
        <w:t>Or she just start to fall apart the seams (Lucy) Yes. Alright (Adam) And through the night. (Alice laughs)</w:t>
      </w:r>
    </w:p>
    <w:p>
      <w:pPr>
        <w:spacing w:after="0"/>
      </w:pPr>
    </w:p>
    <w:p>
      <w:pPr>
        <w:spacing w:after="0"/>
      </w:pPr>
      <w:r>
        <w:rPr>
          <w:rFonts w:ascii="Arial" w:hAnsi="Arial"/>
          <w:b/>
          <w:sz w:val="22"/>
        </w:rPr>
        <w:t xml:space="preserve">Lucy  </w:t>
      </w:r>
      <w:r>
        <w:rPr>
          <w:rFonts w:ascii="Arial" w:hAnsi="Arial"/>
          <w:color w:val="5D7284"/>
          <w:sz w:val="22"/>
        </w:rPr>
        <w:t>40:07</w:t>
      </w:r>
    </w:p>
    <w:p>
      <w:pPr>
        <w:spacing w:after="0"/>
      </w:pPr>
      <w:r>
        <w:rPr>
          <w:rFonts w:ascii="Arial" w:hAnsi="Arial"/>
          <w:sz w:val="22"/>
        </w:rPr>
        <w:t xml:space="preserve">Probably on a drip intravenously. (Adam laughs) Like a toffee penny. (laughs) </w:t>
      </w:r>
    </w:p>
    <w:p>
      <w:pPr>
        <w:spacing w:after="0"/>
      </w:pPr>
    </w:p>
    <w:p>
      <w:pPr>
        <w:spacing w:after="0"/>
      </w:pPr>
      <w:r>
        <w:rPr>
          <w:rFonts w:ascii="Arial" w:hAnsi="Arial"/>
          <w:b/>
          <w:sz w:val="22"/>
        </w:rPr>
        <w:t xml:space="preserve">Alice  </w:t>
      </w:r>
      <w:r>
        <w:rPr>
          <w:rFonts w:ascii="Arial" w:hAnsi="Arial"/>
          <w:color w:val="5D7284"/>
          <w:sz w:val="22"/>
        </w:rPr>
        <w:t>40:17</w:t>
      </w:r>
    </w:p>
    <w:p>
      <w:pPr>
        <w:spacing w:after="0"/>
      </w:pPr>
      <w:r>
        <w:rPr>
          <w:rFonts w:ascii="Arial" w:hAnsi="Arial"/>
          <w:sz w:val="22"/>
        </w:rPr>
        <w:t>We will see you all next time. Bye (Lucy) Happy New Year! (Adam) Bye. Thanks for listening to the lABLEd Podcast. If you liked the show, you can rate review and subscribe and you can follow us on social media at labelled pod.</w:t>
      </w:r>
    </w:p>
    <w:p>
      <w:pPr>
        <w:spacing w:after="0"/>
      </w:pPr>
    </w:p>
    <w:p>
      <w:pPr>
        <w:spacing w:after="0"/>
      </w:pPr>
      <w:r>
        <w:rPr>
          <w:rFonts w:ascii="Arial" w:hAnsi="Arial"/>
          <w:b/>
          <w:sz w:val="22"/>
        </w:rPr>
        <w:t xml:space="preserve">Lucy  </w:t>
      </w:r>
      <w:r>
        <w:rPr>
          <w:rFonts w:ascii="Arial" w:hAnsi="Arial"/>
          <w:color w:val="5D7284"/>
          <w:sz w:val="22"/>
        </w:rPr>
        <w:t>40:34</w:t>
      </w:r>
    </w:p>
    <w:p>
      <w:pPr>
        <w:spacing w:after="0"/>
      </w:pPr>
      <w:r>
        <w:rPr>
          <w:rFonts w:ascii="Arial" w:hAnsi="Arial"/>
          <w:sz w:val="22"/>
        </w:rPr>
        <w:t>This episode was edited by Adam Hull, our music was by Maisie Crundon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