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43: With Leo Capella</w:t>
      </w:r>
    </w:p>
    <w:p>
      <w:r>
        <w:rPr>
          <w:rFonts w:ascii="Arial" w:hAnsi="Arial"/>
          <w:color w:val="4F6880"/>
          <w:sz w:val="22"/>
        </w:rPr>
        <w:t>Mon, Feb 13, 2023 10:33AM • 1:16:22</w:t>
      </w:r>
    </w:p>
    <w:p>
      <w:pPr>
        <w:spacing w:before="440" w:after="0"/>
      </w:pPr>
      <w:r>
        <w:rPr>
          <w:rFonts w:ascii="Arial" w:hAnsi="Arial"/>
          <w:b/>
          <w:color w:val="4F6880"/>
          <w:sz w:val="22"/>
        </w:rPr>
        <w:t>SUMMARY KEYWORDS</w:t>
      </w:r>
    </w:p>
    <w:p>
      <w:r>
        <w:rPr>
          <w:rFonts w:ascii="Arial" w:hAnsi="Arial"/>
          <w:color w:val="4F6880"/>
          <w:sz w:val="22"/>
        </w:rPr>
        <w:t>lucy, people, autistic, leo, alice, disability, national autistic society, script, disabled, laughs, film, netflix, autism, representation, story, talking, person, conception, charity, review</w:t>
      </w:r>
    </w:p>
    <w:p>
      <w:pPr>
        <w:spacing w:before="440" w:after="0"/>
      </w:pPr>
      <w:r>
        <w:rPr>
          <w:rFonts w:ascii="Arial" w:hAnsi="Arial"/>
          <w:b/>
          <w:color w:val="4F6880"/>
          <w:sz w:val="22"/>
        </w:rPr>
        <w:t>SPEAKERS</w:t>
      </w:r>
    </w:p>
    <w:p>
      <w:r>
        <w:rPr>
          <w:rFonts w:ascii="Arial" w:hAnsi="Arial"/>
          <w:color w:val="4F6880"/>
          <w:sz w:val="22"/>
        </w:rPr>
        <w:t>Theme Tune, Leo,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Although I might not fit in socially, I'm so much more than what you see. We all live our lives differently. Kaleidoscope identity, cos this is who I'm meant to be, I'm just labeled me.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everybody and welcome to a brand new episode of The lABLEd Podcast. I am Lucy and I'm here with my co host Alice... Hello Alice.</w:t>
      </w:r>
    </w:p>
    <w:p>
      <w:pPr>
        <w:spacing w:after="0"/>
      </w:pPr>
    </w:p>
    <w:p>
      <w:pPr>
        <w:spacing w:after="0"/>
      </w:pPr>
      <w:r>
        <w:rPr>
          <w:rFonts w:ascii="Arial" w:hAnsi="Arial"/>
          <w:b/>
          <w:sz w:val="22"/>
        </w:rPr>
        <w:t xml:space="preserve">Alice  </w:t>
      </w:r>
      <w:r>
        <w:rPr>
          <w:rFonts w:ascii="Arial" w:hAnsi="Arial"/>
          <w:color w:val="5D7284"/>
          <w:sz w:val="22"/>
        </w:rPr>
        <w:t>00:53</w:t>
      </w:r>
    </w:p>
    <w:p>
      <w:pPr>
        <w:spacing w:after="0"/>
      </w:pPr>
      <w:r>
        <w:rPr>
          <w:rFonts w:ascii="Arial" w:hAnsi="Arial"/>
          <w:sz w:val="22"/>
        </w:rPr>
        <w:t xml:space="preserve">Hello Lucy, yay! ou got my name right well done. (laughs) </w:t>
      </w:r>
    </w:p>
    <w:p>
      <w:pPr>
        <w:spacing w:after="0"/>
      </w:pPr>
    </w:p>
    <w:p>
      <w:pPr>
        <w:spacing w:after="0"/>
      </w:pPr>
      <w:r>
        <w:rPr>
          <w:rFonts w:ascii="Arial" w:hAnsi="Arial"/>
          <w:b/>
          <w:sz w:val="22"/>
        </w:rPr>
        <w:t xml:space="preserve">Lucy  </w:t>
      </w:r>
      <w:r>
        <w:rPr>
          <w:rFonts w:ascii="Arial" w:hAnsi="Arial"/>
          <w:color w:val="5D7284"/>
          <w:sz w:val="22"/>
        </w:rPr>
        <w:t>00:57</w:t>
      </w:r>
    </w:p>
    <w:p>
      <w:pPr>
        <w:spacing w:after="0"/>
      </w:pPr>
      <w:r>
        <w:rPr>
          <w:rFonts w:ascii="Arial" w:hAnsi="Arial"/>
          <w:sz w:val="22"/>
        </w:rPr>
        <w:t>Yay! (Alice laughs) It's good going. It's very early...we're recording this on a Saturday. We don't normally do a recording on a Saturday, but it's very early. And my brain is not fully working yet. (Alice laughs) So might take me a while to warm up...(laughs) How have you been okay?</w:t>
      </w:r>
    </w:p>
    <w:p>
      <w:pPr>
        <w:spacing w:after="0"/>
      </w:pPr>
    </w:p>
    <w:p>
      <w:pPr>
        <w:spacing w:after="0"/>
      </w:pPr>
      <w:r>
        <w:rPr>
          <w:rFonts w:ascii="Arial" w:hAnsi="Arial"/>
          <w:b/>
          <w:sz w:val="22"/>
        </w:rPr>
        <w:t xml:space="preserve">Alice  </w:t>
      </w:r>
      <w:r>
        <w:rPr>
          <w:rFonts w:ascii="Arial" w:hAnsi="Arial"/>
          <w:color w:val="5D7284"/>
          <w:sz w:val="22"/>
        </w:rPr>
        <w:t>01:14</w:t>
      </w:r>
    </w:p>
    <w:p>
      <w:pPr>
        <w:spacing w:after="0"/>
      </w:pPr>
      <w:r>
        <w:rPr>
          <w:rFonts w:ascii="Arial" w:hAnsi="Arial"/>
          <w:sz w:val="22"/>
        </w:rPr>
        <w:t>Yes. It's been a long week. (Lucy) Yeah. I do feel like I said that all the time now. (Lucy) Yeah. Umm but it's nice to be doing this even if it is early on a Saturday..(Lucy) Yeah.  Because it sort of is something that I feel.... I find weirdly relaxing. (Lucy) Yes. Even though it's also weirdly stressful.(laughs) (Lucy) Me too</w:t>
      </w:r>
    </w:p>
    <w:p>
      <w:pPr>
        <w:spacing w:after="0"/>
      </w:pPr>
    </w:p>
    <w:p>
      <w:pPr>
        <w:spacing w:after="0"/>
      </w:pPr>
      <w:r>
        <w:rPr>
          <w:rFonts w:ascii="Arial" w:hAnsi="Arial"/>
          <w:b/>
          <w:sz w:val="22"/>
        </w:rPr>
        <w:t xml:space="preserve">Lucy  </w:t>
      </w:r>
      <w:r>
        <w:rPr>
          <w:rFonts w:ascii="Arial" w:hAnsi="Arial"/>
          <w:color w:val="5D7284"/>
          <w:sz w:val="22"/>
        </w:rPr>
        <w:t>01:35</w:t>
      </w:r>
    </w:p>
    <w:p>
      <w:pPr>
        <w:spacing w:after="0"/>
      </w:pPr>
      <w:r>
        <w:rPr>
          <w:rFonts w:ascii="Arial" w:hAnsi="Arial"/>
          <w:sz w:val="22"/>
        </w:rPr>
        <w:t>It's like that small child in the corner that just sits like growling at us. But It is quite relaxing (laughs) it's like therapy. I'm glad you're alright though.</w:t>
      </w:r>
    </w:p>
    <w:p>
      <w:pPr>
        <w:spacing w:after="0"/>
      </w:pPr>
    </w:p>
    <w:p>
      <w:pPr>
        <w:spacing w:after="0"/>
      </w:pPr>
      <w:r>
        <w:rPr>
          <w:rFonts w:ascii="Arial" w:hAnsi="Arial"/>
          <w:b/>
          <w:sz w:val="22"/>
        </w:rPr>
        <w:t xml:space="preserve">Alice  </w:t>
      </w:r>
      <w:r>
        <w:rPr>
          <w:rFonts w:ascii="Arial" w:hAnsi="Arial"/>
          <w:color w:val="5D7284"/>
          <w:sz w:val="22"/>
        </w:rPr>
        <w:t>01:46</w:t>
      </w:r>
    </w:p>
    <w:p>
      <w:pPr>
        <w:spacing w:after="0"/>
      </w:pPr>
      <w:r>
        <w:rPr>
          <w:rFonts w:ascii="Arial" w:hAnsi="Arial"/>
          <w:sz w:val="22"/>
        </w:rPr>
        <w:t>yes, and you? you're good? (Lucy) Yes.</w:t>
      </w:r>
    </w:p>
    <w:p>
      <w:pPr>
        <w:spacing w:after="0"/>
      </w:pPr>
    </w:p>
    <w:p>
      <w:pPr>
        <w:spacing w:after="0"/>
      </w:pPr>
      <w:r>
        <w:rPr>
          <w:rFonts w:ascii="Arial" w:hAnsi="Arial"/>
          <w:b/>
          <w:sz w:val="22"/>
        </w:rPr>
        <w:t xml:space="preserve">Lucy  </w:t>
      </w:r>
      <w:r>
        <w:rPr>
          <w:rFonts w:ascii="Arial" w:hAnsi="Arial"/>
          <w:color w:val="5D7284"/>
          <w:sz w:val="22"/>
        </w:rPr>
        <w:t>01:47</w:t>
      </w:r>
    </w:p>
    <w:p>
      <w:pPr>
        <w:spacing w:after="0"/>
      </w:pPr>
      <w:r>
        <w:rPr>
          <w:rFonts w:ascii="Arial" w:hAnsi="Arial"/>
          <w:sz w:val="22"/>
        </w:rPr>
        <w:t>I'm good. I'm good. Very long week, but we're doing alright. hanging on in there.</w:t>
      </w:r>
    </w:p>
    <w:p>
      <w:pPr>
        <w:spacing w:after="0"/>
      </w:pPr>
    </w:p>
    <w:p>
      <w:pPr>
        <w:spacing w:after="0"/>
      </w:pPr>
      <w:r>
        <w:rPr>
          <w:rFonts w:ascii="Arial" w:hAnsi="Arial"/>
          <w:b/>
          <w:sz w:val="22"/>
        </w:rPr>
        <w:t xml:space="preserve">Alice  </w:t>
      </w:r>
      <w:r>
        <w:rPr>
          <w:rFonts w:ascii="Arial" w:hAnsi="Arial"/>
          <w:color w:val="5D7284"/>
          <w:sz w:val="22"/>
        </w:rPr>
        <w:t>01:54</w:t>
      </w:r>
    </w:p>
    <w:p>
      <w:pPr>
        <w:spacing w:after="0"/>
      </w:pPr>
      <w:r>
        <w:rPr>
          <w:rFonts w:ascii="Arial" w:hAnsi="Arial"/>
          <w:sz w:val="22"/>
        </w:rPr>
        <w:t>I feel like that needs to be our like, catchphrase now. Nevermind the show but Disability, Illness and difference lABLEd Podcast. It's been a looong week!</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 xml:space="preserve">Yeah (laughs) It's been a week. Yes, I think so. </w:t>
      </w:r>
    </w:p>
    <w:p>
      <w:pPr>
        <w:spacing w:after="0"/>
      </w:pPr>
    </w:p>
    <w:p>
      <w:pPr>
        <w:spacing w:after="0"/>
      </w:pPr>
      <w:r>
        <w:rPr>
          <w:rFonts w:ascii="Arial" w:hAnsi="Arial"/>
          <w:b/>
          <w:sz w:val="22"/>
        </w:rPr>
        <w:t xml:space="preserve">Alice  </w:t>
      </w:r>
      <w:r>
        <w:rPr>
          <w:rFonts w:ascii="Arial" w:hAnsi="Arial"/>
          <w:color w:val="5D7284"/>
          <w:sz w:val="22"/>
        </w:rPr>
        <w:t>02:04</w:t>
      </w:r>
    </w:p>
    <w:p>
      <w:pPr>
        <w:spacing w:after="0"/>
      </w:pPr>
      <w:r>
        <w:rPr>
          <w:rFonts w:ascii="Arial" w:hAnsi="Arial"/>
          <w:sz w:val="22"/>
        </w:rPr>
        <w:t>(laughs) We got an exciting guest with us this week.</w:t>
      </w:r>
    </w:p>
    <w:p>
      <w:pPr>
        <w:spacing w:after="0"/>
      </w:pPr>
    </w:p>
    <w:p>
      <w:pPr>
        <w:spacing w:after="0"/>
      </w:pPr>
      <w:r>
        <w:rPr>
          <w:rFonts w:ascii="Arial" w:hAnsi="Arial"/>
          <w:b/>
          <w:sz w:val="22"/>
        </w:rPr>
        <w:t xml:space="preserve">Lucy  </w:t>
      </w:r>
      <w:r>
        <w:rPr>
          <w:rFonts w:ascii="Arial" w:hAnsi="Arial"/>
          <w:color w:val="5D7284"/>
          <w:sz w:val="22"/>
        </w:rPr>
        <w:t>02:07</w:t>
      </w:r>
    </w:p>
    <w:p>
      <w:pPr>
        <w:spacing w:after="0"/>
      </w:pPr>
      <w:r>
        <w:rPr>
          <w:rFonts w:ascii="Arial" w:hAnsi="Arial"/>
          <w:sz w:val="22"/>
        </w:rPr>
        <w:t>We have very excited. (Alice) Yes... So</w:t>
      </w:r>
    </w:p>
    <w:p>
      <w:pPr>
        <w:spacing w:after="0"/>
      </w:pPr>
    </w:p>
    <w:p>
      <w:pPr>
        <w:spacing w:after="0"/>
      </w:pPr>
      <w:r>
        <w:rPr>
          <w:rFonts w:ascii="Arial" w:hAnsi="Arial"/>
          <w:b/>
          <w:sz w:val="22"/>
        </w:rPr>
        <w:t xml:space="preserve">Alice  </w:t>
      </w:r>
      <w:r>
        <w:rPr>
          <w:rFonts w:ascii="Arial" w:hAnsi="Arial"/>
          <w:color w:val="5D7284"/>
          <w:sz w:val="22"/>
        </w:rPr>
        <w:t>02:12</w:t>
      </w:r>
    </w:p>
    <w:p>
      <w:pPr>
        <w:spacing w:after="0"/>
      </w:pPr>
      <w:r>
        <w:rPr>
          <w:rFonts w:ascii="Arial" w:hAnsi="Arial"/>
          <w:sz w:val="22"/>
        </w:rPr>
        <w:t>for those savvy listeners who have looked at the title of this episode or been on our social media. You will see that this is the second part of our collaboration with the National Autistic Society umm.. where we talked previously with Melissa Simmons and this week, we're joined by Leo. Leo, would you like to introduce yourself to our listeners?</w:t>
      </w:r>
    </w:p>
    <w:p>
      <w:pPr>
        <w:spacing w:after="0"/>
      </w:pPr>
    </w:p>
    <w:p>
      <w:pPr>
        <w:spacing w:after="0"/>
      </w:pPr>
      <w:r>
        <w:rPr>
          <w:rFonts w:ascii="Arial" w:hAnsi="Arial"/>
          <w:b/>
          <w:sz w:val="22"/>
        </w:rPr>
        <w:t xml:space="preserve">Leo  </w:t>
      </w:r>
      <w:r>
        <w:rPr>
          <w:rFonts w:ascii="Arial" w:hAnsi="Arial"/>
          <w:color w:val="5D7284"/>
          <w:sz w:val="22"/>
        </w:rPr>
        <w:t>02:36</w:t>
      </w:r>
    </w:p>
    <w:p>
      <w:pPr>
        <w:spacing w:after="0"/>
      </w:pPr>
      <w:r>
        <w:rPr>
          <w:rFonts w:ascii="Arial" w:hAnsi="Arial"/>
          <w:sz w:val="22"/>
        </w:rPr>
        <w:t>Hello, I'm Leon Cabana. I'm actually a job coach in my day job for the society but I also review scripts for the charity which is why I'm actually here today. So I've been around the charity sector or Disability sector for around 10 years, though doing various things as a pro but I've been around a lot longer than that. Excuse my haziness with details. (Alice laughs) But nice to meet you all.</w:t>
      </w:r>
    </w:p>
    <w:p>
      <w:pPr>
        <w:spacing w:after="0"/>
      </w:pPr>
    </w:p>
    <w:p>
      <w:pPr>
        <w:spacing w:after="0"/>
      </w:pPr>
      <w:r>
        <w:rPr>
          <w:rFonts w:ascii="Arial" w:hAnsi="Arial"/>
          <w:b/>
          <w:sz w:val="22"/>
        </w:rPr>
        <w:t xml:space="preserve">Alice  </w:t>
      </w:r>
      <w:r>
        <w:rPr>
          <w:rFonts w:ascii="Arial" w:hAnsi="Arial"/>
          <w:color w:val="5D7284"/>
          <w:sz w:val="22"/>
        </w:rPr>
        <w:t>03:17</w:t>
      </w:r>
    </w:p>
    <w:p>
      <w:pPr>
        <w:spacing w:after="0"/>
      </w:pPr>
      <w:r>
        <w:rPr>
          <w:rFonts w:ascii="Arial" w:hAnsi="Arial"/>
          <w:sz w:val="22"/>
        </w:rPr>
        <w:t>And so as Leo said he, one of the things that he does for the charity is script reviewing, which is why we were really excited to speak to Leo because one of the things that Leo was involved in was the National Autistic society's um.. collaborative production of the amazing Netflix film. "I used to be famous."</w:t>
      </w:r>
    </w:p>
    <w:p>
      <w:pPr>
        <w:spacing w:after="0"/>
      </w:pPr>
    </w:p>
    <w:p>
      <w:pPr>
        <w:spacing w:after="0"/>
      </w:pPr>
      <w:r>
        <w:rPr>
          <w:rFonts w:ascii="Arial" w:hAnsi="Arial"/>
          <w:b/>
          <w:sz w:val="22"/>
        </w:rPr>
        <w:t xml:space="preserve">Lucy  </w:t>
      </w:r>
      <w:r>
        <w:rPr>
          <w:rFonts w:ascii="Arial" w:hAnsi="Arial"/>
          <w:color w:val="5D7284"/>
          <w:sz w:val="22"/>
        </w:rPr>
        <w:t>03:43</w:t>
      </w:r>
    </w:p>
    <w:p>
      <w:pPr>
        <w:spacing w:after="0"/>
      </w:pPr>
      <w:r>
        <w:rPr>
          <w:rFonts w:ascii="Arial" w:hAnsi="Arial"/>
          <w:sz w:val="22"/>
        </w:rPr>
        <w:t>Can I just say?, I've seen This film before I even knew we were speaking to Leo (laughs). I've seen This film and I thought it was absolutely fantastic. It did make me cry, but then everything makes me cry. It's not.... It's not a slight on the story or anything.(laughs) I just cry a lot. But it was absolutely fantastic. Have You seen it, Alice? have you got around to seeing it?</w:t>
      </w:r>
    </w:p>
    <w:p>
      <w:pPr>
        <w:spacing w:after="0"/>
      </w:pPr>
    </w:p>
    <w:p>
      <w:pPr>
        <w:spacing w:after="0"/>
      </w:pPr>
      <w:r>
        <w:rPr>
          <w:rFonts w:ascii="Arial" w:hAnsi="Arial"/>
          <w:b/>
          <w:sz w:val="22"/>
        </w:rPr>
        <w:t xml:space="preserve">Alice  </w:t>
      </w:r>
      <w:r>
        <w:rPr>
          <w:rFonts w:ascii="Arial" w:hAnsi="Arial"/>
          <w:color w:val="5D7284"/>
          <w:sz w:val="22"/>
        </w:rPr>
        <w:t>04:05</w:t>
      </w:r>
    </w:p>
    <w:p>
      <w:pPr>
        <w:spacing w:after="0"/>
      </w:pPr>
      <w:r>
        <w:rPr>
          <w:rFonts w:ascii="Arial" w:hAnsi="Arial"/>
          <w:sz w:val="22"/>
        </w:rPr>
        <w:t>I started watching the film last night I was all prepared to sit down and watch it, had a gin. And then my friend knocked on the door and was like, "Hi!". And I was like... "Hi, what are you doing here?" And she was like, "We arranged that I was going to come over....?" I was like, "Oh, I completely forgot."</w:t>
      </w:r>
    </w:p>
    <w:p>
      <w:pPr>
        <w:spacing w:after="0"/>
      </w:pPr>
    </w:p>
    <w:p>
      <w:pPr>
        <w:spacing w:after="0"/>
      </w:pPr>
      <w:r>
        <w:rPr>
          <w:rFonts w:ascii="Arial" w:hAnsi="Arial"/>
          <w:b/>
          <w:sz w:val="22"/>
        </w:rPr>
        <w:t xml:space="preserve">Lucy  </w:t>
      </w:r>
      <w:r>
        <w:rPr>
          <w:rFonts w:ascii="Arial" w:hAnsi="Arial"/>
          <w:color w:val="5D7284"/>
          <w:sz w:val="22"/>
        </w:rPr>
        <w:t>04:21</w:t>
      </w:r>
    </w:p>
    <w:p>
      <w:pPr>
        <w:spacing w:after="0"/>
      </w:pPr>
      <w:r>
        <w:rPr>
          <w:rFonts w:ascii="Arial" w:hAnsi="Arial"/>
          <w:sz w:val="22"/>
        </w:rPr>
        <w:t>Okay. So at the time of recording Alice has not seen the film.</w:t>
      </w:r>
    </w:p>
    <w:p>
      <w:pPr>
        <w:spacing w:after="0"/>
      </w:pPr>
    </w:p>
    <w:p>
      <w:pPr>
        <w:spacing w:after="0"/>
      </w:pPr>
      <w:r>
        <w:rPr>
          <w:rFonts w:ascii="Arial" w:hAnsi="Arial"/>
          <w:b/>
          <w:sz w:val="22"/>
        </w:rPr>
        <w:t xml:space="preserve">Alice  </w:t>
      </w:r>
      <w:r>
        <w:rPr>
          <w:rFonts w:ascii="Arial" w:hAnsi="Arial"/>
          <w:color w:val="5D7284"/>
          <w:sz w:val="22"/>
        </w:rPr>
        <w:t>04:25</w:t>
      </w:r>
    </w:p>
    <w:p>
      <w:pPr>
        <w:spacing w:after="0"/>
      </w:pPr>
      <w:r>
        <w:rPr>
          <w:rFonts w:ascii="Arial" w:hAnsi="Arial"/>
          <w:sz w:val="22"/>
        </w:rPr>
        <w:t>I've seen about four minutes of it. (laughs)</w:t>
      </w:r>
    </w:p>
    <w:p>
      <w:pPr>
        <w:spacing w:after="0"/>
      </w:pPr>
    </w:p>
    <w:p>
      <w:pPr>
        <w:spacing w:after="0"/>
      </w:pPr>
      <w:r>
        <w:rPr>
          <w:rFonts w:ascii="Arial" w:hAnsi="Arial"/>
          <w:b/>
          <w:sz w:val="22"/>
        </w:rPr>
        <w:t xml:space="preserve">Lucy  </w:t>
      </w:r>
      <w:r>
        <w:rPr>
          <w:rFonts w:ascii="Arial" w:hAnsi="Arial"/>
          <w:color w:val="5D7284"/>
          <w:sz w:val="22"/>
        </w:rPr>
        <w:t>04:27</w:t>
      </w:r>
    </w:p>
    <w:p>
      <w:pPr>
        <w:spacing w:after="0"/>
      </w:pPr>
      <w:r>
        <w:rPr>
          <w:rFonts w:ascii="Arial" w:hAnsi="Arial"/>
          <w:sz w:val="22"/>
        </w:rPr>
        <w:t>(laughs) Not enough to make cry! But yes, Leo. It was absolutely... What a wonderful film. It was. I was really impressed by the authentic representation of what it's like.... I mean, I'm not autistic. I don't know what it's like to be autistic, but it felt like a very authentic representation of what It is like to be autistic. Erm whilst...  (Leo) That.. it. Go on, (Leo) Go on. Now you go.(Leo) No.</w:t>
      </w:r>
    </w:p>
    <w:p>
      <w:pPr>
        <w:spacing w:after="0"/>
      </w:pPr>
    </w:p>
    <w:p>
      <w:pPr>
        <w:spacing w:after="0"/>
      </w:pPr>
      <w:r>
        <w:rPr>
          <w:rFonts w:ascii="Arial" w:hAnsi="Arial"/>
          <w:b/>
          <w:sz w:val="22"/>
        </w:rPr>
        <w:t xml:space="preserve">Leo  </w:t>
      </w:r>
      <w:r>
        <w:rPr>
          <w:rFonts w:ascii="Arial" w:hAnsi="Arial"/>
          <w:color w:val="5D7284"/>
          <w:sz w:val="22"/>
        </w:rPr>
        <w:t>04:56</w:t>
      </w:r>
    </w:p>
    <w:p>
      <w:pPr>
        <w:spacing w:after="0"/>
      </w:pPr>
      <w:r>
        <w:rPr>
          <w:rFonts w:ascii="Arial" w:hAnsi="Arial"/>
          <w:sz w:val="22"/>
        </w:rPr>
        <w:t>That is exactly what I been hoping and it would be nice to hear that other autistic people have been... That have saved the day and I won't go into..., but there may have been saying the same thing. (Lucy) Yes. So, no, they really... they really, actually the whole cast and crew really did a good job on that. It's so nice to see That it's getting such a wave of praise (Lucy) Yeah. from austic and non autistic people a like.</w:t>
      </w:r>
    </w:p>
    <w:p>
      <w:pPr>
        <w:spacing w:after="0"/>
      </w:pPr>
    </w:p>
    <w:p>
      <w:pPr>
        <w:spacing w:after="0"/>
      </w:pPr>
      <w:r>
        <w:rPr>
          <w:rFonts w:ascii="Arial" w:hAnsi="Arial"/>
          <w:b/>
          <w:sz w:val="22"/>
        </w:rPr>
        <w:t xml:space="preserve">Lucy  </w:t>
      </w:r>
      <w:r>
        <w:rPr>
          <w:rFonts w:ascii="Arial" w:hAnsi="Arial"/>
          <w:color w:val="5D7284"/>
          <w:sz w:val="22"/>
        </w:rPr>
        <w:t>05:31</w:t>
      </w:r>
    </w:p>
    <w:p>
      <w:pPr>
        <w:spacing w:after="0"/>
      </w:pPr>
      <w:r>
        <w:rPr>
          <w:rFonts w:ascii="Arial" w:hAnsi="Arial"/>
          <w:sz w:val="22"/>
        </w:rPr>
        <w:t>So how did the whole Netflix thing come about? Did They approach you? Or was it the charity hat said, we're sending Leo? Or, You know,</w:t>
      </w:r>
    </w:p>
    <w:p>
      <w:pPr>
        <w:spacing w:after="0"/>
      </w:pPr>
    </w:p>
    <w:p>
      <w:pPr>
        <w:spacing w:after="0"/>
      </w:pPr>
      <w:r>
        <w:rPr>
          <w:rFonts w:ascii="Arial" w:hAnsi="Arial"/>
          <w:b/>
          <w:sz w:val="22"/>
        </w:rPr>
        <w:t xml:space="preserve">Leo  </w:t>
      </w:r>
      <w:r>
        <w:rPr>
          <w:rFonts w:ascii="Arial" w:hAnsi="Arial"/>
          <w:color w:val="5D7284"/>
          <w:sz w:val="22"/>
        </w:rPr>
        <w:t>05:40</w:t>
      </w:r>
    </w:p>
    <w:p>
      <w:pPr>
        <w:spacing w:after="0"/>
      </w:pPr>
      <w:r>
        <w:rPr>
          <w:rFonts w:ascii="Arial" w:hAnsi="Arial"/>
          <w:sz w:val="22"/>
        </w:rPr>
        <w:t>Well, it was actually one of the cast and crew. The crew of " I used to be famous" and it was Eddie Steinberg and Zac Klein who basically... What was it? a few years back. Came in, I got sort of the daughter script via a person called  Louisa , who used to be our Media Relations Manager. Seriously, what we had was in no particular order. I reviewed the first script for them and actually had a talk with... It's safe to say that we had been living in some interesting time. (Alice laughs) (Lucy) Hmmm. I think it was the fallout of public gate which I have to tread a little carefully around. But basically, they had this script and they had the basic genesis from what I can remember, of something that had a lot of potential and they were afraid of what they were trying to do in making this order. Can I make that equal? (Lucy) Hmm. Was actually fair enough, They also had to put up with me doing my impression of a fire breathing dragon. (Lucy laughing) Saying do you know what your letting yourselves for. (Lucy laughing)</w:t>
      </w:r>
    </w:p>
    <w:p>
      <w:pPr>
        <w:spacing w:after="0"/>
      </w:pPr>
    </w:p>
    <w:p>
      <w:pPr>
        <w:spacing w:after="0"/>
      </w:pPr>
      <w:r>
        <w:rPr>
          <w:rFonts w:ascii="Arial" w:hAnsi="Arial"/>
          <w:b/>
          <w:sz w:val="22"/>
        </w:rPr>
        <w:t xml:space="preserve">Alice  </w:t>
      </w:r>
      <w:r>
        <w:rPr>
          <w:rFonts w:ascii="Arial" w:hAnsi="Arial"/>
          <w:color w:val="5D7284"/>
          <w:sz w:val="22"/>
        </w:rPr>
        <w:t>07:32</w:t>
      </w:r>
    </w:p>
    <w:p>
      <w:pPr>
        <w:spacing w:after="0"/>
      </w:pPr>
      <w:r>
        <w:rPr>
          <w:rFonts w:ascii="Arial" w:hAnsi="Arial"/>
          <w:sz w:val="22"/>
        </w:rPr>
        <w:t>So what was your first thoughts when you read the script? (Leo) It was</w:t>
      </w:r>
    </w:p>
    <w:p>
      <w:pPr>
        <w:spacing w:after="0"/>
      </w:pPr>
    </w:p>
    <w:p>
      <w:pPr>
        <w:spacing w:after="0"/>
      </w:pPr>
      <w:r>
        <w:rPr>
          <w:rFonts w:ascii="Arial" w:hAnsi="Arial"/>
          <w:b/>
          <w:sz w:val="22"/>
        </w:rPr>
        <w:t xml:space="preserve">Leo  </w:t>
      </w:r>
      <w:r>
        <w:rPr>
          <w:rFonts w:ascii="Arial" w:hAnsi="Arial"/>
          <w:color w:val="5D7284"/>
          <w:sz w:val="22"/>
        </w:rPr>
        <w:t>07:37</w:t>
      </w:r>
    </w:p>
    <w:p>
      <w:pPr>
        <w:spacing w:after="0"/>
      </w:pPr>
      <w:r>
        <w:rPr>
          <w:rFonts w:ascii="Arial" w:hAnsi="Arial"/>
          <w:sz w:val="22"/>
        </w:rPr>
        <w:t>something that they had something there (Alice) Yeah. And they had, I think it was skirting around the idea of being something couldn't have been and that wasn't no malice or forethought. And that's the sort of key sort of thing that I hope I can give people the faith that there are actually good people in the creative industry. That want to get things right over this, but they had something and Stevie had a lot of potential. It was perhaps the character of Stevie's mother Amber who needed to be a bit more fleshed out. But it was clear what they were trying to do and they were just around the edges. And as the script evolved, It became...they became much more confident. The sort the time of the final review I have to say I got a bit emotional because they got to the actual sort of edit, though I think I reviewed around at least three sort of scripts at various points in time. And the final snip over their publicity and for things like including their trainer, and they had it. They had by that point, It was almost like a quick sniff over and it was clear that they understood. (Lucy) Yeah. So between my reviews and my sort of words of encouragement. (Lucy) Hmm. It's almost demanding, particularly in the wake of the tragic controversy over music and Sia, where, people wanted a response and this film is an effective, artistic and beyond effective, artistic act of poetic justice. It is an effective film in its own right and at the time, they asked for help with trying to find an autistic actor, and I believe we provided shared publicity, that kind of thing cool. And it was good to hear that Leo Long, who had come out from the block that being a really effective advocate in his own right, became that sort of actor. And now became Stevie. And now is actually pushing the...punching through the rubber ceiling, That can affect autistic peoples ambitions. Well and it has to be said, and other disabled peoples ambitions in such a way.</w:t>
      </w:r>
    </w:p>
    <w:p>
      <w:pPr>
        <w:spacing w:after="0"/>
      </w:pPr>
    </w:p>
    <w:p>
      <w:pPr>
        <w:spacing w:after="0"/>
      </w:pPr>
      <w:r>
        <w:rPr>
          <w:rFonts w:ascii="Arial" w:hAnsi="Arial"/>
          <w:b/>
          <w:sz w:val="22"/>
        </w:rPr>
        <w:t xml:space="preserve">Lucy  </w:t>
      </w:r>
      <w:r>
        <w:rPr>
          <w:rFonts w:ascii="Arial" w:hAnsi="Arial"/>
          <w:color w:val="5D7284"/>
          <w:sz w:val="22"/>
        </w:rPr>
        <w:t>10:53</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10:53</w:t>
      </w:r>
    </w:p>
    <w:p>
      <w:pPr>
        <w:spacing w:after="0"/>
      </w:pPr>
      <w:r>
        <w:rPr>
          <w:rFonts w:ascii="Arial" w:hAnsi="Arial"/>
          <w:sz w:val="22"/>
        </w:rPr>
        <w:t>I think it's, I think the thing that really strikes me about the just the difference in approach between the production team behind "music" and the production team behind "I used to be famous" is the the fact that the autistic community were actually involved in kind of building this representation. You know, it's brilliant that there is authentic casting in "I used to be famous". But I think, you know, one of the things that is really important as part of just character building is involving the community behind the scenes. And I think that was the thing that was so offensive about "music", was how defensive the production side and Sia herself were about the decisions they've made to exclude, disregard the autistic community in a piece of writing that was not necessarily overtly about an autistic person, but that was very, sort of symbolically (Lucy) Yes. Seems to be representative of autism.</w:t>
      </w:r>
    </w:p>
    <w:p>
      <w:pPr>
        <w:spacing w:after="0"/>
      </w:pPr>
    </w:p>
    <w:p>
      <w:pPr>
        <w:spacing w:after="0"/>
      </w:pPr>
      <w:r>
        <w:rPr>
          <w:rFonts w:ascii="Arial" w:hAnsi="Arial"/>
          <w:b/>
          <w:sz w:val="22"/>
        </w:rPr>
        <w:t xml:space="preserve">Lucy  </w:t>
      </w:r>
      <w:r>
        <w:rPr>
          <w:rFonts w:ascii="Arial" w:hAnsi="Arial"/>
          <w:color w:val="5D7284"/>
          <w:sz w:val="22"/>
        </w:rPr>
        <w:t>12:15</w:t>
      </w:r>
    </w:p>
    <w:p>
      <w:pPr>
        <w:spacing w:after="0"/>
      </w:pPr>
      <w:r>
        <w:rPr>
          <w:rFonts w:ascii="Arial" w:hAnsi="Arial"/>
          <w:sz w:val="22"/>
        </w:rPr>
        <w:t>And I think I the point I want to make here is the fact that we have to give credit where credit's due, we, me and Alice are always talking about how representation is often largely very damaging not just to autistic people, but the Disability community in general, because people make assumptions. But I think it's very important to talk about how Netflix seemed to me to be committed to raising authentic representation on screen, which is something that we don't often get, and I think credit where credit's due, it's something that needs to be sort of praised. And you know, well take my hat off to you Netflix, willing to take the time and to listen to the stories of disabled people. (Alice) Absolutely.</w:t>
      </w:r>
    </w:p>
    <w:p>
      <w:pPr>
        <w:spacing w:after="0"/>
      </w:pPr>
    </w:p>
    <w:p>
      <w:pPr>
        <w:spacing w:after="0"/>
      </w:pPr>
      <w:r>
        <w:rPr>
          <w:rFonts w:ascii="Arial" w:hAnsi="Arial"/>
          <w:b/>
          <w:sz w:val="22"/>
        </w:rPr>
        <w:t xml:space="preserve">Alice  </w:t>
      </w:r>
      <w:r>
        <w:rPr>
          <w:rFonts w:ascii="Arial" w:hAnsi="Arial"/>
          <w:color w:val="5D7284"/>
          <w:sz w:val="22"/>
        </w:rPr>
        <w:t>13:03</w:t>
      </w:r>
    </w:p>
    <w:p>
      <w:pPr>
        <w:spacing w:after="0"/>
      </w:pPr>
      <w:r>
        <w:rPr>
          <w:rFonts w:ascii="Arial" w:hAnsi="Arial"/>
          <w:sz w:val="22"/>
        </w:rPr>
        <w:t>Because although on the one hand, there is a part of me that sort of goes, "well, of course, I should be doing that." It's the most obvious and logical thing to be doing. (Lucy) Yeah. You cast, if you've got an artistic character, you've got blind character, you've got a character of colour, you cast somebody who lives that life. (Lucy) Yes. But people don't, it's, it's, and I think it is, It seems ridiculous, but Netflix are really are themselves breaking down barriers (Lucy) Yes. In trying to promote that.</w:t>
      </w:r>
    </w:p>
    <w:p>
      <w:pPr>
        <w:spacing w:after="0"/>
      </w:pPr>
    </w:p>
    <w:p>
      <w:pPr>
        <w:spacing w:after="0"/>
      </w:pPr>
      <w:r>
        <w:rPr>
          <w:rFonts w:ascii="Arial" w:hAnsi="Arial"/>
          <w:b/>
          <w:sz w:val="22"/>
        </w:rPr>
        <w:t xml:space="preserve">Lucy  </w:t>
      </w:r>
      <w:r>
        <w:rPr>
          <w:rFonts w:ascii="Arial" w:hAnsi="Arial"/>
          <w:color w:val="5D7284"/>
          <w:sz w:val="22"/>
        </w:rPr>
        <w:t>13:38</w:t>
      </w:r>
    </w:p>
    <w:p>
      <w:pPr>
        <w:spacing w:after="0"/>
      </w:pPr>
      <w:r>
        <w:rPr>
          <w:rFonts w:ascii="Arial" w:hAnsi="Arial"/>
          <w:sz w:val="22"/>
        </w:rPr>
        <w:t>It is a very brave, (Leo) Absolutely. It's a very brave thing to do when you use it, or seemingly, the only people really making an effort to do it. You know, the first step, taking that first step of "No, we're going to do this properly". And "we're going to do it right" where everybody else... you may think everybody else turns around and goes but "why are you doing that it cost so much more money?" but they're doing it right, because they want to do right by their subject matter. When I think that...(Alice) I do think...</w:t>
      </w:r>
    </w:p>
    <w:p>
      <w:pPr>
        <w:spacing w:after="0"/>
      </w:pPr>
    </w:p>
    <w:p>
      <w:pPr>
        <w:spacing w:after="0"/>
      </w:pPr>
      <w:r>
        <w:rPr>
          <w:rFonts w:ascii="Arial" w:hAnsi="Arial"/>
          <w:b/>
          <w:sz w:val="22"/>
        </w:rPr>
        <w:t xml:space="preserve">Alice  </w:t>
      </w:r>
      <w:r>
        <w:rPr>
          <w:rFonts w:ascii="Arial" w:hAnsi="Arial"/>
          <w:color w:val="5D7284"/>
          <w:sz w:val="22"/>
        </w:rPr>
        <w:t>14:03</w:t>
      </w:r>
    </w:p>
    <w:p>
      <w:pPr>
        <w:spacing w:after="0"/>
      </w:pPr>
      <w:r>
        <w:rPr>
          <w:rFonts w:ascii="Arial" w:hAnsi="Arial"/>
          <w:sz w:val="22"/>
        </w:rPr>
        <w:t>I do think the BBC are very good at it as well. I have a lot of  criticism for the BBC. But I also have a lot of time for the BBC, in many ways. And I think that in terms of their TV production, that is also something that the BBC have, worked reasonably hard at for a while as well. (Lucy) Yes. But it's awesome. And behind the camera as well. They do a lot of work behind the camera to get people.. you know, involved in the industry. I know this because I was one of the people who got involved in the industry,(laughs)  because I was disabled and I know that they are committed to you know, increasing representation behind the screen as well, which is very important. But yeah...(Alice) I think I was just going to say I think I think one of the really powerful things about Netflix is that because they you know that the fact that they're are a global subscription streaming service, You know, the BBC obviously wants to make things that people want to watch. But they do not necessarily answer to the same profit threat. As sort of driven gods (Lucy) No. As the people behind Netflix. And as you say, it takes a bit of courage to go," no, actually, I think people will want to watch this". (Lucy) Yes. "And so we're going to make it".</w:t>
      </w:r>
    </w:p>
    <w:p>
      <w:pPr>
        <w:spacing w:after="0"/>
      </w:pPr>
    </w:p>
    <w:p>
      <w:pPr>
        <w:spacing w:after="0"/>
      </w:pPr>
      <w:r>
        <w:rPr>
          <w:rFonts w:ascii="Arial" w:hAnsi="Arial"/>
          <w:b/>
          <w:sz w:val="22"/>
        </w:rPr>
        <w:t xml:space="preserve">Lucy  </w:t>
      </w:r>
      <w:r>
        <w:rPr>
          <w:rFonts w:ascii="Arial" w:hAnsi="Arial"/>
          <w:color w:val="5D7284"/>
          <w:sz w:val="22"/>
        </w:rPr>
        <w:t>15:25</w:t>
      </w:r>
    </w:p>
    <w:p>
      <w:pPr>
        <w:spacing w:after="0"/>
      </w:pPr>
      <w:r>
        <w:rPr>
          <w:rFonts w:ascii="Arial" w:hAnsi="Arial"/>
          <w:sz w:val="22"/>
        </w:rPr>
        <w:t>And it's true, they do, you know. You only have to watch programmes that Netflix's makes. So "I used to be famous", brilliant film, It was like, for a week, it was like, number one you know, like, trending titles on Netflix this week. Which was really encouraging to see and I like how they do it subtly, as well. They don't make a big song and dance about It. They'll perhaps mention It in a press release, but they don't make an overly, "Oh look what we're doing and isn't It great?" You know, it's not rammed down your throat when you're watching a program. And I that's what I kind of like because It shouldn't be this whole "aren't we doing it?" You know, you shouldn't be doing it to get your own pat on the back. Do ou know what I mean? It shouldn't be like we're doing it as a tokenistic thing. We're doing it because it's the right thing to do. And that's what I really like about Netflix.</w:t>
      </w:r>
    </w:p>
    <w:p>
      <w:pPr>
        <w:spacing w:after="0"/>
      </w:pPr>
    </w:p>
    <w:p>
      <w:pPr>
        <w:spacing w:after="0"/>
      </w:pPr>
      <w:r>
        <w:rPr>
          <w:rFonts w:ascii="Arial" w:hAnsi="Arial"/>
          <w:b/>
          <w:sz w:val="22"/>
        </w:rPr>
        <w:t xml:space="preserve">Leo  </w:t>
      </w:r>
      <w:r>
        <w:rPr>
          <w:rFonts w:ascii="Arial" w:hAnsi="Arial"/>
          <w:color w:val="5D7284"/>
          <w:sz w:val="22"/>
        </w:rPr>
        <w:t>16:15</w:t>
      </w:r>
    </w:p>
    <w:p>
      <w:pPr>
        <w:spacing w:after="0"/>
      </w:pPr>
      <w:r>
        <w:rPr>
          <w:rFonts w:ascii="Arial" w:hAnsi="Arial"/>
          <w:sz w:val="22"/>
        </w:rPr>
        <w:t>Yep, if it's alright I'd like to come in? (Lucy) Yeah. Well actually the thing is with Netflix it's not a one off. We're not involved in this. But Heartbreak High, is actually the new re-run, the whole character of Queenie and my brain had gone into a bit of a zombie state, which is my curse for the more thing though someone will enlighten me on the actor. Although i think it's Chloe Hayden. Happy to be corrected in editorials or whatever. But actually, there was some poetic justice for her, she went from going to creditising to getting an award as an independent woman for her right. so it's nice to see A) Netflix is doing this and actually B) It's all the stuff that is going on. There's a lot of quiet efforts, both by Netflix and by other production companies to try and redress the balance. I think it's safe to say we're quietly getting there, although actually what's been happening in.. and perhaps we will come to the end of what has been the actors tunnel vision. That was the thing about the whole sort of music thing we were treading. I mean you wonder if the whole...if Sia had played we're more..we're far more heads up.. heads up play and while she may have insulted autistic people but it's almost like people generally get have an idea run with it, build up momentum behind It. And when they come into contact. And let's be honest a community that had it's fears it's going to sort of it rears up. (Lucy) Yeah. And they will get the venue and the thing's viral, out as they did with music. So when a production company whether they or whether Netflix or dare I say "it's the reason I jump" which I also consulted on as well as the Heartbreak High and others. And actually the documentary, I need to really strengthen up on my Disability viewing gym (Lucy laughs) like crip camp get like duelly right. It's great, because actually it's about getting the voices. It is about having that conversation between perspectives, (Alice ) Hmm. Which is not so easy, but actually having been party to that is actually really, really good though. No I mean, (Lucy) Were you umm. Full credit to them</w:t>
      </w:r>
    </w:p>
    <w:p>
      <w:pPr>
        <w:spacing w:after="0"/>
      </w:pPr>
    </w:p>
    <w:p>
      <w:pPr>
        <w:spacing w:after="0"/>
      </w:pPr>
      <w:r>
        <w:rPr>
          <w:rFonts w:ascii="Arial" w:hAnsi="Arial"/>
          <w:b/>
          <w:sz w:val="22"/>
        </w:rPr>
        <w:t xml:space="preserve">Lucy  </w:t>
      </w:r>
      <w:r>
        <w:rPr>
          <w:rFonts w:ascii="Arial" w:hAnsi="Arial"/>
          <w:color w:val="5D7284"/>
          <w:sz w:val="22"/>
        </w:rPr>
        <w:t>20:10</w:t>
      </w:r>
    </w:p>
    <w:p>
      <w:pPr>
        <w:spacing w:after="0"/>
      </w:pPr>
      <w:r>
        <w:rPr>
          <w:rFonts w:ascii="Arial" w:hAnsi="Arial"/>
          <w:sz w:val="22"/>
        </w:rPr>
        <w:t>Were you nervous Leo about... You know before you read the script for I used to be famous were you nervous about reading it and wondering what you might find?</w:t>
      </w:r>
    </w:p>
    <w:p>
      <w:pPr>
        <w:spacing w:after="0"/>
      </w:pPr>
    </w:p>
    <w:p>
      <w:pPr>
        <w:spacing w:after="0"/>
      </w:pPr>
      <w:r>
        <w:rPr>
          <w:rFonts w:ascii="Arial" w:hAnsi="Arial"/>
          <w:b/>
          <w:sz w:val="22"/>
        </w:rPr>
        <w:t xml:space="preserve">Alice  </w:t>
      </w:r>
      <w:r>
        <w:rPr>
          <w:rFonts w:ascii="Arial" w:hAnsi="Arial"/>
          <w:color w:val="5D7284"/>
          <w:sz w:val="22"/>
        </w:rPr>
        <w:t>20:20</w:t>
      </w:r>
    </w:p>
    <w:p>
      <w:pPr>
        <w:spacing w:after="0"/>
      </w:pPr>
      <w:r>
        <w:rPr>
          <w:rFonts w:ascii="Arial" w:hAnsi="Arial"/>
          <w:sz w:val="22"/>
        </w:rPr>
        <w:t>Like god what's gonna happen? How bad is It gonna be?(lucy) Because of..</w:t>
      </w:r>
    </w:p>
    <w:p>
      <w:pPr>
        <w:spacing w:after="0"/>
      </w:pPr>
    </w:p>
    <w:p>
      <w:pPr>
        <w:spacing w:after="0"/>
      </w:pPr>
      <w:r>
        <w:rPr>
          <w:rFonts w:ascii="Arial" w:hAnsi="Arial"/>
          <w:b/>
          <w:sz w:val="22"/>
        </w:rPr>
        <w:t xml:space="preserve">Lucy  </w:t>
      </w:r>
      <w:r>
        <w:rPr>
          <w:rFonts w:ascii="Arial" w:hAnsi="Arial"/>
          <w:color w:val="5D7284"/>
          <w:sz w:val="22"/>
        </w:rPr>
        <w:t>20:23</w:t>
      </w:r>
    </w:p>
    <w:p>
      <w:pPr>
        <w:spacing w:after="0"/>
      </w:pPr>
      <w:r>
        <w:rPr>
          <w:rFonts w:ascii="Arial" w:hAnsi="Arial"/>
          <w:sz w:val="22"/>
        </w:rPr>
        <w:t>music and because of Sia's portrayal of autistic people were you nervous? or you know...</w:t>
      </w:r>
    </w:p>
    <w:p>
      <w:pPr>
        <w:spacing w:after="0"/>
      </w:pPr>
    </w:p>
    <w:p>
      <w:pPr>
        <w:spacing w:after="0"/>
      </w:pPr>
      <w:r>
        <w:rPr>
          <w:rFonts w:ascii="Arial" w:hAnsi="Arial"/>
          <w:b/>
          <w:sz w:val="22"/>
        </w:rPr>
        <w:t xml:space="preserve">Leo  </w:t>
      </w:r>
      <w:r>
        <w:rPr>
          <w:rFonts w:ascii="Arial" w:hAnsi="Arial"/>
          <w:color w:val="5D7284"/>
          <w:sz w:val="22"/>
        </w:rPr>
        <w:t>20:29</w:t>
      </w:r>
    </w:p>
    <w:p>
      <w:pPr>
        <w:spacing w:after="0"/>
      </w:pPr>
      <w:r>
        <w:rPr>
          <w:rFonts w:ascii="Arial" w:hAnsi="Arial"/>
          <w:sz w:val="22"/>
        </w:rPr>
        <w:t>I don't think that way, it sort of weird script review. I mean This is actually where I sort of take that analyst view. Infact put it this way at the time I was the autism access specialist then atually won the Employee of the Year award for that. But here's the thing, when I'm sort of analyzing the sort of reviews and plays. It almost the night with of quiet relief for me, (Lucy) Yes. No offence to my day job, it has a really interesting exploration of human people whether employed or typically will then themselves (Lucy) Yeah. But this one is actually really.... effectively I'm attending the version of a technical match official as much as anything. (Lucy) Yeah. I'm sort of looking, I'm sort of analyzing..sort of is there anything to flag? Is there anything not to flag? Where do I sort of he'll do perspective in regard to looks of an autistic person themselves and wrote a script I'd be having to give priority, more priority. And equally it's about that balance between stories being told, including ones that might be sort of dare I say it, not pleasant stories and depiction but also making sure that that depiction is sort of accurate and actually where it could be expanded on. I think the thing was, where "I used to be famous", and no event to be, through Eddie Steinberg and  Connor who were brilliant people to actually responded to my feedback, really. It's also how to put it. And I'm just trying to find the words here,  (Lucy) It's alright. It's about sort of finding It that balance, there will still be to be told. (Lucy) Yeah. And I mean, they did not... And, of course, I want to see stories being told, I want to see perspective coming together and talking about it, people talking about each other that's been going on from time immemorial. And it will be an echo chamber if we didn't talk about each other. But when I'm doing that script review. If it's all done casting the own image over what is actually there, then that's when the run is at. And That is when I mean, disabled people and autistic people rightly howl in anguish. Howl in fear as much as anguish and when you don't want to reinforce what's going on.</w:t>
      </w:r>
    </w:p>
    <w:p>
      <w:pPr>
        <w:spacing w:after="0"/>
      </w:pPr>
    </w:p>
    <w:p>
      <w:pPr>
        <w:spacing w:after="0"/>
      </w:pPr>
      <w:r>
        <w:rPr>
          <w:rFonts w:ascii="Arial" w:hAnsi="Arial"/>
          <w:b/>
          <w:sz w:val="22"/>
        </w:rPr>
        <w:t xml:space="preserve">Lucy  </w:t>
      </w:r>
      <w:r>
        <w:rPr>
          <w:rFonts w:ascii="Arial" w:hAnsi="Arial"/>
          <w:color w:val="5D7284"/>
          <w:sz w:val="22"/>
        </w:rPr>
        <w:t>24:03</w:t>
      </w:r>
    </w:p>
    <w:p>
      <w:pPr>
        <w:spacing w:after="0"/>
      </w:pPr>
      <w:r>
        <w:rPr>
          <w:rFonts w:ascii="Arial" w:hAnsi="Arial"/>
          <w:sz w:val="22"/>
        </w:rPr>
        <w:t>I suppose as well Leo, there's no you know, there's nothing to be worried about until you've read it and gone this is absolutely terrible, but I'm going to tell you why it's terrible. Rather than going, "Oh, my god, tis going to be awful". And then get into it and go" Actually, it wasn't that bad".Yeah</w:t>
      </w:r>
    </w:p>
    <w:p>
      <w:pPr>
        <w:spacing w:after="0"/>
      </w:pPr>
    </w:p>
    <w:p>
      <w:pPr>
        <w:spacing w:after="0"/>
      </w:pPr>
      <w:r>
        <w:rPr>
          <w:rFonts w:ascii="Arial" w:hAnsi="Arial"/>
          <w:b/>
          <w:sz w:val="22"/>
        </w:rPr>
        <w:t xml:space="preserve">Alice  </w:t>
      </w:r>
      <w:r>
        <w:rPr>
          <w:rFonts w:ascii="Arial" w:hAnsi="Arial"/>
          <w:color w:val="5D7284"/>
          <w:sz w:val="22"/>
        </w:rPr>
        <w:t>24:16</w:t>
      </w:r>
    </w:p>
    <w:p>
      <w:pPr>
        <w:spacing w:after="0"/>
      </w:pPr>
      <w:r>
        <w:rPr>
          <w:rFonts w:ascii="Arial" w:hAnsi="Arial"/>
          <w:sz w:val="22"/>
        </w:rPr>
        <w:t>And I think I like the point that you're making there Leo about. It's not just the fact that we're telling autistic and disabled stories, that it's it's what stories about autism and disability that we're telling. Because I think that there is certainly a umm.. there is definitely a trope of I mean, particularly with a lot of physical disabilities you see, films that time and time again, show people becoming disabled and then overcoming their disability by, (Lucy) Yeah. You know, doing something and if those are not the... Although those may be the experiences of some people that people become disabled, and then still work to achieve something, we had Dan Metcalf on who is a previously able bodied now, I think paralyzed from the waist down. (Lucy) Er yeah. Diver (Lucy) Yes. And,  he came on and he told his story and his story could very much be the story of somebody overcoming their disability. But actually hearing him tell it, the way he told it. It was a story of somebody determined to do this diving thing, because that was what he wanted to do. (Lucy) Yeah. And he was going to do It, regardless of what other people said. And I think it's, you know, it's partly because he's the one going around telling that story rather than, you know, I can just imagine the way That somebody who Did not have that lived experience of disability might see that story (Lucy) Oh yeah. and tell story as inspirational</w:t>
      </w:r>
    </w:p>
    <w:p>
      <w:pPr>
        <w:spacing w:after="0"/>
      </w:pPr>
    </w:p>
    <w:p>
      <w:pPr>
        <w:spacing w:after="0"/>
      </w:pPr>
      <w:r>
        <w:rPr>
          <w:rFonts w:ascii="Arial" w:hAnsi="Arial"/>
          <w:b/>
          <w:sz w:val="22"/>
        </w:rPr>
        <w:t xml:space="preserve">Lucy  </w:t>
      </w:r>
      <w:r>
        <w:rPr>
          <w:rFonts w:ascii="Arial" w:hAnsi="Arial"/>
          <w:color w:val="5D7284"/>
          <w:sz w:val="22"/>
        </w:rPr>
        <w:t>26:05</w:t>
      </w:r>
    </w:p>
    <w:p>
      <w:pPr>
        <w:spacing w:after="0"/>
      </w:pPr>
      <w:r>
        <w:rPr>
          <w:rFonts w:ascii="Arial" w:hAnsi="Arial"/>
          <w:sz w:val="22"/>
        </w:rPr>
        <w:t>They would have put Coldplay all over it! all over it!. You just know that umm yeah, it's because that story. And that's what I like about This podcast, actually, we give space to people to tell their own story. So if they do want to make it sound like something inspirational, that's absolutely fine. It's their story to tell, so long as they're telling it. Do you know what I mean? and it's their... You know, everybody's got their own story and it's their story to tell, nobody should then take that story and then make it into something that that person is not comfortable with.</w:t>
      </w:r>
    </w:p>
    <w:p>
      <w:pPr>
        <w:spacing w:after="0"/>
      </w:pPr>
    </w:p>
    <w:p>
      <w:pPr>
        <w:spacing w:after="0"/>
      </w:pPr>
      <w:r>
        <w:rPr>
          <w:rFonts w:ascii="Arial" w:hAnsi="Arial"/>
          <w:b/>
          <w:sz w:val="22"/>
        </w:rPr>
        <w:t xml:space="preserve">Alice  </w:t>
      </w:r>
      <w:r>
        <w:rPr>
          <w:rFonts w:ascii="Arial" w:hAnsi="Arial"/>
          <w:color w:val="5D7284"/>
          <w:sz w:val="22"/>
        </w:rPr>
        <w:t>26:40</w:t>
      </w:r>
    </w:p>
    <w:p>
      <w:pPr>
        <w:spacing w:after="0"/>
      </w:pPr>
      <w:r>
        <w:rPr>
          <w:rFonts w:ascii="Arial" w:hAnsi="Arial"/>
          <w:sz w:val="22"/>
        </w:rPr>
        <w:t>And I think that's one of the really interesting things about script writing is that It so often starts off as an individual story, but It does build and become such a collaborative thing. And again, picking up on what you were talking about Leo is that if this is a person's story, you do have to give priority to if this is someone telling their own story. Even if you think this is not my experience, this is not what I think, you know, or how I feel that I would have reacted in this situation or how they should be presented. But if It is an individual's perspective of that story,that they've lived themselves, then you're Right, we should absolutely be giving that should be the thing that gets given the space. Yeah.</w:t>
      </w:r>
    </w:p>
    <w:p>
      <w:pPr>
        <w:spacing w:after="0"/>
      </w:pPr>
    </w:p>
    <w:p>
      <w:pPr>
        <w:spacing w:after="0"/>
      </w:pPr>
      <w:r>
        <w:rPr>
          <w:rFonts w:ascii="Arial" w:hAnsi="Arial"/>
          <w:b/>
          <w:sz w:val="22"/>
        </w:rPr>
        <w:t xml:space="preserve">Leo  </w:t>
      </w:r>
      <w:r>
        <w:rPr>
          <w:rFonts w:ascii="Arial" w:hAnsi="Arial"/>
          <w:color w:val="5D7284"/>
          <w:sz w:val="22"/>
        </w:rPr>
        <w:t>27:26</w:t>
      </w:r>
    </w:p>
    <w:p>
      <w:pPr>
        <w:spacing w:after="0"/>
      </w:pPr>
      <w:r>
        <w:rPr>
          <w:rFonts w:ascii="Arial" w:hAnsi="Arial"/>
          <w:sz w:val="22"/>
        </w:rPr>
        <w:t>Yeah. And it's tending to note that when, when they were ,,Steinberg, when he was actually writing the original script, It was about his former experiences of being in a boy band though of course they thought the reason why I write I used to be famous is because it's really about people helping each other Absolutely. And it's a diversity of people that can help each other this way going the main sort of  character actually goes to go into a sort of, Disability, a sort of drum  drumming band and it's nice to see  people including all from the autistic bit  actually playing their part because it's about showing where people fit into that great human landscape that is humanity  let alone autistic people and disabled people , its about really it's showing where  things meet and merge together because really with with creative writing, It will always be and writing creative writing of any sort ,what we did, something that I won't go in to sympathise with   myself, but there's all the but the problem is the thought the the challenges when its sort of dealing with this sort of  pressure though the arena that we come into again, we were talking about the time of the Rugby League World Cups plural. Lets put It This way I dont  want people to be intimidated by the thought to the point of running away and and bottling things up. Because  that create its own  trap. But I Do want that  respect shown and that willingness to seek out understanding that goes in  because whether you're autistic or any other form of wider disability  I've got tinnitus in my right ear by the way, though I have to be respectful  around that label is all about that risk or  non disabled, you have to show that profound mutual  respect while telling your own story its  about heads up play and that's where sometimes and that's where the Flashpoint can be, It may be in my earlier point but that's fair , its  about we all want to see good stories we all want to be entertained. I mean, I could go into the whole disabled people the  power of that purple pounds or the thing but we, we go to , we go to plays , we go to all sorts , I mean, I wouldn't before this podcast, I went to the  beautiful, My Neighbor Totoro and that was wonderful. But we all but we don't want prequels or the what happened and It It feeling like we're laboring under a perspective that really is not just we can't argue against this perpective  we will disagree with this perspective. But we cannot. But we're feeling suffocated by This perspective. And that's where we've, we've had, let's say, the trouble. Well intentioned stuff ,like  lets say Rain man. And that's where the trouble at.</w:t>
      </w:r>
    </w:p>
    <w:p>
      <w:pPr>
        <w:spacing w:after="0"/>
      </w:pPr>
    </w:p>
    <w:p>
      <w:pPr>
        <w:spacing w:after="0"/>
      </w:pPr>
      <w:r>
        <w:rPr>
          <w:rFonts w:ascii="Arial" w:hAnsi="Arial"/>
          <w:b/>
          <w:sz w:val="22"/>
        </w:rPr>
        <w:t xml:space="preserve">Lucy  </w:t>
      </w:r>
      <w:r>
        <w:rPr>
          <w:rFonts w:ascii="Arial" w:hAnsi="Arial"/>
          <w:color w:val="5D7284"/>
          <w:sz w:val="22"/>
        </w:rPr>
        <w:t>31:45</w:t>
      </w:r>
    </w:p>
    <w:p>
      <w:pPr>
        <w:spacing w:after="0"/>
      </w:pPr>
      <w:r>
        <w:rPr>
          <w:rFonts w:ascii="Arial" w:hAnsi="Arial"/>
          <w:sz w:val="22"/>
        </w:rPr>
        <w:t>yah, yah, yah, yah, yah.</w:t>
      </w:r>
    </w:p>
    <w:p>
      <w:pPr>
        <w:spacing w:after="0"/>
      </w:pPr>
    </w:p>
    <w:p>
      <w:pPr>
        <w:spacing w:after="0"/>
      </w:pPr>
      <w:r>
        <w:rPr>
          <w:rFonts w:ascii="Arial" w:hAnsi="Arial"/>
          <w:b/>
          <w:sz w:val="22"/>
        </w:rPr>
        <w:t xml:space="preserve">Alice  </w:t>
      </w:r>
      <w:r>
        <w:rPr>
          <w:rFonts w:ascii="Arial" w:hAnsi="Arial"/>
          <w:color w:val="5D7284"/>
          <w:sz w:val="22"/>
        </w:rPr>
        <w:t>31:48</w:t>
      </w:r>
    </w:p>
    <w:p>
      <w:pPr>
        <w:spacing w:after="0"/>
      </w:pPr>
      <w:r>
        <w:rPr>
          <w:rFonts w:ascii="Arial" w:hAnsi="Arial"/>
          <w:sz w:val="22"/>
        </w:rPr>
        <w:t xml:space="preserve">Yah, yes.  As part of my master's degree, I looked at the representation of aging and disabled men in Hollywood cinema. And I did  I wrote an essay about a movie called I Am Sam. Which stars Oh, Jesus, what's His name? Oh, I'm gonna I'm sorry, I'm gonna have to Google It because my brain Has got its the guy who used to be married to Madonna. </w:t>
      </w:r>
    </w:p>
    <w:p>
      <w:pPr>
        <w:spacing w:after="0"/>
      </w:pPr>
    </w:p>
    <w:p>
      <w:pPr>
        <w:spacing w:after="0"/>
      </w:pPr>
      <w:r>
        <w:rPr>
          <w:rFonts w:ascii="Arial" w:hAnsi="Arial"/>
          <w:b/>
          <w:sz w:val="22"/>
        </w:rPr>
        <w:t xml:space="preserve">Lucy  </w:t>
      </w:r>
      <w:r>
        <w:rPr>
          <w:rFonts w:ascii="Arial" w:hAnsi="Arial"/>
          <w:color w:val="5D7284"/>
          <w:sz w:val="22"/>
        </w:rPr>
        <w:t>32:22</w:t>
      </w:r>
    </w:p>
    <w:p>
      <w:pPr>
        <w:spacing w:after="0"/>
      </w:pPr>
      <w:r>
        <w:rPr>
          <w:rFonts w:ascii="Arial" w:hAnsi="Arial"/>
          <w:sz w:val="22"/>
        </w:rPr>
        <w:t>Shan Penn Shaun Penn yes just call me Lucy Wikipedia. Guy Ritchie</w:t>
      </w:r>
    </w:p>
    <w:p>
      <w:pPr>
        <w:spacing w:after="0"/>
      </w:pPr>
    </w:p>
    <w:p>
      <w:pPr>
        <w:spacing w:after="0"/>
      </w:pPr>
      <w:r>
        <w:rPr>
          <w:rFonts w:ascii="Arial" w:hAnsi="Arial"/>
          <w:b/>
          <w:sz w:val="22"/>
        </w:rPr>
        <w:t xml:space="preserve">Alice  </w:t>
      </w:r>
      <w:r>
        <w:rPr>
          <w:rFonts w:ascii="Arial" w:hAnsi="Arial"/>
          <w:color w:val="5D7284"/>
          <w:sz w:val="22"/>
        </w:rPr>
        <w:t>32:29</w:t>
      </w:r>
    </w:p>
    <w:p>
      <w:pPr>
        <w:spacing w:after="0"/>
      </w:pPr>
      <w:r>
        <w:rPr>
          <w:rFonts w:ascii="Arial" w:hAnsi="Arial"/>
          <w:sz w:val="22"/>
        </w:rPr>
        <w:t>So, I wrote an essay about a movie called I Am Sam, which stars Sean Penn as a person. with a neuro  neurodiversity. It's not clear what whether It is autism, whether he's got learning Disability, whether it's something else who accidentally fathers  a child, and brings his child, you know, raising his child as any responsible father would do. and there are, there's a lot of effort put into that film, to sort of try and make It look like. there's one bit in particular, where he's, he's with a non disabled person, and they go for breakfast, and she's talking about how he can be difficult and he can be a bit awkward. and you know, he needs to That it's hard to kind of manage his specific needs and then she sits there and orders the most ridiculous like, I'll have an omelet, but I only want egg whites.and I don't want this and I do want this and you know, something very over the top</w:t>
      </w:r>
    </w:p>
    <w:p>
      <w:pPr>
        <w:spacing w:after="0"/>
      </w:pPr>
    </w:p>
    <w:p>
      <w:pPr>
        <w:spacing w:after="0"/>
      </w:pPr>
      <w:r>
        <w:rPr>
          <w:rFonts w:ascii="Arial" w:hAnsi="Arial"/>
          <w:b/>
          <w:sz w:val="22"/>
        </w:rPr>
        <w:t xml:space="preserve">Lucy  </w:t>
      </w:r>
      <w:r>
        <w:rPr>
          <w:rFonts w:ascii="Arial" w:hAnsi="Arial"/>
          <w:color w:val="5D7284"/>
          <w:sz w:val="22"/>
        </w:rPr>
        <w:t>33:40</w:t>
      </w:r>
    </w:p>
    <w:p>
      <w:pPr>
        <w:spacing w:after="0"/>
      </w:pPr>
      <w:r>
        <w:rPr>
          <w:rFonts w:ascii="Arial" w:hAnsi="Arial"/>
          <w:sz w:val="22"/>
        </w:rPr>
        <w:t>and a coffee with stevia in It and all This kind of stuffYeah.</w:t>
      </w:r>
    </w:p>
    <w:p>
      <w:pPr>
        <w:spacing w:after="0"/>
      </w:pPr>
    </w:p>
    <w:p>
      <w:pPr>
        <w:spacing w:after="0"/>
      </w:pPr>
      <w:r>
        <w:rPr>
          <w:rFonts w:ascii="Arial" w:hAnsi="Arial"/>
          <w:b/>
          <w:sz w:val="22"/>
        </w:rPr>
        <w:t xml:space="preserve">Alice  </w:t>
      </w:r>
      <w:r>
        <w:rPr>
          <w:rFonts w:ascii="Arial" w:hAnsi="Arial"/>
          <w:color w:val="5D7284"/>
          <w:sz w:val="22"/>
        </w:rPr>
        <w:t>33:42</w:t>
      </w:r>
    </w:p>
    <w:p>
      <w:pPr>
        <w:spacing w:after="0"/>
      </w:pPr>
      <w:r>
        <w:rPr>
          <w:rFonts w:ascii="Arial" w:hAnsi="Arial"/>
          <w:sz w:val="22"/>
        </w:rPr>
        <w:t>um it's, and I remember watching It at the time and thinking, I absolutely see the point you're trying to make Here, but You Are making It in a very cackhanded LUCY:Youre making a messof it Alice You really are And It was really a huge part of the reason they were making such a mess of It was because that was not a story being told by a person who has actually lived and experienced neurodiversity. It was and It was played by Sean Penn, who's you know, a very good actor, but he doesn't have neurodiversity. No, he doesn't know. You know, he shouldn't be playing a neurodiverse person.</w:t>
      </w:r>
    </w:p>
    <w:p>
      <w:pPr>
        <w:spacing w:after="0"/>
      </w:pPr>
    </w:p>
    <w:p>
      <w:pPr>
        <w:spacing w:after="0"/>
      </w:pPr>
      <w:r>
        <w:rPr>
          <w:rFonts w:ascii="Arial" w:hAnsi="Arial"/>
          <w:b/>
          <w:sz w:val="22"/>
        </w:rPr>
        <w:t xml:space="preserve">Lucy  </w:t>
      </w:r>
      <w:r>
        <w:rPr>
          <w:rFonts w:ascii="Arial" w:hAnsi="Arial"/>
          <w:color w:val="5D7284"/>
          <w:sz w:val="22"/>
        </w:rPr>
        <w:t>34:29</w:t>
      </w:r>
    </w:p>
    <w:p>
      <w:pPr>
        <w:spacing w:after="0"/>
      </w:pPr>
      <w:r>
        <w:rPr>
          <w:rFonts w:ascii="Arial" w:hAnsi="Arial"/>
          <w:sz w:val="22"/>
        </w:rPr>
        <w:t>Well, I think we what I really sorry, Alice, what I really liked about the scene, the scene, the drawing the drawing scenes in I used to be famous. were my favorite of all of the film. I loved It because It was the like you say It was the It was a bit like different aspects of the Disability community coming together and being represented. So It wasn't just about autism. Autism was the thing that was centre stage but you you got the sense that the people who were writing the  film wanted to include everybody, or at least have flashes of including everybody. I actually actually made me want to join a drumming group. I was like, Mom, can I buy a drum? And she's like, No. But I they I think It was the level of I got a sense of like, everybody understood. Everybody else, even though t;hey were going through their own difficulties. you know what I mean? That that's what I really, really liked about the film. It was just It just it's like a warm hug You make It? Oh, yeah.</w:t>
      </w:r>
    </w:p>
    <w:p>
      <w:pPr>
        <w:spacing w:after="0"/>
      </w:pPr>
    </w:p>
    <w:p>
      <w:pPr>
        <w:spacing w:after="0"/>
      </w:pPr>
      <w:r>
        <w:rPr>
          <w:rFonts w:ascii="Arial" w:hAnsi="Arial"/>
          <w:b/>
          <w:sz w:val="22"/>
        </w:rPr>
        <w:t xml:space="preserve">Alice  </w:t>
      </w:r>
      <w:r>
        <w:rPr>
          <w:rFonts w:ascii="Arial" w:hAnsi="Arial"/>
          <w:color w:val="5D7284"/>
          <w:sz w:val="22"/>
        </w:rPr>
        <w:t>35:37</w:t>
      </w:r>
    </w:p>
    <w:p>
      <w:pPr>
        <w:spacing w:after="0"/>
      </w:pPr>
      <w:r>
        <w:rPr>
          <w:rFonts w:ascii="Arial" w:hAnsi="Arial"/>
          <w:sz w:val="22"/>
        </w:rPr>
        <w:t>Is That allyship? Isn't It, What we, we talked about with Melissa when She was on It, just because you do not have that direct experience, It is respecting a person enough to say, this is your story, I'm gonna listen to It, I'm going to learn from It. Rather than going, I'm going to tell your story, I'm going to tell you what you should be taking away from that story and taking the power away.</w:t>
      </w:r>
    </w:p>
    <w:p>
      <w:pPr>
        <w:spacing w:after="0"/>
      </w:pPr>
    </w:p>
    <w:p>
      <w:pPr>
        <w:spacing w:after="0"/>
      </w:pPr>
      <w:r>
        <w:rPr>
          <w:rFonts w:ascii="Arial" w:hAnsi="Arial"/>
          <w:b/>
          <w:sz w:val="22"/>
        </w:rPr>
        <w:t xml:space="preserve">Lucy  </w:t>
      </w:r>
      <w:r>
        <w:rPr>
          <w:rFonts w:ascii="Arial" w:hAnsi="Arial"/>
          <w:color w:val="5D7284"/>
          <w:sz w:val="22"/>
        </w:rPr>
        <w:t>36:07</w:t>
      </w:r>
    </w:p>
    <w:p>
      <w:pPr>
        <w:spacing w:after="0"/>
      </w:pPr>
      <w:r>
        <w:rPr>
          <w:rFonts w:ascii="Arial" w:hAnsi="Arial"/>
          <w:sz w:val="22"/>
        </w:rPr>
        <w:t xml:space="preserve"> I've said before. I've said sorry Leo, I've said before that, you know, I love listening to somebody or being an ally might make people uncomfortable in the first instance. But it's a process you have to go through. Because I think, I think when you want to be an ally, and the first step is listening to people's stories, but when you really do have to listen, and you have to say like, you have to listen and when people are saying, you know, like, like with Melissa, As a person of color, I find this really difficult because of the color of my skin. I think people who want to be allies, they automatically or people who are trying to be allies, I should say in the first instance, they automatically want to go. But I'm not like that. do you know what I mean? And it's not a case of the person telling you, this is my experience. they don't want the person who's listening to go, I'm not like that. I'm not like that. Because it's hard</w:t>
      </w:r>
    </w:p>
    <w:p>
      <w:pPr>
        <w:spacing w:after="0"/>
      </w:pPr>
    </w:p>
    <w:p>
      <w:pPr>
        <w:spacing w:after="0"/>
      </w:pPr>
      <w:r>
        <w:rPr>
          <w:rFonts w:ascii="Arial" w:hAnsi="Arial"/>
          <w:b/>
          <w:sz w:val="22"/>
        </w:rPr>
        <w:t xml:space="preserve">Alice  </w:t>
      </w:r>
      <w:r>
        <w:rPr>
          <w:rFonts w:ascii="Arial" w:hAnsi="Arial"/>
          <w:color w:val="5D7284"/>
          <w:sz w:val="22"/>
        </w:rPr>
        <w:t>37:10</w:t>
      </w:r>
    </w:p>
    <w:p>
      <w:pPr>
        <w:spacing w:after="0"/>
      </w:pPr>
      <w:r>
        <w:rPr>
          <w:rFonts w:ascii="Arial" w:hAnsi="Arial"/>
          <w:sz w:val="22"/>
        </w:rPr>
        <w:t>Its hard when, you know, if somebody is telling you their story, and you sit there and you think, but I'm outside, you know, you're talking about the difficulties of your community, and I'm not in your community, and I bear some responsibility for the difficulties that your community is experiencing, because of, you know, things I have participated in privileges that I have got, or even just, you know, the sheer happenstance of the fact that you you happen to be born into, you know, the white community or into a wealthy community is hard. It's hard to not almost people feel guilty and that makes people defensive.</w:t>
      </w:r>
    </w:p>
    <w:p>
      <w:pPr>
        <w:spacing w:after="0"/>
      </w:pPr>
    </w:p>
    <w:p>
      <w:pPr>
        <w:spacing w:after="0"/>
      </w:pPr>
      <w:r>
        <w:rPr>
          <w:rFonts w:ascii="Arial" w:hAnsi="Arial"/>
          <w:b/>
          <w:sz w:val="22"/>
        </w:rPr>
        <w:t xml:space="preserve">Lucy  </w:t>
      </w:r>
      <w:r>
        <w:rPr>
          <w:rFonts w:ascii="Arial" w:hAnsi="Arial"/>
          <w:color w:val="5D7284"/>
          <w:sz w:val="22"/>
        </w:rPr>
        <w:t>37:52</w:t>
      </w:r>
    </w:p>
    <w:p>
      <w:pPr>
        <w:spacing w:after="0"/>
      </w:pPr>
      <w:r>
        <w:rPr>
          <w:rFonts w:ascii="Arial" w:hAnsi="Arial"/>
          <w:sz w:val="22"/>
        </w:rPr>
        <w:t>Yes, that that is that's what I was trying to say, yes. well, done It Saturday morning, I'm very tired. But yeah, people go, they go well, yeah, but I'm not I'm not like that. and we don't when you when you are trying to be an ally, we don't want our allies going. But I'm not like that  ALICE: it doesnt help anybody.LUCY  No, no. And we're not going to shout at you. because previously you've been like that  because now you are actually wanted to sit down and listen to us and you're making an effort to be the change that I  was gonna say be the change you want to see in the world. But you know what I mean, you're making an effort to listen to our stories, and it's, it's unpicking, and unlearning all of the stuff that society has told you about minority groups.</w:t>
      </w:r>
    </w:p>
    <w:p>
      <w:pPr>
        <w:spacing w:after="0"/>
      </w:pPr>
    </w:p>
    <w:p>
      <w:pPr>
        <w:spacing w:after="0"/>
      </w:pPr>
      <w:r>
        <w:rPr>
          <w:rFonts w:ascii="Arial" w:hAnsi="Arial"/>
          <w:b/>
          <w:sz w:val="22"/>
        </w:rPr>
        <w:t xml:space="preserve">Alice  </w:t>
      </w:r>
      <w:r>
        <w:rPr>
          <w:rFonts w:ascii="Arial" w:hAnsi="Arial"/>
          <w:color w:val="5D7284"/>
          <w:sz w:val="22"/>
        </w:rPr>
        <w:t>38:40</w:t>
      </w:r>
    </w:p>
    <w:p>
      <w:pPr>
        <w:spacing w:after="0"/>
      </w:pPr>
      <w:r>
        <w:rPr>
          <w:rFonts w:ascii="Arial" w:hAnsi="Arial"/>
          <w:sz w:val="22"/>
        </w:rPr>
        <w:t>Have you Lea with your work in in script reviewing in the past? Have you ever come across worked with people who have you know, brought brought scripts to the National Autistic Society in more of a tick boxing capacity as if you've then fed back to them? And they've gone? Oh, well, we're going to do our way anyway.</w:t>
      </w:r>
    </w:p>
    <w:p>
      <w:pPr>
        <w:spacing w:after="0"/>
      </w:pPr>
    </w:p>
    <w:p>
      <w:pPr>
        <w:spacing w:after="0"/>
      </w:pPr>
      <w:r>
        <w:rPr>
          <w:rFonts w:ascii="Arial" w:hAnsi="Arial"/>
          <w:b/>
          <w:sz w:val="22"/>
        </w:rPr>
        <w:t xml:space="preserve">Leo  </w:t>
      </w:r>
      <w:r>
        <w:rPr>
          <w:rFonts w:ascii="Arial" w:hAnsi="Arial"/>
          <w:color w:val="5D7284"/>
          <w:sz w:val="22"/>
        </w:rPr>
        <w:t>39:04</w:t>
      </w:r>
    </w:p>
    <w:p>
      <w:pPr>
        <w:spacing w:after="0"/>
      </w:pPr>
      <w:r>
        <w:rPr>
          <w:rFonts w:ascii="Arial" w:hAnsi="Arial"/>
          <w:sz w:val="22"/>
        </w:rPr>
        <w:t>Let's say That 1/3 and wonders, I will sort of  avoid my injury. I'm  sorry sort of  to  cut across you Alice earlier. But actually what you were, I think the point is, that er  actually, um you're saying is really we need to get the disabled people into writing here. Because with luck. I'm great. I'm really happy  that I get the chance to review these scripts. But I mean, put it this way. and actually, you are reminding me of one thing that I did review all of us know and we see It and all of a brilliant play on the contrary, but really It allmost like that, sort of yeah, you're doing something right? Youre saying that sort of these things happen. But you're doing It in such a clunky ham fisted way that Its almost like its an opportunity loss.</w:t>
      </w:r>
    </w:p>
    <w:p>
      <w:pPr>
        <w:spacing w:after="0"/>
      </w:pPr>
    </w:p>
    <w:p>
      <w:pPr>
        <w:spacing w:after="0"/>
      </w:pPr>
      <w:r>
        <w:rPr>
          <w:rFonts w:ascii="Arial" w:hAnsi="Arial"/>
          <w:b/>
          <w:sz w:val="22"/>
        </w:rPr>
        <w:t xml:space="preserve">Alice  </w:t>
      </w:r>
      <w:r>
        <w:rPr>
          <w:rFonts w:ascii="Arial" w:hAnsi="Arial"/>
          <w:color w:val="5D7284"/>
          <w:sz w:val="22"/>
        </w:rPr>
        <w:t>40:15</w:t>
      </w:r>
    </w:p>
    <w:p>
      <w:pPr>
        <w:spacing w:after="0"/>
      </w:pPr>
      <w:r>
        <w:rPr>
          <w:rFonts w:ascii="Arial" w:hAnsi="Arial"/>
          <w:sz w:val="22"/>
        </w:rPr>
        <w:t xml:space="preserve"> Yeah, yeah, it's almost feels like It does more damage than It does help.</w:t>
      </w:r>
    </w:p>
    <w:p>
      <w:pPr>
        <w:spacing w:after="0"/>
      </w:pPr>
    </w:p>
    <w:p>
      <w:pPr>
        <w:spacing w:after="0"/>
      </w:pPr>
      <w:r>
        <w:rPr>
          <w:rFonts w:ascii="Arial" w:hAnsi="Arial"/>
          <w:b/>
          <w:sz w:val="22"/>
        </w:rPr>
        <w:t xml:space="preserve">Leo  </w:t>
      </w:r>
      <w:r>
        <w:rPr>
          <w:rFonts w:ascii="Arial" w:hAnsi="Arial"/>
          <w:color w:val="5D7284"/>
          <w:sz w:val="22"/>
        </w:rPr>
        <w:t>40:21</w:t>
      </w:r>
    </w:p>
    <w:p>
      <w:pPr>
        <w:spacing w:after="0"/>
      </w:pPr>
      <w:r>
        <w:rPr>
          <w:rFonts w:ascii="Arial" w:hAnsi="Arial"/>
          <w:sz w:val="22"/>
        </w:rPr>
        <w:t>Yeah, that's the thing, it's almost in and this is the  thing. there's on the whole, It tends to be a sort  theres rare time where I put my foot forcefully  down, but if I had to then, I will put it this way and if theres something  to highlight or I can section then  I will It will, It will be  flagged equally. if there then a limit  to my knowledge as a singular autistic person. Then  I will flag that too because of this is the kind of thing that can happen and does happen. So I think we really I think you you're all making some um you are both making them excellent points about our  logic about these or the role of how we get that more understated  thing. And that is why I liked Leo Long, actually being Stevie and actually visit his  journey and end  up becoming a strong ally. It's done realistically Its done in a way that encouarages  getting the both of these people not becoming the saviour of each other which is almost the thing  we get .LUCY: Yeah. some times. Yeah, but I actually getting that much more subtlety and they say autistic people don't do we subtlety? Well, we don't have the time but we do actually when It counts.LUCY: Yeah,! LEO:believe me.</w:t>
      </w:r>
    </w:p>
    <w:p>
      <w:pPr>
        <w:spacing w:after="0"/>
      </w:pPr>
    </w:p>
    <w:p>
      <w:pPr>
        <w:spacing w:after="0"/>
      </w:pPr>
      <w:r>
        <w:rPr>
          <w:rFonts w:ascii="Arial" w:hAnsi="Arial"/>
          <w:b/>
          <w:sz w:val="22"/>
        </w:rPr>
        <w:t xml:space="preserve">Lucy  </w:t>
      </w:r>
      <w:r>
        <w:rPr>
          <w:rFonts w:ascii="Arial" w:hAnsi="Arial"/>
          <w:color w:val="5D7284"/>
          <w:sz w:val="22"/>
        </w:rPr>
        <w:t>42:10</w:t>
      </w:r>
    </w:p>
    <w:p>
      <w:pPr>
        <w:spacing w:after="0"/>
      </w:pPr>
      <w:r>
        <w:rPr>
          <w:rFonts w:ascii="Arial" w:hAnsi="Arial"/>
          <w:sz w:val="22"/>
        </w:rPr>
        <w:t>What I liked,  Sorry, Alice, what I liked about film sorry, is is the fact that the character used to be a pop star, I can't remember what his name was in the film was Vince?, I think, I think it's Vince. Yeah. He goes on a bit of a journey. So like he, he is introduced to the autistic character and they get on very well and, you know, making a bit of headway, and they're both benefiting from the friendship. And then something happens in the film, which sort of takes a bit of a turn and then at the end of the film, he kind of realizes that actually, hes been a bit of a dick. And, and so I like the fact that It wasn't straight. It's not a straightforward. It's not straightforward story of, you know, he met this autistic person, and, and everything was better. It shows that he got learning to do and he was, you know, as the story progresses, you see that in, you know, everybody makes mistakes, you know, me and Alice as, as podcast hosts, we've said things and gone about things in, you know, it's been a learning process for us this podcast, hasn't It? You know, where we've got actually, that's, you know, different to what I thought,</w:t>
      </w:r>
    </w:p>
    <w:p>
      <w:pPr>
        <w:spacing w:after="0"/>
      </w:pPr>
    </w:p>
    <w:p>
      <w:pPr>
        <w:spacing w:after="0"/>
      </w:pPr>
      <w:r>
        <w:rPr>
          <w:rFonts w:ascii="Arial" w:hAnsi="Arial"/>
          <w:b/>
          <w:sz w:val="22"/>
        </w:rPr>
        <w:t xml:space="preserve">Alice  </w:t>
      </w:r>
      <w:r>
        <w:rPr>
          <w:rFonts w:ascii="Arial" w:hAnsi="Arial"/>
          <w:color w:val="5D7284"/>
          <w:sz w:val="22"/>
        </w:rPr>
        <w:t>43:37</w:t>
      </w:r>
    </w:p>
    <w:p>
      <w:pPr>
        <w:spacing w:after="0"/>
      </w:pPr>
      <w:r>
        <w:rPr>
          <w:rFonts w:ascii="Arial" w:hAnsi="Arial"/>
          <w:sz w:val="22"/>
        </w:rPr>
        <w:t>yeah, we've both in I think I certainly have talked about times within my personal life as well, where I have looked back on things I've said and done and gone that actually that was not very inclusive, that was not very supportive and I think, again, haven't seen the end of the film. Yeah.LUCY:sorry i dont want to spoil it there for you Alice I think it's, I think that what what really shows is just the it's one of the most important elements of ally ship is sometimes holding your hand. It's that difference between what you were talking about loosely about people being defensive, and people going, I'm sorry, I did the wrong thing tell me what to do that's right.LUCY: Yeah. How do I fix It?LUCY: Yeah,ALICE: let let me listen to your feedback, rather than continuing barreling forward in my life and continuing to make the same mistake.</w:t>
      </w:r>
    </w:p>
    <w:p>
      <w:pPr>
        <w:spacing w:after="0"/>
      </w:pPr>
    </w:p>
    <w:p>
      <w:pPr>
        <w:spacing w:after="0"/>
      </w:pPr>
      <w:r>
        <w:rPr>
          <w:rFonts w:ascii="Arial" w:hAnsi="Arial"/>
          <w:b/>
          <w:sz w:val="22"/>
        </w:rPr>
        <w:t xml:space="preserve">Lucy  </w:t>
      </w:r>
      <w:r>
        <w:rPr>
          <w:rFonts w:ascii="Arial" w:hAnsi="Arial"/>
          <w:color w:val="5D7284"/>
          <w:sz w:val="22"/>
        </w:rPr>
        <w:t>44:32</w:t>
      </w:r>
    </w:p>
    <w:p>
      <w:pPr>
        <w:spacing w:after="0"/>
      </w:pPr>
      <w:r>
        <w:rPr>
          <w:rFonts w:ascii="Arial" w:hAnsi="Arial"/>
          <w:sz w:val="22"/>
        </w:rPr>
        <w:t>So at the time of recording episode last night was children in need and there is a lot of talk within the disabled community about how children in need is a little bit what's the best way what's the best term  to use the way they go about portraying Disability and disabled people to in order to get funds for the charity?  Can, can be potentially quite damaging to the portrayal of disabled people in general as a society. they, some erm , there was an article somewhere was written yesterday before the charity, evening started. and Children in Need responded to the claims that, you know, is potentially damaging and I will probably do an episode about this a bit further down the line. It is in the pipeline somewhere in the back of my head. But there Children In  Needs response was basically, yeah, we've listened. We we understand, but we understand the issues. But we're going to do like this anyway. because we've been doing It since the 80s and it's worked so far. So yeah, that's the kind of, and this is when when we were talking about ally ship, there are, in my view, there are ways That Children In  Need could be improved. I'm not saying we have to cancel children in need. Don't come for me. I'm not saying that. But there are ways we could improve the..</w:t>
      </w:r>
    </w:p>
    <w:p>
      <w:pPr>
        <w:spacing w:after="0"/>
      </w:pPr>
    </w:p>
    <w:p>
      <w:pPr>
        <w:spacing w:after="0"/>
      </w:pPr>
      <w:r>
        <w:rPr>
          <w:rFonts w:ascii="Arial" w:hAnsi="Arial"/>
          <w:b/>
          <w:sz w:val="22"/>
        </w:rPr>
        <w:t xml:space="preserve">Alice  </w:t>
      </w:r>
      <w:r>
        <w:rPr>
          <w:rFonts w:ascii="Arial" w:hAnsi="Arial"/>
          <w:color w:val="5D7284"/>
          <w:sz w:val="22"/>
        </w:rPr>
        <w:t>46:08</w:t>
      </w:r>
    </w:p>
    <w:p>
      <w:pPr>
        <w:spacing w:after="0"/>
      </w:pPr>
      <w:r>
        <w:rPr>
          <w:rFonts w:ascii="Arial" w:hAnsi="Arial"/>
          <w:sz w:val="22"/>
        </w:rPr>
        <w:t xml:space="preserve"> wake up and pudsey's at the end of your bed club, I Hear you've been saying bad things about me!.</w:t>
      </w:r>
    </w:p>
    <w:p>
      <w:pPr>
        <w:spacing w:after="0"/>
      </w:pPr>
    </w:p>
    <w:p>
      <w:pPr>
        <w:spacing w:after="0"/>
      </w:pPr>
      <w:r>
        <w:rPr>
          <w:rFonts w:ascii="Arial" w:hAnsi="Arial"/>
          <w:b/>
          <w:sz w:val="22"/>
        </w:rPr>
        <w:t xml:space="preserve">Lucy  </w:t>
      </w:r>
      <w:r>
        <w:rPr>
          <w:rFonts w:ascii="Arial" w:hAnsi="Arial"/>
          <w:color w:val="5D7284"/>
          <w:sz w:val="22"/>
        </w:rPr>
        <w:t>46:14</w:t>
      </w:r>
    </w:p>
    <w:p>
      <w:pPr>
        <w:spacing w:after="0"/>
      </w:pPr>
      <w:r>
        <w:rPr>
          <w:rFonts w:ascii="Arial" w:hAnsi="Arial"/>
          <w:sz w:val="22"/>
        </w:rPr>
        <w:t>Yeah. Do you want me to get do you want me to take your eye out like me? Yeah, so in my eyes, there are there are better ways that could be improved to get them the, you know, support of the general public, for children in need and I completely understand why children in needs exists but it's that whole allyship thing like you were talking about Alice of listening, when somebody's telling you, maybe don't do It like that, maybe do like this, that's better</w:t>
      </w:r>
    </w:p>
    <w:p>
      <w:pPr>
        <w:spacing w:after="0"/>
      </w:pPr>
    </w:p>
    <w:p>
      <w:pPr>
        <w:spacing w:after="0"/>
      </w:pPr>
      <w:r>
        <w:rPr>
          <w:rFonts w:ascii="Arial" w:hAnsi="Arial"/>
          <w:b/>
          <w:sz w:val="22"/>
        </w:rPr>
        <w:t xml:space="preserve">Alice  </w:t>
      </w:r>
      <w:r>
        <w:rPr>
          <w:rFonts w:ascii="Arial" w:hAnsi="Arial"/>
          <w:color w:val="5D7284"/>
          <w:sz w:val="22"/>
        </w:rPr>
        <w:t>46:43</w:t>
      </w:r>
    </w:p>
    <w:p>
      <w:pPr>
        <w:spacing w:after="0"/>
      </w:pPr>
      <w:r>
        <w:rPr>
          <w:rFonts w:ascii="Arial" w:hAnsi="Arial"/>
          <w:sz w:val="22"/>
        </w:rPr>
        <w:t>Especially when it's the people who are who who live It. I do wonder sometimes if people in some of these huge scale organizations who are, like I said, barreling ahead with sort of their, their, their decisions, whether they would be more inclined to listen to a non disabled person than they would  to the disabled community and It</w:t>
      </w:r>
    </w:p>
    <w:p>
      <w:pPr>
        <w:spacing w:after="0"/>
      </w:pPr>
    </w:p>
    <w:p>
      <w:pPr>
        <w:spacing w:after="0"/>
      </w:pPr>
      <w:r>
        <w:rPr>
          <w:rFonts w:ascii="Arial" w:hAnsi="Arial"/>
          <w:b/>
          <w:sz w:val="22"/>
        </w:rPr>
        <w:t xml:space="preserve">Lucy  </w:t>
      </w:r>
      <w:r>
        <w:rPr>
          <w:rFonts w:ascii="Arial" w:hAnsi="Arial"/>
          <w:color w:val="5D7284"/>
          <w:sz w:val="22"/>
        </w:rPr>
        <w:t>47:09</w:t>
      </w:r>
    </w:p>
    <w:p>
      <w:pPr>
        <w:spacing w:after="0"/>
      </w:pPr>
      <w:r>
        <w:rPr>
          <w:rFonts w:ascii="Arial" w:hAnsi="Arial"/>
          <w:sz w:val="22"/>
        </w:rPr>
        <w:t>just makes me wonder whether they get so far away from what they're doing that you go. Okay, yeah, but it's worked like this for years. Well, just because it's worked like this for years, the times have changed since the 80s. Do you know what I mean? I think maybe it's time for a refreshed look at It and get, you know, get voices of disabled people on the board within the charity, who actually know what it's like to be a child in need in brown</w:t>
      </w:r>
    </w:p>
    <w:p>
      <w:pPr>
        <w:spacing w:after="0"/>
      </w:pPr>
    </w:p>
    <w:p>
      <w:pPr>
        <w:spacing w:after="0"/>
      </w:pPr>
      <w:r>
        <w:rPr>
          <w:rFonts w:ascii="Arial" w:hAnsi="Arial"/>
          <w:b/>
          <w:sz w:val="22"/>
        </w:rPr>
        <w:t xml:space="preserve">Alice  </w:t>
      </w:r>
      <w:r>
        <w:rPr>
          <w:rFonts w:ascii="Arial" w:hAnsi="Arial"/>
          <w:color w:val="5D7284"/>
          <w:sz w:val="22"/>
        </w:rPr>
        <w:t>47:35</w:t>
      </w:r>
    </w:p>
    <w:p>
      <w:pPr>
        <w:spacing w:after="0"/>
      </w:pPr>
      <w:r>
        <w:rPr>
          <w:rFonts w:ascii="Arial" w:hAnsi="Arial"/>
          <w:sz w:val="22"/>
        </w:rPr>
        <w:t>again, that's, that's what It comes back to time again, this is just involving the people whose stories you are telling.</w:t>
      </w:r>
    </w:p>
    <w:p>
      <w:pPr>
        <w:spacing w:after="0"/>
      </w:pPr>
    </w:p>
    <w:p>
      <w:pPr>
        <w:spacing w:after="0"/>
      </w:pPr>
      <w:r>
        <w:rPr>
          <w:rFonts w:ascii="Arial" w:hAnsi="Arial"/>
          <w:b/>
          <w:sz w:val="22"/>
        </w:rPr>
        <w:t xml:space="preserve">Lucy  </w:t>
      </w:r>
      <w:r>
        <w:rPr>
          <w:rFonts w:ascii="Arial" w:hAnsi="Arial"/>
          <w:color w:val="5D7284"/>
          <w:sz w:val="22"/>
        </w:rPr>
        <w:t>47:42</w:t>
      </w:r>
    </w:p>
    <w:p>
      <w:pPr>
        <w:spacing w:after="0"/>
      </w:pPr>
      <w:r>
        <w:rPr>
          <w:rFonts w:ascii="Arial" w:hAnsi="Arial"/>
          <w:sz w:val="22"/>
        </w:rPr>
        <w:t>Absolutely. Yeah.</w:t>
      </w:r>
    </w:p>
    <w:p>
      <w:pPr>
        <w:spacing w:after="0"/>
      </w:pPr>
    </w:p>
    <w:p>
      <w:pPr>
        <w:spacing w:after="0"/>
      </w:pPr>
      <w:r>
        <w:rPr>
          <w:rFonts w:ascii="Arial" w:hAnsi="Arial"/>
          <w:b/>
          <w:sz w:val="22"/>
        </w:rPr>
        <w:t xml:space="preserve">Leo  </w:t>
      </w:r>
      <w:r>
        <w:rPr>
          <w:rFonts w:ascii="Arial" w:hAnsi="Arial"/>
          <w:color w:val="5D7284"/>
          <w:sz w:val="22"/>
        </w:rPr>
        <w:t>47:44</w:t>
      </w:r>
    </w:p>
    <w:p>
      <w:pPr>
        <w:spacing w:after="0"/>
      </w:pPr>
      <w:r>
        <w:rPr>
          <w:rFonts w:ascii="Arial" w:hAnsi="Arial"/>
          <w:sz w:val="22"/>
        </w:rPr>
        <w:t>If I could come in here, because what you guys are hitting on, you're talking about allies here. But there's another word that actually generally speaking in the wider... in the autism and wider disability sort of communities, and that's conception. and I think that conception, and I can't really comment on Gildan indeed, I was watching rugby, (Lucy and Alice laugh)</w:t>
      </w:r>
    </w:p>
    <w:p>
      <w:pPr>
        <w:spacing w:after="0"/>
      </w:pPr>
    </w:p>
    <w:p>
      <w:pPr>
        <w:spacing w:after="0"/>
      </w:pPr>
      <w:r>
        <w:rPr>
          <w:rFonts w:ascii="Arial" w:hAnsi="Arial"/>
          <w:b/>
          <w:sz w:val="22"/>
        </w:rPr>
        <w:t xml:space="preserve">Alice  </w:t>
      </w:r>
      <w:r>
        <w:rPr>
          <w:rFonts w:ascii="Arial" w:hAnsi="Arial"/>
          <w:color w:val="5D7284"/>
          <w:sz w:val="22"/>
        </w:rPr>
        <w:t>48:12</w:t>
      </w:r>
    </w:p>
    <w:p>
      <w:pPr>
        <w:spacing w:after="0"/>
      </w:pPr>
      <w:r>
        <w:rPr>
          <w:rFonts w:ascii="Arial" w:hAnsi="Arial"/>
          <w:sz w:val="22"/>
        </w:rPr>
        <w:t>Leo knows where his priorities are (Lucy laughs)</w:t>
      </w:r>
    </w:p>
    <w:p>
      <w:pPr>
        <w:spacing w:after="0"/>
      </w:pPr>
    </w:p>
    <w:p>
      <w:pPr>
        <w:spacing w:after="0"/>
      </w:pPr>
      <w:r>
        <w:rPr>
          <w:rFonts w:ascii="Arial" w:hAnsi="Arial"/>
          <w:b/>
          <w:sz w:val="22"/>
        </w:rPr>
        <w:t xml:space="preserve">Leo  </w:t>
      </w:r>
      <w:r>
        <w:rPr>
          <w:rFonts w:ascii="Arial" w:hAnsi="Arial"/>
          <w:color w:val="5D7284"/>
          <w:sz w:val="22"/>
        </w:rPr>
        <w:t>48:16</w:t>
      </w:r>
    </w:p>
    <w:p>
      <w:pPr>
        <w:spacing w:after="0"/>
      </w:pPr>
      <w:r>
        <w:rPr>
          <w:rFonts w:ascii="Arial" w:hAnsi="Arial"/>
          <w:sz w:val="22"/>
        </w:rPr>
        <w:t>Yeah, put It this way. I, I pay my dues to other charities, but have to be sort of careful. But here's a serious point though, I'd say that one of the challenges around people generally if conception, and this sometimes affects and it's safe to say I reading generally that this can be something that cropped up in my day job as a job coach, and perhaps also in script review. It the conception of people from a particular point of view, and this is the thing people get, sometimes what happens is that people get caught up in their own conception. And That means, when it's almost become to the point of being at risk of causing controversy immaculate and when that though, that compounds the problem that actually they know maybe because they've had sort of experience of their own. They may be parent or that kind of thing, that they know it all and theres nothing left to learn. (Alice) Hmm. And that lets say where I try and do, I've got to be careful between my professional and my personal soap box. Other forces come into play, we know about sidling and the social internet, but that conception can be sort of coordinates their own eco check. (Lucy) Yeah. And I think actually, what we should be really encouraging is people who recognize the limits of their own conception. And it goes for all of us where sort of the day by day, speaking more widely. And anyway, I do go into my own. My via slightly into words in all capacity we're all citizens in a democratic society. We have our own sort of views and It almost predicts the convergence that it comes into. And this is the thing, really with this all representation and depiction of autistic people or disabled people, how do we acknowledge where the thought of depiction of the past got us? but also move on from them. (Lucy) Yeah. Because I think that's what's coming out with children in need, and personally, and that where perhaps in representation, we have to sort of make a strong point, and while giving credit to those who see past their own conceptions, and I mean, in vein of "I used to be famous" one of the characters that it would really like to see grow was the character of Amber, the mother, (Lucy) Hmm. Because it wasn't this all powerful conception of the mother being the sort of supreme champion of the universe. It was... instead it was more, someone who was really trying to do the right thing by her son, but perhaps inadvertently crossed the line in doing so. Who, and it was nice to see her grow into this sort of three dimensional human being (Lucy) Yeah. In the same way that Stevie was (Lucy) Yeah. And how his own journey got fleshed out, because I think the current, what we've been up against is the sort of two dimensional views of it. And Tthat trapped people because being the almighty crowd stereotype. It's nice to see a creative character here because actually, one of the autistic people don't just work in IT, It almost their musicians, they're sort of charity sector workers. A survey we did in I think It was 2016 showed that actually there was interest in all sorts of industries, including the creative industry. And It also autistic people can be creatives, although it's about taking perspective and making sure that doesn't becam wholey wrecked. It may be after a period of time or it doesn't. And sort of seeing those conceptions less as sort of protemic thing, but much more fluid, it's more three dimensional being that can come into contact, that can sort of be tested, and perhaps part of a  perspective, I'm not doubting that, but also sort of come into sort of contact and perhaps learn from. Just as it does in every single field of society. (Lucy) Absolutely.</w:t>
      </w:r>
    </w:p>
    <w:p>
      <w:pPr>
        <w:spacing w:after="0"/>
      </w:pPr>
    </w:p>
    <w:p>
      <w:pPr>
        <w:spacing w:after="0"/>
      </w:pPr>
      <w:r>
        <w:rPr>
          <w:rFonts w:ascii="Arial" w:hAnsi="Arial"/>
          <w:b/>
          <w:sz w:val="22"/>
        </w:rPr>
        <w:t xml:space="preserve">Lucy  </w:t>
      </w:r>
      <w:r>
        <w:rPr>
          <w:rFonts w:ascii="Arial" w:hAnsi="Arial"/>
          <w:color w:val="5D7284"/>
          <w:sz w:val="22"/>
        </w:rPr>
        <w:t>54:00</w:t>
      </w:r>
    </w:p>
    <w:p>
      <w:pPr>
        <w:spacing w:after="0"/>
      </w:pPr>
      <w:r>
        <w:rPr>
          <w:rFonts w:ascii="Arial" w:hAnsi="Arial"/>
          <w:sz w:val="22"/>
        </w:rPr>
        <w:t>Leo, can you tell us a bit about... sorry Alice did you want to say something before I move on?</w:t>
      </w:r>
    </w:p>
    <w:p>
      <w:pPr>
        <w:spacing w:after="0"/>
      </w:pPr>
    </w:p>
    <w:p>
      <w:pPr>
        <w:spacing w:after="0"/>
      </w:pPr>
      <w:r>
        <w:rPr>
          <w:rFonts w:ascii="Arial" w:hAnsi="Arial"/>
          <w:b/>
          <w:sz w:val="22"/>
        </w:rPr>
        <w:t xml:space="preserve">Alice  </w:t>
      </w:r>
      <w:r>
        <w:rPr>
          <w:rFonts w:ascii="Arial" w:hAnsi="Arial"/>
          <w:color w:val="5D7284"/>
          <w:sz w:val="22"/>
        </w:rPr>
        <w:t>54:05</w:t>
      </w:r>
    </w:p>
    <w:p>
      <w:pPr>
        <w:spacing w:after="0"/>
      </w:pPr>
      <w:r>
        <w:rPr>
          <w:rFonts w:ascii="Arial" w:hAnsi="Arial"/>
          <w:sz w:val="22"/>
        </w:rPr>
        <w:t>I was... I was just gonna say you talked there about sort of diversity within the autistic community. And I think, I mean, obviously, I think the autistic community is actually in many ways, very representative of the rest of the society at large. (Lucy) Hmm. That it's very diverse. Anybody can be autistic, regardless of their background, their race their... you know, wealth. And the same, obviously, you talked there about the diversity of employment for people with autism. And again, I think there is absolutely this misconception that autistic people are not creative. But actually with some, you know, the people that we have spoken to on the show who are autistic, we've spoken to academics, we've spoken to journalists, we've spoken to a musician. You know, we have had a variety of people with neurodiversity on, who have got a variety of jobs and interests and personalities. You said earlier, Leo that in your in sort of other job and your other side of your life, you're a job coach for the National Autistic Society. Do you want to tell us a little bit about that?</w:t>
      </w:r>
    </w:p>
    <w:p>
      <w:pPr>
        <w:spacing w:after="0"/>
      </w:pPr>
    </w:p>
    <w:p>
      <w:pPr>
        <w:spacing w:after="0"/>
      </w:pPr>
      <w:r>
        <w:rPr>
          <w:rFonts w:ascii="Arial" w:hAnsi="Arial"/>
          <w:b/>
          <w:sz w:val="22"/>
        </w:rPr>
        <w:t xml:space="preserve">Leo  </w:t>
      </w:r>
      <w:r>
        <w:rPr>
          <w:rFonts w:ascii="Arial" w:hAnsi="Arial"/>
          <w:color w:val="5D7284"/>
          <w:sz w:val="22"/>
        </w:rPr>
        <w:t>55:27</w:t>
      </w:r>
    </w:p>
    <w:p>
      <w:pPr>
        <w:spacing w:after="0"/>
      </w:pPr>
      <w:r>
        <w:rPr>
          <w:rFonts w:ascii="Arial" w:hAnsi="Arial"/>
          <w:sz w:val="22"/>
        </w:rPr>
        <w:t>Well, I work for a programme funded by the Bloomfield Trust called Autism at work. Now we provide opportunities we're what's technically known as a candidate referral agent, now that is a nifty way of saying that we, instead of helping people to look for work, we actually provide opportunities, ranging from apprenticeships to full fledged positons for autistic people to get into work. Do Google or do them at work or look at the National Autistic Society Website, that's www.autism.org.uk to find out about us. That's the shameless plug done, (Alice &amp; Lucy laugh) and I think we're...(Alice) We're all her for shameless plugs don't worry. Brilliant! wonderful! (Alice &amp; Lucy laugh) With what I do it sort of all....... well maybe even my contact years ago at a jobcentre someone did give me that sort of idea that I laughed about it at the time,(Alice &amp; Lucy laugh) but sort of brought me into real contact with the diversity of human experience, something that actually script review helps me sort of appreciate to it sort of been before I was doing a script review before in various different guises. It's safe to say, but it's sort of actually...What it's I think both have given me is this sort of that appreciation of the diversity of the human and the whole human spectrum. And actually, what we've got with the employment rate of autistic people at currently with the Office of National Statistics at 29%. But then and, and the office for...and the wider disability rate at 53.5% I think.. we've got two things come up from it, the amount of people who want to do the right thing. And we know a lot of employers are particularly nervous about afraid of getting things wrong, which for employers who want to get very long recruitment, who are afraid of getting wrong or not knowing where to turn creatives to. And it's about sort of building those bridges, I think It almost treated ultimately as equals and the thing is really... What films like "I used to be famous" do is they open up the door and I think Leo really had been talking in media about stepping, punching through a barrier and I call it the rubber ceiling and there's any clever person who had a wonderful sort of name for it but this is our sort of version of the glass ceiling (Lucy) Yes. Because it's softer. That can probably... Rubber can be pretty hard but it can also be bouncy (Lucy) Yeah. And dealing with this, what you're finding is that autistic people and perhaps other disabled people are actually pushing, using a lot of energy does shoot through that thing, but It also in our own thing there's almost a circle of the diverse we sort of leave behind who are also disabled and this is the sort of thing that we see because I think this is  the film like "I used to be famous" mother and actually the  potential to show more perspective, including those in autistic and disabled coming together, we could really see some interesting stuff to be done. That could actually mean it's easier to weave together because I don't know what you mean. But for our part I think probably it's sometimes wesort of... I like how Stevie sort of in just the character is really not super powers or . But actually someone who got a head for music and sort of the thing that's really interesting, and we've had some interesting depiction in the past during, just hinting at something below the surface that could come up (Lucy) Hmm. But all of this reduces resistance too. And that's really that sort of reducing resistance to seeing diverse autistic people in different places across society is key, I think,(Alice) And It goes. Yeah go on...</w:t>
      </w:r>
    </w:p>
    <w:p>
      <w:pPr>
        <w:spacing w:after="0"/>
      </w:pPr>
    </w:p>
    <w:p>
      <w:pPr>
        <w:spacing w:after="0"/>
      </w:pPr>
      <w:r>
        <w:rPr>
          <w:rFonts w:ascii="Arial" w:hAnsi="Arial"/>
          <w:b/>
          <w:sz w:val="22"/>
        </w:rPr>
        <w:t xml:space="preserve">Alice  </w:t>
      </w:r>
      <w:r>
        <w:rPr>
          <w:rFonts w:ascii="Arial" w:hAnsi="Arial"/>
          <w:color w:val="5D7284"/>
          <w:sz w:val="22"/>
        </w:rPr>
        <w:t>1:01:21</w:t>
      </w:r>
    </w:p>
    <w:p>
      <w:pPr>
        <w:spacing w:after="0"/>
      </w:pPr>
      <w:r>
        <w:rPr>
          <w:rFonts w:ascii="Arial" w:hAnsi="Arial"/>
          <w:sz w:val="22"/>
        </w:rPr>
        <w:t>Sorry, Leo, it just, it opens the doors in other ways, doesn't It? if employers watch "I used to be famous", it may help them feel less afraid and less, sort of apprehensive about employing an autistic person in their you know, in their space. And that's what kind of it... we're always talking about improving and increasing representation, you know, because actually, It spreads across, you know, across other elements of society, you don't...you don't just... you learn... You don't learn something in a bubble. if some, if you're challenged, your perceptions are challenged you cannot help but take that elsewhere and apply it to other things in other elements of your life.</w:t>
      </w:r>
    </w:p>
    <w:p>
      <w:pPr>
        <w:spacing w:after="0"/>
      </w:pPr>
    </w:p>
    <w:p>
      <w:pPr>
        <w:spacing w:after="0"/>
      </w:pPr>
      <w:r>
        <w:rPr>
          <w:rFonts w:ascii="Arial" w:hAnsi="Arial"/>
          <w:b/>
          <w:sz w:val="22"/>
        </w:rPr>
        <w:t xml:space="preserve">Leo  </w:t>
      </w:r>
      <w:r>
        <w:rPr>
          <w:rFonts w:ascii="Arial" w:hAnsi="Arial"/>
          <w:color w:val="5D7284"/>
          <w:sz w:val="22"/>
        </w:rPr>
        <w:t>1:02:11</w:t>
      </w:r>
    </w:p>
    <w:p>
      <w:pPr>
        <w:spacing w:after="0"/>
      </w:pPr>
      <w:r>
        <w:rPr>
          <w:rFonts w:ascii="Arial" w:hAnsi="Arial"/>
          <w:sz w:val="22"/>
        </w:rPr>
        <w:t>(Lucy) Yeah. Japanese proverb, a frog in the world does not know the great sea. And I think It frankly, is about right, while ensuring diversity, making sure all the different wells and they actually connect up to each other and let's say there's tunnels between the wells to the great sea itself. (Alice) Hmm.  And I think it's also about the diversity of autistic people out there. We've gotten on our Website, we have lots of stories from different autistic people on the spectrum it's about autistic people saying, " Look, here's the thing we can do." And look, I'm 36 that's turning into a bit of an old fossil (Alice &amp; Lucy laugh)  with all be it learning new tricks. I'm always impressed by the younger people who come up because they're thinking more widely, ( Alice &amp; Lucy) Yeah. Pushing themselves higher and harder in some cases, although I'm not all. And that's not in a bad thing. It's almost going to places as well as the sort of  newly diagnosed, or maybe the older and later diagnosed people who are coming into the arena and sort of are still doing their thing as much as anyone else is. So it's sort of really, its representation helped two fold. (Alice) Yes. And yeah,</w:t>
      </w:r>
    </w:p>
    <w:p>
      <w:pPr>
        <w:spacing w:after="0"/>
      </w:pPr>
    </w:p>
    <w:p>
      <w:pPr>
        <w:spacing w:after="0"/>
      </w:pPr>
      <w:r>
        <w:rPr>
          <w:rFonts w:ascii="Arial" w:hAnsi="Arial"/>
          <w:b/>
          <w:sz w:val="22"/>
        </w:rPr>
        <w:t xml:space="preserve">Alice  </w:t>
      </w:r>
      <w:r>
        <w:rPr>
          <w:rFonts w:ascii="Arial" w:hAnsi="Arial"/>
          <w:color w:val="5D7284"/>
          <w:sz w:val="22"/>
        </w:rPr>
        <w:t>1:03:50</w:t>
      </w:r>
    </w:p>
    <w:p>
      <w:pPr>
        <w:spacing w:after="0"/>
      </w:pPr>
      <w:r>
        <w:rPr>
          <w:rFonts w:ascii="Arial" w:hAnsi="Arial"/>
          <w:sz w:val="22"/>
        </w:rPr>
        <w:t>And no single representation is or experiences more legitimate or more important than another. That's what it sounds like you're saying yeah.</w:t>
      </w:r>
    </w:p>
    <w:p>
      <w:pPr>
        <w:spacing w:after="0"/>
      </w:pPr>
    </w:p>
    <w:p>
      <w:pPr>
        <w:spacing w:after="0"/>
      </w:pPr>
      <w:r>
        <w:rPr>
          <w:rFonts w:ascii="Arial" w:hAnsi="Arial"/>
          <w:b/>
          <w:sz w:val="22"/>
        </w:rPr>
        <w:t xml:space="preserve">Leo  </w:t>
      </w:r>
      <w:r>
        <w:rPr>
          <w:rFonts w:ascii="Arial" w:hAnsi="Arial"/>
          <w:color w:val="5D7284"/>
          <w:sz w:val="22"/>
        </w:rPr>
        <w:t>1:04:01</w:t>
      </w:r>
    </w:p>
    <w:p>
      <w:pPr>
        <w:spacing w:after="0"/>
      </w:pPr>
      <w:r>
        <w:rPr>
          <w:rFonts w:ascii="Arial" w:hAnsi="Arial"/>
          <w:sz w:val="22"/>
        </w:rPr>
        <w:t>Yeah, because I think it will be very, very tempting to say singular experienced is only read and this where something like activism, speaking personally and all of this stuff is quite  is thinking about my own little stuff. What we will see if I ever get round to that (Lucy laughs) but this is the sort of thing I think we're back with sort of activism, we've got to tread and sometimes a line we won't get right around being oppressive than liberators. And that means on one hand, we've got non autistic people with their own perspectives. And on the other hand, autistic people we have our own sort of overarching perspective. So when with this depiction, while we've got to get the sort of representation right. We've also got to think how do we avoid sort of sidling things? because I have to say, in my role I'm not a commiter. I am not there to enforce the soul opinion of autism! or disability (Alice laughs) I am not going to say "Hello, Clovis comrade, ou must do this! assume your  and get to it! No, and I can highlight. Again they did it where the cans are bought but I cannot enforce. I think it's about, with all have this thing, the thing is about reconciling hopes and fears. And that's a brilliant thing. The productions I've been on and I've been on that have done that and got the best out of it! because it's normally about seeing each other's fears in the room and sort seeing each other's hopes too. (Lucy) Hmm. So we don't get this.... and I am getting on my soapbox here so sorry  National Autistic Society, (Alice &amp; Lucy laugh) we're in autism and disability of wider society. We Don't have this infernal. And I'd be if I weren't rephasing then  I'd be swearing about this cycle. The cycle gplural of busy scared driven people pushing on busy scared driven people. And This is the thing that happens, we saw the fallout from Music and that wasn't pleasant that was tragic. I mean, it'd be sort of plague, public gate which I have to be careful talking about but that was tragic too. I don't want to see toward people whether autistic or non autistic feel that sort of bitter taste of a line drawn on an ice hockey pitch and sort of the...all the tragedy of the comments. This why it's always, did it right full credit to Netflix to actually getting the challege for diversity right and bringing out these perspectives. (Alice) Yeah. All credit to the ones who do and we need more people like them. And actually taking further steps so we can actually get beyond lets say shallow conception and go into an in depth one. Sort of the three dimensional sort of characters, the sort of places where we haven't, where we perhaps may not have explored. Lets say the great grissly veterans of the autistic worlds or (Alice &amp; Lucy laugh) sort of the non autistic ones that I note. And I could be wrong. Perhaps the direction for contacting on TV programs or that kind of thing. Heartbreak High, from what I've heard and seen is hinting at that sort of thing. It's almost like going and maybe other programs, in fact, like perhaps those around them are actually pulling us towards that direction where we can actually talk openly. Show that clashing convergence between perspective and actually whether in autism or disability that sort of brings us into wider human territory. So that's ultimately the end game.</w:t>
      </w:r>
    </w:p>
    <w:p>
      <w:pPr>
        <w:spacing w:after="0"/>
      </w:pPr>
    </w:p>
    <w:p>
      <w:pPr>
        <w:spacing w:after="0"/>
      </w:pPr>
      <w:r>
        <w:rPr>
          <w:rFonts w:ascii="Arial" w:hAnsi="Arial"/>
          <w:b/>
          <w:sz w:val="22"/>
        </w:rPr>
        <w:t xml:space="preserve">Alice  </w:t>
      </w:r>
      <w:r>
        <w:rPr>
          <w:rFonts w:ascii="Arial" w:hAnsi="Arial"/>
          <w:color w:val="5D7284"/>
          <w:sz w:val="22"/>
        </w:rPr>
        <w:t>1:09:02</w:t>
      </w:r>
    </w:p>
    <w:p>
      <w:pPr>
        <w:spacing w:after="0"/>
      </w:pPr>
      <w:r>
        <w:rPr>
          <w:rFonts w:ascii="Arial" w:hAnsi="Arial"/>
          <w:sz w:val="22"/>
        </w:rPr>
        <w:t>Yeah. That's a really powerful message. Leo. It's nice to see how passionate you get when you get up on your soapbox.</w:t>
      </w:r>
    </w:p>
    <w:p>
      <w:pPr>
        <w:spacing w:after="0"/>
      </w:pPr>
    </w:p>
    <w:p>
      <w:pPr>
        <w:spacing w:after="0"/>
      </w:pPr>
      <w:r>
        <w:rPr>
          <w:rFonts w:ascii="Arial" w:hAnsi="Arial"/>
          <w:b/>
          <w:sz w:val="22"/>
        </w:rPr>
        <w:t xml:space="preserve">Lucy  </w:t>
      </w:r>
      <w:r>
        <w:rPr>
          <w:rFonts w:ascii="Arial" w:hAnsi="Arial"/>
          <w:color w:val="5D7284"/>
          <w:sz w:val="22"/>
        </w:rPr>
        <w:t>1:09:15</w:t>
      </w:r>
    </w:p>
    <w:p>
      <w:pPr>
        <w:spacing w:after="0"/>
      </w:pPr>
      <w:r>
        <w:rPr>
          <w:rFonts w:ascii="Arial" w:hAnsi="Arial"/>
          <w:sz w:val="22"/>
        </w:rPr>
        <w:t>No, it's been a really interesting episode and it's something that I've loved talking to you about Leo. That the sort of inner workings of how you know, you've advised on the script thing and you should be so proud because the film was absolutely brilliant and I hope you are? I hope you are proud and I you know, I hope this isn't the only sort of Netflix project you are involved with. I hope they you know, continue to work with you because you've done a fantastic job. So congratulations.</w:t>
      </w:r>
    </w:p>
    <w:p>
      <w:pPr>
        <w:spacing w:after="0"/>
      </w:pPr>
    </w:p>
    <w:p>
      <w:pPr>
        <w:spacing w:after="0"/>
      </w:pPr>
      <w:r>
        <w:rPr>
          <w:rFonts w:ascii="Arial" w:hAnsi="Arial"/>
          <w:b/>
          <w:sz w:val="22"/>
        </w:rPr>
        <w:t xml:space="preserve">Leo  </w:t>
      </w:r>
      <w:r>
        <w:rPr>
          <w:rFonts w:ascii="Arial" w:hAnsi="Arial"/>
          <w:color w:val="5D7284"/>
          <w:sz w:val="22"/>
        </w:rPr>
        <w:t>1:09:45</w:t>
      </w:r>
    </w:p>
    <w:p>
      <w:pPr>
        <w:spacing w:after="0"/>
      </w:pPr>
      <w:r>
        <w:rPr>
          <w:rFonts w:ascii="Arial" w:hAnsi="Arial"/>
          <w:sz w:val="22"/>
        </w:rPr>
        <w:t>Thank You, and look huge respect to all the cast and crew on "I used to be famous" as well as Netflix it's always.... I mean I'd also like to pay tribute to all the people and organizations who have worked with the National Autistic Society in the past who may yet come and do so. With script or viewing  that kind of thing in the future.</w:t>
      </w:r>
    </w:p>
    <w:p>
      <w:pPr>
        <w:spacing w:after="0"/>
      </w:pPr>
    </w:p>
    <w:p>
      <w:pPr>
        <w:spacing w:after="0"/>
      </w:pPr>
      <w:r>
        <w:rPr>
          <w:rFonts w:ascii="Arial" w:hAnsi="Arial"/>
          <w:b/>
          <w:sz w:val="22"/>
        </w:rPr>
        <w:t xml:space="preserve">Lucy  </w:t>
      </w:r>
      <w:r>
        <w:rPr>
          <w:rFonts w:ascii="Arial" w:hAnsi="Arial"/>
          <w:color w:val="5D7284"/>
          <w:sz w:val="22"/>
        </w:rPr>
        <w:t>1:10:21</w:t>
      </w:r>
    </w:p>
    <w:p>
      <w:pPr>
        <w:spacing w:after="0"/>
      </w:pPr>
      <w:r>
        <w:rPr>
          <w:rFonts w:ascii="Arial" w:hAnsi="Arial"/>
          <w:sz w:val="22"/>
        </w:rPr>
        <w:t>Yeah. Brilliant. (Alice) Yeah.</w:t>
      </w:r>
    </w:p>
    <w:p>
      <w:pPr>
        <w:spacing w:after="0"/>
      </w:pPr>
    </w:p>
    <w:p>
      <w:pPr>
        <w:spacing w:after="0"/>
      </w:pPr>
      <w:r>
        <w:rPr>
          <w:rFonts w:ascii="Arial" w:hAnsi="Arial"/>
          <w:b/>
          <w:sz w:val="22"/>
        </w:rPr>
        <w:t xml:space="preserve">Alice  </w:t>
      </w:r>
      <w:r>
        <w:rPr>
          <w:rFonts w:ascii="Arial" w:hAnsi="Arial"/>
          <w:color w:val="5D7284"/>
          <w:sz w:val="22"/>
        </w:rPr>
        <w:t>1:10:24</w:t>
      </w:r>
    </w:p>
    <w:p>
      <w:pPr>
        <w:spacing w:after="0"/>
      </w:pPr>
      <w:r>
        <w:rPr>
          <w:rFonts w:ascii="Arial" w:hAnsi="Arial"/>
          <w:sz w:val="22"/>
        </w:rPr>
        <w:t>It's really valuable work. I think getting people to involve and collaborate with organizations like the National Autistic Society. Leo do you want to tell our listeners where they can find you on the internet? Is there anything else specific you'd like to sort of plug before we we finish up?</w:t>
      </w:r>
    </w:p>
    <w:p>
      <w:pPr>
        <w:spacing w:after="0"/>
      </w:pPr>
    </w:p>
    <w:p>
      <w:pPr>
        <w:spacing w:after="0"/>
      </w:pPr>
      <w:r>
        <w:rPr>
          <w:rFonts w:ascii="Arial" w:hAnsi="Arial"/>
          <w:b/>
          <w:sz w:val="22"/>
        </w:rPr>
        <w:t xml:space="preserve">Leo  </w:t>
      </w:r>
      <w:r>
        <w:rPr>
          <w:rFonts w:ascii="Arial" w:hAnsi="Arial"/>
          <w:color w:val="5D7284"/>
          <w:sz w:val="22"/>
        </w:rPr>
        <w:t>1:10:49</w:t>
      </w:r>
    </w:p>
    <w:p>
      <w:pPr>
        <w:spacing w:after="0"/>
      </w:pPr>
      <w:r>
        <w:rPr>
          <w:rFonts w:ascii="Arial" w:hAnsi="Arial"/>
          <w:sz w:val="22"/>
        </w:rPr>
        <w:t>Perhaps when I actually get my own stuff done, actually done. I mean, it's save to say personally, I'm trying to cook up my own stuff on on the nose, or somewhere, but we'll see what finally that'll amounts to. I think, really, but I would say seriously, look up autism at work to see whether the position we're posting are relevant to you, we also have a scheme for hospitality called AB Care, I would like people to spread the word about that. And really, if people take anything away from this today, I'd say three things. One, really keep your head up. if your sort of doing a creative thing, it's easy to get your head down, I identify with that, but do seek out where you can and really do take that first step to come and work with us and other autistic people too. I'd also say, please, spread the word about about autism at work and AB Care and all of that. But above all, I think I'm just trying to find a word for it. I am around on LinkedIn, probably well, it will probably direct you to me, or on Twitter at  but any professional enquiries, I think around employment, I would probably direct you to my charity and but with me, I will, hey, I'm doing my best on sort of thing, then, who knows? Maybe my personal little attempt at light novels will actually turn from imagination to reality which look, theres the     of the British Interplanetary Society and it's what we're about in disability. We're trying to turn things from imagination. And in fact, in the creative arts. We're trying to turn things from imagination to create reality and we're all on the sam...e and at the end of the day, I don't want to be we're sort of one big happy family because the reality of what autism is that we can be sometimes like herding cats (Alice &amp; Lucy laugh) but are all ultimately trying to get to a good place and that's true whether we are autistic people and in soociety let's not lose sight of that people.</w:t>
      </w:r>
    </w:p>
    <w:p>
      <w:pPr>
        <w:spacing w:after="0"/>
      </w:pPr>
    </w:p>
    <w:p>
      <w:pPr>
        <w:spacing w:after="0"/>
      </w:pPr>
      <w:r>
        <w:rPr>
          <w:rFonts w:ascii="Arial" w:hAnsi="Arial"/>
          <w:b/>
          <w:sz w:val="22"/>
        </w:rPr>
        <w:t xml:space="preserve">Alice  </w:t>
      </w:r>
      <w:r>
        <w:rPr>
          <w:rFonts w:ascii="Arial" w:hAnsi="Arial"/>
          <w:color w:val="5D7284"/>
          <w:sz w:val="22"/>
        </w:rPr>
        <w:t>1:14:01</w:t>
      </w:r>
    </w:p>
    <w:p>
      <w:pPr>
        <w:spacing w:after="0"/>
      </w:pPr>
      <w:r>
        <w:rPr>
          <w:rFonts w:ascii="Arial" w:hAnsi="Arial"/>
          <w:sz w:val="22"/>
        </w:rPr>
        <w:t>Leo thank you (Lucy) Thank you Leo that was briliant. So much for joining us. (Lucy) Thank you Leo . If you send us the links to the things that you've mentioned, then we'll make sure that those are all in our show notes for our listeners and keep us posted on your personal projects. They sound very intriguing, so we'd love to sort of touch base with you again when perhaps you've started getting some stuff off the ground?</w:t>
      </w:r>
    </w:p>
    <w:p>
      <w:pPr>
        <w:spacing w:after="0"/>
      </w:pPr>
    </w:p>
    <w:p>
      <w:pPr>
        <w:spacing w:after="0"/>
      </w:pPr>
      <w:r>
        <w:rPr>
          <w:rFonts w:ascii="Arial" w:hAnsi="Arial"/>
          <w:b/>
          <w:sz w:val="22"/>
        </w:rPr>
        <w:t xml:space="preserve">Leo  </w:t>
      </w:r>
      <w:r>
        <w:rPr>
          <w:rFonts w:ascii="Arial" w:hAnsi="Arial"/>
          <w:color w:val="5D7284"/>
          <w:sz w:val="22"/>
        </w:rPr>
        <w:t>1:14:27</w:t>
      </w:r>
    </w:p>
    <w:p>
      <w:pPr>
        <w:spacing w:after="0"/>
      </w:pPr>
      <w:r>
        <w:rPr>
          <w:rFonts w:ascii="Arial" w:hAnsi="Arial"/>
          <w:sz w:val="22"/>
        </w:rPr>
        <w:t>If I can finally string things together with weird and wonderful demand. The disability and other worlds then I will do that but put it this way, look all of this is journey, I'm having weird and wonderful twist and turns in my own journey and so are everyone else. So hey, respect your journeyand huge thanks for inviting me on the programme today and huge respect, I've really enjoyed listening to you and learning a lot about things myself and just shows what both coming  together can do.</w:t>
      </w:r>
    </w:p>
    <w:p>
      <w:pPr>
        <w:spacing w:after="0"/>
      </w:pPr>
    </w:p>
    <w:p>
      <w:pPr>
        <w:spacing w:after="0"/>
      </w:pPr>
      <w:r>
        <w:rPr>
          <w:rFonts w:ascii="Arial" w:hAnsi="Arial"/>
          <w:b/>
          <w:sz w:val="22"/>
        </w:rPr>
        <w:t xml:space="preserve">Alice  </w:t>
      </w:r>
      <w:r>
        <w:rPr>
          <w:rFonts w:ascii="Arial" w:hAnsi="Arial"/>
          <w:color w:val="5D7284"/>
          <w:sz w:val="22"/>
        </w:rPr>
        <w:t>1:15:13</w:t>
      </w:r>
    </w:p>
    <w:p>
      <w:pPr>
        <w:spacing w:after="0"/>
      </w:pPr>
      <w:r>
        <w:rPr>
          <w:rFonts w:ascii="Arial" w:hAnsi="Arial"/>
          <w:sz w:val="22"/>
        </w:rPr>
        <w:t>Thank You Leo. (Lucy) Yeah. That's really kind. If listeners, you also enjoyed listening to the episode you know what to do... You can leave a review for us on Apple podcasts. I always say how important it is to leave reviews on Apple podcasts. It helps us go up on the Apple ratings chart, it helps other listeners find us. You can also rate on Spotify and of course, share the show on social media. I think that's all for this week? Lucy?</w:t>
      </w:r>
    </w:p>
    <w:p>
      <w:pPr>
        <w:spacing w:after="0"/>
      </w:pPr>
    </w:p>
    <w:p>
      <w:pPr>
        <w:spacing w:after="0"/>
      </w:pPr>
      <w:r>
        <w:rPr>
          <w:rFonts w:ascii="Arial" w:hAnsi="Arial"/>
          <w:b/>
          <w:sz w:val="22"/>
        </w:rPr>
        <w:t xml:space="preserve">Lucy  </w:t>
      </w:r>
      <w:r>
        <w:rPr>
          <w:rFonts w:ascii="Arial" w:hAnsi="Arial"/>
          <w:color w:val="5D7284"/>
          <w:sz w:val="22"/>
        </w:rPr>
        <w:t>1:15:49</w:t>
      </w:r>
    </w:p>
    <w:p>
      <w:pPr>
        <w:spacing w:after="0"/>
      </w:pPr>
      <w:r>
        <w:rPr>
          <w:rFonts w:ascii="Arial" w:hAnsi="Arial"/>
          <w:sz w:val="22"/>
        </w:rPr>
        <w:t>I do. I think so too. (laughs)</w:t>
      </w:r>
    </w:p>
    <w:p>
      <w:pPr>
        <w:spacing w:after="0"/>
      </w:pPr>
    </w:p>
    <w:p>
      <w:pPr>
        <w:spacing w:after="0"/>
      </w:pPr>
      <w:r>
        <w:rPr>
          <w:rFonts w:ascii="Arial" w:hAnsi="Arial"/>
          <w:b/>
          <w:sz w:val="22"/>
        </w:rPr>
        <w:t xml:space="preserve">Alice  </w:t>
      </w:r>
      <w:r>
        <w:rPr>
          <w:rFonts w:ascii="Arial" w:hAnsi="Arial"/>
          <w:color w:val="5D7284"/>
          <w:sz w:val="22"/>
        </w:rPr>
        <w:t>1:15:52</w:t>
      </w:r>
    </w:p>
    <w:p>
      <w:pPr>
        <w:spacing w:after="0"/>
      </w:pPr>
      <w:r>
        <w:rPr>
          <w:rFonts w:ascii="Arial" w:hAnsi="Arial"/>
          <w:sz w:val="22"/>
        </w:rPr>
        <w:t>We will see you all next time. (Alice &amp; Lucy) Buh bye. 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1:16:07</w:t>
      </w:r>
    </w:p>
    <w:p>
      <w:pPr>
        <w:spacing w:after="0"/>
      </w:pPr>
      <w:r>
        <w:rPr>
          <w:rFonts w:ascii="Arial" w:hAnsi="Arial"/>
          <w:sz w:val="22"/>
        </w:rPr>
        <w:t>This episode was edited by Adam Hull,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