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 43 Melissa Simmonds mp4</w:t>
      </w:r>
    </w:p>
    <w:p>
      <w:r>
        <w:rPr>
          <w:rFonts w:ascii="Arial" w:hAnsi="Arial"/>
          <w:color w:val="4F6880"/>
          <w:sz w:val="22"/>
        </w:rPr>
        <w:t>Mon, Jan 30, 2023 6:45PM • 1:21:43</w:t>
      </w:r>
    </w:p>
    <w:p>
      <w:pPr>
        <w:spacing w:before="440" w:after="0"/>
      </w:pPr>
      <w:r>
        <w:rPr>
          <w:rFonts w:ascii="Arial" w:hAnsi="Arial"/>
          <w:b/>
          <w:color w:val="4F6880"/>
          <w:sz w:val="22"/>
        </w:rPr>
        <w:t>SUMMARY KEYWORDS</w:t>
      </w:r>
    </w:p>
    <w:p>
      <w:r>
        <w:rPr>
          <w:rFonts w:ascii="Arial" w:hAnsi="Arial"/>
          <w:color w:val="4F6880"/>
          <w:sz w:val="22"/>
        </w:rPr>
        <w:t>people, autistic, autism, lucy, talk, person, sheffield, diagnosis, melissa, support, books, feel, alice, disability, diagnosed, understand, children, disabled, podcast, episode</w:t>
      </w:r>
    </w:p>
    <w:p>
      <w:pPr>
        <w:spacing w:before="440" w:after="0"/>
      </w:pPr>
      <w:r>
        <w:rPr>
          <w:rFonts w:ascii="Arial" w:hAnsi="Arial"/>
          <w:b/>
          <w:color w:val="4F6880"/>
          <w:sz w:val="22"/>
        </w:rPr>
        <w:t>SPEAKERS</w:t>
      </w:r>
    </w:p>
    <w:p>
      <w:r>
        <w:rPr>
          <w:rFonts w:ascii="Arial" w:hAnsi="Arial"/>
          <w:color w:val="4F6880"/>
          <w:sz w:val="22"/>
        </w:rPr>
        <w:t>Melissa, Theme Tune,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difference. I'm Lucy.</w:t>
      </w:r>
    </w:p>
    <w:p>
      <w:pPr>
        <w:spacing w:after="0"/>
      </w:pPr>
    </w:p>
    <w:p>
      <w:pPr>
        <w:spacing w:after="0"/>
      </w:pPr>
      <w:r>
        <w:rPr>
          <w:rFonts w:ascii="Arial" w:hAnsi="Arial"/>
          <w:b/>
          <w:sz w:val="22"/>
        </w:rPr>
        <w:t xml:space="preserve">Alice  </w:t>
      </w:r>
      <w:r>
        <w:rPr>
          <w:rFonts w:ascii="Arial" w:hAnsi="Arial"/>
          <w:color w:val="5D7284"/>
          <w:sz w:val="22"/>
        </w:rPr>
        <w:t>00:06</w:t>
      </w:r>
    </w:p>
    <w:p>
      <w:pPr>
        <w:spacing w:after="0"/>
      </w:pPr>
      <w:r>
        <w:rPr>
          <w:rFonts w:ascii="Arial" w:hAnsi="Arial"/>
          <w:sz w:val="22"/>
        </w:rPr>
        <w:t>And I'm Alice and (dog barks) 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Although I might not fit in socially, we all live our differently lives differently. Kaleidoscope identity, cos this is who i'm meant to be. I'm just labled me. I'm just labled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 Hello everyone and welcome to another episode of The lABLEd Podcast with me, Alice and my co host Lucy.</w:t>
      </w:r>
    </w:p>
    <w:p>
      <w:pPr>
        <w:spacing w:after="0"/>
      </w:pPr>
    </w:p>
    <w:p>
      <w:pPr>
        <w:spacing w:after="0"/>
      </w:pPr>
      <w:r>
        <w:rPr>
          <w:rFonts w:ascii="Arial" w:hAnsi="Arial"/>
          <w:b/>
          <w:sz w:val="22"/>
        </w:rPr>
        <w:t xml:space="preserve">Lucy  </w:t>
      </w:r>
      <w:r>
        <w:rPr>
          <w:rFonts w:ascii="Arial" w:hAnsi="Arial"/>
          <w:color w:val="5D7284"/>
          <w:sz w:val="22"/>
        </w:rPr>
        <w:t>00:52</w:t>
      </w:r>
    </w:p>
    <w:p>
      <w:pPr>
        <w:spacing w:after="0"/>
      </w:pPr>
      <w:r>
        <w:rPr>
          <w:rFonts w:ascii="Arial" w:hAnsi="Arial"/>
          <w:sz w:val="22"/>
        </w:rPr>
        <w:t xml:space="preserve">Hello. </w:t>
      </w:r>
    </w:p>
    <w:p>
      <w:pPr>
        <w:spacing w:after="0"/>
      </w:pPr>
    </w:p>
    <w:p>
      <w:pPr>
        <w:spacing w:after="0"/>
      </w:pPr>
      <w:r>
        <w:rPr>
          <w:rFonts w:ascii="Arial" w:hAnsi="Arial"/>
          <w:b/>
          <w:sz w:val="22"/>
        </w:rPr>
        <w:t xml:space="preserve">Alice  </w:t>
      </w:r>
      <w:r>
        <w:rPr>
          <w:rFonts w:ascii="Arial" w:hAnsi="Arial"/>
          <w:color w:val="5D7284"/>
          <w:sz w:val="22"/>
        </w:rPr>
        <w:t>00:53</w:t>
      </w:r>
    </w:p>
    <w:p>
      <w:pPr>
        <w:spacing w:after="0"/>
      </w:pPr>
      <w:r>
        <w:rPr>
          <w:rFonts w:ascii="Arial" w:hAnsi="Arial"/>
          <w:sz w:val="22"/>
        </w:rPr>
        <w:t>Hi. How Are You?</w:t>
      </w:r>
    </w:p>
    <w:p>
      <w:pPr>
        <w:spacing w:after="0"/>
      </w:pPr>
    </w:p>
    <w:p>
      <w:pPr>
        <w:spacing w:after="0"/>
      </w:pPr>
      <w:r>
        <w:rPr>
          <w:rFonts w:ascii="Arial" w:hAnsi="Arial"/>
          <w:b/>
          <w:sz w:val="22"/>
        </w:rPr>
        <w:t xml:space="preserve">Lucy  </w:t>
      </w:r>
      <w:r>
        <w:rPr>
          <w:rFonts w:ascii="Arial" w:hAnsi="Arial"/>
          <w:color w:val="5D7284"/>
          <w:sz w:val="22"/>
        </w:rPr>
        <w:t>00:56</w:t>
      </w:r>
    </w:p>
    <w:p>
      <w:pPr>
        <w:spacing w:after="0"/>
      </w:pPr>
      <w:r>
        <w:rPr>
          <w:rFonts w:ascii="Arial" w:hAnsi="Arial"/>
          <w:sz w:val="22"/>
        </w:rPr>
        <w:t>I'm all Right. Thank You. How Are You?</w:t>
      </w:r>
    </w:p>
    <w:p>
      <w:pPr>
        <w:spacing w:after="0"/>
      </w:pPr>
    </w:p>
    <w:p>
      <w:pPr>
        <w:spacing w:after="0"/>
      </w:pPr>
      <w:r>
        <w:rPr>
          <w:rFonts w:ascii="Arial" w:hAnsi="Arial"/>
          <w:b/>
          <w:sz w:val="22"/>
        </w:rPr>
        <w:t xml:space="preserve">Alice  </w:t>
      </w:r>
      <w:r>
        <w:rPr>
          <w:rFonts w:ascii="Arial" w:hAnsi="Arial"/>
          <w:color w:val="5D7284"/>
          <w:sz w:val="22"/>
        </w:rPr>
        <w:t>00:58</w:t>
      </w:r>
    </w:p>
    <w:p>
      <w:pPr>
        <w:spacing w:after="0"/>
      </w:pPr>
      <w:r>
        <w:rPr>
          <w:rFonts w:ascii="Arial" w:hAnsi="Arial"/>
          <w:sz w:val="22"/>
        </w:rPr>
        <w:t>I'm alright, I'm feeling a little bit under the weather today. So I've got oh yeah got got all my my big lights Are all off. I've got bed socks on and a hot water bottle and it's it's helping but I think I should be curling up in bed for a little a little nap after This. But</w:t>
      </w:r>
    </w:p>
    <w:p>
      <w:pPr>
        <w:spacing w:after="0"/>
      </w:pPr>
    </w:p>
    <w:p>
      <w:pPr>
        <w:spacing w:after="0"/>
      </w:pPr>
      <w:r>
        <w:rPr>
          <w:rFonts w:ascii="Arial" w:hAnsi="Arial"/>
          <w:b/>
          <w:sz w:val="22"/>
        </w:rPr>
        <w:t xml:space="preserve">Lucy  </w:t>
      </w:r>
      <w:r>
        <w:rPr>
          <w:rFonts w:ascii="Arial" w:hAnsi="Arial"/>
          <w:color w:val="5D7284"/>
          <w:sz w:val="22"/>
        </w:rPr>
        <w:t>01:14</w:t>
      </w:r>
    </w:p>
    <w:p>
      <w:pPr>
        <w:spacing w:after="0"/>
      </w:pPr>
      <w:r>
        <w:rPr>
          <w:rFonts w:ascii="Arial" w:hAnsi="Arial"/>
          <w:sz w:val="22"/>
        </w:rPr>
        <w:t>yes, It Yeah, the weather was a bit cold.</w:t>
      </w:r>
    </w:p>
    <w:p>
      <w:pPr>
        <w:spacing w:after="0"/>
      </w:pPr>
    </w:p>
    <w:p>
      <w:pPr>
        <w:spacing w:after="0"/>
      </w:pPr>
      <w:r>
        <w:rPr>
          <w:rFonts w:ascii="Arial" w:hAnsi="Arial"/>
          <w:b/>
          <w:sz w:val="22"/>
        </w:rPr>
        <w:t xml:space="preserve">Alice  </w:t>
      </w:r>
      <w:r>
        <w:rPr>
          <w:rFonts w:ascii="Arial" w:hAnsi="Arial"/>
          <w:color w:val="5D7284"/>
          <w:sz w:val="22"/>
        </w:rPr>
        <w:t>01:17</w:t>
      </w:r>
    </w:p>
    <w:p>
      <w:pPr>
        <w:spacing w:after="0"/>
      </w:pPr>
      <w:r>
        <w:rPr>
          <w:rFonts w:ascii="Arial" w:hAnsi="Arial"/>
          <w:sz w:val="22"/>
        </w:rPr>
        <w:t>Just yeah, it's it's definitely feels like a retreat and hide under the duvet season.</w:t>
      </w:r>
    </w:p>
    <w:p>
      <w:pPr>
        <w:spacing w:after="0"/>
      </w:pPr>
    </w:p>
    <w:p>
      <w:pPr>
        <w:spacing w:after="0"/>
      </w:pPr>
      <w:r>
        <w:rPr>
          <w:rFonts w:ascii="Arial" w:hAnsi="Arial"/>
          <w:b/>
          <w:sz w:val="22"/>
        </w:rPr>
        <w:t xml:space="preserve">Lucy  </w:t>
      </w:r>
      <w:r>
        <w:rPr>
          <w:rFonts w:ascii="Arial" w:hAnsi="Arial"/>
          <w:color w:val="5D7284"/>
          <w:sz w:val="22"/>
        </w:rPr>
        <w:t>01:23</w:t>
      </w:r>
    </w:p>
    <w:p>
      <w:pPr>
        <w:spacing w:after="0"/>
      </w:pPr>
      <w:r>
        <w:rPr>
          <w:rFonts w:ascii="Arial" w:hAnsi="Arial"/>
          <w:sz w:val="22"/>
        </w:rPr>
        <w:t>It's coming, isn't It?</w:t>
      </w:r>
    </w:p>
    <w:p>
      <w:pPr>
        <w:spacing w:after="0"/>
      </w:pPr>
    </w:p>
    <w:p>
      <w:pPr>
        <w:spacing w:after="0"/>
      </w:pPr>
      <w:r>
        <w:rPr>
          <w:rFonts w:ascii="Arial" w:hAnsi="Arial"/>
          <w:b/>
          <w:sz w:val="22"/>
        </w:rPr>
        <w:t xml:space="preserve">Alice  </w:t>
      </w:r>
      <w:r>
        <w:rPr>
          <w:rFonts w:ascii="Arial" w:hAnsi="Arial"/>
          <w:color w:val="5D7284"/>
          <w:sz w:val="22"/>
        </w:rPr>
        <w:t>01:26</w:t>
      </w:r>
    </w:p>
    <w:p>
      <w:pPr>
        <w:spacing w:after="0"/>
      </w:pPr>
      <w:r>
        <w:rPr>
          <w:rFonts w:ascii="Arial" w:hAnsi="Arial"/>
          <w:sz w:val="22"/>
        </w:rPr>
        <w:t>This episode is one of two special collaborative collaboration episodes That we Are That we're doing with the National Autistic Society we're really excited about and in a super professional fashion, I keep getting the two confused. Being completely uncertain What we're talking about who we're talking to What day it is</w:t>
      </w:r>
    </w:p>
    <w:p>
      <w:pPr>
        <w:spacing w:after="0"/>
      </w:pPr>
    </w:p>
    <w:p>
      <w:pPr>
        <w:spacing w:after="0"/>
      </w:pPr>
      <w:r>
        <w:rPr>
          <w:rFonts w:ascii="Arial" w:hAnsi="Arial"/>
          <w:b/>
          <w:sz w:val="22"/>
        </w:rPr>
        <w:t xml:space="preserve">Lucy  </w:t>
      </w:r>
      <w:r>
        <w:rPr>
          <w:rFonts w:ascii="Arial" w:hAnsi="Arial"/>
          <w:color w:val="5D7284"/>
          <w:sz w:val="22"/>
        </w:rPr>
        <w:t>01:53</w:t>
      </w:r>
    </w:p>
    <w:p>
      <w:pPr>
        <w:spacing w:after="0"/>
      </w:pPr>
      <w:r>
        <w:rPr>
          <w:rFonts w:ascii="Arial" w:hAnsi="Arial"/>
          <w:sz w:val="22"/>
        </w:rPr>
        <w:t xml:space="preserve">Alice, You talk about professionalism. Just before You press record on the screen there. My microphone fell out of its holder that's on the table twice. </w:t>
      </w:r>
    </w:p>
    <w:p>
      <w:pPr>
        <w:spacing w:after="0"/>
      </w:pPr>
    </w:p>
    <w:p>
      <w:pPr>
        <w:spacing w:after="0"/>
      </w:pPr>
      <w:r>
        <w:rPr>
          <w:rFonts w:ascii="Arial" w:hAnsi="Arial"/>
          <w:b/>
          <w:sz w:val="22"/>
        </w:rPr>
        <w:t xml:space="preserve">Alice  </w:t>
      </w:r>
      <w:r>
        <w:rPr>
          <w:rFonts w:ascii="Arial" w:hAnsi="Arial"/>
          <w:color w:val="5D7284"/>
          <w:sz w:val="22"/>
        </w:rPr>
        <w:t>02:09</w:t>
      </w:r>
    </w:p>
    <w:p>
      <w:pPr>
        <w:spacing w:after="0"/>
      </w:pPr>
      <w:r>
        <w:rPr>
          <w:rFonts w:ascii="Arial" w:hAnsi="Arial"/>
          <w:sz w:val="22"/>
        </w:rPr>
        <w:t>So speaking of our guest, I would like to introduce You all to our guest This week is Melissa Simmons. Melissa, thank You for joining us.</w:t>
      </w:r>
    </w:p>
    <w:p>
      <w:pPr>
        <w:spacing w:after="0"/>
      </w:pPr>
    </w:p>
    <w:p>
      <w:pPr>
        <w:spacing w:after="0"/>
      </w:pPr>
      <w:r>
        <w:rPr>
          <w:rFonts w:ascii="Arial" w:hAnsi="Arial"/>
          <w:b/>
          <w:sz w:val="22"/>
        </w:rPr>
        <w:t xml:space="preserve">Melissa  </w:t>
      </w:r>
      <w:r>
        <w:rPr>
          <w:rFonts w:ascii="Arial" w:hAnsi="Arial"/>
          <w:color w:val="5D7284"/>
          <w:sz w:val="22"/>
        </w:rPr>
        <w:t>02:19</w:t>
      </w:r>
    </w:p>
    <w:p>
      <w:pPr>
        <w:spacing w:after="0"/>
      </w:pPr>
      <w:r>
        <w:rPr>
          <w:rFonts w:ascii="Arial" w:hAnsi="Arial"/>
          <w:sz w:val="22"/>
        </w:rPr>
        <w:t>Thank You. I was expecting like a round of applause, like in the background. Now was expecting more more than that, you know?</w:t>
      </w:r>
    </w:p>
    <w:p>
      <w:pPr>
        <w:spacing w:after="0"/>
      </w:pPr>
    </w:p>
    <w:p>
      <w:pPr>
        <w:spacing w:after="0"/>
      </w:pPr>
      <w:r>
        <w:rPr>
          <w:rFonts w:ascii="Arial" w:hAnsi="Arial"/>
          <w:b/>
          <w:sz w:val="22"/>
        </w:rPr>
        <w:t xml:space="preserve">Alice  </w:t>
      </w:r>
      <w:r>
        <w:rPr>
          <w:rFonts w:ascii="Arial" w:hAnsi="Arial"/>
          <w:color w:val="5D7284"/>
          <w:sz w:val="22"/>
        </w:rPr>
        <w:t>02:31</w:t>
      </w:r>
    </w:p>
    <w:p>
      <w:pPr>
        <w:spacing w:after="0"/>
      </w:pPr>
      <w:r>
        <w:rPr>
          <w:rFonts w:ascii="Arial" w:hAnsi="Arial"/>
          <w:sz w:val="22"/>
        </w:rPr>
        <w:t>we'll add it in post, it's fine. Adam you'd like to put some fanfare in, That would be great. Melissa, why don't you tell our listeners a little bit about who you are and what you're up to.</w:t>
      </w:r>
    </w:p>
    <w:p>
      <w:pPr>
        <w:spacing w:after="0"/>
      </w:pPr>
    </w:p>
    <w:p>
      <w:pPr>
        <w:spacing w:after="0"/>
      </w:pPr>
      <w:r>
        <w:rPr>
          <w:rFonts w:ascii="Arial" w:hAnsi="Arial"/>
          <w:b/>
          <w:sz w:val="22"/>
        </w:rPr>
        <w:t xml:space="preserve">Melissa  </w:t>
      </w:r>
      <w:r>
        <w:rPr>
          <w:rFonts w:ascii="Arial" w:hAnsi="Arial"/>
          <w:color w:val="5D7284"/>
          <w:sz w:val="22"/>
        </w:rPr>
        <w:t>02:53</w:t>
      </w:r>
    </w:p>
    <w:p>
      <w:pPr>
        <w:spacing w:after="0"/>
      </w:pPr>
      <w:r>
        <w:rPr>
          <w:rFonts w:ascii="Arial" w:hAnsi="Arial"/>
          <w:sz w:val="22"/>
        </w:rPr>
        <w:t>Oh, gosh, it sounds like I'm doing a Tinder profile now. I don't I don't do Tinder, by the way. Not that I'm judging. It's just that I'm married, so I wouldn't be doing Tinder anyway.</w:t>
      </w:r>
    </w:p>
    <w:p>
      <w:pPr>
        <w:spacing w:after="0"/>
      </w:pPr>
    </w:p>
    <w:p>
      <w:pPr>
        <w:spacing w:after="0"/>
      </w:pPr>
      <w:r>
        <w:rPr>
          <w:rFonts w:ascii="Arial" w:hAnsi="Arial"/>
          <w:b/>
          <w:sz w:val="22"/>
        </w:rPr>
        <w:t xml:space="preserve">Alice  </w:t>
      </w:r>
      <w:r>
        <w:rPr>
          <w:rFonts w:ascii="Arial" w:hAnsi="Arial"/>
          <w:color w:val="5D7284"/>
          <w:sz w:val="22"/>
        </w:rPr>
        <w:t>03:03</w:t>
      </w:r>
    </w:p>
    <w:p>
      <w:pPr>
        <w:spacing w:after="0"/>
      </w:pPr>
      <w:r>
        <w:rPr>
          <w:rFonts w:ascii="Arial" w:hAnsi="Arial"/>
          <w:sz w:val="22"/>
        </w:rPr>
        <w:t>I think husbands tend to frown on that sort of thing don't they.</w:t>
      </w:r>
    </w:p>
    <w:p>
      <w:pPr>
        <w:spacing w:after="0"/>
      </w:pPr>
    </w:p>
    <w:p>
      <w:pPr>
        <w:spacing w:after="0"/>
      </w:pPr>
      <w:r>
        <w:rPr>
          <w:rFonts w:ascii="Arial" w:hAnsi="Arial"/>
          <w:b/>
          <w:sz w:val="22"/>
        </w:rPr>
        <w:t xml:space="preserve">Melissa  </w:t>
      </w:r>
      <w:r>
        <w:rPr>
          <w:rFonts w:ascii="Arial" w:hAnsi="Arial"/>
          <w:color w:val="5D7284"/>
          <w:sz w:val="22"/>
        </w:rPr>
        <w:t>03:06</w:t>
      </w:r>
    </w:p>
    <w:p>
      <w:pPr>
        <w:spacing w:after="0"/>
      </w:pPr>
      <w:r>
        <w:rPr>
          <w:rFonts w:ascii="Arial" w:hAnsi="Arial"/>
          <w:sz w:val="22"/>
        </w:rPr>
        <w:t>I know. What are they like aye?</w:t>
      </w:r>
    </w:p>
    <w:p>
      <w:pPr>
        <w:spacing w:after="0"/>
      </w:pPr>
    </w:p>
    <w:p>
      <w:pPr>
        <w:spacing w:after="0"/>
      </w:pPr>
      <w:r>
        <w:rPr>
          <w:rFonts w:ascii="Arial" w:hAnsi="Arial"/>
          <w:b/>
          <w:sz w:val="22"/>
        </w:rPr>
        <w:t xml:space="preserve">Alice  </w:t>
      </w:r>
      <w:r>
        <w:rPr>
          <w:rFonts w:ascii="Arial" w:hAnsi="Arial"/>
          <w:color w:val="5D7284"/>
          <w:sz w:val="22"/>
        </w:rPr>
        <w:t>03:08</w:t>
      </w:r>
    </w:p>
    <w:p>
      <w:pPr>
        <w:spacing w:after="0"/>
      </w:pPr>
      <w:r>
        <w:rPr>
          <w:rFonts w:ascii="Arial" w:hAnsi="Arial"/>
          <w:sz w:val="22"/>
        </w:rPr>
        <w:t>I know, Right. So I met my husband like, years and years.</w:t>
      </w:r>
    </w:p>
    <w:p>
      <w:pPr>
        <w:spacing w:after="0"/>
      </w:pPr>
    </w:p>
    <w:p>
      <w:pPr>
        <w:spacing w:after="0"/>
      </w:pPr>
      <w:r>
        <w:rPr>
          <w:rFonts w:ascii="Arial" w:hAnsi="Arial"/>
          <w:b/>
          <w:sz w:val="22"/>
        </w:rPr>
        <w:t xml:space="preserve">Lucy  </w:t>
      </w:r>
      <w:r>
        <w:rPr>
          <w:rFonts w:ascii="Arial" w:hAnsi="Arial"/>
          <w:color w:val="5D7284"/>
          <w:sz w:val="22"/>
        </w:rPr>
        <w:t>03:14</w:t>
      </w:r>
    </w:p>
    <w:p>
      <w:pPr>
        <w:spacing w:after="0"/>
      </w:pPr>
      <w:r>
        <w:rPr>
          <w:rFonts w:ascii="Arial" w:hAnsi="Arial"/>
          <w:sz w:val="22"/>
        </w:rPr>
        <w:t>You met your husband in a living room, didn't you?</w:t>
      </w:r>
    </w:p>
    <w:p>
      <w:pPr>
        <w:spacing w:after="0"/>
      </w:pPr>
    </w:p>
    <w:p>
      <w:pPr>
        <w:spacing w:after="0"/>
      </w:pPr>
      <w:r>
        <w:rPr>
          <w:rFonts w:ascii="Arial" w:hAnsi="Arial"/>
          <w:b/>
          <w:sz w:val="22"/>
        </w:rPr>
        <w:t xml:space="preserve">Alice  </w:t>
      </w:r>
      <w:r>
        <w:rPr>
          <w:rFonts w:ascii="Arial" w:hAnsi="Arial"/>
          <w:color w:val="5D7284"/>
          <w:sz w:val="22"/>
        </w:rPr>
        <w:t>03:16</w:t>
      </w:r>
    </w:p>
    <w:p>
      <w:pPr>
        <w:spacing w:after="0"/>
      </w:pPr>
      <w:r>
        <w:rPr>
          <w:rFonts w:ascii="Arial" w:hAnsi="Arial"/>
          <w:sz w:val="22"/>
        </w:rPr>
        <w:t xml:space="preserve">I did. Yeah. I have never done online dating. And there's a big part of me that's like, I'd really like to set up a Tinder profile just to see what like, what's going on and what all the fuss is about. </w:t>
      </w:r>
    </w:p>
    <w:p>
      <w:pPr>
        <w:spacing w:after="0"/>
      </w:pPr>
    </w:p>
    <w:p>
      <w:pPr>
        <w:spacing w:after="0"/>
      </w:pPr>
      <w:r>
        <w:rPr>
          <w:rFonts w:ascii="Arial" w:hAnsi="Arial"/>
          <w:b/>
          <w:sz w:val="22"/>
        </w:rPr>
        <w:t xml:space="preserve">Melissa  </w:t>
      </w:r>
      <w:r>
        <w:rPr>
          <w:rFonts w:ascii="Arial" w:hAnsi="Arial"/>
          <w:color w:val="5D7284"/>
          <w:sz w:val="22"/>
        </w:rPr>
        <w:t>03:27</w:t>
      </w:r>
    </w:p>
    <w:p>
      <w:pPr>
        <w:spacing w:after="0"/>
      </w:pPr>
      <w:r>
        <w:rPr>
          <w:rFonts w:ascii="Arial" w:hAnsi="Arial"/>
          <w:sz w:val="22"/>
        </w:rPr>
        <w:t>I couldn't face the rejection. I couldn't face being on there for like six months and not having one like, oh, yeah, a like or a swipe. I couldn't cope with That. So I couldn't do it</w:t>
      </w:r>
    </w:p>
    <w:p>
      <w:pPr>
        <w:spacing w:after="0"/>
      </w:pPr>
    </w:p>
    <w:p>
      <w:pPr>
        <w:spacing w:after="0"/>
      </w:pPr>
      <w:r>
        <w:rPr>
          <w:rFonts w:ascii="Arial" w:hAnsi="Arial"/>
          <w:b/>
          <w:sz w:val="22"/>
        </w:rPr>
        <w:t xml:space="preserve">Alice  </w:t>
      </w:r>
      <w:r>
        <w:rPr>
          <w:rFonts w:ascii="Arial" w:hAnsi="Arial"/>
          <w:color w:val="5D7284"/>
          <w:sz w:val="22"/>
        </w:rPr>
        <w:t>03:42</w:t>
      </w:r>
    </w:p>
    <w:p>
      <w:pPr>
        <w:spacing w:after="0"/>
      </w:pPr>
      <w:r>
        <w:rPr>
          <w:rFonts w:ascii="Arial" w:hAnsi="Arial"/>
          <w:sz w:val="22"/>
        </w:rPr>
        <w:t>I will be posting pictures of myself from like 15 to 20 years ago when I was much younger and thinner. So</w:t>
      </w:r>
    </w:p>
    <w:p>
      <w:pPr>
        <w:spacing w:after="0"/>
      </w:pPr>
    </w:p>
    <w:p>
      <w:pPr>
        <w:spacing w:after="0"/>
      </w:pPr>
      <w:r>
        <w:rPr>
          <w:rFonts w:ascii="Arial" w:hAnsi="Arial"/>
          <w:b/>
          <w:sz w:val="22"/>
        </w:rPr>
        <w:t xml:space="preserve">Melissa  </w:t>
      </w:r>
      <w:r>
        <w:rPr>
          <w:rFonts w:ascii="Arial" w:hAnsi="Arial"/>
          <w:color w:val="5D7284"/>
          <w:sz w:val="22"/>
        </w:rPr>
        <w:t>03:53</w:t>
      </w:r>
    </w:p>
    <w:p>
      <w:pPr>
        <w:spacing w:after="0"/>
      </w:pPr>
      <w:r>
        <w:rPr>
          <w:rFonts w:ascii="Arial" w:hAnsi="Arial"/>
          <w:sz w:val="22"/>
        </w:rPr>
        <w:t>well, I'm Melissa, I'm 43. I work for voluntary action, Sheffield as the adult autism coordinator, I created something called the Sheffield autism partnership network. I'm based in Sheffield, by the way and I'm autistic. And I realized I was autistic in my mid 30s. And received the diagnosis when I was I think was 35 or 36. So yeah, so for 30 plus years, I'd done something called mask. And you know, I'm paying the price for that now. So I think I think that's me in a nutshell. You know, I'm also married. And I have two kids As well.</w:t>
      </w:r>
    </w:p>
    <w:p>
      <w:pPr>
        <w:spacing w:after="0"/>
      </w:pPr>
    </w:p>
    <w:p>
      <w:pPr>
        <w:spacing w:after="0"/>
      </w:pPr>
      <w:r>
        <w:rPr>
          <w:rFonts w:ascii="Arial" w:hAnsi="Arial"/>
          <w:b/>
          <w:sz w:val="22"/>
        </w:rPr>
        <w:t xml:space="preserve">Alice  </w:t>
      </w:r>
      <w:r>
        <w:rPr>
          <w:rFonts w:ascii="Arial" w:hAnsi="Arial"/>
          <w:color w:val="5D7284"/>
          <w:sz w:val="22"/>
        </w:rPr>
        <w:t>04:52</w:t>
      </w:r>
    </w:p>
    <w:p>
      <w:pPr>
        <w:spacing w:after="0"/>
      </w:pPr>
      <w:r>
        <w:rPr>
          <w:rFonts w:ascii="Arial" w:hAnsi="Arial"/>
          <w:sz w:val="22"/>
        </w:rPr>
        <w:t>Sounds like you. That's all the basic information other than sort of your pin number and stuff. So I think</w:t>
      </w:r>
    </w:p>
    <w:p>
      <w:pPr>
        <w:spacing w:after="0"/>
      </w:pPr>
    </w:p>
    <w:p>
      <w:pPr>
        <w:spacing w:after="0"/>
      </w:pPr>
      <w:r>
        <w:rPr>
          <w:rFonts w:ascii="Arial" w:hAnsi="Arial"/>
          <w:b/>
          <w:sz w:val="22"/>
        </w:rPr>
        <w:t xml:space="preserve">Lucy  </w:t>
      </w:r>
      <w:r>
        <w:rPr>
          <w:rFonts w:ascii="Arial" w:hAnsi="Arial"/>
          <w:color w:val="5D7284"/>
          <w:sz w:val="22"/>
        </w:rPr>
        <w:t>04:59</w:t>
      </w:r>
    </w:p>
    <w:p>
      <w:pPr>
        <w:spacing w:after="0"/>
      </w:pPr>
      <w:r>
        <w:rPr>
          <w:rFonts w:ascii="Arial" w:hAnsi="Arial"/>
          <w:sz w:val="22"/>
        </w:rPr>
        <w:t>We don't need your pin number thats absolutely fine</w:t>
      </w:r>
    </w:p>
    <w:p>
      <w:pPr>
        <w:spacing w:after="0"/>
      </w:pPr>
    </w:p>
    <w:p>
      <w:pPr>
        <w:spacing w:after="0"/>
      </w:pPr>
      <w:r>
        <w:rPr>
          <w:rFonts w:ascii="Arial" w:hAnsi="Arial"/>
          <w:b/>
          <w:sz w:val="22"/>
        </w:rPr>
        <w:t xml:space="preserve">Alice  </w:t>
      </w:r>
      <w:r>
        <w:rPr>
          <w:rFonts w:ascii="Arial" w:hAnsi="Arial"/>
          <w:color w:val="5D7284"/>
          <w:sz w:val="22"/>
        </w:rPr>
        <w:t>05:03</w:t>
      </w:r>
    </w:p>
    <w:p>
      <w:pPr>
        <w:spacing w:after="0"/>
      </w:pPr>
      <w:r>
        <w:rPr>
          <w:rFonts w:ascii="Arial" w:hAnsi="Arial"/>
          <w:sz w:val="22"/>
        </w:rPr>
        <w:t>I am hearing the world is hearing increasingly about neurodiverse adults who are getting diagnosed in adulthood. What was It that sort of made you go, I want to explore this, I want to look at getting a diagnosis.</w:t>
      </w:r>
    </w:p>
    <w:p>
      <w:pPr>
        <w:spacing w:after="0"/>
      </w:pPr>
    </w:p>
    <w:p>
      <w:pPr>
        <w:spacing w:after="0"/>
      </w:pPr>
      <w:r>
        <w:rPr>
          <w:rFonts w:ascii="Arial" w:hAnsi="Arial"/>
          <w:b/>
          <w:sz w:val="22"/>
        </w:rPr>
        <w:t xml:space="preserve">Melissa  </w:t>
      </w:r>
      <w:r>
        <w:rPr>
          <w:rFonts w:ascii="Arial" w:hAnsi="Arial"/>
          <w:color w:val="5D7284"/>
          <w:sz w:val="22"/>
        </w:rPr>
        <w:t>05:21</w:t>
      </w:r>
    </w:p>
    <w:p>
      <w:pPr>
        <w:spacing w:after="0"/>
      </w:pPr>
      <w:r>
        <w:rPr>
          <w:rFonts w:ascii="Arial" w:hAnsi="Arial"/>
          <w:sz w:val="22"/>
        </w:rPr>
        <w:t>Lots of mums are diagnosed after their children are. So in that regard, I'm not dissimilar to lots of autistic mums that I know. So my son was diagnosed when he was four, and he's 17. Now, so he's diagnosed at four. And we used to attend a weekly charity called Asperges children and carers together, but they're changing the name to autism, children and carers together. But if they be its act, we just call them act, which is a double C, T. And I went every week, and It was the only space where my son could just be. And That was really nice for me. And that I started to meet little girls there, who will, what they were also autistic. And It wasn't until then I realized girls could be autistic, because I just thought It was something that happened to boys. I started to meet girls that were also autistic and started to see It in my daughter, because my daughter and son is so completely different. My son's very quiet and loved his own company. And my daughter is a World Wind of energy and opinions. And she's incredibly argumentative and militant. And so she was just so completely different, that I didn't understand that autism could look like that. So. So I then started to see It in my daughter. And in seeing It in my daughter, I saw It in myself as well. And so my daughter who's 13 now she, she received her diagnosis at age six, which I felt really guilty about because I thought, oh, gosh, she struggled for like six years, and I felt guilty about my son struggling for four. And I started to see It in myself. And when I went to my GP, thankfully, I had a GP who trusted me. So I didn't have to list a million reasons why I thought I was autistic, which I hear a lot of people have to do and You just put on the spot by GP Well, why do you think you're autistic? Well, You know, how would You really answer that question when it's who you are. And so I, I received a diagnosis, my husband and myself received a diagnosis on the same day. So the entire household is autistic. My husband and son barely say anything. And then my daughter and I we make up for that. Yeah, so we fill the space because we're very unapologetic, very argumentative, very militant. But you know, I always say that our house is full of a lot of love and a lot of laughter because people feel like autistic people don't have a sense of humour, and that we can't show affection and it's just really insulting. So our house is just full of absolutely full to the brim of laughter and love. And so, sorry, what were you gonna say?</w:t>
      </w:r>
    </w:p>
    <w:p>
      <w:pPr>
        <w:spacing w:after="0"/>
      </w:pPr>
    </w:p>
    <w:p>
      <w:pPr>
        <w:spacing w:after="0"/>
      </w:pPr>
      <w:r>
        <w:rPr>
          <w:rFonts w:ascii="Arial" w:hAnsi="Arial"/>
          <w:b/>
          <w:sz w:val="22"/>
        </w:rPr>
        <w:t xml:space="preserve">Lucy  </w:t>
      </w:r>
      <w:r>
        <w:rPr>
          <w:rFonts w:ascii="Arial" w:hAnsi="Arial"/>
          <w:color w:val="5D7284"/>
          <w:sz w:val="22"/>
        </w:rPr>
        <w:t>08:50</w:t>
      </w:r>
    </w:p>
    <w:p>
      <w:pPr>
        <w:spacing w:after="0"/>
      </w:pPr>
      <w:r>
        <w:rPr>
          <w:rFonts w:ascii="Arial" w:hAnsi="Arial"/>
          <w:sz w:val="22"/>
        </w:rPr>
        <w:t>Do you find sometimes Melissa that because your husband and son are quite quiet and barely say anything and your daughter and you are quite loud and outgoing and unapologetic, As You put It, that there are times in your household where you clash with one another? Because you're different in that way? Or do you find that actually, like one sort of calms the other down and one brings sort of that energy out of the other person who's quite quiet.</w:t>
      </w:r>
    </w:p>
    <w:p>
      <w:pPr>
        <w:spacing w:after="0"/>
      </w:pPr>
    </w:p>
    <w:p>
      <w:pPr>
        <w:spacing w:after="0"/>
      </w:pPr>
      <w:r>
        <w:rPr>
          <w:rFonts w:ascii="Arial" w:hAnsi="Arial"/>
          <w:b/>
          <w:sz w:val="22"/>
        </w:rPr>
        <w:t xml:space="preserve">Melissa  </w:t>
      </w:r>
      <w:r>
        <w:rPr>
          <w:rFonts w:ascii="Arial" w:hAnsi="Arial"/>
          <w:color w:val="5D7284"/>
          <w:sz w:val="22"/>
        </w:rPr>
        <w:t>09:23</w:t>
      </w:r>
    </w:p>
    <w:p>
      <w:pPr>
        <w:spacing w:after="0"/>
      </w:pPr>
      <w:r>
        <w:rPr>
          <w:rFonts w:ascii="Arial" w:hAnsi="Arial"/>
          <w:sz w:val="22"/>
        </w:rPr>
        <w:t>Oh my gosh, I like I don't know when we don't clash in my house. Yeah, my husband and son never clash. No, I really, really, really boring never. My daughter and I, we clash all the time. And then my daughter clashes with my son. She never clashes with her dad because her dad is like, she just in awe of her dad. Yeah, She gets away with a lot with her dad. I clash with my son. He doesn't clash with me. My son just keeps his head down. I think he's just trying to get away. So we can I can move away for university. I think that his master plan. But yeah, we are very... I don't think that we're not loud in an aggressive way or an antisocial way. But we're like, we clash. Yeah. Because we're so we're so different. And our approach is so different. Our approach to parenting, our children's approaches to being parented. So it's it's constant in our house. But there's so much laughter at the same time. Yeah.</w:t>
      </w:r>
    </w:p>
    <w:p>
      <w:pPr>
        <w:spacing w:after="0"/>
      </w:pPr>
    </w:p>
    <w:p>
      <w:pPr>
        <w:spacing w:after="0"/>
      </w:pPr>
      <w:r>
        <w:rPr>
          <w:rFonts w:ascii="Arial" w:hAnsi="Arial"/>
          <w:b/>
          <w:sz w:val="22"/>
        </w:rPr>
        <w:t xml:space="preserve">Lucy  </w:t>
      </w:r>
      <w:r>
        <w:rPr>
          <w:rFonts w:ascii="Arial" w:hAnsi="Arial"/>
          <w:color w:val="5D7284"/>
          <w:sz w:val="22"/>
        </w:rPr>
        <w:t>10:39</w:t>
      </w:r>
    </w:p>
    <w:p>
      <w:pPr>
        <w:spacing w:after="0"/>
      </w:pPr>
      <w:r>
        <w:rPr>
          <w:rFonts w:ascii="Arial" w:hAnsi="Arial"/>
          <w:sz w:val="22"/>
        </w:rPr>
        <w:t>Like it's quickly forgiven and forgotten as well. At the same time, would you say, oh, oh, no,</w:t>
      </w:r>
    </w:p>
    <w:p>
      <w:pPr>
        <w:spacing w:after="0"/>
      </w:pPr>
    </w:p>
    <w:p>
      <w:pPr>
        <w:spacing w:after="0"/>
      </w:pPr>
      <w:r>
        <w:rPr>
          <w:rFonts w:ascii="Arial" w:hAnsi="Arial"/>
          <w:b/>
          <w:sz w:val="22"/>
        </w:rPr>
        <w:t xml:space="preserve">Melissa  </w:t>
      </w:r>
      <w:r>
        <w:rPr>
          <w:rFonts w:ascii="Arial" w:hAnsi="Arial"/>
          <w:color w:val="5D7284"/>
          <w:sz w:val="22"/>
        </w:rPr>
        <w:t>10:43</w:t>
      </w:r>
    </w:p>
    <w:p>
      <w:pPr>
        <w:spacing w:after="0"/>
      </w:pPr>
      <w:r>
        <w:rPr>
          <w:rFonts w:ascii="Arial" w:hAnsi="Arial"/>
          <w:sz w:val="22"/>
        </w:rPr>
        <w:t>Me and my daughter hold a grudge. We hold a grudge. We just store It. We just store It for the Right time. Yeah. But no, yeah, it's quickly forgotten. Because we do. We do love each other. And as a mum, I tell them all the time. And I think one of the things I do really well, that the generation before us were really bad at is, when I'm wrong. I do apologize to my children. And I think I think It helps them to see that, you know, mum's just human, and she's just really trying her best. And she's flawed as well. And I think that helps a lot. That I'm willing to apologize.</w:t>
      </w:r>
    </w:p>
    <w:p>
      <w:pPr>
        <w:spacing w:after="0"/>
      </w:pPr>
    </w:p>
    <w:p>
      <w:pPr>
        <w:spacing w:after="0"/>
      </w:pPr>
      <w:r>
        <w:rPr>
          <w:rFonts w:ascii="Arial" w:hAnsi="Arial"/>
          <w:b/>
          <w:sz w:val="22"/>
        </w:rPr>
        <w:t xml:space="preserve">Alice  </w:t>
      </w:r>
      <w:r>
        <w:rPr>
          <w:rFonts w:ascii="Arial" w:hAnsi="Arial"/>
          <w:color w:val="5D7284"/>
          <w:sz w:val="22"/>
        </w:rPr>
        <w:t>11:26</w:t>
      </w:r>
    </w:p>
    <w:p>
      <w:pPr>
        <w:spacing w:after="0"/>
      </w:pPr>
      <w:r>
        <w:rPr>
          <w:rFonts w:ascii="Arial" w:hAnsi="Arial"/>
          <w:sz w:val="22"/>
        </w:rPr>
        <w:t>Do you feel that in terms of, you know, you're neurodiverse households That there's times where you're sort of, you're not necessarily clashing because of your your personalities, but there are times where you're sort of autism, conflicts with the sorts of way that other people experience you know, the rest of your, your autistic family experience the world?</w:t>
      </w:r>
    </w:p>
    <w:p>
      <w:pPr>
        <w:spacing w:after="0"/>
      </w:pPr>
    </w:p>
    <w:p>
      <w:pPr>
        <w:spacing w:after="0"/>
      </w:pPr>
      <w:r>
        <w:rPr>
          <w:rFonts w:ascii="Arial" w:hAnsi="Arial"/>
          <w:b/>
          <w:sz w:val="22"/>
        </w:rPr>
        <w:t xml:space="preserve">Melissa  </w:t>
      </w:r>
      <w:r>
        <w:rPr>
          <w:rFonts w:ascii="Arial" w:hAnsi="Arial"/>
          <w:color w:val="5D7284"/>
          <w:sz w:val="22"/>
        </w:rPr>
        <w:t>11:53</w:t>
      </w:r>
    </w:p>
    <w:p>
      <w:pPr>
        <w:spacing w:after="0"/>
      </w:pPr>
      <w:r>
        <w:rPr>
          <w:rFonts w:ascii="Arial" w:hAnsi="Arial"/>
          <w:sz w:val="22"/>
        </w:rPr>
        <w:t>Yeah, so my husband and myself, the way we communicate, is very different. And I think our understanding of language can be different sometimes as well. And I think that causes the most bickering in our household between my husband and myself. That miscommunication so that can be really frustrating for me, because I'm convinced. I'm convinced I'm always right. And even then, when I see where the mistakes happened, and I tried to kind of explain that, I think sometimes my husband doesn't understand, there's that confusion of what we both meant. So yeah, that does, cause I'd say the most bickering because you know, an autistic person, you know, It to me, it's a neuro Disability. But we're, and we all have the same diagnosis. But we're all individuals. And so just because we're all autistic, doesn't mean we're all going to work in unison, and all kinds of, I don't know, almost like, I'm sorry, I'm going to marvel. And it's almost like I'm cerebra and X Men, and you know, we're not all connected to one brain. And yeah, kind of performing the same way. We're all individuals. So yeah. Yeah, we, there is so much clashing, and It just makes me laugh, just thinking about it.</w:t>
      </w:r>
    </w:p>
    <w:p>
      <w:pPr>
        <w:spacing w:after="0"/>
      </w:pPr>
    </w:p>
    <w:p>
      <w:pPr>
        <w:spacing w:after="0"/>
      </w:pPr>
      <w:r>
        <w:rPr>
          <w:rFonts w:ascii="Arial" w:hAnsi="Arial"/>
          <w:b/>
          <w:sz w:val="22"/>
        </w:rPr>
        <w:t xml:space="preserve">Alice  </w:t>
      </w:r>
      <w:r>
        <w:rPr>
          <w:rFonts w:ascii="Arial" w:hAnsi="Arial"/>
          <w:color w:val="5D7284"/>
          <w:sz w:val="22"/>
        </w:rPr>
        <w:t>13:26</w:t>
      </w:r>
    </w:p>
    <w:p>
      <w:pPr>
        <w:spacing w:after="0"/>
      </w:pPr>
      <w:r>
        <w:rPr>
          <w:rFonts w:ascii="Arial" w:hAnsi="Arial"/>
          <w:sz w:val="22"/>
        </w:rPr>
        <w:t>And I think that that's something that a lot of people who don't know, people with neurodiversity have this idea that, you know, you see those list of traits that people say are autistic, and they, they say it's, you know, difficulty in communication and difficulty with social situations and not making eye contact and not knowing how to talk to people and you think it's It, this isn't a series of robots, and that you can plug them all into one another. And there'll be there'll be fine if you put them all in a room together to talk to each other because, because they're the same, yeah, but actually, I think that's the reason why I actually I like the phrase neuro diverse because It reflects That it's, it's diversity within the community of autistic people, as well adiversity within the wider, you know, neurological experience.</w:t>
      </w:r>
    </w:p>
    <w:p>
      <w:pPr>
        <w:spacing w:after="0"/>
      </w:pPr>
    </w:p>
    <w:p>
      <w:pPr>
        <w:spacing w:after="0"/>
      </w:pPr>
      <w:r>
        <w:rPr>
          <w:rFonts w:ascii="Arial" w:hAnsi="Arial"/>
          <w:b/>
          <w:sz w:val="22"/>
        </w:rPr>
        <w:t xml:space="preserve">Lucy  </w:t>
      </w:r>
      <w:r>
        <w:rPr>
          <w:rFonts w:ascii="Arial" w:hAnsi="Arial"/>
          <w:color w:val="5D7284"/>
          <w:sz w:val="22"/>
        </w:rPr>
        <w:t>14:22</w:t>
      </w:r>
    </w:p>
    <w:p>
      <w:pPr>
        <w:spacing w:after="0"/>
      </w:pPr>
      <w:r>
        <w:rPr>
          <w:rFonts w:ascii="Arial" w:hAnsi="Arial"/>
          <w:sz w:val="22"/>
        </w:rPr>
        <w:t>I think as well. It's not just neuro diverse people that the society Has This view of disabled people in general that, you know, all disabled people must be the same. You know, there's, I get a lot of sweeping generalizations. Well, you know, like, You must be sad or, you know, like all this kind of general like sweeping generalizations that you like, just because you've met somebody who was sad because they can't walk doesn't mean that I'm sad because I can't walk and, and I think society as a whole has a tendency to go, oh, well, they almost feel like this or they almost go with this one, actually, that it's, you know, cerebral palsy. And I know that Alice's visual impairment is very different, depending on the person who has that impairment themselves. You know, cerebral palsy is a huge piece, you can, you know, sometimes have difficulty communicating, and you can somehow times have difficulty, you know, with mobility, it's not one size fits all. And that's, I think, something that I wish society as a whole could say about the disability and the neuro diverse community, because if they realized That I think It would open up a hole, it would solve a lot of problems, I think, in people's understanding,</w:t>
      </w:r>
    </w:p>
    <w:p>
      <w:pPr>
        <w:spacing w:after="0"/>
      </w:pPr>
    </w:p>
    <w:p>
      <w:pPr>
        <w:spacing w:after="0"/>
      </w:pPr>
      <w:r>
        <w:rPr>
          <w:rFonts w:ascii="Arial" w:hAnsi="Arial"/>
          <w:b/>
          <w:sz w:val="22"/>
        </w:rPr>
        <w:t xml:space="preserve">Melissa  </w:t>
      </w:r>
      <w:r>
        <w:rPr>
          <w:rFonts w:ascii="Arial" w:hAnsi="Arial"/>
          <w:color w:val="5D7284"/>
          <w:sz w:val="22"/>
        </w:rPr>
        <w:t>15:43</w:t>
      </w:r>
    </w:p>
    <w:p>
      <w:pPr>
        <w:spacing w:after="0"/>
      </w:pPr>
      <w:r>
        <w:rPr>
          <w:rFonts w:ascii="Arial" w:hAnsi="Arial"/>
          <w:sz w:val="22"/>
        </w:rPr>
        <w:t>I think as well, it's just, it's just really insulting to just make that assumption that because we've all got the diagnosis, we're all exactly the same, because, I mean, I use the term neurotypical. And so if that's like, that's me, then arguing that all neurotypicals are exactly the same, they think the same, you know, their views on life are the same. And people would laugh at that and say, that's absolutely absurd. And so, to think that, you know, me as a household, or like the wider autism community, all think and act the same, it's just, it just makes no sense to me whatsoever.</w:t>
      </w:r>
    </w:p>
    <w:p>
      <w:pPr>
        <w:spacing w:after="0"/>
      </w:pPr>
    </w:p>
    <w:p>
      <w:pPr>
        <w:spacing w:after="0"/>
      </w:pPr>
      <w:r>
        <w:rPr>
          <w:rFonts w:ascii="Arial" w:hAnsi="Arial"/>
          <w:b/>
          <w:sz w:val="22"/>
        </w:rPr>
        <w:t xml:space="preserve">Alice  </w:t>
      </w:r>
      <w:r>
        <w:rPr>
          <w:rFonts w:ascii="Arial" w:hAnsi="Arial"/>
          <w:color w:val="5D7284"/>
          <w:sz w:val="22"/>
        </w:rPr>
        <w:t>15:43</w:t>
      </w:r>
    </w:p>
    <w:p>
      <w:pPr>
        <w:spacing w:after="0"/>
      </w:pPr>
      <w:r>
        <w:rPr>
          <w:rFonts w:ascii="Arial" w:hAnsi="Arial"/>
          <w:sz w:val="22"/>
        </w:rPr>
        <w:t>And I think one of the things as well, that, that I always find really interesting when speaking with and interacting with people who don't have, you know, family members or, or loved ones or, or an understanding of, sort of, I mean, diversity in general. When when people that they'll they'll make a comment and be like, Oh, well, that must be because of their autism. And you sort of like so I've been in I work for a charity that supports people with autism learning difficulties, neuro diversities, and I'm working with a young person at the moment who's having some difficulty engaging in school and their teacher has had basically said, well, they're they're not getting on with the other kids at school, because because of their autism, and actually, from speaking to the child, the reason they're not getting over the other kids at school is because the other kids are school of bullying. And so it's got nothing to do with their autism. It's because the kids that They go to school with are shits thats all it is</w:t>
      </w:r>
    </w:p>
    <w:p>
      <w:pPr>
        <w:spacing w:after="0"/>
      </w:pPr>
    </w:p>
    <w:p>
      <w:pPr>
        <w:spacing w:after="0"/>
      </w:pPr>
      <w:r>
        <w:rPr>
          <w:rFonts w:ascii="Arial" w:hAnsi="Arial"/>
          <w:b/>
          <w:sz w:val="22"/>
        </w:rPr>
        <w:t xml:space="preserve">Lucy  </w:t>
      </w:r>
      <w:r>
        <w:rPr>
          <w:rFonts w:ascii="Arial" w:hAnsi="Arial"/>
          <w:color w:val="5D7284"/>
          <w:sz w:val="22"/>
        </w:rPr>
        <w:t>17:41</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17:43</w:t>
      </w:r>
    </w:p>
    <w:p>
      <w:pPr>
        <w:spacing w:after="0"/>
      </w:pPr>
      <w:r>
        <w:rPr>
          <w:rFonts w:ascii="Arial" w:hAnsi="Arial"/>
          <w:sz w:val="22"/>
        </w:rPr>
        <w:t>Oh you didn't tell me we could swear on here? Oh, yeah. Yeah, that makes me feel a lot better As well. Ok carry on...</w:t>
      </w:r>
    </w:p>
    <w:p>
      <w:pPr>
        <w:spacing w:after="0"/>
      </w:pPr>
    </w:p>
    <w:p>
      <w:pPr>
        <w:spacing w:after="0"/>
      </w:pPr>
      <w:r>
        <w:rPr>
          <w:rFonts w:ascii="Arial" w:hAnsi="Arial"/>
          <w:b/>
          <w:sz w:val="22"/>
        </w:rPr>
        <w:t xml:space="preserve">Alice  </w:t>
      </w:r>
      <w:r>
        <w:rPr>
          <w:rFonts w:ascii="Arial" w:hAnsi="Arial"/>
          <w:color w:val="5D7284"/>
          <w:sz w:val="22"/>
        </w:rPr>
        <w:t>17:53</w:t>
      </w:r>
    </w:p>
    <w:p>
      <w:pPr>
        <w:spacing w:after="0"/>
      </w:pPr>
      <w:r>
        <w:rPr>
          <w:rFonts w:ascii="Arial" w:hAnsi="Arial"/>
          <w:sz w:val="22"/>
        </w:rPr>
        <w:t>I there is quite often a, and I think I've experienced It as well, as you know, people have said things to me before be working under the assumption that like, uh, well, you you can't do that because you can't see. And I'm like, I mean, no, I don't do That. Because I'm, you know, I don't climb mountains, not because I can't see I don't climb mountains because I'm lazy and want to stay inside, exactly.</w:t>
      </w:r>
    </w:p>
    <w:p>
      <w:pPr>
        <w:spacing w:after="0"/>
      </w:pPr>
    </w:p>
    <w:p>
      <w:pPr>
        <w:spacing w:after="0"/>
      </w:pPr>
      <w:r>
        <w:rPr>
          <w:rFonts w:ascii="Arial" w:hAnsi="Arial"/>
          <w:b/>
          <w:sz w:val="22"/>
        </w:rPr>
        <w:t xml:space="preserve">Lucy  </w:t>
      </w:r>
      <w:r>
        <w:rPr>
          <w:rFonts w:ascii="Arial" w:hAnsi="Arial"/>
          <w:color w:val="5D7284"/>
          <w:sz w:val="22"/>
        </w:rPr>
        <w:t>18:16</w:t>
      </w:r>
    </w:p>
    <w:p>
      <w:pPr>
        <w:spacing w:after="0"/>
      </w:pPr>
      <w:r>
        <w:rPr>
          <w:rFonts w:ascii="Arial" w:hAnsi="Arial"/>
          <w:sz w:val="22"/>
        </w:rPr>
        <w:t>I mean, That is the one thing that if anybody tells me I can't do something, and I am hell bent on showing them. Yes, I can. And I can probably do It twice as good as you can. Because nobody should I hate It when people make assumptions about me.</w:t>
      </w:r>
    </w:p>
    <w:p>
      <w:pPr>
        <w:spacing w:after="0"/>
      </w:pPr>
    </w:p>
    <w:p>
      <w:pPr>
        <w:spacing w:after="0"/>
      </w:pPr>
      <w:r>
        <w:rPr>
          <w:rFonts w:ascii="Arial" w:hAnsi="Arial"/>
          <w:b/>
          <w:sz w:val="22"/>
        </w:rPr>
        <w:t xml:space="preserve">Alice  </w:t>
      </w:r>
      <w:r>
        <w:rPr>
          <w:rFonts w:ascii="Arial" w:hAnsi="Arial"/>
          <w:color w:val="5D7284"/>
          <w:sz w:val="22"/>
        </w:rPr>
        <w:t>18:29</w:t>
      </w:r>
    </w:p>
    <w:p>
      <w:pPr>
        <w:spacing w:after="0"/>
      </w:pPr>
      <w:r>
        <w:rPr>
          <w:rFonts w:ascii="Arial" w:hAnsi="Arial"/>
          <w:sz w:val="22"/>
        </w:rPr>
        <w:t>It's purely sweeping generalization. Yes. No, she was talking about before and, and, and you sort of you think there is a part of me sometimes that I get really because obviously there there is a lot of overlap, I think in the experience of minorities and people being discriminated against. And a lot of that comes from people just making generalizations. And you'd like you look around on Twitter and on the internet and you see people you know, getting very and and in, in mainstream media, you know, people getting very angry about caricatures and stuff of people from you know, lots of people will be screaming about stuff when they think it's it's the misogynistic, or I think probably to a lesser extent, racist. And you sort of sit there sometimes and go, but we're still okay with making these huge sweeping generalizations about disabled people in mainstream media. And people don't bat an eyelid</w:t>
      </w:r>
    </w:p>
    <w:p>
      <w:pPr>
        <w:spacing w:after="0"/>
      </w:pPr>
    </w:p>
    <w:p>
      <w:pPr>
        <w:spacing w:after="0"/>
      </w:pPr>
      <w:r>
        <w:rPr>
          <w:rFonts w:ascii="Arial" w:hAnsi="Arial"/>
          <w:b/>
          <w:sz w:val="22"/>
        </w:rPr>
        <w:t xml:space="preserve">Lucy  </w:t>
      </w:r>
      <w:r>
        <w:rPr>
          <w:rFonts w:ascii="Arial" w:hAnsi="Arial"/>
          <w:color w:val="5D7284"/>
          <w:sz w:val="22"/>
        </w:rPr>
        <w:t>19:36</w:t>
      </w:r>
    </w:p>
    <w:p>
      <w:pPr>
        <w:spacing w:after="0"/>
      </w:pPr>
      <w:r>
        <w:rPr>
          <w:rFonts w:ascii="Arial" w:hAnsi="Arial"/>
          <w:sz w:val="22"/>
        </w:rPr>
        <w:t>Don't this is what always winds me up a little bit. You know, people are very quick to go. Oh, hang on. That's not right. You can't say that about you can't say that about this minority in this minority. But as soon as it comes to disabled people, everybody just shuts up. They don't or if and if they don't shut up, it's want Oh, you can't pick on the disabled people.</w:t>
      </w:r>
    </w:p>
    <w:p>
      <w:pPr>
        <w:spacing w:after="0"/>
      </w:pPr>
    </w:p>
    <w:p>
      <w:pPr>
        <w:spacing w:after="0"/>
      </w:pPr>
      <w:r>
        <w:rPr>
          <w:rFonts w:ascii="Arial" w:hAnsi="Arial"/>
          <w:b/>
          <w:sz w:val="22"/>
        </w:rPr>
        <w:t xml:space="preserve">Alice  </w:t>
      </w:r>
      <w:r>
        <w:rPr>
          <w:rFonts w:ascii="Arial" w:hAnsi="Arial"/>
          <w:color w:val="5D7284"/>
          <w:sz w:val="22"/>
        </w:rPr>
        <w:t>19:58</w:t>
      </w:r>
    </w:p>
    <w:p>
      <w:pPr>
        <w:spacing w:after="0"/>
      </w:pPr>
      <w:r>
        <w:rPr>
          <w:rFonts w:ascii="Arial" w:hAnsi="Arial"/>
          <w:sz w:val="22"/>
        </w:rPr>
        <w:t>You can't just I feel like because there is there's an ally ship out there where people will, are very happy to call out when they see like racism or they see xenophobia or you know, religious prejudice, things like that. But then people are not very good at being on the outside of the disabled community and going, excuse me, you're not you shouldn't be saying that.</w:t>
      </w:r>
    </w:p>
    <w:p>
      <w:pPr>
        <w:spacing w:after="0"/>
      </w:pPr>
    </w:p>
    <w:p>
      <w:pPr>
        <w:spacing w:after="0"/>
      </w:pPr>
      <w:r>
        <w:rPr>
          <w:rFonts w:ascii="Arial" w:hAnsi="Arial"/>
          <w:b/>
          <w:sz w:val="22"/>
        </w:rPr>
        <w:t xml:space="preserve">Melissa  </w:t>
      </w:r>
      <w:r>
        <w:rPr>
          <w:rFonts w:ascii="Arial" w:hAnsi="Arial"/>
          <w:color w:val="5D7284"/>
          <w:sz w:val="22"/>
        </w:rPr>
        <w:t>20:24</w:t>
      </w:r>
    </w:p>
    <w:p>
      <w:pPr>
        <w:spacing w:after="0"/>
      </w:pPr>
      <w:r>
        <w:rPr>
          <w:rFonts w:ascii="Arial" w:hAnsi="Arial"/>
          <w:sz w:val="22"/>
        </w:rPr>
        <w:t>No. But I think for me, like as a black woman, I don't see enough people calling out racism either strange, like, so for me, because there is racism in the Disability communities as well. And that's one of the things I always try and highlight that just because just because the disabled community or the autism community is more united, It doesn't mean that the same people aren't there with the same prejudice isn't the same lived experiences of making an assumption on people's, You know, gender, or their religion or their race. So for me, for me, as a black woman, it's harder for me to get a diagnosis. Yeah. Her for, for my black children, luckily, although It felt like forever for me, and I felt like, oh, gosh, I failed my kids because they got a diagnosis at four and six, actually, that's pretty young. And so for me, I felt extreme guilt about them receiving a diagnosis at four and six. Now I understand more about the state of the system and how long It takes for diagnosis, I realize how fortunate I was for them to receive diagnosis at such a young age, because because of things like the unconscious bias and the micro aggressions that black children face at school, and, You know, face within the, within the departments that diagnosed children, actually, It takes longer for black people and people of color to receive diagnosis because autism is seen as something that white people have, you know, white people or autistic, white boys Are autistic. And now we're starting to realize that actually, everybody in anybody can be autistic. Because I think They say, I think they said something like there's over 700,000 people in the UK That Are autistic. But I, I would say that's a drop in the ocean, I'd say there's a lot more people that are, I think that's a conservative view of It</w:t>
      </w:r>
    </w:p>
    <w:p>
      <w:pPr>
        <w:spacing w:after="0"/>
      </w:pPr>
    </w:p>
    <w:p>
      <w:pPr>
        <w:spacing w:after="0"/>
      </w:pPr>
      <w:r>
        <w:rPr>
          <w:rFonts w:ascii="Arial" w:hAnsi="Arial"/>
          <w:b/>
          <w:sz w:val="22"/>
        </w:rPr>
        <w:t xml:space="preserve">Alice  </w:t>
      </w:r>
      <w:r>
        <w:rPr>
          <w:rFonts w:ascii="Arial" w:hAnsi="Arial"/>
          <w:color w:val="5D7284"/>
          <w:sz w:val="22"/>
        </w:rPr>
        <w:t>20:24</w:t>
      </w:r>
    </w:p>
    <w:p>
      <w:pPr>
        <w:spacing w:after="0"/>
      </w:pPr>
      <w:r>
        <w:rPr>
          <w:rFonts w:ascii="Arial" w:hAnsi="Arial"/>
          <w:sz w:val="22"/>
        </w:rPr>
        <w:t>The stat that I know is one in seven people are on the spectrum.</w:t>
      </w:r>
    </w:p>
    <w:p>
      <w:pPr>
        <w:spacing w:after="0"/>
      </w:pPr>
    </w:p>
    <w:p>
      <w:pPr>
        <w:spacing w:after="0"/>
      </w:pPr>
      <w:r>
        <w:rPr>
          <w:rFonts w:ascii="Arial" w:hAnsi="Arial"/>
          <w:b/>
          <w:sz w:val="22"/>
        </w:rPr>
        <w:t xml:space="preserve">Melissa  </w:t>
      </w:r>
      <w:r>
        <w:rPr>
          <w:rFonts w:ascii="Arial" w:hAnsi="Arial"/>
          <w:color w:val="5D7284"/>
          <w:sz w:val="22"/>
        </w:rPr>
        <w:t>22:50</w:t>
      </w:r>
    </w:p>
    <w:p>
      <w:pPr>
        <w:spacing w:after="0"/>
      </w:pPr>
      <w:r>
        <w:rPr>
          <w:rFonts w:ascii="Arial" w:hAnsi="Arial"/>
          <w:sz w:val="22"/>
        </w:rPr>
        <w:t>Okay, because we did something recently in Sheffield, the council had some stats back and I think they said that it was over like 3%, almost 4% Of of the City of Sheffield, and that wasn't getting information from everybody. So more and more people are thankfully being diagnosed because people Are understanding autism better. But it's still the same people who were in charge of diagnosis. And it's still the same structures within the schools and the healthcare systems, which means that racism that they acknowledge is there is still there, which means people who look like me and my children are less likely to receive diagnosis or even be considered as being autistic.</w:t>
      </w:r>
    </w:p>
    <w:p>
      <w:pPr>
        <w:spacing w:after="0"/>
      </w:pPr>
    </w:p>
    <w:p>
      <w:pPr>
        <w:spacing w:after="0"/>
      </w:pPr>
      <w:r>
        <w:rPr>
          <w:rFonts w:ascii="Arial" w:hAnsi="Arial"/>
          <w:b/>
          <w:sz w:val="22"/>
        </w:rPr>
        <w:t xml:space="preserve">Alice  </w:t>
      </w:r>
      <w:r>
        <w:rPr>
          <w:rFonts w:ascii="Arial" w:hAnsi="Arial"/>
          <w:color w:val="5D7284"/>
          <w:sz w:val="22"/>
        </w:rPr>
        <w:t>23:39</w:t>
      </w:r>
    </w:p>
    <w:p>
      <w:pPr>
        <w:spacing w:after="0"/>
      </w:pPr>
      <w:r>
        <w:rPr>
          <w:rFonts w:ascii="Arial" w:hAnsi="Arial"/>
          <w:sz w:val="22"/>
        </w:rPr>
        <w:t>Yeah, I know that unfortunately, for many young black boys who have ADHD, there is just people just assume they're badly behaved kids.</w:t>
      </w:r>
    </w:p>
    <w:p>
      <w:pPr>
        <w:spacing w:after="0"/>
      </w:pPr>
    </w:p>
    <w:p>
      <w:pPr>
        <w:spacing w:after="0"/>
      </w:pPr>
      <w:r>
        <w:rPr>
          <w:rFonts w:ascii="Arial" w:hAnsi="Arial"/>
          <w:b/>
          <w:sz w:val="22"/>
        </w:rPr>
        <w:t xml:space="preserve">Melissa  </w:t>
      </w:r>
      <w:r>
        <w:rPr>
          <w:rFonts w:ascii="Arial" w:hAnsi="Arial"/>
          <w:color w:val="5D7284"/>
          <w:sz w:val="22"/>
        </w:rPr>
        <w:t>23:52</w:t>
      </w:r>
    </w:p>
    <w:p>
      <w:pPr>
        <w:spacing w:after="0"/>
      </w:pPr>
      <w:r>
        <w:rPr>
          <w:rFonts w:ascii="Arial" w:hAnsi="Arial"/>
          <w:sz w:val="22"/>
        </w:rPr>
        <w:t>Exactly and they there's an assumption that there's difficulties at home or its behaviors at home or its culture. Yeah. And so then it means that child continues to struggle can you to not get that support that they need? And so leads to that leads to a lot of things like they talk about the school to prison pipeline.</w:t>
      </w:r>
    </w:p>
    <w:p>
      <w:pPr>
        <w:spacing w:after="0"/>
      </w:pPr>
    </w:p>
    <w:p>
      <w:pPr>
        <w:spacing w:after="0"/>
      </w:pPr>
      <w:r>
        <w:rPr>
          <w:rFonts w:ascii="Arial" w:hAnsi="Arial"/>
          <w:b/>
          <w:sz w:val="22"/>
        </w:rPr>
        <w:t xml:space="preserve">Alice  </w:t>
      </w:r>
      <w:r>
        <w:rPr>
          <w:rFonts w:ascii="Arial" w:hAnsi="Arial"/>
          <w:color w:val="5D7284"/>
          <w:sz w:val="22"/>
        </w:rPr>
        <w:t>24:15</w:t>
      </w:r>
    </w:p>
    <w:p>
      <w:pPr>
        <w:spacing w:after="0"/>
      </w:pPr>
      <w:r>
        <w:rPr>
          <w:rFonts w:ascii="Arial" w:hAnsi="Arial"/>
          <w:sz w:val="22"/>
        </w:rPr>
        <w:t>Yep. That is what I was just thinking about Yeah, yeah.</w:t>
      </w:r>
    </w:p>
    <w:p>
      <w:pPr>
        <w:spacing w:after="0"/>
      </w:pPr>
    </w:p>
    <w:p>
      <w:pPr>
        <w:spacing w:after="0"/>
      </w:pPr>
      <w:r>
        <w:rPr>
          <w:rFonts w:ascii="Arial" w:hAnsi="Arial"/>
          <w:b/>
          <w:sz w:val="22"/>
        </w:rPr>
        <w:t xml:space="preserve">Melissa  </w:t>
      </w:r>
      <w:r>
        <w:rPr>
          <w:rFonts w:ascii="Arial" w:hAnsi="Arial"/>
          <w:color w:val="5D7284"/>
          <w:sz w:val="22"/>
        </w:rPr>
        <w:t>24:19</w:t>
      </w:r>
    </w:p>
    <w:p>
      <w:pPr>
        <w:spacing w:after="0"/>
      </w:pPr>
      <w:r>
        <w:rPr>
          <w:rFonts w:ascii="Arial" w:hAnsi="Arial"/>
          <w:sz w:val="22"/>
        </w:rPr>
        <w:t>So. So for me all racism isn't shouted out enough and acknowledged enough. And then autism and autistic people also suffer from, You know, those ableist comments. So for me, it's like a double edged sword.</w:t>
      </w:r>
    </w:p>
    <w:p>
      <w:pPr>
        <w:spacing w:after="0"/>
      </w:pPr>
    </w:p>
    <w:p>
      <w:pPr>
        <w:spacing w:after="0"/>
      </w:pPr>
      <w:r>
        <w:rPr>
          <w:rFonts w:ascii="Arial" w:hAnsi="Arial"/>
          <w:b/>
          <w:sz w:val="22"/>
        </w:rPr>
        <w:t xml:space="preserve">Alice  </w:t>
      </w:r>
      <w:r>
        <w:rPr>
          <w:rFonts w:ascii="Arial" w:hAnsi="Arial"/>
          <w:color w:val="5D7284"/>
          <w:sz w:val="22"/>
        </w:rPr>
        <w:t>24:40</w:t>
      </w:r>
    </w:p>
    <w:p>
      <w:pPr>
        <w:spacing w:after="0"/>
      </w:pPr>
      <w:r>
        <w:rPr>
          <w:rFonts w:ascii="Arial" w:hAnsi="Arial"/>
          <w:sz w:val="22"/>
        </w:rPr>
        <w:t>Yeah, yeah. And I think a big part of the problem is the lack of diversity within the kind of assessment and diagnosis system. You know, the thing I someone who works in sort of the social care system I am embarrassed to be a middle class white person turning up at a mosque or something like that, to talk about how I can help you. Because I don't know anything about your cultural experience, I may, I'm not neurodiverse, I have an understanding of the support system and how those processes work. And I'm trained to help people to kind of unpick stuff and work through stuff in a sort of disabled friendly fashion. But everybody's experiences are informed by their entire identity, not just one element of It. And, you know, it's, I personally think it's quite offensive for the way you see what are in terms of social care, It is so often middle class, middle aged white women. And in diagnostics, it's older white men, who are the ones holding the strings and, and standing in the gateway to services and support. And It shouldn't be that way. Because we don't understand the the experiences and, and the depth and breadth of how those experiences intertwine.</w:t>
      </w:r>
    </w:p>
    <w:p>
      <w:pPr>
        <w:spacing w:after="0"/>
      </w:pPr>
    </w:p>
    <w:p>
      <w:pPr>
        <w:spacing w:after="0"/>
      </w:pPr>
      <w:r>
        <w:rPr>
          <w:rFonts w:ascii="Arial" w:hAnsi="Arial"/>
          <w:b/>
          <w:sz w:val="22"/>
        </w:rPr>
        <w:t xml:space="preserve">Melissa  </w:t>
      </w:r>
      <w:r>
        <w:rPr>
          <w:rFonts w:ascii="Arial" w:hAnsi="Arial"/>
          <w:color w:val="5D7284"/>
          <w:sz w:val="22"/>
        </w:rPr>
        <w:t>26:18</w:t>
      </w:r>
    </w:p>
    <w:p>
      <w:pPr>
        <w:spacing w:after="0"/>
      </w:pPr>
      <w:r>
        <w:rPr>
          <w:rFonts w:ascii="Arial" w:hAnsi="Arial"/>
          <w:sz w:val="22"/>
        </w:rPr>
        <w:t>And I think, unfortunately, what I've found within the within the sphere of autism is, you're right, there are those white gatekeepers, and there's an unwillingness on that part to own their privilege. And there's an unwillingness on their part to even support people of colour, to get into positions where they can start. Also, being being able to diagnose people or to be able to educate around religion and culture from the autism perspective. So I do a lot of training. And it took off quite a lot, actually, during the pandemic, because you could do it over zoom, which meant I could reach a lot of people word worldwide. And I did talk about like, I did presentations around autism from the black perspective, because you have to take into account race As well you know, when they say when people say they don't see colour, or we're all equal, actually, no, we're not. So</w:t>
      </w:r>
    </w:p>
    <w:p>
      <w:pPr>
        <w:spacing w:after="0"/>
      </w:pPr>
    </w:p>
    <w:p>
      <w:pPr>
        <w:spacing w:after="0"/>
      </w:pPr>
      <w:r>
        <w:rPr>
          <w:rFonts w:ascii="Arial" w:hAnsi="Arial"/>
          <w:b/>
          <w:sz w:val="22"/>
        </w:rPr>
        <w:t xml:space="preserve">Lucy  </w:t>
      </w:r>
      <w:r>
        <w:rPr>
          <w:rFonts w:ascii="Arial" w:hAnsi="Arial"/>
          <w:color w:val="5D7284"/>
          <w:sz w:val="22"/>
        </w:rPr>
        <w:t>27:23</w:t>
      </w:r>
    </w:p>
    <w:p>
      <w:pPr>
        <w:spacing w:after="0"/>
      </w:pPr>
      <w:r>
        <w:rPr>
          <w:rFonts w:ascii="Arial" w:hAnsi="Arial"/>
          <w:sz w:val="22"/>
        </w:rPr>
        <w:t>We were talking about this last week weren't we Alice where people say you don't see it's just a ridiculous like, when people say it's really I don't see, I don't see your disability. Well, why not? Because you should.</w:t>
      </w:r>
    </w:p>
    <w:p>
      <w:pPr>
        <w:spacing w:after="0"/>
      </w:pPr>
    </w:p>
    <w:p>
      <w:pPr>
        <w:spacing w:after="0"/>
      </w:pPr>
      <w:r>
        <w:rPr>
          <w:rFonts w:ascii="Arial" w:hAnsi="Arial"/>
          <w:b/>
          <w:sz w:val="22"/>
        </w:rPr>
        <w:t xml:space="preserve">Alice  </w:t>
      </w:r>
      <w:r>
        <w:rPr>
          <w:rFonts w:ascii="Arial" w:hAnsi="Arial"/>
          <w:color w:val="5D7284"/>
          <w:sz w:val="22"/>
        </w:rPr>
        <w:t>27:34</w:t>
      </w:r>
    </w:p>
    <w:p>
      <w:pPr>
        <w:spacing w:after="0"/>
      </w:pPr>
      <w:r>
        <w:rPr>
          <w:rFonts w:ascii="Arial" w:hAnsi="Arial"/>
          <w:sz w:val="22"/>
        </w:rPr>
        <w:t>It's It's part it's, it's hugely dismissive of a vital aspect of a person's identity.</w:t>
      </w:r>
    </w:p>
    <w:p>
      <w:pPr>
        <w:spacing w:after="0"/>
      </w:pPr>
    </w:p>
    <w:p>
      <w:pPr>
        <w:spacing w:after="0"/>
      </w:pPr>
      <w:r>
        <w:rPr>
          <w:rFonts w:ascii="Arial" w:hAnsi="Arial"/>
          <w:b/>
          <w:sz w:val="22"/>
        </w:rPr>
        <w:t xml:space="preserve">Melissa  </w:t>
      </w:r>
      <w:r>
        <w:rPr>
          <w:rFonts w:ascii="Arial" w:hAnsi="Arial"/>
          <w:color w:val="5D7284"/>
          <w:sz w:val="22"/>
        </w:rPr>
        <w:t>27:41</w:t>
      </w:r>
    </w:p>
    <w:p>
      <w:pPr>
        <w:spacing w:after="0"/>
      </w:pPr>
      <w:r>
        <w:rPr>
          <w:rFonts w:ascii="Arial" w:hAnsi="Arial"/>
          <w:sz w:val="22"/>
        </w:rPr>
        <w:t xml:space="preserve">Absolutely, </w:t>
      </w:r>
    </w:p>
    <w:p>
      <w:pPr>
        <w:spacing w:after="0"/>
      </w:pPr>
    </w:p>
    <w:p>
      <w:pPr>
        <w:spacing w:after="0"/>
      </w:pPr>
      <w:r>
        <w:rPr>
          <w:rFonts w:ascii="Arial" w:hAnsi="Arial"/>
          <w:b/>
          <w:sz w:val="22"/>
        </w:rPr>
        <w:t xml:space="preserve">Alice  </w:t>
      </w:r>
      <w:r>
        <w:rPr>
          <w:rFonts w:ascii="Arial" w:hAnsi="Arial"/>
          <w:color w:val="5D7284"/>
          <w:sz w:val="22"/>
        </w:rPr>
        <w:t>27:42</w:t>
      </w:r>
    </w:p>
    <w:p>
      <w:pPr>
        <w:spacing w:after="0"/>
      </w:pPr>
      <w:r>
        <w:rPr>
          <w:rFonts w:ascii="Arial" w:hAnsi="Arial"/>
          <w:sz w:val="22"/>
        </w:rPr>
        <w:t>and the problem with the kind of, you know, that having those these white gatekeepers who don't understand those experiences that actually then the people of color and the, You know, people from BAME communities and stuff that I'm talking to think you don't understand me, why should I work with you. And so then It that reflects in our service users, and I'm sitting there looking at, you know, a room full of people who I'm supposed to be supporting, and 29 out of 30 of them are white. And it's because I don't understand their experience. And so my support is not going to be appropriate. And that's why You know, that It then feeds into when people look at the stats of going well, who's who, who, what, who's autistic, but it's actually, if you can't, if you can't get through the diagnostic sort of system, and then you can't access the support system, because there are barriers, or it's not appropriate for you, then you just get just get lost. And that's where, when people, that's when people do end up not being able to engage in education or not being able to get into work. And if that, and it's people like that, who then have to end up on benefits or into the prison system, because just because the system Has failed them in the first place. It's got nothing to do with them.</w:t>
      </w:r>
    </w:p>
    <w:p>
      <w:pPr>
        <w:spacing w:after="0"/>
      </w:pPr>
    </w:p>
    <w:p>
      <w:pPr>
        <w:spacing w:after="0"/>
      </w:pPr>
      <w:r>
        <w:rPr>
          <w:rFonts w:ascii="Arial" w:hAnsi="Arial"/>
          <w:b/>
          <w:sz w:val="22"/>
        </w:rPr>
        <w:t xml:space="preserve">Melissa  </w:t>
      </w:r>
      <w:r>
        <w:rPr>
          <w:rFonts w:ascii="Arial" w:hAnsi="Arial"/>
          <w:color w:val="5D7284"/>
          <w:sz w:val="22"/>
        </w:rPr>
        <w:t>29:12</w:t>
      </w:r>
    </w:p>
    <w:p>
      <w:pPr>
        <w:spacing w:after="0"/>
      </w:pPr>
      <w:r>
        <w:rPr>
          <w:rFonts w:ascii="Arial" w:hAnsi="Arial"/>
          <w:sz w:val="22"/>
        </w:rPr>
        <w:t>Yeah, yeah. And I do have like, I do have some allies around me who have kind of supported me to be more vocal about stuff like that. But there's no there's not been enough allies in the autism community or further afield. And I think, you know, sometimes people saying we're in It together and talking about the unity within the community. It can be quiet. To me It that's not always been my experience. Yeah. So I'm really really grateful for the the allies that I do have that constantly try and promote what I do or when they do get a seat at that metaphorical table. They, They say, well, actually, there's nobody here of colour, Uh, you know, or, you know, we're only looking at, we're looking at It through a white lens, you know, what are we doing to, to kind of address that. And that's what people need to be doing to be to be allies.</w:t>
      </w:r>
    </w:p>
    <w:p>
      <w:pPr>
        <w:spacing w:after="0"/>
      </w:pPr>
    </w:p>
    <w:p>
      <w:pPr>
        <w:spacing w:after="0"/>
      </w:pPr>
      <w:r>
        <w:rPr>
          <w:rFonts w:ascii="Arial" w:hAnsi="Arial"/>
          <w:b/>
          <w:sz w:val="22"/>
        </w:rPr>
        <w:t xml:space="preserve">Lucy  </w:t>
      </w:r>
      <w:r>
        <w:rPr>
          <w:rFonts w:ascii="Arial" w:hAnsi="Arial"/>
          <w:color w:val="5D7284"/>
          <w:sz w:val="22"/>
        </w:rPr>
        <w:t>30:18</w:t>
      </w:r>
    </w:p>
    <w:p>
      <w:pPr>
        <w:spacing w:after="0"/>
      </w:pPr>
      <w:r>
        <w:rPr>
          <w:rFonts w:ascii="Arial" w:hAnsi="Arial"/>
          <w:sz w:val="22"/>
        </w:rPr>
        <w:t>I think it's quite interesting, Melissa, that us, you said earlier on that, you know, the Disability community and how, as a wider as a wider community that we to the year we sort of feel a bit united. But in actual fact, I can tell you as a member of the Disability community, that there was a lot of what I call Disability, Top Trumps where I'm more disabled than you are. And while do you suffer with this, because I struggled with this, and it's 10 times worse, because you don't and you don't know what it's like, there was a lot of that there was a lot of sort of, that everybody's nicey nicey for the majority of the time, and yes, can support one another. But there are little pockets now and again, that you don't know whether you've come across it, Alice,</w:t>
      </w:r>
    </w:p>
    <w:p>
      <w:pPr>
        <w:spacing w:after="0"/>
      </w:pPr>
    </w:p>
    <w:p>
      <w:pPr>
        <w:spacing w:after="0"/>
      </w:pPr>
      <w:r>
        <w:rPr>
          <w:rFonts w:ascii="Arial" w:hAnsi="Arial"/>
          <w:b/>
          <w:sz w:val="22"/>
        </w:rPr>
        <w:t xml:space="preserve">Alice  </w:t>
      </w:r>
      <w:r>
        <w:rPr>
          <w:rFonts w:ascii="Arial" w:hAnsi="Arial"/>
          <w:color w:val="5D7284"/>
          <w:sz w:val="22"/>
        </w:rPr>
        <w:t>31:06</w:t>
      </w:r>
    </w:p>
    <w:p>
      <w:pPr>
        <w:spacing w:after="0"/>
      </w:pPr>
      <w:r>
        <w:rPr>
          <w:rFonts w:ascii="Arial" w:hAnsi="Arial"/>
          <w:sz w:val="22"/>
        </w:rPr>
        <w:t>people, people just have their own agenda. You know, it's the thing we've talked about, with, I believe, when we did the Audrey Lorde episode for our Pride Month series with Daisy, how, how often communities just Yeah, fight fight for their thing. And that so often means that intersectional people either gets sidelined, or they have to prioritize part of their, you know, part what is part of their identity, rather than recognizing their identity as a whole. And I think that that is part of the reason why there isn't more, sort of there aren't more people doing the ally work that you were talking about Melissa, of saying, well, there isn't that, you know, I have a space at the table. But there's nobody from the black community involved in this. Things like that. Because, because,</w:t>
      </w:r>
    </w:p>
    <w:p>
      <w:pPr>
        <w:spacing w:after="0"/>
      </w:pPr>
    </w:p>
    <w:p>
      <w:pPr>
        <w:spacing w:after="0"/>
      </w:pPr>
      <w:r>
        <w:rPr>
          <w:rFonts w:ascii="Arial" w:hAnsi="Arial"/>
          <w:b/>
          <w:sz w:val="22"/>
        </w:rPr>
        <w:t xml:space="preserve">Lucy  </w:t>
      </w:r>
      <w:r>
        <w:rPr>
          <w:rFonts w:ascii="Arial" w:hAnsi="Arial"/>
          <w:color w:val="5D7284"/>
          <w:sz w:val="22"/>
        </w:rPr>
        <w:t>32:06</w:t>
      </w:r>
    </w:p>
    <w:p>
      <w:pPr>
        <w:spacing w:after="0"/>
      </w:pPr>
      <w:r>
        <w:rPr>
          <w:rFonts w:ascii="Arial" w:hAnsi="Arial"/>
          <w:sz w:val="22"/>
        </w:rPr>
        <w:t>yeah, yeah. For them, That by the time they get to the table, they're exhausted that I'm not shifting for nobody.</w:t>
      </w:r>
    </w:p>
    <w:p>
      <w:pPr>
        <w:spacing w:after="0"/>
      </w:pPr>
    </w:p>
    <w:p>
      <w:pPr>
        <w:spacing w:after="0"/>
      </w:pPr>
      <w:r>
        <w:rPr>
          <w:rFonts w:ascii="Arial" w:hAnsi="Arial"/>
          <w:b/>
          <w:sz w:val="22"/>
        </w:rPr>
        <w:t xml:space="preserve">Alice  </w:t>
      </w:r>
      <w:r>
        <w:rPr>
          <w:rFonts w:ascii="Arial" w:hAnsi="Arial"/>
          <w:color w:val="5D7284"/>
          <w:sz w:val="22"/>
        </w:rPr>
        <w:t>32:12</w:t>
      </w:r>
    </w:p>
    <w:p>
      <w:pPr>
        <w:spacing w:after="0"/>
      </w:pPr>
      <w:r>
        <w:rPr>
          <w:rFonts w:ascii="Arial" w:hAnsi="Arial"/>
          <w:sz w:val="22"/>
        </w:rPr>
        <w:t>You can't have my seat, I'm not making space for a black person, That might mean I lose my spot. And it's yeah, not looking</w:t>
      </w:r>
    </w:p>
    <w:p>
      <w:pPr>
        <w:spacing w:after="0"/>
      </w:pPr>
    </w:p>
    <w:p>
      <w:pPr>
        <w:spacing w:after="0"/>
      </w:pPr>
      <w:r>
        <w:rPr>
          <w:rFonts w:ascii="Arial" w:hAnsi="Arial"/>
          <w:b/>
          <w:sz w:val="22"/>
        </w:rPr>
        <w:t xml:space="preserve">Lucy  </w:t>
      </w:r>
      <w:r>
        <w:rPr>
          <w:rFonts w:ascii="Arial" w:hAnsi="Arial"/>
          <w:color w:val="5D7284"/>
          <w:sz w:val="22"/>
        </w:rPr>
        <w:t>32:19</w:t>
      </w:r>
    </w:p>
    <w:p>
      <w:pPr>
        <w:spacing w:after="0"/>
      </w:pPr>
      <w:r>
        <w:rPr>
          <w:rFonts w:ascii="Arial" w:hAnsi="Arial"/>
          <w:sz w:val="22"/>
        </w:rPr>
        <w:t>Id like to add that we're not all like that either. We're not all out for ourselves, but there are elements of it</w:t>
      </w:r>
    </w:p>
    <w:p>
      <w:pPr>
        <w:spacing w:after="0"/>
      </w:pPr>
    </w:p>
    <w:p>
      <w:pPr>
        <w:spacing w:after="0"/>
      </w:pPr>
      <w:r>
        <w:rPr>
          <w:rFonts w:ascii="Arial" w:hAnsi="Arial"/>
          <w:b/>
          <w:sz w:val="22"/>
        </w:rPr>
        <w:t xml:space="preserve">Melissa  </w:t>
      </w:r>
      <w:r>
        <w:rPr>
          <w:rFonts w:ascii="Arial" w:hAnsi="Arial"/>
          <w:color w:val="5D7284"/>
          <w:sz w:val="22"/>
        </w:rPr>
        <w:t>32:27</w:t>
      </w:r>
    </w:p>
    <w:p>
      <w:pPr>
        <w:spacing w:after="0"/>
      </w:pPr>
      <w:r>
        <w:rPr>
          <w:rFonts w:ascii="Arial" w:hAnsi="Arial"/>
          <w:sz w:val="22"/>
        </w:rPr>
        <w:t>Yeah, there are elements of it. And I see it a lot. I mean, Twitter is for an autistic person. And I think for a lot of disabled people, especially who were isolated things like that, you know, social media, especially Twitter is a really nice space for us to feel like we're part of something. But equally, Twitter is a horrible space. Because</w:t>
      </w:r>
    </w:p>
    <w:p>
      <w:pPr>
        <w:spacing w:after="0"/>
      </w:pPr>
    </w:p>
    <w:p>
      <w:pPr>
        <w:spacing w:after="0"/>
      </w:pPr>
      <w:r>
        <w:rPr>
          <w:rFonts w:ascii="Arial" w:hAnsi="Arial"/>
          <w:b/>
          <w:sz w:val="22"/>
        </w:rPr>
        <w:t xml:space="preserve">Lucy  </w:t>
      </w:r>
      <w:r>
        <w:rPr>
          <w:rFonts w:ascii="Arial" w:hAnsi="Arial"/>
          <w:color w:val="5D7284"/>
          <w:sz w:val="22"/>
        </w:rPr>
        <w:t>32:50</w:t>
      </w:r>
    </w:p>
    <w:p>
      <w:pPr>
        <w:spacing w:after="0"/>
      </w:pPr>
      <w:r>
        <w:rPr>
          <w:rFonts w:ascii="Arial" w:hAnsi="Arial"/>
          <w:sz w:val="22"/>
        </w:rPr>
        <w:t>yeah, Twitter was a cesspit?</w:t>
      </w:r>
    </w:p>
    <w:p>
      <w:pPr>
        <w:spacing w:after="0"/>
      </w:pPr>
    </w:p>
    <w:p>
      <w:pPr>
        <w:spacing w:after="0"/>
      </w:pPr>
      <w:r>
        <w:rPr>
          <w:rFonts w:ascii="Arial" w:hAnsi="Arial"/>
          <w:b/>
          <w:sz w:val="22"/>
        </w:rPr>
        <w:t xml:space="preserve">Melissa  </w:t>
      </w:r>
      <w:r>
        <w:rPr>
          <w:rFonts w:ascii="Arial" w:hAnsi="Arial"/>
          <w:color w:val="5D7284"/>
          <w:sz w:val="22"/>
        </w:rPr>
        <w:t>32:52</w:t>
      </w:r>
    </w:p>
    <w:p>
      <w:pPr>
        <w:spacing w:after="0"/>
      </w:pPr>
      <w:r>
        <w:rPr>
          <w:rFonts w:ascii="Arial" w:hAnsi="Arial"/>
          <w:sz w:val="22"/>
        </w:rPr>
        <w:t>Yeah, it's just, you know, it's a person behind a keyboard, and you don't know what their agenda is. And some people are really, really cruel, you know? And so it's, it's, it's another thing where it's like a double edged sword, Twitter. But yeah, I, you know, you can find some amazing allies there, and some people who really want to learn and do better, but then you can, you can meet some people who really do they have their opinion, and they're not willing to no, yeah, to consider It. And I think for me, as well, one of the problems is there, you know, one of one of the ways you get your diet, your diagnosis for autism is you have to have, there's an element of rigidity of thought, to be autistic. And so some people will then use that As an excuse to say, well, I have rigidity of thought. And that's why it's hard for me to look at It differently. And then I have to say, no, you're just actually being racist. You really are just being raicist.</w:t>
      </w:r>
    </w:p>
    <w:p>
      <w:pPr>
        <w:spacing w:after="0"/>
      </w:pPr>
    </w:p>
    <w:p>
      <w:pPr>
        <w:spacing w:after="0"/>
      </w:pPr>
      <w:r>
        <w:rPr>
          <w:rFonts w:ascii="Arial" w:hAnsi="Arial"/>
          <w:b/>
          <w:sz w:val="22"/>
        </w:rPr>
        <w:t xml:space="preserve">Lucy  </w:t>
      </w:r>
      <w:r>
        <w:rPr>
          <w:rFonts w:ascii="Arial" w:hAnsi="Arial"/>
          <w:color w:val="5D7284"/>
          <w:sz w:val="22"/>
        </w:rPr>
        <w:t>33:54</w:t>
      </w:r>
    </w:p>
    <w:p>
      <w:pPr>
        <w:spacing w:after="0"/>
      </w:pPr>
      <w:r>
        <w:rPr>
          <w:rFonts w:ascii="Arial" w:hAnsi="Arial"/>
          <w:sz w:val="22"/>
        </w:rPr>
        <w:t>Being a bit of a dick.</w:t>
      </w:r>
    </w:p>
    <w:p>
      <w:pPr>
        <w:spacing w:after="0"/>
      </w:pPr>
    </w:p>
    <w:p>
      <w:pPr>
        <w:spacing w:after="0"/>
      </w:pPr>
      <w:r>
        <w:rPr>
          <w:rFonts w:ascii="Arial" w:hAnsi="Arial"/>
          <w:b/>
          <w:sz w:val="22"/>
        </w:rPr>
        <w:t xml:space="preserve">Melissa  </w:t>
      </w:r>
      <w:r>
        <w:rPr>
          <w:rFonts w:ascii="Arial" w:hAnsi="Arial"/>
          <w:color w:val="5D7284"/>
          <w:sz w:val="22"/>
        </w:rPr>
        <w:t>33:56</w:t>
      </w:r>
    </w:p>
    <w:p>
      <w:pPr>
        <w:spacing w:after="0"/>
      </w:pPr>
      <w:r>
        <w:rPr>
          <w:rFonts w:ascii="Arial" w:hAnsi="Arial"/>
          <w:sz w:val="22"/>
        </w:rPr>
        <w:t>You're being you're being a dick. Yeah, there...</w:t>
      </w:r>
    </w:p>
    <w:p>
      <w:pPr>
        <w:spacing w:after="0"/>
      </w:pPr>
    </w:p>
    <w:p>
      <w:pPr>
        <w:spacing w:after="0"/>
      </w:pPr>
      <w:r>
        <w:rPr>
          <w:rFonts w:ascii="Arial" w:hAnsi="Arial"/>
          <w:b/>
          <w:sz w:val="22"/>
        </w:rPr>
        <w:t xml:space="preserve">Alice  </w:t>
      </w:r>
      <w:r>
        <w:rPr>
          <w:rFonts w:ascii="Arial" w:hAnsi="Arial"/>
          <w:color w:val="5D7284"/>
          <w:sz w:val="22"/>
        </w:rPr>
        <w:t>33:59</w:t>
      </w:r>
    </w:p>
    <w:p>
      <w:pPr>
        <w:spacing w:after="0"/>
      </w:pPr>
      <w:r>
        <w:rPr>
          <w:rFonts w:ascii="Arial" w:hAnsi="Arial"/>
          <w:sz w:val="22"/>
        </w:rPr>
        <w:t>is, there is a difference between going I find It really hard to conceptualize a new and different idea because I have rigidity of thought, versus I recognize that your opinion and experience might be different from mine. I don't understand It, but I can see that hat exists. Those Are different things. Just because yeah, you know, I don't profess to understand your experience as a black autistic person, because I am a white blind person. But It doesn't mean that I can't record you know, I can't be on your side. No, because</w:t>
      </w:r>
    </w:p>
    <w:p>
      <w:pPr>
        <w:spacing w:after="0"/>
      </w:pPr>
    </w:p>
    <w:p>
      <w:pPr>
        <w:spacing w:after="0"/>
      </w:pPr>
      <w:r>
        <w:rPr>
          <w:rFonts w:ascii="Arial" w:hAnsi="Arial"/>
          <w:b/>
          <w:sz w:val="22"/>
        </w:rPr>
        <w:t xml:space="preserve">Lucy  </w:t>
      </w:r>
      <w:r>
        <w:rPr>
          <w:rFonts w:ascii="Arial" w:hAnsi="Arial"/>
          <w:color w:val="5D7284"/>
          <w:sz w:val="22"/>
        </w:rPr>
        <w:t>34:35</w:t>
      </w:r>
    </w:p>
    <w:p>
      <w:pPr>
        <w:spacing w:after="0"/>
      </w:pPr>
      <w:r>
        <w:rPr>
          <w:rFonts w:ascii="Arial" w:hAnsi="Arial"/>
          <w:sz w:val="22"/>
        </w:rPr>
        <w:t>I mean, that's the thing that both me and you Alice have empathy towards other people we're not dicks who Oh I don't understand that. So therefore, you must be wrong, because I don't understand It. We have empathy and we practice that like on you know, daily basis, because we are not assholes at the end of the day.</w:t>
      </w:r>
    </w:p>
    <w:p>
      <w:pPr>
        <w:spacing w:after="0"/>
      </w:pPr>
    </w:p>
    <w:p>
      <w:pPr>
        <w:spacing w:after="0"/>
      </w:pPr>
      <w:r>
        <w:rPr>
          <w:rFonts w:ascii="Arial" w:hAnsi="Arial"/>
          <w:b/>
          <w:sz w:val="22"/>
        </w:rPr>
        <w:t xml:space="preserve">Alice  </w:t>
      </w:r>
      <w:r>
        <w:rPr>
          <w:rFonts w:ascii="Arial" w:hAnsi="Arial"/>
          <w:color w:val="5D7284"/>
          <w:sz w:val="22"/>
        </w:rPr>
        <w:t>34:54</w:t>
      </w:r>
    </w:p>
    <w:p>
      <w:pPr>
        <w:spacing w:after="0"/>
      </w:pPr>
      <w:r>
        <w:rPr>
          <w:rFonts w:ascii="Arial" w:hAnsi="Arial"/>
          <w:sz w:val="22"/>
        </w:rPr>
        <w:t>And I will say, you know, one of the things about but it is like it is a privilege in a way to have that emotional capacity to be able to do that, you know, we've been lucky that we've been brought up in families and lived in, you know, experience, the school system and, and society to in a way that has allowed us to develop those kinds of feelings and sorts of understandings. I do think that, you know, I'm not forgiving people for being racist. But I do think that when you know, if you grow up in a shitty household where people tell I spent the whole time going, Oh, well, I can't work because this immigrants taking all the jobs, then you're not going to grow up to be an adult who recognizes that actually, people immigrate to immigrate, immigrate to this country, immigrate to this country, because actually, we're a very, like, we're a very lucky country, in terms of the opportunities and in terms of a fucking free health care service and a good benefits. You know, despite all of the problems, that there are at the moment, you know, that and instead of some people just It just, It makes me sad for them that they weren't brought up in a household where they were taught emotional resilience and empathy.</w:t>
      </w:r>
    </w:p>
    <w:p>
      <w:pPr>
        <w:spacing w:after="0"/>
      </w:pPr>
    </w:p>
    <w:p>
      <w:pPr>
        <w:spacing w:after="0"/>
      </w:pPr>
      <w:r>
        <w:rPr>
          <w:rFonts w:ascii="Arial" w:hAnsi="Arial"/>
          <w:b/>
          <w:sz w:val="22"/>
        </w:rPr>
        <w:t xml:space="preserve">Melissa  </w:t>
      </w:r>
      <w:r>
        <w:rPr>
          <w:rFonts w:ascii="Arial" w:hAnsi="Arial"/>
          <w:color w:val="5D7284"/>
          <w:sz w:val="22"/>
        </w:rPr>
        <w:t>36:30</w:t>
      </w:r>
    </w:p>
    <w:p>
      <w:pPr>
        <w:spacing w:after="0"/>
      </w:pPr>
      <w:r>
        <w:rPr>
          <w:rFonts w:ascii="Arial" w:hAnsi="Arial"/>
          <w:sz w:val="22"/>
        </w:rPr>
        <w:t>Yeah, I do have, I do have empathy. For people like that, but then equally, it's like, fuck you. I'm tired. Yes. And it's weird, because, especially like, when I become a mom, then it's like, I'm really protective of my kids. And, you know, you have people like that who, ou know, feel like they can. Like if my son, for instance, was stemming in public, because my son's getting really tall. Now. you know, you know, when they get to that age, where they're really tall and skinny, and they're bending over, because there's that tall, he's at that age. And it's like, actually, he wouldn't be able to swim in public, because people wouldn't look at him and think, oh, maybe he's disabled, maybe you need support, if he would be afraid and saying he has been aggressive and police could get involved, and then It could go really wrong really quickly. And so it's like, I can't show compassion for you, because you're going to hurt my baby. So it's really, it's really hard as a person who I think I think I have a lot of empathy, if anything too much. And I find that exhausting because people, it's almost like I allow people to kind of metaphorically plug into me and drain me because I want to help everybody I want to do everything. But then, you know, I'm learning. I'm learning to kind of get a tougher shell. Because my job first and foremost is to protect my children from being harmed and hindered so even during lockdown were autistic people, we could go out as many times as we wanted, you know, we only went out still for like, the hour, like neurotypicals were allowed to do because I could see that, you know, that entitled white person coming to ask, well, you know, you've been out twice or, yeah. Because I've got nothing else to do. And I you know, I didn't want my I didn't want my children to be harmed. Yeah. And that's not just physically it's That emotional energy as well, that goes into the that, that racism, I couldn't cope with that. So it's, it's, it's difficult being it's difficult being black and autistic in a country that is racist, and it's difficult being an autistic woman in a misogynistic culture as well, because It is a very misogynistic culture. So for us like I said, like so the, the concept of autism, it's very Eurocentric, It was very, you know, white male middle class. That's how It was developed. And  that was the cohort of, of individuals who would they developed It around. And so what I've, what I've observed is now more white women and people who identify as being women, there now receiving diagnoses, and rightfully so. But then I think, I think what happens in a country like this is then they feel like they've ticked a box and said, Yeah, diagnosis more, we're diagnosing more men and women, you know, equality. We've done It, we've done It guys. And it's like, Well, yeah. Wait, what about the people of color? you know, because actually, we're still not being diagnosed and we're still being misdiagnosed and you're still having those assumptions on us.</w:t>
      </w:r>
    </w:p>
    <w:p>
      <w:pPr>
        <w:spacing w:after="0"/>
      </w:pPr>
    </w:p>
    <w:p>
      <w:pPr>
        <w:spacing w:after="0"/>
      </w:pPr>
      <w:r>
        <w:rPr>
          <w:rFonts w:ascii="Arial" w:hAnsi="Arial"/>
          <w:b/>
          <w:sz w:val="22"/>
        </w:rPr>
        <w:t xml:space="preserve">Alice  </w:t>
      </w:r>
      <w:r>
        <w:rPr>
          <w:rFonts w:ascii="Arial" w:hAnsi="Arial"/>
          <w:color w:val="5D7284"/>
          <w:sz w:val="22"/>
        </w:rPr>
        <w:t>40:20</w:t>
      </w:r>
    </w:p>
    <w:p>
      <w:pPr>
        <w:spacing w:after="0"/>
      </w:pPr>
      <w:r>
        <w:rPr>
          <w:rFonts w:ascii="Arial" w:hAnsi="Arial"/>
          <w:sz w:val="22"/>
        </w:rPr>
        <w:t>And I think it's that's what people don't. When you say that we live in a racist country, there are lots of people out there who will go we're not a racist country, but it's things</w:t>
      </w:r>
    </w:p>
    <w:p>
      <w:pPr>
        <w:spacing w:after="0"/>
      </w:pPr>
    </w:p>
    <w:p>
      <w:pPr>
        <w:spacing w:after="0"/>
      </w:pPr>
      <w:r>
        <w:rPr>
          <w:rFonts w:ascii="Arial" w:hAnsi="Arial"/>
          <w:b/>
          <w:sz w:val="22"/>
        </w:rPr>
        <w:t xml:space="preserve">Lucy  </w:t>
      </w:r>
      <w:r>
        <w:rPr>
          <w:rFonts w:ascii="Arial" w:hAnsi="Arial"/>
          <w:color w:val="5D7284"/>
          <w:sz w:val="22"/>
        </w:rPr>
        <w:t>40:30</w:t>
      </w:r>
    </w:p>
    <w:p>
      <w:pPr>
        <w:spacing w:after="0"/>
      </w:pPr>
      <w:r>
        <w:rPr>
          <w:rFonts w:ascii="Arial" w:hAnsi="Arial"/>
          <w:sz w:val="22"/>
        </w:rPr>
        <w:t>They won't go, we're not a racist. They'll go but I'm not racist. They won't go we're not a racist country, though. I'm not but I'm not.</w:t>
      </w:r>
    </w:p>
    <w:p>
      <w:pPr>
        <w:spacing w:after="0"/>
      </w:pPr>
    </w:p>
    <w:p>
      <w:pPr>
        <w:spacing w:after="0"/>
      </w:pPr>
      <w:r>
        <w:rPr>
          <w:rFonts w:ascii="Arial" w:hAnsi="Arial"/>
          <w:b/>
          <w:sz w:val="22"/>
        </w:rPr>
        <w:t xml:space="preserve">Alice  </w:t>
      </w:r>
      <w:r>
        <w:rPr>
          <w:rFonts w:ascii="Arial" w:hAnsi="Arial"/>
          <w:color w:val="5D7284"/>
          <w:sz w:val="22"/>
        </w:rPr>
        <w:t>40:37</w:t>
      </w:r>
    </w:p>
    <w:p>
      <w:pPr>
        <w:spacing w:after="0"/>
      </w:pPr>
      <w:r>
        <w:rPr>
          <w:rFonts w:ascii="Arial" w:hAnsi="Arial"/>
          <w:sz w:val="22"/>
        </w:rPr>
        <w:t>And It but it's things like when you look at you look at the marches and the vigils and the fuss that people made when Sarah Everard died. That was a tragedy. But young women of colour have been disappearing and being murdered by their partners in murdered by stalkers for I mean, as long as people have been murdering people, and people, where's, where's the marches for this is awful, that I'm gonna say this, but I'm gonna hold my hands up to I can remember reading an article, when the Sarah Everard case was kind of at its height. And there was a woman who spoke about her young daughter who was a woman of colour, who had been who had gone missing. And It turned out she had been murdered by some former partner who was stalking her. And I can't remember the person's name. And I remember, I remember it enough that I was shocked that people were making a big deal that Sarah Everard and i remember Sarah's name. And that's, that's just indicative of the national British approach is,</w:t>
      </w:r>
    </w:p>
    <w:p>
      <w:pPr>
        <w:spacing w:after="0"/>
      </w:pPr>
    </w:p>
    <w:p>
      <w:pPr>
        <w:spacing w:after="0"/>
      </w:pPr>
      <w:r>
        <w:rPr>
          <w:rFonts w:ascii="Arial" w:hAnsi="Arial"/>
          <w:b/>
          <w:sz w:val="22"/>
        </w:rPr>
        <w:t xml:space="preserve">Melissa  </w:t>
      </w:r>
      <w:r>
        <w:rPr>
          <w:rFonts w:ascii="Arial" w:hAnsi="Arial"/>
          <w:color w:val="5D7284"/>
          <w:sz w:val="22"/>
        </w:rPr>
        <w:t>41:47</w:t>
      </w:r>
    </w:p>
    <w:p>
      <w:pPr>
        <w:spacing w:after="0"/>
      </w:pPr>
      <w:r>
        <w:rPr>
          <w:rFonts w:ascii="Arial" w:hAnsi="Arial"/>
          <w:sz w:val="22"/>
        </w:rPr>
        <w:t>people will make an excuse. And they'll say, well, it's because She was killed by a police officer. And that's why, and, you know, the police are there to protect us and, and then all of a sudden, people start to look at the police and saying, well, actually, some of them won't be decent people. But as black people, when we say about it's like, oh, no, no, no, that's not true. You know, you'll only be accosted by police. if you've done something wrong. You'll only be stopped and searched if you've done something wrong. But then this thing, this horrible, atrocious thing happened to somebody and all of a sudden, they started to say, well, maybe not all police officers Are good people. Yeah. you know, It was only</w:t>
      </w:r>
    </w:p>
    <w:p>
      <w:pPr>
        <w:spacing w:after="0"/>
      </w:pPr>
    </w:p>
    <w:p>
      <w:pPr>
        <w:spacing w:after="0"/>
      </w:pPr>
      <w:r>
        <w:rPr>
          <w:rFonts w:ascii="Arial" w:hAnsi="Arial"/>
          <w:b/>
          <w:sz w:val="22"/>
        </w:rPr>
        <w:t xml:space="preserve">Lucy  </w:t>
      </w:r>
      <w:r>
        <w:rPr>
          <w:rFonts w:ascii="Arial" w:hAnsi="Arial"/>
          <w:color w:val="5D7284"/>
          <w:sz w:val="22"/>
        </w:rPr>
        <w:t>42:27</w:t>
      </w:r>
    </w:p>
    <w:p>
      <w:pPr>
        <w:spacing w:after="0"/>
      </w:pPr>
      <w:r>
        <w:rPr>
          <w:rFonts w:ascii="Arial" w:hAnsi="Arial"/>
          <w:sz w:val="22"/>
        </w:rPr>
        <w:t>the news yesterday, wasn't It? that I guess It? Wasn't It one in seven police, men or police police officers? (*correction* one in ten) Shouldn't have got past the vetting stage and you're like.... What!?</w:t>
      </w:r>
    </w:p>
    <w:p>
      <w:pPr>
        <w:spacing w:after="0"/>
      </w:pPr>
    </w:p>
    <w:p>
      <w:pPr>
        <w:spacing w:after="0"/>
      </w:pPr>
      <w:r>
        <w:rPr>
          <w:rFonts w:ascii="Arial" w:hAnsi="Arial"/>
          <w:b/>
          <w:sz w:val="22"/>
        </w:rPr>
        <w:t xml:space="preserve">Alice  </w:t>
      </w:r>
      <w:r>
        <w:rPr>
          <w:rFonts w:ascii="Arial" w:hAnsi="Arial"/>
          <w:color w:val="5D7284"/>
          <w:sz w:val="22"/>
        </w:rPr>
        <w:t>42:43</w:t>
      </w:r>
    </w:p>
    <w:p>
      <w:pPr>
        <w:spacing w:after="0"/>
      </w:pPr>
      <w:r>
        <w:rPr>
          <w:rFonts w:ascii="Arial" w:hAnsi="Arial"/>
          <w:sz w:val="22"/>
        </w:rPr>
        <w:t>You know, those sorts of investigations are coming out almost as a direct sort of result of Sarah Everard</w:t>
      </w:r>
    </w:p>
    <w:p>
      <w:pPr>
        <w:spacing w:after="0"/>
      </w:pPr>
    </w:p>
    <w:p>
      <w:pPr>
        <w:spacing w:after="0"/>
      </w:pPr>
      <w:r>
        <w:rPr>
          <w:rFonts w:ascii="Arial" w:hAnsi="Arial"/>
          <w:b/>
          <w:sz w:val="22"/>
        </w:rPr>
        <w:t xml:space="preserve">Lucy  </w:t>
      </w:r>
      <w:r>
        <w:rPr>
          <w:rFonts w:ascii="Arial" w:hAnsi="Arial"/>
          <w:color w:val="5D7284"/>
          <w:sz w:val="22"/>
        </w:rPr>
        <w:t>42:52</w:t>
      </w:r>
    </w:p>
    <w:p>
      <w:pPr>
        <w:spacing w:after="0"/>
      </w:pPr>
      <w:r>
        <w:rPr>
          <w:rFonts w:ascii="Arial" w:hAnsi="Arial"/>
          <w:sz w:val="22"/>
        </w:rPr>
        <w:t>It's like a knee jerk reaction, isn't It? A knee jerk? Oooo i better do something.</w:t>
      </w:r>
    </w:p>
    <w:p>
      <w:pPr>
        <w:spacing w:after="0"/>
      </w:pPr>
    </w:p>
    <w:p>
      <w:pPr>
        <w:spacing w:after="0"/>
      </w:pPr>
      <w:r>
        <w:rPr>
          <w:rFonts w:ascii="Arial" w:hAnsi="Arial"/>
          <w:b/>
          <w:sz w:val="22"/>
        </w:rPr>
        <w:t xml:space="preserve">Alice  </w:t>
      </w:r>
      <w:r>
        <w:rPr>
          <w:rFonts w:ascii="Arial" w:hAnsi="Arial"/>
          <w:color w:val="5D7284"/>
          <w:sz w:val="22"/>
        </w:rPr>
        <w:t>42:56</w:t>
      </w:r>
    </w:p>
    <w:p>
      <w:pPr>
        <w:spacing w:after="0"/>
      </w:pPr>
      <w:r>
        <w:rPr>
          <w:rFonts w:ascii="Arial" w:hAnsi="Arial"/>
          <w:sz w:val="22"/>
        </w:rPr>
        <w:t>Yeah. When you just think that it's because she was a young pretty white woman? Yeah. Just it's just it's I don't understand how people don't see that, that staring them in the face? Like how do they not look at the news, and see all these, you know, awful things that we're hearing about that's happening to children and women? How do you not look and go? How come all I'm seeing is white faces?</w:t>
      </w:r>
    </w:p>
    <w:p>
      <w:pPr>
        <w:spacing w:after="0"/>
      </w:pPr>
    </w:p>
    <w:p>
      <w:pPr>
        <w:spacing w:after="0"/>
      </w:pPr>
      <w:r>
        <w:rPr>
          <w:rFonts w:ascii="Arial" w:hAnsi="Arial"/>
          <w:b/>
          <w:sz w:val="22"/>
        </w:rPr>
        <w:t xml:space="preserve">Melissa  </w:t>
      </w:r>
      <w:r>
        <w:rPr>
          <w:rFonts w:ascii="Arial" w:hAnsi="Arial"/>
          <w:color w:val="5D7284"/>
          <w:sz w:val="22"/>
        </w:rPr>
        <w:t>43:25</w:t>
      </w:r>
    </w:p>
    <w:p>
      <w:pPr>
        <w:spacing w:after="0"/>
      </w:pPr>
      <w:r>
        <w:rPr>
          <w:rFonts w:ascii="Arial" w:hAnsi="Arial"/>
          <w:sz w:val="22"/>
        </w:rPr>
        <w:t>No, it's weird, because I've always said to my husband that the tsunami that happened in Thailand, It affected us all so much, because a lot of white people were killed. You know, they were over there on their holiday and the holiday there, and they were killed. And so people only seem to not all people, but a lot of people can only empathize when It looks like somebody who could be in their family, or their child's, its relatable,</w:t>
      </w:r>
    </w:p>
    <w:p>
      <w:pPr>
        <w:spacing w:after="0"/>
      </w:pPr>
    </w:p>
    <w:p>
      <w:pPr>
        <w:spacing w:after="0"/>
      </w:pPr>
      <w:r>
        <w:rPr>
          <w:rFonts w:ascii="Arial" w:hAnsi="Arial"/>
          <w:b/>
          <w:sz w:val="22"/>
        </w:rPr>
        <w:t xml:space="preserve">Lucy  </w:t>
      </w:r>
      <w:r>
        <w:rPr>
          <w:rFonts w:ascii="Arial" w:hAnsi="Arial"/>
          <w:color w:val="5D7284"/>
          <w:sz w:val="22"/>
        </w:rPr>
        <w:t>43:53</w:t>
      </w:r>
    </w:p>
    <w:p>
      <w:pPr>
        <w:spacing w:after="0"/>
      </w:pPr>
      <w:r>
        <w:rPr>
          <w:rFonts w:ascii="Arial" w:hAnsi="Arial"/>
          <w:sz w:val="22"/>
        </w:rPr>
        <w:t>It's relatable to them, because it's a white family.</w:t>
      </w:r>
    </w:p>
    <w:p>
      <w:pPr>
        <w:spacing w:after="0"/>
      </w:pPr>
    </w:p>
    <w:p>
      <w:pPr>
        <w:spacing w:after="0"/>
      </w:pPr>
      <w:r>
        <w:rPr>
          <w:rFonts w:ascii="Arial" w:hAnsi="Arial"/>
          <w:b/>
          <w:sz w:val="22"/>
        </w:rPr>
        <w:t xml:space="preserve">Melissa  </w:t>
      </w:r>
      <w:r>
        <w:rPr>
          <w:rFonts w:ascii="Arial" w:hAnsi="Arial"/>
          <w:color w:val="5D7284"/>
          <w:sz w:val="22"/>
        </w:rPr>
        <w:t>43:58</w:t>
      </w:r>
    </w:p>
    <w:p>
      <w:pPr>
        <w:spacing w:after="0"/>
      </w:pPr>
      <w:r>
        <w:rPr>
          <w:rFonts w:ascii="Arial" w:hAnsi="Arial"/>
          <w:sz w:val="22"/>
        </w:rPr>
        <w:t>Exactly. And so all of a sudden, you know, then it matters. And then all of a sudden people band together and say we need to address This. Something needs to change. And, you know, whether people want to acknowledge It or not, this country is predominantly white. And the laws are made by white people. Their health care system is devised and manage by white people, the police system, the school system, and so then what It means is they're only looking out for and creating rules for people who they identify with the people who they find relatable. And so that doesn't look like me or my children, though, You know, what does that do to the mental health of black people and people of colour in this in country? What does It mean, you know, for that, that Asian child who's struggling in school because they're autistic, but school aren't even considering It the same well, mum and dad that English is their second language that must be the problem. Yeah, it's a cultural thing because they're Muslim. And so, you know, I wasn't diagnosed, but I understand why I wasn't diagnosed. It's because when I was younger, you know, when I was younger, the the understanding of autism wasn't what It is now. And the parameters for receiving a diagnosis were really tight. So I wouldn't have received a diagnosis because I could function and I could communicate and I could interact with people, because I could mask so I understand as bittersweet and as painful as it is, I understand why I didn't receive a diagnosis. But we understand autism a lot better now. And we're still not receiving the diagnoses. So why aren't we? Yeah, what's what's the there's, there's no excuse? It's just people failing people fuck It up. Yeah, each and every day. And thankfully, there are allies who, you know, if there's a festival going on in Sheffield, like the festival of debate in Sheffield have been amazing allies to me from day one. So and, you know, I had a friend who worked at Sheffield Healthwatch at the time, and they were working together. This was about four years ago. And they were able to secure the writer, the author of the neuro tribe's book, Steve Silberman. And, you know, he came to Sheffield, for me to sit down and have a conversation with him in front of an audience. And so for me, as an autistic person who might a lot of my concept and empathy around autism was reading his book, I was able to sit down and have a two hour conversation with this man in front of an audience. That was amazing. You know, I've been I've been able to, you know, there's a, there's a charity in Sheffield called, not in Sheffield in London called a second voice. And it's run by a black woman. And it supports like, black autistic people and autistic people of colour As a whole. And she saw some of the things I was doing, and she's based in London, but she was supporting me in Sheffield, because she understood, like, my voice wasn't being heard. And so it's about you know, I've been really lucky to have allies That have gotten me to where I am. And it's not because I don't work fucking hard. Put in a lot of effort and get very little out of It. Yeah, even on even on Twitter, there's people who got onto Twitter after me talking about autism, and they've got a blue tick now. And 10s of 1000s of followers. And I will talk about really, really important things around autism and race. And I won't even get a like, because actually, for That autistic person who's reading It, It doesn't relate to them. So they're not interested in it. Do you see what I mean? Like, you put in three times as much work and you don't even get a quarter of the reward.</w:t>
      </w:r>
    </w:p>
    <w:p>
      <w:pPr>
        <w:spacing w:after="0"/>
      </w:pPr>
    </w:p>
    <w:p>
      <w:pPr>
        <w:spacing w:after="0"/>
      </w:pPr>
      <w:r>
        <w:rPr>
          <w:rFonts w:ascii="Arial" w:hAnsi="Arial"/>
          <w:b/>
          <w:sz w:val="22"/>
        </w:rPr>
        <w:t xml:space="preserve">Alice  </w:t>
      </w:r>
      <w:r>
        <w:rPr>
          <w:rFonts w:ascii="Arial" w:hAnsi="Arial"/>
          <w:color w:val="5D7284"/>
          <w:sz w:val="22"/>
        </w:rPr>
        <w:t>48:29</w:t>
      </w:r>
    </w:p>
    <w:p>
      <w:pPr>
        <w:spacing w:after="0"/>
      </w:pPr>
      <w:r>
        <w:rPr>
          <w:rFonts w:ascii="Arial" w:hAnsi="Arial"/>
          <w:sz w:val="22"/>
        </w:rPr>
        <w:t>Personally, I I can't understand that. disengaged, disengage That sort of disconnect. Or people who who only see the differences, like, you know, I, when I look at a person and I look at their story, I can't help but be drawn to the similarities. I'm always conscious of my privilege. But I think you know, speaking to you, Melissa, I am hearing a woman speak and of course, your identity is more than just your gender. But I recognize That you're, you know, you're a woman and you're a disabled woman, which I am also.</w:t>
      </w:r>
    </w:p>
    <w:p>
      <w:pPr>
        <w:spacing w:after="0"/>
      </w:pPr>
    </w:p>
    <w:p>
      <w:pPr>
        <w:spacing w:after="0"/>
      </w:pPr>
      <w:r>
        <w:rPr>
          <w:rFonts w:ascii="Arial" w:hAnsi="Arial"/>
          <w:b/>
          <w:sz w:val="22"/>
        </w:rPr>
        <w:t xml:space="preserve">Lucy  </w:t>
      </w:r>
      <w:r>
        <w:rPr>
          <w:rFonts w:ascii="Arial" w:hAnsi="Arial"/>
          <w:color w:val="5D7284"/>
          <w:sz w:val="22"/>
        </w:rPr>
        <w:t>49:19</w:t>
      </w:r>
    </w:p>
    <w:p>
      <w:pPr>
        <w:spacing w:after="0"/>
      </w:pPr>
      <w:r>
        <w:rPr>
          <w:rFonts w:ascii="Arial" w:hAnsi="Arial"/>
          <w:sz w:val="22"/>
        </w:rPr>
        <w:t>But there was that level of connection isn't. Yeah, for me and you? Yeah.</w:t>
      </w:r>
    </w:p>
    <w:p>
      <w:pPr>
        <w:spacing w:after="0"/>
      </w:pPr>
    </w:p>
    <w:p>
      <w:pPr>
        <w:spacing w:after="0"/>
      </w:pPr>
      <w:r>
        <w:rPr>
          <w:rFonts w:ascii="Arial" w:hAnsi="Arial"/>
          <w:b/>
          <w:sz w:val="22"/>
        </w:rPr>
        <w:t xml:space="preserve">Alice  </w:t>
      </w:r>
      <w:r>
        <w:rPr>
          <w:rFonts w:ascii="Arial" w:hAnsi="Arial"/>
          <w:color w:val="5D7284"/>
          <w:sz w:val="22"/>
        </w:rPr>
        <w:t>49:23</w:t>
      </w:r>
    </w:p>
    <w:p>
      <w:pPr>
        <w:spacing w:after="0"/>
      </w:pPr>
      <w:r>
        <w:rPr>
          <w:rFonts w:ascii="Arial" w:hAnsi="Arial"/>
          <w:sz w:val="22"/>
        </w:rPr>
        <w:t>But listening to you talk about the black autistic experience. That's two things I have. I do not have a kind of concept of or share, but I'm still engaged and interested. Yeah. And I think this is worth listening to This is worth talking about. And you know, it's interesting to hear people's experiences and, and discuss things and</w:t>
      </w:r>
    </w:p>
    <w:p>
      <w:pPr>
        <w:spacing w:after="0"/>
      </w:pPr>
    </w:p>
    <w:p>
      <w:pPr>
        <w:spacing w:after="0"/>
      </w:pPr>
      <w:r>
        <w:rPr>
          <w:rFonts w:ascii="Arial" w:hAnsi="Arial"/>
          <w:b/>
          <w:sz w:val="22"/>
        </w:rPr>
        <w:t xml:space="preserve">Lucy  </w:t>
      </w:r>
      <w:r>
        <w:rPr>
          <w:rFonts w:ascii="Arial" w:hAnsi="Arial"/>
          <w:color w:val="5D7284"/>
          <w:sz w:val="22"/>
        </w:rPr>
        <w:t>49:48</w:t>
      </w:r>
    </w:p>
    <w:p>
      <w:pPr>
        <w:spacing w:after="0"/>
      </w:pPr>
      <w:r>
        <w:rPr>
          <w:rFonts w:ascii="Arial" w:hAnsi="Arial"/>
          <w:sz w:val="22"/>
        </w:rPr>
        <w:t>but I think As well but that also for us Alice. It makes us a good podcast host because we are prepared to sit and listen to other people's stories and give you space to talk about It. what you want to talk about, I find what you've got to say, Melissa, very engaging, and soaking It all in, it's, in some respects, it's an eye opener. But It, you know, and I often find, I love finding out about different people from different backgrounds, and It doesn't scare me That I'm going to sit and talk to somebody who is, is different in some way for me, because, to me, it's like, well, it's a, it's a learning if the learner experiences of It. And, you know, within that, within our conversations, we can find common ground and actually discover, you know, we've got connections that make these conversations worthwhile and, and valuable. It's,</w:t>
      </w:r>
    </w:p>
    <w:p>
      <w:pPr>
        <w:spacing w:after="0"/>
      </w:pPr>
    </w:p>
    <w:p>
      <w:pPr>
        <w:spacing w:after="0"/>
      </w:pPr>
      <w:r>
        <w:rPr>
          <w:rFonts w:ascii="Arial" w:hAnsi="Arial"/>
          <w:b/>
          <w:sz w:val="22"/>
        </w:rPr>
        <w:t xml:space="preserve">Melissa  </w:t>
      </w:r>
      <w:r>
        <w:rPr>
          <w:rFonts w:ascii="Arial" w:hAnsi="Arial"/>
          <w:color w:val="5D7284"/>
          <w:sz w:val="22"/>
        </w:rPr>
        <w:t>50:47</w:t>
      </w:r>
    </w:p>
    <w:p>
      <w:pPr>
        <w:spacing w:after="0"/>
      </w:pPr>
      <w:r>
        <w:rPr>
          <w:rFonts w:ascii="Arial" w:hAnsi="Arial"/>
          <w:sz w:val="22"/>
        </w:rPr>
        <w:t>I think, sorry, I think from sorry, that's an autistic thing was something pops in your head you have to get it out before you forget. I think for me, as well, I kind of I always talk as well about being in a place of privilege. Because I've been able to go to university and get a degree, I've been able to go back to university and get like postgraduate qualifications in autism. I know that I'm more articulate, I know, I can stand up and give a presentation. So I know that I'm in a much better position than a lot of people of colour are. So I even understand my privilege. So and I always kind of try and explain that I'm not. I'm talking from my lived experience, and from the people who I talk to, but I, I don't have all the answers. And so yeah, you're right. When I'm, when I interact with people, I immediately understand the privilege I've got, and I immediately want to learn and hear about what their lived experiences, because that enriches me as an individual.</w:t>
      </w:r>
    </w:p>
    <w:p>
      <w:pPr>
        <w:spacing w:after="0"/>
      </w:pPr>
    </w:p>
    <w:p>
      <w:pPr>
        <w:spacing w:after="0"/>
      </w:pPr>
      <w:r>
        <w:rPr>
          <w:rFonts w:ascii="Arial" w:hAnsi="Arial"/>
          <w:b/>
          <w:sz w:val="22"/>
        </w:rPr>
        <w:t xml:space="preserve">Lucy  </w:t>
      </w:r>
      <w:r>
        <w:rPr>
          <w:rFonts w:ascii="Arial" w:hAnsi="Arial"/>
          <w:color w:val="5D7284"/>
          <w:sz w:val="22"/>
        </w:rPr>
        <w:t>51:56</w:t>
      </w:r>
    </w:p>
    <w:p>
      <w:pPr>
        <w:spacing w:after="0"/>
      </w:pPr>
      <w:r>
        <w:rPr>
          <w:rFonts w:ascii="Arial" w:hAnsi="Arial"/>
          <w:sz w:val="22"/>
        </w:rPr>
        <w:t>But yeah exactly. There is nothing wrong with being inquisitive around other people. And I think it's a can only a big good thing that you are willing to ask questions and listen to, so long as you're willing to listen to the answers and not sort of bombard bombard and bombard, and you're prepared to listen to what that person's got to say. There was nothing wrong with being inquisitive, and It could only make you a better seller. And if you are vulnerable enough to say, look, I don't know about This, can you tell me about X Y, Zed? I think that is quite endearing in a way. When people you know, when people come to me and say, look, I don't know about this, I'm gonna hold my hands up, I don't know. Can you explain It to me? I am more than happy if they do It politely and considerate and don't just go watch It. Were you then kind of in the street, when it's a polite considered request? Yeah, I'm working on this. And I have no clue. And It goes over me your name,</w:t>
      </w:r>
    </w:p>
    <w:p>
      <w:pPr>
        <w:spacing w:after="0"/>
      </w:pPr>
    </w:p>
    <w:p>
      <w:pPr>
        <w:spacing w:after="0"/>
      </w:pPr>
      <w:r>
        <w:rPr>
          <w:rFonts w:ascii="Arial" w:hAnsi="Arial"/>
          <w:b/>
          <w:sz w:val="22"/>
        </w:rPr>
        <w:t xml:space="preserve">Alice  </w:t>
      </w:r>
      <w:r>
        <w:rPr>
          <w:rFonts w:ascii="Arial" w:hAnsi="Arial"/>
          <w:color w:val="5D7284"/>
          <w:sz w:val="22"/>
        </w:rPr>
        <w:t>52:57</w:t>
      </w:r>
    </w:p>
    <w:p>
      <w:pPr>
        <w:spacing w:after="0"/>
      </w:pPr>
      <w:r>
        <w:rPr>
          <w:rFonts w:ascii="Arial" w:hAnsi="Arial"/>
          <w:sz w:val="22"/>
        </w:rPr>
        <w:t>It goes back to what we were talking about with assumptions is actually instead of looking at a person and going well, because you Are x, y, or Z, I assume that you must be like this. Actually, you know, being open and open minded means that You don't look at a person and decide that you look at you meet a person and you go tell me about you and your experience.</w:t>
      </w:r>
    </w:p>
    <w:p>
      <w:pPr>
        <w:spacing w:after="0"/>
      </w:pPr>
    </w:p>
    <w:p>
      <w:pPr>
        <w:spacing w:after="0"/>
      </w:pPr>
      <w:r>
        <w:rPr>
          <w:rFonts w:ascii="Arial" w:hAnsi="Arial"/>
          <w:b/>
          <w:sz w:val="22"/>
        </w:rPr>
        <w:t xml:space="preserve">Lucy  </w:t>
      </w:r>
      <w:r>
        <w:rPr>
          <w:rFonts w:ascii="Arial" w:hAnsi="Arial"/>
          <w:color w:val="5D7284"/>
          <w:sz w:val="22"/>
        </w:rPr>
        <w:t>53:22</w:t>
      </w:r>
    </w:p>
    <w:p>
      <w:pPr>
        <w:spacing w:after="0"/>
      </w:pPr>
      <w:r>
        <w:rPr>
          <w:rFonts w:ascii="Arial" w:hAnsi="Arial"/>
          <w:sz w:val="22"/>
        </w:rPr>
        <w:t>Yeah. That's all making assumptions. Yeah.</w:t>
      </w:r>
    </w:p>
    <w:p>
      <w:pPr>
        <w:spacing w:after="0"/>
      </w:pPr>
    </w:p>
    <w:p>
      <w:pPr>
        <w:spacing w:after="0"/>
      </w:pPr>
      <w:r>
        <w:rPr>
          <w:rFonts w:ascii="Arial" w:hAnsi="Arial"/>
          <w:b/>
          <w:sz w:val="22"/>
        </w:rPr>
        <w:t xml:space="preserve">Melissa  </w:t>
      </w:r>
      <w:r>
        <w:rPr>
          <w:rFonts w:ascii="Arial" w:hAnsi="Arial"/>
          <w:color w:val="5D7284"/>
          <w:sz w:val="22"/>
        </w:rPr>
        <w:t>53:26</w:t>
      </w:r>
    </w:p>
    <w:p>
      <w:pPr>
        <w:spacing w:after="0"/>
      </w:pPr>
      <w:r>
        <w:rPr>
          <w:rFonts w:ascii="Arial" w:hAnsi="Arial"/>
          <w:sz w:val="22"/>
        </w:rPr>
        <w:t>Yeah, I agree.</w:t>
      </w:r>
    </w:p>
    <w:p>
      <w:pPr>
        <w:spacing w:after="0"/>
      </w:pPr>
    </w:p>
    <w:p>
      <w:pPr>
        <w:spacing w:after="0"/>
      </w:pPr>
      <w:r>
        <w:rPr>
          <w:rFonts w:ascii="Arial" w:hAnsi="Arial"/>
          <w:b/>
          <w:sz w:val="22"/>
        </w:rPr>
        <w:t xml:space="preserve">Alice  </w:t>
      </w:r>
      <w:r>
        <w:rPr>
          <w:rFonts w:ascii="Arial" w:hAnsi="Arial"/>
          <w:color w:val="5D7284"/>
          <w:sz w:val="22"/>
        </w:rPr>
        <w:t>53:29</w:t>
      </w:r>
    </w:p>
    <w:p>
      <w:pPr>
        <w:spacing w:after="0"/>
      </w:pPr>
      <w:r>
        <w:rPr>
          <w:rFonts w:ascii="Arial" w:hAnsi="Arial"/>
          <w:sz w:val="22"/>
        </w:rPr>
        <w:t>And I think, you know, obviously, one of the reasons that we we brought you on today was to talk about the difference between kind of and the fight that autistic women go through to get the diagnosis that they need to be able to access support and things like that. And that's and how, how, disproportionate those diagnoses for women and women of color is versus, you know, little white boys, that obviously having, you know, raising awareness of the difficulties that women and women of color experience was trying to get a diagnosis as part of that National Autistic Society campaign that you're, you've been a part of. Melissa is It helps, hopefully helps people sort of challenge their, their assumptions about well, this is what autism looks like. Because actually, that you know, and it's, it's difficult when It comes to, you know, I'm sure it's very difficult for people doing diagnoses to go well, this is autism, this isn't autism. But you know, that's what they're paid for. That's that's their jobs. And yeah, I think I think that's why you know, doing campaigns and making, making a fuss basically making sure people are aware and, and the best thing that you can do is put the information out there unfortunately seeing people may choose not to engage with It. But</w:t>
      </w:r>
    </w:p>
    <w:p>
      <w:pPr>
        <w:spacing w:after="0"/>
      </w:pPr>
    </w:p>
    <w:p>
      <w:pPr>
        <w:spacing w:after="0"/>
      </w:pPr>
      <w:r>
        <w:rPr>
          <w:rFonts w:ascii="Arial" w:hAnsi="Arial"/>
          <w:b/>
          <w:sz w:val="22"/>
        </w:rPr>
        <w:t xml:space="preserve">Melissa  </w:t>
      </w:r>
      <w:r>
        <w:rPr>
          <w:rFonts w:ascii="Arial" w:hAnsi="Arial"/>
          <w:color w:val="5D7284"/>
          <w:sz w:val="22"/>
        </w:rPr>
        <w:t>55:05</w:t>
      </w:r>
    </w:p>
    <w:p>
      <w:pPr>
        <w:spacing w:after="0"/>
      </w:pPr>
      <w:r>
        <w:rPr>
          <w:rFonts w:ascii="Arial" w:hAnsi="Arial"/>
          <w:sz w:val="22"/>
        </w:rPr>
        <w:t>yes, I was, I was part of the National Autistic Society steering group looking at a campaign that they wanted to do around women and non binary people receiving late diagnoses of autism, and what effects that has on them, and it's hard on them. And, you know, we had like, varying opinions. And we, we kind of we, we saw, It was, we saw that It was an important thing to do. And, you know, They asked me to be a part of the six individuals who would be featured, because as well as those six people, autistic women and non binary people could also send in a picture of themselves and write their story. And that will be that will be visible on the internet. But then they also wanted six, six people to feature. And as part of that feature, they had a photographer come to their home. And, you know, They kind of helped you to take the home set that It was in, I think it was supposed to be in your living room. And you were supposed to have things around You that kind of represented you as a person. And so they wanted to do that with me. Now, I'm, I'm a massive Marvel fan. And so to me, if I'm trying to rep, if I want to, if I want things around me to represent me, I have to be able to show that and you can't show Marvel things because it's all copyrighted. Yeah. So I, I, again, used my power that I'm starting to learn I have and I was like, well, I have an idea. And I said, well, I want to go to one of the smaller independent cinemas in Sheffield. And I want to be able to sit in an empty theater. And that kind of represents me, watching Marvel and watching those movies that I love. Because I couldn't wear the t shirt. I couldn't have the Fonkoze around me or posters or anything. So I said, well, I want to be able to do that. And I did what I always do, I started to research and I reached out to cinemas and the curves on cinema in Sheffield had yet come come down. And so we went down with a photographer with assistance. And there was a lot of people that just for me, we had we had a theater where they, you know, we, we did a photo shoot, to find to have a picture that represented me as an individual. And I really enjoyed It. And as part of that I did an interview as well, to tell my story to explain when I received my diagnosis and to talk about I felt growing up how I felt like I didn't fit in and felt really lonely in a room full of family, because something just didn't feel right about me. And I always felt like an observer in my family, I always felt like I was on the outside looking in. And a lot of autistic people say that went because I still my children still go to act. And we hear children saying that all the time when you know when we're in the parents room. And we have these new parents coming in and their children say things like they feel like an alien, or they feel like they're talking a different language and, and I always felt like I was on the outside looking in, at my family. And so I was able to just kind of share my story and and talk about the struggles That I've had. But also the things that I love and the things that I now embrace. Because I've I don't just know, I'm autistic, I've accepted that I'm autistic. And that's two very different things. And so I've accepted that I'm autistic and so I now take great pleasure in sitting for an entire day when I've got a day off and watching a Marvel movie I've seen 100 times already, but I need to sit and watch It again because I've had a stressful week. And so whereas before, you know if you're gonna go out if you if you're gonna watch like 10 Marvel movies back to back, and you've done It 50 times already. It feels wrong and It feels like a really almost sordid secret like a secret. Yeah, a secret because you're a grown ass woman. You know, and you've got bills to pay and you've got responsibility and you're taking so much pleasure in watching superheroes. So it's not even a documentary. You know, and it's not. It's not a it's not a foreign movie with subtitles That kind of, you know, make you feel really educated and bougie yes, like, it's like superheroes and a lot of CGI. And but now as an autistic person, I totally have gotten to the point where I want to be happy. And so I accept that. And I accept that. Things like Marvel. And Disney plus and Star Wars. makes me really happy. You know, having a new series of Game of Thrones recently come out. That made me really happy</w:t>
      </w:r>
    </w:p>
    <w:p>
      <w:pPr>
        <w:spacing w:after="0"/>
      </w:pPr>
    </w:p>
    <w:p>
      <w:pPr>
        <w:spacing w:after="0"/>
      </w:pPr>
      <w:r>
        <w:rPr>
          <w:rFonts w:ascii="Arial" w:hAnsi="Arial"/>
          <w:b/>
          <w:sz w:val="22"/>
        </w:rPr>
        <w:t xml:space="preserve">Alice  </w:t>
      </w:r>
      <w:r>
        <w:rPr>
          <w:rFonts w:ascii="Arial" w:hAnsi="Arial"/>
          <w:color w:val="5D7284"/>
          <w:sz w:val="22"/>
        </w:rPr>
        <w:t>1:00:43</w:t>
      </w:r>
    </w:p>
    <w:p>
      <w:pPr>
        <w:spacing w:after="0"/>
      </w:pPr>
      <w:r>
        <w:rPr>
          <w:rFonts w:ascii="Arial" w:hAnsi="Arial"/>
          <w:sz w:val="22"/>
        </w:rPr>
        <w:t>careful if I'm on the edge for potential spoilers for Game of Thrones. Be very careful,</w:t>
      </w:r>
    </w:p>
    <w:p>
      <w:pPr>
        <w:spacing w:after="0"/>
      </w:pPr>
    </w:p>
    <w:p>
      <w:pPr>
        <w:spacing w:after="0"/>
      </w:pPr>
      <w:r>
        <w:rPr>
          <w:rFonts w:ascii="Arial" w:hAnsi="Arial"/>
          <w:b/>
          <w:sz w:val="22"/>
        </w:rPr>
        <w:t xml:space="preserve">Lucy  </w:t>
      </w:r>
      <w:r>
        <w:rPr>
          <w:rFonts w:ascii="Arial" w:hAnsi="Arial"/>
          <w:color w:val="5D7284"/>
          <w:sz w:val="22"/>
        </w:rPr>
        <w:t>1:00:50</w:t>
      </w:r>
    </w:p>
    <w:p>
      <w:pPr>
        <w:spacing w:after="0"/>
      </w:pPr>
      <w:r>
        <w:rPr>
          <w:rFonts w:ascii="Arial" w:hAnsi="Arial"/>
          <w:sz w:val="22"/>
        </w:rPr>
        <w:t>we have to keep That</w:t>
      </w:r>
    </w:p>
    <w:p>
      <w:pPr>
        <w:spacing w:after="0"/>
      </w:pPr>
    </w:p>
    <w:p>
      <w:pPr>
        <w:spacing w:after="0"/>
      </w:pPr>
      <w:r>
        <w:rPr>
          <w:rFonts w:ascii="Arial" w:hAnsi="Arial"/>
          <w:b/>
          <w:sz w:val="22"/>
        </w:rPr>
        <w:t xml:space="preserve">Melissa  </w:t>
      </w:r>
      <w:r>
        <w:rPr>
          <w:rFonts w:ascii="Arial" w:hAnsi="Arial"/>
          <w:color w:val="5D7284"/>
          <w:sz w:val="22"/>
        </w:rPr>
        <w:t>1:00:53</w:t>
      </w:r>
    </w:p>
    <w:p>
      <w:pPr>
        <w:spacing w:after="0"/>
      </w:pPr>
      <w:r>
        <w:rPr>
          <w:rFonts w:ascii="Arial" w:hAnsi="Arial"/>
          <w:sz w:val="22"/>
        </w:rPr>
        <w:t>You know, something? I'm a pet. I do not spoil I'm not a spoiler person. Because I it's so painful. Yeah. When somebody spoils something.</w:t>
      </w:r>
    </w:p>
    <w:p>
      <w:pPr>
        <w:spacing w:after="0"/>
      </w:pPr>
    </w:p>
    <w:p>
      <w:pPr>
        <w:spacing w:after="0"/>
      </w:pPr>
      <w:r>
        <w:rPr>
          <w:rFonts w:ascii="Arial" w:hAnsi="Arial"/>
          <w:b/>
          <w:sz w:val="22"/>
        </w:rPr>
        <w:t xml:space="preserve">Lucy  </w:t>
      </w:r>
      <w:r>
        <w:rPr>
          <w:rFonts w:ascii="Arial" w:hAnsi="Arial"/>
          <w:color w:val="5D7284"/>
          <w:sz w:val="22"/>
        </w:rPr>
        <w:t>1:01:03</w:t>
      </w:r>
    </w:p>
    <w:p>
      <w:pPr>
        <w:spacing w:after="0"/>
      </w:pPr>
      <w:r>
        <w:rPr>
          <w:rFonts w:ascii="Arial" w:hAnsi="Arial"/>
          <w:sz w:val="22"/>
        </w:rPr>
        <w:t>Yes. Then you get like, ages from the end of a book and they go, Oh, he dies in the end. Yeah, sure. Thanks, Tim. Thanks for That. Yeah.</w:t>
      </w:r>
    </w:p>
    <w:p>
      <w:pPr>
        <w:spacing w:after="0"/>
      </w:pPr>
    </w:p>
    <w:p>
      <w:pPr>
        <w:spacing w:after="0"/>
      </w:pPr>
      <w:r>
        <w:rPr>
          <w:rFonts w:ascii="Arial" w:hAnsi="Arial"/>
          <w:b/>
          <w:sz w:val="22"/>
        </w:rPr>
        <w:t xml:space="preserve">Alice  </w:t>
      </w:r>
      <w:r>
        <w:rPr>
          <w:rFonts w:ascii="Arial" w:hAnsi="Arial"/>
          <w:color w:val="5D7284"/>
          <w:sz w:val="22"/>
        </w:rPr>
        <w:t>1:01:12</w:t>
      </w:r>
    </w:p>
    <w:p>
      <w:pPr>
        <w:spacing w:after="0"/>
      </w:pPr>
      <w:r>
        <w:rPr>
          <w:rFonts w:ascii="Arial" w:hAnsi="Arial"/>
          <w:sz w:val="22"/>
        </w:rPr>
        <w:t>Say the internet is not a safe place for me. Because no, I don't know. I've I've not watched Game of Thrones. I've read the books. So</w:t>
      </w:r>
    </w:p>
    <w:p>
      <w:pPr>
        <w:spacing w:after="0"/>
      </w:pPr>
    </w:p>
    <w:p>
      <w:pPr>
        <w:spacing w:after="0"/>
      </w:pPr>
      <w:r>
        <w:rPr>
          <w:rFonts w:ascii="Arial" w:hAnsi="Arial"/>
          <w:b/>
          <w:sz w:val="22"/>
        </w:rPr>
        <w:t xml:space="preserve">Melissa  </w:t>
      </w:r>
      <w:r>
        <w:rPr>
          <w:rFonts w:ascii="Arial" w:hAnsi="Arial"/>
          <w:color w:val="5D7284"/>
          <w:sz w:val="22"/>
        </w:rPr>
        <w:t>1:01:21</w:t>
      </w:r>
    </w:p>
    <w:p>
      <w:pPr>
        <w:spacing w:after="0"/>
      </w:pPr>
      <w:r>
        <w:rPr>
          <w:rFonts w:ascii="Arial" w:hAnsi="Arial"/>
          <w:sz w:val="22"/>
        </w:rPr>
        <w:t>I Oh, see if you've not seen the series.</w:t>
      </w:r>
    </w:p>
    <w:p>
      <w:pPr>
        <w:spacing w:after="0"/>
      </w:pPr>
    </w:p>
    <w:p>
      <w:pPr>
        <w:spacing w:after="0"/>
      </w:pPr>
      <w:r>
        <w:rPr>
          <w:rFonts w:ascii="Arial" w:hAnsi="Arial"/>
          <w:b/>
          <w:sz w:val="22"/>
        </w:rPr>
        <w:t xml:space="preserve">Alice  </w:t>
      </w:r>
      <w:r>
        <w:rPr>
          <w:rFonts w:ascii="Arial" w:hAnsi="Arial"/>
          <w:color w:val="5D7284"/>
          <w:sz w:val="22"/>
        </w:rPr>
        <w:t>1:01:25</w:t>
      </w:r>
    </w:p>
    <w:p>
      <w:pPr>
        <w:spacing w:after="0"/>
      </w:pPr>
      <w:r>
        <w:rPr>
          <w:rFonts w:ascii="Arial" w:hAnsi="Arial"/>
          <w:sz w:val="22"/>
        </w:rPr>
        <w:t>So I started watching the series. I was like, I really like this. I'm gonna read the books, and started reading the books. Oh, no. this series is fucking terrible compared to the book. Dive into the books completely. I have I think I got about halfway through the second season. I was just like, no, the books are so much better. Yeah. And I've been stuck waiting for the next one. And in theory, the one after that, like because I think we're there's two more books to come. Before they like get to the end of</w:t>
      </w:r>
    </w:p>
    <w:p>
      <w:pPr>
        <w:spacing w:after="0"/>
      </w:pPr>
    </w:p>
    <w:p>
      <w:pPr>
        <w:spacing w:after="0"/>
      </w:pPr>
      <w:r>
        <w:rPr>
          <w:rFonts w:ascii="Arial" w:hAnsi="Arial"/>
          <w:b/>
          <w:sz w:val="22"/>
        </w:rPr>
        <w:t xml:space="preserve">Lucy  </w:t>
      </w:r>
      <w:r>
        <w:rPr>
          <w:rFonts w:ascii="Arial" w:hAnsi="Arial"/>
          <w:color w:val="5D7284"/>
          <w:sz w:val="22"/>
        </w:rPr>
        <w:t>1:01:57</w:t>
      </w:r>
    </w:p>
    <w:p>
      <w:pPr>
        <w:spacing w:after="0"/>
      </w:pPr>
      <w:r>
        <w:rPr>
          <w:rFonts w:ascii="Arial" w:hAnsi="Arial"/>
          <w:sz w:val="22"/>
        </w:rPr>
        <w:t>the show. To talk about Dragon today. Oh,</w:t>
      </w:r>
    </w:p>
    <w:p>
      <w:pPr>
        <w:spacing w:after="0"/>
      </w:pPr>
    </w:p>
    <w:p>
      <w:pPr>
        <w:spacing w:after="0"/>
      </w:pPr>
      <w:r>
        <w:rPr>
          <w:rFonts w:ascii="Arial" w:hAnsi="Arial"/>
          <w:b/>
          <w:sz w:val="22"/>
        </w:rPr>
        <w:t xml:space="preserve">Alice  </w:t>
      </w:r>
      <w:r>
        <w:rPr>
          <w:rFonts w:ascii="Arial" w:hAnsi="Arial"/>
          <w:color w:val="5D7284"/>
          <w:sz w:val="22"/>
        </w:rPr>
        <w:t>1:02:00</w:t>
      </w:r>
    </w:p>
    <w:p>
      <w:pPr>
        <w:spacing w:after="0"/>
      </w:pPr>
      <w:r>
        <w:rPr>
          <w:rFonts w:ascii="Arial" w:hAnsi="Arial"/>
          <w:sz w:val="22"/>
        </w:rPr>
        <w:t>he, he's gonna He's gonna fucking die before he finishes.</w:t>
      </w:r>
    </w:p>
    <w:p>
      <w:pPr>
        <w:spacing w:after="0"/>
      </w:pPr>
    </w:p>
    <w:p>
      <w:pPr>
        <w:spacing w:after="0"/>
      </w:pPr>
      <w:r>
        <w:rPr>
          <w:rFonts w:ascii="Arial" w:hAnsi="Arial"/>
          <w:b/>
          <w:sz w:val="22"/>
        </w:rPr>
        <w:t xml:space="preserve">Melissa  </w:t>
      </w:r>
      <w:r>
        <w:rPr>
          <w:rFonts w:ascii="Arial" w:hAnsi="Arial"/>
          <w:color w:val="5D7284"/>
          <w:sz w:val="22"/>
        </w:rPr>
        <w:t>1:02:05</w:t>
      </w:r>
    </w:p>
    <w:p>
      <w:pPr>
        <w:spacing w:after="0"/>
      </w:pPr>
      <w:r>
        <w:rPr>
          <w:rFonts w:ascii="Arial" w:hAnsi="Arial"/>
          <w:sz w:val="22"/>
        </w:rPr>
        <w:t>I was gonna say he's a very old man. Now he's very old man. He says he has two people who knows the ending. So okay, even if he passes away, there Are people who knows how</w:t>
      </w:r>
    </w:p>
    <w:p>
      <w:pPr>
        <w:spacing w:after="0"/>
      </w:pPr>
    </w:p>
    <w:p>
      <w:pPr>
        <w:spacing w:after="0"/>
      </w:pPr>
      <w:r>
        <w:rPr>
          <w:rFonts w:ascii="Arial" w:hAnsi="Arial"/>
          <w:b/>
          <w:sz w:val="22"/>
        </w:rPr>
        <w:t xml:space="preserve">Lucy  </w:t>
      </w:r>
      <w:r>
        <w:rPr>
          <w:rFonts w:ascii="Arial" w:hAnsi="Arial"/>
          <w:color w:val="5D7284"/>
          <w:sz w:val="22"/>
        </w:rPr>
        <w:t>1:02:18</w:t>
      </w:r>
    </w:p>
    <w:p>
      <w:pPr>
        <w:spacing w:after="0"/>
      </w:pPr>
      <w:r>
        <w:rPr>
          <w:rFonts w:ascii="Arial" w:hAnsi="Arial"/>
          <w:sz w:val="22"/>
        </w:rPr>
        <w:t>Do we know the health of these two people?</w:t>
      </w:r>
    </w:p>
    <w:p>
      <w:pPr>
        <w:spacing w:after="0"/>
      </w:pPr>
    </w:p>
    <w:p>
      <w:pPr>
        <w:spacing w:after="0"/>
      </w:pPr>
      <w:r>
        <w:rPr>
          <w:rFonts w:ascii="Arial" w:hAnsi="Arial"/>
          <w:b/>
          <w:sz w:val="22"/>
        </w:rPr>
        <w:t xml:space="preserve">Melissa  </w:t>
      </w:r>
      <w:r>
        <w:rPr>
          <w:rFonts w:ascii="Arial" w:hAnsi="Arial"/>
          <w:color w:val="5D7284"/>
          <w:sz w:val="22"/>
        </w:rPr>
        <w:t>1:02:20</w:t>
      </w:r>
    </w:p>
    <w:p>
      <w:pPr>
        <w:spacing w:after="0"/>
      </w:pPr>
      <w:r>
        <w:rPr>
          <w:rFonts w:ascii="Arial" w:hAnsi="Arial"/>
          <w:sz w:val="22"/>
        </w:rPr>
        <w:t>No we dont, we dont.</w:t>
      </w:r>
    </w:p>
    <w:p>
      <w:pPr>
        <w:spacing w:after="0"/>
      </w:pPr>
    </w:p>
    <w:p>
      <w:pPr>
        <w:spacing w:after="0"/>
      </w:pPr>
      <w:r>
        <w:rPr>
          <w:rFonts w:ascii="Arial" w:hAnsi="Arial"/>
          <w:b/>
          <w:sz w:val="22"/>
        </w:rPr>
        <w:t xml:space="preserve">Alice  </w:t>
      </w:r>
      <w:r>
        <w:rPr>
          <w:rFonts w:ascii="Arial" w:hAnsi="Arial"/>
          <w:color w:val="5D7284"/>
          <w:sz w:val="22"/>
        </w:rPr>
        <w:t>1:02:23</w:t>
      </w:r>
    </w:p>
    <w:p>
      <w:pPr>
        <w:spacing w:after="0"/>
      </w:pPr>
      <w:r>
        <w:rPr>
          <w:rFonts w:ascii="Arial" w:hAnsi="Arial"/>
          <w:sz w:val="22"/>
        </w:rPr>
        <w:t>Right, in the same way, like and obviously I know, I know. I</w:t>
      </w:r>
    </w:p>
    <w:p>
      <w:pPr>
        <w:spacing w:after="0"/>
      </w:pPr>
    </w:p>
    <w:p>
      <w:pPr>
        <w:spacing w:after="0"/>
      </w:pPr>
      <w:r>
        <w:rPr>
          <w:rFonts w:ascii="Arial" w:hAnsi="Arial"/>
          <w:b/>
          <w:sz w:val="22"/>
        </w:rPr>
        <w:t xml:space="preserve">Lucy  </w:t>
      </w:r>
      <w:r>
        <w:rPr>
          <w:rFonts w:ascii="Arial" w:hAnsi="Arial"/>
          <w:color w:val="5D7284"/>
          <w:sz w:val="22"/>
        </w:rPr>
        <w:t>1:02:27</w:t>
      </w:r>
    </w:p>
    <w:p>
      <w:pPr>
        <w:spacing w:after="0"/>
      </w:pPr>
      <w:r>
        <w:rPr>
          <w:rFonts w:ascii="Arial" w:hAnsi="Arial"/>
          <w:sz w:val="22"/>
        </w:rPr>
        <w:t>know. I, what I recommend has happened is he Has got a manuscript somewhere locked away, just in case he dies before the book comes out.</w:t>
      </w:r>
    </w:p>
    <w:p>
      <w:pPr>
        <w:spacing w:after="0"/>
      </w:pPr>
    </w:p>
    <w:p>
      <w:pPr>
        <w:spacing w:after="0"/>
      </w:pPr>
      <w:r>
        <w:rPr>
          <w:rFonts w:ascii="Arial" w:hAnsi="Arial"/>
          <w:b/>
          <w:sz w:val="22"/>
        </w:rPr>
        <w:t xml:space="preserve">Alice  </w:t>
      </w:r>
      <w:r>
        <w:rPr>
          <w:rFonts w:ascii="Arial" w:hAnsi="Arial"/>
          <w:color w:val="5D7284"/>
          <w:sz w:val="22"/>
        </w:rPr>
        <w:t>1:02:38</w:t>
      </w:r>
    </w:p>
    <w:p>
      <w:pPr>
        <w:spacing w:after="0"/>
      </w:pPr>
      <w:r>
        <w:rPr>
          <w:rFonts w:ascii="Arial" w:hAnsi="Arial"/>
          <w:sz w:val="22"/>
        </w:rPr>
        <w:t>I don't I don't believe that. Because from what I know about him, I think if he had those books, he would be releasing them so that he could make his money. Possibly. That man likes his money. Well, if</w:t>
      </w:r>
    </w:p>
    <w:p>
      <w:pPr>
        <w:spacing w:after="0"/>
      </w:pPr>
    </w:p>
    <w:p>
      <w:pPr>
        <w:spacing w:after="0"/>
      </w:pPr>
      <w:r>
        <w:rPr>
          <w:rFonts w:ascii="Arial" w:hAnsi="Arial"/>
          <w:b/>
          <w:sz w:val="22"/>
        </w:rPr>
        <w:t xml:space="preserve">Lucy  </w:t>
      </w:r>
      <w:r>
        <w:rPr>
          <w:rFonts w:ascii="Arial" w:hAnsi="Arial"/>
          <w:color w:val="5D7284"/>
          <w:sz w:val="22"/>
        </w:rPr>
        <w:t>1:02:53</w:t>
      </w:r>
    </w:p>
    <w:p>
      <w:pPr>
        <w:spacing w:after="0"/>
      </w:pPr>
      <w:r>
        <w:rPr>
          <w:rFonts w:ascii="Arial" w:hAnsi="Arial"/>
          <w:sz w:val="22"/>
        </w:rPr>
        <w:t>he's not what the full manual scripts here we'll at least have some knows.</w:t>
      </w:r>
    </w:p>
    <w:p>
      <w:pPr>
        <w:spacing w:after="0"/>
      </w:pPr>
    </w:p>
    <w:p>
      <w:pPr>
        <w:spacing w:after="0"/>
      </w:pPr>
      <w:r>
        <w:rPr>
          <w:rFonts w:ascii="Arial" w:hAnsi="Arial"/>
          <w:b/>
          <w:sz w:val="22"/>
        </w:rPr>
        <w:t xml:space="preserve">Alice  </w:t>
      </w:r>
      <w:r>
        <w:rPr>
          <w:rFonts w:ascii="Arial" w:hAnsi="Arial"/>
          <w:color w:val="5D7284"/>
          <w:sz w:val="22"/>
        </w:rPr>
        <w:t>1:02:56</w:t>
      </w:r>
    </w:p>
    <w:p>
      <w:pPr>
        <w:spacing w:after="0"/>
      </w:pPr>
      <w:r>
        <w:rPr>
          <w:rFonts w:ascii="Arial" w:hAnsi="Arial"/>
          <w:sz w:val="22"/>
        </w:rPr>
        <w:t>He knows what's what's going to happen because he told the writers of the TV shows like, he was like, these are the, like, plot points you need to hit to get to the end. And so that's what they've done. But he has,</w:t>
      </w:r>
    </w:p>
    <w:p>
      <w:pPr>
        <w:spacing w:after="0"/>
      </w:pPr>
    </w:p>
    <w:p>
      <w:pPr>
        <w:spacing w:after="0"/>
      </w:pPr>
      <w:r>
        <w:rPr>
          <w:rFonts w:ascii="Arial" w:hAnsi="Arial"/>
          <w:b/>
          <w:sz w:val="22"/>
        </w:rPr>
        <w:t xml:space="preserve">Melissa  </w:t>
      </w:r>
      <w:r>
        <w:rPr>
          <w:rFonts w:ascii="Arial" w:hAnsi="Arial"/>
          <w:color w:val="5D7284"/>
          <w:sz w:val="22"/>
        </w:rPr>
        <w:t>1:03:13</w:t>
      </w:r>
    </w:p>
    <w:p>
      <w:pPr>
        <w:spacing w:after="0"/>
      </w:pPr>
      <w:r>
        <w:rPr>
          <w:rFonts w:ascii="Arial" w:hAnsi="Arial"/>
          <w:sz w:val="22"/>
        </w:rPr>
        <w:t>can I say something? And This isn't a spoiler because you would have already heard this. I think going by seasons seven and eight. I think They did such a shambolic thing with those series. He may just rip up what he's done and said, you know everybody I know, I know I've given them those plot points, but fuck it they completely so I need to do It differently. Yeah, so but no, I would I would genuinely recommend you watching It because if you're waiting for the books. You're never gonna...</w:t>
      </w:r>
    </w:p>
    <w:p>
      <w:pPr>
        <w:spacing w:after="0"/>
      </w:pPr>
    </w:p>
    <w:p>
      <w:pPr>
        <w:spacing w:after="0"/>
      </w:pPr>
      <w:r>
        <w:rPr>
          <w:rFonts w:ascii="Arial" w:hAnsi="Arial"/>
          <w:b/>
          <w:sz w:val="22"/>
        </w:rPr>
        <w:t xml:space="preserve">Alice  </w:t>
      </w:r>
      <w:r>
        <w:rPr>
          <w:rFonts w:ascii="Arial" w:hAnsi="Arial"/>
          <w:color w:val="5D7284"/>
          <w:sz w:val="22"/>
        </w:rPr>
        <w:t>1:03:55</w:t>
      </w:r>
    </w:p>
    <w:p>
      <w:pPr>
        <w:spacing w:after="0"/>
      </w:pPr>
      <w:r>
        <w:rPr>
          <w:rFonts w:ascii="Arial" w:hAnsi="Arial"/>
          <w:sz w:val="22"/>
        </w:rPr>
        <w:t>the only the only thing I would say though, is like It took Him 25 years to write the first five. Yeah, so like, does he know? Oh, he's got to be he's got to be in his if not, if not in his late 70s that guys in his 80s I'll take a fucking sitting on the internet. I'm googling.</w:t>
      </w:r>
    </w:p>
    <w:p>
      <w:pPr>
        <w:spacing w:after="0"/>
      </w:pPr>
    </w:p>
    <w:p>
      <w:pPr>
        <w:spacing w:after="0"/>
      </w:pPr>
      <w:r>
        <w:rPr>
          <w:rFonts w:ascii="Arial" w:hAnsi="Arial"/>
          <w:b/>
          <w:sz w:val="22"/>
        </w:rPr>
        <w:t xml:space="preserve">Melissa  </w:t>
      </w:r>
      <w:r>
        <w:rPr>
          <w:rFonts w:ascii="Arial" w:hAnsi="Arial"/>
          <w:color w:val="5D7284"/>
          <w:sz w:val="22"/>
        </w:rPr>
        <w:t>1:04:15</w:t>
      </w:r>
    </w:p>
    <w:p>
      <w:pPr>
        <w:spacing w:after="0"/>
      </w:pPr>
      <w:r>
        <w:rPr>
          <w:rFonts w:ascii="Arial" w:hAnsi="Arial"/>
          <w:sz w:val="22"/>
        </w:rPr>
        <w:t>Googling It now. How old is It G RR Martin? Yeah.</w:t>
      </w:r>
    </w:p>
    <w:p>
      <w:pPr>
        <w:spacing w:after="0"/>
      </w:pPr>
    </w:p>
    <w:p>
      <w:pPr>
        <w:spacing w:after="0"/>
      </w:pPr>
      <w:r>
        <w:rPr>
          <w:rFonts w:ascii="Arial" w:hAnsi="Arial"/>
          <w:b/>
          <w:sz w:val="22"/>
        </w:rPr>
        <w:t xml:space="preserve">Alice  </w:t>
      </w:r>
      <w:r>
        <w:rPr>
          <w:rFonts w:ascii="Arial" w:hAnsi="Arial"/>
          <w:color w:val="5D7284"/>
          <w:sz w:val="22"/>
        </w:rPr>
        <w:t>1:04:26</w:t>
      </w:r>
    </w:p>
    <w:p>
      <w:pPr>
        <w:spacing w:after="0"/>
      </w:pPr>
      <w:r>
        <w:rPr>
          <w:rFonts w:ascii="Arial" w:hAnsi="Arial"/>
          <w:sz w:val="22"/>
        </w:rPr>
        <w:t>Yeah, well, George RR Martin.</w:t>
      </w:r>
    </w:p>
    <w:p>
      <w:pPr>
        <w:spacing w:after="0"/>
      </w:pPr>
    </w:p>
    <w:p>
      <w:pPr>
        <w:spacing w:after="0"/>
      </w:pPr>
      <w:r>
        <w:rPr>
          <w:rFonts w:ascii="Arial" w:hAnsi="Arial"/>
          <w:b/>
          <w:sz w:val="22"/>
        </w:rPr>
        <w:t xml:space="preserve">Melissa  </w:t>
      </w:r>
      <w:r>
        <w:rPr>
          <w:rFonts w:ascii="Arial" w:hAnsi="Arial"/>
          <w:color w:val="5D7284"/>
          <w:sz w:val="22"/>
        </w:rPr>
        <w:t>1:04:30</w:t>
      </w:r>
    </w:p>
    <w:p>
      <w:pPr>
        <w:spacing w:after="0"/>
      </w:pPr>
      <w:r>
        <w:rPr>
          <w:rFonts w:ascii="Arial" w:hAnsi="Arial"/>
          <w:sz w:val="22"/>
        </w:rPr>
        <w:t>Yeah, George RR Martin</w:t>
      </w:r>
    </w:p>
    <w:p>
      <w:pPr>
        <w:spacing w:after="0"/>
      </w:pPr>
    </w:p>
    <w:p>
      <w:pPr>
        <w:spacing w:after="0"/>
      </w:pPr>
      <w:r>
        <w:rPr>
          <w:rFonts w:ascii="Arial" w:hAnsi="Arial"/>
          <w:b/>
          <w:sz w:val="22"/>
        </w:rPr>
        <w:t xml:space="preserve">Lucy  </w:t>
      </w:r>
      <w:r>
        <w:rPr>
          <w:rFonts w:ascii="Arial" w:hAnsi="Arial"/>
          <w:color w:val="5D7284"/>
          <w:sz w:val="22"/>
        </w:rPr>
        <w:t>1:04:33</w:t>
      </w:r>
    </w:p>
    <w:p>
      <w:pPr>
        <w:spacing w:after="0"/>
      </w:pPr>
      <w:r>
        <w:rPr>
          <w:rFonts w:ascii="Arial" w:hAnsi="Arial"/>
          <w:sz w:val="22"/>
        </w:rPr>
        <w:t>74</w:t>
      </w:r>
    </w:p>
    <w:p>
      <w:pPr>
        <w:spacing w:after="0"/>
      </w:pPr>
    </w:p>
    <w:p>
      <w:pPr>
        <w:spacing w:after="0"/>
      </w:pPr>
      <w:r>
        <w:rPr>
          <w:rFonts w:ascii="Arial" w:hAnsi="Arial"/>
          <w:b/>
          <w:sz w:val="22"/>
        </w:rPr>
        <w:t xml:space="preserve">Melissa  </w:t>
      </w:r>
      <w:r>
        <w:rPr>
          <w:rFonts w:ascii="Arial" w:hAnsi="Arial"/>
          <w:color w:val="5D7284"/>
          <w:sz w:val="22"/>
        </w:rPr>
        <w:t>1:04:35</w:t>
      </w:r>
    </w:p>
    <w:p>
      <w:pPr>
        <w:spacing w:after="0"/>
      </w:pPr>
      <w:r>
        <w:rPr>
          <w:rFonts w:ascii="Arial" w:hAnsi="Arial"/>
          <w:sz w:val="22"/>
        </w:rPr>
        <w:t>Yeah. And we're not ever being agest. You see</w:t>
      </w:r>
    </w:p>
    <w:p>
      <w:pPr>
        <w:spacing w:after="0"/>
      </w:pPr>
    </w:p>
    <w:p>
      <w:pPr>
        <w:spacing w:after="0"/>
      </w:pPr>
      <w:r>
        <w:rPr>
          <w:rFonts w:ascii="Arial" w:hAnsi="Arial"/>
          <w:b/>
          <w:sz w:val="22"/>
        </w:rPr>
        <w:t xml:space="preserve">Lucy  </w:t>
      </w:r>
      <w:r>
        <w:rPr>
          <w:rFonts w:ascii="Arial" w:hAnsi="Arial"/>
          <w:color w:val="5D7284"/>
          <w:sz w:val="22"/>
        </w:rPr>
        <w:t>1:04:38</w:t>
      </w:r>
    </w:p>
    <w:p>
      <w:pPr>
        <w:spacing w:after="0"/>
      </w:pPr>
      <w:r>
        <w:rPr>
          <w:rFonts w:ascii="Arial" w:hAnsi="Arial"/>
          <w:sz w:val="22"/>
        </w:rPr>
        <w:t>all of That money from Game of Thrones. He can afford really good health care.</w:t>
      </w:r>
    </w:p>
    <w:p>
      <w:pPr>
        <w:spacing w:after="0"/>
      </w:pPr>
    </w:p>
    <w:p>
      <w:pPr>
        <w:spacing w:after="0"/>
      </w:pPr>
      <w:r>
        <w:rPr>
          <w:rFonts w:ascii="Arial" w:hAnsi="Arial"/>
          <w:b/>
          <w:sz w:val="22"/>
        </w:rPr>
        <w:t xml:space="preserve">Alice  </w:t>
      </w:r>
      <w:r>
        <w:rPr>
          <w:rFonts w:ascii="Arial" w:hAnsi="Arial"/>
          <w:color w:val="5D7284"/>
          <w:sz w:val="22"/>
        </w:rPr>
        <w:t>1:04:41</w:t>
      </w:r>
    </w:p>
    <w:p>
      <w:pPr>
        <w:spacing w:after="0"/>
      </w:pPr>
      <w:r>
        <w:rPr>
          <w:rFonts w:ascii="Arial" w:hAnsi="Arial"/>
          <w:sz w:val="22"/>
        </w:rPr>
        <w:t>He's not he's not. He does not look like a healthy person. He's no, he's certainly last time I saw him he is. He's significantly overweight. Yes.</w:t>
      </w:r>
    </w:p>
    <w:p>
      <w:pPr>
        <w:spacing w:after="0"/>
      </w:pPr>
    </w:p>
    <w:p>
      <w:pPr>
        <w:spacing w:after="0"/>
      </w:pPr>
      <w:r>
        <w:rPr>
          <w:rFonts w:ascii="Arial" w:hAnsi="Arial"/>
          <w:b/>
          <w:sz w:val="22"/>
        </w:rPr>
        <w:t xml:space="preserve">Melissa  </w:t>
      </w:r>
      <w:r>
        <w:rPr>
          <w:rFonts w:ascii="Arial" w:hAnsi="Arial"/>
          <w:color w:val="5D7284"/>
          <w:sz w:val="22"/>
        </w:rPr>
        <w:t>1:04:51</w:t>
      </w:r>
    </w:p>
    <w:p>
      <w:pPr>
        <w:spacing w:after="0"/>
      </w:pPr>
      <w:r>
        <w:rPr>
          <w:rFonts w:ascii="Arial" w:hAnsi="Arial"/>
          <w:sz w:val="22"/>
        </w:rPr>
        <w:t>Yeah. I mean, I mean, people could now argue with being fat phobic, and that's not he looks unhealthy and I think that's very different to being overweight,</w:t>
      </w:r>
    </w:p>
    <w:p>
      <w:pPr>
        <w:spacing w:after="0"/>
      </w:pPr>
    </w:p>
    <w:p>
      <w:pPr>
        <w:spacing w:after="0"/>
      </w:pPr>
      <w:r>
        <w:rPr>
          <w:rFonts w:ascii="Arial" w:hAnsi="Arial"/>
          <w:b/>
          <w:sz w:val="22"/>
        </w:rPr>
        <w:t xml:space="preserve">Alice  </w:t>
      </w:r>
      <w:r>
        <w:rPr>
          <w:rFonts w:ascii="Arial" w:hAnsi="Arial"/>
          <w:color w:val="5D7284"/>
          <w:sz w:val="22"/>
        </w:rPr>
        <w:t>1:05:01</w:t>
      </w:r>
    </w:p>
    <w:p>
      <w:pPr>
        <w:spacing w:after="0"/>
      </w:pPr>
      <w:r>
        <w:rPr>
          <w:rFonts w:ascii="Arial" w:hAnsi="Arial"/>
          <w:sz w:val="22"/>
        </w:rPr>
        <w:t>very, he's got his job is sitting at a computer, like he's got a sedentary job. He, like he doesn't he looks like he's significantly overweight, he's older, and that will obviously be putting a strain on His heart. And it's</w:t>
      </w:r>
    </w:p>
    <w:p>
      <w:pPr>
        <w:spacing w:after="0"/>
      </w:pPr>
    </w:p>
    <w:p>
      <w:pPr>
        <w:spacing w:after="0"/>
      </w:pPr>
      <w:r>
        <w:rPr>
          <w:rFonts w:ascii="Arial" w:hAnsi="Arial"/>
          <w:b/>
          <w:sz w:val="22"/>
        </w:rPr>
        <w:t xml:space="preserve">Lucy  </w:t>
      </w:r>
      <w:r>
        <w:rPr>
          <w:rFonts w:ascii="Arial" w:hAnsi="Arial"/>
          <w:color w:val="5D7284"/>
          <w:sz w:val="22"/>
        </w:rPr>
        <w:t>1:05:16</w:t>
      </w:r>
    </w:p>
    <w:p>
      <w:pPr>
        <w:spacing w:after="0"/>
      </w:pPr>
      <w:r>
        <w:rPr>
          <w:rFonts w:ascii="Arial" w:hAnsi="Arial"/>
          <w:sz w:val="22"/>
        </w:rPr>
        <w:t>basically George, you're not allowed to come out of your office because Alice is cracking the whip. Yes, do not leave your house until the books finished.</w:t>
      </w:r>
    </w:p>
    <w:p>
      <w:pPr>
        <w:spacing w:after="0"/>
      </w:pPr>
    </w:p>
    <w:p>
      <w:pPr>
        <w:spacing w:after="0"/>
      </w:pPr>
      <w:r>
        <w:rPr>
          <w:rFonts w:ascii="Arial" w:hAnsi="Arial"/>
          <w:b/>
          <w:sz w:val="22"/>
        </w:rPr>
        <w:t xml:space="preserve">Melissa  </w:t>
      </w:r>
      <w:r>
        <w:rPr>
          <w:rFonts w:ascii="Arial" w:hAnsi="Arial"/>
          <w:color w:val="5D7284"/>
          <w:sz w:val="22"/>
        </w:rPr>
        <w:t>1:05:29</w:t>
      </w:r>
    </w:p>
    <w:p>
      <w:pPr>
        <w:spacing w:after="0"/>
      </w:pPr>
      <w:r>
        <w:rPr>
          <w:rFonts w:ascii="Arial" w:hAnsi="Arial"/>
          <w:sz w:val="22"/>
        </w:rPr>
        <w:t>But he has said how he said how insulting it is. Because people keep saying to him, you know, you need to get these books out because you're really old. And he's like, people keep saying to me, you know, you're gonna die, get these books ready. And he's like, I want to live my life. I've got this money now. And I want to be able to have my life. And that's another reason why I'm saying I think you should just watch. You have those purists. We've gone on a tangent. Now you've got those two, because I've not read the books. I bought the book and couldn't get into It. And that was after getting up to season six. And that's a big gap. And I thought, let me try and read It. And you had those purists because I used to have a, I used to have a podcast on YouTube, where I would, I would took my sister through the seasons. I took a new every episode, so I know not to spoil stuff. Yeah. And we would like to say the episode because I've seen them all. And then I took her through them. And one of the could have gone on, I can't remember what was gonna say what how did I start that a minute ago?</w:t>
      </w:r>
    </w:p>
    <w:p>
      <w:pPr>
        <w:spacing w:after="0"/>
      </w:pPr>
    </w:p>
    <w:p>
      <w:pPr>
        <w:spacing w:after="0"/>
      </w:pPr>
      <w:r>
        <w:rPr>
          <w:rFonts w:ascii="Arial" w:hAnsi="Arial"/>
          <w:b/>
          <w:sz w:val="22"/>
        </w:rPr>
        <w:t xml:space="preserve">Alice  </w:t>
      </w:r>
      <w:r>
        <w:rPr>
          <w:rFonts w:ascii="Arial" w:hAnsi="Arial"/>
          <w:color w:val="5D7284"/>
          <w:sz w:val="22"/>
        </w:rPr>
        <w:t>1:06:33</w:t>
      </w:r>
    </w:p>
    <w:p>
      <w:pPr>
        <w:spacing w:after="0"/>
      </w:pPr>
      <w:r>
        <w:rPr>
          <w:rFonts w:ascii="Arial" w:hAnsi="Arial"/>
          <w:sz w:val="22"/>
        </w:rPr>
        <w:t>We're talking about purists,</w:t>
      </w:r>
    </w:p>
    <w:p>
      <w:pPr>
        <w:spacing w:after="0"/>
      </w:pPr>
    </w:p>
    <w:p>
      <w:pPr>
        <w:spacing w:after="0"/>
      </w:pPr>
      <w:r>
        <w:rPr>
          <w:rFonts w:ascii="Arial" w:hAnsi="Arial"/>
          <w:b/>
          <w:sz w:val="22"/>
        </w:rPr>
        <w:t xml:space="preserve">Melissa  </w:t>
      </w:r>
      <w:r>
        <w:rPr>
          <w:rFonts w:ascii="Arial" w:hAnsi="Arial"/>
          <w:color w:val="5D7284"/>
          <w:sz w:val="22"/>
        </w:rPr>
        <w:t>1:06:35</w:t>
      </w:r>
    </w:p>
    <w:p>
      <w:pPr>
        <w:spacing w:after="0"/>
      </w:pPr>
      <w:r>
        <w:rPr>
          <w:rFonts w:ascii="Arial" w:hAnsi="Arial"/>
          <w:sz w:val="22"/>
        </w:rPr>
        <w:t>purists and a lot of the comments in my YouTube page, They would say, in the book and in the book, and I'm like, we're not talking about the book. We're just focusing on the series. So you have those purists who are really, you know, they're diehard for the book, and they're waiting for these books. And I think I think the purists may have to accept that the books aren't coming. I mean, the news, the house of dragon that takes us back to the very beginning. Yeah. Yeah. It's been a slow burner, I can tell you that. But I found Season One of Game of Thrones a slow burner, because we're used to binge watching. It's really foreign concept now for us to watch one episode a week</w:t>
      </w:r>
    </w:p>
    <w:p>
      <w:pPr>
        <w:spacing w:after="0"/>
      </w:pPr>
    </w:p>
    <w:p>
      <w:pPr>
        <w:spacing w:after="0"/>
      </w:pPr>
      <w:r>
        <w:rPr>
          <w:rFonts w:ascii="Arial" w:hAnsi="Arial"/>
          <w:b/>
          <w:sz w:val="22"/>
        </w:rPr>
        <w:t xml:space="preserve">Lucy  </w:t>
      </w:r>
      <w:r>
        <w:rPr>
          <w:rFonts w:ascii="Arial" w:hAnsi="Arial"/>
          <w:color w:val="5D7284"/>
          <w:sz w:val="22"/>
        </w:rPr>
        <w:t>1:07:18</w:t>
      </w:r>
    </w:p>
    <w:p>
      <w:pPr>
        <w:spacing w:after="0"/>
      </w:pPr>
      <w:r>
        <w:rPr>
          <w:rFonts w:ascii="Arial" w:hAnsi="Arial"/>
          <w:sz w:val="22"/>
        </w:rPr>
        <w:t>a time over things, isn't It? Yeah,</w:t>
      </w:r>
    </w:p>
    <w:p>
      <w:pPr>
        <w:spacing w:after="0"/>
      </w:pPr>
    </w:p>
    <w:p>
      <w:pPr>
        <w:spacing w:after="0"/>
      </w:pPr>
      <w:r>
        <w:rPr>
          <w:rFonts w:ascii="Arial" w:hAnsi="Arial"/>
          <w:b/>
          <w:sz w:val="22"/>
        </w:rPr>
        <w:t xml:space="preserve">Melissa  </w:t>
      </w:r>
      <w:r>
        <w:rPr>
          <w:rFonts w:ascii="Arial" w:hAnsi="Arial"/>
          <w:color w:val="5D7284"/>
          <w:sz w:val="22"/>
        </w:rPr>
        <w:t>1:07:21</w:t>
      </w:r>
    </w:p>
    <w:p>
      <w:pPr>
        <w:spacing w:after="0"/>
      </w:pPr>
      <w:r>
        <w:rPr>
          <w:rFonts w:ascii="Arial" w:hAnsi="Arial"/>
          <w:sz w:val="22"/>
        </w:rPr>
        <w:t>So It was a bit of a slow burn. But actually, it's set up for something incredibly exciting. So I think you should, I think you should erm..., I think you should go through the series and have a podcast to discuss the episode. (laughs)</w:t>
      </w:r>
    </w:p>
    <w:p>
      <w:pPr>
        <w:spacing w:after="0"/>
      </w:pPr>
    </w:p>
    <w:p>
      <w:pPr>
        <w:spacing w:after="0"/>
      </w:pPr>
      <w:r>
        <w:rPr>
          <w:rFonts w:ascii="Arial" w:hAnsi="Arial"/>
          <w:b/>
          <w:sz w:val="22"/>
        </w:rPr>
        <w:t xml:space="preserve">Lucy  </w:t>
      </w:r>
      <w:r>
        <w:rPr>
          <w:rFonts w:ascii="Arial" w:hAnsi="Arial"/>
          <w:color w:val="5D7284"/>
          <w:sz w:val="22"/>
        </w:rPr>
        <w:t>1:07:37</w:t>
      </w:r>
    </w:p>
    <w:p>
      <w:pPr>
        <w:spacing w:after="0"/>
      </w:pPr>
      <w:r>
        <w:rPr>
          <w:rFonts w:ascii="Arial" w:hAnsi="Arial"/>
          <w:sz w:val="22"/>
        </w:rPr>
        <w:t>She's not having another podcast without me. (laughs)</w:t>
      </w:r>
    </w:p>
    <w:p>
      <w:pPr>
        <w:spacing w:after="0"/>
      </w:pPr>
    </w:p>
    <w:p>
      <w:pPr>
        <w:spacing w:after="0"/>
      </w:pPr>
      <w:r>
        <w:rPr>
          <w:rFonts w:ascii="Arial" w:hAnsi="Arial"/>
          <w:b/>
          <w:sz w:val="22"/>
        </w:rPr>
        <w:t xml:space="preserve">Alice  </w:t>
      </w:r>
      <w:r>
        <w:rPr>
          <w:rFonts w:ascii="Arial" w:hAnsi="Arial"/>
          <w:color w:val="5D7284"/>
          <w:sz w:val="22"/>
        </w:rPr>
        <w:t>1:07:41</w:t>
      </w:r>
    </w:p>
    <w:p>
      <w:pPr>
        <w:spacing w:after="0"/>
      </w:pPr>
      <w:r>
        <w:rPr>
          <w:rFonts w:ascii="Arial" w:hAnsi="Arial"/>
          <w:sz w:val="22"/>
        </w:rPr>
        <w:t>I have tried, within the last six months or so I tried rereading. (Lucy) I thought you was going to say , you were trying to have a podcast without me. No no.. in like, in a sort of a all That, like, I want to reread all of the ones that are out in preparation for when the next one comes out ever eventually. And because I know all the awful things that are gonna happen. I'm just really tense the whole time. And so I don't know if I can even reread them, which then makes me go....Oh... I don't know if I'll be in touch enough to be able to just pick up the next book. So I think it's inevitable I'm gonna have to, my husband is has sort of periodically scout's the internet for some audio described versions of, of Game of Thrones, because it's not on any of the streaming services with AD. So that is the other problem with the whole situation. We were talking about autism.</w:t>
      </w:r>
    </w:p>
    <w:p>
      <w:pPr>
        <w:spacing w:after="0"/>
      </w:pPr>
    </w:p>
    <w:p>
      <w:pPr>
        <w:spacing w:after="0"/>
      </w:pPr>
      <w:r>
        <w:rPr>
          <w:rFonts w:ascii="Arial" w:hAnsi="Arial"/>
          <w:b/>
          <w:sz w:val="22"/>
        </w:rPr>
        <w:t xml:space="preserve">Melissa  </w:t>
      </w:r>
      <w:r>
        <w:rPr>
          <w:rFonts w:ascii="Arial" w:hAnsi="Arial"/>
          <w:color w:val="5D7284"/>
          <w:sz w:val="22"/>
        </w:rPr>
        <w:t>1:08:43</w:t>
      </w:r>
    </w:p>
    <w:p>
      <w:pPr>
        <w:spacing w:after="0"/>
      </w:pPr>
      <w:r>
        <w:rPr>
          <w:rFonts w:ascii="Arial" w:hAnsi="Arial"/>
          <w:sz w:val="22"/>
        </w:rPr>
        <w:t>But one of them.</w:t>
      </w:r>
    </w:p>
    <w:p>
      <w:pPr>
        <w:spacing w:after="0"/>
      </w:pPr>
    </w:p>
    <w:p>
      <w:pPr>
        <w:spacing w:after="0"/>
      </w:pPr>
      <w:r>
        <w:rPr>
          <w:rFonts w:ascii="Arial" w:hAnsi="Arial"/>
          <w:b/>
          <w:sz w:val="22"/>
        </w:rPr>
        <w:t xml:space="preserve">Lucy  </w:t>
      </w:r>
      <w:r>
        <w:rPr>
          <w:rFonts w:ascii="Arial" w:hAnsi="Arial"/>
          <w:color w:val="5D7284"/>
          <w:sz w:val="22"/>
        </w:rPr>
        <w:t>1:08:45</w:t>
      </w:r>
    </w:p>
    <w:p>
      <w:pPr>
        <w:spacing w:after="0"/>
      </w:pPr>
      <w:r>
        <w:rPr>
          <w:rFonts w:ascii="Arial" w:hAnsi="Arial"/>
          <w:sz w:val="22"/>
        </w:rPr>
        <w:t>Can I just say though, rounding off that bit of the conversation, there is no such thing. I hate the term guilty pleasure. if It brings you joy, and calms you down, makes you happy, then there is nothing that's to feel guilty about at all.</w:t>
      </w:r>
    </w:p>
    <w:p>
      <w:pPr>
        <w:spacing w:after="0"/>
      </w:pPr>
    </w:p>
    <w:p>
      <w:pPr>
        <w:spacing w:after="0"/>
      </w:pPr>
      <w:r>
        <w:rPr>
          <w:rFonts w:ascii="Arial" w:hAnsi="Arial"/>
          <w:b/>
          <w:sz w:val="22"/>
        </w:rPr>
        <w:t xml:space="preserve">Melissa  </w:t>
      </w:r>
      <w:r>
        <w:rPr>
          <w:rFonts w:ascii="Arial" w:hAnsi="Arial"/>
          <w:color w:val="5D7284"/>
          <w:sz w:val="22"/>
        </w:rPr>
        <w:t>1:09:00</w:t>
      </w:r>
    </w:p>
    <w:p>
      <w:pPr>
        <w:spacing w:after="0"/>
      </w:pPr>
      <w:r>
        <w:rPr>
          <w:rFonts w:ascii="Arial" w:hAnsi="Arial"/>
          <w:sz w:val="22"/>
        </w:rPr>
        <w:t>Yes but I'm a working class lass. So I grew up in a working class family where if you have free time, you need to be working, or you need to be cleaning up or you need to be cleaning for your children. (Lucy) Yeah. So being working class, it's like you're not afforded that time. That you're not afforded that respite, (Lucy) No. Because you're just hustling. And so I'm in a position now where I'm embracing that I'm autistic. I'm taking time to do things that I enjoy. But I'm also I'm constantly arguing with people who I work with at Voluntary Action Sheffield, because that's telling me now that because I work... because of the sector I'm in and because I've got a degree and postgraduate degree stuff. Their like Melissa you're no longer working class your now middle class and I am fighting ( Lucy laughs) and pushing back because I don't feel middle class and like They laugh at me because I only now drink... I only drink Earl Grey. (laughs) (Lucy) Oh! And that's middle class. Yeah it is but it has got a lovely fragrance? It also calms me down. It calms me down sweetie...(Alice and Lucy laugh)  it's that.. for me as well, just as an individual, there's that constant push back.(Lucy) Yeah. Yeah, about what I can and can't do as, as Melissa. And so yeah, so to sit and watch, to sit and watch something, and sometimes, you know, watch It again the next day, but in a different order. You know, like for me, Disney Plus. It's like the greatest thing that came out of lockdown, because the lockdown was horrible. But It... but It meant all the Marvel stuff was on there. And they showed It you in like chronological order, they showed you in timeline order. So I could just watch It in any order I wanted to and that gave me so much joy, and pleasure. I can't even describe It.</w:t>
      </w:r>
    </w:p>
    <w:p>
      <w:pPr>
        <w:spacing w:after="0"/>
      </w:pPr>
    </w:p>
    <w:p>
      <w:pPr>
        <w:spacing w:after="0"/>
      </w:pPr>
      <w:r>
        <w:rPr>
          <w:rFonts w:ascii="Arial" w:hAnsi="Arial"/>
          <w:b/>
          <w:sz w:val="22"/>
        </w:rPr>
        <w:t xml:space="preserve">Alice  </w:t>
      </w:r>
      <w:r>
        <w:rPr>
          <w:rFonts w:ascii="Arial" w:hAnsi="Arial"/>
          <w:color w:val="5D7284"/>
          <w:sz w:val="22"/>
        </w:rPr>
        <w:t>1:11:09</w:t>
      </w:r>
    </w:p>
    <w:p>
      <w:pPr>
        <w:spacing w:after="0"/>
      </w:pPr>
      <w:r>
        <w:rPr>
          <w:rFonts w:ascii="Arial" w:hAnsi="Arial"/>
          <w:sz w:val="22"/>
        </w:rPr>
        <w:t>I think it's there's definitely a theme of like self care. Self care isn't an indulgence, but lots of people act like It is. You know, it's there</w:t>
      </w:r>
    </w:p>
    <w:p>
      <w:pPr>
        <w:spacing w:after="0"/>
      </w:pPr>
    </w:p>
    <w:p>
      <w:pPr>
        <w:spacing w:after="0"/>
      </w:pPr>
      <w:r>
        <w:rPr>
          <w:rFonts w:ascii="Arial" w:hAnsi="Arial"/>
          <w:b/>
          <w:sz w:val="22"/>
        </w:rPr>
        <w:t xml:space="preserve">Lucy  </w:t>
      </w:r>
      <w:r>
        <w:rPr>
          <w:rFonts w:ascii="Arial" w:hAnsi="Arial"/>
          <w:color w:val="5D7284"/>
          <w:sz w:val="22"/>
        </w:rPr>
        <w:t>1:11:22</w:t>
      </w:r>
    </w:p>
    <w:p>
      <w:pPr>
        <w:spacing w:after="0"/>
      </w:pPr>
      <w:r>
        <w:rPr>
          <w:rFonts w:ascii="Arial" w:hAnsi="Arial"/>
          <w:sz w:val="22"/>
        </w:rPr>
        <w:t>You just feel like saying, just just, like, just calm down, just go and enjoy yourself. Nobody....it's alright, nobody's gonna, like the fun police aren't gonna come and say, "excuse me, you're a very serious person." (Lucy) (Alice)  But I do. And</w:t>
      </w:r>
    </w:p>
    <w:p>
      <w:pPr>
        <w:spacing w:after="0"/>
      </w:pPr>
    </w:p>
    <w:p>
      <w:pPr>
        <w:spacing w:after="0"/>
      </w:pPr>
      <w:r>
        <w:rPr>
          <w:rFonts w:ascii="Arial" w:hAnsi="Arial"/>
          <w:b/>
          <w:sz w:val="22"/>
        </w:rPr>
        <w:t xml:space="preserve">Alice  </w:t>
      </w:r>
      <w:r>
        <w:rPr>
          <w:rFonts w:ascii="Arial" w:hAnsi="Arial"/>
          <w:color w:val="5D7284"/>
          <w:sz w:val="22"/>
        </w:rPr>
        <w:t>1:11:39</w:t>
      </w:r>
    </w:p>
    <w:p>
      <w:pPr>
        <w:spacing w:after="0"/>
      </w:pPr>
      <w:r>
        <w:rPr>
          <w:rFonts w:ascii="Arial" w:hAnsi="Arial"/>
          <w:sz w:val="22"/>
        </w:rPr>
        <w:t>I do think, I do think Melissa is also right, that there is an element of that being a privilege, like to be able to have the time and resources to not do anything for a day is also something that, you know, we should recognize as we're fortunate that we're able to do that. Because there are, you know, single mums out there with chronic fatigue, who were like, having to do everything and run after their six kids. And for them, their resting comes when they finally go to bed and get to sleep for six hours before they get up and have to deal with their kids again.</w:t>
      </w:r>
    </w:p>
    <w:p>
      <w:pPr>
        <w:spacing w:after="0"/>
      </w:pPr>
    </w:p>
    <w:p>
      <w:pPr>
        <w:spacing w:after="0"/>
      </w:pPr>
      <w:r>
        <w:rPr>
          <w:rFonts w:ascii="Arial" w:hAnsi="Arial"/>
          <w:b/>
          <w:sz w:val="22"/>
        </w:rPr>
        <w:t xml:space="preserve">Melissa  </w:t>
      </w:r>
      <w:r>
        <w:rPr>
          <w:rFonts w:ascii="Arial" w:hAnsi="Arial"/>
          <w:color w:val="5D7284"/>
          <w:sz w:val="22"/>
        </w:rPr>
        <w:t>1:12:14</w:t>
      </w:r>
    </w:p>
    <w:p>
      <w:pPr>
        <w:spacing w:after="0"/>
      </w:pPr>
      <w:r>
        <w:rPr>
          <w:rFonts w:ascii="Arial" w:hAnsi="Arial"/>
          <w:sz w:val="22"/>
        </w:rPr>
        <w:t xml:space="preserve">Yeah, I think for me, for me, because I've had the times like, you know, when you, you know, when I was at school and I worked in, I worked in Meadowhall, which is a big shopping complex. And it's just, it's just there's no natural light. So it's all fluorescent lighting. So for an autistic person that's painful. And then I've worked in factories, whereas I was like a QA auditor because my first degree was in around food technology. And so I worked in factories where It was just fluorescent lighting and, and so for me as an autistic person now, now I can acknowledge that, for me being under fluorescent lighting, it's like having an icepick stab in the back of my eye. But because I mask so well, I didn't even know how much I was struggling with that. So As a civil servant when we had to hot desk, and you've got the fluorescent lighting, and it's an open plan office where you can't control your temperature, you can't control the lights, and there's everybody talking around you so I can.... And for me as an autistic person, I can hear everybody at the same tempo. (Lucy) Yeah. So It doesn't matter where you are in the room, you all sound exactly the same. So I could hear 10 conversations at the same time. And I didn't know how much I was masking. And You know, I'd come home and I'd crawl up the stairs because I was like exhausted. And I had chronic fatigue and you know, depression and I had the psoriasis because of stress. And so I've had all those things. But I didn't realize I was autistic. And I didn't realize how much I was struggling. And I didn't just.... because I didn't understand what autism was. And people like me, you know, you're not autistic, you just have to get on with It. (Alice) Yeah. I did it for so long that my body just one day said right just stop and I couldn't get out of bed and then a year later, I was diagnosed with having chronic fatigue but even when I was younger, chronic fatigue, they called it yuppy flu. You know (Alice) Yeah. So again It it's not a working class thing. (Lucy) No. So I guess for me as well it's not just about race and disability and gender but it's also about class. (Alice) Yeah. And for me being a working class woman a born and bred Yorkshire lass, working class. You... you're not autistic, You just you're lazy (Lucy) Yeah. If you're doing something, You know if you can't, if I can't cope with something and you know.. I stay in bed a bit longer. I can't get out of bed. You're just being lazy. You've got to get on with It. </w:t>
      </w:r>
    </w:p>
    <w:p>
      <w:pPr>
        <w:spacing w:after="0"/>
      </w:pPr>
    </w:p>
    <w:p>
      <w:pPr>
        <w:spacing w:after="0"/>
      </w:pPr>
      <w:r>
        <w:rPr>
          <w:rFonts w:ascii="Arial" w:hAnsi="Arial"/>
          <w:b/>
          <w:sz w:val="22"/>
        </w:rPr>
        <w:t xml:space="preserve">Lucy  </w:t>
      </w:r>
      <w:r>
        <w:rPr>
          <w:rFonts w:ascii="Arial" w:hAnsi="Arial"/>
          <w:color w:val="5D7284"/>
          <w:sz w:val="22"/>
        </w:rPr>
        <w:t>1:15:00</w:t>
      </w:r>
    </w:p>
    <w:p>
      <w:pPr>
        <w:spacing w:after="0"/>
      </w:pPr>
      <w:r>
        <w:rPr>
          <w:rFonts w:ascii="Arial" w:hAnsi="Arial"/>
          <w:sz w:val="22"/>
        </w:rPr>
        <w:t>I think that I, I, since doing this podcast, actually, I've learned when to identify my internalized ableism. So there would have been times where before I did this podcast, and I understand now a bit more about internalized ableism. How, you know,  on bad days where I can't actually sort of move very well, or I'm not up to doing much, I would have thought to myself, I have wasted today, I've been lazy today. Whereas now I am much more... I am, I wouldn't say Well..., I wouldn't say much more, but I am better, I'm getting better at recognizing, No this, you need to rest Lucy, your, you know, your disability has a knock on effect to your energy. And so when you need to rest, it's not you being lazy, that's you looking after yourself, to ensure that you can still be a valued member of society, you're not being lazy. It's not that me staying in bed or going to bed early. It's not me. It's not it's not through choice. It's through necessity, rather than. And I think once you once get your head around that, you know, for, you know, for your autism, having a day watching Marvel movies is something that helps you then that it's sort of...</w:t>
      </w:r>
    </w:p>
    <w:p>
      <w:pPr>
        <w:spacing w:after="0"/>
      </w:pPr>
    </w:p>
    <w:p>
      <w:pPr>
        <w:spacing w:after="0"/>
      </w:pPr>
      <w:r>
        <w:rPr>
          <w:rFonts w:ascii="Arial" w:hAnsi="Arial"/>
          <w:b/>
          <w:sz w:val="22"/>
        </w:rPr>
        <w:t xml:space="preserve">Alice  </w:t>
      </w:r>
      <w:r>
        <w:rPr>
          <w:rFonts w:ascii="Arial" w:hAnsi="Arial"/>
          <w:color w:val="5D7284"/>
          <w:sz w:val="22"/>
        </w:rPr>
        <w:t>1:16:20</w:t>
      </w:r>
    </w:p>
    <w:p>
      <w:pPr>
        <w:spacing w:after="0"/>
      </w:pPr>
      <w:r>
        <w:rPr>
          <w:rFonts w:ascii="Arial" w:hAnsi="Arial"/>
          <w:sz w:val="22"/>
        </w:rPr>
        <w:t>It's self care, and self care looks different to everybody. (Lucy) Of course it does, yeah. And you just can't. It's wrong for society, but it's so deeply ingrained in society for people to be like, this is what you should be doing. (Lucy) Yeah. Whereas...</w:t>
      </w:r>
    </w:p>
    <w:p>
      <w:pPr>
        <w:spacing w:after="0"/>
      </w:pPr>
    </w:p>
    <w:p>
      <w:pPr>
        <w:spacing w:after="0"/>
      </w:pPr>
      <w:r>
        <w:rPr>
          <w:rFonts w:ascii="Arial" w:hAnsi="Arial"/>
          <w:b/>
          <w:sz w:val="22"/>
        </w:rPr>
        <w:t xml:space="preserve">Lucy  </w:t>
      </w:r>
      <w:r>
        <w:rPr>
          <w:rFonts w:ascii="Arial" w:hAnsi="Arial"/>
          <w:color w:val="5D7284"/>
          <w:sz w:val="22"/>
        </w:rPr>
        <w:t>1:16:37</w:t>
      </w:r>
    </w:p>
    <w:p>
      <w:pPr>
        <w:spacing w:after="0"/>
      </w:pPr>
      <w:r>
        <w:rPr>
          <w:rFonts w:ascii="Arial" w:hAnsi="Arial"/>
          <w:sz w:val="22"/>
        </w:rPr>
        <w:t>It's learning to stop pushing, when things get too hard when you know, when you are struggling physically, or either mentally to stop pushing and go, Okay, I need to fill my cup back up. Because if I'm pouring from an empty cup, nobody gets anything. That, to me was a revelation. Like, if I don't look after myself, I'm not doing anybody any favors, am I? You know.</w:t>
      </w:r>
    </w:p>
    <w:p>
      <w:pPr>
        <w:spacing w:after="0"/>
      </w:pPr>
    </w:p>
    <w:p>
      <w:pPr>
        <w:spacing w:after="0"/>
      </w:pPr>
      <w:r>
        <w:rPr>
          <w:rFonts w:ascii="Arial" w:hAnsi="Arial"/>
          <w:b/>
          <w:sz w:val="22"/>
        </w:rPr>
        <w:t xml:space="preserve">Melissa  </w:t>
      </w:r>
      <w:r>
        <w:rPr>
          <w:rFonts w:ascii="Arial" w:hAnsi="Arial"/>
          <w:color w:val="5D7284"/>
          <w:sz w:val="22"/>
        </w:rPr>
        <w:t>1:16:58</w:t>
      </w:r>
    </w:p>
    <w:p>
      <w:pPr>
        <w:spacing w:after="0"/>
      </w:pPr>
      <w:r>
        <w:rPr>
          <w:rFonts w:ascii="Arial" w:hAnsi="Arial"/>
          <w:sz w:val="22"/>
        </w:rPr>
        <w:t>Andd I used to when my kids were younger, because I was diagnosed with chronic fatigue before autism. And I used to It when my kids were younger, I'd say Mummy doesn't have any more money in her energy bank. And that's how I used to have to explain It to them. Because, you know, you, there's a lot of guilt around having like a really hyperactive child and not being able to keep up with her because your tired. You feeling as well, like you're neglecting the quiet son as well. Because you don't have the energy to interact with him. Because actually, if he comes and asks for something he really wants it. So if he wants to have a hug and a chat, he really wants that, because he's really laid back and asked for very little. And so when your children are demanding things from you, and you can't support them, there's a lot of guilt around that, you know. And I think one of the things that I've done is for me is, self care is more important, I do try to look after myself better. Because it's important to model that behavior. I want my son to understand that, you know, when he has a partner, it's important for them to have that space, without the children sometimes for themselves. And it's important for him to pick up the slack as well and support his partner, whatever gender he decides to fall in love with. And the same for my daughter, I want my daughter to see that it's okay to be tired as a mum. And it's okay to need that time. And you know, I always say I've got Wonder Woman syndrome because I just feel like I should be doing it all. And on those days where I've tried to do everything less gets done. (Lucy) Yeah. And then I'm exhausted for two more weeks where nothing at all gets done as well. I'm trying... a lot of my self care is I think even in my mind, I have to justify it as model behaviour to support my children because I don't want... my daughter masks and I don't want her to be in the physical and mental and emotional position that I am at 43 I don't want that for my children. I don't want that for anybody who's autistic.</w:t>
      </w:r>
    </w:p>
    <w:p>
      <w:pPr>
        <w:spacing w:after="0"/>
      </w:pPr>
    </w:p>
    <w:p>
      <w:pPr>
        <w:spacing w:after="0"/>
      </w:pPr>
      <w:r>
        <w:rPr>
          <w:rFonts w:ascii="Arial" w:hAnsi="Arial"/>
          <w:b/>
          <w:sz w:val="22"/>
        </w:rPr>
        <w:t xml:space="preserve">Alice  </w:t>
      </w:r>
      <w:r>
        <w:rPr>
          <w:rFonts w:ascii="Arial" w:hAnsi="Arial"/>
          <w:color w:val="5D7284"/>
          <w:sz w:val="22"/>
        </w:rPr>
        <w:t>1:19:13</w:t>
      </w:r>
    </w:p>
    <w:p>
      <w:pPr>
        <w:spacing w:after="0"/>
      </w:pPr>
      <w:r>
        <w:rPr>
          <w:rFonts w:ascii="Arial" w:hAnsi="Arial"/>
          <w:sz w:val="22"/>
        </w:rPr>
        <w:t xml:space="preserve">That's beautifully put Melissa. Yeah, I think that's a good place for us to finally wind up so. (Lucy) Yeah. Thank you so much for joining us. </w:t>
      </w:r>
    </w:p>
    <w:p>
      <w:pPr>
        <w:spacing w:after="0"/>
      </w:pPr>
    </w:p>
    <w:p>
      <w:pPr>
        <w:spacing w:after="0"/>
      </w:pPr>
      <w:r>
        <w:rPr>
          <w:rFonts w:ascii="Arial" w:hAnsi="Arial"/>
          <w:b/>
          <w:sz w:val="22"/>
        </w:rPr>
        <w:t xml:space="preserve">Lucy  </w:t>
      </w:r>
      <w:r>
        <w:rPr>
          <w:rFonts w:ascii="Arial" w:hAnsi="Arial"/>
          <w:color w:val="5D7284"/>
          <w:sz w:val="22"/>
        </w:rPr>
        <w:t>1:19:27</w:t>
      </w:r>
    </w:p>
    <w:p>
      <w:pPr>
        <w:spacing w:after="0"/>
      </w:pPr>
      <w:r>
        <w:rPr>
          <w:rFonts w:ascii="Arial" w:hAnsi="Arial"/>
          <w:sz w:val="22"/>
        </w:rPr>
        <w:t>It's been really interesting. Thank You, Melissa. (Melissa) Thank you.</w:t>
      </w:r>
    </w:p>
    <w:p>
      <w:pPr>
        <w:spacing w:after="0"/>
      </w:pPr>
    </w:p>
    <w:p>
      <w:pPr>
        <w:spacing w:after="0"/>
      </w:pPr>
      <w:r>
        <w:rPr>
          <w:rFonts w:ascii="Arial" w:hAnsi="Arial"/>
          <w:b/>
          <w:sz w:val="22"/>
        </w:rPr>
        <w:t xml:space="preserve">Alice  </w:t>
      </w:r>
      <w:r>
        <w:rPr>
          <w:rFonts w:ascii="Arial" w:hAnsi="Arial"/>
          <w:color w:val="5D7284"/>
          <w:sz w:val="22"/>
        </w:rPr>
        <w:t>1:19:30</w:t>
      </w:r>
    </w:p>
    <w:p>
      <w:pPr>
        <w:spacing w:after="0"/>
      </w:pPr>
      <w:r>
        <w:rPr>
          <w:rFonts w:ascii="Arial" w:hAnsi="Arial"/>
          <w:sz w:val="22"/>
        </w:rPr>
        <w:t>You know, our listeners where they can find you on the internet.</w:t>
      </w:r>
    </w:p>
    <w:p>
      <w:pPr>
        <w:spacing w:after="0"/>
      </w:pPr>
    </w:p>
    <w:p>
      <w:pPr>
        <w:spacing w:after="0"/>
      </w:pPr>
      <w:r>
        <w:rPr>
          <w:rFonts w:ascii="Arial" w:hAnsi="Arial"/>
          <w:b/>
          <w:sz w:val="22"/>
        </w:rPr>
        <w:t xml:space="preserve">Melissa  </w:t>
      </w:r>
      <w:r>
        <w:rPr>
          <w:rFonts w:ascii="Arial" w:hAnsi="Arial"/>
          <w:color w:val="5D7284"/>
          <w:sz w:val="22"/>
        </w:rPr>
        <w:t>1:19:35</w:t>
      </w:r>
    </w:p>
    <w:p>
      <w:pPr>
        <w:spacing w:after="0"/>
      </w:pPr>
      <w:r>
        <w:rPr>
          <w:rFonts w:ascii="Arial" w:hAnsi="Arial"/>
          <w:sz w:val="22"/>
        </w:rPr>
        <w:t>On the internet, I'm known As Mis taught, which is m i s. T A UGHT, I think... I think that's what I am on on on Twitter. My Facebook and Instagram are both private. They're both private pages. But I have times where I dip in and out of Twitter. I'm also, I also run the Sheffield autism partnership network. So if you put that into Twitter As well, we've got a page for that. I recently took part in something for discovery plus, the discovery plus channel, where we talked about being too black to be autistic. So that was a lovely, short documentary that I supported them with. And I don't know if I can talk about? there's a documentary coming out in December that you'll see me in as well. And I'm happy to come back and talk to you about that. I've just realized I'm going to I'm going to be late for my school pickup, which happens every day, (Lucy) Okay. (Alice) That's fine. Every fucking day! (laughing)</w:t>
      </w:r>
    </w:p>
    <w:p>
      <w:pPr>
        <w:spacing w:after="0"/>
      </w:pPr>
    </w:p>
    <w:p>
      <w:pPr>
        <w:spacing w:after="0"/>
      </w:pPr>
      <w:r>
        <w:rPr>
          <w:rFonts w:ascii="Arial" w:hAnsi="Arial"/>
          <w:b/>
          <w:sz w:val="22"/>
        </w:rPr>
        <w:t xml:space="preserve">Alice  </w:t>
      </w:r>
      <w:r>
        <w:rPr>
          <w:rFonts w:ascii="Arial" w:hAnsi="Arial"/>
          <w:color w:val="5D7284"/>
          <w:sz w:val="22"/>
        </w:rPr>
        <w:t>1:20:52</w:t>
      </w:r>
    </w:p>
    <w:p>
      <w:pPr>
        <w:spacing w:after="0"/>
      </w:pPr>
      <w:r>
        <w:rPr>
          <w:rFonts w:ascii="Arial" w:hAnsi="Arial"/>
          <w:sz w:val="22"/>
        </w:rPr>
        <w:t>Let's wind this up because we have not said goodbye to our listeners yet. (Lucy) No we haven't. (laughs) Thank You everyone for listening. Thank You very much, Melissa, for joining us. Don't forget to follow us online and you can find the links to everything Melissa has talked about today in our show notes. Um Team we will see you all next time. Goodbye.</w:t>
      </w:r>
    </w:p>
    <w:p>
      <w:pPr>
        <w:spacing w:after="0"/>
      </w:pPr>
    </w:p>
    <w:p>
      <w:pPr>
        <w:spacing w:after="0"/>
      </w:pPr>
      <w:r>
        <w:rPr>
          <w:rFonts w:ascii="Arial" w:hAnsi="Arial"/>
          <w:b/>
          <w:sz w:val="22"/>
        </w:rPr>
        <w:t xml:space="preserve">Lucy  </w:t>
      </w:r>
      <w:r>
        <w:rPr>
          <w:rFonts w:ascii="Arial" w:hAnsi="Arial"/>
          <w:color w:val="5D7284"/>
          <w:sz w:val="22"/>
        </w:rPr>
        <w:t>1:20:53</w:t>
      </w:r>
    </w:p>
    <w:p>
      <w:pPr>
        <w:spacing w:after="0"/>
      </w:pPr>
      <w:r>
        <w:rPr>
          <w:rFonts w:ascii="Arial" w:hAnsi="Arial"/>
          <w:sz w:val="22"/>
        </w:rPr>
        <w:t>Bye bye.</w:t>
      </w:r>
    </w:p>
    <w:p>
      <w:pPr>
        <w:spacing w:after="0"/>
      </w:pPr>
    </w:p>
    <w:p>
      <w:pPr>
        <w:spacing w:after="0"/>
      </w:pPr>
      <w:r>
        <w:rPr>
          <w:rFonts w:ascii="Arial" w:hAnsi="Arial"/>
          <w:b/>
          <w:sz w:val="22"/>
        </w:rPr>
        <w:t xml:space="preserve">Alice  </w:t>
      </w:r>
      <w:r>
        <w:rPr>
          <w:rFonts w:ascii="Arial" w:hAnsi="Arial"/>
          <w:color w:val="5D7284"/>
          <w:sz w:val="22"/>
        </w:rPr>
        <w:t>1:20:57</w:t>
      </w:r>
    </w:p>
    <w:p>
      <w:pPr>
        <w:spacing w:after="0"/>
      </w:pPr>
      <w:r>
        <w:rPr>
          <w:rFonts w:ascii="Arial" w:hAnsi="Arial"/>
          <w:sz w:val="22"/>
        </w:rPr>
        <w:t>Thanks for listening to the lABLEd Podcast. if you liked the show, you can rate review and subscribe and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1:21:28</w:t>
      </w:r>
    </w:p>
    <w:p>
      <w:pPr>
        <w:spacing w:after="0"/>
      </w:pPr>
      <w:r>
        <w:rPr>
          <w:rFonts w:ascii="Arial" w:hAnsi="Arial"/>
          <w:sz w:val="22"/>
        </w:rPr>
        <w:t>This episode was edited by Adam Hull, our music is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