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47 Rosemary Richings</w:t>
      </w:r>
    </w:p>
    <w:p>
      <w:r>
        <w:rPr>
          <w:rFonts w:ascii="Arial" w:hAnsi="Arial"/>
          <w:color w:val="4F6880"/>
          <w:sz w:val="22"/>
        </w:rPr>
        <w:t>Thu, Mar 30, 2023 6:19PM • 59:29</w:t>
      </w:r>
    </w:p>
    <w:p>
      <w:pPr>
        <w:spacing w:before="440" w:after="0"/>
      </w:pPr>
      <w:r>
        <w:rPr>
          <w:rFonts w:ascii="Arial" w:hAnsi="Arial"/>
          <w:b/>
          <w:color w:val="4F6880"/>
          <w:sz w:val="22"/>
        </w:rPr>
        <w:t>SUMMARY KEYWORDS</w:t>
      </w:r>
    </w:p>
    <w:p>
      <w:r>
        <w:rPr>
          <w:rFonts w:ascii="Arial" w:hAnsi="Arial"/>
          <w:color w:val="4F6880"/>
          <w:sz w:val="22"/>
        </w:rPr>
        <w:t>lucy, rosemary, people, laughs, dyspraxia, alice, bit, disabled, disability, mum, feel, support, parents, diagnosis, nice, brain, book, swim, episode, find</w:t>
      </w:r>
    </w:p>
    <w:p>
      <w:pPr>
        <w:spacing w:before="440" w:after="0"/>
      </w:pPr>
      <w:r>
        <w:rPr>
          <w:rFonts w:ascii="Arial" w:hAnsi="Arial"/>
          <w:b/>
          <w:color w:val="4F6880"/>
          <w:sz w:val="22"/>
        </w:rPr>
        <w:t>SPEAKERS</w:t>
      </w:r>
    </w:p>
    <w:p>
      <w:r>
        <w:rPr>
          <w:rFonts w:ascii="Arial" w:hAnsi="Arial"/>
          <w:color w:val="4F6880"/>
          <w:sz w:val="22"/>
        </w:rPr>
        <w:t>Theme Tune, Rosemary Richings,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00:06</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Although i might not fit in socially, I'm so much more than what you see. We all live our lives differently, kaleidoscope identity, cos this is who I'm meant to be. I'm just labeled me, I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I am Lucy and I'm here with my very good friend Alice for another episode. Hello Alice</w:t>
      </w:r>
    </w:p>
    <w:p>
      <w:pPr>
        <w:spacing w:after="0"/>
      </w:pPr>
    </w:p>
    <w:p>
      <w:pPr>
        <w:spacing w:after="0"/>
      </w:pPr>
      <w:r>
        <w:rPr>
          <w:rFonts w:ascii="Arial" w:hAnsi="Arial"/>
          <w:b/>
          <w:sz w:val="22"/>
        </w:rPr>
        <w:t xml:space="preserve">Alice  </w:t>
      </w:r>
      <w:r>
        <w:rPr>
          <w:rFonts w:ascii="Arial" w:hAnsi="Arial"/>
          <w:color w:val="5D7284"/>
          <w:sz w:val="22"/>
        </w:rPr>
        <w:t>00:55</w:t>
      </w:r>
    </w:p>
    <w:p>
      <w:pPr>
        <w:spacing w:after="0"/>
      </w:pPr>
      <w:r>
        <w:rPr>
          <w:rFonts w:ascii="Arial" w:hAnsi="Arial"/>
          <w:sz w:val="22"/>
        </w:rPr>
        <w:t>Do you think that our listeners sit there at home and mouth a long to "welcome to another brand new episode of The lABLEd Podcast" because there's always another brand new episode, it's not brand new episode. So it's a very special episode.</w:t>
      </w:r>
    </w:p>
    <w:p>
      <w:pPr>
        <w:spacing w:after="0"/>
      </w:pPr>
    </w:p>
    <w:p>
      <w:pPr>
        <w:spacing w:after="0"/>
      </w:pPr>
      <w:r>
        <w:rPr>
          <w:rFonts w:ascii="Arial" w:hAnsi="Arial"/>
          <w:b/>
          <w:sz w:val="22"/>
        </w:rPr>
        <w:t xml:space="preserve">Lucy  </w:t>
      </w:r>
      <w:r>
        <w:rPr>
          <w:rFonts w:ascii="Arial" w:hAnsi="Arial"/>
          <w:color w:val="5D7284"/>
          <w:sz w:val="22"/>
        </w:rPr>
        <w:t>01:07</w:t>
      </w:r>
    </w:p>
    <w:p>
      <w:pPr>
        <w:spacing w:after="0"/>
      </w:pPr>
      <w:r>
        <w:rPr>
          <w:rFonts w:ascii="Arial" w:hAnsi="Arial"/>
          <w:sz w:val="22"/>
        </w:rPr>
        <w:t>It's very special. If it's not new, it's special. They've probably sing the theme tune in and then mouth that bit. (laughs) How are you all right?</w:t>
      </w:r>
    </w:p>
    <w:p>
      <w:pPr>
        <w:spacing w:after="0"/>
      </w:pPr>
    </w:p>
    <w:p>
      <w:pPr>
        <w:spacing w:after="0"/>
      </w:pPr>
      <w:r>
        <w:rPr>
          <w:rFonts w:ascii="Arial" w:hAnsi="Arial"/>
          <w:b/>
          <w:sz w:val="22"/>
        </w:rPr>
        <w:t xml:space="preserve">Alice  </w:t>
      </w:r>
      <w:r>
        <w:rPr>
          <w:rFonts w:ascii="Arial" w:hAnsi="Arial"/>
          <w:color w:val="5D7284"/>
          <w:sz w:val="22"/>
        </w:rPr>
        <w:t>01:17</w:t>
      </w:r>
    </w:p>
    <w:p>
      <w:pPr>
        <w:spacing w:after="0"/>
      </w:pPr>
      <w:r>
        <w:rPr>
          <w:rFonts w:ascii="Arial" w:hAnsi="Arial"/>
          <w:sz w:val="22"/>
        </w:rPr>
        <w:t>I'm not too bad Lucy. How are you?</w:t>
      </w:r>
    </w:p>
    <w:p>
      <w:pPr>
        <w:spacing w:after="0"/>
      </w:pPr>
    </w:p>
    <w:p>
      <w:pPr>
        <w:spacing w:after="0"/>
      </w:pPr>
      <w:r>
        <w:rPr>
          <w:rFonts w:ascii="Arial" w:hAnsi="Arial"/>
          <w:b/>
          <w:sz w:val="22"/>
        </w:rPr>
        <w:t xml:space="preserve">Lucy  </w:t>
      </w:r>
      <w:r>
        <w:rPr>
          <w:rFonts w:ascii="Arial" w:hAnsi="Arial"/>
          <w:color w:val="5D7284"/>
          <w:sz w:val="22"/>
        </w:rPr>
        <w:t>01:20</w:t>
      </w:r>
    </w:p>
    <w:p>
      <w:pPr>
        <w:spacing w:after="0"/>
      </w:pPr>
      <w:r>
        <w:rPr>
          <w:rFonts w:ascii="Arial" w:hAnsi="Arial"/>
          <w:sz w:val="22"/>
        </w:rPr>
        <w:t>I'm all right. Thank you yes, I had a very very lazy morning this morning partly because Bertie the bulldog decided to get in bed with me. Which is fine he doesn't it occasionally like he will lie down and go to sleep. However he was wrapped around my stomach this morning and I couldn't shift him for about 25 minutes (laughs) so yeah. (Alice) So you couldn't get up even if you wanted to. No because he's so heavy so umm... but I did eventually manage to prise him off me (Alice laughs) and out of bed. So yes, I have had a very enforced lazy morning but I'm fine. Thank you.</w:t>
      </w:r>
    </w:p>
    <w:p>
      <w:pPr>
        <w:spacing w:after="0"/>
      </w:pPr>
    </w:p>
    <w:p>
      <w:pPr>
        <w:spacing w:after="0"/>
      </w:pPr>
      <w:r>
        <w:rPr>
          <w:rFonts w:ascii="Arial" w:hAnsi="Arial"/>
          <w:b/>
          <w:sz w:val="22"/>
        </w:rPr>
        <w:t xml:space="preserve">Alice  </w:t>
      </w:r>
      <w:r>
        <w:rPr>
          <w:rFonts w:ascii="Arial" w:hAnsi="Arial"/>
          <w:color w:val="5D7284"/>
          <w:sz w:val="22"/>
        </w:rPr>
        <w:t>01:55</w:t>
      </w:r>
    </w:p>
    <w:p>
      <w:pPr>
        <w:spacing w:after="0"/>
      </w:pPr>
      <w:r>
        <w:rPr>
          <w:rFonts w:ascii="Arial" w:hAnsi="Arial"/>
          <w:sz w:val="22"/>
        </w:rPr>
        <w:t>Well, it looks... it's really sunny and nice out, I feel like it is... it is officially spring. Which it nice.</w:t>
      </w:r>
    </w:p>
    <w:p>
      <w:pPr>
        <w:spacing w:after="0"/>
      </w:pPr>
    </w:p>
    <w:p>
      <w:pPr>
        <w:spacing w:after="0"/>
      </w:pPr>
      <w:r>
        <w:rPr>
          <w:rFonts w:ascii="Arial" w:hAnsi="Arial"/>
          <w:b/>
          <w:sz w:val="22"/>
        </w:rPr>
        <w:t xml:space="preserve">Lucy  </w:t>
      </w:r>
      <w:r>
        <w:rPr>
          <w:rFonts w:ascii="Arial" w:hAnsi="Arial"/>
          <w:color w:val="5D7284"/>
          <w:sz w:val="22"/>
        </w:rPr>
        <w:t>02:02</w:t>
      </w:r>
    </w:p>
    <w:p>
      <w:pPr>
        <w:spacing w:after="0"/>
      </w:pPr>
      <w:r>
        <w:rPr>
          <w:rFonts w:ascii="Arial" w:hAnsi="Arial"/>
          <w:sz w:val="22"/>
        </w:rPr>
        <w:t>Are you calling it? Are we calling it officially spring now are we?</w:t>
      </w:r>
    </w:p>
    <w:p>
      <w:pPr>
        <w:spacing w:after="0"/>
      </w:pPr>
    </w:p>
    <w:p>
      <w:pPr>
        <w:spacing w:after="0"/>
      </w:pPr>
      <w:r>
        <w:rPr>
          <w:rFonts w:ascii="Arial" w:hAnsi="Arial"/>
          <w:b/>
          <w:sz w:val="22"/>
        </w:rPr>
        <w:t xml:space="preserve">Alice  </w:t>
      </w:r>
      <w:r>
        <w:rPr>
          <w:rFonts w:ascii="Arial" w:hAnsi="Arial"/>
          <w:color w:val="5D7284"/>
          <w:sz w:val="22"/>
        </w:rPr>
        <w:t>02:05</w:t>
      </w:r>
    </w:p>
    <w:p>
      <w:pPr>
        <w:spacing w:after="0"/>
      </w:pPr>
      <w:r>
        <w:rPr>
          <w:rFonts w:ascii="Arial" w:hAnsi="Arial"/>
          <w:sz w:val="22"/>
        </w:rPr>
        <w:t>I think so, it looks nice out. I haven't actually been out there. (Lucy) No. But it looks like it's spring. (Lucy) Yeah. I think (Alice laughs)</w:t>
      </w:r>
    </w:p>
    <w:p>
      <w:pPr>
        <w:spacing w:after="0"/>
      </w:pPr>
    </w:p>
    <w:p>
      <w:pPr>
        <w:spacing w:after="0"/>
      </w:pPr>
      <w:r>
        <w:rPr>
          <w:rFonts w:ascii="Arial" w:hAnsi="Arial"/>
          <w:b/>
          <w:sz w:val="22"/>
        </w:rPr>
        <w:t xml:space="preserve">Lucy  </w:t>
      </w:r>
      <w:r>
        <w:rPr>
          <w:rFonts w:ascii="Arial" w:hAnsi="Arial"/>
          <w:color w:val="5D7284"/>
          <w:sz w:val="22"/>
        </w:rPr>
        <w:t>02:15</w:t>
      </w:r>
    </w:p>
    <w:p>
      <w:pPr>
        <w:spacing w:after="0"/>
      </w:pPr>
      <w:r>
        <w:rPr>
          <w:rFonts w:ascii="Arial" w:hAnsi="Arial"/>
          <w:sz w:val="22"/>
        </w:rPr>
        <w:t>It might look it. We are going through that stage isn't it where you sit by the window you think always nice and warm. And then you go outsideand it's freezing. Still need my coat on? Yeah.</w:t>
      </w:r>
    </w:p>
    <w:p>
      <w:pPr>
        <w:spacing w:after="0"/>
      </w:pPr>
    </w:p>
    <w:p>
      <w:pPr>
        <w:spacing w:after="0"/>
      </w:pPr>
      <w:r>
        <w:rPr>
          <w:rFonts w:ascii="Arial" w:hAnsi="Arial"/>
          <w:b/>
          <w:sz w:val="22"/>
        </w:rPr>
        <w:t xml:space="preserve">Alice  </w:t>
      </w:r>
      <w:r>
        <w:rPr>
          <w:rFonts w:ascii="Arial" w:hAnsi="Arial"/>
          <w:color w:val="5D7284"/>
          <w:sz w:val="22"/>
        </w:rPr>
        <w:t>02:26</w:t>
      </w:r>
    </w:p>
    <w:p>
      <w:pPr>
        <w:spacing w:after="0"/>
      </w:pPr>
      <w:r>
        <w:rPr>
          <w:rFonts w:ascii="Arial" w:hAnsi="Arial"/>
          <w:sz w:val="22"/>
        </w:rPr>
        <w:t>So we have a guest with us today listeners. Our guest today is Rosemary, who has been very patient with us. I think I said this about another recent episode, somebody who approached us about coming on, and we somehow managed to lose them completely within the depths of our emails. (Lucy) Yes. So Rosemary. She was very patient for about a year waiting to come on with us.</w:t>
      </w:r>
    </w:p>
    <w:p>
      <w:pPr>
        <w:spacing w:after="0"/>
      </w:pPr>
    </w:p>
    <w:p>
      <w:pPr>
        <w:spacing w:after="0"/>
      </w:pPr>
      <w:r>
        <w:rPr>
          <w:rFonts w:ascii="Arial" w:hAnsi="Arial"/>
          <w:b/>
          <w:sz w:val="22"/>
        </w:rPr>
        <w:t xml:space="preserve">Lucy  </w:t>
      </w:r>
      <w:r>
        <w:rPr>
          <w:rFonts w:ascii="Arial" w:hAnsi="Arial"/>
          <w:color w:val="5D7284"/>
          <w:sz w:val="22"/>
        </w:rPr>
        <w:t>02:51</w:t>
      </w:r>
    </w:p>
    <w:p>
      <w:pPr>
        <w:spacing w:after="0"/>
      </w:pPr>
      <w:r>
        <w:rPr>
          <w:rFonts w:ascii="Arial" w:hAnsi="Arial"/>
          <w:sz w:val="22"/>
        </w:rPr>
        <w:t>Thank you very much for waiting, Rosemary (laughs)</w:t>
      </w:r>
    </w:p>
    <w:p>
      <w:pPr>
        <w:spacing w:after="0"/>
      </w:pPr>
    </w:p>
    <w:p>
      <w:pPr>
        <w:spacing w:after="0"/>
      </w:pPr>
      <w:r>
        <w:rPr>
          <w:rFonts w:ascii="Arial" w:hAnsi="Arial"/>
          <w:b/>
          <w:sz w:val="22"/>
        </w:rPr>
        <w:t xml:space="preserve">Rosemary Richings  </w:t>
      </w:r>
      <w:r>
        <w:rPr>
          <w:rFonts w:ascii="Arial" w:hAnsi="Arial"/>
          <w:color w:val="5D7284"/>
          <w:sz w:val="22"/>
        </w:rPr>
        <w:t>02:53</w:t>
      </w:r>
    </w:p>
    <w:p>
      <w:pPr>
        <w:spacing w:after="0"/>
      </w:pPr>
      <w:r>
        <w:rPr>
          <w:rFonts w:ascii="Arial" w:hAnsi="Arial"/>
          <w:sz w:val="22"/>
        </w:rPr>
        <w:t>Yeah I'm used to it. I'm a big part of the neurodiversity community stuff. And I'm used to having to do lots of follow up.</w:t>
      </w:r>
    </w:p>
    <w:p>
      <w:pPr>
        <w:spacing w:after="0"/>
      </w:pPr>
    </w:p>
    <w:p>
      <w:pPr>
        <w:spacing w:after="0"/>
      </w:pPr>
      <w:r>
        <w:rPr>
          <w:rFonts w:ascii="Arial" w:hAnsi="Arial"/>
          <w:b/>
          <w:sz w:val="22"/>
        </w:rPr>
        <w:t xml:space="preserve">Lucy  </w:t>
      </w:r>
      <w:r>
        <w:rPr>
          <w:rFonts w:ascii="Arial" w:hAnsi="Arial"/>
          <w:color w:val="5D7284"/>
          <w:sz w:val="22"/>
        </w:rPr>
        <w:t>03:03</w:t>
      </w:r>
    </w:p>
    <w:p>
      <w:pPr>
        <w:spacing w:after="0"/>
      </w:pPr>
      <w:r>
        <w:rPr>
          <w:rFonts w:ascii="Arial" w:hAnsi="Arial"/>
          <w:sz w:val="22"/>
        </w:rPr>
        <w:t>Thank you (Alice) Well we appreciate it. We do Yeah.</w:t>
      </w:r>
    </w:p>
    <w:p>
      <w:pPr>
        <w:spacing w:after="0"/>
      </w:pPr>
    </w:p>
    <w:p>
      <w:pPr>
        <w:spacing w:after="0"/>
      </w:pPr>
      <w:r>
        <w:rPr>
          <w:rFonts w:ascii="Arial" w:hAnsi="Arial"/>
          <w:b/>
          <w:sz w:val="22"/>
        </w:rPr>
        <w:t xml:space="preserve">Alice  </w:t>
      </w:r>
      <w:r>
        <w:rPr>
          <w:rFonts w:ascii="Arial" w:hAnsi="Arial"/>
          <w:color w:val="5D7284"/>
          <w:sz w:val="22"/>
        </w:rPr>
        <w:t>03:07</w:t>
      </w:r>
    </w:p>
    <w:p>
      <w:pPr>
        <w:spacing w:after="0"/>
      </w:pPr>
      <w:r>
        <w:rPr>
          <w:rFonts w:ascii="Arial" w:hAnsi="Arial"/>
          <w:sz w:val="22"/>
        </w:rPr>
        <w:t>Would you like to introduce yourself, Rosemary, tell our listeners a little bit about you.</w:t>
      </w:r>
    </w:p>
    <w:p>
      <w:pPr>
        <w:spacing w:after="0"/>
      </w:pPr>
    </w:p>
    <w:p>
      <w:pPr>
        <w:spacing w:after="0"/>
      </w:pPr>
      <w:r>
        <w:rPr>
          <w:rFonts w:ascii="Arial" w:hAnsi="Arial"/>
          <w:b/>
          <w:sz w:val="22"/>
        </w:rPr>
        <w:t xml:space="preserve">Rosemary Richings  </w:t>
      </w:r>
      <w:r>
        <w:rPr>
          <w:rFonts w:ascii="Arial" w:hAnsi="Arial"/>
          <w:color w:val="5D7284"/>
          <w:sz w:val="22"/>
        </w:rPr>
        <w:t>03:10</w:t>
      </w:r>
    </w:p>
    <w:p>
      <w:pPr>
        <w:spacing w:after="0"/>
      </w:pPr>
      <w:r>
        <w:rPr>
          <w:rFonts w:ascii="Arial" w:hAnsi="Arial"/>
          <w:sz w:val="22"/>
        </w:rPr>
        <w:t>Yeah, so I'm Rosemary and I am a freelance writer, editor, public speaker. And typically that involves focusing on topics like neurodiversity and disability. And I also am the author of a book called stumbling through space and time, living life with dyspraxia and I'm on the Board of Trustees of a charity called Dyspraxic Me, which supports dyspraxic young people.</w:t>
      </w:r>
    </w:p>
    <w:p>
      <w:pPr>
        <w:spacing w:after="0"/>
      </w:pPr>
    </w:p>
    <w:p>
      <w:pPr>
        <w:spacing w:after="0"/>
      </w:pPr>
      <w:r>
        <w:rPr>
          <w:rFonts w:ascii="Arial" w:hAnsi="Arial"/>
          <w:b/>
          <w:sz w:val="22"/>
        </w:rPr>
        <w:t xml:space="preserve">Alice  </w:t>
      </w:r>
      <w:r>
        <w:rPr>
          <w:rFonts w:ascii="Arial" w:hAnsi="Arial"/>
          <w:color w:val="5D7284"/>
          <w:sz w:val="22"/>
        </w:rPr>
        <w:t>03:42</w:t>
      </w:r>
    </w:p>
    <w:p>
      <w:pPr>
        <w:spacing w:after="0"/>
      </w:pPr>
      <w:r>
        <w:rPr>
          <w:rFonts w:ascii="Arial" w:hAnsi="Arial"/>
          <w:sz w:val="22"/>
        </w:rPr>
        <w:t>Interesting. Dyspraxia is not... I don't think one that we've had anybody sort of talk ...(Lucy) No. Specifically about before.</w:t>
      </w:r>
    </w:p>
    <w:p>
      <w:pPr>
        <w:spacing w:after="0"/>
      </w:pPr>
    </w:p>
    <w:p>
      <w:pPr>
        <w:spacing w:after="0"/>
      </w:pPr>
      <w:r>
        <w:rPr>
          <w:rFonts w:ascii="Arial" w:hAnsi="Arial"/>
          <w:b/>
          <w:sz w:val="22"/>
        </w:rPr>
        <w:t xml:space="preserve">Lucy  </w:t>
      </w:r>
      <w:r>
        <w:rPr>
          <w:rFonts w:ascii="Arial" w:hAnsi="Arial"/>
          <w:color w:val="5D7284"/>
          <w:sz w:val="22"/>
        </w:rPr>
        <w:t>03:49</w:t>
      </w:r>
    </w:p>
    <w:p>
      <w:pPr>
        <w:spacing w:after="0"/>
      </w:pPr>
      <w:r>
        <w:rPr>
          <w:rFonts w:ascii="Arial" w:hAnsi="Arial"/>
          <w:sz w:val="22"/>
        </w:rPr>
        <w:t>That's definitely something I thought of. I imagine Rosemary, I don't know the statistics necessarily, but I imagine it affects more people then you would think it affects does it dyspraxia? (Rosemary) Yeah,</w:t>
      </w:r>
    </w:p>
    <w:p>
      <w:pPr>
        <w:spacing w:after="0"/>
      </w:pPr>
    </w:p>
    <w:p>
      <w:pPr>
        <w:spacing w:after="0"/>
      </w:pPr>
      <w:r>
        <w:rPr>
          <w:rFonts w:ascii="Arial" w:hAnsi="Arial"/>
          <w:b/>
          <w:sz w:val="22"/>
        </w:rPr>
        <w:t xml:space="preserve">Rosemary Richings  </w:t>
      </w:r>
      <w:r>
        <w:rPr>
          <w:rFonts w:ascii="Arial" w:hAnsi="Arial"/>
          <w:color w:val="5D7284"/>
          <w:sz w:val="22"/>
        </w:rPr>
        <w:t>04:02</w:t>
      </w:r>
    </w:p>
    <w:p>
      <w:pPr>
        <w:spacing w:after="0"/>
      </w:pPr>
      <w:r>
        <w:rPr>
          <w:rFonts w:ascii="Arial" w:hAnsi="Arial"/>
          <w:sz w:val="22"/>
        </w:rPr>
        <w:t>the problem is it's very under diagnosed. So especially amongst women, it a lot of the diagnosis criteria were designed for like a lot of like, straight white male guys. S</w:t>
      </w:r>
    </w:p>
    <w:p>
      <w:pPr>
        <w:spacing w:after="0"/>
      </w:pPr>
    </w:p>
    <w:p>
      <w:pPr>
        <w:spacing w:after="0"/>
      </w:pPr>
      <w:r>
        <w:rPr>
          <w:rFonts w:ascii="Arial" w:hAnsi="Arial"/>
          <w:b/>
          <w:sz w:val="22"/>
        </w:rPr>
        <w:t xml:space="preserve">Alice  </w:t>
      </w:r>
      <w:r>
        <w:rPr>
          <w:rFonts w:ascii="Arial" w:hAnsi="Arial"/>
          <w:color w:val="5D7284"/>
          <w:sz w:val="22"/>
        </w:rPr>
        <w:t>04:17</w:t>
      </w:r>
    </w:p>
    <w:p>
      <w:pPr>
        <w:spacing w:after="0"/>
      </w:pPr>
      <w:r>
        <w:rPr>
          <w:rFonts w:ascii="Arial" w:hAnsi="Arial"/>
          <w:sz w:val="22"/>
        </w:rPr>
        <w:t>That's such a shock with with neurodiversity. It's, you know, it's, I am being sarcastic (Lucy laughs) that is the, the absolute norm for ADHD diagnosis, Autism diagnosis. Tourette's diagnosis. Yep. (Lucy) Yeah.</w:t>
      </w:r>
    </w:p>
    <w:p>
      <w:pPr>
        <w:spacing w:after="0"/>
      </w:pPr>
    </w:p>
    <w:p>
      <w:pPr>
        <w:spacing w:after="0"/>
      </w:pPr>
      <w:r>
        <w:rPr>
          <w:rFonts w:ascii="Arial" w:hAnsi="Arial"/>
          <w:b/>
          <w:sz w:val="22"/>
        </w:rPr>
        <w:t xml:space="preserve">Lucy  </w:t>
      </w:r>
      <w:r>
        <w:rPr>
          <w:rFonts w:ascii="Arial" w:hAnsi="Arial"/>
          <w:color w:val="5D7284"/>
          <w:sz w:val="22"/>
        </w:rPr>
        <w:t>04:33</w:t>
      </w:r>
    </w:p>
    <w:p>
      <w:pPr>
        <w:spacing w:after="0"/>
      </w:pPr>
      <w:r>
        <w:rPr>
          <w:rFonts w:ascii="Arial" w:hAnsi="Arial"/>
          <w:sz w:val="22"/>
        </w:rPr>
        <w:t>So yeah, do you have? I take it you have dyspraxia? don't you?</w:t>
      </w:r>
    </w:p>
    <w:p>
      <w:pPr>
        <w:spacing w:after="0"/>
      </w:pPr>
    </w:p>
    <w:p>
      <w:pPr>
        <w:spacing w:after="0"/>
      </w:pPr>
      <w:r>
        <w:rPr>
          <w:rFonts w:ascii="Arial" w:hAnsi="Arial"/>
          <w:b/>
          <w:sz w:val="22"/>
        </w:rPr>
        <w:t xml:space="preserve">Rosemary Richings  </w:t>
      </w:r>
      <w:r>
        <w:rPr>
          <w:rFonts w:ascii="Arial" w:hAnsi="Arial"/>
          <w:color w:val="5D7284"/>
          <w:sz w:val="22"/>
        </w:rPr>
        <w:t>04:37</w:t>
      </w:r>
    </w:p>
    <w:p>
      <w:pPr>
        <w:spacing w:after="0"/>
      </w:pPr>
      <w:r>
        <w:rPr>
          <w:rFonts w:ascii="Arial" w:hAnsi="Arial"/>
          <w:sz w:val="22"/>
        </w:rPr>
        <w:t>Yeah, I forgot to mention that earlier. But yeah, I was diagnosed really, really young. I was only four and they start to pick up on what's called hypotonia. Like more muscular based issues with relaxing your muscles. It gets stuck in that mode and also like sensory issues later on as well.</w:t>
      </w:r>
    </w:p>
    <w:p>
      <w:pPr>
        <w:spacing w:after="0"/>
      </w:pPr>
    </w:p>
    <w:p>
      <w:pPr>
        <w:spacing w:after="0"/>
      </w:pPr>
      <w:r>
        <w:rPr>
          <w:rFonts w:ascii="Arial" w:hAnsi="Arial"/>
          <w:b/>
          <w:sz w:val="22"/>
        </w:rPr>
        <w:t xml:space="preserve">Lucy  </w:t>
      </w:r>
      <w:r>
        <w:rPr>
          <w:rFonts w:ascii="Arial" w:hAnsi="Arial"/>
          <w:color w:val="5D7284"/>
          <w:sz w:val="22"/>
        </w:rPr>
        <w:t>04:59</w:t>
      </w:r>
    </w:p>
    <w:p>
      <w:pPr>
        <w:spacing w:after="0"/>
      </w:pPr>
      <w:r>
        <w:rPr>
          <w:rFonts w:ascii="Arial" w:hAnsi="Arial"/>
          <w:sz w:val="22"/>
        </w:rPr>
        <w:t>Yeah, Have you found that your dyspraxia has sort of either got worse or improved over, you know, as you've grown into adulthood? Or is it... has it sort of stayed the same? You know, what kind of coping mechanisms have you got to sort of combat your dyspraxia so that it makes life a little bit easier for you? Is there anything that can make it easier for you?</w:t>
      </w:r>
    </w:p>
    <w:p>
      <w:pPr>
        <w:spacing w:after="0"/>
      </w:pPr>
    </w:p>
    <w:p>
      <w:pPr>
        <w:spacing w:after="0"/>
      </w:pPr>
      <w:r>
        <w:rPr>
          <w:rFonts w:ascii="Arial" w:hAnsi="Arial"/>
          <w:b/>
          <w:sz w:val="22"/>
        </w:rPr>
        <w:t xml:space="preserve">Rosemary Richings  </w:t>
      </w:r>
      <w:r>
        <w:rPr>
          <w:rFonts w:ascii="Arial" w:hAnsi="Arial"/>
          <w:color w:val="5D7284"/>
          <w:sz w:val="22"/>
        </w:rPr>
        <w:t>05:25</w:t>
      </w:r>
    </w:p>
    <w:p>
      <w:pPr>
        <w:spacing w:after="0"/>
      </w:pPr>
      <w:r>
        <w:rPr>
          <w:rFonts w:ascii="Arial" w:hAnsi="Arial"/>
          <w:sz w:val="22"/>
        </w:rPr>
        <w:t>Yeah. Well, as I've gotten older, I mean, I definitely have coping mechanisms, a big part of what comes with it is motor skills issues. And at least I can figure out some basics of tying my shoelaces and things like that. But yeah, I mean, if I have to rush anywhere or things like that, or I'm under some level of stress, then it all kind of reverses back to almost childhood in the way. (Lucy) Yeah. When I was just figuring it all out and also to I mean, I've, I find the idea of remote working really appealing. I find this has been the best choice I've made my whole life because at least I can control my environment. And that was really the hard part of taking on more quote unquote, regular jobs.</w:t>
      </w:r>
    </w:p>
    <w:p>
      <w:pPr>
        <w:spacing w:after="0"/>
      </w:pPr>
    </w:p>
    <w:p>
      <w:pPr>
        <w:spacing w:after="0"/>
      </w:pPr>
      <w:r>
        <w:rPr>
          <w:rFonts w:ascii="Arial" w:hAnsi="Arial"/>
          <w:b/>
          <w:sz w:val="22"/>
        </w:rPr>
        <w:t xml:space="preserve">Lucy  </w:t>
      </w:r>
      <w:r>
        <w:rPr>
          <w:rFonts w:ascii="Arial" w:hAnsi="Arial"/>
          <w:color w:val="5D7284"/>
          <w:sz w:val="22"/>
        </w:rPr>
        <w:t>06:21</w:t>
      </w:r>
    </w:p>
    <w:p>
      <w:pPr>
        <w:spacing w:after="0"/>
      </w:pPr>
      <w:r>
        <w:rPr>
          <w:rFonts w:ascii="Arial" w:hAnsi="Arial"/>
          <w:sz w:val="22"/>
        </w:rPr>
        <w:t>Yeah. See, I find I find talking to people with dyspraxia for me, because I have cerebral palsy I find it fascinating because a lot of what people with dyspraxia struggle with I struggle a lot with so my fine motor skills are they've been non existent from when I was a was a child and I've never had a brain scan to see exactly which part of my brain is affected by the cerebral palsy,I think I know. So like my number skills Alice will tell you my numbers skills are awful. My sometimes my spelling is awful again Alice will tell you she's like why do you got extra "u" in the middle of that word that doesn't need it. But also on a sort of like doing things by myself level, my fingers don't necessarily behave in the way that I would like them to and I drop a lot of things. The amount of food I drop down myself is embarrassing. And I can't do fiddly little jobs like tying shoelaces and things and it always makes me wonder whether I have sort of an element of or you know, a little bit of dyspraxia to some degree, because whether that's just cerebral palsy being cerebral palsy or whether it's a bit of both, it fascinates me really. Because when I speak to people who have dyspraxia, I'm like, Yeah, I'm a bit like that to my, my fingers are like cooked spaghetti when I'm trying to do something like I can't sew or do knitting or anything like that, because my fingers just get in a knot. And it frustrates me, (laughs) so I don't bother. But I find it fascinating.</w:t>
      </w:r>
    </w:p>
    <w:p>
      <w:pPr>
        <w:spacing w:after="0"/>
      </w:pPr>
    </w:p>
    <w:p>
      <w:pPr>
        <w:spacing w:after="0"/>
      </w:pPr>
      <w:r>
        <w:rPr>
          <w:rFonts w:ascii="Arial" w:hAnsi="Arial"/>
          <w:b/>
          <w:sz w:val="22"/>
        </w:rPr>
        <w:t xml:space="preserve">Rosemary Richings  </w:t>
      </w:r>
      <w:r>
        <w:rPr>
          <w:rFonts w:ascii="Arial" w:hAnsi="Arial"/>
          <w:color w:val="5D7284"/>
          <w:sz w:val="22"/>
        </w:rPr>
        <w:t>07:56</w:t>
      </w:r>
    </w:p>
    <w:p>
      <w:pPr>
        <w:spacing w:after="0"/>
      </w:pPr>
      <w:r>
        <w:rPr>
          <w:rFonts w:ascii="Arial" w:hAnsi="Arial"/>
          <w:sz w:val="22"/>
        </w:rPr>
        <w:t>Yeah, it's the same with me, because I remember when I was writing the book, I read a lot of old documents like medical documents. And it was interesting to learn that was actually something I was tested for before they decided that it was dyspraxia. And as I've got more involved in the community, I found that like, it's quite common for people to have a mix of both.</w:t>
      </w:r>
    </w:p>
    <w:p>
      <w:pPr>
        <w:spacing w:after="0"/>
      </w:pPr>
    </w:p>
    <w:p>
      <w:pPr>
        <w:spacing w:after="0"/>
      </w:pPr>
      <w:r>
        <w:rPr>
          <w:rFonts w:ascii="Arial" w:hAnsi="Arial"/>
          <w:b/>
          <w:sz w:val="22"/>
        </w:rPr>
        <w:t xml:space="preserve">Lucy  </w:t>
      </w:r>
      <w:r>
        <w:rPr>
          <w:rFonts w:ascii="Arial" w:hAnsi="Arial"/>
          <w:color w:val="5D7284"/>
          <w:sz w:val="22"/>
        </w:rPr>
        <w:t>08:21</w:t>
      </w:r>
    </w:p>
    <w:p>
      <w:pPr>
        <w:spacing w:after="0"/>
      </w:pPr>
      <w:r>
        <w:rPr>
          <w:rFonts w:ascii="Arial" w:hAnsi="Arial"/>
          <w:sz w:val="22"/>
        </w:rPr>
        <w:t>Yeah, it's, yeah, it's something that fascinates me.</w:t>
      </w:r>
    </w:p>
    <w:p>
      <w:pPr>
        <w:spacing w:after="0"/>
      </w:pPr>
    </w:p>
    <w:p>
      <w:pPr>
        <w:spacing w:after="0"/>
      </w:pPr>
      <w:r>
        <w:rPr>
          <w:rFonts w:ascii="Arial" w:hAnsi="Arial"/>
          <w:b/>
          <w:sz w:val="22"/>
        </w:rPr>
        <w:t xml:space="preserve">Alice  </w:t>
      </w:r>
      <w:r>
        <w:rPr>
          <w:rFonts w:ascii="Arial" w:hAnsi="Arial"/>
          <w:color w:val="5D7284"/>
          <w:sz w:val="22"/>
        </w:rPr>
        <w:t>08:26</w:t>
      </w:r>
    </w:p>
    <w:p>
      <w:pPr>
        <w:spacing w:after="0"/>
      </w:pPr>
      <w:r>
        <w:rPr>
          <w:rFonts w:ascii="Arial" w:hAnsi="Arial"/>
          <w:sz w:val="22"/>
        </w:rPr>
        <w:t>I do think dyspraxia is one of those things where a lot of people get it as a sort of secondary diagnosis. (Lucy) Yeah. Like, particularly, I think, neurodiverse people. So you know, you might get an autism diagnosis, and a dyspraxia diagnosis. You know, at the same time, I think it is that kind of, I think it's really fascinating that the brain, you know, if the brain works differently in one area, how much that kind of bleeds into other areas. (Lucy) Yeah. And other than that, yeah, I suppose it's the same for your CP that, you know, you could well have issues with your hands and stuff because of your CP. But there could also just as easily be a, a dyspraxic element to it. (Lucy) Yeah absolutely. And I imagine there are, you know, brain scientists out there who would be get very sort of on their high horse about the distinct difference between the two. (Lucy) Yeah. I mean, my feelings are that it within the people who actually live in that world and experience it, yeah, I do think obviously getting a diagnosis is really important for some people, but actually feeling as though you have other people around you who experienced the same thing whether they have the same label or not, is I think that's really nice.</w:t>
      </w:r>
    </w:p>
    <w:p>
      <w:pPr>
        <w:spacing w:after="0"/>
      </w:pPr>
    </w:p>
    <w:p>
      <w:pPr>
        <w:spacing w:after="0"/>
      </w:pPr>
      <w:r>
        <w:rPr>
          <w:rFonts w:ascii="Arial" w:hAnsi="Arial"/>
          <w:b/>
          <w:sz w:val="22"/>
        </w:rPr>
        <w:t xml:space="preserve">Rosemary Richings  </w:t>
      </w:r>
      <w:r>
        <w:rPr>
          <w:rFonts w:ascii="Arial" w:hAnsi="Arial"/>
          <w:color w:val="5D7284"/>
          <w:sz w:val="22"/>
        </w:rPr>
        <w:t>09:46</w:t>
      </w:r>
    </w:p>
    <w:p>
      <w:pPr>
        <w:spacing w:after="0"/>
      </w:pPr>
      <w:r>
        <w:rPr>
          <w:rFonts w:ascii="Arial" w:hAnsi="Arial"/>
          <w:sz w:val="22"/>
        </w:rPr>
        <w:t>Yeah, I think that's the same with a lot of neurological things for sure. They they really have to change how they look at it because there's always chance of something connecting to something else. And yeah, if only it was like that. But yeah, you know, I didn't really have that great support for a long time early on I, I had special education and such. But Canada really like still is not really a place that where it's very well known and I really like.... it was hard to try and get the right support combinations and things like that.</w:t>
      </w:r>
    </w:p>
    <w:p>
      <w:pPr>
        <w:spacing w:after="0"/>
      </w:pPr>
    </w:p>
    <w:p>
      <w:pPr>
        <w:spacing w:after="0"/>
      </w:pPr>
      <w:r>
        <w:rPr>
          <w:rFonts w:ascii="Arial" w:hAnsi="Arial"/>
          <w:b/>
          <w:sz w:val="22"/>
        </w:rPr>
        <w:t xml:space="preserve">Lucy  </w:t>
      </w:r>
      <w:r>
        <w:rPr>
          <w:rFonts w:ascii="Arial" w:hAnsi="Arial"/>
          <w:color w:val="5D7284"/>
          <w:sz w:val="22"/>
        </w:rPr>
        <w:t>10:29</w:t>
      </w:r>
    </w:p>
    <w:p>
      <w:pPr>
        <w:spacing w:after="0"/>
      </w:pPr>
      <w:r>
        <w:rPr>
          <w:rFonts w:ascii="Arial" w:hAnsi="Arial"/>
          <w:sz w:val="22"/>
        </w:rPr>
        <w:t>Did you come across a lot of people that just sort of said, "Oh, you're not dyspraxic, you're just clumsy" or things like that?, you know, because I've heard a lot of people that have dyspraxia, they say, it's not that I'm just clumsy. It's the way my brain is wired. I'm not.... I'm not like.... don't just like oops a daisy kind of thing I can't help it. (Alice) They're paying attention. Yeah, exactly. Yeah. Did you get a lot of people that thought you were clumsy? (Rosemary) Yeah. And you're not paying attention?</w:t>
      </w:r>
    </w:p>
    <w:p>
      <w:pPr>
        <w:spacing w:after="0"/>
      </w:pPr>
    </w:p>
    <w:p>
      <w:pPr>
        <w:spacing w:after="0"/>
      </w:pPr>
      <w:r>
        <w:rPr>
          <w:rFonts w:ascii="Arial" w:hAnsi="Arial"/>
          <w:b/>
          <w:sz w:val="22"/>
        </w:rPr>
        <w:t xml:space="preserve">Rosemary Richings  </w:t>
      </w:r>
      <w:r>
        <w:rPr>
          <w:rFonts w:ascii="Arial" w:hAnsi="Arial"/>
          <w:color w:val="5D7284"/>
          <w:sz w:val="22"/>
        </w:rPr>
        <w:t>10:55</w:t>
      </w:r>
    </w:p>
    <w:p>
      <w:pPr>
        <w:spacing w:after="0"/>
      </w:pPr>
      <w:r>
        <w:rPr>
          <w:rFonts w:ascii="Arial" w:hAnsi="Arial"/>
          <w:sz w:val="22"/>
        </w:rPr>
        <w:t>Or just quirky. Like they immediately make a weird gendered (Lucy laughs) thing that (Lucy) Yeah. Maybe I have some quality of someone out of some indie movie, like some sort of pixie (Lucy laughs) dream girl. (Alice laughs) (Lucy) Yeah. Yeah.</w:t>
      </w:r>
    </w:p>
    <w:p>
      <w:pPr>
        <w:spacing w:after="0"/>
      </w:pPr>
    </w:p>
    <w:p>
      <w:pPr>
        <w:spacing w:after="0"/>
      </w:pPr>
      <w:r>
        <w:rPr>
          <w:rFonts w:ascii="Arial" w:hAnsi="Arial"/>
          <w:b/>
          <w:sz w:val="22"/>
        </w:rPr>
        <w:t xml:space="preserve">Alice  </w:t>
      </w:r>
      <w:r>
        <w:rPr>
          <w:rFonts w:ascii="Arial" w:hAnsi="Arial"/>
          <w:color w:val="5D7284"/>
          <w:sz w:val="22"/>
        </w:rPr>
        <w:t>11:13</w:t>
      </w:r>
    </w:p>
    <w:p>
      <w:pPr>
        <w:spacing w:after="0"/>
      </w:pPr>
      <w:r>
        <w:rPr>
          <w:rFonts w:ascii="Arial" w:hAnsi="Arial"/>
          <w:sz w:val="22"/>
        </w:rPr>
        <w:t>Just you, you co starring with Michael Cera. Bit weird listening to like... wearing strange boots listening to people playing acoustic guitar. It's just Rosemary. It's like, actually, this is a defined condition and experience. Let's, let's not undermine it by saying, Oh, she's just Rosemary. She's just a bit quirky.</w:t>
      </w:r>
    </w:p>
    <w:p>
      <w:pPr>
        <w:spacing w:after="0"/>
      </w:pPr>
    </w:p>
    <w:p>
      <w:pPr>
        <w:spacing w:after="0"/>
      </w:pPr>
      <w:r>
        <w:rPr>
          <w:rFonts w:ascii="Arial" w:hAnsi="Arial"/>
          <w:b/>
          <w:sz w:val="22"/>
        </w:rPr>
        <w:t xml:space="preserve">Lucy  </w:t>
      </w:r>
      <w:r>
        <w:rPr>
          <w:rFonts w:ascii="Arial" w:hAnsi="Arial"/>
          <w:color w:val="5D7284"/>
          <w:sz w:val="22"/>
        </w:rPr>
        <w:t>11:35</w:t>
      </w:r>
    </w:p>
    <w:p>
      <w:pPr>
        <w:spacing w:after="0"/>
      </w:pPr>
      <w:r>
        <w:rPr>
          <w:rFonts w:ascii="Arial" w:hAnsi="Arial"/>
          <w:sz w:val="22"/>
        </w:rPr>
        <w:t>Yeah, I mean, I mean, half of it could be qualified. I mean, for me, half of my sort of cerebral palsy brain could be qualified as clumsy. I mean, I've hurt myself in ways that you would never... I've sneezed and fell out my wheelchair and smashed my chin on the floor, had to go to a&amp;e to get three stitches in my chin. (laughs) So I tell people these stories, and they look at me and they're like, "What is wrong with you?" And I'm like, I don't know it. Is it clumsiness?  is it my cerebral palsy? Who knows? But yeah, I can hurt myself in ways that you think, "oh, that's new." (Laighs) (Rosemary) Yeah. No, well, I've never heard that before.</w:t>
      </w:r>
    </w:p>
    <w:p>
      <w:pPr>
        <w:spacing w:after="0"/>
      </w:pPr>
    </w:p>
    <w:p>
      <w:pPr>
        <w:spacing w:after="0"/>
      </w:pPr>
      <w:r>
        <w:rPr>
          <w:rFonts w:ascii="Arial" w:hAnsi="Arial"/>
          <w:b/>
          <w:sz w:val="22"/>
        </w:rPr>
        <w:t xml:space="preserve">Rosemary Richings  </w:t>
      </w:r>
      <w:r>
        <w:rPr>
          <w:rFonts w:ascii="Arial" w:hAnsi="Arial"/>
          <w:color w:val="5D7284"/>
          <w:sz w:val="22"/>
        </w:rPr>
        <w:t>12:17</w:t>
      </w:r>
    </w:p>
    <w:p>
      <w:pPr>
        <w:spacing w:after="0"/>
      </w:pPr>
      <w:r>
        <w:rPr>
          <w:rFonts w:ascii="Arial" w:hAnsi="Arial"/>
          <w:sz w:val="22"/>
        </w:rPr>
        <w:t>At least it makes life interesting.</w:t>
      </w:r>
    </w:p>
    <w:p>
      <w:pPr>
        <w:spacing w:after="0"/>
      </w:pPr>
    </w:p>
    <w:p>
      <w:pPr>
        <w:spacing w:after="0"/>
      </w:pPr>
      <w:r>
        <w:rPr>
          <w:rFonts w:ascii="Arial" w:hAnsi="Arial"/>
          <w:b/>
          <w:sz w:val="22"/>
        </w:rPr>
        <w:t xml:space="preserve">Lucy  </w:t>
      </w:r>
      <w:r>
        <w:rPr>
          <w:rFonts w:ascii="Arial" w:hAnsi="Arial"/>
          <w:color w:val="5D7284"/>
          <w:sz w:val="22"/>
        </w:rPr>
        <w:t>12:19</w:t>
      </w:r>
    </w:p>
    <w:p>
      <w:pPr>
        <w:spacing w:after="0"/>
      </w:pPr>
      <w:r>
        <w:rPr>
          <w:rFonts w:ascii="Arial" w:hAnsi="Arial"/>
          <w:sz w:val="22"/>
        </w:rPr>
        <w:t>It does. I'm never boring at dinner parties. Never boring at dinner parties.</w:t>
      </w:r>
    </w:p>
    <w:p>
      <w:pPr>
        <w:spacing w:after="0"/>
      </w:pPr>
    </w:p>
    <w:p>
      <w:pPr>
        <w:spacing w:after="0"/>
      </w:pPr>
      <w:r>
        <w:rPr>
          <w:rFonts w:ascii="Arial" w:hAnsi="Arial"/>
          <w:b/>
          <w:sz w:val="22"/>
        </w:rPr>
        <w:t xml:space="preserve">Alice  </w:t>
      </w:r>
      <w:r>
        <w:rPr>
          <w:rFonts w:ascii="Arial" w:hAnsi="Arial"/>
          <w:color w:val="5D7284"/>
          <w:sz w:val="22"/>
        </w:rPr>
        <w:t>12:24</w:t>
      </w:r>
    </w:p>
    <w:p>
      <w:pPr>
        <w:spacing w:after="0"/>
      </w:pPr>
      <w:r>
        <w:rPr>
          <w:rFonts w:ascii="Arial" w:hAnsi="Arial"/>
          <w:sz w:val="22"/>
        </w:rPr>
        <w:t>It's um, it does make me think though, about I can remember really, in one of our really early episodes, when we were doing Autism Awareness Week, Daisy was explaining that it's really hard to get a diagnosis for autism if you're visually impaired. because obviously, a lot of the social experiences of you know, in things that I go through as a VI person with may be struggling to recognize other people's social sort of (Lucy) Cues. Body language. (Lucy) Yeah. Not being able to always make eye contact, those sorts of things are things that a lot of autistic people also experience. But I can 100% guarantee that there are VI people who also have autism. (Lucy) Yeah.</w:t>
      </w:r>
    </w:p>
    <w:p>
      <w:pPr>
        <w:spacing w:after="0"/>
      </w:pPr>
    </w:p>
    <w:p>
      <w:pPr>
        <w:spacing w:after="0"/>
      </w:pPr>
      <w:r>
        <w:rPr>
          <w:rFonts w:ascii="Arial" w:hAnsi="Arial"/>
          <w:b/>
          <w:sz w:val="22"/>
        </w:rPr>
        <w:t xml:space="preserve">Lucy  </w:t>
      </w:r>
      <w:r>
        <w:rPr>
          <w:rFonts w:ascii="Arial" w:hAnsi="Arial"/>
          <w:color w:val="5D7284"/>
          <w:sz w:val="22"/>
        </w:rPr>
        <w:t>13:07</w:t>
      </w:r>
    </w:p>
    <w:p>
      <w:pPr>
        <w:spacing w:after="0"/>
      </w:pPr>
      <w:r>
        <w:rPr>
          <w:rFonts w:ascii="Arial" w:hAnsi="Arial"/>
          <w:sz w:val="22"/>
        </w:rPr>
        <w:t>Absolutely, theres got to be a lap over somewhere other than that, yeah. So what made you want to write a book, Rosemary</w:t>
      </w:r>
    </w:p>
    <w:p>
      <w:pPr>
        <w:spacing w:after="0"/>
      </w:pPr>
    </w:p>
    <w:p>
      <w:pPr>
        <w:spacing w:after="0"/>
      </w:pPr>
      <w:r>
        <w:rPr>
          <w:rFonts w:ascii="Arial" w:hAnsi="Arial"/>
          <w:b/>
          <w:sz w:val="22"/>
        </w:rPr>
        <w:t xml:space="preserve">Rosemary Richings  </w:t>
      </w:r>
      <w:r>
        <w:rPr>
          <w:rFonts w:ascii="Arial" w:hAnsi="Arial"/>
          <w:color w:val="5D7284"/>
          <w:sz w:val="22"/>
        </w:rPr>
        <w:t>13:17</w:t>
      </w:r>
    </w:p>
    <w:p>
      <w:pPr>
        <w:spacing w:after="0"/>
      </w:pPr>
      <w:r>
        <w:rPr>
          <w:rFonts w:ascii="Arial" w:hAnsi="Arial"/>
          <w:sz w:val="22"/>
        </w:rPr>
        <w:t>Well, for many years, I felt like I had to, like, be the lecturer and the educator of everyone around me as I attempted to get the level of support that I needed. And I tried looking around for books that were on the subject matter as a form of my own sense of support, and community. And there really wasn't much it was mostly like really academic, medical stuff. And really around just before COVID I started writing it, sort of end 2019. And I just wanted to like, sit down and write about it, and put into words, some of the things I've been putting into diary entries for years about, like how it was affecting me and getting to know my own brain a little bit better, in the hopes that it would help someone else to.</w:t>
      </w:r>
    </w:p>
    <w:p>
      <w:pPr>
        <w:spacing w:after="0"/>
      </w:pPr>
    </w:p>
    <w:p>
      <w:pPr>
        <w:spacing w:after="0"/>
      </w:pPr>
      <w:r>
        <w:rPr>
          <w:rFonts w:ascii="Arial" w:hAnsi="Arial"/>
          <w:b/>
          <w:sz w:val="22"/>
        </w:rPr>
        <w:t xml:space="preserve">Alice  </w:t>
      </w:r>
      <w:r>
        <w:rPr>
          <w:rFonts w:ascii="Arial" w:hAnsi="Arial"/>
          <w:color w:val="5D7284"/>
          <w:sz w:val="22"/>
        </w:rPr>
        <w:t>14:12</w:t>
      </w:r>
    </w:p>
    <w:p>
      <w:pPr>
        <w:spacing w:after="0"/>
      </w:pPr>
      <w:r>
        <w:rPr>
          <w:rFonts w:ascii="Arial" w:hAnsi="Arial"/>
          <w:sz w:val="22"/>
        </w:rPr>
        <w:t>I think that wanting to feel like you're finding other people, the voices of other people who have experienced the same thing. And if rather than feeling like it's all academic, clinical professional stuff, I think that's weirdly relates very much to why I wanted to start this podcast because it is about like that for me. you know this one of the things I found on disability Twitter was suddenly going "Oh shit, it's not just me." And how nice is it to feel like it's not just me there is the you know, nevermind the kind of systemic and environmental isolation of been disabled, there is a, a kind of social element of it and then being able to be somewhere like disability Twitter and go "oh, it is it isn't just me." that it's so freeing. And I think it's I think it's fantastic that you're kind of actively contributing to that. (Lucy) Yeah. Writing your book.</w:t>
      </w:r>
    </w:p>
    <w:p>
      <w:pPr>
        <w:spacing w:after="0"/>
      </w:pPr>
    </w:p>
    <w:p>
      <w:pPr>
        <w:spacing w:after="0"/>
      </w:pPr>
      <w:r>
        <w:rPr>
          <w:rFonts w:ascii="Arial" w:hAnsi="Arial"/>
          <w:b/>
          <w:sz w:val="22"/>
        </w:rPr>
        <w:t xml:space="preserve">Lucy  </w:t>
      </w:r>
      <w:r>
        <w:rPr>
          <w:rFonts w:ascii="Arial" w:hAnsi="Arial"/>
          <w:color w:val="5D7284"/>
          <w:sz w:val="22"/>
        </w:rPr>
        <w:t>15:25</w:t>
      </w:r>
    </w:p>
    <w:p>
      <w:pPr>
        <w:spacing w:after="0"/>
      </w:pPr>
      <w:r>
        <w:rPr>
          <w:rFonts w:ascii="Arial" w:hAnsi="Arial"/>
          <w:sz w:val="22"/>
        </w:rPr>
        <w:t>Yeah. Also as well, I think being able to put into, like you say, you know, there was no, there was no other resource really, other than medical sort of jargon and reports and things for your sort of basis of your support. But when you've only got that as a starting block, medical language can be quite frightening, I think to somebody who is going through something. So with your book, you know, the language uses is, I would imagine is a lot more softer and a lot more. "Well, this is because of this and this". And it's not as frightening as reading a medical journal about dyspraxia and then you conjuring up all sorts of images and visions in your head of what it is like always going to be like, that is going to be so helpful to other people who have dyspraxia and are needing to find that sort of solace in somewhere. That doesn't go "Oh, yeah, no, you need to be scared to death about this." They can find your book and go actually, it's not, you know, it's not, it's not as scary as, as it might seem.</w:t>
      </w:r>
    </w:p>
    <w:p>
      <w:pPr>
        <w:spacing w:after="0"/>
      </w:pPr>
    </w:p>
    <w:p>
      <w:pPr>
        <w:spacing w:after="0"/>
      </w:pPr>
      <w:r>
        <w:rPr>
          <w:rFonts w:ascii="Arial" w:hAnsi="Arial"/>
          <w:b/>
          <w:sz w:val="22"/>
        </w:rPr>
        <w:t xml:space="preserve">Rosemary Richings  </w:t>
      </w:r>
      <w:r>
        <w:rPr>
          <w:rFonts w:ascii="Arial" w:hAnsi="Arial"/>
          <w:color w:val="5D7284"/>
          <w:sz w:val="22"/>
        </w:rPr>
        <w:t>16:32</w:t>
      </w:r>
    </w:p>
    <w:p>
      <w:pPr>
        <w:spacing w:after="0"/>
      </w:pPr>
      <w:r>
        <w:rPr>
          <w:rFonts w:ascii="Arial" w:hAnsi="Arial"/>
          <w:sz w:val="22"/>
        </w:rPr>
        <w:t>Yeah, I mean, a lot of the people I talked to who are readers of it were mothers of people with dyspraxia and I was thrilled to see that they were seeing that there was a hope for the future. But also like I, I mean, also believe it's my own, which is great, because it was about community for me. Having that dyspraxia community was life changing, because before that, I had to for many years ago, get over a lot of self esteem issues, because I didn't really have anything to compare my own experiences to.</w:t>
      </w:r>
    </w:p>
    <w:p>
      <w:pPr>
        <w:spacing w:after="0"/>
      </w:pPr>
    </w:p>
    <w:p>
      <w:pPr>
        <w:spacing w:after="0"/>
      </w:pPr>
      <w:r>
        <w:rPr>
          <w:rFonts w:ascii="Arial" w:hAnsi="Arial"/>
          <w:b/>
          <w:sz w:val="22"/>
        </w:rPr>
        <w:t xml:space="preserve">Lucy  </w:t>
      </w:r>
      <w:r>
        <w:rPr>
          <w:rFonts w:ascii="Arial" w:hAnsi="Arial"/>
          <w:color w:val="5D7284"/>
          <w:sz w:val="22"/>
        </w:rPr>
        <w:t>17:11</w:t>
      </w:r>
    </w:p>
    <w:p>
      <w:pPr>
        <w:spacing w:after="0"/>
      </w:pPr>
      <w:r>
        <w:rPr>
          <w:rFonts w:ascii="Arial" w:hAnsi="Arial"/>
          <w:sz w:val="22"/>
        </w:rPr>
        <w:t>Yeah, I can imagine that. you know, that it's opened so many doors for you in terms of getting support and a sense of community that I think everybody needs. I think everybody, no matter who you are, whether you're disabled, or not, or from any other minority, I think whether you're from a minority or not, I think everybody needs that sense of community and support, no matter where it's from, I think you just need that space to sort of go, do you know what, this is really terrible can somebody talk to me about it? (Rosemary) Yeah. You know,</w:t>
      </w:r>
    </w:p>
    <w:p>
      <w:pPr>
        <w:spacing w:after="0"/>
      </w:pPr>
    </w:p>
    <w:p>
      <w:pPr>
        <w:spacing w:after="0"/>
      </w:pPr>
      <w:r>
        <w:rPr>
          <w:rFonts w:ascii="Arial" w:hAnsi="Arial"/>
          <w:b/>
          <w:sz w:val="22"/>
        </w:rPr>
        <w:t xml:space="preserve">Alice  </w:t>
      </w:r>
      <w:r>
        <w:rPr>
          <w:rFonts w:ascii="Arial" w:hAnsi="Arial"/>
          <w:color w:val="5D7284"/>
          <w:sz w:val="22"/>
        </w:rPr>
        <w:t>17:42</w:t>
      </w:r>
    </w:p>
    <w:p>
      <w:pPr>
        <w:spacing w:after="0"/>
      </w:pPr>
      <w:r>
        <w:rPr>
          <w:rFonts w:ascii="Arial" w:hAnsi="Arial"/>
          <w:sz w:val="22"/>
        </w:rPr>
        <w:t>I think, sorry, I think that being the only disabled person in a space, whether that is your family, or that your school or your local, neighbourhood, community, whatever. I think that if you when you look around and you have difficulties with things, and you have experiences that nobody else has, it feels like you're the problem. (Lucy) Yeah. I feel like this is because I can't do like, my family has not been able to go somewhere because I can't do something or I've just fallen over because of my condition. And it feels very..like thinking about what you were saying about self esteem, Rosemary as it feels very, like. So a lot, probably a lot of self blame, and a lot of self isolating because you just don't feel like there's anybody else around you. Who can possibly understand because they cannot relate. (Rosemary) Yeah. I think if you don't have a condition that causes you to literally not be able to control the outcome of something your body does. Like, you know, obviously, we've got three very different sort of disabilities here. But we all have had those experiences of being like, I want to do this, I cannot do this thing. This thing that I am trying to do in this moment is not working because of my condition. And I think if you don't have that experience, it's a really alien concept. (Rosemary) Yeah. And so I think you can't help but start to go well, this is because I'm different. This must be I'm the I'm the bad thing.</w:t>
      </w:r>
    </w:p>
    <w:p>
      <w:pPr>
        <w:spacing w:after="0"/>
      </w:pPr>
    </w:p>
    <w:p>
      <w:pPr>
        <w:spacing w:after="0"/>
      </w:pPr>
      <w:r>
        <w:rPr>
          <w:rFonts w:ascii="Arial" w:hAnsi="Arial"/>
          <w:b/>
          <w:sz w:val="22"/>
        </w:rPr>
        <w:t xml:space="preserve">Lucy  </w:t>
      </w:r>
      <w:r>
        <w:rPr>
          <w:rFonts w:ascii="Arial" w:hAnsi="Arial"/>
          <w:color w:val="5D7284"/>
          <w:sz w:val="22"/>
        </w:rPr>
        <w:t>19:27</w:t>
      </w:r>
    </w:p>
    <w:p>
      <w:pPr>
        <w:spacing w:after="0"/>
      </w:pPr>
      <w:r>
        <w:rPr>
          <w:rFonts w:ascii="Arial" w:hAnsi="Arial"/>
          <w:sz w:val="22"/>
        </w:rPr>
        <w:t xml:space="preserve"> Exactly and that's where internalized ableism starts because you know, or isn't is a drip, drip drip, isn't it? of what I can't do this because of this and that's because of me that's my doing.  I am the problem. And that escalates into a big snowball. And then before you know it, you hate yourself and you become ashamed of your disability and it shouldn't be that you are ever ashamed of how you are, how your body is because you know...</w:t>
      </w:r>
    </w:p>
    <w:p>
      <w:pPr>
        <w:spacing w:after="0"/>
      </w:pPr>
    </w:p>
    <w:p>
      <w:pPr>
        <w:spacing w:after="0"/>
      </w:pPr>
      <w:r>
        <w:rPr>
          <w:rFonts w:ascii="Arial" w:hAnsi="Arial"/>
          <w:b/>
          <w:sz w:val="22"/>
        </w:rPr>
        <w:t xml:space="preserve">Alice  </w:t>
      </w:r>
      <w:r>
        <w:rPr>
          <w:rFonts w:ascii="Arial" w:hAnsi="Arial"/>
          <w:color w:val="5D7284"/>
          <w:sz w:val="22"/>
        </w:rPr>
        <w:t>19:59</w:t>
      </w:r>
    </w:p>
    <w:p>
      <w:pPr>
        <w:spacing w:after="0"/>
      </w:pPr>
      <w:r>
        <w:rPr>
          <w:rFonts w:ascii="Arial" w:hAnsi="Arial"/>
          <w:sz w:val="22"/>
        </w:rPr>
        <w:t>It's the only one you've got (Lucy) Yeah it's the only one you've got.</w:t>
      </w:r>
    </w:p>
    <w:p>
      <w:pPr>
        <w:spacing w:after="0"/>
      </w:pPr>
    </w:p>
    <w:p>
      <w:pPr>
        <w:spacing w:after="0"/>
      </w:pPr>
      <w:r>
        <w:rPr>
          <w:rFonts w:ascii="Arial" w:hAnsi="Arial"/>
          <w:b/>
          <w:sz w:val="22"/>
        </w:rPr>
        <w:t xml:space="preserve">Lucy  </w:t>
      </w:r>
      <w:r>
        <w:rPr>
          <w:rFonts w:ascii="Arial" w:hAnsi="Arial"/>
          <w:color w:val="5D7284"/>
          <w:sz w:val="22"/>
        </w:rPr>
        <w:t>20:02</w:t>
      </w:r>
    </w:p>
    <w:p>
      <w:pPr>
        <w:spacing w:after="0"/>
      </w:pPr>
      <w:r>
        <w:rPr>
          <w:rFonts w:ascii="Arial" w:hAnsi="Arial"/>
          <w:sz w:val="22"/>
        </w:rPr>
        <w:t>Yeah you've got to learn to either love it or live with it haven't you really? (laughs). I know there's areas of my body where you go, "Okay, I really don't like that. And I don't like this." But there's no point whinging about it got to get on with it kind of thing. But um, yeah,</w:t>
      </w:r>
    </w:p>
    <w:p>
      <w:pPr>
        <w:spacing w:after="0"/>
      </w:pPr>
    </w:p>
    <w:p>
      <w:pPr>
        <w:spacing w:after="0"/>
      </w:pPr>
      <w:r>
        <w:rPr>
          <w:rFonts w:ascii="Arial" w:hAnsi="Arial"/>
          <w:b/>
          <w:sz w:val="22"/>
        </w:rPr>
        <w:t xml:space="preserve">Rosemary Richings  </w:t>
      </w:r>
      <w:r>
        <w:rPr>
          <w:rFonts w:ascii="Arial" w:hAnsi="Arial"/>
          <w:color w:val="5D7284"/>
          <w:sz w:val="22"/>
        </w:rPr>
        <w:t>20:21</w:t>
      </w:r>
    </w:p>
    <w:p>
      <w:pPr>
        <w:spacing w:after="0"/>
      </w:pPr>
      <w:r>
        <w:rPr>
          <w:rFonts w:ascii="Arial" w:hAnsi="Arial"/>
          <w:sz w:val="22"/>
        </w:rPr>
        <w:t>I found that even with I joined dyspraxic cardio fitness online thing about a year ago, and even the instructors dyspraxic and fitness was always... group fitness was always such a hard thing for me. because...(Lucy) Yeah I can imagine. Everyone else would learn in a different way than I would and, and someone would say, go the left or stretch your body out and it just wouldn't happen with me. And it was amazing to be in a space where I could do that, and it'd be celebrated. And everyone next thing, you know, it'd be having a good giggle about it, (Lucy laughs) and then go back to it and keep doing the workout.</w:t>
      </w:r>
    </w:p>
    <w:p>
      <w:pPr>
        <w:spacing w:after="0"/>
      </w:pPr>
    </w:p>
    <w:p>
      <w:pPr>
        <w:spacing w:after="0"/>
      </w:pPr>
      <w:r>
        <w:rPr>
          <w:rFonts w:ascii="Arial" w:hAnsi="Arial"/>
          <w:b/>
          <w:sz w:val="22"/>
        </w:rPr>
        <w:t xml:space="preserve">Lucy  </w:t>
      </w:r>
      <w:r>
        <w:rPr>
          <w:rFonts w:ascii="Arial" w:hAnsi="Arial"/>
          <w:color w:val="5D7284"/>
          <w:sz w:val="22"/>
        </w:rPr>
        <w:t>21:02</w:t>
      </w:r>
    </w:p>
    <w:p>
      <w:pPr>
        <w:spacing w:after="0"/>
      </w:pPr>
      <w:r>
        <w:rPr>
          <w:rFonts w:ascii="Arial" w:hAnsi="Arial"/>
          <w:sz w:val="22"/>
        </w:rPr>
        <w:t>Yeah. I know. because, I mean, that is the thing, isn't it? I think when you are with sort of people who don't have the same issues as you, you know, you go to a fitness class and you're the only dyspraxic in the room (laughs). It can be quite startling how, how your dyspraxia affects, you might not think it affects you that badly. But when you're stood next to somebody who hasn't got dyspraxia and is managing to complete the whole class, absolutely fine. And only like a few beads of sweat, you think, you know, you're there kind of not knowing which way is left and which ways right. It can be quite, quite startling, I imagine and quite that can be often I would imagine, I don't know, does it? Does it make you feel quite? Oh, is it? is it like an unhappy reminder that, you know, you've got dyspraxia and these difficulties? Or? Yeah, it's kind of like...(Rosemary) Yeah, and</w:t>
      </w:r>
    </w:p>
    <w:p>
      <w:pPr>
        <w:spacing w:after="0"/>
      </w:pPr>
    </w:p>
    <w:p>
      <w:pPr>
        <w:spacing w:after="0"/>
      </w:pPr>
      <w:r>
        <w:rPr>
          <w:rFonts w:ascii="Arial" w:hAnsi="Arial"/>
          <w:b/>
          <w:sz w:val="22"/>
        </w:rPr>
        <w:t xml:space="preserve">Rosemary Richings  </w:t>
      </w:r>
      <w:r>
        <w:rPr>
          <w:rFonts w:ascii="Arial" w:hAnsi="Arial"/>
          <w:color w:val="5D7284"/>
          <w:sz w:val="22"/>
        </w:rPr>
        <w:t>21:57</w:t>
      </w:r>
    </w:p>
    <w:p>
      <w:pPr>
        <w:spacing w:after="0"/>
      </w:pPr>
      <w:r>
        <w:rPr>
          <w:rFonts w:ascii="Arial" w:hAnsi="Arial"/>
          <w:sz w:val="22"/>
        </w:rPr>
        <w:t>that and that you don't have control. And that can be quite frightening. And...(Lucy) Yeah. That's why you need someone to say it's okay.</w:t>
      </w:r>
    </w:p>
    <w:p>
      <w:pPr>
        <w:spacing w:after="0"/>
      </w:pPr>
    </w:p>
    <w:p>
      <w:pPr>
        <w:spacing w:after="0"/>
      </w:pPr>
      <w:r>
        <w:rPr>
          <w:rFonts w:ascii="Arial" w:hAnsi="Arial"/>
          <w:b/>
          <w:sz w:val="22"/>
        </w:rPr>
        <w:t xml:space="preserve">Lucy  </w:t>
      </w:r>
      <w:r>
        <w:rPr>
          <w:rFonts w:ascii="Arial" w:hAnsi="Arial"/>
          <w:color w:val="5D7284"/>
          <w:sz w:val="22"/>
        </w:rPr>
        <w:t>22:06</w:t>
      </w:r>
    </w:p>
    <w:p>
      <w:pPr>
        <w:spacing w:after="0"/>
      </w:pPr>
      <w:r>
        <w:rPr>
          <w:rFonts w:ascii="Arial" w:hAnsi="Arial"/>
          <w:sz w:val="22"/>
        </w:rPr>
        <w:t>Yes, it's that somebody pointed out to me,"oh, you can't you know, you can't do that. because you can't walk every five minutes." Like, I don't need telling that I can't walk. I know, I don't need somebody who can walk telling me I can't. (Rosemary) Yeah. Because it's just depressing. isn't it? Really?</w:t>
      </w:r>
    </w:p>
    <w:p>
      <w:pPr>
        <w:spacing w:after="0"/>
      </w:pPr>
    </w:p>
    <w:p>
      <w:pPr>
        <w:spacing w:after="0"/>
      </w:pPr>
      <w:r>
        <w:rPr>
          <w:rFonts w:ascii="Arial" w:hAnsi="Arial"/>
          <w:b/>
          <w:sz w:val="22"/>
        </w:rPr>
        <w:t xml:space="preserve">Alice  </w:t>
      </w:r>
      <w:r>
        <w:rPr>
          <w:rFonts w:ascii="Arial" w:hAnsi="Arial"/>
          <w:color w:val="5D7284"/>
          <w:sz w:val="22"/>
        </w:rPr>
        <w:t>22:21</w:t>
      </w:r>
    </w:p>
    <w:p>
      <w:pPr>
        <w:spacing w:after="0"/>
      </w:pPr>
      <w:r>
        <w:rPr>
          <w:rFonts w:ascii="Arial" w:hAnsi="Arial"/>
          <w:sz w:val="22"/>
        </w:rPr>
        <w:t>Yeah. I used to work out with when I was having a go at my PhD for I dropped out myself and one of my friends would go to the gym a couple times a week. And we were like, "Okay, let's also do a class on top of this." And in the gym I was faster than her. I was stronger than her. I was all of the things. (Lucy) Yeah. And then in the class, the guy was like, do this. And I was like, "do what?" (laughs) because I just could not see him. (Lucy) No. I couldn't. And you know, despite the fact that I said to him, I stood at the front and I said, can you explain what you're doing as you're doing it? Like explaining, your will raise your arm up and then move your shoulder so that your elbow is behind you and then you'll put your arm like... that series of instructions my brain could just not follow it without seeing it</w:t>
      </w:r>
    </w:p>
    <w:p>
      <w:pPr>
        <w:spacing w:after="0"/>
      </w:pPr>
    </w:p>
    <w:p>
      <w:pPr>
        <w:spacing w:after="0"/>
      </w:pPr>
      <w:r>
        <w:rPr>
          <w:rFonts w:ascii="Arial" w:hAnsi="Arial"/>
          <w:b/>
          <w:sz w:val="22"/>
        </w:rPr>
        <w:t xml:space="preserve">Lucy  </w:t>
      </w:r>
      <w:r>
        <w:rPr>
          <w:rFonts w:ascii="Arial" w:hAnsi="Arial"/>
          <w:color w:val="5D7284"/>
          <w:sz w:val="22"/>
        </w:rPr>
        <w:t>23:16</w:t>
      </w:r>
    </w:p>
    <w:p>
      <w:pPr>
        <w:spacing w:after="0"/>
      </w:pPr>
      <w:r>
        <w:rPr>
          <w:rFonts w:ascii="Arial" w:hAnsi="Arial"/>
          <w:sz w:val="22"/>
        </w:rPr>
        <w:t xml:space="preserve"> No exactly, yeah.</w:t>
      </w:r>
    </w:p>
    <w:p>
      <w:pPr>
        <w:spacing w:after="0"/>
      </w:pPr>
    </w:p>
    <w:p>
      <w:pPr>
        <w:spacing w:after="0"/>
      </w:pPr>
      <w:r>
        <w:rPr>
          <w:rFonts w:ascii="Arial" w:hAnsi="Arial"/>
          <w:b/>
          <w:sz w:val="22"/>
        </w:rPr>
        <w:t xml:space="preserve">Alice  </w:t>
      </w:r>
      <w:r>
        <w:rPr>
          <w:rFonts w:ascii="Arial" w:hAnsi="Arial"/>
          <w:color w:val="5D7284"/>
          <w:sz w:val="22"/>
        </w:rPr>
        <w:t>23:18</w:t>
      </w:r>
    </w:p>
    <w:p>
      <w:pPr>
        <w:spacing w:after="0"/>
      </w:pPr>
      <w:r>
        <w:rPr>
          <w:rFonts w:ascii="Arial" w:hAnsi="Arial"/>
          <w:sz w:val="22"/>
        </w:rPr>
        <w:t>And it was...it was a real like, I mean, probably checked my smugness quite a lot because like when we'd been at normal gym sessions, they'd be like, "Oh, how was you know, how you feeling?" She would say fucking knackered. And I was like, "I'm alright." (laughs) I go for a coffee and a swim.</w:t>
      </w:r>
    </w:p>
    <w:p>
      <w:pPr>
        <w:spacing w:after="0"/>
      </w:pPr>
    </w:p>
    <w:p>
      <w:pPr>
        <w:spacing w:after="0"/>
      </w:pPr>
      <w:r>
        <w:rPr>
          <w:rFonts w:ascii="Arial" w:hAnsi="Arial"/>
          <w:b/>
          <w:sz w:val="22"/>
        </w:rPr>
        <w:t xml:space="preserve">Rosemary Richings  </w:t>
      </w:r>
      <w:r>
        <w:rPr>
          <w:rFonts w:ascii="Arial" w:hAnsi="Arial"/>
          <w:color w:val="5D7284"/>
          <w:sz w:val="22"/>
        </w:rPr>
        <w:t>23:37</w:t>
      </w:r>
    </w:p>
    <w:p>
      <w:pPr>
        <w:spacing w:after="0"/>
      </w:pPr>
      <w:r>
        <w:rPr>
          <w:rFonts w:ascii="Arial" w:hAnsi="Arial"/>
          <w:sz w:val="22"/>
        </w:rPr>
        <w:t>I thought that was me for sure. I guess. Really, for years. My only fitness activity was just going for a good jog. And it really wasn't until quite recently that I got out of that comfort zone.</w:t>
      </w:r>
    </w:p>
    <w:p>
      <w:pPr>
        <w:spacing w:after="0"/>
      </w:pPr>
    </w:p>
    <w:p>
      <w:pPr>
        <w:spacing w:after="0"/>
      </w:pPr>
      <w:r>
        <w:rPr>
          <w:rFonts w:ascii="Arial" w:hAnsi="Arial"/>
          <w:b/>
          <w:sz w:val="22"/>
        </w:rPr>
        <w:t xml:space="preserve">Alice  </w:t>
      </w:r>
      <w:r>
        <w:rPr>
          <w:rFonts w:ascii="Arial" w:hAnsi="Arial"/>
          <w:color w:val="5D7284"/>
          <w:sz w:val="22"/>
        </w:rPr>
        <w:t>23:50</w:t>
      </w:r>
    </w:p>
    <w:p>
      <w:pPr>
        <w:spacing w:after="0"/>
      </w:pPr>
      <w:r>
        <w:rPr>
          <w:rFonts w:ascii="Arial" w:hAnsi="Arial"/>
          <w:sz w:val="22"/>
        </w:rPr>
        <w:t>Yeah, (lucy) Yeah. It is. I think it's um and I think that's the thing. I tried swimming a little while ago with two other vi people and even though there were sighted swimmers around us and stuff like that, that just having somebody else there who knew what problems I might have. (Lucy) Yeah. And could talk to me about it and we like troubleshoot it together and just knowing that there was somebody else there so that if/when I inevitably swam into the wall, because I hit it sooner than I was expecting, she would be like, oh, yeah, no, I did that like two lengths ago. (Lucy laughs) Yeah. (Alice laughs)</w:t>
      </w:r>
    </w:p>
    <w:p>
      <w:pPr>
        <w:spacing w:after="0"/>
      </w:pPr>
    </w:p>
    <w:p>
      <w:pPr>
        <w:spacing w:after="0"/>
      </w:pPr>
      <w:r>
        <w:rPr>
          <w:rFonts w:ascii="Arial" w:hAnsi="Arial"/>
          <w:b/>
          <w:sz w:val="22"/>
        </w:rPr>
        <w:t xml:space="preserve">Lucy  </w:t>
      </w:r>
      <w:r>
        <w:rPr>
          <w:rFonts w:ascii="Arial" w:hAnsi="Arial"/>
          <w:color w:val="5D7284"/>
          <w:sz w:val="22"/>
        </w:rPr>
        <w:t>24:33</w:t>
      </w:r>
    </w:p>
    <w:p>
      <w:pPr>
        <w:spacing w:after="0"/>
      </w:pPr>
      <w:r>
        <w:rPr>
          <w:rFonts w:ascii="Arial" w:hAnsi="Arial"/>
          <w:sz w:val="22"/>
        </w:rPr>
        <w:t>All right. don't feel embarrassed. Yeah. It's their fault for putting the wall there. Don't worry about it.</w:t>
      </w:r>
    </w:p>
    <w:p>
      <w:pPr>
        <w:spacing w:after="0"/>
      </w:pPr>
    </w:p>
    <w:p>
      <w:pPr>
        <w:spacing w:after="0"/>
      </w:pPr>
      <w:r>
        <w:rPr>
          <w:rFonts w:ascii="Arial" w:hAnsi="Arial"/>
          <w:b/>
          <w:sz w:val="22"/>
        </w:rPr>
        <w:t xml:space="preserve">Alice  </w:t>
      </w:r>
      <w:r>
        <w:rPr>
          <w:rFonts w:ascii="Arial" w:hAnsi="Arial"/>
          <w:color w:val="5D7284"/>
          <w:sz w:val="22"/>
        </w:rPr>
        <w:t>24:39</w:t>
      </w:r>
    </w:p>
    <w:p>
      <w:pPr>
        <w:spacing w:after="0"/>
      </w:pPr>
      <w:r>
        <w:rPr>
          <w:rFonts w:ascii="Arial" w:hAnsi="Arial"/>
          <w:sz w:val="22"/>
        </w:rPr>
        <w:t>Exactly.</w:t>
      </w:r>
    </w:p>
    <w:p>
      <w:pPr>
        <w:spacing w:after="0"/>
      </w:pPr>
    </w:p>
    <w:p>
      <w:pPr>
        <w:spacing w:after="0"/>
      </w:pPr>
      <w:r>
        <w:rPr>
          <w:rFonts w:ascii="Arial" w:hAnsi="Arial"/>
          <w:b/>
          <w:sz w:val="22"/>
        </w:rPr>
        <w:t xml:space="preserve">Lucy  </w:t>
      </w:r>
      <w:r>
        <w:rPr>
          <w:rFonts w:ascii="Arial" w:hAnsi="Arial"/>
          <w:color w:val="5D7284"/>
          <w:sz w:val="22"/>
        </w:rPr>
        <w:t>24:41</w:t>
      </w:r>
    </w:p>
    <w:p>
      <w:pPr>
        <w:spacing w:after="0"/>
      </w:pPr>
      <w:r>
        <w:rPr>
          <w:rFonts w:ascii="Arial" w:hAnsi="Arial"/>
          <w:sz w:val="22"/>
        </w:rPr>
        <w:t>when you think I....(laughs)</w:t>
      </w:r>
    </w:p>
    <w:p>
      <w:pPr>
        <w:spacing w:after="0"/>
      </w:pPr>
    </w:p>
    <w:p>
      <w:pPr>
        <w:spacing w:after="0"/>
      </w:pPr>
      <w:r>
        <w:rPr>
          <w:rFonts w:ascii="Arial" w:hAnsi="Arial"/>
          <w:b/>
          <w:sz w:val="22"/>
        </w:rPr>
        <w:t xml:space="preserve">Alice  </w:t>
      </w:r>
      <w:r>
        <w:rPr>
          <w:rFonts w:ascii="Arial" w:hAnsi="Arial"/>
          <w:color w:val="5D7284"/>
          <w:sz w:val="22"/>
        </w:rPr>
        <w:t>24:41</w:t>
      </w:r>
    </w:p>
    <w:p>
      <w:pPr>
        <w:spacing w:after="0"/>
      </w:pPr>
      <w:r>
        <w:rPr>
          <w:rFonts w:ascii="Arial" w:hAnsi="Arial"/>
          <w:sz w:val="22"/>
        </w:rPr>
        <w:t>just fill the world with water, I could swim everywhere.</w:t>
      </w:r>
    </w:p>
    <w:p>
      <w:pPr>
        <w:spacing w:after="0"/>
      </w:pPr>
    </w:p>
    <w:p>
      <w:pPr>
        <w:spacing w:after="0"/>
      </w:pPr>
      <w:r>
        <w:rPr>
          <w:rFonts w:ascii="Arial" w:hAnsi="Arial"/>
          <w:b/>
          <w:sz w:val="22"/>
        </w:rPr>
        <w:t xml:space="preserve">Lucy  </w:t>
      </w:r>
      <w:r>
        <w:rPr>
          <w:rFonts w:ascii="Arial" w:hAnsi="Arial"/>
          <w:color w:val="5D7284"/>
          <w:sz w:val="22"/>
        </w:rPr>
        <w:t>24:45</w:t>
      </w:r>
    </w:p>
    <w:p>
      <w:pPr>
        <w:spacing w:after="0"/>
      </w:pPr>
      <w:r>
        <w:rPr>
          <w:rFonts w:ascii="Arial" w:hAnsi="Arial"/>
          <w:sz w:val="22"/>
        </w:rPr>
        <w:t>Exactly. Make it so much easier. When I...you see when I go swimming, right. I have to concentrate so hard on the fact that just breathe, just breathe because as soon as I think about the fact that I'm swimming well legs go "No what are you doing, we don't do this! we don't do this!" and we'll try and drown me because my legs decide "oh let me help you." And they are useless. So because they start to kick I drown. So and I spend my time with swim, swim, swim, and I'm thinking just start meditation because if I don't do that I have the thoughts start creeping into my head.</w:t>
      </w:r>
    </w:p>
    <w:p>
      <w:pPr>
        <w:spacing w:after="0"/>
      </w:pPr>
    </w:p>
    <w:p>
      <w:pPr>
        <w:spacing w:after="0"/>
      </w:pPr>
      <w:r>
        <w:rPr>
          <w:rFonts w:ascii="Arial" w:hAnsi="Arial"/>
          <w:b/>
          <w:sz w:val="22"/>
        </w:rPr>
        <w:t xml:space="preserve">Alice  </w:t>
      </w:r>
      <w:r>
        <w:rPr>
          <w:rFonts w:ascii="Arial" w:hAnsi="Arial"/>
          <w:color w:val="5D7284"/>
          <w:sz w:val="22"/>
        </w:rPr>
        <w:t>25:21</w:t>
      </w:r>
    </w:p>
    <w:p>
      <w:pPr>
        <w:spacing w:after="0"/>
      </w:pPr>
      <w:r>
        <w:rPr>
          <w:rFonts w:ascii="Arial" w:hAnsi="Arial"/>
          <w:sz w:val="22"/>
        </w:rPr>
        <w:t xml:space="preserve"> That's why I like running because I have to concentrate on what I'm doing otherwise I fall down. (Lucy) Exactly. So I just, it is meditative.</w:t>
      </w:r>
    </w:p>
    <w:p>
      <w:pPr>
        <w:spacing w:after="0"/>
      </w:pPr>
    </w:p>
    <w:p>
      <w:pPr>
        <w:spacing w:after="0"/>
      </w:pPr>
      <w:r>
        <w:rPr>
          <w:rFonts w:ascii="Arial" w:hAnsi="Arial"/>
          <w:b/>
          <w:sz w:val="22"/>
        </w:rPr>
        <w:t xml:space="preserve">Lucy  </w:t>
      </w:r>
      <w:r>
        <w:rPr>
          <w:rFonts w:ascii="Arial" w:hAnsi="Arial"/>
          <w:color w:val="5D7284"/>
          <w:sz w:val="22"/>
        </w:rPr>
        <w:t>25:30</w:t>
      </w:r>
    </w:p>
    <w:p>
      <w:pPr>
        <w:spacing w:after="0"/>
      </w:pPr>
      <w:r>
        <w:rPr>
          <w:rFonts w:ascii="Arial" w:hAnsi="Arial"/>
          <w:sz w:val="22"/>
        </w:rPr>
        <w:t>I'm swimming, swimming, swimming. Yeah, I'm like, I'm like, why don't think about anything else other than breathing. that's all you got to do. Swim, swim, swim. And then I get to about like, one more swim away from the wall. And my brain knows this. And we'll go so right now you've stopped swimming so I drown. I'm like where's the wall?! Where's the wall?! I'm going to die. Yeah, my mum's like," have you seen yourself?" you look ridiculous because it's like, no, it's calm calm calm and I get about a foot away. It's like no! drowning.</w:t>
      </w:r>
    </w:p>
    <w:p>
      <w:pPr>
        <w:spacing w:after="0"/>
      </w:pPr>
    </w:p>
    <w:p>
      <w:pPr>
        <w:spacing w:after="0"/>
      </w:pPr>
      <w:r>
        <w:rPr>
          <w:rFonts w:ascii="Arial" w:hAnsi="Arial"/>
          <w:b/>
          <w:sz w:val="22"/>
        </w:rPr>
        <w:t xml:space="preserve">Rosemary Richings  </w:t>
      </w:r>
      <w:r>
        <w:rPr>
          <w:rFonts w:ascii="Arial" w:hAnsi="Arial"/>
          <w:color w:val="5D7284"/>
          <w:sz w:val="22"/>
        </w:rPr>
        <w:t>26:09</w:t>
      </w:r>
    </w:p>
    <w:p>
      <w:pPr>
        <w:spacing w:after="0"/>
      </w:pPr>
      <w:r>
        <w:rPr>
          <w:rFonts w:ascii="Arial" w:hAnsi="Arial"/>
          <w:sz w:val="22"/>
        </w:rPr>
        <w:t>I can relate to that. because with both swimming and running, I can't deal with crowds. If I have to do it, amongst crowds. (Alice) Yeah. The focus breaks. And I'm like, "Oh, shit. How do I get around these five people?"</w:t>
      </w:r>
    </w:p>
    <w:p>
      <w:pPr>
        <w:spacing w:after="0"/>
      </w:pPr>
    </w:p>
    <w:p>
      <w:pPr>
        <w:spacing w:after="0"/>
      </w:pPr>
      <w:r>
        <w:rPr>
          <w:rFonts w:ascii="Arial" w:hAnsi="Arial"/>
          <w:b/>
          <w:sz w:val="22"/>
        </w:rPr>
        <w:t xml:space="preserve">Lucy  </w:t>
      </w:r>
      <w:r>
        <w:rPr>
          <w:rFonts w:ascii="Arial" w:hAnsi="Arial"/>
          <w:color w:val="5D7284"/>
          <w:sz w:val="22"/>
        </w:rPr>
        <w:t>26:24</w:t>
      </w:r>
    </w:p>
    <w:p>
      <w:pPr>
        <w:spacing w:after="0"/>
      </w:pPr>
      <w:r>
        <w:rPr>
          <w:rFonts w:ascii="Arial" w:hAnsi="Arial"/>
          <w:sz w:val="22"/>
        </w:rPr>
        <w:t>Yeah, my brain will panic. (Alice) Yeah. Susan move because you're gonna get wet. (laughs)</w:t>
      </w:r>
    </w:p>
    <w:p>
      <w:pPr>
        <w:spacing w:after="0"/>
      </w:pPr>
    </w:p>
    <w:p>
      <w:pPr>
        <w:spacing w:after="0"/>
      </w:pPr>
      <w:r>
        <w:rPr>
          <w:rFonts w:ascii="Arial" w:hAnsi="Arial"/>
          <w:b/>
          <w:sz w:val="22"/>
        </w:rPr>
        <w:t xml:space="preserve">Alice  </w:t>
      </w:r>
      <w:r>
        <w:rPr>
          <w:rFonts w:ascii="Arial" w:hAnsi="Arial"/>
          <w:color w:val="5D7284"/>
          <w:sz w:val="22"/>
        </w:rPr>
        <w:t>26:33</w:t>
      </w:r>
    </w:p>
    <w:p>
      <w:pPr>
        <w:spacing w:after="0"/>
      </w:pPr>
      <w:r>
        <w:rPr>
          <w:rFonts w:ascii="Arial" w:hAnsi="Arial"/>
          <w:sz w:val="22"/>
        </w:rPr>
        <w:t>It's like, your brain just completely gives up on all senses. Just immediately goes "Oh fuck! shit!"</w:t>
      </w:r>
    </w:p>
    <w:p>
      <w:pPr>
        <w:spacing w:after="0"/>
      </w:pPr>
    </w:p>
    <w:p>
      <w:pPr>
        <w:spacing w:after="0"/>
      </w:pPr>
      <w:r>
        <w:rPr>
          <w:rFonts w:ascii="Arial" w:hAnsi="Arial"/>
          <w:b/>
          <w:sz w:val="22"/>
        </w:rPr>
        <w:t xml:space="preserve">Lucy  </w:t>
      </w:r>
      <w:r>
        <w:rPr>
          <w:rFonts w:ascii="Arial" w:hAnsi="Arial"/>
          <w:color w:val="5D7284"/>
          <w:sz w:val="22"/>
        </w:rPr>
        <w:t>26:42</w:t>
      </w:r>
    </w:p>
    <w:p>
      <w:pPr>
        <w:spacing w:after="0"/>
      </w:pPr>
      <w:r>
        <w:rPr>
          <w:rFonts w:ascii="Arial" w:hAnsi="Arial"/>
          <w:sz w:val="22"/>
        </w:rPr>
        <w:t>Why did people stand there in the swimming pool having a chat, like they haven't seen each other for two weeks.</w:t>
      </w:r>
    </w:p>
    <w:p>
      <w:pPr>
        <w:spacing w:after="0"/>
      </w:pPr>
    </w:p>
    <w:p>
      <w:pPr>
        <w:spacing w:after="0"/>
      </w:pPr>
      <w:r>
        <w:rPr>
          <w:rFonts w:ascii="Arial" w:hAnsi="Arial"/>
          <w:b/>
          <w:sz w:val="22"/>
        </w:rPr>
        <w:t xml:space="preserve">Alice  </w:t>
      </w:r>
      <w:r>
        <w:rPr>
          <w:rFonts w:ascii="Arial" w:hAnsi="Arial"/>
          <w:color w:val="5D7284"/>
          <w:sz w:val="22"/>
        </w:rPr>
        <w:t>26:48</w:t>
      </w:r>
    </w:p>
    <w:p>
      <w:pPr>
        <w:spacing w:after="0"/>
      </w:pPr>
      <w:r>
        <w:rPr>
          <w:rFonts w:ascii="Arial" w:hAnsi="Arial"/>
          <w:sz w:val="22"/>
        </w:rPr>
        <w:t>And what's ridiculous is that if your brain could just focus for half a second, then you could just hold on to the wall and be fine. (Lucy) Yeah. But instead you're like panic!</w:t>
      </w:r>
    </w:p>
    <w:p>
      <w:pPr>
        <w:spacing w:after="0"/>
      </w:pPr>
    </w:p>
    <w:p>
      <w:pPr>
        <w:spacing w:after="0"/>
      </w:pPr>
      <w:r>
        <w:rPr>
          <w:rFonts w:ascii="Arial" w:hAnsi="Arial"/>
          <w:b/>
          <w:sz w:val="22"/>
        </w:rPr>
        <w:t xml:space="preserve">Lucy  </w:t>
      </w:r>
      <w:r>
        <w:rPr>
          <w:rFonts w:ascii="Arial" w:hAnsi="Arial"/>
          <w:color w:val="5D7284"/>
          <w:sz w:val="22"/>
        </w:rPr>
        <w:t>26:58</w:t>
      </w:r>
    </w:p>
    <w:p>
      <w:pPr>
        <w:spacing w:after="0"/>
      </w:pPr>
      <w:r>
        <w:rPr>
          <w:rFonts w:ascii="Arial" w:hAnsi="Arial"/>
          <w:sz w:val="22"/>
        </w:rPr>
        <w:t>I'm gonna drown, I'm gonna drown</w:t>
      </w:r>
    </w:p>
    <w:p>
      <w:pPr>
        <w:spacing w:after="0"/>
      </w:pPr>
    </w:p>
    <w:p>
      <w:pPr>
        <w:spacing w:after="0"/>
      </w:pPr>
      <w:r>
        <w:rPr>
          <w:rFonts w:ascii="Arial" w:hAnsi="Arial"/>
          <w:b/>
          <w:sz w:val="22"/>
        </w:rPr>
        <w:t xml:space="preserve">Rosemary Richings  </w:t>
      </w:r>
      <w:r>
        <w:rPr>
          <w:rFonts w:ascii="Arial" w:hAnsi="Arial"/>
          <w:color w:val="5D7284"/>
          <w:sz w:val="22"/>
        </w:rPr>
        <w:t>27:01</w:t>
      </w:r>
    </w:p>
    <w:p>
      <w:pPr>
        <w:spacing w:after="0"/>
      </w:pPr>
      <w:r>
        <w:rPr>
          <w:rFonts w:ascii="Arial" w:hAnsi="Arial"/>
          <w:sz w:val="22"/>
        </w:rPr>
        <w:t>just taking all the time in the world. (Lucy) Yeah. that's such a contrast.</w:t>
      </w:r>
    </w:p>
    <w:p>
      <w:pPr>
        <w:spacing w:after="0"/>
      </w:pPr>
    </w:p>
    <w:p>
      <w:pPr>
        <w:spacing w:after="0"/>
      </w:pPr>
      <w:r>
        <w:rPr>
          <w:rFonts w:ascii="Arial" w:hAnsi="Arial"/>
          <w:b/>
          <w:sz w:val="22"/>
        </w:rPr>
        <w:t xml:space="preserve">Lucy  </w:t>
      </w:r>
      <w:r>
        <w:rPr>
          <w:rFonts w:ascii="Arial" w:hAnsi="Arial"/>
          <w:color w:val="5D7284"/>
          <w:sz w:val="22"/>
        </w:rPr>
        <w:t>27:08</w:t>
      </w:r>
    </w:p>
    <w:p>
      <w:pPr>
        <w:spacing w:after="0"/>
      </w:pPr>
      <w:r>
        <w:rPr>
          <w:rFonts w:ascii="Arial" w:hAnsi="Arial"/>
          <w:sz w:val="22"/>
        </w:rPr>
        <w:t>"Oh, Sandra. it is nice to see last time I saw you. You were at Waitrose that kind of thing." (Alice laughs) You know, like for god sake!. Will you move I'm trying to swim here!. But yeah, it is... it is weird how my brain just goes, "No!." There's the wall. your alright now (laughs) Not there yet.</w:t>
      </w:r>
    </w:p>
    <w:p>
      <w:pPr>
        <w:spacing w:after="0"/>
      </w:pPr>
    </w:p>
    <w:p>
      <w:pPr>
        <w:spacing w:after="0"/>
      </w:pPr>
      <w:r>
        <w:rPr>
          <w:rFonts w:ascii="Arial" w:hAnsi="Arial"/>
          <w:b/>
          <w:sz w:val="22"/>
        </w:rPr>
        <w:t xml:space="preserve">Alice  </w:t>
      </w:r>
      <w:r>
        <w:rPr>
          <w:rFonts w:ascii="Arial" w:hAnsi="Arial"/>
          <w:color w:val="5D7284"/>
          <w:sz w:val="22"/>
        </w:rPr>
        <w:t>27:29</w:t>
      </w:r>
    </w:p>
    <w:p>
      <w:pPr>
        <w:spacing w:after="0"/>
      </w:pPr>
      <w:r>
        <w:rPr>
          <w:rFonts w:ascii="Arial" w:hAnsi="Arial"/>
          <w:sz w:val="22"/>
        </w:rPr>
        <w:t>So Rosemary, you said that you were diagnosed at quite young age? And then obviously, you are no longer a child. (laughs) What was it sort of like growing up? you know, with your diagnosis, I assume that weren't many other people around you who had the same diagnosis and experiences? (Rosemary) Yeah,</w:t>
      </w:r>
    </w:p>
    <w:p>
      <w:pPr>
        <w:spacing w:after="0"/>
      </w:pPr>
    </w:p>
    <w:p>
      <w:pPr>
        <w:spacing w:after="0"/>
      </w:pPr>
      <w:r>
        <w:rPr>
          <w:rFonts w:ascii="Arial" w:hAnsi="Arial"/>
          <w:b/>
          <w:sz w:val="22"/>
        </w:rPr>
        <w:t xml:space="preserve">Rosemary Richings  </w:t>
      </w:r>
      <w:r>
        <w:rPr>
          <w:rFonts w:ascii="Arial" w:hAnsi="Arial"/>
          <w:color w:val="5D7284"/>
          <w:sz w:val="22"/>
        </w:rPr>
        <w:t>27:47</w:t>
      </w:r>
    </w:p>
    <w:p>
      <w:pPr>
        <w:spacing w:after="0"/>
      </w:pPr>
      <w:r>
        <w:rPr>
          <w:rFonts w:ascii="Arial" w:hAnsi="Arial"/>
          <w:sz w:val="22"/>
        </w:rPr>
        <w:t>I mean, I had neurodivergent friends, some of my friends had had like ADHD, or autism or something like that. But it wasn't well known. I mean, I didn't really know another dyspraxia person until, like, roughly a few years ago. And yeah, so really, I was put into a lot of boxes of things that people assume I would do based on things that aren't around divergence, but they're not the same thing. But I did get some level of support in special education in like, through a lot of school. But once I went to university, I was much more on my own with it. And that's when I realized that I had gotten a little too used to a lot of hand holding with figuring out how to get that support. What I needed and not know, it was really overwhelming.</w:t>
      </w:r>
    </w:p>
    <w:p>
      <w:pPr>
        <w:spacing w:after="0"/>
      </w:pPr>
    </w:p>
    <w:p>
      <w:pPr>
        <w:spacing w:after="0"/>
      </w:pPr>
      <w:r>
        <w:rPr>
          <w:rFonts w:ascii="Arial" w:hAnsi="Arial"/>
          <w:b/>
          <w:sz w:val="22"/>
        </w:rPr>
        <w:t xml:space="preserve">Alice  </w:t>
      </w:r>
      <w:r>
        <w:rPr>
          <w:rFonts w:ascii="Arial" w:hAnsi="Arial"/>
          <w:color w:val="5D7284"/>
          <w:sz w:val="22"/>
        </w:rPr>
        <w:t>28:44</w:t>
      </w:r>
    </w:p>
    <w:p>
      <w:pPr>
        <w:spacing w:after="0"/>
      </w:pPr>
      <w:r>
        <w:rPr>
          <w:rFonts w:ascii="Arial" w:hAnsi="Arial"/>
          <w:sz w:val="22"/>
        </w:rPr>
        <w:t>Yeah, I think that's the experience of a lot, even like the general population moving out into that university space, people suddenly go, like, there's no mums or teachers who will help me pick this up. And I think that that's fine. And that's all part of growing up. But I think the bit that's really difficult is that the processes for getting support and things like that are all so different everywhere. That you can't just be like, "Okay, I, I don't.... I need help with this. So I go here, and and I asked for this and this person does this", it's, you know, you're very much kind of in a, in a wilderness of having to work out what's the right route? And, you know, what's, what's safe to do and what's actually going to work?</w:t>
      </w:r>
    </w:p>
    <w:p>
      <w:pPr>
        <w:spacing w:after="0"/>
      </w:pPr>
    </w:p>
    <w:p>
      <w:pPr>
        <w:spacing w:after="0"/>
      </w:pPr>
      <w:r>
        <w:rPr>
          <w:rFonts w:ascii="Arial" w:hAnsi="Arial"/>
          <w:b/>
          <w:sz w:val="22"/>
        </w:rPr>
        <w:t xml:space="preserve">Rosemary Richings  </w:t>
      </w:r>
      <w:r>
        <w:rPr>
          <w:rFonts w:ascii="Arial" w:hAnsi="Arial"/>
          <w:color w:val="5D7284"/>
          <w:sz w:val="22"/>
        </w:rPr>
        <w:t>29:31</w:t>
      </w:r>
    </w:p>
    <w:p>
      <w:pPr>
        <w:spacing w:after="0"/>
      </w:pPr>
      <w:r>
        <w:rPr>
          <w:rFonts w:ascii="Arial" w:hAnsi="Arial"/>
          <w:sz w:val="22"/>
        </w:rPr>
        <w:t>Yeah, I find that too. I've much more recently, some of my work has involved educating, like companies on how to figure out accommodations and support. And it's kind of worrying how rare that is that people know that like, people who are disabled just in general, often, don't always 100% know, what is the right thing for that particular context to get the support that you need.</w:t>
      </w:r>
    </w:p>
    <w:p>
      <w:pPr>
        <w:spacing w:after="0"/>
      </w:pPr>
    </w:p>
    <w:p>
      <w:pPr>
        <w:spacing w:after="0"/>
      </w:pPr>
      <w:r>
        <w:rPr>
          <w:rFonts w:ascii="Arial" w:hAnsi="Arial"/>
          <w:b/>
          <w:sz w:val="22"/>
        </w:rPr>
        <w:t xml:space="preserve">Alice  </w:t>
      </w:r>
      <w:r>
        <w:rPr>
          <w:rFonts w:ascii="Arial" w:hAnsi="Arial"/>
          <w:color w:val="5D7284"/>
          <w:sz w:val="22"/>
        </w:rPr>
        <w:t>30:03</w:t>
      </w:r>
    </w:p>
    <w:p>
      <w:pPr>
        <w:spacing w:after="0"/>
      </w:pPr>
      <w:r>
        <w:rPr>
          <w:rFonts w:ascii="Arial" w:hAnsi="Arial"/>
          <w:sz w:val="22"/>
        </w:rPr>
        <w:t>Yeah, it's, I do a lot of professional training in my current job about supporting neurodiverse people, people with learning disabilities in healthcare settings. And the thing that I say to people is generally, you can just ask because most people know what they need. But when it comes to very specific situations, like, you need a level of guidance from somebody who understands the other side of it, and the other side of that process, and you can tell a person, like I have trouble reading, you know, long words, or I need large print, or I can't use stairs. But there are other like when you've got no idea what's on the other side of a door, like Lucy might not think that she needs to tell people that she needs a hoist in and out of a swimming pool. She doesn't know that there's a swimming pool on the other side of the door, you know? (Rosemary) Yeah. And I think that that's the, that is the situation that a lot of disabled people find themselves in is that they'll have the confidence to be like, well, this is what I need this and, you know, to tell people, and then they'll find themselves in a situation that is so unexpected that you're like, oh, how was I supposed to know that I needed to tell you that I needed this beforehand.</w:t>
      </w:r>
    </w:p>
    <w:p>
      <w:pPr>
        <w:spacing w:after="0"/>
      </w:pPr>
    </w:p>
    <w:p>
      <w:pPr>
        <w:spacing w:after="0"/>
      </w:pPr>
      <w:r>
        <w:rPr>
          <w:rFonts w:ascii="Arial" w:hAnsi="Arial"/>
          <w:b/>
          <w:sz w:val="22"/>
        </w:rPr>
        <w:t xml:space="preserve">Lucy  </w:t>
      </w:r>
      <w:r>
        <w:rPr>
          <w:rFonts w:ascii="Arial" w:hAnsi="Arial"/>
          <w:color w:val="5D7284"/>
          <w:sz w:val="22"/>
        </w:rPr>
        <w:t>31:27</w:t>
      </w:r>
    </w:p>
    <w:p>
      <w:pPr>
        <w:spacing w:after="0"/>
      </w:pPr>
      <w:r>
        <w:rPr>
          <w:rFonts w:ascii="Arial" w:hAnsi="Arial"/>
          <w:sz w:val="22"/>
        </w:rPr>
        <w:t>Yeah. It's often as well, that people's reaction to you so you go, "Well, I didn't know." Well, you should have done. Well, how have I, am I a mind reader? do I need a crystal ball? What? You know</w:t>
      </w:r>
    </w:p>
    <w:p>
      <w:pPr>
        <w:spacing w:after="0"/>
      </w:pPr>
    </w:p>
    <w:p>
      <w:pPr>
        <w:spacing w:after="0"/>
      </w:pPr>
      <w:r>
        <w:rPr>
          <w:rFonts w:ascii="Arial" w:hAnsi="Arial"/>
          <w:b/>
          <w:sz w:val="22"/>
        </w:rPr>
        <w:t xml:space="preserve">Rosemary Richings  </w:t>
      </w:r>
      <w:r>
        <w:rPr>
          <w:rFonts w:ascii="Arial" w:hAnsi="Arial"/>
          <w:color w:val="5D7284"/>
          <w:sz w:val="22"/>
        </w:rPr>
        <w:t>31:41</w:t>
      </w:r>
    </w:p>
    <w:p>
      <w:pPr>
        <w:spacing w:after="0"/>
      </w:pPr>
      <w:r>
        <w:rPr>
          <w:rFonts w:ascii="Arial" w:hAnsi="Arial"/>
          <w:sz w:val="22"/>
        </w:rPr>
        <w:t xml:space="preserve"> Tat's where the education part needs to come in so. (Lucy) Yeah exactly. Yeah.</w:t>
      </w:r>
    </w:p>
    <w:p>
      <w:pPr>
        <w:spacing w:after="0"/>
      </w:pPr>
    </w:p>
    <w:p>
      <w:pPr>
        <w:spacing w:after="0"/>
      </w:pPr>
      <w:r>
        <w:rPr>
          <w:rFonts w:ascii="Arial" w:hAnsi="Arial"/>
          <w:b/>
          <w:sz w:val="22"/>
        </w:rPr>
        <w:t xml:space="preserve">Lucy  </w:t>
      </w:r>
      <w:r>
        <w:rPr>
          <w:rFonts w:ascii="Arial" w:hAnsi="Arial"/>
          <w:color w:val="5D7284"/>
          <w:sz w:val="22"/>
        </w:rPr>
        <w:t>31:44</w:t>
      </w:r>
    </w:p>
    <w:p>
      <w:pPr>
        <w:spacing w:after="0"/>
      </w:pPr>
      <w:r>
        <w:rPr>
          <w:rFonts w:ascii="Arial" w:hAnsi="Arial"/>
          <w:sz w:val="22"/>
        </w:rPr>
        <w:t>Completely, completely.</w:t>
      </w:r>
    </w:p>
    <w:p>
      <w:pPr>
        <w:spacing w:after="0"/>
      </w:pPr>
    </w:p>
    <w:p>
      <w:pPr>
        <w:spacing w:after="0"/>
      </w:pPr>
      <w:r>
        <w:rPr>
          <w:rFonts w:ascii="Arial" w:hAnsi="Arial"/>
          <w:b/>
          <w:sz w:val="22"/>
        </w:rPr>
        <w:t xml:space="preserve">Alice  </w:t>
      </w:r>
      <w:r>
        <w:rPr>
          <w:rFonts w:ascii="Arial" w:hAnsi="Arial"/>
          <w:color w:val="5D7284"/>
          <w:sz w:val="22"/>
        </w:rPr>
        <w:t>31:47</w:t>
      </w:r>
    </w:p>
    <w:p>
      <w:pPr>
        <w:spacing w:after="0"/>
      </w:pPr>
      <w:r>
        <w:rPr>
          <w:rFonts w:ascii="Arial" w:hAnsi="Arial"/>
          <w:sz w:val="22"/>
        </w:rPr>
        <w:t>Yeah. Yeah, one of the things I say in my training is that in the UK, reasonable adjustments are anticipatory. Yeah. So they should anticipate the needs of disabled people before the disabled people turn up and go, I need this. (Lucy) Yeah. "Oh, by</w:t>
      </w:r>
    </w:p>
    <w:p>
      <w:pPr>
        <w:spacing w:after="0"/>
      </w:pPr>
    </w:p>
    <w:p>
      <w:pPr>
        <w:spacing w:after="0"/>
      </w:pPr>
      <w:r>
        <w:rPr>
          <w:rFonts w:ascii="Arial" w:hAnsi="Arial"/>
          <w:b/>
          <w:sz w:val="22"/>
        </w:rPr>
        <w:t xml:space="preserve">Lucy  </w:t>
      </w:r>
      <w:r>
        <w:rPr>
          <w:rFonts w:ascii="Arial" w:hAnsi="Arial"/>
          <w:color w:val="5D7284"/>
          <w:sz w:val="22"/>
        </w:rPr>
        <w:t>32:03</w:t>
      </w:r>
    </w:p>
    <w:p>
      <w:pPr>
        <w:spacing w:after="0"/>
      </w:pPr>
      <w:r>
        <w:rPr>
          <w:rFonts w:ascii="Arial" w:hAnsi="Arial"/>
          <w:sz w:val="22"/>
        </w:rPr>
        <w:t>the way, I need a desk that moves on, you know, down", oh we can't do that.</w:t>
      </w:r>
    </w:p>
    <w:p>
      <w:pPr>
        <w:spacing w:after="0"/>
      </w:pPr>
    </w:p>
    <w:p>
      <w:pPr>
        <w:spacing w:after="0"/>
      </w:pPr>
      <w:r>
        <w:rPr>
          <w:rFonts w:ascii="Arial" w:hAnsi="Arial"/>
          <w:b/>
          <w:sz w:val="22"/>
        </w:rPr>
        <w:t xml:space="preserve">Alice  </w:t>
      </w:r>
      <w:r>
        <w:rPr>
          <w:rFonts w:ascii="Arial" w:hAnsi="Arial"/>
          <w:color w:val="5D7284"/>
          <w:sz w:val="22"/>
        </w:rPr>
        <w:t>32:09</w:t>
      </w:r>
    </w:p>
    <w:p>
      <w:pPr>
        <w:spacing w:after="0"/>
      </w:pPr>
      <w:r>
        <w:rPr>
          <w:rFonts w:ascii="Arial" w:hAnsi="Arial"/>
          <w:sz w:val="22"/>
        </w:rPr>
        <w:t>Yeah, it's like, it's the you know, you shouldn't wait for a disabled person to turn up to say, I need a ramp to put a ramp in. (Rosemary) Yeah, cuz</w:t>
      </w:r>
    </w:p>
    <w:p>
      <w:pPr>
        <w:spacing w:after="0"/>
      </w:pPr>
    </w:p>
    <w:p>
      <w:pPr>
        <w:spacing w:after="0"/>
      </w:pPr>
      <w:r>
        <w:rPr>
          <w:rFonts w:ascii="Arial" w:hAnsi="Arial"/>
          <w:b/>
          <w:sz w:val="22"/>
        </w:rPr>
        <w:t xml:space="preserve">Rosemary Richings  </w:t>
      </w:r>
      <w:r>
        <w:rPr>
          <w:rFonts w:ascii="Arial" w:hAnsi="Arial"/>
          <w:color w:val="5D7284"/>
          <w:sz w:val="22"/>
        </w:rPr>
        <w:t>32:17</w:t>
      </w:r>
    </w:p>
    <w:p>
      <w:pPr>
        <w:spacing w:after="0"/>
      </w:pPr>
      <w:r>
        <w:rPr>
          <w:rFonts w:ascii="Arial" w:hAnsi="Arial"/>
          <w:sz w:val="22"/>
        </w:rPr>
        <w:t>that takes time.</w:t>
      </w:r>
    </w:p>
    <w:p>
      <w:pPr>
        <w:spacing w:after="0"/>
      </w:pPr>
    </w:p>
    <w:p>
      <w:pPr>
        <w:spacing w:after="0"/>
      </w:pPr>
      <w:r>
        <w:rPr>
          <w:rFonts w:ascii="Arial" w:hAnsi="Arial"/>
          <w:b/>
          <w:sz w:val="22"/>
        </w:rPr>
        <w:t xml:space="preserve">Alice  </w:t>
      </w:r>
      <w:r>
        <w:rPr>
          <w:rFonts w:ascii="Arial" w:hAnsi="Arial"/>
          <w:color w:val="5D7284"/>
          <w:sz w:val="22"/>
        </w:rPr>
        <w:t>32:19</w:t>
      </w:r>
    </w:p>
    <w:p>
      <w:pPr>
        <w:spacing w:after="0"/>
      </w:pPr>
      <w:r>
        <w:rPr>
          <w:rFonts w:ascii="Arial" w:hAnsi="Arial"/>
          <w:sz w:val="22"/>
        </w:rPr>
        <w:t>Yeah, exactly. exactly. And I think a huge part of that of people recognizing what that means is that they need to be transparent about their processes and their systems. So that before we turn up, we can go, oh, well, actually, I might need this to be able to do that. (Rosemary) Yeah. But people have a weird, like, I'll put this is, this is our business. We can't tell you about how it works on the inside. because it's our business,</w:t>
      </w:r>
    </w:p>
    <w:p>
      <w:pPr>
        <w:spacing w:after="0"/>
      </w:pPr>
    </w:p>
    <w:p>
      <w:pPr>
        <w:spacing w:after="0"/>
      </w:pPr>
      <w:r>
        <w:rPr>
          <w:rFonts w:ascii="Arial" w:hAnsi="Arial"/>
          <w:b/>
          <w:sz w:val="22"/>
        </w:rPr>
        <w:t xml:space="preserve">Lucy  </w:t>
      </w:r>
      <w:r>
        <w:rPr>
          <w:rFonts w:ascii="Arial" w:hAnsi="Arial"/>
          <w:color w:val="5D7284"/>
          <w:sz w:val="22"/>
        </w:rPr>
        <w:t>32:51</w:t>
      </w:r>
    </w:p>
    <w:p>
      <w:pPr>
        <w:spacing w:after="0"/>
      </w:pPr>
      <w:r>
        <w:rPr>
          <w:rFonts w:ascii="Arial" w:hAnsi="Arial"/>
          <w:sz w:val="22"/>
        </w:rPr>
        <w:t xml:space="preserve">because it's a need to know basis. And you don't need to know. (Alice laughs) Why do you need to know you're disabled? Why do you need to know?(laughs) </w:t>
      </w:r>
    </w:p>
    <w:p>
      <w:pPr>
        <w:spacing w:after="0"/>
      </w:pPr>
    </w:p>
    <w:p>
      <w:pPr>
        <w:spacing w:after="0"/>
      </w:pPr>
      <w:r>
        <w:rPr>
          <w:rFonts w:ascii="Arial" w:hAnsi="Arial"/>
          <w:b/>
          <w:sz w:val="22"/>
        </w:rPr>
        <w:t xml:space="preserve">Alice  </w:t>
      </w:r>
      <w:r>
        <w:rPr>
          <w:rFonts w:ascii="Arial" w:hAnsi="Arial"/>
          <w:color w:val="5D7284"/>
          <w:sz w:val="22"/>
        </w:rPr>
        <w:t>32:59</w:t>
      </w:r>
    </w:p>
    <w:p>
      <w:pPr>
        <w:spacing w:after="0"/>
      </w:pPr>
      <w:r>
        <w:rPr>
          <w:rFonts w:ascii="Arial" w:hAnsi="Arial"/>
          <w:sz w:val="22"/>
        </w:rPr>
        <w:t>Yeah, it's a very, very alien to me. I just thought I'd just fucking tell tell tell people everything. I would rather have too much information than not enough. But yeah.</w:t>
      </w:r>
    </w:p>
    <w:p>
      <w:pPr>
        <w:spacing w:after="0"/>
      </w:pPr>
    </w:p>
    <w:p>
      <w:pPr>
        <w:spacing w:after="0"/>
      </w:pPr>
      <w:r>
        <w:rPr>
          <w:rFonts w:ascii="Arial" w:hAnsi="Arial"/>
          <w:b/>
          <w:sz w:val="22"/>
        </w:rPr>
        <w:t xml:space="preserve">Lucy  </w:t>
      </w:r>
      <w:r>
        <w:rPr>
          <w:rFonts w:ascii="Arial" w:hAnsi="Arial"/>
          <w:color w:val="5D7284"/>
          <w:sz w:val="22"/>
        </w:rPr>
        <w:t>33:08</w:t>
      </w:r>
    </w:p>
    <w:p>
      <w:pPr>
        <w:spacing w:after="0"/>
      </w:pPr>
      <w:r>
        <w:rPr>
          <w:rFonts w:ascii="Arial" w:hAnsi="Arial"/>
          <w:sz w:val="22"/>
        </w:rPr>
        <w:t>Yeah I think sometimes though, people who work in businesses and things, they, they think that we want to know, like, the ins and outs of fire regulation safety and stuff. (laughs) It's like no I just want to come into your shop, buy something and leave again (laughs) I don't need to know, who is your fire marshal, and how long they've been in the role and all this business. And you think you either go, I tend to see... I tend to see it where they either go one way or the other. So they'll either go, "Well, we're doing this, this this" and they go to the enth degree, which is very nice. But I really don't need to know about Susan, the fire marshal. Or they don't tell you anything. They didn't just blame me. It's my fault. How dare you want a cup of coffee. It's weird. people just are weird.</w:t>
      </w:r>
    </w:p>
    <w:p>
      <w:pPr>
        <w:spacing w:after="0"/>
      </w:pPr>
    </w:p>
    <w:p>
      <w:pPr>
        <w:spacing w:after="0"/>
      </w:pPr>
      <w:r>
        <w:rPr>
          <w:rFonts w:ascii="Arial" w:hAnsi="Arial"/>
          <w:b/>
          <w:sz w:val="22"/>
        </w:rPr>
        <w:t xml:space="preserve">Rosemary Richings  </w:t>
      </w:r>
      <w:r>
        <w:rPr>
          <w:rFonts w:ascii="Arial" w:hAnsi="Arial"/>
          <w:color w:val="5D7284"/>
          <w:sz w:val="22"/>
        </w:rPr>
        <w:t>34:01</w:t>
      </w:r>
    </w:p>
    <w:p>
      <w:pPr>
        <w:spacing w:after="0"/>
      </w:pPr>
      <w:r>
        <w:rPr>
          <w:rFonts w:ascii="Arial" w:hAnsi="Arial"/>
          <w:sz w:val="22"/>
        </w:rPr>
        <w:t>Yeah. And how can you get that sense of like equality in any setting when it isn't something where you're talking to each other and listening to each other to...(Lucy) Yeah,</w:t>
      </w:r>
    </w:p>
    <w:p>
      <w:pPr>
        <w:spacing w:after="0"/>
      </w:pPr>
    </w:p>
    <w:p>
      <w:pPr>
        <w:spacing w:after="0"/>
      </w:pPr>
      <w:r>
        <w:rPr>
          <w:rFonts w:ascii="Arial" w:hAnsi="Arial"/>
          <w:b/>
          <w:sz w:val="22"/>
        </w:rPr>
        <w:t xml:space="preserve">Lucy  </w:t>
      </w:r>
      <w:r>
        <w:rPr>
          <w:rFonts w:ascii="Arial" w:hAnsi="Arial"/>
          <w:color w:val="5D7284"/>
          <w:sz w:val="22"/>
        </w:rPr>
        <w:t>34:12</w:t>
      </w:r>
    </w:p>
    <w:p>
      <w:pPr>
        <w:spacing w:after="0"/>
      </w:pPr>
      <w:r>
        <w:rPr>
          <w:rFonts w:ascii="Arial" w:hAnsi="Arial"/>
          <w:sz w:val="22"/>
        </w:rPr>
        <w:t>exactly. And you've got to believe the person that's telling you about their experience, you can't go "Well, that didn't happen." because of...</w:t>
      </w:r>
    </w:p>
    <w:p>
      <w:pPr>
        <w:spacing w:after="0"/>
      </w:pPr>
    </w:p>
    <w:p>
      <w:pPr>
        <w:spacing w:after="0"/>
      </w:pPr>
      <w:r>
        <w:rPr>
          <w:rFonts w:ascii="Arial" w:hAnsi="Arial"/>
          <w:b/>
          <w:sz w:val="22"/>
        </w:rPr>
        <w:t xml:space="preserve">Alice  </w:t>
      </w:r>
      <w:r>
        <w:rPr>
          <w:rFonts w:ascii="Arial" w:hAnsi="Arial"/>
          <w:color w:val="5D7284"/>
          <w:sz w:val="22"/>
        </w:rPr>
        <w:t>34:21</w:t>
      </w:r>
    </w:p>
    <w:p>
      <w:pPr>
        <w:spacing w:after="0"/>
      </w:pPr>
      <w:r>
        <w:rPr>
          <w:rFonts w:ascii="Arial" w:hAnsi="Arial"/>
          <w:sz w:val="22"/>
        </w:rPr>
        <w:t>We all have different priorities, not just within the disabled community, where obviously we all have different needs, but like, across the board. Where my office is, is a listed building. And so we had somebody come... I've got a colleague who uses mobility aids, and we had somebody from the trust that manages the listed building come in to be like, "Oh, can you not leave this back gate open during the day because it gives access to the street so that other people come into like, the fancy medieval courtyard." (Lucy) Right. Just leave their trash and stuff like this. (Lucy) Okay. And we will like, she was like, and we said, "Well, we've been told we need to have that gate open as fire exit." And she was like, "well, there's this proper fire exit here." And then my colleague who's got mobility, it was like, Yes, but "I can't get out that fire exit, because I can't get over the step." (Lucy) No. But you need to get out of it. So we need to have this door open. And it's just a, you know, for the person from the trust. She was like, my precious courtyard, people are leaving crisp packets and beer cans in it. (Lucy) Don't let the plebs in (laughs). And then but then we're like, "our precious disabled bodies. We don't want them to burn." (Lucy and Alice laugh)</w:t>
      </w:r>
    </w:p>
    <w:p>
      <w:pPr>
        <w:spacing w:after="0"/>
      </w:pPr>
    </w:p>
    <w:p>
      <w:pPr>
        <w:spacing w:after="0"/>
      </w:pPr>
      <w:r>
        <w:rPr>
          <w:rFonts w:ascii="Arial" w:hAnsi="Arial"/>
          <w:b/>
          <w:sz w:val="22"/>
        </w:rPr>
        <w:t xml:space="preserve">Rosemary Richings  </w:t>
      </w:r>
      <w:r>
        <w:rPr>
          <w:rFonts w:ascii="Arial" w:hAnsi="Arial"/>
          <w:color w:val="5D7284"/>
          <w:sz w:val="22"/>
        </w:rPr>
        <w:t>35:39</w:t>
      </w:r>
    </w:p>
    <w:p>
      <w:pPr>
        <w:spacing w:after="0"/>
      </w:pPr>
      <w:r>
        <w:rPr>
          <w:rFonts w:ascii="Arial" w:hAnsi="Arial"/>
          <w:sz w:val="22"/>
        </w:rPr>
        <w:t>Yeah, you want to be able to leave the building, you want to be able to enter the building. And then...</w:t>
      </w:r>
    </w:p>
    <w:p>
      <w:pPr>
        <w:spacing w:after="0"/>
      </w:pPr>
    </w:p>
    <w:p>
      <w:pPr>
        <w:spacing w:after="0"/>
      </w:pPr>
      <w:r>
        <w:rPr>
          <w:rFonts w:ascii="Arial" w:hAnsi="Arial"/>
          <w:b/>
          <w:sz w:val="22"/>
        </w:rPr>
        <w:t xml:space="preserve">Lucy  </w:t>
      </w:r>
      <w:r>
        <w:rPr>
          <w:rFonts w:ascii="Arial" w:hAnsi="Arial"/>
          <w:color w:val="5D7284"/>
          <w:sz w:val="22"/>
        </w:rPr>
        <w:t>35:44</w:t>
      </w:r>
    </w:p>
    <w:p>
      <w:pPr>
        <w:spacing w:after="0"/>
      </w:pPr>
      <w:r>
        <w:rPr>
          <w:rFonts w:ascii="Arial" w:hAnsi="Arial"/>
          <w:sz w:val="22"/>
        </w:rPr>
        <w:t>You want to leave and enter a building, whether it's a fire exit or not with a limited amount of faff really, don't you? (Rosemary) Yeah. You don't want to call it. You don't want to cause a scene. I went to a pub last weekend. And the the seating in the pub is not the best. Like up at the top there's like, seating but some are really high stalls and really high tables, hate them. Why have you got them then like who is sitting on the giant stall? Nobody needs it move them. (Alice) they aren't comfortable. They look wobbly, like you're wobbling everywhere. Stop it, get off them.</w:t>
      </w:r>
    </w:p>
    <w:p>
      <w:pPr>
        <w:spacing w:after="0"/>
      </w:pPr>
    </w:p>
    <w:p>
      <w:pPr>
        <w:spacing w:after="0"/>
      </w:pPr>
      <w:r>
        <w:rPr>
          <w:rFonts w:ascii="Arial" w:hAnsi="Arial"/>
          <w:b/>
          <w:sz w:val="22"/>
        </w:rPr>
        <w:t xml:space="preserve">Alice  </w:t>
      </w:r>
      <w:r>
        <w:rPr>
          <w:rFonts w:ascii="Arial" w:hAnsi="Arial"/>
          <w:color w:val="5D7284"/>
          <w:sz w:val="22"/>
        </w:rPr>
        <w:t>36:17</w:t>
      </w:r>
    </w:p>
    <w:p>
      <w:pPr>
        <w:spacing w:after="0"/>
      </w:pPr>
      <w:r>
        <w:rPr>
          <w:rFonts w:ascii="Arial" w:hAnsi="Arial"/>
          <w:sz w:val="22"/>
        </w:rPr>
        <w:t>I just I feel like.. like it puts... weirdly makes the weight of my legs dangle (Lucy laughs) because your feet don't touch the ground. (Lucy) No it looks weird. I just feel like yeah, they're not they're not comfortable. you're not missing anything.</w:t>
      </w:r>
    </w:p>
    <w:p>
      <w:pPr>
        <w:spacing w:after="0"/>
      </w:pPr>
    </w:p>
    <w:p>
      <w:pPr>
        <w:spacing w:after="0"/>
      </w:pPr>
      <w:r>
        <w:rPr>
          <w:rFonts w:ascii="Arial" w:hAnsi="Arial"/>
          <w:b/>
          <w:sz w:val="22"/>
        </w:rPr>
        <w:t xml:space="preserve">Lucy  </w:t>
      </w:r>
      <w:r>
        <w:rPr>
          <w:rFonts w:ascii="Arial" w:hAnsi="Arial"/>
          <w:color w:val="5D7284"/>
          <w:sz w:val="22"/>
        </w:rPr>
        <w:t>36:31</w:t>
      </w:r>
    </w:p>
    <w:p>
      <w:pPr>
        <w:spacing w:after="0"/>
      </w:pPr>
      <w:r>
        <w:rPr>
          <w:rFonts w:ascii="Arial" w:hAnsi="Arial"/>
          <w:sz w:val="22"/>
        </w:rPr>
        <w:t>And I'm thinking just put a normal table it's fine, everybody, everybody can sit at a normal table. Anyway, all the tables were full and my sister had gone down the bottom to get a table which is fine. But there is a set of steps and Iwas like theres steps. There's like a lift thing on the side of the wall that like concertiners away. And as I like, I'll just get on the lift thing. So I went the bar and said can I get on the lift because I need to go and sit with my sister. And she went yeah, I'll just get the person with the key. I said person? one person with the key. I was like what happens if they're not here? She goes "They're a bit stuffed then aren't they." like this, but then she put the key in turned it turned, it turned nothing it happened. She pushed a button, nothing happened because it wasn't switched on because she turned the key and nothing had happened. And I'm sat there thinking to myself, all I want to do sit down the table and eat my dinner. And it took about 20 minutes to get down a set of stairs... like about six steps. And I said to my friend who was waiting at the bottom. I like to do things without causing a fuss you know. Like don't think  just get rid of the high tables this would have caused no faff whatsoever.</w:t>
      </w:r>
    </w:p>
    <w:p>
      <w:pPr>
        <w:spacing w:after="0"/>
      </w:pPr>
    </w:p>
    <w:p>
      <w:pPr>
        <w:spacing w:after="0"/>
      </w:pPr>
      <w:r>
        <w:rPr>
          <w:rFonts w:ascii="Arial" w:hAnsi="Arial"/>
          <w:b/>
          <w:sz w:val="22"/>
        </w:rPr>
        <w:t xml:space="preserve">Alice  </w:t>
      </w:r>
      <w:r>
        <w:rPr>
          <w:rFonts w:ascii="Arial" w:hAnsi="Arial"/>
          <w:color w:val="5D7284"/>
          <w:sz w:val="22"/>
        </w:rPr>
        <w:t>37:49</w:t>
      </w:r>
    </w:p>
    <w:p>
      <w:pPr>
        <w:spacing w:after="0"/>
      </w:pPr>
      <w:r>
        <w:rPr>
          <w:rFonts w:ascii="Arial" w:hAnsi="Arial"/>
          <w:sz w:val="22"/>
        </w:rPr>
        <w:t>It definitely feels like it's one like, like we don't as disabled people. I don't think we want to cause a scene. (Lucy) No, never. But we have to cause a scene sometimes (Lucy laughs) because there's like while the person standing there trying to turn the thing off and on. And then I imagine when it finally turns on the things really noisy. (Lucy) Yeah. The whole pub is looking at you. (Lucy) Jerky and</w:t>
      </w:r>
    </w:p>
    <w:p>
      <w:pPr>
        <w:spacing w:after="0"/>
      </w:pPr>
    </w:p>
    <w:p>
      <w:pPr>
        <w:spacing w:after="0"/>
      </w:pPr>
      <w:r>
        <w:rPr>
          <w:rFonts w:ascii="Arial" w:hAnsi="Arial"/>
          <w:b/>
          <w:sz w:val="22"/>
        </w:rPr>
        <w:t xml:space="preserve">Lucy  </w:t>
      </w:r>
      <w:r>
        <w:rPr>
          <w:rFonts w:ascii="Arial" w:hAnsi="Arial"/>
          <w:color w:val="5D7284"/>
          <w:sz w:val="22"/>
        </w:rPr>
        <w:t>38:11</w:t>
      </w:r>
    </w:p>
    <w:p>
      <w:pPr>
        <w:spacing w:after="0"/>
      </w:pPr>
      <w:r>
        <w:rPr>
          <w:rFonts w:ascii="Arial" w:hAnsi="Arial"/>
          <w:sz w:val="22"/>
        </w:rPr>
        <w:t>because everybody's looking at me because nobody's ever seen this lift working ever.</w:t>
      </w:r>
    </w:p>
    <w:p>
      <w:pPr>
        <w:spacing w:after="0"/>
      </w:pPr>
    </w:p>
    <w:p>
      <w:pPr>
        <w:spacing w:after="0"/>
      </w:pPr>
      <w:r>
        <w:rPr>
          <w:rFonts w:ascii="Arial" w:hAnsi="Arial"/>
          <w:b/>
          <w:sz w:val="22"/>
        </w:rPr>
        <w:t xml:space="preserve">Alice  </w:t>
      </w:r>
      <w:r>
        <w:rPr>
          <w:rFonts w:ascii="Arial" w:hAnsi="Arial"/>
          <w:color w:val="5D7284"/>
          <w:sz w:val="22"/>
        </w:rPr>
        <w:t>38:16</w:t>
      </w:r>
    </w:p>
    <w:p>
      <w:pPr>
        <w:spacing w:after="0"/>
      </w:pPr>
      <w:r>
        <w:rPr>
          <w:rFonts w:ascii="Arial" w:hAnsi="Arial"/>
          <w:sz w:val="22"/>
        </w:rPr>
        <w:t>And you all you want to do is go and have a dinner and drink in the pub. Like it's...(Rosemary) Yeah.</w:t>
      </w:r>
    </w:p>
    <w:p>
      <w:pPr>
        <w:spacing w:after="0"/>
      </w:pPr>
    </w:p>
    <w:p>
      <w:pPr>
        <w:spacing w:after="0"/>
      </w:pPr>
      <w:r>
        <w:rPr>
          <w:rFonts w:ascii="Arial" w:hAnsi="Arial"/>
          <w:b/>
          <w:sz w:val="22"/>
        </w:rPr>
        <w:t xml:space="preserve">Rosemary Richings  </w:t>
      </w:r>
      <w:r>
        <w:rPr>
          <w:rFonts w:ascii="Arial" w:hAnsi="Arial"/>
          <w:color w:val="5D7284"/>
          <w:sz w:val="22"/>
        </w:rPr>
        <w:t>38:22</w:t>
      </w:r>
    </w:p>
    <w:p>
      <w:pPr>
        <w:spacing w:after="0"/>
      </w:pPr>
      <w:r>
        <w:rPr>
          <w:rFonts w:ascii="Arial" w:hAnsi="Arial"/>
          <w:sz w:val="22"/>
        </w:rPr>
        <w:t>your days ruined. (Lucy laughs)</w:t>
      </w:r>
    </w:p>
    <w:p>
      <w:pPr>
        <w:spacing w:after="0"/>
      </w:pPr>
    </w:p>
    <w:p>
      <w:pPr>
        <w:spacing w:after="0"/>
      </w:pPr>
      <w:r>
        <w:rPr>
          <w:rFonts w:ascii="Arial" w:hAnsi="Arial"/>
          <w:b/>
          <w:sz w:val="22"/>
        </w:rPr>
        <w:t xml:space="preserve">Lucy  </w:t>
      </w:r>
      <w:r>
        <w:rPr>
          <w:rFonts w:ascii="Arial" w:hAnsi="Arial"/>
          <w:color w:val="5D7284"/>
          <w:sz w:val="22"/>
        </w:rPr>
        <w:t>38:23</w:t>
      </w:r>
    </w:p>
    <w:p>
      <w:pPr>
        <w:spacing w:after="0"/>
      </w:pPr>
      <w:r>
        <w:rPr>
          <w:rFonts w:ascii="Arial" w:hAnsi="Arial"/>
          <w:sz w:val="22"/>
        </w:rPr>
        <w:t>Yeah, yeah. And I do sit there sometimes I think don't make me do the thing that I've got to do to kick off to get down there please because I don't want to do it. You don't want it. Let's.... can we not just want an easy solution? But when I got there in the end, it was fine. I had a lovely meal, and came back up again. But there is this element of this thing clearly hasn't worked in a very long time because the key isn't working on the buttons are working. Is it safe for me to use? Do you know because nobody's used it and like, I don't know how long, it was fine. It was fine. But there was that always nerve racking moment of is this gonna break with me on it? And then we have to like call itv central because I'm stuck on a lift. Somebody call a press conference please I'm stuck on this thing. (laughs) you know, I like to do that Alice. But yeah, it's I think I don't.. it is amazing. it is amazing. when you you you you consider what non disabled people worry about over the stuff that we worry about. Like you saying she wanted to. don't leave that open. (rosemary) Yeah. Yeah. What if we don't if we don't leave that open my colleague here will burn.</w:t>
      </w:r>
    </w:p>
    <w:p>
      <w:pPr>
        <w:spacing w:after="0"/>
      </w:pPr>
    </w:p>
    <w:p>
      <w:pPr>
        <w:spacing w:after="0"/>
      </w:pPr>
      <w:r>
        <w:rPr>
          <w:rFonts w:ascii="Arial" w:hAnsi="Arial"/>
          <w:b/>
          <w:sz w:val="22"/>
        </w:rPr>
        <w:t xml:space="preserve">Rosemary Richings  </w:t>
      </w:r>
      <w:r>
        <w:rPr>
          <w:rFonts w:ascii="Arial" w:hAnsi="Arial"/>
          <w:color w:val="5D7284"/>
          <w:sz w:val="22"/>
        </w:rPr>
        <w:t>39:43</w:t>
      </w:r>
    </w:p>
    <w:p>
      <w:pPr>
        <w:spacing w:after="0"/>
      </w:pPr>
      <w:r>
        <w:rPr>
          <w:rFonts w:ascii="Arial" w:hAnsi="Arial"/>
          <w:sz w:val="22"/>
        </w:rPr>
        <w:t>Yeah. What's the point if there isn't like an opportunity to have a sense of dignity. You know? (laughs)</w:t>
      </w:r>
    </w:p>
    <w:p>
      <w:pPr>
        <w:spacing w:after="0"/>
      </w:pPr>
    </w:p>
    <w:p>
      <w:pPr>
        <w:spacing w:after="0"/>
      </w:pPr>
      <w:r>
        <w:rPr>
          <w:rFonts w:ascii="Arial" w:hAnsi="Arial"/>
          <w:b/>
          <w:sz w:val="22"/>
        </w:rPr>
        <w:t xml:space="preserve">Lucy  </w:t>
      </w:r>
      <w:r>
        <w:rPr>
          <w:rFonts w:ascii="Arial" w:hAnsi="Arial"/>
          <w:color w:val="5D7284"/>
          <w:sz w:val="22"/>
        </w:rPr>
        <w:t>39:50</w:t>
      </w:r>
    </w:p>
    <w:p>
      <w:pPr>
        <w:spacing w:after="0"/>
      </w:pPr>
      <w:r>
        <w:rPr>
          <w:rFonts w:ascii="Arial" w:hAnsi="Arial"/>
          <w:sz w:val="22"/>
        </w:rPr>
        <w:t>Yeah, exactly. I think that's, you know, that is what all anybody wants, isn't it a sense of dignity and not to have to look like a hot sweaty mess when you arrive at places. You just want to get in, get out and do it nicely and go in the door, you're supposed to go and not through the back kitchen or whatever or, you know, crawl through a hole in the (laughs), in the wall.</w:t>
      </w:r>
    </w:p>
    <w:p>
      <w:pPr>
        <w:spacing w:after="0"/>
      </w:pPr>
    </w:p>
    <w:p>
      <w:pPr>
        <w:spacing w:after="0"/>
      </w:pPr>
      <w:r>
        <w:rPr>
          <w:rFonts w:ascii="Arial" w:hAnsi="Arial"/>
          <w:b/>
          <w:sz w:val="22"/>
        </w:rPr>
        <w:t xml:space="preserve">Rosemary Richings  </w:t>
      </w:r>
      <w:r>
        <w:rPr>
          <w:rFonts w:ascii="Arial" w:hAnsi="Arial"/>
          <w:color w:val="5D7284"/>
          <w:sz w:val="22"/>
        </w:rPr>
        <w:t>40:13</w:t>
      </w:r>
    </w:p>
    <w:p>
      <w:pPr>
        <w:spacing w:after="0"/>
      </w:pPr>
      <w:r>
        <w:rPr>
          <w:rFonts w:ascii="Arial" w:hAnsi="Arial"/>
          <w:sz w:val="22"/>
        </w:rPr>
        <w:t>Yeah, I've even I've even found that my spouse gets around with a cane. And I, I've been in a lot of frustrating situations in airports where they'll ask me what he needs, not.. not like ask him what he needs, meanwhile, he's someone who's worked in public health for many years and has had all these diagnosis's for many years. So he knows what he's talking about.</w:t>
      </w:r>
    </w:p>
    <w:p>
      <w:pPr>
        <w:spacing w:after="0"/>
      </w:pPr>
    </w:p>
    <w:p>
      <w:pPr>
        <w:spacing w:after="0"/>
      </w:pPr>
      <w:r>
        <w:rPr>
          <w:rFonts w:ascii="Arial" w:hAnsi="Arial"/>
          <w:b/>
          <w:sz w:val="22"/>
        </w:rPr>
        <w:t xml:space="preserve">Lucy  </w:t>
      </w:r>
      <w:r>
        <w:rPr>
          <w:rFonts w:ascii="Arial" w:hAnsi="Arial"/>
          <w:color w:val="5D7284"/>
          <w:sz w:val="22"/>
        </w:rPr>
        <w:t>40:41</w:t>
      </w:r>
    </w:p>
    <w:p>
      <w:pPr>
        <w:spacing w:after="0"/>
      </w:pPr>
      <w:r>
        <w:rPr>
          <w:rFonts w:ascii="Arial" w:hAnsi="Arial"/>
          <w:sz w:val="22"/>
        </w:rPr>
        <w:t>Yeah, it's crazy, isn't it really? (Rosemary) Yeah. Umm go on Alice what were you going to say?</w:t>
      </w:r>
    </w:p>
    <w:p>
      <w:pPr>
        <w:spacing w:after="0"/>
      </w:pPr>
    </w:p>
    <w:p>
      <w:pPr>
        <w:spacing w:after="0"/>
      </w:pPr>
      <w:r>
        <w:rPr>
          <w:rFonts w:ascii="Arial" w:hAnsi="Arial"/>
          <w:b/>
          <w:sz w:val="22"/>
        </w:rPr>
        <w:t xml:space="preserve">Alice  </w:t>
      </w:r>
      <w:r>
        <w:rPr>
          <w:rFonts w:ascii="Arial" w:hAnsi="Arial"/>
          <w:color w:val="5D7284"/>
          <w:sz w:val="22"/>
        </w:rPr>
        <w:t>40:49</w:t>
      </w:r>
    </w:p>
    <w:p>
      <w:pPr>
        <w:spacing w:after="0"/>
      </w:pPr>
      <w:r>
        <w:rPr>
          <w:rFonts w:ascii="Arial" w:hAnsi="Arial"/>
          <w:sz w:val="22"/>
        </w:rPr>
        <w:t>That made me think of a story that somebody at work shared with me, she's a young woman with a learning disability who got... was really, really offended when she got off a plane in Spain. She has a learning disability, but no other health conditions. So she's independently mobile, she's actually she's, she's very independent. She's very strong minded. you know, she will tell you what she wants. And she got off a plane, when she went on holiday with our family. And was... had been...you know, they obviously said, we have somebody with a disability on the plane. And nobody had given any further information to the people at the airport in Spain. So when she got that they turned up with a wheelchair. And she was like, I don't, I don't need a wheelchair. (Lucy) Yeah. Like, I just need you to know that when it comes to like passport checks and stuff, I might need a bit of extra time. And I might need someone to help me fill out the, like declaration form. (Lucy) Yeah yeah. She was so offended that they were like "sit in the chair." Because they brought the chair and they were like, you have to sit in it. And she was like, I don't need it. They were like, we have to sit in it. They were like our regulation say we've got disabled person. So you have to sit in the chair</w:t>
      </w:r>
    </w:p>
    <w:p>
      <w:pPr>
        <w:spacing w:after="0"/>
      </w:pPr>
    </w:p>
    <w:p>
      <w:pPr>
        <w:spacing w:after="0"/>
      </w:pPr>
      <w:r>
        <w:rPr>
          <w:rFonts w:ascii="Arial" w:hAnsi="Arial"/>
          <w:b/>
          <w:sz w:val="22"/>
        </w:rPr>
        <w:t xml:space="preserve">Lucy  </w:t>
      </w:r>
      <w:r>
        <w:rPr>
          <w:rFonts w:ascii="Arial" w:hAnsi="Arial"/>
          <w:color w:val="5D7284"/>
          <w:sz w:val="22"/>
        </w:rPr>
        <w:t>42:05</w:t>
      </w:r>
    </w:p>
    <w:p>
      <w:pPr>
        <w:spacing w:after="0"/>
      </w:pPr>
      <w:r>
        <w:rPr>
          <w:rFonts w:ascii="Arial" w:hAnsi="Arial"/>
          <w:sz w:val="22"/>
        </w:rPr>
        <w:t>Well, yeah, (Alice) She was. Yeah.</w:t>
      </w:r>
    </w:p>
    <w:p>
      <w:pPr>
        <w:spacing w:after="0"/>
      </w:pPr>
    </w:p>
    <w:p>
      <w:pPr>
        <w:spacing w:after="0"/>
      </w:pPr>
      <w:r>
        <w:rPr>
          <w:rFonts w:ascii="Arial" w:hAnsi="Arial"/>
          <w:b/>
          <w:sz w:val="22"/>
        </w:rPr>
        <w:t xml:space="preserve">Alice  </w:t>
      </w:r>
      <w:r>
        <w:rPr>
          <w:rFonts w:ascii="Arial" w:hAnsi="Arial"/>
          <w:color w:val="5D7284"/>
          <w:sz w:val="22"/>
        </w:rPr>
        <w:t>42:09</w:t>
      </w:r>
    </w:p>
    <w:p>
      <w:pPr>
        <w:spacing w:after="0"/>
      </w:pPr>
      <w:r>
        <w:rPr>
          <w:rFonts w:ascii="Arial" w:hAnsi="Arial"/>
          <w:sz w:val="22"/>
        </w:rPr>
        <w:t>It's just it's....it is just the seeming inability to listen to people about what their experiences and what they need.</w:t>
      </w:r>
    </w:p>
    <w:p>
      <w:pPr>
        <w:spacing w:after="0"/>
      </w:pPr>
    </w:p>
    <w:p>
      <w:pPr>
        <w:spacing w:after="0"/>
      </w:pPr>
      <w:r>
        <w:rPr>
          <w:rFonts w:ascii="Arial" w:hAnsi="Arial"/>
          <w:b/>
          <w:sz w:val="22"/>
        </w:rPr>
        <w:t xml:space="preserve">Lucy  </w:t>
      </w:r>
      <w:r>
        <w:rPr>
          <w:rFonts w:ascii="Arial" w:hAnsi="Arial"/>
          <w:color w:val="5D7284"/>
          <w:sz w:val="22"/>
        </w:rPr>
        <w:t>42:20</w:t>
      </w:r>
    </w:p>
    <w:p>
      <w:pPr>
        <w:spacing w:after="0"/>
      </w:pPr>
      <w:r>
        <w:rPr>
          <w:rFonts w:ascii="Arial" w:hAnsi="Arial"/>
          <w:sz w:val="22"/>
        </w:rPr>
        <w:t>And I think a lot of disabled people there are...we've said this, I've said this before, you know, on the show that a lot of disabled people are great problem solvers, we have to problem solve constantly, all day, every day, without even thinking about the fact that we're problem solving. We're doing it without even acknowledging we're doing it. It's got to that stage, you know, if you just listen to a disabled person, (laughs) who can tell you how to solve this issue that you are facing, and go, "Okay, we'll try that" because at least if you try it and then realize, no, that doesn't work, either. What  have you lost? you know, you haven't lost anything, have you?</w:t>
      </w:r>
    </w:p>
    <w:p>
      <w:pPr>
        <w:spacing w:after="0"/>
      </w:pPr>
    </w:p>
    <w:p>
      <w:pPr>
        <w:spacing w:after="0"/>
      </w:pPr>
      <w:r>
        <w:rPr>
          <w:rFonts w:ascii="Arial" w:hAnsi="Arial"/>
          <w:b/>
          <w:sz w:val="22"/>
        </w:rPr>
        <w:t xml:space="preserve">Alice  </w:t>
      </w:r>
      <w:r>
        <w:rPr>
          <w:rFonts w:ascii="Arial" w:hAnsi="Arial"/>
          <w:color w:val="5D7284"/>
          <w:sz w:val="22"/>
        </w:rPr>
        <w:t>42:56</w:t>
      </w:r>
    </w:p>
    <w:p>
      <w:pPr>
        <w:spacing w:after="0"/>
      </w:pPr>
      <w:r>
        <w:rPr>
          <w:rFonts w:ascii="Arial" w:hAnsi="Arial"/>
          <w:sz w:val="22"/>
        </w:rPr>
        <w:t>Instead of asking the person that's with them? (Lucy) Yeah. Like, yeah. you know, actually speak to the person and ask them what they want because, like, you know, as much as he's your spouse, they don't know anything about your relationship. (Rosemary) Yeah exactly. He may have, you know, very personal feelings and things that he chooses not to share with you. And that's entirely up to him. It's really, it's offensive to him, that they would just not consider asking him. (Rosemary) Yeah. My mind boggles.</w:t>
      </w:r>
    </w:p>
    <w:p>
      <w:pPr>
        <w:spacing w:after="0"/>
      </w:pPr>
    </w:p>
    <w:p>
      <w:pPr>
        <w:spacing w:after="0"/>
      </w:pPr>
      <w:r>
        <w:rPr>
          <w:rFonts w:ascii="Arial" w:hAnsi="Arial"/>
          <w:b/>
          <w:sz w:val="22"/>
        </w:rPr>
        <w:t xml:space="preserve">Rosemary Richings  </w:t>
      </w:r>
      <w:r>
        <w:rPr>
          <w:rFonts w:ascii="Arial" w:hAnsi="Arial"/>
          <w:color w:val="5D7284"/>
          <w:sz w:val="22"/>
        </w:rPr>
        <w:t>43:32</w:t>
      </w:r>
    </w:p>
    <w:p>
      <w:pPr>
        <w:spacing w:after="0"/>
      </w:pPr>
      <w:r>
        <w:rPr>
          <w:rFonts w:ascii="Arial" w:hAnsi="Arial"/>
          <w:sz w:val="22"/>
        </w:rPr>
        <w:t>I don't think a lot of...there's not enough training I find. I think that's part of the problem where really the surface thing of, of how to support people is like, always get a wheelchair. But yeah. Yeah, like you said, people don't listen enough. (laughs)</w:t>
      </w:r>
    </w:p>
    <w:p>
      <w:pPr>
        <w:spacing w:after="0"/>
      </w:pPr>
    </w:p>
    <w:p>
      <w:pPr>
        <w:spacing w:after="0"/>
      </w:pPr>
      <w:r>
        <w:rPr>
          <w:rFonts w:ascii="Arial" w:hAnsi="Arial"/>
          <w:b/>
          <w:sz w:val="22"/>
        </w:rPr>
        <w:t xml:space="preserve">Lucy  </w:t>
      </w:r>
      <w:r>
        <w:rPr>
          <w:rFonts w:ascii="Arial" w:hAnsi="Arial"/>
          <w:color w:val="5D7284"/>
          <w:sz w:val="22"/>
        </w:rPr>
        <w:t>43:48</w:t>
      </w:r>
    </w:p>
    <w:p>
      <w:pPr>
        <w:spacing w:after="0"/>
      </w:pPr>
      <w:r>
        <w:rPr>
          <w:rFonts w:ascii="Arial" w:hAnsi="Arial"/>
          <w:sz w:val="22"/>
        </w:rPr>
        <w:t>No, but I find it. I'll make a little game with myself now. because often, if I am in a situation where the person who I need to speak to is refusing to speak to me directly, they will not look at me directly in the face. because if they don't look at me directly, then in their head, I don't exist, because they're not looking at me. Can't see you, I'm not looking at you, can't see you, not looking at you. So I make it a game, of you will,  look at me and you will speak to me. I kind of go "Hi, how are you?" Like, they'll talk to my mum or whoever I'm with. "Hi, how are you?" And talk directly to them. But they do this thing where they're just constantly moving their head like they're not looking directly in my eye line. (Alice laughs) I'm like, I'm gonna bloody you look at me. Look at me! It's just you just think do you realize how stupid you look?</w:t>
      </w:r>
    </w:p>
    <w:p>
      <w:pPr>
        <w:spacing w:after="0"/>
      </w:pPr>
    </w:p>
    <w:p>
      <w:pPr>
        <w:spacing w:after="0"/>
      </w:pPr>
      <w:r>
        <w:rPr>
          <w:rFonts w:ascii="Arial" w:hAnsi="Arial"/>
          <w:b/>
          <w:sz w:val="22"/>
        </w:rPr>
        <w:t xml:space="preserve">Alice  </w:t>
      </w:r>
      <w:r>
        <w:rPr>
          <w:rFonts w:ascii="Arial" w:hAnsi="Arial"/>
          <w:color w:val="5D7284"/>
          <w:sz w:val="22"/>
        </w:rPr>
        <w:t>44:40</w:t>
      </w:r>
    </w:p>
    <w:p>
      <w:pPr>
        <w:spacing w:after="0"/>
      </w:pPr>
      <w:r>
        <w:rPr>
          <w:rFonts w:ascii="Arial" w:hAnsi="Arial"/>
          <w:sz w:val="22"/>
        </w:rPr>
        <w:t>Yeah, that's the thing. if people just...they've got no idea of like, we're offended and we're angry but we're also laughing at you. (Lucy) Yeah yeah (laughs). Because you just you are you are the ones being weird and difficult.</w:t>
      </w:r>
    </w:p>
    <w:p>
      <w:pPr>
        <w:spacing w:after="0"/>
      </w:pPr>
    </w:p>
    <w:p>
      <w:pPr>
        <w:spacing w:after="0"/>
      </w:pPr>
      <w:r>
        <w:rPr>
          <w:rFonts w:ascii="Arial" w:hAnsi="Arial"/>
          <w:b/>
          <w:sz w:val="22"/>
        </w:rPr>
        <w:t xml:space="preserve">Lucy  </w:t>
      </w:r>
      <w:r>
        <w:rPr>
          <w:rFonts w:ascii="Arial" w:hAnsi="Arial"/>
          <w:color w:val="5D7284"/>
          <w:sz w:val="22"/>
        </w:rPr>
        <w:t>45:00</w:t>
      </w:r>
    </w:p>
    <w:p>
      <w:pPr>
        <w:spacing w:after="0"/>
      </w:pPr>
      <w:r>
        <w:rPr>
          <w:rFonts w:ascii="Arial" w:hAnsi="Arial"/>
          <w:sz w:val="22"/>
        </w:rPr>
        <w:t>Out of the  two of us in this situation here you are the one that looks like you have the problem, not me.</w:t>
      </w:r>
    </w:p>
    <w:p>
      <w:pPr>
        <w:spacing w:after="0"/>
      </w:pPr>
    </w:p>
    <w:p>
      <w:pPr>
        <w:spacing w:after="0"/>
      </w:pPr>
      <w:r>
        <w:rPr>
          <w:rFonts w:ascii="Arial" w:hAnsi="Arial"/>
          <w:b/>
          <w:sz w:val="22"/>
        </w:rPr>
        <w:t xml:space="preserve">Alice  </w:t>
      </w:r>
      <w:r>
        <w:rPr>
          <w:rFonts w:ascii="Arial" w:hAnsi="Arial"/>
          <w:color w:val="5D7284"/>
          <w:sz w:val="22"/>
        </w:rPr>
        <w:t>45:11</w:t>
      </w:r>
    </w:p>
    <w:p>
      <w:pPr>
        <w:spacing w:after="0"/>
      </w:pPr>
      <w:r>
        <w:rPr>
          <w:rFonts w:ascii="Arial" w:hAnsi="Arial"/>
          <w:sz w:val="22"/>
        </w:rPr>
        <w:t>Yeah, it's the woman from the trust who came to kick off about that fire exit door. Like, instead of saying, "Well, why have you been told to use that fire exit instead of this fire door?" (Lucy) Yeah. like she, her immediate thing was justifying why we shouldn't be doing it. And it's just like, so. So she immediately then was like, well, you my precious courtyard (Lucy laughs) and you know, a place of historical significance. And then we're like, yes, but, and then she looks like a twat. Because it's just like, you know, if you've taken half a second to instead of being like, but this, this is the thing, this is my thing. And this is the most important thing. (Lucy) Yeah. So just a question why something's being done a certain way, then you would you'd save yourself the embarrassment of having to go, "oh, oh, well, well, in that case, so we'll need to, we'll need to come up with a different solution." And their solution was that they would put a keypad on the fire exit gate, so that we could keep the courtyard gate closed, but we could still get out with the use of a keypad. And I was like...(Lucy) When there's a</w:t>
      </w:r>
    </w:p>
    <w:p>
      <w:pPr>
        <w:spacing w:after="0"/>
      </w:pPr>
    </w:p>
    <w:p>
      <w:pPr>
        <w:spacing w:after="0"/>
      </w:pPr>
      <w:r>
        <w:rPr>
          <w:rFonts w:ascii="Arial" w:hAnsi="Arial"/>
          <w:b/>
          <w:sz w:val="22"/>
        </w:rPr>
        <w:t xml:space="preserve">Lucy  </w:t>
      </w:r>
      <w:r>
        <w:rPr>
          <w:rFonts w:ascii="Arial" w:hAnsi="Arial"/>
          <w:color w:val="5D7284"/>
          <w:sz w:val="22"/>
        </w:rPr>
        <w:t>46:26</w:t>
      </w:r>
    </w:p>
    <w:p>
      <w:pPr>
        <w:spacing w:after="0"/>
      </w:pPr>
      <w:r>
        <w:rPr>
          <w:rFonts w:ascii="Arial" w:hAnsi="Arial"/>
          <w:sz w:val="22"/>
        </w:rPr>
        <w:t>fire, they're expecting you to input a key code.</w:t>
      </w:r>
    </w:p>
    <w:p>
      <w:pPr>
        <w:spacing w:after="0"/>
      </w:pPr>
    </w:p>
    <w:p>
      <w:pPr>
        <w:spacing w:after="0"/>
      </w:pPr>
      <w:r>
        <w:rPr>
          <w:rFonts w:ascii="Arial" w:hAnsi="Arial"/>
          <w:b/>
          <w:sz w:val="22"/>
        </w:rPr>
        <w:t xml:space="preserve">Alice  </w:t>
      </w:r>
      <w:r>
        <w:rPr>
          <w:rFonts w:ascii="Arial" w:hAnsi="Arial"/>
          <w:color w:val="5D7284"/>
          <w:sz w:val="22"/>
        </w:rPr>
        <w:t>46:30</w:t>
      </w:r>
    </w:p>
    <w:p>
      <w:pPr>
        <w:spacing w:after="0"/>
      </w:pPr>
      <w:r>
        <w:rPr>
          <w:rFonts w:ascii="Arial" w:hAnsi="Arial"/>
          <w:sz w:val="22"/>
        </w:rPr>
        <w:t xml:space="preserve">I was just like, I'm gonna find that really easy to do. (Lucy) Yeah. Awesome. (Lucy) What's the number? </w:t>
      </w:r>
    </w:p>
    <w:p>
      <w:pPr>
        <w:spacing w:after="0"/>
      </w:pPr>
    </w:p>
    <w:p>
      <w:pPr>
        <w:spacing w:after="0"/>
      </w:pPr>
      <w:r>
        <w:rPr>
          <w:rFonts w:ascii="Arial" w:hAnsi="Arial"/>
          <w:b/>
          <w:sz w:val="22"/>
        </w:rPr>
        <w:t xml:space="preserve">Lucy  </w:t>
      </w:r>
      <w:r>
        <w:rPr>
          <w:rFonts w:ascii="Arial" w:hAnsi="Arial"/>
          <w:color w:val="5D7284"/>
          <w:sz w:val="22"/>
        </w:rPr>
        <w:t>46:36</w:t>
      </w:r>
    </w:p>
    <w:p>
      <w:pPr>
        <w:spacing w:after="0"/>
      </w:pPr>
      <w:r>
        <w:rPr>
          <w:rFonts w:ascii="Arial" w:hAnsi="Arial"/>
          <w:sz w:val="22"/>
        </w:rPr>
        <w:t>999? 999? (Alice laughs)</w:t>
      </w:r>
    </w:p>
    <w:p>
      <w:pPr>
        <w:spacing w:after="0"/>
      </w:pPr>
    </w:p>
    <w:p>
      <w:pPr>
        <w:spacing w:after="0"/>
      </w:pPr>
      <w:r>
        <w:rPr>
          <w:rFonts w:ascii="Arial" w:hAnsi="Arial"/>
          <w:b/>
          <w:sz w:val="22"/>
        </w:rPr>
        <w:t xml:space="preserve">Rosemary Richings  </w:t>
      </w:r>
      <w:r>
        <w:rPr>
          <w:rFonts w:ascii="Arial" w:hAnsi="Arial"/>
          <w:color w:val="5D7284"/>
          <w:sz w:val="22"/>
        </w:rPr>
        <w:t>46:41</w:t>
      </w:r>
    </w:p>
    <w:p>
      <w:pPr>
        <w:spacing w:after="0"/>
      </w:pPr>
      <w:r>
        <w:rPr>
          <w:rFonts w:ascii="Arial" w:hAnsi="Arial"/>
          <w:sz w:val="22"/>
        </w:rPr>
        <w:t>Same with parents talking for kids, assuming that the kids cannot, like, speak for themselves in their own experience. (Lucy) Yeah. That's where when I joined this charity, I had to be really careful the events, because in the early ones, there was a lot of parents. And there was one particular woman that she talked for a kid her kid was around 13, who was definitely verbal, so fine and the whole time, she would say she would speak as if he couldn't speak and he was right there. And she would say, Yeah, my kid feels this way about the situation. And I made a huge point of always like finding a way to talk directly to the kid and be like, Oh, what do you think about this? Oh, how's your day going?</w:t>
      </w:r>
    </w:p>
    <w:p>
      <w:pPr>
        <w:spacing w:after="0"/>
      </w:pPr>
    </w:p>
    <w:p>
      <w:pPr>
        <w:spacing w:after="0"/>
      </w:pPr>
      <w:r>
        <w:rPr>
          <w:rFonts w:ascii="Arial" w:hAnsi="Arial"/>
          <w:b/>
          <w:sz w:val="22"/>
        </w:rPr>
        <w:t xml:space="preserve">Lucy  </w:t>
      </w:r>
      <w:r>
        <w:rPr>
          <w:rFonts w:ascii="Arial" w:hAnsi="Arial"/>
          <w:color w:val="5D7284"/>
          <w:sz w:val="22"/>
        </w:rPr>
        <w:t>47:25</w:t>
      </w:r>
    </w:p>
    <w:p>
      <w:pPr>
        <w:spacing w:after="0"/>
      </w:pPr>
      <w:r>
        <w:rPr>
          <w:rFonts w:ascii="Arial" w:hAnsi="Arial"/>
          <w:sz w:val="22"/>
        </w:rPr>
        <w:t>Yeah. (Alice) Yeah</w:t>
      </w:r>
    </w:p>
    <w:p>
      <w:pPr>
        <w:spacing w:after="0"/>
      </w:pPr>
    </w:p>
    <w:p>
      <w:pPr>
        <w:spacing w:after="0"/>
      </w:pPr>
      <w:r>
        <w:rPr>
          <w:rFonts w:ascii="Arial" w:hAnsi="Arial"/>
          <w:b/>
          <w:sz w:val="22"/>
        </w:rPr>
        <w:t xml:space="preserve">Alice  </w:t>
      </w:r>
      <w:r>
        <w:rPr>
          <w:rFonts w:ascii="Arial" w:hAnsi="Arial"/>
          <w:color w:val="5D7284"/>
          <w:sz w:val="22"/>
        </w:rPr>
        <w:t>47:27</w:t>
      </w:r>
    </w:p>
    <w:p>
      <w:pPr>
        <w:spacing w:after="0"/>
      </w:pPr>
      <w:r>
        <w:rPr>
          <w:rFonts w:ascii="Arial" w:hAnsi="Arial"/>
          <w:sz w:val="22"/>
        </w:rPr>
        <w:t>I'm doing a piece of work at the moment where, and we're, it's really interesting. So on my team, there are a bunch, we've got a variety of different people, we've got people with physical and sensory disabilities, we've got people with neurodiversity and we've got non disabled people, and we've got parents of disabled people. And one of the things that we're doing at the moment is we're working on a sort of workshop to do with young people about speaking up for themselves. And the parents of disabled people on my team, immediately, we're going well, you can't stand there and tell them all about their rights to be able to have what they want and speak up for things when these are all vulnerable people, and they'll start making decisions (Lucy)Oh man! That are bad for them. And I was like, that, yeah, that's their right. (Lucy) Yeah. Like, we all have the rights to right to make our own bad choices</w:t>
      </w:r>
    </w:p>
    <w:p>
      <w:pPr>
        <w:spacing w:after="0"/>
      </w:pPr>
    </w:p>
    <w:p>
      <w:pPr>
        <w:spacing w:after="0"/>
      </w:pPr>
      <w:r>
        <w:rPr>
          <w:rFonts w:ascii="Arial" w:hAnsi="Arial"/>
          <w:b/>
          <w:sz w:val="22"/>
        </w:rPr>
        <w:t xml:space="preserve">Lucy  </w:t>
      </w:r>
      <w:r>
        <w:rPr>
          <w:rFonts w:ascii="Arial" w:hAnsi="Arial"/>
          <w:color w:val="5D7284"/>
          <w:sz w:val="22"/>
        </w:rPr>
        <w:t>48:28</w:t>
      </w:r>
    </w:p>
    <w:p>
      <w:pPr>
        <w:spacing w:after="0"/>
      </w:pPr>
      <w:r>
        <w:rPr>
          <w:rFonts w:ascii="Arial" w:hAnsi="Arial"/>
          <w:sz w:val="22"/>
        </w:rPr>
        <w:t>It's funny me and my mum, were talking about this very issue yesterday, it was Friday in the car, we were going somewhere because we're just generally having a general chitchat about stuff. And I said, you know, sometimes very well meaning parents sort of overdo it a little bit when they get a bit older. because, you know, especially kids with disabilities, when they're small, and they're at home, and then they go to school and they young age at school. Yes, you can understand them being sort of lovely, and a bit more protective, because they've got the best interest, but when they get to like 13/14/15, then they've got a mind of their own. There has got to be a bit of, okay, I've got a lot I've got to let little Jimmy, like make his own choices in the world.</w:t>
      </w:r>
    </w:p>
    <w:p>
      <w:pPr>
        <w:spacing w:after="0"/>
      </w:pPr>
    </w:p>
    <w:p>
      <w:pPr>
        <w:spacing w:after="0"/>
      </w:pPr>
      <w:r>
        <w:rPr>
          <w:rFonts w:ascii="Arial" w:hAnsi="Arial"/>
          <w:b/>
          <w:sz w:val="22"/>
        </w:rPr>
        <w:t xml:space="preserve">Rosemary Richings  </w:t>
      </w:r>
      <w:r>
        <w:rPr>
          <w:rFonts w:ascii="Arial" w:hAnsi="Arial"/>
          <w:color w:val="5D7284"/>
          <w:sz w:val="22"/>
        </w:rPr>
        <w:t>49:20</w:t>
      </w:r>
    </w:p>
    <w:p>
      <w:pPr>
        <w:spacing w:after="0"/>
      </w:pPr>
      <w:r>
        <w:rPr>
          <w:rFonts w:ascii="Arial" w:hAnsi="Arial"/>
          <w:sz w:val="22"/>
        </w:rPr>
        <w:t>Because otherwise how do you learn? (Lucy) Yes, exactly.</w:t>
      </w:r>
    </w:p>
    <w:p>
      <w:pPr>
        <w:spacing w:after="0"/>
      </w:pPr>
    </w:p>
    <w:p>
      <w:pPr>
        <w:spacing w:after="0"/>
      </w:pPr>
      <w:r>
        <w:rPr>
          <w:rFonts w:ascii="Arial" w:hAnsi="Arial"/>
          <w:b/>
          <w:sz w:val="22"/>
        </w:rPr>
        <w:t xml:space="preserve">Alice  </w:t>
      </w:r>
      <w:r>
        <w:rPr>
          <w:rFonts w:ascii="Arial" w:hAnsi="Arial"/>
          <w:color w:val="5D7284"/>
          <w:sz w:val="22"/>
        </w:rPr>
        <w:t>49:23</w:t>
      </w:r>
    </w:p>
    <w:p>
      <w:pPr>
        <w:spacing w:after="0"/>
      </w:pPr>
      <w:r>
        <w:rPr>
          <w:rFonts w:ascii="Arial" w:hAnsi="Arial"/>
          <w:sz w:val="22"/>
        </w:rPr>
        <w:t>I think it must be really, really hard for those parents when they have got children who perhaps don't think or learn in the way that you know, non disabled children do and so they are very worried about them being exploited. (Lucy) Yeah. Or something bad happening. I absolutely understand why you must... that must be terrifying. (Lucy) Totally. Be like, "What will? well why, you know, I am not going to let my child go out and, you know, go to McDonald's on their own and things like that." Because what if something terrible happens? (Lucy) Yeah. What if something terrible doesn't happen? (Rosemary Yeah. What</w:t>
      </w:r>
    </w:p>
    <w:p>
      <w:pPr>
        <w:spacing w:after="0"/>
      </w:pPr>
    </w:p>
    <w:p>
      <w:pPr>
        <w:spacing w:after="0"/>
      </w:pPr>
      <w:r>
        <w:rPr>
          <w:rFonts w:ascii="Arial" w:hAnsi="Arial"/>
          <w:b/>
          <w:sz w:val="22"/>
        </w:rPr>
        <w:t xml:space="preserve">Rosemary Richings  </w:t>
      </w:r>
      <w:r>
        <w:rPr>
          <w:rFonts w:ascii="Arial" w:hAnsi="Arial"/>
          <w:color w:val="5D7284"/>
          <w:sz w:val="22"/>
        </w:rPr>
        <w:t>50:01</w:t>
      </w:r>
    </w:p>
    <w:p>
      <w:pPr>
        <w:spacing w:after="0"/>
      </w:pPr>
      <w:r>
        <w:rPr>
          <w:rFonts w:ascii="Arial" w:hAnsi="Arial"/>
          <w:sz w:val="22"/>
        </w:rPr>
        <w:t>if they just show up and have a great time? (Lucy) Yeah. (Alice) Exactly.</w:t>
      </w:r>
    </w:p>
    <w:p>
      <w:pPr>
        <w:spacing w:after="0"/>
      </w:pPr>
    </w:p>
    <w:p>
      <w:pPr>
        <w:spacing w:after="0"/>
      </w:pPr>
      <w:r>
        <w:rPr>
          <w:rFonts w:ascii="Arial" w:hAnsi="Arial"/>
          <w:b/>
          <w:sz w:val="22"/>
        </w:rPr>
        <w:t xml:space="preserve">Alice  </w:t>
      </w:r>
      <w:r>
        <w:rPr>
          <w:rFonts w:ascii="Arial" w:hAnsi="Arial"/>
          <w:color w:val="5D7284"/>
          <w:sz w:val="22"/>
        </w:rPr>
        <w:t>50:04</w:t>
      </w:r>
    </w:p>
    <w:p>
      <w:pPr>
        <w:spacing w:after="0"/>
      </w:pPr>
      <w:r>
        <w:rPr>
          <w:rFonts w:ascii="Arial" w:hAnsi="Arial"/>
          <w:sz w:val="22"/>
        </w:rPr>
        <w:t>(Lucy) Yeah. And it's just, it just I, it's so I'm not. I cannot imagine what that feeling must be like for parents. But I know exactly what that feeling is like for the individual. (Lucy) Yeah. And I think that the fear that the parent is having is nothing compared to the frustration and the isolation that the disabled person feels when they don't have a voice. (Lucy) Yeah, totally. Because if your parents won't let you have a voice, then what chance have you got?</w:t>
      </w:r>
    </w:p>
    <w:p>
      <w:pPr>
        <w:spacing w:after="0"/>
      </w:pPr>
    </w:p>
    <w:p>
      <w:pPr>
        <w:spacing w:after="0"/>
      </w:pPr>
      <w:r>
        <w:rPr>
          <w:rFonts w:ascii="Arial" w:hAnsi="Arial"/>
          <w:b/>
          <w:sz w:val="22"/>
        </w:rPr>
        <w:t xml:space="preserve">Lucy  </w:t>
      </w:r>
      <w:r>
        <w:rPr>
          <w:rFonts w:ascii="Arial" w:hAnsi="Arial"/>
          <w:color w:val="5D7284"/>
          <w:sz w:val="22"/>
        </w:rPr>
        <w:t>50:41</w:t>
      </w:r>
    </w:p>
    <w:p>
      <w:pPr>
        <w:spacing w:after="0"/>
      </w:pPr>
      <w:r>
        <w:rPr>
          <w:rFonts w:ascii="Arial" w:hAnsi="Arial"/>
          <w:sz w:val="22"/>
        </w:rPr>
        <w:t>And then that, again, then leads to frustration, because you're not being heard? you're not being seen as ordinary. It  exacerbates, again, to the internalized ableism. because they, because you think that they think you can't, so therefore, everybody thinks they can't do anything. And then they don't they're not achieving their potential, are they? you know, (Alice) Yeah. It's, it is. I mean, my, I always say, my mum, and my dad, they have never been that kind of over protective parent like that, that stops you doing things like, you know, my mum has always encouraged me to, to go out and do stuff, but at the same time, I know there are occasions where my mum, she goes into this, like, if I go out on an evening, and I'm not going out with my mum, which does happen occasionally. Not very often, but it does happen so I'm going out with my sister, for instance, not my mum, so she's a family member. (Alice) I</w:t>
      </w:r>
    </w:p>
    <w:p>
      <w:pPr>
        <w:spacing w:after="0"/>
      </w:pPr>
    </w:p>
    <w:p>
      <w:pPr>
        <w:spacing w:after="0"/>
      </w:pPr>
      <w:r>
        <w:rPr>
          <w:rFonts w:ascii="Arial" w:hAnsi="Arial"/>
          <w:b/>
          <w:sz w:val="22"/>
        </w:rPr>
        <w:t xml:space="preserve">Alice  </w:t>
      </w:r>
      <w:r>
        <w:rPr>
          <w:rFonts w:ascii="Arial" w:hAnsi="Arial"/>
          <w:color w:val="5D7284"/>
          <w:sz w:val="22"/>
        </w:rPr>
        <w:t>51:41</w:t>
      </w:r>
    </w:p>
    <w:p>
      <w:pPr>
        <w:spacing w:after="0"/>
      </w:pPr>
      <w:r>
        <w:rPr>
          <w:rFonts w:ascii="Arial" w:hAnsi="Arial"/>
          <w:sz w:val="22"/>
        </w:rPr>
        <w:t>feel like your mom would not be okay with you going to the pub without her. (Lucy laughs)</w:t>
      </w:r>
    </w:p>
    <w:p>
      <w:pPr>
        <w:spacing w:after="0"/>
      </w:pPr>
    </w:p>
    <w:p>
      <w:pPr>
        <w:spacing w:after="0"/>
      </w:pPr>
      <w:r>
        <w:rPr>
          <w:rFonts w:ascii="Arial" w:hAnsi="Arial"/>
          <w:b/>
          <w:sz w:val="22"/>
        </w:rPr>
        <w:t xml:space="preserve">Lucy  </w:t>
      </w:r>
      <w:r>
        <w:rPr>
          <w:rFonts w:ascii="Arial" w:hAnsi="Arial"/>
          <w:color w:val="5D7284"/>
          <w:sz w:val="22"/>
        </w:rPr>
        <w:t>51:46</w:t>
      </w:r>
    </w:p>
    <w:p>
      <w:pPr>
        <w:spacing w:after="0"/>
      </w:pPr>
      <w:r>
        <w:rPr>
          <w:rFonts w:ascii="Arial" w:hAnsi="Arial"/>
          <w:sz w:val="22"/>
        </w:rPr>
        <w:t>Not for the reasons you might think just.... where's my pipe?</w:t>
      </w:r>
    </w:p>
    <w:p>
      <w:pPr>
        <w:spacing w:after="0"/>
      </w:pPr>
    </w:p>
    <w:p>
      <w:pPr>
        <w:spacing w:after="0"/>
      </w:pPr>
      <w:r>
        <w:rPr>
          <w:rFonts w:ascii="Arial" w:hAnsi="Arial"/>
          <w:b/>
          <w:sz w:val="22"/>
        </w:rPr>
        <w:t xml:space="preserve">Alice  </w:t>
      </w:r>
      <w:r>
        <w:rPr>
          <w:rFonts w:ascii="Arial" w:hAnsi="Arial"/>
          <w:color w:val="5D7284"/>
          <w:sz w:val="22"/>
        </w:rPr>
        <w:t>51:51</w:t>
      </w:r>
    </w:p>
    <w:p>
      <w:pPr>
        <w:spacing w:after="0"/>
      </w:pPr>
      <w:r>
        <w:rPr>
          <w:rFonts w:ascii="Arial" w:hAnsi="Arial"/>
          <w:sz w:val="22"/>
        </w:rPr>
        <w:t>Exactly I'm not missing out on the pub! (Lucy) Excuse</w:t>
      </w:r>
    </w:p>
    <w:p>
      <w:pPr>
        <w:spacing w:after="0"/>
      </w:pPr>
    </w:p>
    <w:p>
      <w:pPr>
        <w:spacing w:after="0"/>
      </w:pPr>
      <w:r>
        <w:rPr>
          <w:rFonts w:ascii="Arial" w:hAnsi="Arial"/>
          <w:b/>
          <w:sz w:val="22"/>
        </w:rPr>
        <w:t xml:space="preserve">Lucy  </w:t>
      </w:r>
      <w:r>
        <w:rPr>
          <w:rFonts w:ascii="Arial" w:hAnsi="Arial"/>
          <w:color w:val="5D7284"/>
          <w:sz w:val="22"/>
        </w:rPr>
        <w:t>51:52</w:t>
      </w:r>
    </w:p>
    <w:p>
      <w:pPr>
        <w:spacing w:after="0"/>
      </w:pPr>
      <w:r>
        <w:rPr>
          <w:rFonts w:ascii="Arial" w:hAnsi="Arial"/>
          <w:sz w:val="22"/>
        </w:rPr>
        <w:t>me. Yeah. But my mum does tend to she's like, she's like, Have you got this? if you got that if you got this? What happens when you get there? What time will you be back? And it's like, I've never left the house before (laughs). Have you got Have you got your debit card? Yes, mum. I've always got my debit card. (Lucy and Alice laugh) Of course, I got my debit. So you just go just fine. Everything's gonna be fine. I'm with my sister. No, like, I'm with a stranger, stranger danger. But bless her. So but that is that is just a general mum thing. I think that and again, it is the kind of oh she's going without me, rather than a....</w:t>
      </w:r>
    </w:p>
    <w:p>
      <w:pPr>
        <w:spacing w:after="0"/>
      </w:pPr>
    </w:p>
    <w:p>
      <w:pPr>
        <w:spacing w:after="0"/>
      </w:pPr>
      <w:r>
        <w:rPr>
          <w:rFonts w:ascii="Arial" w:hAnsi="Arial"/>
          <w:b/>
          <w:sz w:val="22"/>
        </w:rPr>
        <w:t xml:space="preserve">Alice  </w:t>
      </w:r>
      <w:r>
        <w:rPr>
          <w:rFonts w:ascii="Arial" w:hAnsi="Arial"/>
          <w:color w:val="5D7284"/>
          <w:sz w:val="22"/>
        </w:rPr>
        <w:t>52:25</w:t>
      </w:r>
    </w:p>
    <w:p>
      <w:pPr>
        <w:spacing w:after="0"/>
      </w:pPr>
      <w:r>
        <w:rPr>
          <w:rFonts w:ascii="Arial" w:hAnsi="Arial"/>
          <w:sz w:val="22"/>
        </w:rPr>
        <w:t>I think there is.... it must be, like, tenfold for parents of disabled children than it is for, you know, parents with non disabled children. And I think that's why I think that the things that you're doing Rosemary where you're, you know, you're working with this charity, and you're you're writing your book, it's I think people feel more confident. I sort of said this, at the beginning, people feel more confident speaking up about their experiences, if they've seen other people already speaking up about having had the same experience.</w:t>
      </w:r>
    </w:p>
    <w:p>
      <w:pPr>
        <w:spacing w:after="0"/>
      </w:pPr>
    </w:p>
    <w:p>
      <w:pPr>
        <w:spacing w:after="0"/>
      </w:pPr>
      <w:r>
        <w:rPr>
          <w:rFonts w:ascii="Arial" w:hAnsi="Arial"/>
          <w:b/>
          <w:sz w:val="22"/>
        </w:rPr>
        <w:t xml:space="preserve">Lucy  </w:t>
      </w:r>
      <w:r>
        <w:rPr>
          <w:rFonts w:ascii="Arial" w:hAnsi="Arial"/>
          <w:color w:val="5D7284"/>
          <w:sz w:val="22"/>
        </w:rPr>
        <w:t>53:03</w:t>
      </w:r>
    </w:p>
    <w:p>
      <w:pPr>
        <w:spacing w:after="0"/>
      </w:pPr>
      <w:r>
        <w:rPr>
          <w:rFonts w:ascii="Arial" w:hAnsi="Arial"/>
          <w:sz w:val="22"/>
        </w:rPr>
        <w:t>Yeah, it makes it....(Lucy) You're the person that's going to open the floodgates?</w:t>
      </w:r>
    </w:p>
    <w:p>
      <w:pPr>
        <w:spacing w:after="0"/>
      </w:pPr>
    </w:p>
    <w:p>
      <w:pPr>
        <w:spacing w:after="0"/>
      </w:pPr>
      <w:r>
        <w:rPr>
          <w:rFonts w:ascii="Arial" w:hAnsi="Arial"/>
          <w:b/>
          <w:sz w:val="22"/>
        </w:rPr>
        <w:t xml:space="preserve">Rosemary Richings  </w:t>
      </w:r>
      <w:r>
        <w:rPr>
          <w:rFonts w:ascii="Arial" w:hAnsi="Arial"/>
          <w:color w:val="5D7284"/>
          <w:sz w:val="22"/>
        </w:rPr>
        <w:t>53:07</w:t>
      </w:r>
    </w:p>
    <w:p>
      <w:pPr>
        <w:spacing w:after="0"/>
      </w:pPr>
      <w:r>
        <w:rPr>
          <w:rFonts w:ascii="Arial" w:hAnsi="Arial"/>
          <w:sz w:val="22"/>
        </w:rPr>
        <w:t>Yeah, cuz there's an example to compare it to and that's wonderful. (Lucy) Yeah. And that's important, and that enables people to go towards whatever feels natural to them.</w:t>
      </w:r>
    </w:p>
    <w:p>
      <w:pPr>
        <w:spacing w:after="0"/>
      </w:pPr>
    </w:p>
    <w:p>
      <w:pPr>
        <w:spacing w:after="0"/>
      </w:pPr>
      <w:r>
        <w:rPr>
          <w:rFonts w:ascii="Arial" w:hAnsi="Arial"/>
          <w:b/>
          <w:sz w:val="22"/>
        </w:rPr>
        <w:t xml:space="preserve">Lucy  </w:t>
      </w:r>
      <w:r>
        <w:rPr>
          <w:rFonts w:ascii="Arial" w:hAnsi="Arial"/>
          <w:color w:val="5D7284"/>
          <w:sz w:val="22"/>
        </w:rPr>
        <w:t>53:18</w:t>
      </w:r>
    </w:p>
    <w:p>
      <w:pPr>
        <w:spacing w:after="0"/>
      </w:pPr>
      <w:r>
        <w:rPr>
          <w:rFonts w:ascii="Arial" w:hAnsi="Arial"/>
          <w:sz w:val="22"/>
        </w:rPr>
        <w:t>Yeah, great stuff.</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Yeah. I like that. That's a really nice way of phrasing it. About what feels natural for them (Lucy) Yeah. I like that.</w:t>
      </w:r>
    </w:p>
    <w:p>
      <w:pPr>
        <w:spacing w:after="0"/>
      </w:pPr>
    </w:p>
    <w:p>
      <w:pPr>
        <w:spacing w:after="0"/>
      </w:pPr>
      <w:r>
        <w:rPr>
          <w:rFonts w:ascii="Arial" w:hAnsi="Arial"/>
          <w:b/>
          <w:sz w:val="22"/>
        </w:rPr>
        <w:t xml:space="preserve">Lucy  </w:t>
      </w:r>
      <w:r>
        <w:rPr>
          <w:rFonts w:ascii="Arial" w:hAnsi="Arial"/>
          <w:color w:val="5D7284"/>
          <w:sz w:val="22"/>
        </w:rPr>
        <w:t>53:25</w:t>
      </w:r>
    </w:p>
    <w:p>
      <w:pPr>
        <w:spacing w:after="0"/>
      </w:pPr>
      <w:r>
        <w:rPr>
          <w:rFonts w:ascii="Arial" w:hAnsi="Arial"/>
          <w:sz w:val="22"/>
        </w:rPr>
        <w:t>They can come to their own conclusion can't they, of okay maybe I don't feel like such a weirdo anymore. And there is stuff out there. But you know, people out there that are helping people. And I could... there is a way through this that I can navigate now. So thing you should be very proud of Rosemary. (Rosemary) Yeah.</w:t>
      </w:r>
    </w:p>
    <w:p>
      <w:pPr>
        <w:spacing w:after="0"/>
      </w:pPr>
    </w:p>
    <w:p>
      <w:pPr>
        <w:spacing w:after="0"/>
      </w:pPr>
      <w:r>
        <w:rPr>
          <w:rFonts w:ascii="Arial" w:hAnsi="Arial"/>
          <w:b/>
          <w:sz w:val="22"/>
        </w:rPr>
        <w:t xml:space="preserve">Alice  </w:t>
      </w:r>
      <w:r>
        <w:rPr>
          <w:rFonts w:ascii="Arial" w:hAnsi="Arial"/>
          <w:color w:val="5D7284"/>
          <w:sz w:val="22"/>
        </w:rPr>
        <w:t>53:47</w:t>
      </w:r>
    </w:p>
    <w:p>
      <w:pPr>
        <w:spacing w:after="0"/>
      </w:pPr>
      <w:r>
        <w:rPr>
          <w:rFonts w:ascii="Arial" w:hAnsi="Arial"/>
          <w:sz w:val="22"/>
        </w:rPr>
        <w:t>What would you say in the work that you're doing with kind of parents and young people? What would you say is the thing that is the most kind of common or challenging experience for dyspraxic people?</w:t>
      </w:r>
    </w:p>
    <w:p>
      <w:pPr>
        <w:spacing w:after="0"/>
      </w:pPr>
    </w:p>
    <w:p>
      <w:pPr>
        <w:spacing w:after="0"/>
      </w:pPr>
      <w:r>
        <w:rPr>
          <w:rFonts w:ascii="Arial" w:hAnsi="Arial"/>
          <w:b/>
          <w:sz w:val="22"/>
        </w:rPr>
        <w:t xml:space="preserve">Rosemary Richings  </w:t>
      </w:r>
      <w:r>
        <w:rPr>
          <w:rFonts w:ascii="Arial" w:hAnsi="Arial"/>
          <w:color w:val="5D7284"/>
          <w:sz w:val="22"/>
        </w:rPr>
        <w:t>53:59</w:t>
      </w:r>
    </w:p>
    <w:p>
      <w:pPr>
        <w:spacing w:after="0"/>
      </w:pPr>
      <w:r>
        <w:rPr>
          <w:rFonts w:ascii="Arial" w:hAnsi="Arial"/>
          <w:sz w:val="22"/>
        </w:rPr>
        <w:t>Really just the misconception that somehow it's a barrier to success as harsh as that sounds, and because people don't know if they're gonna get the right support and work there. They don't know if people are going to understand the condition itself. And I think that's where the parent part gets quite concerned.</w:t>
      </w:r>
    </w:p>
    <w:p>
      <w:pPr>
        <w:spacing w:after="0"/>
      </w:pPr>
    </w:p>
    <w:p>
      <w:pPr>
        <w:spacing w:after="0"/>
      </w:pPr>
      <w:r>
        <w:rPr>
          <w:rFonts w:ascii="Arial" w:hAnsi="Arial"/>
          <w:b/>
          <w:sz w:val="22"/>
        </w:rPr>
        <w:t xml:space="preserve">Lucy  </w:t>
      </w:r>
      <w:r>
        <w:rPr>
          <w:rFonts w:ascii="Arial" w:hAnsi="Arial"/>
          <w:color w:val="5D7284"/>
          <w:sz w:val="22"/>
        </w:rPr>
        <w:t>54:23</w:t>
      </w:r>
    </w:p>
    <w:p>
      <w:pPr>
        <w:spacing w:after="0"/>
      </w:pPr>
      <w:r>
        <w:rPr>
          <w:rFonts w:ascii="Arial" w:hAnsi="Arial"/>
          <w:sz w:val="22"/>
        </w:rPr>
        <w:t>do you think diagnosis of dyspraxia are getting more common these days. Now that, you know, neurodiversity? I think that people are much more aware aren't they have neurodiversity is as a whole. do you think that has improved the diagnosis of dyspraxia in general?</w:t>
      </w:r>
    </w:p>
    <w:p>
      <w:pPr>
        <w:spacing w:after="0"/>
      </w:pPr>
    </w:p>
    <w:p>
      <w:pPr>
        <w:spacing w:after="0"/>
      </w:pPr>
      <w:r>
        <w:rPr>
          <w:rFonts w:ascii="Arial" w:hAnsi="Arial"/>
          <w:b/>
          <w:sz w:val="22"/>
        </w:rPr>
        <w:t xml:space="preserve">Rosemary Richings  </w:t>
      </w:r>
      <w:r>
        <w:rPr>
          <w:rFonts w:ascii="Arial" w:hAnsi="Arial"/>
          <w:color w:val="5D7284"/>
          <w:sz w:val="22"/>
        </w:rPr>
        <w:t>54:44</w:t>
      </w:r>
    </w:p>
    <w:p>
      <w:pPr>
        <w:spacing w:after="0"/>
      </w:pPr>
      <w:r>
        <w:rPr>
          <w:rFonts w:ascii="Arial" w:hAnsi="Arial"/>
          <w:sz w:val="22"/>
        </w:rPr>
        <w:t>A little bit? Yeah, I mean, it's not quite there with perfect yet, but yea. (Lucy) No. At least they're starting to be people that are realizing that maybe there's something like that going on. And...</w:t>
      </w:r>
    </w:p>
    <w:p>
      <w:pPr>
        <w:spacing w:after="0"/>
      </w:pPr>
    </w:p>
    <w:p>
      <w:pPr>
        <w:spacing w:after="0"/>
      </w:pPr>
      <w:r>
        <w:rPr>
          <w:rFonts w:ascii="Arial" w:hAnsi="Arial"/>
          <w:b/>
          <w:sz w:val="22"/>
        </w:rPr>
        <w:t xml:space="preserve">Lucy  </w:t>
      </w:r>
      <w:r>
        <w:rPr>
          <w:rFonts w:ascii="Arial" w:hAnsi="Arial"/>
          <w:color w:val="5D7284"/>
          <w:sz w:val="22"/>
        </w:rPr>
        <w:t>54:57</w:t>
      </w:r>
    </w:p>
    <w:p>
      <w:pPr>
        <w:spacing w:after="0"/>
      </w:pPr>
      <w:r>
        <w:rPr>
          <w:rFonts w:ascii="Arial" w:hAnsi="Arial"/>
          <w:sz w:val="22"/>
        </w:rPr>
        <w:t>Yeah, that's go to be helpful hasn't it really, it's gonna be, it's gonna give you... that's gonna give you hope for the future for other people.</w:t>
      </w:r>
    </w:p>
    <w:p>
      <w:pPr>
        <w:spacing w:after="0"/>
      </w:pPr>
    </w:p>
    <w:p>
      <w:pPr>
        <w:spacing w:after="0"/>
      </w:pPr>
      <w:r>
        <w:rPr>
          <w:rFonts w:ascii="Arial" w:hAnsi="Arial"/>
          <w:b/>
          <w:sz w:val="22"/>
        </w:rPr>
        <w:t xml:space="preserve">Rosemary Richings  </w:t>
      </w:r>
      <w:r>
        <w:rPr>
          <w:rFonts w:ascii="Arial" w:hAnsi="Arial"/>
          <w:color w:val="5D7284"/>
          <w:sz w:val="22"/>
        </w:rPr>
        <w:t>55:05</w:t>
      </w:r>
    </w:p>
    <w:p>
      <w:pPr>
        <w:spacing w:after="0"/>
      </w:pPr>
      <w:r>
        <w:rPr>
          <w:rFonts w:ascii="Arial" w:hAnsi="Arial"/>
          <w:sz w:val="22"/>
        </w:rPr>
        <w:t>Yeah, I mean, especially because I started with they're not really being much around and and if I can be one to change that that's wonderful. (Lucy) Absolutely. (Alice) Yeah,</w:t>
      </w:r>
    </w:p>
    <w:p>
      <w:pPr>
        <w:spacing w:after="0"/>
      </w:pPr>
    </w:p>
    <w:p>
      <w:pPr>
        <w:spacing w:after="0"/>
      </w:pPr>
      <w:r>
        <w:rPr>
          <w:rFonts w:ascii="Arial" w:hAnsi="Arial"/>
          <w:b/>
          <w:sz w:val="22"/>
        </w:rPr>
        <w:t xml:space="preserve">Alice  </w:t>
      </w:r>
      <w:r>
        <w:rPr>
          <w:rFonts w:ascii="Arial" w:hAnsi="Arial"/>
          <w:color w:val="5D7284"/>
          <w:sz w:val="22"/>
        </w:rPr>
        <w:t>55:15</w:t>
      </w:r>
    </w:p>
    <w:p>
      <w:pPr>
        <w:spacing w:after="0"/>
      </w:pPr>
      <w:r>
        <w:rPr>
          <w:rFonts w:ascii="Arial" w:hAnsi="Arial"/>
          <w:sz w:val="22"/>
        </w:rPr>
        <w:t>it feels like, like when we were younger people were starting to go, oh, dyslexia is a thing..(Lucy) Yeah. And sort of beginning to recognize that and it almost feels like, people started going, Okay, I understand what dyslexia is. And then people started going, Oh, I think I understand what this dyscalcula is. And it's like, we're now people are starting to go, Oh, I think I actually understand what dyspraxia is and what it means now rather than just being. Yeah, yeah. (Lucy) Yeah. Yeah, it feels like one of those things that like, it's people's awareness is increasing. (Lucy) Absolutely. This has been really interesting Rosemary, was there anything else in particular that you kind of wanted to share with us? you know, about your, your writing and your, your process of writing your book or the work that you're doing?</w:t>
      </w:r>
    </w:p>
    <w:p>
      <w:pPr>
        <w:spacing w:after="0"/>
      </w:pPr>
    </w:p>
    <w:p>
      <w:pPr>
        <w:spacing w:after="0"/>
      </w:pPr>
      <w:r>
        <w:rPr>
          <w:rFonts w:ascii="Arial" w:hAnsi="Arial"/>
          <w:b/>
          <w:sz w:val="22"/>
        </w:rPr>
        <w:t xml:space="preserve">Rosemary Richings  </w:t>
      </w:r>
      <w:r>
        <w:rPr>
          <w:rFonts w:ascii="Arial" w:hAnsi="Arial"/>
          <w:color w:val="5D7284"/>
          <w:sz w:val="22"/>
        </w:rPr>
        <w:t>56:07</w:t>
      </w:r>
    </w:p>
    <w:p>
      <w:pPr>
        <w:spacing w:after="0"/>
      </w:pPr>
      <w:r>
        <w:rPr>
          <w:rFonts w:ascii="Arial" w:hAnsi="Arial"/>
          <w:sz w:val="22"/>
        </w:rPr>
        <w:t>Yeah, you know, in terms of the book process, I really just worked off a lot of medical documentation that I worked off of, I had a really good mentor that helped me keep focus on what topics were the most important. And it really opened up the floodgates for having a better relationship with people who are part of the process back in the day, and like my parents, for example. And it's really started to crossover with my other work, where I'm starting to see where the future is heading, in terms of, it's amazing, for example, to be able to go into more like corporate settings, and someone wanting to hear more about this and to see some level of value and that or needing resource on that or something like that.</w:t>
      </w:r>
    </w:p>
    <w:p>
      <w:pPr>
        <w:spacing w:after="0"/>
      </w:pPr>
    </w:p>
    <w:p>
      <w:pPr>
        <w:spacing w:after="0"/>
      </w:pPr>
      <w:r>
        <w:rPr>
          <w:rFonts w:ascii="Arial" w:hAnsi="Arial"/>
          <w:b/>
          <w:sz w:val="22"/>
        </w:rPr>
        <w:t xml:space="preserve">Lucy  </w:t>
      </w:r>
      <w:r>
        <w:rPr>
          <w:rFonts w:ascii="Arial" w:hAnsi="Arial"/>
          <w:color w:val="5D7284"/>
          <w:sz w:val="22"/>
        </w:rPr>
        <w:t>56:58</w:t>
      </w:r>
    </w:p>
    <w:p>
      <w:pPr>
        <w:spacing w:after="0"/>
      </w:pPr>
      <w:r>
        <w:rPr>
          <w:rFonts w:ascii="Arial" w:hAnsi="Arial"/>
          <w:sz w:val="22"/>
        </w:rPr>
        <w:t>So what's next for you, then Rosemary, is it another book? Or is it is it? was it? is it more talks? is it more working with young people? Tell me about what's next for you?</w:t>
      </w:r>
    </w:p>
    <w:p>
      <w:pPr>
        <w:spacing w:after="0"/>
      </w:pPr>
    </w:p>
    <w:p>
      <w:pPr>
        <w:spacing w:after="0"/>
      </w:pPr>
      <w:r>
        <w:rPr>
          <w:rFonts w:ascii="Arial" w:hAnsi="Arial"/>
          <w:b/>
          <w:sz w:val="22"/>
        </w:rPr>
        <w:t xml:space="preserve">Rosemary Richings  </w:t>
      </w:r>
      <w:r>
        <w:rPr>
          <w:rFonts w:ascii="Arial" w:hAnsi="Arial"/>
          <w:color w:val="5D7284"/>
          <w:sz w:val="22"/>
        </w:rPr>
        <w:t>57:08</w:t>
      </w:r>
    </w:p>
    <w:p>
      <w:pPr>
        <w:spacing w:after="0"/>
      </w:pPr>
      <w:r>
        <w:rPr>
          <w:rFonts w:ascii="Arial" w:hAnsi="Arial"/>
          <w:sz w:val="22"/>
        </w:rPr>
        <w:t>While I'm shopping around book two? I don't have a home for Book two yet. But I I've been doing some freelance work on bit of freelance journalism and working with some more clients, corporate clients as well. And I'm hoping to do more talks this year, because the talks have been really enlightening and interesting. (Lucy) Yeah,</w:t>
      </w:r>
    </w:p>
    <w:p>
      <w:pPr>
        <w:spacing w:after="0"/>
      </w:pPr>
    </w:p>
    <w:p>
      <w:pPr>
        <w:spacing w:after="0"/>
      </w:pPr>
      <w:r>
        <w:rPr>
          <w:rFonts w:ascii="Arial" w:hAnsi="Arial"/>
          <w:b/>
          <w:sz w:val="22"/>
        </w:rPr>
        <w:t xml:space="preserve">Lucy  </w:t>
      </w:r>
      <w:r>
        <w:rPr>
          <w:rFonts w:ascii="Arial" w:hAnsi="Arial"/>
          <w:color w:val="5D7284"/>
          <w:sz w:val="22"/>
        </w:rPr>
        <w:t>57:31</w:t>
      </w:r>
    </w:p>
    <w:p>
      <w:pPr>
        <w:spacing w:after="0"/>
      </w:pPr>
      <w:r>
        <w:rPr>
          <w:rFonts w:ascii="Arial" w:hAnsi="Arial"/>
          <w:sz w:val="22"/>
        </w:rPr>
        <w:t>absolutely. Well, if this podcast episode is anything to go by I'm sure you'll have lots of people banging on the door for talk from you Rosemary. So thank you very much for your time today. (Rosemary) Yeah.</w:t>
      </w:r>
    </w:p>
    <w:p>
      <w:pPr>
        <w:spacing w:after="0"/>
      </w:pPr>
    </w:p>
    <w:p>
      <w:pPr>
        <w:spacing w:after="0"/>
      </w:pPr>
      <w:r>
        <w:rPr>
          <w:rFonts w:ascii="Arial" w:hAnsi="Arial"/>
          <w:b/>
          <w:sz w:val="22"/>
        </w:rPr>
        <w:t xml:space="preserve">Alice  </w:t>
      </w:r>
      <w:r>
        <w:rPr>
          <w:rFonts w:ascii="Arial" w:hAnsi="Arial"/>
          <w:color w:val="5D7284"/>
          <w:sz w:val="22"/>
        </w:rPr>
        <w:t>57:43</w:t>
      </w:r>
    </w:p>
    <w:p>
      <w:pPr>
        <w:spacing w:after="0"/>
      </w:pPr>
      <w:r>
        <w:rPr>
          <w:rFonts w:ascii="Arial" w:hAnsi="Arial"/>
          <w:sz w:val="22"/>
        </w:rPr>
        <w:t>Where can people find your book? What's your book called? We haven't mentioned that yet? (Rosemary) Oh, yeah. You mentioned at the very beginning of the show, so..(Rosemary) Stumbling</w:t>
      </w:r>
    </w:p>
    <w:p>
      <w:pPr>
        <w:spacing w:after="0"/>
      </w:pPr>
    </w:p>
    <w:p>
      <w:pPr>
        <w:spacing w:after="0"/>
      </w:pPr>
      <w:r>
        <w:rPr>
          <w:rFonts w:ascii="Arial" w:hAnsi="Arial"/>
          <w:b/>
          <w:sz w:val="22"/>
        </w:rPr>
        <w:t xml:space="preserve">Rosemary Richings  </w:t>
      </w:r>
      <w:r>
        <w:rPr>
          <w:rFonts w:ascii="Arial" w:hAnsi="Arial"/>
          <w:color w:val="5D7284"/>
          <w:sz w:val="22"/>
        </w:rPr>
        <w:t>57:50</w:t>
      </w:r>
    </w:p>
    <w:p>
      <w:pPr>
        <w:spacing w:after="0"/>
      </w:pPr>
      <w:r>
        <w:rPr>
          <w:rFonts w:ascii="Arial" w:hAnsi="Arial"/>
          <w:sz w:val="22"/>
        </w:rPr>
        <w:t>through space and time living life with dyspraxia and basically wherever your nearest bookstore is, or online retailers like Amazon, and etc. Yeah, and in terms of where you can find me, my website is basically my first name, my last name, RosemaryRichings.com. And I love Twitter. I'm very addicted to Twitter. So @ Rosiemay_r. Yeah, Rosiemay_r.</w:t>
      </w:r>
    </w:p>
    <w:p>
      <w:pPr>
        <w:spacing w:after="0"/>
      </w:pPr>
    </w:p>
    <w:p>
      <w:pPr>
        <w:spacing w:after="0"/>
      </w:pPr>
      <w:r>
        <w:rPr>
          <w:rFonts w:ascii="Arial" w:hAnsi="Arial"/>
          <w:b/>
          <w:sz w:val="22"/>
        </w:rPr>
        <w:t xml:space="preserve">Lucy  </w:t>
      </w:r>
      <w:r>
        <w:rPr>
          <w:rFonts w:ascii="Arial" w:hAnsi="Arial"/>
          <w:color w:val="5D7284"/>
          <w:sz w:val="22"/>
        </w:rPr>
        <w:t>58:24</w:t>
      </w:r>
    </w:p>
    <w:p>
      <w:pPr>
        <w:spacing w:after="0"/>
      </w:pPr>
      <w:r>
        <w:rPr>
          <w:rFonts w:ascii="Arial" w:hAnsi="Arial"/>
          <w:sz w:val="22"/>
        </w:rPr>
        <w:t>Yeah, fabulous. Well, if you go, if you can provide us all your links to your book, and everything, we'll make sure that it's in the show notes for when this episode is out on our podcast players, and we can include that in the show notes so people can find you easily. (Rosemary)Yeah. So they don't have to remember where exactly the underscore is. (laughs) They can just click on it. (Alice laughs)</w:t>
      </w:r>
    </w:p>
    <w:p>
      <w:pPr>
        <w:spacing w:after="0"/>
      </w:pPr>
    </w:p>
    <w:p>
      <w:pPr>
        <w:spacing w:after="0"/>
      </w:pPr>
      <w:r>
        <w:rPr>
          <w:rFonts w:ascii="Arial" w:hAnsi="Arial"/>
          <w:b/>
          <w:sz w:val="22"/>
        </w:rPr>
        <w:t xml:space="preserve">Alice  </w:t>
      </w:r>
      <w:r>
        <w:rPr>
          <w:rFonts w:ascii="Arial" w:hAnsi="Arial"/>
          <w:color w:val="5D7284"/>
          <w:sz w:val="22"/>
        </w:rPr>
        <w:t>58:46</w:t>
      </w:r>
    </w:p>
    <w:p>
      <w:pPr>
        <w:spacing w:after="0"/>
      </w:pPr>
      <w:r>
        <w:rPr>
          <w:rFonts w:ascii="Arial" w:hAnsi="Arial"/>
          <w:sz w:val="22"/>
        </w:rPr>
        <w:t>Yes, thank you so much, Rosemary. This has been brilliant. And thank you, all of you out there in listening land for listening. I hope you've enjoyed the episode and we will see you next time. (Alice &amp; Lucy) Bye.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59:14</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