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9502F" w14:textId="77777777" w:rsidR="00930F33" w:rsidRDefault="00930F33">
      <w:pPr>
        <w:spacing w:after="0"/>
        <w:rPr>
          <w:lang w:eastAsia="zh-CN"/>
        </w:rPr>
      </w:pPr>
    </w:p>
    <w:p w14:paraId="29F60ED7" w14:textId="6A806121" w:rsidR="00E865AD" w:rsidRDefault="00C81F08">
      <w:r>
        <w:rPr>
          <w:rFonts w:ascii="Arial" w:hAnsi="Arial"/>
          <w:sz w:val="48"/>
        </w:rPr>
        <w:t>lABLEd</w:t>
      </w:r>
      <w:r w:rsidR="00000000">
        <w:rPr>
          <w:rFonts w:ascii="Arial" w:hAnsi="Arial"/>
          <w:sz w:val="48"/>
        </w:rPr>
        <w:t xml:space="preserve"> ep 48 Ashley </w:t>
      </w:r>
      <w:proofErr w:type="spellStart"/>
      <w:r w:rsidR="00000000">
        <w:rPr>
          <w:rFonts w:ascii="Arial" w:hAnsi="Arial"/>
          <w:sz w:val="48"/>
        </w:rPr>
        <w:t>Stanners</w:t>
      </w:r>
      <w:proofErr w:type="spellEnd"/>
    </w:p>
    <w:p w14:paraId="73DA0B71" w14:textId="6B39A004" w:rsidR="00E865AD" w:rsidRPr="00C81F08" w:rsidRDefault="00C81F08">
      <w:pPr>
        <w:spacing w:after="0"/>
        <w:rPr>
          <w:b/>
          <w:bCs/>
          <w:u w:val="single"/>
        </w:rPr>
      </w:pPr>
      <w:r w:rsidRPr="00C81F08">
        <w:rPr>
          <w:b/>
          <w:bCs/>
          <w:u w:val="single"/>
        </w:rPr>
        <w:t xml:space="preserve">Trigger Warning:  This Episode contains mention of death by </w:t>
      </w:r>
      <w:proofErr w:type="gramStart"/>
      <w:r w:rsidRPr="00C81F08">
        <w:rPr>
          <w:b/>
          <w:bCs/>
          <w:u w:val="single"/>
        </w:rPr>
        <w:t>Dementia</w:t>
      </w:r>
      <w:proofErr w:type="gramEnd"/>
      <w:r w:rsidRPr="00C81F08">
        <w:rPr>
          <w:b/>
          <w:bCs/>
          <w:u w:val="single"/>
        </w:rPr>
        <w:t xml:space="preserve"> </w:t>
      </w:r>
    </w:p>
    <w:p w14:paraId="0B59DFC1" w14:textId="77777777" w:rsidR="00C81F08" w:rsidRDefault="00C81F08">
      <w:pPr>
        <w:spacing w:after="0"/>
        <w:rPr>
          <w:rFonts w:ascii="Arial" w:hAnsi="Arial"/>
          <w:b/>
        </w:rPr>
      </w:pPr>
    </w:p>
    <w:p w14:paraId="0EF5F227" w14:textId="1CBCA02F" w:rsidR="00E865AD" w:rsidRDefault="00000000">
      <w:pPr>
        <w:spacing w:after="0"/>
      </w:pPr>
      <w:r>
        <w:rPr>
          <w:rFonts w:ascii="Arial" w:hAnsi="Arial"/>
          <w:b/>
        </w:rPr>
        <w:t xml:space="preserve">Lucy  </w:t>
      </w:r>
      <w:r>
        <w:rPr>
          <w:rFonts w:ascii="Arial" w:hAnsi="Arial"/>
          <w:color w:val="5D7284"/>
        </w:rPr>
        <w:t>00:00</w:t>
      </w:r>
    </w:p>
    <w:p w14:paraId="0C577EA3" w14:textId="77777777" w:rsidR="00E865AD" w:rsidRDefault="00000000">
      <w:pPr>
        <w:spacing w:after="0"/>
      </w:pPr>
      <w:r>
        <w:rPr>
          <w:rFonts w:ascii="Arial" w:hAnsi="Arial"/>
        </w:rPr>
        <w:t xml:space="preserve">Welcome to the lABLEd </w:t>
      </w:r>
      <w:proofErr w:type="gramStart"/>
      <w:r>
        <w:rPr>
          <w:rFonts w:ascii="Arial" w:hAnsi="Arial"/>
        </w:rPr>
        <w:t>Podcast</w:t>
      </w:r>
      <w:proofErr w:type="gramEnd"/>
      <w:r>
        <w:rPr>
          <w:rFonts w:ascii="Arial" w:hAnsi="Arial"/>
        </w:rPr>
        <w:t xml:space="preserve"> a show about disability illness difference. I'm Lucy and </w:t>
      </w:r>
    </w:p>
    <w:p w14:paraId="13A1FD19" w14:textId="77777777" w:rsidR="00E865AD" w:rsidRDefault="00E865AD">
      <w:pPr>
        <w:spacing w:after="0"/>
      </w:pPr>
    </w:p>
    <w:p w14:paraId="48775F4E" w14:textId="77777777" w:rsidR="00E865AD" w:rsidRDefault="00000000">
      <w:pPr>
        <w:spacing w:after="0"/>
      </w:pPr>
      <w:r>
        <w:rPr>
          <w:rFonts w:ascii="Arial" w:hAnsi="Arial"/>
          <w:b/>
        </w:rPr>
        <w:t xml:space="preserve">Alice  </w:t>
      </w:r>
      <w:r>
        <w:rPr>
          <w:rFonts w:ascii="Arial" w:hAnsi="Arial"/>
          <w:color w:val="5D7284"/>
        </w:rPr>
        <w:t>00:07</w:t>
      </w:r>
    </w:p>
    <w:p w14:paraId="26900828" w14:textId="77777777" w:rsidR="00E865AD" w:rsidRDefault="00000000">
      <w:pPr>
        <w:spacing w:after="0"/>
      </w:pPr>
      <w:r>
        <w:rPr>
          <w:rFonts w:ascii="Arial" w:hAnsi="Arial"/>
        </w:rPr>
        <w:t xml:space="preserve">And I'm Alice... (Dog Barks) and that's </w:t>
      </w:r>
      <w:proofErr w:type="gramStart"/>
      <w:r>
        <w:rPr>
          <w:rFonts w:ascii="Arial" w:hAnsi="Arial"/>
        </w:rPr>
        <w:t>Lola</w:t>
      </w:r>
      <w:proofErr w:type="gramEnd"/>
    </w:p>
    <w:p w14:paraId="7E95B1AE" w14:textId="77777777" w:rsidR="00E865AD" w:rsidRDefault="00E865AD">
      <w:pPr>
        <w:spacing w:after="0"/>
      </w:pPr>
    </w:p>
    <w:p w14:paraId="4FCE6788" w14:textId="77777777" w:rsidR="00E865AD" w:rsidRDefault="00000000">
      <w:pPr>
        <w:spacing w:after="0"/>
      </w:pPr>
      <w:r>
        <w:rPr>
          <w:rFonts w:ascii="Arial" w:hAnsi="Arial"/>
          <w:b/>
        </w:rPr>
        <w:t xml:space="preserve">Theme Tune  </w:t>
      </w:r>
      <w:r>
        <w:rPr>
          <w:rFonts w:ascii="Arial" w:hAnsi="Arial"/>
          <w:color w:val="5D7284"/>
        </w:rPr>
        <w:t>00:11</w:t>
      </w:r>
    </w:p>
    <w:p w14:paraId="3C66A80B" w14:textId="77777777" w:rsidR="00E865AD" w:rsidRDefault="00000000">
      <w:pPr>
        <w:spacing w:after="0"/>
      </w:pPr>
      <w:r>
        <w:rPr>
          <w:rFonts w:ascii="Arial" w:hAnsi="Arial"/>
        </w:rPr>
        <w:t xml:space="preserve">we all live our lives </w:t>
      </w:r>
      <w:proofErr w:type="spellStart"/>
      <w:r>
        <w:rPr>
          <w:rFonts w:ascii="Arial" w:hAnsi="Arial"/>
        </w:rPr>
        <w:t>diffrently</w:t>
      </w:r>
      <w:proofErr w:type="spellEnd"/>
      <w:r>
        <w:rPr>
          <w:rFonts w:ascii="Arial" w:hAnsi="Arial"/>
        </w:rPr>
        <w:t xml:space="preserve">, </w:t>
      </w:r>
      <w:proofErr w:type="spellStart"/>
      <w:r>
        <w:rPr>
          <w:rFonts w:ascii="Arial" w:hAnsi="Arial"/>
        </w:rPr>
        <w:t>Kaledascope</w:t>
      </w:r>
      <w:proofErr w:type="spellEnd"/>
      <w:r>
        <w:rPr>
          <w:rFonts w:ascii="Arial" w:hAnsi="Arial"/>
        </w:rPr>
        <w:t xml:space="preserve"> </w:t>
      </w:r>
      <w:proofErr w:type="spellStart"/>
      <w:r>
        <w:rPr>
          <w:rFonts w:ascii="Arial" w:hAnsi="Arial"/>
        </w:rPr>
        <w:t>Idenitity</w:t>
      </w:r>
      <w:proofErr w:type="spellEnd"/>
      <w:r>
        <w:rPr>
          <w:rFonts w:ascii="Arial" w:hAnsi="Arial"/>
        </w:rPr>
        <w:t xml:space="preserve">, and this is who I'm meant to  be, </w:t>
      </w:r>
      <w:proofErr w:type="spellStart"/>
      <w:r>
        <w:rPr>
          <w:rFonts w:ascii="Arial" w:hAnsi="Arial"/>
        </w:rPr>
        <w:t>i'm</w:t>
      </w:r>
      <w:proofErr w:type="spellEnd"/>
      <w:r>
        <w:rPr>
          <w:rFonts w:ascii="Arial" w:hAnsi="Arial"/>
        </w:rPr>
        <w:t xml:space="preserve"> just labeled me, I'm </w:t>
      </w:r>
      <w:proofErr w:type="spellStart"/>
      <w:r>
        <w:rPr>
          <w:rFonts w:ascii="Arial" w:hAnsi="Arial"/>
        </w:rPr>
        <w:t>juswt</w:t>
      </w:r>
      <w:proofErr w:type="spellEnd"/>
      <w:r>
        <w:rPr>
          <w:rFonts w:ascii="Arial" w:hAnsi="Arial"/>
        </w:rPr>
        <w:t xml:space="preserve"> </w:t>
      </w:r>
      <w:proofErr w:type="spellStart"/>
      <w:r>
        <w:rPr>
          <w:rFonts w:ascii="Arial" w:hAnsi="Arial"/>
        </w:rPr>
        <w:t>labled</w:t>
      </w:r>
      <w:proofErr w:type="spellEnd"/>
      <w:r>
        <w:rPr>
          <w:rFonts w:ascii="Arial" w:hAnsi="Arial"/>
        </w:rPr>
        <w:t xml:space="preserve"> me, I'm just </w:t>
      </w:r>
      <w:proofErr w:type="spellStart"/>
      <w:r>
        <w:rPr>
          <w:rFonts w:ascii="Arial" w:hAnsi="Arial"/>
        </w:rPr>
        <w:t>labled</w:t>
      </w:r>
      <w:proofErr w:type="spellEnd"/>
      <w:r>
        <w:rPr>
          <w:rFonts w:ascii="Arial" w:hAnsi="Arial"/>
        </w:rPr>
        <w:t xml:space="preserve"> </w:t>
      </w:r>
      <w:proofErr w:type="gramStart"/>
      <w:r>
        <w:rPr>
          <w:rFonts w:ascii="Arial" w:hAnsi="Arial"/>
        </w:rPr>
        <w:t>me</w:t>
      </w:r>
      <w:proofErr w:type="gramEnd"/>
      <w:r>
        <w:rPr>
          <w:rFonts w:ascii="Arial" w:hAnsi="Arial"/>
        </w:rPr>
        <w:t xml:space="preserve">  </w:t>
      </w:r>
    </w:p>
    <w:p w14:paraId="49498D74" w14:textId="77777777" w:rsidR="00E865AD" w:rsidRDefault="00E865AD">
      <w:pPr>
        <w:spacing w:after="0"/>
      </w:pPr>
    </w:p>
    <w:p w14:paraId="25C484B7" w14:textId="77777777" w:rsidR="00E865AD" w:rsidRDefault="00000000">
      <w:pPr>
        <w:spacing w:after="0"/>
      </w:pPr>
      <w:r>
        <w:rPr>
          <w:rFonts w:ascii="Arial" w:hAnsi="Arial"/>
          <w:b/>
        </w:rPr>
        <w:t xml:space="preserve">Lucy  </w:t>
      </w:r>
      <w:r>
        <w:rPr>
          <w:rFonts w:ascii="Arial" w:hAnsi="Arial"/>
          <w:color w:val="5D7284"/>
        </w:rPr>
        <w:t>00:36</w:t>
      </w:r>
    </w:p>
    <w:p w14:paraId="7F2437B2" w14:textId="77777777" w:rsidR="00E865AD" w:rsidRDefault="00000000">
      <w:pPr>
        <w:spacing w:after="0"/>
      </w:pPr>
      <w:r>
        <w:rPr>
          <w:rFonts w:ascii="Arial" w:hAnsi="Arial"/>
        </w:rPr>
        <w:t xml:space="preserve">don't forget in this episode, I might swear Lucy might cry and you can check out details of the trigger warnings on our website. </w:t>
      </w:r>
    </w:p>
    <w:p w14:paraId="2B7991FD" w14:textId="77777777" w:rsidR="00E865AD" w:rsidRDefault="00E865AD">
      <w:pPr>
        <w:spacing w:after="0"/>
      </w:pPr>
    </w:p>
    <w:p w14:paraId="71E26728" w14:textId="77777777" w:rsidR="00E865AD" w:rsidRDefault="00000000">
      <w:pPr>
        <w:spacing w:after="0"/>
      </w:pPr>
      <w:r>
        <w:rPr>
          <w:rFonts w:ascii="Arial" w:hAnsi="Arial"/>
          <w:b/>
        </w:rPr>
        <w:t xml:space="preserve">Alice  </w:t>
      </w:r>
      <w:r>
        <w:rPr>
          <w:rFonts w:ascii="Arial" w:hAnsi="Arial"/>
          <w:color w:val="5D7284"/>
        </w:rPr>
        <w:t>00:44</w:t>
      </w:r>
    </w:p>
    <w:p w14:paraId="159C57FA" w14:textId="77777777" w:rsidR="00E865AD" w:rsidRDefault="00000000">
      <w:pPr>
        <w:spacing w:after="0"/>
      </w:pPr>
      <w:proofErr w:type="gramStart"/>
      <w:r>
        <w:rPr>
          <w:rFonts w:ascii="Arial" w:hAnsi="Arial"/>
        </w:rPr>
        <w:t>hello</w:t>
      </w:r>
      <w:proofErr w:type="gramEnd"/>
      <w:r>
        <w:rPr>
          <w:rFonts w:ascii="Arial" w:hAnsi="Arial"/>
        </w:rPr>
        <w:t xml:space="preserve"> everybody </w:t>
      </w:r>
      <w:proofErr w:type="gramStart"/>
      <w:r>
        <w:rPr>
          <w:rFonts w:ascii="Arial" w:hAnsi="Arial"/>
        </w:rPr>
        <w:t>welcome</w:t>
      </w:r>
      <w:proofErr w:type="gramEnd"/>
      <w:r>
        <w:rPr>
          <w:rFonts w:ascii="Arial" w:hAnsi="Arial"/>
        </w:rPr>
        <w:t xml:space="preserve"> to a another episode of The lABLEd Podcast with me Alice and my friend Lucy over there.</w:t>
      </w:r>
    </w:p>
    <w:p w14:paraId="29E7E1C5" w14:textId="77777777" w:rsidR="00E865AD" w:rsidRDefault="00E865AD">
      <w:pPr>
        <w:spacing w:after="0"/>
      </w:pPr>
    </w:p>
    <w:p w14:paraId="3FCD1523" w14:textId="77777777" w:rsidR="00E865AD" w:rsidRDefault="00000000">
      <w:pPr>
        <w:spacing w:after="0"/>
      </w:pPr>
      <w:r>
        <w:rPr>
          <w:rFonts w:ascii="Arial" w:hAnsi="Arial"/>
          <w:b/>
        </w:rPr>
        <w:t xml:space="preserve">Lucy  </w:t>
      </w:r>
      <w:r>
        <w:rPr>
          <w:rFonts w:ascii="Arial" w:hAnsi="Arial"/>
          <w:color w:val="5D7284"/>
        </w:rPr>
        <w:t>00:52</w:t>
      </w:r>
    </w:p>
    <w:p w14:paraId="39B0C000" w14:textId="77777777" w:rsidR="00E865AD" w:rsidRDefault="00000000">
      <w:pPr>
        <w:spacing w:after="0"/>
      </w:pPr>
      <w:r>
        <w:rPr>
          <w:rFonts w:ascii="Arial" w:hAnsi="Arial"/>
        </w:rPr>
        <w:t>Hello... hello.</w:t>
      </w:r>
    </w:p>
    <w:p w14:paraId="4CC28323" w14:textId="77777777" w:rsidR="00E865AD" w:rsidRDefault="00E865AD">
      <w:pPr>
        <w:spacing w:after="0"/>
      </w:pPr>
    </w:p>
    <w:p w14:paraId="5D2DA5F6" w14:textId="77777777" w:rsidR="00E865AD" w:rsidRDefault="00000000">
      <w:pPr>
        <w:spacing w:after="0"/>
      </w:pPr>
      <w:r>
        <w:rPr>
          <w:rFonts w:ascii="Arial" w:hAnsi="Arial"/>
          <w:b/>
        </w:rPr>
        <w:t xml:space="preserve">Alice  </w:t>
      </w:r>
      <w:r>
        <w:rPr>
          <w:rFonts w:ascii="Arial" w:hAnsi="Arial"/>
          <w:color w:val="5D7284"/>
        </w:rPr>
        <w:t>00:53</w:t>
      </w:r>
    </w:p>
    <w:p w14:paraId="3B44BCD0" w14:textId="77777777" w:rsidR="00E865AD" w:rsidRDefault="00000000">
      <w:pPr>
        <w:spacing w:after="0"/>
      </w:pPr>
      <w:r>
        <w:rPr>
          <w:rFonts w:ascii="Arial" w:hAnsi="Arial"/>
        </w:rPr>
        <w:t>Hi.</w:t>
      </w:r>
    </w:p>
    <w:p w14:paraId="570C475C" w14:textId="77777777" w:rsidR="00E865AD" w:rsidRDefault="00E865AD">
      <w:pPr>
        <w:spacing w:after="0"/>
      </w:pPr>
    </w:p>
    <w:p w14:paraId="0D1A7F6C" w14:textId="77777777" w:rsidR="00E865AD" w:rsidRDefault="00000000">
      <w:pPr>
        <w:spacing w:after="0"/>
      </w:pPr>
      <w:r>
        <w:rPr>
          <w:rFonts w:ascii="Arial" w:hAnsi="Arial"/>
          <w:b/>
        </w:rPr>
        <w:t xml:space="preserve">Lucy  </w:t>
      </w:r>
      <w:r>
        <w:rPr>
          <w:rFonts w:ascii="Arial" w:hAnsi="Arial"/>
          <w:color w:val="5D7284"/>
        </w:rPr>
        <w:t>00:57</w:t>
      </w:r>
    </w:p>
    <w:p w14:paraId="4C971465" w14:textId="77777777" w:rsidR="00E865AD" w:rsidRDefault="00000000">
      <w:pPr>
        <w:spacing w:after="0"/>
      </w:pPr>
      <w:r>
        <w:rPr>
          <w:rFonts w:ascii="Arial" w:hAnsi="Arial"/>
        </w:rPr>
        <w:t>Hi.</w:t>
      </w:r>
    </w:p>
    <w:p w14:paraId="5AF64F71" w14:textId="77777777" w:rsidR="00E865AD" w:rsidRDefault="00E865AD">
      <w:pPr>
        <w:spacing w:after="0"/>
      </w:pPr>
    </w:p>
    <w:p w14:paraId="36527958" w14:textId="77777777" w:rsidR="00E865AD" w:rsidRDefault="00000000">
      <w:pPr>
        <w:spacing w:after="0"/>
      </w:pPr>
      <w:r>
        <w:rPr>
          <w:rFonts w:ascii="Arial" w:hAnsi="Arial"/>
          <w:b/>
        </w:rPr>
        <w:t xml:space="preserve">Alice  </w:t>
      </w:r>
      <w:r>
        <w:rPr>
          <w:rFonts w:ascii="Arial" w:hAnsi="Arial"/>
          <w:color w:val="5D7284"/>
        </w:rPr>
        <w:t>00:58</w:t>
      </w:r>
    </w:p>
    <w:p w14:paraId="1505EFE6" w14:textId="77777777" w:rsidR="00E865AD" w:rsidRDefault="00000000">
      <w:pPr>
        <w:spacing w:after="0"/>
      </w:pPr>
      <w:r>
        <w:rPr>
          <w:rFonts w:ascii="Arial" w:hAnsi="Arial"/>
        </w:rPr>
        <w:t xml:space="preserve">it's </w:t>
      </w:r>
      <w:proofErr w:type="gramStart"/>
      <w:r>
        <w:rPr>
          <w:rFonts w:ascii="Arial" w:hAnsi="Arial"/>
        </w:rPr>
        <w:t>err</w:t>
      </w:r>
      <w:proofErr w:type="gramEnd"/>
      <w:r>
        <w:rPr>
          <w:rFonts w:ascii="Arial" w:hAnsi="Arial"/>
        </w:rPr>
        <w:t>, it's, it's, this is our first episode that we're recording in the new year is feels a stretch to say that because we are well and truly into the new year now.</w:t>
      </w:r>
    </w:p>
    <w:p w14:paraId="1FD1169C" w14:textId="77777777" w:rsidR="00E865AD" w:rsidRDefault="00E865AD">
      <w:pPr>
        <w:spacing w:after="0"/>
      </w:pPr>
    </w:p>
    <w:p w14:paraId="335D2029" w14:textId="77777777" w:rsidR="00E865AD" w:rsidRDefault="00000000">
      <w:pPr>
        <w:spacing w:after="0"/>
      </w:pPr>
      <w:r>
        <w:rPr>
          <w:rFonts w:ascii="Arial" w:hAnsi="Arial"/>
          <w:b/>
        </w:rPr>
        <w:t xml:space="preserve">Lucy  </w:t>
      </w:r>
      <w:r>
        <w:rPr>
          <w:rFonts w:ascii="Arial" w:hAnsi="Arial"/>
          <w:color w:val="5D7284"/>
        </w:rPr>
        <w:t>01:09</w:t>
      </w:r>
    </w:p>
    <w:p w14:paraId="16A7954C" w14:textId="77777777" w:rsidR="00E865AD" w:rsidRDefault="00000000">
      <w:pPr>
        <w:spacing w:after="0"/>
      </w:pPr>
      <w:r>
        <w:rPr>
          <w:rFonts w:ascii="Arial" w:hAnsi="Arial"/>
        </w:rPr>
        <w:t>Yeah, can we say happy new year yet? Or is that now illegal?</w:t>
      </w:r>
    </w:p>
    <w:p w14:paraId="36173444" w14:textId="77777777" w:rsidR="00E865AD" w:rsidRDefault="00E865AD">
      <w:pPr>
        <w:spacing w:after="0"/>
      </w:pPr>
    </w:p>
    <w:p w14:paraId="333CDC43" w14:textId="77777777" w:rsidR="00E865AD" w:rsidRDefault="00000000">
      <w:pPr>
        <w:spacing w:after="0"/>
      </w:pPr>
      <w:r>
        <w:rPr>
          <w:rFonts w:ascii="Arial" w:hAnsi="Arial"/>
          <w:b/>
        </w:rPr>
        <w:t xml:space="preserve">Alice  </w:t>
      </w:r>
      <w:r>
        <w:rPr>
          <w:rFonts w:ascii="Arial" w:hAnsi="Arial"/>
          <w:color w:val="5D7284"/>
        </w:rPr>
        <w:t>01:12</w:t>
      </w:r>
    </w:p>
    <w:p w14:paraId="40DABBB9" w14:textId="77777777" w:rsidR="00E865AD" w:rsidRDefault="00000000">
      <w:pPr>
        <w:spacing w:after="0"/>
      </w:pPr>
      <w:r>
        <w:rPr>
          <w:rFonts w:ascii="Arial" w:hAnsi="Arial"/>
        </w:rPr>
        <w:t xml:space="preserve">I feel like it's </w:t>
      </w:r>
      <w:proofErr w:type="spellStart"/>
      <w:r>
        <w:rPr>
          <w:rFonts w:ascii="Arial" w:hAnsi="Arial"/>
        </w:rPr>
        <w:t>it's</w:t>
      </w:r>
      <w:proofErr w:type="spellEnd"/>
      <w:r>
        <w:rPr>
          <w:rFonts w:ascii="Arial" w:hAnsi="Arial"/>
        </w:rPr>
        <w:t xml:space="preserve"> past I feel like we should perhaps not say that anymore. It feels like it's weirdly bad luck. </w:t>
      </w:r>
      <w:proofErr w:type="gramStart"/>
      <w:r>
        <w:rPr>
          <w:rFonts w:ascii="Arial" w:hAnsi="Arial"/>
        </w:rPr>
        <w:t xml:space="preserve">Like </w:t>
      </w:r>
      <w:proofErr w:type="spellStart"/>
      <w:r>
        <w:rPr>
          <w:rFonts w:ascii="Arial" w:hAnsi="Arial"/>
        </w:rPr>
        <w:t>like</w:t>
      </w:r>
      <w:proofErr w:type="spellEnd"/>
      <w:proofErr w:type="gramEnd"/>
      <w:r>
        <w:rPr>
          <w:rFonts w:ascii="Arial" w:hAnsi="Arial"/>
        </w:rPr>
        <w:t xml:space="preserve"> </w:t>
      </w:r>
      <w:proofErr w:type="spellStart"/>
      <w:r>
        <w:rPr>
          <w:rFonts w:ascii="Arial" w:hAnsi="Arial"/>
        </w:rPr>
        <w:t>mid March</w:t>
      </w:r>
      <w:proofErr w:type="spellEnd"/>
      <w:r>
        <w:rPr>
          <w:rFonts w:ascii="Arial" w:hAnsi="Arial"/>
        </w:rPr>
        <w:t xml:space="preserve"> and Happy New Year.</w:t>
      </w:r>
    </w:p>
    <w:p w14:paraId="226089B1" w14:textId="77777777" w:rsidR="00E865AD" w:rsidRDefault="00E865AD">
      <w:pPr>
        <w:spacing w:after="0"/>
      </w:pPr>
    </w:p>
    <w:p w14:paraId="6C8F0AD6" w14:textId="77777777" w:rsidR="00E865AD" w:rsidRDefault="00000000">
      <w:pPr>
        <w:spacing w:after="0"/>
      </w:pPr>
      <w:r>
        <w:rPr>
          <w:rFonts w:ascii="Arial" w:hAnsi="Arial"/>
          <w:b/>
        </w:rPr>
        <w:lastRenderedPageBreak/>
        <w:t xml:space="preserve">Lucy  </w:t>
      </w:r>
      <w:r>
        <w:rPr>
          <w:rFonts w:ascii="Arial" w:hAnsi="Arial"/>
          <w:color w:val="5D7284"/>
        </w:rPr>
        <w:t>01:22</w:t>
      </w:r>
    </w:p>
    <w:p w14:paraId="469FB525" w14:textId="77777777" w:rsidR="00E865AD" w:rsidRDefault="00000000">
      <w:pPr>
        <w:spacing w:after="0"/>
      </w:pPr>
      <w:proofErr w:type="gramStart"/>
      <w:r>
        <w:rPr>
          <w:rFonts w:ascii="Arial" w:hAnsi="Arial"/>
        </w:rPr>
        <w:t>people</w:t>
      </w:r>
      <w:proofErr w:type="gramEnd"/>
      <w:r>
        <w:rPr>
          <w:rFonts w:ascii="Arial" w:hAnsi="Arial"/>
        </w:rPr>
        <w:t xml:space="preserve"> just look at you weird. Like where have you been? How are you</w:t>
      </w:r>
      <w:proofErr w:type="gramStart"/>
      <w:r>
        <w:rPr>
          <w:rFonts w:ascii="Arial" w:hAnsi="Arial"/>
        </w:rPr>
        <w:t>, you</w:t>
      </w:r>
      <w:proofErr w:type="gramEnd"/>
      <w:r>
        <w:rPr>
          <w:rFonts w:ascii="Arial" w:hAnsi="Arial"/>
        </w:rPr>
        <w:t xml:space="preserve"> alright?</w:t>
      </w:r>
    </w:p>
    <w:p w14:paraId="77F51A97" w14:textId="77777777" w:rsidR="00E865AD" w:rsidRDefault="00E865AD">
      <w:pPr>
        <w:spacing w:after="0"/>
      </w:pPr>
    </w:p>
    <w:p w14:paraId="1109FE02" w14:textId="77777777" w:rsidR="00E865AD" w:rsidRDefault="00000000">
      <w:pPr>
        <w:spacing w:after="0"/>
      </w:pPr>
      <w:r>
        <w:rPr>
          <w:rFonts w:ascii="Arial" w:hAnsi="Arial"/>
          <w:b/>
        </w:rPr>
        <w:t xml:space="preserve">Lucy  </w:t>
      </w:r>
      <w:r>
        <w:rPr>
          <w:rFonts w:ascii="Arial" w:hAnsi="Arial"/>
          <w:color w:val="5D7284"/>
        </w:rPr>
        <w:t>01:29</w:t>
      </w:r>
    </w:p>
    <w:p w14:paraId="47623C9D" w14:textId="77777777" w:rsidR="00E865AD" w:rsidRDefault="00000000">
      <w:pPr>
        <w:spacing w:after="0"/>
      </w:pPr>
      <w:r>
        <w:rPr>
          <w:rFonts w:ascii="Arial" w:hAnsi="Arial"/>
        </w:rPr>
        <w:t xml:space="preserve">Yeah, I'm okay. </w:t>
      </w:r>
    </w:p>
    <w:p w14:paraId="1EBC1B1E" w14:textId="77777777" w:rsidR="00E865AD" w:rsidRDefault="00E865AD">
      <w:pPr>
        <w:spacing w:after="0"/>
      </w:pPr>
    </w:p>
    <w:p w14:paraId="31691DB3" w14:textId="77777777" w:rsidR="00E865AD" w:rsidRDefault="00000000">
      <w:pPr>
        <w:spacing w:after="0"/>
      </w:pPr>
      <w:r>
        <w:rPr>
          <w:rFonts w:ascii="Arial" w:hAnsi="Arial"/>
          <w:b/>
        </w:rPr>
        <w:t xml:space="preserve">Lucy  </w:t>
      </w:r>
      <w:r>
        <w:rPr>
          <w:rFonts w:ascii="Arial" w:hAnsi="Arial"/>
          <w:color w:val="5D7284"/>
        </w:rPr>
        <w:t>01:30</w:t>
      </w:r>
    </w:p>
    <w:p w14:paraId="28A520AA" w14:textId="77777777" w:rsidR="00E865AD" w:rsidRDefault="00000000">
      <w:pPr>
        <w:spacing w:after="0"/>
      </w:pPr>
      <w:r>
        <w:rPr>
          <w:rFonts w:ascii="Arial" w:hAnsi="Arial"/>
        </w:rPr>
        <w:t>Good.</w:t>
      </w:r>
    </w:p>
    <w:p w14:paraId="61E2DBEB" w14:textId="77777777" w:rsidR="00E865AD" w:rsidRDefault="00E865AD">
      <w:pPr>
        <w:spacing w:after="0"/>
      </w:pPr>
    </w:p>
    <w:p w14:paraId="571BAF1F" w14:textId="77777777" w:rsidR="00E865AD" w:rsidRDefault="00000000">
      <w:pPr>
        <w:spacing w:after="0"/>
      </w:pPr>
      <w:r>
        <w:rPr>
          <w:rFonts w:ascii="Arial" w:hAnsi="Arial"/>
          <w:b/>
        </w:rPr>
        <w:t xml:space="preserve">Alice  </w:t>
      </w:r>
      <w:r>
        <w:rPr>
          <w:rFonts w:ascii="Arial" w:hAnsi="Arial"/>
          <w:color w:val="5D7284"/>
        </w:rPr>
        <w:t>01:30</w:t>
      </w:r>
    </w:p>
    <w:p w14:paraId="5C1A0F8D" w14:textId="77777777" w:rsidR="00E865AD" w:rsidRDefault="00000000">
      <w:pPr>
        <w:spacing w:after="0"/>
      </w:pPr>
      <w:r>
        <w:rPr>
          <w:rFonts w:ascii="Arial" w:hAnsi="Arial"/>
        </w:rPr>
        <w:t xml:space="preserve">My </w:t>
      </w:r>
      <w:proofErr w:type="spellStart"/>
      <w:r>
        <w:rPr>
          <w:rFonts w:ascii="Arial" w:hAnsi="Arial"/>
        </w:rPr>
        <w:t>siatica</w:t>
      </w:r>
      <w:proofErr w:type="spellEnd"/>
      <w:r>
        <w:rPr>
          <w:rFonts w:ascii="Arial" w:hAnsi="Arial"/>
        </w:rPr>
        <w:t xml:space="preserve"> is </w:t>
      </w:r>
      <w:proofErr w:type="gramStart"/>
      <w:r>
        <w:rPr>
          <w:rFonts w:ascii="Arial" w:hAnsi="Arial"/>
        </w:rPr>
        <w:t>bit on</w:t>
      </w:r>
      <w:proofErr w:type="gramEnd"/>
      <w:r>
        <w:rPr>
          <w:rFonts w:ascii="Arial" w:hAnsi="Arial"/>
        </w:rPr>
        <w:t xml:space="preserve"> </w:t>
      </w:r>
      <w:proofErr w:type="spellStart"/>
      <w:r>
        <w:rPr>
          <w:rFonts w:ascii="Arial" w:hAnsi="Arial"/>
        </w:rPr>
        <w:t>on</w:t>
      </w:r>
      <w:proofErr w:type="spellEnd"/>
      <w:r>
        <w:rPr>
          <w:rFonts w:ascii="Arial" w:hAnsi="Arial"/>
        </w:rPr>
        <w:t xml:space="preserve"> my right leg today. </w:t>
      </w:r>
      <w:proofErr w:type="gramStart"/>
      <w:r>
        <w:rPr>
          <w:rFonts w:ascii="Arial" w:hAnsi="Arial"/>
        </w:rPr>
        <w:t>So</w:t>
      </w:r>
      <w:proofErr w:type="gramEnd"/>
      <w:r>
        <w:rPr>
          <w:rFonts w:ascii="Arial" w:hAnsi="Arial"/>
        </w:rPr>
        <w:t xml:space="preserve"> my right leg feels a bit like it's made of lead.</w:t>
      </w:r>
    </w:p>
    <w:p w14:paraId="6ED38583" w14:textId="77777777" w:rsidR="00E865AD" w:rsidRDefault="00E865AD">
      <w:pPr>
        <w:spacing w:after="0"/>
      </w:pPr>
    </w:p>
    <w:p w14:paraId="43B5E501" w14:textId="77777777" w:rsidR="00E865AD" w:rsidRDefault="00000000">
      <w:pPr>
        <w:spacing w:after="0"/>
      </w:pPr>
      <w:r>
        <w:rPr>
          <w:rFonts w:ascii="Arial" w:hAnsi="Arial"/>
          <w:b/>
        </w:rPr>
        <w:t xml:space="preserve">Lucy  </w:t>
      </w:r>
      <w:r>
        <w:rPr>
          <w:rFonts w:ascii="Arial" w:hAnsi="Arial"/>
          <w:color w:val="5D7284"/>
        </w:rPr>
        <w:t>01:37</w:t>
      </w:r>
    </w:p>
    <w:p w14:paraId="341F3F4A" w14:textId="77777777" w:rsidR="00E865AD" w:rsidRDefault="00000000">
      <w:pPr>
        <w:spacing w:after="0"/>
      </w:pPr>
      <w:r>
        <w:rPr>
          <w:rFonts w:ascii="Arial" w:hAnsi="Arial"/>
        </w:rPr>
        <w:t>are you walking a bit wonky? Like?</w:t>
      </w:r>
    </w:p>
    <w:p w14:paraId="2DCBD140" w14:textId="77777777" w:rsidR="00E865AD" w:rsidRDefault="00E865AD">
      <w:pPr>
        <w:spacing w:after="0"/>
      </w:pPr>
    </w:p>
    <w:p w14:paraId="7F275625" w14:textId="77777777" w:rsidR="00E865AD" w:rsidRDefault="00000000">
      <w:pPr>
        <w:spacing w:after="0"/>
      </w:pPr>
      <w:r>
        <w:rPr>
          <w:rFonts w:ascii="Arial" w:hAnsi="Arial"/>
          <w:b/>
        </w:rPr>
        <w:t xml:space="preserve">Alice  </w:t>
      </w:r>
      <w:r>
        <w:rPr>
          <w:rFonts w:ascii="Arial" w:hAnsi="Arial"/>
          <w:color w:val="5D7284"/>
        </w:rPr>
        <w:t>01:40</w:t>
      </w:r>
    </w:p>
    <w:p w14:paraId="2320B7BD" w14:textId="77777777" w:rsidR="00E865AD" w:rsidRDefault="00000000">
      <w:pPr>
        <w:spacing w:after="0"/>
      </w:pPr>
      <w:r>
        <w:rPr>
          <w:rFonts w:ascii="Arial" w:hAnsi="Arial"/>
        </w:rPr>
        <w:t xml:space="preserve">Yeah, it's quite stiff. I'm </w:t>
      </w:r>
      <w:proofErr w:type="spellStart"/>
      <w:r>
        <w:rPr>
          <w:rFonts w:ascii="Arial" w:hAnsi="Arial"/>
        </w:rPr>
        <w:t>gonna</w:t>
      </w:r>
      <w:proofErr w:type="spellEnd"/>
      <w:r>
        <w:rPr>
          <w:rFonts w:ascii="Arial" w:hAnsi="Arial"/>
        </w:rPr>
        <w:t xml:space="preserve"> take Dora for a long walk after we </w:t>
      </w:r>
      <w:proofErr w:type="gramStart"/>
      <w:r>
        <w:rPr>
          <w:rFonts w:ascii="Arial" w:hAnsi="Arial"/>
        </w:rPr>
        <w:t>finished</w:t>
      </w:r>
      <w:proofErr w:type="gramEnd"/>
      <w:r>
        <w:rPr>
          <w:rFonts w:ascii="Arial" w:hAnsi="Arial"/>
        </w:rPr>
        <w:t xml:space="preserve"> recording see if I can loosen myself up a bit. But otherwise, otherwise I am my usual tired slightly grumpy a bit sweaty but generally alright self. You?</w:t>
      </w:r>
    </w:p>
    <w:p w14:paraId="39358F86" w14:textId="77777777" w:rsidR="00E865AD" w:rsidRDefault="00E865AD">
      <w:pPr>
        <w:spacing w:after="0"/>
      </w:pPr>
    </w:p>
    <w:p w14:paraId="56CFD48E" w14:textId="77777777" w:rsidR="00E865AD" w:rsidRDefault="00000000">
      <w:pPr>
        <w:spacing w:after="0"/>
      </w:pPr>
      <w:r>
        <w:rPr>
          <w:rFonts w:ascii="Arial" w:hAnsi="Arial"/>
          <w:b/>
        </w:rPr>
        <w:t xml:space="preserve">Lucy  </w:t>
      </w:r>
      <w:r>
        <w:rPr>
          <w:rFonts w:ascii="Arial" w:hAnsi="Arial"/>
          <w:color w:val="5D7284"/>
        </w:rPr>
        <w:t>01:59</w:t>
      </w:r>
    </w:p>
    <w:p w14:paraId="7E1A335C" w14:textId="77777777" w:rsidR="00E865AD" w:rsidRDefault="00000000">
      <w:pPr>
        <w:spacing w:after="0"/>
      </w:pPr>
      <w:r>
        <w:rPr>
          <w:rFonts w:ascii="Arial" w:hAnsi="Arial"/>
        </w:rPr>
        <w:t xml:space="preserve">Good. I'm glad </w:t>
      </w:r>
      <w:proofErr w:type="gramStart"/>
      <w:r>
        <w:rPr>
          <w:rFonts w:ascii="Arial" w:hAnsi="Arial"/>
        </w:rPr>
        <w:t>to</w:t>
      </w:r>
      <w:proofErr w:type="gramEnd"/>
      <w:r>
        <w:rPr>
          <w:rFonts w:ascii="Arial" w:hAnsi="Arial"/>
        </w:rPr>
        <w:t xml:space="preserve"> - I'm alright. Yeah, I'm okay. </w:t>
      </w:r>
      <w:proofErr w:type="gramStart"/>
      <w:r>
        <w:rPr>
          <w:rFonts w:ascii="Arial" w:hAnsi="Arial"/>
        </w:rPr>
        <w:t>I if</w:t>
      </w:r>
      <w:proofErr w:type="gramEnd"/>
      <w:r>
        <w:rPr>
          <w:rFonts w:ascii="Arial" w:hAnsi="Arial"/>
        </w:rPr>
        <w:t xml:space="preserve"> I sound tired is because I am </w:t>
      </w:r>
      <w:proofErr w:type="gramStart"/>
      <w:r>
        <w:rPr>
          <w:rFonts w:ascii="Arial" w:hAnsi="Arial"/>
        </w:rPr>
        <w:t>absolutely mentally</w:t>
      </w:r>
      <w:proofErr w:type="gramEnd"/>
      <w:r>
        <w:rPr>
          <w:rFonts w:ascii="Arial" w:hAnsi="Arial"/>
        </w:rPr>
        <w:t xml:space="preserve"> and physically exhausted for many, many reasons I won't go into. So yes, if I start to sound like a croaky frog, I do </w:t>
      </w:r>
      <w:proofErr w:type="spellStart"/>
      <w:r>
        <w:rPr>
          <w:rFonts w:ascii="Arial" w:hAnsi="Arial"/>
        </w:rPr>
        <w:t>apologise</w:t>
      </w:r>
      <w:proofErr w:type="spellEnd"/>
      <w:r>
        <w:rPr>
          <w:rFonts w:ascii="Arial" w:hAnsi="Arial"/>
        </w:rPr>
        <w:t xml:space="preserve">. because I've realized </w:t>
      </w:r>
      <w:proofErr w:type="gramStart"/>
      <w:r>
        <w:rPr>
          <w:rFonts w:ascii="Arial" w:hAnsi="Arial"/>
        </w:rPr>
        <w:t>that</w:t>
      </w:r>
      <w:proofErr w:type="gramEnd"/>
      <w:r>
        <w:rPr>
          <w:rFonts w:ascii="Arial" w:hAnsi="Arial"/>
        </w:rPr>
        <w:t xml:space="preserve"> I start talking to my voice just goes and I'm like this all the time. And I'm like, Oh! </w:t>
      </w:r>
      <w:proofErr w:type="gramStart"/>
      <w:r>
        <w:rPr>
          <w:rFonts w:ascii="Arial" w:hAnsi="Arial"/>
        </w:rPr>
        <w:t>whose</w:t>
      </w:r>
      <w:proofErr w:type="gramEnd"/>
      <w:r>
        <w:rPr>
          <w:rFonts w:ascii="Arial" w:hAnsi="Arial"/>
        </w:rPr>
        <w:t xml:space="preserve"> that?</w:t>
      </w:r>
    </w:p>
    <w:p w14:paraId="4E314037" w14:textId="77777777" w:rsidR="00E865AD" w:rsidRDefault="00E865AD">
      <w:pPr>
        <w:spacing w:after="0"/>
      </w:pPr>
    </w:p>
    <w:p w14:paraId="5279581E" w14:textId="77777777" w:rsidR="00E865AD" w:rsidRDefault="00000000">
      <w:pPr>
        <w:spacing w:after="0"/>
      </w:pPr>
      <w:r>
        <w:rPr>
          <w:rFonts w:ascii="Arial" w:hAnsi="Arial"/>
          <w:b/>
        </w:rPr>
        <w:t xml:space="preserve">Alice  </w:t>
      </w:r>
      <w:r>
        <w:rPr>
          <w:rFonts w:ascii="Arial" w:hAnsi="Arial"/>
          <w:color w:val="5D7284"/>
        </w:rPr>
        <w:t>02:21</w:t>
      </w:r>
    </w:p>
    <w:p w14:paraId="14366472" w14:textId="77777777" w:rsidR="00E865AD" w:rsidRDefault="00000000">
      <w:pPr>
        <w:spacing w:after="0"/>
      </w:pPr>
      <w:r>
        <w:rPr>
          <w:rFonts w:ascii="Arial" w:hAnsi="Arial"/>
        </w:rPr>
        <w:t>[laughs]</w:t>
      </w:r>
    </w:p>
    <w:p w14:paraId="05B83253" w14:textId="77777777" w:rsidR="00E865AD" w:rsidRDefault="00E865AD">
      <w:pPr>
        <w:spacing w:after="0"/>
      </w:pPr>
    </w:p>
    <w:p w14:paraId="066F4384" w14:textId="77777777" w:rsidR="00E865AD" w:rsidRDefault="00000000">
      <w:pPr>
        <w:spacing w:after="0"/>
      </w:pPr>
      <w:r>
        <w:rPr>
          <w:rFonts w:ascii="Arial" w:hAnsi="Arial"/>
          <w:b/>
        </w:rPr>
        <w:t xml:space="preserve">Lucy  </w:t>
      </w:r>
      <w:r>
        <w:rPr>
          <w:rFonts w:ascii="Arial" w:hAnsi="Arial"/>
          <w:color w:val="5D7284"/>
        </w:rPr>
        <w:t>02:22</w:t>
      </w:r>
    </w:p>
    <w:p w14:paraId="757DDC9E" w14:textId="77777777" w:rsidR="00E865AD" w:rsidRDefault="00000000">
      <w:pPr>
        <w:spacing w:after="0"/>
      </w:pPr>
      <w:r>
        <w:rPr>
          <w:rFonts w:ascii="Arial" w:hAnsi="Arial"/>
        </w:rPr>
        <w:t xml:space="preserve"> </w:t>
      </w:r>
      <w:proofErr w:type="gramStart"/>
      <w:r>
        <w:rPr>
          <w:rFonts w:ascii="Arial" w:hAnsi="Arial"/>
        </w:rPr>
        <w:t>so</w:t>
      </w:r>
      <w:proofErr w:type="gramEnd"/>
      <w:r>
        <w:rPr>
          <w:rFonts w:ascii="Arial" w:hAnsi="Arial"/>
        </w:rPr>
        <w:t xml:space="preserve"> I do apologize. And I also have just managed to get rid of some hiccups. So </w:t>
      </w:r>
      <w:proofErr w:type="gramStart"/>
      <w:r>
        <w:rPr>
          <w:rFonts w:ascii="Arial" w:hAnsi="Arial"/>
        </w:rPr>
        <w:t>they may they may</w:t>
      </w:r>
      <w:proofErr w:type="gramEnd"/>
      <w:r>
        <w:rPr>
          <w:rFonts w:ascii="Arial" w:hAnsi="Arial"/>
        </w:rPr>
        <w:t xml:space="preserve"> come back, but it's going very well. isn't it?</w:t>
      </w:r>
    </w:p>
    <w:p w14:paraId="7885860B" w14:textId="77777777" w:rsidR="00E865AD" w:rsidRDefault="00E865AD">
      <w:pPr>
        <w:spacing w:after="0"/>
      </w:pPr>
    </w:p>
    <w:p w14:paraId="35743C86" w14:textId="77777777" w:rsidR="00E865AD" w:rsidRDefault="00000000">
      <w:pPr>
        <w:spacing w:after="0"/>
      </w:pPr>
      <w:r>
        <w:rPr>
          <w:rFonts w:ascii="Arial" w:hAnsi="Arial"/>
          <w:b/>
        </w:rPr>
        <w:t xml:space="preserve">Alice  </w:t>
      </w:r>
      <w:r>
        <w:rPr>
          <w:rFonts w:ascii="Arial" w:hAnsi="Arial"/>
          <w:color w:val="5D7284"/>
        </w:rPr>
        <w:t>02:29</w:t>
      </w:r>
    </w:p>
    <w:p w14:paraId="4742A324" w14:textId="77777777" w:rsidR="00E865AD" w:rsidRDefault="00000000">
      <w:pPr>
        <w:spacing w:after="0"/>
      </w:pPr>
      <w:r>
        <w:rPr>
          <w:rFonts w:ascii="Arial" w:hAnsi="Arial"/>
        </w:rPr>
        <w:t xml:space="preserve">I was going  to say, </w:t>
      </w:r>
      <w:proofErr w:type="gramStart"/>
      <w:r>
        <w:rPr>
          <w:rFonts w:ascii="Arial" w:hAnsi="Arial"/>
        </w:rPr>
        <w:t>Like</w:t>
      </w:r>
      <w:proofErr w:type="gramEnd"/>
      <w:r>
        <w:rPr>
          <w:rFonts w:ascii="Arial" w:hAnsi="Arial"/>
        </w:rPr>
        <w:t xml:space="preserve"> podcasts engineers everywhere just quitting and just like no, I will not. </w:t>
      </w:r>
    </w:p>
    <w:p w14:paraId="62797A56" w14:textId="77777777" w:rsidR="00E865AD" w:rsidRDefault="00E865AD">
      <w:pPr>
        <w:spacing w:after="0"/>
      </w:pPr>
    </w:p>
    <w:p w14:paraId="69572269" w14:textId="77777777" w:rsidR="00E865AD" w:rsidRDefault="00000000">
      <w:pPr>
        <w:spacing w:after="0"/>
      </w:pPr>
      <w:r>
        <w:rPr>
          <w:rFonts w:ascii="Arial" w:hAnsi="Arial"/>
          <w:b/>
        </w:rPr>
        <w:t xml:space="preserve">Lucy  </w:t>
      </w:r>
      <w:r>
        <w:rPr>
          <w:rFonts w:ascii="Arial" w:hAnsi="Arial"/>
          <w:color w:val="5D7284"/>
        </w:rPr>
        <w:t>02:36</w:t>
      </w:r>
    </w:p>
    <w:p w14:paraId="4ED008EF" w14:textId="77777777" w:rsidR="00E865AD" w:rsidRDefault="00000000">
      <w:pPr>
        <w:spacing w:after="0"/>
      </w:pPr>
      <w:r>
        <w:rPr>
          <w:rFonts w:ascii="Arial" w:hAnsi="Arial"/>
        </w:rPr>
        <w:t>I'm off. Bye!</w:t>
      </w:r>
    </w:p>
    <w:p w14:paraId="1DF39D28" w14:textId="77777777" w:rsidR="00E865AD" w:rsidRDefault="00E865AD">
      <w:pPr>
        <w:spacing w:after="0"/>
      </w:pPr>
    </w:p>
    <w:p w14:paraId="25E0C353" w14:textId="77777777" w:rsidR="00E865AD" w:rsidRDefault="00000000">
      <w:pPr>
        <w:spacing w:after="0"/>
      </w:pPr>
      <w:r>
        <w:rPr>
          <w:rFonts w:ascii="Arial" w:hAnsi="Arial"/>
          <w:b/>
        </w:rPr>
        <w:t xml:space="preserve">Alice  </w:t>
      </w:r>
      <w:r>
        <w:rPr>
          <w:rFonts w:ascii="Arial" w:hAnsi="Arial"/>
          <w:color w:val="5D7284"/>
        </w:rPr>
        <w:t>02:36</w:t>
      </w:r>
    </w:p>
    <w:p w14:paraId="3AB21F0B" w14:textId="77777777" w:rsidR="00E865AD" w:rsidRDefault="00000000">
      <w:pPr>
        <w:spacing w:after="0"/>
      </w:pPr>
      <w:r>
        <w:rPr>
          <w:rFonts w:ascii="Arial" w:hAnsi="Arial"/>
        </w:rPr>
        <w:t xml:space="preserve">Adam is the only one who will put up with </w:t>
      </w:r>
      <w:proofErr w:type="gramStart"/>
      <w:r>
        <w:rPr>
          <w:rFonts w:ascii="Arial" w:hAnsi="Arial"/>
        </w:rPr>
        <w:t>us</w:t>
      </w:r>
      <w:proofErr w:type="gramEnd"/>
    </w:p>
    <w:p w14:paraId="5E5DC54E" w14:textId="77777777" w:rsidR="00E865AD" w:rsidRDefault="00E865AD">
      <w:pPr>
        <w:spacing w:after="0"/>
      </w:pPr>
    </w:p>
    <w:p w14:paraId="4E673925" w14:textId="77777777" w:rsidR="00E865AD" w:rsidRDefault="00000000">
      <w:pPr>
        <w:spacing w:after="0"/>
      </w:pPr>
      <w:r>
        <w:rPr>
          <w:rFonts w:ascii="Arial" w:hAnsi="Arial"/>
          <w:b/>
        </w:rPr>
        <w:t xml:space="preserve">Lucy  </w:t>
      </w:r>
      <w:r>
        <w:rPr>
          <w:rFonts w:ascii="Arial" w:hAnsi="Arial"/>
          <w:color w:val="5D7284"/>
        </w:rPr>
        <w:t>02:39</w:t>
      </w:r>
    </w:p>
    <w:p w14:paraId="69082B49" w14:textId="77777777" w:rsidR="00E865AD" w:rsidRDefault="00000000">
      <w:pPr>
        <w:spacing w:after="0"/>
      </w:pPr>
      <w:r>
        <w:rPr>
          <w:rFonts w:ascii="Arial" w:hAnsi="Arial"/>
        </w:rPr>
        <w:t>Yeah, yeah. [laughs] Anyway,</w:t>
      </w:r>
    </w:p>
    <w:p w14:paraId="79719078" w14:textId="77777777" w:rsidR="00E865AD" w:rsidRDefault="00E865AD">
      <w:pPr>
        <w:spacing w:after="0"/>
      </w:pPr>
    </w:p>
    <w:p w14:paraId="14C03C97" w14:textId="77777777" w:rsidR="00E865AD" w:rsidRDefault="00000000">
      <w:pPr>
        <w:spacing w:after="0"/>
      </w:pPr>
      <w:r>
        <w:rPr>
          <w:rFonts w:ascii="Arial" w:hAnsi="Arial"/>
          <w:color w:val="5D7284"/>
        </w:rPr>
        <w:t>02:43</w:t>
      </w:r>
    </w:p>
    <w:p w14:paraId="2DE11D09" w14:textId="77777777" w:rsidR="00E865AD" w:rsidRDefault="00000000">
      <w:pPr>
        <w:spacing w:after="0"/>
      </w:pPr>
      <w:r>
        <w:rPr>
          <w:rFonts w:ascii="Arial" w:hAnsi="Arial"/>
        </w:rPr>
        <w:t xml:space="preserve">We've got a guest with us today who </w:t>
      </w:r>
      <w:proofErr w:type="gramStart"/>
      <w:r>
        <w:rPr>
          <w:rFonts w:ascii="Arial" w:hAnsi="Arial"/>
        </w:rPr>
        <w:t xml:space="preserve">bless </w:t>
      </w:r>
      <w:proofErr w:type="gramEnd"/>
      <w:r>
        <w:rPr>
          <w:rFonts w:ascii="Arial" w:hAnsi="Arial"/>
        </w:rPr>
        <w:t xml:space="preserve"> him has had to chase us up about three times to get booked in to come on the show because we have been. </w:t>
      </w:r>
      <w:proofErr w:type="gramStart"/>
      <w:r>
        <w:rPr>
          <w:rFonts w:ascii="Arial" w:hAnsi="Arial"/>
        </w:rPr>
        <w:t>So</w:t>
      </w:r>
      <w:proofErr w:type="gramEnd"/>
      <w:r>
        <w:rPr>
          <w:rFonts w:ascii="Arial" w:hAnsi="Arial"/>
        </w:rPr>
        <w:t xml:space="preserve"> we've been really lucky because we've been </w:t>
      </w:r>
      <w:proofErr w:type="gramStart"/>
      <w:r>
        <w:rPr>
          <w:rFonts w:ascii="Arial" w:hAnsi="Arial"/>
        </w:rPr>
        <w:t>absolutely like</w:t>
      </w:r>
      <w:proofErr w:type="gramEnd"/>
      <w:r>
        <w:rPr>
          <w:rFonts w:ascii="Arial" w:hAnsi="Arial"/>
        </w:rPr>
        <w:t xml:space="preserve"> inundated with guest requests. But then we have </w:t>
      </w:r>
      <w:proofErr w:type="gramStart"/>
      <w:r>
        <w:rPr>
          <w:rFonts w:ascii="Arial" w:hAnsi="Arial"/>
        </w:rPr>
        <w:t>also</w:t>
      </w:r>
      <w:proofErr w:type="gramEnd"/>
      <w:r>
        <w:rPr>
          <w:rFonts w:ascii="Arial" w:hAnsi="Arial"/>
        </w:rPr>
        <w:t xml:space="preserve"> in classic Alice and Lucy style had 1000 things to do. And poor Ashley just keeps getting keeps falling off the side of the of the wagon. But </w:t>
      </w:r>
      <w:proofErr w:type="gramStart"/>
      <w:r>
        <w:rPr>
          <w:rFonts w:ascii="Arial" w:hAnsi="Arial"/>
        </w:rPr>
        <w:t>finally</w:t>
      </w:r>
      <w:proofErr w:type="gramEnd"/>
      <w:r>
        <w:rPr>
          <w:rFonts w:ascii="Arial" w:hAnsi="Arial"/>
        </w:rPr>
        <w:t xml:space="preserve"> Ashley is here with us. </w:t>
      </w:r>
      <w:proofErr w:type="gramStart"/>
      <w:r>
        <w:rPr>
          <w:rFonts w:ascii="Arial" w:hAnsi="Arial"/>
        </w:rPr>
        <w:t>So</w:t>
      </w:r>
      <w:proofErr w:type="gramEnd"/>
      <w:r>
        <w:rPr>
          <w:rFonts w:ascii="Arial" w:hAnsi="Arial"/>
        </w:rPr>
        <w:t xml:space="preserve"> I'm really looking forward to getting the chance to finally talk to Ashley </w:t>
      </w:r>
      <w:proofErr w:type="spellStart"/>
      <w:r>
        <w:rPr>
          <w:rFonts w:ascii="Arial" w:hAnsi="Arial"/>
        </w:rPr>
        <w:t>Ashley</w:t>
      </w:r>
      <w:proofErr w:type="spellEnd"/>
      <w:r>
        <w:rPr>
          <w:rFonts w:ascii="Arial" w:hAnsi="Arial"/>
        </w:rPr>
        <w:t>. Welcome.</w:t>
      </w:r>
    </w:p>
    <w:p w14:paraId="3023B43E" w14:textId="77777777" w:rsidR="00E865AD" w:rsidRDefault="00E865AD">
      <w:pPr>
        <w:spacing w:after="0"/>
      </w:pPr>
    </w:p>
    <w:p w14:paraId="64C67D6C"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03:21</w:t>
      </w:r>
    </w:p>
    <w:p w14:paraId="2DC67C57" w14:textId="77777777" w:rsidR="00E865AD" w:rsidRDefault="00000000">
      <w:pPr>
        <w:spacing w:after="0"/>
      </w:pPr>
      <w:r>
        <w:rPr>
          <w:rFonts w:ascii="Arial" w:hAnsi="Arial"/>
        </w:rPr>
        <w:t>Welcome. Thank you very much.</w:t>
      </w:r>
    </w:p>
    <w:p w14:paraId="329CE2DC" w14:textId="77777777" w:rsidR="00E865AD" w:rsidRDefault="00E865AD">
      <w:pPr>
        <w:spacing w:after="0"/>
      </w:pPr>
    </w:p>
    <w:p w14:paraId="47B7CFD0" w14:textId="77777777" w:rsidR="00E865AD" w:rsidRDefault="00000000">
      <w:pPr>
        <w:spacing w:after="0"/>
      </w:pPr>
      <w:r>
        <w:rPr>
          <w:rFonts w:ascii="Arial" w:hAnsi="Arial"/>
          <w:b/>
        </w:rPr>
        <w:t xml:space="preserve">Lucy  </w:t>
      </w:r>
      <w:r>
        <w:rPr>
          <w:rFonts w:ascii="Arial" w:hAnsi="Arial"/>
          <w:color w:val="5D7284"/>
        </w:rPr>
        <w:t>03:23</w:t>
      </w:r>
    </w:p>
    <w:p w14:paraId="71AC39BF" w14:textId="77777777" w:rsidR="00E865AD" w:rsidRDefault="00000000">
      <w:pPr>
        <w:spacing w:after="0"/>
      </w:pPr>
      <w:r>
        <w:rPr>
          <w:rFonts w:ascii="Arial" w:hAnsi="Arial"/>
        </w:rPr>
        <w:t>It's pretty good to have you with us. Ashley, do you want to tell us a little bit about yourself?</w:t>
      </w:r>
    </w:p>
    <w:p w14:paraId="773056C2" w14:textId="77777777" w:rsidR="00E865AD" w:rsidRDefault="00E865AD">
      <w:pPr>
        <w:spacing w:after="0"/>
      </w:pPr>
    </w:p>
    <w:p w14:paraId="147D52C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03:28</w:t>
      </w:r>
    </w:p>
    <w:p w14:paraId="26DD7157" w14:textId="77777777" w:rsidR="00E865AD" w:rsidRDefault="00000000">
      <w:pPr>
        <w:spacing w:after="0"/>
      </w:pPr>
      <w:r>
        <w:rPr>
          <w:rFonts w:ascii="Arial" w:hAnsi="Arial"/>
        </w:rPr>
        <w:t xml:space="preserve">Yeah, sure. Just want to say it's great to be thank you very </w:t>
      </w:r>
      <w:proofErr w:type="gramStart"/>
      <w:r>
        <w:rPr>
          <w:rFonts w:ascii="Arial" w:hAnsi="Arial"/>
        </w:rPr>
        <w:t>much</w:t>
      </w:r>
      <w:proofErr w:type="gramEnd"/>
      <w:r>
        <w:rPr>
          <w:rFonts w:ascii="Arial" w:hAnsi="Arial"/>
        </w:rPr>
        <w:t xml:space="preserve"> </w:t>
      </w:r>
      <w:proofErr w:type="spellStart"/>
      <w:r>
        <w:rPr>
          <w:rFonts w:ascii="Arial" w:hAnsi="Arial"/>
        </w:rPr>
        <w:t>much</w:t>
      </w:r>
      <w:proofErr w:type="spellEnd"/>
      <w:r>
        <w:rPr>
          <w:rFonts w:ascii="Arial" w:hAnsi="Arial"/>
        </w:rPr>
        <w:t xml:space="preserve"> nice to have two ladies on the screen. who don't as for  my credit card details.</w:t>
      </w:r>
    </w:p>
    <w:p w14:paraId="1851D04E" w14:textId="77777777" w:rsidR="00E865AD" w:rsidRDefault="00E865AD">
      <w:pPr>
        <w:spacing w:after="0"/>
      </w:pPr>
    </w:p>
    <w:p w14:paraId="15B0EE92" w14:textId="77777777" w:rsidR="00E865AD" w:rsidRDefault="00000000">
      <w:pPr>
        <w:spacing w:after="0"/>
      </w:pPr>
      <w:r>
        <w:rPr>
          <w:rFonts w:ascii="Arial" w:hAnsi="Arial"/>
          <w:b/>
        </w:rPr>
        <w:t xml:space="preserve">Alice Evans &amp; Lucy Wood  </w:t>
      </w:r>
      <w:r>
        <w:rPr>
          <w:rFonts w:ascii="Arial" w:hAnsi="Arial"/>
          <w:color w:val="5D7284"/>
        </w:rPr>
        <w:t>03:38</w:t>
      </w:r>
    </w:p>
    <w:p w14:paraId="3FBD0D4A" w14:textId="77777777" w:rsidR="00E865AD" w:rsidRDefault="00000000">
      <w:pPr>
        <w:spacing w:after="0"/>
      </w:pPr>
      <w:r>
        <w:rPr>
          <w:rFonts w:ascii="Arial" w:hAnsi="Arial"/>
        </w:rPr>
        <w:t>Laugh</w:t>
      </w:r>
    </w:p>
    <w:p w14:paraId="52B396D7" w14:textId="77777777" w:rsidR="00E865AD" w:rsidRDefault="00E865AD">
      <w:pPr>
        <w:spacing w:after="0"/>
      </w:pPr>
    </w:p>
    <w:p w14:paraId="4EAE907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03:39</w:t>
      </w:r>
    </w:p>
    <w:p w14:paraId="19E927AF" w14:textId="77777777" w:rsidR="00E865AD" w:rsidRDefault="00000000">
      <w:pPr>
        <w:spacing w:after="0"/>
      </w:pPr>
      <w:r>
        <w:rPr>
          <w:rFonts w:ascii="Arial" w:hAnsi="Arial"/>
        </w:rPr>
        <w:t xml:space="preserve">don't judge. I </w:t>
      </w:r>
      <w:proofErr w:type="gramStart"/>
      <w:r>
        <w:rPr>
          <w:rFonts w:ascii="Arial" w:hAnsi="Arial"/>
        </w:rPr>
        <w:t>Ashley</w:t>
      </w:r>
      <w:proofErr w:type="gramEnd"/>
      <w:r>
        <w:rPr>
          <w:rFonts w:ascii="Arial" w:hAnsi="Arial"/>
        </w:rPr>
        <w:t xml:space="preserve"> </w:t>
      </w:r>
      <w:proofErr w:type="spellStart"/>
      <w:r>
        <w:rPr>
          <w:rFonts w:ascii="Arial" w:hAnsi="Arial"/>
        </w:rPr>
        <w:t>Stanners</w:t>
      </w:r>
      <w:proofErr w:type="spellEnd"/>
      <w:r>
        <w:rPr>
          <w:rFonts w:ascii="Arial" w:hAnsi="Arial"/>
        </w:rPr>
        <w:t xml:space="preserve"> I'm 27 years old and I have autism and dyslexia. I am a former zookeeper and hopefully soon to be </w:t>
      </w:r>
      <w:proofErr w:type="gramStart"/>
      <w:r>
        <w:rPr>
          <w:rFonts w:ascii="Arial" w:hAnsi="Arial"/>
        </w:rPr>
        <w:t>zoo</w:t>
      </w:r>
      <w:proofErr w:type="gramEnd"/>
      <w:r>
        <w:rPr>
          <w:rFonts w:ascii="Arial" w:hAnsi="Arial"/>
        </w:rPr>
        <w:t xml:space="preserve"> owner.</w:t>
      </w:r>
    </w:p>
    <w:p w14:paraId="20A4211E" w14:textId="77777777" w:rsidR="00E865AD" w:rsidRDefault="00E865AD">
      <w:pPr>
        <w:spacing w:after="0"/>
      </w:pPr>
    </w:p>
    <w:p w14:paraId="53974CBF" w14:textId="77777777" w:rsidR="00E865AD" w:rsidRDefault="00000000">
      <w:pPr>
        <w:spacing w:after="0"/>
      </w:pPr>
      <w:r>
        <w:rPr>
          <w:rFonts w:ascii="Arial" w:hAnsi="Arial"/>
          <w:b/>
        </w:rPr>
        <w:t xml:space="preserve">Alice Evans &amp; Lucy Wood  </w:t>
      </w:r>
      <w:r>
        <w:rPr>
          <w:rFonts w:ascii="Arial" w:hAnsi="Arial"/>
          <w:color w:val="5D7284"/>
        </w:rPr>
        <w:t>03:53</w:t>
      </w:r>
    </w:p>
    <w:p w14:paraId="6E6814D9" w14:textId="77777777" w:rsidR="00E865AD" w:rsidRDefault="00000000">
      <w:pPr>
        <w:spacing w:after="0"/>
      </w:pPr>
      <w:r>
        <w:rPr>
          <w:rFonts w:ascii="Arial" w:hAnsi="Arial"/>
        </w:rPr>
        <w:t>Oh, wow.</w:t>
      </w:r>
    </w:p>
    <w:p w14:paraId="29F4C464" w14:textId="77777777" w:rsidR="00E865AD" w:rsidRDefault="00E865AD">
      <w:pPr>
        <w:spacing w:after="0"/>
      </w:pPr>
    </w:p>
    <w:p w14:paraId="2E1EF809" w14:textId="77777777" w:rsidR="00E865AD" w:rsidRDefault="00000000">
      <w:pPr>
        <w:spacing w:after="0"/>
      </w:pPr>
      <w:r>
        <w:rPr>
          <w:rFonts w:ascii="Arial" w:hAnsi="Arial"/>
          <w:b/>
        </w:rPr>
        <w:t xml:space="preserve">Lucy  </w:t>
      </w:r>
      <w:r>
        <w:rPr>
          <w:rFonts w:ascii="Arial" w:hAnsi="Arial"/>
          <w:color w:val="5D7284"/>
        </w:rPr>
        <w:t>03:56</w:t>
      </w:r>
    </w:p>
    <w:p w14:paraId="751E4496" w14:textId="77777777" w:rsidR="00E865AD" w:rsidRDefault="00000000">
      <w:pPr>
        <w:spacing w:after="0"/>
      </w:pPr>
      <w:r>
        <w:rPr>
          <w:rFonts w:ascii="Arial" w:hAnsi="Arial"/>
        </w:rPr>
        <w:t>That's fantastic. Oh</w:t>
      </w:r>
      <w:proofErr w:type="gramStart"/>
      <w:r>
        <w:rPr>
          <w:rFonts w:ascii="Arial" w:hAnsi="Arial"/>
        </w:rPr>
        <w:t>, what</w:t>
      </w:r>
      <w:proofErr w:type="gramEnd"/>
      <w:r>
        <w:rPr>
          <w:rFonts w:ascii="Arial" w:hAnsi="Arial"/>
        </w:rPr>
        <w:t xml:space="preserve"> </w:t>
      </w:r>
      <w:proofErr w:type="spellStart"/>
      <w:r>
        <w:rPr>
          <w:rFonts w:ascii="Arial" w:hAnsi="Arial"/>
        </w:rPr>
        <w:t>what</w:t>
      </w:r>
      <w:proofErr w:type="spellEnd"/>
      <w:r>
        <w:rPr>
          <w:rFonts w:ascii="Arial" w:hAnsi="Arial"/>
        </w:rPr>
        <w:t xml:space="preserve"> sort of got you into </w:t>
      </w:r>
      <w:proofErr w:type="spellStart"/>
      <w:r>
        <w:rPr>
          <w:rFonts w:ascii="Arial" w:hAnsi="Arial"/>
        </w:rPr>
        <w:t>into</w:t>
      </w:r>
      <w:proofErr w:type="spellEnd"/>
      <w:r>
        <w:rPr>
          <w:rFonts w:ascii="Arial" w:hAnsi="Arial"/>
        </w:rPr>
        <w:t xml:space="preserve"> that kind of work?</w:t>
      </w:r>
    </w:p>
    <w:p w14:paraId="253A2E19" w14:textId="77777777" w:rsidR="00E865AD" w:rsidRDefault="00E865AD">
      <w:pPr>
        <w:spacing w:after="0"/>
      </w:pPr>
    </w:p>
    <w:p w14:paraId="4407357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04:01</w:t>
      </w:r>
    </w:p>
    <w:p w14:paraId="639A3160" w14:textId="77777777" w:rsidR="00E865AD" w:rsidRDefault="00000000">
      <w:pPr>
        <w:spacing w:after="0"/>
      </w:pPr>
      <w:proofErr w:type="gramStart"/>
      <w:r>
        <w:rPr>
          <w:rFonts w:ascii="Arial" w:hAnsi="Arial"/>
        </w:rPr>
        <w:t>it</w:t>
      </w:r>
      <w:proofErr w:type="gramEnd"/>
      <w:r>
        <w:rPr>
          <w:rFonts w:ascii="Arial" w:hAnsi="Arial"/>
        </w:rPr>
        <w:t xml:space="preserve"> was the autism itself. </w:t>
      </w:r>
      <w:proofErr w:type="gramStart"/>
      <w:r>
        <w:rPr>
          <w:rFonts w:ascii="Arial" w:hAnsi="Arial"/>
        </w:rPr>
        <w:t>Actually, when</w:t>
      </w:r>
      <w:proofErr w:type="gramEnd"/>
      <w:r>
        <w:rPr>
          <w:rFonts w:ascii="Arial" w:hAnsi="Arial"/>
        </w:rPr>
        <w:t xml:space="preserve"> I was about a little and grown up in the 90s. I might, you know, some other listeners. There wasn't as much. What's the word? Emphasis on autism? I </w:t>
      </w:r>
      <w:proofErr w:type="spellStart"/>
      <w:r>
        <w:rPr>
          <w:rFonts w:ascii="Arial" w:hAnsi="Arial"/>
        </w:rPr>
        <w:t>dom't</w:t>
      </w:r>
      <w:proofErr w:type="spellEnd"/>
      <w:r>
        <w:rPr>
          <w:rFonts w:ascii="Arial" w:hAnsi="Arial"/>
        </w:rPr>
        <w:t xml:space="preserve"> know if  Anyone's seen Pete Kay and he goes, Thick Table?</w:t>
      </w:r>
    </w:p>
    <w:p w14:paraId="2D651D59" w14:textId="77777777" w:rsidR="00E865AD" w:rsidRDefault="00E865AD">
      <w:pPr>
        <w:spacing w:after="0"/>
      </w:pPr>
    </w:p>
    <w:p w14:paraId="1B23A146" w14:textId="77777777" w:rsidR="00E865AD" w:rsidRDefault="00000000">
      <w:pPr>
        <w:spacing w:after="0"/>
      </w:pPr>
      <w:r>
        <w:rPr>
          <w:rFonts w:ascii="Arial" w:hAnsi="Arial"/>
          <w:b/>
        </w:rPr>
        <w:t xml:space="preserve">Alice  </w:t>
      </w:r>
      <w:r>
        <w:rPr>
          <w:rFonts w:ascii="Arial" w:hAnsi="Arial"/>
          <w:color w:val="5D7284"/>
        </w:rPr>
        <w:t>04:18</w:t>
      </w:r>
    </w:p>
    <w:p w14:paraId="40EEA7E9" w14:textId="77777777" w:rsidR="00E865AD" w:rsidRDefault="00000000">
      <w:pPr>
        <w:spacing w:after="0"/>
      </w:pPr>
      <w:r>
        <w:rPr>
          <w:rFonts w:ascii="Arial" w:hAnsi="Arial"/>
        </w:rPr>
        <w:t xml:space="preserve">Yeah, </w:t>
      </w:r>
    </w:p>
    <w:p w14:paraId="1EAC794D" w14:textId="77777777" w:rsidR="00E865AD" w:rsidRDefault="00E865AD">
      <w:pPr>
        <w:spacing w:after="0"/>
      </w:pPr>
    </w:p>
    <w:p w14:paraId="59B648C7" w14:textId="77777777" w:rsidR="00E865AD" w:rsidRDefault="00000000">
      <w:pPr>
        <w:spacing w:after="0"/>
      </w:pPr>
      <w:r>
        <w:rPr>
          <w:rFonts w:ascii="Arial" w:hAnsi="Arial"/>
          <w:color w:val="5D7284"/>
        </w:rPr>
        <w:t>04:18</w:t>
      </w:r>
    </w:p>
    <w:p w14:paraId="4112D0E9" w14:textId="77777777" w:rsidR="00E865AD" w:rsidRDefault="00000000">
      <w:pPr>
        <w:spacing w:after="0"/>
      </w:pPr>
      <w:r>
        <w:rPr>
          <w:rFonts w:ascii="Arial" w:hAnsi="Arial"/>
        </w:rPr>
        <w:t xml:space="preserve">yeah, that was me. We had tables. </w:t>
      </w:r>
      <w:proofErr w:type="gramStart"/>
      <w:r>
        <w:rPr>
          <w:rFonts w:ascii="Arial" w:hAnsi="Arial"/>
        </w:rPr>
        <w:t>you</w:t>
      </w:r>
      <w:proofErr w:type="gramEnd"/>
      <w:r>
        <w:rPr>
          <w:rFonts w:ascii="Arial" w:hAnsi="Arial"/>
        </w:rPr>
        <w:t xml:space="preserve"> had the Smart table thick table. Let's get him through and hope for the best. Yeah, so also did I mean I have </w:t>
      </w:r>
      <w:proofErr w:type="gramStart"/>
      <w:r>
        <w:rPr>
          <w:rFonts w:ascii="Arial" w:hAnsi="Arial"/>
        </w:rPr>
        <w:t>friends</w:t>
      </w:r>
      <w:proofErr w:type="gramEnd"/>
      <w:r>
        <w:rPr>
          <w:rFonts w:ascii="Arial" w:hAnsi="Arial"/>
        </w:rPr>
        <w:t xml:space="preserve"> but I didn't go out much because of my autism. I </w:t>
      </w:r>
      <w:r>
        <w:rPr>
          <w:rFonts w:ascii="Arial" w:hAnsi="Arial"/>
        </w:rPr>
        <w:lastRenderedPageBreak/>
        <w:t xml:space="preserve">didn't really go around the streets or anything. </w:t>
      </w:r>
      <w:proofErr w:type="gramStart"/>
      <w:r>
        <w:rPr>
          <w:rFonts w:ascii="Arial" w:hAnsi="Arial"/>
        </w:rPr>
        <w:t>So</w:t>
      </w:r>
      <w:proofErr w:type="gramEnd"/>
      <w:r>
        <w:rPr>
          <w:rFonts w:ascii="Arial" w:hAnsi="Arial"/>
        </w:rPr>
        <w:t xml:space="preserve"> I just My nan had a big David Attenborough collection. So just loved animals and I locked on to it.</w:t>
      </w:r>
    </w:p>
    <w:p w14:paraId="09E55397" w14:textId="77777777" w:rsidR="00E865AD" w:rsidRDefault="00E865AD">
      <w:pPr>
        <w:spacing w:after="0"/>
      </w:pPr>
    </w:p>
    <w:p w14:paraId="3DC46C45" w14:textId="77777777" w:rsidR="00E865AD" w:rsidRDefault="00000000">
      <w:pPr>
        <w:spacing w:after="0"/>
      </w:pPr>
      <w:r>
        <w:rPr>
          <w:rFonts w:ascii="Arial" w:hAnsi="Arial"/>
          <w:b/>
        </w:rPr>
        <w:t xml:space="preserve">Lucy  </w:t>
      </w:r>
      <w:r>
        <w:rPr>
          <w:rFonts w:ascii="Arial" w:hAnsi="Arial"/>
          <w:color w:val="5D7284"/>
        </w:rPr>
        <w:t>04:41</w:t>
      </w:r>
    </w:p>
    <w:p w14:paraId="337A778C" w14:textId="77777777" w:rsidR="00E865AD" w:rsidRDefault="00000000">
      <w:pPr>
        <w:spacing w:after="0"/>
      </w:pPr>
      <w:r>
        <w:rPr>
          <w:rFonts w:ascii="Arial" w:hAnsi="Arial"/>
        </w:rPr>
        <w:t xml:space="preserve">Oh, fantastic. My, my brother spent a year working at Jersey zoo because he did  Zoology and Life Sciences at uni. And it </w:t>
      </w:r>
      <w:proofErr w:type="gramStart"/>
      <w:r>
        <w:rPr>
          <w:rFonts w:ascii="Arial" w:hAnsi="Arial"/>
        </w:rPr>
        <w:t>was</w:t>
      </w:r>
      <w:proofErr w:type="gramEnd"/>
      <w:r>
        <w:rPr>
          <w:rFonts w:ascii="Arial" w:hAnsi="Arial"/>
        </w:rPr>
        <w:t xml:space="preserve"> I think it was </w:t>
      </w:r>
      <w:proofErr w:type="gramStart"/>
      <w:r>
        <w:rPr>
          <w:rFonts w:ascii="Arial" w:hAnsi="Arial"/>
        </w:rPr>
        <w:t>a really incredible</w:t>
      </w:r>
      <w:proofErr w:type="gramEnd"/>
      <w:r>
        <w:rPr>
          <w:rFonts w:ascii="Arial" w:hAnsi="Arial"/>
        </w:rPr>
        <w:t xml:space="preserve"> experience. he did say that. he spent quite a lot of time Cleaning up Flamingo poo.</w:t>
      </w:r>
    </w:p>
    <w:p w14:paraId="7C48FF96" w14:textId="77777777" w:rsidR="00E865AD" w:rsidRDefault="00E865AD">
      <w:pPr>
        <w:spacing w:after="0"/>
      </w:pPr>
    </w:p>
    <w:p w14:paraId="17821382" w14:textId="77777777" w:rsidR="00E865AD" w:rsidRDefault="00000000">
      <w:pPr>
        <w:spacing w:after="0"/>
      </w:pPr>
      <w:r>
        <w:rPr>
          <w:rFonts w:ascii="Arial" w:hAnsi="Arial"/>
          <w:b/>
        </w:rPr>
        <w:t xml:space="preserve">Lucy  </w:t>
      </w:r>
      <w:r>
        <w:rPr>
          <w:rFonts w:ascii="Arial" w:hAnsi="Arial"/>
          <w:color w:val="5D7284"/>
        </w:rPr>
        <w:t>05:01</w:t>
      </w:r>
    </w:p>
    <w:p w14:paraId="743318FF" w14:textId="77777777" w:rsidR="00E865AD" w:rsidRDefault="00000000">
      <w:pPr>
        <w:spacing w:after="0"/>
      </w:pPr>
      <w:r>
        <w:rPr>
          <w:rFonts w:ascii="Arial" w:hAnsi="Arial"/>
        </w:rPr>
        <w:t xml:space="preserve">Oh, yeah. Glamour, </w:t>
      </w:r>
      <w:proofErr w:type="spellStart"/>
      <w:r>
        <w:rPr>
          <w:rFonts w:ascii="Arial" w:hAnsi="Arial"/>
        </w:rPr>
        <w:t>Gloamor</w:t>
      </w:r>
      <w:proofErr w:type="spellEnd"/>
      <w:r>
        <w:rPr>
          <w:rFonts w:ascii="Arial" w:hAnsi="Arial"/>
        </w:rPr>
        <w:t xml:space="preserve"> </w:t>
      </w:r>
    </w:p>
    <w:p w14:paraId="6752E65F" w14:textId="77777777" w:rsidR="00E865AD" w:rsidRDefault="00E865AD">
      <w:pPr>
        <w:spacing w:after="0"/>
      </w:pPr>
    </w:p>
    <w:p w14:paraId="725CAE8A" w14:textId="77777777" w:rsidR="00E865AD" w:rsidRDefault="00000000">
      <w:pPr>
        <w:spacing w:after="0"/>
      </w:pPr>
      <w:r>
        <w:rPr>
          <w:rFonts w:ascii="Arial" w:hAnsi="Arial"/>
          <w:b/>
        </w:rPr>
        <w:t xml:space="preserve">Lucy  </w:t>
      </w:r>
      <w:r>
        <w:rPr>
          <w:rFonts w:ascii="Arial" w:hAnsi="Arial"/>
          <w:color w:val="5D7284"/>
        </w:rPr>
        <w:t>05:04</w:t>
      </w:r>
    </w:p>
    <w:p w14:paraId="68A0D0C7" w14:textId="77777777" w:rsidR="00E865AD" w:rsidRDefault="00000000">
      <w:pPr>
        <w:spacing w:after="0"/>
      </w:pPr>
      <w:r>
        <w:rPr>
          <w:rFonts w:ascii="Arial" w:hAnsi="Arial"/>
        </w:rPr>
        <w:t xml:space="preserve">Yeah, I was </w:t>
      </w:r>
      <w:proofErr w:type="spellStart"/>
      <w:r>
        <w:rPr>
          <w:rFonts w:ascii="Arial" w:hAnsi="Arial"/>
        </w:rPr>
        <w:t>gonna</w:t>
      </w:r>
      <w:proofErr w:type="spellEnd"/>
      <w:r>
        <w:rPr>
          <w:rFonts w:ascii="Arial" w:hAnsi="Arial"/>
        </w:rPr>
        <w:t xml:space="preserve"> say, zookeeper sounds like a </w:t>
      </w:r>
      <w:proofErr w:type="gramStart"/>
      <w:r>
        <w:rPr>
          <w:rFonts w:ascii="Arial" w:hAnsi="Arial"/>
        </w:rPr>
        <w:t>really cool</w:t>
      </w:r>
      <w:proofErr w:type="gramEnd"/>
      <w:r>
        <w:rPr>
          <w:rFonts w:ascii="Arial" w:hAnsi="Arial"/>
        </w:rPr>
        <w:t xml:space="preserve"> job. But I imagined there </w:t>
      </w:r>
      <w:proofErr w:type="gramStart"/>
      <w:r>
        <w:rPr>
          <w:rFonts w:ascii="Arial" w:hAnsi="Arial"/>
        </w:rPr>
        <w:t>is</w:t>
      </w:r>
      <w:proofErr w:type="gramEnd"/>
      <w:r>
        <w:rPr>
          <w:rFonts w:ascii="Arial" w:hAnsi="Arial"/>
        </w:rPr>
        <w:t xml:space="preserve"> a lot of </w:t>
      </w:r>
      <w:proofErr w:type="gramStart"/>
      <w:r>
        <w:rPr>
          <w:rFonts w:ascii="Arial" w:hAnsi="Arial"/>
        </w:rPr>
        <w:t>poop</w:t>
      </w:r>
      <w:proofErr w:type="gramEnd"/>
      <w:r>
        <w:rPr>
          <w:rFonts w:ascii="Arial" w:hAnsi="Arial"/>
        </w:rPr>
        <w:t>.</w:t>
      </w:r>
    </w:p>
    <w:p w14:paraId="7C764AD1" w14:textId="77777777" w:rsidR="00E865AD" w:rsidRDefault="00E865AD">
      <w:pPr>
        <w:spacing w:after="0"/>
      </w:pPr>
    </w:p>
    <w:p w14:paraId="61211CAD" w14:textId="77777777" w:rsidR="00E865AD" w:rsidRDefault="00000000">
      <w:pPr>
        <w:spacing w:after="0"/>
      </w:pPr>
      <w:r>
        <w:rPr>
          <w:rFonts w:ascii="Arial" w:hAnsi="Arial"/>
          <w:b/>
        </w:rPr>
        <w:t xml:space="preserve">Lucy  </w:t>
      </w:r>
      <w:r>
        <w:rPr>
          <w:rFonts w:ascii="Arial" w:hAnsi="Arial"/>
          <w:color w:val="5D7284"/>
        </w:rPr>
        <w:t>05:09</w:t>
      </w:r>
    </w:p>
    <w:p w14:paraId="4E55F04A" w14:textId="77777777" w:rsidR="00E865AD" w:rsidRDefault="00000000">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like, zookeeper is one of those jobs that you say when you want to be when you're four when you've not really thought it </w:t>
      </w:r>
      <w:proofErr w:type="gramStart"/>
      <w:r>
        <w:rPr>
          <w:rFonts w:ascii="Arial" w:hAnsi="Arial"/>
        </w:rPr>
        <w:t>through</w:t>
      </w:r>
      <w:proofErr w:type="gramEnd"/>
    </w:p>
    <w:p w14:paraId="51F01FBF" w14:textId="77777777" w:rsidR="00E865AD" w:rsidRDefault="00E865AD">
      <w:pPr>
        <w:spacing w:after="0"/>
      </w:pPr>
    </w:p>
    <w:p w14:paraId="03FECC9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05:18</w:t>
      </w:r>
    </w:p>
    <w:p w14:paraId="60FA728C" w14:textId="77777777" w:rsidR="00E865AD" w:rsidRDefault="00000000">
      <w:pPr>
        <w:spacing w:after="0"/>
      </w:pPr>
      <w:r>
        <w:rPr>
          <w:rFonts w:ascii="Arial" w:hAnsi="Arial"/>
        </w:rPr>
        <w:t xml:space="preserve">you say when it's for and people are nice, and they don't </w:t>
      </w:r>
      <w:proofErr w:type="gramStart"/>
      <w:r>
        <w:rPr>
          <w:rFonts w:ascii="Arial" w:hAnsi="Arial"/>
        </w:rPr>
        <w:t>complain</w:t>
      </w:r>
      <w:proofErr w:type="gramEnd"/>
      <w:r>
        <w:rPr>
          <w:rFonts w:ascii="Arial" w:hAnsi="Arial"/>
        </w:rPr>
        <w:t xml:space="preserve"> </w:t>
      </w:r>
    </w:p>
    <w:p w14:paraId="03095495" w14:textId="77777777" w:rsidR="00E865AD" w:rsidRDefault="00E865AD">
      <w:pPr>
        <w:spacing w:after="0"/>
      </w:pPr>
    </w:p>
    <w:p w14:paraId="17FE84F0" w14:textId="77777777" w:rsidR="00E865AD" w:rsidRDefault="00000000">
      <w:pPr>
        <w:spacing w:after="0"/>
      </w:pPr>
      <w:r>
        <w:rPr>
          <w:rFonts w:ascii="Arial" w:hAnsi="Arial"/>
          <w:b/>
        </w:rPr>
        <w:t xml:space="preserve">Lucy  </w:t>
      </w:r>
      <w:r>
        <w:rPr>
          <w:rFonts w:ascii="Arial" w:hAnsi="Arial"/>
          <w:color w:val="5D7284"/>
        </w:rPr>
        <w:t>05:23</w:t>
      </w:r>
    </w:p>
    <w:p w14:paraId="1A3EB67F" w14:textId="77777777" w:rsidR="00E865AD" w:rsidRDefault="00000000">
      <w:pPr>
        <w:spacing w:after="0"/>
      </w:pPr>
      <w:r>
        <w:rPr>
          <w:rFonts w:ascii="Arial" w:hAnsi="Arial"/>
        </w:rPr>
        <w:t>Yeah, yeah.</w:t>
      </w:r>
    </w:p>
    <w:p w14:paraId="72EBDF4E" w14:textId="77777777" w:rsidR="00E865AD" w:rsidRDefault="00E865AD">
      <w:pPr>
        <w:spacing w:after="0"/>
      </w:pPr>
    </w:p>
    <w:p w14:paraId="5DE2A3E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05:25</w:t>
      </w:r>
    </w:p>
    <w:p w14:paraId="5AB5C1FB" w14:textId="77777777" w:rsidR="00E865AD" w:rsidRDefault="00000000">
      <w:pPr>
        <w:spacing w:after="0"/>
      </w:pPr>
      <w:r>
        <w:rPr>
          <w:rFonts w:ascii="Arial" w:hAnsi="Arial"/>
        </w:rPr>
        <w:t>Just a question was that jersey Channel Islands or America?</w:t>
      </w:r>
    </w:p>
    <w:p w14:paraId="09DFB2D2" w14:textId="77777777" w:rsidR="00E865AD" w:rsidRDefault="00E865AD">
      <w:pPr>
        <w:spacing w:after="0"/>
      </w:pPr>
    </w:p>
    <w:p w14:paraId="65DBE6B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05:28</w:t>
      </w:r>
    </w:p>
    <w:p w14:paraId="402E34A6" w14:textId="77777777" w:rsidR="00E865AD" w:rsidRDefault="00000000">
      <w:pPr>
        <w:spacing w:after="0"/>
      </w:pPr>
      <w:r>
        <w:rPr>
          <w:rFonts w:ascii="Arial" w:hAnsi="Arial"/>
        </w:rPr>
        <w:t>Channel Islands</w:t>
      </w:r>
    </w:p>
    <w:p w14:paraId="47A6930E" w14:textId="77777777" w:rsidR="00E865AD" w:rsidRDefault="00E865AD">
      <w:pPr>
        <w:spacing w:after="0"/>
      </w:pPr>
    </w:p>
    <w:p w14:paraId="5C645641"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05:29</w:t>
      </w:r>
    </w:p>
    <w:p w14:paraId="104DD11C" w14:textId="77777777" w:rsidR="00E865AD" w:rsidRDefault="00000000">
      <w:pPr>
        <w:spacing w:after="0"/>
      </w:pPr>
      <w:r>
        <w:rPr>
          <w:rFonts w:ascii="Arial" w:hAnsi="Arial"/>
        </w:rPr>
        <w:t xml:space="preserve"> got Yeah, that's awesome. I couldn't remember.</w:t>
      </w:r>
    </w:p>
    <w:p w14:paraId="145BDC51" w14:textId="77777777" w:rsidR="00E865AD" w:rsidRDefault="00E865AD">
      <w:pPr>
        <w:spacing w:after="0"/>
      </w:pPr>
    </w:p>
    <w:p w14:paraId="231FCB4C" w14:textId="77777777" w:rsidR="00E865AD" w:rsidRDefault="00000000">
      <w:pPr>
        <w:spacing w:after="0"/>
      </w:pPr>
      <w:r>
        <w:rPr>
          <w:rFonts w:ascii="Arial" w:hAnsi="Arial"/>
          <w:color w:val="5D7284"/>
        </w:rPr>
        <w:t>05:33</w:t>
      </w:r>
    </w:p>
    <w:p w14:paraId="15C6DB1C" w14:textId="77777777" w:rsidR="00E865AD" w:rsidRDefault="00000000">
      <w:pPr>
        <w:spacing w:after="0"/>
      </w:pPr>
      <w:proofErr w:type="gramStart"/>
      <w:r>
        <w:rPr>
          <w:rFonts w:ascii="Arial" w:hAnsi="Arial"/>
        </w:rPr>
        <w:t>is</w:t>
      </w:r>
      <w:proofErr w:type="gramEnd"/>
      <w:r>
        <w:rPr>
          <w:rFonts w:ascii="Arial" w:hAnsi="Arial"/>
        </w:rPr>
        <w:t xml:space="preserve"> it the Daryll </w:t>
      </w:r>
      <w:proofErr w:type="spellStart"/>
      <w:r>
        <w:rPr>
          <w:rFonts w:ascii="Arial" w:hAnsi="Arial"/>
        </w:rPr>
        <w:t>centre</w:t>
      </w:r>
      <w:proofErr w:type="spellEnd"/>
      <w:r>
        <w:rPr>
          <w:rFonts w:ascii="Arial" w:hAnsi="Arial"/>
        </w:rPr>
        <w:t>? It's called, I think.</w:t>
      </w:r>
    </w:p>
    <w:p w14:paraId="08D07301" w14:textId="77777777" w:rsidR="00E865AD" w:rsidRDefault="00E865AD">
      <w:pPr>
        <w:spacing w:after="0"/>
      </w:pPr>
    </w:p>
    <w:p w14:paraId="3FD898D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05:37</w:t>
      </w:r>
    </w:p>
    <w:p w14:paraId="736B979D" w14:textId="77777777" w:rsidR="00E865AD" w:rsidRDefault="00000000">
      <w:pPr>
        <w:spacing w:after="0"/>
      </w:pPr>
      <w:r>
        <w:rPr>
          <w:rFonts w:ascii="Arial" w:hAnsi="Arial"/>
        </w:rPr>
        <w:t>No Darryl,  isn't Darryl Centre, Isle of man?</w:t>
      </w:r>
    </w:p>
    <w:p w14:paraId="01A44E63" w14:textId="77777777" w:rsidR="00E865AD" w:rsidRDefault="00E865AD">
      <w:pPr>
        <w:spacing w:after="0"/>
      </w:pPr>
    </w:p>
    <w:p w14:paraId="175FD24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05:42</w:t>
      </w:r>
    </w:p>
    <w:p w14:paraId="5211DA7C" w14:textId="77777777" w:rsidR="00E865AD" w:rsidRDefault="00000000">
      <w:pPr>
        <w:spacing w:after="0"/>
      </w:pPr>
      <w:r>
        <w:rPr>
          <w:rFonts w:ascii="Arial" w:hAnsi="Arial"/>
        </w:rPr>
        <w:t xml:space="preserve">I </w:t>
      </w:r>
      <w:proofErr w:type="gramStart"/>
      <w:r>
        <w:rPr>
          <w:rFonts w:ascii="Arial" w:hAnsi="Arial"/>
        </w:rPr>
        <w:t>forget</w:t>
      </w:r>
      <w:proofErr w:type="gramEnd"/>
      <w:r>
        <w:rPr>
          <w:rFonts w:ascii="Arial" w:hAnsi="Arial"/>
        </w:rPr>
        <w:t>.</w:t>
      </w:r>
    </w:p>
    <w:p w14:paraId="11F7A858" w14:textId="77777777" w:rsidR="00E865AD" w:rsidRDefault="00E865AD">
      <w:pPr>
        <w:spacing w:after="0"/>
      </w:pPr>
    </w:p>
    <w:p w14:paraId="6501F94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05:43</w:t>
      </w:r>
    </w:p>
    <w:p w14:paraId="17C60E2A" w14:textId="77777777" w:rsidR="00E865AD" w:rsidRDefault="00000000">
      <w:pPr>
        <w:spacing w:after="0"/>
      </w:pPr>
      <w:r>
        <w:rPr>
          <w:rFonts w:ascii="Arial" w:hAnsi="Arial"/>
        </w:rPr>
        <w:t xml:space="preserve">It's </w:t>
      </w:r>
      <w:proofErr w:type="spellStart"/>
      <w:r>
        <w:rPr>
          <w:rFonts w:ascii="Arial" w:hAnsi="Arial"/>
        </w:rPr>
        <w:t>gonna</w:t>
      </w:r>
      <w:proofErr w:type="spellEnd"/>
      <w:r>
        <w:rPr>
          <w:rFonts w:ascii="Arial" w:hAnsi="Arial"/>
        </w:rPr>
        <w:t xml:space="preserve"> get people screaming at me.</w:t>
      </w:r>
    </w:p>
    <w:p w14:paraId="241A1928" w14:textId="77777777" w:rsidR="00E865AD" w:rsidRDefault="00E865AD">
      <w:pPr>
        <w:spacing w:after="0"/>
      </w:pPr>
    </w:p>
    <w:p w14:paraId="1843DA57" w14:textId="77777777" w:rsidR="00E865AD" w:rsidRDefault="00000000">
      <w:pPr>
        <w:spacing w:after="0"/>
      </w:pPr>
      <w:r>
        <w:rPr>
          <w:rFonts w:ascii="Arial" w:hAnsi="Arial"/>
          <w:b/>
        </w:rPr>
        <w:t xml:space="preserve">Lucy  </w:t>
      </w:r>
      <w:r>
        <w:rPr>
          <w:rFonts w:ascii="Arial" w:hAnsi="Arial"/>
          <w:color w:val="5D7284"/>
        </w:rPr>
        <w:t>05:47</w:t>
      </w:r>
    </w:p>
    <w:p w14:paraId="7E1C0807" w14:textId="77777777" w:rsidR="00E865AD" w:rsidRDefault="00000000">
      <w:pPr>
        <w:spacing w:after="0"/>
      </w:pPr>
      <w:proofErr w:type="gramStart"/>
      <w:r>
        <w:rPr>
          <w:rFonts w:ascii="Arial" w:hAnsi="Arial"/>
        </w:rPr>
        <w:t>So</w:t>
      </w:r>
      <w:proofErr w:type="gramEnd"/>
      <w:r>
        <w:rPr>
          <w:rFonts w:ascii="Arial" w:hAnsi="Arial"/>
        </w:rPr>
        <w:t xml:space="preserve"> what would you say </w:t>
      </w:r>
      <w:proofErr w:type="gramStart"/>
      <w:r>
        <w:rPr>
          <w:rFonts w:ascii="Arial" w:hAnsi="Arial"/>
        </w:rPr>
        <w:t>your</w:t>
      </w:r>
      <w:proofErr w:type="gramEnd"/>
      <w:r>
        <w:rPr>
          <w:rFonts w:ascii="Arial" w:hAnsi="Arial"/>
        </w:rPr>
        <w:t xml:space="preserve"> favorite animal? is that Ashley?</w:t>
      </w:r>
    </w:p>
    <w:p w14:paraId="146CFF3D" w14:textId="77777777" w:rsidR="00E865AD" w:rsidRDefault="00E865AD">
      <w:pPr>
        <w:spacing w:after="0"/>
      </w:pPr>
    </w:p>
    <w:p w14:paraId="34888307" w14:textId="77777777" w:rsidR="00E865AD" w:rsidRDefault="00000000">
      <w:pPr>
        <w:spacing w:after="0"/>
      </w:pPr>
      <w:r>
        <w:rPr>
          <w:rFonts w:ascii="Arial" w:hAnsi="Arial"/>
          <w:b/>
        </w:rPr>
        <w:t xml:space="preserve">Lucy  </w:t>
      </w:r>
      <w:r>
        <w:rPr>
          <w:rFonts w:ascii="Arial" w:hAnsi="Arial"/>
          <w:color w:val="5D7284"/>
        </w:rPr>
        <w:t>05:52</w:t>
      </w:r>
    </w:p>
    <w:p w14:paraId="74178266" w14:textId="77777777" w:rsidR="00E865AD" w:rsidRDefault="00000000">
      <w:pPr>
        <w:spacing w:after="0"/>
      </w:pPr>
      <w:r>
        <w:rPr>
          <w:rFonts w:ascii="Arial" w:hAnsi="Arial"/>
        </w:rPr>
        <w:t xml:space="preserve">I bet you get asked that all the time. is like, like the </w:t>
      </w:r>
      <w:proofErr w:type="spellStart"/>
      <w:r>
        <w:rPr>
          <w:rFonts w:ascii="Arial" w:hAnsi="Arial"/>
        </w:rPr>
        <w:t>the</w:t>
      </w:r>
      <w:proofErr w:type="spellEnd"/>
      <w:r>
        <w:rPr>
          <w:rFonts w:ascii="Arial" w:hAnsi="Arial"/>
        </w:rPr>
        <w:t xml:space="preserve"> </w:t>
      </w:r>
      <w:proofErr w:type="spellStart"/>
      <w:r>
        <w:rPr>
          <w:rFonts w:ascii="Arial" w:hAnsi="Arial"/>
        </w:rPr>
        <w:t>the</w:t>
      </w:r>
      <w:proofErr w:type="spellEnd"/>
      <w:r>
        <w:rPr>
          <w:rFonts w:ascii="Arial" w:hAnsi="Arial"/>
        </w:rPr>
        <w:t xml:space="preserve"> equivalent of the like, </w:t>
      </w:r>
      <w:proofErr w:type="gramStart"/>
      <w:r>
        <w:rPr>
          <w:rFonts w:ascii="Arial" w:hAnsi="Arial"/>
        </w:rPr>
        <w:t>shitty</w:t>
      </w:r>
      <w:proofErr w:type="gramEnd"/>
      <w:r>
        <w:rPr>
          <w:rFonts w:ascii="Arial" w:hAnsi="Arial"/>
        </w:rPr>
        <w:t xml:space="preserve"> disabled questions that we get. You get shitty </w:t>
      </w:r>
      <w:proofErr w:type="gramStart"/>
      <w:r>
        <w:rPr>
          <w:rFonts w:ascii="Arial" w:hAnsi="Arial"/>
        </w:rPr>
        <w:t>zoo keeper</w:t>
      </w:r>
      <w:proofErr w:type="gramEnd"/>
      <w:r>
        <w:rPr>
          <w:rFonts w:ascii="Arial" w:hAnsi="Arial"/>
        </w:rPr>
        <w:t xml:space="preserve"> questions </w:t>
      </w:r>
    </w:p>
    <w:p w14:paraId="44F2819C" w14:textId="77777777" w:rsidR="00E865AD" w:rsidRDefault="00E865AD">
      <w:pPr>
        <w:spacing w:after="0"/>
      </w:pPr>
    </w:p>
    <w:p w14:paraId="26630F9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06:03</w:t>
      </w:r>
    </w:p>
    <w:p w14:paraId="41591BF8" w14:textId="77777777" w:rsidR="00E865AD" w:rsidRDefault="00000000">
      <w:pPr>
        <w:spacing w:after="0"/>
      </w:pPr>
      <w:r>
        <w:rPr>
          <w:rFonts w:ascii="Arial" w:hAnsi="Arial"/>
        </w:rPr>
        <w:t xml:space="preserve">I get that one. I hate that. You've started on a tangent just to cut back. Just want to say, I hate that. I don't know. </w:t>
      </w:r>
      <w:proofErr w:type="gramStart"/>
      <w:r>
        <w:rPr>
          <w:rFonts w:ascii="Arial" w:hAnsi="Arial"/>
        </w:rPr>
        <w:t>I went to</w:t>
      </w:r>
      <w:proofErr w:type="gramEnd"/>
      <w:r>
        <w:rPr>
          <w:rFonts w:ascii="Arial" w:hAnsi="Arial"/>
        </w:rPr>
        <w:t xml:space="preserve"> </w:t>
      </w:r>
      <w:proofErr w:type="spellStart"/>
      <w:r>
        <w:rPr>
          <w:rFonts w:ascii="Arial" w:hAnsi="Arial"/>
        </w:rPr>
        <w:t>went</w:t>
      </w:r>
      <w:proofErr w:type="spellEnd"/>
      <w:r>
        <w:rPr>
          <w:rFonts w:ascii="Arial" w:hAnsi="Arial"/>
        </w:rPr>
        <w:t xml:space="preserve"> to do some tests or something. See if I was disabled is it the PIP thing? </w:t>
      </w:r>
    </w:p>
    <w:p w14:paraId="1292E152" w14:textId="77777777" w:rsidR="00E865AD" w:rsidRDefault="00E865AD">
      <w:pPr>
        <w:spacing w:after="0"/>
      </w:pPr>
    </w:p>
    <w:p w14:paraId="27DAD3AB" w14:textId="77777777" w:rsidR="00E865AD" w:rsidRDefault="00000000">
      <w:pPr>
        <w:spacing w:after="0"/>
      </w:pPr>
      <w:r>
        <w:rPr>
          <w:rFonts w:ascii="Arial" w:hAnsi="Arial"/>
          <w:b/>
        </w:rPr>
        <w:t xml:space="preserve">Lucy  </w:t>
      </w:r>
      <w:r>
        <w:rPr>
          <w:rFonts w:ascii="Arial" w:hAnsi="Arial"/>
          <w:color w:val="5D7284"/>
        </w:rPr>
        <w:t>06:18</w:t>
      </w:r>
    </w:p>
    <w:p w14:paraId="10F70889" w14:textId="77777777" w:rsidR="00E865AD" w:rsidRDefault="00000000">
      <w:pPr>
        <w:spacing w:after="0"/>
      </w:pPr>
      <w:r>
        <w:rPr>
          <w:rFonts w:ascii="Arial" w:hAnsi="Arial"/>
        </w:rPr>
        <w:t xml:space="preserve">Yeah, yeah, probably. I </w:t>
      </w:r>
      <w:proofErr w:type="spellStart"/>
      <w:r>
        <w:rPr>
          <w:rFonts w:ascii="Arial" w:hAnsi="Arial"/>
        </w:rPr>
        <w:t>dunno</w:t>
      </w:r>
      <w:proofErr w:type="spellEnd"/>
    </w:p>
    <w:p w14:paraId="700F3932" w14:textId="77777777" w:rsidR="00E865AD" w:rsidRDefault="00E865AD">
      <w:pPr>
        <w:spacing w:after="0"/>
      </w:pPr>
    </w:p>
    <w:p w14:paraId="131233A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06:21</w:t>
      </w:r>
    </w:p>
    <w:p w14:paraId="3C54EE61" w14:textId="77777777" w:rsidR="00E865AD" w:rsidRDefault="00000000">
      <w:pPr>
        <w:spacing w:after="0"/>
      </w:pPr>
      <w:r>
        <w:rPr>
          <w:rFonts w:ascii="Arial" w:hAnsi="Arial"/>
        </w:rPr>
        <w:t xml:space="preserve">What's it like to be all disabled? To which </w:t>
      </w:r>
      <w:proofErr w:type="gramStart"/>
      <w:r>
        <w:rPr>
          <w:rFonts w:ascii="Arial" w:hAnsi="Arial"/>
        </w:rPr>
        <w:t>I apply</w:t>
      </w:r>
      <w:proofErr w:type="gramEnd"/>
      <w:r>
        <w:rPr>
          <w:rFonts w:ascii="Arial" w:hAnsi="Arial"/>
        </w:rPr>
        <w:t xml:space="preserve">? I don't know what it's like to be not </w:t>
      </w:r>
      <w:proofErr w:type="gramStart"/>
      <w:r>
        <w:rPr>
          <w:rFonts w:ascii="Arial" w:hAnsi="Arial"/>
        </w:rPr>
        <w:t>disabled?</w:t>
      </w:r>
      <w:proofErr w:type="gramEnd"/>
      <w:r>
        <w:rPr>
          <w:rFonts w:ascii="Arial" w:hAnsi="Arial"/>
        </w:rPr>
        <w:t xml:space="preserve"> I don't know. I've been saved my whole life. Yeah. you know, you answer that. I'll tell you mine.</w:t>
      </w:r>
    </w:p>
    <w:p w14:paraId="2149CF1D" w14:textId="77777777" w:rsidR="00E865AD" w:rsidRDefault="00E865AD">
      <w:pPr>
        <w:spacing w:after="0"/>
      </w:pPr>
    </w:p>
    <w:p w14:paraId="279B5724" w14:textId="77777777" w:rsidR="00E865AD" w:rsidRDefault="00000000">
      <w:pPr>
        <w:spacing w:after="0"/>
      </w:pPr>
      <w:r>
        <w:rPr>
          <w:rFonts w:ascii="Arial" w:hAnsi="Arial"/>
          <w:b/>
        </w:rPr>
        <w:t xml:space="preserve">Lucy  </w:t>
      </w:r>
      <w:r>
        <w:rPr>
          <w:rFonts w:ascii="Arial" w:hAnsi="Arial"/>
          <w:color w:val="5D7284"/>
        </w:rPr>
        <w:t>06:33</w:t>
      </w:r>
    </w:p>
    <w:p w14:paraId="0D6ABE1F" w14:textId="77777777" w:rsidR="00E865AD" w:rsidRDefault="00000000">
      <w:pPr>
        <w:spacing w:after="0"/>
      </w:pPr>
      <w:r>
        <w:rPr>
          <w:rFonts w:ascii="Arial" w:hAnsi="Arial"/>
        </w:rPr>
        <w:t xml:space="preserve">Yeah, exactly. exactly. Yeah. </w:t>
      </w:r>
      <w:proofErr w:type="gramStart"/>
      <w:r>
        <w:rPr>
          <w:rFonts w:ascii="Arial" w:hAnsi="Arial"/>
        </w:rPr>
        <w:t xml:space="preserve">What's </w:t>
      </w:r>
      <w:proofErr w:type="spellStart"/>
      <w:r>
        <w:rPr>
          <w:rFonts w:ascii="Arial" w:hAnsi="Arial"/>
        </w:rPr>
        <w:t>what's</w:t>
      </w:r>
      <w:proofErr w:type="spellEnd"/>
      <w:proofErr w:type="gramEnd"/>
      <w:r>
        <w:rPr>
          <w:rFonts w:ascii="Arial" w:hAnsi="Arial"/>
        </w:rPr>
        <w:t xml:space="preserve"> it like to be blind? I don't know. What's it like to see?</w:t>
      </w:r>
    </w:p>
    <w:p w14:paraId="530C6E06" w14:textId="77777777" w:rsidR="00E865AD" w:rsidRDefault="00E865AD">
      <w:pPr>
        <w:spacing w:after="0"/>
      </w:pPr>
    </w:p>
    <w:p w14:paraId="1EE5AFF4" w14:textId="77777777" w:rsidR="00E865AD" w:rsidRDefault="00000000">
      <w:pPr>
        <w:spacing w:after="0"/>
      </w:pPr>
      <w:r>
        <w:rPr>
          <w:rFonts w:ascii="Arial" w:hAnsi="Arial"/>
          <w:b/>
        </w:rPr>
        <w:t xml:space="preserve">Lucy  </w:t>
      </w:r>
      <w:r>
        <w:rPr>
          <w:rFonts w:ascii="Arial" w:hAnsi="Arial"/>
          <w:color w:val="5D7284"/>
        </w:rPr>
        <w:t>06:42</w:t>
      </w:r>
    </w:p>
    <w:p w14:paraId="6C9BD9F6" w14:textId="77777777" w:rsidR="00E865AD" w:rsidRDefault="00000000">
      <w:pPr>
        <w:spacing w:after="0"/>
      </w:pPr>
      <w:r>
        <w:rPr>
          <w:rFonts w:ascii="Arial" w:hAnsi="Arial"/>
        </w:rPr>
        <w:t xml:space="preserve">We </w:t>
      </w:r>
      <w:proofErr w:type="spellStart"/>
      <w:r>
        <w:rPr>
          <w:rFonts w:ascii="Arial" w:hAnsi="Arial"/>
        </w:rPr>
        <w:t>hasvqen't</w:t>
      </w:r>
      <w:proofErr w:type="spellEnd"/>
      <w:r>
        <w:rPr>
          <w:rFonts w:ascii="Arial" w:hAnsi="Arial"/>
        </w:rPr>
        <w:t xml:space="preserve"> got the </w:t>
      </w:r>
      <w:proofErr w:type="spellStart"/>
      <w:r>
        <w:rPr>
          <w:rFonts w:ascii="Arial" w:hAnsi="Arial"/>
        </w:rPr>
        <w:t>alternitive</w:t>
      </w:r>
      <w:proofErr w:type="spellEnd"/>
      <w:r>
        <w:rPr>
          <w:rFonts w:ascii="Arial" w:hAnsi="Arial"/>
        </w:rPr>
        <w:t xml:space="preserve"> to </w:t>
      </w:r>
      <w:proofErr w:type="gramStart"/>
      <w:r>
        <w:rPr>
          <w:rFonts w:ascii="Arial" w:hAnsi="Arial"/>
        </w:rPr>
        <w:t>compare and contrast</w:t>
      </w:r>
      <w:proofErr w:type="gramEnd"/>
      <w:r>
        <w:rPr>
          <w:rFonts w:ascii="Arial" w:hAnsi="Arial"/>
        </w:rPr>
        <w:t xml:space="preserve"> have we.</w:t>
      </w:r>
    </w:p>
    <w:p w14:paraId="3205A6A8" w14:textId="77777777" w:rsidR="00E865AD" w:rsidRDefault="00E865AD">
      <w:pPr>
        <w:spacing w:after="0"/>
      </w:pPr>
    </w:p>
    <w:p w14:paraId="1DD75147" w14:textId="77777777" w:rsidR="00E865AD" w:rsidRDefault="00000000">
      <w:pPr>
        <w:spacing w:after="0"/>
      </w:pPr>
      <w:r>
        <w:rPr>
          <w:rFonts w:ascii="Arial" w:hAnsi="Arial"/>
          <w:color w:val="5D7284"/>
        </w:rPr>
        <w:t>06:45</w:t>
      </w:r>
    </w:p>
    <w:p w14:paraId="6855C6E4" w14:textId="77777777" w:rsidR="00E865AD" w:rsidRDefault="00000000">
      <w:pPr>
        <w:spacing w:after="0"/>
      </w:pPr>
      <w:r>
        <w:rPr>
          <w:rFonts w:ascii="Arial" w:hAnsi="Arial"/>
        </w:rPr>
        <w:t xml:space="preserve">Yeah, you get the </w:t>
      </w:r>
      <w:proofErr w:type="gramStart"/>
      <w:r>
        <w:rPr>
          <w:rFonts w:ascii="Arial" w:hAnsi="Arial"/>
        </w:rPr>
        <w:t>smartass</w:t>
      </w:r>
      <w:proofErr w:type="gramEnd"/>
      <w:r>
        <w:rPr>
          <w:rFonts w:ascii="Arial" w:hAnsi="Arial"/>
        </w:rPr>
        <w:t xml:space="preserve">. It's going like, </w:t>
      </w:r>
      <w:proofErr w:type="gramStart"/>
      <w:r>
        <w:rPr>
          <w:rFonts w:ascii="Arial" w:hAnsi="Arial"/>
        </w:rPr>
        <w:t>Oh</w:t>
      </w:r>
      <w:proofErr w:type="gramEnd"/>
      <w:r>
        <w:rPr>
          <w:rFonts w:ascii="Arial" w:hAnsi="Arial"/>
        </w:rPr>
        <w:t xml:space="preserve">, you're just making shit. Well, just people think they're funny. And it's just like it always reminds me of a time in school. I was a young girl we had no we had a young boy, he was mute. And there was another lad who I think he just had autism. And he said, </w:t>
      </w:r>
      <w:proofErr w:type="gramStart"/>
      <w:r>
        <w:rPr>
          <w:rFonts w:ascii="Arial" w:hAnsi="Arial"/>
        </w:rPr>
        <w:t>How</w:t>
      </w:r>
      <w:proofErr w:type="gramEnd"/>
      <w:r>
        <w:rPr>
          <w:rFonts w:ascii="Arial" w:hAnsi="Arial"/>
        </w:rPr>
        <w:t xml:space="preserve"> come I have to do work and he gets to paint? Well, obviously, that's the way </w:t>
      </w:r>
      <w:proofErr w:type="gramStart"/>
      <w:r>
        <w:rPr>
          <w:rFonts w:ascii="Arial" w:hAnsi="Arial"/>
        </w:rPr>
        <w:t>the education</w:t>
      </w:r>
      <w:proofErr w:type="gramEnd"/>
      <w:r>
        <w:rPr>
          <w:rFonts w:ascii="Arial" w:hAnsi="Arial"/>
        </w:rPr>
        <w:t xml:space="preserve"> worked. because I </w:t>
      </w:r>
      <w:proofErr w:type="gramStart"/>
      <w:r>
        <w:rPr>
          <w:rFonts w:ascii="Arial" w:hAnsi="Arial"/>
        </w:rPr>
        <w:t>was</w:t>
      </w:r>
      <w:proofErr w:type="gramEnd"/>
      <w:r>
        <w:rPr>
          <w:rFonts w:ascii="Arial" w:hAnsi="Arial"/>
        </w:rPr>
        <w:t xml:space="preserve"> special </w:t>
      </w:r>
      <w:proofErr w:type="spellStart"/>
      <w:r>
        <w:rPr>
          <w:rFonts w:ascii="Arial" w:hAnsi="Arial"/>
        </w:rPr>
        <w:t>school.They</w:t>
      </w:r>
      <w:proofErr w:type="spellEnd"/>
      <w:r>
        <w:rPr>
          <w:rFonts w:ascii="Arial" w:hAnsi="Arial"/>
        </w:rPr>
        <w:t xml:space="preserve"> painted to teach him. And obviously, you </w:t>
      </w:r>
      <w:proofErr w:type="gramStart"/>
      <w:r>
        <w:rPr>
          <w:rFonts w:ascii="Arial" w:hAnsi="Arial"/>
        </w:rPr>
        <w:t>know, if</w:t>
      </w:r>
      <w:proofErr w:type="gramEnd"/>
      <w:r>
        <w:rPr>
          <w:rFonts w:ascii="Arial" w:hAnsi="Arial"/>
        </w:rPr>
        <w:t xml:space="preserve"> you were capable, you did the </w:t>
      </w:r>
      <w:proofErr w:type="spellStart"/>
      <w:r>
        <w:rPr>
          <w:rFonts w:ascii="Arial" w:hAnsi="Arial"/>
        </w:rPr>
        <w:t>maths</w:t>
      </w:r>
      <w:proofErr w:type="spellEnd"/>
      <w:r>
        <w:rPr>
          <w:rFonts w:ascii="Arial" w:hAnsi="Arial"/>
        </w:rPr>
        <w:t xml:space="preserve">. To which I turned around and said, </w:t>
      </w:r>
      <w:proofErr w:type="gramStart"/>
      <w:r>
        <w:rPr>
          <w:rFonts w:ascii="Arial" w:hAnsi="Arial"/>
        </w:rPr>
        <w:t>you</w:t>
      </w:r>
      <w:proofErr w:type="gramEnd"/>
      <w:r>
        <w:rPr>
          <w:rFonts w:ascii="Arial" w:hAnsi="Arial"/>
        </w:rPr>
        <w:t xml:space="preserve"> want to be grateful. you have you don't have what he's got. you </w:t>
      </w:r>
      <w:proofErr w:type="gramStart"/>
      <w:r>
        <w:rPr>
          <w:rFonts w:ascii="Arial" w:hAnsi="Arial"/>
        </w:rPr>
        <w:t>have the ability to</w:t>
      </w:r>
      <w:proofErr w:type="gramEnd"/>
      <w:r>
        <w:rPr>
          <w:rFonts w:ascii="Arial" w:hAnsi="Arial"/>
        </w:rPr>
        <w:t xml:space="preserve"> kind of less be judged, if that makes sense. </w:t>
      </w:r>
    </w:p>
    <w:p w14:paraId="3DBBF836" w14:textId="77777777" w:rsidR="00E865AD" w:rsidRDefault="00E865AD">
      <w:pPr>
        <w:spacing w:after="0"/>
      </w:pPr>
    </w:p>
    <w:p w14:paraId="6F2E1238" w14:textId="77777777" w:rsidR="00E865AD" w:rsidRDefault="00000000">
      <w:pPr>
        <w:spacing w:after="0"/>
      </w:pPr>
      <w:r>
        <w:rPr>
          <w:rFonts w:ascii="Arial" w:hAnsi="Arial"/>
          <w:b/>
        </w:rPr>
        <w:t xml:space="preserve">Lucy  </w:t>
      </w:r>
      <w:r>
        <w:rPr>
          <w:rFonts w:ascii="Arial" w:hAnsi="Arial"/>
          <w:color w:val="5D7284"/>
        </w:rPr>
        <w:t>07:30</w:t>
      </w:r>
    </w:p>
    <w:p w14:paraId="557DF00B" w14:textId="77777777" w:rsidR="00E865AD" w:rsidRDefault="00000000">
      <w:pPr>
        <w:spacing w:after="0"/>
      </w:pPr>
      <w:r>
        <w:rPr>
          <w:rFonts w:ascii="Arial" w:hAnsi="Arial"/>
        </w:rPr>
        <w:t xml:space="preserve">Yeah, </w:t>
      </w:r>
    </w:p>
    <w:p w14:paraId="5B6EC005" w14:textId="77777777" w:rsidR="00E865AD" w:rsidRDefault="00E865AD">
      <w:pPr>
        <w:spacing w:after="0"/>
      </w:pPr>
    </w:p>
    <w:p w14:paraId="42C95A7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07:31</w:t>
      </w:r>
    </w:p>
    <w:p w14:paraId="41A0F248" w14:textId="77777777" w:rsidR="00E865AD" w:rsidRDefault="00000000">
      <w:pPr>
        <w:spacing w:after="0"/>
      </w:pPr>
      <w:r>
        <w:rPr>
          <w:rFonts w:ascii="Arial" w:hAnsi="Arial"/>
        </w:rPr>
        <w:t xml:space="preserve">he was he was more able. </w:t>
      </w:r>
      <w:proofErr w:type="gramStart"/>
      <w:r>
        <w:rPr>
          <w:rFonts w:ascii="Arial" w:hAnsi="Arial"/>
        </w:rPr>
        <w:t>So</w:t>
      </w:r>
      <w:proofErr w:type="gramEnd"/>
      <w:r>
        <w:rPr>
          <w:rFonts w:ascii="Arial" w:hAnsi="Arial"/>
        </w:rPr>
        <w:t xml:space="preserve"> I said, you want to shut up and be grateful you're more able. And something else which works. But yeah.</w:t>
      </w:r>
    </w:p>
    <w:p w14:paraId="567B8694" w14:textId="77777777" w:rsidR="00E865AD" w:rsidRDefault="00E865AD">
      <w:pPr>
        <w:spacing w:after="0"/>
      </w:pPr>
    </w:p>
    <w:p w14:paraId="5BE6AE1C" w14:textId="77777777" w:rsidR="00E865AD" w:rsidRDefault="00000000">
      <w:pPr>
        <w:spacing w:after="0"/>
      </w:pPr>
      <w:r>
        <w:rPr>
          <w:rFonts w:ascii="Arial" w:hAnsi="Arial"/>
          <w:b/>
        </w:rPr>
        <w:t xml:space="preserve">Alice  </w:t>
      </w:r>
      <w:r>
        <w:rPr>
          <w:rFonts w:ascii="Arial" w:hAnsi="Arial"/>
          <w:color w:val="5D7284"/>
        </w:rPr>
        <w:t>07:43</w:t>
      </w:r>
    </w:p>
    <w:p w14:paraId="3BB259EA" w14:textId="77777777" w:rsidR="00E865AD" w:rsidRDefault="00000000">
      <w:pPr>
        <w:spacing w:after="0"/>
      </w:pPr>
      <w:r>
        <w:rPr>
          <w:rFonts w:ascii="Arial" w:hAnsi="Arial"/>
        </w:rPr>
        <w:t xml:space="preserve">I think the original question </w:t>
      </w:r>
      <w:proofErr w:type="gramStart"/>
      <w:r>
        <w:rPr>
          <w:rFonts w:ascii="Arial" w:hAnsi="Arial"/>
        </w:rPr>
        <w:t xml:space="preserve">was </w:t>
      </w:r>
      <w:proofErr w:type="gramEnd"/>
      <w:r>
        <w:rPr>
          <w:rFonts w:ascii="Arial" w:hAnsi="Arial"/>
        </w:rPr>
        <w:t>what's your favorite animal?</w:t>
      </w:r>
    </w:p>
    <w:p w14:paraId="44303582" w14:textId="77777777" w:rsidR="00E865AD" w:rsidRDefault="00E865AD">
      <w:pPr>
        <w:spacing w:after="0"/>
      </w:pPr>
    </w:p>
    <w:p w14:paraId="08818B5B" w14:textId="77777777" w:rsidR="00E865AD" w:rsidRDefault="00000000">
      <w:pPr>
        <w:spacing w:after="0"/>
      </w:pPr>
      <w:r>
        <w:rPr>
          <w:rFonts w:ascii="Arial" w:hAnsi="Arial"/>
          <w:b/>
        </w:rPr>
        <w:lastRenderedPageBreak/>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07:48</w:t>
      </w:r>
    </w:p>
    <w:p w14:paraId="6CCBCE57" w14:textId="77777777" w:rsidR="00E865AD" w:rsidRDefault="00000000">
      <w:pPr>
        <w:spacing w:after="0"/>
      </w:pPr>
      <w:r>
        <w:rPr>
          <w:rFonts w:ascii="Arial" w:hAnsi="Arial"/>
        </w:rPr>
        <w:t>Sorry. Oh, Snow Leopard.</w:t>
      </w:r>
    </w:p>
    <w:p w14:paraId="61B7C6DB" w14:textId="77777777" w:rsidR="00E865AD" w:rsidRDefault="00E865AD">
      <w:pPr>
        <w:spacing w:after="0"/>
      </w:pPr>
    </w:p>
    <w:p w14:paraId="6254A516" w14:textId="77777777" w:rsidR="00E865AD" w:rsidRDefault="00000000">
      <w:pPr>
        <w:spacing w:after="0"/>
      </w:pPr>
      <w:r>
        <w:rPr>
          <w:rFonts w:ascii="Arial" w:hAnsi="Arial"/>
          <w:b/>
        </w:rPr>
        <w:t xml:space="preserve">Lucy  </w:t>
      </w:r>
      <w:r>
        <w:rPr>
          <w:rFonts w:ascii="Arial" w:hAnsi="Arial"/>
          <w:color w:val="5D7284"/>
        </w:rPr>
        <w:t>07:52</w:t>
      </w:r>
    </w:p>
    <w:p w14:paraId="644E1B8D" w14:textId="77777777" w:rsidR="00E865AD" w:rsidRDefault="00000000">
      <w:pPr>
        <w:spacing w:after="0"/>
      </w:pPr>
      <w:r>
        <w:rPr>
          <w:rFonts w:ascii="Arial" w:hAnsi="Arial"/>
        </w:rPr>
        <w:t>Snow Leopard. That's a good one.</w:t>
      </w:r>
    </w:p>
    <w:p w14:paraId="2383D2E8" w14:textId="77777777" w:rsidR="00E865AD" w:rsidRDefault="00E865AD">
      <w:pPr>
        <w:spacing w:after="0"/>
      </w:pPr>
    </w:p>
    <w:p w14:paraId="133ECA3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07:55</w:t>
      </w:r>
    </w:p>
    <w:p w14:paraId="6AE0D288" w14:textId="77777777" w:rsidR="00E865AD" w:rsidRDefault="00000000">
      <w:pPr>
        <w:spacing w:after="0"/>
      </w:pPr>
      <w:r>
        <w:rPr>
          <w:rFonts w:ascii="Arial" w:hAnsi="Arial"/>
        </w:rPr>
        <w:t xml:space="preserve">Just something. I always like </w:t>
      </w:r>
      <w:proofErr w:type="gramStart"/>
      <w:r>
        <w:rPr>
          <w:rFonts w:ascii="Arial" w:hAnsi="Arial"/>
        </w:rPr>
        <w:t>to</w:t>
      </w:r>
      <w:proofErr w:type="gramEnd"/>
      <w:r>
        <w:rPr>
          <w:rFonts w:ascii="Arial" w:hAnsi="Arial"/>
        </w:rPr>
        <w:t xml:space="preserve"> Yeah, yeah. But every animal.</w:t>
      </w:r>
    </w:p>
    <w:p w14:paraId="4DF9A5D7" w14:textId="77777777" w:rsidR="00E865AD" w:rsidRDefault="00E865AD">
      <w:pPr>
        <w:spacing w:after="0"/>
      </w:pPr>
    </w:p>
    <w:p w14:paraId="7D5BFB73" w14:textId="77777777" w:rsidR="00E865AD" w:rsidRDefault="00000000">
      <w:pPr>
        <w:spacing w:after="0"/>
      </w:pPr>
      <w:r>
        <w:rPr>
          <w:rFonts w:ascii="Arial" w:hAnsi="Arial"/>
          <w:b/>
        </w:rPr>
        <w:t xml:space="preserve">Lucy  </w:t>
      </w:r>
      <w:r>
        <w:rPr>
          <w:rFonts w:ascii="Arial" w:hAnsi="Arial"/>
          <w:color w:val="5D7284"/>
        </w:rPr>
        <w:t>08:02</w:t>
      </w:r>
    </w:p>
    <w:p w14:paraId="4CCA5C85" w14:textId="77777777" w:rsidR="00E865AD" w:rsidRDefault="00000000">
      <w:pPr>
        <w:spacing w:after="0"/>
      </w:pPr>
      <w:proofErr w:type="gramStart"/>
      <w:r>
        <w:rPr>
          <w:rFonts w:ascii="Arial" w:hAnsi="Arial"/>
        </w:rPr>
        <w:t>do</w:t>
      </w:r>
      <w:proofErr w:type="gramEnd"/>
      <w:r>
        <w:rPr>
          <w:rFonts w:ascii="Arial" w:hAnsi="Arial"/>
        </w:rPr>
        <w:t xml:space="preserve"> you work at a zoo now? Or what? Well, or... where are you now?</w:t>
      </w:r>
    </w:p>
    <w:p w14:paraId="0A4C29F8" w14:textId="77777777" w:rsidR="00E865AD" w:rsidRDefault="00E865AD">
      <w:pPr>
        <w:spacing w:after="0"/>
      </w:pPr>
    </w:p>
    <w:p w14:paraId="26F2C5C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08:09</w:t>
      </w:r>
    </w:p>
    <w:p w14:paraId="4A9AC726" w14:textId="77777777" w:rsidR="00E865AD" w:rsidRDefault="00000000">
      <w:pPr>
        <w:spacing w:after="0"/>
      </w:pPr>
      <w:proofErr w:type="gramStart"/>
      <w:r>
        <w:rPr>
          <w:rFonts w:ascii="Arial" w:hAnsi="Arial"/>
        </w:rPr>
        <w:t>where</w:t>
      </w:r>
      <w:proofErr w:type="gramEnd"/>
      <w:r>
        <w:rPr>
          <w:rFonts w:ascii="Arial" w:hAnsi="Arial"/>
        </w:rPr>
        <w:t xml:space="preserve"> am I now? I'm at home. Oh, my God. Oh, yeah. I'm not employed at the minute.</w:t>
      </w:r>
    </w:p>
    <w:p w14:paraId="2ED6E4CE" w14:textId="77777777" w:rsidR="00E865AD" w:rsidRDefault="00E865AD">
      <w:pPr>
        <w:spacing w:after="0"/>
      </w:pPr>
    </w:p>
    <w:p w14:paraId="0514912D" w14:textId="77777777" w:rsidR="00E865AD" w:rsidRDefault="00000000">
      <w:pPr>
        <w:spacing w:after="0"/>
      </w:pPr>
      <w:r>
        <w:rPr>
          <w:rFonts w:ascii="Arial" w:hAnsi="Arial"/>
          <w:b/>
        </w:rPr>
        <w:t xml:space="preserve">Lucy  </w:t>
      </w:r>
      <w:r>
        <w:rPr>
          <w:rFonts w:ascii="Arial" w:hAnsi="Arial"/>
          <w:color w:val="5D7284"/>
        </w:rPr>
        <w:t>08:18</w:t>
      </w:r>
    </w:p>
    <w:p w14:paraId="011212C4" w14:textId="77777777" w:rsidR="00E865AD" w:rsidRDefault="00000000">
      <w:pPr>
        <w:spacing w:after="0"/>
      </w:pPr>
      <w:r>
        <w:rPr>
          <w:rFonts w:ascii="Arial" w:hAnsi="Arial"/>
        </w:rPr>
        <w:t xml:space="preserve"> Okay. </w:t>
      </w:r>
    </w:p>
    <w:p w14:paraId="2D668B26" w14:textId="77777777" w:rsidR="00E865AD" w:rsidRDefault="00E865AD">
      <w:pPr>
        <w:spacing w:after="0"/>
      </w:pPr>
    </w:p>
    <w:p w14:paraId="51F4EF2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08:20</w:t>
      </w:r>
    </w:p>
    <w:p w14:paraId="3C874894" w14:textId="77777777" w:rsidR="00E865AD" w:rsidRDefault="00000000">
      <w:pPr>
        <w:spacing w:after="0"/>
      </w:pPr>
      <w:r>
        <w:rPr>
          <w:rFonts w:ascii="Arial" w:hAnsi="Arial"/>
        </w:rPr>
        <w:t xml:space="preserve">My main objective is to try and as I said, open this park, but that's a bit of a Tale of Tales. Yeah, so I was a </w:t>
      </w:r>
      <w:proofErr w:type="gramStart"/>
      <w:r>
        <w:rPr>
          <w:rFonts w:ascii="Arial" w:hAnsi="Arial"/>
        </w:rPr>
        <w:t>zookeeper</w:t>
      </w:r>
      <w:proofErr w:type="gramEnd"/>
      <w:r>
        <w:rPr>
          <w:rFonts w:ascii="Arial" w:hAnsi="Arial"/>
        </w:rPr>
        <w:t xml:space="preserve"> did that for a year left of my own accord. And then tried all different sorts of jobs and nobody would have </w:t>
      </w:r>
      <w:proofErr w:type="gramStart"/>
      <w:r>
        <w:rPr>
          <w:rFonts w:ascii="Arial" w:hAnsi="Arial"/>
        </w:rPr>
        <w:t>me</w:t>
      </w:r>
      <w:proofErr w:type="gramEnd"/>
      <w:r>
        <w:rPr>
          <w:rFonts w:ascii="Arial" w:hAnsi="Arial"/>
        </w:rPr>
        <w:t xml:space="preserve"> that means I put my money where my mouth is, and I'll do it myself. </w:t>
      </w:r>
    </w:p>
    <w:p w14:paraId="2CF827BD" w14:textId="77777777" w:rsidR="00E865AD" w:rsidRDefault="00E865AD">
      <w:pPr>
        <w:spacing w:after="0"/>
      </w:pPr>
    </w:p>
    <w:p w14:paraId="47194C8F" w14:textId="77777777" w:rsidR="00E865AD" w:rsidRDefault="00000000">
      <w:pPr>
        <w:spacing w:after="0"/>
      </w:pPr>
      <w:r>
        <w:rPr>
          <w:rFonts w:ascii="Arial" w:hAnsi="Arial"/>
          <w:b/>
        </w:rPr>
        <w:t xml:space="preserve">Lucy  </w:t>
      </w:r>
      <w:r>
        <w:rPr>
          <w:rFonts w:ascii="Arial" w:hAnsi="Arial"/>
          <w:color w:val="5D7284"/>
        </w:rPr>
        <w:t>08:44</w:t>
      </w:r>
    </w:p>
    <w:p w14:paraId="309AEE0E" w14:textId="77777777" w:rsidR="00E865AD" w:rsidRDefault="00000000">
      <w:pPr>
        <w:spacing w:after="0"/>
      </w:pPr>
      <w:r>
        <w:rPr>
          <w:rFonts w:ascii="Arial" w:hAnsi="Arial"/>
        </w:rPr>
        <w:t xml:space="preserve">Yeah, yeah. Well </w:t>
      </w:r>
      <w:proofErr w:type="gramStart"/>
      <w:r>
        <w:rPr>
          <w:rFonts w:ascii="Arial" w:hAnsi="Arial"/>
        </w:rPr>
        <w:t>done</w:t>
      </w:r>
      <w:proofErr w:type="gramEnd"/>
    </w:p>
    <w:p w14:paraId="42AB5C56" w14:textId="77777777" w:rsidR="00E865AD" w:rsidRDefault="00E865AD">
      <w:pPr>
        <w:spacing w:after="0"/>
      </w:pPr>
    </w:p>
    <w:p w14:paraId="4302337F" w14:textId="77777777" w:rsidR="00E865AD" w:rsidRDefault="00000000">
      <w:pPr>
        <w:spacing w:after="0"/>
      </w:pPr>
      <w:r>
        <w:rPr>
          <w:rFonts w:ascii="Arial" w:hAnsi="Arial"/>
          <w:b/>
        </w:rPr>
        <w:t xml:space="preserve">Lucy  </w:t>
      </w:r>
      <w:r>
        <w:rPr>
          <w:rFonts w:ascii="Arial" w:hAnsi="Arial"/>
          <w:color w:val="5D7284"/>
        </w:rPr>
        <w:t>08:45</w:t>
      </w:r>
    </w:p>
    <w:p w14:paraId="467E6A53" w14:textId="77777777" w:rsidR="00E865AD" w:rsidRDefault="00000000">
      <w:pPr>
        <w:spacing w:after="0"/>
      </w:pPr>
      <w:r>
        <w:rPr>
          <w:rFonts w:ascii="Arial" w:hAnsi="Arial"/>
        </w:rPr>
        <w:t xml:space="preserve">yeah, definitely. And is it? is it kind of the </w:t>
      </w:r>
      <w:proofErr w:type="spellStart"/>
      <w:r>
        <w:rPr>
          <w:rFonts w:ascii="Arial" w:hAnsi="Arial"/>
        </w:rPr>
        <w:t>the</w:t>
      </w:r>
      <w:proofErr w:type="spellEnd"/>
      <w:r>
        <w:rPr>
          <w:rFonts w:ascii="Arial" w:hAnsi="Arial"/>
        </w:rPr>
        <w:t xml:space="preserve"> big wild animal elements of it that that you're interested in? I know, the reason my </w:t>
      </w:r>
      <w:proofErr w:type="gramStart"/>
      <w:r>
        <w:rPr>
          <w:rFonts w:ascii="Arial" w:hAnsi="Arial"/>
        </w:rPr>
        <w:t>brother's</w:t>
      </w:r>
      <w:proofErr w:type="gramEnd"/>
      <w:r>
        <w:rPr>
          <w:rFonts w:ascii="Arial" w:hAnsi="Arial"/>
        </w:rPr>
        <w:t xml:space="preserve"> very </w:t>
      </w:r>
      <w:proofErr w:type="gramStart"/>
      <w:r>
        <w:rPr>
          <w:rFonts w:ascii="Arial" w:hAnsi="Arial"/>
        </w:rPr>
        <w:t>interested in</w:t>
      </w:r>
      <w:proofErr w:type="gramEnd"/>
      <w:r>
        <w:rPr>
          <w:rFonts w:ascii="Arial" w:hAnsi="Arial"/>
        </w:rPr>
        <w:t xml:space="preserve"> in zoology is kind of a conservation sort of angle.</w:t>
      </w:r>
    </w:p>
    <w:p w14:paraId="7AC1CE29" w14:textId="77777777" w:rsidR="00E865AD" w:rsidRDefault="00E865AD">
      <w:pPr>
        <w:spacing w:after="0"/>
      </w:pPr>
    </w:p>
    <w:p w14:paraId="780EFD31"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09:04</w:t>
      </w:r>
    </w:p>
    <w:p w14:paraId="72143C34" w14:textId="77777777" w:rsidR="00E865AD" w:rsidRDefault="00000000">
      <w:pPr>
        <w:spacing w:after="0"/>
      </w:pPr>
      <w:r>
        <w:rPr>
          <w:rFonts w:ascii="Arial" w:hAnsi="Arial"/>
        </w:rPr>
        <w:t xml:space="preserve">Yeah. </w:t>
      </w:r>
      <w:proofErr w:type="gramStart"/>
      <w:r>
        <w:rPr>
          <w:rFonts w:ascii="Arial" w:hAnsi="Arial"/>
        </w:rPr>
        <w:t>The</w:t>
      </w:r>
      <w:proofErr w:type="gramEnd"/>
      <w:r>
        <w:rPr>
          <w:rFonts w:ascii="Arial" w:hAnsi="Arial"/>
        </w:rPr>
        <w:t xml:space="preserve">, I am a weird one. because I, by conservation, I am conservation. But I also have some very, I have different views on how it should be done to the mainstream, if that makes sense. </w:t>
      </w:r>
    </w:p>
    <w:p w14:paraId="0D569D64" w14:textId="77777777" w:rsidR="00E865AD" w:rsidRDefault="00E865AD">
      <w:pPr>
        <w:spacing w:after="0"/>
      </w:pPr>
    </w:p>
    <w:p w14:paraId="4EE0BA9A" w14:textId="77777777" w:rsidR="00E865AD" w:rsidRDefault="00000000">
      <w:pPr>
        <w:spacing w:after="0"/>
      </w:pPr>
      <w:r>
        <w:rPr>
          <w:rFonts w:ascii="Arial" w:hAnsi="Arial"/>
          <w:b/>
        </w:rPr>
        <w:t xml:space="preserve">Alice  </w:t>
      </w:r>
      <w:r>
        <w:rPr>
          <w:rFonts w:ascii="Arial" w:hAnsi="Arial"/>
          <w:color w:val="5D7284"/>
        </w:rPr>
        <w:t>09:19</w:t>
      </w:r>
    </w:p>
    <w:p w14:paraId="1E638568" w14:textId="77777777" w:rsidR="00E865AD" w:rsidRDefault="00000000">
      <w:pPr>
        <w:spacing w:after="0"/>
      </w:pPr>
      <w:r>
        <w:rPr>
          <w:rFonts w:ascii="Arial" w:hAnsi="Arial"/>
        </w:rPr>
        <w:t>Okay.</w:t>
      </w:r>
    </w:p>
    <w:p w14:paraId="6B01A9FD" w14:textId="77777777" w:rsidR="00E865AD" w:rsidRDefault="00E865AD">
      <w:pPr>
        <w:spacing w:after="0"/>
      </w:pPr>
    </w:p>
    <w:p w14:paraId="39E34C7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09:20</w:t>
      </w:r>
    </w:p>
    <w:p w14:paraId="5FFA41BB" w14:textId="77777777" w:rsidR="00E865AD" w:rsidRDefault="00000000">
      <w:pPr>
        <w:spacing w:after="0"/>
      </w:pPr>
      <w:r>
        <w:rPr>
          <w:rFonts w:ascii="Arial" w:hAnsi="Arial"/>
        </w:rPr>
        <w:t xml:space="preserve"> </w:t>
      </w:r>
      <w:proofErr w:type="gramStart"/>
      <w:r>
        <w:rPr>
          <w:rFonts w:ascii="Arial" w:hAnsi="Arial"/>
        </w:rPr>
        <w:t>So</w:t>
      </w:r>
      <w:proofErr w:type="gramEnd"/>
      <w:r>
        <w:rPr>
          <w:rFonts w:ascii="Arial" w:hAnsi="Arial"/>
        </w:rPr>
        <w:t xml:space="preserve"> I had a very good teacher at college, and he, he had some interesting, he said, the normal way doesn't work. I mean, this conservation just doesn't work. And yeah, I was always interested in like, the new techniques of conservation. And it was always interesting, but yeah, you say about the big animals. I just love animals. The Conservation was great. And </w:t>
      </w:r>
      <w:proofErr w:type="gramStart"/>
      <w:r>
        <w:rPr>
          <w:rFonts w:ascii="Arial" w:hAnsi="Arial"/>
        </w:rPr>
        <w:t>also</w:t>
      </w:r>
      <w:proofErr w:type="gramEnd"/>
      <w:r>
        <w:rPr>
          <w:rFonts w:ascii="Arial" w:hAnsi="Arial"/>
        </w:rPr>
        <w:t xml:space="preserve"> another thing I found I loved people. </w:t>
      </w:r>
    </w:p>
    <w:p w14:paraId="1EB89979" w14:textId="77777777" w:rsidR="00E865AD" w:rsidRDefault="00E865AD">
      <w:pPr>
        <w:spacing w:after="0"/>
      </w:pPr>
    </w:p>
    <w:p w14:paraId="2AE47812" w14:textId="77777777" w:rsidR="00E865AD" w:rsidRDefault="00000000">
      <w:pPr>
        <w:spacing w:after="0"/>
      </w:pPr>
      <w:r>
        <w:rPr>
          <w:rFonts w:ascii="Arial" w:hAnsi="Arial"/>
          <w:b/>
        </w:rPr>
        <w:t xml:space="preserve">Alice  </w:t>
      </w:r>
      <w:r>
        <w:rPr>
          <w:rFonts w:ascii="Arial" w:hAnsi="Arial"/>
          <w:color w:val="5D7284"/>
        </w:rPr>
        <w:t>09:46</w:t>
      </w:r>
    </w:p>
    <w:p w14:paraId="19DF1E76" w14:textId="77777777" w:rsidR="00E865AD" w:rsidRDefault="00000000">
      <w:pPr>
        <w:spacing w:after="0"/>
      </w:pPr>
      <w:r>
        <w:rPr>
          <w:rFonts w:ascii="Arial" w:hAnsi="Arial"/>
        </w:rPr>
        <w:lastRenderedPageBreak/>
        <w:t xml:space="preserve">Yeah. </w:t>
      </w:r>
    </w:p>
    <w:p w14:paraId="1FA05921" w14:textId="77777777" w:rsidR="00E865AD" w:rsidRDefault="00E865AD">
      <w:pPr>
        <w:spacing w:after="0"/>
      </w:pPr>
    </w:p>
    <w:p w14:paraId="65880CA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09:47</w:t>
      </w:r>
    </w:p>
    <w:p w14:paraId="2F5AF97A" w14:textId="77777777" w:rsidR="00E865AD" w:rsidRDefault="00000000">
      <w:pPr>
        <w:spacing w:after="0"/>
      </w:pPr>
      <w:r>
        <w:rPr>
          <w:rFonts w:ascii="Arial" w:hAnsi="Arial"/>
        </w:rPr>
        <w:t xml:space="preserve">Teaching people seeing the little kids. </w:t>
      </w:r>
      <w:proofErr w:type="gramStart"/>
      <w:r>
        <w:rPr>
          <w:rFonts w:ascii="Arial" w:hAnsi="Arial"/>
        </w:rPr>
        <w:t>So</w:t>
      </w:r>
      <w:proofErr w:type="gramEnd"/>
      <w:r>
        <w:rPr>
          <w:rFonts w:ascii="Arial" w:hAnsi="Arial"/>
        </w:rPr>
        <w:t xml:space="preserve"> you know, wow, that was cool. We had a great </w:t>
      </w:r>
      <w:proofErr w:type="gramStart"/>
      <w:r>
        <w:rPr>
          <w:rFonts w:ascii="Arial" w:hAnsi="Arial"/>
        </w:rPr>
        <w:t>day</w:t>
      </w:r>
      <w:proofErr w:type="gramEnd"/>
      <w:r>
        <w:rPr>
          <w:rFonts w:ascii="Arial" w:hAnsi="Arial"/>
        </w:rPr>
        <w:t xml:space="preserve"> and I was head of the tours. </w:t>
      </w:r>
      <w:proofErr w:type="gramStart"/>
      <w:r>
        <w:rPr>
          <w:rFonts w:ascii="Arial" w:hAnsi="Arial"/>
        </w:rPr>
        <w:t>So</w:t>
      </w:r>
      <w:proofErr w:type="gramEnd"/>
      <w:r>
        <w:rPr>
          <w:rFonts w:ascii="Arial" w:hAnsi="Arial"/>
        </w:rPr>
        <w:t xml:space="preserve"> the little kids would come in and You know, they were sleepy it was 10 o'clock in the morning and then by the end of it can we stay can we stay</w:t>
      </w:r>
    </w:p>
    <w:p w14:paraId="502192BD" w14:textId="77777777" w:rsidR="00E865AD" w:rsidRDefault="00E865AD">
      <w:pPr>
        <w:spacing w:after="0"/>
      </w:pPr>
    </w:p>
    <w:p w14:paraId="33073933" w14:textId="77777777" w:rsidR="00E865AD" w:rsidRDefault="00000000">
      <w:pPr>
        <w:spacing w:after="0"/>
      </w:pPr>
      <w:r>
        <w:rPr>
          <w:rFonts w:ascii="Arial" w:hAnsi="Arial"/>
          <w:b/>
        </w:rPr>
        <w:t xml:space="preserve">Lucy  </w:t>
      </w:r>
      <w:r>
        <w:rPr>
          <w:rFonts w:ascii="Arial" w:hAnsi="Arial"/>
          <w:color w:val="5D7284"/>
        </w:rPr>
        <w:t>10:09</w:t>
      </w:r>
    </w:p>
    <w:p w14:paraId="372A1984" w14:textId="77777777" w:rsidR="00E865AD" w:rsidRDefault="00000000">
      <w:pPr>
        <w:spacing w:after="0"/>
      </w:pPr>
      <w:r>
        <w:rPr>
          <w:rFonts w:ascii="Arial" w:hAnsi="Arial"/>
        </w:rPr>
        <w:t xml:space="preserve">that's the thing I you </w:t>
      </w:r>
      <w:proofErr w:type="gramStart"/>
      <w:r>
        <w:rPr>
          <w:rFonts w:ascii="Arial" w:hAnsi="Arial"/>
        </w:rPr>
        <w:t>know,</w:t>
      </w:r>
      <w:proofErr w:type="gramEnd"/>
      <w:r>
        <w:rPr>
          <w:rFonts w:ascii="Arial" w:hAnsi="Arial"/>
        </w:rPr>
        <w:t xml:space="preserve"> I think about pet therapy and things like that it's really beneficial and it does have people find it very relaxing and</w:t>
      </w:r>
    </w:p>
    <w:p w14:paraId="6521BB70" w14:textId="77777777" w:rsidR="00E865AD" w:rsidRDefault="00E865AD">
      <w:pPr>
        <w:spacing w:after="0"/>
      </w:pPr>
    </w:p>
    <w:p w14:paraId="5A20936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10:17</w:t>
      </w:r>
    </w:p>
    <w:p w14:paraId="2EC3967C" w14:textId="77777777" w:rsidR="00E865AD" w:rsidRDefault="00000000">
      <w:pPr>
        <w:spacing w:after="0"/>
      </w:pPr>
      <w:r>
        <w:rPr>
          <w:rFonts w:ascii="Arial" w:hAnsi="Arial"/>
        </w:rPr>
        <w:t xml:space="preserve">yes, </w:t>
      </w:r>
    </w:p>
    <w:p w14:paraId="2070D224" w14:textId="77777777" w:rsidR="00E865AD" w:rsidRDefault="00E865AD">
      <w:pPr>
        <w:spacing w:after="0"/>
      </w:pPr>
    </w:p>
    <w:p w14:paraId="233A604F" w14:textId="77777777" w:rsidR="00E865AD" w:rsidRDefault="00000000">
      <w:pPr>
        <w:spacing w:after="0"/>
      </w:pPr>
      <w:r>
        <w:rPr>
          <w:rFonts w:ascii="Arial" w:hAnsi="Arial"/>
          <w:b/>
        </w:rPr>
        <w:t xml:space="preserve">Alice  </w:t>
      </w:r>
      <w:r>
        <w:rPr>
          <w:rFonts w:ascii="Arial" w:hAnsi="Arial"/>
          <w:color w:val="5D7284"/>
        </w:rPr>
        <w:t>10:17</w:t>
      </w:r>
    </w:p>
    <w:p w14:paraId="118D7724" w14:textId="77777777" w:rsidR="00E865AD" w:rsidRDefault="00000000">
      <w:pPr>
        <w:spacing w:after="0"/>
      </w:pPr>
      <w:proofErr w:type="gramStart"/>
      <w:r>
        <w:rPr>
          <w:rFonts w:ascii="Arial" w:hAnsi="Arial"/>
        </w:rPr>
        <w:t>some of my some</w:t>
      </w:r>
      <w:proofErr w:type="gramEnd"/>
      <w:r>
        <w:rPr>
          <w:rFonts w:ascii="Arial" w:hAnsi="Arial"/>
        </w:rPr>
        <w:t xml:space="preserve"> of my favorite childhood memories are absolutely being at the zoo.</w:t>
      </w:r>
    </w:p>
    <w:p w14:paraId="7B205BA5" w14:textId="77777777" w:rsidR="00E865AD" w:rsidRDefault="00E865AD">
      <w:pPr>
        <w:spacing w:after="0"/>
      </w:pPr>
    </w:p>
    <w:p w14:paraId="2368B24B" w14:textId="77777777" w:rsidR="00E865AD" w:rsidRDefault="00000000">
      <w:pPr>
        <w:spacing w:after="0"/>
      </w:pPr>
      <w:r>
        <w:rPr>
          <w:rFonts w:ascii="Arial" w:hAnsi="Arial"/>
          <w:b/>
        </w:rPr>
        <w:t xml:space="preserve">Lucy  </w:t>
      </w:r>
      <w:r>
        <w:rPr>
          <w:rFonts w:ascii="Arial" w:hAnsi="Arial"/>
          <w:color w:val="5D7284"/>
        </w:rPr>
        <w:t>10:23</w:t>
      </w:r>
    </w:p>
    <w:p w14:paraId="028CA9B6" w14:textId="77777777" w:rsidR="00E865AD" w:rsidRDefault="00000000">
      <w:pPr>
        <w:spacing w:after="0"/>
      </w:pPr>
      <w:r>
        <w:rPr>
          <w:rFonts w:ascii="Arial" w:hAnsi="Arial"/>
        </w:rPr>
        <w:t xml:space="preserve">Yeah, the Animal Man Did you ever have the animal man come into school? And be like box? Yeah, we used to have that end of like, the summer term just before the summer holidays we used to have what will we call the animal man and he used to bring like chinchillas and snakes and stuff and </w:t>
      </w:r>
      <w:proofErr w:type="spellStart"/>
      <w:r>
        <w:rPr>
          <w:rFonts w:ascii="Arial" w:hAnsi="Arial"/>
        </w:rPr>
        <w:t>and</w:t>
      </w:r>
      <w:proofErr w:type="spellEnd"/>
      <w:r>
        <w:rPr>
          <w:rFonts w:ascii="Arial" w:hAnsi="Arial"/>
        </w:rPr>
        <w:t xml:space="preserve"> </w:t>
      </w:r>
      <w:proofErr w:type="spellStart"/>
      <w:r>
        <w:rPr>
          <w:rFonts w:ascii="Arial" w:hAnsi="Arial"/>
        </w:rPr>
        <w:t>and</w:t>
      </w:r>
      <w:proofErr w:type="spellEnd"/>
      <w:r>
        <w:rPr>
          <w:rFonts w:ascii="Arial" w:hAnsi="Arial"/>
        </w:rPr>
        <w:t xml:space="preserve"> get them out of show you and stuff and he </w:t>
      </w:r>
      <w:proofErr w:type="gramStart"/>
      <w:r>
        <w:rPr>
          <w:rFonts w:ascii="Arial" w:hAnsi="Arial"/>
        </w:rPr>
        <w:t>got</w:t>
      </w:r>
      <w:proofErr w:type="gramEnd"/>
    </w:p>
    <w:p w14:paraId="69576303" w14:textId="77777777" w:rsidR="00E865AD" w:rsidRDefault="00E865AD">
      <w:pPr>
        <w:spacing w:after="0"/>
      </w:pPr>
    </w:p>
    <w:p w14:paraId="587E5743" w14:textId="77777777" w:rsidR="00E865AD" w:rsidRDefault="00000000">
      <w:pPr>
        <w:spacing w:after="0"/>
      </w:pPr>
      <w:r>
        <w:rPr>
          <w:rFonts w:ascii="Arial" w:hAnsi="Arial"/>
          <w:b/>
        </w:rPr>
        <w:t xml:space="preserve">Lucy  </w:t>
      </w:r>
      <w:r>
        <w:rPr>
          <w:rFonts w:ascii="Arial" w:hAnsi="Arial"/>
          <w:color w:val="5D7284"/>
        </w:rPr>
        <w:t>10:43</w:t>
      </w:r>
    </w:p>
    <w:p w14:paraId="01E688C6" w14:textId="77777777" w:rsidR="00E865AD" w:rsidRDefault="00000000">
      <w:pPr>
        <w:spacing w:after="0"/>
      </w:pPr>
      <w:r>
        <w:rPr>
          <w:rFonts w:ascii="Arial" w:hAnsi="Arial"/>
        </w:rPr>
        <w:t xml:space="preserve">we so we in our nursery, like there was like a reception the nursery bit in my primary school and they had rabbits and guinea pigs, right. And then I have a traumatic childhood memory of my I must have been about six or seven of my </w:t>
      </w:r>
      <w:proofErr w:type="gramStart"/>
      <w:r>
        <w:rPr>
          <w:rFonts w:ascii="Arial" w:hAnsi="Arial"/>
        </w:rPr>
        <w:t>teacher</w:t>
      </w:r>
      <w:proofErr w:type="gramEnd"/>
      <w:r>
        <w:rPr>
          <w:rFonts w:ascii="Arial" w:hAnsi="Arial"/>
        </w:rPr>
        <w:t xml:space="preserve"> at the time bringing in her pet grass snake and we all had to sit on the carpet. And she passed it around. And it got to </w:t>
      </w:r>
      <w:proofErr w:type="gramStart"/>
      <w:r>
        <w:rPr>
          <w:rFonts w:ascii="Arial" w:hAnsi="Arial"/>
        </w:rPr>
        <w:t>me</w:t>
      </w:r>
      <w:proofErr w:type="gramEnd"/>
      <w:r>
        <w:rPr>
          <w:rFonts w:ascii="Arial" w:hAnsi="Arial"/>
        </w:rPr>
        <w:t xml:space="preserve"> and it slid over my hands and I did not like it </w:t>
      </w:r>
    </w:p>
    <w:p w14:paraId="0419C8D5" w14:textId="77777777" w:rsidR="00E865AD" w:rsidRDefault="00E865AD">
      <w:pPr>
        <w:spacing w:after="0"/>
      </w:pPr>
    </w:p>
    <w:p w14:paraId="6C3A4FFF" w14:textId="77777777" w:rsidR="00E865AD" w:rsidRDefault="00000000">
      <w:pPr>
        <w:spacing w:after="0"/>
      </w:pPr>
      <w:r>
        <w:rPr>
          <w:rFonts w:ascii="Arial" w:hAnsi="Arial"/>
          <w:b/>
        </w:rPr>
        <w:t xml:space="preserve">Alice  </w:t>
      </w:r>
      <w:r>
        <w:rPr>
          <w:rFonts w:ascii="Arial" w:hAnsi="Arial"/>
          <w:color w:val="5D7284"/>
        </w:rPr>
        <w:t>11:17</w:t>
      </w:r>
    </w:p>
    <w:p w14:paraId="141BD873" w14:textId="77777777" w:rsidR="00E865AD" w:rsidRDefault="00000000">
      <w:pPr>
        <w:spacing w:after="0"/>
      </w:pPr>
      <w:proofErr w:type="spellStart"/>
      <w:proofErr w:type="gramStart"/>
      <w:r>
        <w:rPr>
          <w:rFonts w:ascii="Arial" w:hAnsi="Arial"/>
        </w:rPr>
        <w:t>no</w:t>
      </w:r>
      <w:proofErr w:type="spellEnd"/>
      <w:proofErr w:type="gramEnd"/>
      <w:r>
        <w:rPr>
          <w:rFonts w:ascii="Arial" w:hAnsi="Arial"/>
        </w:rPr>
        <w:t xml:space="preserve"> of course you didn't</w:t>
      </w:r>
    </w:p>
    <w:p w14:paraId="0B4B70D9" w14:textId="77777777" w:rsidR="00E865AD" w:rsidRDefault="00E865AD">
      <w:pPr>
        <w:spacing w:after="0"/>
      </w:pPr>
    </w:p>
    <w:p w14:paraId="6834E9BB" w14:textId="77777777" w:rsidR="00E865AD" w:rsidRDefault="00000000">
      <w:pPr>
        <w:spacing w:after="0"/>
      </w:pPr>
      <w:r>
        <w:rPr>
          <w:rFonts w:ascii="Arial" w:hAnsi="Arial"/>
          <w:b/>
        </w:rPr>
        <w:t xml:space="preserve">Alice  </w:t>
      </w:r>
      <w:r>
        <w:rPr>
          <w:rFonts w:ascii="Arial" w:hAnsi="Arial"/>
          <w:color w:val="5D7284"/>
        </w:rPr>
        <w:t>11:18</w:t>
      </w:r>
    </w:p>
    <w:p w14:paraId="50F78DEA" w14:textId="77777777" w:rsidR="00E865AD" w:rsidRDefault="00000000">
      <w:pPr>
        <w:spacing w:after="0"/>
      </w:pPr>
      <w:r>
        <w:rPr>
          <w:rFonts w:ascii="Arial" w:hAnsi="Arial"/>
        </w:rPr>
        <w:t xml:space="preserve">and dropped it and it slid away. And we all had to vacate the classroom while the teacher found her pet grass </w:t>
      </w:r>
      <w:proofErr w:type="gramStart"/>
      <w:r>
        <w:rPr>
          <w:rFonts w:ascii="Arial" w:hAnsi="Arial"/>
        </w:rPr>
        <w:t>snake</w:t>
      </w:r>
      <w:proofErr w:type="gramEnd"/>
    </w:p>
    <w:p w14:paraId="440C21D3" w14:textId="77777777" w:rsidR="00E865AD" w:rsidRDefault="00E865AD">
      <w:pPr>
        <w:spacing w:after="0"/>
      </w:pPr>
    </w:p>
    <w:p w14:paraId="207A70FF" w14:textId="77777777" w:rsidR="00E865AD" w:rsidRDefault="00000000">
      <w:pPr>
        <w:spacing w:after="0"/>
      </w:pPr>
      <w:r>
        <w:rPr>
          <w:rFonts w:ascii="Arial" w:hAnsi="Arial"/>
          <w:b/>
        </w:rPr>
        <w:t xml:space="preserve">Lucy  </w:t>
      </w:r>
      <w:r>
        <w:rPr>
          <w:rFonts w:ascii="Arial" w:hAnsi="Arial"/>
          <w:color w:val="5D7284"/>
        </w:rPr>
        <w:t>11:27</w:t>
      </w:r>
    </w:p>
    <w:p w14:paraId="144DBC35" w14:textId="77777777" w:rsidR="00E865AD" w:rsidRDefault="00000000">
      <w:pPr>
        <w:spacing w:after="0"/>
      </w:pPr>
      <w:proofErr w:type="gramStart"/>
      <w:r>
        <w:rPr>
          <w:rFonts w:ascii="Arial" w:hAnsi="Arial"/>
        </w:rPr>
        <w:t>well</w:t>
      </w:r>
      <w:proofErr w:type="gramEnd"/>
      <w:r>
        <w:rPr>
          <w:rFonts w:ascii="Arial" w:hAnsi="Arial"/>
        </w:rPr>
        <w:t xml:space="preserve"> you see when I was a kid in the 90s</w:t>
      </w:r>
    </w:p>
    <w:p w14:paraId="053A015E" w14:textId="77777777" w:rsidR="00E865AD" w:rsidRDefault="00E865AD">
      <w:pPr>
        <w:spacing w:after="0"/>
      </w:pPr>
    </w:p>
    <w:p w14:paraId="1D532AE6" w14:textId="77777777" w:rsidR="00E865AD" w:rsidRDefault="00000000">
      <w:pPr>
        <w:spacing w:after="0"/>
      </w:pPr>
      <w:r>
        <w:rPr>
          <w:rFonts w:ascii="Arial" w:hAnsi="Arial"/>
          <w:b/>
        </w:rPr>
        <w:t xml:space="preserve">Lucy  </w:t>
      </w:r>
      <w:r>
        <w:rPr>
          <w:rFonts w:ascii="Arial" w:hAnsi="Arial"/>
          <w:color w:val="5D7284"/>
        </w:rPr>
        <w:t>11:31</w:t>
      </w:r>
    </w:p>
    <w:p w14:paraId="1AA1726E" w14:textId="77777777" w:rsidR="00E865AD" w:rsidRDefault="00000000">
      <w:pPr>
        <w:spacing w:after="0"/>
      </w:pPr>
      <w:r>
        <w:rPr>
          <w:rFonts w:ascii="Arial" w:hAnsi="Arial"/>
        </w:rPr>
        <w:t xml:space="preserve">Yeah, I was </w:t>
      </w:r>
      <w:proofErr w:type="spellStart"/>
      <w:r>
        <w:rPr>
          <w:rFonts w:ascii="Arial" w:hAnsi="Arial"/>
        </w:rPr>
        <w:t>gonna</w:t>
      </w:r>
      <w:proofErr w:type="spellEnd"/>
      <w:r>
        <w:rPr>
          <w:rFonts w:ascii="Arial" w:hAnsi="Arial"/>
        </w:rPr>
        <w:t xml:space="preserve"> say it was the 90s I think I said on a previous episode animals and children did not have rights.</w:t>
      </w:r>
    </w:p>
    <w:p w14:paraId="3EAF9444" w14:textId="77777777" w:rsidR="00E865AD" w:rsidRDefault="00E865AD">
      <w:pPr>
        <w:spacing w:after="0"/>
      </w:pPr>
    </w:p>
    <w:p w14:paraId="70D7D848" w14:textId="77777777" w:rsidR="00E865AD" w:rsidRDefault="00000000">
      <w:pPr>
        <w:spacing w:after="0"/>
      </w:pPr>
      <w:r>
        <w:rPr>
          <w:rFonts w:ascii="Arial" w:hAnsi="Arial"/>
          <w:b/>
        </w:rPr>
        <w:t xml:space="preserve">Lucy  </w:t>
      </w:r>
      <w:r>
        <w:rPr>
          <w:rFonts w:ascii="Arial" w:hAnsi="Arial"/>
          <w:color w:val="5D7284"/>
        </w:rPr>
        <w:t>11:37</w:t>
      </w:r>
    </w:p>
    <w:p w14:paraId="23912B5C" w14:textId="77777777" w:rsidR="00E865AD" w:rsidRDefault="00000000">
      <w:pPr>
        <w:spacing w:after="0"/>
      </w:pPr>
      <w:r>
        <w:rPr>
          <w:rFonts w:ascii="Arial" w:hAnsi="Arial"/>
        </w:rPr>
        <w:lastRenderedPageBreak/>
        <w:t xml:space="preserve">We, </w:t>
      </w:r>
      <w:proofErr w:type="gramStart"/>
      <w:r>
        <w:rPr>
          <w:rFonts w:ascii="Arial" w:hAnsi="Arial"/>
        </w:rPr>
        <w:t>Well</w:t>
      </w:r>
      <w:proofErr w:type="gramEnd"/>
      <w:r>
        <w:rPr>
          <w:rFonts w:ascii="Arial" w:hAnsi="Arial"/>
        </w:rPr>
        <w:t xml:space="preserve"> back in like the 90s you could you could keep tadpoles in like a little in a</w:t>
      </w:r>
    </w:p>
    <w:p w14:paraId="13391CCD" w14:textId="77777777" w:rsidR="00E865AD" w:rsidRDefault="00E865AD">
      <w:pPr>
        <w:spacing w:after="0"/>
      </w:pPr>
    </w:p>
    <w:p w14:paraId="111296AE" w14:textId="77777777" w:rsidR="00E865AD" w:rsidRDefault="00000000">
      <w:pPr>
        <w:spacing w:after="0"/>
      </w:pPr>
      <w:r>
        <w:rPr>
          <w:rFonts w:ascii="Arial" w:hAnsi="Arial"/>
          <w:b/>
        </w:rPr>
        <w:t xml:space="preserve">Alice  </w:t>
      </w:r>
      <w:r>
        <w:rPr>
          <w:rFonts w:ascii="Arial" w:hAnsi="Arial"/>
          <w:color w:val="5D7284"/>
        </w:rPr>
        <w:t>11:45</w:t>
      </w:r>
    </w:p>
    <w:p w14:paraId="112B3927" w14:textId="77777777" w:rsidR="00E865AD" w:rsidRDefault="00000000">
      <w:pPr>
        <w:spacing w:after="0"/>
      </w:pPr>
      <w:r>
        <w:rPr>
          <w:rFonts w:ascii="Arial" w:hAnsi="Arial"/>
        </w:rPr>
        <w:t xml:space="preserve"> jar</w:t>
      </w:r>
    </w:p>
    <w:p w14:paraId="423C3987" w14:textId="77777777" w:rsidR="00E865AD" w:rsidRDefault="00E865AD">
      <w:pPr>
        <w:spacing w:after="0"/>
      </w:pPr>
    </w:p>
    <w:p w14:paraId="1B77B7E7" w14:textId="77777777" w:rsidR="00E865AD" w:rsidRDefault="00000000">
      <w:pPr>
        <w:spacing w:after="0"/>
      </w:pPr>
      <w:r>
        <w:rPr>
          <w:rFonts w:ascii="Arial" w:hAnsi="Arial"/>
          <w:b/>
        </w:rPr>
        <w:t xml:space="preserve">Lucy  </w:t>
      </w:r>
      <w:r>
        <w:rPr>
          <w:rFonts w:ascii="Arial" w:hAnsi="Arial"/>
          <w:color w:val="5D7284"/>
        </w:rPr>
        <w:t>11:46</w:t>
      </w:r>
    </w:p>
    <w:p w14:paraId="5AD6D3CF" w14:textId="77777777" w:rsidR="00E865AD" w:rsidRDefault="00000000">
      <w:pPr>
        <w:spacing w:after="0"/>
      </w:pPr>
      <w:r>
        <w:rPr>
          <w:rFonts w:ascii="Arial" w:hAnsi="Arial"/>
        </w:rPr>
        <w:t xml:space="preserve"> jar thing.</w:t>
      </w:r>
    </w:p>
    <w:p w14:paraId="7E88A38E" w14:textId="77777777" w:rsidR="00E865AD" w:rsidRDefault="00E865AD">
      <w:pPr>
        <w:spacing w:after="0"/>
      </w:pPr>
    </w:p>
    <w:p w14:paraId="5AF78C59" w14:textId="77777777" w:rsidR="00E865AD" w:rsidRDefault="00000000">
      <w:pPr>
        <w:spacing w:after="0"/>
      </w:pPr>
      <w:r>
        <w:rPr>
          <w:rFonts w:ascii="Arial" w:hAnsi="Arial"/>
          <w:b/>
        </w:rPr>
        <w:t xml:space="preserve">Alice  </w:t>
      </w:r>
      <w:r>
        <w:rPr>
          <w:rFonts w:ascii="Arial" w:hAnsi="Arial"/>
          <w:color w:val="5D7284"/>
        </w:rPr>
        <w:t>11:47</w:t>
      </w:r>
    </w:p>
    <w:p w14:paraId="65D025A5" w14:textId="77777777" w:rsidR="00E865AD" w:rsidRDefault="00000000">
      <w:pPr>
        <w:spacing w:after="0"/>
      </w:pPr>
      <w:r>
        <w:rPr>
          <w:rFonts w:ascii="Arial" w:hAnsi="Arial"/>
        </w:rPr>
        <w:t xml:space="preserve"> Yeah.</w:t>
      </w:r>
    </w:p>
    <w:p w14:paraId="7D4119AF" w14:textId="77777777" w:rsidR="00E865AD" w:rsidRDefault="00E865AD">
      <w:pPr>
        <w:spacing w:after="0"/>
      </w:pPr>
    </w:p>
    <w:p w14:paraId="45833A3F" w14:textId="77777777" w:rsidR="00E865AD" w:rsidRDefault="00000000">
      <w:pPr>
        <w:spacing w:after="0"/>
      </w:pPr>
      <w:r>
        <w:rPr>
          <w:rFonts w:ascii="Arial" w:hAnsi="Arial"/>
          <w:b/>
        </w:rPr>
        <w:t xml:space="preserve">Lucy  </w:t>
      </w:r>
      <w:r>
        <w:rPr>
          <w:rFonts w:ascii="Arial" w:hAnsi="Arial"/>
          <w:color w:val="5D7284"/>
        </w:rPr>
        <w:t>11:48</w:t>
      </w:r>
    </w:p>
    <w:p w14:paraId="565E5D79" w14:textId="77777777" w:rsidR="00E865AD" w:rsidRDefault="00000000">
      <w:pPr>
        <w:spacing w:after="0"/>
      </w:pPr>
      <w:r>
        <w:rPr>
          <w:rFonts w:ascii="Arial" w:hAnsi="Arial"/>
        </w:rPr>
        <w:t xml:space="preserve"> And I can remember going into school one day and the tadpoles were like they just got to the stage where they were growing frog legs and one of the teachers was stood on a chair trying to pin something to the wall and my friend knocked over the bottle of tadpoles and these frogs were like jumping around the place and I can just remember my teacher screaming her head off because she was like if I get down off this chair my feet </w:t>
      </w:r>
      <w:proofErr w:type="spellStart"/>
      <w:r>
        <w:rPr>
          <w:rFonts w:ascii="Arial" w:hAnsi="Arial"/>
        </w:rPr>
        <w:t>gonna</w:t>
      </w:r>
      <w:proofErr w:type="spellEnd"/>
      <w:r>
        <w:rPr>
          <w:rFonts w:ascii="Arial" w:hAnsi="Arial"/>
        </w:rPr>
        <w:t xml:space="preserve"> be covered in half on frogs.</w:t>
      </w:r>
    </w:p>
    <w:p w14:paraId="7D34DBF2" w14:textId="77777777" w:rsidR="00E865AD" w:rsidRDefault="00E865AD">
      <w:pPr>
        <w:spacing w:after="0"/>
      </w:pPr>
    </w:p>
    <w:p w14:paraId="6FE6CFD1" w14:textId="77777777" w:rsidR="00E865AD" w:rsidRDefault="00000000">
      <w:pPr>
        <w:spacing w:after="0"/>
      </w:pPr>
      <w:r>
        <w:rPr>
          <w:rFonts w:ascii="Arial" w:hAnsi="Arial"/>
          <w:b/>
        </w:rPr>
        <w:t xml:space="preserve">Lucy  </w:t>
      </w:r>
      <w:r>
        <w:rPr>
          <w:rFonts w:ascii="Arial" w:hAnsi="Arial"/>
          <w:color w:val="5D7284"/>
        </w:rPr>
        <w:t>12:22</w:t>
      </w:r>
    </w:p>
    <w:p w14:paraId="04BF7D57" w14:textId="77777777" w:rsidR="00E865AD" w:rsidRDefault="00000000">
      <w:pPr>
        <w:spacing w:after="0"/>
      </w:pPr>
      <w:r>
        <w:rPr>
          <w:rFonts w:ascii="Arial" w:hAnsi="Arial"/>
        </w:rPr>
        <w:t xml:space="preserve">Yeah, I'm </w:t>
      </w:r>
      <w:proofErr w:type="spellStart"/>
      <w:r>
        <w:rPr>
          <w:rFonts w:ascii="Arial" w:hAnsi="Arial"/>
        </w:rPr>
        <w:t>gonna</w:t>
      </w:r>
      <w:proofErr w:type="spellEnd"/>
      <w:r>
        <w:rPr>
          <w:rFonts w:ascii="Arial" w:hAnsi="Arial"/>
        </w:rPr>
        <w:t xml:space="preserve"> kill a bunch of frogs but these children are supposed to be watching </w:t>
      </w:r>
      <w:proofErr w:type="gramStart"/>
      <w:r>
        <w:rPr>
          <w:rFonts w:ascii="Arial" w:hAnsi="Arial"/>
        </w:rPr>
        <w:t>grow</w:t>
      </w:r>
      <w:proofErr w:type="gramEnd"/>
    </w:p>
    <w:p w14:paraId="4138222F" w14:textId="77777777" w:rsidR="00E865AD" w:rsidRDefault="00E865AD">
      <w:pPr>
        <w:spacing w:after="0"/>
      </w:pPr>
    </w:p>
    <w:p w14:paraId="21844C07" w14:textId="77777777" w:rsidR="00E865AD" w:rsidRDefault="00000000">
      <w:pPr>
        <w:spacing w:after="0"/>
      </w:pPr>
      <w:r>
        <w:rPr>
          <w:rFonts w:ascii="Arial" w:hAnsi="Arial"/>
          <w:b/>
        </w:rPr>
        <w:t xml:space="preserve">Lucy  </w:t>
      </w:r>
      <w:r>
        <w:rPr>
          <w:rFonts w:ascii="Arial" w:hAnsi="Arial"/>
          <w:color w:val="5D7284"/>
        </w:rPr>
        <w:t>12:29</w:t>
      </w:r>
    </w:p>
    <w:p w14:paraId="6B65720C" w14:textId="77777777" w:rsidR="00E865AD" w:rsidRDefault="00000000">
      <w:pPr>
        <w:spacing w:after="0"/>
      </w:pPr>
      <w:proofErr w:type="gramStart"/>
      <w:r>
        <w:rPr>
          <w:rFonts w:ascii="Arial" w:hAnsi="Arial"/>
        </w:rPr>
        <w:t>so</w:t>
      </w:r>
      <w:proofErr w:type="gramEnd"/>
      <w:r>
        <w:rPr>
          <w:rFonts w:ascii="Arial" w:hAnsi="Arial"/>
        </w:rPr>
        <w:t xml:space="preserve"> what happened? Well, we I think they ended up we ended up like putting them back in the box. Did you do things like that Ashley? do you remember like Yeah,</w:t>
      </w:r>
    </w:p>
    <w:p w14:paraId="2DD51778" w14:textId="77777777" w:rsidR="00E865AD" w:rsidRDefault="00E865AD">
      <w:pPr>
        <w:spacing w:after="0"/>
      </w:pPr>
    </w:p>
    <w:p w14:paraId="62F219A7"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12:39</w:t>
      </w:r>
    </w:p>
    <w:p w14:paraId="7CCF0B4F" w14:textId="77777777" w:rsidR="00E865AD" w:rsidRDefault="00000000">
      <w:pPr>
        <w:spacing w:after="0"/>
      </w:pPr>
      <w:r>
        <w:rPr>
          <w:rFonts w:ascii="Arial" w:hAnsi="Arial"/>
        </w:rPr>
        <w:t xml:space="preserve">yeah, we tadpoles in one corner and a bit of cash grown and cotton in the </w:t>
      </w:r>
      <w:proofErr w:type="gramStart"/>
      <w:r>
        <w:rPr>
          <w:rFonts w:ascii="Arial" w:hAnsi="Arial"/>
        </w:rPr>
        <w:t>other?</w:t>
      </w:r>
      <w:proofErr w:type="gramEnd"/>
      <w:r>
        <w:rPr>
          <w:rFonts w:ascii="Arial" w:hAnsi="Arial"/>
        </w:rPr>
        <w:t xml:space="preserve"> Yeah, yeah. Had</w:t>
      </w:r>
    </w:p>
    <w:p w14:paraId="2DF1C844" w14:textId="77777777" w:rsidR="00E865AD" w:rsidRDefault="00E865AD">
      <w:pPr>
        <w:spacing w:after="0"/>
      </w:pPr>
    </w:p>
    <w:p w14:paraId="2F9CA834" w14:textId="77777777" w:rsidR="00E865AD" w:rsidRDefault="00000000">
      <w:pPr>
        <w:spacing w:after="0"/>
      </w:pPr>
      <w:r>
        <w:rPr>
          <w:rFonts w:ascii="Arial" w:hAnsi="Arial"/>
          <w:b/>
        </w:rPr>
        <w:t xml:space="preserve">Lucy  </w:t>
      </w:r>
      <w:r>
        <w:rPr>
          <w:rFonts w:ascii="Arial" w:hAnsi="Arial"/>
          <w:color w:val="5D7284"/>
        </w:rPr>
        <w:t>12:46</w:t>
      </w:r>
    </w:p>
    <w:p w14:paraId="27EDA204" w14:textId="77777777" w:rsidR="00E865AD" w:rsidRDefault="00000000">
      <w:pPr>
        <w:spacing w:after="0"/>
      </w:pPr>
      <w:r>
        <w:rPr>
          <w:rFonts w:ascii="Arial" w:hAnsi="Arial"/>
        </w:rPr>
        <w:t xml:space="preserve">crest growing on </w:t>
      </w:r>
      <w:proofErr w:type="spellStart"/>
      <w:r>
        <w:rPr>
          <w:rFonts w:ascii="Arial" w:hAnsi="Arial"/>
        </w:rPr>
        <w:t>on</w:t>
      </w:r>
      <w:proofErr w:type="spellEnd"/>
      <w:r>
        <w:rPr>
          <w:rFonts w:ascii="Arial" w:hAnsi="Arial"/>
        </w:rPr>
        <w:t xml:space="preserve"> a bit of kitchen towel </w:t>
      </w:r>
      <w:proofErr w:type="gramStart"/>
      <w:r>
        <w:rPr>
          <w:rFonts w:ascii="Arial" w:hAnsi="Arial"/>
        </w:rPr>
        <w:t>hundreds</w:t>
      </w:r>
      <w:proofErr w:type="gramEnd"/>
    </w:p>
    <w:p w14:paraId="626D4619" w14:textId="77777777" w:rsidR="00E865AD" w:rsidRDefault="00E865AD">
      <w:pPr>
        <w:spacing w:after="0"/>
      </w:pPr>
    </w:p>
    <w:p w14:paraId="15271456" w14:textId="77777777" w:rsidR="00E865AD" w:rsidRDefault="00000000">
      <w:pPr>
        <w:spacing w:after="0"/>
      </w:pPr>
      <w:r>
        <w:rPr>
          <w:rFonts w:ascii="Arial" w:hAnsi="Arial"/>
          <w:b/>
        </w:rPr>
        <w:t xml:space="preserve">Lucy  </w:t>
      </w:r>
      <w:r>
        <w:rPr>
          <w:rFonts w:ascii="Arial" w:hAnsi="Arial"/>
          <w:color w:val="5D7284"/>
        </w:rPr>
        <w:t>12:50</w:t>
      </w:r>
    </w:p>
    <w:p w14:paraId="1743E642" w14:textId="77777777" w:rsidR="00E865AD" w:rsidRDefault="00000000">
      <w:pPr>
        <w:spacing w:after="0"/>
      </w:pPr>
      <w:r>
        <w:rPr>
          <w:rFonts w:ascii="Arial" w:hAnsi="Arial"/>
        </w:rPr>
        <w:t xml:space="preserve">we had Stick insects  as well. </w:t>
      </w:r>
    </w:p>
    <w:p w14:paraId="22E5429A" w14:textId="77777777" w:rsidR="00E865AD" w:rsidRDefault="00E865AD">
      <w:pPr>
        <w:spacing w:after="0"/>
      </w:pPr>
    </w:p>
    <w:p w14:paraId="5038D281" w14:textId="77777777" w:rsidR="00E865AD" w:rsidRDefault="00000000">
      <w:pPr>
        <w:spacing w:after="0"/>
      </w:pPr>
      <w:r>
        <w:rPr>
          <w:rFonts w:ascii="Arial" w:hAnsi="Arial"/>
          <w:b/>
        </w:rPr>
        <w:t xml:space="preserve">Alice  </w:t>
      </w:r>
      <w:r>
        <w:rPr>
          <w:rFonts w:ascii="Arial" w:hAnsi="Arial"/>
          <w:color w:val="5D7284"/>
        </w:rPr>
        <w:t>12:52</w:t>
      </w:r>
    </w:p>
    <w:p w14:paraId="2EF0806C" w14:textId="77777777" w:rsidR="00E865AD" w:rsidRDefault="00000000">
      <w:pPr>
        <w:spacing w:after="0"/>
      </w:pPr>
      <w:r>
        <w:rPr>
          <w:rFonts w:ascii="Arial" w:hAnsi="Arial"/>
        </w:rPr>
        <w:t xml:space="preserve">Oh really? </w:t>
      </w:r>
    </w:p>
    <w:p w14:paraId="5B7B75BE" w14:textId="77777777" w:rsidR="00E865AD" w:rsidRDefault="00E865AD">
      <w:pPr>
        <w:spacing w:after="0"/>
      </w:pPr>
    </w:p>
    <w:p w14:paraId="2A60D0F1" w14:textId="77777777" w:rsidR="00E865AD" w:rsidRDefault="00000000">
      <w:pPr>
        <w:spacing w:after="0"/>
      </w:pPr>
      <w:r>
        <w:rPr>
          <w:rFonts w:ascii="Arial" w:hAnsi="Arial"/>
          <w:b/>
        </w:rPr>
        <w:t xml:space="preserve">Lucy  </w:t>
      </w:r>
      <w:r>
        <w:rPr>
          <w:rFonts w:ascii="Arial" w:hAnsi="Arial"/>
          <w:color w:val="5D7284"/>
        </w:rPr>
        <w:t>12:53</w:t>
      </w:r>
    </w:p>
    <w:p w14:paraId="5F3C7C00" w14:textId="77777777" w:rsidR="00E865AD" w:rsidRDefault="00000000">
      <w:pPr>
        <w:spacing w:after="0"/>
      </w:pPr>
      <w:r>
        <w:rPr>
          <w:rFonts w:ascii="Arial" w:hAnsi="Arial"/>
        </w:rPr>
        <w:t xml:space="preserve">That </w:t>
      </w:r>
      <w:proofErr w:type="gramStart"/>
      <w:r>
        <w:rPr>
          <w:rFonts w:ascii="Arial" w:hAnsi="Arial"/>
        </w:rPr>
        <w:t>were</w:t>
      </w:r>
      <w:proofErr w:type="gramEnd"/>
      <w:r>
        <w:rPr>
          <w:rFonts w:ascii="Arial" w:hAnsi="Arial"/>
        </w:rPr>
        <w:t xml:space="preserve"> just a bit boring because it just like a bunch of sticks really the frogs the frogs spawn was </w:t>
      </w:r>
      <w:proofErr w:type="spellStart"/>
      <w:r>
        <w:rPr>
          <w:rFonts w:ascii="Arial" w:hAnsi="Arial"/>
        </w:rPr>
        <w:t>was</w:t>
      </w:r>
      <w:proofErr w:type="spellEnd"/>
      <w:r>
        <w:rPr>
          <w:rFonts w:ascii="Arial" w:hAnsi="Arial"/>
        </w:rPr>
        <w:t xml:space="preserve"> far more entertaining.</w:t>
      </w:r>
    </w:p>
    <w:p w14:paraId="2E6DECA9" w14:textId="77777777" w:rsidR="00E865AD" w:rsidRDefault="00E865AD">
      <w:pPr>
        <w:spacing w:after="0"/>
      </w:pPr>
    </w:p>
    <w:p w14:paraId="4A1CCF0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13:00</w:t>
      </w:r>
    </w:p>
    <w:p w14:paraId="4E3E61BB" w14:textId="77777777" w:rsidR="00E865AD" w:rsidRDefault="00000000">
      <w:pPr>
        <w:spacing w:after="0"/>
      </w:pPr>
      <w:r>
        <w:rPr>
          <w:rFonts w:ascii="Arial" w:hAnsi="Arial"/>
        </w:rPr>
        <w:t xml:space="preserve">Oh, you just reminded me of two </w:t>
      </w:r>
      <w:proofErr w:type="gramStart"/>
      <w:r>
        <w:rPr>
          <w:rFonts w:ascii="Arial" w:hAnsi="Arial"/>
        </w:rPr>
        <w:t>instance</w:t>
      </w:r>
      <w:proofErr w:type="gramEnd"/>
      <w:r>
        <w:rPr>
          <w:rFonts w:ascii="Arial" w:hAnsi="Arial"/>
        </w:rPr>
        <w:t xml:space="preserve"> at college you said about that snake and was the Animal Unit at college was next to the bathrooms. And we were walking down just go into I think we're doing a dog </w:t>
      </w:r>
      <w:r>
        <w:rPr>
          <w:rFonts w:ascii="Arial" w:hAnsi="Arial"/>
        </w:rPr>
        <w:lastRenderedPageBreak/>
        <w:t xml:space="preserve">grooming course. And there was the world's loudest scream Have you ever heard one of those screams that just goes through you like Yeah, yeah. And we and somebody came running out the bathroom a young lady and it was she was screaming and turned out what happened was this was September in </w:t>
      </w:r>
      <w:proofErr w:type="gramStart"/>
      <w:r>
        <w:rPr>
          <w:rFonts w:ascii="Arial" w:hAnsi="Arial"/>
        </w:rPr>
        <w:t>August,</w:t>
      </w:r>
      <w:proofErr w:type="gramEnd"/>
      <w:r>
        <w:rPr>
          <w:rFonts w:ascii="Arial" w:hAnsi="Arial"/>
        </w:rPr>
        <w:t xml:space="preserve"> the snakes had laid eggs so they didn't want to breed them so they took them out. </w:t>
      </w:r>
    </w:p>
    <w:p w14:paraId="4A383340" w14:textId="77777777" w:rsidR="00E865AD" w:rsidRDefault="00E865AD">
      <w:pPr>
        <w:spacing w:after="0"/>
      </w:pPr>
    </w:p>
    <w:p w14:paraId="691302CD" w14:textId="77777777" w:rsidR="00E865AD" w:rsidRDefault="00000000">
      <w:pPr>
        <w:spacing w:after="0"/>
      </w:pPr>
      <w:r>
        <w:rPr>
          <w:rFonts w:ascii="Arial" w:hAnsi="Arial"/>
          <w:b/>
        </w:rPr>
        <w:t xml:space="preserve">Lucy  </w:t>
      </w:r>
      <w:r>
        <w:rPr>
          <w:rFonts w:ascii="Arial" w:hAnsi="Arial"/>
          <w:color w:val="5D7284"/>
        </w:rPr>
        <w:t>13:46</w:t>
      </w:r>
    </w:p>
    <w:p w14:paraId="195F6989" w14:textId="77777777" w:rsidR="00E865AD" w:rsidRDefault="00000000">
      <w:pPr>
        <w:spacing w:after="0"/>
      </w:pPr>
      <w:r>
        <w:rPr>
          <w:rFonts w:ascii="Arial" w:hAnsi="Arial"/>
        </w:rPr>
        <w:t xml:space="preserve">Yeah, </w:t>
      </w:r>
    </w:p>
    <w:p w14:paraId="7C60784B" w14:textId="77777777" w:rsidR="00E865AD" w:rsidRDefault="00E865AD">
      <w:pPr>
        <w:spacing w:after="0"/>
      </w:pPr>
    </w:p>
    <w:p w14:paraId="1BF3D90C"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13:47</w:t>
      </w:r>
    </w:p>
    <w:p w14:paraId="74DA6850" w14:textId="77777777" w:rsidR="00E865AD" w:rsidRDefault="00000000">
      <w:pPr>
        <w:spacing w:after="0"/>
      </w:pPr>
      <w:r>
        <w:rPr>
          <w:rFonts w:ascii="Arial" w:hAnsi="Arial"/>
        </w:rPr>
        <w:t xml:space="preserve">instead of building them they put them back under the </w:t>
      </w:r>
      <w:proofErr w:type="gramStart"/>
      <w:r>
        <w:rPr>
          <w:rFonts w:ascii="Arial" w:hAnsi="Arial"/>
        </w:rPr>
        <w:t>heater</w:t>
      </w:r>
      <w:proofErr w:type="gramEnd"/>
      <w:r>
        <w:rPr>
          <w:rFonts w:ascii="Arial" w:hAnsi="Arial"/>
        </w:rPr>
        <w:t xml:space="preserve"> so they naturally continued to incubate they put them up into the above the girls toilet from the installation and one had obviously like kind of just like hello oh yeah</w:t>
      </w:r>
    </w:p>
    <w:p w14:paraId="79E0C5C9" w14:textId="77777777" w:rsidR="00E865AD" w:rsidRDefault="00E865AD">
      <w:pPr>
        <w:spacing w:after="0"/>
      </w:pPr>
    </w:p>
    <w:p w14:paraId="3F10B29F" w14:textId="77777777" w:rsidR="00E865AD" w:rsidRDefault="00000000">
      <w:pPr>
        <w:spacing w:after="0"/>
      </w:pPr>
      <w:r>
        <w:rPr>
          <w:rFonts w:ascii="Arial" w:hAnsi="Arial"/>
          <w:b/>
        </w:rPr>
        <w:t xml:space="preserve">Lucy  </w:t>
      </w:r>
      <w:r>
        <w:rPr>
          <w:rFonts w:ascii="Arial" w:hAnsi="Arial"/>
          <w:color w:val="5D7284"/>
        </w:rPr>
        <w:t>14:06</w:t>
      </w:r>
    </w:p>
    <w:p w14:paraId="7EA14850" w14:textId="77777777" w:rsidR="00E865AD" w:rsidRDefault="00000000">
      <w:pPr>
        <w:spacing w:after="0"/>
      </w:pPr>
      <w:proofErr w:type="gramStart"/>
      <w:r>
        <w:rPr>
          <w:rFonts w:ascii="Arial" w:hAnsi="Arial"/>
        </w:rPr>
        <w:t>well</w:t>
      </w:r>
      <w:proofErr w:type="gramEnd"/>
      <w:r>
        <w:rPr>
          <w:rFonts w:ascii="Arial" w:hAnsi="Arial"/>
        </w:rPr>
        <w:t xml:space="preserve"> that made me shudder. that is </w:t>
      </w:r>
      <w:proofErr w:type="gramStart"/>
      <w:r>
        <w:rPr>
          <w:rFonts w:ascii="Arial" w:hAnsi="Arial"/>
        </w:rPr>
        <w:t>horrible</w:t>
      </w:r>
      <w:proofErr w:type="gramEnd"/>
      <w:r>
        <w:rPr>
          <w:rFonts w:ascii="Arial" w:hAnsi="Arial"/>
        </w:rPr>
        <w:t xml:space="preserve"> </w:t>
      </w:r>
    </w:p>
    <w:p w14:paraId="0C601B01" w14:textId="77777777" w:rsidR="00E865AD" w:rsidRDefault="00E865AD">
      <w:pPr>
        <w:spacing w:after="0"/>
      </w:pPr>
    </w:p>
    <w:p w14:paraId="5DF8A53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14:08</w:t>
      </w:r>
    </w:p>
    <w:p w14:paraId="26E817FD" w14:textId="77777777" w:rsidR="00E865AD" w:rsidRDefault="00000000">
      <w:pPr>
        <w:spacing w:after="0"/>
      </w:pPr>
      <w:r>
        <w:rPr>
          <w:rFonts w:ascii="Arial" w:hAnsi="Arial"/>
        </w:rPr>
        <w:t xml:space="preserve">they had to pull the entire wall out to just bring all these snakes </w:t>
      </w:r>
      <w:proofErr w:type="gramStart"/>
      <w:r>
        <w:rPr>
          <w:rFonts w:ascii="Arial" w:hAnsi="Arial"/>
        </w:rPr>
        <w:t>back</w:t>
      </w:r>
      <w:proofErr w:type="gramEnd"/>
    </w:p>
    <w:p w14:paraId="30ECFDEF" w14:textId="77777777" w:rsidR="00E865AD" w:rsidRDefault="00E865AD">
      <w:pPr>
        <w:spacing w:after="0"/>
      </w:pPr>
    </w:p>
    <w:p w14:paraId="0ED67612" w14:textId="77777777" w:rsidR="00E865AD" w:rsidRDefault="00000000">
      <w:pPr>
        <w:spacing w:after="0"/>
      </w:pPr>
      <w:r>
        <w:rPr>
          <w:rFonts w:ascii="Arial" w:hAnsi="Arial"/>
          <w:b/>
        </w:rPr>
        <w:t xml:space="preserve">Lucy  </w:t>
      </w:r>
      <w:r>
        <w:rPr>
          <w:rFonts w:ascii="Arial" w:hAnsi="Arial"/>
          <w:color w:val="5D7284"/>
        </w:rPr>
        <w:t>14:12</w:t>
      </w:r>
    </w:p>
    <w:p w14:paraId="547C4583" w14:textId="77777777" w:rsidR="00E865AD" w:rsidRDefault="00000000">
      <w:pPr>
        <w:spacing w:after="0"/>
      </w:pPr>
      <w:proofErr w:type="gramStart"/>
      <w:r>
        <w:rPr>
          <w:rFonts w:ascii="Arial" w:hAnsi="Arial"/>
        </w:rPr>
        <w:t>Oh</w:t>
      </w:r>
      <w:proofErr w:type="gramEnd"/>
      <w:r>
        <w:rPr>
          <w:rFonts w:ascii="Arial" w:hAnsi="Arial"/>
        </w:rPr>
        <w:t xml:space="preserve"> Jesus Christ a wall of snakes</w:t>
      </w:r>
    </w:p>
    <w:p w14:paraId="3E839C8A" w14:textId="77777777" w:rsidR="00E865AD" w:rsidRDefault="00E865AD">
      <w:pPr>
        <w:spacing w:after="0"/>
      </w:pPr>
    </w:p>
    <w:p w14:paraId="5A192DD4" w14:textId="77777777" w:rsidR="00E865AD" w:rsidRDefault="00000000">
      <w:pPr>
        <w:spacing w:after="0"/>
      </w:pPr>
      <w:r>
        <w:rPr>
          <w:rFonts w:ascii="Arial" w:hAnsi="Arial"/>
          <w:b/>
        </w:rPr>
        <w:t xml:space="preserve">Lucy  </w:t>
      </w:r>
      <w:r>
        <w:rPr>
          <w:rFonts w:ascii="Arial" w:hAnsi="Arial"/>
          <w:color w:val="5D7284"/>
        </w:rPr>
        <w:t>14:16</w:t>
      </w:r>
    </w:p>
    <w:p w14:paraId="12FFF3BD" w14:textId="77777777" w:rsidR="00E865AD" w:rsidRDefault="00000000">
      <w:pPr>
        <w:spacing w:after="0"/>
      </w:pPr>
      <w:proofErr w:type="gramStart"/>
      <w:r>
        <w:rPr>
          <w:rFonts w:ascii="Arial" w:hAnsi="Arial"/>
        </w:rPr>
        <w:t>yeah</w:t>
      </w:r>
      <w:proofErr w:type="gramEnd"/>
      <w:r>
        <w:rPr>
          <w:rFonts w:ascii="Arial" w:hAnsi="Arial"/>
        </w:rPr>
        <w:t xml:space="preserve"> ladies and gentlemen we can confirm right here right now that Alice Evans will not be entering celebrity anytime soon.</w:t>
      </w:r>
    </w:p>
    <w:p w14:paraId="00364559" w14:textId="77777777" w:rsidR="00E865AD" w:rsidRDefault="00E865AD">
      <w:pPr>
        <w:spacing w:after="0"/>
      </w:pPr>
    </w:p>
    <w:p w14:paraId="3D0F16D6" w14:textId="77777777" w:rsidR="00E865AD" w:rsidRDefault="00000000">
      <w:pPr>
        <w:spacing w:after="0"/>
      </w:pPr>
      <w:r>
        <w:rPr>
          <w:rFonts w:ascii="Arial" w:hAnsi="Arial"/>
          <w:b/>
        </w:rPr>
        <w:t xml:space="preserve">Lucy  </w:t>
      </w:r>
      <w:r>
        <w:rPr>
          <w:rFonts w:ascii="Arial" w:hAnsi="Arial"/>
          <w:color w:val="5D7284"/>
        </w:rPr>
        <w:t>14:25</w:t>
      </w:r>
    </w:p>
    <w:p w14:paraId="06EBEFBB" w14:textId="77777777" w:rsidR="00E865AD" w:rsidRDefault="00000000">
      <w:pPr>
        <w:spacing w:after="0"/>
      </w:pPr>
      <w:r>
        <w:rPr>
          <w:rFonts w:ascii="Arial" w:hAnsi="Arial"/>
        </w:rPr>
        <w:t xml:space="preserve">Oh no I snakes are my </w:t>
      </w:r>
      <w:proofErr w:type="gramStart"/>
      <w:r>
        <w:rPr>
          <w:rFonts w:ascii="Arial" w:hAnsi="Arial"/>
        </w:rPr>
        <w:t>thing</w:t>
      </w:r>
      <w:proofErr w:type="gramEnd"/>
      <w:r>
        <w:rPr>
          <w:rFonts w:ascii="Arial" w:hAnsi="Arial"/>
        </w:rPr>
        <w:t xml:space="preserve"> like I can remember be we went on holiday to Florida when I was about 10 or something. And we were at one of those places in Florida </w:t>
      </w:r>
      <w:proofErr w:type="gramStart"/>
      <w:r>
        <w:rPr>
          <w:rFonts w:ascii="Arial" w:hAnsi="Arial"/>
        </w:rPr>
        <w:t>where that</w:t>
      </w:r>
      <w:proofErr w:type="gramEnd"/>
      <w:r>
        <w:rPr>
          <w:rFonts w:ascii="Arial" w:hAnsi="Arial"/>
        </w:rPr>
        <w:t xml:space="preserve"> </w:t>
      </w:r>
      <w:proofErr w:type="gramStart"/>
      <w:r>
        <w:rPr>
          <w:rFonts w:ascii="Arial" w:hAnsi="Arial"/>
        </w:rPr>
        <w:t>they</w:t>
      </w:r>
      <w:proofErr w:type="gramEnd"/>
      <w:r>
        <w:rPr>
          <w:rFonts w:ascii="Arial" w:hAnsi="Arial"/>
        </w:rPr>
        <w:t xml:space="preserve"> even worse for animal kind of rights and cruelty and stuff. And yeah, there was a </w:t>
      </w:r>
      <w:proofErr w:type="gramStart"/>
      <w:r>
        <w:rPr>
          <w:rFonts w:ascii="Arial" w:hAnsi="Arial"/>
        </w:rPr>
        <w:t>full on</w:t>
      </w:r>
      <w:proofErr w:type="gramEnd"/>
      <w:r>
        <w:rPr>
          <w:rFonts w:ascii="Arial" w:hAnsi="Arial"/>
        </w:rPr>
        <w:t xml:space="preserve"> child younger than me standing there with a boa </w:t>
      </w:r>
      <w:proofErr w:type="gramStart"/>
      <w:r>
        <w:rPr>
          <w:rFonts w:ascii="Arial" w:hAnsi="Arial"/>
        </w:rPr>
        <w:t>constrictor around</w:t>
      </w:r>
      <w:proofErr w:type="gramEnd"/>
      <w:r>
        <w:rPr>
          <w:rFonts w:ascii="Arial" w:hAnsi="Arial"/>
        </w:rPr>
        <w:t xml:space="preserve"> wrapped around her shoulders just having a photo taken just like oh, look at me. I'm a tourist. And, and my dad was like, </w:t>
      </w:r>
      <w:proofErr w:type="gramStart"/>
      <w:r>
        <w:rPr>
          <w:rFonts w:ascii="Arial" w:hAnsi="Arial"/>
        </w:rPr>
        <w:t>Oh</w:t>
      </w:r>
      <w:proofErr w:type="gramEnd"/>
      <w:r>
        <w:rPr>
          <w:rFonts w:ascii="Arial" w:hAnsi="Arial"/>
        </w:rPr>
        <w:t xml:space="preserve">, see she's done. little girl's not afraid to like even </w:t>
      </w:r>
      <w:proofErr w:type="gramStart"/>
      <w:r>
        <w:rPr>
          <w:rFonts w:ascii="Arial" w:hAnsi="Arial"/>
        </w:rPr>
        <w:t>have</w:t>
      </w:r>
      <w:proofErr w:type="gramEnd"/>
      <w:r>
        <w:rPr>
          <w:rFonts w:ascii="Arial" w:hAnsi="Arial"/>
        </w:rPr>
        <w:t xml:space="preserve"> the snake on her own. </w:t>
      </w:r>
      <w:proofErr w:type="gramStart"/>
      <w:r>
        <w:rPr>
          <w:rFonts w:ascii="Arial" w:hAnsi="Arial"/>
        </w:rPr>
        <w:t>you</w:t>
      </w:r>
      <w:proofErr w:type="gramEnd"/>
      <w:r>
        <w:rPr>
          <w:rFonts w:ascii="Arial" w:hAnsi="Arial"/>
        </w:rPr>
        <w:t xml:space="preserve"> won't even touch her and I legit remember being like 11 years old and turning to my dad and go, Yeah, well, she's </w:t>
      </w:r>
      <w:proofErr w:type="spellStart"/>
      <w:r>
        <w:rPr>
          <w:rFonts w:ascii="Arial" w:hAnsi="Arial"/>
        </w:rPr>
        <w:t>she's</w:t>
      </w:r>
      <w:proofErr w:type="spellEnd"/>
      <w:r>
        <w:rPr>
          <w:rFonts w:ascii="Arial" w:hAnsi="Arial"/>
        </w:rPr>
        <w:t xml:space="preserve"> an idiot. she can keep the </w:t>
      </w:r>
      <w:proofErr w:type="gramStart"/>
      <w:r>
        <w:rPr>
          <w:rFonts w:ascii="Arial" w:hAnsi="Arial"/>
        </w:rPr>
        <w:t>snake?</w:t>
      </w:r>
      <w:proofErr w:type="gramEnd"/>
      <w:r>
        <w:rPr>
          <w:rFonts w:ascii="Arial" w:hAnsi="Arial"/>
        </w:rPr>
        <w:t xml:space="preserve"> I don't want to die.</w:t>
      </w:r>
    </w:p>
    <w:p w14:paraId="24588E96" w14:textId="77777777" w:rsidR="00E865AD" w:rsidRDefault="00E865AD">
      <w:pPr>
        <w:spacing w:after="0"/>
      </w:pPr>
    </w:p>
    <w:p w14:paraId="7462C610" w14:textId="77777777" w:rsidR="00E865AD" w:rsidRDefault="00000000">
      <w:pPr>
        <w:spacing w:after="0"/>
      </w:pPr>
      <w:r>
        <w:rPr>
          <w:rFonts w:ascii="Arial" w:hAnsi="Arial"/>
          <w:b/>
        </w:rPr>
        <w:t xml:space="preserve">Lucy  </w:t>
      </w:r>
      <w:r>
        <w:rPr>
          <w:rFonts w:ascii="Arial" w:hAnsi="Arial"/>
          <w:color w:val="5D7284"/>
        </w:rPr>
        <w:t>15:17</w:t>
      </w:r>
    </w:p>
    <w:p w14:paraId="0C554F26" w14:textId="77777777" w:rsidR="00E865AD" w:rsidRDefault="00000000">
      <w:pPr>
        <w:spacing w:after="0"/>
      </w:pPr>
      <w:proofErr w:type="gramStart"/>
      <w:r>
        <w:rPr>
          <w:rFonts w:ascii="Arial" w:hAnsi="Arial"/>
        </w:rPr>
        <w:t>I</w:t>
      </w:r>
      <w:proofErr w:type="gramEnd"/>
      <w:r>
        <w:rPr>
          <w:rFonts w:ascii="Arial" w:hAnsi="Arial"/>
        </w:rPr>
        <w:t xml:space="preserve"> my thing. My thing is my thing. My thing is birds or anything that flaps so I, you know, like butterfly enclosures.</w:t>
      </w:r>
    </w:p>
    <w:p w14:paraId="3FCA17AE" w14:textId="77777777" w:rsidR="00E865AD" w:rsidRDefault="00E865AD">
      <w:pPr>
        <w:spacing w:after="0"/>
      </w:pPr>
    </w:p>
    <w:p w14:paraId="46FB54DD" w14:textId="77777777" w:rsidR="00E865AD" w:rsidRDefault="00000000">
      <w:pPr>
        <w:spacing w:after="0"/>
      </w:pPr>
      <w:r>
        <w:rPr>
          <w:rFonts w:ascii="Arial" w:hAnsi="Arial"/>
          <w:b/>
        </w:rPr>
        <w:t xml:space="preserve">Alice  </w:t>
      </w:r>
      <w:r>
        <w:rPr>
          <w:rFonts w:ascii="Arial" w:hAnsi="Arial"/>
          <w:color w:val="5D7284"/>
        </w:rPr>
        <w:t>15:28</w:t>
      </w:r>
    </w:p>
    <w:p w14:paraId="32F37648" w14:textId="77777777" w:rsidR="00E865AD" w:rsidRDefault="00000000">
      <w:pPr>
        <w:spacing w:after="0"/>
      </w:pPr>
      <w:r>
        <w:rPr>
          <w:rFonts w:ascii="Arial" w:hAnsi="Arial"/>
        </w:rPr>
        <w:t xml:space="preserve"> Yeah, </w:t>
      </w:r>
    </w:p>
    <w:p w14:paraId="410D7362" w14:textId="77777777" w:rsidR="00E865AD" w:rsidRDefault="00E865AD">
      <w:pPr>
        <w:spacing w:after="0"/>
      </w:pPr>
    </w:p>
    <w:p w14:paraId="3C105E87" w14:textId="77777777" w:rsidR="00E865AD" w:rsidRDefault="00000000">
      <w:pPr>
        <w:spacing w:after="0"/>
      </w:pPr>
      <w:r>
        <w:rPr>
          <w:rFonts w:ascii="Arial" w:hAnsi="Arial"/>
          <w:b/>
        </w:rPr>
        <w:t xml:space="preserve">Lucy  </w:t>
      </w:r>
      <w:r>
        <w:rPr>
          <w:rFonts w:ascii="Arial" w:hAnsi="Arial"/>
          <w:color w:val="5D7284"/>
        </w:rPr>
        <w:t>15:28</w:t>
      </w:r>
    </w:p>
    <w:p w14:paraId="5B073868" w14:textId="77777777" w:rsidR="00E865AD" w:rsidRDefault="00000000">
      <w:pPr>
        <w:spacing w:after="0"/>
      </w:pPr>
      <w:r>
        <w:rPr>
          <w:rFonts w:ascii="Arial" w:hAnsi="Arial"/>
        </w:rPr>
        <w:lastRenderedPageBreak/>
        <w:t xml:space="preserve">but in closes. I don't like butterflies. I know they won't harm me, but I don't have anything that flaps around my head. And I don't like birds. because my friend Chris, who often listens to this podcast, I'm going to tell the story, Christopher because it is mean. when we went to Prague on a college trip, there was a man feeding pigeons on the Charles Bridge with a French Stick. And if pigeons were going berserk and flopping around everywhere, I'm in a sleeping bag because it's cold, like minus 14. </w:t>
      </w:r>
      <w:proofErr w:type="gramStart"/>
      <w:r>
        <w:rPr>
          <w:rFonts w:ascii="Arial" w:hAnsi="Arial"/>
        </w:rPr>
        <w:t>So</w:t>
      </w:r>
      <w:proofErr w:type="gramEnd"/>
      <w:r>
        <w:rPr>
          <w:rFonts w:ascii="Arial" w:hAnsi="Arial"/>
        </w:rPr>
        <w:t xml:space="preserve"> I'm in it. I can't use my arms. Chris is pushing me everywhere. And he just pushed me towards these pigeons. And that left me there. There is video footage somewhere of me screaming because I can't move </w:t>
      </w:r>
      <w:proofErr w:type="gramStart"/>
      <w:r>
        <w:rPr>
          <w:rFonts w:ascii="Arial" w:hAnsi="Arial"/>
        </w:rPr>
        <w:t>backwards</w:t>
      </w:r>
      <w:proofErr w:type="gramEnd"/>
      <w:r>
        <w:rPr>
          <w:rFonts w:ascii="Arial" w:hAnsi="Arial"/>
        </w:rPr>
        <w:t xml:space="preserve"> or forwards and I'm just stuck. flapping is horrible. Hate it. </w:t>
      </w:r>
      <w:proofErr w:type="gramStart"/>
      <w:r>
        <w:rPr>
          <w:rFonts w:ascii="Arial" w:hAnsi="Arial"/>
        </w:rPr>
        <w:t>So</w:t>
      </w:r>
      <w:proofErr w:type="gramEnd"/>
      <w:r>
        <w:rPr>
          <w:rFonts w:ascii="Arial" w:hAnsi="Arial"/>
        </w:rPr>
        <w:t xml:space="preserve"> I've now got a phobia of birds and pigeons and anything that </w:t>
      </w:r>
      <w:proofErr w:type="gramStart"/>
      <w:r>
        <w:rPr>
          <w:rFonts w:ascii="Arial" w:hAnsi="Arial"/>
        </w:rPr>
        <w:t>flat</w:t>
      </w:r>
      <w:proofErr w:type="gramEnd"/>
      <w:r>
        <w:rPr>
          <w:rFonts w:ascii="Arial" w:hAnsi="Arial"/>
        </w:rPr>
        <w:t xml:space="preserve"> because as my friend Chris, so thank you, Chris. for that trauma.</w:t>
      </w:r>
    </w:p>
    <w:p w14:paraId="3F0BE60B" w14:textId="77777777" w:rsidR="00E865AD" w:rsidRDefault="00E865AD">
      <w:pPr>
        <w:spacing w:after="0"/>
      </w:pPr>
    </w:p>
    <w:p w14:paraId="4684FBED" w14:textId="77777777" w:rsidR="00E865AD" w:rsidRDefault="00000000">
      <w:pPr>
        <w:spacing w:after="0"/>
      </w:pPr>
      <w:r>
        <w:rPr>
          <w:rFonts w:ascii="Arial" w:hAnsi="Arial"/>
          <w:b/>
        </w:rPr>
        <w:t xml:space="preserve">Lucy  </w:t>
      </w:r>
      <w:r>
        <w:rPr>
          <w:rFonts w:ascii="Arial" w:hAnsi="Arial"/>
          <w:color w:val="5D7284"/>
        </w:rPr>
        <w:t>16:31</w:t>
      </w:r>
    </w:p>
    <w:p w14:paraId="76C19B52" w14:textId="77777777" w:rsidR="00E865AD" w:rsidRDefault="00000000">
      <w:pPr>
        <w:spacing w:after="0"/>
      </w:pPr>
      <w:r>
        <w:rPr>
          <w:rFonts w:ascii="Arial" w:hAnsi="Arial"/>
        </w:rPr>
        <w:t xml:space="preserve"> </w:t>
      </w:r>
      <w:proofErr w:type="gramStart"/>
      <w:r>
        <w:rPr>
          <w:rFonts w:ascii="Arial" w:hAnsi="Arial"/>
        </w:rPr>
        <w:t>so</w:t>
      </w:r>
      <w:proofErr w:type="gramEnd"/>
      <w:r>
        <w:rPr>
          <w:rFonts w:ascii="Arial" w:hAnsi="Arial"/>
        </w:rPr>
        <w:t xml:space="preserve"> suppose out of I'm a celebrity. </w:t>
      </w:r>
    </w:p>
    <w:p w14:paraId="7C708C07" w14:textId="77777777" w:rsidR="00E865AD" w:rsidRDefault="00E865AD">
      <w:pPr>
        <w:spacing w:after="0"/>
      </w:pPr>
    </w:p>
    <w:p w14:paraId="04B8D079" w14:textId="77777777" w:rsidR="00E865AD" w:rsidRDefault="00000000">
      <w:pPr>
        <w:spacing w:after="0"/>
      </w:pPr>
      <w:r>
        <w:rPr>
          <w:rFonts w:ascii="Arial" w:hAnsi="Arial"/>
          <w:b/>
        </w:rPr>
        <w:t xml:space="preserve">Lucy  </w:t>
      </w:r>
      <w:r>
        <w:rPr>
          <w:rFonts w:ascii="Arial" w:hAnsi="Arial"/>
          <w:color w:val="5D7284"/>
        </w:rPr>
        <w:t>16:33</w:t>
      </w:r>
    </w:p>
    <w:p w14:paraId="41226309" w14:textId="77777777" w:rsidR="00E865AD" w:rsidRDefault="00000000">
      <w:pPr>
        <w:spacing w:after="0"/>
      </w:pPr>
      <w:r>
        <w:rPr>
          <w:rFonts w:ascii="Arial" w:hAnsi="Arial"/>
        </w:rPr>
        <w:t xml:space="preserve">Yeah. No, don't like </w:t>
      </w:r>
      <w:proofErr w:type="gramStart"/>
      <w:r>
        <w:rPr>
          <w:rFonts w:ascii="Arial" w:hAnsi="Arial"/>
        </w:rPr>
        <w:t>it</w:t>
      </w:r>
      <w:proofErr w:type="gramEnd"/>
      <w:r>
        <w:rPr>
          <w:rFonts w:ascii="Arial" w:hAnsi="Arial"/>
        </w:rPr>
        <w:t xml:space="preserve"> </w:t>
      </w:r>
    </w:p>
    <w:p w14:paraId="5F3E2922" w14:textId="77777777" w:rsidR="00E865AD" w:rsidRDefault="00E865AD">
      <w:pPr>
        <w:spacing w:after="0"/>
      </w:pPr>
    </w:p>
    <w:p w14:paraId="6EBCE78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16:37</w:t>
      </w:r>
    </w:p>
    <w:p w14:paraId="600AE847" w14:textId="77777777" w:rsidR="00E865AD" w:rsidRDefault="00000000">
      <w:pPr>
        <w:spacing w:after="0"/>
      </w:pPr>
      <w:r>
        <w:rPr>
          <w:rFonts w:ascii="Arial" w:hAnsi="Arial"/>
        </w:rPr>
        <w:t>I love but do yeah, I've got Avery says after I spoke to you lovely people. I've got to go and move some baby parrots from one case to another.</w:t>
      </w:r>
    </w:p>
    <w:p w14:paraId="1D7DDB83" w14:textId="77777777" w:rsidR="00E865AD" w:rsidRDefault="00E865AD">
      <w:pPr>
        <w:spacing w:after="0"/>
      </w:pPr>
    </w:p>
    <w:p w14:paraId="005B03C4" w14:textId="77777777" w:rsidR="00E865AD" w:rsidRDefault="00000000">
      <w:pPr>
        <w:spacing w:after="0"/>
      </w:pPr>
      <w:r>
        <w:rPr>
          <w:rFonts w:ascii="Arial" w:hAnsi="Arial"/>
          <w:b/>
        </w:rPr>
        <w:t xml:space="preserve">Lucy  </w:t>
      </w:r>
      <w:r>
        <w:rPr>
          <w:rFonts w:ascii="Arial" w:hAnsi="Arial"/>
          <w:color w:val="5D7284"/>
        </w:rPr>
        <w:t>16:47</w:t>
      </w:r>
    </w:p>
    <w:p w14:paraId="3EAC1B25" w14:textId="77777777" w:rsidR="00E865AD" w:rsidRDefault="00000000">
      <w:pPr>
        <w:spacing w:after="0"/>
      </w:pPr>
      <w:r>
        <w:rPr>
          <w:rFonts w:ascii="Arial" w:hAnsi="Arial"/>
        </w:rPr>
        <w:t>Baby parrots</w:t>
      </w:r>
    </w:p>
    <w:p w14:paraId="6B9A22F9" w14:textId="77777777" w:rsidR="00E865AD" w:rsidRDefault="00E865AD">
      <w:pPr>
        <w:spacing w:after="0"/>
      </w:pPr>
    </w:p>
    <w:p w14:paraId="133C8C17" w14:textId="77777777" w:rsidR="00E865AD" w:rsidRDefault="00000000">
      <w:pPr>
        <w:spacing w:after="0"/>
      </w:pPr>
      <w:r>
        <w:rPr>
          <w:rFonts w:ascii="Arial" w:hAnsi="Arial"/>
          <w:b/>
        </w:rPr>
        <w:t xml:space="preserve">Lucy  </w:t>
      </w:r>
      <w:r>
        <w:rPr>
          <w:rFonts w:ascii="Arial" w:hAnsi="Arial"/>
          <w:color w:val="5D7284"/>
        </w:rPr>
        <w:t>16:50</w:t>
      </w:r>
    </w:p>
    <w:p w14:paraId="14D71BE9" w14:textId="77777777" w:rsidR="00E865AD" w:rsidRDefault="00000000">
      <w:pPr>
        <w:spacing w:after="0"/>
      </w:pPr>
      <w:r>
        <w:rPr>
          <w:rFonts w:ascii="Arial" w:hAnsi="Arial"/>
        </w:rPr>
        <w:t xml:space="preserve">still flap </w:t>
      </w:r>
      <w:proofErr w:type="gramStart"/>
      <w:r>
        <w:rPr>
          <w:rFonts w:ascii="Arial" w:hAnsi="Arial"/>
        </w:rPr>
        <w:t>though..</w:t>
      </w:r>
      <w:proofErr w:type="gramEnd"/>
      <w:r>
        <w:rPr>
          <w:rFonts w:ascii="Arial" w:hAnsi="Arial"/>
        </w:rPr>
        <w:t xml:space="preserve"> still </w:t>
      </w:r>
      <w:proofErr w:type="gramStart"/>
      <w:r>
        <w:rPr>
          <w:rFonts w:ascii="Arial" w:hAnsi="Arial"/>
        </w:rPr>
        <w:t>flap</w:t>
      </w:r>
      <w:proofErr w:type="gramEnd"/>
      <w:r>
        <w:rPr>
          <w:rFonts w:ascii="Arial" w:hAnsi="Arial"/>
        </w:rPr>
        <w:t xml:space="preserve"> </w:t>
      </w:r>
    </w:p>
    <w:p w14:paraId="1B566D0C" w14:textId="77777777" w:rsidR="00E865AD" w:rsidRDefault="00E865AD">
      <w:pPr>
        <w:spacing w:after="0"/>
      </w:pPr>
    </w:p>
    <w:p w14:paraId="5DA2301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16:56</w:t>
      </w:r>
    </w:p>
    <w:p w14:paraId="321AB353" w14:textId="77777777" w:rsidR="00E865AD" w:rsidRDefault="00000000">
      <w:pPr>
        <w:spacing w:after="0"/>
      </w:pPr>
      <w:r>
        <w:rPr>
          <w:rFonts w:ascii="Arial" w:hAnsi="Arial"/>
        </w:rPr>
        <w:t>I think we'd all flabby some giant person came to you with that.</w:t>
      </w:r>
    </w:p>
    <w:p w14:paraId="455E4501" w14:textId="77777777" w:rsidR="00E865AD" w:rsidRDefault="00E865AD">
      <w:pPr>
        <w:spacing w:after="0"/>
      </w:pPr>
    </w:p>
    <w:p w14:paraId="4C8A06A3" w14:textId="77777777" w:rsidR="00E865AD" w:rsidRDefault="00000000">
      <w:pPr>
        <w:spacing w:after="0"/>
      </w:pPr>
      <w:r>
        <w:rPr>
          <w:rFonts w:ascii="Arial" w:hAnsi="Arial"/>
          <w:b/>
        </w:rPr>
        <w:t xml:space="preserve">Lucy  </w:t>
      </w:r>
      <w:r>
        <w:rPr>
          <w:rFonts w:ascii="Arial" w:hAnsi="Arial"/>
          <w:color w:val="5D7284"/>
        </w:rPr>
        <w:t>16:58</w:t>
      </w:r>
    </w:p>
    <w:p w14:paraId="662D7BCC" w14:textId="77777777" w:rsidR="00E865AD" w:rsidRDefault="00000000">
      <w:pPr>
        <w:spacing w:after="0"/>
      </w:pPr>
      <w:r>
        <w:rPr>
          <w:rFonts w:ascii="Arial" w:hAnsi="Arial"/>
        </w:rPr>
        <w:t xml:space="preserve">Very true. And I also think </w:t>
      </w:r>
      <w:proofErr w:type="gramStart"/>
      <w:r>
        <w:rPr>
          <w:rFonts w:ascii="Arial" w:hAnsi="Arial"/>
        </w:rPr>
        <w:t>that</w:t>
      </w:r>
      <w:proofErr w:type="gramEnd"/>
      <w:r>
        <w:rPr>
          <w:rFonts w:ascii="Arial" w:hAnsi="Arial"/>
        </w:rPr>
        <w:t xml:space="preserve"> I get caught I get quite frightened of animals though, like, make certain movements and things because I can't run away to safety very quickly. Like I think I get frightened about the fact that, you know, they might sort of fly towards me or, you know, land on my head or something. I don't know.</w:t>
      </w:r>
    </w:p>
    <w:p w14:paraId="79F3201E" w14:textId="77777777" w:rsidR="00E865AD" w:rsidRDefault="00E865AD">
      <w:pPr>
        <w:spacing w:after="0"/>
      </w:pPr>
    </w:p>
    <w:p w14:paraId="7F24050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17:20</w:t>
      </w:r>
    </w:p>
    <w:p w14:paraId="23E1A733" w14:textId="77777777" w:rsidR="00E865AD" w:rsidRDefault="00000000">
      <w:pPr>
        <w:spacing w:after="0"/>
      </w:pPr>
      <w:r>
        <w:rPr>
          <w:rFonts w:ascii="Arial" w:hAnsi="Arial"/>
        </w:rPr>
        <w:t xml:space="preserve">Yeah.  Yeah. I That's why one of the big ones I don't like his frogs, because you can't tell a frog is </w:t>
      </w:r>
      <w:proofErr w:type="spellStart"/>
      <w:r>
        <w:rPr>
          <w:rFonts w:ascii="Arial" w:hAnsi="Arial"/>
        </w:rPr>
        <w:t>gonna</w:t>
      </w:r>
      <w:proofErr w:type="spellEnd"/>
      <w:r>
        <w:rPr>
          <w:rFonts w:ascii="Arial" w:hAnsi="Arial"/>
        </w:rPr>
        <w:t xml:space="preserve"> move. Every other animal gives a signal.</w:t>
      </w:r>
    </w:p>
    <w:p w14:paraId="22D81849" w14:textId="77777777" w:rsidR="00E865AD" w:rsidRDefault="00E865AD">
      <w:pPr>
        <w:spacing w:after="0"/>
      </w:pPr>
    </w:p>
    <w:p w14:paraId="57286A4E" w14:textId="77777777" w:rsidR="00E865AD" w:rsidRDefault="00000000">
      <w:pPr>
        <w:spacing w:after="0"/>
      </w:pPr>
      <w:r>
        <w:rPr>
          <w:rFonts w:ascii="Arial" w:hAnsi="Arial"/>
          <w:b/>
        </w:rPr>
        <w:t xml:space="preserve">Lucy  </w:t>
      </w:r>
      <w:r>
        <w:rPr>
          <w:rFonts w:ascii="Arial" w:hAnsi="Arial"/>
          <w:color w:val="5D7284"/>
        </w:rPr>
        <w:t>17:30</w:t>
      </w:r>
    </w:p>
    <w:p w14:paraId="44831E9B" w14:textId="77777777" w:rsidR="00E865AD" w:rsidRDefault="00000000">
      <w:pPr>
        <w:spacing w:after="0"/>
      </w:pPr>
      <w:r>
        <w:rPr>
          <w:rFonts w:ascii="Arial" w:hAnsi="Arial"/>
        </w:rPr>
        <w:t>Yeah, yeah. Yeah. It's funny, isn't it? Really? But yeah, there will be another celebrity anytime soon.</w:t>
      </w:r>
    </w:p>
    <w:p w14:paraId="753A0C34" w14:textId="77777777" w:rsidR="00E865AD" w:rsidRDefault="00E865AD">
      <w:pPr>
        <w:spacing w:after="0"/>
      </w:pPr>
    </w:p>
    <w:p w14:paraId="4EF3164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17:38</w:t>
      </w:r>
    </w:p>
    <w:p w14:paraId="5EABB26F" w14:textId="77777777" w:rsidR="00E865AD" w:rsidRDefault="00000000">
      <w:pPr>
        <w:spacing w:after="0"/>
      </w:pPr>
      <w:r>
        <w:rPr>
          <w:rFonts w:ascii="Arial" w:hAnsi="Arial"/>
        </w:rPr>
        <w:lastRenderedPageBreak/>
        <w:t xml:space="preserve">No, no, no, but no, no, it was. No, </w:t>
      </w:r>
      <w:proofErr w:type="gramStart"/>
      <w:r>
        <w:rPr>
          <w:rFonts w:ascii="Arial" w:hAnsi="Arial"/>
        </w:rPr>
        <w:t>zookeeper</w:t>
      </w:r>
      <w:proofErr w:type="gramEnd"/>
      <w:r>
        <w:rPr>
          <w:rFonts w:ascii="Arial" w:hAnsi="Arial"/>
        </w:rPr>
        <w:t xml:space="preserve"> was awesome. I mean, as you said, once I left college, four years there had to kind of fight to stay in there. And then left and then got offered some work very quickly on a farm and worked </w:t>
      </w:r>
      <w:proofErr w:type="gramStart"/>
      <w:r>
        <w:rPr>
          <w:rFonts w:ascii="Arial" w:hAnsi="Arial"/>
        </w:rPr>
        <w:t>really hard</w:t>
      </w:r>
      <w:proofErr w:type="gramEnd"/>
      <w:r>
        <w:rPr>
          <w:rFonts w:ascii="Arial" w:hAnsi="Arial"/>
        </w:rPr>
        <w:t xml:space="preserve"> there. And then vaulted Zune and finally got offered the job. Yeah, I first thought about the job through one of my other gripes, like disabled support group, right lady came out and said about this place. So anyway, </w:t>
      </w:r>
      <w:proofErr w:type="gramStart"/>
      <w:r>
        <w:rPr>
          <w:rFonts w:ascii="Arial" w:hAnsi="Arial"/>
        </w:rPr>
        <w:t>started</w:t>
      </w:r>
      <w:proofErr w:type="gramEnd"/>
      <w:r>
        <w:rPr>
          <w:rFonts w:ascii="Arial" w:hAnsi="Arial"/>
        </w:rPr>
        <w:t xml:space="preserve"> there, volunteered, worked hard, and got the job and started working and you learn very, very quickly. It's not what people think it is like there was a lot of people at college because I'd done farming for years before and they think oh, we can hug the bunny but the bunny needs food bunny needs cleaning bunny needs a lot of care By the end of it, and I still say this to now if I said when it goes into animal care if you don't have tears blood or poo on you, you haven't done a good day's work. </w:t>
      </w:r>
      <w:proofErr w:type="gramStart"/>
      <w:r>
        <w:rPr>
          <w:rFonts w:ascii="Arial" w:hAnsi="Arial"/>
        </w:rPr>
        <w:t>you</w:t>
      </w:r>
      <w:proofErr w:type="gramEnd"/>
      <w:r>
        <w:rPr>
          <w:rFonts w:ascii="Arial" w:hAnsi="Arial"/>
        </w:rPr>
        <w:t xml:space="preserve"> haven't what without me? because it'll upset you. poo on you? And it's always blood. Yeah, but no, it's </w:t>
      </w:r>
      <w:proofErr w:type="gramStart"/>
      <w:r>
        <w:rPr>
          <w:rFonts w:ascii="Arial" w:hAnsi="Arial"/>
        </w:rPr>
        <w:t>awesome</w:t>
      </w:r>
      <w:proofErr w:type="gramEnd"/>
      <w:r>
        <w:rPr>
          <w:rFonts w:ascii="Arial" w:hAnsi="Arial"/>
        </w:rPr>
        <w:t xml:space="preserve"> job. I mean, it was just amazing. Like, it's one of those jobs </w:t>
      </w:r>
      <w:proofErr w:type="gramStart"/>
      <w:r>
        <w:rPr>
          <w:rFonts w:ascii="Arial" w:hAnsi="Arial"/>
        </w:rPr>
        <w:t>that</w:t>
      </w:r>
      <w:proofErr w:type="gramEnd"/>
      <w:r>
        <w:rPr>
          <w:rFonts w:ascii="Arial" w:hAnsi="Arial"/>
        </w:rPr>
        <w:t xml:space="preserve"> you can't write stuff that happens.</w:t>
      </w:r>
    </w:p>
    <w:p w14:paraId="7BE92F14" w14:textId="77777777" w:rsidR="00E865AD" w:rsidRDefault="00E865AD">
      <w:pPr>
        <w:spacing w:after="0"/>
      </w:pPr>
    </w:p>
    <w:p w14:paraId="3BBFFB8A" w14:textId="77777777" w:rsidR="00E865AD" w:rsidRDefault="00000000">
      <w:pPr>
        <w:spacing w:after="0"/>
      </w:pPr>
      <w:r>
        <w:rPr>
          <w:rFonts w:ascii="Arial" w:hAnsi="Arial"/>
          <w:b/>
        </w:rPr>
        <w:t xml:space="preserve">Lucy  </w:t>
      </w:r>
      <w:r>
        <w:rPr>
          <w:rFonts w:ascii="Arial" w:hAnsi="Arial"/>
          <w:color w:val="5D7284"/>
        </w:rPr>
        <w:t>19:12</w:t>
      </w:r>
    </w:p>
    <w:p w14:paraId="4F21BEEA" w14:textId="77777777" w:rsidR="00E865AD" w:rsidRDefault="00000000">
      <w:pPr>
        <w:spacing w:after="0"/>
      </w:pPr>
      <w:proofErr w:type="spellStart"/>
      <w:proofErr w:type="gramStart"/>
      <w:r>
        <w:rPr>
          <w:rFonts w:ascii="Arial" w:hAnsi="Arial"/>
        </w:rPr>
        <w:t>no</w:t>
      </w:r>
      <w:proofErr w:type="spellEnd"/>
      <w:proofErr w:type="gramEnd"/>
      <w:r>
        <w:rPr>
          <w:rFonts w:ascii="Arial" w:hAnsi="Arial"/>
        </w:rPr>
        <w:t xml:space="preserve"> I suppose every day is different, isn't it? I suppose. Yeah.</w:t>
      </w:r>
    </w:p>
    <w:p w14:paraId="5CA5F26B" w14:textId="77777777" w:rsidR="00E865AD" w:rsidRDefault="00E865AD">
      <w:pPr>
        <w:spacing w:after="0"/>
      </w:pPr>
    </w:p>
    <w:p w14:paraId="6551E3C9"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19:15</w:t>
      </w:r>
    </w:p>
    <w:p w14:paraId="119C8BF6" w14:textId="77777777" w:rsidR="00E865AD" w:rsidRDefault="00000000">
      <w:pPr>
        <w:spacing w:after="0"/>
      </w:pPr>
      <w:r>
        <w:rPr>
          <w:rFonts w:ascii="Arial" w:hAnsi="Arial"/>
        </w:rPr>
        <w:t>do you see there's no. Have you ever watched that Chester Zoo documentary? Yes,</w:t>
      </w:r>
    </w:p>
    <w:p w14:paraId="3DB20C19" w14:textId="77777777" w:rsidR="00E865AD" w:rsidRDefault="00E865AD">
      <w:pPr>
        <w:spacing w:after="0"/>
      </w:pPr>
    </w:p>
    <w:p w14:paraId="7286E99B" w14:textId="77777777" w:rsidR="00E865AD" w:rsidRDefault="00000000">
      <w:pPr>
        <w:spacing w:after="0"/>
      </w:pPr>
      <w:r>
        <w:rPr>
          <w:rFonts w:ascii="Arial" w:hAnsi="Arial"/>
          <w:b/>
        </w:rPr>
        <w:t xml:space="preserve">Lucy  </w:t>
      </w:r>
      <w:r>
        <w:rPr>
          <w:rFonts w:ascii="Arial" w:hAnsi="Arial"/>
          <w:color w:val="5D7284"/>
        </w:rPr>
        <w:t>19:20</w:t>
      </w:r>
    </w:p>
    <w:p w14:paraId="3CBCC6EF" w14:textId="77777777" w:rsidR="00E865AD" w:rsidRDefault="00000000">
      <w:pPr>
        <w:spacing w:after="0"/>
      </w:pPr>
      <w:r>
        <w:rPr>
          <w:rFonts w:ascii="Arial" w:hAnsi="Arial"/>
        </w:rPr>
        <w:t xml:space="preserve">I have. Yeah, bits of it </w:t>
      </w:r>
    </w:p>
    <w:p w14:paraId="3128A0C2" w14:textId="77777777" w:rsidR="00E865AD" w:rsidRDefault="00E865AD">
      <w:pPr>
        <w:spacing w:after="0"/>
      </w:pPr>
    </w:p>
    <w:p w14:paraId="7EABF57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19:23</w:t>
      </w:r>
    </w:p>
    <w:p w14:paraId="25F4988B" w14:textId="77777777" w:rsidR="00E865AD" w:rsidRDefault="00000000">
      <w:pPr>
        <w:spacing w:after="0"/>
      </w:pPr>
      <w:r>
        <w:rPr>
          <w:rFonts w:ascii="Arial" w:hAnsi="Arial"/>
        </w:rPr>
        <w:t xml:space="preserve">I'm afraid that it's not. That's a bit like Countryfile compared to Jeremy Clarkson farm. Yeah. it doesn't highlight the truth. Like it's kind of like, oh, we had a baby bear. Now we've had this and it's all and the keepers are </w:t>
      </w:r>
      <w:proofErr w:type="gramStart"/>
      <w:r>
        <w:rPr>
          <w:rFonts w:ascii="Arial" w:hAnsi="Arial"/>
        </w:rPr>
        <w:t>there like</w:t>
      </w:r>
      <w:proofErr w:type="gramEnd"/>
      <w:r>
        <w:rPr>
          <w:rFonts w:ascii="Arial" w:hAnsi="Arial"/>
        </w:rPr>
        <w:t xml:space="preserve"> smiling. hello, and all happy it's not?</w:t>
      </w:r>
    </w:p>
    <w:p w14:paraId="338CDCE5" w14:textId="77777777" w:rsidR="00E865AD" w:rsidRDefault="00E865AD">
      <w:pPr>
        <w:spacing w:after="0"/>
      </w:pPr>
    </w:p>
    <w:p w14:paraId="3E031336" w14:textId="77777777" w:rsidR="00E865AD" w:rsidRDefault="00000000">
      <w:pPr>
        <w:spacing w:after="0"/>
      </w:pPr>
      <w:r>
        <w:rPr>
          <w:rFonts w:ascii="Arial" w:hAnsi="Arial"/>
          <w:b/>
        </w:rPr>
        <w:t xml:space="preserve">Lucy  </w:t>
      </w:r>
      <w:r>
        <w:rPr>
          <w:rFonts w:ascii="Arial" w:hAnsi="Arial"/>
          <w:color w:val="5D7284"/>
        </w:rPr>
        <w:t>19:42</w:t>
      </w:r>
    </w:p>
    <w:p w14:paraId="1704C62D" w14:textId="77777777" w:rsidR="00E865AD" w:rsidRDefault="00000000">
      <w:pPr>
        <w:spacing w:after="0"/>
      </w:pPr>
      <w:r>
        <w:rPr>
          <w:rFonts w:ascii="Arial" w:hAnsi="Arial"/>
        </w:rPr>
        <w:t xml:space="preserve">Yeah. In the background, who's just knee deep in </w:t>
      </w:r>
      <w:proofErr w:type="spellStart"/>
      <w:r>
        <w:rPr>
          <w:rFonts w:ascii="Arial" w:hAnsi="Arial"/>
        </w:rPr>
        <w:t>feaces</w:t>
      </w:r>
      <w:proofErr w:type="spellEnd"/>
      <w:r>
        <w:rPr>
          <w:rFonts w:ascii="Arial" w:hAnsi="Arial"/>
        </w:rPr>
        <w:t xml:space="preserve"> while animal screams in </w:t>
      </w:r>
      <w:proofErr w:type="spellStart"/>
      <w:r>
        <w:rPr>
          <w:rFonts w:ascii="Arial" w:hAnsi="Arial"/>
        </w:rPr>
        <w:t>thier</w:t>
      </w:r>
      <w:proofErr w:type="spellEnd"/>
      <w:r>
        <w:rPr>
          <w:rFonts w:ascii="Arial" w:hAnsi="Arial"/>
        </w:rPr>
        <w:t xml:space="preserve"> face.</w:t>
      </w:r>
    </w:p>
    <w:p w14:paraId="2D3371BC" w14:textId="77777777" w:rsidR="00E865AD" w:rsidRDefault="00E865AD">
      <w:pPr>
        <w:spacing w:after="0"/>
      </w:pPr>
    </w:p>
    <w:p w14:paraId="299EF46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19:50</w:t>
      </w:r>
    </w:p>
    <w:p w14:paraId="52136C69" w14:textId="77777777" w:rsidR="00E865AD" w:rsidRDefault="00000000">
      <w:pPr>
        <w:spacing w:after="0"/>
      </w:pPr>
      <w:r>
        <w:rPr>
          <w:rFonts w:ascii="Arial" w:hAnsi="Arial"/>
        </w:rPr>
        <w:t xml:space="preserve">I </w:t>
      </w:r>
      <w:proofErr w:type="spellStart"/>
      <w:r>
        <w:rPr>
          <w:rFonts w:ascii="Arial" w:hAnsi="Arial"/>
        </w:rPr>
        <w:t>gotta</w:t>
      </w:r>
      <w:proofErr w:type="spellEnd"/>
      <w:r>
        <w:rPr>
          <w:rFonts w:ascii="Arial" w:hAnsi="Arial"/>
        </w:rPr>
        <w:t xml:space="preserve"> say this. Allegedly. I have been told by a keeper of Rochester allegedly that it's scripted. right If they're told what to save it, you have to say, </w:t>
      </w:r>
      <w:proofErr w:type="gramStart"/>
      <w:r>
        <w:rPr>
          <w:rFonts w:ascii="Arial" w:hAnsi="Arial"/>
        </w:rPr>
        <w:t>Well</w:t>
      </w:r>
      <w:proofErr w:type="gramEnd"/>
      <w:r>
        <w:rPr>
          <w:rFonts w:ascii="Arial" w:hAnsi="Arial"/>
        </w:rPr>
        <w:t xml:space="preserve">, you can't use like, not scientific words, but certain words like, Oh, it's a bit of a trial or because you don't see the stuff </w:t>
      </w:r>
    </w:p>
    <w:p w14:paraId="4E32D32F" w14:textId="77777777" w:rsidR="00E865AD" w:rsidRDefault="00E865AD">
      <w:pPr>
        <w:spacing w:after="0"/>
      </w:pPr>
    </w:p>
    <w:p w14:paraId="0EDC8027" w14:textId="77777777" w:rsidR="00E865AD" w:rsidRDefault="00000000">
      <w:pPr>
        <w:spacing w:after="0"/>
      </w:pPr>
      <w:r>
        <w:rPr>
          <w:rFonts w:ascii="Arial" w:hAnsi="Arial"/>
          <w:b/>
        </w:rPr>
        <w:t xml:space="preserve">Lucy  </w:t>
      </w:r>
      <w:r>
        <w:rPr>
          <w:rFonts w:ascii="Arial" w:hAnsi="Arial"/>
          <w:color w:val="5D7284"/>
        </w:rPr>
        <w:t>20:12</w:t>
      </w:r>
    </w:p>
    <w:p w14:paraId="3C2D15FC" w14:textId="77777777" w:rsidR="00E865AD" w:rsidRDefault="00000000">
      <w:pPr>
        <w:spacing w:after="0"/>
      </w:pPr>
      <w:r>
        <w:rPr>
          <w:rFonts w:ascii="Arial" w:hAnsi="Arial"/>
        </w:rPr>
        <w:t xml:space="preserve">very </w:t>
      </w:r>
      <w:proofErr w:type="gramStart"/>
      <w:r>
        <w:rPr>
          <w:rFonts w:ascii="Arial" w:hAnsi="Arial"/>
        </w:rPr>
        <w:t>rose tinted</w:t>
      </w:r>
      <w:proofErr w:type="gramEnd"/>
      <w:r>
        <w:rPr>
          <w:rFonts w:ascii="Arial" w:hAnsi="Arial"/>
        </w:rPr>
        <w:t xml:space="preserve"> glasses.</w:t>
      </w:r>
    </w:p>
    <w:p w14:paraId="28B138C5" w14:textId="77777777" w:rsidR="00E865AD" w:rsidRDefault="00E865AD">
      <w:pPr>
        <w:spacing w:after="0"/>
      </w:pPr>
    </w:p>
    <w:p w14:paraId="31DB975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20:16</w:t>
      </w:r>
    </w:p>
    <w:p w14:paraId="504999CE" w14:textId="77777777" w:rsidR="00E865AD" w:rsidRDefault="00000000">
      <w:pPr>
        <w:spacing w:after="0"/>
      </w:pPr>
      <w:r>
        <w:rPr>
          <w:rFonts w:ascii="Arial" w:hAnsi="Arial"/>
        </w:rPr>
        <w:t xml:space="preserve">Yeah, yeah, I'm </w:t>
      </w:r>
      <w:proofErr w:type="spellStart"/>
      <w:r>
        <w:rPr>
          <w:rFonts w:ascii="Arial" w:hAnsi="Arial"/>
        </w:rPr>
        <w:t>gonna</w:t>
      </w:r>
      <w:proofErr w:type="spellEnd"/>
      <w:r>
        <w:rPr>
          <w:rFonts w:ascii="Arial" w:hAnsi="Arial"/>
        </w:rPr>
        <w:t xml:space="preserve"> offend anyone that's like, Yeah, but that that's the good stuff. you want people to see </w:t>
      </w:r>
      <w:proofErr w:type="gramStart"/>
      <w:r>
        <w:rPr>
          <w:rFonts w:ascii="Arial" w:hAnsi="Arial"/>
        </w:rPr>
        <w:t>the</w:t>
      </w:r>
      <w:proofErr w:type="gramEnd"/>
      <w:r>
        <w:rPr>
          <w:rFonts w:ascii="Arial" w:hAnsi="Arial"/>
        </w:rPr>
        <w:t xml:space="preserve"> that's the stuff you can't make up.</w:t>
      </w:r>
    </w:p>
    <w:p w14:paraId="329E4C54" w14:textId="77777777" w:rsidR="00E865AD" w:rsidRDefault="00E865AD">
      <w:pPr>
        <w:spacing w:after="0"/>
      </w:pPr>
    </w:p>
    <w:p w14:paraId="7DE2F9D8" w14:textId="77777777" w:rsidR="00E865AD" w:rsidRDefault="00000000">
      <w:pPr>
        <w:spacing w:after="0"/>
      </w:pPr>
      <w:r>
        <w:rPr>
          <w:rFonts w:ascii="Arial" w:hAnsi="Arial"/>
          <w:b/>
        </w:rPr>
        <w:t xml:space="preserve">Lucy  </w:t>
      </w:r>
      <w:r>
        <w:rPr>
          <w:rFonts w:ascii="Arial" w:hAnsi="Arial"/>
          <w:color w:val="5D7284"/>
        </w:rPr>
        <w:t>20:25</w:t>
      </w:r>
    </w:p>
    <w:p w14:paraId="0797D0AD" w14:textId="77777777" w:rsidR="00E865AD" w:rsidRDefault="00000000">
      <w:pPr>
        <w:spacing w:after="0"/>
      </w:pPr>
      <w:r>
        <w:rPr>
          <w:rFonts w:ascii="Arial" w:hAnsi="Arial"/>
        </w:rPr>
        <w:lastRenderedPageBreak/>
        <w:t xml:space="preserve">The thing that I say about </w:t>
      </w:r>
      <w:proofErr w:type="gramStart"/>
      <w:r>
        <w:rPr>
          <w:rFonts w:ascii="Arial" w:hAnsi="Arial"/>
        </w:rPr>
        <w:t>the</w:t>
      </w:r>
      <w:proofErr w:type="gramEnd"/>
      <w:r>
        <w:rPr>
          <w:rFonts w:ascii="Arial" w:hAnsi="Arial"/>
        </w:rPr>
        <w:t xml:space="preserve"> you know, the David Attenborough things is that it? is it the things that you see when you watch you know, blue planet and stuff. It's incredible. So much of it is heartbreaking, because that is the truth of the world,</w:t>
      </w:r>
    </w:p>
    <w:p w14:paraId="662D4467" w14:textId="77777777" w:rsidR="00E865AD" w:rsidRDefault="00E865AD">
      <w:pPr>
        <w:spacing w:after="0"/>
      </w:pPr>
    </w:p>
    <w:p w14:paraId="71A60F2A" w14:textId="77777777" w:rsidR="00E865AD" w:rsidRDefault="00000000">
      <w:pPr>
        <w:spacing w:after="0"/>
      </w:pPr>
      <w:r>
        <w:rPr>
          <w:rFonts w:ascii="Arial" w:hAnsi="Arial"/>
          <w:b/>
        </w:rPr>
        <w:t xml:space="preserve">Lucy  </w:t>
      </w:r>
      <w:r>
        <w:rPr>
          <w:rFonts w:ascii="Arial" w:hAnsi="Arial"/>
          <w:color w:val="5D7284"/>
        </w:rPr>
        <w:t>20:42</w:t>
      </w:r>
    </w:p>
    <w:p w14:paraId="0AA09FBE" w14:textId="77777777" w:rsidR="00E865AD" w:rsidRDefault="00000000">
      <w:pPr>
        <w:spacing w:after="0"/>
      </w:pPr>
      <w:r>
        <w:rPr>
          <w:rFonts w:ascii="Arial" w:hAnsi="Arial"/>
        </w:rPr>
        <w:t xml:space="preserve">It's the natural </w:t>
      </w:r>
      <w:proofErr w:type="gramStart"/>
      <w:r>
        <w:rPr>
          <w:rFonts w:ascii="Arial" w:hAnsi="Arial"/>
        </w:rPr>
        <w:t>world</w:t>
      </w:r>
      <w:proofErr w:type="gramEnd"/>
      <w:r>
        <w:rPr>
          <w:rFonts w:ascii="Arial" w:hAnsi="Arial"/>
        </w:rPr>
        <w:t xml:space="preserve">  isn't it?</w:t>
      </w:r>
    </w:p>
    <w:p w14:paraId="4F1CFBA3" w14:textId="77777777" w:rsidR="00E865AD" w:rsidRDefault="00E865AD">
      <w:pPr>
        <w:spacing w:after="0"/>
      </w:pPr>
    </w:p>
    <w:p w14:paraId="25EE7E39" w14:textId="77777777" w:rsidR="00E865AD" w:rsidRDefault="00000000">
      <w:pPr>
        <w:spacing w:after="0"/>
      </w:pPr>
      <w:r>
        <w:rPr>
          <w:rFonts w:ascii="Arial" w:hAnsi="Arial"/>
          <w:b/>
        </w:rPr>
        <w:t xml:space="preserve">Alice  </w:t>
      </w:r>
      <w:r>
        <w:rPr>
          <w:rFonts w:ascii="Arial" w:hAnsi="Arial"/>
          <w:color w:val="5D7284"/>
        </w:rPr>
        <w:t>20:43</w:t>
      </w:r>
    </w:p>
    <w:p w14:paraId="496D1AA9" w14:textId="77777777" w:rsidR="00E865AD" w:rsidRDefault="00000000">
      <w:pPr>
        <w:spacing w:after="0"/>
      </w:pPr>
      <w:r>
        <w:rPr>
          <w:rFonts w:ascii="Arial" w:hAnsi="Arial"/>
        </w:rPr>
        <w:t xml:space="preserve"> Yeah. Yeah. It's brutal. It's </w:t>
      </w:r>
      <w:proofErr w:type="gramStart"/>
      <w:r>
        <w:rPr>
          <w:rFonts w:ascii="Arial" w:hAnsi="Arial"/>
        </w:rPr>
        <w:t>really brutal</w:t>
      </w:r>
      <w:proofErr w:type="gramEnd"/>
      <w:r>
        <w:rPr>
          <w:rFonts w:ascii="Arial" w:hAnsi="Arial"/>
        </w:rPr>
        <w:t xml:space="preserve">. And we've, we've become really lucky as an animal species to get to the point where that we </w:t>
      </w:r>
      <w:proofErr w:type="gramStart"/>
      <w:r>
        <w:rPr>
          <w:rFonts w:ascii="Arial" w:hAnsi="Arial"/>
        </w:rPr>
        <w:t>have</w:t>
      </w:r>
      <w:proofErr w:type="gramEnd"/>
      <w:r>
        <w:rPr>
          <w:rFonts w:ascii="Arial" w:hAnsi="Arial"/>
        </w:rPr>
        <w:t xml:space="preserve"> we're actually a lot of that brutality doesn't exist for us anymore. but it is still the reality for so many species. Yeah,</w:t>
      </w:r>
    </w:p>
    <w:p w14:paraId="79A4A9F2" w14:textId="77777777" w:rsidR="00E865AD" w:rsidRDefault="00E865AD">
      <w:pPr>
        <w:spacing w:after="0"/>
      </w:pPr>
    </w:p>
    <w:p w14:paraId="3D189FF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21:00</w:t>
      </w:r>
    </w:p>
    <w:p w14:paraId="74BE056C" w14:textId="77777777" w:rsidR="00E865AD" w:rsidRDefault="00000000">
      <w:pPr>
        <w:spacing w:after="0"/>
      </w:pPr>
      <w:proofErr w:type="gramStart"/>
      <w:r>
        <w:rPr>
          <w:rFonts w:ascii="Arial" w:hAnsi="Arial"/>
        </w:rPr>
        <w:t>that's</w:t>
      </w:r>
      <w:proofErr w:type="gramEnd"/>
      <w:r>
        <w:rPr>
          <w:rFonts w:ascii="Arial" w:hAnsi="Arial"/>
        </w:rPr>
        <w:t xml:space="preserve"> one of the big constellation things I see. I noticed is, well, you can edit it out. I hope I don't offend anyone, but it's the truth. That's why I've got no friends. All three of us wouldn't be here if we were still caveman not to be offensive now. because of our disabilities. Yeah, not being rude nature would go you know,</w:t>
      </w:r>
    </w:p>
    <w:p w14:paraId="38E2E4A4" w14:textId="77777777" w:rsidR="00E865AD" w:rsidRDefault="00E865AD">
      <w:pPr>
        <w:spacing w:after="0"/>
      </w:pPr>
    </w:p>
    <w:p w14:paraId="736A2A56" w14:textId="77777777" w:rsidR="00E865AD" w:rsidRDefault="00000000">
      <w:pPr>
        <w:spacing w:after="0"/>
      </w:pPr>
      <w:r>
        <w:rPr>
          <w:rFonts w:ascii="Arial" w:hAnsi="Arial"/>
          <w:b/>
        </w:rPr>
        <w:t xml:space="preserve">Lucy  </w:t>
      </w:r>
      <w:r>
        <w:rPr>
          <w:rFonts w:ascii="Arial" w:hAnsi="Arial"/>
          <w:color w:val="5D7284"/>
        </w:rPr>
        <w:t>21:20</w:t>
      </w:r>
    </w:p>
    <w:p w14:paraId="4AE71F60" w14:textId="77777777" w:rsidR="00E865AD" w:rsidRDefault="00000000">
      <w:pPr>
        <w:spacing w:after="0"/>
      </w:pPr>
      <w:proofErr w:type="gramStart"/>
      <w:r>
        <w:rPr>
          <w:rFonts w:ascii="Arial" w:hAnsi="Arial"/>
        </w:rPr>
        <w:t>yeah,.</w:t>
      </w:r>
      <w:proofErr w:type="gramEnd"/>
      <w:r>
        <w:rPr>
          <w:rFonts w:ascii="Arial" w:hAnsi="Arial"/>
        </w:rPr>
        <w:t xml:space="preserve"> I'd have fallen in a hole and</w:t>
      </w:r>
    </w:p>
    <w:p w14:paraId="1FAB82B7" w14:textId="77777777" w:rsidR="00E865AD" w:rsidRDefault="00E865AD">
      <w:pPr>
        <w:spacing w:after="0"/>
      </w:pPr>
    </w:p>
    <w:p w14:paraId="11C25BFB" w14:textId="77777777" w:rsidR="00E865AD" w:rsidRDefault="00000000">
      <w:pPr>
        <w:spacing w:after="0"/>
      </w:pPr>
      <w:r>
        <w:rPr>
          <w:rFonts w:ascii="Arial" w:hAnsi="Arial"/>
          <w:b/>
        </w:rPr>
        <w:t xml:space="preserve">Lucy  </w:t>
      </w:r>
      <w:r>
        <w:rPr>
          <w:rFonts w:ascii="Arial" w:hAnsi="Arial"/>
          <w:color w:val="5D7284"/>
        </w:rPr>
        <w:t>21:25</w:t>
      </w:r>
    </w:p>
    <w:p w14:paraId="684F7A2F" w14:textId="77777777" w:rsidR="00E865AD" w:rsidRDefault="00000000">
      <w:pPr>
        <w:spacing w:after="0"/>
      </w:pPr>
      <w:r>
        <w:rPr>
          <w:rFonts w:ascii="Arial" w:hAnsi="Arial"/>
        </w:rPr>
        <w:t xml:space="preserve">oh, I would have </w:t>
      </w:r>
      <w:proofErr w:type="gramStart"/>
      <w:r>
        <w:rPr>
          <w:rFonts w:ascii="Arial" w:hAnsi="Arial"/>
        </w:rPr>
        <w:t>definitely fallen</w:t>
      </w:r>
      <w:proofErr w:type="gramEnd"/>
      <w:r>
        <w:rPr>
          <w:rFonts w:ascii="Arial" w:hAnsi="Arial"/>
        </w:rPr>
        <w:t xml:space="preserve"> over and hurt myself and been lying. </w:t>
      </w:r>
    </w:p>
    <w:p w14:paraId="4C0F3A49" w14:textId="77777777" w:rsidR="00E865AD" w:rsidRDefault="00E865AD">
      <w:pPr>
        <w:spacing w:after="0"/>
      </w:pPr>
    </w:p>
    <w:p w14:paraId="7F3BDADB" w14:textId="77777777" w:rsidR="00E865AD" w:rsidRDefault="00000000">
      <w:pPr>
        <w:spacing w:after="0"/>
      </w:pPr>
      <w:r>
        <w:rPr>
          <w:rFonts w:ascii="Arial" w:hAnsi="Arial"/>
          <w:color w:val="5D7284"/>
        </w:rPr>
        <w:t>21:29</w:t>
      </w:r>
    </w:p>
    <w:p w14:paraId="364809AE" w14:textId="77777777" w:rsidR="00E865AD" w:rsidRDefault="00000000">
      <w:pPr>
        <w:spacing w:after="0"/>
      </w:pPr>
      <w:proofErr w:type="gramStart"/>
      <w:r>
        <w:rPr>
          <w:rFonts w:ascii="Arial" w:hAnsi="Arial"/>
        </w:rPr>
        <w:t>Yeah</w:t>
      </w:r>
      <w:proofErr w:type="gramEnd"/>
      <w:r>
        <w:rPr>
          <w:rFonts w:ascii="Arial" w:hAnsi="Arial"/>
        </w:rPr>
        <w:t xml:space="preserve"> I mean, I even I, you know, I've had accent I cracked my head open when I was five </w:t>
      </w:r>
      <w:proofErr w:type="spellStart"/>
      <w:r>
        <w:rPr>
          <w:rFonts w:ascii="Arial" w:hAnsi="Arial"/>
        </w:rPr>
        <w:t>ish</w:t>
      </w:r>
      <w:proofErr w:type="spellEnd"/>
      <w:r>
        <w:rPr>
          <w:rFonts w:ascii="Arial" w:hAnsi="Arial"/>
        </w:rPr>
        <w:t xml:space="preserve">. But five. Like, I walked into skip that. I didn't say I tore my basically my scalp open. Look, you could, you could see my skull. I'd have died 100 years ago. Like it's not just about cavemen. Like, it's no, that's so much that we live in is very, we're very fortunate. And it's almost kind of sanitized. </w:t>
      </w:r>
    </w:p>
    <w:p w14:paraId="04A83773" w14:textId="77777777" w:rsidR="00E865AD" w:rsidRDefault="00E865AD">
      <w:pPr>
        <w:spacing w:after="0"/>
      </w:pPr>
    </w:p>
    <w:p w14:paraId="4463E51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22:00</w:t>
      </w:r>
    </w:p>
    <w:p w14:paraId="47583A35" w14:textId="77777777" w:rsidR="00E865AD" w:rsidRDefault="00000000">
      <w:pPr>
        <w:spacing w:after="0"/>
      </w:pPr>
      <w:r>
        <w:rPr>
          <w:rFonts w:ascii="Arial" w:hAnsi="Arial"/>
        </w:rPr>
        <w:t xml:space="preserve">Yeah. </w:t>
      </w:r>
    </w:p>
    <w:p w14:paraId="1EBDEC75" w14:textId="77777777" w:rsidR="00E865AD" w:rsidRDefault="00E865AD">
      <w:pPr>
        <w:spacing w:after="0"/>
      </w:pPr>
    </w:p>
    <w:p w14:paraId="7724F8E0" w14:textId="77777777" w:rsidR="00E865AD" w:rsidRDefault="00000000">
      <w:pPr>
        <w:spacing w:after="0"/>
      </w:pPr>
      <w:r>
        <w:rPr>
          <w:rFonts w:ascii="Arial" w:hAnsi="Arial"/>
          <w:b/>
        </w:rPr>
        <w:t xml:space="preserve">Alice  </w:t>
      </w:r>
      <w:r>
        <w:rPr>
          <w:rFonts w:ascii="Arial" w:hAnsi="Arial"/>
          <w:color w:val="5D7284"/>
        </w:rPr>
        <w:t>22:01</w:t>
      </w:r>
    </w:p>
    <w:p w14:paraId="606CA84D" w14:textId="77777777" w:rsidR="00E865AD" w:rsidRDefault="00000000">
      <w:pPr>
        <w:spacing w:after="0"/>
      </w:pPr>
      <w:r>
        <w:rPr>
          <w:rFonts w:ascii="Arial" w:hAnsi="Arial"/>
        </w:rPr>
        <w:t xml:space="preserve">Yeah, I think I don't think it's an offensive thing to say. I think it's a </w:t>
      </w:r>
      <w:proofErr w:type="spellStart"/>
      <w:r>
        <w:rPr>
          <w:rFonts w:ascii="Arial" w:hAnsi="Arial"/>
        </w:rPr>
        <w:t>a</w:t>
      </w:r>
      <w:proofErr w:type="spellEnd"/>
      <w:r>
        <w:rPr>
          <w:rFonts w:ascii="Arial" w:hAnsi="Arial"/>
        </w:rPr>
        <w:t xml:space="preserve"> very accurate thing.</w:t>
      </w:r>
    </w:p>
    <w:p w14:paraId="438186C9" w14:textId="77777777" w:rsidR="00E865AD" w:rsidRDefault="00E865AD">
      <w:pPr>
        <w:spacing w:after="0"/>
      </w:pPr>
    </w:p>
    <w:p w14:paraId="5B1CADAD" w14:textId="77777777" w:rsidR="00E865AD" w:rsidRDefault="00000000">
      <w:pPr>
        <w:spacing w:after="0"/>
      </w:pPr>
      <w:r>
        <w:rPr>
          <w:rFonts w:ascii="Arial" w:hAnsi="Arial"/>
          <w:b/>
        </w:rPr>
        <w:t xml:space="preserve">Lucy  </w:t>
      </w:r>
      <w:r>
        <w:rPr>
          <w:rFonts w:ascii="Arial" w:hAnsi="Arial"/>
          <w:color w:val="5D7284"/>
        </w:rPr>
        <w:t>22:07</w:t>
      </w:r>
    </w:p>
    <w:p w14:paraId="763FABD2" w14:textId="77777777" w:rsidR="00E865AD" w:rsidRDefault="00000000">
      <w:pPr>
        <w:spacing w:after="0"/>
      </w:pPr>
      <w:r>
        <w:rPr>
          <w:rFonts w:ascii="Arial" w:hAnsi="Arial"/>
        </w:rPr>
        <w:t xml:space="preserve">Oh, we have health and </w:t>
      </w:r>
      <w:proofErr w:type="spellStart"/>
      <w:r>
        <w:rPr>
          <w:rFonts w:ascii="Arial" w:hAnsi="Arial"/>
        </w:rPr>
        <w:t>safetey</w:t>
      </w:r>
      <w:proofErr w:type="spellEnd"/>
      <w:r>
        <w:rPr>
          <w:rFonts w:ascii="Arial" w:hAnsi="Arial"/>
        </w:rPr>
        <w:t xml:space="preserve"> executives, don't we?</w:t>
      </w:r>
    </w:p>
    <w:p w14:paraId="03AF9FAA" w14:textId="77777777" w:rsidR="00E865AD" w:rsidRDefault="00E865AD">
      <w:pPr>
        <w:spacing w:after="0"/>
      </w:pPr>
    </w:p>
    <w:p w14:paraId="038CE05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22:10</w:t>
      </w:r>
    </w:p>
    <w:p w14:paraId="4E879AE3" w14:textId="77777777" w:rsidR="00E865AD" w:rsidRDefault="00000000">
      <w:pPr>
        <w:spacing w:after="0"/>
      </w:pPr>
      <w:r>
        <w:rPr>
          <w:rFonts w:ascii="Arial" w:hAnsi="Arial"/>
        </w:rPr>
        <w:t>Yeah. I love them.</w:t>
      </w:r>
    </w:p>
    <w:p w14:paraId="434DC72A" w14:textId="77777777" w:rsidR="00E865AD" w:rsidRDefault="00E865AD">
      <w:pPr>
        <w:spacing w:after="0"/>
      </w:pPr>
    </w:p>
    <w:p w14:paraId="19DE61CA" w14:textId="77777777" w:rsidR="00E865AD" w:rsidRDefault="00000000">
      <w:pPr>
        <w:spacing w:after="0"/>
      </w:pPr>
      <w:r>
        <w:rPr>
          <w:rFonts w:ascii="Arial" w:hAnsi="Arial"/>
          <w:b/>
        </w:rPr>
        <w:t xml:space="preserve">Lucy  </w:t>
      </w:r>
      <w:r>
        <w:rPr>
          <w:rFonts w:ascii="Arial" w:hAnsi="Arial"/>
          <w:color w:val="5D7284"/>
        </w:rPr>
        <w:t>22:13</w:t>
      </w:r>
    </w:p>
    <w:p w14:paraId="035A3976" w14:textId="77777777" w:rsidR="00E865AD" w:rsidRDefault="00000000">
      <w:pPr>
        <w:spacing w:after="0"/>
      </w:pPr>
      <w:r>
        <w:rPr>
          <w:rFonts w:ascii="Arial" w:hAnsi="Arial"/>
        </w:rPr>
        <w:t xml:space="preserve">Doesn't everybody? </w:t>
      </w:r>
    </w:p>
    <w:p w14:paraId="375B0463" w14:textId="77777777" w:rsidR="00E865AD" w:rsidRDefault="00E865AD">
      <w:pPr>
        <w:spacing w:after="0"/>
      </w:pPr>
    </w:p>
    <w:p w14:paraId="39C41D5C"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22:17</w:t>
      </w:r>
    </w:p>
    <w:p w14:paraId="33A732A2" w14:textId="77777777" w:rsidR="00E865AD" w:rsidRDefault="00000000">
      <w:pPr>
        <w:spacing w:after="0"/>
      </w:pPr>
      <w:proofErr w:type="spellStart"/>
      <w:r>
        <w:rPr>
          <w:rFonts w:ascii="Arial" w:hAnsi="Arial"/>
        </w:rPr>
        <w:t>Yeah.That's</w:t>
      </w:r>
      <w:proofErr w:type="spellEnd"/>
      <w:r>
        <w:rPr>
          <w:rFonts w:ascii="Arial" w:hAnsi="Arial"/>
        </w:rPr>
        <w:t xml:space="preserve">  why we have warning nuts on peanut butter. </w:t>
      </w:r>
    </w:p>
    <w:p w14:paraId="304E2D05" w14:textId="77777777" w:rsidR="00E865AD" w:rsidRDefault="00E865AD">
      <w:pPr>
        <w:spacing w:after="0"/>
      </w:pPr>
    </w:p>
    <w:p w14:paraId="4221ED30" w14:textId="77777777" w:rsidR="00E865AD" w:rsidRDefault="00000000">
      <w:pPr>
        <w:spacing w:after="0"/>
      </w:pPr>
      <w:r>
        <w:rPr>
          <w:rFonts w:ascii="Arial" w:hAnsi="Arial"/>
          <w:b/>
        </w:rPr>
        <w:t xml:space="preserve">Lucy  </w:t>
      </w:r>
      <w:r>
        <w:rPr>
          <w:rFonts w:ascii="Arial" w:hAnsi="Arial"/>
          <w:color w:val="5D7284"/>
        </w:rPr>
        <w:t>22:19</w:t>
      </w:r>
    </w:p>
    <w:p w14:paraId="2A951225" w14:textId="77777777" w:rsidR="00E865AD" w:rsidRDefault="00000000">
      <w:pPr>
        <w:spacing w:after="0"/>
      </w:pPr>
      <w:r>
        <w:rPr>
          <w:rFonts w:ascii="Arial" w:hAnsi="Arial"/>
        </w:rPr>
        <w:t>Yeah. Yeah, exactly.</w:t>
      </w:r>
    </w:p>
    <w:p w14:paraId="33E5E8C3" w14:textId="77777777" w:rsidR="00E865AD" w:rsidRDefault="00E865AD">
      <w:pPr>
        <w:spacing w:after="0"/>
      </w:pPr>
    </w:p>
    <w:p w14:paraId="161F5A1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22:22</w:t>
      </w:r>
    </w:p>
    <w:p w14:paraId="4BCF97EB" w14:textId="77777777" w:rsidR="00E865AD" w:rsidRDefault="00000000">
      <w:pPr>
        <w:spacing w:after="0"/>
      </w:pPr>
      <w:r>
        <w:rPr>
          <w:rFonts w:ascii="Arial" w:hAnsi="Arial"/>
        </w:rPr>
        <w:t xml:space="preserve">But no. Like, same would be with autism. I </w:t>
      </w:r>
      <w:proofErr w:type="gramStart"/>
      <w:r>
        <w:rPr>
          <w:rFonts w:ascii="Arial" w:hAnsi="Arial"/>
        </w:rPr>
        <w:t>imagine</w:t>
      </w:r>
      <w:proofErr w:type="gramEnd"/>
      <w:r>
        <w:rPr>
          <w:rFonts w:ascii="Arial" w:hAnsi="Arial"/>
        </w:rPr>
        <w:t xml:space="preserve"> like when I was younger and concrete, and I was screaming like a throw </w:t>
      </w:r>
      <w:proofErr w:type="spellStart"/>
      <w:r>
        <w:rPr>
          <w:rFonts w:ascii="Arial" w:hAnsi="Arial"/>
        </w:rPr>
        <w:t>himoff</w:t>
      </w:r>
      <w:proofErr w:type="spellEnd"/>
      <w:r>
        <w:rPr>
          <w:rFonts w:ascii="Arial" w:hAnsi="Arial"/>
        </w:rPr>
        <w:t xml:space="preserve"> a cliff. The lions will </w:t>
      </w:r>
      <w:proofErr w:type="gramStart"/>
      <w:r>
        <w:rPr>
          <w:rFonts w:ascii="Arial" w:hAnsi="Arial"/>
        </w:rPr>
        <w:t>come?</w:t>
      </w:r>
      <w:proofErr w:type="gramEnd"/>
      <w:r>
        <w:rPr>
          <w:rFonts w:ascii="Arial" w:hAnsi="Arial"/>
        </w:rPr>
        <w:t xml:space="preserve"> Yeah,</w:t>
      </w:r>
    </w:p>
    <w:p w14:paraId="7603E65D" w14:textId="77777777" w:rsidR="00E865AD" w:rsidRDefault="00E865AD">
      <w:pPr>
        <w:spacing w:after="0"/>
      </w:pPr>
    </w:p>
    <w:p w14:paraId="0EA96F61" w14:textId="77777777" w:rsidR="00E865AD" w:rsidRDefault="00000000">
      <w:pPr>
        <w:spacing w:after="0"/>
      </w:pPr>
      <w:r>
        <w:rPr>
          <w:rFonts w:ascii="Arial" w:hAnsi="Arial"/>
          <w:b/>
        </w:rPr>
        <w:t xml:space="preserve">Lucy  </w:t>
      </w:r>
      <w:r>
        <w:rPr>
          <w:rFonts w:ascii="Arial" w:hAnsi="Arial"/>
          <w:color w:val="5D7284"/>
        </w:rPr>
        <w:t>22:29</w:t>
      </w:r>
    </w:p>
    <w:p w14:paraId="15229DCE" w14:textId="77777777" w:rsidR="00E865AD" w:rsidRDefault="00000000">
      <w:pPr>
        <w:spacing w:after="0"/>
      </w:pPr>
      <w:r>
        <w:rPr>
          <w:rFonts w:ascii="Arial" w:hAnsi="Arial"/>
        </w:rPr>
        <w:t xml:space="preserve">yeah. Yeah, leave, leave him there. </w:t>
      </w:r>
      <w:proofErr w:type="gramStart"/>
      <w:r>
        <w:rPr>
          <w:rFonts w:ascii="Arial" w:hAnsi="Arial"/>
        </w:rPr>
        <w:t>it would be it</w:t>
      </w:r>
      <w:proofErr w:type="gramEnd"/>
      <w:r>
        <w:rPr>
          <w:rFonts w:ascii="Arial" w:hAnsi="Arial"/>
        </w:rPr>
        <w:t xml:space="preserve"> would be it would have been safer. it was one of those. It's one of those things, you </w:t>
      </w:r>
      <w:proofErr w:type="gramStart"/>
      <w:r>
        <w:rPr>
          <w:rFonts w:ascii="Arial" w:hAnsi="Arial"/>
        </w:rPr>
        <w:t>just</w:t>
      </w:r>
      <w:proofErr w:type="gramEnd"/>
    </w:p>
    <w:p w14:paraId="6C0C98D6" w14:textId="77777777" w:rsidR="00E865AD" w:rsidRDefault="00E865AD">
      <w:pPr>
        <w:spacing w:after="0"/>
      </w:pPr>
    </w:p>
    <w:p w14:paraId="3A504201"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22:38</w:t>
      </w:r>
    </w:p>
    <w:p w14:paraId="3400E85F" w14:textId="77777777" w:rsidR="00E865AD" w:rsidRDefault="00000000">
      <w:pPr>
        <w:spacing w:after="0"/>
      </w:pPr>
      <w:r>
        <w:rPr>
          <w:rFonts w:ascii="Arial" w:hAnsi="Arial"/>
        </w:rPr>
        <w:t xml:space="preserve">survival the fittest. And that's </w:t>
      </w:r>
      <w:proofErr w:type="gramStart"/>
      <w:r>
        <w:rPr>
          <w:rFonts w:ascii="Arial" w:hAnsi="Arial"/>
        </w:rPr>
        <w:t>an awful</w:t>
      </w:r>
      <w:proofErr w:type="gramEnd"/>
    </w:p>
    <w:p w14:paraId="21DF4D58" w14:textId="77777777" w:rsidR="00E865AD" w:rsidRDefault="00E865AD">
      <w:pPr>
        <w:spacing w:after="0"/>
      </w:pPr>
    </w:p>
    <w:p w14:paraId="0EA6F1BA" w14:textId="77777777" w:rsidR="00E865AD" w:rsidRDefault="00000000">
      <w:pPr>
        <w:spacing w:after="0"/>
      </w:pPr>
      <w:r>
        <w:rPr>
          <w:rFonts w:ascii="Arial" w:hAnsi="Arial"/>
          <w:b/>
        </w:rPr>
        <w:t xml:space="preserve">Lucy  </w:t>
      </w:r>
      <w:r>
        <w:rPr>
          <w:rFonts w:ascii="Arial" w:hAnsi="Arial"/>
          <w:color w:val="5D7284"/>
        </w:rPr>
        <w:t>22:42</w:t>
      </w:r>
    </w:p>
    <w:p w14:paraId="35942E5C" w14:textId="77777777" w:rsidR="00E865AD" w:rsidRDefault="00000000">
      <w:pPr>
        <w:spacing w:after="0"/>
      </w:pPr>
      <w:r>
        <w:rPr>
          <w:rFonts w:ascii="Arial" w:hAnsi="Arial"/>
        </w:rPr>
        <w:t xml:space="preserve">it's a hard phrase, but I don't </w:t>
      </w:r>
      <w:proofErr w:type="gramStart"/>
      <w:r>
        <w:rPr>
          <w:rFonts w:ascii="Arial" w:hAnsi="Arial"/>
        </w:rPr>
        <w:t>think</w:t>
      </w:r>
      <w:proofErr w:type="gramEnd"/>
    </w:p>
    <w:p w14:paraId="10C34555" w14:textId="77777777" w:rsidR="00E865AD" w:rsidRDefault="00E865AD">
      <w:pPr>
        <w:spacing w:after="0"/>
      </w:pPr>
    </w:p>
    <w:p w14:paraId="2E47936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22:45</w:t>
      </w:r>
    </w:p>
    <w:p w14:paraId="0AEF1291" w14:textId="77777777" w:rsidR="00E865AD" w:rsidRDefault="00000000">
      <w:pPr>
        <w:spacing w:after="0"/>
      </w:pPr>
      <w:r>
        <w:rPr>
          <w:rFonts w:ascii="Arial" w:hAnsi="Arial"/>
        </w:rPr>
        <w:t>I know, I've got to be very careful how I say that on a podcast with people. I love you all but...</w:t>
      </w:r>
    </w:p>
    <w:p w14:paraId="10A7FBFA" w14:textId="77777777" w:rsidR="00E865AD" w:rsidRDefault="00E865AD">
      <w:pPr>
        <w:spacing w:after="0"/>
      </w:pPr>
    </w:p>
    <w:p w14:paraId="177A5B3F" w14:textId="77777777" w:rsidR="00E865AD" w:rsidRDefault="00000000">
      <w:pPr>
        <w:spacing w:after="0"/>
      </w:pPr>
      <w:r>
        <w:rPr>
          <w:rFonts w:ascii="Arial" w:hAnsi="Arial"/>
          <w:b/>
        </w:rPr>
        <w:t xml:space="preserve">Lucy  </w:t>
      </w:r>
      <w:r>
        <w:rPr>
          <w:rFonts w:ascii="Arial" w:hAnsi="Arial"/>
          <w:color w:val="5D7284"/>
        </w:rPr>
        <w:t>22:52</w:t>
      </w:r>
    </w:p>
    <w:p w14:paraId="4C0B46EB" w14:textId="77777777" w:rsidR="00E865AD" w:rsidRDefault="00000000">
      <w:pPr>
        <w:spacing w:after="0"/>
      </w:pPr>
      <w:r>
        <w:rPr>
          <w:rFonts w:ascii="Arial" w:hAnsi="Arial"/>
        </w:rPr>
        <w:t xml:space="preserve">Yeah, it's not necessarily sure a phrase, it's, it's </w:t>
      </w:r>
      <w:proofErr w:type="spellStart"/>
      <w:r>
        <w:rPr>
          <w:rFonts w:ascii="Arial" w:hAnsi="Arial"/>
        </w:rPr>
        <w:t>it's</w:t>
      </w:r>
      <w:proofErr w:type="spellEnd"/>
      <w:r>
        <w:rPr>
          <w:rFonts w:ascii="Arial" w:hAnsi="Arial"/>
        </w:rPr>
        <w:t xml:space="preserve"> one of those things that if you look at the natural world, yes, absolutely. There are animals out there living with disabilities and surviving with disabilities, but they are the exceptions, the reasons that we have, you know, that that we have been able to survive is because of how far we have progressed in terms of our evolution. And I suspect it would be a different story for each individual and each kind of, like different type of disability, you know, there are, there are people who, you know, much earlier on in our development, as we kind of went from being, you know, living in trees to living in caves to actually farming and having, you know, community stable, sort of, not stable communities, but, you know, geographically stable communities rather than nomadic lives, different disabilities will have been more easily supported, as we have developed.</w:t>
      </w:r>
    </w:p>
    <w:p w14:paraId="67AC86B3" w14:textId="77777777" w:rsidR="00E865AD" w:rsidRDefault="00E865AD">
      <w:pPr>
        <w:spacing w:after="0"/>
      </w:pPr>
    </w:p>
    <w:p w14:paraId="60B87F5B" w14:textId="77777777" w:rsidR="00E865AD" w:rsidRDefault="00000000">
      <w:pPr>
        <w:spacing w:after="0"/>
      </w:pPr>
      <w:r>
        <w:rPr>
          <w:rFonts w:ascii="Arial" w:hAnsi="Arial"/>
          <w:b/>
        </w:rPr>
        <w:t xml:space="preserve">Lucy  </w:t>
      </w:r>
      <w:r>
        <w:rPr>
          <w:rFonts w:ascii="Arial" w:hAnsi="Arial"/>
          <w:color w:val="5D7284"/>
        </w:rPr>
        <w:t>24:00</w:t>
      </w:r>
    </w:p>
    <w:p w14:paraId="20FAA957" w14:textId="77777777" w:rsidR="00E865AD" w:rsidRDefault="00000000">
      <w:pPr>
        <w:spacing w:after="0"/>
      </w:pPr>
      <w:r>
        <w:rPr>
          <w:rFonts w:ascii="Arial" w:hAnsi="Arial"/>
        </w:rPr>
        <w:t xml:space="preserve">Rather than like the pack moving on from the weakest and saying, we'll just leave you behind, you know, that kind </w:t>
      </w:r>
      <w:proofErr w:type="gramStart"/>
      <w:r>
        <w:rPr>
          <w:rFonts w:ascii="Arial" w:hAnsi="Arial"/>
        </w:rPr>
        <w:t>off</w:t>
      </w:r>
      <w:proofErr w:type="gramEnd"/>
      <w:r>
        <w:rPr>
          <w:rFonts w:ascii="Arial" w:hAnsi="Arial"/>
        </w:rPr>
        <w:t xml:space="preserve"> it's, yeah, it's...</w:t>
      </w:r>
    </w:p>
    <w:p w14:paraId="4B3F3BEE" w14:textId="77777777" w:rsidR="00E865AD" w:rsidRDefault="00E865AD">
      <w:pPr>
        <w:spacing w:after="0"/>
      </w:pPr>
    </w:p>
    <w:p w14:paraId="53EB04A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24:10</w:t>
      </w:r>
    </w:p>
    <w:p w14:paraId="7A1F84A3" w14:textId="77777777" w:rsidR="00E865AD" w:rsidRDefault="00000000">
      <w:pPr>
        <w:spacing w:after="0"/>
      </w:pPr>
      <w:r>
        <w:rPr>
          <w:rFonts w:ascii="Arial" w:hAnsi="Arial"/>
        </w:rPr>
        <w:t>I think it's also to do with civility. But even if you are, you know, settled, it's about the human of like, we it's not good, it's not civilized, to leave them behind to the wolves.</w:t>
      </w:r>
    </w:p>
    <w:p w14:paraId="263063F7" w14:textId="77777777" w:rsidR="00E865AD" w:rsidRDefault="00E865AD">
      <w:pPr>
        <w:spacing w:after="0"/>
      </w:pPr>
    </w:p>
    <w:p w14:paraId="2977D339" w14:textId="77777777" w:rsidR="00E865AD" w:rsidRDefault="00000000">
      <w:pPr>
        <w:spacing w:after="0"/>
      </w:pPr>
      <w:r>
        <w:rPr>
          <w:rFonts w:ascii="Arial" w:hAnsi="Arial"/>
          <w:b/>
        </w:rPr>
        <w:t xml:space="preserve">Lucy  </w:t>
      </w:r>
      <w:r>
        <w:rPr>
          <w:rFonts w:ascii="Arial" w:hAnsi="Arial"/>
          <w:color w:val="5D7284"/>
        </w:rPr>
        <w:t>24:24</w:t>
      </w:r>
    </w:p>
    <w:p w14:paraId="74EEF909" w14:textId="77777777" w:rsidR="00E865AD" w:rsidRDefault="00000000">
      <w:pPr>
        <w:spacing w:after="0"/>
      </w:pPr>
      <w:r>
        <w:rPr>
          <w:rFonts w:ascii="Arial" w:hAnsi="Arial"/>
        </w:rPr>
        <w:lastRenderedPageBreak/>
        <w:t xml:space="preserve">No, and, and I think even, you know, again, like, I read a lot of </w:t>
      </w:r>
      <w:proofErr w:type="gramStart"/>
      <w:r>
        <w:rPr>
          <w:rFonts w:ascii="Arial" w:hAnsi="Arial"/>
        </w:rPr>
        <w:t>like</w:t>
      </w:r>
      <w:proofErr w:type="gramEnd"/>
      <w:r>
        <w:rPr>
          <w:rFonts w:ascii="Arial" w:hAnsi="Arial"/>
        </w:rPr>
        <w:t xml:space="preserve">, Victorian literature, and there </w:t>
      </w:r>
      <w:proofErr w:type="gramStart"/>
      <w:r>
        <w:rPr>
          <w:rFonts w:ascii="Arial" w:hAnsi="Arial"/>
        </w:rPr>
        <w:t>are</w:t>
      </w:r>
      <w:proofErr w:type="gramEnd"/>
      <w:r>
        <w:rPr>
          <w:rFonts w:ascii="Arial" w:hAnsi="Arial"/>
        </w:rPr>
        <w:t xml:space="preserve">, you know, somebody like Lucy probably would have survived 150 years ago, but she would have been very isolated and kept in at home. </w:t>
      </w:r>
    </w:p>
    <w:p w14:paraId="0ED4CB7A" w14:textId="77777777" w:rsidR="00E865AD" w:rsidRDefault="00E865AD">
      <w:pPr>
        <w:spacing w:after="0"/>
      </w:pPr>
    </w:p>
    <w:p w14:paraId="148ECEE1" w14:textId="77777777" w:rsidR="00E865AD" w:rsidRDefault="00000000">
      <w:pPr>
        <w:spacing w:after="0"/>
      </w:pPr>
      <w:r>
        <w:rPr>
          <w:rFonts w:ascii="Arial" w:hAnsi="Arial"/>
          <w:b/>
        </w:rPr>
        <w:t xml:space="preserve">Lucy  </w:t>
      </w:r>
      <w:r>
        <w:rPr>
          <w:rFonts w:ascii="Arial" w:hAnsi="Arial"/>
          <w:color w:val="5D7284"/>
        </w:rPr>
        <w:t>24:42</w:t>
      </w:r>
    </w:p>
    <w:p w14:paraId="45A3531F" w14:textId="77777777" w:rsidR="00E865AD" w:rsidRDefault="00000000">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I'd be hidden away from society, I'd be a bit dirty little secret would know,</w:t>
      </w:r>
    </w:p>
    <w:p w14:paraId="25B8ADBF" w14:textId="77777777" w:rsidR="00E865AD" w:rsidRDefault="00E865AD">
      <w:pPr>
        <w:spacing w:after="0"/>
      </w:pPr>
    </w:p>
    <w:p w14:paraId="38EE37ED" w14:textId="77777777" w:rsidR="00E865AD" w:rsidRDefault="00000000">
      <w:pPr>
        <w:spacing w:after="0"/>
      </w:pPr>
      <w:r>
        <w:rPr>
          <w:rFonts w:ascii="Arial" w:hAnsi="Arial"/>
          <w:b/>
        </w:rPr>
        <w:t xml:space="preserve">Alice  </w:t>
      </w:r>
      <w:r>
        <w:rPr>
          <w:rFonts w:ascii="Arial" w:hAnsi="Arial"/>
          <w:color w:val="5D7284"/>
        </w:rPr>
        <w:t>24:47</w:t>
      </w:r>
    </w:p>
    <w:p w14:paraId="25E45A23" w14:textId="77777777" w:rsidR="00E865AD" w:rsidRDefault="00000000">
      <w:pPr>
        <w:spacing w:after="0"/>
      </w:pPr>
      <w:r>
        <w:rPr>
          <w:rFonts w:ascii="Arial" w:hAnsi="Arial"/>
        </w:rPr>
        <w:t xml:space="preserve"> but. think perhaps not in not so badly as perhaps somebody with a learning disability or a neurodiversity who would have been shutting an institution you know, we talked about Bedlam and stuff, before Yeah, when we did the Jane Eyre episode, we talked about the difference between that kind of the physical disability versus the </w:t>
      </w:r>
      <w:proofErr w:type="spellStart"/>
      <w:r>
        <w:rPr>
          <w:rFonts w:ascii="Arial" w:hAnsi="Arial"/>
        </w:rPr>
        <w:t>the</w:t>
      </w:r>
      <w:proofErr w:type="spellEnd"/>
      <w:r>
        <w:rPr>
          <w:rFonts w:ascii="Arial" w:hAnsi="Arial"/>
        </w:rPr>
        <w:t xml:space="preserve"> invisible disabilities, physical disabilities were much more accepted, I think then, in those times and I think that that's, again, it was it was much easier to dispose of a person whose disability impacts their behavior, or their sort of impacts them socially than perhaps somebody who's impacted in terms of the mobility.</w:t>
      </w:r>
    </w:p>
    <w:p w14:paraId="4462BECA" w14:textId="77777777" w:rsidR="00E865AD" w:rsidRDefault="00E865AD">
      <w:pPr>
        <w:spacing w:after="0"/>
      </w:pPr>
    </w:p>
    <w:p w14:paraId="1B3E2F91" w14:textId="77777777" w:rsidR="00E865AD" w:rsidRDefault="00000000">
      <w:pPr>
        <w:spacing w:after="0"/>
      </w:pPr>
      <w:r>
        <w:rPr>
          <w:rFonts w:ascii="Arial" w:hAnsi="Arial"/>
          <w:b/>
        </w:rPr>
        <w:t xml:space="preserve">Lucy  </w:t>
      </w:r>
      <w:r>
        <w:rPr>
          <w:rFonts w:ascii="Arial" w:hAnsi="Arial"/>
          <w:color w:val="5D7284"/>
        </w:rPr>
        <w:t>25:32</w:t>
      </w:r>
    </w:p>
    <w:p w14:paraId="3BB37B88" w14:textId="77777777" w:rsidR="00E865AD" w:rsidRDefault="00000000">
      <w:pPr>
        <w:spacing w:after="0"/>
      </w:pPr>
      <w:r>
        <w:rPr>
          <w:rFonts w:ascii="Arial" w:hAnsi="Arial"/>
        </w:rPr>
        <w:t xml:space="preserve">I wouldn't say like, possibly disposed of is a little bit so move </w:t>
      </w:r>
      <w:proofErr w:type="spellStart"/>
      <w:r>
        <w:rPr>
          <w:rFonts w:ascii="Arial" w:hAnsi="Arial"/>
        </w:rPr>
        <w:t>move</w:t>
      </w:r>
      <w:proofErr w:type="spellEnd"/>
      <w:r>
        <w:rPr>
          <w:rFonts w:ascii="Arial" w:hAnsi="Arial"/>
        </w:rPr>
        <w:t xml:space="preserve">. So that out of the way, may be a better phrase for anything away out of out of that. </w:t>
      </w:r>
      <w:proofErr w:type="gramStart"/>
      <w:r>
        <w:rPr>
          <w:rFonts w:ascii="Arial" w:hAnsi="Arial"/>
        </w:rPr>
        <w:t>So</w:t>
      </w:r>
      <w:proofErr w:type="gramEnd"/>
      <w:r>
        <w:rPr>
          <w:rFonts w:ascii="Arial" w:hAnsi="Arial"/>
        </w:rPr>
        <w:t xml:space="preserve"> they're not bothering </w:t>
      </w:r>
      <w:proofErr w:type="gramStart"/>
      <w:r>
        <w:rPr>
          <w:rFonts w:ascii="Arial" w:hAnsi="Arial"/>
        </w:rPr>
        <w:t>anybody</w:t>
      </w:r>
      <w:proofErr w:type="gramEnd"/>
      <w:r>
        <w:rPr>
          <w:rFonts w:ascii="Arial" w:hAnsi="Arial"/>
        </w:rPr>
        <w:t xml:space="preserve"> not causing anybody any issue. Let's just put them over </w:t>
      </w:r>
      <w:proofErr w:type="gramStart"/>
      <w:r>
        <w:rPr>
          <w:rFonts w:ascii="Arial" w:hAnsi="Arial"/>
        </w:rPr>
        <w:t>there</w:t>
      </w:r>
      <w:proofErr w:type="gramEnd"/>
    </w:p>
    <w:p w14:paraId="6F96F089" w14:textId="77777777" w:rsidR="00E865AD" w:rsidRDefault="00E865AD">
      <w:pPr>
        <w:spacing w:after="0"/>
      </w:pPr>
    </w:p>
    <w:p w14:paraId="0C96B9B3" w14:textId="77777777" w:rsidR="00E865AD" w:rsidRDefault="00000000">
      <w:pPr>
        <w:spacing w:after="0"/>
      </w:pPr>
      <w:r>
        <w:rPr>
          <w:rFonts w:ascii="Arial" w:hAnsi="Arial"/>
          <w:b/>
        </w:rPr>
        <w:t xml:space="preserve">Lucy  </w:t>
      </w:r>
      <w:r>
        <w:rPr>
          <w:rFonts w:ascii="Arial" w:hAnsi="Arial"/>
          <w:color w:val="5D7284"/>
        </w:rPr>
        <w:t>25:48</w:t>
      </w:r>
    </w:p>
    <w:p w14:paraId="0D5EBA4F" w14:textId="77777777" w:rsidR="00E865AD" w:rsidRDefault="00000000">
      <w:pPr>
        <w:spacing w:after="0"/>
      </w:pPr>
      <w:r>
        <w:rPr>
          <w:rFonts w:ascii="Arial" w:hAnsi="Arial"/>
        </w:rPr>
        <w:t xml:space="preserve">I would, yeah, it's </w:t>
      </w:r>
      <w:proofErr w:type="spellStart"/>
      <w:r>
        <w:rPr>
          <w:rFonts w:ascii="Arial" w:hAnsi="Arial"/>
        </w:rPr>
        <w:t>it's</w:t>
      </w:r>
      <w:proofErr w:type="spellEnd"/>
      <w:r>
        <w:rPr>
          <w:rFonts w:ascii="Arial" w:hAnsi="Arial"/>
        </w:rPr>
        <w:t xml:space="preserve"> hidden. But I would also say that the </w:t>
      </w:r>
      <w:proofErr w:type="spellStart"/>
      <w:r>
        <w:rPr>
          <w:rFonts w:ascii="Arial" w:hAnsi="Arial"/>
        </w:rPr>
        <w:t>the</w:t>
      </w:r>
      <w:proofErr w:type="spellEnd"/>
      <w:r>
        <w:rPr>
          <w:rFonts w:ascii="Arial" w:hAnsi="Arial"/>
        </w:rPr>
        <w:t xml:space="preserve">, the living situations of those people when they were hidden away, yeah. Did mean that a lot of them died very, very young. And so it is, it </w:t>
      </w:r>
      <w:proofErr w:type="gramStart"/>
      <w:r>
        <w:rPr>
          <w:rFonts w:ascii="Arial" w:hAnsi="Arial"/>
        </w:rPr>
        <w:t>is</w:t>
      </w:r>
      <w:proofErr w:type="gramEnd"/>
      <w:r>
        <w:rPr>
          <w:rFonts w:ascii="Arial" w:hAnsi="Arial"/>
        </w:rPr>
        <w:t xml:space="preserve"> just put me in the bin. we'll get </w:t>
      </w:r>
      <w:proofErr w:type="gramStart"/>
      <w:r>
        <w:rPr>
          <w:rFonts w:ascii="Arial" w:hAnsi="Arial"/>
        </w:rPr>
        <w:t>rid</w:t>
      </w:r>
      <w:proofErr w:type="gramEnd"/>
      <w:r>
        <w:rPr>
          <w:rFonts w:ascii="Arial" w:hAnsi="Arial"/>
        </w:rPr>
        <w:t xml:space="preserve"> they'll </w:t>
      </w:r>
      <w:proofErr w:type="spellStart"/>
      <w:r>
        <w:rPr>
          <w:rFonts w:ascii="Arial" w:hAnsi="Arial"/>
        </w:rPr>
        <w:t>they'll</w:t>
      </w:r>
      <w:proofErr w:type="spellEnd"/>
      <w:r>
        <w:rPr>
          <w:rFonts w:ascii="Arial" w:hAnsi="Arial"/>
        </w:rPr>
        <w:t xml:space="preserve"> disappear eventually.</w:t>
      </w:r>
    </w:p>
    <w:p w14:paraId="061E179C" w14:textId="77777777" w:rsidR="00E865AD" w:rsidRDefault="00E865AD">
      <w:pPr>
        <w:spacing w:after="0"/>
      </w:pPr>
    </w:p>
    <w:p w14:paraId="4B7C63E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26:10</w:t>
      </w:r>
    </w:p>
    <w:p w14:paraId="7E11A9DF" w14:textId="77777777" w:rsidR="00E865AD" w:rsidRDefault="00000000">
      <w:pPr>
        <w:spacing w:after="0"/>
      </w:pPr>
      <w:r>
        <w:rPr>
          <w:rFonts w:ascii="Arial" w:hAnsi="Arial"/>
        </w:rPr>
        <w:t>Yeah. Yeah, Victorians</w:t>
      </w:r>
      <w:proofErr w:type="gramStart"/>
      <w:r>
        <w:rPr>
          <w:rFonts w:ascii="Arial" w:hAnsi="Arial"/>
        </w:rPr>
        <w:t>, I was</w:t>
      </w:r>
      <w:proofErr w:type="gramEnd"/>
      <w:r>
        <w:rPr>
          <w:rFonts w:ascii="Arial" w:hAnsi="Arial"/>
        </w:rPr>
        <w:t xml:space="preserve"> I think it depends on your wealth. Yes, absolutely. a lot of money. you could, we'll send them away to so and so's farm. Yeah, or we'll send them to the church because it was still back in a very...this child has maybe a bit of the devil in him. We'll send him to church. And when he comes back, </w:t>
      </w:r>
      <w:proofErr w:type="gramStart"/>
      <w:r>
        <w:rPr>
          <w:rFonts w:ascii="Arial" w:hAnsi="Arial"/>
        </w:rPr>
        <w:t>you'd</w:t>
      </w:r>
      <w:proofErr w:type="gramEnd"/>
      <w:r>
        <w:rPr>
          <w:rFonts w:ascii="Arial" w:hAnsi="Arial"/>
        </w:rPr>
        <w:t xml:space="preserve"> be better. Just different. Different times. Really</w:t>
      </w:r>
    </w:p>
    <w:p w14:paraId="06AED41D" w14:textId="77777777" w:rsidR="00E865AD" w:rsidRDefault="00E865AD">
      <w:pPr>
        <w:spacing w:after="0"/>
      </w:pPr>
    </w:p>
    <w:p w14:paraId="7C0C1900" w14:textId="77777777" w:rsidR="00E865AD" w:rsidRDefault="00000000">
      <w:pPr>
        <w:spacing w:after="0"/>
      </w:pPr>
      <w:r>
        <w:rPr>
          <w:rFonts w:ascii="Arial" w:hAnsi="Arial"/>
          <w:b/>
        </w:rPr>
        <w:t xml:space="preserve">Lucy  </w:t>
      </w:r>
      <w:r>
        <w:rPr>
          <w:rFonts w:ascii="Arial" w:hAnsi="Arial"/>
          <w:color w:val="5D7284"/>
        </w:rPr>
        <w:t>26:36</w:t>
      </w:r>
    </w:p>
    <w:p w14:paraId="7728053D" w14:textId="77777777" w:rsidR="00E865AD" w:rsidRDefault="00000000">
      <w:pPr>
        <w:spacing w:after="0"/>
      </w:pPr>
      <w:r>
        <w:rPr>
          <w:rFonts w:ascii="Arial" w:hAnsi="Arial"/>
        </w:rPr>
        <w:t xml:space="preserve">Yeah. Yeah, absolutely. </w:t>
      </w:r>
      <w:proofErr w:type="gramStart"/>
      <w:r>
        <w:rPr>
          <w:rFonts w:ascii="Arial" w:hAnsi="Arial"/>
        </w:rPr>
        <w:t>Actually, I</w:t>
      </w:r>
      <w:proofErr w:type="gramEnd"/>
      <w:r>
        <w:rPr>
          <w:rFonts w:ascii="Arial" w:hAnsi="Arial"/>
        </w:rPr>
        <w:t xml:space="preserve"> have to ask, it's been it keeps sort of swimming up and I'm not sure whether it's whether I'm hearing things from it. </w:t>
      </w:r>
      <w:proofErr w:type="gramStart"/>
      <w:r>
        <w:rPr>
          <w:rFonts w:ascii="Arial" w:hAnsi="Arial"/>
        </w:rPr>
        <w:t>is</w:t>
      </w:r>
      <w:proofErr w:type="gramEnd"/>
      <w:r>
        <w:rPr>
          <w:rFonts w:ascii="Arial" w:hAnsi="Arial"/>
        </w:rPr>
        <w:t xml:space="preserve"> that a Welsh accent? I'm hearing?</w:t>
      </w:r>
    </w:p>
    <w:p w14:paraId="555DF942" w14:textId="77777777" w:rsidR="00E865AD" w:rsidRDefault="00E865AD">
      <w:pPr>
        <w:spacing w:after="0"/>
      </w:pPr>
    </w:p>
    <w:p w14:paraId="11303BC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26:48</w:t>
      </w:r>
    </w:p>
    <w:p w14:paraId="02733E15" w14:textId="77777777" w:rsidR="00E865AD" w:rsidRDefault="00000000">
      <w:pPr>
        <w:spacing w:after="0"/>
      </w:pPr>
      <w:r>
        <w:rPr>
          <w:rFonts w:ascii="Arial" w:hAnsi="Arial"/>
        </w:rPr>
        <w:t xml:space="preserve">Yeah, sorry. if we can say something in the background was like, no, yeah. </w:t>
      </w:r>
    </w:p>
    <w:p w14:paraId="1A2162DB" w14:textId="77777777" w:rsidR="00E865AD" w:rsidRDefault="00E865AD">
      <w:pPr>
        <w:spacing w:after="0"/>
      </w:pPr>
    </w:p>
    <w:p w14:paraId="0DDA1A05" w14:textId="77777777" w:rsidR="00E865AD" w:rsidRDefault="00000000">
      <w:pPr>
        <w:spacing w:after="0"/>
      </w:pPr>
      <w:r>
        <w:rPr>
          <w:rFonts w:ascii="Arial" w:hAnsi="Arial"/>
          <w:b/>
        </w:rPr>
        <w:t xml:space="preserve">Alice  </w:t>
      </w:r>
      <w:r>
        <w:rPr>
          <w:rFonts w:ascii="Arial" w:hAnsi="Arial"/>
          <w:color w:val="5D7284"/>
        </w:rPr>
        <w:t>26:53</w:t>
      </w:r>
    </w:p>
    <w:p w14:paraId="0324ED9D" w14:textId="77777777" w:rsidR="00E865AD" w:rsidRDefault="00000000">
      <w:pPr>
        <w:spacing w:after="0"/>
      </w:pPr>
      <w:proofErr w:type="gramStart"/>
      <w:r>
        <w:rPr>
          <w:rFonts w:ascii="Arial" w:hAnsi="Arial"/>
        </w:rPr>
        <w:t>where</w:t>
      </w:r>
      <w:proofErr w:type="gramEnd"/>
      <w:r>
        <w:rPr>
          <w:rFonts w:ascii="Arial" w:hAnsi="Arial"/>
        </w:rPr>
        <w:t xml:space="preserve"> are you from?</w:t>
      </w:r>
    </w:p>
    <w:p w14:paraId="3ABC5190" w14:textId="77777777" w:rsidR="00E865AD" w:rsidRDefault="00E865AD">
      <w:pPr>
        <w:spacing w:after="0"/>
      </w:pPr>
    </w:p>
    <w:p w14:paraId="6591DDA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26:54</w:t>
      </w:r>
    </w:p>
    <w:p w14:paraId="27F02B94" w14:textId="77777777" w:rsidR="00E865AD" w:rsidRDefault="00000000">
      <w:pPr>
        <w:spacing w:after="0"/>
      </w:pPr>
      <w:r>
        <w:rPr>
          <w:rFonts w:ascii="Arial" w:hAnsi="Arial"/>
        </w:rPr>
        <w:lastRenderedPageBreak/>
        <w:t>I am Yeah, from Wales. Sorry. I was down in Wales yesterday. I'm like yeah, half Wales half Shropshire. We border.</w:t>
      </w:r>
    </w:p>
    <w:p w14:paraId="43C4882F" w14:textId="77777777" w:rsidR="00E865AD" w:rsidRDefault="00E865AD">
      <w:pPr>
        <w:spacing w:after="0"/>
      </w:pPr>
    </w:p>
    <w:p w14:paraId="65A94E7C" w14:textId="77777777" w:rsidR="00E865AD" w:rsidRDefault="00000000">
      <w:pPr>
        <w:spacing w:after="0"/>
      </w:pPr>
      <w:r>
        <w:rPr>
          <w:rFonts w:ascii="Arial" w:hAnsi="Arial"/>
          <w:b/>
        </w:rPr>
        <w:t xml:space="preserve">Lucy  </w:t>
      </w:r>
      <w:r>
        <w:rPr>
          <w:rFonts w:ascii="Arial" w:hAnsi="Arial"/>
          <w:color w:val="5D7284"/>
        </w:rPr>
        <w:t>27:03</w:t>
      </w:r>
    </w:p>
    <w:p w14:paraId="2B34DBF7" w14:textId="77777777" w:rsidR="00E865AD" w:rsidRDefault="00000000">
      <w:pPr>
        <w:spacing w:after="0"/>
      </w:pPr>
      <w:r>
        <w:rPr>
          <w:rFonts w:ascii="Arial" w:hAnsi="Arial"/>
        </w:rPr>
        <w:t>Okay. Yeah.</w:t>
      </w:r>
    </w:p>
    <w:p w14:paraId="25E7624E" w14:textId="77777777" w:rsidR="00E865AD" w:rsidRDefault="00E865AD">
      <w:pPr>
        <w:spacing w:after="0"/>
      </w:pPr>
    </w:p>
    <w:p w14:paraId="38B3206E" w14:textId="77777777" w:rsidR="00E865AD" w:rsidRDefault="00000000">
      <w:pPr>
        <w:spacing w:after="0"/>
      </w:pPr>
      <w:r>
        <w:rPr>
          <w:rFonts w:ascii="Arial" w:hAnsi="Arial"/>
          <w:b/>
        </w:rPr>
        <w:t xml:space="preserve">Lucy  </w:t>
      </w:r>
      <w:r>
        <w:rPr>
          <w:rFonts w:ascii="Arial" w:hAnsi="Arial"/>
          <w:color w:val="5D7284"/>
        </w:rPr>
        <w:t>27:04</w:t>
      </w:r>
    </w:p>
    <w:p w14:paraId="4AEFEA7C" w14:textId="77777777" w:rsidR="00E865AD" w:rsidRDefault="00000000">
      <w:pPr>
        <w:spacing w:after="0"/>
      </w:pPr>
      <w:r>
        <w:rPr>
          <w:rFonts w:ascii="Arial" w:hAnsi="Arial"/>
        </w:rPr>
        <w:t xml:space="preserve">Yeah, it's my </w:t>
      </w:r>
      <w:proofErr w:type="gramStart"/>
      <w:r>
        <w:rPr>
          <w:rFonts w:ascii="Arial" w:hAnsi="Arial"/>
        </w:rPr>
        <w:t>dad</w:t>
      </w:r>
      <w:proofErr w:type="gramEnd"/>
      <w:r>
        <w:rPr>
          <w:rFonts w:ascii="Arial" w:hAnsi="Arial"/>
        </w:rPr>
        <w:t xml:space="preserve"> is from South Wales. And whenever I see my Welsh family, I get a weird twang for a few days afterwards.</w:t>
      </w:r>
    </w:p>
    <w:p w14:paraId="71037EAC" w14:textId="77777777" w:rsidR="00E865AD" w:rsidRDefault="00E865AD">
      <w:pPr>
        <w:spacing w:after="0"/>
      </w:pPr>
    </w:p>
    <w:p w14:paraId="2E1F6E58" w14:textId="77777777" w:rsidR="00E865AD" w:rsidRDefault="00000000">
      <w:pPr>
        <w:spacing w:after="0"/>
      </w:pPr>
      <w:r>
        <w:rPr>
          <w:rFonts w:ascii="Arial" w:hAnsi="Arial"/>
          <w:b/>
        </w:rPr>
        <w:t xml:space="preserve">Lucy  </w:t>
      </w:r>
      <w:r>
        <w:rPr>
          <w:rFonts w:ascii="Arial" w:hAnsi="Arial"/>
          <w:color w:val="5D7284"/>
        </w:rPr>
        <w:t>27:15</w:t>
      </w:r>
    </w:p>
    <w:p w14:paraId="06D8E224" w14:textId="77777777" w:rsidR="00E865AD" w:rsidRDefault="00000000">
      <w:pPr>
        <w:spacing w:after="0"/>
      </w:pPr>
      <w:proofErr w:type="gramStart"/>
      <w:r>
        <w:rPr>
          <w:rFonts w:ascii="Arial" w:hAnsi="Arial"/>
        </w:rPr>
        <w:t>do</w:t>
      </w:r>
      <w:proofErr w:type="gramEnd"/>
      <w:r>
        <w:rPr>
          <w:rFonts w:ascii="Arial" w:hAnsi="Arial"/>
        </w:rPr>
        <w:t xml:space="preserve"> you? I've never </w:t>
      </w:r>
      <w:proofErr w:type="gramStart"/>
      <w:r>
        <w:rPr>
          <w:rFonts w:ascii="Arial" w:hAnsi="Arial"/>
        </w:rPr>
        <w:t>heard</w:t>
      </w:r>
      <w:proofErr w:type="gramEnd"/>
      <w:r>
        <w:rPr>
          <w:rFonts w:ascii="Arial" w:hAnsi="Arial"/>
        </w:rPr>
        <w:t xml:space="preserve"> it.</w:t>
      </w:r>
    </w:p>
    <w:p w14:paraId="49682D15" w14:textId="77777777" w:rsidR="00E865AD" w:rsidRDefault="00E865AD">
      <w:pPr>
        <w:spacing w:after="0"/>
      </w:pPr>
    </w:p>
    <w:p w14:paraId="3C966CB3" w14:textId="77777777" w:rsidR="00E865AD" w:rsidRDefault="00000000">
      <w:pPr>
        <w:spacing w:after="0"/>
      </w:pPr>
      <w:r>
        <w:rPr>
          <w:rFonts w:ascii="Arial" w:hAnsi="Arial"/>
          <w:b/>
        </w:rPr>
        <w:t xml:space="preserve">Alice  </w:t>
      </w:r>
      <w:r>
        <w:rPr>
          <w:rFonts w:ascii="Arial" w:hAnsi="Arial"/>
          <w:color w:val="5D7284"/>
        </w:rPr>
        <w:t>27:17</w:t>
      </w:r>
    </w:p>
    <w:p w14:paraId="71D4E258" w14:textId="77777777" w:rsidR="00E865AD" w:rsidRDefault="00000000">
      <w:pPr>
        <w:spacing w:after="0"/>
      </w:pPr>
      <w:r>
        <w:rPr>
          <w:rFonts w:ascii="Arial" w:hAnsi="Arial"/>
        </w:rPr>
        <w:t xml:space="preserve">Yeah. because I haven't seen my Welsh family for a while </w:t>
      </w:r>
    </w:p>
    <w:p w14:paraId="0EFC4993" w14:textId="77777777" w:rsidR="00E865AD" w:rsidRDefault="00E865AD">
      <w:pPr>
        <w:spacing w:after="0"/>
      </w:pPr>
    </w:p>
    <w:p w14:paraId="7F9F4CC3"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27:21</w:t>
      </w:r>
    </w:p>
    <w:p w14:paraId="1D50D62B" w14:textId="77777777" w:rsidR="00E865AD" w:rsidRDefault="00000000">
      <w:pPr>
        <w:spacing w:after="0"/>
      </w:pPr>
      <w:r>
        <w:rPr>
          <w:rFonts w:ascii="Arial" w:hAnsi="Arial"/>
        </w:rPr>
        <w:t>Yeah. Sounds better than the North as a bit divisive, but</w:t>
      </w:r>
    </w:p>
    <w:p w14:paraId="4134F6E1" w14:textId="77777777" w:rsidR="00E865AD" w:rsidRDefault="00E865AD">
      <w:pPr>
        <w:spacing w:after="0"/>
      </w:pPr>
    </w:p>
    <w:p w14:paraId="27EFE59D" w14:textId="77777777" w:rsidR="00E865AD" w:rsidRDefault="00000000">
      <w:pPr>
        <w:spacing w:after="0"/>
      </w:pPr>
      <w:r>
        <w:rPr>
          <w:rFonts w:ascii="Arial" w:hAnsi="Arial"/>
          <w:b/>
        </w:rPr>
        <w:t xml:space="preserve">Lucy  </w:t>
      </w:r>
      <w:r>
        <w:rPr>
          <w:rFonts w:ascii="Arial" w:hAnsi="Arial"/>
          <w:color w:val="5D7284"/>
        </w:rPr>
        <w:t>27:26</w:t>
      </w:r>
    </w:p>
    <w:p w14:paraId="394883A3" w14:textId="77777777" w:rsidR="00E865AD" w:rsidRDefault="00000000">
      <w:pPr>
        <w:spacing w:after="0"/>
      </w:pPr>
      <w:r>
        <w:rPr>
          <w:rFonts w:ascii="Arial" w:hAnsi="Arial"/>
        </w:rPr>
        <w:t>I'm alright. We're in the middle. It's fine. Oh, well, you know, undecided.</w:t>
      </w:r>
    </w:p>
    <w:p w14:paraId="2DEEE89F" w14:textId="77777777" w:rsidR="00E865AD" w:rsidRDefault="00E865AD">
      <w:pPr>
        <w:spacing w:after="0"/>
      </w:pPr>
    </w:p>
    <w:p w14:paraId="415EDE8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27:30</w:t>
      </w:r>
    </w:p>
    <w:p w14:paraId="6F8B8E72" w14:textId="77777777" w:rsidR="00E865AD" w:rsidRDefault="00000000">
      <w:pPr>
        <w:spacing w:after="0"/>
      </w:pPr>
      <w:r>
        <w:rPr>
          <w:rFonts w:ascii="Arial" w:hAnsi="Arial"/>
        </w:rPr>
        <w:t xml:space="preserve">Yeah, the south is. Yes. </w:t>
      </w:r>
      <w:proofErr w:type="gramStart"/>
      <w:r>
        <w:rPr>
          <w:rFonts w:ascii="Arial" w:hAnsi="Arial"/>
        </w:rPr>
        <w:t>south</w:t>
      </w:r>
      <w:proofErr w:type="gramEnd"/>
      <w:r>
        <w:rPr>
          <w:rFonts w:ascii="Arial" w:hAnsi="Arial"/>
        </w:rPr>
        <w:t xml:space="preserve"> is brilliant. Anyone one with depression </w:t>
      </w:r>
      <w:proofErr w:type="gramStart"/>
      <w:r>
        <w:rPr>
          <w:rFonts w:ascii="Arial" w:hAnsi="Arial"/>
        </w:rPr>
        <w:t>had</w:t>
      </w:r>
      <w:proofErr w:type="gramEnd"/>
      <w:r>
        <w:rPr>
          <w:rFonts w:ascii="Arial" w:hAnsi="Arial"/>
        </w:rPr>
        <w:t xml:space="preserve"> to South Wales for a day you'll come back cured. Brilliant medicine. But no, with the zookeepers. I said correct order, like some of the stuff you just like, saying that you can't see is a couple of </w:t>
      </w:r>
      <w:proofErr w:type="gramStart"/>
      <w:r>
        <w:rPr>
          <w:rFonts w:ascii="Arial" w:hAnsi="Arial"/>
        </w:rPr>
        <w:t>instance</w:t>
      </w:r>
      <w:proofErr w:type="gramEnd"/>
      <w:r>
        <w:rPr>
          <w:rFonts w:ascii="Arial" w:hAnsi="Arial"/>
        </w:rPr>
        <w:t xml:space="preserve">, I remember one was somebody dropped their iPhone into the otter enclosure. Yeah, I take photos and for some reason they either somebody knocked them or </w:t>
      </w:r>
      <w:proofErr w:type="gramStart"/>
      <w:r>
        <w:rPr>
          <w:rFonts w:ascii="Arial" w:hAnsi="Arial"/>
        </w:rPr>
        <w:t>Yeah</w:t>
      </w:r>
      <w:proofErr w:type="gramEnd"/>
      <w:r>
        <w:rPr>
          <w:rFonts w:ascii="Arial" w:hAnsi="Arial"/>
        </w:rPr>
        <w:t>, it dropped. And they're like, Mr. Keeper , can you get the iPhone? Yeah, study for yours for this one. I'm looking forward to it. And then you're trying to like fish it out. But the otters are in there as well. Yeah. They're like, new toy.</w:t>
      </w:r>
    </w:p>
    <w:p w14:paraId="57E4AE76" w14:textId="77777777" w:rsidR="00E865AD" w:rsidRDefault="00E865AD">
      <w:pPr>
        <w:spacing w:after="0"/>
      </w:pPr>
    </w:p>
    <w:p w14:paraId="7B05D93A" w14:textId="77777777" w:rsidR="00E865AD" w:rsidRDefault="00000000">
      <w:pPr>
        <w:spacing w:after="0"/>
      </w:pPr>
      <w:r>
        <w:rPr>
          <w:rFonts w:ascii="Arial" w:hAnsi="Arial"/>
          <w:b/>
        </w:rPr>
        <w:t xml:space="preserve">Lucy  </w:t>
      </w:r>
      <w:r>
        <w:rPr>
          <w:rFonts w:ascii="Arial" w:hAnsi="Arial"/>
          <w:color w:val="5D7284"/>
        </w:rPr>
        <w:t>28:15</w:t>
      </w:r>
    </w:p>
    <w:p w14:paraId="2A6B89A5" w14:textId="77777777" w:rsidR="00E865AD" w:rsidRDefault="00000000">
      <w:pPr>
        <w:spacing w:after="0"/>
      </w:pPr>
      <w:r>
        <w:rPr>
          <w:rFonts w:ascii="Arial" w:hAnsi="Arial"/>
        </w:rPr>
        <w:t>Yeah. Oh, yeah. if I if I dropped my iPhone in an otter enclosure, I'd be like, well, that goes my iPhone that enjoy FaceTime otters like</w:t>
      </w:r>
    </w:p>
    <w:p w14:paraId="7A8C5747" w14:textId="77777777" w:rsidR="00E865AD" w:rsidRDefault="00E865AD">
      <w:pPr>
        <w:spacing w:after="0"/>
      </w:pPr>
    </w:p>
    <w:p w14:paraId="74FD44E9" w14:textId="77777777" w:rsidR="00E865AD" w:rsidRDefault="00000000">
      <w:pPr>
        <w:spacing w:after="0"/>
      </w:pPr>
      <w:r>
        <w:rPr>
          <w:rFonts w:ascii="Arial" w:hAnsi="Arial"/>
          <w:b/>
        </w:rPr>
        <w:t xml:space="preserve">Lucy  </w:t>
      </w:r>
      <w:r>
        <w:rPr>
          <w:rFonts w:ascii="Arial" w:hAnsi="Arial"/>
          <w:color w:val="5D7284"/>
        </w:rPr>
        <w:t>28:24</w:t>
      </w:r>
    </w:p>
    <w:p w14:paraId="3349A43E" w14:textId="77777777" w:rsidR="00E865AD" w:rsidRDefault="00000000">
      <w:pPr>
        <w:spacing w:after="0"/>
      </w:pPr>
      <w:r>
        <w:rPr>
          <w:rFonts w:ascii="Arial" w:hAnsi="Arial"/>
        </w:rPr>
        <w:t xml:space="preserve">is it possible to visit </w:t>
      </w:r>
      <w:proofErr w:type="gramStart"/>
      <w:r>
        <w:rPr>
          <w:rFonts w:ascii="Arial" w:hAnsi="Arial"/>
        </w:rPr>
        <w:t>a</w:t>
      </w:r>
      <w:proofErr w:type="gramEnd"/>
      <w:r>
        <w:rPr>
          <w:rFonts w:ascii="Arial" w:hAnsi="Arial"/>
        </w:rPr>
        <w:t xml:space="preserve"> apple store on the way home</w:t>
      </w:r>
    </w:p>
    <w:p w14:paraId="2B2EB345" w14:textId="77777777" w:rsidR="00E865AD" w:rsidRDefault="00E865AD">
      <w:pPr>
        <w:spacing w:after="0"/>
      </w:pPr>
    </w:p>
    <w:p w14:paraId="39A0224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28:31</w:t>
      </w:r>
    </w:p>
    <w:p w14:paraId="4F4ED654" w14:textId="77777777" w:rsidR="00E865AD" w:rsidRDefault="00000000">
      <w:pPr>
        <w:spacing w:after="0"/>
      </w:pPr>
      <w:proofErr w:type="gramStart"/>
      <w:r>
        <w:rPr>
          <w:rFonts w:ascii="Arial" w:hAnsi="Arial"/>
        </w:rPr>
        <w:t>that's</w:t>
      </w:r>
      <w:proofErr w:type="gramEnd"/>
      <w:r>
        <w:rPr>
          <w:rFonts w:ascii="Arial" w:hAnsi="Arial"/>
        </w:rPr>
        <w:t xml:space="preserve"> not a bad idea. Like did your VPN protect you from an </w:t>
      </w:r>
      <w:proofErr w:type="gramStart"/>
      <w:r>
        <w:rPr>
          <w:rFonts w:ascii="Arial" w:hAnsi="Arial"/>
        </w:rPr>
        <w:t>otter?</w:t>
      </w:r>
      <w:proofErr w:type="gramEnd"/>
      <w:r>
        <w:rPr>
          <w:rFonts w:ascii="Arial" w:hAnsi="Arial"/>
        </w:rPr>
        <w:t xml:space="preserve"> </w:t>
      </w:r>
      <w:proofErr w:type="gramStart"/>
      <w:r>
        <w:rPr>
          <w:rFonts w:ascii="Arial" w:hAnsi="Arial"/>
        </w:rPr>
        <w:t>So</w:t>
      </w:r>
      <w:proofErr w:type="gramEnd"/>
      <w:r>
        <w:rPr>
          <w:rFonts w:ascii="Arial" w:hAnsi="Arial"/>
        </w:rPr>
        <w:t xml:space="preserve"> you so I'm trying to fish it out this because I've got to get a net, the auto supply where they're like no, my new toy, and then this is hilarious scene ensued. </w:t>
      </w:r>
      <w:proofErr w:type="gramStart"/>
      <w:r>
        <w:rPr>
          <w:rFonts w:ascii="Arial" w:hAnsi="Arial"/>
        </w:rPr>
        <w:t>where</w:t>
      </w:r>
      <w:proofErr w:type="gramEnd"/>
      <w:r>
        <w:rPr>
          <w:rFonts w:ascii="Arial" w:hAnsi="Arial"/>
        </w:rPr>
        <w:t xml:space="preserve"> have you seen the little clip? where is it The Jungle Book, where it mostly is trying to get the honey in the newer one. And all right at the bottom by baloo? Yeah. I'm blue trying to get this phone out. And then we have passivity, the occlusion of binturong. </w:t>
      </w:r>
      <w:proofErr w:type="gramStart"/>
      <w:r>
        <w:rPr>
          <w:rFonts w:ascii="Arial" w:hAnsi="Arial"/>
        </w:rPr>
        <w:t>So</w:t>
      </w:r>
      <w:proofErr w:type="gramEnd"/>
      <w:r>
        <w:rPr>
          <w:rFonts w:ascii="Arial" w:hAnsi="Arial"/>
        </w:rPr>
        <w:t xml:space="preserve"> they both come </w:t>
      </w:r>
      <w:r>
        <w:rPr>
          <w:rFonts w:ascii="Arial" w:hAnsi="Arial"/>
        </w:rPr>
        <w:lastRenderedPageBreak/>
        <w:t xml:space="preserve">standby next to me like what's occurring. I got this phone out. And it was the </w:t>
      </w:r>
      <w:proofErr w:type="gramStart"/>
      <w:r>
        <w:rPr>
          <w:rFonts w:ascii="Arial" w:hAnsi="Arial"/>
        </w:rPr>
        <w:t>best</w:t>
      </w:r>
      <w:proofErr w:type="gramEnd"/>
      <w:r>
        <w:rPr>
          <w:rFonts w:ascii="Arial" w:hAnsi="Arial"/>
        </w:rPr>
        <w:t xml:space="preserve"> so I </w:t>
      </w:r>
      <w:proofErr w:type="gramStart"/>
      <w:r>
        <w:rPr>
          <w:rFonts w:ascii="Arial" w:hAnsi="Arial"/>
        </w:rPr>
        <w:t>pull</w:t>
      </w:r>
      <w:proofErr w:type="gramEnd"/>
      <w:r>
        <w:rPr>
          <w:rFonts w:ascii="Arial" w:hAnsi="Arial"/>
        </w:rPr>
        <w:t xml:space="preserve"> his phone out. And no word of a lie. it had the tinder app </w:t>
      </w:r>
      <w:proofErr w:type="gramStart"/>
      <w:r>
        <w:rPr>
          <w:rFonts w:ascii="Arial" w:hAnsi="Arial"/>
        </w:rPr>
        <w:t>up</w:t>
      </w:r>
      <w:proofErr w:type="gramEnd"/>
      <w:r>
        <w:rPr>
          <w:rFonts w:ascii="Arial" w:hAnsi="Arial"/>
        </w:rPr>
        <w:t xml:space="preserve"> but I thought we'd gone to the effort to make this lovely enclosure the otters are out playing. </w:t>
      </w:r>
      <w:proofErr w:type="gramStart"/>
      <w:r>
        <w:rPr>
          <w:rFonts w:ascii="Arial" w:hAnsi="Arial"/>
        </w:rPr>
        <w:t>you're</w:t>
      </w:r>
      <w:proofErr w:type="gramEnd"/>
      <w:r>
        <w:rPr>
          <w:rFonts w:ascii="Arial" w:hAnsi="Arial"/>
        </w:rPr>
        <w:t xml:space="preserve"> like who's about here? So gave them the  phone back. Just like what the </w:t>
      </w:r>
    </w:p>
    <w:p w14:paraId="1E812FA1" w14:textId="77777777" w:rsidR="00E865AD" w:rsidRDefault="00E865AD">
      <w:pPr>
        <w:spacing w:after="0"/>
      </w:pPr>
    </w:p>
    <w:p w14:paraId="5D0D0888" w14:textId="77777777" w:rsidR="00E865AD" w:rsidRDefault="00000000">
      <w:pPr>
        <w:spacing w:after="0"/>
      </w:pPr>
      <w:r>
        <w:rPr>
          <w:rFonts w:ascii="Arial" w:hAnsi="Arial"/>
          <w:b/>
        </w:rPr>
        <w:t xml:space="preserve">Lucy  </w:t>
      </w:r>
      <w:r>
        <w:rPr>
          <w:rFonts w:ascii="Arial" w:hAnsi="Arial"/>
          <w:color w:val="5D7284"/>
        </w:rPr>
        <w:t>29:34</w:t>
      </w:r>
    </w:p>
    <w:p w14:paraId="580D2977" w14:textId="77777777" w:rsidR="00E865AD" w:rsidRDefault="00000000">
      <w:pPr>
        <w:spacing w:after="0"/>
      </w:pPr>
      <w:proofErr w:type="gramStart"/>
      <w:r>
        <w:rPr>
          <w:rFonts w:ascii="Arial" w:hAnsi="Arial"/>
        </w:rPr>
        <w:t>Actually</w:t>
      </w:r>
      <w:proofErr w:type="gramEnd"/>
      <w:r>
        <w:rPr>
          <w:rFonts w:ascii="Arial" w:hAnsi="Arial"/>
        </w:rPr>
        <w:t xml:space="preserve"> you said before that you listen to our podcast while you're on the farm. is that right? Oh, yes. Yeah. </w:t>
      </w:r>
      <w:proofErr w:type="gramStart"/>
      <w:r>
        <w:rPr>
          <w:rFonts w:ascii="Arial" w:hAnsi="Arial"/>
        </w:rPr>
        <w:t>So</w:t>
      </w:r>
      <w:proofErr w:type="gramEnd"/>
      <w:r>
        <w:rPr>
          <w:rFonts w:ascii="Arial" w:hAnsi="Arial"/>
        </w:rPr>
        <w:t xml:space="preserve"> what is your job on the farm? is that is that sort of </w:t>
      </w:r>
    </w:p>
    <w:p w14:paraId="0BFC8ED4" w14:textId="77777777" w:rsidR="00E865AD" w:rsidRDefault="00E865AD">
      <w:pPr>
        <w:spacing w:after="0"/>
      </w:pPr>
    </w:p>
    <w:p w14:paraId="73001143" w14:textId="77777777" w:rsidR="00E865AD" w:rsidRDefault="00000000">
      <w:pPr>
        <w:spacing w:after="0"/>
      </w:pPr>
      <w:r>
        <w:rPr>
          <w:rFonts w:ascii="Arial" w:hAnsi="Arial"/>
          <w:b/>
        </w:rPr>
        <w:t xml:space="preserve">Lucy  </w:t>
      </w:r>
      <w:r>
        <w:rPr>
          <w:rFonts w:ascii="Arial" w:hAnsi="Arial"/>
          <w:color w:val="5D7284"/>
        </w:rPr>
        <w:t>29:46</w:t>
      </w:r>
    </w:p>
    <w:p w14:paraId="64A324A9" w14:textId="77777777" w:rsidR="00E865AD" w:rsidRDefault="00000000">
      <w:pPr>
        <w:spacing w:after="0"/>
      </w:pPr>
      <w:r>
        <w:rPr>
          <w:rFonts w:ascii="Arial" w:hAnsi="Arial"/>
        </w:rPr>
        <w:t>do you live on a farm is that what?</w:t>
      </w:r>
    </w:p>
    <w:p w14:paraId="61C241D5" w14:textId="77777777" w:rsidR="00E865AD" w:rsidRDefault="00E865AD">
      <w:pPr>
        <w:spacing w:after="0"/>
      </w:pPr>
    </w:p>
    <w:p w14:paraId="74646B6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29:48</w:t>
      </w:r>
    </w:p>
    <w:p w14:paraId="4B7A601C" w14:textId="77777777" w:rsidR="00E865AD" w:rsidRDefault="00000000">
      <w:pPr>
        <w:spacing w:after="0"/>
      </w:pPr>
      <w:r>
        <w:rPr>
          <w:rFonts w:ascii="Arial" w:hAnsi="Arial"/>
        </w:rPr>
        <w:t xml:space="preserve">no, no, no despite no </w:t>
      </w:r>
      <w:proofErr w:type="spellStart"/>
      <w:r>
        <w:rPr>
          <w:rFonts w:ascii="Arial" w:hAnsi="Arial"/>
        </w:rPr>
        <w:t>no</w:t>
      </w:r>
      <w:proofErr w:type="spellEnd"/>
      <w:r>
        <w:rPr>
          <w:rFonts w:ascii="Arial" w:hAnsi="Arial"/>
        </w:rPr>
        <w:t>, in between my life at the minute. I do rat catching. Okay.</w:t>
      </w:r>
    </w:p>
    <w:p w14:paraId="30C5E378" w14:textId="77777777" w:rsidR="00E865AD" w:rsidRDefault="00E865AD">
      <w:pPr>
        <w:spacing w:after="0"/>
      </w:pPr>
    </w:p>
    <w:p w14:paraId="32B44F82" w14:textId="77777777" w:rsidR="00E865AD" w:rsidRDefault="00000000">
      <w:pPr>
        <w:spacing w:after="0"/>
      </w:pPr>
      <w:r>
        <w:rPr>
          <w:rFonts w:ascii="Arial" w:hAnsi="Arial"/>
          <w:b/>
        </w:rPr>
        <w:t xml:space="preserve">Lucy  </w:t>
      </w:r>
      <w:r>
        <w:rPr>
          <w:rFonts w:ascii="Arial" w:hAnsi="Arial"/>
          <w:color w:val="5D7284"/>
        </w:rPr>
        <w:t>29:59</w:t>
      </w:r>
    </w:p>
    <w:p w14:paraId="4A5AEAB2" w14:textId="77777777" w:rsidR="00E865AD" w:rsidRDefault="00000000">
      <w:pPr>
        <w:spacing w:after="0"/>
      </w:pPr>
      <w:r>
        <w:rPr>
          <w:rFonts w:ascii="Arial" w:hAnsi="Arial"/>
        </w:rPr>
        <w:t xml:space="preserve">Wow. </w:t>
      </w:r>
    </w:p>
    <w:p w14:paraId="1CEA788C" w14:textId="77777777" w:rsidR="00E865AD" w:rsidRDefault="00E865AD">
      <w:pPr>
        <w:spacing w:after="0"/>
      </w:pPr>
    </w:p>
    <w:p w14:paraId="6A1F4A14" w14:textId="77777777" w:rsidR="00E865AD" w:rsidRDefault="00000000">
      <w:pPr>
        <w:spacing w:after="0"/>
      </w:pPr>
      <w:r>
        <w:rPr>
          <w:rFonts w:ascii="Arial" w:hAnsi="Arial"/>
          <w:b/>
        </w:rPr>
        <w:t xml:space="preserve">Lucy  </w:t>
      </w:r>
      <w:r>
        <w:rPr>
          <w:rFonts w:ascii="Arial" w:hAnsi="Arial"/>
          <w:color w:val="5D7284"/>
        </w:rPr>
        <w:t>30:00</w:t>
      </w:r>
    </w:p>
    <w:p w14:paraId="4D69DC72" w14:textId="77777777" w:rsidR="00E865AD" w:rsidRDefault="00000000">
      <w:pPr>
        <w:spacing w:after="0"/>
      </w:pPr>
      <w:r>
        <w:rPr>
          <w:rFonts w:ascii="Arial" w:hAnsi="Arial"/>
        </w:rPr>
        <w:t xml:space="preserve">Which Yeah, like </w:t>
      </w:r>
    </w:p>
    <w:p w14:paraId="713AF2EE" w14:textId="77777777" w:rsidR="00E865AD" w:rsidRDefault="00E865AD">
      <w:pPr>
        <w:spacing w:after="0"/>
      </w:pPr>
    </w:p>
    <w:p w14:paraId="7D86756A" w14:textId="77777777" w:rsidR="00E865AD" w:rsidRDefault="00000000">
      <w:pPr>
        <w:spacing w:after="0"/>
      </w:pPr>
      <w:r>
        <w:rPr>
          <w:rFonts w:ascii="Arial" w:hAnsi="Arial"/>
          <w:b/>
        </w:rPr>
        <w:t xml:space="preserve">Alice  </w:t>
      </w:r>
      <w:r>
        <w:rPr>
          <w:rFonts w:ascii="Arial" w:hAnsi="Arial"/>
          <w:color w:val="5D7284"/>
        </w:rPr>
        <w:t>30:02</w:t>
      </w:r>
    </w:p>
    <w:p w14:paraId="2A536583" w14:textId="77777777" w:rsidR="00E865AD" w:rsidRDefault="00000000">
      <w:pPr>
        <w:spacing w:after="0"/>
      </w:pPr>
      <w:r>
        <w:rPr>
          <w:rFonts w:ascii="Arial" w:hAnsi="Arial"/>
        </w:rPr>
        <w:t>With a dog?</w:t>
      </w:r>
    </w:p>
    <w:p w14:paraId="5C6A0BC2" w14:textId="77777777" w:rsidR="00E865AD" w:rsidRDefault="00E865AD">
      <w:pPr>
        <w:spacing w:after="0"/>
      </w:pPr>
    </w:p>
    <w:p w14:paraId="6B520204"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30:03</w:t>
      </w:r>
    </w:p>
    <w:p w14:paraId="44244CE9" w14:textId="77777777" w:rsidR="00E865AD" w:rsidRDefault="00000000">
      <w:pPr>
        <w:spacing w:after="0"/>
      </w:pPr>
      <w:r>
        <w:rPr>
          <w:rFonts w:ascii="Arial" w:hAnsi="Arial"/>
        </w:rPr>
        <w:t>No</w:t>
      </w:r>
    </w:p>
    <w:p w14:paraId="3FA7716B" w14:textId="77777777" w:rsidR="00E865AD" w:rsidRDefault="00E865AD">
      <w:pPr>
        <w:spacing w:after="0"/>
      </w:pPr>
    </w:p>
    <w:p w14:paraId="15B6E97E" w14:textId="77777777" w:rsidR="00E865AD" w:rsidRDefault="00000000">
      <w:pPr>
        <w:spacing w:after="0"/>
      </w:pPr>
      <w:r>
        <w:rPr>
          <w:rFonts w:ascii="Arial" w:hAnsi="Arial"/>
          <w:b/>
        </w:rPr>
        <w:t xml:space="preserve">Alice  </w:t>
      </w:r>
      <w:r>
        <w:rPr>
          <w:rFonts w:ascii="Arial" w:hAnsi="Arial"/>
          <w:color w:val="5D7284"/>
        </w:rPr>
        <w:t>30:07</w:t>
      </w:r>
    </w:p>
    <w:p w14:paraId="25285586" w14:textId="77777777" w:rsidR="00E865AD" w:rsidRDefault="00000000">
      <w:pPr>
        <w:spacing w:after="0"/>
      </w:pPr>
      <w:proofErr w:type="spellStart"/>
      <w:r>
        <w:rPr>
          <w:rFonts w:ascii="Arial" w:hAnsi="Arial"/>
        </w:rPr>
        <w:t>Eurhh</w:t>
      </w:r>
      <w:proofErr w:type="spellEnd"/>
      <w:r>
        <w:rPr>
          <w:rFonts w:ascii="Arial" w:hAnsi="Arial"/>
        </w:rPr>
        <w:t xml:space="preserve"> </w:t>
      </w:r>
    </w:p>
    <w:p w14:paraId="1765CBDA" w14:textId="77777777" w:rsidR="00E865AD" w:rsidRDefault="00E865AD">
      <w:pPr>
        <w:spacing w:after="0"/>
      </w:pPr>
    </w:p>
    <w:p w14:paraId="374A1953"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30:09</w:t>
      </w:r>
    </w:p>
    <w:p w14:paraId="30BA68A9" w14:textId="77777777" w:rsidR="00E865AD" w:rsidRDefault="00000000">
      <w:pPr>
        <w:spacing w:after="0"/>
      </w:pPr>
      <w:r>
        <w:rPr>
          <w:rFonts w:ascii="Arial" w:hAnsi="Arial"/>
        </w:rPr>
        <w:t>have I touched a nerve?</w:t>
      </w:r>
    </w:p>
    <w:p w14:paraId="7A4DD742" w14:textId="77777777" w:rsidR="00E865AD" w:rsidRDefault="00E865AD">
      <w:pPr>
        <w:spacing w:after="0"/>
      </w:pPr>
    </w:p>
    <w:p w14:paraId="17480434" w14:textId="77777777" w:rsidR="00E865AD" w:rsidRDefault="00000000">
      <w:pPr>
        <w:spacing w:after="0"/>
      </w:pPr>
      <w:r>
        <w:rPr>
          <w:rFonts w:ascii="Arial" w:hAnsi="Arial"/>
          <w:b/>
        </w:rPr>
        <w:t xml:space="preserve">Lucy  </w:t>
      </w:r>
      <w:r>
        <w:rPr>
          <w:rFonts w:ascii="Arial" w:hAnsi="Arial"/>
          <w:color w:val="5D7284"/>
        </w:rPr>
        <w:t>30:10</w:t>
      </w:r>
    </w:p>
    <w:p w14:paraId="40D5F0DE" w14:textId="77777777" w:rsidR="00E865AD" w:rsidRDefault="00000000">
      <w:pPr>
        <w:spacing w:after="0"/>
      </w:pPr>
      <w:r>
        <w:rPr>
          <w:rFonts w:ascii="Arial" w:hAnsi="Arial"/>
        </w:rPr>
        <w:t xml:space="preserve">No, no, it's </w:t>
      </w:r>
      <w:proofErr w:type="spellStart"/>
      <w:r>
        <w:rPr>
          <w:rFonts w:ascii="Arial" w:hAnsi="Arial"/>
        </w:rPr>
        <w:t>it's</w:t>
      </w:r>
      <w:proofErr w:type="spellEnd"/>
      <w:r>
        <w:rPr>
          <w:rFonts w:ascii="Arial" w:hAnsi="Arial"/>
        </w:rPr>
        <w:t xml:space="preserve"> just it's, it doesn't sound fun for the rats. I understand I understand the necessity when you when you're on a farm, but it just doesn't sound like a lot of fun. </w:t>
      </w:r>
      <w:proofErr w:type="gramStart"/>
      <w:r>
        <w:rPr>
          <w:rFonts w:ascii="Arial" w:hAnsi="Arial"/>
        </w:rPr>
        <w:t>So</w:t>
      </w:r>
      <w:proofErr w:type="gramEnd"/>
      <w:r>
        <w:rPr>
          <w:rFonts w:ascii="Arial" w:hAnsi="Arial"/>
        </w:rPr>
        <w:t xml:space="preserve"> you feel like it's the sort of thing that</w:t>
      </w:r>
    </w:p>
    <w:p w14:paraId="6A865468" w14:textId="77777777" w:rsidR="00E865AD" w:rsidRDefault="00E865AD">
      <w:pPr>
        <w:spacing w:after="0"/>
      </w:pPr>
    </w:p>
    <w:p w14:paraId="3E60F8D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30:29</w:t>
      </w:r>
    </w:p>
    <w:p w14:paraId="29382362" w14:textId="77777777" w:rsidR="00E865AD" w:rsidRDefault="00000000">
      <w:pPr>
        <w:spacing w:after="0"/>
      </w:pPr>
      <w:r>
        <w:rPr>
          <w:rFonts w:ascii="Arial" w:hAnsi="Arial"/>
        </w:rPr>
        <w:t xml:space="preserve">it gets the job done. And my when people have said to me about it in a position from the rat, I think rifle is one of the most humane because poison these days if you get most of the poisons that are open to an amateur take a couple of days to </w:t>
      </w:r>
      <w:proofErr w:type="spellStart"/>
      <w:r>
        <w:rPr>
          <w:rFonts w:ascii="Arial" w:hAnsi="Arial"/>
        </w:rPr>
        <w:t>work.So</w:t>
      </w:r>
      <w:proofErr w:type="spellEnd"/>
      <w:r>
        <w:rPr>
          <w:rFonts w:ascii="Arial" w:hAnsi="Arial"/>
        </w:rPr>
        <w:t xml:space="preserve"> yeah, </w:t>
      </w:r>
    </w:p>
    <w:p w14:paraId="69B22C0F" w14:textId="77777777" w:rsidR="00E865AD" w:rsidRDefault="00E865AD">
      <w:pPr>
        <w:spacing w:after="0"/>
      </w:pPr>
    </w:p>
    <w:p w14:paraId="735123E5" w14:textId="77777777" w:rsidR="00E865AD" w:rsidRDefault="00000000">
      <w:pPr>
        <w:spacing w:after="0"/>
      </w:pPr>
      <w:r>
        <w:rPr>
          <w:rFonts w:ascii="Arial" w:hAnsi="Arial"/>
          <w:b/>
        </w:rPr>
        <w:t xml:space="preserve">Lucy  </w:t>
      </w:r>
      <w:r>
        <w:rPr>
          <w:rFonts w:ascii="Arial" w:hAnsi="Arial"/>
          <w:color w:val="5D7284"/>
        </w:rPr>
        <w:t>30:50</w:t>
      </w:r>
    </w:p>
    <w:p w14:paraId="0ADB1057" w14:textId="77777777" w:rsidR="00E865AD" w:rsidRDefault="00000000">
      <w:pPr>
        <w:spacing w:after="0"/>
      </w:pPr>
      <w:proofErr w:type="gramStart"/>
      <w:r>
        <w:rPr>
          <w:rFonts w:ascii="Arial" w:hAnsi="Arial"/>
        </w:rPr>
        <w:lastRenderedPageBreak/>
        <w:t>so</w:t>
      </w:r>
      <w:proofErr w:type="gramEnd"/>
      <w:r>
        <w:rPr>
          <w:rFonts w:ascii="Arial" w:hAnsi="Arial"/>
        </w:rPr>
        <w:t xml:space="preserve"> </w:t>
      </w:r>
      <w:proofErr w:type="spellStart"/>
      <w:r>
        <w:rPr>
          <w:rFonts w:ascii="Arial" w:hAnsi="Arial"/>
        </w:rPr>
        <w:t>its</w:t>
      </w:r>
      <w:proofErr w:type="spellEnd"/>
      <w:r>
        <w:rPr>
          <w:rFonts w:ascii="Arial" w:hAnsi="Arial"/>
        </w:rPr>
        <w:t xml:space="preserve"> painful rather than over</w:t>
      </w:r>
    </w:p>
    <w:p w14:paraId="110E8EBC" w14:textId="77777777" w:rsidR="00E865AD" w:rsidRDefault="00E865AD">
      <w:pPr>
        <w:spacing w:after="0"/>
      </w:pPr>
    </w:p>
    <w:p w14:paraId="76866D74"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30:53</w:t>
      </w:r>
    </w:p>
    <w:p w14:paraId="1E21ECF6" w14:textId="77777777" w:rsidR="00E865AD" w:rsidRDefault="00000000">
      <w:pPr>
        <w:spacing w:after="0"/>
      </w:pPr>
      <w:r>
        <w:rPr>
          <w:rFonts w:ascii="Arial" w:hAnsi="Arial"/>
        </w:rPr>
        <w:t xml:space="preserve"> </w:t>
      </w:r>
      <w:proofErr w:type="spellStart"/>
      <w:r>
        <w:rPr>
          <w:rFonts w:ascii="Arial" w:hAnsi="Arial"/>
        </w:rPr>
        <w:t>Yeah.I</w:t>
      </w:r>
      <w:proofErr w:type="spellEnd"/>
      <w:r>
        <w:rPr>
          <w:rFonts w:ascii="Arial" w:hAnsi="Arial"/>
        </w:rPr>
        <w:t xml:space="preserve"> think if I think it's because </w:t>
      </w:r>
      <w:proofErr w:type="gramStart"/>
      <w:r>
        <w:rPr>
          <w:rFonts w:ascii="Arial" w:hAnsi="Arial"/>
        </w:rPr>
        <w:t>it</w:t>
      </w:r>
      <w:proofErr w:type="gramEnd"/>
      <w:r>
        <w:rPr>
          <w:rFonts w:ascii="Arial" w:hAnsi="Arial"/>
        </w:rPr>
        <w:t xml:space="preserve"> they're worried that if like, somebody refuses to buy their girlfriend a new handbag they think been a rat poison in the cupboard. Yeah. That's the main </w:t>
      </w:r>
      <w:proofErr w:type="gramStart"/>
      <w:r>
        <w:rPr>
          <w:rFonts w:ascii="Arial" w:hAnsi="Arial"/>
        </w:rPr>
        <w:t>reason</w:t>
      </w:r>
      <w:proofErr w:type="gramEnd"/>
    </w:p>
    <w:p w14:paraId="168C498D" w14:textId="77777777" w:rsidR="00E865AD" w:rsidRDefault="00E865AD">
      <w:pPr>
        <w:spacing w:after="0"/>
      </w:pPr>
    </w:p>
    <w:p w14:paraId="1EEE51D5" w14:textId="77777777" w:rsidR="00E865AD" w:rsidRDefault="00000000">
      <w:pPr>
        <w:spacing w:after="0"/>
      </w:pPr>
      <w:r>
        <w:rPr>
          <w:rFonts w:ascii="Arial" w:hAnsi="Arial"/>
          <w:b/>
        </w:rPr>
        <w:t xml:space="preserve">Lucy  </w:t>
      </w:r>
      <w:r>
        <w:rPr>
          <w:rFonts w:ascii="Arial" w:hAnsi="Arial"/>
          <w:color w:val="5D7284"/>
        </w:rPr>
        <w:t>31:07</w:t>
      </w:r>
    </w:p>
    <w:p w14:paraId="37C62747" w14:textId="77777777" w:rsidR="00E865AD" w:rsidRDefault="00000000">
      <w:pPr>
        <w:spacing w:after="0"/>
      </w:pPr>
      <w:r>
        <w:rPr>
          <w:rFonts w:ascii="Arial" w:hAnsi="Arial"/>
        </w:rPr>
        <w:t xml:space="preserve">why I think it would certainly be more </w:t>
      </w:r>
      <w:proofErr w:type="gramStart"/>
      <w:r>
        <w:rPr>
          <w:rFonts w:ascii="Arial" w:hAnsi="Arial"/>
        </w:rPr>
        <w:t>humane than</w:t>
      </w:r>
      <w:proofErr w:type="gramEnd"/>
      <w:r>
        <w:rPr>
          <w:rFonts w:ascii="Arial" w:hAnsi="Arial"/>
        </w:rPr>
        <w:t xml:space="preserve"> </w:t>
      </w:r>
      <w:proofErr w:type="spellStart"/>
      <w:r>
        <w:rPr>
          <w:rFonts w:ascii="Arial" w:hAnsi="Arial"/>
        </w:rPr>
        <w:t>than</w:t>
      </w:r>
      <w:proofErr w:type="spellEnd"/>
      <w:r>
        <w:rPr>
          <w:rFonts w:ascii="Arial" w:hAnsi="Arial"/>
        </w:rPr>
        <w:t xml:space="preserve"> dogs, dogs. ratcatcher with dogs </w:t>
      </w:r>
    </w:p>
    <w:p w14:paraId="47DDB2E6" w14:textId="77777777" w:rsidR="00E865AD" w:rsidRDefault="00E865AD">
      <w:pPr>
        <w:spacing w:after="0"/>
      </w:pPr>
    </w:p>
    <w:p w14:paraId="1F24EEC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31:16</w:t>
      </w:r>
    </w:p>
    <w:p w14:paraId="66EA3917" w14:textId="77777777" w:rsidR="00E865AD" w:rsidRDefault="00000000">
      <w:pPr>
        <w:spacing w:after="0"/>
      </w:pPr>
      <w:proofErr w:type="gramStart"/>
      <w:r>
        <w:rPr>
          <w:rFonts w:ascii="Arial" w:hAnsi="Arial"/>
        </w:rPr>
        <w:t>that's</w:t>
      </w:r>
      <w:proofErr w:type="gramEnd"/>
      <w:r>
        <w:rPr>
          <w:rFonts w:ascii="Arial" w:hAnsi="Arial"/>
        </w:rPr>
        <w:t xml:space="preserve"> </w:t>
      </w:r>
      <w:proofErr w:type="gramStart"/>
      <w:r>
        <w:rPr>
          <w:rFonts w:ascii="Arial" w:hAnsi="Arial"/>
        </w:rPr>
        <w:t>pretty quick</w:t>
      </w:r>
      <w:proofErr w:type="gramEnd"/>
      <w:r>
        <w:rPr>
          <w:rFonts w:ascii="Arial" w:hAnsi="Arial"/>
        </w:rPr>
        <w:t>.</w:t>
      </w:r>
    </w:p>
    <w:p w14:paraId="429D028B" w14:textId="77777777" w:rsidR="00E865AD" w:rsidRDefault="00E865AD">
      <w:pPr>
        <w:spacing w:after="0"/>
      </w:pPr>
    </w:p>
    <w:p w14:paraId="1C776A83" w14:textId="77777777" w:rsidR="00E865AD" w:rsidRDefault="00000000">
      <w:pPr>
        <w:spacing w:after="0"/>
      </w:pPr>
      <w:r>
        <w:rPr>
          <w:rFonts w:ascii="Arial" w:hAnsi="Arial"/>
          <w:b/>
        </w:rPr>
        <w:t xml:space="preserve">Lucy  </w:t>
      </w:r>
      <w:r>
        <w:rPr>
          <w:rFonts w:ascii="Arial" w:hAnsi="Arial"/>
          <w:color w:val="5D7284"/>
        </w:rPr>
        <w:t>31:18</w:t>
      </w:r>
    </w:p>
    <w:p w14:paraId="2C3DD92A" w14:textId="77777777" w:rsidR="00E865AD" w:rsidRDefault="00000000">
      <w:pPr>
        <w:spacing w:after="0"/>
      </w:pPr>
      <w:r>
        <w:rPr>
          <w:rFonts w:ascii="Arial" w:hAnsi="Arial"/>
        </w:rPr>
        <w:t xml:space="preserve">So how long have you been around catcher then </w:t>
      </w:r>
      <w:proofErr w:type="gramStart"/>
      <w:r>
        <w:rPr>
          <w:rFonts w:ascii="Arial" w:hAnsi="Arial"/>
        </w:rPr>
        <w:t>actually</w:t>
      </w:r>
      <w:proofErr w:type="gramEnd"/>
    </w:p>
    <w:p w14:paraId="5BC0F53A" w14:textId="77777777" w:rsidR="00E865AD" w:rsidRDefault="00E865AD">
      <w:pPr>
        <w:spacing w:after="0"/>
      </w:pPr>
    </w:p>
    <w:p w14:paraId="148C8B2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31:21</w:t>
      </w:r>
    </w:p>
    <w:p w14:paraId="6EC37C9B" w14:textId="77777777" w:rsidR="00E865AD" w:rsidRDefault="00000000">
      <w:pPr>
        <w:spacing w:after="0"/>
      </w:pPr>
      <w:r>
        <w:rPr>
          <w:rFonts w:ascii="Arial" w:hAnsi="Arial"/>
        </w:rPr>
        <w:t xml:space="preserve">just doing it casually, like on the farm for a little while you're shooting since 11? So </w:t>
      </w:r>
      <w:proofErr w:type="gramStart"/>
      <w:r>
        <w:rPr>
          <w:rFonts w:ascii="Arial" w:hAnsi="Arial"/>
        </w:rPr>
        <w:t>Oh</w:t>
      </w:r>
      <w:proofErr w:type="gramEnd"/>
      <w:r>
        <w:rPr>
          <w:rFonts w:ascii="Arial" w:hAnsi="Arial"/>
        </w:rPr>
        <w:t xml:space="preserve">, couple of years now. Okay, just go out. And just to just like, I use night vision, so the rats don't even know I'm there. </w:t>
      </w:r>
      <w:proofErr w:type="gramStart"/>
      <w:r>
        <w:rPr>
          <w:rFonts w:ascii="Arial" w:hAnsi="Arial"/>
        </w:rPr>
        <w:t>So</w:t>
      </w:r>
      <w:proofErr w:type="gramEnd"/>
      <w:r>
        <w:rPr>
          <w:rFonts w:ascii="Arial" w:hAnsi="Arial"/>
        </w:rPr>
        <w:t xml:space="preserve"> one minute. </w:t>
      </w:r>
      <w:proofErr w:type="gramStart"/>
      <w:r>
        <w:rPr>
          <w:rFonts w:ascii="Arial" w:hAnsi="Arial"/>
        </w:rPr>
        <w:t xml:space="preserve">It's </w:t>
      </w:r>
      <w:proofErr w:type="spellStart"/>
      <w:r>
        <w:rPr>
          <w:rFonts w:ascii="Arial" w:hAnsi="Arial"/>
        </w:rPr>
        <w:t>it's</w:t>
      </w:r>
      <w:proofErr w:type="spellEnd"/>
      <w:proofErr w:type="gramEnd"/>
      <w:r>
        <w:rPr>
          <w:rFonts w:ascii="Arial" w:hAnsi="Arial"/>
        </w:rPr>
        <w:t xml:space="preserve"> instant. if that makes sense to the rat. it dark. Nobody knows I'm there. Jobs over?</w:t>
      </w:r>
    </w:p>
    <w:p w14:paraId="5C9048E8" w14:textId="77777777" w:rsidR="00E865AD" w:rsidRDefault="00E865AD">
      <w:pPr>
        <w:spacing w:after="0"/>
      </w:pPr>
    </w:p>
    <w:p w14:paraId="2649DD33" w14:textId="77777777" w:rsidR="00E865AD" w:rsidRDefault="00000000">
      <w:pPr>
        <w:spacing w:after="0"/>
      </w:pPr>
      <w:r>
        <w:rPr>
          <w:rFonts w:ascii="Arial" w:hAnsi="Arial"/>
          <w:b/>
        </w:rPr>
        <w:t xml:space="preserve">Lucy  </w:t>
      </w:r>
      <w:r>
        <w:rPr>
          <w:rFonts w:ascii="Arial" w:hAnsi="Arial"/>
          <w:color w:val="5D7284"/>
        </w:rPr>
        <w:t>31:48</w:t>
      </w:r>
    </w:p>
    <w:p w14:paraId="7AB7BD19" w14:textId="77777777" w:rsidR="00E865AD" w:rsidRDefault="00000000">
      <w:pPr>
        <w:spacing w:after="0"/>
      </w:pPr>
      <w:proofErr w:type="gramStart"/>
      <w:r>
        <w:rPr>
          <w:rFonts w:ascii="Arial" w:hAnsi="Arial"/>
        </w:rPr>
        <w:t>do</w:t>
      </w:r>
      <w:proofErr w:type="gramEnd"/>
      <w:r>
        <w:rPr>
          <w:rFonts w:ascii="Arial" w:hAnsi="Arial"/>
        </w:rPr>
        <w:t xml:space="preserve"> you have your pocket? do you have the podcast on like, over a set of headphones? because I would imagine our voices would put the rats would roll off and be like, What the hell is that noise? I'm off?</w:t>
      </w:r>
    </w:p>
    <w:p w14:paraId="75DE6489" w14:textId="77777777" w:rsidR="00E865AD" w:rsidRDefault="00E865AD">
      <w:pPr>
        <w:spacing w:after="0"/>
      </w:pPr>
    </w:p>
    <w:p w14:paraId="6FC3D0B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31:58</w:t>
      </w:r>
    </w:p>
    <w:p w14:paraId="462B849A" w14:textId="77777777" w:rsidR="00E865AD" w:rsidRDefault="00000000">
      <w:pPr>
        <w:spacing w:after="0"/>
      </w:pPr>
      <w:r>
        <w:rPr>
          <w:rFonts w:ascii="Arial" w:hAnsi="Arial"/>
        </w:rPr>
        <w:t xml:space="preserve">No, I just </w:t>
      </w:r>
      <w:proofErr w:type="spellStart"/>
      <w:r>
        <w:rPr>
          <w:rFonts w:ascii="Arial" w:hAnsi="Arial"/>
        </w:rPr>
        <w:t>just</w:t>
      </w:r>
      <w:proofErr w:type="spellEnd"/>
      <w:r>
        <w:rPr>
          <w:rFonts w:ascii="Arial" w:hAnsi="Arial"/>
        </w:rPr>
        <w:t xml:space="preserve"> have it like on a low volume. And</w:t>
      </w:r>
    </w:p>
    <w:p w14:paraId="0E8AECBA" w14:textId="77777777" w:rsidR="00E865AD" w:rsidRDefault="00E865AD">
      <w:pPr>
        <w:spacing w:after="0"/>
      </w:pPr>
    </w:p>
    <w:p w14:paraId="02A85AD0" w14:textId="77777777" w:rsidR="00E865AD" w:rsidRDefault="00000000">
      <w:pPr>
        <w:spacing w:after="0"/>
      </w:pPr>
      <w:r>
        <w:rPr>
          <w:rFonts w:ascii="Arial" w:hAnsi="Arial"/>
          <w:b/>
        </w:rPr>
        <w:t xml:space="preserve">Lucy  </w:t>
      </w:r>
      <w:r>
        <w:rPr>
          <w:rFonts w:ascii="Arial" w:hAnsi="Arial"/>
          <w:color w:val="5D7284"/>
        </w:rPr>
        <w:t>32:02</w:t>
      </w:r>
    </w:p>
    <w:p w14:paraId="0FB09CBB" w14:textId="77777777" w:rsidR="00E865AD" w:rsidRDefault="00000000">
      <w:pPr>
        <w:spacing w:after="0"/>
      </w:pPr>
      <w:proofErr w:type="gramStart"/>
      <w:r>
        <w:rPr>
          <w:rFonts w:ascii="Arial" w:hAnsi="Arial"/>
        </w:rPr>
        <w:t>it's</w:t>
      </w:r>
      <w:proofErr w:type="gramEnd"/>
      <w:r>
        <w:rPr>
          <w:rFonts w:ascii="Arial" w:hAnsi="Arial"/>
        </w:rPr>
        <w:t xml:space="preserve"> funny. It's just I think I'm just a bit of a soft city dweller.</w:t>
      </w:r>
    </w:p>
    <w:p w14:paraId="05796A23" w14:textId="77777777" w:rsidR="00E865AD" w:rsidRDefault="00E865AD">
      <w:pPr>
        <w:spacing w:after="0"/>
      </w:pPr>
    </w:p>
    <w:p w14:paraId="1DE96DAD"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32:11</w:t>
      </w:r>
    </w:p>
    <w:p w14:paraId="1F2138BA" w14:textId="77777777" w:rsidR="00E865AD" w:rsidRDefault="00000000">
      <w:pPr>
        <w:spacing w:after="0"/>
      </w:pPr>
      <w:r>
        <w:rPr>
          <w:rFonts w:ascii="Arial" w:hAnsi="Arial"/>
        </w:rPr>
        <w:t xml:space="preserve">No </w:t>
      </w:r>
      <w:proofErr w:type="spellStart"/>
      <w:r>
        <w:rPr>
          <w:rFonts w:ascii="Arial" w:hAnsi="Arial"/>
        </w:rPr>
        <w:t>no</w:t>
      </w:r>
      <w:proofErr w:type="spellEnd"/>
      <w:r>
        <w:rPr>
          <w:rFonts w:ascii="Arial" w:hAnsi="Arial"/>
        </w:rPr>
        <w:t xml:space="preserve"> </w:t>
      </w:r>
      <w:proofErr w:type="spellStart"/>
      <w:r>
        <w:rPr>
          <w:rFonts w:ascii="Arial" w:hAnsi="Arial"/>
        </w:rPr>
        <w:t>no</w:t>
      </w:r>
      <w:proofErr w:type="spellEnd"/>
      <w:r>
        <w:rPr>
          <w:rFonts w:ascii="Arial" w:hAnsi="Arial"/>
        </w:rPr>
        <w:t xml:space="preserve"> its not, because everyone's entitled to </w:t>
      </w:r>
      <w:proofErr w:type="gramStart"/>
      <w:r>
        <w:rPr>
          <w:rFonts w:ascii="Arial" w:hAnsi="Arial"/>
        </w:rPr>
        <w:t>opinion</w:t>
      </w:r>
      <w:proofErr w:type="gramEnd"/>
      <w:r>
        <w:rPr>
          <w:rFonts w:ascii="Arial" w:hAnsi="Arial"/>
        </w:rPr>
        <w:t xml:space="preserve">. I try to do it as humanely and legally as possible. And it's just something you've never come across. I mean, like you say about </w:t>
      </w:r>
      <w:proofErr w:type="gramStart"/>
      <w:r>
        <w:rPr>
          <w:rFonts w:ascii="Arial" w:hAnsi="Arial"/>
        </w:rPr>
        <w:t>city</w:t>
      </w:r>
      <w:proofErr w:type="gramEnd"/>
      <w:r>
        <w:rPr>
          <w:rFonts w:ascii="Arial" w:hAnsi="Arial"/>
        </w:rPr>
        <w:t>. I haven't been to Birmingham for years because it terrifies me. I hate it. I adapted against people in Birmingham. I just don't like it. I just couldn't do I went to London</w:t>
      </w:r>
      <w:proofErr w:type="gramStart"/>
      <w:r>
        <w:rPr>
          <w:rFonts w:ascii="Arial" w:hAnsi="Arial"/>
        </w:rPr>
        <w:t xml:space="preserve"> most</w:t>
      </w:r>
      <w:proofErr w:type="gramEnd"/>
      <w:r>
        <w:rPr>
          <w:rFonts w:ascii="Arial" w:hAnsi="Arial"/>
        </w:rPr>
        <w:t xml:space="preserve"> distressing moment of my life. I don't know how they do </w:t>
      </w:r>
      <w:proofErr w:type="gramStart"/>
      <w:r>
        <w:rPr>
          <w:rFonts w:ascii="Arial" w:hAnsi="Arial"/>
        </w:rPr>
        <w:t>it</w:t>
      </w:r>
      <w:proofErr w:type="gramEnd"/>
      <w:r>
        <w:rPr>
          <w:rFonts w:ascii="Arial" w:hAnsi="Arial"/>
        </w:rPr>
        <w:t xml:space="preserve"> </w:t>
      </w:r>
    </w:p>
    <w:p w14:paraId="5889F7DC" w14:textId="77777777" w:rsidR="00E865AD" w:rsidRDefault="00E865AD">
      <w:pPr>
        <w:spacing w:after="0"/>
      </w:pPr>
    </w:p>
    <w:p w14:paraId="3FF686EB" w14:textId="77777777" w:rsidR="00E865AD" w:rsidRDefault="00000000">
      <w:pPr>
        <w:spacing w:after="0"/>
      </w:pPr>
      <w:r>
        <w:rPr>
          <w:rFonts w:ascii="Arial" w:hAnsi="Arial"/>
          <w:b/>
        </w:rPr>
        <w:t xml:space="preserve">Lucy  </w:t>
      </w:r>
      <w:r>
        <w:rPr>
          <w:rFonts w:ascii="Arial" w:hAnsi="Arial"/>
          <w:color w:val="5D7284"/>
        </w:rPr>
        <w:t>32:35</w:t>
      </w:r>
    </w:p>
    <w:p w14:paraId="6FA2B099" w14:textId="77777777" w:rsidR="00E865AD" w:rsidRDefault="00000000">
      <w:pPr>
        <w:spacing w:after="0"/>
      </w:pPr>
      <w:r>
        <w:rPr>
          <w:rFonts w:ascii="Arial" w:hAnsi="Arial"/>
        </w:rPr>
        <w:t xml:space="preserve"> I don't live I wouldn't say well to Alice or the people that live in the city they do say you in the countryside but to me like I don't feel like I'm in the real </w:t>
      </w:r>
      <w:proofErr w:type="spellStart"/>
      <w:r>
        <w:rPr>
          <w:rFonts w:ascii="Arial" w:hAnsi="Arial"/>
        </w:rPr>
        <w:t>real</w:t>
      </w:r>
      <w:proofErr w:type="spellEnd"/>
      <w:r>
        <w:rPr>
          <w:rFonts w:ascii="Arial" w:hAnsi="Arial"/>
        </w:rPr>
        <w:t xml:space="preserve"> </w:t>
      </w:r>
      <w:proofErr w:type="gramStart"/>
      <w:r>
        <w:rPr>
          <w:rFonts w:ascii="Arial" w:hAnsi="Arial"/>
        </w:rPr>
        <w:t>countryside</w:t>
      </w:r>
      <w:proofErr w:type="gramEnd"/>
      <w:r>
        <w:rPr>
          <w:rFonts w:ascii="Arial" w:hAnsi="Arial"/>
        </w:rPr>
        <w:t xml:space="preserve"> but I know that </w:t>
      </w:r>
    </w:p>
    <w:p w14:paraId="4F5DC582" w14:textId="77777777" w:rsidR="00E865AD" w:rsidRDefault="00E865AD">
      <w:pPr>
        <w:spacing w:after="0"/>
      </w:pPr>
    </w:p>
    <w:p w14:paraId="5B6EE3AB" w14:textId="77777777" w:rsidR="00E865AD" w:rsidRDefault="00000000">
      <w:pPr>
        <w:spacing w:after="0"/>
      </w:pPr>
      <w:r>
        <w:rPr>
          <w:rFonts w:ascii="Arial" w:hAnsi="Arial"/>
          <w:b/>
        </w:rPr>
        <w:t xml:space="preserve">Lucy  </w:t>
      </w:r>
      <w:r>
        <w:rPr>
          <w:rFonts w:ascii="Arial" w:hAnsi="Arial"/>
          <w:color w:val="5D7284"/>
        </w:rPr>
        <w:t>32:50</w:t>
      </w:r>
    </w:p>
    <w:p w14:paraId="4820EFFC" w14:textId="77777777" w:rsidR="00E865AD" w:rsidRDefault="00000000">
      <w:pPr>
        <w:spacing w:after="0"/>
      </w:pPr>
      <w:r>
        <w:rPr>
          <w:rFonts w:ascii="Arial" w:hAnsi="Arial"/>
        </w:rPr>
        <w:t xml:space="preserve">you're not rural </w:t>
      </w:r>
      <w:proofErr w:type="gramStart"/>
      <w:r>
        <w:rPr>
          <w:rFonts w:ascii="Arial" w:hAnsi="Arial"/>
        </w:rPr>
        <w:t>farmland</w:t>
      </w:r>
      <w:proofErr w:type="gramEnd"/>
      <w:r>
        <w:rPr>
          <w:rFonts w:ascii="Arial" w:hAnsi="Arial"/>
        </w:rPr>
        <w:t xml:space="preserve"> </w:t>
      </w:r>
    </w:p>
    <w:p w14:paraId="32A380B9" w14:textId="77777777" w:rsidR="00E865AD" w:rsidRDefault="00E865AD">
      <w:pPr>
        <w:spacing w:after="0"/>
      </w:pPr>
    </w:p>
    <w:p w14:paraId="458DFB72" w14:textId="77777777" w:rsidR="00E865AD" w:rsidRDefault="00000000">
      <w:pPr>
        <w:spacing w:after="0"/>
      </w:pPr>
      <w:r>
        <w:rPr>
          <w:rFonts w:ascii="Arial" w:hAnsi="Arial"/>
          <w:b/>
        </w:rPr>
        <w:lastRenderedPageBreak/>
        <w:t xml:space="preserve">Lucy  </w:t>
      </w:r>
      <w:r>
        <w:rPr>
          <w:rFonts w:ascii="Arial" w:hAnsi="Arial"/>
          <w:color w:val="5D7284"/>
        </w:rPr>
        <w:t>32:52</w:t>
      </w:r>
    </w:p>
    <w:p w14:paraId="72F40DC4" w14:textId="77777777" w:rsidR="00E865AD" w:rsidRDefault="00000000">
      <w:pPr>
        <w:spacing w:after="0"/>
      </w:pPr>
      <w:r>
        <w:rPr>
          <w:rFonts w:ascii="Arial" w:hAnsi="Arial"/>
        </w:rPr>
        <w:t xml:space="preserve">I feel the </w:t>
      </w:r>
      <w:proofErr w:type="spellStart"/>
      <w:r>
        <w:rPr>
          <w:rFonts w:ascii="Arial" w:hAnsi="Arial"/>
        </w:rPr>
        <w:t>the</w:t>
      </w:r>
      <w:proofErr w:type="spellEnd"/>
      <w:r>
        <w:rPr>
          <w:rFonts w:ascii="Arial" w:hAnsi="Arial"/>
        </w:rPr>
        <w:t xml:space="preserve"> side of us but we are</w:t>
      </w:r>
      <w:proofErr w:type="gramStart"/>
      <w:r>
        <w:rPr>
          <w:rFonts w:ascii="Arial" w:hAnsi="Arial"/>
        </w:rPr>
        <w:t>/..</w:t>
      </w:r>
      <w:proofErr w:type="gramEnd"/>
    </w:p>
    <w:p w14:paraId="17C111BD" w14:textId="77777777" w:rsidR="00E865AD" w:rsidRDefault="00E865AD">
      <w:pPr>
        <w:spacing w:after="0"/>
      </w:pPr>
    </w:p>
    <w:p w14:paraId="64D24B1C" w14:textId="77777777" w:rsidR="00E865AD" w:rsidRDefault="00000000">
      <w:pPr>
        <w:spacing w:after="0"/>
      </w:pPr>
      <w:r>
        <w:rPr>
          <w:rFonts w:ascii="Arial" w:hAnsi="Arial"/>
          <w:b/>
        </w:rPr>
        <w:t xml:space="preserve">Alice  </w:t>
      </w:r>
      <w:r>
        <w:rPr>
          <w:rFonts w:ascii="Arial" w:hAnsi="Arial"/>
          <w:color w:val="5D7284"/>
        </w:rPr>
        <w:t>32:56</w:t>
      </w:r>
    </w:p>
    <w:p w14:paraId="72986E00" w14:textId="77777777" w:rsidR="00E865AD" w:rsidRDefault="00000000">
      <w:pPr>
        <w:spacing w:after="0"/>
      </w:pPr>
      <w:r>
        <w:rPr>
          <w:rFonts w:ascii="Arial" w:hAnsi="Arial"/>
        </w:rPr>
        <w:t xml:space="preserve">You're a small </w:t>
      </w:r>
      <w:proofErr w:type="gramStart"/>
      <w:r>
        <w:rPr>
          <w:rFonts w:ascii="Arial" w:hAnsi="Arial"/>
        </w:rPr>
        <w:t>town</w:t>
      </w:r>
      <w:proofErr w:type="gramEnd"/>
      <w:r>
        <w:rPr>
          <w:rFonts w:ascii="Arial" w:hAnsi="Arial"/>
        </w:rPr>
        <w:t xml:space="preserve"> </w:t>
      </w:r>
    </w:p>
    <w:p w14:paraId="5CC0E75D" w14:textId="77777777" w:rsidR="00E865AD" w:rsidRDefault="00E865AD">
      <w:pPr>
        <w:spacing w:after="0"/>
      </w:pPr>
    </w:p>
    <w:p w14:paraId="6F78D43E" w14:textId="77777777" w:rsidR="00E865AD" w:rsidRDefault="00000000">
      <w:pPr>
        <w:spacing w:after="0"/>
      </w:pPr>
      <w:r>
        <w:rPr>
          <w:rFonts w:ascii="Arial" w:hAnsi="Arial"/>
          <w:b/>
        </w:rPr>
        <w:t xml:space="preserve">Alice  </w:t>
      </w:r>
      <w:r>
        <w:rPr>
          <w:rFonts w:ascii="Arial" w:hAnsi="Arial"/>
          <w:color w:val="5D7284"/>
        </w:rPr>
        <w:t>33:02</w:t>
      </w:r>
    </w:p>
    <w:p w14:paraId="0973393A" w14:textId="77777777" w:rsidR="00E865AD" w:rsidRDefault="00000000">
      <w:pPr>
        <w:spacing w:after="0"/>
      </w:pPr>
      <w:r>
        <w:rPr>
          <w:rFonts w:ascii="Arial" w:hAnsi="Arial"/>
        </w:rPr>
        <w:t xml:space="preserve">but when I go </w:t>
      </w:r>
      <w:proofErr w:type="gramStart"/>
      <w:r>
        <w:rPr>
          <w:rFonts w:ascii="Arial" w:hAnsi="Arial"/>
        </w:rPr>
        <w:t>so</w:t>
      </w:r>
      <w:proofErr w:type="gramEnd"/>
      <w:r>
        <w:rPr>
          <w:rFonts w:ascii="Arial" w:hAnsi="Arial"/>
        </w:rPr>
        <w:t xml:space="preserve"> I know that I quite like living where I live because I can do London for about two days before I need to go home and just have a bit of peace and quiet really German and I can do Birmingham for a day and then the money to come home immediately.</w:t>
      </w:r>
    </w:p>
    <w:p w14:paraId="24670C5C" w14:textId="77777777" w:rsidR="00E865AD" w:rsidRDefault="00E865AD">
      <w:pPr>
        <w:spacing w:after="0"/>
      </w:pPr>
    </w:p>
    <w:p w14:paraId="2051F84B" w14:textId="77777777" w:rsidR="00E865AD" w:rsidRDefault="00000000">
      <w:pPr>
        <w:spacing w:after="0"/>
      </w:pPr>
      <w:r>
        <w:rPr>
          <w:rFonts w:ascii="Arial" w:hAnsi="Arial"/>
          <w:b/>
        </w:rPr>
        <w:t xml:space="preserve">Alice  </w:t>
      </w:r>
      <w:r>
        <w:rPr>
          <w:rFonts w:ascii="Arial" w:hAnsi="Arial"/>
          <w:color w:val="5D7284"/>
        </w:rPr>
        <w:t>33:16</w:t>
      </w:r>
    </w:p>
    <w:p w14:paraId="03AF2B0B" w14:textId="77777777" w:rsidR="00E865AD" w:rsidRDefault="00000000">
      <w:pPr>
        <w:spacing w:after="0"/>
      </w:pPr>
      <w:r>
        <w:rPr>
          <w:rFonts w:ascii="Arial" w:hAnsi="Arial"/>
        </w:rPr>
        <w:t xml:space="preserve">your </w:t>
      </w:r>
      <w:proofErr w:type="spellStart"/>
      <w:r>
        <w:rPr>
          <w:rFonts w:ascii="Arial" w:hAnsi="Arial"/>
        </w:rPr>
        <w:t>your</w:t>
      </w:r>
      <w:proofErr w:type="spellEnd"/>
      <w:r>
        <w:rPr>
          <w:rFonts w:ascii="Arial" w:hAnsi="Arial"/>
        </w:rPr>
        <w:t xml:space="preserve"> rural enough that your sister can milk cows on a Saturday?</w:t>
      </w:r>
    </w:p>
    <w:p w14:paraId="7212F7A5" w14:textId="77777777" w:rsidR="00E865AD" w:rsidRDefault="00E865AD">
      <w:pPr>
        <w:spacing w:after="0"/>
      </w:pPr>
    </w:p>
    <w:p w14:paraId="5CB36D0D" w14:textId="77777777" w:rsidR="00E865AD" w:rsidRDefault="00000000">
      <w:pPr>
        <w:spacing w:after="0"/>
      </w:pPr>
      <w:r>
        <w:rPr>
          <w:rFonts w:ascii="Arial" w:hAnsi="Arial"/>
          <w:b/>
        </w:rPr>
        <w:t xml:space="preserve">Alice  </w:t>
      </w:r>
      <w:r>
        <w:rPr>
          <w:rFonts w:ascii="Arial" w:hAnsi="Arial"/>
          <w:color w:val="5D7284"/>
        </w:rPr>
        <w:t>33:22</w:t>
      </w:r>
    </w:p>
    <w:p w14:paraId="6A6B6C27" w14:textId="77777777" w:rsidR="00E865AD" w:rsidRDefault="00000000">
      <w:pPr>
        <w:spacing w:after="0"/>
      </w:pPr>
      <w:proofErr w:type="gramStart"/>
      <w:r>
        <w:rPr>
          <w:rFonts w:ascii="Arial" w:hAnsi="Arial"/>
        </w:rPr>
        <w:t>Yes</w:t>
      </w:r>
      <w:proofErr w:type="gramEnd"/>
      <w:r>
        <w:rPr>
          <w:rFonts w:ascii="Arial" w:hAnsi="Arial"/>
        </w:rPr>
        <w:t xml:space="preserve"> </w:t>
      </w:r>
      <w:proofErr w:type="gramStart"/>
      <w:r>
        <w:rPr>
          <w:rFonts w:ascii="Arial" w:hAnsi="Arial"/>
        </w:rPr>
        <w:t>the</w:t>
      </w:r>
      <w:proofErr w:type="gramEnd"/>
      <w:r>
        <w:rPr>
          <w:rFonts w:ascii="Arial" w:hAnsi="Arial"/>
        </w:rPr>
        <w:t xml:space="preserve"> me and my sister are complete opposites my idea of having a nice day today is having an ice bath. </w:t>
      </w:r>
      <w:proofErr w:type="gramStart"/>
      <w:r>
        <w:rPr>
          <w:rFonts w:ascii="Arial" w:hAnsi="Arial"/>
        </w:rPr>
        <w:t>you</w:t>
      </w:r>
      <w:proofErr w:type="gramEnd"/>
      <w:r>
        <w:rPr>
          <w:rFonts w:ascii="Arial" w:hAnsi="Arial"/>
        </w:rPr>
        <w:t xml:space="preserve"> know it's a calm like relaxing. My sister will go and milk cows over the weekend and come back covered in cow mock stinking I haven't and insist on standing in the doorway talking to you while she's got like don't fall over like get it just go get in the shower. I love you dearly but go </w:t>
      </w:r>
      <w:proofErr w:type="spellStart"/>
      <w:proofErr w:type="gramStart"/>
      <w:r>
        <w:rPr>
          <w:rFonts w:ascii="Arial" w:hAnsi="Arial"/>
        </w:rPr>
        <w:t>go</w:t>
      </w:r>
      <w:proofErr w:type="spellEnd"/>
      <w:proofErr w:type="gramEnd"/>
    </w:p>
    <w:p w14:paraId="36210B9B" w14:textId="77777777" w:rsidR="00E865AD" w:rsidRDefault="00E865AD">
      <w:pPr>
        <w:spacing w:after="0"/>
      </w:pPr>
    </w:p>
    <w:p w14:paraId="2CC70151" w14:textId="77777777" w:rsidR="00E865AD" w:rsidRDefault="00000000">
      <w:pPr>
        <w:spacing w:after="0"/>
      </w:pPr>
      <w:r>
        <w:rPr>
          <w:rFonts w:ascii="Arial" w:hAnsi="Arial"/>
          <w:b/>
        </w:rPr>
        <w:t xml:space="preserve">Alice  </w:t>
      </w:r>
      <w:r>
        <w:rPr>
          <w:rFonts w:ascii="Arial" w:hAnsi="Arial"/>
          <w:color w:val="5D7284"/>
        </w:rPr>
        <w:t>33:52</w:t>
      </w:r>
    </w:p>
    <w:p w14:paraId="698A4941" w14:textId="77777777" w:rsidR="00E865AD" w:rsidRDefault="00000000">
      <w:pPr>
        <w:spacing w:after="0"/>
      </w:pPr>
      <w:r>
        <w:rPr>
          <w:rFonts w:ascii="Arial" w:hAnsi="Arial"/>
        </w:rPr>
        <w:t xml:space="preserve">because you stink no, no. No. Sounds like my idea of hell getting dirty and smelly in somebody else's </w:t>
      </w:r>
      <w:proofErr w:type="gramStart"/>
      <w:r>
        <w:rPr>
          <w:rFonts w:ascii="Arial" w:hAnsi="Arial"/>
        </w:rPr>
        <w:t>waste</w:t>
      </w:r>
      <w:proofErr w:type="gramEnd"/>
    </w:p>
    <w:p w14:paraId="792931BB" w14:textId="77777777" w:rsidR="00E865AD" w:rsidRDefault="00E865AD">
      <w:pPr>
        <w:spacing w:after="0"/>
      </w:pPr>
    </w:p>
    <w:p w14:paraId="3C65BB16" w14:textId="77777777" w:rsidR="00E865AD" w:rsidRDefault="00000000">
      <w:pPr>
        <w:spacing w:after="0"/>
      </w:pPr>
      <w:r>
        <w:rPr>
          <w:rFonts w:ascii="Arial" w:hAnsi="Arial"/>
          <w:b/>
        </w:rPr>
        <w:t xml:space="preserve">Alice  </w:t>
      </w:r>
      <w:r>
        <w:rPr>
          <w:rFonts w:ascii="Arial" w:hAnsi="Arial"/>
          <w:color w:val="5D7284"/>
        </w:rPr>
        <w:t>34:02</w:t>
      </w:r>
    </w:p>
    <w:p w14:paraId="25C7010D" w14:textId="77777777" w:rsidR="00E865AD" w:rsidRDefault="00000000">
      <w:pPr>
        <w:spacing w:after="0"/>
      </w:pPr>
      <w:r>
        <w:rPr>
          <w:rFonts w:ascii="Arial" w:hAnsi="Arial"/>
        </w:rPr>
        <w:t xml:space="preserve">I have my nails done every two weeks on this I couldn't cope? </w:t>
      </w:r>
      <w:proofErr w:type="gramStart"/>
      <w:r>
        <w:rPr>
          <w:rFonts w:ascii="Arial" w:hAnsi="Arial"/>
        </w:rPr>
        <w:t>do</w:t>
      </w:r>
      <w:proofErr w:type="gramEnd"/>
      <w:r>
        <w:rPr>
          <w:rFonts w:ascii="Arial" w:hAnsi="Arial"/>
        </w:rPr>
        <w:t xml:space="preserve"> you know what I mean?</w:t>
      </w:r>
    </w:p>
    <w:p w14:paraId="5E802331" w14:textId="77777777" w:rsidR="00E865AD" w:rsidRDefault="00E865AD">
      <w:pPr>
        <w:spacing w:after="0"/>
      </w:pPr>
    </w:p>
    <w:p w14:paraId="74D2F5F9" w14:textId="77777777" w:rsidR="00E865AD" w:rsidRDefault="00000000">
      <w:pPr>
        <w:spacing w:after="0"/>
      </w:pPr>
      <w:r>
        <w:rPr>
          <w:rFonts w:ascii="Arial" w:hAnsi="Arial"/>
          <w:b/>
        </w:rPr>
        <w:t xml:space="preserve">Alice  </w:t>
      </w:r>
      <w:r>
        <w:rPr>
          <w:rFonts w:ascii="Arial" w:hAnsi="Arial"/>
          <w:color w:val="5D7284"/>
        </w:rPr>
        <w:t>34:11</w:t>
      </w:r>
    </w:p>
    <w:p w14:paraId="5C33563B" w14:textId="77777777" w:rsidR="00E865AD" w:rsidRDefault="00000000">
      <w:pPr>
        <w:spacing w:after="0"/>
      </w:pPr>
      <w:r>
        <w:rPr>
          <w:rFonts w:ascii="Arial" w:hAnsi="Arial"/>
        </w:rPr>
        <w:t xml:space="preserve"> </w:t>
      </w:r>
      <w:proofErr w:type="spellStart"/>
      <w:r>
        <w:rPr>
          <w:rFonts w:ascii="Arial" w:hAnsi="Arial"/>
        </w:rPr>
        <w:t>Yeah,I</w:t>
      </w:r>
      <w:proofErr w:type="spellEnd"/>
      <w:r>
        <w:rPr>
          <w:rFonts w:ascii="Arial" w:hAnsi="Arial"/>
        </w:rPr>
        <w:t xml:space="preserve"> love the idea of horse riding and I've been horse riding a few </w:t>
      </w:r>
      <w:proofErr w:type="gramStart"/>
      <w:r>
        <w:rPr>
          <w:rFonts w:ascii="Arial" w:hAnsi="Arial"/>
        </w:rPr>
        <w:t>times</w:t>
      </w:r>
      <w:proofErr w:type="gramEnd"/>
      <w:r>
        <w:rPr>
          <w:rFonts w:ascii="Arial" w:hAnsi="Arial"/>
        </w:rPr>
        <w:t xml:space="preserve"> I really </w:t>
      </w:r>
      <w:proofErr w:type="spellStart"/>
      <w:r>
        <w:rPr>
          <w:rFonts w:ascii="Arial" w:hAnsi="Arial"/>
        </w:rPr>
        <w:t>really</w:t>
      </w:r>
      <w:proofErr w:type="spellEnd"/>
      <w:r>
        <w:rPr>
          <w:rFonts w:ascii="Arial" w:hAnsi="Arial"/>
        </w:rPr>
        <w:t xml:space="preserve"> enjoy it. I have absolutely no interest in the before or after element of it. get around on the horse bouncing up and down bit of exercise on a horse. I'd like to get off a horse and go and sit and have like a nice fancy coffee somewhere </w:t>
      </w:r>
      <w:proofErr w:type="gramStart"/>
      <w:r>
        <w:rPr>
          <w:rFonts w:ascii="Arial" w:hAnsi="Arial"/>
        </w:rPr>
        <w:t>yes</w:t>
      </w:r>
      <w:proofErr w:type="gramEnd"/>
      <w:r>
        <w:rPr>
          <w:rFonts w:ascii="Arial" w:hAnsi="Arial"/>
        </w:rPr>
        <w:t xml:space="preserve"> I have no I've no interest in this brushing down of horses and changing hay and stuff like that. Like I will never if I ever own a </w:t>
      </w:r>
      <w:proofErr w:type="gramStart"/>
      <w:r>
        <w:rPr>
          <w:rFonts w:ascii="Arial" w:hAnsi="Arial"/>
        </w:rPr>
        <w:t>horse</w:t>
      </w:r>
      <w:proofErr w:type="gramEnd"/>
      <w:r>
        <w:rPr>
          <w:rFonts w:ascii="Arial" w:hAnsi="Arial"/>
        </w:rPr>
        <w:t xml:space="preserve"> I will be paying somebody to do all of the horse elements of it and I will just do the sitting on them bit.</w:t>
      </w:r>
    </w:p>
    <w:p w14:paraId="387FEA2E" w14:textId="77777777" w:rsidR="00E865AD" w:rsidRDefault="00E865AD">
      <w:pPr>
        <w:spacing w:after="0"/>
      </w:pPr>
    </w:p>
    <w:p w14:paraId="1E47AAE6" w14:textId="77777777" w:rsidR="00E865AD" w:rsidRDefault="00000000">
      <w:pPr>
        <w:spacing w:after="0"/>
      </w:pPr>
      <w:r>
        <w:rPr>
          <w:rFonts w:ascii="Arial" w:hAnsi="Arial"/>
          <w:b/>
        </w:rPr>
        <w:t xml:space="preserve">Lucy  </w:t>
      </w:r>
      <w:r>
        <w:rPr>
          <w:rFonts w:ascii="Arial" w:hAnsi="Arial"/>
          <w:color w:val="5D7284"/>
        </w:rPr>
        <w:t>34:49</w:t>
      </w:r>
    </w:p>
    <w:p w14:paraId="3E73F845" w14:textId="77777777" w:rsidR="00E865AD" w:rsidRDefault="00000000">
      <w:pPr>
        <w:spacing w:after="0"/>
      </w:pPr>
      <w:r>
        <w:rPr>
          <w:rFonts w:ascii="Arial" w:hAnsi="Arial"/>
        </w:rPr>
        <w:t xml:space="preserve">Yes, you can go and look pretty on a horse for photo </w:t>
      </w:r>
      <w:proofErr w:type="spellStart"/>
      <w:r>
        <w:rPr>
          <w:rFonts w:ascii="Arial" w:hAnsi="Arial"/>
        </w:rPr>
        <w:t>opportunites</w:t>
      </w:r>
      <w:proofErr w:type="spellEnd"/>
      <w:r>
        <w:rPr>
          <w:rFonts w:ascii="Arial" w:hAnsi="Arial"/>
        </w:rPr>
        <w:t xml:space="preserve">  opportunities. I'm not </w:t>
      </w:r>
      <w:proofErr w:type="gramStart"/>
      <w:r>
        <w:rPr>
          <w:rFonts w:ascii="Arial" w:hAnsi="Arial"/>
        </w:rPr>
        <w:t>very</w:t>
      </w:r>
      <w:proofErr w:type="gramEnd"/>
      <w:r>
        <w:rPr>
          <w:rFonts w:ascii="Arial" w:hAnsi="Arial"/>
        </w:rPr>
        <w:t xml:space="preserve"> good horse. I've got no balance so I can remember going to tell the story. And my mom laughed her head off every time she </w:t>
      </w:r>
      <w:proofErr w:type="gramStart"/>
      <w:r>
        <w:rPr>
          <w:rFonts w:ascii="Arial" w:hAnsi="Arial"/>
        </w:rPr>
        <w:t>tells</w:t>
      </w:r>
      <w:proofErr w:type="gramEnd"/>
      <w:r>
        <w:rPr>
          <w:rFonts w:ascii="Arial" w:hAnsi="Arial"/>
        </w:rPr>
        <w:t xml:space="preserve"> this story. </w:t>
      </w:r>
      <w:proofErr w:type="gramStart"/>
      <w:r>
        <w:rPr>
          <w:rFonts w:ascii="Arial" w:hAnsi="Arial"/>
        </w:rPr>
        <w:t>So</w:t>
      </w:r>
      <w:proofErr w:type="gramEnd"/>
      <w:r>
        <w:rPr>
          <w:rFonts w:ascii="Arial" w:hAnsi="Arial"/>
        </w:rPr>
        <w:t xml:space="preserve"> when I went to school, we went on a school trip. Donkey Sanctuary. I love it already, because it's hilarious, because my balance is terrible. They put me on the back of a donkey, which is fine. They won't be able to get on a donkey now because I'm heavy. And it's ridiculous. </w:t>
      </w:r>
      <w:proofErr w:type="gramStart"/>
      <w:r>
        <w:rPr>
          <w:rFonts w:ascii="Arial" w:hAnsi="Arial"/>
        </w:rPr>
        <w:t>But,</w:t>
      </w:r>
      <w:proofErr w:type="gramEnd"/>
      <w:r>
        <w:rPr>
          <w:rFonts w:ascii="Arial" w:hAnsi="Arial"/>
        </w:rPr>
        <w:t xml:space="preserve"> so I was going up or down on top of the donkey, and the donkey. </w:t>
      </w:r>
      <w:proofErr w:type="gramStart"/>
      <w:r>
        <w:rPr>
          <w:rFonts w:ascii="Arial" w:hAnsi="Arial"/>
        </w:rPr>
        <w:t>So</w:t>
      </w:r>
      <w:proofErr w:type="gramEnd"/>
      <w:r>
        <w:rPr>
          <w:rFonts w:ascii="Arial" w:hAnsi="Arial"/>
        </w:rPr>
        <w:t xml:space="preserve"> when I was going off, the dog </w:t>
      </w:r>
      <w:proofErr w:type="gramStart"/>
      <w:r>
        <w:rPr>
          <w:rFonts w:ascii="Arial" w:hAnsi="Arial"/>
        </w:rPr>
        <w:t>keeps</w:t>
      </w:r>
      <w:proofErr w:type="gramEnd"/>
      <w:r>
        <w:rPr>
          <w:rFonts w:ascii="Arial" w:hAnsi="Arial"/>
        </w:rPr>
        <w:t xml:space="preserve"> going down. Or when I was going down, the dog </w:t>
      </w:r>
      <w:proofErr w:type="gramStart"/>
      <w:r>
        <w:rPr>
          <w:rFonts w:ascii="Arial" w:hAnsi="Arial"/>
        </w:rPr>
        <w:t>keeps</w:t>
      </w:r>
      <w:proofErr w:type="gramEnd"/>
      <w:r>
        <w:rPr>
          <w:rFonts w:ascii="Arial" w:hAnsi="Arial"/>
        </w:rPr>
        <w:t xml:space="preserve"> going up. </w:t>
      </w:r>
      <w:proofErr w:type="gramStart"/>
      <w:r>
        <w:rPr>
          <w:rFonts w:ascii="Arial" w:hAnsi="Arial"/>
        </w:rPr>
        <w:t>So</w:t>
      </w:r>
      <w:proofErr w:type="gramEnd"/>
      <w:r>
        <w:rPr>
          <w:rFonts w:ascii="Arial" w:hAnsi="Arial"/>
        </w:rPr>
        <w:t xml:space="preserve"> we're like, not working in sync trotting around this hall. And my mom who'd come to support us on your school trip </w:t>
      </w:r>
      <w:r>
        <w:rPr>
          <w:rFonts w:ascii="Arial" w:hAnsi="Arial"/>
        </w:rPr>
        <w:lastRenderedPageBreak/>
        <w:t xml:space="preserve">was watching me on the donkey. And every time she was like, crying with laughter more and more because he was just like, doing it all wrong. And he got to the stage was like, I'm so cross with you  every time but I was like, donkey got some speed up by this point. And I was </w:t>
      </w:r>
      <w:proofErr w:type="gramStart"/>
      <w:r>
        <w:rPr>
          <w:rFonts w:ascii="Arial" w:hAnsi="Arial"/>
        </w:rPr>
        <w:t>going..</w:t>
      </w:r>
      <w:proofErr w:type="gramEnd"/>
      <w:r>
        <w:rPr>
          <w:rFonts w:ascii="Arial" w:hAnsi="Arial"/>
        </w:rPr>
        <w:t xml:space="preserve"> I'm so... </w:t>
      </w:r>
      <w:proofErr w:type="gramStart"/>
      <w:r>
        <w:rPr>
          <w:rFonts w:ascii="Arial" w:hAnsi="Arial"/>
        </w:rPr>
        <w:t>cross..</w:t>
      </w:r>
      <w:proofErr w:type="gramEnd"/>
      <w:r>
        <w:rPr>
          <w:rFonts w:ascii="Arial" w:hAnsi="Arial"/>
        </w:rPr>
        <w:t xml:space="preserve"> </w:t>
      </w:r>
      <w:proofErr w:type="gramStart"/>
      <w:r>
        <w:rPr>
          <w:rFonts w:ascii="Arial" w:hAnsi="Arial"/>
        </w:rPr>
        <w:t>with..</w:t>
      </w:r>
      <w:proofErr w:type="gramEnd"/>
      <w:r>
        <w:rPr>
          <w:rFonts w:ascii="Arial" w:hAnsi="Arial"/>
        </w:rPr>
        <w:t xml:space="preserve">  you as I rode past her! Just </w:t>
      </w:r>
      <w:proofErr w:type="spellStart"/>
      <w:r>
        <w:rPr>
          <w:rFonts w:ascii="Arial" w:hAnsi="Arial"/>
        </w:rPr>
        <w:t>unbelivable</w:t>
      </w:r>
      <w:proofErr w:type="spellEnd"/>
      <w:r>
        <w:rPr>
          <w:rFonts w:ascii="Arial" w:hAnsi="Arial"/>
        </w:rPr>
        <w:t xml:space="preserve">!  I think that's unlocked a </w:t>
      </w:r>
      <w:proofErr w:type="gramStart"/>
      <w:r>
        <w:rPr>
          <w:rFonts w:ascii="Arial" w:hAnsi="Arial"/>
        </w:rPr>
        <w:t>memory</w:t>
      </w:r>
      <w:proofErr w:type="gramEnd"/>
    </w:p>
    <w:p w14:paraId="02084A2F" w14:textId="77777777" w:rsidR="00E865AD" w:rsidRDefault="00E865AD">
      <w:pPr>
        <w:spacing w:after="0"/>
      </w:pPr>
    </w:p>
    <w:p w14:paraId="13129BC2" w14:textId="77777777" w:rsidR="00E865AD" w:rsidRDefault="00000000">
      <w:pPr>
        <w:spacing w:after="0"/>
      </w:pPr>
      <w:r>
        <w:rPr>
          <w:rFonts w:ascii="Arial" w:hAnsi="Arial"/>
          <w:b/>
        </w:rPr>
        <w:t xml:space="preserve">Lucy  </w:t>
      </w:r>
      <w:r>
        <w:rPr>
          <w:rFonts w:ascii="Arial" w:hAnsi="Arial"/>
          <w:color w:val="5D7284"/>
        </w:rPr>
        <w:t>36:25</w:t>
      </w:r>
    </w:p>
    <w:p w14:paraId="4BEE1B2C" w14:textId="77777777" w:rsidR="00E865AD" w:rsidRDefault="00000000">
      <w:pPr>
        <w:spacing w:after="0"/>
      </w:pPr>
      <w:r>
        <w:rPr>
          <w:rFonts w:ascii="Arial" w:hAnsi="Arial"/>
        </w:rPr>
        <w:t>Lucy's Childhood animal traumas.</w:t>
      </w:r>
    </w:p>
    <w:p w14:paraId="08955296" w14:textId="77777777" w:rsidR="00E865AD" w:rsidRDefault="00E865AD">
      <w:pPr>
        <w:spacing w:after="0"/>
      </w:pPr>
    </w:p>
    <w:p w14:paraId="638DF1AC" w14:textId="77777777" w:rsidR="00E865AD" w:rsidRDefault="00000000">
      <w:pPr>
        <w:spacing w:after="0"/>
      </w:pPr>
      <w:r>
        <w:rPr>
          <w:rFonts w:ascii="Arial" w:hAnsi="Arial"/>
          <w:b/>
        </w:rPr>
        <w:t xml:space="preserve">Lucy  </w:t>
      </w:r>
      <w:r>
        <w:rPr>
          <w:rFonts w:ascii="Arial" w:hAnsi="Arial"/>
          <w:color w:val="5D7284"/>
        </w:rPr>
        <w:t>36:28</w:t>
      </w:r>
    </w:p>
    <w:p w14:paraId="577D41A1" w14:textId="77777777" w:rsidR="00E865AD" w:rsidRDefault="00000000">
      <w:pPr>
        <w:spacing w:after="0"/>
      </w:pPr>
      <w:r>
        <w:rPr>
          <w:rFonts w:ascii="Arial" w:hAnsi="Arial"/>
        </w:rPr>
        <w:t xml:space="preserve">Yeah, </w:t>
      </w:r>
      <w:proofErr w:type="gramStart"/>
      <w:r>
        <w:rPr>
          <w:rFonts w:ascii="Arial" w:hAnsi="Arial"/>
        </w:rPr>
        <w:t>That's</w:t>
      </w:r>
      <w:proofErr w:type="gramEnd"/>
      <w:r>
        <w:rPr>
          <w:rFonts w:ascii="Arial" w:hAnsi="Arial"/>
        </w:rPr>
        <w:t xml:space="preserve"> why I don't get on with them very well </w:t>
      </w:r>
    </w:p>
    <w:p w14:paraId="7B4B97C6" w14:textId="77777777" w:rsidR="00E865AD" w:rsidRDefault="00E865AD">
      <w:pPr>
        <w:spacing w:after="0"/>
      </w:pPr>
    </w:p>
    <w:p w14:paraId="1E0A826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36:31</w:t>
      </w:r>
    </w:p>
    <w:p w14:paraId="1439DD2D" w14:textId="77777777" w:rsidR="00E865AD" w:rsidRDefault="00000000">
      <w:pPr>
        <w:spacing w:after="0"/>
      </w:pPr>
      <w:r>
        <w:rPr>
          <w:rFonts w:ascii="Arial" w:hAnsi="Arial"/>
        </w:rPr>
        <w:t xml:space="preserve"> It's supposed to be brilliant for speech therapy for children with autism. The motion of up and down. </w:t>
      </w:r>
    </w:p>
    <w:p w14:paraId="0AE6B176" w14:textId="77777777" w:rsidR="00E865AD" w:rsidRDefault="00E865AD">
      <w:pPr>
        <w:spacing w:after="0"/>
      </w:pPr>
    </w:p>
    <w:p w14:paraId="4F32B27D" w14:textId="77777777" w:rsidR="00E865AD" w:rsidRDefault="00000000">
      <w:pPr>
        <w:spacing w:after="0"/>
      </w:pPr>
      <w:r>
        <w:rPr>
          <w:rFonts w:ascii="Arial" w:hAnsi="Arial"/>
          <w:b/>
        </w:rPr>
        <w:t xml:space="preserve">Lucy  </w:t>
      </w:r>
      <w:r>
        <w:rPr>
          <w:rFonts w:ascii="Arial" w:hAnsi="Arial"/>
          <w:color w:val="5D7284"/>
        </w:rPr>
        <w:t>36:37</w:t>
      </w:r>
    </w:p>
    <w:p w14:paraId="66F64F35" w14:textId="77777777" w:rsidR="00E865AD" w:rsidRDefault="00000000">
      <w:pPr>
        <w:spacing w:after="0"/>
      </w:pPr>
      <w:r>
        <w:rPr>
          <w:rFonts w:ascii="Arial" w:hAnsi="Arial"/>
        </w:rPr>
        <w:t xml:space="preserve">Really? </w:t>
      </w:r>
    </w:p>
    <w:p w14:paraId="12499061" w14:textId="77777777" w:rsidR="00E865AD" w:rsidRDefault="00E865AD">
      <w:pPr>
        <w:spacing w:after="0"/>
      </w:pPr>
    </w:p>
    <w:p w14:paraId="2B3490D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36:38</w:t>
      </w:r>
    </w:p>
    <w:p w14:paraId="1AA5330B" w14:textId="77777777" w:rsidR="00E865AD" w:rsidRDefault="00000000">
      <w:pPr>
        <w:spacing w:after="0"/>
      </w:pPr>
      <w:r>
        <w:rPr>
          <w:rFonts w:ascii="Arial" w:hAnsi="Arial"/>
        </w:rPr>
        <w:t xml:space="preserve">On a horse. Yeah. </w:t>
      </w:r>
    </w:p>
    <w:p w14:paraId="4EA3E38B" w14:textId="77777777" w:rsidR="00E865AD" w:rsidRDefault="00E865AD">
      <w:pPr>
        <w:spacing w:after="0"/>
      </w:pPr>
    </w:p>
    <w:p w14:paraId="005D2E55" w14:textId="77777777" w:rsidR="00E865AD" w:rsidRDefault="00000000">
      <w:pPr>
        <w:spacing w:after="0"/>
      </w:pPr>
      <w:r>
        <w:rPr>
          <w:rFonts w:ascii="Arial" w:hAnsi="Arial"/>
          <w:b/>
        </w:rPr>
        <w:t xml:space="preserve">Lucy  </w:t>
      </w:r>
      <w:r>
        <w:rPr>
          <w:rFonts w:ascii="Arial" w:hAnsi="Arial"/>
          <w:color w:val="5D7284"/>
        </w:rPr>
        <w:t>36:39</w:t>
      </w:r>
    </w:p>
    <w:p w14:paraId="11C71666" w14:textId="77777777" w:rsidR="00E865AD" w:rsidRDefault="00000000">
      <w:pPr>
        <w:spacing w:after="0"/>
      </w:pPr>
      <w:r>
        <w:rPr>
          <w:rFonts w:ascii="Arial" w:hAnsi="Arial"/>
        </w:rPr>
        <w:t xml:space="preserve">Wow. I didn't know that. </w:t>
      </w:r>
    </w:p>
    <w:p w14:paraId="1DB2FE48" w14:textId="77777777" w:rsidR="00E865AD" w:rsidRDefault="00E865AD">
      <w:pPr>
        <w:spacing w:after="0"/>
      </w:pPr>
    </w:p>
    <w:p w14:paraId="76D1CCFA"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36:42</w:t>
      </w:r>
    </w:p>
    <w:p w14:paraId="69B18768" w14:textId="77777777" w:rsidR="00E865AD" w:rsidRDefault="00000000">
      <w:pPr>
        <w:spacing w:after="0"/>
      </w:pPr>
      <w:r>
        <w:rPr>
          <w:rFonts w:ascii="Arial" w:hAnsi="Arial"/>
        </w:rPr>
        <w:t xml:space="preserve">Apparently. </w:t>
      </w:r>
      <w:proofErr w:type="gramStart"/>
      <w:r>
        <w:rPr>
          <w:rFonts w:ascii="Arial" w:hAnsi="Arial"/>
        </w:rPr>
        <w:t>So</w:t>
      </w:r>
      <w:proofErr w:type="gramEnd"/>
      <w:r>
        <w:rPr>
          <w:rFonts w:ascii="Arial" w:hAnsi="Arial"/>
        </w:rPr>
        <w:t xml:space="preserve"> it was </w:t>
      </w:r>
      <w:proofErr w:type="gramStart"/>
      <w:r>
        <w:rPr>
          <w:rFonts w:ascii="Arial" w:hAnsi="Arial"/>
        </w:rPr>
        <w:t>school</w:t>
      </w:r>
      <w:proofErr w:type="gramEnd"/>
      <w:r>
        <w:rPr>
          <w:rFonts w:ascii="Arial" w:hAnsi="Arial"/>
        </w:rPr>
        <w:t xml:space="preserve"> I go to have horses I used to go to and they do horse therapy for the kid. But I was just going to tell you a funny story about </w:t>
      </w:r>
      <w:proofErr w:type="gramStart"/>
      <w:r>
        <w:rPr>
          <w:rFonts w:ascii="Arial" w:hAnsi="Arial"/>
        </w:rPr>
        <w:t>horse</w:t>
      </w:r>
      <w:proofErr w:type="gramEnd"/>
      <w:r>
        <w:rPr>
          <w:rFonts w:ascii="Arial" w:hAnsi="Arial"/>
        </w:rPr>
        <w:t xml:space="preserve"> but I don't know. What is your is your podcast rated for certain people like age limited?</w:t>
      </w:r>
    </w:p>
    <w:p w14:paraId="5AA492E5" w14:textId="77777777" w:rsidR="00E865AD" w:rsidRDefault="00E865AD">
      <w:pPr>
        <w:spacing w:after="0"/>
      </w:pPr>
    </w:p>
    <w:p w14:paraId="76A44D87" w14:textId="77777777" w:rsidR="00E865AD" w:rsidRDefault="00000000">
      <w:pPr>
        <w:spacing w:after="0"/>
      </w:pPr>
      <w:r>
        <w:rPr>
          <w:rFonts w:ascii="Arial" w:hAnsi="Arial"/>
          <w:b/>
        </w:rPr>
        <w:t xml:space="preserve">Lucy  </w:t>
      </w:r>
      <w:r>
        <w:rPr>
          <w:rFonts w:ascii="Arial" w:hAnsi="Arial"/>
          <w:color w:val="5D7284"/>
        </w:rPr>
        <w:t>36:55</w:t>
      </w:r>
    </w:p>
    <w:p w14:paraId="183F3B4B" w14:textId="77777777" w:rsidR="00E865AD" w:rsidRDefault="00000000">
      <w:pPr>
        <w:spacing w:after="0"/>
      </w:pPr>
      <w:r>
        <w:rPr>
          <w:rFonts w:ascii="Arial" w:hAnsi="Arial"/>
        </w:rPr>
        <w:t xml:space="preserve">No, I mean our podcast is full of swearing and so we any responsible adult is going to keep their child well away from </w:t>
      </w:r>
      <w:proofErr w:type="gramStart"/>
      <w:r>
        <w:rPr>
          <w:rFonts w:ascii="Arial" w:hAnsi="Arial"/>
        </w:rPr>
        <w:t>it</w:t>
      </w:r>
      <w:proofErr w:type="gramEnd"/>
    </w:p>
    <w:p w14:paraId="4CD25A7A" w14:textId="77777777" w:rsidR="00E865AD" w:rsidRDefault="00E865AD">
      <w:pPr>
        <w:spacing w:after="0"/>
      </w:pPr>
    </w:p>
    <w:p w14:paraId="3CE5D6E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37:04</w:t>
      </w:r>
    </w:p>
    <w:p w14:paraId="587355C8" w14:textId="77777777" w:rsidR="00E865AD" w:rsidRDefault="00000000">
      <w:pPr>
        <w:spacing w:after="0"/>
      </w:pPr>
      <w:r>
        <w:rPr>
          <w:rFonts w:ascii="Arial" w:hAnsi="Arial"/>
        </w:rPr>
        <w:t xml:space="preserve">yeah, sorry that I was </w:t>
      </w:r>
      <w:proofErr w:type="spellStart"/>
      <w:r>
        <w:rPr>
          <w:rFonts w:ascii="Arial" w:hAnsi="Arial"/>
        </w:rPr>
        <w:t>gonna</w:t>
      </w:r>
      <w:proofErr w:type="spellEnd"/>
      <w:r>
        <w:rPr>
          <w:rFonts w:ascii="Arial" w:hAnsi="Arial"/>
        </w:rPr>
        <w:t xml:space="preserve"> say because leading up to this was like turn it down boy turn it down. I was at </w:t>
      </w:r>
      <w:proofErr w:type="spellStart"/>
      <w:proofErr w:type="gramStart"/>
      <w:r>
        <w:rPr>
          <w:rFonts w:ascii="Arial" w:hAnsi="Arial"/>
        </w:rPr>
        <w:t>a</w:t>
      </w:r>
      <w:proofErr w:type="spellEnd"/>
      <w:proofErr w:type="gramEnd"/>
      <w:r>
        <w:rPr>
          <w:rFonts w:ascii="Arial" w:hAnsi="Arial"/>
        </w:rPr>
        <w:t xml:space="preserve"> agricultural fair with my uncle who's a Welsh farmer. And an older his friend at farmer who's a real old Welsh farmer. And I don't know if you've seen like our culture when they do the walk around show the horses yeah walking around and next to us were two very stereotypical horsey ladies if you if I you </w:t>
      </w:r>
      <w:proofErr w:type="gramStart"/>
      <w:r>
        <w:rPr>
          <w:rFonts w:ascii="Arial" w:hAnsi="Arial"/>
        </w:rPr>
        <w:t>know</w:t>
      </w:r>
      <w:proofErr w:type="gramEnd"/>
    </w:p>
    <w:p w14:paraId="5BAEB405" w14:textId="77777777" w:rsidR="00E865AD" w:rsidRDefault="00E865AD">
      <w:pPr>
        <w:spacing w:after="0"/>
      </w:pPr>
    </w:p>
    <w:p w14:paraId="583CFFE7" w14:textId="77777777" w:rsidR="00E865AD" w:rsidRDefault="00000000">
      <w:pPr>
        <w:spacing w:after="0"/>
      </w:pPr>
      <w:r>
        <w:rPr>
          <w:rFonts w:ascii="Arial" w:hAnsi="Arial"/>
          <w:b/>
        </w:rPr>
        <w:t xml:space="preserve">Lucy  </w:t>
      </w:r>
      <w:r>
        <w:rPr>
          <w:rFonts w:ascii="Arial" w:hAnsi="Arial"/>
          <w:color w:val="5D7284"/>
        </w:rPr>
        <w:t>37:34</w:t>
      </w:r>
    </w:p>
    <w:p w14:paraId="373223D3" w14:textId="77777777" w:rsidR="00E865AD" w:rsidRDefault="00000000">
      <w:pPr>
        <w:spacing w:after="0"/>
      </w:pPr>
      <w:r>
        <w:rPr>
          <w:rFonts w:ascii="Arial" w:hAnsi="Arial"/>
        </w:rPr>
        <w:t xml:space="preserve">I was having conversation with my PA only like a week ago about horse women. Note you know a lass when you say like that that woman likes a horse. you can </w:t>
      </w:r>
      <w:proofErr w:type="gramStart"/>
      <w:r>
        <w:rPr>
          <w:rFonts w:ascii="Arial" w:hAnsi="Arial"/>
        </w:rPr>
        <w:t>fucking</w:t>
      </w:r>
      <w:proofErr w:type="gramEnd"/>
      <w:r>
        <w:rPr>
          <w:rFonts w:ascii="Arial" w:hAnsi="Arial"/>
        </w:rPr>
        <w:t xml:space="preserve"> spot them it's messy buns... </w:t>
      </w:r>
      <w:proofErr w:type="spellStart"/>
      <w:r>
        <w:rPr>
          <w:rFonts w:ascii="Arial" w:hAnsi="Arial"/>
        </w:rPr>
        <w:t>Jodpurs</w:t>
      </w:r>
      <w:proofErr w:type="spellEnd"/>
    </w:p>
    <w:p w14:paraId="19952681" w14:textId="77777777" w:rsidR="00E865AD" w:rsidRDefault="00E865AD">
      <w:pPr>
        <w:spacing w:after="0"/>
      </w:pPr>
    </w:p>
    <w:p w14:paraId="09F2D5F8" w14:textId="77777777" w:rsidR="00E865AD" w:rsidRDefault="00000000">
      <w:pPr>
        <w:spacing w:after="0"/>
      </w:pPr>
      <w:r>
        <w:rPr>
          <w:rFonts w:ascii="Arial" w:hAnsi="Arial"/>
          <w:b/>
        </w:rPr>
        <w:t xml:space="preserve">Lucy  </w:t>
      </w:r>
      <w:r>
        <w:rPr>
          <w:rFonts w:ascii="Arial" w:hAnsi="Arial"/>
          <w:color w:val="5D7284"/>
        </w:rPr>
        <w:t>37:34</w:t>
      </w:r>
    </w:p>
    <w:p w14:paraId="440739ED" w14:textId="77777777" w:rsidR="00E865AD" w:rsidRDefault="00000000">
      <w:pPr>
        <w:spacing w:after="0"/>
      </w:pPr>
      <w:r>
        <w:rPr>
          <w:rFonts w:ascii="Arial" w:hAnsi="Arial"/>
        </w:rPr>
        <w:lastRenderedPageBreak/>
        <w:t xml:space="preserve">a certain brand of </w:t>
      </w:r>
      <w:proofErr w:type="spellStart"/>
      <w:r>
        <w:rPr>
          <w:rFonts w:ascii="Arial" w:hAnsi="Arial"/>
        </w:rPr>
        <w:t>Gillets</w:t>
      </w:r>
      <w:proofErr w:type="spellEnd"/>
      <w:r>
        <w:rPr>
          <w:rFonts w:ascii="Arial" w:hAnsi="Arial"/>
        </w:rPr>
        <w:t xml:space="preserve"> and as a </w:t>
      </w:r>
      <w:proofErr w:type="spellStart"/>
      <w:r>
        <w:rPr>
          <w:rFonts w:ascii="Arial" w:hAnsi="Arial"/>
        </w:rPr>
        <w:t>jodpurs</w:t>
      </w:r>
      <w:proofErr w:type="spellEnd"/>
      <w:r>
        <w:rPr>
          <w:rFonts w:ascii="Arial" w:hAnsi="Arial"/>
        </w:rPr>
        <w:t xml:space="preserve"> as well.</w:t>
      </w:r>
    </w:p>
    <w:p w14:paraId="644600BA" w14:textId="77777777" w:rsidR="00E865AD" w:rsidRDefault="00E865AD">
      <w:pPr>
        <w:spacing w:after="0"/>
      </w:pPr>
    </w:p>
    <w:p w14:paraId="6C96D24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37:59</w:t>
      </w:r>
    </w:p>
    <w:p w14:paraId="710E17E1" w14:textId="77777777" w:rsidR="00E865AD" w:rsidRDefault="00000000">
      <w:pPr>
        <w:spacing w:after="0"/>
      </w:pPr>
      <w:r>
        <w:rPr>
          <w:rFonts w:ascii="Arial" w:hAnsi="Arial"/>
        </w:rPr>
        <w:t xml:space="preserve">Yeah, that that does. right if we can go free there's two types of horse ladies. There's them that there's them that love the horse and then but love the man there's two types. yeah, there are two types there's </w:t>
      </w:r>
      <w:proofErr w:type="spellStart"/>
      <w:r>
        <w:rPr>
          <w:rFonts w:ascii="Arial" w:hAnsi="Arial"/>
        </w:rPr>
        <w:t>there's</w:t>
      </w:r>
      <w:proofErr w:type="spellEnd"/>
      <w:r>
        <w:rPr>
          <w:rFonts w:ascii="Arial" w:hAnsi="Arial"/>
        </w:rPr>
        <w:t xml:space="preserve"> daddy bought me this horse that I'm on my fifth boyfriend you </w:t>
      </w:r>
      <w:proofErr w:type="gramStart"/>
      <w:r>
        <w:rPr>
          <w:rFonts w:ascii="Arial" w:hAnsi="Arial"/>
        </w:rPr>
        <w:t>know?</w:t>
      </w:r>
      <w:proofErr w:type="gramEnd"/>
      <w:r>
        <w:rPr>
          <w:rFonts w:ascii="Arial" w:hAnsi="Arial"/>
        </w:rPr>
        <w:t xml:space="preserve"> And that's the ones that I work in Aldi for a pittance so I could keep my horse he's a rescue. I love him to death. Yeah, yeah, I don't have </w:t>
      </w:r>
      <w:proofErr w:type="gramStart"/>
      <w:r>
        <w:rPr>
          <w:rFonts w:ascii="Arial" w:hAnsi="Arial"/>
        </w:rPr>
        <w:t>jewels,</w:t>
      </w:r>
      <w:proofErr w:type="gramEnd"/>
      <w:r>
        <w:rPr>
          <w:rFonts w:ascii="Arial" w:hAnsi="Arial"/>
        </w:rPr>
        <w:t xml:space="preserve"> clothing. Secondhand. Yeah, there's them because there's a tragic story at the </w:t>
      </w:r>
      <w:proofErr w:type="gramStart"/>
      <w:r>
        <w:rPr>
          <w:rFonts w:ascii="Arial" w:hAnsi="Arial"/>
        </w:rPr>
        <w:t>college</w:t>
      </w:r>
      <w:proofErr w:type="gramEnd"/>
      <w:r>
        <w:rPr>
          <w:rFonts w:ascii="Arial" w:hAnsi="Arial"/>
        </w:rPr>
        <w:t xml:space="preserve"> I went to there's a girl who actually ended her life because they bullied her not having a horse. </w:t>
      </w:r>
    </w:p>
    <w:p w14:paraId="44B6F92A" w14:textId="77777777" w:rsidR="00E865AD" w:rsidRDefault="00E865AD">
      <w:pPr>
        <w:spacing w:after="0"/>
      </w:pPr>
    </w:p>
    <w:p w14:paraId="3A81A5C9" w14:textId="77777777" w:rsidR="00E865AD" w:rsidRDefault="00000000">
      <w:pPr>
        <w:spacing w:after="0"/>
      </w:pPr>
      <w:r>
        <w:rPr>
          <w:rFonts w:ascii="Arial" w:hAnsi="Arial"/>
          <w:b/>
        </w:rPr>
        <w:t xml:space="preserve">Lucy  </w:t>
      </w:r>
      <w:r>
        <w:rPr>
          <w:rFonts w:ascii="Arial" w:hAnsi="Arial"/>
          <w:color w:val="5D7284"/>
        </w:rPr>
        <w:t>38:45</w:t>
      </w:r>
    </w:p>
    <w:p w14:paraId="1AC1EE95" w14:textId="77777777" w:rsidR="00E865AD" w:rsidRDefault="00000000">
      <w:pPr>
        <w:spacing w:after="0"/>
      </w:pPr>
      <w:r>
        <w:rPr>
          <w:rFonts w:ascii="Arial" w:hAnsi="Arial"/>
        </w:rPr>
        <w:t>Blimey,</w:t>
      </w:r>
    </w:p>
    <w:p w14:paraId="1CEA8673" w14:textId="77777777" w:rsidR="00E865AD" w:rsidRDefault="00E865AD">
      <w:pPr>
        <w:spacing w:after="0"/>
      </w:pPr>
    </w:p>
    <w:p w14:paraId="6C34A5B8" w14:textId="77777777" w:rsidR="00E865AD" w:rsidRDefault="00000000">
      <w:pPr>
        <w:spacing w:after="0"/>
      </w:pPr>
      <w:r>
        <w:rPr>
          <w:rFonts w:ascii="Arial" w:hAnsi="Arial"/>
          <w:b/>
        </w:rPr>
        <w:t xml:space="preserve">Lucy  </w:t>
      </w:r>
      <w:r>
        <w:rPr>
          <w:rFonts w:ascii="Arial" w:hAnsi="Arial"/>
          <w:color w:val="5D7284"/>
        </w:rPr>
        <w:t>38:47</w:t>
      </w:r>
    </w:p>
    <w:p w14:paraId="3AC669AC" w14:textId="77777777" w:rsidR="00E865AD" w:rsidRDefault="00000000">
      <w:pPr>
        <w:spacing w:after="0"/>
      </w:pPr>
      <w:r>
        <w:rPr>
          <w:rFonts w:ascii="Arial" w:hAnsi="Arial"/>
        </w:rPr>
        <w:t xml:space="preserve">I think I think that's my </w:t>
      </w:r>
      <w:proofErr w:type="spellStart"/>
      <w:r>
        <w:rPr>
          <w:rFonts w:ascii="Arial" w:hAnsi="Arial"/>
        </w:rPr>
        <w:t>my</w:t>
      </w:r>
      <w:proofErr w:type="spellEnd"/>
      <w:r>
        <w:rPr>
          <w:rFonts w:ascii="Arial" w:hAnsi="Arial"/>
        </w:rPr>
        <w:t xml:space="preserve"> thing about it is that my experience of </w:t>
      </w:r>
      <w:proofErr w:type="spellStart"/>
      <w:r>
        <w:rPr>
          <w:rFonts w:ascii="Arial" w:hAnsi="Arial"/>
        </w:rPr>
        <w:t>of</w:t>
      </w:r>
      <w:proofErr w:type="spellEnd"/>
      <w:r>
        <w:rPr>
          <w:rFonts w:ascii="Arial" w:hAnsi="Arial"/>
        </w:rPr>
        <w:t xml:space="preserve"> horse women who are you know, she lays in jodhpurs and Hunter well is those are Oh yeah, they are they are moneyed horse people. There is a is this there is a class thing there is </w:t>
      </w:r>
      <w:proofErr w:type="gramStart"/>
      <w:r>
        <w:rPr>
          <w:rFonts w:ascii="Arial" w:hAnsi="Arial"/>
        </w:rPr>
        <w:t>a an</w:t>
      </w:r>
      <w:proofErr w:type="gramEnd"/>
      <w:r>
        <w:rPr>
          <w:rFonts w:ascii="Arial" w:hAnsi="Arial"/>
        </w:rPr>
        <w:t xml:space="preserve"> expectation and yeah, I can I can get unfortunately I can absolutely see that. So </w:t>
      </w:r>
    </w:p>
    <w:p w14:paraId="68D0BFA0" w14:textId="77777777" w:rsidR="00E865AD" w:rsidRDefault="00E865AD">
      <w:pPr>
        <w:spacing w:after="0"/>
      </w:pPr>
    </w:p>
    <w:p w14:paraId="2B545CA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39:16</w:t>
      </w:r>
    </w:p>
    <w:p w14:paraId="5E73525A" w14:textId="77777777" w:rsidR="00E865AD" w:rsidRDefault="00000000">
      <w:pPr>
        <w:spacing w:after="0"/>
      </w:pPr>
      <w:proofErr w:type="spellStart"/>
      <w:r>
        <w:rPr>
          <w:rFonts w:ascii="Arial" w:hAnsi="Arial"/>
        </w:rPr>
        <w:t>yeah,just</w:t>
      </w:r>
      <w:proofErr w:type="spellEnd"/>
      <w:r>
        <w:rPr>
          <w:rFonts w:ascii="Arial" w:hAnsi="Arial"/>
        </w:rPr>
        <w:t xml:space="preserve"> yeah, you could tell you can spot them a mile off because like we used to go to college and we were we had agriculture, Animal care and equine and you could there wasn't like a hate between all of us, but we all </w:t>
      </w:r>
      <w:proofErr w:type="spellStart"/>
      <w:r>
        <w:rPr>
          <w:rFonts w:ascii="Arial" w:hAnsi="Arial"/>
        </w:rPr>
        <w:t>kinda</w:t>
      </w:r>
      <w:proofErr w:type="spellEnd"/>
      <w:r>
        <w:rPr>
          <w:rFonts w:ascii="Arial" w:hAnsi="Arial"/>
        </w:rPr>
        <w:t xml:space="preserve"> like on the mechanics. I was like nicknames like the mechanics, they will take the mechanic and say they </w:t>
      </w:r>
      <w:proofErr w:type="spellStart"/>
      <w:r>
        <w:rPr>
          <w:rFonts w:ascii="Arial" w:hAnsi="Arial"/>
        </w:rPr>
        <w:t>they</w:t>
      </w:r>
      <w:proofErr w:type="spellEnd"/>
      <w:r>
        <w:rPr>
          <w:rFonts w:ascii="Arial" w:hAnsi="Arial"/>
        </w:rPr>
        <w:t xml:space="preserve"> will want they always had greasy hands and dirty hands and then animal care we will call bunny bashers. But it was all like you know, nobody did that to the </w:t>
      </w:r>
      <w:proofErr w:type="gramStart"/>
      <w:r>
        <w:rPr>
          <w:rFonts w:ascii="Arial" w:hAnsi="Arial"/>
        </w:rPr>
        <w:t>rabbits</w:t>
      </w:r>
      <w:proofErr w:type="gramEnd"/>
      <w:r>
        <w:rPr>
          <w:rFonts w:ascii="Arial" w:hAnsi="Arial"/>
        </w:rPr>
        <w:t xml:space="preserve"> </w:t>
      </w:r>
    </w:p>
    <w:p w14:paraId="092B1ED1" w14:textId="77777777" w:rsidR="00E865AD" w:rsidRDefault="00E865AD">
      <w:pPr>
        <w:spacing w:after="0"/>
      </w:pPr>
    </w:p>
    <w:p w14:paraId="5649DC6A" w14:textId="77777777" w:rsidR="00E865AD" w:rsidRDefault="00000000">
      <w:pPr>
        <w:spacing w:after="0"/>
      </w:pPr>
      <w:r>
        <w:rPr>
          <w:rFonts w:ascii="Arial" w:hAnsi="Arial"/>
          <w:b/>
        </w:rPr>
        <w:t xml:space="preserve">Lucy  </w:t>
      </w:r>
      <w:r>
        <w:rPr>
          <w:rFonts w:ascii="Arial" w:hAnsi="Arial"/>
          <w:color w:val="5D7284"/>
        </w:rPr>
        <w:t>39:50</w:t>
      </w:r>
    </w:p>
    <w:p w14:paraId="6A99B9F4" w14:textId="77777777" w:rsidR="00E865AD" w:rsidRDefault="00000000">
      <w:pPr>
        <w:spacing w:after="0"/>
      </w:pPr>
      <w:r>
        <w:rPr>
          <w:rFonts w:ascii="Arial" w:hAnsi="Arial"/>
        </w:rPr>
        <w:t xml:space="preserve">fun </w:t>
      </w:r>
      <w:proofErr w:type="spellStart"/>
      <w:r>
        <w:rPr>
          <w:rFonts w:ascii="Arial" w:hAnsi="Arial"/>
        </w:rPr>
        <w:t>nicknamea</w:t>
      </w:r>
      <w:proofErr w:type="spellEnd"/>
      <w:r>
        <w:rPr>
          <w:rFonts w:ascii="Arial" w:hAnsi="Arial"/>
        </w:rPr>
        <w:t xml:space="preserve"> isn't it, rather than</w:t>
      </w:r>
    </w:p>
    <w:p w14:paraId="267FB19D" w14:textId="77777777" w:rsidR="00E865AD" w:rsidRDefault="00E865AD">
      <w:pPr>
        <w:spacing w:after="0"/>
      </w:pPr>
    </w:p>
    <w:p w14:paraId="0BCDA41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39:52</w:t>
      </w:r>
    </w:p>
    <w:p w14:paraId="6B1BACFC" w14:textId="77777777" w:rsidR="00E865AD" w:rsidRDefault="00000000">
      <w:pPr>
        <w:spacing w:after="0"/>
      </w:pPr>
      <w:proofErr w:type="gramStart"/>
      <w:r>
        <w:rPr>
          <w:rFonts w:ascii="Arial" w:hAnsi="Arial"/>
        </w:rPr>
        <w:t>yeah</w:t>
      </w:r>
      <w:proofErr w:type="gramEnd"/>
      <w:r>
        <w:rPr>
          <w:rFonts w:ascii="Arial" w:hAnsi="Arial"/>
        </w:rPr>
        <w:t xml:space="preserve"> like </w:t>
      </w:r>
      <w:proofErr w:type="gramStart"/>
      <w:r>
        <w:rPr>
          <w:rFonts w:ascii="Arial" w:hAnsi="Arial"/>
        </w:rPr>
        <w:t>the agriculture</w:t>
      </w:r>
      <w:proofErr w:type="gramEnd"/>
      <w:r>
        <w:rPr>
          <w:rFonts w:ascii="Arial" w:hAnsi="Arial"/>
        </w:rPr>
        <w:t xml:space="preserve"> lot like you wouldn't start on them lot because they have a knife, cutting bales and You'd never start </w:t>
      </w:r>
      <w:proofErr w:type="spellStart"/>
      <w:r>
        <w:rPr>
          <w:rFonts w:ascii="Arial" w:hAnsi="Arial"/>
        </w:rPr>
        <w:t>agri</w:t>
      </w:r>
      <w:proofErr w:type="spellEnd"/>
      <w:r>
        <w:rPr>
          <w:rFonts w:ascii="Arial" w:hAnsi="Arial"/>
        </w:rPr>
        <w:t xml:space="preserve"> I because they'd be like15 of them, and  the equine ones, there was just there was, yeah, there was two. There was one we had it was like that. And she had we put this she wasn't the slimmest bunny. And she had a very padded tight </w:t>
      </w:r>
      <w:proofErr w:type="spellStart"/>
      <w:r>
        <w:rPr>
          <w:rFonts w:ascii="Arial" w:hAnsi="Arial"/>
        </w:rPr>
        <w:t>jodpurs</w:t>
      </w:r>
      <w:proofErr w:type="spellEnd"/>
      <w:r>
        <w:rPr>
          <w:rFonts w:ascii="Arial" w:hAnsi="Arial"/>
        </w:rPr>
        <w:t xml:space="preserve"> was on and decided to do a squat in the middle of the entrance hall and ripped them right in front of the </w:t>
      </w:r>
      <w:proofErr w:type="gramStart"/>
      <w:r>
        <w:rPr>
          <w:rFonts w:ascii="Arial" w:hAnsi="Arial"/>
        </w:rPr>
        <w:t>mechanics</w:t>
      </w:r>
      <w:proofErr w:type="gramEnd"/>
      <w:r>
        <w:rPr>
          <w:rFonts w:ascii="Arial" w:hAnsi="Arial"/>
        </w:rPr>
        <w:t xml:space="preserve"> </w:t>
      </w:r>
    </w:p>
    <w:p w14:paraId="1FC84213" w14:textId="77777777" w:rsidR="00E865AD" w:rsidRDefault="00E865AD">
      <w:pPr>
        <w:spacing w:after="0"/>
      </w:pPr>
    </w:p>
    <w:p w14:paraId="609B9690" w14:textId="77777777" w:rsidR="00E865AD" w:rsidRDefault="00000000">
      <w:pPr>
        <w:spacing w:after="0"/>
      </w:pPr>
      <w:r>
        <w:rPr>
          <w:rFonts w:ascii="Arial" w:hAnsi="Arial"/>
          <w:b/>
        </w:rPr>
        <w:t xml:space="preserve">Alice Evans &amp; Lucy Wood  </w:t>
      </w:r>
      <w:r>
        <w:rPr>
          <w:rFonts w:ascii="Arial" w:hAnsi="Arial"/>
          <w:color w:val="5D7284"/>
        </w:rPr>
        <w:t>40:26</w:t>
      </w:r>
    </w:p>
    <w:p w14:paraId="4BEBECFA" w14:textId="77777777" w:rsidR="00E865AD" w:rsidRDefault="00000000">
      <w:pPr>
        <w:spacing w:after="0"/>
      </w:pPr>
      <w:r>
        <w:rPr>
          <w:rFonts w:ascii="Arial" w:hAnsi="Arial"/>
        </w:rPr>
        <w:t xml:space="preserve">Oh, </w:t>
      </w:r>
    </w:p>
    <w:p w14:paraId="34EF046B" w14:textId="77777777" w:rsidR="00E865AD" w:rsidRDefault="00E865AD">
      <w:pPr>
        <w:spacing w:after="0"/>
      </w:pPr>
    </w:p>
    <w:p w14:paraId="50894F4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40:27</w:t>
      </w:r>
    </w:p>
    <w:p w14:paraId="3EB3C298" w14:textId="77777777" w:rsidR="00E865AD" w:rsidRDefault="00000000">
      <w:pPr>
        <w:spacing w:after="0"/>
      </w:pPr>
      <w:r>
        <w:rPr>
          <w:rFonts w:ascii="Arial" w:hAnsi="Arial"/>
        </w:rPr>
        <w:t>yeah. And she just came in and went. I've just ripped my trousers Yeah., ok, right. There goes my lunch. but going back to that so just to finish it off with we will stand if you've got to imagine there's three of us a bit rough Welsh farmer my uncle, and these two very nice ladies and this horse goes by. And he's got his John Thomas hanging out, shall we say?</w:t>
      </w:r>
    </w:p>
    <w:p w14:paraId="113D0C9A" w14:textId="77777777" w:rsidR="00E865AD" w:rsidRDefault="00E865AD">
      <w:pPr>
        <w:spacing w:after="0"/>
      </w:pPr>
    </w:p>
    <w:p w14:paraId="6E191914" w14:textId="77777777" w:rsidR="00E865AD" w:rsidRDefault="00000000">
      <w:pPr>
        <w:spacing w:after="0"/>
      </w:pPr>
      <w:r>
        <w:rPr>
          <w:rFonts w:ascii="Arial" w:hAnsi="Arial"/>
          <w:b/>
        </w:rPr>
        <w:t xml:space="preserve">Alice  </w:t>
      </w:r>
      <w:r>
        <w:rPr>
          <w:rFonts w:ascii="Arial" w:hAnsi="Arial"/>
          <w:color w:val="5D7284"/>
        </w:rPr>
        <w:t>40:53</w:t>
      </w:r>
    </w:p>
    <w:p w14:paraId="53E409C1" w14:textId="77777777" w:rsidR="00E865AD" w:rsidRDefault="00000000">
      <w:pPr>
        <w:spacing w:after="0"/>
      </w:pPr>
      <w:r>
        <w:rPr>
          <w:rFonts w:ascii="Arial" w:hAnsi="Arial"/>
        </w:rPr>
        <w:t xml:space="preserve">I mean you, you can </w:t>
      </w:r>
      <w:proofErr w:type="gramStart"/>
      <w:r>
        <w:rPr>
          <w:rFonts w:ascii="Arial" w:hAnsi="Arial"/>
        </w:rPr>
        <w:t>fucking</w:t>
      </w:r>
      <w:proofErr w:type="gramEnd"/>
      <w:r>
        <w:rPr>
          <w:rFonts w:ascii="Arial" w:hAnsi="Arial"/>
        </w:rPr>
        <w:t xml:space="preserve"> spot it when a horse is... </w:t>
      </w:r>
    </w:p>
    <w:p w14:paraId="6E5703C2" w14:textId="77777777" w:rsidR="00E865AD" w:rsidRDefault="00E865AD">
      <w:pPr>
        <w:spacing w:after="0"/>
      </w:pPr>
    </w:p>
    <w:p w14:paraId="1B3810B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40:57</w:t>
      </w:r>
    </w:p>
    <w:p w14:paraId="50E69519" w14:textId="77777777" w:rsidR="00E865AD" w:rsidRDefault="00000000">
      <w:pPr>
        <w:spacing w:after="0"/>
      </w:pPr>
      <w:r>
        <w:rPr>
          <w:rFonts w:ascii="Arial" w:hAnsi="Arial"/>
        </w:rPr>
        <w:t>Happy?</w:t>
      </w:r>
    </w:p>
    <w:p w14:paraId="38F2BEA4" w14:textId="77777777" w:rsidR="00E865AD" w:rsidRDefault="00E865AD">
      <w:pPr>
        <w:spacing w:after="0"/>
      </w:pPr>
    </w:p>
    <w:p w14:paraId="53887C42" w14:textId="77777777" w:rsidR="00E865AD" w:rsidRDefault="00000000">
      <w:pPr>
        <w:spacing w:after="0"/>
      </w:pPr>
      <w:r>
        <w:rPr>
          <w:rFonts w:ascii="Arial" w:hAnsi="Arial"/>
          <w:b/>
        </w:rPr>
        <w:t xml:space="preserve">Alice  </w:t>
      </w:r>
      <w:r>
        <w:rPr>
          <w:rFonts w:ascii="Arial" w:hAnsi="Arial"/>
          <w:color w:val="5D7284"/>
        </w:rPr>
        <w:t>40:57</w:t>
      </w:r>
    </w:p>
    <w:p w14:paraId="3613D249" w14:textId="77777777" w:rsidR="00E865AD" w:rsidRDefault="00000000">
      <w:pPr>
        <w:spacing w:after="0"/>
      </w:pPr>
      <w:r>
        <w:rPr>
          <w:rFonts w:ascii="Arial" w:hAnsi="Arial"/>
        </w:rPr>
        <w:t xml:space="preserve">when a horse is interested, you </w:t>
      </w:r>
      <w:proofErr w:type="gramStart"/>
      <w:r>
        <w:rPr>
          <w:rFonts w:ascii="Arial" w:hAnsi="Arial"/>
        </w:rPr>
        <w:t>fucking</w:t>
      </w:r>
      <w:proofErr w:type="gramEnd"/>
      <w:r>
        <w:rPr>
          <w:rFonts w:ascii="Arial" w:hAnsi="Arial"/>
        </w:rPr>
        <w:t xml:space="preserve"> well know about it don't you?</w:t>
      </w:r>
    </w:p>
    <w:p w14:paraId="3176F9FC" w14:textId="77777777" w:rsidR="00E865AD" w:rsidRDefault="00E865AD">
      <w:pPr>
        <w:spacing w:after="0"/>
      </w:pPr>
    </w:p>
    <w:p w14:paraId="3C610C9E" w14:textId="77777777" w:rsidR="00E865AD" w:rsidRDefault="00000000">
      <w:pPr>
        <w:spacing w:after="0"/>
      </w:pPr>
      <w:r>
        <w:rPr>
          <w:rFonts w:ascii="Arial" w:hAnsi="Arial"/>
          <w:b/>
        </w:rPr>
        <w:t xml:space="preserve">Lucy  </w:t>
      </w:r>
      <w:r>
        <w:rPr>
          <w:rFonts w:ascii="Arial" w:hAnsi="Arial"/>
          <w:color w:val="5D7284"/>
        </w:rPr>
        <w:t>41:01</w:t>
      </w:r>
    </w:p>
    <w:p w14:paraId="722DDB98" w14:textId="77777777" w:rsidR="00E865AD" w:rsidRDefault="00000000">
      <w:pPr>
        <w:spacing w:after="0"/>
      </w:pPr>
      <w:r>
        <w:rPr>
          <w:rFonts w:ascii="Arial" w:hAnsi="Arial"/>
        </w:rPr>
        <w:t xml:space="preserve">[laughing] I like that, </w:t>
      </w:r>
      <w:proofErr w:type="gramStart"/>
      <w:r>
        <w:rPr>
          <w:rFonts w:ascii="Arial" w:hAnsi="Arial"/>
        </w:rPr>
        <w:t>When</w:t>
      </w:r>
      <w:proofErr w:type="gramEnd"/>
      <w:r>
        <w:rPr>
          <w:rFonts w:ascii="Arial" w:hAnsi="Arial"/>
        </w:rPr>
        <w:t xml:space="preserve"> a horse is happy. </w:t>
      </w:r>
    </w:p>
    <w:p w14:paraId="644E3A05" w14:textId="77777777" w:rsidR="00E865AD" w:rsidRDefault="00E865AD">
      <w:pPr>
        <w:spacing w:after="0"/>
      </w:pPr>
    </w:p>
    <w:p w14:paraId="2814CFEC"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41:04</w:t>
      </w:r>
    </w:p>
    <w:p w14:paraId="41795F1C" w14:textId="77777777" w:rsidR="00E865AD" w:rsidRDefault="00000000">
      <w:pPr>
        <w:spacing w:after="0"/>
      </w:pPr>
      <w:r>
        <w:rPr>
          <w:rFonts w:ascii="Arial" w:hAnsi="Arial"/>
        </w:rPr>
        <w:t xml:space="preserve">Yeah </w:t>
      </w:r>
      <w:proofErr w:type="gramStart"/>
      <w:r>
        <w:rPr>
          <w:rFonts w:ascii="Arial" w:hAnsi="Arial"/>
        </w:rPr>
        <w:t>so</w:t>
      </w:r>
      <w:proofErr w:type="gramEnd"/>
      <w:r>
        <w:rPr>
          <w:rFonts w:ascii="Arial" w:hAnsi="Arial"/>
        </w:rPr>
        <w:t xml:space="preserve"> the horse walks by like that and the blokes leading him and my uncle goes "I'll tell you what boss you wanna give him a tap, put that away" he said. And the old boy turns around in the most Welsh accent and goes "if I had one that </w:t>
      </w:r>
      <w:proofErr w:type="gramStart"/>
      <w:r>
        <w:rPr>
          <w:rFonts w:ascii="Arial" w:hAnsi="Arial"/>
        </w:rPr>
        <w:t>big</w:t>
      </w:r>
      <w:proofErr w:type="gramEnd"/>
      <w:r>
        <w:rPr>
          <w:rFonts w:ascii="Arial" w:hAnsi="Arial"/>
        </w:rPr>
        <w:t xml:space="preserve"> I'd hang him out."</w:t>
      </w:r>
    </w:p>
    <w:p w14:paraId="68428EDC" w14:textId="77777777" w:rsidR="00E865AD" w:rsidRDefault="00E865AD">
      <w:pPr>
        <w:spacing w:after="0"/>
      </w:pPr>
    </w:p>
    <w:p w14:paraId="5C6F7805" w14:textId="77777777" w:rsidR="00E865AD" w:rsidRDefault="00000000">
      <w:pPr>
        <w:spacing w:after="0"/>
      </w:pPr>
      <w:r>
        <w:rPr>
          <w:rFonts w:ascii="Arial" w:hAnsi="Arial"/>
          <w:b/>
        </w:rPr>
        <w:t xml:space="preserve">Lucy  </w:t>
      </w:r>
      <w:r>
        <w:rPr>
          <w:rFonts w:ascii="Arial" w:hAnsi="Arial"/>
          <w:color w:val="5D7284"/>
        </w:rPr>
        <w:t>41:21</w:t>
      </w:r>
    </w:p>
    <w:p w14:paraId="3B5C3973" w14:textId="77777777" w:rsidR="00E865AD" w:rsidRDefault="00000000">
      <w:pPr>
        <w:spacing w:after="0"/>
      </w:pPr>
      <w:r>
        <w:rPr>
          <w:rFonts w:ascii="Arial" w:hAnsi="Arial"/>
        </w:rPr>
        <w:t xml:space="preserve">That's </w:t>
      </w:r>
      <w:proofErr w:type="gramStart"/>
      <w:r>
        <w:rPr>
          <w:rFonts w:ascii="Arial" w:hAnsi="Arial"/>
        </w:rPr>
        <w:t>brilliant</w:t>
      </w:r>
      <w:proofErr w:type="gramEnd"/>
    </w:p>
    <w:p w14:paraId="5C14BE40" w14:textId="77777777" w:rsidR="00E865AD" w:rsidRDefault="00E865AD">
      <w:pPr>
        <w:spacing w:after="0"/>
      </w:pPr>
    </w:p>
    <w:p w14:paraId="22D39669"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41:21</w:t>
      </w:r>
    </w:p>
    <w:p w14:paraId="2A3E08F9" w14:textId="77777777" w:rsidR="00E865AD" w:rsidRDefault="00000000">
      <w:pPr>
        <w:spacing w:after="0"/>
      </w:pPr>
      <w:r>
        <w:rPr>
          <w:rFonts w:ascii="Arial" w:hAnsi="Arial"/>
        </w:rPr>
        <w:t xml:space="preserve">And the two ladies, you didn't have a </w:t>
      </w:r>
      <w:proofErr w:type="gramStart"/>
      <w:r>
        <w:rPr>
          <w:rFonts w:ascii="Arial" w:hAnsi="Arial"/>
        </w:rPr>
        <w:t>camera</w:t>
      </w:r>
      <w:proofErr w:type="gramEnd"/>
      <w:r>
        <w:rPr>
          <w:rFonts w:ascii="Arial" w:hAnsi="Arial"/>
        </w:rPr>
        <w:t xml:space="preserve"> but you wish you'd had a camera if that makes sense? '</w:t>
      </w:r>
      <w:proofErr w:type="spellStart"/>
      <w:r>
        <w:rPr>
          <w:rFonts w:ascii="Arial" w:hAnsi="Arial"/>
        </w:rPr>
        <w:t>Cuase</w:t>
      </w:r>
      <w:proofErr w:type="spellEnd"/>
      <w:r>
        <w:rPr>
          <w:rFonts w:ascii="Arial" w:hAnsi="Arial"/>
        </w:rPr>
        <w:t xml:space="preserve"> their reaction was like "You can't say that!" </w:t>
      </w:r>
      <w:proofErr w:type="gramStart"/>
      <w:r>
        <w:rPr>
          <w:rFonts w:ascii="Arial" w:hAnsi="Arial"/>
        </w:rPr>
        <w:t>Of course</w:t>
      </w:r>
      <w:proofErr w:type="gramEnd"/>
      <w:r>
        <w:rPr>
          <w:rFonts w:ascii="Arial" w:hAnsi="Arial"/>
        </w:rPr>
        <w:t xml:space="preserve"> we can.</w:t>
      </w:r>
    </w:p>
    <w:p w14:paraId="28EAEF3B" w14:textId="77777777" w:rsidR="00E865AD" w:rsidRDefault="00E865AD">
      <w:pPr>
        <w:spacing w:after="0"/>
      </w:pPr>
    </w:p>
    <w:p w14:paraId="57E87BCE" w14:textId="77777777" w:rsidR="00E865AD" w:rsidRDefault="00000000">
      <w:pPr>
        <w:spacing w:after="0"/>
      </w:pPr>
      <w:r>
        <w:rPr>
          <w:rFonts w:ascii="Arial" w:hAnsi="Arial"/>
          <w:b/>
        </w:rPr>
        <w:t xml:space="preserve">Lucy  </w:t>
      </w:r>
      <w:r>
        <w:rPr>
          <w:rFonts w:ascii="Arial" w:hAnsi="Arial"/>
          <w:color w:val="5D7284"/>
        </w:rPr>
        <w:t>41:30</w:t>
      </w:r>
    </w:p>
    <w:p w14:paraId="0CE271B8" w14:textId="77777777" w:rsidR="00E865AD" w:rsidRDefault="00000000">
      <w:pPr>
        <w:spacing w:after="0"/>
      </w:pPr>
      <w:r>
        <w:rPr>
          <w:rFonts w:ascii="Arial" w:hAnsi="Arial"/>
        </w:rPr>
        <w:t xml:space="preserve">Ashley, you've talked a lot about your love of animals and things like that. </w:t>
      </w:r>
      <w:proofErr w:type="gramStart"/>
      <w:r>
        <w:rPr>
          <w:rFonts w:ascii="Arial" w:hAnsi="Arial"/>
        </w:rPr>
        <w:t>do</w:t>
      </w:r>
      <w:proofErr w:type="gramEnd"/>
      <w:r>
        <w:rPr>
          <w:rFonts w:ascii="Arial" w:hAnsi="Arial"/>
        </w:rPr>
        <w:t xml:space="preserve"> you find that working with animals helps with your, you know, with certain aspects of your autism. </w:t>
      </w:r>
      <w:proofErr w:type="gramStart"/>
      <w:r>
        <w:rPr>
          <w:rFonts w:ascii="Arial" w:hAnsi="Arial"/>
        </w:rPr>
        <w:t>So</w:t>
      </w:r>
      <w:proofErr w:type="gramEnd"/>
      <w:r>
        <w:rPr>
          <w:rFonts w:ascii="Arial" w:hAnsi="Arial"/>
        </w:rPr>
        <w:t xml:space="preserve"> you know, to help you manage your what's the word I'm looking for? Can you tell we've not done this for a while?</w:t>
      </w:r>
    </w:p>
    <w:p w14:paraId="66315830" w14:textId="77777777" w:rsidR="00E865AD" w:rsidRDefault="00E865AD">
      <w:pPr>
        <w:spacing w:after="0"/>
      </w:pPr>
    </w:p>
    <w:p w14:paraId="0E111A0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41:51</w:t>
      </w:r>
    </w:p>
    <w:p w14:paraId="41216526" w14:textId="77777777" w:rsidR="00E865AD" w:rsidRDefault="00000000">
      <w:pPr>
        <w:spacing w:after="0"/>
      </w:pPr>
      <w:r>
        <w:rPr>
          <w:rFonts w:ascii="Arial" w:hAnsi="Arial"/>
        </w:rPr>
        <w:t>Lifestyle?</w:t>
      </w:r>
    </w:p>
    <w:p w14:paraId="39324962" w14:textId="77777777" w:rsidR="00E865AD" w:rsidRDefault="00E865AD">
      <w:pPr>
        <w:spacing w:after="0"/>
      </w:pPr>
    </w:p>
    <w:p w14:paraId="593601A0" w14:textId="77777777" w:rsidR="00E865AD" w:rsidRDefault="00000000">
      <w:pPr>
        <w:spacing w:after="0"/>
      </w:pPr>
      <w:r>
        <w:rPr>
          <w:rFonts w:ascii="Arial" w:hAnsi="Arial"/>
          <w:b/>
        </w:rPr>
        <w:t xml:space="preserve">Lucy  </w:t>
      </w:r>
      <w:r>
        <w:rPr>
          <w:rFonts w:ascii="Arial" w:hAnsi="Arial"/>
          <w:color w:val="5D7284"/>
        </w:rPr>
        <w:t>41:52</w:t>
      </w:r>
    </w:p>
    <w:p w14:paraId="07E94CD7" w14:textId="77777777" w:rsidR="00E865AD" w:rsidRDefault="00000000">
      <w:pPr>
        <w:spacing w:after="0"/>
      </w:pPr>
      <w:r>
        <w:rPr>
          <w:rFonts w:ascii="Arial" w:hAnsi="Arial"/>
        </w:rPr>
        <w:t>Yeah,</w:t>
      </w:r>
    </w:p>
    <w:p w14:paraId="1C35954C" w14:textId="77777777" w:rsidR="00E865AD" w:rsidRDefault="00E865AD">
      <w:pPr>
        <w:spacing w:after="0"/>
      </w:pPr>
    </w:p>
    <w:p w14:paraId="4EAD392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41:54</w:t>
      </w:r>
    </w:p>
    <w:p w14:paraId="6675B3DA" w14:textId="77777777" w:rsidR="00E865AD" w:rsidRDefault="00000000">
      <w:pPr>
        <w:spacing w:after="0"/>
      </w:pPr>
      <w:r>
        <w:rPr>
          <w:rFonts w:ascii="Arial" w:hAnsi="Arial"/>
        </w:rPr>
        <w:t xml:space="preserve">yeah, it was Yeah. Animals don't answer </w:t>
      </w:r>
      <w:proofErr w:type="gramStart"/>
      <w:r>
        <w:rPr>
          <w:rFonts w:ascii="Arial" w:hAnsi="Arial"/>
        </w:rPr>
        <w:t>back</w:t>
      </w:r>
      <w:proofErr w:type="gramEnd"/>
      <w:r>
        <w:rPr>
          <w:rFonts w:ascii="Arial" w:hAnsi="Arial"/>
        </w:rPr>
        <w:t xml:space="preserve"> animals don't judge. I just </w:t>
      </w:r>
      <w:proofErr w:type="spellStart"/>
      <w:r>
        <w:rPr>
          <w:rFonts w:ascii="Arial" w:hAnsi="Arial"/>
        </w:rPr>
        <w:t>just</w:t>
      </w:r>
      <w:proofErr w:type="spellEnd"/>
      <w:r>
        <w:rPr>
          <w:rFonts w:ascii="Arial" w:hAnsi="Arial"/>
        </w:rPr>
        <w:t xml:space="preserve"> like, I like animals. But at the same time, animals are always </w:t>
      </w:r>
      <w:proofErr w:type="gramStart"/>
      <w:r>
        <w:rPr>
          <w:rFonts w:ascii="Arial" w:hAnsi="Arial"/>
        </w:rPr>
        <w:t>on</w:t>
      </w:r>
      <w:proofErr w:type="gramEnd"/>
      <w:r>
        <w:rPr>
          <w:rFonts w:ascii="Arial" w:hAnsi="Arial"/>
        </w:rPr>
        <w:t xml:space="preserve"> the front of my mind. Like, I mean, you see that Fitzpatrick programme sometimes you've got a dog, and it's like, he's got two legs, and he's on wheels? And it's like, is that dog </w:t>
      </w:r>
      <w:proofErr w:type="gramStart"/>
      <w:r>
        <w:rPr>
          <w:rFonts w:ascii="Arial" w:hAnsi="Arial"/>
        </w:rPr>
        <w:t>really happy</w:t>
      </w:r>
      <w:proofErr w:type="gramEnd"/>
      <w:r>
        <w:rPr>
          <w:rFonts w:ascii="Arial" w:hAnsi="Arial"/>
        </w:rPr>
        <w:t xml:space="preserve">? </w:t>
      </w:r>
      <w:proofErr w:type="gramStart"/>
      <w:r>
        <w:rPr>
          <w:rFonts w:ascii="Arial" w:hAnsi="Arial"/>
        </w:rPr>
        <w:t>is</w:t>
      </w:r>
      <w:proofErr w:type="gramEnd"/>
      <w:r>
        <w:rPr>
          <w:rFonts w:ascii="Arial" w:hAnsi="Arial"/>
        </w:rPr>
        <w:t xml:space="preserve"> that really animal welfare? We see some people with these pets, and you just think you keeping it alive for the animal welfare or yours? </w:t>
      </w:r>
      <w:proofErr w:type="gramStart"/>
      <w:r>
        <w:rPr>
          <w:rFonts w:ascii="Arial" w:hAnsi="Arial"/>
        </w:rPr>
        <w:t>I I've</w:t>
      </w:r>
      <w:proofErr w:type="gramEnd"/>
      <w:r>
        <w:rPr>
          <w:rFonts w:ascii="Arial" w:hAnsi="Arial"/>
        </w:rPr>
        <w:t xml:space="preserve"> had to put animals down. And it's not nice. But it's necessary. It's part of the job. And I don't think they teach that enough.</w:t>
      </w:r>
    </w:p>
    <w:p w14:paraId="4C819E9E" w14:textId="77777777" w:rsidR="00E865AD" w:rsidRDefault="00E865AD">
      <w:pPr>
        <w:spacing w:after="0"/>
      </w:pPr>
    </w:p>
    <w:p w14:paraId="23AEE6DF" w14:textId="77777777" w:rsidR="00E865AD" w:rsidRDefault="00000000">
      <w:pPr>
        <w:spacing w:after="0"/>
      </w:pPr>
      <w:r>
        <w:rPr>
          <w:rFonts w:ascii="Arial" w:hAnsi="Arial"/>
          <w:b/>
        </w:rPr>
        <w:lastRenderedPageBreak/>
        <w:t xml:space="preserve">Lucy  </w:t>
      </w:r>
      <w:r>
        <w:rPr>
          <w:rFonts w:ascii="Arial" w:hAnsi="Arial"/>
          <w:color w:val="5D7284"/>
        </w:rPr>
        <w:t>42:34</w:t>
      </w:r>
    </w:p>
    <w:p w14:paraId="07DBB9D4" w14:textId="77777777" w:rsidR="00E865AD" w:rsidRDefault="00000000">
      <w:pPr>
        <w:spacing w:after="0"/>
      </w:pPr>
      <w:r>
        <w:rPr>
          <w:rFonts w:ascii="Arial" w:hAnsi="Arial"/>
        </w:rPr>
        <w:t xml:space="preserve">I think that's what we were talking about earlier wasn't Alice, you know, the natural world can be a very brutal place. And sometimes, you know, being a pet owner or, you know, working alongside animals, you do have to make very difficult decisions. </w:t>
      </w:r>
      <w:proofErr w:type="gramStart"/>
      <w:r>
        <w:rPr>
          <w:rFonts w:ascii="Arial" w:hAnsi="Arial"/>
        </w:rPr>
        <w:t>you</w:t>
      </w:r>
      <w:proofErr w:type="gramEnd"/>
      <w:r>
        <w:rPr>
          <w:rFonts w:ascii="Arial" w:hAnsi="Arial"/>
        </w:rPr>
        <w:t xml:space="preserve"> know, no matter how much that love that pet or that animal that you're looking after, is it can be.</w:t>
      </w:r>
    </w:p>
    <w:p w14:paraId="1374B211" w14:textId="77777777" w:rsidR="00E865AD" w:rsidRDefault="00E865AD">
      <w:pPr>
        <w:spacing w:after="0"/>
      </w:pPr>
    </w:p>
    <w:p w14:paraId="7EDFE48E" w14:textId="77777777" w:rsidR="00E865AD" w:rsidRDefault="00000000">
      <w:pPr>
        <w:spacing w:after="0"/>
      </w:pPr>
      <w:r>
        <w:rPr>
          <w:rFonts w:ascii="Arial" w:hAnsi="Arial"/>
          <w:b/>
        </w:rPr>
        <w:t xml:space="preserve">Lucy  </w:t>
      </w:r>
      <w:r>
        <w:rPr>
          <w:rFonts w:ascii="Arial" w:hAnsi="Arial"/>
          <w:color w:val="5D7284"/>
        </w:rPr>
        <w:t>42:57</w:t>
      </w:r>
    </w:p>
    <w:p w14:paraId="6E500622" w14:textId="77777777" w:rsidR="00E865AD" w:rsidRDefault="00000000">
      <w:pPr>
        <w:spacing w:after="0"/>
      </w:pPr>
      <w:r>
        <w:rPr>
          <w:rFonts w:ascii="Arial" w:hAnsi="Arial"/>
        </w:rPr>
        <w:t xml:space="preserve">I have said before, I, you know, I've worked. I worked in nursing homes and care homes for four years. And I think that we are kinder to our pets than we are to our elderly and sick. because I </w:t>
      </w:r>
    </w:p>
    <w:p w14:paraId="0F082B95" w14:textId="77777777" w:rsidR="00E865AD" w:rsidRDefault="00E865AD">
      <w:pPr>
        <w:spacing w:after="0"/>
      </w:pPr>
    </w:p>
    <w:p w14:paraId="477CB5E4"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43:16</w:t>
      </w:r>
    </w:p>
    <w:p w14:paraId="165ABF9A" w14:textId="77777777" w:rsidR="00E865AD" w:rsidRDefault="00000000">
      <w:pPr>
        <w:spacing w:after="0"/>
      </w:pPr>
      <w:r>
        <w:rPr>
          <w:rFonts w:ascii="Arial" w:hAnsi="Arial"/>
        </w:rPr>
        <w:t xml:space="preserve">Yeah, </w:t>
      </w:r>
    </w:p>
    <w:p w14:paraId="32752D45" w14:textId="77777777" w:rsidR="00E865AD" w:rsidRDefault="00E865AD">
      <w:pPr>
        <w:spacing w:after="0"/>
      </w:pPr>
    </w:p>
    <w:p w14:paraId="54567DFE" w14:textId="77777777" w:rsidR="00E865AD" w:rsidRDefault="00000000">
      <w:pPr>
        <w:spacing w:after="0"/>
      </w:pPr>
      <w:r>
        <w:rPr>
          <w:rFonts w:ascii="Arial" w:hAnsi="Arial"/>
          <w:b/>
        </w:rPr>
        <w:t xml:space="preserve">Alice  </w:t>
      </w:r>
      <w:r>
        <w:rPr>
          <w:rFonts w:ascii="Arial" w:hAnsi="Arial"/>
          <w:color w:val="5D7284"/>
        </w:rPr>
        <w:t>43:17</w:t>
      </w:r>
    </w:p>
    <w:p w14:paraId="152C4F85" w14:textId="77777777" w:rsidR="00E865AD" w:rsidRDefault="00000000">
      <w:pPr>
        <w:spacing w:after="0"/>
      </w:pPr>
      <w:r>
        <w:rPr>
          <w:rFonts w:ascii="Arial" w:hAnsi="Arial"/>
        </w:rPr>
        <w:t xml:space="preserve">I certainly would not wish to be in a position with a condition like dementia, where I no longer know who my family is. And I become incredibly distressed when a </w:t>
      </w:r>
      <w:proofErr w:type="spellStart"/>
      <w:r>
        <w:rPr>
          <w:rFonts w:ascii="Arial" w:hAnsi="Arial"/>
        </w:rPr>
        <w:t>a</w:t>
      </w:r>
      <w:proofErr w:type="spellEnd"/>
      <w:r>
        <w:rPr>
          <w:rFonts w:ascii="Arial" w:hAnsi="Arial"/>
        </w:rPr>
        <w:t xml:space="preserve"> care worker who feels like a stranger to me </w:t>
      </w:r>
      <w:proofErr w:type="gramStart"/>
      <w:r>
        <w:rPr>
          <w:rFonts w:ascii="Arial" w:hAnsi="Arial"/>
        </w:rPr>
        <w:t>has to</w:t>
      </w:r>
      <w:proofErr w:type="gramEnd"/>
      <w:r>
        <w:rPr>
          <w:rFonts w:ascii="Arial" w:hAnsi="Arial"/>
        </w:rPr>
        <w:t xml:space="preserve"> help me with my personal care. </w:t>
      </w:r>
    </w:p>
    <w:p w14:paraId="5FF3576A" w14:textId="77777777" w:rsidR="00E865AD" w:rsidRDefault="00E865AD">
      <w:pPr>
        <w:spacing w:after="0"/>
      </w:pPr>
    </w:p>
    <w:p w14:paraId="156D5CE5" w14:textId="77777777" w:rsidR="00E865AD" w:rsidRDefault="00000000">
      <w:pPr>
        <w:spacing w:after="0"/>
      </w:pPr>
      <w:r>
        <w:rPr>
          <w:rFonts w:ascii="Arial" w:hAnsi="Arial"/>
          <w:b/>
        </w:rPr>
        <w:t xml:space="preserve">Lucy  </w:t>
      </w:r>
      <w:r>
        <w:rPr>
          <w:rFonts w:ascii="Arial" w:hAnsi="Arial"/>
          <w:color w:val="5D7284"/>
        </w:rPr>
        <w:t>43:42</w:t>
      </w:r>
    </w:p>
    <w:p w14:paraId="1F917970" w14:textId="77777777" w:rsidR="00E865AD" w:rsidRDefault="00000000">
      <w:pPr>
        <w:spacing w:after="0"/>
      </w:pPr>
      <w:r>
        <w:rPr>
          <w:rFonts w:ascii="Arial" w:hAnsi="Arial"/>
        </w:rPr>
        <w:t>Yes,</w:t>
      </w:r>
    </w:p>
    <w:p w14:paraId="2AEC72AA" w14:textId="77777777" w:rsidR="00E865AD" w:rsidRDefault="00E865AD">
      <w:pPr>
        <w:spacing w:after="0"/>
      </w:pPr>
    </w:p>
    <w:p w14:paraId="4BF7A758" w14:textId="77777777" w:rsidR="00E865AD" w:rsidRDefault="00000000">
      <w:pPr>
        <w:spacing w:after="0"/>
      </w:pPr>
      <w:r>
        <w:rPr>
          <w:rFonts w:ascii="Arial" w:hAnsi="Arial"/>
          <w:b/>
        </w:rPr>
        <w:t xml:space="preserve">Alice  </w:t>
      </w:r>
      <w:r>
        <w:rPr>
          <w:rFonts w:ascii="Arial" w:hAnsi="Arial"/>
          <w:color w:val="5D7284"/>
        </w:rPr>
        <w:t>43:42</w:t>
      </w:r>
    </w:p>
    <w:p w14:paraId="76DBAEA9" w14:textId="77777777" w:rsidR="00E865AD" w:rsidRDefault="00000000">
      <w:pPr>
        <w:spacing w:after="0"/>
      </w:pPr>
      <w:r>
        <w:rPr>
          <w:rFonts w:ascii="Arial" w:hAnsi="Arial"/>
        </w:rPr>
        <w:t xml:space="preserve">I would, I would find that. To know that I was in that position, I would never </w:t>
      </w:r>
      <w:proofErr w:type="gramStart"/>
      <w:r>
        <w:rPr>
          <w:rFonts w:ascii="Arial" w:hAnsi="Arial"/>
        </w:rPr>
        <w:t>want</w:t>
      </w:r>
      <w:proofErr w:type="gramEnd"/>
      <w:r>
        <w:rPr>
          <w:rFonts w:ascii="Arial" w:hAnsi="Arial"/>
        </w:rPr>
        <w:t xml:space="preserve"> to have been in that position. And </w:t>
      </w:r>
      <w:proofErr w:type="spellStart"/>
      <w:r>
        <w:rPr>
          <w:rFonts w:ascii="Arial" w:hAnsi="Arial"/>
        </w:rPr>
        <w:t>were</w:t>
      </w:r>
      <w:proofErr w:type="spellEnd"/>
      <w:r>
        <w:rPr>
          <w:rFonts w:ascii="Arial" w:hAnsi="Arial"/>
        </w:rPr>
        <w:t xml:space="preserve"> I able to do anything to prevent myself from being in that position and seeing the pain. because that's the thing </w:t>
      </w:r>
      <w:proofErr w:type="gramStart"/>
      <w:r>
        <w:rPr>
          <w:rFonts w:ascii="Arial" w:hAnsi="Arial"/>
        </w:rPr>
        <w:t>that I</w:t>
      </w:r>
      <w:proofErr w:type="gramEnd"/>
      <w:r>
        <w:rPr>
          <w:rFonts w:ascii="Arial" w:hAnsi="Arial"/>
        </w:rPr>
        <w:t xml:space="preserve"> my granddad had dementia. And one of the worst my nan went to visit him once when he was in the nursing home with it. because when she </w:t>
      </w:r>
      <w:proofErr w:type="gramStart"/>
      <w:r>
        <w:rPr>
          <w:rFonts w:ascii="Arial" w:hAnsi="Arial"/>
        </w:rPr>
        <w:t>left</w:t>
      </w:r>
      <w:proofErr w:type="gramEnd"/>
      <w:r>
        <w:rPr>
          <w:rFonts w:ascii="Arial" w:hAnsi="Arial"/>
        </w:rPr>
        <w:t xml:space="preserve"> she said that that's not my husband anymore. </w:t>
      </w:r>
    </w:p>
    <w:p w14:paraId="64C88579" w14:textId="77777777" w:rsidR="00E865AD" w:rsidRDefault="00E865AD">
      <w:pPr>
        <w:spacing w:after="0"/>
      </w:pPr>
    </w:p>
    <w:p w14:paraId="7BB56B5D" w14:textId="77777777" w:rsidR="00E865AD" w:rsidRDefault="00000000">
      <w:pPr>
        <w:spacing w:after="0"/>
      </w:pPr>
      <w:r>
        <w:rPr>
          <w:rFonts w:ascii="Arial" w:hAnsi="Arial"/>
          <w:b/>
        </w:rPr>
        <w:t xml:space="preserve">Lucy  </w:t>
      </w:r>
      <w:r>
        <w:rPr>
          <w:rFonts w:ascii="Arial" w:hAnsi="Arial"/>
          <w:color w:val="5D7284"/>
        </w:rPr>
        <w:t>44:12</w:t>
      </w:r>
    </w:p>
    <w:p w14:paraId="79E4CB03" w14:textId="77777777" w:rsidR="00E865AD" w:rsidRDefault="00000000">
      <w:pPr>
        <w:spacing w:after="0"/>
      </w:pPr>
      <w:r>
        <w:rPr>
          <w:rFonts w:ascii="Arial" w:hAnsi="Arial"/>
        </w:rPr>
        <w:t xml:space="preserve">No. </w:t>
      </w:r>
    </w:p>
    <w:p w14:paraId="594D3896" w14:textId="77777777" w:rsidR="00E865AD" w:rsidRDefault="00E865AD">
      <w:pPr>
        <w:spacing w:after="0"/>
      </w:pPr>
    </w:p>
    <w:p w14:paraId="0280AE22" w14:textId="77777777" w:rsidR="00E865AD" w:rsidRDefault="00000000">
      <w:pPr>
        <w:spacing w:after="0"/>
      </w:pPr>
      <w:r>
        <w:rPr>
          <w:rFonts w:ascii="Arial" w:hAnsi="Arial"/>
          <w:b/>
        </w:rPr>
        <w:t xml:space="preserve">Alice  </w:t>
      </w:r>
      <w:r>
        <w:rPr>
          <w:rFonts w:ascii="Arial" w:hAnsi="Arial"/>
          <w:color w:val="5D7284"/>
        </w:rPr>
        <w:t>44:12</w:t>
      </w:r>
    </w:p>
    <w:p w14:paraId="1DA50773" w14:textId="77777777" w:rsidR="00E865AD" w:rsidRDefault="00000000">
      <w:pPr>
        <w:spacing w:after="0"/>
      </w:pPr>
      <w:r>
        <w:rPr>
          <w:rFonts w:ascii="Arial" w:hAnsi="Arial"/>
        </w:rPr>
        <w:t xml:space="preserve">And it was heartbreaking for her because he basically died twice. </w:t>
      </w:r>
    </w:p>
    <w:p w14:paraId="5F1B89FD" w14:textId="77777777" w:rsidR="00E865AD" w:rsidRDefault="00E865AD">
      <w:pPr>
        <w:spacing w:after="0"/>
      </w:pPr>
    </w:p>
    <w:p w14:paraId="3E899D21" w14:textId="77777777" w:rsidR="00E865AD" w:rsidRDefault="00000000">
      <w:pPr>
        <w:spacing w:after="0"/>
      </w:pPr>
      <w:r>
        <w:rPr>
          <w:rFonts w:ascii="Arial" w:hAnsi="Arial"/>
          <w:b/>
        </w:rPr>
        <w:t xml:space="preserve">Lucy  </w:t>
      </w:r>
      <w:r>
        <w:rPr>
          <w:rFonts w:ascii="Arial" w:hAnsi="Arial"/>
          <w:color w:val="5D7284"/>
        </w:rPr>
        <w:t>44:16</w:t>
      </w:r>
    </w:p>
    <w:p w14:paraId="405DDC3F" w14:textId="77777777" w:rsidR="00E865AD" w:rsidRDefault="00000000">
      <w:pPr>
        <w:spacing w:after="0"/>
      </w:pPr>
      <w:r>
        <w:rPr>
          <w:rFonts w:ascii="Arial" w:hAnsi="Arial"/>
        </w:rPr>
        <w:t>Yeah. Yeah</w:t>
      </w:r>
    </w:p>
    <w:p w14:paraId="6BD72DE2" w14:textId="77777777" w:rsidR="00E865AD" w:rsidRDefault="00E865AD">
      <w:pPr>
        <w:spacing w:after="0"/>
      </w:pPr>
    </w:p>
    <w:p w14:paraId="39081E81" w14:textId="77777777" w:rsidR="00E865AD" w:rsidRDefault="00000000">
      <w:pPr>
        <w:spacing w:after="0"/>
      </w:pPr>
      <w:r>
        <w:rPr>
          <w:rFonts w:ascii="Arial" w:hAnsi="Arial"/>
          <w:b/>
        </w:rPr>
        <w:t xml:space="preserve">Alice  </w:t>
      </w:r>
      <w:r>
        <w:rPr>
          <w:rFonts w:ascii="Arial" w:hAnsi="Arial"/>
          <w:color w:val="5D7284"/>
        </w:rPr>
        <w:t>44:16</w:t>
      </w:r>
    </w:p>
    <w:p w14:paraId="078707D2" w14:textId="77777777" w:rsidR="00E865AD" w:rsidRDefault="00000000">
      <w:pPr>
        <w:spacing w:after="0"/>
      </w:pPr>
      <w:r>
        <w:rPr>
          <w:rFonts w:ascii="Arial" w:hAnsi="Arial"/>
        </w:rPr>
        <w:t xml:space="preserve">because he stopped being </w:t>
      </w:r>
      <w:proofErr w:type="gramStart"/>
      <w:r>
        <w:rPr>
          <w:rFonts w:ascii="Arial" w:hAnsi="Arial"/>
        </w:rPr>
        <w:t>the</w:t>
      </w:r>
      <w:proofErr w:type="gramEnd"/>
      <w:r>
        <w:rPr>
          <w:rFonts w:ascii="Arial" w:hAnsi="Arial"/>
        </w:rPr>
        <w:t xml:space="preserve"> person. he </w:t>
      </w:r>
      <w:proofErr w:type="gramStart"/>
      <w:r>
        <w:rPr>
          <w:rFonts w:ascii="Arial" w:hAnsi="Arial"/>
        </w:rPr>
        <w:t>was</w:t>
      </w:r>
      <w:proofErr w:type="gramEnd"/>
      <w:r>
        <w:rPr>
          <w:rFonts w:ascii="Arial" w:hAnsi="Arial"/>
        </w:rPr>
        <w:t xml:space="preserve"> </w:t>
      </w:r>
    </w:p>
    <w:p w14:paraId="6243A54E" w14:textId="77777777" w:rsidR="00E865AD" w:rsidRDefault="00E865AD">
      <w:pPr>
        <w:spacing w:after="0"/>
      </w:pPr>
    </w:p>
    <w:p w14:paraId="58298D02" w14:textId="77777777" w:rsidR="00E865AD" w:rsidRDefault="00000000">
      <w:pPr>
        <w:spacing w:after="0"/>
      </w:pPr>
      <w:r>
        <w:rPr>
          <w:rFonts w:ascii="Arial" w:hAnsi="Arial"/>
          <w:b/>
        </w:rPr>
        <w:t xml:space="preserve">Lucy  </w:t>
      </w:r>
      <w:r>
        <w:rPr>
          <w:rFonts w:ascii="Arial" w:hAnsi="Arial"/>
          <w:color w:val="5D7284"/>
        </w:rPr>
        <w:t>44:19</w:t>
      </w:r>
    </w:p>
    <w:p w14:paraId="4D13603D" w14:textId="77777777" w:rsidR="00E865AD" w:rsidRDefault="00000000">
      <w:pPr>
        <w:spacing w:after="0"/>
      </w:pPr>
      <w:r>
        <w:rPr>
          <w:rFonts w:ascii="Arial" w:hAnsi="Arial"/>
        </w:rPr>
        <w:t>Totally.</w:t>
      </w:r>
    </w:p>
    <w:p w14:paraId="7B5FEE2E" w14:textId="77777777" w:rsidR="00E865AD" w:rsidRDefault="00E865AD">
      <w:pPr>
        <w:spacing w:after="0"/>
      </w:pPr>
    </w:p>
    <w:p w14:paraId="2A415BBD" w14:textId="77777777" w:rsidR="00E865AD" w:rsidRDefault="00000000">
      <w:pPr>
        <w:spacing w:after="0"/>
      </w:pPr>
      <w:r>
        <w:rPr>
          <w:rFonts w:ascii="Arial" w:hAnsi="Arial"/>
          <w:b/>
        </w:rPr>
        <w:t xml:space="preserve">Alice  </w:t>
      </w:r>
      <w:r>
        <w:rPr>
          <w:rFonts w:ascii="Arial" w:hAnsi="Arial"/>
          <w:color w:val="5D7284"/>
        </w:rPr>
        <w:t>44:19</w:t>
      </w:r>
    </w:p>
    <w:p w14:paraId="28693369" w14:textId="77777777" w:rsidR="00E865AD" w:rsidRDefault="00000000">
      <w:pPr>
        <w:spacing w:after="0"/>
      </w:pPr>
      <w:r>
        <w:rPr>
          <w:rFonts w:ascii="Arial" w:hAnsi="Arial"/>
        </w:rPr>
        <w:lastRenderedPageBreak/>
        <w:t xml:space="preserve">And then also, and she couldn't bring herself to see him. And so didn't see him for the last year of his life and then had to bury him. </w:t>
      </w:r>
      <w:proofErr w:type="gramStart"/>
      <w:r>
        <w:rPr>
          <w:rFonts w:ascii="Arial" w:hAnsi="Arial"/>
        </w:rPr>
        <w:t>And it's</w:t>
      </w:r>
      <w:proofErr w:type="gramEnd"/>
      <w:r>
        <w:rPr>
          <w:rFonts w:ascii="Arial" w:hAnsi="Arial"/>
        </w:rPr>
        <w:t xml:space="preserve"> </w:t>
      </w:r>
      <w:proofErr w:type="spellStart"/>
      <w:r>
        <w:rPr>
          <w:rFonts w:ascii="Arial" w:hAnsi="Arial"/>
        </w:rPr>
        <w:t>it's</w:t>
      </w:r>
      <w:proofErr w:type="spellEnd"/>
      <w:r>
        <w:rPr>
          <w:rFonts w:ascii="Arial" w:hAnsi="Arial"/>
        </w:rPr>
        <w:t xml:space="preserve"> heartbreaking. And I think, in a lot of ways we're kinder to our pets than we are to our elderly people, because we give our pets the opportunity to go </w:t>
      </w:r>
      <w:proofErr w:type="gramStart"/>
      <w:r>
        <w:rPr>
          <w:rFonts w:ascii="Arial" w:hAnsi="Arial"/>
        </w:rPr>
        <w:t>before</w:t>
      </w:r>
      <w:proofErr w:type="gramEnd"/>
      <w:r>
        <w:rPr>
          <w:rFonts w:ascii="Arial" w:hAnsi="Arial"/>
        </w:rPr>
        <w:t xml:space="preserve"> they're in a position where they have no quality of life.</w:t>
      </w:r>
    </w:p>
    <w:p w14:paraId="66E5FD23" w14:textId="77777777" w:rsidR="00E865AD" w:rsidRDefault="00E865AD">
      <w:pPr>
        <w:spacing w:after="0"/>
      </w:pPr>
    </w:p>
    <w:p w14:paraId="202D182F" w14:textId="77777777" w:rsidR="00E865AD" w:rsidRDefault="00000000">
      <w:pPr>
        <w:spacing w:after="0"/>
      </w:pPr>
      <w:r>
        <w:rPr>
          <w:rFonts w:ascii="Arial" w:hAnsi="Arial"/>
          <w:b/>
        </w:rPr>
        <w:t xml:space="preserve">Lucy  </w:t>
      </w:r>
      <w:r>
        <w:rPr>
          <w:rFonts w:ascii="Arial" w:hAnsi="Arial"/>
          <w:color w:val="5D7284"/>
        </w:rPr>
        <w:t>44:47</w:t>
      </w:r>
    </w:p>
    <w:p w14:paraId="7D058F33" w14:textId="77777777" w:rsidR="00E865AD" w:rsidRDefault="00000000">
      <w:pPr>
        <w:spacing w:after="0"/>
      </w:pPr>
      <w:r>
        <w:rPr>
          <w:rFonts w:ascii="Arial" w:hAnsi="Arial"/>
        </w:rPr>
        <w:t xml:space="preserve">Wow, that's a big topic, isn't it? </w:t>
      </w:r>
    </w:p>
    <w:p w14:paraId="59538658" w14:textId="77777777" w:rsidR="00E865AD" w:rsidRDefault="00E865AD">
      <w:pPr>
        <w:spacing w:after="0"/>
      </w:pPr>
    </w:p>
    <w:p w14:paraId="7455D0A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44:49</w:t>
      </w:r>
    </w:p>
    <w:p w14:paraId="1B33A6F0" w14:textId="77777777" w:rsidR="00E865AD" w:rsidRDefault="00000000">
      <w:pPr>
        <w:spacing w:after="0"/>
      </w:pPr>
      <w:r>
        <w:rPr>
          <w:rFonts w:ascii="Arial" w:hAnsi="Arial"/>
        </w:rPr>
        <w:t xml:space="preserve">Yeah, </w:t>
      </w:r>
    </w:p>
    <w:p w14:paraId="27980541" w14:textId="77777777" w:rsidR="00E865AD" w:rsidRDefault="00E865AD">
      <w:pPr>
        <w:spacing w:after="0"/>
      </w:pPr>
    </w:p>
    <w:p w14:paraId="0E0E4DB5" w14:textId="77777777" w:rsidR="00E865AD" w:rsidRDefault="00000000">
      <w:pPr>
        <w:spacing w:after="0"/>
      </w:pPr>
      <w:r>
        <w:rPr>
          <w:rFonts w:ascii="Arial" w:hAnsi="Arial"/>
          <w:b/>
        </w:rPr>
        <w:t xml:space="preserve">Lucy  </w:t>
      </w:r>
      <w:r>
        <w:rPr>
          <w:rFonts w:ascii="Arial" w:hAnsi="Arial"/>
          <w:color w:val="5D7284"/>
        </w:rPr>
        <w:t>44:49</w:t>
      </w:r>
    </w:p>
    <w:p w14:paraId="55C7C9FB" w14:textId="77777777" w:rsidR="00E865AD" w:rsidRDefault="00000000">
      <w:pPr>
        <w:spacing w:after="0"/>
      </w:pPr>
      <w:r>
        <w:rPr>
          <w:rFonts w:ascii="Arial" w:hAnsi="Arial"/>
        </w:rPr>
        <w:t>wow. that's a subject for another day, there.</w:t>
      </w:r>
    </w:p>
    <w:p w14:paraId="6C9C88FC" w14:textId="77777777" w:rsidR="00E865AD" w:rsidRDefault="00E865AD">
      <w:pPr>
        <w:spacing w:after="0"/>
      </w:pPr>
    </w:p>
    <w:p w14:paraId="4C400D7A" w14:textId="77777777" w:rsidR="00E865AD" w:rsidRDefault="00000000">
      <w:pPr>
        <w:spacing w:after="0"/>
      </w:pPr>
      <w:r>
        <w:rPr>
          <w:rFonts w:ascii="Arial" w:hAnsi="Arial"/>
          <w:b/>
        </w:rPr>
        <w:t xml:space="preserve">Alice  </w:t>
      </w:r>
      <w:r>
        <w:rPr>
          <w:rFonts w:ascii="Arial" w:hAnsi="Arial"/>
          <w:color w:val="5D7284"/>
        </w:rPr>
        <w:t>44:52</w:t>
      </w:r>
    </w:p>
    <w:p w14:paraId="5051EABE" w14:textId="77777777" w:rsidR="00E865AD" w:rsidRDefault="00000000">
      <w:pPr>
        <w:spacing w:after="0"/>
      </w:pPr>
      <w:r>
        <w:rPr>
          <w:rFonts w:ascii="Arial" w:hAnsi="Arial"/>
        </w:rPr>
        <w:t xml:space="preserve">I </w:t>
      </w:r>
      <w:proofErr w:type="spellStart"/>
      <w:r>
        <w:rPr>
          <w:rFonts w:ascii="Arial" w:hAnsi="Arial"/>
        </w:rPr>
        <w:t>brung</w:t>
      </w:r>
      <w:proofErr w:type="spellEnd"/>
      <w:r>
        <w:rPr>
          <w:rFonts w:ascii="Arial" w:hAnsi="Arial"/>
        </w:rPr>
        <w:t xml:space="preserve"> that </w:t>
      </w:r>
      <w:proofErr w:type="gramStart"/>
      <w:r>
        <w:rPr>
          <w:rFonts w:ascii="Arial" w:hAnsi="Arial"/>
        </w:rPr>
        <w:t>down</w:t>
      </w:r>
      <w:proofErr w:type="gramEnd"/>
      <w:r>
        <w:rPr>
          <w:rFonts w:ascii="Arial" w:hAnsi="Arial"/>
        </w:rPr>
        <w:t xml:space="preserve"> didn't I?</w:t>
      </w:r>
    </w:p>
    <w:p w14:paraId="71A76AAA" w14:textId="77777777" w:rsidR="00E865AD" w:rsidRDefault="00E865AD">
      <w:pPr>
        <w:spacing w:after="0"/>
      </w:pPr>
    </w:p>
    <w:p w14:paraId="3EB3EE53" w14:textId="77777777" w:rsidR="00E865AD" w:rsidRDefault="00000000">
      <w:pPr>
        <w:spacing w:after="0"/>
      </w:pPr>
      <w:r>
        <w:rPr>
          <w:rFonts w:ascii="Arial" w:hAnsi="Arial"/>
          <w:b/>
        </w:rPr>
        <w:t xml:space="preserve">Alice  </w:t>
      </w:r>
      <w:r>
        <w:rPr>
          <w:rFonts w:ascii="Arial" w:hAnsi="Arial"/>
          <w:color w:val="5D7284"/>
        </w:rPr>
        <w:t>44:54</w:t>
      </w:r>
    </w:p>
    <w:p w14:paraId="17CAB5A7" w14:textId="77777777" w:rsidR="00E865AD" w:rsidRDefault="00000000">
      <w:pPr>
        <w:spacing w:after="0"/>
      </w:pPr>
      <w:r>
        <w:rPr>
          <w:rFonts w:ascii="Arial" w:hAnsi="Arial"/>
        </w:rPr>
        <w:t xml:space="preserve">I wasn't expecting that one. </w:t>
      </w:r>
    </w:p>
    <w:p w14:paraId="56A796CB" w14:textId="77777777" w:rsidR="00E865AD" w:rsidRDefault="00E865AD">
      <w:pPr>
        <w:spacing w:after="0"/>
      </w:pPr>
    </w:p>
    <w:p w14:paraId="7650BC64" w14:textId="77777777" w:rsidR="00E865AD" w:rsidRDefault="00000000">
      <w:pPr>
        <w:spacing w:after="0"/>
      </w:pPr>
      <w:r>
        <w:rPr>
          <w:rFonts w:ascii="Arial" w:hAnsi="Arial"/>
          <w:b/>
        </w:rPr>
        <w:t xml:space="preserve">Alice  </w:t>
      </w:r>
      <w:r>
        <w:rPr>
          <w:rFonts w:ascii="Arial" w:hAnsi="Arial"/>
          <w:color w:val="5D7284"/>
        </w:rPr>
        <w:t>44:58</w:t>
      </w:r>
    </w:p>
    <w:p w14:paraId="12582F95" w14:textId="77777777" w:rsidR="00E865AD" w:rsidRDefault="00000000">
      <w:pPr>
        <w:spacing w:after="0"/>
      </w:pPr>
      <w:r>
        <w:rPr>
          <w:rFonts w:ascii="Arial" w:hAnsi="Arial"/>
        </w:rPr>
        <w:t xml:space="preserve">But I think I do think going back to what you were saying Lucy about the kind of support and therapy that people get from animals? Again, I've said this before about when I first got Lola get having a guide dog changed my life, not because it enabled me physically to go out safely but because having that dog by my side all the time changed my, changed how I felt about myself. I felt like I had a creature that needed me and wanted me around and what you know, she's a she's a Labrador, so of course, she loves everybody, but she adores me and that that companionship, that relationship that affects you know, reciprocated affection really, really changed my feelings about myself and made me feel better and like I wanted to be in the world more </w:t>
      </w:r>
    </w:p>
    <w:p w14:paraId="5C26264B" w14:textId="77777777" w:rsidR="00E865AD" w:rsidRDefault="00E865AD">
      <w:pPr>
        <w:spacing w:after="0"/>
      </w:pPr>
    </w:p>
    <w:p w14:paraId="3E97E9CE" w14:textId="77777777" w:rsidR="00E865AD" w:rsidRDefault="00000000">
      <w:pPr>
        <w:spacing w:after="0"/>
      </w:pPr>
      <w:r>
        <w:rPr>
          <w:rFonts w:ascii="Arial" w:hAnsi="Arial"/>
          <w:b/>
        </w:rPr>
        <w:t xml:space="preserve">Lucy  </w:t>
      </w:r>
      <w:r>
        <w:rPr>
          <w:rFonts w:ascii="Arial" w:hAnsi="Arial"/>
          <w:color w:val="5D7284"/>
        </w:rPr>
        <w:t>45:58</w:t>
      </w:r>
    </w:p>
    <w:p w14:paraId="64F16684" w14:textId="77777777" w:rsidR="00E865AD" w:rsidRDefault="00000000">
      <w:pPr>
        <w:spacing w:after="0"/>
      </w:pPr>
      <w:r>
        <w:rPr>
          <w:rFonts w:ascii="Arial" w:hAnsi="Arial"/>
        </w:rPr>
        <w:t xml:space="preserve">I think </w:t>
      </w:r>
      <w:proofErr w:type="gramStart"/>
      <w:r>
        <w:rPr>
          <w:rFonts w:ascii="Arial" w:hAnsi="Arial"/>
        </w:rPr>
        <w:t>as</w:t>
      </w:r>
      <w:proofErr w:type="gramEnd"/>
      <w:r>
        <w:rPr>
          <w:rFonts w:ascii="Arial" w:hAnsi="Arial"/>
        </w:rPr>
        <w:t xml:space="preserve"> well. We </w:t>
      </w:r>
      <w:proofErr w:type="spellStart"/>
      <w:r>
        <w:rPr>
          <w:rFonts w:ascii="Arial" w:hAnsi="Arial"/>
        </w:rPr>
        <w:t>we</w:t>
      </w:r>
      <w:proofErr w:type="spellEnd"/>
      <w:r>
        <w:rPr>
          <w:rFonts w:ascii="Arial" w:hAnsi="Arial"/>
        </w:rPr>
        <w:t xml:space="preserve"> talk a lot about how guide dogs are sort of, you know, </w:t>
      </w:r>
      <w:proofErr w:type="gramStart"/>
      <w:r>
        <w:rPr>
          <w:rFonts w:ascii="Arial" w:hAnsi="Arial"/>
        </w:rPr>
        <w:t>integral to</w:t>
      </w:r>
      <w:proofErr w:type="gramEnd"/>
      <w:r>
        <w:rPr>
          <w:rFonts w:ascii="Arial" w:hAnsi="Arial"/>
        </w:rPr>
        <w:t xml:space="preserve"> </w:t>
      </w:r>
      <w:proofErr w:type="spellStart"/>
      <w:r>
        <w:rPr>
          <w:rFonts w:ascii="Arial" w:hAnsi="Arial"/>
        </w:rPr>
        <w:t>to</w:t>
      </w:r>
      <w:proofErr w:type="spellEnd"/>
      <w:r>
        <w:rPr>
          <w:rFonts w:ascii="Arial" w:hAnsi="Arial"/>
        </w:rPr>
        <w:t xml:space="preserve"> some, somebody's life, you know, to help them be independent. But I do think it's a </w:t>
      </w:r>
      <w:proofErr w:type="gramStart"/>
      <w:r>
        <w:rPr>
          <w:rFonts w:ascii="Arial" w:hAnsi="Arial"/>
        </w:rPr>
        <w:t>two way</w:t>
      </w:r>
      <w:proofErr w:type="gramEnd"/>
      <w:r>
        <w:rPr>
          <w:rFonts w:ascii="Arial" w:hAnsi="Arial"/>
        </w:rPr>
        <w:t xml:space="preserve"> street, isn't it? It's you </w:t>
      </w:r>
      <w:proofErr w:type="gramStart"/>
      <w:r>
        <w:rPr>
          <w:rFonts w:ascii="Arial" w:hAnsi="Arial"/>
        </w:rPr>
        <w:t>needing</w:t>
      </w:r>
      <w:proofErr w:type="gramEnd"/>
      <w:r>
        <w:rPr>
          <w:rFonts w:ascii="Arial" w:hAnsi="Arial"/>
        </w:rPr>
        <w:t xml:space="preserve"> them and then wanting and needing you too. It's that you know, is to a, to a certain extent it is </w:t>
      </w:r>
      <w:proofErr w:type="gramStart"/>
      <w:r>
        <w:rPr>
          <w:rFonts w:ascii="Arial" w:hAnsi="Arial"/>
        </w:rPr>
        <w:t>a it</w:t>
      </w:r>
      <w:proofErr w:type="gramEnd"/>
      <w:r>
        <w:rPr>
          <w:rFonts w:ascii="Arial" w:hAnsi="Arial"/>
        </w:rPr>
        <w:t xml:space="preserve"> is a it is a two way street, isn't it? </w:t>
      </w:r>
    </w:p>
    <w:p w14:paraId="1BF6B843" w14:textId="77777777" w:rsidR="00E865AD" w:rsidRDefault="00E865AD">
      <w:pPr>
        <w:spacing w:after="0"/>
      </w:pPr>
    </w:p>
    <w:p w14:paraId="6307A1CD" w14:textId="77777777" w:rsidR="00E865AD" w:rsidRDefault="00000000">
      <w:pPr>
        <w:spacing w:after="0"/>
      </w:pPr>
      <w:r>
        <w:rPr>
          <w:rFonts w:ascii="Arial" w:hAnsi="Arial"/>
          <w:b/>
        </w:rPr>
        <w:t xml:space="preserve">Alice  </w:t>
      </w:r>
      <w:r>
        <w:rPr>
          <w:rFonts w:ascii="Arial" w:hAnsi="Arial"/>
          <w:color w:val="5D7284"/>
        </w:rPr>
        <w:t>46:27</w:t>
      </w:r>
    </w:p>
    <w:p w14:paraId="36D72FE8" w14:textId="77777777" w:rsidR="00E865AD" w:rsidRDefault="00000000">
      <w:pPr>
        <w:spacing w:after="0"/>
      </w:pPr>
      <w:proofErr w:type="spellStart"/>
      <w:r>
        <w:rPr>
          <w:rFonts w:ascii="Arial" w:hAnsi="Arial"/>
        </w:rPr>
        <w:t>Mmm</w:t>
      </w:r>
      <w:proofErr w:type="spellEnd"/>
      <w:r>
        <w:rPr>
          <w:rFonts w:ascii="Arial" w:hAnsi="Arial"/>
        </w:rPr>
        <w:t xml:space="preserve">, </w:t>
      </w:r>
      <w:proofErr w:type="gramStart"/>
      <w:r>
        <w:rPr>
          <w:rFonts w:ascii="Arial" w:hAnsi="Arial"/>
        </w:rPr>
        <w:t>Yeah</w:t>
      </w:r>
      <w:proofErr w:type="gramEnd"/>
      <w:r>
        <w:rPr>
          <w:rFonts w:ascii="Arial" w:hAnsi="Arial"/>
        </w:rPr>
        <w:t xml:space="preserve">. Definitely. </w:t>
      </w:r>
    </w:p>
    <w:p w14:paraId="7855A979" w14:textId="77777777" w:rsidR="00E865AD" w:rsidRDefault="00E865AD">
      <w:pPr>
        <w:spacing w:after="0"/>
      </w:pPr>
    </w:p>
    <w:p w14:paraId="09539121" w14:textId="77777777" w:rsidR="00E865AD" w:rsidRDefault="00000000">
      <w:pPr>
        <w:spacing w:after="0"/>
      </w:pPr>
      <w:r>
        <w:rPr>
          <w:rFonts w:ascii="Arial" w:hAnsi="Arial"/>
          <w:b/>
        </w:rPr>
        <w:t xml:space="preserve">Alice  </w:t>
      </w:r>
      <w:r>
        <w:rPr>
          <w:rFonts w:ascii="Arial" w:hAnsi="Arial"/>
          <w:color w:val="5D7284"/>
        </w:rPr>
        <w:t>46:28</w:t>
      </w:r>
    </w:p>
    <w:p w14:paraId="65F3505D" w14:textId="77777777" w:rsidR="00E865AD" w:rsidRDefault="00000000">
      <w:pPr>
        <w:spacing w:after="0"/>
      </w:pPr>
      <w:r>
        <w:rPr>
          <w:rFonts w:ascii="Arial" w:hAnsi="Arial"/>
        </w:rPr>
        <w:t xml:space="preserve">And like you say, </w:t>
      </w:r>
      <w:proofErr w:type="gramStart"/>
      <w:r>
        <w:rPr>
          <w:rFonts w:ascii="Arial" w:hAnsi="Arial"/>
        </w:rPr>
        <w:t>Lo</w:t>
      </w:r>
      <w:proofErr w:type="gramEnd"/>
      <w:r>
        <w:rPr>
          <w:rFonts w:ascii="Arial" w:hAnsi="Arial"/>
        </w:rPr>
        <w:t xml:space="preserve">, err, Dora, I've never met Lola. I don't </w:t>
      </w:r>
      <w:proofErr w:type="gramStart"/>
      <w:r>
        <w:rPr>
          <w:rFonts w:ascii="Arial" w:hAnsi="Arial"/>
        </w:rPr>
        <w:t>think</w:t>
      </w:r>
      <w:proofErr w:type="gramEnd"/>
      <w:r>
        <w:rPr>
          <w:rFonts w:ascii="Arial" w:hAnsi="Arial"/>
        </w:rPr>
        <w:t xml:space="preserve"> have I?</w:t>
      </w:r>
    </w:p>
    <w:p w14:paraId="425EF486" w14:textId="77777777" w:rsidR="00E865AD" w:rsidRDefault="00E865AD">
      <w:pPr>
        <w:spacing w:after="0"/>
      </w:pPr>
    </w:p>
    <w:p w14:paraId="4FD7925E" w14:textId="77777777" w:rsidR="00E865AD" w:rsidRDefault="00000000">
      <w:pPr>
        <w:spacing w:after="0"/>
      </w:pPr>
      <w:r>
        <w:rPr>
          <w:rFonts w:ascii="Arial" w:hAnsi="Arial"/>
          <w:b/>
        </w:rPr>
        <w:t xml:space="preserve">Alice  </w:t>
      </w:r>
      <w:r>
        <w:rPr>
          <w:rFonts w:ascii="Arial" w:hAnsi="Arial"/>
          <w:color w:val="5D7284"/>
        </w:rPr>
        <w:t>46:33</w:t>
      </w:r>
    </w:p>
    <w:p w14:paraId="1C170A40" w14:textId="77777777" w:rsidR="00E865AD" w:rsidRDefault="00000000">
      <w:pPr>
        <w:spacing w:after="0"/>
      </w:pPr>
      <w:proofErr w:type="gramStart"/>
      <w:r>
        <w:rPr>
          <w:rFonts w:ascii="Arial" w:hAnsi="Arial"/>
        </w:rPr>
        <w:t>No</w:t>
      </w:r>
      <w:proofErr w:type="gramEnd"/>
      <w:r>
        <w:rPr>
          <w:rFonts w:ascii="Arial" w:hAnsi="Arial"/>
        </w:rPr>
        <w:t xml:space="preserve"> I don't think you have. </w:t>
      </w:r>
    </w:p>
    <w:p w14:paraId="3AF0F485" w14:textId="77777777" w:rsidR="00E865AD" w:rsidRDefault="00E865AD">
      <w:pPr>
        <w:spacing w:after="0"/>
      </w:pPr>
    </w:p>
    <w:p w14:paraId="48E15FCB" w14:textId="77777777" w:rsidR="00E865AD" w:rsidRDefault="00000000">
      <w:pPr>
        <w:spacing w:after="0"/>
      </w:pPr>
      <w:r>
        <w:rPr>
          <w:rFonts w:ascii="Arial" w:hAnsi="Arial"/>
          <w:b/>
        </w:rPr>
        <w:t xml:space="preserve">Lucy  </w:t>
      </w:r>
      <w:r>
        <w:rPr>
          <w:rFonts w:ascii="Arial" w:hAnsi="Arial"/>
          <w:color w:val="5D7284"/>
        </w:rPr>
        <w:t>46:34</w:t>
      </w:r>
    </w:p>
    <w:p w14:paraId="0924C18C" w14:textId="77777777" w:rsidR="00E865AD" w:rsidRDefault="00000000">
      <w:pPr>
        <w:spacing w:after="0"/>
      </w:pPr>
      <w:proofErr w:type="gramStart"/>
      <w:r>
        <w:rPr>
          <w:rFonts w:ascii="Arial" w:hAnsi="Arial"/>
        </w:rPr>
        <w:t>No</w:t>
      </w:r>
      <w:proofErr w:type="gramEnd"/>
      <w:r>
        <w:rPr>
          <w:rFonts w:ascii="Arial" w:hAnsi="Arial"/>
        </w:rPr>
        <w:t xml:space="preserve"> I haven't, no. Dora is such a lovely dog. It's going to get to the stage where when I see you, Dora sees me and she's like, </w:t>
      </w:r>
      <w:proofErr w:type="gramStart"/>
      <w:r>
        <w:rPr>
          <w:rFonts w:ascii="Arial" w:hAnsi="Arial"/>
        </w:rPr>
        <w:t>Oh</w:t>
      </w:r>
      <w:proofErr w:type="gramEnd"/>
      <w:r>
        <w:rPr>
          <w:rFonts w:ascii="Arial" w:hAnsi="Arial"/>
        </w:rPr>
        <w:t xml:space="preserve">, is Lucy! like this, And I go, hi, Dora. because I </w:t>
      </w:r>
      <w:proofErr w:type="gramStart"/>
      <w:r>
        <w:rPr>
          <w:rFonts w:ascii="Arial" w:hAnsi="Arial"/>
        </w:rPr>
        <w:t>forget</w:t>
      </w:r>
      <w:proofErr w:type="gramEnd"/>
      <w:r>
        <w:rPr>
          <w:rFonts w:ascii="Arial" w:hAnsi="Arial"/>
        </w:rPr>
        <w:t xml:space="preserve"> she's a guide dog. And she's like, yeah, let's go and sit with Lucy for a bit. And she's such a lovely dog. But um, </w:t>
      </w:r>
      <w:proofErr w:type="gramStart"/>
      <w:r>
        <w:rPr>
          <w:rFonts w:ascii="Arial" w:hAnsi="Arial"/>
        </w:rPr>
        <w:t>you can you can</w:t>
      </w:r>
      <w:proofErr w:type="gramEnd"/>
      <w:r>
        <w:rPr>
          <w:rFonts w:ascii="Arial" w:hAnsi="Arial"/>
        </w:rPr>
        <w:t xml:space="preserve"> just tell that she likes being with you and </w:t>
      </w:r>
      <w:proofErr w:type="gramStart"/>
      <w:r>
        <w:rPr>
          <w:rFonts w:ascii="Arial" w:hAnsi="Arial"/>
        </w:rPr>
        <w:t>spending</w:t>
      </w:r>
      <w:proofErr w:type="gramEnd"/>
      <w:r>
        <w:rPr>
          <w:rFonts w:ascii="Arial" w:hAnsi="Arial"/>
        </w:rPr>
        <w:t xml:space="preserve"> and helping you she I think she gets a lot from it.</w:t>
      </w:r>
    </w:p>
    <w:p w14:paraId="6221C052" w14:textId="77777777" w:rsidR="00E865AD" w:rsidRDefault="00E865AD">
      <w:pPr>
        <w:spacing w:after="0"/>
      </w:pPr>
    </w:p>
    <w:p w14:paraId="43DBE6ED" w14:textId="77777777" w:rsidR="00E865AD" w:rsidRDefault="00000000">
      <w:pPr>
        <w:spacing w:after="0"/>
      </w:pPr>
      <w:r>
        <w:rPr>
          <w:rFonts w:ascii="Arial" w:hAnsi="Arial"/>
          <w:b/>
        </w:rPr>
        <w:t xml:space="preserve">Alice  </w:t>
      </w:r>
      <w:r>
        <w:rPr>
          <w:rFonts w:ascii="Arial" w:hAnsi="Arial"/>
          <w:color w:val="5D7284"/>
        </w:rPr>
        <w:t>47:06</w:t>
      </w:r>
    </w:p>
    <w:p w14:paraId="6636E378" w14:textId="77777777" w:rsidR="00E865AD" w:rsidRDefault="00000000">
      <w:pPr>
        <w:spacing w:after="0"/>
      </w:pPr>
      <w:r>
        <w:rPr>
          <w:rFonts w:ascii="Arial" w:hAnsi="Arial"/>
        </w:rPr>
        <w:t xml:space="preserve">And you could, Dora, Lola was a little bit more of what's the word? I'm looking </w:t>
      </w:r>
      <w:proofErr w:type="gramStart"/>
      <w:r>
        <w:rPr>
          <w:rFonts w:ascii="Arial" w:hAnsi="Arial"/>
        </w:rPr>
        <w:t>for?</w:t>
      </w:r>
      <w:proofErr w:type="gramEnd"/>
      <w:r>
        <w:rPr>
          <w:rFonts w:ascii="Arial" w:hAnsi="Arial"/>
        </w:rPr>
        <w:t xml:space="preserve"> </w:t>
      </w:r>
    </w:p>
    <w:p w14:paraId="62C15679" w14:textId="77777777" w:rsidR="00E865AD" w:rsidRDefault="00E865AD">
      <w:pPr>
        <w:spacing w:after="0"/>
      </w:pPr>
    </w:p>
    <w:p w14:paraId="2E1F3EAB" w14:textId="77777777" w:rsidR="00E865AD" w:rsidRDefault="00000000">
      <w:pPr>
        <w:spacing w:after="0"/>
      </w:pPr>
      <w:r>
        <w:rPr>
          <w:rFonts w:ascii="Arial" w:hAnsi="Arial"/>
          <w:b/>
        </w:rPr>
        <w:t xml:space="preserve">Alice  </w:t>
      </w:r>
      <w:r>
        <w:rPr>
          <w:rFonts w:ascii="Arial" w:hAnsi="Arial"/>
          <w:color w:val="5D7284"/>
        </w:rPr>
        <w:t>47:13</w:t>
      </w:r>
    </w:p>
    <w:p w14:paraId="7FB3F05F" w14:textId="77777777" w:rsidR="00E865AD" w:rsidRDefault="00000000">
      <w:pPr>
        <w:spacing w:after="0"/>
      </w:pPr>
      <w:r>
        <w:rPr>
          <w:rFonts w:ascii="Arial" w:hAnsi="Arial"/>
        </w:rPr>
        <w:t>Aloof?</w:t>
      </w:r>
    </w:p>
    <w:p w14:paraId="35196CF1" w14:textId="77777777" w:rsidR="00E865AD" w:rsidRDefault="00E865AD">
      <w:pPr>
        <w:spacing w:after="0"/>
      </w:pPr>
    </w:p>
    <w:p w14:paraId="2B7519EA" w14:textId="77777777" w:rsidR="00E865AD" w:rsidRDefault="00000000">
      <w:pPr>
        <w:spacing w:after="0"/>
      </w:pPr>
      <w:r>
        <w:rPr>
          <w:rFonts w:ascii="Arial" w:hAnsi="Arial"/>
          <w:b/>
        </w:rPr>
        <w:t xml:space="preserve">Alice  </w:t>
      </w:r>
      <w:r>
        <w:rPr>
          <w:rFonts w:ascii="Arial" w:hAnsi="Arial"/>
          <w:color w:val="5D7284"/>
        </w:rPr>
        <w:t>47:13</w:t>
      </w:r>
    </w:p>
    <w:p w14:paraId="467000F8" w14:textId="77777777" w:rsidR="00E865AD" w:rsidRDefault="00000000">
      <w:pPr>
        <w:spacing w:after="0"/>
      </w:pPr>
      <w:r>
        <w:rPr>
          <w:rFonts w:ascii="Arial" w:hAnsi="Arial"/>
        </w:rPr>
        <w:t xml:space="preserve"> I mean, I would say ignorant. Lola was </w:t>
      </w:r>
      <w:proofErr w:type="gramStart"/>
      <w:r>
        <w:rPr>
          <w:rFonts w:ascii="Arial" w:hAnsi="Arial"/>
        </w:rPr>
        <w:t>err</w:t>
      </w:r>
      <w:proofErr w:type="gramEnd"/>
      <w:r>
        <w:rPr>
          <w:rFonts w:ascii="Arial" w:hAnsi="Arial"/>
        </w:rPr>
        <w:t xml:space="preserve">, Lola was very keen to be like, like Lola likes everybody. She would have been, like, excited to see everyone. But Dora is, Dora is very conscious of me. </w:t>
      </w:r>
    </w:p>
    <w:p w14:paraId="51E21790" w14:textId="77777777" w:rsidR="00E865AD" w:rsidRDefault="00E865AD">
      <w:pPr>
        <w:spacing w:after="0"/>
      </w:pPr>
    </w:p>
    <w:p w14:paraId="69AED79C" w14:textId="77777777" w:rsidR="00E865AD" w:rsidRDefault="00000000">
      <w:pPr>
        <w:spacing w:after="0"/>
      </w:pPr>
      <w:r>
        <w:rPr>
          <w:rFonts w:ascii="Arial" w:hAnsi="Arial"/>
          <w:b/>
        </w:rPr>
        <w:t xml:space="preserve">Lucy  </w:t>
      </w:r>
      <w:r>
        <w:rPr>
          <w:rFonts w:ascii="Arial" w:hAnsi="Arial"/>
          <w:color w:val="5D7284"/>
        </w:rPr>
        <w:t>47:30</w:t>
      </w:r>
    </w:p>
    <w:p w14:paraId="739275E1" w14:textId="77777777" w:rsidR="00E865AD" w:rsidRDefault="00000000">
      <w:pPr>
        <w:spacing w:after="0"/>
      </w:pPr>
      <w:r>
        <w:rPr>
          <w:rFonts w:ascii="Arial" w:hAnsi="Arial"/>
        </w:rPr>
        <w:t xml:space="preserve">Yeah. </w:t>
      </w:r>
    </w:p>
    <w:p w14:paraId="54C11C64" w14:textId="77777777" w:rsidR="00E865AD" w:rsidRDefault="00E865AD">
      <w:pPr>
        <w:spacing w:after="0"/>
      </w:pPr>
    </w:p>
    <w:p w14:paraId="0F6B18A6" w14:textId="77777777" w:rsidR="00E865AD" w:rsidRDefault="00000000">
      <w:pPr>
        <w:spacing w:after="0"/>
      </w:pPr>
      <w:r>
        <w:rPr>
          <w:rFonts w:ascii="Arial" w:hAnsi="Arial"/>
          <w:b/>
        </w:rPr>
        <w:t xml:space="preserve">Alice  </w:t>
      </w:r>
      <w:r>
        <w:rPr>
          <w:rFonts w:ascii="Arial" w:hAnsi="Arial"/>
          <w:color w:val="5D7284"/>
        </w:rPr>
        <w:t>47:30</w:t>
      </w:r>
    </w:p>
    <w:p w14:paraId="1A9D567F" w14:textId="77777777" w:rsidR="00E865AD" w:rsidRDefault="00000000">
      <w:pPr>
        <w:spacing w:after="0"/>
      </w:pPr>
      <w:proofErr w:type="gramStart"/>
      <w:r>
        <w:rPr>
          <w:rFonts w:ascii="Arial" w:hAnsi="Arial"/>
        </w:rPr>
        <w:t>So</w:t>
      </w:r>
      <w:proofErr w:type="gramEnd"/>
      <w:r>
        <w:rPr>
          <w:rFonts w:ascii="Arial" w:hAnsi="Arial"/>
        </w:rPr>
        <w:t xml:space="preserve"> you know, even when I'm in the office, if I get up, like if I've been </w:t>
      </w:r>
      <w:proofErr w:type="gramStart"/>
      <w:r>
        <w:rPr>
          <w:rFonts w:ascii="Arial" w:hAnsi="Arial"/>
        </w:rPr>
        <w:t>sat</w:t>
      </w:r>
      <w:proofErr w:type="gramEnd"/>
      <w:r>
        <w:rPr>
          <w:rFonts w:ascii="Arial" w:hAnsi="Arial"/>
        </w:rPr>
        <w:t xml:space="preserve"> at my desk at work for two hours, and I get up to go to the loo. She is like, what's up? </w:t>
      </w:r>
      <w:proofErr w:type="gramStart"/>
      <w:r>
        <w:rPr>
          <w:rFonts w:ascii="Arial" w:hAnsi="Arial"/>
        </w:rPr>
        <w:t>where</w:t>
      </w:r>
      <w:proofErr w:type="gramEnd"/>
      <w:r>
        <w:rPr>
          <w:rFonts w:ascii="Arial" w:hAnsi="Arial"/>
        </w:rPr>
        <w:t xml:space="preserve"> are we going? And I don't need her to guide </w:t>
      </w:r>
      <w:proofErr w:type="gramStart"/>
      <w:r>
        <w:rPr>
          <w:rFonts w:ascii="Arial" w:hAnsi="Arial"/>
        </w:rPr>
        <w:t>me</w:t>
      </w:r>
      <w:proofErr w:type="gramEnd"/>
      <w:r>
        <w:rPr>
          <w:rFonts w:ascii="Arial" w:hAnsi="Arial"/>
        </w:rPr>
        <w:t xml:space="preserve"> it's a toilet because I can make my way round the office </w:t>
      </w:r>
      <w:proofErr w:type="spellStart"/>
      <w:r>
        <w:rPr>
          <w:rFonts w:ascii="Arial" w:hAnsi="Arial"/>
        </w:rPr>
        <w:t>independnently</w:t>
      </w:r>
      <w:proofErr w:type="spellEnd"/>
      <w:r>
        <w:rPr>
          <w:rFonts w:ascii="Arial" w:hAnsi="Arial"/>
        </w:rPr>
        <w:t>.</w:t>
      </w:r>
    </w:p>
    <w:p w14:paraId="210C16D6" w14:textId="77777777" w:rsidR="00E865AD" w:rsidRDefault="00E865AD">
      <w:pPr>
        <w:spacing w:after="0"/>
      </w:pPr>
    </w:p>
    <w:p w14:paraId="67D4DB45" w14:textId="77777777" w:rsidR="00E865AD" w:rsidRDefault="00000000">
      <w:pPr>
        <w:spacing w:after="0"/>
      </w:pPr>
      <w:r>
        <w:rPr>
          <w:rFonts w:ascii="Arial" w:hAnsi="Arial"/>
          <w:b/>
        </w:rPr>
        <w:t xml:space="preserve">Lucy  </w:t>
      </w:r>
      <w:r>
        <w:rPr>
          <w:rFonts w:ascii="Arial" w:hAnsi="Arial"/>
          <w:color w:val="5D7284"/>
        </w:rPr>
        <w:t>47:31</w:t>
      </w:r>
    </w:p>
    <w:p w14:paraId="6BECC380" w14:textId="77777777" w:rsidR="00E865AD" w:rsidRDefault="00000000">
      <w:pPr>
        <w:spacing w:after="0"/>
      </w:pPr>
      <w:r>
        <w:rPr>
          <w:rFonts w:ascii="Arial" w:hAnsi="Arial"/>
        </w:rPr>
        <w:t>You know where it is. Yeah</w:t>
      </w:r>
    </w:p>
    <w:p w14:paraId="7514F2BE" w14:textId="77777777" w:rsidR="00E865AD" w:rsidRDefault="00E865AD">
      <w:pPr>
        <w:spacing w:after="0"/>
      </w:pPr>
    </w:p>
    <w:p w14:paraId="3FB15CEF" w14:textId="77777777" w:rsidR="00E865AD" w:rsidRDefault="00000000">
      <w:pPr>
        <w:spacing w:after="0"/>
      </w:pPr>
      <w:r>
        <w:rPr>
          <w:rFonts w:ascii="Arial" w:hAnsi="Arial"/>
          <w:b/>
        </w:rPr>
        <w:t xml:space="preserve">Alice  </w:t>
      </w:r>
      <w:r>
        <w:rPr>
          <w:rFonts w:ascii="Arial" w:hAnsi="Arial"/>
          <w:color w:val="5D7284"/>
        </w:rPr>
        <w:t>47:46</w:t>
      </w:r>
    </w:p>
    <w:p w14:paraId="124704AF" w14:textId="77777777" w:rsidR="00E865AD" w:rsidRDefault="00000000">
      <w:pPr>
        <w:spacing w:after="0"/>
      </w:pPr>
      <w:r>
        <w:rPr>
          <w:rFonts w:ascii="Arial" w:hAnsi="Arial"/>
        </w:rPr>
        <w:t xml:space="preserve"> But she </w:t>
      </w:r>
      <w:proofErr w:type="spellStart"/>
      <w:r>
        <w:rPr>
          <w:rFonts w:ascii="Arial" w:hAnsi="Arial"/>
        </w:rPr>
        <w:t>she</w:t>
      </w:r>
      <w:proofErr w:type="spellEnd"/>
      <w:r>
        <w:rPr>
          <w:rFonts w:ascii="Arial" w:hAnsi="Arial"/>
        </w:rPr>
        <w:t xml:space="preserve"> is you know, what's up what's going on? And like </w:t>
      </w:r>
      <w:proofErr w:type="gramStart"/>
      <w:r>
        <w:rPr>
          <w:rFonts w:ascii="Arial" w:hAnsi="Arial"/>
        </w:rPr>
        <w:t>come</w:t>
      </w:r>
      <w:proofErr w:type="gramEnd"/>
      <w:r>
        <w:rPr>
          <w:rFonts w:ascii="Arial" w:hAnsi="Arial"/>
        </w:rPr>
        <w:t xml:space="preserve"> in. And he's watching me and is conscious of what I'm doing. And you know, is always looks over to you know, even if - we were locking up to the office, me my PA and Dora the other day, and we were standing outside and I was just chatting to my PA and Dora was you could just see her, she was just, she was looking around and she </w:t>
      </w:r>
      <w:proofErr w:type="gramStart"/>
      <w:r>
        <w:rPr>
          <w:rFonts w:ascii="Arial" w:hAnsi="Arial"/>
        </w:rPr>
        <w:t>looking</w:t>
      </w:r>
      <w:proofErr w:type="gramEnd"/>
      <w:r>
        <w:rPr>
          <w:rFonts w:ascii="Arial" w:hAnsi="Arial"/>
        </w:rPr>
        <w:t xml:space="preserve"> up at me. And it takes a little while to lock the office up and she was just you're just every now and then just checking like everything alright? </w:t>
      </w:r>
      <w:proofErr w:type="gramStart"/>
      <w:r>
        <w:rPr>
          <w:rFonts w:ascii="Arial" w:hAnsi="Arial"/>
        </w:rPr>
        <w:t>you</w:t>
      </w:r>
      <w:proofErr w:type="gramEnd"/>
      <w:r>
        <w:rPr>
          <w:rFonts w:ascii="Arial" w:hAnsi="Arial"/>
        </w:rPr>
        <w:t xml:space="preserve"> don't need me for anything. I'm here. </w:t>
      </w:r>
    </w:p>
    <w:p w14:paraId="498B6878" w14:textId="77777777" w:rsidR="00E865AD" w:rsidRDefault="00E865AD">
      <w:pPr>
        <w:spacing w:after="0"/>
      </w:pPr>
    </w:p>
    <w:p w14:paraId="04339498" w14:textId="77777777" w:rsidR="00E865AD" w:rsidRDefault="00000000">
      <w:pPr>
        <w:spacing w:after="0"/>
      </w:pPr>
      <w:r>
        <w:rPr>
          <w:rFonts w:ascii="Arial" w:hAnsi="Arial"/>
          <w:b/>
        </w:rPr>
        <w:t xml:space="preserve">Lucy  </w:t>
      </w:r>
      <w:r>
        <w:rPr>
          <w:rFonts w:ascii="Arial" w:hAnsi="Arial"/>
          <w:color w:val="5D7284"/>
        </w:rPr>
        <w:t>48:18</w:t>
      </w:r>
    </w:p>
    <w:p w14:paraId="49D84C42" w14:textId="77777777" w:rsidR="00E865AD" w:rsidRDefault="00000000">
      <w:pPr>
        <w:spacing w:after="0"/>
      </w:pPr>
      <w:r>
        <w:rPr>
          <w:rFonts w:ascii="Arial" w:hAnsi="Arial"/>
        </w:rPr>
        <w:t>Just over here if you need me.</w:t>
      </w:r>
    </w:p>
    <w:p w14:paraId="09F24CEE" w14:textId="77777777" w:rsidR="00E865AD" w:rsidRDefault="00E865AD">
      <w:pPr>
        <w:spacing w:after="0"/>
      </w:pPr>
    </w:p>
    <w:p w14:paraId="2F7E0ED8" w14:textId="77777777" w:rsidR="00E865AD" w:rsidRDefault="00000000">
      <w:pPr>
        <w:spacing w:after="0"/>
      </w:pPr>
      <w:r>
        <w:rPr>
          <w:rFonts w:ascii="Arial" w:hAnsi="Arial"/>
          <w:b/>
        </w:rPr>
        <w:t xml:space="preserve">Alice  </w:t>
      </w:r>
      <w:r>
        <w:rPr>
          <w:rFonts w:ascii="Arial" w:hAnsi="Arial"/>
          <w:color w:val="5D7284"/>
        </w:rPr>
        <w:t>48:19</w:t>
      </w:r>
    </w:p>
    <w:p w14:paraId="120C39C8" w14:textId="77777777" w:rsidR="00E865AD" w:rsidRDefault="00000000">
      <w:pPr>
        <w:spacing w:after="0"/>
      </w:pPr>
      <w:r>
        <w:rPr>
          <w:rFonts w:ascii="Arial" w:hAnsi="Arial"/>
        </w:rPr>
        <w:t xml:space="preserve">I'm having a look round but I'm also just kind of looking </w:t>
      </w:r>
      <w:proofErr w:type="spellStart"/>
      <w:r>
        <w:rPr>
          <w:rFonts w:ascii="Arial" w:hAnsi="Arial"/>
        </w:rPr>
        <w:t>looking</w:t>
      </w:r>
      <w:proofErr w:type="spellEnd"/>
      <w:r>
        <w:rPr>
          <w:rFonts w:ascii="Arial" w:hAnsi="Arial"/>
        </w:rPr>
        <w:t xml:space="preserve"> up to see what I'm doing. </w:t>
      </w:r>
    </w:p>
    <w:p w14:paraId="7A1161CE" w14:textId="77777777" w:rsidR="00E865AD" w:rsidRDefault="00E865AD">
      <w:pPr>
        <w:spacing w:after="0"/>
      </w:pPr>
    </w:p>
    <w:p w14:paraId="07E205DD" w14:textId="77777777" w:rsidR="00E865AD" w:rsidRDefault="00000000">
      <w:pPr>
        <w:spacing w:after="0"/>
      </w:pPr>
      <w:r>
        <w:rPr>
          <w:rFonts w:ascii="Arial" w:hAnsi="Arial"/>
          <w:b/>
        </w:rPr>
        <w:t xml:space="preserve">Lucy  </w:t>
      </w:r>
      <w:r>
        <w:rPr>
          <w:rFonts w:ascii="Arial" w:hAnsi="Arial"/>
          <w:color w:val="5D7284"/>
        </w:rPr>
        <w:t>48:24</w:t>
      </w:r>
    </w:p>
    <w:p w14:paraId="0507A3AA" w14:textId="77777777" w:rsidR="00E865AD" w:rsidRDefault="00000000">
      <w:pPr>
        <w:spacing w:after="0"/>
      </w:pPr>
      <w:r>
        <w:rPr>
          <w:rFonts w:ascii="Arial" w:hAnsi="Arial"/>
        </w:rPr>
        <w:lastRenderedPageBreak/>
        <w:t xml:space="preserve">Yeah. </w:t>
      </w:r>
    </w:p>
    <w:p w14:paraId="111E62F7" w14:textId="77777777" w:rsidR="00E865AD" w:rsidRDefault="00E865AD">
      <w:pPr>
        <w:spacing w:after="0"/>
      </w:pPr>
    </w:p>
    <w:p w14:paraId="55C745AB" w14:textId="77777777" w:rsidR="00E865AD" w:rsidRDefault="00000000">
      <w:pPr>
        <w:spacing w:after="0"/>
      </w:pPr>
      <w:r>
        <w:rPr>
          <w:rFonts w:ascii="Arial" w:hAnsi="Arial"/>
          <w:b/>
        </w:rPr>
        <w:t xml:space="preserve">Alice  </w:t>
      </w:r>
      <w:r>
        <w:rPr>
          <w:rFonts w:ascii="Arial" w:hAnsi="Arial"/>
          <w:color w:val="5D7284"/>
        </w:rPr>
        <w:t>48:25</w:t>
      </w:r>
    </w:p>
    <w:p w14:paraId="58C883D7" w14:textId="77777777" w:rsidR="00E865AD" w:rsidRDefault="00000000">
      <w:pPr>
        <w:spacing w:after="0"/>
      </w:pPr>
      <w:r>
        <w:rPr>
          <w:rFonts w:ascii="Arial" w:hAnsi="Arial"/>
        </w:rPr>
        <w:t xml:space="preserve">And I think there's probably a similar relationship in a lot of ways with some of the animals that you </w:t>
      </w:r>
      <w:proofErr w:type="gramStart"/>
      <w:r>
        <w:rPr>
          <w:rFonts w:ascii="Arial" w:hAnsi="Arial"/>
        </w:rPr>
        <w:t>were caring</w:t>
      </w:r>
      <w:proofErr w:type="gramEnd"/>
      <w:r>
        <w:rPr>
          <w:rFonts w:ascii="Arial" w:hAnsi="Arial"/>
        </w:rPr>
        <w:t xml:space="preserve"> for at the zoo. Ashley is that kind </w:t>
      </w:r>
      <w:proofErr w:type="gramStart"/>
      <w:r>
        <w:rPr>
          <w:rFonts w:ascii="Arial" w:hAnsi="Arial"/>
        </w:rPr>
        <w:t>of?</w:t>
      </w:r>
      <w:proofErr w:type="gramEnd"/>
      <w:r>
        <w:rPr>
          <w:rFonts w:ascii="Arial" w:hAnsi="Arial"/>
        </w:rPr>
        <w:t xml:space="preserve"> </w:t>
      </w:r>
    </w:p>
    <w:p w14:paraId="1F76BD54" w14:textId="77777777" w:rsidR="00E865AD" w:rsidRDefault="00E865AD">
      <w:pPr>
        <w:spacing w:after="0"/>
      </w:pPr>
    </w:p>
    <w:p w14:paraId="2949FA69"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48:34</w:t>
      </w:r>
    </w:p>
    <w:p w14:paraId="16185F25" w14:textId="77777777" w:rsidR="00E865AD" w:rsidRDefault="00000000">
      <w:pPr>
        <w:spacing w:after="0"/>
      </w:pPr>
      <w:r>
        <w:rPr>
          <w:rFonts w:ascii="Arial" w:hAnsi="Arial"/>
        </w:rPr>
        <w:t>Yeah. umm</w:t>
      </w:r>
    </w:p>
    <w:p w14:paraId="4006CF7B" w14:textId="77777777" w:rsidR="00E865AD" w:rsidRDefault="00E865AD">
      <w:pPr>
        <w:spacing w:after="0"/>
      </w:pPr>
    </w:p>
    <w:p w14:paraId="60526EA2" w14:textId="77777777" w:rsidR="00E865AD" w:rsidRDefault="00000000">
      <w:pPr>
        <w:spacing w:after="0"/>
      </w:pPr>
      <w:r>
        <w:rPr>
          <w:rFonts w:ascii="Arial" w:hAnsi="Arial"/>
          <w:b/>
        </w:rPr>
        <w:t xml:space="preserve">Alice  </w:t>
      </w:r>
      <w:r>
        <w:rPr>
          <w:rFonts w:ascii="Arial" w:hAnsi="Arial"/>
          <w:color w:val="5D7284"/>
        </w:rPr>
        <w:t>48:35</w:t>
      </w:r>
    </w:p>
    <w:p w14:paraId="556B2B98" w14:textId="77777777" w:rsidR="00E865AD" w:rsidRDefault="00000000">
      <w:pPr>
        <w:spacing w:after="0"/>
      </w:pPr>
      <w:r>
        <w:rPr>
          <w:rFonts w:ascii="Arial" w:hAnsi="Arial"/>
        </w:rPr>
        <w:t xml:space="preserve">They need </w:t>
      </w:r>
      <w:proofErr w:type="gramStart"/>
      <w:r>
        <w:rPr>
          <w:rFonts w:ascii="Arial" w:hAnsi="Arial"/>
        </w:rPr>
        <w:t>you</w:t>
      </w:r>
      <w:proofErr w:type="gramEnd"/>
      <w:r>
        <w:rPr>
          <w:rFonts w:ascii="Arial" w:hAnsi="Arial"/>
        </w:rPr>
        <w:t xml:space="preserve"> don't they?</w:t>
      </w:r>
    </w:p>
    <w:p w14:paraId="0B7451E5" w14:textId="77777777" w:rsidR="00E865AD" w:rsidRDefault="00E865AD">
      <w:pPr>
        <w:spacing w:after="0"/>
      </w:pPr>
    </w:p>
    <w:p w14:paraId="0876725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48:37</w:t>
      </w:r>
    </w:p>
    <w:p w14:paraId="430D5DA1" w14:textId="77777777" w:rsidR="00E865AD" w:rsidRDefault="00000000">
      <w:pPr>
        <w:spacing w:after="0"/>
      </w:pPr>
      <w:r>
        <w:rPr>
          <w:rFonts w:ascii="Arial" w:hAnsi="Arial"/>
        </w:rPr>
        <w:t xml:space="preserve">Yeah, </w:t>
      </w:r>
      <w:proofErr w:type="gramStart"/>
      <w:r>
        <w:rPr>
          <w:rFonts w:ascii="Arial" w:hAnsi="Arial"/>
        </w:rPr>
        <w:t>sorry</w:t>
      </w:r>
      <w:proofErr w:type="gramEnd"/>
      <w:r>
        <w:rPr>
          <w:rFonts w:ascii="Arial" w:hAnsi="Arial"/>
        </w:rPr>
        <w:t xml:space="preserve"> the dementia thing, bit close to home, that's </w:t>
      </w:r>
      <w:proofErr w:type="gramStart"/>
      <w:r>
        <w:rPr>
          <w:rFonts w:ascii="Arial" w:hAnsi="Arial"/>
        </w:rPr>
        <w:t>alright..</w:t>
      </w:r>
      <w:proofErr w:type="gramEnd"/>
      <w:r>
        <w:rPr>
          <w:rFonts w:ascii="Arial" w:hAnsi="Arial"/>
        </w:rPr>
        <w:t xml:space="preserve"> </w:t>
      </w:r>
    </w:p>
    <w:p w14:paraId="72CDC426" w14:textId="77777777" w:rsidR="00E865AD" w:rsidRDefault="00E865AD">
      <w:pPr>
        <w:spacing w:after="0"/>
      </w:pPr>
    </w:p>
    <w:p w14:paraId="5AEADDC3" w14:textId="77777777" w:rsidR="00E865AD" w:rsidRDefault="00000000">
      <w:pPr>
        <w:spacing w:after="0"/>
      </w:pPr>
      <w:r>
        <w:rPr>
          <w:rFonts w:ascii="Arial" w:hAnsi="Arial"/>
          <w:b/>
        </w:rPr>
        <w:t xml:space="preserve">Lucy  </w:t>
      </w:r>
      <w:r>
        <w:rPr>
          <w:rFonts w:ascii="Arial" w:hAnsi="Arial"/>
          <w:color w:val="5D7284"/>
        </w:rPr>
        <w:t>48:40</w:t>
      </w:r>
    </w:p>
    <w:p w14:paraId="7F4A7AB2" w14:textId="77777777" w:rsidR="00E865AD" w:rsidRDefault="00000000">
      <w:pPr>
        <w:spacing w:after="0"/>
      </w:pPr>
      <w:r>
        <w:rPr>
          <w:rFonts w:ascii="Arial" w:hAnsi="Arial"/>
        </w:rPr>
        <w:t>Yeah</w:t>
      </w:r>
    </w:p>
    <w:p w14:paraId="6751FE57" w14:textId="77777777" w:rsidR="00E865AD" w:rsidRDefault="00E865AD">
      <w:pPr>
        <w:spacing w:after="0"/>
      </w:pPr>
    </w:p>
    <w:p w14:paraId="4F973D3A" w14:textId="77777777" w:rsidR="00E865AD" w:rsidRDefault="00000000">
      <w:pPr>
        <w:spacing w:after="0"/>
      </w:pPr>
      <w:r>
        <w:rPr>
          <w:rFonts w:ascii="Arial" w:hAnsi="Arial"/>
          <w:b/>
        </w:rPr>
        <w:t xml:space="preserve">Alice  </w:t>
      </w:r>
      <w:r>
        <w:rPr>
          <w:rFonts w:ascii="Arial" w:hAnsi="Arial"/>
          <w:color w:val="5D7284"/>
        </w:rPr>
        <w:t>48:40</w:t>
      </w:r>
    </w:p>
    <w:p w14:paraId="7814A9F1" w14:textId="77777777" w:rsidR="00E865AD" w:rsidRDefault="00000000">
      <w:pPr>
        <w:spacing w:after="0"/>
      </w:pPr>
      <w:r>
        <w:rPr>
          <w:rFonts w:ascii="Arial" w:hAnsi="Arial"/>
        </w:rPr>
        <w:t>Sorry.</w:t>
      </w:r>
    </w:p>
    <w:p w14:paraId="4BC87484" w14:textId="77777777" w:rsidR="00E865AD" w:rsidRDefault="00E865AD">
      <w:pPr>
        <w:spacing w:after="0"/>
      </w:pPr>
    </w:p>
    <w:p w14:paraId="642AD06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48:41</w:t>
      </w:r>
    </w:p>
    <w:p w14:paraId="598AFC0D" w14:textId="77777777" w:rsidR="00E865AD" w:rsidRDefault="00000000">
      <w:pPr>
        <w:spacing w:after="0"/>
      </w:pPr>
      <w:r>
        <w:rPr>
          <w:rFonts w:ascii="Arial" w:hAnsi="Arial"/>
        </w:rPr>
        <w:t xml:space="preserve">No, it's fine. It's fine. It's just I know what you mean. I Yeah. There's a lot of things that if your dog was like that, they'd lock you up. But a human they Yeah, that's an area that needs to be addressed in umm, that's an awful disease as well. Onto happier news. </w:t>
      </w:r>
    </w:p>
    <w:p w14:paraId="43F474BC" w14:textId="77777777" w:rsidR="00E865AD" w:rsidRDefault="00E865AD">
      <w:pPr>
        <w:spacing w:after="0"/>
      </w:pPr>
    </w:p>
    <w:p w14:paraId="142F2D5C" w14:textId="77777777" w:rsidR="00E865AD" w:rsidRDefault="00000000">
      <w:pPr>
        <w:spacing w:after="0"/>
      </w:pPr>
      <w:r>
        <w:rPr>
          <w:rFonts w:ascii="Arial" w:hAnsi="Arial"/>
          <w:b/>
        </w:rPr>
        <w:t xml:space="preserve">Lucy  </w:t>
      </w:r>
      <w:r>
        <w:rPr>
          <w:rFonts w:ascii="Arial" w:hAnsi="Arial"/>
          <w:color w:val="5D7284"/>
        </w:rPr>
        <w:t>49:01</w:t>
      </w:r>
    </w:p>
    <w:p w14:paraId="70EBECD3" w14:textId="77777777" w:rsidR="00E865AD" w:rsidRDefault="00000000">
      <w:pPr>
        <w:spacing w:after="0"/>
      </w:pPr>
      <w:r>
        <w:rPr>
          <w:rFonts w:ascii="Arial" w:hAnsi="Arial"/>
        </w:rPr>
        <w:t xml:space="preserve">Yeah, </w:t>
      </w:r>
    </w:p>
    <w:p w14:paraId="25E942A8" w14:textId="77777777" w:rsidR="00E865AD" w:rsidRDefault="00E865AD">
      <w:pPr>
        <w:spacing w:after="0"/>
      </w:pPr>
    </w:p>
    <w:p w14:paraId="00AEDF0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49:01</w:t>
      </w:r>
    </w:p>
    <w:p w14:paraId="4FADF723" w14:textId="77777777" w:rsidR="00E865AD" w:rsidRDefault="00000000">
      <w:pPr>
        <w:spacing w:after="0"/>
      </w:pPr>
      <w:r>
        <w:rPr>
          <w:rFonts w:ascii="Arial" w:hAnsi="Arial"/>
        </w:rPr>
        <w:t xml:space="preserve">I think well with the animals. This is a strange example but like there was the </w:t>
      </w:r>
      <w:proofErr w:type="gramStart"/>
      <w:r>
        <w:rPr>
          <w:rFonts w:ascii="Arial" w:hAnsi="Arial"/>
        </w:rPr>
        <w:t>animal</w:t>
      </w:r>
      <w:proofErr w:type="gramEnd"/>
      <w:r>
        <w:rPr>
          <w:rFonts w:ascii="Arial" w:hAnsi="Arial"/>
        </w:rPr>
        <w:t xml:space="preserve"> doesn't want anything from you. It's love. It's not like somebody's using you like for your </w:t>
      </w:r>
      <w:proofErr w:type="gramStart"/>
      <w:r>
        <w:rPr>
          <w:rFonts w:ascii="Arial" w:hAnsi="Arial"/>
        </w:rPr>
        <w:t>money</w:t>
      </w:r>
      <w:proofErr w:type="gramEnd"/>
      <w:r>
        <w:rPr>
          <w:rFonts w:ascii="Arial" w:hAnsi="Arial"/>
        </w:rPr>
        <w:t xml:space="preserve"> the dog </w:t>
      </w:r>
      <w:proofErr w:type="gramStart"/>
      <w:r>
        <w:rPr>
          <w:rFonts w:ascii="Arial" w:hAnsi="Arial"/>
        </w:rPr>
        <w:t>don't</w:t>
      </w:r>
      <w:proofErr w:type="gramEnd"/>
      <w:r>
        <w:rPr>
          <w:rFonts w:ascii="Arial" w:hAnsi="Arial"/>
        </w:rPr>
        <w:t xml:space="preserve"> care if you're poor or rich. Just that's my friend. Does that make sense? They have an ulterior motive. Well, maybe mine does when I've got chocolate but... I don't feed him chocolate to </w:t>
      </w:r>
      <w:proofErr w:type="gramStart"/>
      <w:r>
        <w:rPr>
          <w:rFonts w:ascii="Arial" w:hAnsi="Arial"/>
        </w:rPr>
        <w:t>all of</w:t>
      </w:r>
      <w:proofErr w:type="gramEnd"/>
      <w:r>
        <w:rPr>
          <w:rFonts w:ascii="Arial" w:hAnsi="Arial"/>
        </w:rPr>
        <w:t xml:space="preserve"> the vets listening. Oh, no!</w:t>
      </w:r>
    </w:p>
    <w:p w14:paraId="5FEEE862" w14:textId="77777777" w:rsidR="00E865AD" w:rsidRDefault="00E865AD">
      <w:pPr>
        <w:spacing w:after="0"/>
      </w:pPr>
    </w:p>
    <w:p w14:paraId="6B55E7C4" w14:textId="77777777" w:rsidR="00E865AD" w:rsidRDefault="00000000">
      <w:pPr>
        <w:spacing w:after="0"/>
      </w:pPr>
      <w:r>
        <w:rPr>
          <w:rFonts w:ascii="Arial" w:hAnsi="Arial"/>
          <w:b/>
        </w:rPr>
        <w:t xml:space="preserve">Alice  </w:t>
      </w:r>
      <w:r>
        <w:rPr>
          <w:rFonts w:ascii="Arial" w:hAnsi="Arial"/>
          <w:color w:val="5D7284"/>
        </w:rPr>
        <w:t>49:28</w:t>
      </w:r>
    </w:p>
    <w:p w14:paraId="59A9472F" w14:textId="77777777" w:rsidR="00E865AD" w:rsidRDefault="00000000">
      <w:pPr>
        <w:spacing w:after="0"/>
      </w:pPr>
      <w:r>
        <w:rPr>
          <w:rFonts w:ascii="Arial" w:hAnsi="Arial"/>
        </w:rPr>
        <w:t xml:space="preserve">Yeah, we're </w:t>
      </w:r>
      <w:proofErr w:type="gramStart"/>
      <w:r>
        <w:rPr>
          <w:rFonts w:ascii="Arial" w:hAnsi="Arial"/>
        </w:rPr>
        <w:t>really big</w:t>
      </w:r>
      <w:proofErr w:type="gramEnd"/>
      <w:r>
        <w:rPr>
          <w:rFonts w:ascii="Arial" w:hAnsi="Arial"/>
        </w:rPr>
        <w:t xml:space="preserve"> in the vet community.</w:t>
      </w:r>
    </w:p>
    <w:p w14:paraId="4E1CAF03" w14:textId="77777777" w:rsidR="00E865AD" w:rsidRDefault="00E865AD">
      <w:pPr>
        <w:spacing w:after="0"/>
      </w:pPr>
    </w:p>
    <w:p w14:paraId="3D72F73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49:30</w:t>
      </w:r>
    </w:p>
    <w:p w14:paraId="7E8376E9" w14:textId="77777777" w:rsidR="00E865AD" w:rsidRDefault="00000000">
      <w:pPr>
        <w:spacing w:after="0"/>
      </w:pPr>
      <w:r>
        <w:rPr>
          <w:rFonts w:ascii="Arial" w:hAnsi="Arial"/>
        </w:rPr>
        <w:t xml:space="preserve">The problem </w:t>
      </w:r>
      <w:proofErr w:type="gramStart"/>
      <w:r>
        <w:rPr>
          <w:rFonts w:ascii="Arial" w:hAnsi="Arial"/>
        </w:rPr>
        <w:t>is I</w:t>
      </w:r>
      <w:proofErr w:type="gramEnd"/>
      <w:r>
        <w:rPr>
          <w:rFonts w:ascii="Arial" w:hAnsi="Arial"/>
        </w:rPr>
        <w:t xml:space="preserve"> I've offended two people this week already and I don't want to make a run of it. </w:t>
      </w:r>
    </w:p>
    <w:p w14:paraId="1475B8BE" w14:textId="77777777" w:rsidR="00E865AD" w:rsidRDefault="00E865AD">
      <w:pPr>
        <w:spacing w:after="0"/>
      </w:pPr>
    </w:p>
    <w:p w14:paraId="033CFA50" w14:textId="77777777" w:rsidR="00E865AD" w:rsidRDefault="00000000">
      <w:pPr>
        <w:spacing w:after="0"/>
      </w:pPr>
      <w:r>
        <w:rPr>
          <w:rFonts w:ascii="Arial" w:hAnsi="Arial"/>
          <w:b/>
        </w:rPr>
        <w:t xml:space="preserve">Alice  </w:t>
      </w:r>
      <w:r>
        <w:rPr>
          <w:rFonts w:ascii="Arial" w:hAnsi="Arial"/>
          <w:color w:val="5D7284"/>
        </w:rPr>
        <w:t>49:42</w:t>
      </w:r>
    </w:p>
    <w:p w14:paraId="555B85C2" w14:textId="77777777" w:rsidR="00E865AD" w:rsidRDefault="00000000">
      <w:pPr>
        <w:spacing w:after="0"/>
      </w:pPr>
      <w:r>
        <w:rPr>
          <w:rFonts w:ascii="Arial" w:hAnsi="Arial"/>
        </w:rPr>
        <w:t xml:space="preserve">Make it a </w:t>
      </w:r>
      <w:proofErr w:type="gramStart"/>
      <w:r>
        <w:rPr>
          <w:rFonts w:ascii="Arial" w:hAnsi="Arial"/>
        </w:rPr>
        <w:t>hattrick</w:t>
      </w:r>
      <w:proofErr w:type="gramEnd"/>
      <w:r>
        <w:rPr>
          <w:rFonts w:ascii="Arial" w:hAnsi="Arial"/>
        </w:rPr>
        <w:t>.</w:t>
      </w:r>
    </w:p>
    <w:p w14:paraId="3327543F" w14:textId="77777777" w:rsidR="00E865AD" w:rsidRDefault="00E865AD">
      <w:pPr>
        <w:spacing w:after="0"/>
      </w:pPr>
    </w:p>
    <w:p w14:paraId="06D7CD88" w14:textId="77777777" w:rsidR="00E865AD" w:rsidRDefault="00000000">
      <w:pPr>
        <w:spacing w:after="0"/>
      </w:pPr>
      <w:r>
        <w:rPr>
          <w:rFonts w:ascii="Arial" w:hAnsi="Arial"/>
          <w:b/>
        </w:rPr>
        <w:t xml:space="preserve">Alice  </w:t>
      </w:r>
      <w:r>
        <w:rPr>
          <w:rFonts w:ascii="Arial" w:hAnsi="Arial"/>
          <w:color w:val="5D7284"/>
        </w:rPr>
        <w:t>49:43</w:t>
      </w:r>
    </w:p>
    <w:p w14:paraId="1FF48950" w14:textId="77777777" w:rsidR="00E865AD" w:rsidRDefault="00000000">
      <w:pPr>
        <w:spacing w:after="0"/>
      </w:pPr>
      <w:r>
        <w:rPr>
          <w:rFonts w:ascii="Arial" w:hAnsi="Arial"/>
        </w:rPr>
        <w:t xml:space="preserve">I don't want to </w:t>
      </w:r>
      <w:proofErr w:type="gramStart"/>
      <w:r>
        <w:rPr>
          <w:rFonts w:ascii="Arial" w:hAnsi="Arial"/>
        </w:rPr>
        <w:t>ruin,</w:t>
      </w:r>
      <w:proofErr w:type="gramEnd"/>
      <w:r>
        <w:rPr>
          <w:rFonts w:ascii="Arial" w:hAnsi="Arial"/>
        </w:rPr>
        <w:t xml:space="preserve"> your podcast is great I don't want to see you like canceled</w:t>
      </w:r>
    </w:p>
    <w:p w14:paraId="034490AB" w14:textId="77777777" w:rsidR="00E865AD" w:rsidRDefault="00E865AD">
      <w:pPr>
        <w:spacing w:after="0"/>
      </w:pPr>
    </w:p>
    <w:p w14:paraId="786E91FC" w14:textId="77777777" w:rsidR="00E865AD" w:rsidRDefault="00000000">
      <w:pPr>
        <w:spacing w:after="0"/>
      </w:pPr>
      <w:r>
        <w:rPr>
          <w:rFonts w:ascii="Arial" w:hAnsi="Arial"/>
          <w:b/>
        </w:rPr>
        <w:t xml:space="preserve">Lucy  </w:t>
      </w:r>
      <w:r>
        <w:rPr>
          <w:rFonts w:ascii="Arial" w:hAnsi="Arial"/>
          <w:color w:val="5D7284"/>
        </w:rPr>
        <w:t>49:49</w:t>
      </w:r>
    </w:p>
    <w:p w14:paraId="44E374A6" w14:textId="77777777" w:rsidR="00E865AD" w:rsidRDefault="00000000">
      <w:pPr>
        <w:spacing w:after="0"/>
      </w:pPr>
      <w:r>
        <w:rPr>
          <w:rFonts w:ascii="Arial" w:hAnsi="Arial"/>
        </w:rPr>
        <w:t>Fingers crossed.</w:t>
      </w:r>
    </w:p>
    <w:p w14:paraId="64FED7B3" w14:textId="77777777" w:rsidR="00E865AD" w:rsidRDefault="00E865AD">
      <w:pPr>
        <w:spacing w:after="0"/>
      </w:pPr>
    </w:p>
    <w:p w14:paraId="1FA5CE3D" w14:textId="77777777" w:rsidR="00E865AD" w:rsidRDefault="00000000">
      <w:pPr>
        <w:spacing w:after="0"/>
      </w:pPr>
      <w:r>
        <w:rPr>
          <w:rFonts w:ascii="Arial" w:hAnsi="Arial"/>
          <w:b/>
        </w:rPr>
        <w:t xml:space="preserve">Alice  </w:t>
      </w:r>
      <w:r>
        <w:rPr>
          <w:rFonts w:ascii="Arial" w:hAnsi="Arial"/>
          <w:color w:val="5D7284"/>
        </w:rPr>
        <w:t>49:50</w:t>
      </w:r>
    </w:p>
    <w:p w14:paraId="36E5B654" w14:textId="77777777" w:rsidR="00E865AD" w:rsidRDefault="00000000">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I feel like if we're </w:t>
      </w:r>
      <w:proofErr w:type="spellStart"/>
      <w:r>
        <w:rPr>
          <w:rFonts w:ascii="Arial" w:hAnsi="Arial"/>
        </w:rPr>
        <w:t>we're</w:t>
      </w:r>
      <w:proofErr w:type="spellEnd"/>
      <w:r>
        <w:rPr>
          <w:rFonts w:ascii="Arial" w:hAnsi="Arial"/>
        </w:rPr>
        <w:t xml:space="preserve"> </w:t>
      </w:r>
      <w:proofErr w:type="spellStart"/>
      <w:r>
        <w:rPr>
          <w:rFonts w:ascii="Arial" w:hAnsi="Arial"/>
        </w:rPr>
        <w:t>we're</w:t>
      </w:r>
      <w:proofErr w:type="spellEnd"/>
      <w:r>
        <w:rPr>
          <w:rFonts w:ascii="Arial" w:hAnsi="Arial"/>
        </w:rPr>
        <w:t xml:space="preserve"> canceled it will not be for something I guest's say I think it will be entirely our own </w:t>
      </w:r>
      <w:proofErr w:type="gramStart"/>
      <w:r>
        <w:rPr>
          <w:rFonts w:ascii="Arial" w:hAnsi="Arial"/>
        </w:rPr>
        <w:t>fault</w:t>
      </w:r>
      <w:proofErr w:type="gramEnd"/>
    </w:p>
    <w:p w14:paraId="259088E3" w14:textId="77777777" w:rsidR="00E865AD" w:rsidRDefault="00E865AD">
      <w:pPr>
        <w:spacing w:after="0"/>
      </w:pPr>
    </w:p>
    <w:p w14:paraId="34E0342C" w14:textId="77777777" w:rsidR="00E865AD" w:rsidRDefault="00000000">
      <w:pPr>
        <w:spacing w:after="0"/>
      </w:pPr>
      <w:r>
        <w:rPr>
          <w:rFonts w:ascii="Arial" w:hAnsi="Arial"/>
          <w:b/>
        </w:rPr>
        <w:t xml:space="preserve">Lucy  </w:t>
      </w:r>
      <w:r>
        <w:rPr>
          <w:rFonts w:ascii="Arial" w:hAnsi="Arial"/>
          <w:color w:val="5D7284"/>
        </w:rPr>
        <w:t>50:02</w:t>
      </w:r>
    </w:p>
    <w:p w14:paraId="183E4F4F" w14:textId="77777777" w:rsidR="00E865AD" w:rsidRDefault="00000000">
      <w:pPr>
        <w:spacing w:after="0"/>
      </w:pPr>
      <w:r>
        <w:rPr>
          <w:rFonts w:ascii="Arial" w:hAnsi="Arial"/>
        </w:rPr>
        <w:t xml:space="preserve">Yeah, probably Oops, shouldn't have </w:t>
      </w:r>
      <w:proofErr w:type="gramStart"/>
      <w:r>
        <w:rPr>
          <w:rFonts w:ascii="Arial" w:hAnsi="Arial"/>
        </w:rPr>
        <w:t>aid</w:t>
      </w:r>
      <w:proofErr w:type="gramEnd"/>
      <w:r>
        <w:rPr>
          <w:rFonts w:ascii="Arial" w:hAnsi="Arial"/>
        </w:rPr>
        <w:t xml:space="preserve"> that. </w:t>
      </w:r>
    </w:p>
    <w:p w14:paraId="29753C94" w14:textId="77777777" w:rsidR="00E865AD" w:rsidRDefault="00E865AD">
      <w:pPr>
        <w:spacing w:after="0"/>
      </w:pPr>
    </w:p>
    <w:p w14:paraId="11A1BA0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50:05</w:t>
      </w:r>
    </w:p>
    <w:p w14:paraId="046B7F16" w14:textId="77777777" w:rsidR="00E865AD" w:rsidRDefault="00000000">
      <w:pPr>
        <w:spacing w:after="0"/>
      </w:pPr>
      <w:r>
        <w:rPr>
          <w:rFonts w:ascii="Arial" w:hAnsi="Arial"/>
        </w:rPr>
        <w:t xml:space="preserve">Yeah, I mean, a lot of moments are well planned. Like maybe you have this weird dog like, just be a random moment Oh they'll come up with the house like, you know, give you a cuddle like well, the animals. The one day we were, it was the height of </w:t>
      </w:r>
      <w:proofErr w:type="gramStart"/>
      <w:r>
        <w:rPr>
          <w:rFonts w:ascii="Arial" w:hAnsi="Arial"/>
        </w:rPr>
        <w:t>summer</w:t>
      </w:r>
      <w:proofErr w:type="gramEnd"/>
      <w:r>
        <w:rPr>
          <w:rFonts w:ascii="Arial" w:hAnsi="Arial"/>
        </w:rPr>
        <w:t xml:space="preserve"> so we were like, mental that the people coming through the park was just mad. And I used to do all the talks and speeches. </w:t>
      </w:r>
      <w:proofErr w:type="gramStart"/>
      <w:r>
        <w:rPr>
          <w:rFonts w:ascii="Arial" w:hAnsi="Arial"/>
        </w:rPr>
        <w:t>So</w:t>
      </w:r>
      <w:proofErr w:type="gramEnd"/>
      <w:r>
        <w:rPr>
          <w:rFonts w:ascii="Arial" w:hAnsi="Arial"/>
        </w:rPr>
        <w:t xml:space="preserve"> every half an hour I did a talk on a certain animal and that was like 10 15 minutes and then people you know, ask questions, and then there was only a little park but by the time you couldn't get back to you the area where we used to eat was at one end of the park. </w:t>
      </w:r>
      <w:proofErr w:type="gramStart"/>
      <w:r>
        <w:rPr>
          <w:rFonts w:ascii="Arial" w:hAnsi="Arial"/>
        </w:rPr>
        <w:t>So</w:t>
      </w:r>
      <w:proofErr w:type="gramEnd"/>
      <w:r>
        <w:rPr>
          <w:rFonts w:ascii="Arial" w:hAnsi="Arial"/>
        </w:rPr>
        <w:t xml:space="preserve"> when I </w:t>
      </w:r>
      <w:proofErr w:type="gramStart"/>
      <w:r>
        <w:rPr>
          <w:rFonts w:ascii="Arial" w:hAnsi="Arial"/>
        </w:rPr>
        <w:t>did like a</w:t>
      </w:r>
      <w:proofErr w:type="gramEnd"/>
      <w:r>
        <w:rPr>
          <w:rFonts w:ascii="Arial" w:hAnsi="Arial"/>
        </w:rPr>
        <w:t xml:space="preserve"> Lemur talk, I had cut from one into the park the other but you'd always have somebody wanting to Excuse me, sir. What's this and that and I would have no time for lunch. because that I think a </w:t>
      </w:r>
      <w:proofErr w:type="gramStart"/>
      <w:r>
        <w:rPr>
          <w:rFonts w:ascii="Arial" w:hAnsi="Arial"/>
        </w:rPr>
        <w:t>year</w:t>
      </w:r>
      <w:proofErr w:type="gramEnd"/>
      <w:r>
        <w:rPr>
          <w:rFonts w:ascii="Arial" w:hAnsi="Arial"/>
        </w:rPr>
        <w:t xml:space="preserve"> I lost five or six stone.</w:t>
      </w:r>
    </w:p>
    <w:p w14:paraId="2AF713DC" w14:textId="77777777" w:rsidR="00E865AD" w:rsidRDefault="00E865AD">
      <w:pPr>
        <w:spacing w:after="0"/>
      </w:pPr>
    </w:p>
    <w:p w14:paraId="63C1A07B" w14:textId="77777777" w:rsidR="00E865AD" w:rsidRDefault="00000000">
      <w:pPr>
        <w:spacing w:after="0"/>
      </w:pPr>
      <w:r>
        <w:rPr>
          <w:rFonts w:ascii="Arial" w:hAnsi="Arial"/>
          <w:b/>
        </w:rPr>
        <w:t xml:space="preserve">Alice  </w:t>
      </w:r>
      <w:r>
        <w:rPr>
          <w:rFonts w:ascii="Arial" w:hAnsi="Arial"/>
          <w:color w:val="5D7284"/>
        </w:rPr>
        <w:t>50:05</w:t>
      </w:r>
    </w:p>
    <w:p w14:paraId="16368C6B" w14:textId="77777777" w:rsidR="00E865AD" w:rsidRDefault="00000000">
      <w:pPr>
        <w:spacing w:after="0"/>
      </w:pPr>
      <w:r>
        <w:rPr>
          <w:rFonts w:ascii="Arial" w:hAnsi="Arial"/>
        </w:rPr>
        <w:t>Yeah.</w:t>
      </w:r>
    </w:p>
    <w:p w14:paraId="45B59068" w14:textId="77777777" w:rsidR="00E865AD" w:rsidRDefault="00E865AD">
      <w:pPr>
        <w:spacing w:after="0"/>
      </w:pPr>
    </w:p>
    <w:p w14:paraId="6171ADB6" w14:textId="77777777" w:rsidR="00E865AD" w:rsidRDefault="00000000">
      <w:pPr>
        <w:spacing w:after="0"/>
      </w:pPr>
      <w:r>
        <w:rPr>
          <w:rFonts w:ascii="Arial" w:hAnsi="Arial"/>
          <w:b/>
        </w:rPr>
        <w:t xml:space="preserve">Alice  </w:t>
      </w:r>
      <w:r>
        <w:rPr>
          <w:rFonts w:ascii="Arial" w:hAnsi="Arial"/>
          <w:color w:val="5D7284"/>
        </w:rPr>
        <w:t>50:58</w:t>
      </w:r>
    </w:p>
    <w:p w14:paraId="61220757" w14:textId="77777777" w:rsidR="00E865AD" w:rsidRDefault="00000000">
      <w:pPr>
        <w:spacing w:after="0"/>
      </w:pPr>
      <w:r>
        <w:rPr>
          <w:rFonts w:ascii="Arial" w:hAnsi="Arial"/>
        </w:rPr>
        <w:t>Jeez.</w:t>
      </w:r>
    </w:p>
    <w:p w14:paraId="718087D8" w14:textId="77777777" w:rsidR="00E865AD" w:rsidRDefault="00E865AD">
      <w:pPr>
        <w:spacing w:after="0"/>
      </w:pPr>
    </w:p>
    <w:p w14:paraId="6AE8513E" w14:textId="77777777" w:rsidR="00E865AD" w:rsidRDefault="00000000">
      <w:pPr>
        <w:spacing w:after="0"/>
      </w:pPr>
      <w:r>
        <w:rPr>
          <w:rFonts w:ascii="Arial" w:hAnsi="Arial"/>
          <w:b/>
        </w:rPr>
        <w:t xml:space="preserve">Lucy  </w:t>
      </w:r>
      <w:r>
        <w:rPr>
          <w:rFonts w:ascii="Arial" w:hAnsi="Arial"/>
          <w:color w:val="5D7284"/>
        </w:rPr>
        <w:t>50:59</w:t>
      </w:r>
    </w:p>
    <w:p w14:paraId="6D81A764" w14:textId="77777777" w:rsidR="00E865AD" w:rsidRDefault="00000000">
      <w:pPr>
        <w:spacing w:after="0"/>
      </w:pPr>
      <w:r>
        <w:rPr>
          <w:rFonts w:ascii="Arial" w:hAnsi="Arial"/>
        </w:rPr>
        <w:t xml:space="preserve">Wow. Become a </w:t>
      </w:r>
      <w:proofErr w:type="gramStart"/>
      <w:r>
        <w:rPr>
          <w:rFonts w:ascii="Arial" w:hAnsi="Arial"/>
        </w:rPr>
        <w:t>zoo keeper</w:t>
      </w:r>
      <w:proofErr w:type="gramEnd"/>
      <w:r>
        <w:rPr>
          <w:rFonts w:ascii="Arial" w:hAnsi="Arial"/>
        </w:rPr>
        <w:t xml:space="preserve"> everybody!</w:t>
      </w:r>
    </w:p>
    <w:p w14:paraId="21FF8883" w14:textId="77777777" w:rsidR="00E865AD" w:rsidRDefault="00E865AD">
      <w:pPr>
        <w:spacing w:after="0"/>
      </w:pPr>
    </w:p>
    <w:p w14:paraId="6324D3B1"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50:59</w:t>
      </w:r>
    </w:p>
    <w:p w14:paraId="16DA1FCB" w14:textId="77777777" w:rsidR="00E865AD" w:rsidRDefault="00000000">
      <w:pPr>
        <w:spacing w:after="0"/>
      </w:pPr>
      <w:r>
        <w:rPr>
          <w:rFonts w:ascii="Arial" w:hAnsi="Arial"/>
        </w:rPr>
        <w:t xml:space="preserve"> Yeah, it is. Yeah, literally. Join Yeah. go to Dudley with all the steps. You'll be as slim as a - yeah. </w:t>
      </w:r>
    </w:p>
    <w:p w14:paraId="49027734" w14:textId="77777777" w:rsidR="00E865AD" w:rsidRDefault="00E865AD">
      <w:pPr>
        <w:spacing w:after="0"/>
      </w:pPr>
    </w:p>
    <w:p w14:paraId="7EA3D22A" w14:textId="77777777" w:rsidR="00E865AD" w:rsidRDefault="00000000">
      <w:pPr>
        <w:spacing w:after="0"/>
      </w:pPr>
      <w:r>
        <w:rPr>
          <w:rFonts w:ascii="Arial" w:hAnsi="Arial"/>
          <w:b/>
        </w:rPr>
        <w:t xml:space="preserve">Lucy  </w:t>
      </w:r>
      <w:r>
        <w:rPr>
          <w:rFonts w:ascii="Arial" w:hAnsi="Arial"/>
          <w:color w:val="5D7284"/>
        </w:rPr>
        <w:t>51:03</w:t>
      </w:r>
    </w:p>
    <w:p w14:paraId="6DC29203" w14:textId="77777777" w:rsidR="00E865AD" w:rsidRDefault="00000000">
      <w:pPr>
        <w:spacing w:after="0"/>
      </w:pPr>
      <w:r>
        <w:rPr>
          <w:rFonts w:ascii="Arial" w:hAnsi="Arial"/>
        </w:rPr>
        <w:t>Yeah. [laughing]</w:t>
      </w:r>
    </w:p>
    <w:p w14:paraId="5C686790" w14:textId="77777777" w:rsidR="00E865AD" w:rsidRDefault="00E865AD">
      <w:pPr>
        <w:spacing w:after="0"/>
      </w:pPr>
    </w:p>
    <w:p w14:paraId="2C59DD8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51:07</w:t>
      </w:r>
    </w:p>
    <w:p w14:paraId="0E933758" w14:textId="77777777" w:rsidR="00E865AD" w:rsidRDefault="00000000">
      <w:pPr>
        <w:spacing w:after="0"/>
      </w:pPr>
      <w:r>
        <w:rPr>
          <w:rFonts w:ascii="Arial" w:hAnsi="Arial"/>
        </w:rPr>
        <w:t xml:space="preserve">Yeah um, yeah, just lost so much weight. And but yeah, what was like going back anyway, long time, very tired. And I went in with the wallabies, and I just sat down with a cup of tea. And I had a pack of, is it Party Rings, that are like </w:t>
      </w:r>
      <w:proofErr w:type="spellStart"/>
      <w:r>
        <w:rPr>
          <w:rFonts w:ascii="Arial" w:hAnsi="Arial"/>
        </w:rPr>
        <w:t>coloured</w:t>
      </w:r>
      <w:proofErr w:type="spellEnd"/>
      <w:r>
        <w:rPr>
          <w:rFonts w:ascii="Arial" w:hAnsi="Arial"/>
        </w:rPr>
        <w:t xml:space="preserve">? </w:t>
      </w:r>
    </w:p>
    <w:p w14:paraId="40BED527" w14:textId="77777777" w:rsidR="00E865AD" w:rsidRDefault="00E865AD">
      <w:pPr>
        <w:spacing w:after="0"/>
      </w:pPr>
    </w:p>
    <w:p w14:paraId="74041D1F" w14:textId="77777777" w:rsidR="00E865AD" w:rsidRDefault="00000000">
      <w:pPr>
        <w:spacing w:after="0"/>
      </w:pPr>
      <w:r>
        <w:rPr>
          <w:rFonts w:ascii="Arial" w:hAnsi="Arial"/>
          <w:b/>
        </w:rPr>
        <w:t xml:space="preserve">Alice Evans &amp; Lucy Wood  </w:t>
      </w:r>
      <w:r>
        <w:rPr>
          <w:rFonts w:ascii="Arial" w:hAnsi="Arial"/>
          <w:color w:val="5D7284"/>
        </w:rPr>
        <w:t>51:26</w:t>
      </w:r>
    </w:p>
    <w:p w14:paraId="5CDE13F0" w14:textId="77777777" w:rsidR="00E865AD" w:rsidRDefault="00000000">
      <w:pPr>
        <w:spacing w:after="0"/>
      </w:pPr>
      <w:r>
        <w:rPr>
          <w:rFonts w:ascii="Arial" w:hAnsi="Arial"/>
        </w:rPr>
        <w:t xml:space="preserve">Yeah, yeah. </w:t>
      </w:r>
    </w:p>
    <w:p w14:paraId="4EAFCAC2" w14:textId="77777777" w:rsidR="00E865AD" w:rsidRDefault="00E865AD">
      <w:pPr>
        <w:spacing w:after="0"/>
      </w:pPr>
    </w:p>
    <w:p w14:paraId="490255E2"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51:27</w:t>
      </w:r>
    </w:p>
    <w:p w14:paraId="79A59E08" w14:textId="77777777" w:rsidR="00E865AD" w:rsidRDefault="00000000">
      <w:pPr>
        <w:spacing w:after="0"/>
      </w:pPr>
      <w:r>
        <w:rPr>
          <w:rFonts w:ascii="Arial" w:hAnsi="Arial"/>
        </w:rPr>
        <w:t xml:space="preserve">Just put my Party Rings down cup of tea, and I must have </w:t>
      </w:r>
      <w:proofErr w:type="gramStart"/>
      <w:r>
        <w:rPr>
          <w:rFonts w:ascii="Arial" w:hAnsi="Arial"/>
        </w:rPr>
        <w:t>fell</w:t>
      </w:r>
      <w:proofErr w:type="gramEnd"/>
      <w:r>
        <w:rPr>
          <w:rFonts w:ascii="Arial" w:hAnsi="Arial"/>
        </w:rPr>
        <w:t xml:space="preserve"> asleep. </w:t>
      </w:r>
    </w:p>
    <w:p w14:paraId="61AC9E6D" w14:textId="77777777" w:rsidR="00E865AD" w:rsidRDefault="00E865AD">
      <w:pPr>
        <w:spacing w:after="0"/>
      </w:pPr>
    </w:p>
    <w:p w14:paraId="3646AFD0" w14:textId="77777777" w:rsidR="00E865AD" w:rsidRDefault="00000000">
      <w:pPr>
        <w:spacing w:after="0"/>
      </w:pPr>
      <w:r>
        <w:rPr>
          <w:rFonts w:ascii="Arial" w:hAnsi="Arial"/>
          <w:b/>
        </w:rPr>
        <w:t xml:space="preserve">Lucy  </w:t>
      </w:r>
      <w:r>
        <w:rPr>
          <w:rFonts w:ascii="Arial" w:hAnsi="Arial"/>
          <w:color w:val="5D7284"/>
        </w:rPr>
        <w:t>51:33</w:t>
      </w:r>
    </w:p>
    <w:p w14:paraId="50D38DD6" w14:textId="77777777" w:rsidR="00E865AD" w:rsidRDefault="00000000">
      <w:pPr>
        <w:spacing w:after="0"/>
      </w:pPr>
      <w:r>
        <w:rPr>
          <w:rFonts w:ascii="Arial" w:hAnsi="Arial"/>
        </w:rPr>
        <w:t>Aww.</w:t>
      </w:r>
    </w:p>
    <w:p w14:paraId="5EF52B53" w14:textId="77777777" w:rsidR="00E865AD" w:rsidRDefault="00E865AD">
      <w:pPr>
        <w:spacing w:after="0"/>
      </w:pPr>
    </w:p>
    <w:p w14:paraId="7E8BEE2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51:33</w:t>
      </w:r>
    </w:p>
    <w:p w14:paraId="593C8105" w14:textId="77777777" w:rsidR="00E865AD" w:rsidRDefault="00000000">
      <w:pPr>
        <w:spacing w:after="0"/>
      </w:pPr>
      <w:r>
        <w:rPr>
          <w:rFonts w:ascii="Arial" w:hAnsi="Arial"/>
        </w:rPr>
        <w:t xml:space="preserve">Yes, fell asleep and woke up. And there's a wallaby drinking my tea. One of those moments where it's like, I should that's my tea. But I'm not angry with you. </w:t>
      </w:r>
    </w:p>
    <w:p w14:paraId="012E8CD7" w14:textId="77777777" w:rsidR="00E865AD" w:rsidRDefault="00E865AD">
      <w:pPr>
        <w:spacing w:after="0"/>
      </w:pPr>
    </w:p>
    <w:p w14:paraId="71DDB66B" w14:textId="77777777" w:rsidR="00E865AD" w:rsidRDefault="00000000">
      <w:pPr>
        <w:spacing w:after="0"/>
      </w:pPr>
      <w:r>
        <w:rPr>
          <w:rFonts w:ascii="Arial" w:hAnsi="Arial"/>
          <w:b/>
        </w:rPr>
        <w:t xml:space="preserve">Lucy  </w:t>
      </w:r>
      <w:r>
        <w:rPr>
          <w:rFonts w:ascii="Arial" w:hAnsi="Arial"/>
          <w:color w:val="5D7284"/>
        </w:rPr>
        <w:t>51:43</w:t>
      </w:r>
    </w:p>
    <w:p w14:paraId="61AC2E6A" w14:textId="77777777" w:rsidR="00E865AD" w:rsidRDefault="00000000">
      <w:pPr>
        <w:spacing w:after="0"/>
      </w:pPr>
      <w:r>
        <w:rPr>
          <w:rFonts w:ascii="Arial" w:hAnsi="Arial"/>
        </w:rPr>
        <w:t xml:space="preserve">It's fine. </w:t>
      </w:r>
    </w:p>
    <w:p w14:paraId="257D9484" w14:textId="77777777" w:rsidR="00E865AD" w:rsidRDefault="00E865AD">
      <w:pPr>
        <w:spacing w:after="0"/>
      </w:pPr>
    </w:p>
    <w:p w14:paraId="5DB7570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51:44</w:t>
      </w:r>
    </w:p>
    <w:p w14:paraId="5D92A7E5" w14:textId="77777777" w:rsidR="00E865AD" w:rsidRDefault="00000000">
      <w:pPr>
        <w:spacing w:after="0"/>
      </w:pPr>
      <w:r>
        <w:rPr>
          <w:rFonts w:ascii="Arial" w:hAnsi="Arial"/>
        </w:rPr>
        <w:t xml:space="preserve">And it's just peaceful. And it was just </w:t>
      </w:r>
      <w:proofErr w:type="spellStart"/>
      <w:r>
        <w:rPr>
          <w:rFonts w:ascii="Arial" w:hAnsi="Arial"/>
        </w:rPr>
        <w:t>just</w:t>
      </w:r>
      <w:proofErr w:type="spellEnd"/>
      <w:r>
        <w:rPr>
          <w:rFonts w:ascii="Arial" w:hAnsi="Arial"/>
        </w:rPr>
        <w:t xml:space="preserve">, it gave you that tiny little bit of energy that keeps you going if that makes sense. </w:t>
      </w:r>
    </w:p>
    <w:p w14:paraId="5E3FDBCC" w14:textId="77777777" w:rsidR="00E865AD" w:rsidRDefault="00E865AD">
      <w:pPr>
        <w:spacing w:after="0"/>
      </w:pPr>
    </w:p>
    <w:p w14:paraId="52E0189F" w14:textId="77777777" w:rsidR="00E865AD" w:rsidRDefault="00000000">
      <w:pPr>
        <w:spacing w:after="0"/>
      </w:pPr>
      <w:r>
        <w:rPr>
          <w:rFonts w:ascii="Arial" w:hAnsi="Arial"/>
          <w:b/>
        </w:rPr>
        <w:t xml:space="preserve">Alice  </w:t>
      </w:r>
      <w:r>
        <w:rPr>
          <w:rFonts w:ascii="Arial" w:hAnsi="Arial"/>
          <w:color w:val="5D7284"/>
        </w:rPr>
        <w:t>51:52</w:t>
      </w:r>
    </w:p>
    <w:p w14:paraId="7A1D5ABC" w14:textId="77777777" w:rsidR="00E865AD" w:rsidRDefault="00000000">
      <w:pPr>
        <w:spacing w:after="0"/>
      </w:pPr>
      <w:r>
        <w:rPr>
          <w:rFonts w:ascii="Arial" w:hAnsi="Arial"/>
        </w:rPr>
        <w:t xml:space="preserve">Yeah. </w:t>
      </w:r>
    </w:p>
    <w:p w14:paraId="532EC95E" w14:textId="77777777" w:rsidR="00E865AD" w:rsidRDefault="00E865AD">
      <w:pPr>
        <w:spacing w:after="0"/>
      </w:pPr>
    </w:p>
    <w:p w14:paraId="44F00AB7" w14:textId="77777777" w:rsidR="00E865AD" w:rsidRDefault="00000000">
      <w:pPr>
        <w:spacing w:after="0"/>
      </w:pPr>
      <w:r>
        <w:rPr>
          <w:rFonts w:ascii="Arial" w:hAnsi="Arial"/>
          <w:b/>
        </w:rPr>
        <w:t xml:space="preserve">Lucy  </w:t>
      </w:r>
      <w:r>
        <w:rPr>
          <w:rFonts w:ascii="Arial" w:hAnsi="Arial"/>
          <w:color w:val="5D7284"/>
        </w:rPr>
        <w:t>51:53</w:t>
      </w:r>
    </w:p>
    <w:p w14:paraId="47D7FA14" w14:textId="77777777" w:rsidR="00E865AD" w:rsidRDefault="00000000">
      <w:pPr>
        <w:spacing w:after="0"/>
      </w:pPr>
      <w:r>
        <w:rPr>
          <w:rFonts w:ascii="Arial" w:hAnsi="Arial"/>
        </w:rPr>
        <w:t xml:space="preserve">Yeah. </w:t>
      </w:r>
    </w:p>
    <w:p w14:paraId="43A1A4D0" w14:textId="77777777" w:rsidR="00E865AD" w:rsidRDefault="00E865AD">
      <w:pPr>
        <w:spacing w:after="0"/>
      </w:pPr>
    </w:p>
    <w:p w14:paraId="2B3C875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51:54</w:t>
      </w:r>
    </w:p>
    <w:p w14:paraId="4C211542" w14:textId="77777777" w:rsidR="00E865AD" w:rsidRDefault="00000000">
      <w:pPr>
        <w:spacing w:after="0"/>
      </w:pPr>
      <w:r>
        <w:rPr>
          <w:rFonts w:ascii="Arial" w:hAnsi="Arial"/>
        </w:rPr>
        <w:t>But um.</w:t>
      </w:r>
    </w:p>
    <w:p w14:paraId="2C395A19" w14:textId="77777777" w:rsidR="00E865AD" w:rsidRDefault="00E865AD">
      <w:pPr>
        <w:spacing w:after="0"/>
      </w:pPr>
    </w:p>
    <w:p w14:paraId="2F4231BF" w14:textId="77777777" w:rsidR="00E865AD" w:rsidRDefault="00000000">
      <w:pPr>
        <w:spacing w:after="0"/>
      </w:pPr>
      <w:r>
        <w:rPr>
          <w:rFonts w:ascii="Arial" w:hAnsi="Arial"/>
          <w:b/>
        </w:rPr>
        <w:t xml:space="preserve">Lucy  </w:t>
      </w:r>
      <w:r>
        <w:rPr>
          <w:rFonts w:ascii="Arial" w:hAnsi="Arial"/>
          <w:color w:val="5D7284"/>
        </w:rPr>
        <w:t>51:55</w:t>
      </w:r>
    </w:p>
    <w:p w14:paraId="197B3CDD" w14:textId="77777777" w:rsidR="00E865AD" w:rsidRDefault="00000000">
      <w:pPr>
        <w:spacing w:after="0"/>
      </w:pPr>
      <w:proofErr w:type="gramStart"/>
      <w:r>
        <w:rPr>
          <w:rFonts w:ascii="Arial" w:hAnsi="Arial"/>
        </w:rPr>
        <w:t>we have I</w:t>
      </w:r>
      <w:proofErr w:type="gramEnd"/>
      <w:r>
        <w:rPr>
          <w:rFonts w:ascii="Arial" w:hAnsi="Arial"/>
        </w:rPr>
        <w:t xml:space="preserve"> have two Bulldogs that live with me. They're not my bulldogs They're my sister's Bulldogs. But they live. They're living with us </w:t>
      </w:r>
      <w:proofErr w:type="gramStart"/>
      <w:r>
        <w:rPr>
          <w:rFonts w:ascii="Arial" w:hAnsi="Arial"/>
        </w:rPr>
        <w:t>at the moment</w:t>
      </w:r>
      <w:proofErr w:type="gramEnd"/>
      <w:r>
        <w:rPr>
          <w:rFonts w:ascii="Arial" w:hAnsi="Arial"/>
        </w:rPr>
        <w:t xml:space="preserve">. They will be going back to live with my sister eventually. But they live with us </w:t>
      </w:r>
      <w:proofErr w:type="gramStart"/>
      <w:r>
        <w:rPr>
          <w:rFonts w:ascii="Arial" w:hAnsi="Arial"/>
        </w:rPr>
        <w:t>at the moment</w:t>
      </w:r>
      <w:proofErr w:type="gramEnd"/>
      <w:r>
        <w:rPr>
          <w:rFonts w:ascii="Arial" w:hAnsi="Arial"/>
        </w:rPr>
        <w:t xml:space="preserve">. And Bertie and </w:t>
      </w:r>
      <w:proofErr w:type="gramStart"/>
      <w:r>
        <w:rPr>
          <w:rFonts w:ascii="Arial" w:hAnsi="Arial"/>
        </w:rPr>
        <w:t>Peanut they</w:t>
      </w:r>
      <w:proofErr w:type="gramEnd"/>
      <w:r>
        <w:rPr>
          <w:rFonts w:ascii="Arial" w:hAnsi="Arial"/>
        </w:rPr>
        <w:t xml:space="preserve"> are not assistance </w:t>
      </w:r>
      <w:proofErr w:type="gramStart"/>
      <w:r>
        <w:rPr>
          <w:rFonts w:ascii="Arial" w:hAnsi="Arial"/>
        </w:rPr>
        <w:t>dogs,</w:t>
      </w:r>
      <w:proofErr w:type="gramEnd"/>
      <w:r>
        <w:rPr>
          <w:rFonts w:ascii="Arial" w:hAnsi="Arial"/>
        </w:rPr>
        <w:t xml:space="preserve"> they would be the worst assistance dogs in the world. But when I am feeling like the last few weeks, I have been really suffering with pain and stuff and being able to sit up for long periods of time. And </w:t>
      </w:r>
      <w:proofErr w:type="spellStart"/>
      <w:r>
        <w:rPr>
          <w:rFonts w:ascii="Arial" w:hAnsi="Arial"/>
        </w:rPr>
        <w:t>and</w:t>
      </w:r>
      <w:proofErr w:type="spellEnd"/>
      <w:r>
        <w:rPr>
          <w:rFonts w:ascii="Arial" w:hAnsi="Arial"/>
        </w:rPr>
        <w:t xml:space="preserve"> when I'm, it </w:t>
      </w:r>
      <w:proofErr w:type="gramStart"/>
      <w:r>
        <w:rPr>
          <w:rFonts w:ascii="Arial" w:hAnsi="Arial"/>
        </w:rPr>
        <w:t>get</w:t>
      </w:r>
      <w:proofErr w:type="gramEnd"/>
      <w:r>
        <w:rPr>
          <w:rFonts w:ascii="Arial" w:hAnsi="Arial"/>
        </w:rPr>
        <w:t xml:space="preserve"> it gets to you mentally you just think to yourself that this is it. This is just me now forever. And it isn't but on bad days you start to think </w:t>
      </w:r>
      <w:proofErr w:type="spellStart"/>
      <w:r>
        <w:rPr>
          <w:rFonts w:ascii="Arial" w:hAnsi="Arial"/>
        </w:rPr>
        <w:t>oh</w:t>
      </w:r>
      <w:proofErr w:type="spellEnd"/>
      <w:r>
        <w:rPr>
          <w:rFonts w:ascii="Arial" w:hAnsi="Arial"/>
        </w:rPr>
        <w:t xml:space="preserve"> this is awful. But when I am feeling particularly low, and particularly sad, there's lots of other things going on, particularly low and particularly sad about life in general, like Bertie will come and he'll like jump on the bed. And he'll come and sit with me. And he'll lie, he'll lie, snoring his head off, stinking my bed out. But he'll, </w:t>
      </w:r>
      <w:proofErr w:type="gramStart"/>
      <w:r>
        <w:rPr>
          <w:rFonts w:ascii="Arial" w:hAnsi="Arial"/>
        </w:rPr>
        <w:t>cause</w:t>
      </w:r>
      <w:proofErr w:type="gramEnd"/>
      <w:r>
        <w:rPr>
          <w:rFonts w:ascii="Arial" w:hAnsi="Arial"/>
        </w:rPr>
        <w:t xml:space="preserve"> he know,  like, I swear they know when something isn't right. And you're not feeling happy. And they're just lovely little dogs. I mean, very noisy. Bertie came up this morning, 20 minutes before we were due to do a podcast, he </w:t>
      </w:r>
      <w:proofErr w:type="gramStart"/>
      <w:r>
        <w:rPr>
          <w:rFonts w:ascii="Arial" w:hAnsi="Arial"/>
        </w:rPr>
        <w:t>come</w:t>
      </w:r>
      <w:proofErr w:type="gramEnd"/>
      <w:r>
        <w:rPr>
          <w:rFonts w:ascii="Arial" w:hAnsi="Arial"/>
        </w:rPr>
        <w:t xml:space="preserve"> upstairs. And I was like, </w:t>
      </w:r>
      <w:proofErr w:type="gramStart"/>
      <w:r>
        <w:rPr>
          <w:rFonts w:ascii="Arial" w:hAnsi="Arial"/>
        </w:rPr>
        <w:t>No</w:t>
      </w:r>
      <w:proofErr w:type="gramEnd"/>
      <w:r>
        <w:rPr>
          <w:rFonts w:ascii="Arial" w:hAnsi="Arial"/>
        </w:rPr>
        <w:t xml:space="preserve">, you're not sitting there because he will just bark and make a noise. </w:t>
      </w:r>
      <w:r>
        <w:rPr>
          <w:rFonts w:ascii="Arial" w:hAnsi="Arial"/>
        </w:rPr>
        <w:lastRenderedPageBreak/>
        <w:t xml:space="preserve">you know, and he likes to you know, warn anybody off who's walking past the end of the drive in a hat, because they're a threat, that kind of thing. And you just think but you </w:t>
      </w:r>
      <w:proofErr w:type="gramStart"/>
      <w:r>
        <w:rPr>
          <w:rFonts w:ascii="Arial" w:hAnsi="Arial"/>
        </w:rPr>
        <w:t>know, when</w:t>
      </w:r>
      <w:proofErr w:type="gramEnd"/>
      <w:r>
        <w:rPr>
          <w:rFonts w:ascii="Arial" w:hAnsi="Arial"/>
        </w:rPr>
        <w:t xml:space="preserve"> you are feeling really sad. They are like little pockets of joy. And there is the way they just look at you. It's just they're always so pleased to see you, aren't they? I think animals </w:t>
      </w:r>
      <w:proofErr w:type="gramStart"/>
      <w:r>
        <w:rPr>
          <w:rFonts w:ascii="Arial" w:hAnsi="Arial"/>
        </w:rPr>
        <w:t>they're</w:t>
      </w:r>
      <w:proofErr w:type="gramEnd"/>
      <w:r>
        <w:rPr>
          <w:rFonts w:ascii="Arial" w:hAnsi="Arial"/>
        </w:rPr>
        <w:t xml:space="preserve"> always like Oh it's you.</w:t>
      </w:r>
    </w:p>
    <w:p w14:paraId="27DAA0E9" w14:textId="77777777" w:rsidR="00E865AD" w:rsidRDefault="00E865AD">
      <w:pPr>
        <w:spacing w:after="0"/>
      </w:pPr>
    </w:p>
    <w:p w14:paraId="095BCE1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53:38</w:t>
      </w:r>
    </w:p>
    <w:p w14:paraId="21FDC164" w14:textId="77777777" w:rsidR="00E865AD" w:rsidRDefault="00000000">
      <w:pPr>
        <w:spacing w:after="0"/>
      </w:pPr>
      <w:r>
        <w:rPr>
          <w:rFonts w:ascii="Arial" w:hAnsi="Arial"/>
        </w:rPr>
        <w:t xml:space="preserve">Yeah, it's kind of like, oh, what? What is it when you're happy? That's the chemical. </w:t>
      </w:r>
    </w:p>
    <w:p w14:paraId="1EF0D0ED" w14:textId="77777777" w:rsidR="00E865AD" w:rsidRDefault="00E865AD">
      <w:pPr>
        <w:spacing w:after="0"/>
      </w:pPr>
    </w:p>
    <w:p w14:paraId="178BE566" w14:textId="77777777" w:rsidR="00E865AD" w:rsidRDefault="00000000">
      <w:pPr>
        <w:spacing w:after="0"/>
      </w:pPr>
      <w:r>
        <w:rPr>
          <w:rFonts w:ascii="Arial" w:hAnsi="Arial"/>
          <w:b/>
        </w:rPr>
        <w:t xml:space="preserve">Lucy  </w:t>
      </w:r>
      <w:r>
        <w:rPr>
          <w:rFonts w:ascii="Arial" w:hAnsi="Arial"/>
          <w:color w:val="5D7284"/>
        </w:rPr>
        <w:t>53:46</w:t>
      </w:r>
    </w:p>
    <w:p w14:paraId="6CEC309A" w14:textId="77777777" w:rsidR="00E865AD" w:rsidRDefault="00000000">
      <w:pPr>
        <w:spacing w:after="0"/>
      </w:pPr>
      <w:r>
        <w:rPr>
          <w:rFonts w:ascii="Arial" w:hAnsi="Arial"/>
        </w:rPr>
        <w:t xml:space="preserve">Oh, </w:t>
      </w:r>
      <w:proofErr w:type="gramStart"/>
      <w:r>
        <w:rPr>
          <w:rFonts w:ascii="Arial" w:hAnsi="Arial"/>
        </w:rPr>
        <w:t>um</w:t>
      </w:r>
      <w:proofErr w:type="gramEnd"/>
    </w:p>
    <w:p w14:paraId="3C1166C7" w14:textId="77777777" w:rsidR="00E865AD" w:rsidRDefault="00E865AD">
      <w:pPr>
        <w:spacing w:after="0"/>
      </w:pPr>
    </w:p>
    <w:p w14:paraId="02A0AA40" w14:textId="77777777" w:rsidR="00E865AD" w:rsidRDefault="00000000">
      <w:pPr>
        <w:spacing w:after="0"/>
      </w:pPr>
      <w:r>
        <w:rPr>
          <w:rFonts w:ascii="Arial" w:hAnsi="Arial"/>
          <w:b/>
        </w:rPr>
        <w:t xml:space="preserve">Alice  </w:t>
      </w:r>
      <w:r>
        <w:rPr>
          <w:rFonts w:ascii="Arial" w:hAnsi="Arial"/>
          <w:color w:val="5D7284"/>
        </w:rPr>
        <w:t>53:47</w:t>
      </w:r>
    </w:p>
    <w:p w14:paraId="68B01770" w14:textId="77777777" w:rsidR="00E865AD" w:rsidRDefault="00000000">
      <w:pPr>
        <w:spacing w:after="0"/>
      </w:pPr>
      <w:r>
        <w:rPr>
          <w:rFonts w:ascii="Arial" w:hAnsi="Arial"/>
        </w:rPr>
        <w:t>serotonin.</w:t>
      </w:r>
    </w:p>
    <w:p w14:paraId="46801AC0" w14:textId="77777777" w:rsidR="00E865AD" w:rsidRDefault="00E865AD">
      <w:pPr>
        <w:spacing w:after="0"/>
      </w:pPr>
    </w:p>
    <w:p w14:paraId="3B8F1A4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53:48</w:t>
      </w:r>
    </w:p>
    <w:p w14:paraId="7BF01086" w14:textId="77777777" w:rsidR="00E865AD" w:rsidRDefault="00000000">
      <w:pPr>
        <w:spacing w:after="0"/>
      </w:pPr>
      <w:r>
        <w:rPr>
          <w:rFonts w:ascii="Arial" w:hAnsi="Arial"/>
        </w:rPr>
        <w:t xml:space="preserve">Yeah. It's like you've had a shot of that, like, compared to being like a little kid at Christmas. Yeah, you're rubbish. And the dog just comes on. </w:t>
      </w:r>
      <w:proofErr w:type="gramStart"/>
      <w:r>
        <w:rPr>
          <w:rFonts w:ascii="Arial" w:hAnsi="Arial"/>
        </w:rPr>
        <w:t>you</w:t>
      </w:r>
      <w:proofErr w:type="gramEnd"/>
      <w:r>
        <w:rPr>
          <w:rFonts w:ascii="Arial" w:hAnsi="Arial"/>
        </w:rPr>
        <w:t xml:space="preserve"> just get how you're doing. And it's almost like, I think this </w:t>
      </w:r>
      <w:proofErr w:type="gramStart"/>
      <w:r>
        <w:rPr>
          <w:rFonts w:ascii="Arial" w:hAnsi="Arial"/>
        </w:rPr>
        <w:t>it's</w:t>
      </w:r>
      <w:proofErr w:type="gramEnd"/>
      <w:r>
        <w:rPr>
          <w:rFonts w:ascii="Arial" w:hAnsi="Arial"/>
        </w:rPr>
        <w:t xml:space="preserve"> true, because I've been down on a bit depressed. Everyone who's depressed? </w:t>
      </w:r>
      <w:proofErr w:type="gramStart"/>
      <w:r>
        <w:rPr>
          <w:rFonts w:ascii="Arial" w:hAnsi="Arial"/>
        </w:rPr>
        <w:t>if</w:t>
      </w:r>
      <w:proofErr w:type="gramEnd"/>
      <w:r>
        <w:rPr>
          <w:rFonts w:ascii="Arial" w:hAnsi="Arial"/>
        </w:rPr>
        <w:t xml:space="preserve"> somebody else needs help you instantly find energy. It's weird. I don't know if I've refused to have been a little down or </w:t>
      </w:r>
      <w:proofErr w:type="gramStart"/>
      <w:r>
        <w:rPr>
          <w:rFonts w:ascii="Arial" w:hAnsi="Arial"/>
        </w:rPr>
        <w:t>Yeah</w:t>
      </w:r>
      <w:proofErr w:type="gramEnd"/>
      <w:r>
        <w:rPr>
          <w:rFonts w:ascii="Arial" w:hAnsi="Arial"/>
        </w:rPr>
        <w:t xml:space="preserve">, with yourself. you're just sitting in </w:t>
      </w:r>
      <w:proofErr w:type="spellStart"/>
      <w:r>
        <w:rPr>
          <w:rFonts w:ascii="Arial" w:hAnsi="Arial"/>
        </w:rPr>
        <w:t>self pity</w:t>
      </w:r>
      <w:proofErr w:type="spellEnd"/>
      <w:r>
        <w:rPr>
          <w:rFonts w:ascii="Arial" w:hAnsi="Arial"/>
        </w:rPr>
        <w:t xml:space="preserve">. And then this dog goes hmm, should we go for a walk? And you're like, </w:t>
      </w:r>
      <w:proofErr w:type="gramStart"/>
      <w:r>
        <w:rPr>
          <w:rFonts w:ascii="Arial" w:hAnsi="Arial"/>
        </w:rPr>
        <w:t>Yes</w:t>
      </w:r>
      <w:proofErr w:type="gramEnd"/>
      <w:r>
        <w:rPr>
          <w:rFonts w:ascii="Arial" w:hAnsi="Arial"/>
        </w:rPr>
        <w:t>, I will. I'm going to walk the dog and it could just be that. Yeah, you know</w:t>
      </w:r>
      <w:proofErr w:type="gramStart"/>
      <w:r>
        <w:rPr>
          <w:rFonts w:ascii="Arial" w:hAnsi="Arial"/>
        </w:rPr>
        <w:t>, there's</w:t>
      </w:r>
      <w:proofErr w:type="gramEnd"/>
      <w:r>
        <w:rPr>
          <w:rFonts w:ascii="Arial" w:hAnsi="Arial"/>
        </w:rPr>
        <w:t xml:space="preserve"> </w:t>
      </w:r>
      <w:proofErr w:type="spellStart"/>
      <w:r>
        <w:rPr>
          <w:rFonts w:ascii="Arial" w:hAnsi="Arial"/>
        </w:rPr>
        <w:t>there's</w:t>
      </w:r>
      <w:proofErr w:type="spellEnd"/>
      <w:r>
        <w:rPr>
          <w:rFonts w:ascii="Arial" w:hAnsi="Arial"/>
        </w:rPr>
        <w:t xml:space="preserve"> a cat at the farm. I mean, she'll always come over to me and say hello. And always say hello back. It's just very strange. Like I know where she just comes on. </w:t>
      </w:r>
      <w:proofErr w:type="gramStart"/>
      <w:r>
        <w:rPr>
          <w:rFonts w:ascii="Arial" w:hAnsi="Arial"/>
        </w:rPr>
        <w:t>hello</w:t>
      </w:r>
      <w:proofErr w:type="gramEnd"/>
      <w:r>
        <w:rPr>
          <w:rFonts w:ascii="Arial" w:hAnsi="Arial"/>
        </w:rPr>
        <w:t xml:space="preserve">. And it's just very like, how are you girl? How are you today? </w:t>
      </w:r>
      <w:proofErr w:type="gramStart"/>
      <w:r>
        <w:rPr>
          <w:rFonts w:ascii="Arial" w:hAnsi="Arial"/>
        </w:rPr>
        <w:t>So</w:t>
      </w:r>
      <w:proofErr w:type="gramEnd"/>
      <w:r>
        <w:rPr>
          <w:rFonts w:ascii="Arial" w:hAnsi="Arial"/>
        </w:rPr>
        <w:t xml:space="preserve"> to talk to your boyfriend, nutty as a fruitcake, but talking to a cow but</w:t>
      </w:r>
    </w:p>
    <w:p w14:paraId="43B6D2C0" w14:textId="77777777" w:rsidR="00E865AD" w:rsidRDefault="00E865AD">
      <w:pPr>
        <w:spacing w:after="0"/>
      </w:pPr>
    </w:p>
    <w:p w14:paraId="57BFE325" w14:textId="77777777" w:rsidR="00E865AD" w:rsidRDefault="00000000">
      <w:pPr>
        <w:spacing w:after="0"/>
      </w:pPr>
      <w:r>
        <w:rPr>
          <w:rFonts w:ascii="Arial" w:hAnsi="Arial"/>
          <w:b/>
        </w:rPr>
        <w:t xml:space="preserve">Lucy  </w:t>
      </w:r>
      <w:r>
        <w:rPr>
          <w:rFonts w:ascii="Arial" w:hAnsi="Arial"/>
          <w:color w:val="5D7284"/>
        </w:rPr>
        <w:t>54:45</w:t>
      </w:r>
    </w:p>
    <w:p w14:paraId="7779E2A5" w14:textId="77777777" w:rsidR="00E865AD" w:rsidRDefault="00000000">
      <w:pPr>
        <w:spacing w:after="0"/>
      </w:pPr>
      <w:r>
        <w:rPr>
          <w:rFonts w:ascii="Arial" w:hAnsi="Arial"/>
        </w:rPr>
        <w:t xml:space="preserve">I don't think about what animal it is. I think yeah, so I </w:t>
      </w:r>
      <w:proofErr w:type="gramStart"/>
      <w:r>
        <w:rPr>
          <w:rFonts w:ascii="Arial" w:hAnsi="Arial"/>
        </w:rPr>
        <w:t>was</w:t>
      </w:r>
      <w:proofErr w:type="gramEnd"/>
    </w:p>
    <w:p w14:paraId="19F8DCD7" w14:textId="77777777" w:rsidR="00E865AD" w:rsidRDefault="00E865AD">
      <w:pPr>
        <w:spacing w:after="0"/>
      </w:pPr>
    </w:p>
    <w:p w14:paraId="7B3CD22F" w14:textId="77777777" w:rsidR="00E865AD" w:rsidRDefault="00000000">
      <w:pPr>
        <w:spacing w:after="0"/>
      </w:pPr>
      <w:r>
        <w:rPr>
          <w:rFonts w:ascii="Arial" w:hAnsi="Arial"/>
          <w:b/>
        </w:rPr>
        <w:t xml:space="preserve">Alice  </w:t>
      </w:r>
      <w:r>
        <w:rPr>
          <w:rFonts w:ascii="Arial" w:hAnsi="Arial"/>
          <w:color w:val="5D7284"/>
        </w:rPr>
        <w:t>54:48</w:t>
      </w:r>
    </w:p>
    <w:p w14:paraId="67584A1C" w14:textId="77777777" w:rsidR="00E865AD" w:rsidRDefault="00000000">
      <w:pPr>
        <w:spacing w:after="0"/>
      </w:pPr>
      <w:proofErr w:type="spellStart"/>
      <w:r>
        <w:rPr>
          <w:rFonts w:ascii="Arial" w:hAnsi="Arial"/>
        </w:rPr>
        <w:t>gonna</w:t>
      </w:r>
      <w:proofErr w:type="spellEnd"/>
      <w:r>
        <w:rPr>
          <w:rFonts w:ascii="Arial" w:hAnsi="Arial"/>
        </w:rPr>
        <w:t xml:space="preserve"> say yeah,</w:t>
      </w:r>
    </w:p>
    <w:p w14:paraId="412009E2" w14:textId="77777777" w:rsidR="00E865AD" w:rsidRDefault="00E865AD">
      <w:pPr>
        <w:spacing w:after="0"/>
      </w:pPr>
    </w:p>
    <w:p w14:paraId="05280AA8"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54:50</w:t>
      </w:r>
    </w:p>
    <w:p w14:paraId="6C2D838E" w14:textId="77777777" w:rsidR="00E865AD" w:rsidRDefault="00000000">
      <w:pPr>
        <w:spacing w:after="0"/>
      </w:pPr>
      <w:r>
        <w:rPr>
          <w:rFonts w:ascii="Arial" w:hAnsi="Arial"/>
        </w:rPr>
        <w:t xml:space="preserve">yeah, the </w:t>
      </w:r>
      <w:proofErr w:type="gramStart"/>
      <w:r>
        <w:rPr>
          <w:rFonts w:ascii="Arial" w:hAnsi="Arial"/>
        </w:rPr>
        <w:t>amount</w:t>
      </w:r>
      <w:proofErr w:type="gramEnd"/>
      <w:r>
        <w:rPr>
          <w:rFonts w:ascii="Arial" w:hAnsi="Arial"/>
        </w:rPr>
        <w:t xml:space="preserve"> of times I've been talking to odd thing I've talked to trees before now and </w:t>
      </w:r>
      <w:proofErr w:type="spellStart"/>
      <w:r>
        <w:rPr>
          <w:rFonts w:ascii="Arial" w:hAnsi="Arial"/>
        </w:rPr>
        <w:t>and</w:t>
      </w:r>
      <w:proofErr w:type="spellEnd"/>
      <w:r>
        <w:rPr>
          <w:rFonts w:ascii="Arial" w:hAnsi="Arial"/>
        </w:rPr>
        <w:t xml:space="preserve"> </w:t>
      </w:r>
      <w:proofErr w:type="spellStart"/>
      <w:r>
        <w:rPr>
          <w:rFonts w:ascii="Arial" w:hAnsi="Arial"/>
        </w:rPr>
        <w:t>kinda</w:t>
      </w:r>
      <w:proofErr w:type="spellEnd"/>
      <w:r>
        <w:rPr>
          <w:rFonts w:ascii="Arial" w:hAnsi="Arial"/>
        </w:rPr>
        <w:t xml:space="preserve"> like you just, you just lose yourself, which is great.</w:t>
      </w:r>
    </w:p>
    <w:p w14:paraId="291CC517" w14:textId="77777777" w:rsidR="00E865AD" w:rsidRDefault="00E865AD">
      <w:pPr>
        <w:spacing w:after="0"/>
      </w:pPr>
    </w:p>
    <w:p w14:paraId="4FC1C96A" w14:textId="77777777" w:rsidR="00E865AD" w:rsidRDefault="00000000">
      <w:pPr>
        <w:spacing w:after="0"/>
      </w:pPr>
      <w:r>
        <w:rPr>
          <w:rFonts w:ascii="Arial" w:hAnsi="Arial"/>
          <w:b/>
        </w:rPr>
        <w:t xml:space="preserve">Alice  </w:t>
      </w:r>
      <w:r>
        <w:rPr>
          <w:rFonts w:ascii="Arial" w:hAnsi="Arial"/>
          <w:color w:val="5D7284"/>
        </w:rPr>
        <w:t>54:59</w:t>
      </w:r>
    </w:p>
    <w:p w14:paraId="5858BAFA" w14:textId="77777777" w:rsidR="00E865AD" w:rsidRDefault="00000000">
      <w:pPr>
        <w:spacing w:after="0"/>
      </w:pPr>
      <w:r>
        <w:rPr>
          <w:rFonts w:ascii="Arial" w:hAnsi="Arial"/>
        </w:rPr>
        <w:t xml:space="preserve">And I think people </w:t>
      </w:r>
      <w:proofErr w:type="spellStart"/>
      <w:r>
        <w:rPr>
          <w:rFonts w:ascii="Arial" w:hAnsi="Arial"/>
        </w:rPr>
        <w:t>People</w:t>
      </w:r>
      <w:proofErr w:type="spellEnd"/>
      <w:r>
        <w:rPr>
          <w:rFonts w:ascii="Arial" w:hAnsi="Arial"/>
        </w:rPr>
        <w:t xml:space="preserve"> have like their own. people have different sorts of affinities for different animals. Like I absolutely know people who are not dog people at all like and you know, those </w:t>
      </w:r>
      <w:proofErr w:type="spellStart"/>
      <w:r>
        <w:rPr>
          <w:rFonts w:ascii="Arial" w:hAnsi="Arial"/>
        </w:rPr>
        <w:t>those</w:t>
      </w:r>
      <w:proofErr w:type="spellEnd"/>
      <w:r>
        <w:rPr>
          <w:rFonts w:ascii="Arial" w:hAnsi="Arial"/>
        </w:rPr>
        <w:t xml:space="preserve"> horsey women? Like that's </w:t>
      </w:r>
      <w:proofErr w:type="spellStart"/>
      <w:r>
        <w:rPr>
          <w:rFonts w:ascii="Arial" w:hAnsi="Arial"/>
        </w:rPr>
        <w:t>that's</w:t>
      </w:r>
      <w:proofErr w:type="spellEnd"/>
      <w:r>
        <w:rPr>
          <w:rFonts w:ascii="Arial" w:hAnsi="Arial"/>
        </w:rPr>
        <w:t xml:space="preserve"> their animal. That's </w:t>
      </w:r>
      <w:proofErr w:type="gramStart"/>
      <w:r>
        <w:rPr>
          <w:rFonts w:ascii="Arial" w:hAnsi="Arial"/>
        </w:rPr>
        <w:t>the you</w:t>
      </w:r>
      <w:proofErr w:type="gramEnd"/>
      <w:r>
        <w:rPr>
          <w:rFonts w:ascii="Arial" w:hAnsi="Arial"/>
        </w:rPr>
        <w:t xml:space="preserve"> know, when they're feeling down, they go and brush down the horse and go for a ride because for that bond is there with you know, their horse. Yeah. That was my Labradors.</w:t>
      </w:r>
    </w:p>
    <w:p w14:paraId="5F09EFFF" w14:textId="77777777" w:rsidR="00E865AD" w:rsidRDefault="00E865AD">
      <w:pPr>
        <w:spacing w:after="0"/>
      </w:pPr>
    </w:p>
    <w:p w14:paraId="1B48E80D"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55:28</w:t>
      </w:r>
    </w:p>
    <w:p w14:paraId="56FAE91A" w14:textId="77777777" w:rsidR="00E865AD" w:rsidRDefault="00000000">
      <w:pPr>
        <w:spacing w:after="0"/>
      </w:pPr>
      <w:r>
        <w:rPr>
          <w:rFonts w:ascii="Arial" w:hAnsi="Arial"/>
        </w:rPr>
        <w:lastRenderedPageBreak/>
        <w:t xml:space="preserve">The true ones do the </w:t>
      </w:r>
      <w:proofErr w:type="spellStart"/>
      <w:r>
        <w:rPr>
          <w:rFonts w:ascii="Arial" w:hAnsi="Arial"/>
        </w:rPr>
        <w:t>the</w:t>
      </w:r>
      <w:proofErr w:type="spellEnd"/>
      <w:r>
        <w:rPr>
          <w:rFonts w:ascii="Arial" w:hAnsi="Arial"/>
        </w:rPr>
        <w:t xml:space="preserve"> other type of horse you go for a bottle champagne.</w:t>
      </w:r>
    </w:p>
    <w:p w14:paraId="72CD74FE" w14:textId="77777777" w:rsidR="00E865AD" w:rsidRDefault="00E865AD">
      <w:pPr>
        <w:spacing w:after="0"/>
      </w:pPr>
    </w:p>
    <w:p w14:paraId="4F0E195A" w14:textId="77777777" w:rsidR="00E865AD" w:rsidRDefault="00000000">
      <w:pPr>
        <w:spacing w:after="0"/>
      </w:pPr>
      <w:r>
        <w:rPr>
          <w:rFonts w:ascii="Arial" w:hAnsi="Arial"/>
          <w:b/>
        </w:rPr>
        <w:t xml:space="preserve">Alice  </w:t>
      </w:r>
      <w:r>
        <w:rPr>
          <w:rFonts w:ascii="Arial" w:hAnsi="Arial"/>
          <w:color w:val="5D7284"/>
        </w:rPr>
        <w:t>55:34</w:t>
      </w:r>
    </w:p>
    <w:p w14:paraId="6AEF6CE1" w14:textId="77777777" w:rsidR="00E865AD" w:rsidRDefault="00000000">
      <w:pPr>
        <w:spacing w:after="0"/>
      </w:pPr>
      <w:r>
        <w:rPr>
          <w:rFonts w:ascii="Arial" w:hAnsi="Arial"/>
        </w:rPr>
        <w:t>Yeah, it's, I think, I do think we're, we're very fortunate that we've been able to kind of as, as a species, build ourselves into a position where we can have relationships with other animals up so yeah. Yeah, it's nice. Yeah, it's nice for us. So</w:t>
      </w:r>
    </w:p>
    <w:p w14:paraId="7E30F61C" w14:textId="77777777" w:rsidR="00E865AD" w:rsidRDefault="00E865AD">
      <w:pPr>
        <w:spacing w:after="0"/>
      </w:pPr>
    </w:p>
    <w:p w14:paraId="375E9279"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55:54</w:t>
      </w:r>
    </w:p>
    <w:p w14:paraId="42260100" w14:textId="77777777" w:rsidR="00E865AD" w:rsidRDefault="00000000">
      <w:pPr>
        <w:spacing w:after="0"/>
      </w:pPr>
      <w:r>
        <w:rPr>
          <w:rFonts w:ascii="Arial" w:hAnsi="Arial"/>
        </w:rPr>
        <w:t xml:space="preserve">yeah, </w:t>
      </w:r>
      <w:proofErr w:type="spellStart"/>
      <w:r>
        <w:rPr>
          <w:rFonts w:ascii="Arial" w:hAnsi="Arial"/>
        </w:rPr>
        <w:t>cuz</w:t>
      </w:r>
      <w:proofErr w:type="spellEnd"/>
      <w:r>
        <w:rPr>
          <w:rFonts w:ascii="Arial" w:hAnsi="Arial"/>
        </w:rPr>
        <w:t xml:space="preserve"> not the animals like, you do build you. Like, I've got some parents and they'll go, that certain birds I've got I know how long I can leave a door open for now people go. But like, other people wouldn't like, I know this one won't fly out. Whereas I know this one. I give it one minute, like a second. He's like, doors open. Cheerio. Fine. Yeah, yeah, you know, your own animals where I couldn't get to when I was to go. you know that one yet. you keep the door shut. Like</w:t>
      </w:r>
    </w:p>
    <w:p w14:paraId="47013D0F" w14:textId="77777777" w:rsidR="00E865AD" w:rsidRDefault="00E865AD">
      <w:pPr>
        <w:spacing w:after="0"/>
      </w:pPr>
    </w:p>
    <w:p w14:paraId="15903D0C" w14:textId="77777777" w:rsidR="00E865AD" w:rsidRDefault="00000000">
      <w:pPr>
        <w:spacing w:after="0"/>
      </w:pPr>
      <w:r>
        <w:rPr>
          <w:rFonts w:ascii="Arial" w:hAnsi="Arial"/>
          <w:b/>
        </w:rPr>
        <w:t xml:space="preserve">Alice  </w:t>
      </w:r>
      <w:r>
        <w:rPr>
          <w:rFonts w:ascii="Arial" w:hAnsi="Arial"/>
          <w:color w:val="5D7284"/>
        </w:rPr>
        <w:t>56:23</w:t>
      </w:r>
    </w:p>
    <w:p w14:paraId="5982AB9B" w14:textId="77777777" w:rsidR="00E865AD" w:rsidRDefault="00000000">
      <w:pPr>
        <w:spacing w:after="0"/>
      </w:pPr>
      <w:r>
        <w:rPr>
          <w:rFonts w:ascii="Arial" w:hAnsi="Arial"/>
        </w:rPr>
        <w:t xml:space="preserve">it just my </w:t>
      </w:r>
      <w:proofErr w:type="spellStart"/>
      <w:r>
        <w:rPr>
          <w:rFonts w:ascii="Arial" w:hAnsi="Arial"/>
        </w:rPr>
        <w:t>my</w:t>
      </w:r>
      <w:proofErr w:type="spellEnd"/>
      <w:r>
        <w:rPr>
          <w:rFonts w:ascii="Arial" w:hAnsi="Arial"/>
        </w:rPr>
        <w:t xml:space="preserve"> </w:t>
      </w:r>
      <w:proofErr w:type="gramStart"/>
      <w:r>
        <w:rPr>
          <w:rFonts w:ascii="Arial" w:hAnsi="Arial"/>
        </w:rPr>
        <w:t>brother in law</w:t>
      </w:r>
      <w:proofErr w:type="gramEnd"/>
      <w:r>
        <w:rPr>
          <w:rFonts w:ascii="Arial" w:hAnsi="Arial"/>
        </w:rPr>
        <w:t xml:space="preserve"> used to keep snakes. Yeah. Little I never went into the room that he</w:t>
      </w:r>
    </w:p>
    <w:p w14:paraId="04FE46A2" w14:textId="77777777" w:rsidR="00E865AD" w:rsidRDefault="00E865AD">
      <w:pPr>
        <w:spacing w:after="0"/>
      </w:pPr>
    </w:p>
    <w:p w14:paraId="29E868DA" w14:textId="77777777" w:rsidR="00E865AD" w:rsidRDefault="00000000">
      <w:pPr>
        <w:spacing w:after="0"/>
      </w:pPr>
      <w:r>
        <w:rPr>
          <w:rFonts w:ascii="Arial" w:hAnsi="Arial"/>
          <w:b/>
        </w:rPr>
        <w:t xml:space="preserve">Alice  </w:t>
      </w:r>
      <w:r>
        <w:rPr>
          <w:rFonts w:ascii="Arial" w:hAnsi="Arial"/>
          <w:color w:val="5D7284"/>
        </w:rPr>
        <w:t>56:30</w:t>
      </w:r>
    </w:p>
    <w:p w14:paraId="540B4F48" w14:textId="77777777" w:rsidR="00E865AD" w:rsidRDefault="00000000">
      <w:pPr>
        <w:spacing w:after="0"/>
      </w:pPr>
      <w:r>
        <w:rPr>
          <w:rFonts w:ascii="Arial" w:hAnsi="Arial"/>
        </w:rPr>
        <w:t xml:space="preserve">we've established. </w:t>
      </w:r>
      <w:proofErr w:type="gramStart"/>
      <w:r>
        <w:rPr>
          <w:rFonts w:ascii="Arial" w:hAnsi="Arial"/>
        </w:rPr>
        <w:t>you</w:t>
      </w:r>
      <w:proofErr w:type="gramEnd"/>
      <w:r>
        <w:rPr>
          <w:rFonts w:ascii="Arial" w:hAnsi="Arial"/>
        </w:rPr>
        <w:t xml:space="preserve"> don't like snakes! </w:t>
      </w:r>
    </w:p>
    <w:p w14:paraId="50ED6010" w14:textId="77777777" w:rsidR="00E865AD" w:rsidRDefault="00E865AD">
      <w:pPr>
        <w:spacing w:after="0"/>
      </w:pPr>
    </w:p>
    <w:p w14:paraId="3D8B16A9" w14:textId="77777777" w:rsidR="00E865AD" w:rsidRDefault="00000000">
      <w:pPr>
        <w:spacing w:after="0"/>
      </w:pPr>
      <w:r>
        <w:rPr>
          <w:rFonts w:ascii="Arial" w:hAnsi="Arial"/>
          <w:b/>
        </w:rPr>
        <w:t xml:space="preserve">Alice  </w:t>
      </w:r>
      <w:r>
        <w:rPr>
          <w:rFonts w:ascii="Arial" w:hAnsi="Arial"/>
          <w:color w:val="5D7284"/>
        </w:rPr>
        <w:t>56:33</w:t>
      </w:r>
    </w:p>
    <w:p w14:paraId="1BF12ADD" w14:textId="77777777" w:rsidR="00E865AD" w:rsidRDefault="00000000">
      <w:pPr>
        <w:spacing w:after="0"/>
      </w:pPr>
      <w:r>
        <w:rPr>
          <w:rFonts w:ascii="Arial" w:hAnsi="Arial"/>
        </w:rPr>
        <w:t xml:space="preserve">not for me. Thanks. But he, he knew his sakes. </w:t>
      </w:r>
      <w:proofErr w:type="gramStart"/>
      <w:r>
        <w:rPr>
          <w:rFonts w:ascii="Arial" w:hAnsi="Arial"/>
        </w:rPr>
        <w:t>he</w:t>
      </w:r>
      <w:proofErr w:type="gramEnd"/>
      <w:r>
        <w:rPr>
          <w:rFonts w:ascii="Arial" w:hAnsi="Arial"/>
        </w:rPr>
        <w:t xml:space="preserve"> knew their personalities. And I was like, I mean, they're not just reptiles. And they're just like, heat lamp, and hibernate and </w:t>
      </w:r>
      <w:proofErr w:type="gramStart"/>
      <w:r>
        <w:rPr>
          <w:rFonts w:ascii="Arial" w:hAnsi="Arial"/>
        </w:rPr>
        <w:t>Hibernate</w:t>
      </w:r>
      <w:proofErr w:type="gramEnd"/>
      <w:r>
        <w:rPr>
          <w:rFonts w:ascii="Arial" w:hAnsi="Arial"/>
        </w:rPr>
        <w:t xml:space="preserve">. But he's like, </w:t>
      </w:r>
      <w:proofErr w:type="gramStart"/>
      <w:r>
        <w:rPr>
          <w:rFonts w:ascii="Arial" w:hAnsi="Arial"/>
        </w:rPr>
        <w:t>No</w:t>
      </w:r>
      <w:proofErr w:type="gramEnd"/>
      <w:r>
        <w:rPr>
          <w:rFonts w:ascii="Arial" w:hAnsi="Arial"/>
        </w:rPr>
        <w:t xml:space="preserve">, you know, they, they are. This one is, like, likes being handled. And this one doesn't this one, you know, they he, we do develop relationships with animals. And I do think animals do have personalities. And </w:t>
      </w:r>
      <w:proofErr w:type="gramStart"/>
      <w:r>
        <w:rPr>
          <w:rFonts w:ascii="Arial" w:hAnsi="Arial"/>
        </w:rPr>
        <w:t>anybody</w:t>
      </w:r>
      <w:proofErr w:type="gramEnd"/>
      <w:r>
        <w:rPr>
          <w:rFonts w:ascii="Arial" w:hAnsi="Arial"/>
        </w:rPr>
        <w:t xml:space="preserve"> who says otherwise has never spent any time with an animal.</w:t>
      </w:r>
    </w:p>
    <w:p w14:paraId="0E060F1E" w14:textId="77777777" w:rsidR="00E865AD" w:rsidRDefault="00E865AD">
      <w:pPr>
        <w:spacing w:after="0"/>
      </w:pPr>
    </w:p>
    <w:p w14:paraId="197EB988" w14:textId="77777777" w:rsidR="00E865AD" w:rsidRDefault="00000000">
      <w:pPr>
        <w:spacing w:after="0"/>
      </w:pPr>
      <w:r>
        <w:rPr>
          <w:rFonts w:ascii="Arial" w:hAnsi="Arial"/>
          <w:b/>
        </w:rPr>
        <w:t xml:space="preserve">Alice  </w:t>
      </w:r>
      <w:r>
        <w:rPr>
          <w:rFonts w:ascii="Arial" w:hAnsi="Arial"/>
          <w:color w:val="5D7284"/>
        </w:rPr>
        <w:t>57:06</w:t>
      </w:r>
    </w:p>
    <w:p w14:paraId="2DA062C2" w14:textId="77777777" w:rsidR="00E865AD" w:rsidRDefault="00000000">
      <w:pPr>
        <w:spacing w:after="0"/>
      </w:pPr>
      <w:r>
        <w:rPr>
          <w:rFonts w:ascii="Arial" w:hAnsi="Arial"/>
        </w:rPr>
        <w:t xml:space="preserve"> I watch a documentary about the Tower of London because of course I do. Have I told you a </w:t>
      </w:r>
      <w:proofErr w:type="gramStart"/>
      <w:r>
        <w:rPr>
          <w:rFonts w:ascii="Arial" w:hAnsi="Arial"/>
        </w:rPr>
        <w:t>lot</w:t>
      </w:r>
      <w:proofErr w:type="gramEnd"/>
      <w:r>
        <w:rPr>
          <w:rFonts w:ascii="Arial" w:hAnsi="Arial"/>
        </w:rPr>
        <w:t xml:space="preserve"> history of history. During the club, that they </w:t>
      </w:r>
      <w:proofErr w:type="spellStart"/>
      <w:r>
        <w:rPr>
          <w:rFonts w:ascii="Arial" w:hAnsi="Arial"/>
        </w:rPr>
        <w:t>they</w:t>
      </w:r>
      <w:proofErr w:type="spellEnd"/>
      <w:r>
        <w:rPr>
          <w:rFonts w:ascii="Arial" w:hAnsi="Arial"/>
        </w:rPr>
        <w:t xml:space="preserve"> speak to the Beefeaters at the Tower of London, obviously, because they live there. And there was one </w:t>
      </w:r>
      <w:proofErr w:type="gramStart"/>
      <w:r>
        <w:rPr>
          <w:rFonts w:ascii="Arial" w:hAnsi="Arial"/>
        </w:rPr>
        <w:t>guy who,</w:t>
      </w:r>
      <w:proofErr w:type="gramEnd"/>
      <w:r>
        <w:rPr>
          <w:rFonts w:ascii="Arial" w:hAnsi="Arial"/>
        </w:rPr>
        <w:t xml:space="preserve"> who looks after the Ravens. Now, I don't like birds. I told you, I love birds, but he loves them. And he will tell you like, oh, that's George. And George will do this, that when you're there, and he's there. And he's like, completely in tune with these birds. </w:t>
      </w:r>
      <w:proofErr w:type="gramStart"/>
      <w:r>
        <w:rPr>
          <w:rFonts w:ascii="Arial" w:hAnsi="Arial"/>
        </w:rPr>
        <w:t>he</w:t>
      </w:r>
      <w:proofErr w:type="gramEnd"/>
      <w:r>
        <w:rPr>
          <w:rFonts w:ascii="Arial" w:hAnsi="Arial"/>
        </w:rPr>
        <w:t xml:space="preserve"> thinks that's amazing. because he spends all his time with them. And he goes, I'm just </w:t>
      </w:r>
      <w:proofErr w:type="spellStart"/>
      <w:r>
        <w:rPr>
          <w:rFonts w:ascii="Arial" w:hAnsi="Arial"/>
        </w:rPr>
        <w:t>gonna</w:t>
      </w:r>
      <w:proofErr w:type="spellEnd"/>
      <w:r>
        <w:rPr>
          <w:rFonts w:ascii="Arial" w:hAnsi="Arial"/>
        </w:rPr>
        <w:t xml:space="preserve"> give them the dinner and it's a rat or a mouse or something. And is that he said last episode, or what she said, he'll go and bury that now in the corner, because I'll save it for later. </w:t>
      </w:r>
      <w:proofErr w:type="gramStart"/>
      <w:r>
        <w:rPr>
          <w:rFonts w:ascii="Arial" w:hAnsi="Arial"/>
        </w:rPr>
        <w:t>he</w:t>
      </w:r>
      <w:proofErr w:type="gramEnd"/>
      <w:r>
        <w:rPr>
          <w:rFonts w:ascii="Arial" w:hAnsi="Arial"/>
        </w:rPr>
        <w:t xml:space="preserve"> likes it when they're not as cold or out of the fridge. And sure enough, he won't. He's like digging a hole to go and bury this mouse for later. I was like, incredible, where it's amazing how, you know, just because an animal that you don't necessarily would necessarily call a pet, for instance. I mean, like a snake is not like a </w:t>
      </w:r>
      <w:proofErr w:type="gramStart"/>
      <w:r>
        <w:rPr>
          <w:rFonts w:ascii="Arial" w:hAnsi="Arial"/>
        </w:rPr>
        <w:t>dog</w:t>
      </w:r>
      <w:proofErr w:type="gramEnd"/>
      <w:r>
        <w:rPr>
          <w:rFonts w:ascii="Arial" w:hAnsi="Arial"/>
        </w:rPr>
        <w:t xml:space="preserve"> is it? </w:t>
      </w:r>
      <w:proofErr w:type="gramStart"/>
      <w:r>
        <w:rPr>
          <w:rFonts w:ascii="Arial" w:hAnsi="Arial"/>
        </w:rPr>
        <w:t>do</w:t>
      </w:r>
      <w:proofErr w:type="gramEnd"/>
      <w:r>
        <w:rPr>
          <w:rFonts w:ascii="Arial" w:hAnsi="Arial"/>
        </w:rPr>
        <w:t xml:space="preserve"> you know what I mean? But it's amazing how other people kind of have that. No, Snake is my animal kind of thing. </w:t>
      </w:r>
      <w:proofErr w:type="gramStart"/>
      <w:r>
        <w:rPr>
          <w:rFonts w:ascii="Arial" w:hAnsi="Arial"/>
        </w:rPr>
        <w:t>So</w:t>
      </w:r>
      <w:proofErr w:type="gramEnd"/>
      <w:r>
        <w:rPr>
          <w:rFonts w:ascii="Arial" w:hAnsi="Arial"/>
        </w:rPr>
        <w:t xml:space="preserve"> the animal I used to have a support worker when I was at college who had pet rats. And yes, she her rats used to sit around they would fall asleep around the back of her neck like a </w:t>
      </w:r>
      <w:proofErr w:type="gramStart"/>
      <w:r>
        <w:rPr>
          <w:rFonts w:ascii="Arial" w:hAnsi="Arial"/>
        </w:rPr>
        <w:t>scarf</w:t>
      </w:r>
      <w:proofErr w:type="gramEnd"/>
      <w:r>
        <w:rPr>
          <w:rFonts w:ascii="Arial" w:hAnsi="Arial"/>
        </w:rPr>
        <w:t xml:space="preserve"> and she'd just cover them with her hair and walk around her house so wrapped around her because I'm alright </w:t>
      </w:r>
      <w:r>
        <w:rPr>
          <w:rFonts w:ascii="Arial" w:hAnsi="Arial"/>
        </w:rPr>
        <w:lastRenderedPageBreak/>
        <w:t xml:space="preserve">with rodents. Like that doesn't bad idea. That's </w:t>
      </w:r>
      <w:proofErr w:type="gramStart"/>
      <w:r>
        <w:rPr>
          <w:rFonts w:ascii="Arial" w:hAnsi="Arial"/>
        </w:rPr>
        <w:t>really cute</w:t>
      </w:r>
      <w:proofErr w:type="gramEnd"/>
      <w:r>
        <w:rPr>
          <w:rFonts w:ascii="Arial" w:hAnsi="Arial"/>
        </w:rPr>
        <w:t>. And like that was that was what her and her rapid that was their like thing. And again, you're they're like, Oh rats, yeah.</w:t>
      </w:r>
    </w:p>
    <w:p w14:paraId="7CF989D5" w14:textId="77777777" w:rsidR="00E865AD" w:rsidRDefault="00E865AD">
      <w:pPr>
        <w:spacing w:after="0"/>
      </w:pPr>
    </w:p>
    <w:p w14:paraId="0C29BD0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59:07</w:t>
      </w:r>
    </w:p>
    <w:p w14:paraId="38454069" w14:textId="77777777" w:rsidR="00E865AD" w:rsidRDefault="00000000">
      <w:pPr>
        <w:spacing w:after="0"/>
      </w:pPr>
      <w:r>
        <w:rPr>
          <w:rFonts w:ascii="Arial" w:hAnsi="Arial"/>
        </w:rPr>
        <w:t xml:space="preserve">Same with rats. We are brought to the zoo. And when I we used to do an animal, like, show and tell. And then after the show and tell like you get up close the animals. We bring out hedgehogs and snakes </w:t>
      </w:r>
      <w:proofErr w:type="gramStart"/>
      <w:r>
        <w:rPr>
          <w:rFonts w:ascii="Arial" w:hAnsi="Arial"/>
        </w:rPr>
        <w:t>and the rat</w:t>
      </w:r>
      <w:proofErr w:type="gramEnd"/>
      <w:r>
        <w:rPr>
          <w:rFonts w:ascii="Arial" w:hAnsi="Arial"/>
        </w:rPr>
        <w:t xml:space="preserve">. I had to </w:t>
      </w:r>
      <w:proofErr w:type="gramStart"/>
      <w:r>
        <w:rPr>
          <w:rFonts w:ascii="Arial" w:hAnsi="Arial"/>
        </w:rPr>
        <w:t>do</w:t>
      </w:r>
      <w:proofErr w:type="gramEnd"/>
      <w:r>
        <w:rPr>
          <w:rFonts w:ascii="Arial" w:hAnsi="Arial"/>
        </w:rPr>
        <w:t xml:space="preserve">. We used to do the </w:t>
      </w:r>
      <w:proofErr w:type="spellStart"/>
      <w:r>
        <w:rPr>
          <w:rFonts w:ascii="Arial" w:hAnsi="Arial"/>
        </w:rPr>
        <w:t>Lemo</w:t>
      </w:r>
      <w:proofErr w:type="spellEnd"/>
      <w:r>
        <w:rPr>
          <w:rFonts w:ascii="Arial" w:hAnsi="Arial"/>
        </w:rPr>
        <w:t xml:space="preserve"> walk through I don't know if you've ever walked through like a lemur enclosure to zoom. Yeah, but ours was </w:t>
      </w:r>
      <w:proofErr w:type="gramStart"/>
      <w:r>
        <w:rPr>
          <w:rFonts w:ascii="Arial" w:hAnsi="Arial"/>
        </w:rPr>
        <w:t>an open</w:t>
      </w:r>
      <w:proofErr w:type="gramEnd"/>
      <w:r>
        <w:rPr>
          <w:rFonts w:ascii="Arial" w:hAnsi="Arial"/>
        </w:rPr>
        <w:t xml:space="preserve"> permanently it was certain times. right? </w:t>
      </w:r>
      <w:proofErr w:type="gramStart"/>
      <w:r>
        <w:rPr>
          <w:rFonts w:ascii="Arial" w:hAnsi="Arial"/>
        </w:rPr>
        <w:t>So</w:t>
      </w:r>
      <w:proofErr w:type="gramEnd"/>
      <w:r>
        <w:rPr>
          <w:rFonts w:ascii="Arial" w:hAnsi="Arial"/>
        </w:rPr>
        <w:t xml:space="preserve"> you had this double gate system. And I'd sit there with a rat on my shoulder. And, you know, it was just, he'd </w:t>
      </w:r>
      <w:proofErr w:type="gramStart"/>
      <w:r>
        <w:rPr>
          <w:rFonts w:ascii="Arial" w:hAnsi="Arial"/>
        </w:rPr>
        <w:t>sit</w:t>
      </w:r>
      <w:proofErr w:type="gramEnd"/>
      <w:r>
        <w:rPr>
          <w:rFonts w:ascii="Arial" w:hAnsi="Arial"/>
        </w:rPr>
        <w:t xml:space="preserve"> and chill and we do the doors and then he go back to his cage. </w:t>
      </w:r>
      <w:proofErr w:type="gramStart"/>
      <w:r>
        <w:rPr>
          <w:rFonts w:ascii="Arial" w:hAnsi="Arial"/>
        </w:rPr>
        <w:t>it</w:t>
      </w:r>
      <w:proofErr w:type="gramEnd"/>
      <w:r>
        <w:rPr>
          <w:rFonts w:ascii="Arial" w:hAnsi="Arial"/>
        </w:rPr>
        <w:t xml:space="preserve"> was just good. </w:t>
      </w:r>
      <w:proofErr w:type="gramStart"/>
      <w:r>
        <w:rPr>
          <w:rFonts w:ascii="Arial" w:hAnsi="Arial"/>
        </w:rPr>
        <w:t>you</w:t>
      </w:r>
      <w:proofErr w:type="gramEnd"/>
      <w:r>
        <w:rPr>
          <w:rFonts w:ascii="Arial" w:hAnsi="Arial"/>
        </w:rPr>
        <w:t xml:space="preserve"> know, I knew where he was. </w:t>
      </w:r>
      <w:proofErr w:type="gramStart"/>
      <w:r>
        <w:rPr>
          <w:rFonts w:ascii="Arial" w:hAnsi="Arial"/>
        </w:rPr>
        <w:t>he</w:t>
      </w:r>
      <w:proofErr w:type="gramEnd"/>
      <w:r>
        <w:rPr>
          <w:rFonts w:ascii="Arial" w:hAnsi="Arial"/>
        </w:rPr>
        <w:t xml:space="preserve"> wasn't going anywhere.</w:t>
      </w:r>
    </w:p>
    <w:p w14:paraId="53C4BC95" w14:textId="77777777" w:rsidR="00E865AD" w:rsidRDefault="00E865AD">
      <w:pPr>
        <w:spacing w:after="0"/>
      </w:pPr>
    </w:p>
    <w:p w14:paraId="3D838210" w14:textId="77777777" w:rsidR="00E865AD" w:rsidRDefault="00000000">
      <w:pPr>
        <w:spacing w:after="0"/>
      </w:pPr>
      <w:r>
        <w:rPr>
          <w:rFonts w:ascii="Arial" w:hAnsi="Arial"/>
          <w:b/>
        </w:rPr>
        <w:t xml:space="preserve">Lucy  </w:t>
      </w:r>
      <w:r>
        <w:rPr>
          <w:rFonts w:ascii="Arial" w:hAnsi="Arial"/>
          <w:color w:val="5D7284"/>
        </w:rPr>
        <w:t>59:44</w:t>
      </w:r>
    </w:p>
    <w:p w14:paraId="792162CC" w14:textId="77777777" w:rsidR="00E865AD" w:rsidRDefault="00000000">
      <w:pPr>
        <w:spacing w:after="0"/>
      </w:pPr>
      <w:r>
        <w:rPr>
          <w:rFonts w:ascii="Arial" w:hAnsi="Arial"/>
        </w:rPr>
        <w:t xml:space="preserve">No, no. Yeah. I think it's amazing as well. Animals soon get used to humans if you're around them long enough. </w:t>
      </w:r>
      <w:proofErr w:type="gramStart"/>
      <w:r>
        <w:rPr>
          <w:rFonts w:ascii="Arial" w:hAnsi="Arial"/>
        </w:rPr>
        <w:t>you</w:t>
      </w:r>
      <w:proofErr w:type="gramEnd"/>
      <w:r>
        <w:rPr>
          <w:rFonts w:ascii="Arial" w:hAnsi="Arial"/>
        </w:rPr>
        <w:t xml:space="preserve"> know, like it's like you getting used to an animal and the animal getting used to you. It's amazing really doesn't matter what animal is off it goes. Oh, I know you.</w:t>
      </w:r>
    </w:p>
    <w:p w14:paraId="10D814CA" w14:textId="77777777" w:rsidR="00E865AD" w:rsidRDefault="00E865AD">
      <w:pPr>
        <w:spacing w:after="0"/>
      </w:pPr>
    </w:p>
    <w:p w14:paraId="4CA2336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1:00:04</w:t>
      </w:r>
    </w:p>
    <w:p w14:paraId="059B65E5" w14:textId="77777777" w:rsidR="00E865AD" w:rsidRDefault="00000000">
      <w:pPr>
        <w:spacing w:after="0"/>
      </w:pPr>
      <w:r>
        <w:rPr>
          <w:rFonts w:ascii="Arial" w:hAnsi="Arial"/>
        </w:rPr>
        <w:t xml:space="preserve">Yeah, if you see people like, like breaking in wild horses that's uh, yeah, really. But just, it's just like going back to it's just to get on one thing like zucchini. </w:t>
      </w:r>
      <w:proofErr w:type="gramStart"/>
      <w:r>
        <w:rPr>
          <w:rFonts w:ascii="Arial" w:hAnsi="Arial"/>
        </w:rPr>
        <w:t>you</w:t>
      </w:r>
      <w:proofErr w:type="gramEnd"/>
      <w:r>
        <w:rPr>
          <w:rFonts w:ascii="Arial" w:hAnsi="Arial"/>
        </w:rPr>
        <w:t xml:space="preserve"> know, it isn't what you think it is like what they taught us a college 90% of it. I never used most it was like, like I said public dropping phones in the </w:t>
      </w:r>
      <w:proofErr w:type="gramStart"/>
      <w:r>
        <w:rPr>
          <w:rFonts w:ascii="Arial" w:hAnsi="Arial"/>
        </w:rPr>
        <w:t>otters?</w:t>
      </w:r>
      <w:proofErr w:type="gramEnd"/>
      <w:r>
        <w:rPr>
          <w:rFonts w:ascii="Arial" w:hAnsi="Arial"/>
        </w:rPr>
        <w:t xml:space="preserve"> No, you cannot feed  the meerkat? people, like I said, there was a door system in the Lemus. </w:t>
      </w:r>
      <w:proofErr w:type="gramStart"/>
      <w:r>
        <w:rPr>
          <w:rFonts w:ascii="Arial" w:hAnsi="Arial"/>
        </w:rPr>
        <w:t>people</w:t>
      </w:r>
      <w:proofErr w:type="gramEnd"/>
      <w:r>
        <w:rPr>
          <w:rFonts w:ascii="Arial" w:hAnsi="Arial"/>
        </w:rPr>
        <w:t xml:space="preserve"> would grab the door after you shut it because there </w:t>
      </w:r>
      <w:proofErr w:type="gramStart"/>
      <w:r>
        <w:rPr>
          <w:rFonts w:ascii="Arial" w:hAnsi="Arial"/>
        </w:rPr>
        <w:t>was</w:t>
      </w:r>
      <w:proofErr w:type="gramEnd"/>
      <w:r>
        <w:rPr>
          <w:rFonts w:ascii="Arial" w:hAnsi="Arial"/>
        </w:rPr>
        <w:t xml:space="preserve"> enough people in the section to then let them in, grab the door and open it and you're like, who does this? Yeah. Or is shut for a reason. Yeah, and people just do the craziest things like that. And then the parrot we had was the daughter of the pilot who starred in 101 Dalmatians and Ace Ventura. Oh, wow. Wow, she's </w:t>
      </w:r>
      <w:proofErr w:type="gramStart"/>
      <w:r>
        <w:rPr>
          <w:rFonts w:ascii="Arial" w:hAnsi="Arial"/>
        </w:rPr>
        <w:t>celebrity</w:t>
      </w:r>
      <w:proofErr w:type="gramEnd"/>
      <w:r>
        <w:rPr>
          <w:rFonts w:ascii="Arial" w:hAnsi="Arial"/>
        </w:rPr>
        <w:t xml:space="preserve">. And that thing was so smart. She would like Nick people's jewelry, and then they complain. And it's like, well, could you hold the parrot? Yes. </w:t>
      </w:r>
      <w:proofErr w:type="gramStart"/>
      <w:r>
        <w:rPr>
          <w:rFonts w:ascii="Arial" w:hAnsi="Arial"/>
        </w:rPr>
        <w:t>where</w:t>
      </w:r>
      <w:proofErr w:type="gramEnd"/>
      <w:r>
        <w:rPr>
          <w:rFonts w:ascii="Arial" w:hAnsi="Arial"/>
        </w:rPr>
        <w:t xml:space="preserve"> was it? Yeah. people do stupid things like that. And then what was the other one they used to do? Oh, yeah, the Wallabies learned. This is a true story, that if people had a buggy, they could escape because the gap in the door double door system didn't work for buggies. So as soon as a buggy came, they'd all sit around the door like </w:t>
      </w:r>
      <w:proofErr w:type="gramStart"/>
      <w:r>
        <w:rPr>
          <w:rFonts w:ascii="Arial" w:hAnsi="Arial"/>
        </w:rPr>
        <w:t>wait</w:t>
      </w:r>
      <w:proofErr w:type="gramEnd"/>
      <w:r>
        <w:rPr>
          <w:rFonts w:ascii="Arial" w:hAnsi="Arial"/>
        </w:rPr>
        <w:t xml:space="preserve"> for it. Wait, like? And it was brilliant. And they and then because people would freeze ago. Oh, and then the Yes. So past. Brilliant. And it was just </w:t>
      </w:r>
      <w:proofErr w:type="spellStart"/>
      <w:r>
        <w:rPr>
          <w:rFonts w:ascii="Arial" w:hAnsi="Arial"/>
        </w:rPr>
        <w:t>just</w:t>
      </w:r>
      <w:proofErr w:type="spellEnd"/>
      <w:r>
        <w:rPr>
          <w:rFonts w:ascii="Arial" w:hAnsi="Arial"/>
        </w:rPr>
        <w:t xml:space="preserve"> like,</w:t>
      </w:r>
    </w:p>
    <w:p w14:paraId="35A0A363" w14:textId="77777777" w:rsidR="00E865AD" w:rsidRDefault="00E865AD">
      <w:pPr>
        <w:spacing w:after="0"/>
      </w:pPr>
    </w:p>
    <w:p w14:paraId="6EA8D259" w14:textId="77777777" w:rsidR="00E865AD" w:rsidRDefault="00000000">
      <w:pPr>
        <w:spacing w:after="0"/>
      </w:pPr>
      <w:r>
        <w:rPr>
          <w:rFonts w:ascii="Arial" w:hAnsi="Arial"/>
          <w:b/>
        </w:rPr>
        <w:t xml:space="preserve">Lucy  </w:t>
      </w:r>
      <w:r>
        <w:rPr>
          <w:rFonts w:ascii="Arial" w:hAnsi="Arial"/>
          <w:color w:val="5D7284"/>
        </w:rPr>
        <w:t>1:01:43</w:t>
      </w:r>
    </w:p>
    <w:p w14:paraId="5D9A81D0" w14:textId="77777777" w:rsidR="00E865AD" w:rsidRDefault="00000000">
      <w:pPr>
        <w:spacing w:after="0"/>
      </w:pPr>
      <w:r>
        <w:rPr>
          <w:rFonts w:ascii="Arial" w:hAnsi="Arial"/>
        </w:rPr>
        <w:t>Ah, see you later. Actually.</w:t>
      </w:r>
    </w:p>
    <w:p w14:paraId="0B72EE8B" w14:textId="77777777" w:rsidR="00E865AD" w:rsidRDefault="00E865AD">
      <w:pPr>
        <w:spacing w:after="0"/>
      </w:pPr>
    </w:p>
    <w:p w14:paraId="53360623"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1:01:49</w:t>
      </w:r>
    </w:p>
    <w:p w14:paraId="5A965D08" w14:textId="77777777" w:rsidR="00E865AD" w:rsidRDefault="00000000">
      <w:pPr>
        <w:spacing w:after="0"/>
      </w:pPr>
      <w:r>
        <w:rPr>
          <w:rFonts w:ascii="Arial" w:hAnsi="Arial"/>
        </w:rPr>
        <w:t>They were they were funny. They were I love that. I love what it made it until it was mating season and we had a school trip. And oh, yeah. And you've got your little, little Wallaby manhood hanging out. And they're like, it's got a third leg. It's like, why are they having piggy backs? It's like, looking at the teacher like this is your area not mine?</w:t>
      </w:r>
    </w:p>
    <w:p w14:paraId="557BE076" w14:textId="77777777" w:rsidR="00E865AD" w:rsidRDefault="00E865AD">
      <w:pPr>
        <w:spacing w:after="0"/>
      </w:pPr>
    </w:p>
    <w:p w14:paraId="0C5EDF92" w14:textId="77777777" w:rsidR="00E865AD" w:rsidRDefault="00000000">
      <w:pPr>
        <w:spacing w:after="0"/>
      </w:pPr>
      <w:r>
        <w:rPr>
          <w:rFonts w:ascii="Arial" w:hAnsi="Arial"/>
          <w:b/>
        </w:rPr>
        <w:t xml:space="preserve">Lucy  </w:t>
      </w:r>
      <w:r>
        <w:rPr>
          <w:rFonts w:ascii="Arial" w:hAnsi="Arial"/>
          <w:color w:val="5D7284"/>
        </w:rPr>
        <w:t>1:02:09</w:t>
      </w:r>
    </w:p>
    <w:p w14:paraId="2EB38934" w14:textId="77777777" w:rsidR="00E865AD" w:rsidRDefault="00000000">
      <w:pPr>
        <w:spacing w:after="0"/>
      </w:pPr>
      <w:r>
        <w:rPr>
          <w:rFonts w:ascii="Arial" w:hAnsi="Arial"/>
        </w:rPr>
        <w:lastRenderedPageBreak/>
        <w:t>Yeah, yeah, you this is this a lot about it sometimes. Like, you should cover that subject before you go to the zoo, just in case.</w:t>
      </w:r>
    </w:p>
    <w:p w14:paraId="38A36D54" w14:textId="77777777" w:rsidR="00E865AD" w:rsidRDefault="00E865AD">
      <w:pPr>
        <w:spacing w:after="0"/>
      </w:pPr>
    </w:p>
    <w:p w14:paraId="70A5F665"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1:02:21</w:t>
      </w:r>
    </w:p>
    <w:p w14:paraId="29EA7A74" w14:textId="77777777" w:rsidR="00E865AD" w:rsidRDefault="00000000">
      <w:pPr>
        <w:spacing w:after="0"/>
      </w:pPr>
      <w:r>
        <w:rPr>
          <w:rFonts w:ascii="Arial" w:hAnsi="Arial"/>
        </w:rPr>
        <w:t xml:space="preserve">I had that. There was a woman singing or I have a song. And I said I don't think that's appropriate </w:t>
      </w:r>
      <w:proofErr w:type="gramStart"/>
      <w:r>
        <w:rPr>
          <w:rFonts w:ascii="Arial" w:hAnsi="Arial"/>
        </w:rPr>
        <w:t>to</w:t>
      </w:r>
      <w:proofErr w:type="gramEnd"/>
      <w:r>
        <w:rPr>
          <w:rFonts w:ascii="Arial" w:hAnsi="Arial"/>
        </w:rPr>
        <w:t xml:space="preserve"> you. That's a bit accurate. Who Yeah, now you mentioned it before? Yeah. But yeah, I've tried to give other weird things I have, oh, we had a child using a potty in the middle of the zoo. I know you've got to go. But I've only checked over the child. And the</w:t>
      </w:r>
    </w:p>
    <w:p w14:paraId="23686E10" w14:textId="77777777" w:rsidR="00E865AD" w:rsidRDefault="00E865AD">
      <w:pPr>
        <w:spacing w:after="0"/>
      </w:pPr>
    </w:p>
    <w:p w14:paraId="78531EF2" w14:textId="77777777" w:rsidR="00E865AD" w:rsidRDefault="00000000">
      <w:pPr>
        <w:spacing w:after="0"/>
      </w:pPr>
      <w:r>
        <w:rPr>
          <w:rFonts w:ascii="Arial" w:hAnsi="Arial"/>
          <w:b/>
        </w:rPr>
        <w:t xml:space="preserve">Lucy  </w:t>
      </w:r>
      <w:r>
        <w:rPr>
          <w:rFonts w:ascii="Arial" w:hAnsi="Arial"/>
          <w:color w:val="5D7284"/>
        </w:rPr>
        <w:t>1:02:40</w:t>
      </w:r>
    </w:p>
    <w:p w14:paraId="27D72087" w14:textId="77777777" w:rsidR="00E865AD" w:rsidRDefault="00000000">
      <w:pPr>
        <w:spacing w:after="0"/>
      </w:pPr>
      <w:proofErr w:type="gramStart"/>
      <w:r>
        <w:rPr>
          <w:rFonts w:ascii="Arial" w:hAnsi="Arial"/>
        </w:rPr>
        <w:t>question</w:t>
      </w:r>
      <w:proofErr w:type="gramEnd"/>
      <w:r>
        <w:rPr>
          <w:rFonts w:ascii="Arial" w:hAnsi="Arial"/>
        </w:rPr>
        <w:t xml:space="preserve"> is, is where this one then </w:t>
      </w:r>
      <w:proofErr w:type="gramStart"/>
      <w:r>
        <w:rPr>
          <w:rFonts w:ascii="Arial" w:hAnsi="Arial"/>
        </w:rPr>
        <w:t>dispose</w:t>
      </w:r>
      <w:proofErr w:type="gramEnd"/>
      <w:r>
        <w:rPr>
          <w:rFonts w:ascii="Arial" w:hAnsi="Arial"/>
        </w:rPr>
        <w:t xml:space="preserve"> of what's in the potty? Like, exactly. Carry that round? Until you find the toilet? Like,</w:t>
      </w:r>
    </w:p>
    <w:p w14:paraId="0307A334" w14:textId="77777777" w:rsidR="00E865AD" w:rsidRDefault="00E865AD">
      <w:pPr>
        <w:spacing w:after="0"/>
      </w:pPr>
    </w:p>
    <w:p w14:paraId="570CB24B"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1:02:49</w:t>
      </w:r>
    </w:p>
    <w:p w14:paraId="1D20CE21" w14:textId="77777777" w:rsidR="00E865AD" w:rsidRDefault="00000000">
      <w:pPr>
        <w:spacing w:after="0"/>
      </w:pPr>
      <w:r>
        <w:rPr>
          <w:rFonts w:ascii="Arial" w:hAnsi="Arial"/>
        </w:rPr>
        <w:t xml:space="preserve">Yeah, </w:t>
      </w:r>
      <w:proofErr w:type="spellStart"/>
      <w:r>
        <w:rPr>
          <w:rFonts w:ascii="Arial" w:hAnsi="Arial"/>
        </w:rPr>
        <w:t>cuz</w:t>
      </w:r>
      <w:proofErr w:type="spellEnd"/>
      <w:r>
        <w:rPr>
          <w:rFonts w:ascii="Arial" w:hAnsi="Arial"/>
        </w:rPr>
        <w:t xml:space="preserve"> the toilets weren't on site, you had to go out of the park and down a little walkway to the toilet. it was it was. Yeah. And then we made a beautiful display of animal skulls. And somebody just pushed it to the side to change their baby. I was like, Okay.</w:t>
      </w:r>
    </w:p>
    <w:p w14:paraId="0E907B2B" w14:textId="77777777" w:rsidR="00E865AD" w:rsidRDefault="00E865AD">
      <w:pPr>
        <w:spacing w:after="0"/>
      </w:pPr>
    </w:p>
    <w:p w14:paraId="57D1D66B" w14:textId="77777777" w:rsidR="00E865AD" w:rsidRDefault="00000000">
      <w:pPr>
        <w:spacing w:after="0"/>
      </w:pPr>
      <w:r>
        <w:rPr>
          <w:rFonts w:ascii="Arial" w:hAnsi="Arial"/>
          <w:b/>
        </w:rPr>
        <w:t xml:space="preserve">Lucy  </w:t>
      </w:r>
      <w:r>
        <w:rPr>
          <w:rFonts w:ascii="Arial" w:hAnsi="Arial"/>
          <w:color w:val="5D7284"/>
        </w:rPr>
        <w:t>1:03:02</w:t>
      </w:r>
    </w:p>
    <w:p w14:paraId="281BB0BF" w14:textId="77777777" w:rsidR="00E865AD" w:rsidRDefault="00000000">
      <w:pPr>
        <w:spacing w:after="0"/>
      </w:pPr>
      <w:r>
        <w:rPr>
          <w:rFonts w:ascii="Arial" w:hAnsi="Arial"/>
        </w:rPr>
        <w:t xml:space="preserve">I mean, that's just generally you just tell it. I mean, I have worked with the </w:t>
      </w:r>
      <w:proofErr w:type="gramStart"/>
      <w:r>
        <w:rPr>
          <w:rFonts w:ascii="Arial" w:hAnsi="Arial"/>
        </w:rPr>
        <w:t>general public</w:t>
      </w:r>
      <w:proofErr w:type="gramEnd"/>
      <w:r>
        <w:rPr>
          <w:rFonts w:ascii="Arial" w:hAnsi="Arial"/>
        </w:rPr>
        <w:t xml:space="preserve"> long enough to know that this is just normal behavior for general public. Really, to be honest, none of it shocks me.</w:t>
      </w:r>
    </w:p>
    <w:p w14:paraId="49585C1D" w14:textId="77777777" w:rsidR="00E865AD" w:rsidRDefault="00E865AD">
      <w:pPr>
        <w:spacing w:after="0"/>
      </w:pPr>
    </w:p>
    <w:p w14:paraId="5DD29E5F"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1:03:14</w:t>
      </w:r>
    </w:p>
    <w:p w14:paraId="74129A8B" w14:textId="77777777" w:rsidR="00E865AD" w:rsidRDefault="00000000">
      <w:pPr>
        <w:spacing w:after="0"/>
      </w:pPr>
      <w:r>
        <w:rPr>
          <w:rFonts w:ascii="Arial" w:hAnsi="Arial"/>
        </w:rPr>
        <w:t xml:space="preserve">No, one the most. The most awkward ones </w:t>
      </w:r>
      <w:proofErr w:type="gramStart"/>
      <w:r>
        <w:rPr>
          <w:rFonts w:ascii="Arial" w:hAnsi="Arial"/>
        </w:rPr>
        <w:t>was</w:t>
      </w:r>
      <w:proofErr w:type="gramEnd"/>
      <w:r>
        <w:rPr>
          <w:rFonts w:ascii="Arial" w:hAnsi="Arial"/>
        </w:rPr>
        <w:t xml:space="preserve"> I had was during the show, and someone was breastfeeding. Now. I'm all for baby need food, feed him. But it's </w:t>
      </w:r>
      <w:proofErr w:type="gramStart"/>
      <w:r>
        <w:rPr>
          <w:rFonts w:ascii="Arial" w:hAnsi="Arial"/>
        </w:rPr>
        <w:t>really awkward</w:t>
      </w:r>
      <w:proofErr w:type="gramEnd"/>
      <w:r>
        <w:rPr>
          <w:rFonts w:ascii="Arial" w:hAnsi="Arial"/>
        </w:rPr>
        <w:t xml:space="preserve"> that you can't walk around on a show looking at the floor because you're trying to be respectful. But you can't like </w:t>
      </w:r>
      <w:proofErr w:type="gramStart"/>
      <w:r>
        <w:rPr>
          <w:rFonts w:ascii="Arial" w:hAnsi="Arial"/>
        </w:rPr>
        <w:t>look</w:t>
      </w:r>
      <w:proofErr w:type="gramEnd"/>
      <w:r>
        <w:rPr>
          <w:rFonts w:ascii="Arial" w:hAnsi="Arial"/>
        </w:rPr>
        <w:t xml:space="preserve"> out at the audience. </w:t>
      </w:r>
      <w:proofErr w:type="gramStart"/>
      <w:r>
        <w:rPr>
          <w:rFonts w:ascii="Arial" w:hAnsi="Arial"/>
        </w:rPr>
        <w:t>do</w:t>
      </w:r>
      <w:proofErr w:type="gramEnd"/>
      <w:r>
        <w:rPr>
          <w:rFonts w:ascii="Arial" w:hAnsi="Arial"/>
        </w:rPr>
        <w:t xml:space="preserve"> you see my point? you're trying to be like, could you help me out here? could you just hold on to the end of the show and just do not know could you have helped me out here? I don't want to be rude.</w:t>
      </w:r>
    </w:p>
    <w:p w14:paraId="08BFC641" w14:textId="77777777" w:rsidR="00E865AD" w:rsidRDefault="00E865AD">
      <w:pPr>
        <w:spacing w:after="0"/>
      </w:pPr>
    </w:p>
    <w:p w14:paraId="4025538D" w14:textId="77777777" w:rsidR="00E865AD" w:rsidRDefault="00000000">
      <w:pPr>
        <w:spacing w:after="0"/>
      </w:pPr>
      <w:r>
        <w:rPr>
          <w:rFonts w:ascii="Arial" w:hAnsi="Arial"/>
          <w:b/>
        </w:rPr>
        <w:t xml:space="preserve">Lucy  </w:t>
      </w:r>
      <w:r>
        <w:rPr>
          <w:rFonts w:ascii="Arial" w:hAnsi="Arial"/>
          <w:color w:val="5D7284"/>
        </w:rPr>
        <w:t>1:03:50</w:t>
      </w:r>
    </w:p>
    <w:p w14:paraId="73031AF1" w14:textId="77777777" w:rsidR="00E865AD" w:rsidRDefault="00000000">
      <w:pPr>
        <w:spacing w:after="0"/>
      </w:pPr>
      <w:r>
        <w:rPr>
          <w:rFonts w:ascii="Arial" w:hAnsi="Arial"/>
        </w:rPr>
        <w:t xml:space="preserve">I suppose my feelings would be that. </w:t>
      </w:r>
      <w:proofErr w:type="gramStart"/>
      <w:r>
        <w:rPr>
          <w:rFonts w:ascii="Arial" w:hAnsi="Arial"/>
        </w:rPr>
        <w:t>you</w:t>
      </w:r>
      <w:proofErr w:type="gramEnd"/>
      <w:r>
        <w:rPr>
          <w:rFonts w:ascii="Arial" w:hAnsi="Arial"/>
        </w:rPr>
        <w:t xml:space="preserve"> know, you could just try and look at a face. But</w:t>
      </w:r>
    </w:p>
    <w:p w14:paraId="592D7DC5" w14:textId="77777777" w:rsidR="00E865AD" w:rsidRDefault="00E865AD">
      <w:pPr>
        <w:spacing w:after="0"/>
      </w:pPr>
    </w:p>
    <w:p w14:paraId="413ECFE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1:09:40</w:t>
      </w:r>
    </w:p>
    <w:p w14:paraId="21BA8286" w14:textId="77777777" w:rsidR="00E865AD" w:rsidRDefault="00000000">
      <w:pPr>
        <w:spacing w:after="0"/>
      </w:pPr>
      <w:proofErr w:type="gramStart"/>
      <w:r>
        <w:rPr>
          <w:rFonts w:ascii="Arial" w:hAnsi="Arial"/>
        </w:rPr>
        <w:t xml:space="preserve">It </w:t>
      </w:r>
      <w:proofErr w:type="spellStart"/>
      <w:r>
        <w:rPr>
          <w:rFonts w:ascii="Arial" w:hAnsi="Arial"/>
        </w:rPr>
        <w:t>it</w:t>
      </w:r>
      <w:proofErr w:type="spellEnd"/>
      <w:proofErr w:type="gramEnd"/>
      <w:r>
        <w:rPr>
          <w:rFonts w:ascii="Arial" w:hAnsi="Arial"/>
        </w:rPr>
        <w:t xml:space="preserve"> was kind of part of the story was basically I got so sick that I </w:t>
      </w:r>
      <w:proofErr w:type="gramStart"/>
      <w:r>
        <w:rPr>
          <w:rFonts w:ascii="Arial" w:hAnsi="Arial"/>
        </w:rPr>
        <w:t>left</w:t>
      </w:r>
      <w:proofErr w:type="gramEnd"/>
      <w:r>
        <w:rPr>
          <w:rFonts w:ascii="Arial" w:hAnsi="Arial"/>
        </w:rPr>
        <w:t xml:space="preserve"> and I was angry with the way it was organized. </w:t>
      </w:r>
      <w:proofErr w:type="gramStart"/>
      <w:r>
        <w:rPr>
          <w:rFonts w:ascii="Arial" w:hAnsi="Arial"/>
        </w:rPr>
        <w:t>So</w:t>
      </w:r>
      <w:proofErr w:type="gramEnd"/>
      <w:r>
        <w:rPr>
          <w:rFonts w:ascii="Arial" w:hAnsi="Arial"/>
        </w:rPr>
        <w:t xml:space="preserve"> I fought your oboe </w:t>
      </w:r>
      <w:proofErr w:type="spellStart"/>
      <w:r>
        <w:rPr>
          <w:rFonts w:ascii="Arial" w:hAnsi="Arial"/>
        </w:rPr>
        <w:t>mewn</w:t>
      </w:r>
      <w:proofErr w:type="spellEnd"/>
      <w:r>
        <w:rPr>
          <w:rFonts w:ascii="Arial" w:hAnsi="Arial"/>
        </w:rPr>
        <w:t xml:space="preserve"> I'll show them how it's done. We'll do it properly and spent next when they leave October 2017 So I've been Like scooting around places ask him for some ground. And most pieces just said, Yeah, but they wasted your time anyway, the one I'm working on now is they said, Yeah, you can have the ground, no fee thing. Yeah, we were interested. And then they change their mind. I don't like that I was brought up, you give your word. And it's just the ground, they've got their waist in this place is in massive debt. And they won't, and I've promised to pay for it. And I'm just at the minute in the </w:t>
      </w:r>
      <w:proofErr w:type="gramStart"/>
      <w:r>
        <w:rPr>
          <w:rFonts w:ascii="Arial" w:hAnsi="Arial"/>
        </w:rPr>
        <w:t>fight with</w:t>
      </w:r>
      <w:proofErr w:type="gramEnd"/>
      <w:r>
        <w:rPr>
          <w:rFonts w:ascii="Arial" w:hAnsi="Arial"/>
        </w:rPr>
        <w:t xml:space="preserve"> between the council and then going, Look, I'm going to pay for it. you know, it'll help the community jobs, we're going to do workshops and help people, and they're just like,</w:t>
      </w:r>
    </w:p>
    <w:p w14:paraId="0B2E0B9A" w14:textId="77777777" w:rsidR="00E865AD" w:rsidRDefault="00E865AD">
      <w:pPr>
        <w:spacing w:after="0"/>
      </w:pPr>
    </w:p>
    <w:p w14:paraId="007FB9EA" w14:textId="77777777" w:rsidR="00E865AD" w:rsidRDefault="00000000">
      <w:pPr>
        <w:spacing w:after="0"/>
      </w:pPr>
      <w:r>
        <w:rPr>
          <w:rFonts w:ascii="Arial" w:hAnsi="Arial"/>
          <w:b/>
        </w:rPr>
        <w:lastRenderedPageBreak/>
        <w:t xml:space="preserve">Lucy  </w:t>
      </w:r>
      <w:r>
        <w:rPr>
          <w:rFonts w:ascii="Arial" w:hAnsi="Arial"/>
          <w:color w:val="5D7284"/>
        </w:rPr>
        <w:t>1:10:37</w:t>
      </w:r>
    </w:p>
    <w:p w14:paraId="3F0BE481" w14:textId="77777777" w:rsidR="00E865AD" w:rsidRDefault="00000000">
      <w:pPr>
        <w:spacing w:after="0"/>
      </w:pPr>
      <w:r>
        <w:rPr>
          <w:rFonts w:ascii="Arial" w:hAnsi="Arial"/>
        </w:rPr>
        <w:t xml:space="preserve">what sort of animals are you hoping to have in your Zoo? are you </w:t>
      </w:r>
      <w:proofErr w:type="spellStart"/>
      <w:r>
        <w:rPr>
          <w:rFonts w:ascii="Arial" w:hAnsi="Arial"/>
        </w:rPr>
        <w:t>gonna</w:t>
      </w:r>
      <w:proofErr w:type="spellEnd"/>
      <w:r>
        <w:rPr>
          <w:rFonts w:ascii="Arial" w:hAnsi="Arial"/>
        </w:rPr>
        <w:t xml:space="preserve"> go for sort of a variety do you have an animal that you're particularly interested in having?</w:t>
      </w:r>
    </w:p>
    <w:p w14:paraId="4649FFEE" w14:textId="77777777" w:rsidR="00E865AD" w:rsidRDefault="00E865AD">
      <w:pPr>
        <w:spacing w:after="0"/>
      </w:pPr>
    </w:p>
    <w:p w14:paraId="1FEC355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1:10:48</w:t>
      </w:r>
    </w:p>
    <w:p w14:paraId="43C60E76" w14:textId="77777777" w:rsidR="00E865AD" w:rsidRDefault="00000000">
      <w:pPr>
        <w:spacing w:after="0"/>
      </w:pPr>
      <w:r>
        <w:rPr>
          <w:rFonts w:ascii="Arial" w:hAnsi="Arial"/>
        </w:rPr>
        <w:t xml:space="preserve">Mainly, a lot of them will be </w:t>
      </w:r>
      <w:proofErr w:type="gramStart"/>
      <w:r>
        <w:rPr>
          <w:rFonts w:ascii="Arial" w:hAnsi="Arial"/>
        </w:rPr>
        <w:t>rescues?</w:t>
      </w:r>
      <w:proofErr w:type="gramEnd"/>
      <w:r>
        <w:rPr>
          <w:rFonts w:ascii="Arial" w:hAnsi="Arial"/>
        </w:rPr>
        <w:t xml:space="preserve"> Okay. That's kind of the big thing about the animal thing is because I like it's a community thing, like the community, I meant, you know, that you come home at night, and there's kids wandering around at 11. And you think you shouldn't be wandering around, there's nothing for you to do. </w:t>
      </w:r>
      <w:proofErr w:type="gramStart"/>
      <w:r>
        <w:rPr>
          <w:rFonts w:ascii="Arial" w:hAnsi="Arial"/>
        </w:rPr>
        <w:t>a lot</w:t>
      </w:r>
      <w:proofErr w:type="gramEnd"/>
      <w:r>
        <w:rPr>
          <w:rFonts w:ascii="Arial" w:hAnsi="Arial"/>
        </w:rPr>
        <w:t xml:space="preserve"> of the parents because of the hard times have multiple jobs, the kids probably don't get their homework done. </w:t>
      </w:r>
      <w:proofErr w:type="gramStart"/>
      <w:r>
        <w:rPr>
          <w:rFonts w:ascii="Arial" w:hAnsi="Arial"/>
        </w:rPr>
        <w:t>So</w:t>
      </w:r>
      <w:proofErr w:type="gramEnd"/>
      <w:r>
        <w:rPr>
          <w:rFonts w:ascii="Arial" w:hAnsi="Arial"/>
        </w:rPr>
        <w:t xml:space="preserve"> we'd offer a homework club, money into food banks and stuff. It's a community project. It's literally I'm not </w:t>
      </w:r>
      <w:proofErr w:type="spellStart"/>
      <w:r>
        <w:rPr>
          <w:rFonts w:ascii="Arial" w:hAnsi="Arial"/>
        </w:rPr>
        <w:t>gonna</w:t>
      </w:r>
      <w:proofErr w:type="spellEnd"/>
      <w:r>
        <w:rPr>
          <w:rFonts w:ascii="Arial" w:hAnsi="Arial"/>
        </w:rPr>
        <w:t xml:space="preserve"> make any money buying the Aston Martin, or I'd love that. But a lot of the money's </w:t>
      </w:r>
      <w:proofErr w:type="spellStart"/>
      <w:r>
        <w:rPr>
          <w:rFonts w:ascii="Arial" w:hAnsi="Arial"/>
        </w:rPr>
        <w:t>gonna</w:t>
      </w:r>
      <w:proofErr w:type="spellEnd"/>
      <w:r>
        <w:rPr>
          <w:rFonts w:ascii="Arial" w:hAnsi="Arial"/>
        </w:rPr>
        <w:t xml:space="preserve"> be thrown back at the community. because I don't, I think the government, every government, they shout about this leveling up, and it's all </w:t>
      </w:r>
      <w:proofErr w:type="spellStart"/>
      <w:r>
        <w:rPr>
          <w:rFonts w:ascii="Arial" w:hAnsi="Arial"/>
        </w:rPr>
        <w:t>gonna</w:t>
      </w:r>
      <w:proofErr w:type="spellEnd"/>
      <w:r>
        <w:rPr>
          <w:rFonts w:ascii="Arial" w:hAnsi="Arial"/>
        </w:rPr>
        <w:t xml:space="preserve"> be there. it never gets down to the little </w:t>
      </w:r>
      <w:proofErr w:type="gramStart"/>
      <w:r>
        <w:rPr>
          <w:rFonts w:ascii="Arial" w:hAnsi="Arial"/>
        </w:rPr>
        <w:t>level, if</w:t>
      </w:r>
      <w:proofErr w:type="gramEnd"/>
      <w:r>
        <w:rPr>
          <w:rFonts w:ascii="Arial" w:hAnsi="Arial"/>
        </w:rPr>
        <w:t xml:space="preserve"> that makes sense.</w:t>
      </w:r>
    </w:p>
    <w:p w14:paraId="20259AE3" w14:textId="77777777" w:rsidR="00E865AD" w:rsidRDefault="00E865AD">
      <w:pPr>
        <w:spacing w:after="0"/>
      </w:pPr>
    </w:p>
    <w:p w14:paraId="5DB3BE05" w14:textId="77777777" w:rsidR="00E865AD" w:rsidRDefault="00000000">
      <w:pPr>
        <w:spacing w:after="0"/>
      </w:pPr>
      <w:r>
        <w:rPr>
          <w:rFonts w:ascii="Arial" w:hAnsi="Arial"/>
          <w:b/>
        </w:rPr>
        <w:t xml:space="preserve">Lucy  </w:t>
      </w:r>
      <w:r>
        <w:rPr>
          <w:rFonts w:ascii="Arial" w:hAnsi="Arial"/>
          <w:color w:val="5D7284"/>
        </w:rPr>
        <w:t>1:11:32</w:t>
      </w:r>
    </w:p>
    <w:p w14:paraId="538DB190" w14:textId="77777777" w:rsidR="00E865AD" w:rsidRDefault="00000000">
      <w:pPr>
        <w:spacing w:after="0"/>
      </w:pPr>
      <w:r>
        <w:rPr>
          <w:rFonts w:ascii="Arial" w:hAnsi="Arial"/>
        </w:rPr>
        <w:t xml:space="preserve">Yeah. Incorporate, like, sort of pet therapy for? Yeah, I want to </w:t>
      </w:r>
      <w:proofErr w:type="gramStart"/>
      <w:r>
        <w:rPr>
          <w:rFonts w:ascii="Arial" w:hAnsi="Arial"/>
        </w:rPr>
        <w:t>work</w:t>
      </w:r>
      <w:proofErr w:type="gramEnd"/>
      <w:r>
        <w:rPr>
          <w:rFonts w:ascii="Arial" w:hAnsi="Arial"/>
        </w:rPr>
        <w:t xml:space="preserve"> that kind of thing.</w:t>
      </w:r>
    </w:p>
    <w:p w14:paraId="7DE1C2CA" w14:textId="77777777" w:rsidR="00E865AD" w:rsidRDefault="00E865AD">
      <w:pPr>
        <w:spacing w:after="0"/>
      </w:pPr>
    </w:p>
    <w:p w14:paraId="58FACBA6"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1:11:40</w:t>
      </w:r>
    </w:p>
    <w:p w14:paraId="28637A58" w14:textId="77777777" w:rsidR="00E865AD" w:rsidRDefault="00000000">
      <w:pPr>
        <w:spacing w:after="0"/>
      </w:pPr>
      <w:r>
        <w:rPr>
          <w:rFonts w:ascii="Arial" w:hAnsi="Arial"/>
        </w:rPr>
        <w:t xml:space="preserve">Yeah, military PTSD. I want to do that, like, everyone a place where everyone's welcome. Like, I know, that sounds like some sort of utopia, but no. if I want to have the power that if somebody walks in and goes, you've got a single mom or kid, she walks in and says, it's his birthday. </w:t>
      </w:r>
      <w:proofErr w:type="gramStart"/>
      <w:r>
        <w:rPr>
          <w:rFonts w:ascii="Arial" w:hAnsi="Arial"/>
        </w:rPr>
        <w:t>you</w:t>
      </w:r>
      <w:proofErr w:type="gramEnd"/>
      <w:r>
        <w:rPr>
          <w:rFonts w:ascii="Arial" w:hAnsi="Arial"/>
        </w:rPr>
        <w:t xml:space="preserve"> know, we've come to the zoo. I can go right. And five minutes. And you know, she says over, right, I can get set get one of my keepers is 50 quid, go down the shop, get a birthday cake. He's having a party here. </w:t>
      </w:r>
      <w:proofErr w:type="gramStart"/>
      <w:r>
        <w:rPr>
          <w:rFonts w:ascii="Arial" w:hAnsi="Arial"/>
        </w:rPr>
        <w:t>you</w:t>
      </w:r>
      <w:proofErr w:type="gramEnd"/>
      <w:r>
        <w:rPr>
          <w:rFonts w:ascii="Arial" w:hAnsi="Arial"/>
        </w:rPr>
        <w:t xml:space="preserve"> </w:t>
      </w:r>
      <w:proofErr w:type="gramStart"/>
      <w:r>
        <w:rPr>
          <w:rFonts w:ascii="Arial" w:hAnsi="Arial"/>
        </w:rPr>
        <w:t>know,</w:t>
      </w:r>
      <w:proofErr w:type="gramEnd"/>
      <w:r>
        <w:rPr>
          <w:rFonts w:ascii="Arial" w:hAnsi="Arial"/>
        </w:rPr>
        <w:t xml:space="preserve"> that sort of thing. I </w:t>
      </w:r>
      <w:proofErr w:type="gramStart"/>
      <w:r>
        <w:rPr>
          <w:rFonts w:ascii="Arial" w:hAnsi="Arial"/>
        </w:rPr>
        <w:t>want not</w:t>
      </w:r>
      <w:proofErr w:type="gramEnd"/>
      <w:r>
        <w:rPr>
          <w:rFonts w:ascii="Arial" w:hAnsi="Arial"/>
        </w:rPr>
        <w:t xml:space="preserve"> the power to be ego, but like can </w:t>
      </w:r>
      <w:proofErr w:type="gramStart"/>
      <w:r>
        <w:rPr>
          <w:rFonts w:ascii="Arial" w:hAnsi="Arial"/>
        </w:rPr>
        <w:t>help out</w:t>
      </w:r>
      <w:proofErr w:type="gramEnd"/>
      <w:r>
        <w:rPr>
          <w:rFonts w:ascii="Arial" w:hAnsi="Arial"/>
        </w:rPr>
        <w:t xml:space="preserve"> like that. What I when you're in charge, you can go, here's 50 quid. We're having a birthday party, no charge. The happiness because, you know, I didn't exactly have like a great ad. I loved my mom, mom and dad did a brilliant job, but we weren't fabulously rich. And, you know, there were times where it's hard. And, and I wouldn't have it any other way. But I would never wish on another </w:t>
      </w:r>
      <w:proofErr w:type="gramStart"/>
      <w:r>
        <w:rPr>
          <w:rFonts w:ascii="Arial" w:hAnsi="Arial"/>
        </w:rPr>
        <w:t>child, if</w:t>
      </w:r>
      <w:proofErr w:type="gramEnd"/>
      <w:r>
        <w:rPr>
          <w:rFonts w:ascii="Arial" w:hAnsi="Arial"/>
        </w:rPr>
        <w:t xml:space="preserve"> that makes sense.</w:t>
      </w:r>
    </w:p>
    <w:p w14:paraId="0B59500C" w14:textId="77777777" w:rsidR="00E865AD" w:rsidRDefault="00E865AD">
      <w:pPr>
        <w:spacing w:after="0"/>
      </w:pPr>
    </w:p>
    <w:p w14:paraId="7C609A2C" w14:textId="77777777" w:rsidR="00E865AD" w:rsidRDefault="00000000">
      <w:pPr>
        <w:spacing w:after="0"/>
      </w:pPr>
      <w:r>
        <w:rPr>
          <w:rFonts w:ascii="Arial" w:hAnsi="Arial"/>
          <w:b/>
        </w:rPr>
        <w:t xml:space="preserve">Alice  </w:t>
      </w:r>
      <w:r>
        <w:rPr>
          <w:rFonts w:ascii="Arial" w:hAnsi="Arial"/>
          <w:color w:val="5D7284"/>
        </w:rPr>
        <w:t>1:12:42</w:t>
      </w:r>
    </w:p>
    <w:p w14:paraId="21078492" w14:textId="77777777" w:rsidR="00E865AD" w:rsidRDefault="00000000">
      <w:pPr>
        <w:spacing w:after="0"/>
      </w:pPr>
      <w:r>
        <w:rPr>
          <w:rFonts w:ascii="Arial" w:hAnsi="Arial"/>
        </w:rPr>
        <w:t xml:space="preserve">Yeah. Ashley, you said, when Lucy asked you what your favorite animal was? </w:t>
      </w:r>
      <w:proofErr w:type="gramStart"/>
      <w:r>
        <w:rPr>
          <w:rFonts w:ascii="Arial" w:hAnsi="Arial"/>
        </w:rPr>
        <w:t>you</w:t>
      </w:r>
      <w:proofErr w:type="gramEnd"/>
      <w:r>
        <w:rPr>
          <w:rFonts w:ascii="Arial" w:hAnsi="Arial"/>
        </w:rPr>
        <w:t xml:space="preserve"> said it was a snow leopard. </w:t>
      </w:r>
      <w:proofErr w:type="gramStart"/>
      <w:r>
        <w:rPr>
          <w:rFonts w:ascii="Arial" w:hAnsi="Arial"/>
        </w:rPr>
        <w:t>do you have</w:t>
      </w:r>
      <w:proofErr w:type="gramEnd"/>
      <w:r>
        <w:rPr>
          <w:rFonts w:ascii="Arial" w:hAnsi="Arial"/>
        </w:rPr>
        <w:t xml:space="preserve"> you worked with snow leopards? is there a do you have a snow leopard story that you'd like to share with us before we finish?</w:t>
      </w:r>
    </w:p>
    <w:p w14:paraId="38758ECF" w14:textId="77777777" w:rsidR="00E865AD" w:rsidRDefault="00E865AD">
      <w:pPr>
        <w:spacing w:after="0"/>
      </w:pPr>
    </w:p>
    <w:p w14:paraId="10F476C4"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1:12:58</w:t>
      </w:r>
    </w:p>
    <w:p w14:paraId="0D7CEF55" w14:textId="77777777" w:rsidR="00E865AD" w:rsidRDefault="00000000">
      <w:pPr>
        <w:spacing w:after="0"/>
      </w:pPr>
      <w:r>
        <w:rPr>
          <w:rFonts w:ascii="Arial" w:hAnsi="Arial"/>
        </w:rPr>
        <w:t xml:space="preserve">No, I have worked with Snow Leopard. I just love it. </w:t>
      </w:r>
      <w:proofErr w:type="gramStart"/>
      <w:r>
        <w:rPr>
          <w:rFonts w:ascii="Arial" w:hAnsi="Arial"/>
        </w:rPr>
        <w:t>The</w:t>
      </w:r>
      <w:proofErr w:type="gramEnd"/>
      <w:r>
        <w:rPr>
          <w:rFonts w:ascii="Arial" w:hAnsi="Arial"/>
        </w:rPr>
        <w:t xml:space="preserve"> second favorite </w:t>
      </w:r>
      <w:proofErr w:type="gramStart"/>
      <w:r>
        <w:rPr>
          <w:rFonts w:ascii="Arial" w:hAnsi="Arial"/>
        </w:rPr>
        <w:t>animals</w:t>
      </w:r>
      <w:proofErr w:type="gramEnd"/>
      <w:r>
        <w:rPr>
          <w:rFonts w:ascii="Arial" w:hAnsi="Arial"/>
        </w:rPr>
        <w:t xml:space="preserve"> autism. I've worked with them. And you've heard about autism in there. And yeah.</w:t>
      </w:r>
    </w:p>
    <w:p w14:paraId="0CF65737" w14:textId="77777777" w:rsidR="00E865AD" w:rsidRDefault="00E865AD">
      <w:pPr>
        <w:spacing w:after="0"/>
      </w:pPr>
    </w:p>
    <w:p w14:paraId="617C8975" w14:textId="77777777" w:rsidR="00E865AD" w:rsidRDefault="00000000">
      <w:pPr>
        <w:spacing w:after="0"/>
      </w:pPr>
      <w:r>
        <w:rPr>
          <w:rFonts w:ascii="Arial" w:hAnsi="Arial"/>
          <w:b/>
        </w:rPr>
        <w:t xml:space="preserve">Lucy  </w:t>
      </w:r>
      <w:r>
        <w:rPr>
          <w:rFonts w:ascii="Arial" w:hAnsi="Arial"/>
          <w:color w:val="5D7284"/>
        </w:rPr>
        <w:t>1:13:07</w:t>
      </w:r>
    </w:p>
    <w:p w14:paraId="01B23B5A" w14:textId="77777777" w:rsidR="00E865AD" w:rsidRDefault="00000000">
      <w:pPr>
        <w:spacing w:after="0"/>
      </w:pPr>
      <w:r>
        <w:rPr>
          <w:rFonts w:ascii="Arial" w:hAnsi="Arial"/>
        </w:rPr>
        <w:t>Yeah. Well, thank you so much for joining us today. It's great to talk to you.</w:t>
      </w:r>
    </w:p>
    <w:p w14:paraId="2D9BAA1D" w14:textId="77777777" w:rsidR="00E865AD" w:rsidRDefault="00E865AD">
      <w:pPr>
        <w:spacing w:after="0"/>
      </w:pPr>
    </w:p>
    <w:p w14:paraId="47D9D9C7"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1:13:12</w:t>
      </w:r>
    </w:p>
    <w:p w14:paraId="0B847D77" w14:textId="77777777" w:rsidR="00E865AD" w:rsidRDefault="00000000">
      <w:pPr>
        <w:spacing w:after="0"/>
      </w:pPr>
      <w:r>
        <w:rPr>
          <w:rFonts w:ascii="Arial" w:hAnsi="Arial"/>
        </w:rPr>
        <w:t>I mean, if I bored one, but</w:t>
      </w:r>
    </w:p>
    <w:p w14:paraId="74CDED5C" w14:textId="77777777" w:rsidR="00E865AD" w:rsidRDefault="00E865AD">
      <w:pPr>
        <w:spacing w:after="0"/>
      </w:pPr>
    </w:p>
    <w:p w14:paraId="1B17C5EE" w14:textId="77777777" w:rsidR="00E865AD" w:rsidRDefault="00000000">
      <w:pPr>
        <w:spacing w:after="0"/>
      </w:pPr>
      <w:r>
        <w:rPr>
          <w:rFonts w:ascii="Arial" w:hAnsi="Arial"/>
          <w:b/>
        </w:rPr>
        <w:t xml:space="preserve">Lucy  </w:t>
      </w:r>
      <w:r>
        <w:rPr>
          <w:rFonts w:ascii="Arial" w:hAnsi="Arial"/>
          <w:color w:val="5D7284"/>
        </w:rPr>
        <w:t>1:13:15</w:t>
      </w:r>
    </w:p>
    <w:p w14:paraId="7A10F753" w14:textId="77777777" w:rsidR="00E865AD" w:rsidRDefault="00000000">
      <w:pPr>
        <w:spacing w:after="0"/>
      </w:pPr>
      <w:proofErr w:type="gramStart"/>
      <w:r>
        <w:rPr>
          <w:rFonts w:ascii="Arial" w:hAnsi="Arial"/>
        </w:rPr>
        <w:t>it's</w:t>
      </w:r>
      <w:proofErr w:type="gramEnd"/>
      <w:r>
        <w:rPr>
          <w:rFonts w:ascii="Arial" w:hAnsi="Arial"/>
        </w:rPr>
        <w:t xml:space="preserve"> </w:t>
      </w:r>
      <w:proofErr w:type="gramStart"/>
      <w:r>
        <w:rPr>
          <w:rFonts w:ascii="Arial" w:hAnsi="Arial"/>
        </w:rPr>
        <w:t>really interesting</w:t>
      </w:r>
      <w:proofErr w:type="gramEnd"/>
      <w:r>
        <w:rPr>
          <w:rFonts w:ascii="Arial" w:hAnsi="Arial"/>
        </w:rPr>
        <w:t xml:space="preserve">. I could talk about animals for days and days and days. I saw I did see a stand up. So recently, she was talking about how long she's been in her relationship. She's like, I've been with my partner for 15 years. And we've got a dog and the best thing about having a dog </w:t>
      </w:r>
      <w:proofErr w:type="gramStart"/>
      <w:r>
        <w:rPr>
          <w:rFonts w:ascii="Arial" w:hAnsi="Arial"/>
        </w:rPr>
        <w:t>and</w:t>
      </w:r>
      <w:proofErr w:type="gramEnd"/>
      <w:r>
        <w:rPr>
          <w:rFonts w:ascii="Arial" w:hAnsi="Arial"/>
        </w:rPr>
        <w:t xml:space="preserve"> after 15 years, it gives us something to talk about still. Yeah, yeah, exactly. And that is </w:t>
      </w:r>
      <w:proofErr w:type="gramStart"/>
      <w:r>
        <w:rPr>
          <w:rFonts w:ascii="Arial" w:hAnsi="Arial"/>
        </w:rPr>
        <w:t>definitely my</w:t>
      </w:r>
      <w:proofErr w:type="gramEnd"/>
      <w:r>
        <w:rPr>
          <w:rFonts w:ascii="Arial" w:hAnsi="Arial"/>
        </w:rPr>
        <w:t xml:space="preserve"> </w:t>
      </w:r>
      <w:proofErr w:type="gramStart"/>
      <w:r>
        <w:rPr>
          <w:rFonts w:ascii="Arial" w:hAnsi="Arial"/>
        </w:rPr>
        <w:t>feelings</w:t>
      </w:r>
      <w:proofErr w:type="gramEnd"/>
      <w:r>
        <w:rPr>
          <w:rFonts w:ascii="Arial" w:hAnsi="Arial"/>
        </w:rPr>
        <w:t xml:space="preserve">. And just talk about animals for hours. But, yes, thank you so much, </w:t>
      </w:r>
      <w:proofErr w:type="gramStart"/>
      <w:r>
        <w:rPr>
          <w:rFonts w:ascii="Arial" w:hAnsi="Arial"/>
        </w:rPr>
        <w:t>Ashley</w:t>
      </w:r>
      <w:proofErr w:type="gramEnd"/>
    </w:p>
    <w:p w14:paraId="77ED305F" w14:textId="77777777" w:rsidR="00E865AD" w:rsidRDefault="00E865AD">
      <w:pPr>
        <w:spacing w:after="0"/>
      </w:pPr>
    </w:p>
    <w:p w14:paraId="6165AB37"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1:13:44</w:t>
      </w:r>
    </w:p>
    <w:p w14:paraId="14663CD1" w14:textId="77777777" w:rsidR="00E865AD" w:rsidRDefault="00000000">
      <w:pPr>
        <w:spacing w:after="0"/>
      </w:pPr>
      <w:r>
        <w:rPr>
          <w:rFonts w:ascii="Arial" w:hAnsi="Arial"/>
        </w:rPr>
        <w:t xml:space="preserve">not to put a plug in. for anyone's interest in the project I'm doing. It's on Facebook. It's the Adi Meadows Wildlife Park. We're on Facebook. </w:t>
      </w:r>
      <w:proofErr w:type="gramStart"/>
      <w:r>
        <w:rPr>
          <w:rFonts w:ascii="Arial" w:hAnsi="Arial"/>
        </w:rPr>
        <w:t>So</w:t>
      </w:r>
      <w:proofErr w:type="gramEnd"/>
      <w:r>
        <w:rPr>
          <w:rFonts w:ascii="Arial" w:hAnsi="Arial"/>
        </w:rPr>
        <w:t xml:space="preserve"> if you want to have a look at what</w:t>
      </w:r>
    </w:p>
    <w:p w14:paraId="3137DD9E" w14:textId="77777777" w:rsidR="00E865AD" w:rsidRDefault="00E865AD">
      <w:pPr>
        <w:spacing w:after="0"/>
      </w:pPr>
    </w:p>
    <w:p w14:paraId="473DB902" w14:textId="77777777" w:rsidR="00E865AD" w:rsidRDefault="00000000">
      <w:pPr>
        <w:spacing w:after="0"/>
      </w:pPr>
      <w:r>
        <w:rPr>
          <w:rFonts w:ascii="Arial" w:hAnsi="Arial"/>
          <w:b/>
        </w:rPr>
        <w:t xml:space="preserve">Lucy  </w:t>
      </w:r>
      <w:r>
        <w:rPr>
          <w:rFonts w:ascii="Arial" w:hAnsi="Arial"/>
          <w:color w:val="5D7284"/>
        </w:rPr>
        <w:t>1:13:59</w:t>
      </w:r>
    </w:p>
    <w:p w14:paraId="25EF6DED" w14:textId="77777777" w:rsidR="00E865AD" w:rsidRDefault="00000000">
      <w:pPr>
        <w:spacing w:after="0"/>
      </w:pPr>
      <w:r>
        <w:rPr>
          <w:rFonts w:ascii="Arial" w:hAnsi="Arial"/>
        </w:rPr>
        <w:t xml:space="preserve">links, we'll make sure that it's in the show notes so that people can follow up. </w:t>
      </w:r>
    </w:p>
    <w:p w14:paraId="6D58DBA9" w14:textId="77777777" w:rsidR="00E865AD" w:rsidRDefault="00E865AD">
      <w:pPr>
        <w:spacing w:after="0"/>
      </w:pPr>
    </w:p>
    <w:p w14:paraId="04EFD5F0"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1:14:03</w:t>
      </w:r>
    </w:p>
    <w:p w14:paraId="7FEF0F42" w14:textId="77777777" w:rsidR="00E865AD" w:rsidRDefault="00000000">
      <w:pPr>
        <w:spacing w:after="0"/>
      </w:pPr>
      <w:r>
        <w:rPr>
          <w:rFonts w:ascii="Arial" w:hAnsi="Arial"/>
        </w:rPr>
        <w:t>Yep, amazing.</w:t>
      </w:r>
    </w:p>
    <w:p w14:paraId="1129443A" w14:textId="77777777" w:rsidR="00E865AD" w:rsidRDefault="00E865AD">
      <w:pPr>
        <w:spacing w:after="0"/>
      </w:pPr>
    </w:p>
    <w:p w14:paraId="772B1240" w14:textId="77777777" w:rsidR="00E865AD" w:rsidRDefault="00000000">
      <w:pPr>
        <w:spacing w:after="0"/>
      </w:pPr>
      <w:r>
        <w:rPr>
          <w:rFonts w:ascii="Arial" w:hAnsi="Arial"/>
          <w:b/>
        </w:rPr>
        <w:t xml:space="preserve">Lucy  </w:t>
      </w:r>
      <w:r>
        <w:rPr>
          <w:rFonts w:ascii="Arial" w:hAnsi="Arial"/>
          <w:color w:val="5D7284"/>
        </w:rPr>
        <w:t>1:14:04</w:t>
      </w:r>
    </w:p>
    <w:p w14:paraId="4A680F65" w14:textId="77777777" w:rsidR="00E865AD" w:rsidRDefault="00000000">
      <w:pPr>
        <w:spacing w:after="0"/>
      </w:pPr>
      <w:r>
        <w:rPr>
          <w:rFonts w:ascii="Arial" w:hAnsi="Arial"/>
        </w:rPr>
        <w:t xml:space="preserve"> Yeah, we will definitely </w:t>
      </w:r>
      <w:proofErr w:type="spellStart"/>
      <w:r>
        <w:rPr>
          <w:rFonts w:ascii="Arial" w:hAnsi="Arial"/>
        </w:rPr>
        <w:t>definitely</w:t>
      </w:r>
      <w:proofErr w:type="spellEnd"/>
      <w:r>
        <w:rPr>
          <w:rFonts w:ascii="Arial" w:hAnsi="Arial"/>
        </w:rPr>
        <w:t xml:space="preserve"> plug </w:t>
      </w:r>
      <w:proofErr w:type="gramStart"/>
      <w:r>
        <w:rPr>
          <w:rFonts w:ascii="Arial" w:hAnsi="Arial"/>
        </w:rPr>
        <w:t>that</w:t>
      </w:r>
      <w:proofErr w:type="gramEnd"/>
    </w:p>
    <w:p w14:paraId="15237022" w14:textId="77777777" w:rsidR="00E865AD" w:rsidRDefault="00E865AD">
      <w:pPr>
        <w:spacing w:after="0"/>
      </w:pPr>
    </w:p>
    <w:p w14:paraId="0B91850C" w14:textId="77777777" w:rsidR="00E865AD" w:rsidRDefault="00000000">
      <w:pPr>
        <w:spacing w:after="0"/>
      </w:pPr>
      <w:r>
        <w:rPr>
          <w:rFonts w:ascii="Arial" w:hAnsi="Arial"/>
          <w:b/>
        </w:rPr>
        <w:t xml:space="preserve">Alice  </w:t>
      </w:r>
      <w:r>
        <w:rPr>
          <w:rFonts w:ascii="Arial" w:hAnsi="Arial"/>
          <w:color w:val="5D7284"/>
        </w:rPr>
        <w:t>1:14:07</w:t>
      </w:r>
    </w:p>
    <w:p w14:paraId="68A9D5C7" w14:textId="77777777" w:rsidR="00E865AD" w:rsidRDefault="00000000">
      <w:pPr>
        <w:spacing w:after="0"/>
      </w:pPr>
      <w:r>
        <w:rPr>
          <w:rFonts w:ascii="Arial" w:hAnsi="Arial"/>
        </w:rPr>
        <w:t>stuff. Thank you, Ashley. Pleasure. Thank</w:t>
      </w:r>
    </w:p>
    <w:p w14:paraId="567B2AE1" w14:textId="77777777" w:rsidR="00E865AD" w:rsidRDefault="00E865AD">
      <w:pPr>
        <w:spacing w:after="0"/>
      </w:pPr>
    </w:p>
    <w:p w14:paraId="4E28CFAE" w14:textId="77777777" w:rsidR="00E865AD" w:rsidRDefault="00000000">
      <w:pPr>
        <w:spacing w:after="0"/>
      </w:pPr>
      <w:r>
        <w:rPr>
          <w:rFonts w:ascii="Arial" w:hAnsi="Arial"/>
          <w:b/>
        </w:rPr>
        <w:t xml:space="preserve">Ashley </w:t>
      </w:r>
      <w:proofErr w:type="spellStart"/>
      <w:r>
        <w:rPr>
          <w:rFonts w:ascii="Arial" w:hAnsi="Arial"/>
          <w:b/>
        </w:rPr>
        <w:t>Stanners</w:t>
      </w:r>
      <w:proofErr w:type="spellEnd"/>
      <w:r>
        <w:rPr>
          <w:rFonts w:ascii="Arial" w:hAnsi="Arial"/>
          <w:b/>
        </w:rPr>
        <w:t xml:space="preserve">  </w:t>
      </w:r>
      <w:r>
        <w:rPr>
          <w:rFonts w:ascii="Arial" w:hAnsi="Arial"/>
          <w:color w:val="5D7284"/>
        </w:rPr>
        <w:t>1:14:10</w:t>
      </w:r>
    </w:p>
    <w:p w14:paraId="0EB42D2A" w14:textId="77777777" w:rsidR="00E865AD" w:rsidRDefault="00000000">
      <w:pPr>
        <w:spacing w:after="0"/>
      </w:pPr>
      <w:proofErr w:type="gramStart"/>
      <w:r>
        <w:rPr>
          <w:rFonts w:ascii="Arial" w:hAnsi="Arial"/>
        </w:rPr>
        <w:t>you</w:t>
      </w:r>
      <w:proofErr w:type="gramEnd"/>
      <w:r>
        <w:rPr>
          <w:rFonts w:ascii="Arial" w:hAnsi="Arial"/>
        </w:rPr>
        <w:t xml:space="preserve"> so much, ladies.</w:t>
      </w:r>
    </w:p>
    <w:p w14:paraId="31356DC4" w14:textId="77777777" w:rsidR="00E865AD" w:rsidRDefault="00E865AD">
      <w:pPr>
        <w:spacing w:after="0"/>
      </w:pPr>
    </w:p>
    <w:p w14:paraId="69C0B2F2" w14:textId="77777777" w:rsidR="00E865AD" w:rsidRDefault="00000000">
      <w:pPr>
        <w:spacing w:after="0"/>
      </w:pPr>
      <w:r>
        <w:rPr>
          <w:rFonts w:ascii="Arial" w:hAnsi="Arial"/>
          <w:b/>
        </w:rPr>
        <w:t xml:space="preserve">Lucy  </w:t>
      </w:r>
      <w:r>
        <w:rPr>
          <w:rFonts w:ascii="Arial" w:hAnsi="Arial"/>
          <w:color w:val="5D7284"/>
        </w:rPr>
        <w:t>1:14:11</w:t>
      </w:r>
    </w:p>
    <w:p w14:paraId="209DD757" w14:textId="77777777" w:rsidR="00E865AD" w:rsidRDefault="00000000">
      <w:pPr>
        <w:spacing w:after="0"/>
      </w:pPr>
      <w:r>
        <w:rPr>
          <w:rFonts w:ascii="Arial" w:hAnsi="Arial"/>
        </w:rPr>
        <w:t xml:space="preserve">Thank you, everyone for listening. </w:t>
      </w:r>
      <w:proofErr w:type="gramStart"/>
      <w:r>
        <w:rPr>
          <w:rFonts w:ascii="Arial" w:hAnsi="Arial"/>
        </w:rPr>
        <w:t>don't</w:t>
      </w:r>
      <w:proofErr w:type="gramEnd"/>
      <w:r>
        <w:rPr>
          <w:rFonts w:ascii="Arial" w:hAnsi="Arial"/>
        </w:rPr>
        <w:t xml:space="preserve"> forget, as I always say that you can find us on social media at labeled pod and that if you can leave us a review. </w:t>
      </w:r>
      <w:proofErr w:type="gramStart"/>
      <w:r>
        <w:rPr>
          <w:rFonts w:ascii="Arial" w:hAnsi="Arial"/>
        </w:rPr>
        <w:t>if</w:t>
      </w:r>
      <w:proofErr w:type="gramEnd"/>
      <w:r>
        <w:rPr>
          <w:rFonts w:ascii="Arial" w:hAnsi="Arial"/>
        </w:rPr>
        <w:t xml:space="preserve"> you enjoyed this episode, then reviews are a </w:t>
      </w:r>
      <w:proofErr w:type="gramStart"/>
      <w:r>
        <w:rPr>
          <w:rFonts w:ascii="Arial" w:hAnsi="Arial"/>
        </w:rPr>
        <w:t>really helpful</w:t>
      </w:r>
      <w:proofErr w:type="gramEnd"/>
      <w:r>
        <w:rPr>
          <w:rFonts w:ascii="Arial" w:hAnsi="Arial"/>
        </w:rPr>
        <w:t xml:space="preserve"> way of helping raise the profile of the show and helping us find new listeners. So go off do that. Tell us how wonderful we are. And we will see you all next time. Bye </w:t>
      </w:r>
      <w:proofErr w:type="spellStart"/>
      <w:r>
        <w:rPr>
          <w:rFonts w:ascii="Arial" w:hAnsi="Arial"/>
        </w:rPr>
        <w:t>bye</w:t>
      </w:r>
      <w:proofErr w:type="spellEnd"/>
      <w:r>
        <w:rPr>
          <w:rFonts w:ascii="Arial" w:hAnsi="Arial"/>
        </w:rPr>
        <w:t xml:space="preserve">. Bye. Thanks for listening to the lABLEd Podcast. </w:t>
      </w:r>
      <w:proofErr w:type="gramStart"/>
      <w:r>
        <w:rPr>
          <w:rFonts w:ascii="Arial" w:hAnsi="Arial"/>
        </w:rPr>
        <w:t>if</w:t>
      </w:r>
      <w:proofErr w:type="gramEnd"/>
      <w:r>
        <w:rPr>
          <w:rFonts w:ascii="Arial" w:hAnsi="Arial"/>
        </w:rPr>
        <w:t xml:space="preserve"> you liked the show, you </w:t>
      </w:r>
      <w:proofErr w:type="gramStart"/>
      <w:r>
        <w:rPr>
          <w:rFonts w:ascii="Arial" w:hAnsi="Arial"/>
        </w:rPr>
        <w:t>can</w:t>
      </w:r>
      <w:proofErr w:type="gramEnd"/>
      <w:r>
        <w:rPr>
          <w:rFonts w:ascii="Arial" w:hAnsi="Arial"/>
        </w:rPr>
        <w:t xml:space="preserve"> rate review and subscribe and you can follow us on social media at lABLEd Podcast.</w:t>
      </w:r>
    </w:p>
    <w:p w14:paraId="625AEDE2" w14:textId="77777777" w:rsidR="00E865AD" w:rsidRDefault="00E865AD">
      <w:pPr>
        <w:spacing w:after="0"/>
      </w:pPr>
    </w:p>
    <w:p w14:paraId="5564E9AA" w14:textId="77777777" w:rsidR="00E865AD" w:rsidRDefault="00000000">
      <w:pPr>
        <w:spacing w:after="0"/>
      </w:pPr>
      <w:r>
        <w:rPr>
          <w:rFonts w:ascii="Arial" w:hAnsi="Arial"/>
          <w:b/>
        </w:rPr>
        <w:t xml:space="preserve">Lucy  </w:t>
      </w:r>
      <w:r>
        <w:rPr>
          <w:rFonts w:ascii="Arial" w:hAnsi="Arial"/>
          <w:color w:val="5D7284"/>
        </w:rPr>
        <w:t>1:14:49</w:t>
      </w:r>
    </w:p>
    <w:p w14:paraId="1B65148C" w14:textId="77777777" w:rsidR="00E865AD" w:rsidRDefault="00000000">
      <w:pPr>
        <w:spacing w:after="0"/>
      </w:pPr>
      <w:r>
        <w:rPr>
          <w:rFonts w:ascii="Arial" w:hAnsi="Arial"/>
        </w:rPr>
        <w:t xml:space="preserve">This episode was edited by Adam Hull I music was by Maisie </w:t>
      </w:r>
      <w:proofErr w:type="gramStart"/>
      <w:r>
        <w:rPr>
          <w:rFonts w:ascii="Arial" w:hAnsi="Arial"/>
        </w:rPr>
        <w:t>Condon</w:t>
      </w:r>
      <w:proofErr w:type="gramEnd"/>
      <w:r>
        <w:rPr>
          <w:rFonts w:ascii="Arial" w:hAnsi="Arial"/>
        </w:rPr>
        <w:t xml:space="preserve"> and we'd like to thank the rest of the team involved</w:t>
      </w:r>
    </w:p>
    <w:sectPr w:rsidR="00E865AD"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F0289" w14:textId="77777777" w:rsidR="0000354E" w:rsidRDefault="0000354E">
      <w:pPr>
        <w:spacing w:after="0" w:line="240" w:lineRule="auto"/>
      </w:pPr>
      <w:r>
        <w:separator/>
      </w:r>
    </w:p>
  </w:endnote>
  <w:endnote w:type="continuationSeparator" w:id="0">
    <w:p w14:paraId="09E88528" w14:textId="77777777" w:rsidR="0000354E" w:rsidRDefault="00003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6143B39F"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14:paraId="7D4ED5CA"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6CB053"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0DCEBC4F"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4F1AD0C8"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B1DF"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E5809" w14:textId="77777777" w:rsidR="0000354E" w:rsidRDefault="0000354E">
      <w:pPr>
        <w:spacing w:after="0" w:line="240" w:lineRule="auto"/>
      </w:pPr>
      <w:r>
        <w:separator/>
      </w:r>
    </w:p>
  </w:footnote>
  <w:footnote w:type="continuationSeparator" w:id="0">
    <w:p w14:paraId="2D1E033C" w14:textId="77777777" w:rsidR="0000354E" w:rsidRDefault="000035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6CCFC"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FF49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B2713"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9538720">
    <w:abstractNumId w:val="8"/>
  </w:num>
  <w:num w:numId="2" w16cid:durableId="663238305">
    <w:abstractNumId w:val="6"/>
  </w:num>
  <w:num w:numId="3" w16cid:durableId="1066026245">
    <w:abstractNumId w:val="5"/>
  </w:num>
  <w:num w:numId="4" w16cid:durableId="1326738077">
    <w:abstractNumId w:val="4"/>
  </w:num>
  <w:num w:numId="5" w16cid:durableId="666325896">
    <w:abstractNumId w:val="7"/>
  </w:num>
  <w:num w:numId="6" w16cid:durableId="1191992063">
    <w:abstractNumId w:val="3"/>
  </w:num>
  <w:num w:numId="7" w16cid:durableId="213395471">
    <w:abstractNumId w:val="2"/>
  </w:num>
  <w:num w:numId="8" w16cid:durableId="494154542">
    <w:abstractNumId w:val="1"/>
  </w:num>
  <w:num w:numId="9" w16cid:durableId="1836921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354E"/>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81F08"/>
    <w:rsid w:val="00CB0664"/>
    <w:rsid w:val="00D57E81"/>
    <w:rsid w:val="00E865AD"/>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28AD26"/>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9695</Words>
  <Characters>55265</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64831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9</cp:revision>
  <dcterms:created xsi:type="dcterms:W3CDTF">2019-09-10T23:59:00Z</dcterms:created>
  <dcterms:modified xsi:type="dcterms:W3CDTF">2023-04-24T13:52:00Z</dcterms:modified>
  <cp:category/>
</cp:coreProperties>
</file>