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History Lesson 10 Harriet Martineau</w:t>
      </w:r>
    </w:p>
    <w:p>
      <w:r>
        <w:rPr>
          <w:rFonts w:ascii="Arial" w:hAnsi="Arial"/>
          <w:color w:val="4F6880"/>
          <w:sz w:val="22"/>
        </w:rPr>
        <w:t>Mon, Mar 20, 2023 11:55PM • 1:27:26</w:t>
      </w:r>
    </w:p>
    <w:p>
      <w:pPr>
        <w:spacing w:before="440" w:after="0"/>
      </w:pPr>
      <w:r>
        <w:rPr>
          <w:rFonts w:ascii="Arial" w:hAnsi="Arial"/>
          <w:b/>
          <w:color w:val="4F6880"/>
          <w:sz w:val="22"/>
        </w:rPr>
        <w:t>SUMMARY KEYWORDS</w:t>
      </w:r>
    </w:p>
    <w:p>
      <w:r>
        <w:rPr>
          <w:rFonts w:ascii="Arial" w:hAnsi="Arial"/>
          <w:color w:val="4F6880"/>
          <w:sz w:val="22"/>
        </w:rPr>
        <w:t>lucy, laughs, daisy, alice, people, harriet, bit, deaf, child, wrote, bsl, feel, disabled, hearing, understand, podcast, kid, cured, ill, called</w:t>
      </w:r>
    </w:p>
    <w:p>
      <w:pPr>
        <w:spacing w:before="440" w:after="0"/>
      </w:pPr>
      <w:r>
        <w:rPr>
          <w:rFonts w:ascii="Arial" w:hAnsi="Arial"/>
          <w:b/>
          <w:color w:val="4F6880"/>
          <w:sz w:val="22"/>
        </w:rPr>
        <w:t>SPEAKERS</w:t>
      </w:r>
    </w:p>
    <w:p>
      <w:r>
        <w:rPr>
          <w:rFonts w:ascii="Arial" w:hAnsi="Arial"/>
          <w:color w:val="4F6880"/>
          <w:sz w:val="22"/>
        </w:rPr>
        <w:t>Theme Tune, Lucy, Alice, Daisy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difference...(Daisy) and history. I'm Lucy.(Alice) And I'm Alice</w:t>
      </w:r>
    </w:p>
    <w:p>
      <w:pPr>
        <w:spacing w:after="0"/>
      </w:pPr>
    </w:p>
    <w:p>
      <w:pPr>
        <w:spacing w:after="0"/>
      </w:pPr>
      <w:r>
        <w:rPr>
          <w:rFonts w:ascii="Arial" w:hAnsi="Arial"/>
          <w:b/>
          <w:sz w:val="22"/>
        </w:rPr>
        <w:t xml:space="preserve">Daisy  </w:t>
      </w:r>
      <w:r>
        <w:rPr>
          <w:rFonts w:ascii="Arial" w:hAnsi="Arial"/>
          <w:color w:val="5D7284"/>
          <w:sz w:val="22"/>
        </w:rPr>
        <w:t>00:07</w:t>
      </w:r>
    </w:p>
    <w:p>
      <w:pPr>
        <w:spacing w:after="0"/>
      </w:pPr>
      <w:r>
        <w:rPr>
          <w:rFonts w:ascii="Arial" w:hAnsi="Arial"/>
          <w:sz w:val="22"/>
        </w:rPr>
        <w:t xml:space="preserve">I'm Daisy. </w:t>
      </w:r>
    </w:p>
    <w:p>
      <w:pPr>
        <w:spacing w:after="0"/>
      </w:pPr>
    </w:p>
    <w:p>
      <w:pPr>
        <w:spacing w:after="0"/>
      </w:pPr>
      <w:r>
        <w:rPr>
          <w:rFonts w:ascii="Arial" w:hAnsi="Arial"/>
          <w:b/>
          <w:sz w:val="22"/>
        </w:rPr>
        <w:t xml:space="preserve">Theme Tune  </w:t>
      </w:r>
      <w:r>
        <w:rPr>
          <w:rFonts w:ascii="Arial" w:hAnsi="Arial"/>
          <w:color w:val="5D7284"/>
          <w:sz w:val="22"/>
        </w:rPr>
        <w:t>00:12</w:t>
      </w:r>
    </w:p>
    <w:p>
      <w:pPr>
        <w:spacing w:after="0"/>
      </w:pPr>
      <w:r>
        <w:rPr>
          <w:rFonts w:ascii="Arial" w:hAnsi="Arial"/>
          <w:sz w:val="22"/>
        </w:rPr>
        <w:t>Though I might not fit in socially, I'm so much more than what you see.We all live our lives differently. Kaleidoscope identity, cos this is who I meant to be. I'm just labeled me. I'm just labeled me.</w:t>
      </w:r>
    </w:p>
    <w:p>
      <w:pPr>
        <w:spacing w:after="0"/>
      </w:pPr>
    </w:p>
    <w:p>
      <w:pPr>
        <w:spacing w:after="0"/>
      </w:pPr>
      <w:r>
        <w:rPr>
          <w:rFonts w:ascii="Arial" w:hAnsi="Arial"/>
          <w:b/>
          <w:sz w:val="22"/>
        </w:rPr>
        <w:t xml:space="preserve">Daisy  </w:t>
      </w:r>
      <w:r>
        <w:rPr>
          <w:rFonts w:ascii="Arial" w:hAnsi="Arial"/>
          <w:color w:val="5D7284"/>
          <w:sz w:val="22"/>
        </w:rPr>
        <w:t>00:30</w:t>
      </w:r>
    </w:p>
    <w:p>
      <w:pPr>
        <w:spacing w:after="0"/>
      </w:pPr>
      <w:r>
        <w:rPr>
          <w:rFonts w:ascii="Arial" w:hAnsi="Arial"/>
          <w:sz w:val="22"/>
        </w:rPr>
        <w:t>In this episode along with Lucy crying and Alice swearing, there's going to be a number of historical terms for disability that are now considered extremely offensive.</w:t>
      </w:r>
    </w:p>
    <w:p>
      <w:pPr>
        <w:spacing w:after="0"/>
      </w:pPr>
    </w:p>
    <w:p>
      <w:pPr>
        <w:spacing w:after="0"/>
      </w:pPr>
      <w:r>
        <w:rPr>
          <w:rFonts w:ascii="Arial" w:hAnsi="Arial"/>
          <w:b/>
          <w:sz w:val="22"/>
        </w:rPr>
        <w:t xml:space="preserve">Alice  </w:t>
      </w:r>
      <w:r>
        <w:rPr>
          <w:rFonts w:ascii="Arial" w:hAnsi="Arial"/>
          <w:color w:val="5D7284"/>
          <w:sz w:val="22"/>
        </w:rPr>
        <w:t>00:48</w:t>
      </w:r>
    </w:p>
    <w:p>
      <w:pPr>
        <w:spacing w:after="0"/>
      </w:pPr>
      <w:r>
        <w:rPr>
          <w:rFonts w:ascii="Arial" w:hAnsi="Arial"/>
          <w:sz w:val="22"/>
        </w:rPr>
        <w:t>Hello everyone welcome to the lABLEd Podcast. This week with me and hopefully Lucy providing she doesn't completely lose her voice (Lucy laughs) before the end of the episode. And we also have Daisy with us this week. And I think my cat which bodes well. (Lucy laughs)</w:t>
      </w:r>
    </w:p>
    <w:p>
      <w:pPr>
        <w:spacing w:after="0"/>
      </w:pPr>
    </w:p>
    <w:p>
      <w:pPr>
        <w:spacing w:after="0"/>
      </w:pPr>
      <w:r>
        <w:rPr>
          <w:rFonts w:ascii="Arial" w:hAnsi="Arial"/>
          <w:b/>
          <w:sz w:val="22"/>
        </w:rPr>
        <w:t xml:space="preserve">Daisy  </w:t>
      </w:r>
      <w:r>
        <w:rPr>
          <w:rFonts w:ascii="Arial" w:hAnsi="Arial"/>
          <w:color w:val="5D7284"/>
          <w:sz w:val="22"/>
        </w:rPr>
        <w:t>01:06</w:t>
      </w:r>
    </w:p>
    <w:p>
      <w:pPr>
        <w:spacing w:after="0"/>
      </w:pPr>
      <w:r>
        <w:rPr>
          <w:rFonts w:ascii="Arial" w:hAnsi="Arial"/>
          <w:sz w:val="22"/>
        </w:rPr>
        <w:t>That's the most important</w:t>
      </w:r>
    </w:p>
    <w:p>
      <w:pPr>
        <w:spacing w:after="0"/>
      </w:pPr>
    </w:p>
    <w:p>
      <w:pPr>
        <w:spacing w:after="0"/>
      </w:pPr>
      <w:r>
        <w:rPr>
          <w:rFonts w:ascii="Arial" w:hAnsi="Arial"/>
          <w:b/>
          <w:sz w:val="22"/>
        </w:rPr>
        <w:t xml:space="preserve">Lucy  </w:t>
      </w:r>
      <w:r>
        <w:rPr>
          <w:rFonts w:ascii="Arial" w:hAnsi="Arial"/>
          <w:color w:val="5D7284"/>
          <w:sz w:val="22"/>
        </w:rPr>
        <w:t>01:08</w:t>
      </w:r>
    </w:p>
    <w:p>
      <w:pPr>
        <w:spacing w:after="0"/>
      </w:pPr>
      <w:r>
        <w:rPr>
          <w:rFonts w:ascii="Arial" w:hAnsi="Arial"/>
          <w:sz w:val="22"/>
        </w:rPr>
        <w:t>Yeah, (laughs) her mic might be muted halfway through like because the cat's stood on a button or something.</w:t>
      </w:r>
    </w:p>
    <w:p>
      <w:pPr>
        <w:spacing w:after="0"/>
      </w:pPr>
    </w:p>
    <w:p>
      <w:pPr>
        <w:spacing w:after="0"/>
      </w:pPr>
      <w:r>
        <w:rPr>
          <w:rFonts w:ascii="Arial" w:hAnsi="Arial"/>
          <w:b/>
          <w:sz w:val="22"/>
        </w:rPr>
        <w:t xml:space="preserve">Alice  </w:t>
      </w:r>
      <w:r>
        <w:rPr>
          <w:rFonts w:ascii="Arial" w:hAnsi="Arial"/>
          <w:color w:val="5D7284"/>
          <w:sz w:val="22"/>
        </w:rPr>
        <w:t>01:15</w:t>
      </w:r>
    </w:p>
    <w:p>
      <w:pPr>
        <w:spacing w:after="0"/>
      </w:pPr>
      <w:r>
        <w:rPr>
          <w:rFonts w:ascii="Arial" w:hAnsi="Arial"/>
          <w:sz w:val="22"/>
        </w:rPr>
        <w:t>But I'm more concerned that he's going to just decide to do he always does which is randomly knock shit off the shelf. (Lucy) Yes. My office is an absolutely hellhole at the moment anyway, so he can't really make it worse, but you can certainly make it noisy.</w:t>
      </w:r>
    </w:p>
    <w:p>
      <w:pPr>
        <w:spacing w:after="0"/>
      </w:pPr>
    </w:p>
    <w:p>
      <w:pPr>
        <w:spacing w:after="0"/>
      </w:pPr>
      <w:r>
        <w:rPr>
          <w:rFonts w:ascii="Arial" w:hAnsi="Arial"/>
          <w:b/>
          <w:sz w:val="22"/>
        </w:rPr>
        <w:t xml:space="preserve">Lucy  </w:t>
      </w:r>
      <w:r>
        <w:rPr>
          <w:rFonts w:ascii="Arial" w:hAnsi="Arial"/>
          <w:color w:val="5D7284"/>
          <w:sz w:val="22"/>
        </w:rPr>
        <w:t>01:31</w:t>
      </w:r>
    </w:p>
    <w:p>
      <w:pPr>
        <w:spacing w:after="0"/>
      </w:pPr>
      <w:r>
        <w:rPr>
          <w:rFonts w:ascii="Arial" w:hAnsi="Arial"/>
          <w:sz w:val="22"/>
        </w:rPr>
        <w:t>right? Okay. (Alice) It's</w:t>
      </w:r>
    </w:p>
    <w:p>
      <w:pPr>
        <w:spacing w:after="0"/>
      </w:pPr>
    </w:p>
    <w:p>
      <w:pPr>
        <w:spacing w:after="0"/>
      </w:pPr>
      <w:r>
        <w:rPr>
          <w:rFonts w:ascii="Arial" w:hAnsi="Arial"/>
          <w:b/>
          <w:sz w:val="22"/>
        </w:rPr>
        <w:t xml:space="preserve">Alice  </w:t>
      </w:r>
      <w:r>
        <w:rPr>
          <w:rFonts w:ascii="Arial" w:hAnsi="Arial"/>
          <w:color w:val="5D7284"/>
          <w:sz w:val="22"/>
        </w:rPr>
        <w:t>01:32</w:t>
      </w:r>
    </w:p>
    <w:p>
      <w:pPr>
        <w:spacing w:after="0"/>
      </w:pPr>
      <w:r>
        <w:rPr>
          <w:rFonts w:ascii="Arial" w:hAnsi="Arial"/>
          <w:sz w:val="22"/>
        </w:rPr>
        <w:t>fine. We'll deal with it.(Lucy) Yeah.</w:t>
      </w:r>
    </w:p>
    <w:p>
      <w:pPr>
        <w:spacing w:after="0"/>
      </w:pPr>
    </w:p>
    <w:p>
      <w:pPr>
        <w:spacing w:after="0"/>
      </w:pPr>
      <w:r>
        <w:rPr>
          <w:rFonts w:ascii="Arial" w:hAnsi="Arial"/>
          <w:b/>
          <w:sz w:val="22"/>
        </w:rPr>
        <w:t xml:space="preserve">Lucy  </w:t>
      </w:r>
      <w:r>
        <w:rPr>
          <w:rFonts w:ascii="Arial" w:hAnsi="Arial"/>
          <w:color w:val="5D7284"/>
          <w:sz w:val="22"/>
        </w:rPr>
        <w:t>01:35</w:t>
      </w:r>
    </w:p>
    <w:p>
      <w:pPr>
        <w:spacing w:after="0"/>
      </w:pPr>
      <w:r>
        <w:rPr>
          <w:rFonts w:ascii="Arial" w:hAnsi="Arial"/>
          <w:sz w:val="22"/>
        </w:rPr>
        <w:t>Daisy it is lovely to see you! (Alice laughs)</w:t>
      </w:r>
    </w:p>
    <w:p>
      <w:pPr>
        <w:spacing w:after="0"/>
      </w:pPr>
    </w:p>
    <w:p>
      <w:pPr>
        <w:spacing w:after="0"/>
      </w:pPr>
      <w:r>
        <w:rPr>
          <w:rFonts w:ascii="Arial" w:hAnsi="Arial"/>
          <w:b/>
          <w:sz w:val="22"/>
        </w:rPr>
        <w:t xml:space="preserve">Daisy  </w:t>
      </w:r>
      <w:r>
        <w:rPr>
          <w:rFonts w:ascii="Arial" w:hAnsi="Arial"/>
          <w:color w:val="5D7284"/>
          <w:sz w:val="22"/>
        </w:rPr>
        <w:t>01:38</w:t>
      </w:r>
    </w:p>
    <w:p>
      <w:pPr>
        <w:spacing w:after="0"/>
      </w:pPr>
      <w:r>
        <w:rPr>
          <w:rFonts w:ascii="Arial" w:hAnsi="Arial"/>
          <w:sz w:val="22"/>
        </w:rPr>
        <w:t>And you as always, (Lucy) yeah.</w:t>
      </w:r>
    </w:p>
    <w:p>
      <w:pPr>
        <w:spacing w:after="0"/>
      </w:pPr>
    </w:p>
    <w:p>
      <w:pPr>
        <w:spacing w:after="0"/>
      </w:pPr>
      <w:r>
        <w:rPr>
          <w:rFonts w:ascii="Arial" w:hAnsi="Arial"/>
          <w:b/>
          <w:sz w:val="22"/>
        </w:rPr>
        <w:t xml:space="preserve">Lucy  </w:t>
      </w:r>
      <w:r>
        <w:rPr>
          <w:rFonts w:ascii="Arial" w:hAnsi="Arial"/>
          <w:color w:val="5D7284"/>
          <w:sz w:val="22"/>
        </w:rPr>
        <w:t>01:40</w:t>
      </w:r>
    </w:p>
    <w:p>
      <w:pPr>
        <w:spacing w:after="0"/>
      </w:pPr>
      <w:r>
        <w:rPr>
          <w:rFonts w:ascii="Arial" w:hAnsi="Arial"/>
          <w:sz w:val="22"/>
        </w:rPr>
        <w:t>We haven't done a history lesson. Apart from the one we saw in Leicester, I think we only did two last year? two history lessons. The Live ep and then I can't remember who... (Alice) Audrey Lord. Audrey Lord that was it. We've only done two so I think it is my New Year's resolution to do more history lessons in 2023.</w:t>
      </w:r>
    </w:p>
    <w:p>
      <w:pPr>
        <w:spacing w:after="0"/>
      </w:pPr>
    </w:p>
    <w:p>
      <w:pPr>
        <w:spacing w:after="0"/>
      </w:pPr>
      <w:r>
        <w:rPr>
          <w:rFonts w:ascii="Arial" w:hAnsi="Arial"/>
          <w:b/>
          <w:sz w:val="22"/>
        </w:rPr>
        <w:t xml:space="preserve">Daisy  </w:t>
      </w:r>
      <w:r>
        <w:rPr>
          <w:rFonts w:ascii="Arial" w:hAnsi="Arial"/>
          <w:color w:val="5D7284"/>
          <w:sz w:val="22"/>
        </w:rPr>
        <w:t>02:01</w:t>
      </w:r>
    </w:p>
    <w:p>
      <w:pPr>
        <w:spacing w:after="0"/>
      </w:pPr>
      <w:r>
        <w:rPr>
          <w:rFonts w:ascii="Arial" w:hAnsi="Arial"/>
          <w:sz w:val="22"/>
        </w:rPr>
        <w:t>No wait, if you make a regular....(Alice) Make a schedule. Yeah, if you make a resolution to do more history lessons that's just given me more work. (laughs)</w:t>
      </w:r>
    </w:p>
    <w:p>
      <w:pPr>
        <w:spacing w:after="0"/>
      </w:pPr>
    </w:p>
    <w:p>
      <w:pPr>
        <w:spacing w:after="0"/>
      </w:pPr>
      <w:r>
        <w:rPr>
          <w:rFonts w:ascii="Arial" w:hAnsi="Arial"/>
          <w:b/>
          <w:sz w:val="22"/>
        </w:rPr>
        <w:t xml:space="preserve">Lucy  </w:t>
      </w:r>
      <w:r>
        <w:rPr>
          <w:rFonts w:ascii="Arial" w:hAnsi="Arial"/>
          <w:color w:val="5D7284"/>
          <w:sz w:val="22"/>
        </w:rPr>
        <w:t>02:08</w:t>
      </w:r>
    </w:p>
    <w:p>
      <w:pPr>
        <w:spacing w:after="0"/>
      </w:pPr>
      <w:r>
        <w:rPr>
          <w:rFonts w:ascii="Arial" w:hAnsi="Arial"/>
          <w:sz w:val="22"/>
        </w:rPr>
        <w:t>(laughs) Well it's just so I can see your nice face thats all. You know..</w:t>
      </w:r>
    </w:p>
    <w:p>
      <w:pPr>
        <w:spacing w:after="0"/>
      </w:pPr>
    </w:p>
    <w:p>
      <w:pPr>
        <w:spacing w:after="0"/>
      </w:pPr>
      <w:r>
        <w:rPr>
          <w:rFonts w:ascii="Arial" w:hAnsi="Arial"/>
          <w:b/>
          <w:sz w:val="22"/>
        </w:rPr>
        <w:t xml:space="preserve">Daisy  </w:t>
      </w:r>
      <w:r>
        <w:rPr>
          <w:rFonts w:ascii="Arial" w:hAnsi="Arial"/>
          <w:color w:val="5D7284"/>
          <w:sz w:val="22"/>
        </w:rPr>
        <w:t>02:14</w:t>
      </w:r>
    </w:p>
    <w:p>
      <w:pPr>
        <w:spacing w:after="0"/>
      </w:pPr>
      <w:r>
        <w:rPr>
          <w:rFonts w:ascii="Arial" w:hAnsi="Arial"/>
          <w:sz w:val="22"/>
        </w:rPr>
        <w:t>Is that how new years resolutions work? My new years resolution is to make someone else more work?</w:t>
      </w:r>
    </w:p>
    <w:p>
      <w:pPr>
        <w:spacing w:after="0"/>
      </w:pPr>
    </w:p>
    <w:p>
      <w:pPr>
        <w:spacing w:after="0"/>
      </w:pPr>
      <w:r>
        <w:rPr>
          <w:rFonts w:ascii="Arial" w:hAnsi="Arial"/>
          <w:b/>
          <w:sz w:val="22"/>
        </w:rPr>
        <w:t xml:space="preserve">Lucy  </w:t>
      </w:r>
      <w:r>
        <w:rPr>
          <w:rFonts w:ascii="Arial" w:hAnsi="Arial"/>
          <w:color w:val="5D7284"/>
          <w:sz w:val="22"/>
        </w:rPr>
        <w:t>02:18</w:t>
      </w:r>
    </w:p>
    <w:p>
      <w:pPr>
        <w:spacing w:after="0"/>
      </w:pPr>
      <w:r>
        <w:rPr>
          <w:rFonts w:ascii="Arial" w:hAnsi="Arial"/>
          <w:sz w:val="22"/>
        </w:rPr>
        <w:t>Well they do in my head, Okay. I don't know. (Lucy and Alice laugh) 2023 get to see more of me...(laughs) like hi!</w:t>
      </w:r>
    </w:p>
    <w:p>
      <w:pPr>
        <w:spacing w:after="0"/>
      </w:pPr>
    </w:p>
    <w:p>
      <w:pPr>
        <w:spacing w:after="0"/>
      </w:pPr>
      <w:r>
        <w:rPr>
          <w:rFonts w:ascii="Arial" w:hAnsi="Arial"/>
          <w:b/>
          <w:sz w:val="22"/>
        </w:rPr>
        <w:t xml:space="preserve">Daisy  </w:t>
      </w:r>
      <w:r>
        <w:rPr>
          <w:rFonts w:ascii="Arial" w:hAnsi="Arial"/>
          <w:color w:val="5D7284"/>
          <w:sz w:val="22"/>
        </w:rPr>
        <w:t>02:30</w:t>
      </w:r>
    </w:p>
    <w:p>
      <w:pPr>
        <w:spacing w:after="0"/>
      </w:pPr>
      <w:r>
        <w:rPr>
          <w:rFonts w:ascii="Arial" w:hAnsi="Arial"/>
          <w:sz w:val="22"/>
        </w:rPr>
        <w:t>You don't habe to be doing history for that. (Daisy and Lucy laugh)</w:t>
      </w:r>
    </w:p>
    <w:p>
      <w:pPr>
        <w:spacing w:after="0"/>
      </w:pPr>
    </w:p>
    <w:p>
      <w:pPr>
        <w:spacing w:after="0"/>
      </w:pPr>
      <w:r>
        <w:rPr>
          <w:rFonts w:ascii="Arial" w:hAnsi="Arial"/>
          <w:b/>
          <w:sz w:val="22"/>
        </w:rPr>
        <w:t xml:space="preserve">Lucy  </w:t>
      </w:r>
      <w:r>
        <w:rPr>
          <w:rFonts w:ascii="Arial" w:hAnsi="Arial"/>
          <w:color w:val="5D7284"/>
          <w:sz w:val="22"/>
        </w:rPr>
        <w:t>02:36</w:t>
      </w:r>
    </w:p>
    <w:p>
      <w:pPr>
        <w:spacing w:after="0"/>
      </w:pPr>
      <w:r>
        <w:rPr>
          <w:rFonts w:ascii="Arial" w:hAnsi="Arial"/>
          <w:sz w:val="22"/>
        </w:rPr>
        <w:t>I've had too many Quality Street (laughs). I don't know what I'm talking about.</w:t>
      </w:r>
    </w:p>
    <w:p>
      <w:pPr>
        <w:spacing w:after="0"/>
      </w:pPr>
    </w:p>
    <w:p>
      <w:pPr>
        <w:spacing w:after="0"/>
      </w:pPr>
      <w:r>
        <w:rPr>
          <w:rFonts w:ascii="Arial" w:hAnsi="Arial"/>
          <w:b/>
          <w:sz w:val="22"/>
        </w:rPr>
        <w:t xml:space="preserve">Alice  </w:t>
      </w:r>
      <w:r>
        <w:rPr>
          <w:rFonts w:ascii="Arial" w:hAnsi="Arial"/>
          <w:color w:val="5D7284"/>
          <w:sz w:val="22"/>
        </w:rPr>
        <w:t>02:41</w:t>
      </w:r>
    </w:p>
    <w:p>
      <w:pPr>
        <w:spacing w:after="0"/>
      </w:pPr>
      <w:r>
        <w:rPr>
          <w:rFonts w:ascii="Arial" w:hAnsi="Arial"/>
          <w:sz w:val="22"/>
        </w:rPr>
        <w:t>It's just a sugar high. (Lucy) Yeah. Six days.(lucy) Yeah.</w:t>
      </w:r>
    </w:p>
    <w:p>
      <w:pPr>
        <w:spacing w:after="0"/>
      </w:pPr>
    </w:p>
    <w:p>
      <w:pPr>
        <w:spacing w:after="0"/>
      </w:pPr>
      <w:r>
        <w:rPr>
          <w:rFonts w:ascii="Arial" w:hAnsi="Arial"/>
          <w:b/>
          <w:sz w:val="22"/>
        </w:rPr>
        <w:t xml:space="preserve">Lucy  </w:t>
      </w:r>
      <w:r>
        <w:rPr>
          <w:rFonts w:ascii="Arial" w:hAnsi="Arial"/>
          <w:color w:val="5D7284"/>
          <w:sz w:val="22"/>
        </w:rPr>
        <w:t>02:45</w:t>
      </w:r>
    </w:p>
    <w:p>
      <w:pPr>
        <w:spacing w:after="0"/>
      </w:pPr>
      <w:r>
        <w:rPr>
          <w:rFonts w:ascii="Arial" w:hAnsi="Arial"/>
          <w:sz w:val="22"/>
        </w:rPr>
        <w:t>I don't know what day it is. (Laughs) Anyway, um..</w:t>
      </w:r>
    </w:p>
    <w:p>
      <w:pPr>
        <w:spacing w:after="0"/>
      </w:pPr>
    </w:p>
    <w:p>
      <w:pPr>
        <w:spacing w:after="0"/>
      </w:pPr>
      <w:r>
        <w:rPr>
          <w:rFonts w:ascii="Arial" w:hAnsi="Arial"/>
          <w:b/>
          <w:sz w:val="22"/>
        </w:rPr>
        <w:t xml:space="preserve">Daisy  </w:t>
      </w:r>
      <w:r>
        <w:rPr>
          <w:rFonts w:ascii="Arial" w:hAnsi="Arial"/>
          <w:color w:val="5D7284"/>
          <w:sz w:val="22"/>
        </w:rPr>
        <w:t>02:49</w:t>
      </w:r>
    </w:p>
    <w:p>
      <w:pPr>
        <w:spacing w:after="0"/>
      </w:pPr>
      <w:r>
        <w:rPr>
          <w:rFonts w:ascii="Arial" w:hAnsi="Arial"/>
          <w:sz w:val="22"/>
        </w:rPr>
        <w:t>My bag of chocolate is too far away. (Lucy and Alice laugh)</w:t>
      </w:r>
    </w:p>
    <w:p>
      <w:pPr>
        <w:spacing w:after="0"/>
      </w:pPr>
    </w:p>
    <w:p>
      <w:pPr>
        <w:spacing w:after="0"/>
      </w:pPr>
      <w:r>
        <w:rPr>
          <w:rFonts w:ascii="Arial" w:hAnsi="Arial"/>
          <w:b/>
          <w:sz w:val="22"/>
        </w:rPr>
        <w:t xml:space="preserve">Lucy  </w:t>
      </w:r>
      <w:r>
        <w:rPr>
          <w:rFonts w:ascii="Arial" w:hAnsi="Arial"/>
          <w:color w:val="5D7284"/>
          <w:sz w:val="22"/>
        </w:rPr>
        <w:t>02:53</w:t>
      </w:r>
    </w:p>
    <w:p>
      <w:pPr>
        <w:spacing w:after="0"/>
      </w:pPr>
      <w:r>
        <w:rPr>
          <w:rFonts w:ascii="Arial" w:hAnsi="Arial"/>
          <w:sz w:val="22"/>
        </w:rPr>
        <w:t>Daisy, who are we talking about today?</w:t>
      </w:r>
    </w:p>
    <w:p>
      <w:pPr>
        <w:spacing w:after="0"/>
      </w:pPr>
    </w:p>
    <w:p>
      <w:pPr>
        <w:spacing w:after="0"/>
      </w:pPr>
      <w:r>
        <w:rPr>
          <w:rFonts w:ascii="Arial" w:hAnsi="Arial"/>
          <w:b/>
          <w:sz w:val="22"/>
        </w:rPr>
        <w:t xml:space="preserve">Daisy  </w:t>
      </w:r>
      <w:r>
        <w:rPr>
          <w:rFonts w:ascii="Arial" w:hAnsi="Arial"/>
          <w:color w:val="5D7284"/>
          <w:sz w:val="22"/>
        </w:rPr>
        <w:t>02:57</w:t>
      </w:r>
    </w:p>
    <w:p>
      <w:pPr>
        <w:spacing w:after="0"/>
      </w:pPr>
      <w:r>
        <w:rPr>
          <w:rFonts w:ascii="Arial" w:hAnsi="Arial"/>
          <w:sz w:val="22"/>
        </w:rPr>
        <w:t>We are going to discuss someone called Harriet Martineau. (Lucy) Right. (Alice) Okay. So she's come up quite a bit that, I was confused about whether we'd covered her before because...</w:t>
      </w:r>
    </w:p>
    <w:p>
      <w:pPr>
        <w:spacing w:after="0"/>
      </w:pPr>
    </w:p>
    <w:p>
      <w:pPr>
        <w:spacing w:after="0"/>
      </w:pPr>
      <w:r>
        <w:rPr>
          <w:rFonts w:ascii="Arial" w:hAnsi="Arial"/>
          <w:b/>
          <w:sz w:val="22"/>
        </w:rPr>
        <w:t xml:space="preserve">Alice  </w:t>
      </w:r>
      <w:r>
        <w:rPr>
          <w:rFonts w:ascii="Arial" w:hAnsi="Arial"/>
          <w:color w:val="5D7284"/>
          <w:sz w:val="22"/>
        </w:rPr>
        <w:t>03:08</w:t>
      </w:r>
    </w:p>
    <w:p>
      <w:pPr>
        <w:spacing w:after="0"/>
      </w:pPr>
      <w:r>
        <w:rPr>
          <w:rFonts w:ascii="Arial" w:hAnsi="Arial"/>
          <w:sz w:val="22"/>
        </w:rPr>
        <w:t xml:space="preserve"> I think we may have mentioned her in a previous episode. (Daisy) Yeah, there</w:t>
      </w:r>
    </w:p>
    <w:p>
      <w:pPr>
        <w:spacing w:after="0"/>
      </w:pPr>
    </w:p>
    <w:p>
      <w:pPr>
        <w:spacing w:after="0"/>
      </w:pPr>
      <w:r>
        <w:rPr>
          <w:rFonts w:ascii="Arial" w:hAnsi="Arial"/>
          <w:b/>
          <w:sz w:val="22"/>
        </w:rPr>
        <w:t xml:space="preserve">Daisy  </w:t>
      </w:r>
      <w:r>
        <w:rPr>
          <w:rFonts w:ascii="Arial" w:hAnsi="Arial"/>
          <w:color w:val="5D7284"/>
          <w:sz w:val="22"/>
        </w:rPr>
        <w:t>03:12</w:t>
      </w:r>
    </w:p>
    <w:p>
      <w:pPr>
        <w:spacing w:after="0"/>
      </w:pPr>
      <w:r>
        <w:rPr>
          <w:rFonts w:ascii="Arial" w:hAnsi="Arial"/>
          <w:sz w:val="22"/>
        </w:rPr>
        <w:t>We.... yeah, we definitely haven't covered her already.... don't don't panic about that. (laughs) is a chance of that. Basically I found loads of notes and things on my laptop and so I've been convinced that we haven't covered her.(Lucy) No we haven't. We may have potentially given a mention.</w:t>
      </w:r>
    </w:p>
    <w:p>
      <w:pPr>
        <w:spacing w:after="0"/>
      </w:pPr>
    </w:p>
    <w:p>
      <w:pPr>
        <w:spacing w:after="0"/>
      </w:pPr>
      <w:r>
        <w:rPr>
          <w:rFonts w:ascii="Arial" w:hAnsi="Arial"/>
          <w:b/>
          <w:sz w:val="22"/>
        </w:rPr>
        <w:t xml:space="preserve">Lucy  </w:t>
      </w:r>
      <w:r>
        <w:rPr>
          <w:rFonts w:ascii="Arial" w:hAnsi="Arial"/>
          <w:color w:val="5D7284"/>
          <w:sz w:val="22"/>
        </w:rPr>
        <w:t>03:31</w:t>
      </w:r>
    </w:p>
    <w:p>
      <w:pPr>
        <w:spacing w:after="0"/>
      </w:pPr>
      <w:r>
        <w:rPr>
          <w:rFonts w:ascii="Arial" w:hAnsi="Arial"/>
          <w:sz w:val="22"/>
        </w:rPr>
        <w:t>We probably like mentioned her and then Daisy's gone. "We'll talk about her in another episode." maybe that's I think what has happened?</w:t>
      </w:r>
    </w:p>
    <w:p>
      <w:pPr>
        <w:spacing w:after="0"/>
      </w:pPr>
    </w:p>
    <w:p>
      <w:pPr>
        <w:spacing w:after="0"/>
      </w:pPr>
      <w:r>
        <w:rPr>
          <w:rFonts w:ascii="Arial" w:hAnsi="Arial"/>
          <w:b/>
          <w:sz w:val="22"/>
        </w:rPr>
        <w:t xml:space="preserve">Daisy  </w:t>
      </w:r>
      <w:r>
        <w:rPr>
          <w:rFonts w:ascii="Arial" w:hAnsi="Arial"/>
          <w:color w:val="5D7284"/>
          <w:sz w:val="22"/>
        </w:rPr>
        <w:t>03:39</w:t>
      </w:r>
    </w:p>
    <w:p>
      <w:pPr>
        <w:spacing w:after="0"/>
      </w:pPr>
      <w:r>
        <w:rPr>
          <w:rFonts w:ascii="Arial" w:hAnsi="Arial"/>
          <w:sz w:val="22"/>
        </w:rPr>
        <w:t>Quite possibly because she has a connection to Bristol, which is..(Lucy) Yeah. Where I am and also it connection to mesmerism. (Alice) Yes. (Lucy) Ah yes. (Alice) Probably</w:t>
      </w:r>
    </w:p>
    <w:p>
      <w:pPr>
        <w:spacing w:after="0"/>
      </w:pPr>
    </w:p>
    <w:p>
      <w:pPr>
        <w:spacing w:after="0"/>
      </w:pPr>
      <w:r>
        <w:rPr>
          <w:rFonts w:ascii="Arial" w:hAnsi="Arial"/>
          <w:b/>
          <w:sz w:val="22"/>
        </w:rPr>
        <w:t xml:space="preserve">Alice  </w:t>
      </w:r>
      <w:r>
        <w:rPr>
          <w:rFonts w:ascii="Arial" w:hAnsi="Arial"/>
          <w:color w:val="5D7284"/>
          <w:sz w:val="22"/>
        </w:rPr>
        <w:t>03:53</w:t>
      </w:r>
    </w:p>
    <w:p>
      <w:pPr>
        <w:spacing w:after="0"/>
      </w:pPr>
      <w:r>
        <w:rPr>
          <w:rFonts w:ascii="Arial" w:hAnsi="Arial"/>
          <w:sz w:val="22"/>
        </w:rPr>
        <w:t>why we talked about it.</w:t>
      </w:r>
    </w:p>
    <w:p>
      <w:pPr>
        <w:spacing w:after="0"/>
      </w:pPr>
    </w:p>
    <w:p>
      <w:pPr>
        <w:spacing w:after="0"/>
      </w:pPr>
      <w:r>
        <w:rPr>
          <w:rFonts w:ascii="Arial" w:hAnsi="Arial"/>
          <w:b/>
          <w:sz w:val="22"/>
        </w:rPr>
        <w:t xml:space="preserve">Lucy  </w:t>
      </w:r>
      <w:r>
        <w:rPr>
          <w:rFonts w:ascii="Arial" w:hAnsi="Arial"/>
          <w:color w:val="5D7284"/>
          <w:sz w:val="22"/>
        </w:rPr>
        <w:t>03:55</w:t>
      </w:r>
    </w:p>
    <w:p>
      <w:pPr>
        <w:spacing w:after="0"/>
      </w:pPr>
      <w:r>
        <w:rPr>
          <w:rFonts w:ascii="Arial" w:hAnsi="Arial"/>
          <w:sz w:val="22"/>
        </w:rPr>
        <w:t>Yeah, remember the mesmerism episode? (Alice) Yeah, wasn't that</w:t>
      </w:r>
    </w:p>
    <w:p>
      <w:pPr>
        <w:spacing w:after="0"/>
      </w:pPr>
    </w:p>
    <w:p>
      <w:pPr>
        <w:spacing w:after="0"/>
      </w:pPr>
      <w:r>
        <w:rPr>
          <w:rFonts w:ascii="Arial" w:hAnsi="Arial"/>
          <w:b/>
          <w:sz w:val="22"/>
        </w:rPr>
        <w:t xml:space="preserve">Alice  </w:t>
      </w:r>
      <w:r>
        <w:rPr>
          <w:rFonts w:ascii="Arial" w:hAnsi="Arial"/>
          <w:color w:val="5D7284"/>
          <w:sz w:val="22"/>
        </w:rPr>
        <w:t>03:59</w:t>
      </w:r>
    </w:p>
    <w:p>
      <w:pPr>
        <w:spacing w:after="0"/>
      </w:pPr>
      <w:r>
        <w:rPr>
          <w:rFonts w:ascii="Arial" w:hAnsi="Arial"/>
          <w:sz w:val="22"/>
        </w:rPr>
        <w:t>this year? Actually. (Lucy) Last year? on parody..(Lucy) last year. Yes, sorry last year. (Lucy laughs) But that was 2022 so that was that's four. (Lucy) Was another</w:t>
      </w:r>
    </w:p>
    <w:p>
      <w:pPr>
        <w:spacing w:after="0"/>
      </w:pPr>
    </w:p>
    <w:p>
      <w:pPr>
        <w:spacing w:after="0"/>
      </w:pPr>
      <w:r>
        <w:rPr>
          <w:rFonts w:ascii="Arial" w:hAnsi="Arial"/>
          <w:b/>
          <w:sz w:val="22"/>
        </w:rPr>
        <w:t xml:space="preserve">Lucy  </w:t>
      </w:r>
      <w:r>
        <w:rPr>
          <w:rFonts w:ascii="Arial" w:hAnsi="Arial"/>
          <w:color w:val="5D7284"/>
          <w:sz w:val="22"/>
        </w:rPr>
        <w:t>04:11</w:t>
      </w:r>
    </w:p>
    <w:p>
      <w:pPr>
        <w:spacing w:after="0"/>
      </w:pPr>
      <w:r>
        <w:rPr>
          <w:rFonts w:ascii="Arial" w:hAnsi="Arial"/>
          <w:sz w:val="22"/>
        </w:rPr>
        <w:t>one where he was like "come and lay with me in this bath of magnets."</w:t>
      </w:r>
    </w:p>
    <w:p>
      <w:pPr>
        <w:spacing w:after="0"/>
      </w:pPr>
    </w:p>
    <w:p>
      <w:pPr>
        <w:spacing w:after="0"/>
      </w:pPr>
      <w:r>
        <w:rPr>
          <w:rFonts w:ascii="Arial" w:hAnsi="Arial"/>
          <w:b/>
          <w:sz w:val="22"/>
        </w:rPr>
        <w:t xml:space="preserve">Daisy  </w:t>
      </w:r>
      <w:r>
        <w:rPr>
          <w:rFonts w:ascii="Arial" w:hAnsi="Arial"/>
          <w:color w:val="5D7284"/>
          <w:sz w:val="22"/>
        </w:rPr>
        <w:t>04:15</w:t>
      </w:r>
    </w:p>
    <w:p>
      <w:pPr>
        <w:spacing w:after="0"/>
      </w:pPr>
      <w:r>
        <w:rPr>
          <w:rFonts w:ascii="Arial" w:hAnsi="Arial"/>
          <w:sz w:val="22"/>
        </w:rPr>
        <w:t>(Alice) Yes, (Lucy)yeah. Yeah, that covers it essentially.</w:t>
      </w:r>
    </w:p>
    <w:p>
      <w:pPr>
        <w:spacing w:after="0"/>
      </w:pPr>
    </w:p>
    <w:p>
      <w:pPr>
        <w:spacing w:after="0"/>
      </w:pPr>
      <w:r>
        <w:rPr>
          <w:rFonts w:ascii="Arial" w:hAnsi="Arial"/>
          <w:b/>
          <w:sz w:val="22"/>
        </w:rPr>
        <w:t xml:space="preserve">Lucy  </w:t>
      </w:r>
      <w:r>
        <w:rPr>
          <w:rFonts w:ascii="Arial" w:hAnsi="Arial"/>
          <w:color w:val="5D7284"/>
          <w:sz w:val="22"/>
        </w:rPr>
        <w:t>04:20</w:t>
      </w:r>
    </w:p>
    <w:p>
      <w:pPr>
        <w:spacing w:after="0"/>
      </w:pPr>
      <w:r>
        <w:rPr>
          <w:rFonts w:ascii="Arial" w:hAnsi="Arial"/>
          <w:sz w:val="22"/>
        </w:rPr>
        <w:t>(laughs) See I do listen.</w:t>
      </w:r>
    </w:p>
    <w:p>
      <w:pPr>
        <w:spacing w:after="0"/>
      </w:pPr>
    </w:p>
    <w:p>
      <w:pPr>
        <w:spacing w:after="0"/>
      </w:pPr>
      <w:r>
        <w:rPr>
          <w:rFonts w:ascii="Arial" w:hAnsi="Arial"/>
          <w:b/>
          <w:sz w:val="22"/>
        </w:rPr>
        <w:t xml:space="preserve">Daisy  </w:t>
      </w:r>
      <w:r>
        <w:rPr>
          <w:rFonts w:ascii="Arial" w:hAnsi="Arial"/>
          <w:color w:val="5D7284"/>
          <w:sz w:val="22"/>
        </w:rPr>
        <w:t>04:25</w:t>
      </w:r>
    </w:p>
    <w:p>
      <w:pPr>
        <w:spacing w:after="0"/>
      </w:pPr>
      <w:r>
        <w:rPr>
          <w:rFonts w:ascii="Arial" w:hAnsi="Arial"/>
          <w:sz w:val="22"/>
        </w:rPr>
        <w:t>Yeah like I'm gonna stick a metal rod in a bath and now you're cured.</w:t>
      </w:r>
    </w:p>
    <w:p>
      <w:pPr>
        <w:spacing w:after="0"/>
      </w:pPr>
    </w:p>
    <w:p>
      <w:pPr>
        <w:spacing w:after="0"/>
      </w:pPr>
      <w:r>
        <w:rPr>
          <w:rFonts w:ascii="Arial" w:hAnsi="Arial"/>
          <w:b/>
          <w:sz w:val="22"/>
        </w:rPr>
        <w:t xml:space="preserve">Lucy  </w:t>
      </w:r>
      <w:r>
        <w:rPr>
          <w:rFonts w:ascii="Arial" w:hAnsi="Arial"/>
          <w:color w:val="5D7284"/>
          <w:sz w:val="22"/>
        </w:rPr>
        <w:t>04:29</w:t>
      </w:r>
    </w:p>
    <w:p>
      <w:pPr>
        <w:spacing w:after="0"/>
      </w:pPr>
      <w:r>
        <w:rPr>
          <w:rFonts w:ascii="Arial" w:hAnsi="Arial"/>
          <w:sz w:val="22"/>
        </w:rPr>
        <w:t>Yeah come lay with me in this nice warm bath with a... watch that rod. (laughs) (Alice laughs) Yeah.(Laughs) Oh! I have just realised how that sounds!  Oh that's a good start. (Alice) Okay</w:t>
      </w:r>
    </w:p>
    <w:p>
      <w:pPr>
        <w:spacing w:after="0"/>
      </w:pPr>
    </w:p>
    <w:p>
      <w:pPr>
        <w:spacing w:after="0"/>
      </w:pPr>
      <w:r>
        <w:rPr>
          <w:rFonts w:ascii="Arial" w:hAnsi="Arial"/>
          <w:b/>
          <w:sz w:val="22"/>
        </w:rPr>
        <w:t xml:space="preserve">Alice  </w:t>
      </w:r>
      <w:r>
        <w:rPr>
          <w:rFonts w:ascii="Arial" w:hAnsi="Arial"/>
          <w:color w:val="5D7284"/>
          <w:sz w:val="22"/>
        </w:rPr>
        <w:t>04:47</w:t>
      </w:r>
    </w:p>
    <w:p>
      <w:pPr>
        <w:spacing w:after="0"/>
      </w:pPr>
      <w:r>
        <w:rPr>
          <w:rFonts w:ascii="Arial" w:hAnsi="Arial"/>
          <w:sz w:val="22"/>
        </w:rPr>
        <w:t>So Harriet Martineau</w:t>
      </w:r>
    </w:p>
    <w:p>
      <w:pPr>
        <w:spacing w:after="0"/>
      </w:pPr>
    </w:p>
    <w:p>
      <w:pPr>
        <w:spacing w:after="0"/>
      </w:pPr>
      <w:r>
        <w:rPr>
          <w:rFonts w:ascii="Arial" w:hAnsi="Arial"/>
          <w:b/>
          <w:sz w:val="22"/>
        </w:rPr>
        <w:t xml:space="preserve">Daisy  </w:t>
      </w:r>
      <w:r>
        <w:rPr>
          <w:rFonts w:ascii="Arial" w:hAnsi="Arial"/>
          <w:color w:val="5D7284"/>
          <w:sz w:val="22"/>
        </w:rPr>
        <w:t>04:50</w:t>
      </w:r>
    </w:p>
    <w:p>
      <w:pPr>
        <w:spacing w:after="0"/>
      </w:pPr>
      <w:r>
        <w:rPr>
          <w:rFonts w:ascii="Arial" w:hAnsi="Arial"/>
          <w:sz w:val="22"/>
        </w:rPr>
        <w:t>Yeah, so she is seen as the first female sociologist. (Lucy) Oh, okay. And also one of very few women around this time, so this was kind of early 19th century, early to mid, I guess, because of how human lives work. (Lucy) Yeah.</w:t>
      </w:r>
    </w:p>
    <w:p>
      <w:pPr>
        <w:spacing w:after="0"/>
      </w:pPr>
    </w:p>
    <w:p>
      <w:pPr>
        <w:spacing w:after="0"/>
      </w:pPr>
      <w:r>
        <w:rPr>
          <w:rFonts w:ascii="Arial" w:hAnsi="Arial"/>
          <w:b/>
          <w:sz w:val="22"/>
        </w:rPr>
        <w:t xml:space="preserve">Alice  </w:t>
      </w:r>
      <w:r>
        <w:rPr>
          <w:rFonts w:ascii="Arial" w:hAnsi="Arial"/>
          <w:color w:val="5D7284"/>
          <w:sz w:val="22"/>
        </w:rPr>
        <w:t>05:12</w:t>
      </w:r>
    </w:p>
    <w:p>
      <w:pPr>
        <w:spacing w:after="0"/>
      </w:pPr>
      <w:r>
        <w:rPr>
          <w:rFonts w:ascii="Arial" w:hAnsi="Arial"/>
          <w:sz w:val="22"/>
        </w:rPr>
        <w:t>Fortunately, she didn't only live for about six years.</w:t>
      </w:r>
    </w:p>
    <w:p>
      <w:pPr>
        <w:spacing w:after="0"/>
      </w:pPr>
    </w:p>
    <w:p>
      <w:pPr>
        <w:spacing w:after="0"/>
      </w:pPr>
      <w:r>
        <w:rPr>
          <w:rFonts w:ascii="Arial" w:hAnsi="Arial"/>
          <w:b/>
          <w:sz w:val="22"/>
        </w:rPr>
        <w:t xml:space="preserve">Daisy  </w:t>
      </w:r>
      <w:r>
        <w:rPr>
          <w:rFonts w:ascii="Arial" w:hAnsi="Arial"/>
          <w:color w:val="5D7284"/>
          <w:sz w:val="22"/>
        </w:rPr>
        <w:t>05:15</w:t>
      </w:r>
    </w:p>
    <w:p>
      <w:pPr>
        <w:spacing w:after="0"/>
      </w:pPr>
      <w:r>
        <w:rPr>
          <w:rFonts w:ascii="Arial" w:hAnsi="Arial"/>
          <w:sz w:val="22"/>
        </w:rPr>
        <w:t>Yeah. Yeah. So she was one of very few women who was able to actually, you know, make a living with her writing. She was incredibly popular in her time. And even the then Princess Victoria was a big fan of hers. To the point where Harriet actually attended her coronation. (Lucy) Oh. Apparently, it was really long.</w:t>
      </w:r>
    </w:p>
    <w:p>
      <w:pPr>
        <w:spacing w:after="0"/>
      </w:pPr>
    </w:p>
    <w:p>
      <w:pPr>
        <w:spacing w:after="0"/>
      </w:pPr>
      <w:r>
        <w:rPr>
          <w:rFonts w:ascii="Arial" w:hAnsi="Arial"/>
          <w:b/>
          <w:sz w:val="22"/>
        </w:rPr>
        <w:t xml:space="preserve">Lucy  </w:t>
      </w:r>
      <w:r>
        <w:rPr>
          <w:rFonts w:ascii="Arial" w:hAnsi="Arial"/>
          <w:color w:val="5D7284"/>
          <w:sz w:val="22"/>
        </w:rPr>
        <w:t>05:38</w:t>
      </w:r>
    </w:p>
    <w:p>
      <w:pPr>
        <w:spacing w:after="0"/>
      </w:pPr>
      <w:r>
        <w:rPr>
          <w:rFonts w:ascii="Arial" w:hAnsi="Arial"/>
          <w:sz w:val="22"/>
        </w:rPr>
        <w:t>Well Yeah. (Alice) Yeah. I can imagine that. Is that standard thing that coranations are real, I noticed is going off topic. Well, you know, very on brand for us. is it a standard thing?</w:t>
      </w:r>
    </w:p>
    <w:p>
      <w:pPr>
        <w:spacing w:after="0"/>
      </w:pPr>
    </w:p>
    <w:p>
      <w:pPr>
        <w:spacing w:after="0"/>
      </w:pPr>
      <w:r>
        <w:rPr>
          <w:rFonts w:ascii="Arial" w:hAnsi="Arial"/>
          <w:b/>
          <w:sz w:val="22"/>
        </w:rPr>
        <w:t xml:space="preserve">Alice  </w:t>
      </w:r>
      <w:r>
        <w:rPr>
          <w:rFonts w:ascii="Arial" w:hAnsi="Arial"/>
          <w:color w:val="5D7284"/>
          <w:sz w:val="22"/>
        </w:rPr>
        <w:t>05:49</w:t>
      </w:r>
    </w:p>
    <w:p>
      <w:pPr>
        <w:spacing w:after="0"/>
      </w:pPr>
      <w:r>
        <w:rPr>
          <w:rFonts w:ascii="Arial" w:hAnsi="Arial"/>
          <w:sz w:val="22"/>
        </w:rPr>
        <w:t xml:space="preserve"> I know there is a lot of God to talk about and a lot of Septor waving and stuff</w:t>
      </w:r>
    </w:p>
    <w:p>
      <w:pPr>
        <w:spacing w:after="0"/>
      </w:pPr>
    </w:p>
    <w:p>
      <w:pPr>
        <w:spacing w:after="0"/>
      </w:pPr>
      <w:r>
        <w:rPr>
          <w:rFonts w:ascii="Arial" w:hAnsi="Arial"/>
          <w:b/>
          <w:sz w:val="22"/>
        </w:rPr>
        <w:t xml:space="preserve">Lucy  </w:t>
      </w:r>
      <w:r>
        <w:rPr>
          <w:rFonts w:ascii="Arial" w:hAnsi="Arial"/>
          <w:color w:val="5D7284"/>
          <w:sz w:val="22"/>
        </w:rPr>
        <w:t>05:53</w:t>
      </w:r>
    </w:p>
    <w:p>
      <w:pPr>
        <w:spacing w:after="0"/>
      </w:pPr>
      <w:r>
        <w:rPr>
          <w:rFonts w:ascii="Arial" w:hAnsi="Arial"/>
          <w:sz w:val="22"/>
        </w:rPr>
        <w:t xml:space="preserve"> Yeah. This is yours. Now. be careful with it. (Alice) Yeah.</w:t>
      </w:r>
    </w:p>
    <w:p>
      <w:pPr>
        <w:spacing w:after="0"/>
      </w:pPr>
    </w:p>
    <w:p>
      <w:pPr>
        <w:spacing w:after="0"/>
      </w:pPr>
      <w:r>
        <w:rPr>
          <w:rFonts w:ascii="Arial" w:hAnsi="Arial"/>
          <w:b/>
          <w:sz w:val="22"/>
        </w:rPr>
        <w:t xml:space="preserve">Daisy  </w:t>
      </w:r>
      <w:r>
        <w:rPr>
          <w:rFonts w:ascii="Arial" w:hAnsi="Arial"/>
          <w:color w:val="5D7284"/>
          <w:sz w:val="22"/>
        </w:rPr>
        <w:t>05:56</w:t>
      </w:r>
    </w:p>
    <w:p>
      <w:pPr>
        <w:spacing w:after="0"/>
      </w:pPr>
      <w:r>
        <w:rPr>
          <w:rFonts w:ascii="Arial" w:hAnsi="Arial"/>
          <w:sz w:val="22"/>
        </w:rPr>
        <w:t>Yeah. (Lucy) Are they..</w:t>
      </w:r>
    </w:p>
    <w:p>
      <w:pPr>
        <w:spacing w:after="0"/>
      </w:pPr>
    </w:p>
    <w:p>
      <w:pPr>
        <w:spacing w:after="0"/>
      </w:pPr>
      <w:r>
        <w:rPr>
          <w:rFonts w:ascii="Arial" w:hAnsi="Arial"/>
          <w:b/>
          <w:sz w:val="22"/>
        </w:rPr>
        <w:t xml:space="preserve">Lucy  </w:t>
      </w:r>
      <w:r>
        <w:rPr>
          <w:rFonts w:ascii="Arial" w:hAnsi="Arial"/>
          <w:color w:val="5D7284"/>
          <w:sz w:val="22"/>
        </w:rPr>
        <w:t>05:58</w:t>
      </w:r>
    </w:p>
    <w:p>
      <w:pPr>
        <w:spacing w:after="0"/>
      </w:pPr>
      <w:r>
        <w:rPr>
          <w:rFonts w:ascii="Arial" w:hAnsi="Arial"/>
          <w:sz w:val="22"/>
        </w:rPr>
        <w:t>Historically like a long thing?</w:t>
      </w:r>
    </w:p>
    <w:p>
      <w:pPr>
        <w:spacing w:after="0"/>
      </w:pPr>
    </w:p>
    <w:p>
      <w:pPr>
        <w:spacing w:after="0"/>
      </w:pPr>
      <w:r>
        <w:rPr>
          <w:rFonts w:ascii="Arial" w:hAnsi="Arial"/>
          <w:b/>
          <w:sz w:val="22"/>
        </w:rPr>
        <w:t xml:space="preserve">Daisy  </w:t>
      </w:r>
      <w:r>
        <w:rPr>
          <w:rFonts w:ascii="Arial" w:hAnsi="Arial"/>
          <w:color w:val="5D7284"/>
          <w:sz w:val="22"/>
        </w:rPr>
        <w:t>06:01</w:t>
      </w:r>
    </w:p>
    <w:p>
      <w:pPr>
        <w:spacing w:after="0"/>
      </w:pPr>
      <w:r>
        <w:rPr>
          <w:rFonts w:ascii="Arial" w:hAnsi="Arial"/>
          <w:sz w:val="22"/>
        </w:rPr>
        <w:t>Oh, yeah. She took a sandwich.</w:t>
      </w:r>
    </w:p>
    <w:p>
      <w:pPr>
        <w:spacing w:after="0"/>
      </w:pPr>
    </w:p>
    <w:p>
      <w:pPr>
        <w:spacing w:after="0"/>
      </w:pPr>
      <w:r>
        <w:rPr>
          <w:rFonts w:ascii="Arial" w:hAnsi="Arial"/>
          <w:b/>
          <w:sz w:val="22"/>
        </w:rPr>
        <w:t xml:space="preserve">Lucy  </w:t>
      </w:r>
      <w:r>
        <w:rPr>
          <w:rFonts w:ascii="Arial" w:hAnsi="Arial"/>
          <w:color w:val="5D7284"/>
          <w:sz w:val="22"/>
        </w:rPr>
        <w:t>06:03</w:t>
      </w:r>
    </w:p>
    <w:p>
      <w:pPr>
        <w:spacing w:after="0"/>
      </w:pPr>
      <w:r>
        <w:rPr>
          <w:rFonts w:ascii="Arial" w:hAnsi="Arial"/>
          <w:sz w:val="22"/>
        </w:rPr>
        <w:t>(Laughs) Okay. I think that's why they started measuring units of time. Do I need to take a snack?</w:t>
      </w:r>
    </w:p>
    <w:p>
      <w:pPr>
        <w:spacing w:after="0"/>
      </w:pPr>
    </w:p>
    <w:p>
      <w:pPr>
        <w:spacing w:after="0"/>
      </w:pPr>
      <w:r>
        <w:rPr>
          <w:rFonts w:ascii="Arial" w:hAnsi="Arial"/>
          <w:b/>
          <w:sz w:val="22"/>
        </w:rPr>
        <w:t xml:space="preserve">Daisy  </w:t>
      </w:r>
      <w:r>
        <w:rPr>
          <w:rFonts w:ascii="Arial" w:hAnsi="Arial"/>
          <w:color w:val="5D7284"/>
          <w:sz w:val="22"/>
        </w:rPr>
        <w:t>06:15</w:t>
      </w:r>
    </w:p>
    <w:p>
      <w:pPr>
        <w:spacing w:after="0"/>
      </w:pPr>
      <w:r>
        <w:rPr>
          <w:rFonts w:ascii="Arial" w:hAnsi="Arial"/>
          <w:sz w:val="22"/>
        </w:rPr>
        <w:t>In fact, I think she took a sandwich and a book.(Lucy) Right.</w:t>
      </w:r>
    </w:p>
    <w:p>
      <w:pPr>
        <w:spacing w:after="0"/>
      </w:pPr>
    </w:p>
    <w:p>
      <w:pPr>
        <w:spacing w:after="0"/>
      </w:pPr>
      <w:r>
        <w:rPr>
          <w:rFonts w:ascii="Arial" w:hAnsi="Arial"/>
          <w:b/>
          <w:sz w:val="22"/>
        </w:rPr>
        <w:t xml:space="preserve">Lucy  </w:t>
      </w:r>
      <w:r>
        <w:rPr>
          <w:rFonts w:ascii="Arial" w:hAnsi="Arial"/>
          <w:color w:val="5D7284"/>
          <w:sz w:val="22"/>
        </w:rPr>
        <w:t>06:21</w:t>
      </w:r>
    </w:p>
    <w:p>
      <w:pPr>
        <w:spacing w:after="0"/>
      </w:pPr>
      <w:r>
        <w:rPr>
          <w:rFonts w:ascii="Arial" w:hAnsi="Arial"/>
          <w:sz w:val="22"/>
        </w:rPr>
        <w:t>are you actually joking, or did she actually?..(Daisy) No, no, no,</w:t>
      </w:r>
    </w:p>
    <w:p>
      <w:pPr>
        <w:spacing w:after="0"/>
      </w:pPr>
    </w:p>
    <w:p>
      <w:pPr>
        <w:spacing w:after="0"/>
      </w:pPr>
      <w:r>
        <w:rPr>
          <w:rFonts w:ascii="Arial" w:hAnsi="Arial"/>
          <w:b/>
          <w:sz w:val="22"/>
        </w:rPr>
        <w:t xml:space="preserve">Daisy  </w:t>
      </w:r>
      <w:r>
        <w:rPr>
          <w:rFonts w:ascii="Arial" w:hAnsi="Arial"/>
          <w:color w:val="5D7284"/>
          <w:sz w:val="22"/>
        </w:rPr>
        <w:t>06:24</w:t>
      </w:r>
    </w:p>
    <w:p>
      <w:pPr>
        <w:spacing w:after="0"/>
      </w:pPr>
      <w:r>
        <w:rPr>
          <w:rFonts w:ascii="Arial" w:hAnsi="Arial"/>
          <w:sz w:val="22"/>
        </w:rPr>
        <w:t>she had to lean on a pillar with her book and sandwich until she felt refreshed I think she called it. (lucy laughs)</w:t>
      </w:r>
    </w:p>
    <w:p>
      <w:pPr>
        <w:spacing w:after="0"/>
      </w:pPr>
    </w:p>
    <w:p>
      <w:pPr>
        <w:spacing w:after="0"/>
      </w:pPr>
      <w:r>
        <w:rPr>
          <w:rFonts w:ascii="Arial" w:hAnsi="Arial"/>
          <w:b/>
          <w:sz w:val="22"/>
        </w:rPr>
        <w:t xml:space="preserve">Lucy  </w:t>
      </w:r>
      <w:r>
        <w:rPr>
          <w:rFonts w:ascii="Arial" w:hAnsi="Arial"/>
          <w:color w:val="5D7284"/>
          <w:sz w:val="22"/>
        </w:rPr>
        <w:t>06:30</w:t>
      </w:r>
    </w:p>
    <w:p>
      <w:pPr>
        <w:spacing w:after="0"/>
      </w:pPr>
      <w:r>
        <w:rPr>
          <w:rFonts w:ascii="Arial" w:hAnsi="Arial"/>
          <w:sz w:val="22"/>
        </w:rPr>
        <w:t xml:space="preserve">Okay right. Wow. </w:t>
      </w:r>
    </w:p>
    <w:p>
      <w:pPr>
        <w:spacing w:after="0"/>
      </w:pPr>
    </w:p>
    <w:p>
      <w:pPr>
        <w:spacing w:after="0"/>
      </w:pPr>
      <w:r>
        <w:rPr>
          <w:rFonts w:ascii="Arial" w:hAnsi="Arial"/>
          <w:b/>
          <w:sz w:val="22"/>
        </w:rPr>
        <w:t xml:space="preserve">Daisy  </w:t>
      </w:r>
      <w:r>
        <w:rPr>
          <w:rFonts w:ascii="Arial" w:hAnsi="Arial"/>
          <w:color w:val="5D7284"/>
          <w:sz w:val="22"/>
        </w:rPr>
        <w:t>06:32</w:t>
      </w:r>
    </w:p>
    <w:p>
      <w:pPr>
        <w:spacing w:after="0"/>
      </w:pPr>
      <w:r>
        <w:rPr>
          <w:rFonts w:ascii="Arial" w:hAnsi="Arial"/>
          <w:sz w:val="22"/>
        </w:rPr>
        <w:t>I guess, the only thing I really know about coronations is that they sing that ze doc the priests, song.</w:t>
      </w:r>
    </w:p>
    <w:p>
      <w:pPr>
        <w:spacing w:after="0"/>
      </w:pPr>
    </w:p>
    <w:p>
      <w:pPr>
        <w:spacing w:after="0"/>
      </w:pPr>
      <w:r>
        <w:rPr>
          <w:rFonts w:ascii="Arial" w:hAnsi="Arial"/>
          <w:b/>
          <w:sz w:val="22"/>
        </w:rPr>
        <w:t xml:space="preserve">Lucy  </w:t>
      </w:r>
      <w:r>
        <w:rPr>
          <w:rFonts w:ascii="Arial" w:hAnsi="Arial"/>
          <w:color w:val="5D7284"/>
          <w:sz w:val="22"/>
        </w:rPr>
        <w:t>06:39</w:t>
      </w:r>
    </w:p>
    <w:p>
      <w:pPr>
        <w:spacing w:after="0"/>
      </w:pPr>
      <w:r>
        <w:rPr>
          <w:rFonts w:ascii="Arial" w:hAnsi="Arial"/>
          <w:sz w:val="22"/>
        </w:rPr>
        <w:t>I've never heard that song. We will probably hear it. (Daisy) Oh, you</w:t>
      </w:r>
    </w:p>
    <w:p>
      <w:pPr>
        <w:spacing w:after="0"/>
      </w:pPr>
    </w:p>
    <w:p>
      <w:pPr>
        <w:spacing w:after="0"/>
      </w:pPr>
      <w:r>
        <w:rPr>
          <w:rFonts w:ascii="Arial" w:hAnsi="Arial"/>
          <w:b/>
          <w:sz w:val="22"/>
        </w:rPr>
        <w:t xml:space="preserve">Daisy  </w:t>
      </w:r>
      <w:r>
        <w:rPr>
          <w:rFonts w:ascii="Arial" w:hAnsi="Arial"/>
          <w:color w:val="5D7284"/>
          <w:sz w:val="22"/>
        </w:rPr>
        <w:t>06:42</w:t>
      </w:r>
    </w:p>
    <w:p>
      <w:pPr>
        <w:spacing w:after="0"/>
      </w:pPr>
      <w:r>
        <w:rPr>
          <w:rFonts w:ascii="Arial" w:hAnsi="Arial"/>
          <w:sz w:val="22"/>
        </w:rPr>
        <w:t>know. You will have done just not..(Lucy) Will I? Have known what it sounds like. (Lucy) Yeah. It's probably...(Alice) Do you</w:t>
      </w:r>
    </w:p>
    <w:p>
      <w:pPr>
        <w:spacing w:after="0"/>
      </w:pPr>
    </w:p>
    <w:p>
      <w:pPr>
        <w:spacing w:after="0"/>
      </w:pPr>
      <w:r>
        <w:rPr>
          <w:rFonts w:ascii="Arial" w:hAnsi="Arial"/>
          <w:b/>
          <w:sz w:val="22"/>
        </w:rPr>
        <w:t xml:space="preserve">Alice  </w:t>
      </w:r>
      <w:r>
        <w:rPr>
          <w:rFonts w:ascii="Arial" w:hAnsi="Arial"/>
          <w:color w:val="5D7284"/>
          <w:sz w:val="22"/>
        </w:rPr>
        <w:t>06:47</w:t>
      </w:r>
    </w:p>
    <w:p>
      <w:pPr>
        <w:spacing w:after="0"/>
      </w:pPr>
      <w:r>
        <w:rPr>
          <w:rFonts w:ascii="Arial" w:hAnsi="Arial"/>
          <w:sz w:val="22"/>
        </w:rPr>
        <w:t>want to give us a few bars? (Lucy laughs) (Daisy starts to sing) Oh that one!</w:t>
      </w:r>
    </w:p>
    <w:p>
      <w:pPr>
        <w:spacing w:after="0"/>
      </w:pPr>
    </w:p>
    <w:p>
      <w:pPr>
        <w:spacing w:after="0"/>
      </w:pPr>
      <w:r>
        <w:rPr>
          <w:rFonts w:ascii="Arial" w:hAnsi="Arial"/>
          <w:b/>
          <w:sz w:val="22"/>
        </w:rPr>
        <w:t xml:space="preserve">Lucy  </w:t>
      </w:r>
      <w:r>
        <w:rPr>
          <w:rFonts w:ascii="Arial" w:hAnsi="Arial"/>
          <w:color w:val="5D7284"/>
          <w:sz w:val="22"/>
        </w:rPr>
        <w:t>06:56</w:t>
      </w:r>
    </w:p>
    <w:p>
      <w:pPr>
        <w:spacing w:after="0"/>
      </w:pPr>
      <w:r>
        <w:rPr>
          <w:rFonts w:ascii="Arial" w:hAnsi="Arial"/>
          <w:sz w:val="22"/>
        </w:rPr>
        <w:t>Oh, that one, yeah.(Alice laughs) That big hit. (Daisy) Yeah. Yeah. She was basically mates with Queen Victoria.</w:t>
      </w:r>
    </w:p>
    <w:p>
      <w:pPr>
        <w:spacing w:after="0"/>
      </w:pPr>
    </w:p>
    <w:p>
      <w:pPr>
        <w:spacing w:after="0"/>
      </w:pPr>
      <w:r>
        <w:rPr>
          <w:rFonts w:ascii="Arial" w:hAnsi="Arial"/>
          <w:b/>
          <w:sz w:val="22"/>
        </w:rPr>
        <w:t xml:space="preserve">Alice  </w:t>
      </w:r>
      <w:r>
        <w:rPr>
          <w:rFonts w:ascii="Arial" w:hAnsi="Arial"/>
          <w:color w:val="5D7284"/>
          <w:sz w:val="22"/>
        </w:rPr>
        <w:t>07:07</w:t>
      </w:r>
    </w:p>
    <w:p>
      <w:pPr>
        <w:spacing w:after="0"/>
      </w:pPr>
      <w:r>
        <w:rPr>
          <w:rFonts w:ascii="Arial" w:hAnsi="Arial"/>
          <w:sz w:val="22"/>
        </w:rPr>
        <w:t>I mean, it doesn't sound like she was like, BFFs because she had to bring her own sandwich. (Lucy) Yeah.. Like, like the queen...(Lucy) She's not invited to the buffet after is she really. (Alice) Yeah.</w:t>
      </w:r>
    </w:p>
    <w:p>
      <w:pPr>
        <w:spacing w:after="0"/>
      </w:pPr>
    </w:p>
    <w:p>
      <w:pPr>
        <w:spacing w:after="0"/>
      </w:pPr>
      <w:r>
        <w:rPr>
          <w:rFonts w:ascii="Arial" w:hAnsi="Arial"/>
          <w:b/>
          <w:sz w:val="22"/>
        </w:rPr>
        <w:t xml:space="preserve">Daisy  </w:t>
      </w:r>
      <w:r>
        <w:rPr>
          <w:rFonts w:ascii="Arial" w:hAnsi="Arial"/>
          <w:color w:val="5D7284"/>
          <w:sz w:val="22"/>
        </w:rPr>
        <w:t>07:16</w:t>
      </w:r>
    </w:p>
    <w:p>
      <w:pPr>
        <w:spacing w:after="0"/>
      </w:pPr>
      <w:r>
        <w:rPr>
          <w:rFonts w:ascii="Arial" w:hAnsi="Arial"/>
          <w:sz w:val="22"/>
        </w:rPr>
        <w:t>Yeah. So I mean, this was pretty much like, you know, some kind of big event at the time, kind of, you know, socially as well as... I can I, I imagine the coronation that we'll see. In May.</w:t>
      </w:r>
    </w:p>
    <w:p>
      <w:pPr>
        <w:spacing w:after="0"/>
      </w:pPr>
    </w:p>
    <w:p>
      <w:pPr>
        <w:spacing w:after="0"/>
      </w:pPr>
      <w:r>
        <w:rPr>
          <w:rFonts w:ascii="Arial" w:hAnsi="Arial"/>
          <w:b/>
          <w:sz w:val="22"/>
        </w:rPr>
        <w:t xml:space="preserve">Lucy  </w:t>
      </w:r>
      <w:r>
        <w:rPr>
          <w:rFonts w:ascii="Arial" w:hAnsi="Arial"/>
          <w:color w:val="5D7284"/>
          <w:sz w:val="22"/>
        </w:rPr>
        <w:t>07:34</w:t>
      </w:r>
    </w:p>
    <w:p>
      <w:pPr>
        <w:spacing w:after="0"/>
      </w:pPr>
      <w:r>
        <w:rPr>
          <w:rFonts w:ascii="Arial" w:hAnsi="Arial"/>
          <w:sz w:val="22"/>
        </w:rPr>
        <w:t>Yeah. (Daisy) When ever it is. At the time of recording we believe it may be May.</w:t>
      </w:r>
    </w:p>
    <w:p>
      <w:pPr>
        <w:spacing w:after="0"/>
      </w:pPr>
    </w:p>
    <w:p>
      <w:pPr>
        <w:spacing w:after="0"/>
      </w:pPr>
      <w:r>
        <w:rPr>
          <w:rFonts w:ascii="Arial" w:hAnsi="Arial"/>
          <w:b/>
          <w:sz w:val="22"/>
        </w:rPr>
        <w:t xml:space="preserve">Daisy  </w:t>
      </w:r>
      <w:r>
        <w:rPr>
          <w:rFonts w:ascii="Arial" w:hAnsi="Arial"/>
          <w:color w:val="5D7284"/>
          <w:sz w:val="22"/>
        </w:rPr>
        <w:t>07:38</w:t>
      </w:r>
    </w:p>
    <w:p>
      <w:pPr>
        <w:spacing w:after="0"/>
      </w:pPr>
      <w:r>
        <w:rPr>
          <w:rFonts w:ascii="Arial" w:hAnsi="Arial"/>
          <w:sz w:val="22"/>
        </w:rPr>
        <w:t>Yeah. Yes. But just make sure, you know, the reason that we don't know isn't because they haven't announced it yet. (Lucy laughs) It's because we forgot. (Lucy) Yeah.</w:t>
      </w:r>
    </w:p>
    <w:p>
      <w:pPr>
        <w:spacing w:after="0"/>
      </w:pPr>
    </w:p>
    <w:p>
      <w:pPr>
        <w:spacing w:after="0"/>
      </w:pPr>
      <w:r>
        <w:rPr>
          <w:rFonts w:ascii="Arial" w:hAnsi="Arial"/>
          <w:b/>
          <w:sz w:val="22"/>
        </w:rPr>
        <w:t xml:space="preserve">Alice  </w:t>
      </w:r>
      <w:r>
        <w:rPr>
          <w:rFonts w:ascii="Arial" w:hAnsi="Arial"/>
          <w:color w:val="5D7284"/>
          <w:sz w:val="22"/>
        </w:rPr>
        <w:t>07:47</w:t>
      </w:r>
    </w:p>
    <w:p>
      <w:pPr>
        <w:spacing w:after="0"/>
      </w:pPr>
      <w:r>
        <w:rPr>
          <w:rFonts w:ascii="Arial" w:hAnsi="Arial"/>
          <w:sz w:val="22"/>
        </w:rPr>
        <w:t>We don't care enough to have remembered that information.</w:t>
      </w:r>
    </w:p>
    <w:p>
      <w:pPr>
        <w:spacing w:after="0"/>
      </w:pPr>
    </w:p>
    <w:p>
      <w:pPr>
        <w:spacing w:after="0"/>
      </w:pPr>
      <w:r>
        <w:rPr>
          <w:rFonts w:ascii="Arial" w:hAnsi="Arial"/>
          <w:b/>
          <w:sz w:val="22"/>
        </w:rPr>
        <w:t xml:space="preserve">Lucy  </w:t>
      </w:r>
      <w:r>
        <w:rPr>
          <w:rFonts w:ascii="Arial" w:hAnsi="Arial"/>
          <w:color w:val="5D7284"/>
          <w:sz w:val="22"/>
        </w:rPr>
        <w:t>07:50</w:t>
      </w:r>
    </w:p>
    <w:p>
      <w:pPr>
        <w:spacing w:after="0"/>
      </w:pPr>
      <w:r>
        <w:rPr>
          <w:rFonts w:ascii="Arial" w:hAnsi="Arial"/>
          <w:sz w:val="22"/>
        </w:rPr>
        <w:t>Do we get a day off? That's what I care about.</w:t>
      </w:r>
    </w:p>
    <w:p>
      <w:pPr>
        <w:spacing w:after="0"/>
      </w:pPr>
    </w:p>
    <w:p>
      <w:pPr>
        <w:spacing w:after="0"/>
      </w:pPr>
      <w:r>
        <w:rPr>
          <w:rFonts w:ascii="Arial" w:hAnsi="Arial"/>
          <w:b/>
          <w:sz w:val="22"/>
        </w:rPr>
        <w:t xml:space="preserve">Alice  </w:t>
      </w:r>
      <w:r>
        <w:rPr>
          <w:rFonts w:ascii="Arial" w:hAnsi="Arial"/>
          <w:color w:val="5D7284"/>
          <w:sz w:val="22"/>
        </w:rPr>
        <w:t>07:53</w:t>
      </w:r>
    </w:p>
    <w:p>
      <w:pPr>
        <w:spacing w:after="0"/>
      </w:pPr>
      <w:r>
        <w:rPr>
          <w:rFonts w:ascii="Arial" w:hAnsi="Arial"/>
          <w:sz w:val="22"/>
        </w:rPr>
        <w:t>I think so. Yeah. (Daisy) Yeah.</w:t>
      </w:r>
    </w:p>
    <w:p>
      <w:pPr>
        <w:spacing w:after="0"/>
      </w:pPr>
    </w:p>
    <w:p>
      <w:pPr>
        <w:spacing w:after="0"/>
      </w:pPr>
      <w:r>
        <w:rPr>
          <w:rFonts w:ascii="Arial" w:hAnsi="Arial"/>
          <w:b/>
          <w:sz w:val="22"/>
        </w:rPr>
        <w:t xml:space="preserve">Lucy  </w:t>
      </w:r>
      <w:r>
        <w:rPr>
          <w:rFonts w:ascii="Arial" w:hAnsi="Arial"/>
          <w:color w:val="5D7284"/>
          <w:sz w:val="22"/>
        </w:rPr>
        <w:t>07:56</w:t>
      </w:r>
    </w:p>
    <w:p>
      <w:pPr>
        <w:spacing w:after="0"/>
      </w:pPr>
      <w:r>
        <w:rPr>
          <w:rFonts w:ascii="Arial" w:hAnsi="Arial"/>
          <w:sz w:val="22"/>
        </w:rPr>
        <w:t>Yeah I would imagine? Yeah.</w:t>
      </w:r>
    </w:p>
    <w:p>
      <w:pPr>
        <w:spacing w:after="0"/>
      </w:pPr>
    </w:p>
    <w:p>
      <w:pPr>
        <w:spacing w:after="0"/>
      </w:pPr>
      <w:r>
        <w:rPr>
          <w:rFonts w:ascii="Arial" w:hAnsi="Arial"/>
          <w:b/>
          <w:sz w:val="22"/>
        </w:rPr>
        <w:t xml:space="preserve">Daisy  </w:t>
      </w:r>
      <w:r>
        <w:rPr>
          <w:rFonts w:ascii="Arial" w:hAnsi="Arial"/>
          <w:color w:val="5D7284"/>
          <w:sz w:val="22"/>
        </w:rPr>
        <w:t>07:58</w:t>
      </w:r>
    </w:p>
    <w:p>
      <w:pPr>
        <w:spacing w:after="0"/>
      </w:pPr>
      <w:r>
        <w:rPr>
          <w:rFonts w:ascii="Arial" w:hAnsi="Arial"/>
          <w:sz w:val="22"/>
        </w:rPr>
        <w:t>How else are we gonna watch it from the pub?</w:t>
      </w:r>
    </w:p>
    <w:p>
      <w:pPr>
        <w:spacing w:after="0"/>
      </w:pPr>
    </w:p>
    <w:p>
      <w:pPr>
        <w:spacing w:after="0"/>
      </w:pPr>
      <w:r>
        <w:rPr>
          <w:rFonts w:ascii="Arial" w:hAnsi="Arial"/>
          <w:b/>
          <w:sz w:val="22"/>
        </w:rPr>
        <w:t xml:space="preserve">Alice  </w:t>
      </w:r>
      <w:r>
        <w:rPr>
          <w:rFonts w:ascii="Arial" w:hAnsi="Arial"/>
          <w:color w:val="5D7284"/>
          <w:sz w:val="22"/>
        </w:rPr>
        <w:t>08:00</w:t>
      </w:r>
    </w:p>
    <w:p>
      <w:pPr>
        <w:spacing w:after="0"/>
      </w:pPr>
      <w:r>
        <w:rPr>
          <w:rFonts w:ascii="Arial" w:hAnsi="Arial"/>
          <w:sz w:val="22"/>
        </w:rPr>
        <w:t>Well, I was gonna say I'm still not going.</w:t>
      </w:r>
    </w:p>
    <w:p>
      <w:pPr>
        <w:spacing w:after="0"/>
      </w:pPr>
    </w:p>
    <w:p>
      <w:pPr>
        <w:spacing w:after="0"/>
      </w:pPr>
      <w:r>
        <w:rPr>
          <w:rFonts w:ascii="Arial" w:hAnsi="Arial"/>
          <w:b/>
          <w:sz w:val="22"/>
        </w:rPr>
        <w:t xml:space="preserve">Daisy  </w:t>
      </w:r>
      <w:r>
        <w:rPr>
          <w:rFonts w:ascii="Arial" w:hAnsi="Arial"/>
          <w:color w:val="5D7284"/>
          <w:sz w:val="22"/>
        </w:rPr>
        <w:t>08:03</w:t>
      </w:r>
    </w:p>
    <w:p>
      <w:pPr>
        <w:spacing w:after="0"/>
      </w:pPr>
      <w:r>
        <w:rPr>
          <w:rFonts w:ascii="Arial" w:hAnsi="Arial"/>
          <w:sz w:val="22"/>
        </w:rPr>
        <w:t>No you're not going no. (Lucy laughs) (Alice) There will be a hundred...there will be thousands of people standing on the street going "Yeah I went to the coronation."</w:t>
      </w:r>
    </w:p>
    <w:p>
      <w:pPr>
        <w:spacing w:after="0"/>
      </w:pPr>
    </w:p>
    <w:p>
      <w:pPr>
        <w:spacing w:after="0"/>
      </w:pPr>
      <w:r>
        <w:rPr>
          <w:rFonts w:ascii="Arial" w:hAnsi="Arial"/>
          <w:b/>
          <w:sz w:val="22"/>
        </w:rPr>
        <w:t xml:space="preserve">Lucy  </w:t>
      </w:r>
      <w:r>
        <w:rPr>
          <w:rFonts w:ascii="Arial" w:hAnsi="Arial"/>
          <w:color w:val="5D7284"/>
          <w:sz w:val="22"/>
        </w:rPr>
        <w:t>08:13</w:t>
      </w:r>
    </w:p>
    <w:p>
      <w:pPr>
        <w:spacing w:after="0"/>
      </w:pPr>
      <w:r>
        <w:rPr>
          <w:rFonts w:ascii="Arial" w:hAnsi="Arial"/>
          <w:sz w:val="22"/>
        </w:rPr>
        <w:t>It's a disabled person's worst nightmare, isn't it really? That you know, going in that throng of people, you wouldn't be able to see anything...</w:t>
      </w:r>
    </w:p>
    <w:p>
      <w:pPr>
        <w:spacing w:after="0"/>
      </w:pPr>
    </w:p>
    <w:p>
      <w:pPr>
        <w:spacing w:after="0"/>
      </w:pPr>
      <w:r>
        <w:rPr>
          <w:rFonts w:ascii="Arial" w:hAnsi="Arial"/>
          <w:b/>
          <w:sz w:val="22"/>
        </w:rPr>
        <w:t xml:space="preserve">Alice  </w:t>
      </w:r>
      <w:r>
        <w:rPr>
          <w:rFonts w:ascii="Arial" w:hAnsi="Arial"/>
          <w:color w:val="5D7284"/>
          <w:sz w:val="22"/>
        </w:rPr>
        <w:t>08:20</w:t>
      </w:r>
    </w:p>
    <w:p>
      <w:pPr>
        <w:spacing w:after="0"/>
      </w:pPr>
      <w:r>
        <w:rPr>
          <w:rFonts w:ascii="Arial" w:hAnsi="Arial"/>
          <w:sz w:val="22"/>
        </w:rPr>
        <w:t>Well for the millennium... We went... my dad decided to take us to Westminster Bridge, not the wobbly bridge, but Westminster Bridge with another 10,000 Londoners. (Lucy) Yeah. Well, and I was, I was 13. So my poor little brother would have been about eight. (Lucy) Yeah. My dad's like, "Well, I'm gonna make you stand outside in the cold on New Year's Eve", like eight years old until one o'clock in the morning. (Lucy) Lovely. Best that he could do was bring two flasks of hot chocolate, one with booze in them that I wasn't allowed any of. It was... and it was it was a disabled person's nightmare. Did he have a sandwich? Like? (Alice) No, literally just the hot chocolate. I assume he fed us beforehand. (Lucy) Yeah I would hope so. But it was one of those things where we had to get that hours early. There was a lot of standing, which, you know, that's not a disability issue for me. It's a lazy person issue for me. And like crowds and dark, my dad was like, "Oh, look at all the boats." And I was like, "I'm trying." (Lucy laughs) Yeah. (Lucy) Yeah. It was. It's not.. those sorts of events are not necessarily the most inclusive.</w:t>
      </w:r>
    </w:p>
    <w:p>
      <w:pPr>
        <w:spacing w:after="0"/>
      </w:pPr>
    </w:p>
    <w:p>
      <w:pPr>
        <w:spacing w:after="0"/>
      </w:pPr>
      <w:r>
        <w:rPr>
          <w:rFonts w:ascii="Arial" w:hAnsi="Arial"/>
          <w:b/>
          <w:sz w:val="22"/>
        </w:rPr>
        <w:t xml:space="preserve">Lucy  </w:t>
      </w:r>
      <w:r>
        <w:rPr>
          <w:rFonts w:ascii="Arial" w:hAnsi="Arial"/>
          <w:color w:val="5D7284"/>
          <w:sz w:val="22"/>
        </w:rPr>
        <w:t>09:35</w:t>
      </w:r>
    </w:p>
    <w:p>
      <w:pPr>
        <w:spacing w:after="0"/>
      </w:pPr>
      <w:r>
        <w:rPr>
          <w:rFonts w:ascii="Arial" w:hAnsi="Arial"/>
          <w:sz w:val="22"/>
        </w:rPr>
        <w:t>Just go home and watch it on telly. The cameraman has got a good shot. It's fine. You've got a good view. It's right. (Alice) Yeah.</w:t>
      </w:r>
    </w:p>
    <w:p>
      <w:pPr>
        <w:spacing w:after="0"/>
      </w:pPr>
    </w:p>
    <w:p>
      <w:pPr>
        <w:spacing w:after="0"/>
      </w:pPr>
      <w:r>
        <w:rPr>
          <w:rFonts w:ascii="Arial" w:hAnsi="Arial"/>
          <w:b/>
          <w:sz w:val="22"/>
        </w:rPr>
        <w:t xml:space="preserve">Alice  </w:t>
      </w:r>
      <w:r>
        <w:rPr>
          <w:rFonts w:ascii="Arial" w:hAnsi="Arial"/>
          <w:color w:val="5D7284"/>
          <w:sz w:val="22"/>
        </w:rPr>
        <w:t>09:42</w:t>
      </w:r>
    </w:p>
    <w:p>
      <w:pPr>
        <w:spacing w:after="0"/>
      </w:pPr>
      <w:r>
        <w:rPr>
          <w:rFonts w:ascii="Arial" w:hAnsi="Arial"/>
          <w:sz w:val="22"/>
        </w:rPr>
        <w:t>But then Hugh Edwards will be there describing everything as well. (Lucy) Oh, God bless you Edwards, bless him. He's the most hard working journalist in the world at the moment. (laughs)</w:t>
      </w:r>
    </w:p>
    <w:p>
      <w:pPr>
        <w:spacing w:after="0"/>
      </w:pPr>
    </w:p>
    <w:p>
      <w:pPr>
        <w:spacing w:after="0"/>
      </w:pPr>
      <w:r>
        <w:rPr>
          <w:rFonts w:ascii="Arial" w:hAnsi="Arial"/>
          <w:b/>
          <w:sz w:val="22"/>
        </w:rPr>
        <w:t xml:space="preserve">Daisy  </w:t>
      </w:r>
      <w:r>
        <w:rPr>
          <w:rFonts w:ascii="Arial" w:hAnsi="Arial"/>
          <w:color w:val="5D7284"/>
          <w:sz w:val="22"/>
        </w:rPr>
        <w:t>09:52</w:t>
      </w:r>
    </w:p>
    <w:p>
      <w:pPr>
        <w:spacing w:after="0"/>
      </w:pPr>
      <w:r>
        <w:rPr>
          <w:rFonts w:ascii="Arial" w:hAnsi="Arial"/>
          <w:sz w:val="22"/>
        </w:rPr>
        <w:t>There was just like a week where they just wouldn't let him go home. (laughs)</w:t>
      </w:r>
    </w:p>
    <w:p>
      <w:pPr>
        <w:spacing w:after="0"/>
      </w:pPr>
    </w:p>
    <w:p>
      <w:pPr>
        <w:spacing w:after="0"/>
      </w:pPr>
      <w:r>
        <w:rPr>
          <w:rFonts w:ascii="Arial" w:hAnsi="Arial"/>
          <w:b/>
          <w:sz w:val="22"/>
        </w:rPr>
        <w:t xml:space="preserve">Lucy  </w:t>
      </w:r>
      <w:r>
        <w:rPr>
          <w:rFonts w:ascii="Arial" w:hAnsi="Arial"/>
          <w:color w:val="5D7284"/>
          <w:sz w:val="22"/>
        </w:rPr>
        <w:t>09:56</w:t>
      </w:r>
    </w:p>
    <w:p>
      <w:pPr>
        <w:spacing w:after="0"/>
      </w:pPr>
      <w:r>
        <w:rPr>
          <w:rFonts w:ascii="Arial" w:hAnsi="Arial"/>
          <w:sz w:val="22"/>
        </w:rPr>
        <w:t>(laughs) Please let me lie down.</w:t>
      </w:r>
    </w:p>
    <w:p>
      <w:pPr>
        <w:spacing w:after="0"/>
      </w:pPr>
    </w:p>
    <w:p>
      <w:pPr>
        <w:spacing w:after="0"/>
      </w:pPr>
      <w:r>
        <w:rPr>
          <w:rFonts w:ascii="Arial" w:hAnsi="Arial"/>
          <w:b/>
          <w:sz w:val="22"/>
        </w:rPr>
        <w:t xml:space="preserve">Daisy  </w:t>
      </w:r>
      <w:r>
        <w:rPr>
          <w:rFonts w:ascii="Arial" w:hAnsi="Arial"/>
          <w:color w:val="5D7284"/>
          <w:sz w:val="22"/>
        </w:rPr>
        <w:t>09:58</w:t>
      </w:r>
    </w:p>
    <w:p>
      <w:pPr>
        <w:spacing w:after="0"/>
      </w:pPr>
      <w:r>
        <w:rPr>
          <w:rFonts w:ascii="Arial" w:hAnsi="Arial"/>
          <w:sz w:val="22"/>
        </w:rPr>
        <w:t>I felt so bad for him like at one point Clive Mirey turned up for half an hour. (Lucy laughs)</w:t>
      </w:r>
    </w:p>
    <w:p>
      <w:pPr>
        <w:spacing w:after="0"/>
      </w:pPr>
    </w:p>
    <w:p>
      <w:pPr>
        <w:spacing w:after="0"/>
      </w:pPr>
      <w:r>
        <w:rPr>
          <w:rFonts w:ascii="Arial" w:hAnsi="Arial"/>
          <w:b/>
          <w:sz w:val="22"/>
        </w:rPr>
        <w:t xml:space="preserve">Lucy  </w:t>
      </w:r>
      <w:r>
        <w:rPr>
          <w:rFonts w:ascii="Arial" w:hAnsi="Arial"/>
          <w:color w:val="5D7284"/>
          <w:sz w:val="22"/>
        </w:rPr>
        <w:t>10:03</w:t>
      </w:r>
    </w:p>
    <w:p>
      <w:pPr>
        <w:spacing w:after="0"/>
      </w:pPr>
      <w:r>
        <w:rPr>
          <w:rFonts w:ascii="Arial" w:hAnsi="Arial"/>
          <w:sz w:val="22"/>
        </w:rPr>
        <w:t>So he could have a wee and a sandwich. (laughs)</w:t>
      </w:r>
    </w:p>
    <w:p>
      <w:pPr>
        <w:spacing w:after="0"/>
      </w:pPr>
    </w:p>
    <w:p>
      <w:pPr>
        <w:spacing w:after="0"/>
      </w:pPr>
      <w:r>
        <w:rPr>
          <w:rFonts w:ascii="Arial" w:hAnsi="Arial"/>
          <w:b/>
          <w:sz w:val="22"/>
        </w:rPr>
        <w:t xml:space="preserve">Daisy  </w:t>
      </w:r>
      <w:r>
        <w:rPr>
          <w:rFonts w:ascii="Arial" w:hAnsi="Arial"/>
          <w:color w:val="5D7284"/>
          <w:sz w:val="22"/>
        </w:rPr>
        <w:t>10:07</w:t>
      </w:r>
    </w:p>
    <w:p>
      <w:pPr>
        <w:spacing w:after="0"/>
      </w:pPr>
      <w:r>
        <w:rPr>
          <w:rFonts w:ascii="Arial" w:hAnsi="Arial"/>
          <w:sz w:val="22"/>
        </w:rPr>
        <w:t>It's like he's doing fine, let him stay for a bit longer and let him have a nap. God! (Lucy) Bless him.</w:t>
      </w:r>
    </w:p>
    <w:p>
      <w:pPr>
        <w:spacing w:after="0"/>
      </w:pPr>
    </w:p>
    <w:p>
      <w:pPr>
        <w:spacing w:after="0"/>
      </w:pPr>
      <w:r>
        <w:rPr>
          <w:rFonts w:ascii="Arial" w:hAnsi="Arial"/>
          <w:b/>
          <w:sz w:val="22"/>
        </w:rPr>
        <w:t xml:space="preserve">Alice  </w:t>
      </w:r>
      <w:r>
        <w:rPr>
          <w:rFonts w:ascii="Arial" w:hAnsi="Arial"/>
          <w:color w:val="5D7284"/>
          <w:sz w:val="22"/>
        </w:rPr>
        <w:t>10:15</w:t>
      </w:r>
    </w:p>
    <w:p>
      <w:pPr>
        <w:spacing w:after="0"/>
      </w:pPr>
      <w:r>
        <w:rPr>
          <w:rFonts w:ascii="Arial" w:hAnsi="Arial"/>
          <w:sz w:val="22"/>
        </w:rPr>
        <w:t>so she had to have a rest at the coronation. I assume that was because she has a problem with energy levels?</w:t>
      </w:r>
    </w:p>
    <w:p>
      <w:pPr>
        <w:spacing w:after="0"/>
      </w:pPr>
    </w:p>
    <w:p>
      <w:pPr>
        <w:spacing w:after="0"/>
      </w:pPr>
      <w:r>
        <w:rPr>
          <w:rFonts w:ascii="Arial" w:hAnsi="Arial"/>
          <w:b/>
          <w:sz w:val="22"/>
        </w:rPr>
        <w:t xml:space="preserve">Daisy  </w:t>
      </w:r>
      <w:r>
        <w:rPr>
          <w:rFonts w:ascii="Arial" w:hAnsi="Arial"/>
          <w:color w:val="5D7284"/>
          <w:sz w:val="22"/>
        </w:rPr>
        <w:t>10:24</w:t>
      </w:r>
    </w:p>
    <w:p>
      <w:pPr>
        <w:spacing w:after="0"/>
      </w:pPr>
      <w:r>
        <w:rPr>
          <w:rFonts w:ascii="Arial" w:hAnsi="Arial"/>
          <w:sz w:val="22"/>
        </w:rPr>
        <w:t>Well, yes, indeed you are accurate. (Lucy) Hmm..(laughs)</w:t>
      </w:r>
    </w:p>
    <w:p>
      <w:pPr>
        <w:spacing w:after="0"/>
      </w:pPr>
    </w:p>
    <w:p>
      <w:pPr>
        <w:spacing w:after="0"/>
      </w:pPr>
      <w:r>
        <w:rPr>
          <w:rFonts w:ascii="Arial" w:hAnsi="Arial"/>
          <w:b/>
          <w:sz w:val="22"/>
        </w:rPr>
        <w:t xml:space="preserve">Alice  </w:t>
      </w:r>
      <w:r>
        <w:rPr>
          <w:rFonts w:ascii="Arial" w:hAnsi="Arial"/>
          <w:color w:val="5D7284"/>
          <w:sz w:val="22"/>
        </w:rPr>
        <w:t>10:29</w:t>
      </w:r>
    </w:p>
    <w:p>
      <w:pPr>
        <w:spacing w:after="0"/>
      </w:pPr>
      <w:r>
        <w:rPr>
          <w:rFonts w:ascii="Arial" w:hAnsi="Arial"/>
          <w:sz w:val="22"/>
        </w:rPr>
        <w:t>Get me extrapolating from the information provided! (Daisy laughs)</w:t>
      </w:r>
    </w:p>
    <w:p>
      <w:pPr>
        <w:spacing w:after="0"/>
      </w:pPr>
    </w:p>
    <w:p>
      <w:pPr>
        <w:spacing w:after="0"/>
      </w:pPr>
      <w:r>
        <w:rPr>
          <w:rFonts w:ascii="Arial" w:hAnsi="Arial"/>
          <w:b/>
          <w:sz w:val="22"/>
        </w:rPr>
        <w:t xml:space="preserve">Daisy  </w:t>
      </w:r>
      <w:r>
        <w:rPr>
          <w:rFonts w:ascii="Arial" w:hAnsi="Arial"/>
          <w:color w:val="5D7284"/>
          <w:sz w:val="22"/>
        </w:rPr>
        <w:t>10:34</w:t>
      </w:r>
    </w:p>
    <w:p>
      <w:pPr>
        <w:spacing w:after="0"/>
      </w:pPr>
      <w:r>
        <w:rPr>
          <w:rFonts w:ascii="Arial" w:hAnsi="Arial"/>
          <w:sz w:val="22"/>
        </w:rPr>
        <w:t>Nailed it. Good job. She was partially deaf and chronically ill from birth, she was seen as like a sickly child as you know, people in the 19th century were often referred to. I'm still calling myself sickly. (Lucy laughs)</w:t>
      </w:r>
    </w:p>
    <w:p>
      <w:pPr>
        <w:spacing w:after="0"/>
      </w:pPr>
    </w:p>
    <w:p>
      <w:pPr>
        <w:spacing w:after="0"/>
      </w:pPr>
      <w:r>
        <w:rPr>
          <w:rFonts w:ascii="Arial" w:hAnsi="Arial"/>
          <w:b/>
          <w:sz w:val="22"/>
        </w:rPr>
        <w:t xml:space="preserve">Alice  </w:t>
      </w:r>
      <w:r>
        <w:rPr>
          <w:rFonts w:ascii="Arial" w:hAnsi="Arial"/>
          <w:color w:val="5D7284"/>
          <w:sz w:val="22"/>
        </w:rPr>
        <w:t>10:51</w:t>
      </w:r>
    </w:p>
    <w:p>
      <w:pPr>
        <w:spacing w:after="0"/>
      </w:pPr>
      <w:r>
        <w:rPr>
          <w:rFonts w:ascii="Arial" w:hAnsi="Arial"/>
          <w:sz w:val="22"/>
        </w:rPr>
        <w:t>It does have quite a sort of a ring of like?...</w:t>
      </w:r>
    </w:p>
    <w:p>
      <w:pPr>
        <w:spacing w:after="0"/>
      </w:pPr>
    </w:p>
    <w:p>
      <w:pPr>
        <w:spacing w:after="0"/>
      </w:pPr>
      <w:r>
        <w:rPr>
          <w:rFonts w:ascii="Arial" w:hAnsi="Arial"/>
          <w:b/>
          <w:sz w:val="22"/>
        </w:rPr>
        <w:t xml:space="preserve">Lucy  </w:t>
      </w:r>
      <w:r>
        <w:rPr>
          <w:rFonts w:ascii="Arial" w:hAnsi="Arial"/>
          <w:color w:val="5D7284"/>
          <w:sz w:val="22"/>
        </w:rPr>
        <w:t>10:54</w:t>
      </w:r>
    </w:p>
    <w:p>
      <w:pPr>
        <w:spacing w:after="0"/>
      </w:pPr>
      <w:r>
        <w:rPr>
          <w:rFonts w:ascii="Arial" w:hAnsi="Arial"/>
          <w:sz w:val="22"/>
        </w:rPr>
        <w:t>Tiny Tim.</w:t>
      </w:r>
    </w:p>
    <w:p>
      <w:pPr>
        <w:spacing w:after="0"/>
      </w:pPr>
    </w:p>
    <w:p>
      <w:pPr>
        <w:spacing w:after="0"/>
      </w:pPr>
      <w:r>
        <w:rPr>
          <w:rFonts w:ascii="Arial" w:hAnsi="Arial"/>
          <w:b/>
          <w:sz w:val="22"/>
        </w:rPr>
        <w:t xml:space="preserve">Alice  </w:t>
      </w:r>
      <w:r>
        <w:rPr>
          <w:rFonts w:ascii="Arial" w:hAnsi="Arial"/>
          <w:color w:val="5D7284"/>
          <w:sz w:val="22"/>
        </w:rPr>
        <w:t>10:56</w:t>
      </w:r>
    </w:p>
    <w:p>
      <w:pPr>
        <w:spacing w:after="0"/>
      </w:pPr>
      <w:r>
        <w:rPr>
          <w:rFonts w:ascii="Arial" w:hAnsi="Arial"/>
          <w:sz w:val="22"/>
        </w:rPr>
        <w:t>I was gonna say it feels a bit sort of high born and elegant doesn't it?</w:t>
      </w:r>
    </w:p>
    <w:p>
      <w:pPr>
        <w:spacing w:after="0"/>
      </w:pPr>
    </w:p>
    <w:p>
      <w:pPr>
        <w:spacing w:after="0"/>
      </w:pPr>
      <w:r>
        <w:rPr>
          <w:rFonts w:ascii="Arial" w:hAnsi="Arial"/>
          <w:b/>
          <w:sz w:val="22"/>
        </w:rPr>
        <w:t xml:space="preserve">Lucy  </w:t>
      </w:r>
      <w:r>
        <w:rPr>
          <w:rFonts w:ascii="Arial" w:hAnsi="Arial"/>
          <w:color w:val="5D7284"/>
          <w:sz w:val="22"/>
        </w:rPr>
        <w:t>11:02</w:t>
      </w:r>
    </w:p>
    <w:p>
      <w:pPr>
        <w:spacing w:after="0"/>
      </w:pPr>
      <w:r>
        <w:rPr>
          <w:rFonts w:ascii="Arial" w:hAnsi="Arial"/>
          <w:sz w:val="22"/>
        </w:rPr>
        <w:t>"I'm sorry, I can't come I'm sickly."</w:t>
      </w:r>
    </w:p>
    <w:p>
      <w:pPr>
        <w:spacing w:after="0"/>
      </w:pPr>
    </w:p>
    <w:p>
      <w:pPr>
        <w:spacing w:after="0"/>
      </w:pPr>
      <w:r>
        <w:rPr>
          <w:rFonts w:ascii="Arial" w:hAnsi="Arial"/>
          <w:b/>
          <w:sz w:val="22"/>
        </w:rPr>
        <w:t xml:space="preserve">Daisy  </w:t>
      </w:r>
      <w:r>
        <w:rPr>
          <w:rFonts w:ascii="Arial" w:hAnsi="Arial"/>
          <w:color w:val="5D7284"/>
          <w:sz w:val="22"/>
        </w:rPr>
        <w:t>11:04</w:t>
      </w:r>
    </w:p>
    <w:p>
      <w:pPr>
        <w:spacing w:after="0"/>
      </w:pPr>
      <w:r>
        <w:rPr>
          <w:rFonts w:ascii="Arial" w:hAnsi="Arial"/>
          <w:sz w:val="22"/>
        </w:rPr>
        <w:t>"I have to take my bed" (Alice &amp; Lucy laugh)</w:t>
      </w:r>
    </w:p>
    <w:p>
      <w:pPr>
        <w:spacing w:after="0"/>
      </w:pPr>
    </w:p>
    <w:p>
      <w:pPr>
        <w:spacing w:after="0"/>
      </w:pPr>
      <w:r>
        <w:rPr>
          <w:rFonts w:ascii="Arial" w:hAnsi="Arial"/>
          <w:b/>
          <w:sz w:val="22"/>
        </w:rPr>
        <w:t xml:space="preserve">Alice  </w:t>
      </w:r>
      <w:r>
        <w:rPr>
          <w:rFonts w:ascii="Arial" w:hAnsi="Arial"/>
          <w:color w:val="5D7284"/>
          <w:sz w:val="22"/>
        </w:rPr>
        <w:t>11:10</w:t>
      </w:r>
    </w:p>
    <w:p>
      <w:pPr>
        <w:spacing w:after="0"/>
      </w:pPr>
      <w:r>
        <w:rPr>
          <w:rFonts w:ascii="Arial" w:hAnsi="Arial"/>
          <w:sz w:val="22"/>
        </w:rPr>
        <w:t>Yeah, whereas the rest of us are going round going "I'm fucking knackered!" (Lucy laughs)</w:t>
      </w:r>
    </w:p>
    <w:p>
      <w:pPr>
        <w:spacing w:after="0"/>
      </w:pPr>
    </w:p>
    <w:p>
      <w:pPr>
        <w:spacing w:after="0"/>
      </w:pPr>
      <w:r>
        <w:rPr>
          <w:rFonts w:ascii="Arial" w:hAnsi="Arial"/>
          <w:b/>
          <w:sz w:val="22"/>
        </w:rPr>
        <w:t xml:space="preserve">Daisy  </w:t>
      </w:r>
      <w:r>
        <w:rPr>
          <w:rFonts w:ascii="Arial" w:hAnsi="Arial"/>
          <w:color w:val="5D7284"/>
          <w:sz w:val="22"/>
        </w:rPr>
        <w:t>11:15</w:t>
      </w:r>
    </w:p>
    <w:p>
      <w:pPr>
        <w:spacing w:after="0"/>
      </w:pPr>
      <w:r>
        <w:rPr>
          <w:rFonts w:ascii="Arial" w:hAnsi="Arial"/>
          <w:sz w:val="22"/>
        </w:rPr>
        <w:t>Yes. It was just, you know, blamed on a lot of different things by a lot of different members of her family. Her mother thought that it was the wet nurse's fault because they were a sort of, you know, relatively well to do family. So they had wett nurses rather than, you know, her mother breastfeeding her children herself. Here is a maid who was also relatively recently had a baby," you breastfeed my child."</w:t>
      </w:r>
    </w:p>
    <w:p>
      <w:pPr>
        <w:spacing w:after="0"/>
      </w:pPr>
    </w:p>
    <w:p>
      <w:pPr>
        <w:spacing w:after="0"/>
      </w:pPr>
      <w:r>
        <w:rPr>
          <w:rFonts w:ascii="Arial" w:hAnsi="Arial"/>
          <w:b/>
          <w:sz w:val="22"/>
        </w:rPr>
        <w:t xml:space="preserve">Alice  </w:t>
      </w:r>
      <w:r>
        <w:rPr>
          <w:rFonts w:ascii="Arial" w:hAnsi="Arial"/>
          <w:color w:val="5D7284"/>
          <w:sz w:val="22"/>
        </w:rPr>
        <w:t>11:41</w:t>
      </w:r>
    </w:p>
    <w:p>
      <w:pPr>
        <w:spacing w:after="0"/>
      </w:pPr>
      <w:r>
        <w:rPr>
          <w:rFonts w:ascii="Arial" w:hAnsi="Arial"/>
          <w:sz w:val="22"/>
        </w:rPr>
        <w:t>Yes. I mean, I'm adopting partly because I don't want to have to have my own baby. I would like someone else to do the dirty work for me. So I can see the appeal. Yeah, just saying. (laughs)</w:t>
      </w:r>
    </w:p>
    <w:p>
      <w:pPr>
        <w:spacing w:after="0"/>
      </w:pPr>
    </w:p>
    <w:p>
      <w:pPr>
        <w:spacing w:after="0"/>
      </w:pPr>
      <w:r>
        <w:rPr>
          <w:rFonts w:ascii="Arial" w:hAnsi="Arial"/>
          <w:b/>
          <w:sz w:val="22"/>
        </w:rPr>
        <w:t xml:space="preserve">Daisy  </w:t>
      </w:r>
      <w:r>
        <w:rPr>
          <w:rFonts w:ascii="Arial" w:hAnsi="Arial"/>
          <w:color w:val="5D7284"/>
          <w:sz w:val="22"/>
        </w:rPr>
        <w:t>11:55</w:t>
      </w:r>
    </w:p>
    <w:p>
      <w:pPr>
        <w:spacing w:after="0"/>
      </w:pPr>
      <w:r>
        <w:rPr>
          <w:rFonts w:ascii="Arial" w:hAnsi="Arial"/>
          <w:sz w:val="22"/>
        </w:rPr>
        <w:t>Yeah, makes sense. But yeah, the the allegation, as it were, is that the witness didn't provide enough milk for her in her first few weeks of life. And so she was undernourished. (Lucy) Right? And....</w:t>
      </w:r>
    </w:p>
    <w:p>
      <w:pPr>
        <w:spacing w:after="0"/>
      </w:pPr>
    </w:p>
    <w:p>
      <w:pPr>
        <w:spacing w:after="0"/>
      </w:pPr>
      <w:r>
        <w:rPr>
          <w:rFonts w:ascii="Arial" w:hAnsi="Arial"/>
          <w:b/>
          <w:sz w:val="22"/>
        </w:rPr>
        <w:t xml:space="preserve">Lucy  </w:t>
      </w:r>
      <w:r>
        <w:rPr>
          <w:rFonts w:ascii="Arial" w:hAnsi="Arial"/>
          <w:color w:val="5D7284"/>
          <w:sz w:val="22"/>
        </w:rPr>
        <w:t>12:10</w:t>
      </w:r>
    </w:p>
    <w:p>
      <w:pPr>
        <w:spacing w:after="0"/>
      </w:pPr>
      <w:r>
        <w:rPr>
          <w:rFonts w:ascii="Arial" w:hAnsi="Arial"/>
          <w:sz w:val="22"/>
        </w:rPr>
        <w:t>So did that wet nurs?... (Alice) Famously that causes deafness and chronic illness. Did the wet nurse that was responsible for like looking after her and feeding her and stuff? Did she like face any like reprimands? because she hadn't provided enough milk? Or was it like, it's your fault? Thanks for that. We'll, we'll take over now.</w:t>
      </w:r>
    </w:p>
    <w:p>
      <w:pPr>
        <w:spacing w:after="0"/>
      </w:pPr>
    </w:p>
    <w:p>
      <w:pPr>
        <w:spacing w:after="0"/>
      </w:pPr>
      <w:r>
        <w:rPr>
          <w:rFonts w:ascii="Arial" w:hAnsi="Arial"/>
          <w:b/>
          <w:sz w:val="22"/>
        </w:rPr>
        <w:t xml:space="preserve">Daisy  </w:t>
      </w:r>
      <w:r>
        <w:rPr>
          <w:rFonts w:ascii="Arial" w:hAnsi="Arial"/>
          <w:color w:val="5D7284"/>
          <w:sz w:val="22"/>
        </w:rPr>
        <w:t>12:33</w:t>
      </w:r>
    </w:p>
    <w:p>
      <w:pPr>
        <w:spacing w:after="0"/>
      </w:pPr>
      <w:r>
        <w:rPr>
          <w:rFonts w:ascii="Arial" w:hAnsi="Arial"/>
          <w:sz w:val="22"/>
        </w:rPr>
        <w:t>I mean, I suppose if she tried to continue sort of long after she, you know, run out of milk or whatever it was, but I, you know, we don't know specifically, although there was, you know, later, poor treatment of the various staff, which Harriet was very against.</w:t>
      </w:r>
    </w:p>
    <w:p>
      <w:pPr>
        <w:spacing w:after="0"/>
      </w:pPr>
    </w:p>
    <w:p>
      <w:pPr>
        <w:spacing w:after="0"/>
      </w:pPr>
      <w:r>
        <w:rPr>
          <w:rFonts w:ascii="Arial" w:hAnsi="Arial"/>
          <w:b/>
          <w:sz w:val="22"/>
        </w:rPr>
        <w:t xml:space="preserve">Alice  </w:t>
      </w:r>
      <w:r>
        <w:rPr>
          <w:rFonts w:ascii="Arial" w:hAnsi="Arial"/>
          <w:color w:val="5D7284"/>
          <w:sz w:val="22"/>
        </w:rPr>
        <w:t>12:50</w:t>
      </w:r>
    </w:p>
    <w:p>
      <w:pPr>
        <w:spacing w:after="0"/>
      </w:pPr>
      <w:r>
        <w:rPr>
          <w:rFonts w:ascii="Arial" w:hAnsi="Arial"/>
          <w:sz w:val="22"/>
        </w:rPr>
        <w:t>I think the idea that, that her chronic illness and stuff was caused by undernourishment makes a little bit more sense than what some of the family theories for Maria von Parody's, blindness, which if I remember correctly, one of them included hearing a loud noise.</w:t>
      </w:r>
    </w:p>
    <w:p>
      <w:pPr>
        <w:spacing w:after="0"/>
      </w:pPr>
    </w:p>
    <w:p>
      <w:pPr>
        <w:spacing w:after="0"/>
      </w:pPr>
      <w:r>
        <w:rPr>
          <w:rFonts w:ascii="Arial" w:hAnsi="Arial"/>
          <w:b/>
          <w:sz w:val="22"/>
        </w:rPr>
        <w:t xml:space="preserve">Daisy  </w:t>
      </w:r>
      <w:r>
        <w:rPr>
          <w:rFonts w:ascii="Arial" w:hAnsi="Arial"/>
          <w:color w:val="5D7284"/>
          <w:sz w:val="22"/>
        </w:rPr>
        <w:t>13:09</w:t>
      </w:r>
    </w:p>
    <w:p>
      <w:pPr>
        <w:spacing w:after="0"/>
      </w:pPr>
      <w:r>
        <w:rPr>
          <w:rFonts w:ascii="Arial" w:hAnsi="Arial"/>
          <w:sz w:val="22"/>
        </w:rPr>
        <w:t>Yeah. Yeah, yeah. Comparatively...(Alice laughs) Yeah. Almost normal.</w:t>
      </w:r>
    </w:p>
    <w:p>
      <w:pPr>
        <w:spacing w:after="0"/>
      </w:pPr>
    </w:p>
    <w:p>
      <w:pPr>
        <w:spacing w:after="0"/>
      </w:pPr>
      <w:r>
        <w:rPr>
          <w:rFonts w:ascii="Arial" w:hAnsi="Arial"/>
          <w:b/>
          <w:sz w:val="22"/>
        </w:rPr>
        <w:t xml:space="preserve">Alice  </w:t>
      </w:r>
      <w:r>
        <w:rPr>
          <w:rFonts w:ascii="Arial" w:hAnsi="Arial"/>
          <w:color w:val="5D7284"/>
          <w:sz w:val="22"/>
        </w:rPr>
        <w:t>13:16</w:t>
      </w:r>
    </w:p>
    <w:p>
      <w:pPr>
        <w:spacing w:after="0"/>
      </w:pPr>
      <w:r>
        <w:rPr>
          <w:rFonts w:ascii="Arial" w:hAnsi="Arial"/>
          <w:sz w:val="22"/>
        </w:rPr>
        <w:t>I suppose when you don't know what science is? Anything, kind of anything goes, doesn't it?</w:t>
      </w:r>
    </w:p>
    <w:p>
      <w:pPr>
        <w:spacing w:after="0"/>
      </w:pPr>
    </w:p>
    <w:p>
      <w:pPr>
        <w:spacing w:after="0"/>
      </w:pPr>
      <w:r>
        <w:rPr>
          <w:rFonts w:ascii="Arial" w:hAnsi="Arial"/>
          <w:b/>
          <w:sz w:val="22"/>
        </w:rPr>
        <w:t xml:space="preserve">Daisy  </w:t>
      </w:r>
      <w:r>
        <w:rPr>
          <w:rFonts w:ascii="Arial" w:hAnsi="Arial"/>
          <w:color w:val="5D7284"/>
          <w:sz w:val="22"/>
        </w:rPr>
        <w:t>13:24</w:t>
      </w:r>
    </w:p>
    <w:p>
      <w:pPr>
        <w:spacing w:after="0"/>
      </w:pPr>
      <w:r>
        <w:rPr>
          <w:rFonts w:ascii="Arial" w:hAnsi="Arial"/>
          <w:sz w:val="22"/>
        </w:rPr>
        <w:t>Well, yeah, I mean, Harriet herself thought that, you know, quite a bit of it could just be down to, she called it "milk radically disagreeing with her." So I guess by that she means being lactose intolerant (Lucy) Yeah. Or allergic to milk, you know, something like that. (Lucy) Yeah. But I mean, she attributed a lot of it to, you know, her mother being not particularly, you know, nice or caring. And, you know, she was quite an unhappy child. You know, she, she felt like she'd been abandoned to the wet nurse, as it were and her mother wasn't particularly bothered about her. She writes in her autobiography that she was about seven years old before she realized that anyone cared about her. Just... (Alice &amp; Lucy) Aww that's sad.</w:t>
      </w:r>
    </w:p>
    <w:p>
      <w:pPr>
        <w:spacing w:after="0"/>
      </w:pPr>
    </w:p>
    <w:p>
      <w:pPr>
        <w:spacing w:after="0"/>
      </w:pPr>
      <w:r>
        <w:rPr>
          <w:rFonts w:ascii="Arial" w:hAnsi="Arial"/>
          <w:b/>
          <w:sz w:val="22"/>
        </w:rPr>
        <w:t xml:space="preserve">Lucy  </w:t>
      </w:r>
      <w:r>
        <w:rPr>
          <w:rFonts w:ascii="Arial" w:hAnsi="Arial"/>
          <w:color w:val="5D7284"/>
          <w:sz w:val="22"/>
        </w:rPr>
        <w:t>14:12</w:t>
      </w:r>
    </w:p>
    <w:p>
      <w:pPr>
        <w:spacing w:after="0"/>
      </w:pPr>
      <w:r>
        <w:rPr>
          <w:rFonts w:ascii="Arial" w:hAnsi="Arial"/>
          <w:sz w:val="22"/>
        </w:rPr>
        <w:t>Has she got any like brothers or sisters? (Daisy) Yeah so. Didthey feel the same.</w:t>
      </w:r>
    </w:p>
    <w:p>
      <w:pPr>
        <w:spacing w:after="0"/>
      </w:pPr>
    </w:p>
    <w:p>
      <w:pPr>
        <w:spacing w:after="0"/>
      </w:pPr>
      <w:r>
        <w:rPr>
          <w:rFonts w:ascii="Arial" w:hAnsi="Arial"/>
          <w:b/>
          <w:sz w:val="22"/>
        </w:rPr>
        <w:t xml:space="preserve">Daisy  </w:t>
      </w:r>
      <w:r>
        <w:rPr>
          <w:rFonts w:ascii="Arial" w:hAnsi="Arial"/>
          <w:color w:val="5D7284"/>
          <w:sz w:val="22"/>
        </w:rPr>
        <w:t>14:16</w:t>
      </w:r>
    </w:p>
    <w:p>
      <w:pPr>
        <w:spacing w:after="0"/>
      </w:pPr>
      <w:r>
        <w:rPr>
          <w:rFonts w:ascii="Arial" w:hAnsi="Arial"/>
          <w:sz w:val="22"/>
        </w:rPr>
        <w:t>Yeah, she was the sixth of eight. (Lucy) Okay. Oh..</w:t>
      </w:r>
    </w:p>
    <w:p>
      <w:pPr>
        <w:spacing w:after="0"/>
      </w:pPr>
    </w:p>
    <w:p>
      <w:pPr>
        <w:spacing w:after="0"/>
      </w:pPr>
      <w:r>
        <w:rPr>
          <w:rFonts w:ascii="Arial" w:hAnsi="Arial"/>
          <w:b/>
          <w:sz w:val="22"/>
        </w:rPr>
        <w:t xml:space="preserve">Lucy  </w:t>
      </w:r>
      <w:r>
        <w:rPr>
          <w:rFonts w:ascii="Arial" w:hAnsi="Arial"/>
          <w:color w:val="5D7284"/>
          <w:sz w:val="22"/>
        </w:rPr>
        <w:t>14:20</w:t>
      </w:r>
    </w:p>
    <w:p>
      <w:pPr>
        <w:spacing w:after="0"/>
      </w:pPr>
      <w:r>
        <w:rPr>
          <w:rFonts w:ascii="Arial" w:hAnsi="Arial"/>
          <w:sz w:val="22"/>
        </w:rPr>
        <w:t>right. 8? (Daisy) Yeah. Yeah.</w:t>
      </w:r>
    </w:p>
    <w:p>
      <w:pPr>
        <w:spacing w:after="0"/>
      </w:pPr>
    </w:p>
    <w:p>
      <w:pPr>
        <w:spacing w:after="0"/>
      </w:pPr>
      <w:r>
        <w:rPr>
          <w:rFonts w:ascii="Arial" w:hAnsi="Arial"/>
          <w:b/>
          <w:sz w:val="22"/>
        </w:rPr>
        <w:t xml:space="preserve">Alice  </w:t>
      </w:r>
      <w:r>
        <w:rPr>
          <w:rFonts w:ascii="Arial" w:hAnsi="Arial"/>
          <w:color w:val="5D7284"/>
          <w:sz w:val="22"/>
        </w:rPr>
        <w:t>14:23</w:t>
      </w:r>
    </w:p>
    <w:p>
      <w:pPr>
        <w:spacing w:after="0"/>
      </w:pPr>
      <w:r>
        <w:rPr>
          <w:rFonts w:ascii="Arial" w:hAnsi="Arial"/>
          <w:sz w:val="22"/>
        </w:rPr>
        <w:t>I mean, I suspect there's probably an element of mum, just constantly trying not to be incontinent after six kids that she's probably a bit busy to be caring for her child.</w:t>
      </w:r>
    </w:p>
    <w:p>
      <w:pPr>
        <w:spacing w:after="0"/>
      </w:pPr>
    </w:p>
    <w:p>
      <w:pPr>
        <w:spacing w:after="0"/>
      </w:pPr>
      <w:r>
        <w:rPr>
          <w:rFonts w:ascii="Arial" w:hAnsi="Arial"/>
          <w:b/>
          <w:sz w:val="22"/>
        </w:rPr>
        <w:t xml:space="preserve">Daisy  </w:t>
      </w:r>
      <w:r>
        <w:rPr>
          <w:rFonts w:ascii="Arial" w:hAnsi="Arial"/>
          <w:color w:val="5D7284"/>
          <w:sz w:val="22"/>
        </w:rPr>
        <w:t>14:37</w:t>
      </w:r>
    </w:p>
    <w:p>
      <w:pPr>
        <w:spacing w:after="0"/>
      </w:pPr>
      <w:r>
        <w:rPr>
          <w:rFonts w:ascii="Arial" w:hAnsi="Arial"/>
          <w:sz w:val="22"/>
        </w:rPr>
        <w:t>Yeah, and I think it was also.. just because, you know, they were (Alice) Lucy's face (laughs). Quite, they were quite well off. And so, you know, they had the money for staff and servants and so..</w:t>
      </w:r>
    </w:p>
    <w:p>
      <w:pPr>
        <w:spacing w:after="0"/>
      </w:pPr>
    </w:p>
    <w:p>
      <w:pPr>
        <w:spacing w:after="0"/>
      </w:pPr>
      <w:r>
        <w:rPr>
          <w:rFonts w:ascii="Arial" w:hAnsi="Arial"/>
          <w:b/>
          <w:sz w:val="22"/>
        </w:rPr>
        <w:t xml:space="preserve">Alice  </w:t>
      </w:r>
      <w:r>
        <w:rPr>
          <w:rFonts w:ascii="Arial" w:hAnsi="Arial"/>
          <w:color w:val="5D7284"/>
          <w:sz w:val="22"/>
        </w:rPr>
        <w:t>14:48</w:t>
      </w:r>
    </w:p>
    <w:p>
      <w:pPr>
        <w:spacing w:after="0"/>
      </w:pPr>
      <w:r>
        <w:rPr>
          <w:rFonts w:ascii="Arial" w:hAnsi="Arial"/>
          <w:sz w:val="22"/>
        </w:rPr>
        <w:t>(Daisy) they would use them. I don't think it was unusual was it? (Daisy) No not particularly not for, you know. But I suppose it made Harriet feel neglected then. I  shouldn't undermine her personal experience of trauma.</w:t>
      </w:r>
    </w:p>
    <w:p>
      <w:pPr>
        <w:spacing w:after="0"/>
      </w:pPr>
    </w:p>
    <w:p>
      <w:pPr>
        <w:spacing w:after="0"/>
      </w:pPr>
      <w:r>
        <w:rPr>
          <w:rFonts w:ascii="Arial" w:hAnsi="Arial"/>
          <w:b/>
          <w:sz w:val="22"/>
        </w:rPr>
        <w:t xml:space="preserve">Daisy  </w:t>
      </w:r>
      <w:r>
        <w:rPr>
          <w:rFonts w:ascii="Arial" w:hAnsi="Arial"/>
          <w:color w:val="5D7284"/>
          <w:sz w:val="22"/>
        </w:rPr>
        <w:t>15:01</w:t>
      </w:r>
    </w:p>
    <w:p>
      <w:pPr>
        <w:spacing w:after="0"/>
      </w:pPr>
      <w:r>
        <w:rPr>
          <w:rFonts w:ascii="Arial" w:hAnsi="Arial"/>
          <w:sz w:val="22"/>
        </w:rPr>
        <w:t>Yeah, I mean, she was sent off to live in all sorts of different places due to her, you know, delicate health. Kind of, you know, like, you know, like people would be sent away to the seaside because of their lungs or something. (Lucy) Get some fresh air in your lungs, you'll be fine, yeah. Yeah, that sort of thing. (Lucy) Go and listen to the sea for a bit. It's alright. Yeah.</w:t>
      </w:r>
    </w:p>
    <w:p>
      <w:pPr>
        <w:spacing w:after="0"/>
      </w:pPr>
    </w:p>
    <w:p>
      <w:pPr>
        <w:spacing w:after="0"/>
      </w:pPr>
      <w:r>
        <w:rPr>
          <w:rFonts w:ascii="Arial" w:hAnsi="Arial"/>
          <w:b/>
          <w:sz w:val="22"/>
        </w:rPr>
        <w:t xml:space="preserve">Alice  </w:t>
      </w:r>
      <w:r>
        <w:rPr>
          <w:rFonts w:ascii="Arial" w:hAnsi="Arial"/>
          <w:color w:val="5D7284"/>
          <w:sz w:val="22"/>
        </w:rPr>
        <w:t>15:21</w:t>
      </w:r>
    </w:p>
    <w:p>
      <w:pPr>
        <w:spacing w:after="0"/>
      </w:pPr>
      <w:r>
        <w:rPr>
          <w:rFonts w:ascii="Arial" w:hAnsi="Arial"/>
          <w:sz w:val="22"/>
        </w:rPr>
        <w:t>My nan had rheumatoid arthritis when she was a child. And she was sent off to a sanatorium for like a year at, like six. So it's, again, I think it was kind of normal. And that was my nan in the 1920s.</w:t>
      </w:r>
    </w:p>
    <w:p>
      <w:pPr>
        <w:spacing w:after="0"/>
      </w:pPr>
    </w:p>
    <w:p>
      <w:pPr>
        <w:spacing w:after="0"/>
      </w:pPr>
      <w:r>
        <w:rPr>
          <w:rFonts w:ascii="Arial" w:hAnsi="Arial"/>
          <w:b/>
          <w:sz w:val="22"/>
        </w:rPr>
        <w:t xml:space="preserve">Daisy  </w:t>
      </w:r>
      <w:r>
        <w:rPr>
          <w:rFonts w:ascii="Arial" w:hAnsi="Arial"/>
          <w:color w:val="5D7284"/>
          <w:sz w:val="22"/>
        </w:rPr>
        <w:t>15:39</w:t>
      </w:r>
    </w:p>
    <w:p>
      <w:pPr>
        <w:spacing w:after="0"/>
      </w:pPr>
      <w:r>
        <w:rPr>
          <w:rFonts w:ascii="Arial" w:hAnsi="Arial"/>
          <w:sz w:val="22"/>
        </w:rPr>
        <w:t>Yeah, it wasn't particularly unusual. She was first sent away when she was like two years old. To stay with.. it was a family that, you know, her family knew it wasn't just strangers. But yeah, they were  a Methodist family. And she returned as a very tiny preacher. Apparently she would just walk around randomly declaring "a duty first pleasure later." (Lucy) Right okay...Wow. And made her own little like books with these sayings in. (Lucy laughs) Okay.</w:t>
      </w:r>
    </w:p>
    <w:p>
      <w:pPr>
        <w:spacing w:after="0"/>
      </w:pPr>
    </w:p>
    <w:p>
      <w:pPr>
        <w:spacing w:after="0"/>
      </w:pPr>
      <w:r>
        <w:rPr>
          <w:rFonts w:ascii="Arial" w:hAnsi="Arial"/>
          <w:b/>
          <w:sz w:val="22"/>
        </w:rPr>
        <w:t xml:space="preserve">Alice  </w:t>
      </w:r>
      <w:r>
        <w:rPr>
          <w:rFonts w:ascii="Arial" w:hAnsi="Arial"/>
          <w:color w:val="5D7284"/>
          <w:sz w:val="22"/>
        </w:rPr>
        <w:t>16:17</w:t>
      </w:r>
    </w:p>
    <w:p>
      <w:pPr>
        <w:spacing w:after="0"/>
      </w:pPr>
      <w:r>
        <w:rPr>
          <w:rFonts w:ascii="Arial" w:hAnsi="Arial"/>
          <w:sz w:val="22"/>
        </w:rPr>
        <w:t>(laughs) That's classic kids though, they hear stuff and they're like, I just gotta repeat things.(Lucy laughs) I 100%, when I was a child, I went through a stage of primary school for my teddy bears were I made full on books for them to read and then worksheets and stuff for them.</w:t>
      </w:r>
    </w:p>
    <w:p>
      <w:pPr>
        <w:spacing w:after="0"/>
      </w:pPr>
    </w:p>
    <w:p>
      <w:pPr>
        <w:spacing w:after="0"/>
      </w:pPr>
      <w:r>
        <w:rPr>
          <w:rFonts w:ascii="Arial" w:hAnsi="Arial"/>
          <w:b/>
          <w:sz w:val="22"/>
        </w:rPr>
        <w:t xml:space="preserve">Lucy  </w:t>
      </w:r>
      <w:r>
        <w:rPr>
          <w:rFonts w:ascii="Arial" w:hAnsi="Arial"/>
          <w:color w:val="5D7284"/>
          <w:sz w:val="22"/>
        </w:rPr>
        <w:t>16:35</w:t>
      </w:r>
    </w:p>
    <w:p>
      <w:pPr>
        <w:spacing w:after="0"/>
      </w:pPr>
      <w:r>
        <w:rPr>
          <w:rFonts w:ascii="Arial" w:hAnsi="Arial"/>
          <w:sz w:val="22"/>
        </w:rPr>
        <w:t>Wow! (laughs) that's an insight.</w:t>
      </w:r>
    </w:p>
    <w:p>
      <w:pPr>
        <w:spacing w:after="0"/>
      </w:pPr>
    </w:p>
    <w:p>
      <w:pPr>
        <w:spacing w:after="0"/>
      </w:pPr>
      <w:r>
        <w:rPr>
          <w:rFonts w:ascii="Arial" w:hAnsi="Arial"/>
          <w:b/>
          <w:sz w:val="22"/>
        </w:rPr>
        <w:t xml:space="preserve">Alice  </w:t>
      </w:r>
      <w:r>
        <w:rPr>
          <w:rFonts w:ascii="Arial" w:hAnsi="Arial"/>
          <w:color w:val="5D7284"/>
          <w:sz w:val="22"/>
        </w:rPr>
        <w:t>16:41</w:t>
      </w:r>
    </w:p>
    <w:p>
      <w:pPr>
        <w:spacing w:after="0"/>
      </w:pPr>
      <w:r>
        <w:rPr>
          <w:rFonts w:ascii="Arial" w:hAnsi="Arial"/>
          <w:sz w:val="22"/>
        </w:rPr>
        <w:t>I grew up in the middle of London, I wasn't allowed outside so..</w:t>
      </w:r>
    </w:p>
    <w:p>
      <w:pPr>
        <w:spacing w:after="0"/>
      </w:pPr>
    </w:p>
    <w:p>
      <w:pPr>
        <w:spacing w:after="0"/>
      </w:pPr>
      <w:r>
        <w:rPr>
          <w:rFonts w:ascii="Arial" w:hAnsi="Arial"/>
          <w:b/>
          <w:sz w:val="22"/>
        </w:rPr>
        <w:t xml:space="preserve">Lucy  </w:t>
      </w:r>
      <w:r>
        <w:rPr>
          <w:rFonts w:ascii="Arial" w:hAnsi="Arial"/>
          <w:color w:val="5D7284"/>
          <w:sz w:val="22"/>
        </w:rPr>
        <w:t>16:45</w:t>
      </w:r>
    </w:p>
    <w:p>
      <w:pPr>
        <w:spacing w:after="0"/>
      </w:pPr>
      <w:r>
        <w:rPr>
          <w:rFonts w:ascii="Arial" w:hAnsi="Arial"/>
          <w:sz w:val="22"/>
        </w:rPr>
        <w:t>That that's a whole episode on its own that. (Laughs) Wow.</w:t>
      </w:r>
    </w:p>
    <w:p>
      <w:pPr>
        <w:spacing w:after="0"/>
      </w:pPr>
    </w:p>
    <w:p>
      <w:pPr>
        <w:spacing w:after="0"/>
      </w:pPr>
      <w:r>
        <w:rPr>
          <w:rFonts w:ascii="Arial" w:hAnsi="Arial"/>
          <w:b/>
          <w:sz w:val="22"/>
        </w:rPr>
        <w:t xml:space="preserve">Daisy  </w:t>
      </w:r>
      <w:r>
        <w:rPr>
          <w:rFonts w:ascii="Arial" w:hAnsi="Arial"/>
          <w:color w:val="5D7284"/>
          <w:sz w:val="22"/>
        </w:rPr>
        <w:t>16:52</w:t>
      </w:r>
    </w:p>
    <w:p>
      <w:pPr>
        <w:spacing w:after="0"/>
      </w:pPr>
      <w:r>
        <w:rPr>
          <w:rFonts w:ascii="Arial" w:hAnsi="Arial"/>
          <w:sz w:val="22"/>
        </w:rPr>
        <w:t>I'd be interested to try doing those worksheets. (Lucy &amp; Alice laugh)</w:t>
      </w:r>
    </w:p>
    <w:p>
      <w:pPr>
        <w:spacing w:after="0"/>
      </w:pPr>
    </w:p>
    <w:p>
      <w:pPr>
        <w:spacing w:after="0"/>
      </w:pPr>
      <w:r>
        <w:rPr>
          <w:rFonts w:ascii="Arial" w:hAnsi="Arial"/>
          <w:b/>
          <w:sz w:val="22"/>
        </w:rPr>
        <w:t xml:space="preserve">Lucy  </w:t>
      </w:r>
      <w:r>
        <w:rPr>
          <w:rFonts w:ascii="Arial" w:hAnsi="Arial"/>
          <w:color w:val="5D7284"/>
          <w:sz w:val="22"/>
        </w:rPr>
        <w:t>16:58</w:t>
      </w:r>
    </w:p>
    <w:p>
      <w:pPr>
        <w:spacing w:after="0"/>
      </w:pPr>
      <w:r>
        <w:rPr>
          <w:rFonts w:ascii="Arial" w:hAnsi="Arial"/>
          <w:sz w:val="22"/>
        </w:rPr>
        <w:t>I'm sure we can get... that's gonna be the next Christmas present. you know, when we send one as a Christmas present the team. It'll just be like a worksheet done by Alice.</w:t>
      </w:r>
    </w:p>
    <w:p>
      <w:pPr>
        <w:spacing w:after="0"/>
      </w:pPr>
    </w:p>
    <w:p>
      <w:pPr>
        <w:spacing w:after="0"/>
      </w:pPr>
      <w:r>
        <w:rPr>
          <w:rFonts w:ascii="Arial" w:hAnsi="Arial"/>
          <w:b/>
          <w:sz w:val="22"/>
        </w:rPr>
        <w:t xml:space="preserve">Alice  </w:t>
      </w:r>
      <w:r>
        <w:rPr>
          <w:rFonts w:ascii="Arial" w:hAnsi="Arial"/>
          <w:color w:val="5D7284"/>
          <w:sz w:val="22"/>
        </w:rPr>
        <w:t>17:06</w:t>
      </w:r>
    </w:p>
    <w:p>
      <w:pPr>
        <w:spacing w:after="0"/>
      </w:pPr>
      <w:r>
        <w:rPr>
          <w:rFonts w:ascii="Arial" w:hAnsi="Arial"/>
          <w:sz w:val="22"/>
        </w:rPr>
        <w:t>The worksheets that I made when I was nine. (Lucy laughing) Yeah,</w:t>
      </w:r>
    </w:p>
    <w:p>
      <w:pPr>
        <w:spacing w:after="0"/>
      </w:pPr>
    </w:p>
    <w:p>
      <w:pPr>
        <w:spacing w:after="0"/>
      </w:pPr>
      <w:r>
        <w:rPr>
          <w:rFonts w:ascii="Arial" w:hAnsi="Arial"/>
          <w:b/>
          <w:sz w:val="22"/>
        </w:rPr>
        <w:t xml:space="preserve">Lucy  </w:t>
      </w:r>
      <w:r>
        <w:rPr>
          <w:rFonts w:ascii="Arial" w:hAnsi="Arial"/>
          <w:color w:val="5D7284"/>
          <w:sz w:val="22"/>
        </w:rPr>
        <w:t>17:09</w:t>
      </w:r>
    </w:p>
    <w:p>
      <w:pPr>
        <w:spacing w:after="0"/>
      </w:pPr>
      <w:r>
        <w:rPr>
          <w:rFonts w:ascii="Arial" w:hAnsi="Arial"/>
          <w:sz w:val="22"/>
        </w:rPr>
        <w:t>like here's a word search.</w:t>
      </w:r>
    </w:p>
    <w:p>
      <w:pPr>
        <w:spacing w:after="0"/>
      </w:pPr>
    </w:p>
    <w:p>
      <w:pPr>
        <w:spacing w:after="0"/>
      </w:pPr>
      <w:r>
        <w:rPr>
          <w:rFonts w:ascii="Arial" w:hAnsi="Arial"/>
          <w:b/>
          <w:sz w:val="22"/>
        </w:rPr>
        <w:t xml:space="preserve">Daisy  </w:t>
      </w:r>
      <w:r>
        <w:rPr>
          <w:rFonts w:ascii="Arial" w:hAnsi="Arial"/>
          <w:color w:val="5D7284"/>
          <w:sz w:val="22"/>
        </w:rPr>
        <w:t>17:12</w:t>
      </w:r>
    </w:p>
    <w:p>
      <w:pPr>
        <w:spacing w:after="0"/>
      </w:pPr>
      <w:r>
        <w:rPr>
          <w:rFonts w:ascii="Arial" w:hAnsi="Arial"/>
          <w:sz w:val="22"/>
        </w:rPr>
        <w:t>What level was it at? was it easier because you know, they're bears? Or was it like? (Alice laughs)</w:t>
      </w:r>
    </w:p>
    <w:p>
      <w:pPr>
        <w:spacing w:after="0"/>
      </w:pPr>
    </w:p>
    <w:p>
      <w:pPr>
        <w:spacing w:after="0"/>
      </w:pPr>
      <w:r>
        <w:rPr>
          <w:rFonts w:ascii="Arial" w:hAnsi="Arial"/>
          <w:b/>
          <w:sz w:val="22"/>
        </w:rPr>
        <w:t xml:space="preserve">Alice  </w:t>
      </w:r>
      <w:r>
        <w:rPr>
          <w:rFonts w:ascii="Arial" w:hAnsi="Arial"/>
          <w:color w:val="5D7284"/>
          <w:sz w:val="22"/>
        </w:rPr>
        <w:t>17:19</w:t>
      </w:r>
    </w:p>
    <w:p>
      <w:pPr>
        <w:spacing w:after="0"/>
      </w:pPr>
      <w:r>
        <w:rPr>
          <w:rFonts w:ascii="Arial" w:hAnsi="Arial"/>
          <w:sz w:val="22"/>
        </w:rPr>
        <w:t>I think it was genuinely... the little books that I made (Lucy laughs) Were out of like little bits of colored paper, which I'd then(Lucy laughs) do a whole punch and loop together with string so that you could actually turn the pages. And then I would write little stories in the books. And then I genuinely believe that the worksheets were related to stuff that happened in the stories. So...(Lucy) Okay. You'd also have to read my stories first. (Daisy) Sure.Yeah the backgroud reading. I don't know whether you'd like that.</w:t>
      </w:r>
    </w:p>
    <w:p>
      <w:pPr>
        <w:spacing w:after="0"/>
      </w:pPr>
    </w:p>
    <w:p>
      <w:pPr>
        <w:spacing w:after="0"/>
      </w:pPr>
      <w:r>
        <w:rPr>
          <w:rFonts w:ascii="Arial" w:hAnsi="Arial"/>
          <w:b/>
          <w:sz w:val="22"/>
        </w:rPr>
        <w:t xml:space="preserve">Lucy  </w:t>
      </w:r>
      <w:r>
        <w:rPr>
          <w:rFonts w:ascii="Arial" w:hAnsi="Arial"/>
          <w:color w:val="5D7284"/>
          <w:sz w:val="22"/>
        </w:rPr>
        <w:t>17:54</w:t>
      </w:r>
    </w:p>
    <w:p>
      <w:pPr>
        <w:spacing w:after="0"/>
      </w:pPr>
      <w:r>
        <w:rPr>
          <w:rFonts w:ascii="Arial" w:hAnsi="Arial"/>
          <w:sz w:val="22"/>
        </w:rPr>
        <w:t>Did the head teacher of the teddy bear school give you non contact time to make sure that you could get all your worksheets done and marked afterwards? (Alice and Daisy laugh) (Lucy laughs)</w:t>
      </w:r>
    </w:p>
    <w:p>
      <w:pPr>
        <w:spacing w:after="0"/>
      </w:pPr>
    </w:p>
    <w:p>
      <w:pPr>
        <w:spacing w:after="0"/>
      </w:pPr>
      <w:r>
        <w:rPr>
          <w:rFonts w:ascii="Arial" w:hAnsi="Arial"/>
          <w:b/>
          <w:sz w:val="22"/>
        </w:rPr>
        <w:t xml:space="preserve">Daisy  </w:t>
      </w:r>
      <w:r>
        <w:rPr>
          <w:rFonts w:ascii="Arial" w:hAnsi="Arial"/>
          <w:color w:val="5D7284"/>
          <w:sz w:val="22"/>
        </w:rPr>
        <w:t>18:06</w:t>
      </w:r>
    </w:p>
    <w:p>
      <w:pPr>
        <w:spacing w:after="0"/>
      </w:pPr>
      <w:r>
        <w:rPr>
          <w:rFonts w:ascii="Arial" w:hAnsi="Arial"/>
          <w:sz w:val="22"/>
        </w:rPr>
        <w:t>Sent to Ofsted. (Lucy laughs)</w:t>
      </w:r>
    </w:p>
    <w:p>
      <w:pPr>
        <w:spacing w:after="0"/>
      </w:pPr>
    </w:p>
    <w:p>
      <w:pPr>
        <w:spacing w:after="0"/>
      </w:pPr>
      <w:r>
        <w:rPr>
          <w:rFonts w:ascii="Arial" w:hAnsi="Arial"/>
          <w:b/>
          <w:sz w:val="22"/>
        </w:rPr>
        <w:t xml:space="preserve">Alice  </w:t>
      </w:r>
      <w:r>
        <w:rPr>
          <w:rFonts w:ascii="Arial" w:hAnsi="Arial"/>
          <w:color w:val="5D7284"/>
          <w:sz w:val="22"/>
        </w:rPr>
        <w:t>18:10</w:t>
      </w:r>
    </w:p>
    <w:p>
      <w:pPr>
        <w:spacing w:after="0"/>
      </w:pPr>
      <w:r>
        <w:rPr>
          <w:rFonts w:ascii="Arial" w:hAnsi="Arial"/>
          <w:sz w:val="22"/>
        </w:rPr>
        <w:t>I think that the head teacher of the teddy bear Primary School aka my mum was just pleased that I was somewhere being quiet. Which I have not done ever since. (Lucy) No.</w:t>
      </w:r>
    </w:p>
    <w:p>
      <w:pPr>
        <w:spacing w:after="0"/>
      </w:pPr>
    </w:p>
    <w:p>
      <w:pPr>
        <w:spacing w:after="0"/>
      </w:pPr>
      <w:r>
        <w:rPr>
          <w:rFonts w:ascii="Arial" w:hAnsi="Arial"/>
          <w:b/>
          <w:sz w:val="22"/>
        </w:rPr>
        <w:t xml:space="preserve">Daisy  </w:t>
      </w:r>
      <w:r>
        <w:rPr>
          <w:rFonts w:ascii="Arial" w:hAnsi="Arial"/>
          <w:color w:val="5D7284"/>
          <w:sz w:val="22"/>
        </w:rPr>
        <w:t>18:23</w:t>
      </w:r>
    </w:p>
    <w:p>
      <w:pPr>
        <w:spacing w:after="0"/>
      </w:pPr>
      <w:r>
        <w:rPr>
          <w:rFonts w:ascii="Arial" w:hAnsi="Arial"/>
          <w:sz w:val="22"/>
        </w:rPr>
        <w:t>You tried it out didn't like it. (Lucy) No</w:t>
      </w:r>
    </w:p>
    <w:p>
      <w:pPr>
        <w:spacing w:after="0"/>
      </w:pPr>
    </w:p>
    <w:p>
      <w:pPr>
        <w:spacing w:after="0"/>
      </w:pPr>
      <w:r>
        <w:rPr>
          <w:rFonts w:ascii="Arial" w:hAnsi="Arial"/>
          <w:b/>
          <w:sz w:val="22"/>
        </w:rPr>
        <w:t xml:space="preserve">Lucy  </w:t>
      </w:r>
      <w:r>
        <w:rPr>
          <w:rFonts w:ascii="Arial" w:hAnsi="Arial"/>
          <w:color w:val="5D7284"/>
          <w:sz w:val="22"/>
        </w:rPr>
        <w:t>18:28</w:t>
      </w:r>
    </w:p>
    <w:p>
      <w:pPr>
        <w:spacing w:after="0"/>
      </w:pPr>
      <w:r>
        <w:rPr>
          <w:rFonts w:ascii="Arial" w:hAnsi="Arial"/>
          <w:sz w:val="22"/>
        </w:rPr>
        <w:t>Tried it out. Didn't like it, started a podcast. (llaughs)</w:t>
      </w:r>
    </w:p>
    <w:p>
      <w:pPr>
        <w:spacing w:after="0"/>
      </w:pPr>
    </w:p>
    <w:p>
      <w:pPr>
        <w:spacing w:after="0"/>
      </w:pPr>
      <w:r>
        <w:rPr>
          <w:rFonts w:ascii="Arial" w:hAnsi="Arial"/>
          <w:b/>
          <w:sz w:val="22"/>
        </w:rPr>
        <w:t xml:space="preserve">Alice  </w:t>
      </w:r>
      <w:r>
        <w:rPr>
          <w:rFonts w:ascii="Arial" w:hAnsi="Arial"/>
          <w:color w:val="5D7284"/>
          <w:sz w:val="22"/>
        </w:rPr>
        <w:t>18:31</w:t>
      </w:r>
    </w:p>
    <w:p>
      <w:pPr>
        <w:spacing w:after="0"/>
      </w:pPr>
      <w:r>
        <w:rPr>
          <w:rFonts w:ascii="Arial" w:hAnsi="Arial"/>
          <w:sz w:val="22"/>
        </w:rPr>
        <w:t>I tried to make my dog sit down and read books with me. But they were just really bad students.</w:t>
      </w:r>
    </w:p>
    <w:p>
      <w:pPr>
        <w:spacing w:after="0"/>
      </w:pPr>
    </w:p>
    <w:p>
      <w:pPr>
        <w:spacing w:after="0"/>
      </w:pPr>
      <w:r>
        <w:rPr>
          <w:rFonts w:ascii="Arial" w:hAnsi="Arial"/>
          <w:b/>
          <w:sz w:val="22"/>
        </w:rPr>
        <w:t xml:space="preserve">Lucy  </w:t>
      </w:r>
      <w:r>
        <w:rPr>
          <w:rFonts w:ascii="Arial" w:hAnsi="Arial"/>
          <w:color w:val="5D7284"/>
          <w:sz w:val="22"/>
        </w:rPr>
        <w:t>18:36</w:t>
      </w:r>
    </w:p>
    <w:p>
      <w:pPr>
        <w:spacing w:after="0"/>
      </w:pPr>
      <w:r>
        <w:rPr>
          <w:rFonts w:ascii="Arial" w:hAnsi="Arial"/>
          <w:sz w:val="22"/>
        </w:rPr>
        <w:t>Yeah, I can imagine. Yeah, well, that's sort of free.</w:t>
      </w:r>
    </w:p>
    <w:p>
      <w:pPr>
        <w:spacing w:after="0"/>
      </w:pPr>
    </w:p>
    <w:p>
      <w:pPr>
        <w:spacing w:after="0"/>
      </w:pPr>
      <w:r>
        <w:rPr>
          <w:rFonts w:ascii="Arial" w:hAnsi="Arial"/>
          <w:b/>
          <w:sz w:val="22"/>
        </w:rPr>
        <w:t xml:space="preserve">Alice  </w:t>
      </w:r>
      <w:r>
        <w:rPr>
          <w:rFonts w:ascii="Arial" w:hAnsi="Arial"/>
          <w:color w:val="5D7284"/>
          <w:sz w:val="22"/>
        </w:rPr>
        <w:t>18:43</w:t>
      </w:r>
    </w:p>
    <w:p>
      <w:pPr>
        <w:spacing w:after="0"/>
      </w:pPr>
      <w:r>
        <w:rPr>
          <w:rFonts w:ascii="Arial" w:hAnsi="Arial"/>
          <w:sz w:val="22"/>
        </w:rPr>
        <w:t>My teddy bears wanted to be there. They were commited to learning. (Lucy laughs)</w:t>
      </w:r>
    </w:p>
    <w:p>
      <w:pPr>
        <w:spacing w:after="0"/>
      </w:pPr>
    </w:p>
    <w:p>
      <w:pPr>
        <w:spacing w:after="0"/>
      </w:pPr>
      <w:r>
        <w:rPr>
          <w:rFonts w:ascii="Arial" w:hAnsi="Arial"/>
          <w:b/>
          <w:sz w:val="22"/>
        </w:rPr>
        <w:t xml:space="preserve">Daisy  </w:t>
      </w:r>
      <w:r>
        <w:rPr>
          <w:rFonts w:ascii="Arial" w:hAnsi="Arial"/>
          <w:color w:val="5D7284"/>
          <w:sz w:val="22"/>
        </w:rPr>
        <w:t>18:48</w:t>
      </w:r>
    </w:p>
    <w:p>
      <w:pPr>
        <w:spacing w:after="0"/>
      </w:pPr>
      <w:r>
        <w:rPr>
          <w:rFonts w:ascii="Arial" w:hAnsi="Arial"/>
          <w:sz w:val="22"/>
        </w:rPr>
        <w:t>They are probably a bit smarter than dogs.(Lucy) Yeah.</w:t>
      </w:r>
    </w:p>
    <w:p>
      <w:pPr>
        <w:spacing w:after="0"/>
      </w:pPr>
    </w:p>
    <w:p>
      <w:pPr>
        <w:spacing w:after="0"/>
      </w:pPr>
      <w:r>
        <w:rPr>
          <w:rFonts w:ascii="Arial" w:hAnsi="Arial"/>
          <w:b/>
          <w:sz w:val="22"/>
        </w:rPr>
        <w:t xml:space="preserve">Alice  </w:t>
      </w:r>
      <w:r>
        <w:rPr>
          <w:rFonts w:ascii="Arial" w:hAnsi="Arial"/>
          <w:color w:val="5D7284"/>
          <w:sz w:val="22"/>
        </w:rPr>
        <w:t>18:52</w:t>
      </w:r>
    </w:p>
    <w:p>
      <w:pPr>
        <w:spacing w:after="0"/>
      </w:pPr>
      <w:r>
        <w:rPr>
          <w:rFonts w:ascii="Arial" w:hAnsi="Arial"/>
          <w:sz w:val="22"/>
        </w:rPr>
        <w:t>Certainly smarter than my dogs. (Lucy laughs)</w:t>
      </w:r>
    </w:p>
    <w:p>
      <w:pPr>
        <w:spacing w:after="0"/>
      </w:pPr>
    </w:p>
    <w:p>
      <w:pPr>
        <w:spacing w:after="0"/>
      </w:pPr>
      <w:r>
        <w:rPr>
          <w:rFonts w:ascii="Arial" w:hAnsi="Arial"/>
          <w:b/>
          <w:sz w:val="22"/>
        </w:rPr>
        <w:t xml:space="preserve">Lucy  </w:t>
      </w:r>
      <w:r>
        <w:rPr>
          <w:rFonts w:ascii="Arial" w:hAnsi="Arial"/>
          <w:color w:val="5D7284"/>
          <w:sz w:val="22"/>
        </w:rPr>
        <w:t>18:56</w:t>
      </w:r>
    </w:p>
    <w:p>
      <w:pPr>
        <w:spacing w:after="0"/>
      </w:pPr>
      <w:r>
        <w:rPr>
          <w:rFonts w:ascii="Arial" w:hAnsi="Arial"/>
          <w:sz w:val="22"/>
        </w:rPr>
        <w:t>Anyway, that's a bit of bonus content we can add for listeners, we're just have an  episode about Alice's teddy bear school.</w:t>
      </w:r>
    </w:p>
    <w:p>
      <w:pPr>
        <w:spacing w:after="0"/>
      </w:pPr>
    </w:p>
    <w:p>
      <w:pPr>
        <w:spacing w:after="0"/>
      </w:pPr>
      <w:r>
        <w:rPr>
          <w:rFonts w:ascii="Arial" w:hAnsi="Arial"/>
          <w:b/>
          <w:sz w:val="22"/>
        </w:rPr>
        <w:t xml:space="preserve">Daisy  </w:t>
      </w:r>
      <w:r>
        <w:rPr>
          <w:rFonts w:ascii="Arial" w:hAnsi="Arial"/>
          <w:color w:val="5D7284"/>
          <w:sz w:val="22"/>
        </w:rPr>
        <w:t>19:05</w:t>
      </w:r>
    </w:p>
    <w:p>
      <w:pPr>
        <w:spacing w:after="0"/>
      </w:pPr>
      <w:r>
        <w:rPr>
          <w:rFonts w:ascii="Arial" w:hAnsi="Arial"/>
          <w:sz w:val="22"/>
        </w:rPr>
        <w:t>Yeah bit that does lead us through to Harriet's education. (Lucy) Yeah.  (Alice laughs) So she started off being schooled at home. because, you know, she was so sickly. And, you know, sort of her deafness kind of got worse throughout her childhood. So, you know, she was supposed to use like an ear trumpet? you know, one of those big cone things. (Lucy) Yeah. But, you know, never actually did. (Lucy) No. So she was taught at home for many years, which was apparently a source of teasing amongst her siblings. I don't really understand why. (Lucy) No. I think you know, I think kid's are mean, for weird reasons. So (Lucy) Yeah. (Alice) Exactly.</w:t>
      </w:r>
    </w:p>
    <w:p>
      <w:pPr>
        <w:spacing w:after="0"/>
      </w:pPr>
    </w:p>
    <w:p>
      <w:pPr>
        <w:spacing w:after="0"/>
      </w:pPr>
      <w:r>
        <w:rPr>
          <w:rFonts w:ascii="Arial" w:hAnsi="Arial"/>
          <w:b/>
          <w:sz w:val="22"/>
        </w:rPr>
        <w:t xml:space="preserve">Alice  </w:t>
      </w:r>
      <w:r>
        <w:rPr>
          <w:rFonts w:ascii="Arial" w:hAnsi="Arial"/>
          <w:color w:val="5D7284"/>
          <w:sz w:val="22"/>
        </w:rPr>
        <w:t>19:44</w:t>
      </w:r>
    </w:p>
    <w:p>
      <w:pPr>
        <w:spacing w:after="0"/>
      </w:pPr>
      <w:r>
        <w:rPr>
          <w:rFonts w:ascii="Arial" w:hAnsi="Arial"/>
          <w:sz w:val="22"/>
        </w:rPr>
        <w:t>That's exactly what I was gonna say. And also, I think, I suspect there's a level of like, as much as as much as like when... I can distinctly remember when I was a kid, my brother was ill and like, was off school. And as much as I liked going to school because yeah, that was one of those children. I was also like, "he gets to stay home with you all day." It's like, "can I can I be sick too?" So I imagine it's Yeah it reason to be mean probably.</w:t>
      </w:r>
    </w:p>
    <w:p>
      <w:pPr>
        <w:spacing w:after="0"/>
      </w:pPr>
    </w:p>
    <w:p>
      <w:pPr>
        <w:spacing w:after="0"/>
      </w:pPr>
      <w:r>
        <w:rPr>
          <w:rFonts w:ascii="Arial" w:hAnsi="Arial"/>
          <w:b/>
          <w:sz w:val="22"/>
        </w:rPr>
        <w:t xml:space="preserve">Lucy  </w:t>
      </w:r>
      <w:r>
        <w:rPr>
          <w:rFonts w:ascii="Arial" w:hAnsi="Arial"/>
          <w:color w:val="5D7284"/>
          <w:sz w:val="22"/>
        </w:rPr>
        <w:t>20:12</w:t>
      </w:r>
    </w:p>
    <w:p>
      <w:pPr>
        <w:spacing w:after="0"/>
      </w:pPr>
      <w:r>
        <w:rPr>
          <w:rFonts w:ascii="Arial" w:hAnsi="Arial"/>
          <w:sz w:val="22"/>
        </w:rPr>
        <w:t>Yeah. a little bit jealousy, isn't it? Like "Oh you get to stay at home" (Alice) Yeah.</w:t>
      </w:r>
    </w:p>
    <w:p>
      <w:pPr>
        <w:spacing w:after="0"/>
      </w:pPr>
    </w:p>
    <w:p>
      <w:pPr>
        <w:spacing w:after="0"/>
      </w:pPr>
      <w:r>
        <w:rPr>
          <w:rFonts w:ascii="Arial" w:hAnsi="Arial"/>
          <w:b/>
          <w:sz w:val="22"/>
        </w:rPr>
        <w:t xml:space="preserve">Daisy  </w:t>
      </w:r>
      <w:r>
        <w:rPr>
          <w:rFonts w:ascii="Arial" w:hAnsi="Arial"/>
          <w:color w:val="5D7284"/>
          <w:sz w:val="22"/>
        </w:rPr>
        <w:t>20:15</w:t>
      </w:r>
    </w:p>
    <w:p>
      <w:pPr>
        <w:spacing w:after="0"/>
      </w:pPr>
      <w:r>
        <w:rPr>
          <w:rFonts w:ascii="Arial" w:hAnsi="Arial"/>
          <w:sz w:val="22"/>
        </w:rPr>
        <w:t>Yes and she specifically speaks of how her mother taught her French. And so maybe if she hadn't been particularly available for all of the kids. Yeah, there was a bit of, you know, "you get to spend time with mum. We don't." Yeah, so. Yeah, I was trying to get my head around... because her mother taught her French, which was her father's first language. (Alice) Okay. Okay and then her father taught her Latin. Okay, it seems like your dad maybe could have taught you the French? Given that..?</w:t>
      </w:r>
    </w:p>
    <w:p>
      <w:pPr>
        <w:spacing w:after="0"/>
      </w:pPr>
    </w:p>
    <w:p>
      <w:pPr>
        <w:spacing w:after="0"/>
      </w:pPr>
      <w:r>
        <w:rPr>
          <w:rFonts w:ascii="Arial" w:hAnsi="Arial"/>
          <w:b/>
          <w:sz w:val="22"/>
        </w:rPr>
        <w:t xml:space="preserve">Alice  </w:t>
      </w:r>
      <w:r>
        <w:rPr>
          <w:rFonts w:ascii="Arial" w:hAnsi="Arial"/>
          <w:color w:val="5D7284"/>
          <w:sz w:val="22"/>
        </w:rPr>
        <w:t>20:49</w:t>
      </w:r>
    </w:p>
    <w:p>
      <w:pPr>
        <w:spacing w:after="0"/>
      </w:pPr>
      <w:r>
        <w:rPr>
          <w:rFonts w:ascii="Arial" w:hAnsi="Arial"/>
          <w:sz w:val="22"/>
        </w:rPr>
        <w:t>Does seem like an odd way around do it. But I suppose if time is short, and he SPEAKS Latin, and mum doesn't? (Daisy) Yeah,</w:t>
      </w:r>
    </w:p>
    <w:p>
      <w:pPr>
        <w:spacing w:after="0"/>
      </w:pPr>
    </w:p>
    <w:p>
      <w:pPr>
        <w:spacing w:after="0"/>
      </w:pPr>
      <w:r>
        <w:rPr>
          <w:rFonts w:ascii="Arial" w:hAnsi="Arial"/>
          <w:b/>
          <w:sz w:val="22"/>
        </w:rPr>
        <w:t xml:space="preserve">Daisy  </w:t>
      </w:r>
      <w:r>
        <w:rPr>
          <w:rFonts w:ascii="Arial" w:hAnsi="Arial"/>
          <w:color w:val="5D7284"/>
          <w:sz w:val="22"/>
        </w:rPr>
        <w:t>20:57</w:t>
      </w:r>
    </w:p>
    <w:p>
      <w:pPr>
        <w:spacing w:after="0"/>
      </w:pPr>
      <w:r>
        <w:rPr>
          <w:rFonts w:ascii="Arial" w:hAnsi="Arial"/>
          <w:sz w:val="22"/>
        </w:rPr>
        <w:t>I guess. But I mean, you know, who am I to judge these peoples?</w:t>
      </w:r>
    </w:p>
    <w:p>
      <w:pPr>
        <w:spacing w:after="0"/>
      </w:pPr>
    </w:p>
    <w:p>
      <w:pPr>
        <w:spacing w:after="0"/>
      </w:pPr>
      <w:r>
        <w:rPr>
          <w:rFonts w:ascii="Arial" w:hAnsi="Arial"/>
          <w:b/>
          <w:sz w:val="22"/>
        </w:rPr>
        <w:t xml:space="preserve">Alice  </w:t>
      </w:r>
      <w:r>
        <w:rPr>
          <w:rFonts w:ascii="Arial" w:hAnsi="Arial"/>
          <w:color w:val="5D7284"/>
          <w:sz w:val="22"/>
        </w:rPr>
        <w:t>21:02</w:t>
      </w:r>
    </w:p>
    <w:p>
      <w:pPr>
        <w:spacing w:after="0"/>
      </w:pPr>
      <w:r>
        <w:rPr>
          <w:rFonts w:ascii="Arial" w:hAnsi="Arial"/>
          <w:sz w:val="22"/>
        </w:rPr>
        <w:t>Is that not what this entire episode is about? That? (Daisy) Well,</w:t>
      </w:r>
    </w:p>
    <w:p>
      <w:pPr>
        <w:spacing w:after="0"/>
      </w:pPr>
    </w:p>
    <w:p>
      <w:pPr>
        <w:spacing w:after="0"/>
      </w:pPr>
      <w:r>
        <w:rPr>
          <w:rFonts w:ascii="Arial" w:hAnsi="Arial"/>
          <w:b/>
          <w:sz w:val="22"/>
        </w:rPr>
        <w:t xml:space="preserve">Daisy  </w:t>
      </w:r>
      <w:r>
        <w:rPr>
          <w:rFonts w:ascii="Arial" w:hAnsi="Arial"/>
          <w:color w:val="5D7284"/>
          <w:sz w:val="22"/>
        </w:rPr>
        <w:t>21:05</w:t>
      </w:r>
    </w:p>
    <w:p>
      <w:pPr>
        <w:spacing w:after="0"/>
      </w:pPr>
      <w:r>
        <w:rPr>
          <w:rFonts w:ascii="Arial" w:hAnsi="Arial"/>
          <w:sz w:val="22"/>
        </w:rPr>
        <w:t>yeah. I make judgments on all of these people's decisions.</w:t>
      </w:r>
    </w:p>
    <w:p>
      <w:pPr>
        <w:spacing w:after="0"/>
      </w:pPr>
    </w:p>
    <w:p>
      <w:pPr>
        <w:spacing w:after="0"/>
      </w:pPr>
      <w:r>
        <w:rPr>
          <w:rFonts w:ascii="Arial" w:hAnsi="Arial"/>
          <w:b/>
          <w:sz w:val="22"/>
        </w:rPr>
        <w:t xml:space="preserve">Alice  </w:t>
      </w:r>
      <w:r>
        <w:rPr>
          <w:rFonts w:ascii="Arial" w:hAnsi="Arial"/>
          <w:color w:val="5D7284"/>
          <w:sz w:val="22"/>
        </w:rPr>
        <w:t>21:12</w:t>
      </w:r>
    </w:p>
    <w:p>
      <w:pPr>
        <w:spacing w:after="0"/>
      </w:pPr>
      <w:r>
        <w:rPr>
          <w:rFonts w:ascii="Arial" w:hAnsi="Arial"/>
          <w:sz w:val="22"/>
        </w:rPr>
        <w:t>(laughs) Yeah, it's fine. They're dead now.</w:t>
      </w:r>
    </w:p>
    <w:p>
      <w:pPr>
        <w:spacing w:after="0"/>
      </w:pPr>
    </w:p>
    <w:p>
      <w:pPr>
        <w:spacing w:after="0"/>
      </w:pPr>
      <w:r>
        <w:rPr>
          <w:rFonts w:ascii="Arial" w:hAnsi="Arial"/>
          <w:b/>
          <w:sz w:val="22"/>
        </w:rPr>
        <w:t xml:space="preserve">Lucy  </w:t>
      </w:r>
      <w:r>
        <w:rPr>
          <w:rFonts w:ascii="Arial" w:hAnsi="Arial"/>
          <w:color w:val="5D7284"/>
          <w:sz w:val="22"/>
        </w:rPr>
        <w:t>21:16</w:t>
      </w:r>
    </w:p>
    <w:p>
      <w:pPr>
        <w:spacing w:after="0"/>
      </w:pPr>
      <w:r>
        <w:rPr>
          <w:rFonts w:ascii="Arial" w:hAnsi="Arial"/>
          <w:sz w:val="22"/>
        </w:rPr>
        <w:t>So how long was Harriet schooled at home for? was it like until she was of school living age? Or did you go to school for a bit? Or? How did that work? (Daisy) Yeah, no,</w:t>
      </w:r>
    </w:p>
    <w:p>
      <w:pPr>
        <w:spacing w:after="0"/>
      </w:pPr>
    </w:p>
    <w:p>
      <w:pPr>
        <w:spacing w:after="0"/>
      </w:pPr>
      <w:r>
        <w:rPr>
          <w:rFonts w:ascii="Arial" w:hAnsi="Arial"/>
          <w:b/>
          <w:sz w:val="22"/>
        </w:rPr>
        <w:t xml:space="preserve">Daisy  </w:t>
      </w:r>
      <w:r>
        <w:rPr>
          <w:rFonts w:ascii="Arial" w:hAnsi="Arial"/>
          <w:color w:val="5D7284"/>
          <w:sz w:val="22"/>
        </w:rPr>
        <w:t>21:28</w:t>
      </w:r>
    </w:p>
    <w:p>
      <w:pPr>
        <w:spacing w:after="0"/>
      </w:pPr>
      <w:r>
        <w:rPr>
          <w:rFonts w:ascii="Arial" w:hAnsi="Arial"/>
          <w:sz w:val="22"/>
        </w:rPr>
        <w:t xml:space="preserve"> she went on to a regular school. And she was about nine. (Lucy) Okay. Which is like a little religious school because her family were Unitarians. Which is, you know, I don't know if you're like me, and don't particularly know the difference between all of the various denominations of Christianity. But essentially..(Alice) I know,</w:t>
      </w:r>
    </w:p>
    <w:p>
      <w:pPr>
        <w:spacing w:after="0"/>
      </w:pPr>
    </w:p>
    <w:p>
      <w:pPr>
        <w:spacing w:after="0"/>
      </w:pPr>
      <w:r>
        <w:rPr>
          <w:rFonts w:ascii="Arial" w:hAnsi="Arial"/>
          <w:b/>
          <w:sz w:val="22"/>
        </w:rPr>
        <w:t xml:space="preserve">Alice  </w:t>
      </w:r>
      <w:r>
        <w:rPr>
          <w:rFonts w:ascii="Arial" w:hAnsi="Arial"/>
          <w:color w:val="5D7284"/>
          <w:sz w:val="22"/>
        </w:rPr>
        <w:t>21:49</w:t>
      </w:r>
    </w:p>
    <w:p>
      <w:pPr>
        <w:spacing w:after="0"/>
      </w:pPr>
      <w:r>
        <w:rPr>
          <w:rFonts w:ascii="Arial" w:hAnsi="Arial"/>
          <w:sz w:val="22"/>
        </w:rPr>
        <w:t>I know that there's, there's one that believes in the Virgin and then there's all the other ones. (Daisy) Yeah, that was</w:t>
      </w:r>
    </w:p>
    <w:p>
      <w:pPr>
        <w:spacing w:after="0"/>
      </w:pPr>
    </w:p>
    <w:p>
      <w:pPr>
        <w:spacing w:after="0"/>
      </w:pPr>
      <w:r>
        <w:rPr>
          <w:rFonts w:ascii="Arial" w:hAnsi="Arial"/>
          <w:b/>
          <w:sz w:val="22"/>
        </w:rPr>
        <w:t xml:space="preserve">Daisy  </w:t>
      </w:r>
      <w:r>
        <w:rPr>
          <w:rFonts w:ascii="Arial" w:hAnsi="Arial"/>
          <w:color w:val="5D7284"/>
          <w:sz w:val="22"/>
        </w:rPr>
        <w:t>21:55</w:t>
      </w:r>
    </w:p>
    <w:p>
      <w:pPr>
        <w:spacing w:after="0"/>
      </w:pPr>
      <w:r>
        <w:rPr>
          <w:rFonts w:ascii="Arial" w:hAnsi="Arial"/>
          <w:sz w:val="22"/>
        </w:rPr>
        <w:t>pretty much it. (Alice laughs) I'm sure all churchgoers will agree. (Daisy laughs) Essentially, essentially, what I figure is it, the Unitarians were a bit more, I guess, open liberal than a lot of other denominations. So like it was, it was a given that all of the girls would have the same conventional education that all of the boys would, even though they weren't, you know, the boys would be aimed towards like a career and making a living, and the girls will be more, you know, towards sewing.(Alice) Yeah. And so, you know, the parents wanted them all to be able to, you know, read and write and think and stuff, but also never wanted Harriet to be seen in public holding a pen. What? (Daisy) Yeah, I know, it's a bit strange. (Lucy) What?! But also..(Alice) It's a very specific thing to be like, "No, you can't do that." Yeah, I'm wondering if it's this kind of, you know, it'll be threatening to, you know, men who might want to marry you if you are seen to be too intelligent.</w:t>
      </w:r>
    </w:p>
    <w:p>
      <w:pPr>
        <w:spacing w:after="0"/>
      </w:pPr>
    </w:p>
    <w:p>
      <w:pPr>
        <w:spacing w:after="0"/>
      </w:pPr>
      <w:r>
        <w:rPr>
          <w:rFonts w:ascii="Arial" w:hAnsi="Arial"/>
          <w:b/>
          <w:sz w:val="22"/>
        </w:rPr>
        <w:t xml:space="preserve">Lucy  </w:t>
      </w:r>
      <w:r>
        <w:rPr>
          <w:rFonts w:ascii="Arial" w:hAnsi="Arial"/>
          <w:color w:val="5D7284"/>
          <w:sz w:val="22"/>
        </w:rPr>
        <w:t>22:59</w:t>
      </w:r>
    </w:p>
    <w:p>
      <w:pPr>
        <w:spacing w:after="0"/>
      </w:pPr>
      <w:r>
        <w:rPr>
          <w:rFonts w:ascii="Arial" w:hAnsi="Arial"/>
          <w:sz w:val="22"/>
        </w:rPr>
        <w:t>Yeah, yeah. (Daisy) But when I</w:t>
      </w:r>
    </w:p>
    <w:p>
      <w:pPr>
        <w:spacing w:after="0"/>
      </w:pPr>
    </w:p>
    <w:p>
      <w:pPr>
        <w:spacing w:after="0"/>
      </w:pPr>
      <w:r>
        <w:rPr>
          <w:rFonts w:ascii="Arial" w:hAnsi="Arial"/>
          <w:b/>
          <w:sz w:val="22"/>
        </w:rPr>
        <w:t xml:space="preserve">Daisy  </w:t>
      </w:r>
      <w:r>
        <w:rPr>
          <w:rFonts w:ascii="Arial" w:hAnsi="Arial"/>
          <w:color w:val="5D7284"/>
          <w:sz w:val="22"/>
        </w:rPr>
        <w:t>23:01</w:t>
      </w:r>
    </w:p>
    <w:p>
      <w:pPr>
        <w:spacing w:after="0"/>
      </w:pPr>
      <w:r>
        <w:rPr>
          <w:rFonts w:ascii="Arial" w:hAnsi="Arial"/>
          <w:sz w:val="22"/>
        </w:rPr>
        <w:t>watched, you know, in Bridgeton, there's this kind of element as well, where it's kind of, you know, oh, you can, you know, read but you have to sit on the sofa and "Just so." (Lucy) Yeah. If we have visitors to the house. (laughs) (Lucy) Yeah put the book away, away. They can't know you can read!</w:t>
      </w:r>
    </w:p>
    <w:p>
      <w:pPr>
        <w:spacing w:after="0"/>
      </w:pPr>
    </w:p>
    <w:p>
      <w:pPr>
        <w:spacing w:after="0"/>
      </w:pPr>
      <w:r>
        <w:rPr>
          <w:rFonts w:ascii="Arial" w:hAnsi="Arial"/>
          <w:b/>
          <w:sz w:val="22"/>
        </w:rPr>
        <w:t xml:space="preserve">Lucy  </w:t>
      </w:r>
      <w:r>
        <w:rPr>
          <w:rFonts w:ascii="Arial" w:hAnsi="Arial"/>
          <w:color w:val="5D7284"/>
          <w:sz w:val="22"/>
        </w:rPr>
        <w:t>23:22</w:t>
      </w:r>
    </w:p>
    <w:p>
      <w:pPr>
        <w:spacing w:after="0"/>
      </w:pPr>
      <w:r>
        <w:rPr>
          <w:rFonts w:ascii="Arial" w:hAnsi="Arial"/>
          <w:sz w:val="22"/>
        </w:rPr>
        <w:t>How dare you.</w:t>
      </w:r>
    </w:p>
    <w:p>
      <w:pPr>
        <w:spacing w:after="0"/>
      </w:pPr>
    </w:p>
    <w:p>
      <w:pPr>
        <w:spacing w:after="0"/>
      </w:pPr>
      <w:r>
        <w:rPr>
          <w:rFonts w:ascii="Arial" w:hAnsi="Arial"/>
          <w:b/>
          <w:sz w:val="22"/>
        </w:rPr>
        <w:t xml:space="preserve">Alice  </w:t>
      </w:r>
      <w:r>
        <w:rPr>
          <w:rFonts w:ascii="Arial" w:hAnsi="Arial"/>
          <w:color w:val="5D7284"/>
          <w:sz w:val="22"/>
        </w:rPr>
        <w:t>23:23</w:t>
      </w:r>
    </w:p>
    <w:p>
      <w:pPr>
        <w:spacing w:after="0"/>
      </w:pPr>
      <w:r>
        <w:rPr>
          <w:rFonts w:ascii="Arial" w:hAnsi="Arial"/>
          <w:sz w:val="22"/>
        </w:rPr>
        <w:t>I imagine for Harriet, who's, you know, got hearing loss, not being able to, like have a pen handy, though, could be a really easy way of sort of communicating with other people. So that's really.. that's like, particularly restrictive for her.</w:t>
      </w:r>
    </w:p>
    <w:p>
      <w:pPr>
        <w:spacing w:after="0"/>
      </w:pPr>
    </w:p>
    <w:p>
      <w:pPr>
        <w:spacing w:after="0"/>
      </w:pPr>
      <w:r>
        <w:rPr>
          <w:rFonts w:ascii="Arial" w:hAnsi="Arial"/>
          <w:b/>
          <w:sz w:val="22"/>
        </w:rPr>
        <w:t xml:space="preserve">Daisy  </w:t>
      </w:r>
      <w:r>
        <w:rPr>
          <w:rFonts w:ascii="Arial" w:hAnsi="Arial"/>
          <w:color w:val="5D7284"/>
          <w:sz w:val="22"/>
        </w:rPr>
        <w:t>23:43</w:t>
      </w:r>
    </w:p>
    <w:p>
      <w:pPr>
        <w:spacing w:after="0"/>
      </w:pPr>
      <w:r>
        <w:rPr>
          <w:rFonts w:ascii="Arial" w:hAnsi="Arial"/>
          <w:sz w:val="22"/>
        </w:rPr>
        <w:t>Yeah, I mean, you know, later on, there wasn't, it seems that there wasn't too much. Like, objection or fighting for her to, you know, be able to write for a living, you know, once it got to that point, everyone's kind of like, okay, yeah, fair enough. it was just kind of, you know, one of these things that was impressed upon her as she was growing up, but this, you know, religious school that she went to when she was nine. Where she was, you know, taught about history and politics, and, you know, all of these sorts of things, which kind of really varies her interest in what what would, we would know, sociology, you know, back then had all sorts of other different names that are also... you wouldn't see the words and go, Oh, yes. Sociology. (Lucy) Yeah. It's just yeah. Yeah. Suppose if she first became interested in politics when Admiral Nelson died. (Lucy) Okay..?</w:t>
      </w:r>
    </w:p>
    <w:p>
      <w:pPr>
        <w:spacing w:after="0"/>
      </w:pPr>
    </w:p>
    <w:p>
      <w:pPr>
        <w:spacing w:after="0"/>
      </w:pPr>
      <w:r>
        <w:rPr>
          <w:rFonts w:ascii="Arial" w:hAnsi="Arial"/>
          <w:b/>
          <w:sz w:val="22"/>
        </w:rPr>
        <w:t xml:space="preserve">Alice  </w:t>
      </w:r>
      <w:r>
        <w:rPr>
          <w:rFonts w:ascii="Arial" w:hAnsi="Arial"/>
          <w:color w:val="5D7284"/>
          <w:sz w:val="22"/>
        </w:rPr>
        <w:t>24:36</w:t>
      </w:r>
    </w:p>
    <w:p>
      <w:pPr>
        <w:spacing w:after="0"/>
      </w:pPr>
      <w:r>
        <w:rPr>
          <w:rFonts w:ascii="Arial" w:hAnsi="Arial"/>
          <w:sz w:val="22"/>
        </w:rPr>
        <w:t>(laughs) It's full of callbacks, this episode isn't it?</w:t>
      </w:r>
    </w:p>
    <w:p>
      <w:pPr>
        <w:spacing w:after="0"/>
      </w:pPr>
    </w:p>
    <w:p>
      <w:pPr>
        <w:spacing w:after="0"/>
      </w:pPr>
      <w:r>
        <w:rPr>
          <w:rFonts w:ascii="Arial" w:hAnsi="Arial"/>
          <w:b/>
          <w:sz w:val="22"/>
        </w:rPr>
        <w:t xml:space="preserve">Daisy  </w:t>
      </w:r>
      <w:r>
        <w:rPr>
          <w:rFonts w:ascii="Arial" w:hAnsi="Arial"/>
          <w:color w:val="5D7284"/>
          <w:sz w:val="22"/>
        </w:rPr>
        <w:t>24:38</w:t>
      </w:r>
    </w:p>
    <w:p>
      <w:pPr>
        <w:spacing w:after="0"/>
      </w:pPr>
      <w:r>
        <w:rPr>
          <w:rFonts w:ascii="Arial" w:hAnsi="Arial"/>
          <w:sz w:val="22"/>
        </w:rPr>
        <w:t>(laughs) I was trying to think of that. Yeah. Yeah. And then she became interested in social justice when she was when she...</w:t>
      </w:r>
    </w:p>
    <w:p>
      <w:pPr>
        <w:spacing w:after="0"/>
      </w:pPr>
    </w:p>
    <w:p>
      <w:pPr>
        <w:spacing w:after="0"/>
      </w:pPr>
      <w:r>
        <w:rPr>
          <w:rFonts w:ascii="Arial" w:hAnsi="Arial"/>
          <w:b/>
          <w:sz w:val="22"/>
        </w:rPr>
        <w:t xml:space="preserve">Alice  </w:t>
      </w:r>
      <w:r>
        <w:rPr>
          <w:rFonts w:ascii="Arial" w:hAnsi="Arial"/>
          <w:color w:val="5D7284"/>
          <w:sz w:val="22"/>
        </w:rPr>
        <w:t>24:49</w:t>
      </w:r>
    </w:p>
    <w:p>
      <w:pPr>
        <w:spacing w:after="0"/>
      </w:pPr>
      <w:r>
        <w:rPr>
          <w:rFonts w:ascii="Arial" w:hAnsi="Arial"/>
          <w:sz w:val="22"/>
        </w:rPr>
        <w:t>Was when she heard about Rosemary Kennedy? (Daisy laughs) No.. (Lucy laughs)</w:t>
      </w:r>
    </w:p>
    <w:p>
      <w:pPr>
        <w:spacing w:after="0"/>
      </w:pPr>
    </w:p>
    <w:p>
      <w:pPr>
        <w:spacing w:after="0"/>
      </w:pPr>
      <w:r>
        <w:rPr>
          <w:rFonts w:ascii="Arial" w:hAnsi="Arial"/>
          <w:b/>
          <w:sz w:val="22"/>
        </w:rPr>
        <w:t xml:space="preserve">Daisy  </w:t>
      </w:r>
      <w:r>
        <w:rPr>
          <w:rFonts w:ascii="Arial" w:hAnsi="Arial"/>
          <w:color w:val="5D7284"/>
          <w:sz w:val="22"/>
        </w:rPr>
        <w:t>24:53</w:t>
      </w:r>
    </w:p>
    <w:p>
      <w:pPr>
        <w:spacing w:after="0"/>
      </w:pPr>
      <w:r>
        <w:rPr>
          <w:rFonts w:ascii="Arial" w:hAnsi="Arial"/>
          <w:sz w:val="22"/>
        </w:rPr>
        <w:t>but that would have been great.</w:t>
      </w:r>
    </w:p>
    <w:p>
      <w:pPr>
        <w:spacing w:after="0"/>
      </w:pPr>
    </w:p>
    <w:p>
      <w:pPr>
        <w:spacing w:after="0"/>
      </w:pPr>
      <w:r>
        <w:rPr>
          <w:rFonts w:ascii="Arial" w:hAnsi="Arial"/>
          <w:b/>
          <w:sz w:val="22"/>
        </w:rPr>
        <w:t xml:space="preserve">Lucy  </w:t>
      </w:r>
      <w:r>
        <w:rPr>
          <w:rFonts w:ascii="Arial" w:hAnsi="Arial"/>
          <w:color w:val="5D7284"/>
          <w:sz w:val="22"/>
        </w:rPr>
        <w:t>24:58</w:t>
      </w:r>
    </w:p>
    <w:p>
      <w:pPr>
        <w:spacing w:after="0"/>
      </w:pPr>
      <w:r>
        <w:rPr>
          <w:rFonts w:ascii="Arial" w:hAnsi="Arial"/>
          <w:sz w:val="22"/>
        </w:rPr>
        <w:t>That would have put the tin hat on it wouldn't didn't really? No I wrote standing for this! (Alice laughs)</w:t>
      </w:r>
    </w:p>
    <w:p>
      <w:pPr>
        <w:spacing w:after="0"/>
      </w:pPr>
    </w:p>
    <w:p>
      <w:pPr>
        <w:spacing w:after="0"/>
      </w:pPr>
      <w:r>
        <w:rPr>
          <w:rFonts w:ascii="Arial" w:hAnsi="Arial"/>
          <w:b/>
          <w:sz w:val="22"/>
        </w:rPr>
        <w:t xml:space="preserve">Daisy  </w:t>
      </w:r>
      <w:r>
        <w:rPr>
          <w:rFonts w:ascii="Arial" w:hAnsi="Arial"/>
          <w:color w:val="5D7284"/>
          <w:sz w:val="22"/>
        </w:rPr>
        <w:t>25:02</w:t>
      </w:r>
    </w:p>
    <w:p>
      <w:pPr>
        <w:spacing w:after="0"/>
      </w:pPr>
      <w:r>
        <w:rPr>
          <w:rFonts w:ascii="Arial" w:hAnsi="Arial"/>
          <w:sz w:val="22"/>
        </w:rPr>
        <w:t>No it was when she would be told to take rude notes to the staff at the survey, as she really hated that they would treat it so badly. (Lucy) Yeah. I've not been able to find any content of these rude notes. (Alice) That was just what I was going to ask (laughs) So something like you suck. your milk is terrible. I don't know. (Lucy) This is your fault.</w:t>
      </w:r>
    </w:p>
    <w:p>
      <w:pPr>
        <w:spacing w:after="0"/>
      </w:pPr>
    </w:p>
    <w:p>
      <w:pPr>
        <w:spacing w:after="0"/>
      </w:pPr>
      <w:r>
        <w:rPr>
          <w:rFonts w:ascii="Arial" w:hAnsi="Arial"/>
          <w:b/>
          <w:sz w:val="22"/>
        </w:rPr>
        <w:t xml:space="preserve">Alice  </w:t>
      </w:r>
      <w:r>
        <w:rPr>
          <w:rFonts w:ascii="Arial" w:hAnsi="Arial"/>
          <w:color w:val="5D7284"/>
          <w:sz w:val="22"/>
        </w:rPr>
        <w:t>25:27</w:t>
      </w:r>
    </w:p>
    <w:p>
      <w:pPr>
        <w:spacing w:after="0"/>
      </w:pPr>
      <w:r>
        <w:rPr>
          <w:rFonts w:ascii="Arial" w:hAnsi="Arial"/>
          <w:sz w:val="22"/>
        </w:rPr>
        <w:t>It feels even sort of like, even more passive aggressive to be like, I'm going to write a note. And then I'm going to send the kid to deliver it, like, I'm not going to, like if my manager(Lucy) Yeah. Sent a like, the administrator in with like, a snotty note for me, instead of coming in and going, you fucked up that spreadsheet. I'd be really annoyed. (laughs)</w:t>
      </w:r>
    </w:p>
    <w:p>
      <w:pPr>
        <w:spacing w:after="0"/>
      </w:pPr>
    </w:p>
    <w:p>
      <w:pPr>
        <w:spacing w:after="0"/>
      </w:pPr>
      <w:r>
        <w:rPr>
          <w:rFonts w:ascii="Arial" w:hAnsi="Arial"/>
          <w:b/>
          <w:sz w:val="22"/>
        </w:rPr>
        <w:t xml:space="preserve">Daisy  </w:t>
      </w:r>
      <w:r>
        <w:rPr>
          <w:rFonts w:ascii="Arial" w:hAnsi="Arial"/>
          <w:color w:val="5D7284"/>
          <w:sz w:val="22"/>
        </w:rPr>
        <w:t>25:52</w:t>
      </w:r>
    </w:p>
    <w:p>
      <w:pPr>
        <w:spacing w:after="0"/>
      </w:pPr>
      <w:r>
        <w:rPr>
          <w:rFonts w:ascii="Arial" w:hAnsi="Arial"/>
          <w:sz w:val="22"/>
        </w:rPr>
        <w:t>Yeah, I guess it's, you know, maybe they're not gonna yell at a kid? (laughs)</w:t>
      </w:r>
    </w:p>
    <w:p>
      <w:pPr>
        <w:spacing w:after="0"/>
      </w:pPr>
    </w:p>
    <w:p>
      <w:pPr>
        <w:spacing w:after="0"/>
      </w:pPr>
      <w:r>
        <w:rPr>
          <w:rFonts w:ascii="Arial" w:hAnsi="Arial"/>
          <w:b/>
          <w:sz w:val="22"/>
        </w:rPr>
        <w:t xml:space="preserve">Alice  </w:t>
      </w:r>
      <w:r>
        <w:rPr>
          <w:rFonts w:ascii="Arial" w:hAnsi="Arial"/>
          <w:color w:val="5D7284"/>
          <w:sz w:val="22"/>
        </w:rPr>
        <w:t>25:59</w:t>
      </w:r>
    </w:p>
    <w:p>
      <w:pPr>
        <w:spacing w:after="0"/>
      </w:pPr>
      <w:r>
        <w:rPr>
          <w:rFonts w:ascii="Arial" w:hAnsi="Arial"/>
          <w:sz w:val="22"/>
        </w:rPr>
        <w:t xml:space="preserve"> But they probably wouldn't be yelling at their...(Lucy) employer. Employer. Thank you.</w:t>
      </w:r>
    </w:p>
    <w:p>
      <w:pPr>
        <w:spacing w:after="0"/>
      </w:pPr>
    </w:p>
    <w:p>
      <w:pPr>
        <w:spacing w:after="0"/>
      </w:pPr>
      <w:r>
        <w:rPr>
          <w:rFonts w:ascii="Arial" w:hAnsi="Arial"/>
          <w:b/>
          <w:sz w:val="22"/>
        </w:rPr>
        <w:t xml:space="preserve">Daisy  </w:t>
      </w:r>
      <w:r>
        <w:rPr>
          <w:rFonts w:ascii="Arial" w:hAnsi="Arial"/>
          <w:color w:val="5D7284"/>
          <w:sz w:val="22"/>
        </w:rPr>
        <w:t>26:06</w:t>
      </w:r>
    </w:p>
    <w:p>
      <w:pPr>
        <w:spacing w:after="0"/>
      </w:pPr>
      <w:r>
        <w:rPr>
          <w:rFonts w:ascii="Arial" w:hAnsi="Arial"/>
          <w:sz w:val="22"/>
        </w:rPr>
        <w:t>I don't know. I don't have servants. (Lucy) No. I don't know how these things work.(laughs) (Alice) No</w:t>
      </w:r>
    </w:p>
    <w:p>
      <w:pPr>
        <w:spacing w:after="0"/>
      </w:pPr>
    </w:p>
    <w:p>
      <w:pPr>
        <w:spacing w:after="0"/>
      </w:pPr>
      <w:r>
        <w:rPr>
          <w:rFonts w:ascii="Arial" w:hAnsi="Arial"/>
          <w:b/>
          <w:sz w:val="22"/>
        </w:rPr>
        <w:t xml:space="preserve">Lucy  </w:t>
      </w:r>
      <w:r>
        <w:rPr>
          <w:rFonts w:ascii="Arial" w:hAnsi="Arial"/>
          <w:color w:val="5D7284"/>
          <w:sz w:val="22"/>
        </w:rPr>
        <w:t>26:16</w:t>
      </w:r>
    </w:p>
    <w:p>
      <w:pPr>
        <w:spacing w:after="0"/>
      </w:pPr>
      <w:r>
        <w:rPr>
          <w:rFonts w:ascii="Arial" w:hAnsi="Arial"/>
          <w:sz w:val="22"/>
        </w:rPr>
        <w:t>Yeah, it's, that's a bit cowardly, isn't it really? If you're not somebody or don't like something, somebody's done, then say it to their face themselves. Don't send some poor little kid to send snotty nosed message." you smell bad?" (Daisy) Yeah. Like, spit me.</w:t>
      </w:r>
    </w:p>
    <w:p>
      <w:pPr>
        <w:spacing w:after="0"/>
      </w:pPr>
    </w:p>
    <w:p>
      <w:pPr>
        <w:spacing w:after="0"/>
      </w:pPr>
      <w:r>
        <w:rPr>
          <w:rFonts w:ascii="Arial" w:hAnsi="Arial"/>
          <w:b/>
          <w:sz w:val="22"/>
        </w:rPr>
        <w:t xml:space="preserve">Daisy  </w:t>
      </w:r>
      <w:r>
        <w:rPr>
          <w:rFonts w:ascii="Arial" w:hAnsi="Arial"/>
          <w:color w:val="5D7284"/>
          <w:sz w:val="22"/>
        </w:rPr>
        <w:t>26:39</w:t>
      </w:r>
    </w:p>
    <w:p>
      <w:pPr>
        <w:spacing w:after="0"/>
      </w:pPr>
      <w:r>
        <w:rPr>
          <w:rFonts w:ascii="Arial" w:hAnsi="Arial"/>
          <w:sz w:val="22"/>
        </w:rPr>
        <w:t>Unnecessary,</w:t>
      </w:r>
    </w:p>
    <w:p>
      <w:pPr>
        <w:spacing w:after="0"/>
      </w:pPr>
    </w:p>
    <w:p>
      <w:pPr>
        <w:spacing w:after="0"/>
      </w:pPr>
      <w:r>
        <w:rPr>
          <w:rFonts w:ascii="Arial" w:hAnsi="Arial"/>
          <w:b/>
          <w:sz w:val="22"/>
        </w:rPr>
        <w:t xml:space="preserve">Lucy  </w:t>
      </w:r>
      <w:r>
        <w:rPr>
          <w:rFonts w:ascii="Arial" w:hAnsi="Arial"/>
          <w:color w:val="5D7284"/>
          <w:sz w:val="22"/>
        </w:rPr>
        <w:t>26:41</w:t>
      </w:r>
    </w:p>
    <w:p>
      <w:pPr>
        <w:spacing w:after="0"/>
      </w:pPr>
      <w:r>
        <w:rPr>
          <w:rFonts w:ascii="Arial" w:hAnsi="Arial"/>
          <w:sz w:val="22"/>
        </w:rPr>
        <w:t>Unnecessary.</w:t>
      </w:r>
    </w:p>
    <w:p>
      <w:pPr>
        <w:spacing w:after="0"/>
      </w:pPr>
    </w:p>
    <w:p>
      <w:pPr>
        <w:spacing w:after="0"/>
      </w:pPr>
      <w:r>
        <w:rPr>
          <w:rFonts w:ascii="Arial" w:hAnsi="Arial"/>
          <w:b/>
          <w:sz w:val="22"/>
        </w:rPr>
        <w:t xml:space="preserve">Daisy  </w:t>
      </w:r>
      <w:r>
        <w:rPr>
          <w:rFonts w:ascii="Arial" w:hAnsi="Arial"/>
          <w:color w:val="5D7284"/>
          <w:sz w:val="22"/>
        </w:rPr>
        <w:t>26:42</w:t>
      </w:r>
    </w:p>
    <w:p>
      <w:pPr>
        <w:spacing w:after="0"/>
      </w:pPr>
      <w:r>
        <w:rPr>
          <w:rFonts w:ascii="Arial" w:hAnsi="Arial"/>
          <w:sz w:val="22"/>
        </w:rPr>
        <w:t>So yeah, so she, yes, she was interested in, you know, politics and history and stuff, you know, anyway, just from, you know, hearing this about this stuff growing up. But when she went to this school, she was able to fully study these sorts of subjects with her, her teacher who was kind of, you know, great inspiration to her and, you know, kicked off a love of learning. This is also very specific to point out that she was incredibly self conscious during this time, partly due to her deafness, partly due to her poor handwriting and also her hair. (Lucy) Her hair? Yeah, I wasn't able to find any explanation of what in particular, it was about her hair that she was so self conscious about. So we're just going to have to fill in the gaps there. So my guess is curly?...</w:t>
      </w:r>
    </w:p>
    <w:p>
      <w:pPr>
        <w:spacing w:after="0"/>
      </w:pPr>
    </w:p>
    <w:p>
      <w:pPr>
        <w:spacing w:after="0"/>
      </w:pPr>
      <w:r>
        <w:rPr>
          <w:rFonts w:ascii="Arial" w:hAnsi="Arial"/>
          <w:b/>
          <w:sz w:val="22"/>
        </w:rPr>
        <w:t xml:space="preserve">Alice  </w:t>
      </w:r>
      <w:r>
        <w:rPr>
          <w:rFonts w:ascii="Arial" w:hAnsi="Arial"/>
          <w:color w:val="5D7284"/>
          <w:sz w:val="22"/>
        </w:rPr>
        <w:t>27:40</w:t>
      </w:r>
    </w:p>
    <w:p>
      <w:pPr>
        <w:spacing w:after="0"/>
      </w:pPr>
      <w:r>
        <w:rPr>
          <w:rFonts w:ascii="Arial" w:hAnsi="Arial"/>
          <w:sz w:val="22"/>
        </w:rPr>
        <w:t>I again, I was very specifically bullied as a teenager because my hair was just kind of poofy.</w:t>
      </w:r>
    </w:p>
    <w:p>
      <w:pPr>
        <w:spacing w:after="0"/>
      </w:pPr>
    </w:p>
    <w:p>
      <w:pPr>
        <w:spacing w:after="0"/>
      </w:pPr>
      <w:r>
        <w:rPr>
          <w:rFonts w:ascii="Arial" w:hAnsi="Arial"/>
          <w:b/>
          <w:sz w:val="22"/>
        </w:rPr>
        <w:t xml:space="preserve">Daisy  </w:t>
      </w:r>
      <w:r>
        <w:rPr>
          <w:rFonts w:ascii="Arial" w:hAnsi="Arial"/>
          <w:color w:val="5D7284"/>
          <w:sz w:val="22"/>
        </w:rPr>
        <w:t>27:48</w:t>
      </w:r>
    </w:p>
    <w:p>
      <w:pPr>
        <w:spacing w:after="0"/>
      </w:pPr>
      <w:r>
        <w:rPr>
          <w:rFonts w:ascii="Arial" w:hAnsi="Arial"/>
          <w:sz w:val="22"/>
        </w:rPr>
        <w:t>Yeah, just that sort of curly where it's just...</w:t>
      </w:r>
    </w:p>
    <w:p>
      <w:pPr>
        <w:spacing w:after="0"/>
      </w:pPr>
    </w:p>
    <w:p>
      <w:pPr>
        <w:spacing w:after="0"/>
      </w:pPr>
      <w:r>
        <w:rPr>
          <w:rFonts w:ascii="Arial" w:hAnsi="Arial"/>
          <w:b/>
          <w:sz w:val="22"/>
        </w:rPr>
        <w:t xml:space="preserve">Lucy  </w:t>
      </w:r>
      <w:r>
        <w:rPr>
          <w:rFonts w:ascii="Arial" w:hAnsi="Arial"/>
          <w:color w:val="5D7284"/>
          <w:sz w:val="22"/>
        </w:rPr>
        <w:t>27:54</w:t>
      </w:r>
    </w:p>
    <w:p>
      <w:pPr>
        <w:spacing w:after="0"/>
      </w:pPr>
      <w:r>
        <w:rPr>
          <w:rFonts w:ascii="Arial" w:hAnsi="Arial"/>
          <w:sz w:val="22"/>
        </w:rPr>
        <w:t>You can't do anything with it. (Daisy) Everywher. Kind of Yeah, like, just like, an explosion. Yeah. (Aice) And of course,</w:t>
      </w:r>
    </w:p>
    <w:p>
      <w:pPr>
        <w:spacing w:after="0"/>
      </w:pPr>
    </w:p>
    <w:p>
      <w:pPr>
        <w:spacing w:after="0"/>
      </w:pPr>
      <w:r>
        <w:rPr>
          <w:rFonts w:ascii="Arial" w:hAnsi="Arial"/>
          <w:b/>
          <w:sz w:val="22"/>
        </w:rPr>
        <w:t xml:space="preserve">Alice  </w:t>
      </w:r>
      <w:r>
        <w:rPr>
          <w:rFonts w:ascii="Arial" w:hAnsi="Arial"/>
          <w:color w:val="5D7284"/>
          <w:sz w:val="22"/>
        </w:rPr>
        <w:t>28:01</w:t>
      </w:r>
    </w:p>
    <w:p>
      <w:pPr>
        <w:spacing w:after="0"/>
      </w:pPr>
      <w:r>
        <w:rPr>
          <w:rFonts w:ascii="Arial" w:hAnsi="Arial"/>
          <w:sz w:val="22"/>
        </w:rPr>
        <w:t>this is the days before like oils and mooses. and stuff.(Daisy) Yeah.</w:t>
      </w:r>
    </w:p>
    <w:p>
      <w:pPr>
        <w:spacing w:after="0"/>
      </w:pPr>
    </w:p>
    <w:p>
      <w:pPr>
        <w:spacing w:after="0"/>
      </w:pPr>
      <w:r>
        <w:rPr>
          <w:rFonts w:ascii="Arial" w:hAnsi="Arial"/>
          <w:b/>
          <w:sz w:val="22"/>
        </w:rPr>
        <w:t xml:space="preserve">Lucy  </w:t>
      </w:r>
      <w:r>
        <w:rPr>
          <w:rFonts w:ascii="Arial" w:hAnsi="Arial"/>
          <w:color w:val="5D7284"/>
          <w:sz w:val="22"/>
        </w:rPr>
        <w:t>28:06</w:t>
      </w:r>
    </w:p>
    <w:p>
      <w:pPr>
        <w:spacing w:after="0"/>
      </w:pPr>
      <w:r>
        <w:rPr>
          <w:rFonts w:ascii="Arial" w:hAnsi="Arial"/>
          <w:sz w:val="22"/>
        </w:rPr>
        <w:t>Yeah. if it's like, if it's out of control, it's out of control all day. Sorry about that babe. Yeah kind of thing.</w:t>
      </w:r>
    </w:p>
    <w:p>
      <w:pPr>
        <w:spacing w:after="0"/>
      </w:pPr>
    </w:p>
    <w:p>
      <w:pPr>
        <w:spacing w:after="0"/>
      </w:pPr>
      <w:r>
        <w:rPr>
          <w:rFonts w:ascii="Arial" w:hAnsi="Arial"/>
          <w:b/>
          <w:sz w:val="22"/>
        </w:rPr>
        <w:t xml:space="preserve">Alice  </w:t>
      </w:r>
      <w:r>
        <w:rPr>
          <w:rFonts w:ascii="Arial" w:hAnsi="Arial"/>
          <w:color w:val="5D7284"/>
          <w:sz w:val="22"/>
        </w:rPr>
        <w:t>28:12</w:t>
      </w:r>
    </w:p>
    <w:p>
      <w:pPr>
        <w:spacing w:after="0"/>
      </w:pPr>
      <w:r>
        <w:rPr>
          <w:rFonts w:ascii="Arial" w:hAnsi="Arial"/>
          <w:sz w:val="22"/>
        </w:rPr>
        <w:t>Someone get the girl some GHD's. (Lucy) Yeah. Should be fine.</w:t>
      </w:r>
    </w:p>
    <w:p>
      <w:pPr>
        <w:spacing w:after="0"/>
      </w:pPr>
    </w:p>
    <w:p>
      <w:pPr>
        <w:spacing w:after="0"/>
      </w:pPr>
      <w:r>
        <w:rPr>
          <w:rFonts w:ascii="Arial" w:hAnsi="Arial"/>
          <w:b/>
          <w:sz w:val="22"/>
        </w:rPr>
        <w:t xml:space="preserve">Lucy  </w:t>
      </w:r>
      <w:r>
        <w:rPr>
          <w:rFonts w:ascii="Arial" w:hAnsi="Arial"/>
          <w:color w:val="5D7284"/>
          <w:sz w:val="22"/>
        </w:rPr>
        <w:t>28:15</w:t>
      </w:r>
    </w:p>
    <w:p>
      <w:pPr>
        <w:spacing w:after="0"/>
      </w:pPr>
      <w:r>
        <w:rPr>
          <w:rFonts w:ascii="Arial" w:hAnsi="Arial"/>
          <w:sz w:val="22"/>
        </w:rPr>
        <w:t>Yeah, I um... I think, though, for me, I think every, at a point in my life, I think I was very self conscious of who I am, like, who I was, and how I looked in the fact that it's lucky. I got a sudden realization that even though I went to school with disabled kids, once I was not at school, like on the weekends and stuff, and out and about my sister, I knew that I was different, because people would stare at me and stuff like that. And it did make me feel very self conscious as, as a teenager, you do, don't you? If they're staring at me, I'm gonna give them something to stare at.You know what I mean? (laughs)</w:t>
      </w:r>
    </w:p>
    <w:p>
      <w:pPr>
        <w:spacing w:after="0"/>
      </w:pPr>
    </w:p>
    <w:p>
      <w:pPr>
        <w:spacing w:after="0"/>
      </w:pPr>
      <w:r>
        <w:rPr>
          <w:rFonts w:ascii="Arial" w:hAnsi="Arial"/>
          <w:b/>
          <w:sz w:val="22"/>
        </w:rPr>
        <w:t xml:space="preserve">Alice  </w:t>
      </w:r>
      <w:r>
        <w:rPr>
          <w:rFonts w:ascii="Arial" w:hAnsi="Arial"/>
          <w:color w:val="5D7284"/>
          <w:sz w:val="22"/>
        </w:rPr>
        <w:t>29:02</w:t>
      </w:r>
    </w:p>
    <w:p>
      <w:pPr>
        <w:spacing w:after="0"/>
      </w:pPr>
      <w:r>
        <w:rPr>
          <w:rFonts w:ascii="Arial" w:hAnsi="Arial"/>
          <w:sz w:val="22"/>
        </w:rPr>
        <w:t>I think that like, you know, if this young woman's having to walk around school carrying an ear trumpet, like, you're gonna know that people are looking at you. And so you're perhaps going to be even more aware of what you might perceive as an imperfection. (Lucy) Yeah. Because you'll think everybody's looking at me. They're looking at me and they're like, look at her ear trumpet and her hair.</w:t>
      </w:r>
    </w:p>
    <w:p>
      <w:pPr>
        <w:spacing w:after="0"/>
      </w:pPr>
    </w:p>
    <w:p>
      <w:pPr>
        <w:spacing w:after="0"/>
      </w:pPr>
      <w:r>
        <w:rPr>
          <w:rFonts w:ascii="Arial" w:hAnsi="Arial"/>
          <w:b/>
          <w:sz w:val="22"/>
        </w:rPr>
        <w:t xml:space="preserve">Lucy  </w:t>
      </w:r>
      <w:r>
        <w:rPr>
          <w:rFonts w:ascii="Arial" w:hAnsi="Arial"/>
          <w:color w:val="5D7284"/>
          <w:sz w:val="22"/>
        </w:rPr>
        <w:t>29:27</w:t>
      </w:r>
    </w:p>
    <w:p>
      <w:pPr>
        <w:spacing w:after="0"/>
      </w:pPr>
      <w:r>
        <w:rPr>
          <w:rFonts w:ascii="Arial" w:hAnsi="Arial"/>
          <w:sz w:val="22"/>
        </w:rPr>
        <w:t>And I still get it now to a certain extent, you know, because of my cerebral palsy, how my hands move, when I'm picking stuff up and I'm using things I get very self conscious about that. But at the same time, there is a bit of now I'm older. There was a bit of me that like" oh, I don't like how my hands look." Well, if you don't like how your hands look, do they still work? Yes. They might look a bit claw like but they still work get over yourself Luce! There is that level of.. but as a teenager, when your growing up and start, you know, getting used to your own body and the way it works. I couldn't understand how she'd feel self conscious about things like her hair and, you know, even dad's handwriting, I can understand that as well. because I mean, there was no computers in those days. you couldn't hide your handwriting behind typeface, could you?</w:t>
      </w:r>
    </w:p>
    <w:p>
      <w:pPr>
        <w:spacing w:after="0"/>
      </w:pPr>
    </w:p>
    <w:p>
      <w:pPr>
        <w:spacing w:after="0"/>
      </w:pPr>
      <w:r>
        <w:rPr>
          <w:rFonts w:ascii="Arial" w:hAnsi="Arial"/>
          <w:b/>
          <w:sz w:val="22"/>
        </w:rPr>
        <w:t xml:space="preserve">Daisy  </w:t>
      </w:r>
      <w:r>
        <w:rPr>
          <w:rFonts w:ascii="Arial" w:hAnsi="Arial"/>
          <w:color w:val="5D7284"/>
          <w:sz w:val="22"/>
        </w:rPr>
        <w:t>30:16</w:t>
      </w:r>
    </w:p>
    <w:p>
      <w:pPr>
        <w:spacing w:after="0"/>
      </w:pPr>
      <w:r>
        <w:rPr>
          <w:rFonts w:ascii="Arial" w:hAnsi="Arial"/>
          <w:sz w:val="22"/>
        </w:rPr>
        <w:t>Yeah. Although I mean, her handwriting can't have been as bad as some people I know.</w:t>
      </w:r>
    </w:p>
    <w:p>
      <w:pPr>
        <w:spacing w:after="0"/>
      </w:pPr>
    </w:p>
    <w:p>
      <w:pPr>
        <w:spacing w:after="0"/>
      </w:pPr>
      <w:r>
        <w:rPr>
          <w:rFonts w:ascii="Arial" w:hAnsi="Arial"/>
          <w:b/>
          <w:sz w:val="22"/>
        </w:rPr>
        <w:t xml:space="preserve">Lucy  </w:t>
      </w:r>
      <w:r>
        <w:rPr>
          <w:rFonts w:ascii="Arial" w:hAnsi="Arial"/>
          <w:color w:val="5D7284"/>
          <w:sz w:val="22"/>
        </w:rPr>
        <w:t>30:21</w:t>
      </w:r>
    </w:p>
    <w:p>
      <w:pPr>
        <w:spacing w:after="0"/>
      </w:pPr>
      <w:r>
        <w:rPr>
          <w:rFonts w:ascii="Arial" w:hAnsi="Arial"/>
          <w:sz w:val="22"/>
        </w:rPr>
        <w:t>No. My handwriting is terrible.</w:t>
      </w:r>
    </w:p>
    <w:p>
      <w:pPr>
        <w:spacing w:after="0"/>
      </w:pPr>
    </w:p>
    <w:p>
      <w:pPr>
        <w:spacing w:after="0"/>
      </w:pPr>
      <w:r>
        <w:rPr>
          <w:rFonts w:ascii="Arial" w:hAnsi="Arial"/>
          <w:b/>
          <w:sz w:val="22"/>
        </w:rPr>
        <w:t xml:space="preserve">Daisy  </w:t>
      </w:r>
      <w:r>
        <w:rPr>
          <w:rFonts w:ascii="Arial" w:hAnsi="Arial"/>
          <w:color w:val="5D7284"/>
          <w:sz w:val="22"/>
        </w:rPr>
        <w:t>30:25</w:t>
      </w:r>
    </w:p>
    <w:p>
      <w:pPr>
        <w:spacing w:after="0"/>
      </w:pPr>
      <w:r>
        <w:rPr>
          <w:rFonts w:ascii="Arial" w:hAnsi="Arial"/>
          <w:sz w:val="22"/>
        </w:rPr>
        <w:t>Like if you get my handwriting fine to start. (Lcuy) Yeah. Then my hand stops cooperating. And it just, (Lucy) Yeah. It becames scribbles.</w:t>
      </w:r>
    </w:p>
    <w:p>
      <w:pPr>
        <w:spacing w:after="0"/>
      </w:pPr>
    </w:p>
    <w:p>
      <w:pPr>
        <w:spacing w:after="0"/>
      </w:pPr>
      <w:r>
        <w:rPr>
          <w:rFonts w:ascii="Arial" w:hAnsi="Arial"/>
          <w:b/>
          <w:sz w:val="22"/>
        </w:rPr>
        <w:t xml:space="preserve">Lucy  </w:t>
      </w:r>
      <w:r>
        <w:rPr>
          <w:rFonts w:ascii="Arial" w:hAnsi="Arial"/>
          <w:color w:val="5D7284"/>
          <w:sz w:val="22"/>
        </w:rPr>
        <w:t>30:33</w:t>
      </w:r>
    </w:p>
    <w:p>
      <w:pPr>
        <w:spacing w:after="0"/>
      </w:pPr>
      <w:r>
        <w:rPr>
          <w:rFonts w:ascii="Arial" w:hAnsi="Arial"/>
          <w:sz w:val="22"/>
        </w:rPr>
        <w:t>What does that say? (laughs) Like you're doing shorthand in a courtroom.</w:t>
      </w:r>
    </w:p>
    <w:p>
      <w:pPr>
        <w:spacing w:after="0"/>
      </w:pPr>
    </w:p>
    <w:p>
      <w:pPr>
        <w:spacing w:after="0"/>
      </w:pPr>
      <w:r>
        <w:rPr>
          <w:rFonts w:ascii="Arial" w:hAnsi="Arial"/>
          <w:b/>
          <w:sz w:val="22"/>
        </w:rPr>
        <w:t xml:space="preserve">Daisy  </w:t>
      </w:r>
      <w:r>
        <w:rPr>
          <w:rFonts w:ascii="Arial" w:hAnsi="Arial"/>
          <w:color w:val="5D7284"/>
          <w:sz w:val="22"/>
        </w:rPr>
        <w:t>30:40</w:t>
      </w:r>
    </w:p>
    <w:p>
      <w:pPr>
        <w:spacing w:after="0"/>
      </w:pPr>
      <w:r>
        <w:rPr>
          <w:rFonts w:ascii="Arial" w:hAnsi="Arial"/>
          <w:sz w:val="22"/>
        </w:rPr>
        <w:t>Yeah, except, people understand that.(laughs)</w:t>
      </w:r>
    </w:p>
    <w:p>
      <w:pPr>
        <w:spacing w:after="0"/>
      </w:pPr>
    </w:p>
    <w:p>
      <w:pPr>
        <w:spacing w:after="0"/>
      </w:pPr>
      <w:r>
        <w:rPr>
          <w:rFonts w:ascii="Arial" w:hAnsi="Arial"/>
          <w:b/>
          <w:sz w:val="22"/>
        </w:rPr>
        <w:t xml:space="preserve">Alice  </w:t>
      </w:r>
      <w:r>
        <w:rPr>
          <w:rFonts w:ascii="Arial" w:hAnsi="Arial"/>
          <w:color w:val="5D7284"/>
          <w:sz w:val="22"/>
        </w:rPr>
        <w:t>30:44</w:t>
      </w:r>
    </w:p>
    <w:p>
      <w:pPr>
        <w:spacing w:after="0"/>
      </w:pPr>
      <w:r>
        <w:rPr>
          <w:rFonts w:ascii="Arial" w:hAnsi="Arial"/>
          <w:sz w:val="22"/>
        </w:rPr>
        <w:t>Definitely noticed over the Christmas period, that I have a tendency to stop paying attention halfway through words and sentences. So several of my Christmas cards would be like wishing you and your family a very merry all the best for the new year.Lots of love.(Lucy laughs) A very merry ...</w:t>
      </w:r>
    </w:p>
    <w:p>
      <w:pPr>
        <w:spacing w:after="0"/>
      </w:pPr>
    </w:p>
    <w:p>
      <w:pPr>
        <w:spacing w:after="0"/>
      </w:pPr>
      <w:r>
        <w:rPr>
          <w:rFonts w:ascii="Arial" w:hAnsi="Arial"/>
          <w:b/>
          <w:sz w:val="22"/>
        </w:rPr>
        <w:t xml:space="preserve">Lucy  </w:t>
      </w:r>
      <w:r>
        <w:rPr>
          <w:rFonts w:ascii="Arial" w:hAnsi="Arial"/>
          <w:color w:val="5D7284"/>
          <w:sz w:val="22"/>
        </w:rPr>
        <w:t>31:03</w:t>
      </w:r>
    </w:p>
    <w:p>
      <w:pPr>
        <w:spacing w:after="0"/>
      </w:pPr>
      <w:r>
        <w:rPr>
          <w:rFonts w:ascii="Arial" w:hAnsi="Arial"/>
          <w:sz w:val="22"/>
        </w:rPr>
        <w:t>Happy birthday, Jesus. (alice laughs)</w:t>
      </w:r>
    </w:p>
    <w:p>
      <w:pPr>
        <w:spacing w:after="0"/>
      </w:pPr>
    </w:p>
    <w:p>
      <w:pPr>
        <w:spacing w:after="0"/>
      </w:pPr>
      <w:r>
        <w:rPr>
          <w:rFonts w:ascii="Arial" w:hAnsi="Arial"/>
          <w:b/>
          <w:sz w:val="22"/>
        </w:rPr>
        <w:t xml:space="preserve">Alice  </w:t>
      </w:r>
      <w:r>
        <w:rPr>
          <w:rFonts w:ascii="Arial" w:hAnsi="Arial"/>
          <w:color w:val="5D7284"/>
          <w:sz w:val="22"/>
        </w:rPr>
        <w:t>31:04</w:t>
      </w:r>
    </w:p>
    <w:p>
      <w:pPr>
        <w:spacing w:after="0"/>
      </w:pPr>
      <w:r>
        <w:rPr>
          <w:rFonts w:ascii="Arial" w:hAnsi="Arial"/>
          <w:sz w:val="22"/>
        </w:rPr>
        <w:t>I just or like, I got my, my cat got my husband, some jellybeans for Christmas. (Lucy) Right. This cute little tik tok of a kid going, "Oh, look at the beans. It's such a shame at the cat's paw". And I wrote that in the tag except I stopped paying attention. And so I just put B E a. And that was the end of that word I decided. (Daisy laughs)</w:t>
      </w:r>
    </w:p>
    <w:p>
      <w:pPr>
        <w:spacing w:after="0"/>
      </w:pPr>
    </w:p>
    <w:p>
      <w:pPr>
        <w:spacing w:after="0"/>
      </w:pPr>
      <w:r>
        <w:rPr>
          <w:rFonts w:ascii="Arial" w:hAnsi="Arial"/>
          <w:b/>
          <w:sz w:val="22"/>
        </w:rPr>
        <w:t xml:space="preserve">Lucy  </w:t>
      </w:r>
      <w:r>
        <w:rPr>
          <w:rFonts w:ascii="Arial" w:hAnsi="Arial"/>
          <w:color w:val="5D7284"/>
          <w:sz w:val="22"/>
        </w:rPr>
        <w:t>31:33</w:t>
      </w:r>
    </w:p>
    <w:p>
      <w:pPr>
        <w:spacing w:after="0"/>
      </w:pPr>
      <w:r>
        <w:rPr>
          <w:rFonts w:ascii="Arial" w:hAnsi="Arial"/>
          <w:sz w:val="22"/>
        </w:rPr>
        <w:t>There you go "Happy Christmas" From the cat. Yeah. But yeah, I just wanted to note that, that I understand how she felt I think, as a teenager, whose different and chronically ill because I felt it too. And I'm sure I'm not the only person who is disabled  who went through a period of time and felt like they were otherly or a bit weird.</w:t>
      </w:r>
    </w:p>
    <w:p>
      <w:pPr>
        <w:spacing w:after="0"/>
      </w:pPr>
    </w:p>
    <w:p>
      <w:pPr>
        <w:spacing w:after="0"/>
      </w:pPr>
      <w:r>
        <w:rPr>
          <w:rFonts w:ascii="Arial" w:hAnsi="Arial"/>
          <w:b/>
          <w:sz w:val="22"/>
        </w:rPr>
        <w:t xml:space="preserve">Alice  </w:t>
      </w:r>
      <w:r>
        <w:rPr>
          <w:rFonts w:ascii="Arial" w:hAnsi="Arial"/>
          <w:color w:val="5D7284"/>
          <w:sz w:val="22"/>
        </w:rPr>
        <w:t>32:02</w:t>
      </w:r>
    </w:p>
    <w:p>
      <w:pPr>
        <w:spacing w:after="0"/>
      </w:pPr>
      <w:r>
        <w:rPr>
          <w:rFonts w:ascii="Arial" w:hAnsi="Arial"/>
          <w:sz w:val="22"/>
        </w:rPr>
        <w:t>I genuinely believe that that's not just the disabled experience. (Lucy) No. I think that most able bodied teenagers. (Lucy) Yeah, exactly. I think young women in particular, feel incredibly self conscious. because there is an expectation to look and behave and present yourself in a certain way. And if anything about you doesn't fit that whether it's because you're too tall, or you're heavier, or, you know, I've got a friend who I am always.. like she's always complaining about how she thinks she's manish because she's tall and broad shouldered and I'm like, you're a size 12 and you're, tall, like a supermodel. What are you talking about? you're stunning. (Lcuy) Yeah. But it is that.. you know, I think, I don't know anyone who didn't hate themselves for a bit when they were a teenager.</w:t>
      </w:r>
    </w:p>
    <w:p>
      <w:pPr>
        <w:spacing w:after="0"/>
      </w:pPr>
    </w:p>
    <w:p>
      <w:pPr>
        <w:spacing w:after="0"/>
      </w:pPr>
      <w:r>
        <w:rPr>
          <w:rFonts w:ascii="Arial" w:hAnsi="Arial"/>
          <w:b/>
          <w:sz w:val="22"/>
        </w:rPr>
        <w:t xml:space="preserve">Lucy  </w:t>
      </w:r>
      <w:r>
        <w:rPr>
          <w:rFonts w:ascii="Arial" w:hAnsi="Arial"/>
          <w:color w:val="5D7284"/>
          <w:sz w:val="22"/>
        </w:rPr>
        <w:t>32:59</w:t>
      </w:r>
    </w:p>
    <w:p>
      <w:pPr>
        <w:spacing w:after="0"/>
      </w:pPr>
      <w:r>
        <w:rPr>
          <w:rFonts w:ascii="Arial" w:hAnsi="Arial"/>
          <w:sz w:val="22"/>
        </w:rPr>
        <w:t>And I think as a disabled person, you know, everybody goes through it. But as a disabled person, it's heightened, isn't it as well? because you think oh my god, this is stark staringly  obvious, I'm odd and a bit wonky. I always describe myself as like the wonky fruit and veg in Morrison's. That's how I describe myself.</w:t>
      </w:r>
    </w:p>
    <w:p>
      <w:pPr>
        <w:spacing w:after="0"/>
      </w:pPr>
    </w:p>
    <w:p>
      <w:pPr>
        <w:spacing w:after="0"/>
      </w:pPr>
      <w:r>
        <w:rPr>
          <w:rFonts w:ascii="Arial" w:hAnsi="Arial"/>
          <w:b/>
          <w:sz w:val="22"/>
        </w:rPr>
        <w:t xml:space="preserve">Alice  </w:t>
      </w:r>
      <w:r>
        <w:rPr>
          <w:rFonts w:ascii="Arial" w:hAnsi="Arial"/>
          <w:color w:val="5D7284"/>
          <w:sz w:val="22"/>
        </w:rPr>
        <w:t>33:19</w:t>
      </w:r>
    </w:p>
    <w:p>
      <w:pPr>
        <w:spacing w:after="0"/>
      </w:pPr>
      <w:r>
        <w:rPr>
          <w:rFonts w:ascii="Arial" w:hAnsi="Arial"/>
          <w:sz w:val="22"/>
        </w:rPr>
        <w:t>Again, I think it I don't necessarily think that's exclusive to the disabled experience. I suspect it is if you know...I suspect that there are trans young people who have a very similar experience. I suspect that again, anybody who doesn't feel like they are.. that they look like an Instagram model probably feels the same. Anyway that was nice and depressing. (Lucy) Please continue Diasy. Talk about history, some more. (laughs)</w:t>
      </w:r>
    </w:p>
    <w:p>
      <w:pPr>
        <w:spacing w:after="0"/>
      </w:pPr>
    </w:p>
    <w:p>
      <w:pPr>
        <w:spacing w:after="0"/>
      </w:pPr>
      <w:r>
        <w:rPr>
          <w:rFonts w:ascii="Arial" w:hAnsi="Arial"/>
          <w:b/>
          <w:sz w:val="22"/>
        </w:rPr>
        <w:t xml:space="preserve">Lucy  </w:t>
      </w:r>
      <w:r>
        <w:rPr>
          <w:rFonts w:ascii="Arial" w:hAnsi="Arial"/>
          <w:color w:val="5D7284"/>
          <w:sz w:val="22"/>
        </w:rPr>
        <w:t>33:49</w:t>
      </w:r>
    </w:p>
    <w:p>
      <w:pPr>
        <w:spacing w:after="0"/>
      </w:pPr>
      <w:r>
        <w:rPr>
          <w:rFonts w:ascii="Arial" w:hAnsi="Arial"/>
          <w:sz w:val="22"/>
        </w:rPr>
        <w:t>Yeah bit more history please.</w:t>
      </w:r>
    </w:p>
    <w:p>
      <w:pPr>
        <w:spacing w:after="0"/>
      </w:pPr>
    </w:p>
    <w:p>
      <w:pPr>
        <w:spacing w:after="0"/>
      </w:pPr>
      <w:r>
        <w:rPr>
          <w:rFonts w:ascii="Arial" w:hAnsi="Arial"/>
          <w:b/>
          <w:sz w:val="22"/>
        </w:rPr>
        <w:t xml:space="preserve">Daisy  </w:t>
      </w:r>
      <w:r>
        <w:rPr>
          <w:rFonts w:ascii="Arial" w:hAnsi="Arial"/>
          <w:color w:val="5D7284"/>
          <w:sz w:val="22"/>
        </w:rPr>
        <w:t>33:52</w:t>
      </w:r>
    </w:p>
    <w:p>
      <w:pPr>
        <w:spacing w:after="0"/>
      </w:pPr>
      <w:r>
        <w:rPr>
          <w:rFonts w:ascii="Arial" w:hAnsi="Arial"/>
          <w:sz w:val="22"/>
        </w:rPr>
        <w:t>Yeah. So she left that school after a few years because, you know, the teacher who she'd, you know, got on so well left the city. Which was Norwich, where she was originally born, her family lived and all of that. In her autobiography, she talks about sort of deaf education. It's really interesting. It's a lot of issues that we still recognize today. She wrote that "I have never seen a deaf child's education well managed at home, or at an ordinary school. it does not seem to be ever considered by parents and teachers how much more is learned by oral intercourse than in any other way." Saying that, you know, entirely relying on oral or verbal education for a deaf kid..(Lucy) Yeah. It is just never going to be sufficient. (Lucy) No. And, you know, trying to do that without any adaptions is doomed to failure essentially.</w:t>
      </w:r>
    </w:p>
    <w:p>
      <w:pPr>
        <w:spacing w:after="0"/>
      </w:pPr>
    </w:p>
    <w:p>
      <w:pPr>
        <w:spacing w:after="0"/>
      </w:pPr>
      <w:r>
        <w:rPr>
          <w:rFonts w:ascii="Arial" w:hAnsi="Arial"/>
          <w:b/>
          <w:sz w:val="22"/>
        </w:rPr>
        <w:t xml:space="preserve">Alice  </w:t>
      </w:r>
      <w:r>
        <w:rPr>
          <w:rFonts w:ascii="Arial" w:hAnsi="Arial"/>
          <w:color w:val="5D7284"/>
          <w:sz w:val="22"/>
        </w:rPr>
        <w:t>34:53</w:t>
      </w:r>
    </w:p>
    <w:p>
      <w:pPr>
        <w:spacing w:after="0"/>
      </w:pPr>
      <w:r>
        <w:rPr>
          <w:rFonts w:ascii="Arial" w:hAnsi="Arial"/>
          <w:sz w:val="22"/>
        </w:rPr>
        <w:t>It is still a huge problem because I saw just before Christmas 2022 that the local deaf unit that was at a school close to where I grew up in North London, is having its budget massively, massively cut. And so there's going to be swathes of children, you know, harder hearing/deaf children in Islington, who had a place to go, that was an integrated school, where they were supported with accessible education, who are now going to have to go out of catchment are going to be, you know, 40 minute bus journeys and stuff just to get to school. (Lucy) It's disgraceful really isn't it. It's gotten by kind of, yeah, yeah, because there's not, I think that works. I mean, obviously, I don't have hearing loss. So I don't know what the experience is. But I think that work could be done to make our mainstream education system more accessible to people who, you know, can't intake oral with...</w:t>
      </w:r>
    </w:p>
    <w:p>
      <w:pPr>
        <w:spacing w:after="0"/>
      </w:pPr>
    </w:p>
    <w:p>
      <w:pPr>
        <w:spacing w:after="0"/>
      </w:pPr>
      <w:r>
        <w:rPr>
          <w:rFonts w:ascii="Arial" w:hAnsi="Arial"/>
          <w:b/>
          <w:sz w:val="22"/>
        </w:rPr>
        <w:t xml:space="preserve">Lucy  </w:t>
      </w:r>
      <w:r>
        <w:rPr>
          <w:rFonts w:ascii="Arial" w:hAnsi="Arial"/>
          <w:color w:val="5D7284"/>
          <w:sz w:val="22"/>
        </w:rPr>
        <w:t>35:59</w:t>
      </w:r>
    </w:p>
    <w:p>
      <w:pPr>
        <w:spacing w:after="0"/>
      </w:pPr>
      <w:r>
        <w:rPr>
          <w:rFonts w:ascii="Arial" w:hAnsi="Arial"/>
          <w:sz w:val="22"/>
        </w:rPr>
        <w:t xml:space="preserve"> I went to school with a boy who was deaf, profoundly deaf. He was one of the first people in the UK to have a cochlear implant put in to his ear. And he had a interpreter that just followed him around round all the time. And the interpreter stood up in class, and would sign along with the teacher so he could understand what was going on. And on the days where if she couldn't come in for any reason, he was like, stuffed ready, because he couldn't take in the information like everybody else, nothingness. Just something as simple as sticking an interpreter into a room makes everything so much easier. And I don't know why that isn't?...</w:t>
      </w:r>
    </w:p>
    <w:p>
      <w:pPr>
        <w:spacing w:after="0"/>
      </w:pPr>
    </w:p>
    <w:p>
      <w:pPr>
        <w:spacing w:after="0"/>
      </w:pPr>
      <w:r>
        <w:rPr>
          <w:rFonts w:ascii="Arial" w:hAnsi="Arial"/>
          <w:b/>
          <w:sz w:val="22"/>
        </w:rPr>
        <w:t xml:space="preserve">Alice  </w:t>
      </w:r>
      <w:r>
        <w:rPr>
          <w:rFonts w:ascii="Arial" w:hAnsi="Arial"/>
          <w:color w:val="5D7284"/>
          <w:sz w:val="22"/>
        </w:rPr>
        <w:t>36:48</w:t>
      </w:r>
    </w:p>
    <w:p>
      <w:pPr>
        <w:spacing w:after="0"/>
      </w:pPr>
      <w:r>
        <w:rPr>
          <w:rFonts w:ascii="Arial" w:hAnsi="Arial"/>
          <w:sz w:val="22"/>
        </w:rPr>
        <w:t>There's a real, for some reason, a real there's a real difficulty in sourcing people who have got that (Lucy) Yeah. Special sort of skill, to able to...</w:t>
      </w:r>
    </w:p>
    <w:p>
      <w:pPr>
        <w:spacing w:after="0"/>
      </w:pPr>
    </w:p>
    <w:p>
      <w:pPr>
        <w:spacing w:after="0"/>
      </w:pPr>
      <w:r>
        <w:rPr>
          <w:rFonts w:ascii="Arial" w:hAnsi="Arial"/>
          <w:b/>
          <w:sz w:val="22"/>
        </w:rPr>
        <w:t xml:space="preserve">Lucy  </w:t>
      </w:r>
      <w:r>
        <w:rPr>
          <w:rFonts w:ascii="Arial" w:hAnsi="Arial"/>
          <w:color w:val="5D7284"/>
          <w:sz w:val="22"/>
        </w:rPr>
        <w:t>36:57</w:t>
      </w:r>
    </w:p>
    <w:p>
      <w:pPr>
        <w:spacing w:after="0"/>
      </w:pPr>
      <w:r>
        <w:rPr>
          <w:rFonts w:ascii="Arial" w:hAnsi="Arial"/>
          <w:sz w:val="22"/>
        </w:rPr>
        <w:t>You know, it's like when there was the COVID pandemic on and it was countries had the interpreter sign in. And then our country, it's like, oh, yeah, there's not enough room for an interpreter and the Prime Minister, and I'm like, "That is a load of bollocks!" you have just had a new media room. That is a load of bollocks. And then we're like, oh, well, we'll put it on the BBC News Channel, no, putting interpret, just put an interpreter in the corner and let them sign. I just don't understand it. I mean, I know a little bit sign language because I thought it was important. it was important for me to communicate with the deaf community as part of my job. And I'm a bit rusty, because if I'm honest, I don't use it that often. But it is a skill that I've got. And I am in awe of sign language interpreters. How they can say quickly interpret the information. It's a proper proper skill.</w:t>
      </w:r>
    </w:p>
    <w:p>
      <w:pPr>
        <w:spacing w:after="0"/>
      </w:pPr>
    </w:p>
    <w:p>
      <w:pPr>
        <w:spacing w:after="0"/>
      </w:pPr>
      <w:r>
        <w:rPr>
          <w:rFonts w:ascii="Arial" w:hAnsi="Arial"/>
          <w:b/>
          <w:sz w:val="22"/>
        </w:rPr>
        <w:t xml:space="preserve">Alice  </w:t>
      </w:r>
      <w:r>
        <w:rPr>
          <w:rFonts w:ascii="Arial" w:hAnsi="Arial"/>
          <w:color w:val="5D7284"/>
          <w:sz w:val="22"/>
        </w:rPr>
        <w:t>37:53</w:t>
      </w:r>
    </w:p>
    <w:p>
      <w:pPr>
        <w:spacing w:after="0"/>
      </w:pPr>
      <w:r>
        <w:rPr>
          <w:rFonts w:ascii="Arial" w:hAnsi="Arial"/>
          <w:sz w:val="22"/>
        </w:rPr>
        <w:t>But yeah, it's the hearing and then interpreting</w:t>
      </w:r>
    </w:p>
    <w:p>
      <w:pPr>
        <w:spacing w:after="0"/>
      </w:pPr>
    </w:p>
    <w:p>
      <w:pPr>
        <w:spacing w:after="0"/>
      </w:pPr>
      <w:r>
        <w:rPr>
          <w:rFonts w:ascii="Arial" w:hAnsi="Arial"/>
          <w:b/>
          <w:sz w:val="22"/>
        </w:rPr>
        <w:t xml:space="preserve">Lucy  </w:t>
      </w:r>
      <w:r>
        <w:rPr>
          <w:rFonts w:ascii="Arial" w:hAnsi="Arial"/>
          <w:color w:val="5D7284"/>
          <w:sz w:val="22"/>
        </w:rPr>
        <w:t>37:56</w:t>
      </w:r>
    </w:p>
    <w:p>
      <w:pPr>
        <w:spacing w:after="0"/>
      </w:pPr>
      <w:r>
        <w:rPr>
          <w:rFonts w:ascii="Arial" w:hAnsi="Arial"/>
          <w:sz w:val="22"/>
        </w:rPr>
        <w:t>Processing out again. Yeah, it's mesmerized.</w:t>
      </w:r>
    </w:p>
    <w:p>
      <w:pPr>
        <w:spacing w:after="0"/>
      </w:pPr>
    </w:p>
    <w:p>
      <w:pPr>
        <w:spacing w:after="0"/>
      </w:pPr>
      <w:r>
        <w:rPr>
          <w:rFonts w:ascii="Arial" w:hAnsi="Arial"/>
          <w:b/>
          <w:sz w:val="22"/>
        </w:rPr>
        <w:t xml:space="preserve">Daisy  </w:t>
      </w:r>
      <w:r>
        <w:rPr>
          <w:rFonts w:ascii="Arial" w:hAnsi="Arial"/>
          <w:color w:val="5D7284"/>
          <w:sz w:val="22"/>
        </w:rPr>
        <w:t>38:01</w:t>
      </w:r>
    </w:p>
    <w:p>
      <w:pPr>
        <w:spacing w:after="0"/>
      </w:pPr>
      <w:r>
        <w:rPr>
          <w:rFonts w:ascii="Arial" w:hAnsi="Arial"/>
          <w:sz w:val="22"/>
        </w:rPr>
        <w:t>Yeah. The communication support workers that they would use for deaf students in schools are only required to be a level three in BSL. And I did my level three in BSL and when I was finished, I was like, what you mean, at this point, "I could go into a schoo? No that's insane!. No, I can't do that." of course, I couldn't do that. That's ridiculous. (Lucy laughs)</w:t>
      </w:r>
    </w:p>
    <w:p>
      <w:pPr>
        <w:spacing w:after="0"/>
      </w:pPr>
    </w:p>
    <w:p>
      <w:pPr>
        <w:spacing w:after="0"/>
      </w:pPr>
      <w:r>
        <w:rPr>
          <w:rFonts w:ascii="Arial" w:hAnsi="Arial"/>
          <w:b/>
          <w:sz w:val="22"/>
        </w:rPr>
        <w:t xml:space="preserve">Lucy  </w:t>
      </w:r>
      <w:r>
        <w:rPr>
          <w:rFonts w:ascii="Arial" w:hAnsi="Arial"/>
          <w:color w:val="5D7284"/>
          <w:sz w:val="22"/>
        </w:rPr>
        <w:t>38:25</w:t>
      </w:r>
    </w:p>
    <w:p>
      <w:pPr>
        <w:spacing w:after="0"/>
      </w:pPr>
      <w:r>
        <w:rPr>
          <w:rFonts w:ascii="Arial" w:hAnsi="Arial"/>
          <w:sz w:val="22"/>
        </w:rPr>
        <w:t>I'm only level one. And I am rusty. Like, yeah,</w:t>
      </w:r>
    </w:p>
    <w:p>
      <w:pPr>
        <w:spacing w:after="0"/>
      </w:pPr>
    </w:p>
    <w:p>
      <w:pPr>
        <w:spacing w:after="0"/>
      </w:pPr>
      <w:r>
        <w:rPr>
          <w:rFonts w:ascii="Arial" w:hAnsi="Arial"/>
          <w:b/>
          <w:sz w:val="22"/>
        </w:rPr>
        <w:t xml:space="preserve">Alice  </w:t>
      </w:r>
      <w:r>
        <w:rPr>
          <w:rFonts w:ascii="Arial" w:hAnsi="Arial"/>
          <w:color w:val="5D7284"/>
          <w:sz w:val="22"/>
        </w:rPr>
        <w:t>38:29</w:t>
      </w:r>
    </w:p>
    <w:p>
      <w:pPr>
        <w:spacing w:after="0"/>
      </w:pPr>
      <w:r>
        <w:rPr>
          <w:rFonts w:ascii="Arial" w:hAnsi="Arial"/>
          <w:sz w:val="22"/>
        </w:rPr>
        <w:t>Was BSL around when Harriet was growing up? I don't know when BSL came in?</w:t>
      </w:r>
    </w:p>
    <w:p>
      <w:pPr>
        <w:spacing w:after="0"/>
      </w:pPr>
    </w:p>
    <w:p>
      <w:pPr>
        <w:spacing w:after="0"/>
      </w:pPr>
      <w:r>
        <w:rPr>
          <w:rFonts w:ascii="Arial" w:hAnsi="Arial"/>
          <w:b/>
          <w:sz w:val="22"/>
        </w:rPr>
        <w:t xml:space="preserve">Lucy  </w:t>
      </w:r>
      <w:r>
        <w:rPr>
          <w:rFonts w:ascii="Arial" w:hAnsi="Arial"/>
          <w:color w:val="5D7284"/>
          <w:sz w:val="22"/>
        </w:rPr>
        <w:t>38:35</w:t>
      </w:r>
    </w:p>
    <w:p>
      <w:pPr>
        <w:spacing w:after="0"/>
      </w:pPr>
      <w:r>
        <w:rPr>
          <w:rFonts w:ascii="Arial" w:hAnsi="Arial"/>
          <w:sz w:val="22"/>
        </w:rPr>
        <w:t>No, I don't know when actually.</w:t>
      </w:r>
    </w:p>
    <w:p>
      <w:pPr>
        <w:spacing w:after="0"/>
      </w:pPr>
    </w:p>
    <w:p>
      <w:pPr>
        <w:spacing w:after="0"/>
      </w:pPr>
      <w:r>
        <w:rPr>
          <w:rFonts w:ascii="Arial" w:hAnsi="Arial"/>
          <w:b/>
          <w:sz w:val="22"/>
        </w:rPr>
        <w:t xml:space="preserve">Daisy  </w:t>
      </w:r>
      <w:r>
        <w:rPr>
          <w:rFonts w:ascii="Arial" w:hAnsi="Arial"/>
          <w:color w:val="5D7284"/>
          <w:sz w:val="22"/>
        </w:rPr>
        <w:t>38:36</w:t>
      </w:r>
    </w:p>
    <w:p>
      <w:pPr>
        <w:spacing w:after="0"/>
      </w:pPr>
      <w:r>
        <w:rPr>
          <w:rFonts w:ascii="Arial" w:hAnsi="Arial"/>
          <w:sz w:val="22"/>
        </w:rPr>
        <w:t>So signing as a concept would have been, it might not have been the kind of unified language that we're familiar with now, but there have always been methods of signing for communicating because she was she was not sort of profoundly deaf. And she still had some hearing ability left. She didn't need to use signing in any way. (Lucy) Yeah Okay.</w:t>
      </w:r>
    </w:p>
    <w:p>
      <w:pPr>
        <w:spacing w:after="0"/>
      </w:pPr>
    </w:p>
    <w:p>
      <w:pPr>
        <w:spacing w:after="0"/>
      </w:pPr>
      <w:r>
        <w:rPr>
          <w:rFonts w:ascii="Arial" w:hAnsi="Arial"/>
          <w:b/>
          <w:sz w:val="22"/>
        </w:rPr>
        <w:t xml:space="preserve">Alice  </w:t>
      </w:r>
      <w:r>
        <w:rPr>
          <w:rFonts w:ascii="Arial" w:hAnsi="Arial"/>
          <w:color w:val="5D7284"/>
          <w:sz w:val="22"/>
        </w:rPr>
        <w:t>39:08</w:t>
      </w:r>
    </w:p>
    <w:p>
      <w:pPr>
        <w:spacing w:after="0"/>
      </w:pPr>
      <w:r>
        <w:rPr>
          <w:rFonts w:ascii="Arial" w:hAnsi="Arial"/>
          <w:sz w:val="22"/>
        </w:rPr>
        <w:t>We haven't got past her school her school year. (Daisy) Yeah. We're like a solid 40 minutes in. (Alice &amp; Lucy laugh)</w:t>
      </w:r>
    </w:p>
    <w:p>
      <w:pPr>
        <w:spacing w:after="0"/>
      </w:pPr>
    </w:p>
    <w:p>
      <w:pPr>
        <w:spacing w:after="0"/>
      </w:pPr>
      <w:r>
        <w:rPr>
          <w:rFonts w:ascii="Arial" w:hAnsi="Arial"/>
          <w:b/>
          <w:sz w:val="22"/>
        </w:rPr>
        <w:t xml:space="preserve">Daisy  </w:t>
      </w:r>
      <w:r>
        <w:rPr>
          <w:rFonts w:ascii="Arial" w:hAnsi="Arial"/>
          <w:color w:val="5D7284"/>
          <w:sz w:val="22"/>
        </w:rPr>
        <w:t>39:15</w:t>
      </w:r>
    </w:p>
    <w:p>
      <w:pPr>
        <w:spacing w:after="0"/>
      </w:pPr>
      <w:r>
        <w:rPr>
          <w:rFonts w:ascii="Arial" w:hAnsi="Arial"/>
          <w:sz w:val="22"/>
        </w:rPr>
        <w:t>Well, yeah, I mean, there was her autobiography also featured what I've labeled here as some bullshit.(Alice &amp; Lucy laugh) Which, thankfully, I don't think is still the believed case for biographies. But yet, she wrote too often also the death of Sly and tricky, selfish and egotistical. (Lucy) Okay. So that to me speaks of some kind of like internalized thing. (Lucy) Albeism, Yeah. Where she feels that like people needing to do like special things to accommodate deaf people she feels is egotistical, that's how I interpreted it.</w:t>
      </w:r>
    </w:p>
    <w:p>
      <w:pPr>
        <w:spacing w:after="0"/>
      </w:pPr>
    </w:p>
    <w:p>
      <w:pPr>
        <w:spacing w:after="0"/>
      </w:pPr>
      <w:r>
        <w:rPr>
          <w:rFonts w:ascii="Arial" w:hAnsi="Arial"/>
          <w:b/>
          <w:sz w:val="22"/>
        </w:rPr>
        <w:t xml:space="preserve">Lucy  </w:t>
      </w:r>
      <w:r>
        <w:rPr>
          <w:rFonts w:ascii="Arial" w:hAnsi="Arial"/>
          <w:color w:val="5D7284"/>
          <w:sz w:val="22"/>
        </w:rPr>
        <w:t>39:59</w:t>
      </w:r>
    </w:p>
    <w:p>
      <w:pPr>
        <w:spacing w:after="0"/>
      </w:pPr>
      <w:r>
        <w:rPr>
          <w:rFonts w:ascii="Arial" w:hAnsi="Arial"/>
          <w:sz w:val="22"/>
        </w:rPr>
        <w:t>Again making demands because..(Daisy) Yeah. You should do this for me. Yeah.</w:t>
      </w:r>
    </w:p>
    <w:p>
      <w:pPr>
        <w:spacing w:after="0"/>
      </w:pPr>
    </w:p>
    <w:p>
      <w:pPr>
        <w:spacing w:after="0"/>
      </w:pPr>
      <w:r>
        <w:rPr>
          <w:rFonts w:ascii="Arial" w:hAnsi="Arial"/>
          <w:b/>
          <w:sz w:val="22"/>
        </w:rPr>
        <w:t xml:space="preserve">Daisy  </w:t>
      </w:r>
      <w:r>
        <w:rPr>
          <w:rFonts w:ascii="Arial" w:hAnsi="Arial"/>
          <w:color w:val="5D7284"/>
          <w:sz w:val="22"/>
        </w:rPr>
        <w:t>40:05</w:t>
      </w:r>
    </w:p>
    <w:p>
      <w:pPr>
        <w:spacing w:after="0"/>
      </w:pPr>
      <w:r>
        <w:rPr>
          <w:rFonts w:ascii="Arial" w:hAnsi="Arial"/>
          <w:sz w:val="22"/>
        </w:rPr>
        <w:t>But it's strange because she actually essentially describes the social model of disability in a... Long before, you know, we anticipate it having been understood. So it's quite strange how she then veers towards that when talking about deafness</w:t>
      </w:r>
    </w:p>
    <w:p>
      <w:pPr>
        <w:spacing w:after="0"/>
      </w:pPr>
    </w:p>
    <w:p>
      <w:pPr>
        <w:spacing w:after="0"/>
      </w:pPr>
      <w:r>
        <w:rPr>
          <w:rFonts w:ascii="Arial" w:hAnsi="Arial"/>
          <w:b/>
          <w:sz w:val="22"/>
        </w:rPr>
        <w:t xml:space="preserve">Alice  </w:t>
      </w:r>
      <w:r>
        <w:rPr>
          <w:rFonts w:ascii="Arial" w:hAnsi="Arial"/>
          <w:color w:val="5D7284"/>
          <w:sz w:val="22"/>
        </w:rPr>
        <w:t>40:27</w:t>
      </w:r>
    </w:p>
    <w:p>
      <w:pPr>
        <w:spacing w:after="0"/>
      </w:pPr>
      <w:r>
        <w:rPr>
          <w:rFonts w:ascii="Arial" w:hAnsi="Arial"/>
          <w:sz w:val="22"/>
        </w:rPr>
        <w:t>It's interesting that those that, that would be how she kind of describes it as well. because I think from things I've seen and heard people saying about the deaf community, I think that there is still this ableist kind of idea that the deaf community like, are almost like a secret society, (Daisy laughs) it's like super insular and, like keeping stuff from us.</w:t>
      </w:r>
    </w:p>
    <w:p>
      <w:pPr>
        <w:spacing w:after="0"/>
      </w:pPr>
    </w:p>
    <w:p>
      <w:pPr>
        <w:spacing w:after="0"/>
      </w:pPr>
      <w:r>
        <w:rPr>
          <w:rFonts w:ascii="Arial" w:hAnsi="Arial"/>
          <w:b/>
          <w:sz w:val="22"/>
        </w:rPr>
        <w:t xml:space="preserve">Lucy  </w:t>
      </w:r>
      <w:r>
        <w:rPr>
          <w:rFonts w:ascii="Arial" w:hAnsi="Arial"/>
          <w:color w:val="5D7284"/>
          <w:sz w:val="22"/>
        </w:rPr>
        <w:t>40:54</w:t>
      </w:r>
    </w:p>
    <w:p>
      <w:pPr>
        <w:spacing w:after="0"/>
      </w:pPr>
      <w:r>
        <w:rPr>
          <w:rFonts w:ascii="Arial" w:hAnsi="Arial"/>
          <w:sz w:val="22"/>
        </w:rPr>
        <w:t>Yeah, I know that quite a few. When I was learning, sign language, my tutor actually said to me because she was deaf. She said, I don't really like.. I don't like the term disabled, I'm not disabled. I'm deaf. And so I can kind of understand where that theme comes from. You know, it's just how you identify, isn't it really.</w:t>
      </w:r>
    </w:p>
    <w:p>
      <w:pPr>
        <w:spacing w:after="0"/>
      </w:pPr>
    </w:p>
    <w:p>
      <w:pPr>
        <w:spacing w:after="0"/>
      </w:pPr>
      <w:r>
        <w:rPr>
          <w:rFonts w:ascii="Arial" w:hAnsi="Arial"/>
          <w:b/>
          <w:sz w:val="22"/>
        </w:rPr>
        <w:t xml:space="preserve">Alice  </w:t>
      </w:r>
      <w:r>
        <w:rPr>
          <w:rFonts w:ascii="Arial" w:hAnsi="Arial"/>
          <w:color w:val="5D7284"/>
          <w:sz w:val="22"/>
        </w:rPr>
        <w:t>41:21</w:t>
      </w:r>
    </w:p>
    <w:p>
      <w:pPr>
        <w:spacing w:after="0"/>
      </w:pPr>
      <w:r>
        <w:rPr>
          <w:rFonts w:ascii="Arial" w:hAnsi="Arial"/>
          <w:sz w:val="22"/>
        </w:rPr>
        <w:t>And I think that there is something if you're only impairment, I know that actually those people in the deaf community don't consider themselves impaired. But if your only difficulty is, is hearing communications, (Lucy) Yeah. And you're able to communicate without using spoken language, and you're surrounded by people who can also communicate back with you. (Lucy) Yeah. Then I can see how, in a lot of ways actually, you're not disabled. (Lucy) No. Because it's, you know, it's not, it's not your problem that other people don't speak the same language as you. It's like me going, "Oh, well, you're disabled because you're French and you don't speak English." (Lucy) Yeah. (Daisy) Yeah. I can understand it as a concept.</w:t>
      </w:r>
    </w:p>
    <w:p>
      <w:pPr>
        <w:spacing w:after="0"/>
      </w:pPr>
    </w:p>
    <w:p>
      <w:pPr>
        <w:spacing w:after="0"/>
      </w:pPr>
      <w:r>
        <w:rPr>
          <w:rFonts w:ascii="Arial" w:hAnsi="Arial"/>
          <w:b/>
          <w:sz w:val="22"/>
        </w:rPr>
        <w:t xml:space="preserve">Daisy  </w:t>
      </w:r>
      <w:r>
        <w:rPr>
          <w:rFonts w:ascii="Arial" w:hAnsi="Arial"/>
          <w:color w:val="5D7284"/>
          <w:sz w:val="22"/>
        </w:rPr>
        <w:t>42:08</w:t>
      </w:r>
    </w:p>
    <w:p>
      <w:pPr>
        <w:spacing w:after="0"/>
      </w:pPr>
      <w:r>
        <w:rPr>
          <w:rFonts w:ascii="Arial" w:hAnsi="Arial"/>
          <w:sz w:val="22"/>
        </w:rPr>
        <w:t>Yeah. I think a lot of hearing people have, like real, almost unease with the idea that deaf people don't consider themselves to be impaired in any way. (Alice &amp; Lucy) Yeah. (Alice) Like suspiscious. Yeah, like the idea that people can be happy to be deaf and not want to change. Like, I've had arguments with people about this before. where, you know, I've, I've said that I will never consider deafness on its own as a detriment. (Lucy) No (Alice) No. Because, you know, I've, you know, I've seen that it's not these people say that it's not, you know, I can understand how, you know, losing your hearing gradually, you know would be considered by a lot of people as an impairment because they are losing something that they once had. But, you know, for the deaf community. No it's just another part of them, it's identity, it's their community.(Lucy) Yeah definitely. And the fact that people can understand that it's, that it's not a detriment means that, you know, kind of the society is gradually removing those spaces, where, you know, deaf people can come, you know, like deaf clubs and, you know, social areas and things where, you know, people can have their community where it's not a detriment.</w:t>
      </w:r>
    </w:p>
    <w:p>
      <w:pPr>
        <w:spacing w:after="0"/>
      </w:pPr>
    </w:p>
    <w:p>
      <w:pPr>
        <w:spacing w:after="0"/>
      </w:pPr>
      <w:r>
        <w:rPr>
          <w:rFonts w:ascii="Arial" w:hAnsi="Arial"/>
          <w:b/>
          <w:sz w:val="22"/>
        </w:rPr>
        <w:t xml:space="preserve">Alice  </w:t>
      </w:r>
      <w:r>
        <w:rPr>
          <w:rFonts w:ascii="Arial" w:hAnsi="Arial"/>
          <w:color w:val="5D7284"/>
          <w:sz w:val="22"/>
        </w:rPr>
        <w:t>43:25</w:t>
      </w:r>
    </w:p>
    <w:p>
      <w:pPr>
        <w:spacing w:after="0"/>
      </w:pPr>
      <w:r>
        <w:rPr>
          <w:rFonts w:ascii="Arial" w:hAnsi="Arial"/>
          <w:sz w:val="22"/>
        </w:rPr>
        <w:t>And I think you know, if if what you want to say is we don't want to make the deaf community I'm putting quotes round it kind of "insular" and isolated within only being able to communicate with one another, then start teaching BSL to fucking children. (Lucy) Yeah. So that hearing people (Lucy) Yeah. Can communicate with deaf people without having to go to special classes that they pay for. (Lucy) Yeah,</w:t>
      </w:r>
    </w:p>
    <w:p>
      <w:pPr>
        <w:spacing w:after="0"/>
      </w:pPr>
    </w:p>
    <w:p>
      <w:pPr>
        <w:spacing w:after="0"/>
      </w:pPr>
      <w:r>
        <w:rPr>
          <w:rFonts w:ascii="Arial" w:hAnsi="Arial"/>
          <w:b/>
          <w:sz w:val="22"/>
        </w:rPr>
        <w:t xml:space="preserve">Lucy  </w:t>
      </w:r>
      <w:r>
        <w:rPr>
          <w:rFonts w:ascii="Arial" w:hAnsi="Arial"/>
          <w:color w:val="5D7284"/>
          <w:sz w:val="22"/>
        </w:rPr>
        <w:t>43:55</w:t>
      </w:r>
    </w:p>
    <w:p>
      <w:pPr>
        <w:spacing w:after="0"/>
      </w:pPr>
      <w:r>
        <w:rPr>
          <w:rFonts w:ascii="Arial" w:hAnsi="Arial"/>
          <w:sz w:val="22"/>
        </w:rPr>
        <w:t>that's so important. I, I would have...</w:t>
      </w:r>
    </w:p>
    <w:p>
      <w:pPr>
        <w:spacing w:after="0"/>
      </w:pPr>
    </w:p>
    <w:p>
      <w:pPr>
        <w:spacing w:after="0"/>
      </w:pPr>
      <w:r>
        <w:rPr>
          <w:rFonts w:ascii="Arial" w:hAnsi="Arial"/>
          <w:b/>
          <w:sz w:val="22"/>
        </w:rPr>
        <w:t xml:space="preserve">Alice  </w:t>
      </w:r>
      <w:r>
        <w:rPr>
          <w:rFonts w:ascii="Arial" w:hAnsi="Arial"/>
          <w:color w:val="5D7284"/>
          <w:sz w:val="22"/>
        </w:rPr>
        <w:t>43:57</w:t>
      </w:r>
    </w:p>
    <w:p>
      <w:pPr>
        <w:spacing w:after="0"/>
      </w:pPr>
      <w:r>
        <w:rPr>
          <w:rFonts w:ascii="Arial" w:hAnsi="Arial"/>
          <w:sz w:val="22"/>
        </w:rPr>
        <w:t>They are so busy teaching us French GCSE and nobody thinks to teach BSL. (Daisy) it cost me so</w:t>
      </w:r>
    </w:p>
    <w:p>
      <w:pPr>
        <w:spacing w:after="0"/>
      </w:pPr>
    </w:p>
    <w:p>
      <w:pPr>
        <w:spacing w:after="0"/>
      </w:pPr>
      <w:r>
        <w:rPr>
          <w:rFonts w:ascii="Arial" w:hAnsi="Arial"/>
          <w:b/>
          <w:sz w:val="22"/>
        </w:rPr>
        <w:t xml:space="preserve">Daisy  </w:t>
      </w:r>
      <w:r>
        <w:rPr>
          <w:rFonts w:ascii="Arial" w:hAnsi="Arial"/>
          <w:color w:val="5D7284"/>
          <w:sz w:val="22"/>
        </w:rPr>
        <w:t>44:03</w:t>
      </w:r>
    </w:p>
    <w:p>
      <w:pPr>
        <w:spacing w:after="0"/>
      </w:pPr>
      <w:r>
        <w:rPr>
          <w:rFonts w:ascii="Arial" w:hAnsi="Arial"/>
          <w:sz w:val="22"/>
        </w:rPr>
        <w:t>much just to get up to level three. (Lucy) Yeah me too. It was so expensive and most local authorities won't fund BSL lessons for parents who have a deaf child.</w:t>
      </w:r>
    </w:p>
    <w:p>
      <w:pPr>
        <w:spacing w:after="0"/>
      </w:pPr>
    </w:p>
    <w:p>
      <w:pPr>
        <w:spacing w:after="0"/>
      </w:pPr>
      <w:r>
        <w:rPr>
          <w:rFonts w:ascii="Arial" w:hAnsi="Arial"/>
          <w:b/>
          <w:sz w:val="22"/>
        </w:rPr>
        <w:t xml:space="preserve">Lucy  </w:t>
      </w:r>
      <w:r>
        <w:rPr>
          <w:rFonts w:ascii="Arial" w:hAnsi="Arial"/>
          <w:color w:val="5D7284"/>
          <w:sz w:val="22"/>
        </w:rPr>
        <w:t>44:18</w:t>
      </w:r>
    </w:p>
    <w:p>
      <w:pPr>
        <w:spacing w:after="0"/>
      </w:pPr>
      <w:r>
        <w:rPr>
          <w:rFonts w:ascii="Arial" w:hAnsi="Arial"/>
          <w:sz w:val="22"/>
        </w:rPr>
        <w:t>And that is disgusting, that is absolutely disgusting.</w:t>
      </w:r>
    </w:p>
    <w:p>
      <w:pPr>
        <w:spacing w:after="0"/>
      </w:pPr>
    </w:p>
    <w:p>
      <w:pPr>
        <w:spacing w:after="0"/>
      </w:pPr>
      <w:r>
        <w:rPr>
          <w:rFonts w:ascii="Arial" w:hAnsi="Arial"/>
          <w:b/>
          <w:sz w:val="22"/>
        </w:rPr>
        <w:t xml:space="preserve">Daisy  </w:t>
      </w:r>
      <w:r>
        <w:rPr>
          <w:rFonts w:ascii="Arial" w:hAnsi="Arial"/>
          <w:color w:val="5D7284"/>
          <w:sz w:val="22"/>
        </w:rPr>
        <w:t>44:21</w:t>
      </w:r>
    </w:p>
    <w:p>
      <w:pPr>
        <w:spacing w:after="0"/>
      </w:pPr>
      <w:r>
        <w:rPr>
          <w:rFonts w:ascii="Arial" w:hAnsi="Arial"/>
          <w:sz w:val="22"/>
        </w:rPr>
        <w:t>There are others that will only pay for one parent to do it, and others that will pay for parents but not siblings or grandparents.</w:t>
      </w:r>
    </w:p>
    <w:p>
      <w:pPr>
        <w:spacing w:after="0"/>
      </w:pPr>
    </w:p>
    <w:p>
      <w:pPr>
        <w:spacing w:after="0"/>
      </w:pPr>
      <w:r>
        <w:rPr>
          <w:rFonts w:ascii="Arial" w:hAnsi="Arial"/>
          <w:b/>
          <w:sz w:val="22"/>
        </w:rPr>
        <w:t xml:space="preserve">Lucy  </w:t>
      </w:r>
      <w:r>
        <w:rPr>
          <w:rFonts w:ascii="Arial" w:hAnsi="Arial"/>
          <w:color w:val="5D7284"/>
          <w:sz w:val="22"/>
        </w:rPr>
        <w:t>44:31</w:t>
      </w:r>
    </w:p>
    <w:p>
      <w:pPr>
        <w:spacing w:after="0"/>
      </w:pPr>
      <w:r>
        <w:rPr>
          <w:rFonts w:ascii="Arial" w:hAnsi="Arial"/>
          <w:sz w:val="22"/>
        </w:rPr>
        <w:t>It just makes no sense to me whatsoever at all. Like if my child was deaf. It's my right to be able to communicate with that child. And you know, it's not it's not they're not saying oh, "Oh I fancy learningsign language as a New Year's resolution." It's like I need to communicate with my child. And you know..</w:t>
      </w:r>
    </w:p>
    <w:p>
      <w:pPr>
        <w:spacing w:after="0"/>
      </w:pPr>
    </w:p>
    <w:p>
      <w:pPr>
        <w:spacing w:after="0"/>
      </w:pPr>
      <w:r>
        <w:rPr>
          <w:rFonts w:ascii="Arial" w:hAnsi="Arial"/>
          <w:b/>
          <w:sz w:val="22"/>
        </w:rPr>
        <w:t xml:space="preserve">Alice  </w:t>
      </w:r>
      <w:r>
        <w:rPr>
          <w:rFonts w:ascii="Arial" w:hAnsi="Arial"/>
          <w:color w:val="5D7284"/>
          <w:sz w:val="22"/>
        </w:rPr>
        <w:t>44:54</w:t>
      </w:r>
    </w:p>
    <w:p>
      <w:pPr>
        <w:spacing w:after="0"/>
      </w:pPr>
      <w:r>
        <w:rPr>
          <w:rFonts w:ascii="Arial" w:hAnsi="Arial"/>
          <w:sz w:val="22"/>
        </w:rPr>
        <w:t>and I know it's because the level of resources you would need to learn BSL versus Braille is different. But I told my local authority, I wanted to learn braille. And they gave me a book. And I was like, awesome. And that was 10 years ago, that book is still sitting on my shelf and no one's asked for it back. (Lucy and Dasiy laugh) And I still haven't learned braille. (Alice laughs)</w:t>
      </w:r>
    </w:p>
    <w:p>
      <w:pPr>
        <w:spacing w:after="0"/>
      </w:pPr>
    </w:p>
    <w:p>
      <w:pPr>
        <w:spacing w:after="0"/>
      </w:pPr>
      <w:r>
        <w:rPr>
          <w:rFonts w:ascii="Arial" w:hAnsi="Arial"/>
          <w:b/>
          <w:sz w:val="22"/>
        </w:rPr>
        <w:t xml:space="preserve">Lucy  </w:t>
      </w:r>
      <w:r>
        <w:rPr>
          <w:rFonts w:ascii="Arial" w:hAnsi="Arial"/>
          <w:color w:val="5D7284"/>
          <w:sz w:val="22"/>
        </w:rPr>
        <w:t>45:19</w:t>
      </w:r>
    </w:p>
    <w:p>
      <w:pPr>
        <w:spacing w:after="0"/>
      </w:pPr>
      <w:r>
        <w:rPr>
          <w:rFonts w:ascii="Arial" w:hAnsi="Arial"/>
          <w:sz w:val="22"/>
        </w:rPr>
        <w:t>Just to make you look like you know what you're doing. (Lucy &amp; Alice laugh)</w:t>
      </w:r>
    </w:p>
    <w:p>
      <w:pPr>
        <w:spacing w:after="0"/>
      </w:pPr>
    </w:p>
    <w:p>
      <w:pPr>
        <w:spacing w:after="0"/>
      </w:pPr>
      <w:r>
        <w:rPr>
          <w:rFonts w:ascii="Arial" w:hAnsi="Arial"/>
          <w:b/>
          <w:sz w:val="22"/>
        </w:rPr>
        <w:t xml:space="preserve">Alice  </w:t>
      </w:r>
      <w:r>
        <w:rPr>
          <w:rFonts w:ascii="Arial" w:hAnsi="Arial"/>
          <w:color w:val="5D7284"/>
          <w:sz w:val="22"/>
        </w:rPr>
        <w:t>45:23</w:t>
      </w:r>
    </w:p>
    <w:p>
      <w:pPr>
        <w:spacing w:after="0"/>
      </w:pPr>
      <w:r>
        <w:rPr>
          <w:rFonts w:ascii="Arial" w:hAnsi="Arial"/>
          <w:sz w:val="22"/>
        </w:rPr>
        <w:t>But the like that the point still stands that they're like, oh, blind people, they've got be able to read. (Lucy) Yeah. So let's not worry about deaf people are able to speak to each other and be spoken to.</w:t>
      </w:r>
    </w:p>
    <w:p>
      <w:pPr>
        <w:spacing w:after="0"/>
      </w:pPr>
    </w:p>
    <w:p>
      <w:pPr>
        <w:spacing w:after="0"/>
      </w:pPr>
      <w:r>
        <w:rPr>
          <w:rFonts w:ascii="Arial" w:hAnsi="Arial"/>
          <w:b/>
          <w:sz w:val="22"/>
        </w:rPr>
        <w:t xml:space="preserve">Lucy  </w:t>
      </w:r>
      <w:r>
        <w:rPr>
          <w:rFonts w:ascii="Arial" w:hAnsi="Arial"/>
          <w:color w:val="5D7284"/>
          <w:sz w:val="22"/>
        </w:rPr>
        <w:t>45:36</w:t>
      </w:r>
    </w:p>
    <w:p>
      <w:pPr>
        <w:spacing w:after="0"/>
      </w:pPr>
      <w:r>
        <w:rPr>
          <w:rFonts w:ascii="Arial" w:hAnsi="Arial"/>
          <w:sz w:val="22"/>
        </w:rPr>
        <w:t xml:space="preserve"> And I would have loved to have done like more levels of the sign language, but I just couldn't afford it. you know what I mean? It's um..</w:t>
      </w:r>
    </w:p>
    <w:p>
      <w:pPr>
        <w:spacing w:after="0"/>
      </w:pPr>
    </w:p>
    <w:p>
      <w:pPr>
        <w:spacing w:after="0"/>
      </w:pPr>
      <w:r>
        <w:rPr>
          <w:rFonts w:ascii="Arial" w:hAnsi="Arial"/>
          <w:b/>
          <w:sz w:val="22"/>
        </w:rPr>
        <w:t xml:space="preserve">Daisy  </w:t>
      </w:r>
      <w:r>
        <w:rPr>
          <w:rFonts w:ascii="Arial" w:hAnsi="Arial"/>
          <w:color w:val="5D7284"/>
          <w:sz w:val="22"/>
        </w:rPr>
        <w:t>45:43</w:t>
      </w:r>
    </w:p>
    <w:p>
      <w:pPr>
        <w:spacing w:after="0"/>
      </w:pPr>
      <w:r>
        <w:rPr>
          <w:rFonts w:ascii="Arial" w:hAnsi="Arial"/>
          <w:sz w:val="22"/>
        </w:rPr>
        <w:t>It was so expect, the only reason that I could afford it is because I was otherwise really ill at the time. I was. So those lessons once a week with the only thing I was doing. I wasn't going outside. (laughs)</w:t>
      </w:r>
    </w:p>
    <w:p>
      <w:pPr>
        <w:spacing w:after="0"/>
      </w:pPr>
    </w:p>
    <w:p>
      <w:pPr>
        <w:spacing w:after="0"/>
      </w:pPr>
      <w:r>
        <w:rPr>
          <w:rFonts w:ascii="Arial" w:hAnsi="Arial"/>
          <w:b/>
          <w:sz w:val="22"/>
        </w:rPr>
        <w:t xml:space="preserve">Lucy  </w:t>
      </w:r>
      <w:r>
        <w:rPr>
          <w:rFonts w:ascii="Arial" w:hAnsi="Arial"/>
          <w:color w:val="5D7284"/>
          <w:sz w:val="22"/>
        </w:rPr>
        <w:t>46:00</w:t>
      </w:r>
    </w:p>
    <w:p>
      <w:pPr>
        <w:spacing w:after="0"/>
      </w:pPr>
      <w:r>
        <w:rPr>
          <w:rFonts w:ascii="Arial" w:hAnsi="Arial"/>
          <w:sz w:val="22"/>
        </w:rPr>
        <w:t>Also practicing during the week of that. (Daisy) Yeah. Yeah, it's erm.. and I... But I thought it was something that was very important to my job. I wanted to be as inclusive as possible. So it was important to me that I at least got my level one.</w:t>
      </w:r>
    </w:p>
    <w:p>
      <w:pPr>
        <w:spacing w:after="0"/>
      </w:pPr>
    </w:p>
    <w:p>
      <w:pPr>
        <w:spacing w:after="0"/>
      </w:pPr>
      <w:r>
        <w:rPr>
          <w:rFonts w:ascii="Arial" w:hAnsi="Arial"/>
          <w:b/>
          <w:sz w:val="22"/>
        </w:rPr>
        <w:t xml:space="preserve">Alice  </w:t>
      </w:r>
      <w:r>
        <w:rPr>
          <w:rFonts w:ascii="Arial" w:hAnsi="Arial"/>
          <w:color w:val="5D7284"/>
          <w:sz w:val="22"/>
        </w:rPr>
        <w:t>46:18</w:t>
      </w:r>
    </w:p>
    <w:p>
      <w:pPr>
        <w:spacing w:after="0"/>
      </w:pPr>
      <w:r>
        <w:rPr>
          <w:rFonts w:ascii="Arial" w:hAnsi="Arial"/>
          <w:sz w:val="22"/>
        </w:rPr>
        <w:t>I think it's really cool. I'd really like to be able to, like I could I could learn to sign but I would really struggle to actually have a conversation with anybody because I wouldn't be able to see well enough to see what's been kind of said to me. (Lucy) And I don't</w:t>
      </w:r>
    </w:p>
    <w:p>
      <w:pPr>
        <w:spacing w:after="0"/>
      </w:pPr>
    </w:p>
    <w:p>
      <w:pPr>
        <w:spacing w:after="0"/>
      </w:pPr>
      <w:r>
        <w:rPr>
          <w:rFonts w:ascii="Arial" w:hAnsi="Arial"/>
          <w:b/>
          <w:sz w:val="22"/>
        </w:rPr>
        <w:t xml:space="preserve">Lucy  </w:t>
      </w:r>
      <w:r>
        <w:rPr>
          <w:rFonts w:ascii="Arial" w:hAnsi="Arial"/>
          <w:color w:val="5D7284"/>
          <w:sz w:val="22"/>
        </w:rPr>
        <w:t>46:33</w:t>
      </w:r>
    </w:p>
    <w:p>
      <w:pPr>
        <w:spacing w:after="0"/>
      </w:pPr>
      <w:r>
        <w:rPr>
          <w:rFonts w:ascii="Arial" w:hAnsi="Arial"/>
          <w:sz w:val="22"/>
        </w:rPr>
        <w:t>know about you, Daisy, but when I was learning it, for ages, it was just was not going and I couldn't remember anything. One day I went in, and everything just clicked. And I was like, "Oh, I understood what you said." Like the lady asked me what I did on my bank holiday. And she signed it. And I was like, I understood...she didn't open my mouth. I know what she said. I was like, yeah, it's going in. And that moment of, "Oh, my God, I can do it!" was like, "Yeah! I could do this, brilliant" But the struggle like to get to that point. I was like, "I can't do this. My fingers won't communicate with my brain." And but yeah, once I got it, I was like, yes, the sense of achievement was amazing.</w:t>
      </w:r>
    </w:p>
    <w:p>
      <w:pPr>
        <w:spacing w:after="0"/>
      </w:pPr>
    </w:p>
    <w:p>
      <w:pPr>
        <w:spacing w:after="0"/>
      </w:pPr>
      <w:r>
        <w:rPr>
          <w:rFonts w:ascii="Arial" w:hAnsi="Arial"/>
          <w:b/>
          <w:sz w:val="22"/>
        </w:rPr>
        <w:t xml:space="preserve">Alice  </w:t>
      </w:r>
      <w:r>
        <w:rPr>
          <w:rFonts w:ascii="Arial" w:hAnsi="Arial"/>
          <w:color w:val="5D7284"/>
          <w:sz w:val="22"/>
        </w:rPr>
        <w:t>47:18</w:t>
      </w:r>
    </w:p>
    <w:p>
      <w:pPr>
        <w:spacing w:after="0"/>
      </w:pPr>
      <w:r>
        <w:rPr>
          <w:rFonts w:ascii="Arial" w:hAnsi="Arial"/>
          <w:sz w:val="22"/>
        </w:rPr>
        <w:t>I think the one thing that, you know, is obviously very different for the world, the deaf community now versus when Harriet was alive is, you know, one of my colleagues was working with a young person with a learning disability and hearing loss recently, and we were talking about how to improve their sort of ability to communicate with like, going into shops and stuff like that independently. And there's so many apps, so many apps that will just do like text to speech, or like, you know, apps created specifically for deaf people to help them with communicating with hearing people, which I think, you know, (Lucy) Yeah. Could potentially be really world changing if the non disabled community knew about it and listened.</w:t>
      </w:r>
    </w:p>
    <w:p>
      <w:pPr>
        <w:spacing w:after="0"/>
      </w:pPr>
    </w:p>
    <w:p>
      <w:pPr>
        <w:spacing w:after="0"/>
      </w:pPr>
      <w:r>
        <w:rPr>
          <w:rFonts w:ascii="Arial" w:hAnsi="Arial"/>
          <w:b/>
          <w:sz w:val="22"/>
        </w:rPr>
        <w:t xml:space="preserve">Daisy  </w:t>
      </w:r>
      <w:r>
        <w:rPr>
          <w:rFonts w:ascii="Arial" w:hAnsi="Arial"/>
          <w:color w:val="5D7284"/>
          <w:sz w:val="22"/>
        </w:rPr>
        <w:t>48:11</w:t>
      </w:r>
    </w:p>
    <w:p>
      <w:pPr>
        <w:spacing w:after="0"/>
      </w:pPr>
      <w:r>
        <w:rPr>
          <w:rFonts w:ascii="Arial" w:hAnsi="Arial"/>
          <w:sz w:val="22"/>
        </w:rPr>
        <w:t>And exactly I was about to say facial expression and the way you move your hands and  even your body language. (Daisy) When.. Yeah, the problem is, a lot of those things are really flawed. (Alice) Yes, yeah. In a lot of ways. I've, you see constantly these things that are like, Oh, you can speak or like, you can do sign with these gloves and it will tun into text. (Lucy) Oh don't say about the gloves! And like them pointless, (Lucy laughs) Yeah. Because every sign means about six different things depending on what your face is doing. I started my level three, we did an entire weekend on our eyebrows.(Lucy) Really? About where your eyebrows are at any given time when you're saying something to denote when it's like a question or a statement, or..(Lucy) Yeah. Because it changes so much of the meaning.</w:t>
      </w:r>
    </w:p>
    <w:p>
      <w:pPr>
        <w:spacing w:after="0"/>
      </w:pPr>
    </w:p>
    <w:p>
      <w:pPr>
        <w:spacing w:after="0"/>
      </w:pPr>
      <w:r>
        <w:rPr>
          <w:rFonts w:ascii="Arial" w:hAnsi="Arial"/>
          <w:b/>
          <w:sz w:val="22"/>
        </w:rPr>
        <w:t xml:space="preserve">Lucy  </w:t>
      </w:r>
      <w:r>
        <w:rPr>
          <w:rFonts w:ascii="Arial" w:hAnsi="Arial"/>
          <w:color w:val="5D7284"/>
          <w:sz w:val="22"/>
        </w:rPr>
        <w:t>49:03</w:t>
      </w:r>
    </w:p>
    <w:p>
      <w:pPr>
        <w:spacing w:after="0"/>
      </w:pPr>
      <w:r>
        <w:rPr>
          <w:rFonts w:ascii="Arial" w:hAnsi="Arial"/>
          <w:sz w:val="22"/>
        </w:rPr>
        <w:t>It's fascinating.</w:t>
      </w:r>
    </w:p>
    <w:p>
      <w:pPr>
        <w:spacing w:after="0"/>
      </w:pPr>
    </w:p>
    <w:p>
      <w:pPr>
        <w:spacing w:after="0"/>
      </w:pPr>
      <w:r>
        <w:rPr>
          <w:rFonts w:ascii="Arial" w:hAnsi="Arial"/>
          <w:b/>
          <w:sz w:val="22"/>
        </w:rPr>
        <w:t xml:space="preserve">Alice  </w:t>
      </w:r>
      <w:r>
        <w:rPr>
          <w:rFonts w:ascii="Arial" w:hAnsi="Arial"/>
          <w:color w:val="5D7284"/>
          <w:sz w:val="22"/>
        </w:rPr>
        <w:t>49:03</w:t>
      </w:r>
    </w:p>
    <w:p>
      <w:pPr>
        <w:spacing w:after="0"/>
      </w:pPr>
      <w:r>
        <w:rPr>
          <w:rFonts w:ascii="Arial" w:hAnsi="Arial"/>
          <w:sz w:val="22"/>
        </w:rPr>
        <w:t>So Harriet, I guess had to rely on her pen then? Her pen in her ear trumpet.</w:t>
      </w:r>
    </w:p>
    <w:p>
      <w:pPr>
        <w:spacing w:after="0"/>
      </w:pPr>
    </w:p>
    <w:p>
      <w:pPr>
        <w:spacing w:after="0"/>
      </w:pPr>
      <w:r>
        <w:rPr>
          <w:rFonts w:ascii="Arial" w:hAnsi="Arial"/>
          <w:b/>
          <w:sz w:val="22"/>
        </w:rPr>
        <w:t xml:space="preserve">Daisy  </w:t>
      </w:r>
      <w:r>
        <w:rPr>
          <w:rFonts w:ascii="Arial" w:hAnsi="Arial"/>
          <w:color w:val="5D7284"/>
          <w:sz w:val="22"/>
        </w:rPr>
        <w:t>49:10</w:t>
      </w:r>
    </w:p>
    <w:p>
      <w:pPr>
        <w:spacing w:after="0"/>
      </w:pPr>
      <w:r>
        <w:rPr>
          <w:rFonts w:ascii="Arial" w:hAnsi="Arial"/>
          <w:sz w:val="22"/>
        </w:rPr>
        <w:t>Yeah, and really, I think probably just, you know, faked her way through a certain amount of it. (Lucy) Yeah. (Laughs) That's the only way of doing it. She was 16 when she was sent off to Bristol, where I am, naturally the posh bit of Bristol, so not where I am.  (Alice &amp; Lucy laugh) Partly for education and partly for our health. She had an aunt who lived there. But she was, you know, pretty happy there apart from you know, being a bit homesick as we you know, she spoke up and kind of consistently unhappy as a child sort of, you know, like probably what we would, you know, now deems like panic attacks and anxiety and, you know, that obviously, you know, difficult to reverse diagnose people blah blah blah. I feel like we've probably got a disclaimer somewhere on the podcast, which is...</w:t>
      </w:r>
    </w:p>
    <w:p>
      <w:pPr>
        <w:spacing w:after="0"/>
      </w:pPr>
    </w:p>
    <w:p>
      <w:pPr>
        <w:spacing w:after="0"/>
      </w:pPr>
      <w:r>
        <w:rPr>
          <w:rFonts w:ascii="Arial" w:hAnsi="Arial"/>
          <w:b/>
          <w:sz w:val="22"/>
        </w:rPr>
        <w:t xml:space="preserve">Lucy  </w:t>
      </w:r>
      <w:r>
        <w:rPr>
          <w:rFonts w:ascii="Arial" w:hAnsi="Arial"/>
          <w:color w:val="5D7284"/>
          <w:sz w:val="22"/>
        </w:rPr>
        <w:t>50:05</w:t>
      </w:r>
    </w:p>
    <w:p>
      <w:pPr>
        <w:spacing w:after="0"/>
      </w:pPr>
      <w:r>
        <w:rPr>
          <w:rFonts w:ascii="Arial" w:hAnsi="Arial"/>
          <w:sz w:val="22"/>
        </w:rPr>
        <w:t>Yeah, yeah</w:t>
      </w:r>
    </w:p>
    <w:p>
      <w:pPr>
        <w:spacing w:after="0"/>
      </w:pPr>
    </w:p>
    <w:p>
      <w:pPr>
        <w:spacing w:after="0"/>
      </w:pPr>
      <w:r>
        <w:rPr>
          <w:rFonts w:ascii="Arial" w:hAnsi="Arial"/>
          <w:b/>
          <w:sz w:val="22"/>
        </w:rPr>
        <w:t xml:space="preserve">Daisy  </w:t>
      </w:r>
      <w:r>
        <w:rPr>
          <w:rFonts w:ascii="Arial" w:hAnsi="Arial"/>
          <w:color w:val="5D7284"/>
          <w:sz w:val="22"/>
        </w:rPr>
        <w:t>50:07</w:t>
      </w:r>
    </w:p>
    <w:p>
      <w:pPr>
        <w:spacing w:after="0"/>
      </w:pPr>
      <w:r>
        <w:rPr>
          <w:rFonts w:ascii="Arial" w:hAnsi="Arial"/>
          <w:sz w:val="22"/>
        </w:rPr>
        <w:t>Reverse diagnosing people from history is difficult.</w:t>
      </w:r>
    </w:p>
    <w:p>
      <w:pPr>
        <w:spacing w:after="0"/>
      </w:pPr>
    </w:p>
    <w:p>
      <w:pPr>
        <w:spacing w:after="0"/>
      </w:pPr>
      <w:r>
        <w:rPr>
          <w:rFonts w:ascii="Arial" w:hAnsi="Arial"/>
          <w:b/>
          <w:sz w:val="22"/>
        </w:rPr>
        <w:t xml:space="preserve">Alice  </w:t>
      </w:r>
      <w:r>
        <w:rPr>
          <w:rFonts w:ascii="Arial" w:hAnsi="Arial"/>
          <w:color w:val="5D7284"/>
          <w:sz w:val="22"/>
        </w:rPr>
        <w:t>50:11</w:t>
      </w:r>
    </w:p>
    <w:p>
      <w:pPr>
        <w:spacing w:after="0"/>
      </w:pPr>
      <w:r>
        <w:rPr>
          <w:rFonts w:ascii="Arial" w:hAnsi="Arial"/>
          <w:sz w:val="22"/>
        </w:rPr>
        <w:t>I fell if not, we should certainly add one. (Lucy) Yeah, we've</w:t>
      </w:r>
    </w:p>
    <w:p>
      <w:pPr>
        <w:spacing w:after="0"/>
      </w:pPr>
    </w:p>
    <w:p>
      <w:pPr>
        <w:spacing w:after="0"/>
      </w:pPr>
      <w:r>
        <w:rPr>
          <w:rFonts w:ascii="Arial" w:hAnsi="Arial"/>
          <w:b/>
          <w:sz w:val="22"/>
        </w:rPr>
        <w:t xml:space="preserve">Lucy  </w:t>
      </w:r>
      <w:r>
        <w:rPr>
          <w:rFonts w:ascii="Arial" w:hAnsi="Arial"/>
          <w:color w:val="5D7284"/>
          <w:sz w:val="22"/>
        </w:rPr>
        <w:t>50:14</w:t>
      </w:r>
    </w:p>
    <w:p>
      <w:pPr>
        <w:spacing w:after="0"/>
      </w:pPr>
      <w:r>
        <w:rPr>
          <w:rFonts w:ascii="Arial" w:hAnsi="Arial"/>
          <w:sz w:val="22"/>
        </w:rPr>
        <w:t>got a librarian disclaimers.</w:t>
      </w:r>
    </w:p>
    <w:p>
      <w:pPr>
        <w:spacing w:after="0"/>
      </w:pPr>
    </w:p>
    <w:p>
      <w:pPr>
        <w:spacing w:after="0"/>
      </w:pPr>
      <w:r>
        <w:rPr>
          <w:rFonts w:ascii="Arial" w:hAnsi="Arial"/>
          <w:b/>
          <w:sz w:val="22"/>
        </w:rPr>
        <w:t xml:space="preserve">Alice  </w:t>
      </w:r>
      <w:r>
        <w:rPr>
          <w:rFonts w:ascii="Arial" w:hAnsi="Arial"/>
          <w:color w:val="5D7284"/>
          <w:sz w:val="22"/>
        </w:rPr>
        <w:t>50:17</w:t>
      </w:r>
    </w:p>
    <w:p>
      <w:pPr>
        <w:spacing w:after="0"/>
      </w:pPr>
      <w:r>
        <w:rPr>
          <w:rFonts w:ascii="Arial" w:hAnsi="Arial"/>
          <w:sz w:val="22"/>
        </w:rPr>
        <w:t>We do a lot of reverse diagnosis and judgment of dead people's decisions and opinions so. (laughs)</w:t>
      </w:r>
    </w:p>
    <w:p>
      <w:pPr>
        <w:spacing w:after="0"/>
      </w:pPr>
    </w:p>
    <w:p>
      <w:pPr>
        <w:spacing w:after="0"/>
      </w:pPr>
      <w:r>
        <w:rPr>
          <w:rFonts w:ascii="Arial" w:hAnsi="Arial"/>
          <w:b/>
          <w:sz w:val="22"/>
        </w:rPr>
        <w:t xml:space="preserve">Daisy  </w:t>
      </w:r>
      <w:r>
        <w:rPr>
          <w:rFonts w:ascii="Arial" w:hAnsi="Arial"/>
          <w:color w:val="5D7284"/>
          <w:sz w:val="22"/>
        </w:rPr>
        <w:t>50:24</w:t>
      </w:r>
    </w:p>
    <w:p>
      <w:pPr>
        <w:spacing w:after="0"/>
      </w:pPr>
      <w:r>
        <w:rPr>
          <w:rFonts w:ascii="Arial" w:hAnsi="Arial"/>
          <w:sz w:val="22"/>
        </w:rPr>
        <w:t>Yeah, so, you know, she was consistently unhappy as a kid and, you know, contemplated suicide so that she could, you know, join her God in heaven and things like that. But she was much happier in Bristol, although...go on (Alice starts to speak)</w:t>
      </w:r>
    </w:p>
    <w:p>
      <w:pPr>
        <w:spacing w:after="0"/>
      </w:pPr>
    </w:p>
    <w:p>
      <w:pPr>
        <w:spacing w:after="0"/>
      </w:pPr>
      <w:r>
        <w:rPr>
          <w:rFonts w:ascii="Arial" w:hAnsi="Arial"/>
          <w:b/>
          <w:sz w:val="22"/>
        </w:rPr>
        <w:t xml:space="preserve">Alice  </w:t>
      </w:r>
      <w:r>
        <w:rPr>
          <w:rFonts w:ascii="Arial" w:hAnsi="Arial"/>
          <w:color w:val="5D7284"/>
          <w:sz w:val="22"/>
        </w:rPr>
        <w:t>50:39</w:t>
      </w:r>
    </w:p>
    <w:p>
      <w:pPr>
        <w:spacing w:after="0"/>
      </w:pPr>
      <w:r>
        <w:rPr>
          <w:rFonts w:ascii="Arial" w:hAnsi="Arial"/>
          <w:sz w:val="22"/>
        </w:rPr>
        <w:t>Just I'm fairly certain there's like, a whole thing in the Bible about how you're not supposed to do that. (Daisy) This is because they were Unitarians. Not one of God's favourite sayings.(Daisy) Which was a</w:t>
      </w:r>
    </w:p>
    <w:p>
      <w:pPr>
        <w:spacing w:after="0"/>
      </w:pPr>
    </w:p>
    <w:p>
      <w:pPr>
        <w:spacing w:after="0"/>
      </w:pPr>
      <w:r>
        <w:rPr>
          <w:rFonts w:ascii="Arial" w:hAnsi="Arial"/>
          <w:b/>
          <w:sz w:val="22"/>
        </w:rPr>
        <w:t xml:space="preserve">Daisy  </w:t>
      </w:r>
      <w:r>
        <w:rPr>
          <w:rFonts w:ascii="Arial" w:hAnsi="Arial"/>
          <w:color w:val="5D7284"/>
          <w:sz w:val="22"/>
        </w:rPr>
        <w:t>50:49</w:t>
      </w:r>
    </w:p>
    <w:p>
      <w:pPr>
        <w:spacing w:after="0"/>
      </w:pPr>
      <w:r>
        <w:rPr>
          <w:rFonts w:ascii="Arial" w:hAnsi="Arial"/>
          <w:sz w:val="22"/>
        </w:rPr>
        <w:t>bit more free and liberal there was, you know, she had no reason to believe that, you know, the method of her death will affect her entry into heaven. (Alice) Okay. but yeah she was quite a bit older than the other, you know, girls in her class at the school in Bristol, although she was able to, you know, spend some time with the cousins who were, you know, very well read and educated and, you know, have those sorts of experiences. But yeah, her deafness was much worse by that point, which made it very difficult to keep up. And so most of her education at that point was done with sort of, you know, private study, sort of, you know, going away with the books, and, you know, reading them and learning the stuff on her own. Although, you know, she did a lot of walks around the area. (Lucy laughs) So here, we just have a list of places that I'm familiar with, and you're not, so I'll just say, a lot of walks. (Laughs) We will include a map of Bristol in the notes. (Alice) It</w:t>
      </w:r>
    </w:p>
    <w:p>
      <w:pPr>
        <w:spacing w:after="0"/>
      </w:pPr>
    </w:p>
    <w:p>
      <w:pPr>
        <w:spacing w:after="0"/>
      </w:pPr>
      <w:r>
        <w:rPr>
          <w:rFonts w:ascii="Arial" w:hAnsi="Arial"/>
          <w:b/>
          <w:sz w:val="22"/>
        </w:rPr>
        <w:t xml:space="preserve">Alice  </w:t>
      </w:r>
      <w:r>
        <w:rPr>
          <w:rFonts w:ascii="Arial" w:hAnsi="Arial"/>
          <w:color w:val="5D7284"/>
          <w:sz w:val="22"/>
        </w:rPr>
        <w:t>51:51</w:t>
      </w:r>
    </w:p>
    <w:p>
      <w:pPr>
        <w:spacing w:after="0"/>
      </w:pPr>
      <w:r>
        <w:rPr>
          <w:rFonts w:ascii="Arial" w:hAnsi="Arial"/>
          <w:sz w:val="22"/>
        </w:rPr>
        <w:t>does feel like a trope of like, that sort of time period of just young women going out for walks with like books of poetry so.</w:t>
      </w:r>
    </w:p>
    <w:p>
      <w:pPr>
        <w:spacing w:after="0"/>
      </w:pPr>
    </w:p>
    <w:p>
      <w:pPr>
        <w:spacing w:after="0"/>
      </w:pPr>
      <w:r>
        <w:rPr>
          <w:rFonts w:ascii="Arial" w:hAnsi="Arial"/>
          <w:b/>
          <w:sz w:val="22"/>
        </w:rPr>
        <w:t xml:space="preserve">Lucy  </w:t>
      </w:r>
      <w:r>
        <w:rPr>
          <w:rFonts w:ascii="Arial" w:hAnsi="Arial"/>
          <w:color w:val="5D7284"/>
          <w:sz w:val="22"/>
        </w:rPr>
        <w:t>52:00</w:t>
      </w:r>
    </w:p>
    <w:p>
      <w:pPr>
        <w:spacing w:after="0"/>
      </w:pPr>
      <w:r>
        <w:rPr>
          <w:rFonts w:ascii="Arial" w:hAnsi="Arial"/>
          <w:sz w:val="22"/>
        </w:rPr>
        <w:t>To contemplate life. (daisy) Yeah,</w:t>
      </w:r>
    </w:p>
    <w:p>
      <w:pPr>
        <w:spacing w:after="0"/>
      </w:pPr>
    </w:p>
    <w:p>
      <w:pPr>
        <w:spacing w:after="0"/>
      </w:pPr>
      <w:r>
        <w:rPr>
          <w:rFonts w:ascii="Arial" w:hAnsi="Arial"/>
          <w:b/>
          <w:sz w:val="22"/>
        </w:rPr>
        <w:t xml:space="preserve">Daisy  </w:t>
      </w:r>
      <w:r>
        <w:rPr>
          <w:rFonts w:ascii="Arial" w:hAnsi="Arial"/>
          <w:color w:val="5D7284"/>
          <w:sz w:val="22"/>
        </w:rPr>
        <w:t>52:02</w:t>
      </w:r>
    </w:p>
    <w:p>
      <w:pPr>
        <w:spacing w:after="0"/>
      </w:pPr>
      <w:r>
        <w:rPr>
          <w:rFonts w:ascii="Arial" w:hAnsi="Arial"/>
          <w:sz w:val="22"/>
        </w:rPr>
        <w:t>I don't think she met anyone particularly attractive on a horse. So..(Lucy) No. I guess not the whole thing. (laughs)</w:t>
      </w:r>
    </w:p>
    <w:p>
      <w:pPr>
        <w:spacing w:after="0"/>
      </w:pPr>
    </w:p>
    <w:p>
      <w:pPr>
        <w:spacing w:after="0"/>
      </w:pPr>
      <w:r>
        <w:rPr>
          <w:rFonts w:ascii="Arial" w:hAnsi="Arial"/>
          <w:b/>
          <w:sz w:val="22"/>
        </w:rPr>
        <w:t xml:space="preserve">Lucy  </w:t>
      </w:r>
      <w:r>
        <w:rPr>
          <w:rFonts w:ascii="Arial" w:hAnsi="Arial"/>
          <w:color w:val="5D7284"/>
          <w:sz w:val="22"/>
        </w:rPr>
        <w:t>52:08</w:t>
      </w:r>
    </w:p>
    <w:p>
      <w:pPr>
        <w:spacing w:after="0"/>
      </w:pPr>
      <w:r>
        <w:rPr>
          <w:rFonts w:ascii="Arial" w:hAnsi="Arial"/>
          <w:sz w:val="22"/>
        </w:rPr>
        <w:t>That's not Bridgeton.(laughs)</w:t>
      </w:r>
    </w:p>
    <w:p>
      <w:pPr>
        <w:spacing w:after="0"/>
      </w:pPr>
    </w:p>
    <w:p>
      <w:pPr>
        <w:spacing w:after="0"/>
      </w:pPr>
      <w:r>
        <w:rPr>
          <w:rFonts w:ascii="Arial" w:hAnsi="Arial"/>
          <w:b/>
          <w:sz w:val="22"/>
        </w:rPr>
        <w:t xml:space="preserve">Daisy  </w:t>
      </w:r>
      <w:r>
        <w:rPr>
          <w:rFonts w:ascii="Arial" w:hAnsi="Arial"/>
          <w:color w:val="5D7284"/>
          <w:sz w:val="22"/>
        </w:rPr>
        <w:t>52:13</w:t>
      </w:r>
    </w:p>
    <w:p>
      <w:pPr>
        <w:spacing w:after="0"/>
      </w:pPr>
      <w:r>
        <w:rPr>
          <w:rFonts w:ascii="Arial" w:hAnsi="Arial"/>
          <w:sz w:val="22"/>
        </w:rPr>
        <w:t>So yeah, she left Bristol, kind of like, you know, year and a half later, and was apparently less fearful, more open, more religious, but also sicker. (laughs)</w:t>
      </w:r>
    </w:p>
    <w:p>
      <w:pPr>
        <w:spacing w:after="0"/>
      </w:pPr>
    </w:p>
    <w:p>
      <w:pPr>
        <w:spacing w:after="0"/>
      </w:pPr>
      <w:r>
        <w:rPr>
          <w:rFonts w:ascii="Arial" w:hAnsi="Arial"/>
          <w:b/>
          <w:sz w:val="22"/>
        </w:rPr>
        <w:t xml:space="preserve">Lucy  </w:t>
      </w:r>
      <w:r>
        <w:rPr>
          <w:rFonts w:ascii="Arial" w:hAnsi="Arial"/>
          <w:color w:val="5D7284"/>
          <w:sz w:val="22"/>
        </w:rPr>
        <w:t>52:25</w:t>
      </w:r>
    </w:p>
    <w:p>
      <w:pPr>
        <w:spacing w:after="0"/>
      </w:pPr>
      <w:r>
        <w:rPr>
          <w:rFonts w:ascii="Arial" w:hAnsi="Arial"/>
          <w:sz w:val="22"/>
        </w:rPr>
        <w:t>Okay. Okay.</w:t>
      </w:r>
    </w:p>
    <w:p>
      <w:pPr>
        <w:spacing w:after="0"/>
      </w:pPr>
    </w:p>
    <w:p>
      <w:pPr>
        <w:spacing w:after="0"/>
      </w:pPr>
      <w:r>
        <w:rPr>
          <w:rFonts w:ascii="Arial" w:hAnsi="Arial"/>
          <w:b/>
          <w:sz w:val="22"/>
        </w:rPr>
        <w:t xml:space="preserve">Daisy  </w:t>
      </w:r>
      <w:r>
        <w:rPr>
          <w:rFonts w:ascii="Arial" w:hAnsi="Arial"/>
          <w:color w:val="5D7284"/>
          <w:sz w:val="22"/>
        </w:rPr>
        <w:t>52:29</w:t>
      </w:r>
    </w:p>
    <w:p>
      <w:pPr>
        <w:spacing w:after="0"/>
      </w:pPr>
      <w:r>
        <w:rPr>
          <w:rFonts w:ascii="Arial" w:hAnsi="Arial"/>
          <w:sz w:val="22"/>
        </w:rPr>
        <w:t>So,win some lose some, I guess?</w:t>
      </w:r>
    </w:p>
    <w:p>
      <w:pPr>
        <w:spacing w:after="0"/>
      </w:pPr>
    </w:p>
    <w:p>
      <w:pPr>
        <w:spacing w:after="0"/>
      </w:pPr>
      <w:r>
        <w:rPr>
          <w:rFonts w:ascii="Arial" w:hAnsi="Arial"/>
          <w:b/>
          <w:sz w:val="22"/>
        </w:rPr>
        <w:t xml:space="preserve">Alice  </w:t>
      </w:r>
      <w:r>
        <w:rPr>
          <w:rFonts w:ascii="Arial" w:hAnsi="Arial"/>
          <w:color w:val="5D7284"/>
          <w:sz w:val="22"/>
        </w:rPr>
        <w:t>52:32</w:t>
      </w:r>
    </w:p>
    <w:p>
      <w:pPr>
        <w:spacing w:after="0"/>
      </w:pPr>
      <w:r>
        <w:rPr>
          <w:rFonts w:ascii="Arial" w:hAnsi="Arial"/>
          <w:sz w:val="22"/>
        </w:rPr>
        <w:t>It sounds like genuine leveling up across all um...(laughs)</w:t>
      </w:r>
    </w:p>
    <w:p>
      <w:pPr>
        <w:spacing w:after="0"/>
      </w:pPr>
    </w:p>
    <w:p>
      <w:pPr>
        <w:spacing w:after="0"/>
      </w:pPr>
      <w:r>
        <w:rPr>
          <w:rFonts w:ascii="Arial" w:hAnsi="Arial"/>
          <w:b/>
          <w:sz w:val="22"/>
        </w:rPr>
        <w:t xml:space="preserve">Lucy  </w:t>
      </w:r>
      <w:r>
        <w:rPr>
          <w:rFonts w:ascii="Arial" w:hAnsi="Arial"/>
          <w:color w:val="5D7284"/>
          <w:sz w:val="22"/>
        </w:rPr>
        <w:t>52:37</w:t>
      </w:r>
    </w:p>
    <w:p>
      <w:pPr>
        <w:spacing w:after="0"/>
      </w:pPr>
      <w:r>
        <w:rPr>
          <w:rFonts w:ascii="Arial" w:hAnsi="Arial"/>
          <w:sz w:val="22"/>
        </w:rPr>
        <w:t>Yeah, just like me, like 90% more (laughs)</w:t>
      </w:r>
    </w:p>
    <w:p>
      <w:pPr>
        <w:spacing w:after="0"/>
      </w:pPr>
    </w:p>
    <w:p>
      <w:pPr>
        <w:spacing w:after="0"/>
      </w:pPr>
      <w:r>
        <w:rPr>
          <w:rFonts w:ascii="Arial" w:hAnsi="Arial"/>
          <w:b/>
          <w:sz w:val="22"/>
        </w:rPr>
        <w:t xml:space="preserve">Alice  </w:t>
      </w:r>
      <w:r>
        <w:rPr>
          <w:rFonts w:ascii="Arial" w:hAnsi="Arial"/>
          <w:color w:val="5D7284"/>
          <w:sz w:val="22"/>
        </w:rPr>
        <w:t>52:43</w:t>
      </w:r>
    </w:p>
    <w:p>
      <w:pPr>
        <w:spacing w:after="0"/>
      </w:pPr>
      <w:r>
        <w:rPr>
          <w:rFonts w:ascii="Arial" w:hAnsi="Arial"/>
          <w:sz w:val="22"/>
        </w:rPr>
        <w:t>Full fat Harriet</w:t>
      </w:r>
    </w:p>
    <w:p>
      <w:pPr>
        <w:spacing w:after="0"/>
      </w:pPr>
    </w:p>
    <w:p>
      <w:pPr>
        <w:spacing w:after="0"/>
      </w:pPr>
      <w:r>
        <w:rPr>
          <w:rFonts w:ascii="Arial" w:hAnsi="Arial"/>
          <w:b/>
          <w:sz w:val="22"/>
        </w:rPr>
        <w:t xml:space="preserve">Lucy  </w:t>
      </w:r>
      <w:r>
        <w:rPr>
          <w:rFonts w:ascii="Arial" w:hAnsi="Arial"/>
          <w:color w:val="5D7284"/>
          <w:sz w:val="22"/>
        </w:rPr>
        <w:t>52:45</w:t>
      </w:r>
    </w:p>
    <w:p>
      <w:pPr>
        <w:spacing w:after="0"/>
      </w:pPr>
      <w:r>
        <w:rPr>
          <w:rFonts w:ascii="Arial" w:hAnsi="Arial"/>
          <w:sz w:val="22"/>
        </w:rPr>
        <w:t>(laughs) Yeah.</w:t>
      </w:r>
    </w:p>
    <w:p>
      <w:pPr>
        <w:spacing w:after="0"/>
      </w:pPr>
    </w:p>
    <w:p>
      <w:pPr>
        <w:spacing w:after="0"/>
      </w:pPr>
      <w:r>
        <w:rPr>
          <w:rFonts w:ascii="Arial" w:hAnsi="Arial"/>
          <w:b/>
          <w:sz w:val="22"/>
        </w:rPr>
        <w:t xml:space="preserve">Daisy  </w:t>
      </w:r>
      <w:r>
        <w:rPr>
          <w:rFonts w:ascii="Arial" w:hAnsi="Arial"/>
          <w:color w:val="5D7284"/>
          <w:sz w:val="22"/>
        </w:rPr>
        <w:t>52:46</w:t>
      </w:r>
    </w:p>
    <w:p>
      <w:pPr>
        <w:spacing w:after="0"/>
      </w:pPr>
      <w:r>
        <w:rPr>
          <w:rFonts w:ascii="Arial" w:hAnsi="Arial"/>
          <w:sz w:val="22"/>
        </w:rPr>
        <w:t>But yeah she was frustrated by this idea that, you know, the woman was supposed to, you know, stay at home and be home makers. And so and, you know, always ready to receive visitors. So, you know, she continued teaching herself about, you know, philosophy and history and politics and all things like that, and, you know, being interested in kind of social causes. And she started to write anonymous articles for...(Lucy interjects)</w:t>
      </w:r>
    </w:p>
    <w:p>
      <w:pPr>
        <w:spacing w:after="0"/>
      </w:pPr>
    </w:p>
    <w:p>
      <w:pPr>
        <w:spacing w:after="0"/>
      </w:pPr>
      <w:r>
        <w:rPr>
          <w:rFonts w:ascii="Arial" w:hAnsi="Arial"/>
          <w:b/>
          <w:sz w:val="22"/>
        </w:rPr>
        <w:t xml:space="preserve">Lucy  </w:t>
      </w:r>
      <w:r>
        <w:rPr>
          <w:rFonts w:ascii="Arial" w:hAnsi="Arial"/>
          <w:color w:val="5D7284"/>
          <w:sz w:val="22"/>
        </w:rPr>
        <w:t>53:16</w:t>
      </w:r>
    </w:p>
    <w:p>
      <w:pPr>
        <w:spacing w:after="0"/>
      </w:pPr>
      <w:r>
        <w:rPr>
          <w:rFonts w:ascii="Arial" w:hAnsi="Arial"/>
          <w:sz w:val="22"/>
        </w:rPr>
        <w:t>Like?! like?! Lady Whistldown in Bridgeton. (Daisy) Sort of Yeah, except not gossip. No, not gossiping more preachy.</w:t>
      </w:r>
    </w:p>
    <w:p>
      <w:pPr>
        <w:spacing w:after="0"/>
      </w:pPr>
    </w:p>
    <w:p>
      <w:pPr>
        <w:spacing w:after="0"/>
      </w:pPr>
      <w:r>
        <w:rPr>
          <w:rFonts w:ascii="Arial" w:hAnsi="Arial"/>
          <w:b/>
          <w:sz w:val="22"/>
        </w:rPr>
        <w:t xml:space="preserve">Daisy  </w:t>
      </w:r>
      <w:r>
        <w:rPr>
          <w:rFonts w:ascii="Arial" w:hAnsi="Arial"/>
          <w:color w:val="5D7284"/>
          <w:sz w:val="22"/>
        </w:rPr>
        <w:t>53:26</w:t>
      </w:r>
    </w:p>
    <w:p>
      <w:pPr>
        <w:spacing w:after="0"/>
      </w:pPr>
      <w:r>
        <w:rPr>
          <w:rFonts w:ascii="Arial" w:hAnsi="Arial"/>
          <w:sz w:val="22"/>
        </w:rPr>
        <w:t>Yeah sort of Yeah, it's for a Unitarian magazine. (Lucy) Yeah. But one of them was called "on female education." (Lucy) Right. Which sort of, you know, about schooling for girls really.</w:t>
      </w:r>
    </w:p>
    <w:p>
      <w:pPr>
        <w:spacing w:after="0"/>
      </w:pPr>
    </w:p>
    <w:p>
      <w:pPr>
        <w:spacing w:after="0"/>
      </w:pPr>
      <w:r>
        <w:rPr>
          <w:rFonts w:ascii="Arial" w:hAnsi="Arial"/>
          <w:b/>
          <w:sz w:val="22"/>
        </w:rPr>
        <w:t xml:space="preserve">Alice  </w:t>
      </w:r>
      <w:r>
        <w:rPr>
          <w:rFonts w:ascii="Arial" w:hAnsi="Arial"/>
          <w:color w:val="5D7284"/>
          <w:sz w:val="22"/>
        </w:rPr>
        <w:t>53:40</w:t>
      </w:r>
    </w:p>
    <w:p>
      <w:pPr>
        <w:spacing w:after="0"/>
      </w:pPr>
      <w:r>
        <w:rPr>
          <w:rFonts w:ascii="Arial" w:hAnsi="Arial"/>
          <w:sz w:val="22"/>
        </w:rPr>
        <w:t>The clue's in the title. (Daisy) Yeah.</w:t>
      </w:r>
    </w:p>
    <w:p>
      <w:pPr>
        <w:spacing w:after="0"/>
      </w:pPr>
    </w:p>
    <w:p>
      <w:pPr>
        <w:spacing w:after="0"/>
      </w:pPr>
      <w:r>
        <w:rPr>
          <w:rFonts w:ascii="Arial" w:hAnsi="Arial"/>
          <w:b/>
          <w:sz w:val="22"/>
        </w:rPr>
        <w:t xml:space="preserve">Daisy  </w:t>
      </w:r>
      <w:r>
        <w:rPr>
          <w:rFonts w:ascii="Arial" w:hAnsi="Arial"/>
          <w:color w:val="5D7284"/>
          <w:sz w:val="22"/>
        </w:rPr>
        <w:t>53:45</w:t>
      </w:r>
    </w:p>
    <w:p>
      <w:pPr>
        <w:spacing w:after="0"/>
      </w:pPr>
      <w:r>
        <w:rPr>
          <w:rFonts w:ascii="Arial" w:hAnsi="Arial"/>
          <w:sz w:val="22"/>
        </w:rPr>
        <w:t>And it was her brother, who said that she should start writing full time. "Leave it to other women to make shirts and darn stockings and you devote yourself to this."  (Lucy) Yes! Is what he said.</w:t>
      </w:r>
    </w:p>
    <w:p>
      <w:pPr>
        <w:spacing w:after="0"/>
      </w:pPr>
    </w:p>
    <w:p>
      <w:pPr>
        <w:spacing w:after="0"/>
      </w:pPr>
      <w:r>
        <w:rPr>
          <w:rFonts w:ascii="Arial" w:hAnsi="Arial"/>
          <w:b/>
          <w:sz w:val="22"/>
        </w:rPr>
        <w:t xml:space="preserve">Lucy  </w:t>
      </w:r>
      <w:r>
        <w:rPr>
          <w:rFonts w:ascii="Arial" w:hAnsi="Arial"/>
          <w:color w:val="5D7284"/>
          <w:sz w:val="22"/>
        </w:rPr>
        <w:t>54:00</w:t>
      </w:r>
    </w:p>
    <w:p>
      <w:pPr>
        <w:spacing w:after="0"/>
      </w:pPr>
      <w:r>
        <w:rPr>
          <w:rFonts w:ascii="Arial" w:hAnsi="Arial"/>
          <w:sz w:val="22"/>
        </w:rPr>
        <w:t>Cheerleader you see. (Daisy) Yeah.</w:t>
      </w:r>
    </w:p>
    <w:p>
      <w:pPr>
        <w:spacing w:after="0"/>
      </w:pPr>
    </w:p>
    <w:p>
      <w:pPr>
        <w:spacing w:after="0"/>
      </w:pPr>
      <w:r>
        <w:rPr>
          <w:rFonts w:ascii="Arial" w:hAnsi="Arial"/>
          <w:b/>
          <w:sz w:val="22"/>
        </w:rPr>
        <w:t xml:space="preserve">Alice  </w:t>
      </w:r>
      <w:r>
        <w:rPr>
          <w:rFonts w:ascii="Arial" w:hAnsi="Arial"/>
          <w:color w:val="5D7284"/>
          <w:sz w:val="22"/>
        </w:rPr>
        <w:t>54:02</w:t>
      </w:r>
    </w:p>
    <w:p>
      <w:pPr>
        <w:spacing w:after="0"/>
      </w:pPr>
      <w:r>
        <w:rPr>
          <w:rFonts w:ascii="Arial" w:hAnsi="Arial"/>
          <w:sz w:val="22"/>
        </w:rPr>
        <w:t>I was gonna say that it's pretty.... It's pretty progressive, I guess.</w:t>
      </w:r>
    </w:p>
    <w:p>
      <w:pPr>
        <w:spacing w:after="0"/>
      </w:pPr>
    </w:p>
    <w:p>
      <w:pPr>
        <w:spacing w:after="0"/>
      </w:pPr>
      <w:r>
        <w:rPr>
          <w:rFonts w:ascii="Arial" w:hAnsi="Arial"/>
          <w:b/>
          <w:sz w:val="22"/>
        </w:rPr>
        <w:t xml:space="preserve">Daisy  </w:t>
      </w:r>
      <w:r>
        <w:rPr>
          <w:rFonts w:ascii="Arial" w:hAnsi="Arial"/>
          <w:color w:val="5D7284"/>
          <w:sz w:val="22"/>
        </w:rPr>
        <w:t>54:06</w:t>
      </w:r>
    </w:p>
    <w:p>
      <w:pPr>
        <w:spacing w:after="0"/>
      </w:pPr>
      <w:r>
        <w:rPr>
          <w:rFonts w:ascii="Arial" w:hAnsi="Arial"/>
          <w:sz w:val="22"/>
        </w:rPr>
        <w:t>Yeah. At one point, she became engaged to a friend of her brothers, but he died. Their relationship was troubled, as they called it.(Lucy) Okay. She was, you know, sort of upset, but she was sort of relieved that she didn't have to get married. There are a number of people now who say...(Alice) Become like a wife. Yeah, a number of people now say that she was probably gay. Although, you know, I was like, never well almost certain that she never acted upon this. She had, you know, a lot of like, quite intense and profound sort of friendships with women. And, you know, this is speculation as well, much like we can't reverse diagnose people. We can't really reverse out people.(Lucy) No. But that's, you know, thats the generally held opinion is that she was probably gay or, you know, at least bi or queer. (Lucy) Yeah. You know if you need some more proof, the voters of VIP faq.com have voted (Lucy laughs) 100% That she was gay. So there is that.</w:t>
      </w:r>
    </w:p>
    <w:p>
      <w:pPr>
        <w:spacing w:after="0"/>
      </w:pPr>
    </w:p>
    <w:p>
      <w:pPr>
        <w:spacing w:after="0"/>
      </w:pPr>
      <w:r>
        <w:rPr>
          <w:rFonts w:ascii="Arial" w:hAnsi="Arial"/>
          <w:b/>
          <w:sz w:val="22"/>
        </w:rPr>
        <w:t xml:space="preserve">Lucy  </w:t>
      </w:r>
      <w:r>
        <w:rPr>
          <w:rFonts w:ascii="Arial" w:hAnsi="Arial"/>
          <w:color w:val="5D7284"/>
          <w:sz w:val="22"/>
        </w:rPr>
        <w:t>55:10</w:t>
      </w:r>
    </w:p>
    <w:p>
      <w:pPr>
        <w:spacing w:after="0"/>
      </w:pPr>
      <w:r>
        <w:rPr>
          <w:rFonts w:ascii="Arial" w:hAnsi="Arial"/>
          <w:sz w:val="22"/>
        </w:rPr>
        <w:t>Okay. (Alice) Is that four people voting?</w:t>
      </w:r>
    </w:p>
    <w:p>
      <w:pPr>
        <w:spacing w:after="0"/>
      </w:pPr>
    </w:p>
    <w:p>
      <w:pPr>
        <w:spacing w:after="0"/>
      </w:pPr>
      <w:r>
        <w:rPr>
          <w:rFonts w:ascii="Arial" w:hAnsi="Arial"/>
          <w:b/>
          <w:sz w:val="22"/>
        </w:rPr>
        <w:t xml:space="preserve">Daisy  </w:t>
      </w:r>
      <w:r>
        <w:rPr>
          <w:rFonts w:ascii="Arial" w:hAnsi="Arial"/>
          <w:color w:val="5D7284"/>
          <w:sz w:val="22"/>
        </w:rPr>
        <w:t>55:14</w:t>
      </w:r>
    </w:p>
    <w:p>
      <w:pPr>
        <w:spacing w:after="0"/>
      </w:pPr>
      <w:r>
        <w:rPr>
          <w:rFonts w:ascii="Arial" w:hAnsi="Arial"/>
          <w:sz w:val="22"/>
        </w:rPr>
        <w:t>It didn't give a number it could have been one (Lucy laughs) there was also...(Lucy) Publish. Yeah, there was also like a section of website which is like other " what was Harriet Martinez hair like?" "are there any shirtless pictures?"  (Alice laughs) It's a great website highly recommend. (Lucy laughs) Okay.</w:t>
      </w:r>
    </w:p>
    <w:p>
      <w:pPr>
        <w:spacing w:after="0"/>
      </w:pPr>
    </w:p>
    <w:p>
      <w:pPr>
        <w:spacing w:after="0"/>
      </w:pPr>
      <w:r>
        <w:rPr>
          <w:rFonts w:ascii="Arial" w:hAnsi="Arial"/>
          <w:b/>
          <w:sz w:val="22"/>
        </w:rPr>
        <w:t xml:space="preserve">Alice  </w:t>
      </w:r>
      <w:r>
        <w:rPr>
          <w:rFonts w:ascii="Arial" w:hAnsi="Arial"/>
          <w:color w:val="5D7284"/>
          <w:sz w:val="22"/>
        </w:rPr>
        <w:t>55:38</w:t>
      </w:r>
    </w:p>
    <w:p>
      <w:pPr>
        <w:spacing w:after="0"/>
      </w:pPr>
      <w:r>
        <w:rPr>
          <w:rFonts w:ascii="Arial" w:hAnsi="Arial"/>
          <w:sz w:val="22"/>
        </w:rPr>
        <w:t>It does remind me a little bit of I was randomly looking at our apple reviews for the podcast the other day and I said we've got five stars, but that's because we've got like 12 ratings. (Lucy) 15...15. My mistake. Still if you think we're terrible, and you want that star rating to look more accurate than then go head over to Apple podcasts. Rate us. (laughs)</w:t>
      </w:r>
    </w:p>
    <w:p>
      <w:pPr>
        <w:spacing w:after="0"/>
      </w:pPr>
    </w:p>
    <w:p>
      <w:pPr>
        <w:spacing w:after="0"/>
      </w:pPr>
      <w:r>
        <w:rPr>
          <w:rFonts w:ascii="Arial" w:hAnsi="Arial"/>
          <w:b/>
          <w:sz w:val="22"/>
        </w:rPr>
        <w:t xml:space="preserve">Lucy  </w:t>
      </w:r>
      <w:r>
        <w:rPr>
          <w:rFonts w:ascii="Arial" w:hAnsi="Arial"/>
          <w:color w:val="5D7284"/>
          <w:sz w:val="22"/>
        </w:rPr>
        <w:t>56:03</w:t>
      </w:r>
    </w:p>
    <w:p>
      <w:pPr>
        <w:spacing w:after="0"/>
      </w:pPr>
      <w:r>
        <w:rPr>
          <w:rFonts w:ascii="Arial" w:hAnsi="Arial"/>
          <w:sz w:val="22"/>
        </w:rPr>
        <w:t>Why would you give us 11 stars and then 5? What is wrong with you?! (laughs) (Alice laughing)</w:t>
      </w:r>
    </w:p>
    <w:p>
      <w:pPr>
        <w:spacing w:after="0"/>
      </w:pPr>
    </w:p>
    <w:p>
      <w:pPr>
        <w:spacing w:after="0"/>
      </w:pPr>
      <w:r>
        <w:rPr>
          <w:rFonts w:ascii="Arial" w:hAnsi="Arial"/>
          <w:b/>
          <w:sz w:val="22"/>
        </w:rPr>
        <w:t xml:space="preserve">Alice  </w:t>
      </w:r>
      <w:r>
        <w:rPr>
          <w:rFonts w:ascii="Arial" w:hAnsi="Arial"/>
          <w:color w:val="5D7284"/>
          <w:sz w:val="22"/>
        </w:rPr>
        <w:t>56:09</w:t>
      </w:r>
    </w:p>
    <w:p>
      <w:pPr>
        <w:spacing w:after="0"/>
      </w:pPr>
      <w:r>
        <w:rPr>
          <w:rFonts w:ascii="Arial" w:hAnsi="Arial"/>
          <w:sz w:val="22"/>
        </w:rPr>
        <w:t>I mean, at this point, I'll just take a rating.</w:t>
      </w:r>
    </w:p>
    <w:p>
      <w:pPr>
        <w:spacing w:after="0"/>
      </w:pPr>
    </w:p>
    <w:p>
      <w:pPr>
        <w:spacing w:after="0"/>
      </w:pPr>
      <w:r>
        <w:rPr>
          <w:rFonts w:ascii="Arial" w:hAnsi="Arial"/>
          <w:b/>
          <w:sz w:val="22"/>
        </w:rPr>
        <w:t xml:space="preserve">Lucy  </w:t>
      </w:r>
      <w:r>
        <w:rPr>
          <w:rFonts w:ascii="Arial" w:hAnsi="Arial"/>
          <w:color w:val="5D7284"/>
          <w:sz w:val="22"/>
        </w:rPr>
        <w:t>56:11</w:t>
      </w:r>
    </w:p>
    <w:p>
      <w:pPr>
        <w:spacing w:after="0"/>
      </w:pPr>
      <w:r>
        <w:rPr>
          <w:rFonts w:ascii="Arial" w:hAnsi="Arial"/>
          <w:sz w:val="22"/>
        </w:rPr>
        <w:t>Yeah, to be fair. (Daisy) If it keeps focused over consistent over 50 ratings is really good. Yeah, (Alice) Yeah. I...</w:t>
      </w:r>
    </w:p>
    <w:p>
      <w:pPr>
        <w:spacing w:after="0"/>
      </w:pPr>
    </w:p>
    <w:p>
      <w:pPr>
        <w:spacing w:after="0"/>
      </w:pPr>
      <w:r>
        <w:rPr>
          <w:rFonts w:ascii="Arial" w:hAnsi="Arial"/>
          <w:b/>
          <w:sz w:val="22"/>
        </w:rPr>
        <w:t xml:space="preserve">Daisy  </w:t>
      </w:r>
      <w:r>
        <w:rPr>
          <w:rFonts w:ascii="Arial" w:hAnsi="Arial"/>
          <w:color w:val="5D7284"/>
          <w:sz w:val="22"/>
        </w:rPr>
        <w:t>56:18</w:t>
      </w:r>
    </w:p>
    <w:p>
      <w:pPr>
        <w:spacing w:after="0"/>
      </w:pPr>
      <w:r>
        <w:rPr>
          <w:rFonts w:ascii="Arial" w:hAnsi="Arial"/>
          <w:sz w:val="22"/>
        </w:rPr>
        <w:t>Why are you annoyed about this? (Alice) Yeah, I'm not annoyed.</w:t>
      </w:r>
    </w:p>
    <w:p>
      <w:pPr>
        <w:spacing w:after="0"/>
      </w:pPr>
    </w:p>
    <w:p>
      <w:pPr>
        <w:spacing w:after="0"/>
      </w:pPr>
      <w:r>
        <w:rPr>
          <w:rFonts w:ascii="Arial" w:hAnsi="Arial"/>
          <w:b/>
          <w:sz w:val="22"/>
        </w:rPr>
        <w:t xml:space="preserve">Lucy  </w:t>
      </w:r>
      <w:r>
        <w:rPr>
          <w:rFonts w:ascii="Arial" w:hAnsi="Arial"/>
          <w:color w:val="5D7284"/>
          <w:sz w:val="22"/>
        </w:rPr>
        <w:t>56:24</w:t>
      </w:r>
    </w:p>
    <w:p>
      <w:pPr>
        <w:spacing w:after="0"/>
      </w:pPr>
      <w:r>
        <w:rPr>
          <w:rFonts w:ascii="Arial" w:hAnsi="Arial"/>
          <w:sz w:val="22"/>
        </w:rPr>
        <w:t>Just give us three and a half/ two stars, whatever. Like..(Alice) I was....</w:t>
      </w:r>
    </w:p>
    <w:p>
      <w:pPr>
        <w:spacing w:after="0"/>
      </w:pPr>
    </w:p>
    <w:p>
      <w:pPr>
        <w:spacing w:after="0"/>
      </w:pPr>
      <w:r>
        <w:rPr>
          <w:rFonts w:ascii="Arial" w:hAnsi="Arial"/>
          <w:b/>
          <w:sz w:val="22"/>
        </w:rPr>
        <w:t xml:space="preserve">Alice  </w:t>
      </w:r>
      <w:r>
        <w:rPr>
          <w:rFonts w:ascii="Arial" w:hAnsi="Arial"/>
          <w:color w:val="5D7284"/>
          <w:sz w:val="22"/>
        </w:rPr>
        <w:t>56:28</w:t>
      </w:r>
    </w:p>
    <w:p>
      <w:pPr>
        <w:spacing w:after="0"/>
      </w:pPr>
      <w:r>
        <w:rPr>
          <w:rFonts w:ascii="Arial" w:hAnsi="Arial"/>
          <w:sz w:val="22"/>
        </w:rPr>
        <w:t>I was really impressed to see that we'd got five stars. And then I realized that it's probably the same four people just rating us over and over again. (laughs) One of them's probably Lucy's mum.</w:t>
      </w:r>
    </w:p>
    <w:p>
      <w:pPr>
        <w:spacing w:after="0"/>
      </w:pPr>
    </w:p>
    <w:p>
      <w:pPr>
        <w:spacing w:after="0"/>
      </w:pPr>
      <w:r>
        <w:rPr>
          <w:rFonts w:ascii="Arial" w:hAnsi="Arial"/>
          <w:b/>
          <w:sz w:val="22"/>
        </w:rPr>
        <w:t xml:space="preserve">Lucy  </w:t>
      </w:r>
      <w:r>
        <w:rPr>
          <w:rFonts w:ascii="Arial" w:hAnsi="Arial"/>
          <w:color w:val="5D7284"/>
          <w:sz w:val="22"/>
        </w:rPr>
        <w:t>56:45</w:t>
      </w:r>
    </w:p>
    <w:p>
      <w:pPr>
        <w:spacing w:after="0"/>
      </w:pPr>
      <w:r>
        <w:rPr>
          <w:rFonts w:ascii="Arial" w:hAnsi="Arial"/>
          <w:sz w:val="22"/>
        </w:rPr>
        <w:t>No, I don't think so,mum doesnt even listen to this podcast. So it's not my mother. Or my sister, my sister. Neva, thanks for the support.</w:t>
      </w:r>
    </w:p>
    <w:p>
      <w:pPr>
        <w:spacing w:after="0"/>
      </w:pPr>
    </w:p>
    <w:p>
      <w:pPr>
        <w:spacing w:after="0"/>
      </w:pPr>
      <w:r>
        <w:rPr>
          <w:rFonts w:ascii="Arial" w:hAnsi="Arial"/>
          <w:b/>
          <w:sz w:val="22"/>
        </w:rPr>
        <w:t xml:space="preserve">Alice  </w:t>
      </w:r>
      <w:r>
        <w:rPr>
          <w:rFonts w:ascii="Arial" w:hAnsi="Arial"/>
          <w:color w:val="5D7284"/>
          <w:sz w:val="22"/>
        </w:rPr>
        <w:t>56:56</w:t>
      </w:r>
    </w:p>
    <w:p>
      <w:pPr>
        <w:spacing w:after="0"/>
      </w:pPr>
      <w:r>
        <w:rPr>
          <w:rFonts w:ascii="Arial" w:hAnsi="Arial"/>
          <w:sz w:val="22"/>
        </w:rPr>
        <w:t>None ,  none of my family listen,  my aunt said "oh Richard the Third coming out soon  when I saw her Christmas. She's like, I'll have to make sure I listen and i was like you won't like it.</w:t>
      </w:r>
    </w:p>
    <w:p>
      <w:pPr>
        <w:spacing w:after="0"/>
      </w:pPr>
    </w:p>
    <w:p>
      <w:pPr>
        <w:spacing w:after="0"/>
      </w:pPr>
      <w:r>
        <w:rPr>
          <w:rFonts w:ascii="Arial" w:hAnsi="Arial"/>
          <w:b/>
          <w:sz w:val="22"/>
        </w:rPr>
        <w:t xml:space="preserve">Lucy  </w:t>
      </w:r>
      <w:r>
        <w:rPr>
          <w:rFonts w:ascii="Arial" w:hAnsi="Arial"/>
          <w:color w:val="5D7284"/>
          <w:sz w:val="22"/>
        </w:rPr>
        <w:t>57:09</w:t>
      </w:r>
    </w:p>
    <w:p>
      <w:pPr>
        <w:spacing w:after="0"/>
      </w:pPr>
      <w:r>
        <w:rPr>
          <w:rFonts w:ascii="Arial" w:hAnsi="Arial"/>
          <w:sz w:val="22"/>
        </w:rPr>
        <w:t>Again, thank you. Thank you for the positive marketing of our podcast. you're not gonna like it. It's not your cup of tea.</w:t>
      </w:r>
    </w:p>
    <w:p>
      <w:pPr>
        <w:spacing w:after="0"/>
      </w:pPr>
    </w:p>
    <w:p>
      <w:pPr>
        <w:spacing w:after="0"/>
      </w:pPr>
      <w:r>
        <w:rPr>
          <w:rFonts w:ascii="Arial" w:hAnsi="Arial"/>
          <w:b/>
          <w:sz w:val="22"/>
        </w:rPr>
        <w:t xml:space="preserve">Alice  </w:t>
      </w:r>
      <w:r>
        <w:rPr>
          <w:rFonts w:ascii="Arial" w:hAnsi="Arial"/>
          <w:color w:val="5D7284"/>
          <w:sz w:val="22"/>
        </w:rPr>
        <w:t>57:17</w:t>
      </w:r>
    </w:p>
    <w:p>
      <w:pPr>
        <w:spacing w:after="0"/>
      </w:pPr>
      <w:r>
        <w:rPr>
          <w:rFonts w:ascii="Arial" w:hAnsi="Arial"/>
          <w:sz w:val="22"/>
        </w:rPr>
        <w:t>We appeal to a niche audience. (Lucy) Listen to me...Listen. I don't think my 77 year old auntie (Lucy) Listen! to me. Is one of them.</w:t>
      </w:r>
    </w:p>
    <w:p>
      <w:pPr>
        <w:spacing w:after="0"/>
      </w:pPr>
    </w:p>
    <w:p>
      <w:pPr>
        <w:spacing w:after="0"/>
      </w:pPr>
      <w:r>
        <w:rPr>
          <w:rFonts w:ascii="Arial" w:hAnsi="Arial"/>
          <w:b/>
          <w:sz w:val="22"/>
        </w:rPr>
        <w:t xml:space="preserve">Lucy  </w:t>
      </w:r>
      <w:r>
        <w:rPr>
          <w:rFonts w:ascii="Arial" w:hAnsi="Arial"/>
          <w:color w:val="5D7284"/>
          <w:sz w:val="22"/>
        </w:rPr>
        <w:t>57:25</w:t>
      </w:r>
    </w:p>
    <w:p>
      <w:pPr>
        <w:spacing w:after="0"/>
      </w:pPr>
      <w:r>
        <w:rPr>
          <w:rFonts w:ascii="Arial" w:hAnsi="Arial"/>
          <w:sz w:val="22"/>
        </w:rPr>
        <w:t xml:space="preserve"> All it needs to get as count of a listen is 60 seconds. She only has to listen to the podcast and the disclaimer and then turn it off. (laughs) It's a listen.</w:t>
      </w:r>
    </w:p>
    <w:p>
      <w:pPr>
        <w:spacing w:after="0"/>
      </w:pPr>
    </w:p>
    <w:p>
      <w:pPr>
        <w:spacing w:after="0"/>
      </w:pPr>
      <w:r>
        <w:rPr>
          <w:rFonts w:ascii="Arial" w:hAnsi="Arial"/>
          <w:b/>
          <w:sz w:val="22"/>
        </w:rPr>
        <w:t xml:space="preserve">Alice  </w:t>
      </w:r>
      <w:r>
        <w:rPr>
          <w:rFonts w:ascii="Arial" w:hAnsi="Arial"/>
          <w:color w:val="5D7284"/>
          <w:sz w:val="22"/>
        </w:rPr>
        <w:t>57:30</w:t>
      </w:r>
    </w:p>
    <w:p>
      <w:pPr>
        <w:spacing w:after="0"/>
      </w:pPr>
      <w:r>
        <w:rPr>
          <w:rFonts w:ascii="Arial" w:hAnsi="Arial"/>
          <w:sz w:val="22"/>
        </w:rPr>
        <w:t>(luaghs) So what Lucy is saying is listen to the first 60 seconds of the episode, give us five stars and they fuck off and do whatever you want again.</w:t>
      </w:r>
    </w:p>
    <w:p>
      <w:pPr>
        <w:spacing w:after="0"/>
      </w:pPr>
    </w:p>
    <w:p>
      <w:pPr>
        <w:spacing w:after="0"/>
      </w:pPr>
      <w:r>
        <w:rPr>
          <w:rFonts w:ascii="Arial" w:hAnsi="Arial"/>
          <w:b/>
          <w:sz w:val="22"/>
        </w:rPr>
        <w:t xml:space="preserve">Lucy  </w:t>
      </w:r>
      <w:r>
        <w:rPr>
          <w:rFonts w:ascii="Arial" w:hAnsi="Arial"/>
          <w:color w:val="5D7284"/>
          <w:sz w:val="22"/>
        </w:rPr>
        <w:t>57:48</w:t>
      </w:r>
    </w:p>
    <w:p>
      <w:pPr>
        <w:spacing w:after="0"/>
      </w:pPr>
      <w:r>
        <w:rPr>
          <w:rFonts w:ascii="Arial" w:hAnsi="Arial"/>
          <w:sz w:val="22"/>
        </w:rPr>
        <w:t>Welcome to lABLEd Podcast, I'm Lucy (laughs) sorry, Daisy, carry on. (Daisy) No,</w:t>
      </w:r>
    </w:p>
    <w:p>
      <w:pPr>
        <w:spacing w:after="0"/>
      </w:pPr>
    </w:p>
    <w:p>
      <w:pPr>
        <w:spacing w:after="0"/>
      </w:pPr>
      <w:r>
        <w:rPr>
          <w:rFonts w:ascii="Arial" w:hAnsi="Arial"/>
          <w:b/>
          <w:sz w:val="22"/>
        </w:rPr>
        <w:t xml:space="preserve">Daisy  </w:t>
      </w:r>
      <w:r>
        <w:rPr>
          <w:rFonts w:ascii="Arial" w:hAnsi="Arial"/>
          <w:color w:val="5D7284"/>
          <w:sz w:val="22"/>
        </w:rPr>
        <w:t>57:56</w:t>
      </w:r>
    </w:p>
    <w:p>
      <w:pPr>
        <w:spacing w:after="0"/>
      </w:pPr>
      <w:r>
        <w:rPr>
          <w:rFonts w:ascii="Arial" w:hAnsi="Arial"/>
          <w:sz w:val="22"/>
        </w:rPr>
        <w:t>I'm just trying to think of who that I know who listens. I know my friend Flick at least listened to one episode. because as a result, she bought me this microphone. (Lucy laughs) Yeah. Thank you Flick, hi!</w:t>
      </w:r>
    </w:p>
    <w:p>
      <w:pPr>
        <w:spacing w:after="0"/>
      </w:pPr>
    </w:p>
    <w:p>
      <w:pPr>
        <w:spacing w:after="0"/>
      </w:pPr>
      <w:r>
        <w:rPr>
          <w:rFonts w:ascii="Arial" w:hAnsi="Arial"/>
          <w:b/>
          <w:sz w:val="22"/>
        </w:rPr>
        <w:t xml:space="preserve">Lucy  </w:t>
      </w:r>
      <w:r>
        <w:rPr>
          <w:rFonts w:ascii="Arial" w:hAnsi="Arial"/>
          <w:color w:val="5D7284"/>
          <w:sz w:val="22"/>
        </w:rPr>
        <w:t>58:11</w:t>
      </w:r>
    </w:p>
    <w:p>
      <w:pPr>
        <w:spacing w:after="0"/>
      </w:pPr>
      <w:r>
        <w:rPr>
          <w:rFonts w:ascii="Arial" w:hAnsi="Arial"/>
          <w:sz w:val="22"/>
        </w:rPr>
        <w:t>You sound shit. Let me buy a microphone. (Daisy) Basically. Yeah.</w:t>
      </w:r>
    </w:p>
    <w:p>
      <w:pPr>
        <w:spacing w:after="0"/>
      </w:pPr>
    </w:p>
    <w:p>
      <w:pPr>
        <w:spacing w:after="0"/>
      </w:pPr>
      <w:r>
        <w:rPr>
          <w:rFonts w:ascii="Arial" w:hAnsi="Arial"/>
          <w:b/>
          <w:sz w:val="22"/>
        </w:rPr>
        <w:t xml:space="preserve">Daisy  </w:t>
      </w:r>
      <w:r>
        <w:rPr>
          <w:rFonts w:ascii="Arial" w:hAnsi="Arial"/>
          <w:color w:val="5D7284"/>
          <w:sz w:val="22"/>
        </w:rPr>
        <w:t>58:15</w:t>
      </w:r>
    </w:p>
    <w:p>
      <w:pPr>
        <w:spacing w:after="0"/>
      </w:pPr>
      <w:r>
        <w:rPr>
          <w:rFonts w:ascii="Arial" w:hAnsi="Arial"/>
          <w:sz w:val="22"/>
        </w:rPr>
        <w:t>Can't bear to listen to you anymore. (Lucy laughs) You sound like your in the toilet. I have a whole playlist of songs that sound like they've been recorded through a crackly potato. (Lucy laughs) So I could add that one episode of the podcast to that playlist.</w:t>
      </w:r>
    </w:p>
    <w:p>
      <w:pPr>
        <w:spacing w:after="0"/>
      </w:pPr>
    </w:p>
    <w:p>
      <w:pPr>
        <w:spacing w:after="0"/>
      </w:pPr>
      <w:r>
        <w:rPr>
          <w:rFonts w:ascii="Arial" w:hAnsi="Arial"/>
          <w:b/>
          <w:sz w:val="22"/>
        </w:rPr>
        <w:t xml:space="preserve">Lucy  </w:t>
      </w:r>
      <w:r>
        <w:rPr>
          <w:rFonts w:ascii="Arial" w:hAnsi="Arial"/>
          <w:color w:val="5D7284"/>
          <w:sz w:val="22"/>
        </w:rPr>
        <w:t>58:33</w:t>
      </w:r>
    </w:p>
    <w:p>
      <w:pPr>
        <w:spacing w:after="0"/>
      </w:pPr>
      <w:r>
        <w:rPr>
          <w:rFonts w:ascii="Arial" w:hAnsi="Arial"/>
          <w:sz w:val="22"/>
        </w:rPr>
        <w:t>Yeah. Fabulous.</w:t>
      </w:r>
    </w:p>
    <w:p>
      <w:pPr>
        <w:spacing w:after="0"/>
      </w:pPr>
    </w:p>
    <w:p>
      <w:pPr>
        <w:spacing w:after="0"/>
      </w:pPr>
      <w:r>
        <w:rPr>
          <w:rFonts w:ascii="Arial" w:hAnsi="Arial"/>
          <w:b/>
          <w:sz w:val="22"/>
        </w:rPr>
        <w:t xml:space="preserve">Daisy  </w:t>
      </w:r>
      <w:r>
        <w:rPr>
          <w:rFonts w:ascii="Arial" w:hAnsi="Arial"/>
          <w:color w:val="5D7284"/>
          <w:sz w:val="22"/>
        </w:rPr>
        <w:t>58:36</w:t>
      </w:r>
    </w:p>
    <w:p>
      <w:pPr>
        <w:spacing w:after="0"/>
      </w:pPr>
      <w:r>
        <w:rPr>
          <w:rFonts w:ascii="Arial" w:hAnsi="Arial"/>
          <w:sz w:val="22"/>
        </w:rPr>
        <w:t>Oh, where were we? Oh, yeah. So yeah, in 1826. So her father had had sort of, you know, family textile business, but he died in 1826. And then three years later, the business failed, I guess, because nobody else knew how to do it. And so Harriet and her sisters all had to go out and, you know, make a living. you know, you couldn't just be supported by the family business anymore. And so the default position would have been to be a governess, you know, go to someone's house and, you know, help look after their children like, like a nanny almost. But that wasn't suitable for her because of her deafness. And she could have made a living with needle work, probably. But, you know, she was a writer by that point. And so she became a full time writer. do you wrote a story called "Berkeley, The Banker", which was based on, you know, the experience of the business going under and, you know, having to go out and find work and supposedly, it was a pretty, it was a pretty faithful account of the event, which is good, I guess. (Lucy) Yeah. Yeah. Is that a compliment? I suppose.</w:t>
      </w:r>
    </w:p>
    <w:p>
      <w:pPr>
        <w:spacing w:after="0"/>
      </w:pPr>
    </w:p>
    <w:p>
      <w:pPr>
        <w:spacing w:after="0"/>
      </w:pPr>
      <w:r>
        <w:rPr>
          <w:rFonts w:ascii="Arial" w:hAnsi="Arial"/>
          <w:b/>
          <w:sz w:val="22"/>
        </w:rPr>
        <w:t xml:space="preserve">Alice  </w:t>
      </w:r>
      <w:r>
        <w:rPr>
          <w:rFonts w:ascii="Arial" w:hAnsi="Arial"/>
          <w:color w:val="5D7284"/>
          <w:sz w:val="22"/>
        </w:rPr>
        <w:t>59:51</w:t>
      </w:r>
    </w:p>
    <w:p>
      <w:pPr>
        <w:spacing w:after="0"/>
      </w:pPr>
      <w:r>
        <w:rPr>
          <w:rFonts w:ascii="Arial" w:hAnsi="Arial"/>
          <w:sz w:val="22"/>
        </w:rPr>
        <w:t xml:space="preserve"> I was going to say I think it depends on what you're looking for in your, your story writing. if it's riveting fiction, then I'm not sure a accurate account is..(Daisy) Yeah. But you know, if you want something that you can take to a judge, then sounds like Harriet's your girl. (Daisy) Yeah.</w:t>
      </w:r>
    </w:p>
    <w:p>
      <w:pPr>
        <w:spacing w:after="0"/>
      </w:pPr>
    </w:p>
    <w:p>
      <w:pPr>
        <w:spacing w:after="0"/>
      </w:pPr>
      <w:r>
        <w:rPr>
          <w:rFonts w:ascii="Arial" w:hAnsi="Arial"/>
          <w:b/>
          <w:sz w:val="22"/>
        </w:rPr>
        <w:t xml:space="preserve">Daisy  </w:t>
      </w:r>
      <w:r>
        <w:rPr>
          <w:rFonts w:ascii="Arial" w:hAnsi="Arial"/>
          <w:color w:val="5D7284"/>
          <w:sz w:val="22"/>
        </w:rPr>
        <w:t>1:00:11</w:t>
      </w:r>
    </w:p>
    <w:p>
      <w:pPr>
        <w:spacing w:after="0"/>
      </w:pPr>
      <w:r>
        <w:rPr>
          <w:rFonts w:ascii="Arial" w:hAnsi="Arial"/>
          <w:sz w:val="22"/>
        </w:rPr>
        <w:t>Yeah, so she launched a series of writings called "Illustrations of Political Economy move to London" in 1832. So yeah, illustrates the political economy is what a lot of you've referred to as sociology now. if you continued to write for that magazine that she written for, before, that the article about girls education, and also published two books about religion, but then, you know, shifted to what she's most known for, which is illustrative articles about political economy, which is just sort of, yeah, she wrote kind of accessible articles and things that are aimed at ordinary people. Which, you know, helps people to understand all of the various causes for social reform,</w:t>
      </w:r>
    </w:p>
    <w:p>
      <w:pPr>
        <w:spacing w:after="0"/>
      </w:pPr>
    </w:p>
    <w:p>
      <w:pPr>
        <w:spacing w:after="0"/>
      </w:pPr>
      <w:r>
        <w:rPr>
          <w:rFonts w:ascii="Arial" w:hAnsi="Arial"/>
          <w:b/>
          <w:sz w:val="22"/>
        </w:rPr>
        <w:t xml:space="preserve">Lucy  </w:t>
      </w:r>
      <w:r>
        <w:rPr>
          <w:rFonts w:ascii="Arial" w:hAnsi="Arial"/>
          <w:color w:val="5D7284"/>
          <w:sz w:val="22"/>
        </w:rPr>
        <w:t>1:01:04</w:t>
      </w:r>
    </w:p>
    <w:p>
      <w:pPr>
        <w:spacing w:after="0"/>
      </w:pPr>
      <w:r>
        <w:rPr>
          <w:rFonts w:ascii="Arial" w:hAnsi="Arial"/>
          <w:sz w:val="22"/>
        </w:rPr>
        <w:t>A bit like, the for Dummies series, like, you know, Microsoft, XP for Dummies or</w:t>
      </w:r>
    </w:p>
    <w:p>
      <w:pPr>
        <w:spacing w:after="0"/>
      </w:pPr>
    </w:p>
    <w:p>
      <w:pPr>
        <w:spacing w:after="0"/>
      </w:pPr>
      <w:r>
        <w:rPr>
          <w:rFonts w:ascii="Arial" w:hAnsi="Arial"/>
          <w:b/>
          <w:sz w:val="22"/>
        </w:rPr>
        <w:t xml:space="preserve">Daisy  </w:t>
      </w:r>
      <w:r>
        <w:rPr>
          <w:rFonts w:ascii="Arial" w:hAnsi="Arial"/>
          <w:color w:val="5D7284"/>
          <w:sz w:val="22"/>
        </w:rPr>
        <w:t>1:01:10</w:t>
      </w:r>
    </w:p>
    <w:p>
      <w:pPr>
        <w:spacing w:after="0"/>
      </w:pPr>
      <w:r>
        <w:rPr>
          <w:rFonts w:ascii="Arial" w:hAnsi="Arial"/>
          <w:sz w:val="22"/>
        </w:rPr>
        <w:t>Sort of, yeah. It was in the form of like, pamphlets and things. So it was easy to distribute as well. (Lucy) Yeah. Yeah. And know, this was a big period in England for lots of reform, (Lucy) Pamphlets.</w:t>
      </w:r>
    </w:p>
    <w:p>
      <w:pPr>
        <w:spacing w:after="0"/>
      </w:pPr>
    </w:p>
    <w:p>
      <w:pPr>
        <w:spacing w:after="0"/>
      </w:pPr>
      <w:r>
        <w:rPr>
          <w:rFonts w:ascii="Arial" w:hAnsi="Arial"/>
          <w:b/>
          <w:sz w:val="22"/>
        </w:rPr>
        <w:t xml:space="preserve">Alice  </w:t>
      </w:r>
      <w:r>
        <w:rPr>
          <w:rFonts w:ascii="Arial" w:hAnsi="Arial"/>
          <w:color w:val="5D7284"/>
          <w:sz w:val="22"/>
        </w:rPr>
        <w:t>1:01:25</w:t>
      </w:r>
    </w:p>
    <w:p>
      <w:pPr>
        <w:spacing w:after="0"/>
      </w:pPr>
      <w:r>
        <w:rPr>
          <w:rFonts w:ascii="Arial" w:hAnsi="Arial"/>
          <w:sz w:val="22"/>
        </w:rPr>
        <w:t>I was gonna say they like to pamphlet then? (Lucy laughs)</w:t>
      </w:r>
    </w:p>
    <w:p>
      <w:pPr>
        <w:spacing w:after="0"/>
      </w:pPr>
    </w:p>
    <w:p>
      <w:pPr>
        <w:spacing w:after="0"/>
      </w:pPr>
      <w:r>
        <w:rPr>
          <w:rFonts w:ascii="Arial" w:hAnsi="Arial"/>
          <w:b/>
          <w:sz w:val="22"/>
        </w:rPr>
        <w:t xml:space="preserve">Lucy  </w:t>
      </w:r>
      <w:r>
        <w:rPr>
          <w:rFonts w:ascii="Arial" w:hAnsi="Arial"/>
          <w:color w:val="5D7284"/>
          <w:sz w:val="22"/>
        </w:rPr>
        <w:t>1:01:28</w:t>
      </w:r>
    </w:p>
    <w:p>
      <w:pPr>
        <w:spacing w:after="0"/>
      </w:pPr>
      <w:r>
        <w:rPr>
          <w:rFonts w:ascii="Arial" w:hAnsi="Arial"/>
          <w:sz w:val="22"/>
        </w:rPr>
        <w:t>I just said it anyway. (Daisy) Yeah,</w:t>
      </w:r>
    </w:p>
    <w:p>
      <w:pPr>
        <w:spacing w:after="0"/>
      </w:pPr>
    </w:p>
    <w:p>
      <w:pPr>
        <w:spacing w:after="0"/>
      </w:pPr>
      <w:r>
        <w:rPr>
          <w:rFonts w:ascii="Arial" w:hAnsi="Arial"/>
          <w:b/>
          <w:sz w:val="22"/>
        </w:rPr>
        <w:t xml:space="preserve">Daisy  </w:t>
      </w:r>
      <w:r>
        <w:rPr>
          <w:rFonts w:ascii="Arial" w:hAnsi="Arial"/>
          <w:color w:val="5D7284"/>
          <w:sz w:val="22"/>
        </w:rPr>
        <w:t>1:01:30</w:t>
      </w:r>
    </w:p>
    <w:p>
      <w:pPr>
        <w:spacing w:after="0"/>
      </w:pPr>
      <w:r>
        <w:rPr>
          <w:rFonts w:ascii="Arial" w:hAnsi="Arial"/>
          <w:sz w:val="22"/>
        </w:rPr>
        <w:t>they liked a pamphlet. And 1832 was also the year of the great Reform Act. So there was a lot of this sort of social change stuff was kind of in the air. (Lucy) Yeah. And there was, a lot of these were really, really popular. So these are the, you know, pamphlets, and stories and things that the then Princess Victoria was a big fan of. Supposedly, she you know, skipped up to, you know, her mother and asked to order them, because she wanted to read them all, and was a big fan of her earlier work.</w:t>
      </w:r>
    </w:p>
    <w:p>
      <w:pPr>
        <w:spacing w:after="0"/>
      </w:pPr>
    </w:p>
    <w:p>
      <w:pPr>
        <w:spacing w:after="0"/>
      </w:pPr>
      <w:r>
        <w:rPr>
          <w:rFonts w:ascii="Arial" w:hAnsi="Arial"/>
          <w:b/>
          <w:sz w:val="22"/>
        </w:rPr>
        <w:t xml:space="preserve">Alice  </w:t>
      </w:r>
      <w:r>
        <w:rPr>
          <w:rFonts w:ascii="Arial" w:hAnsi="Arial"/>
          <w:color w:val="5D7284"/>
          <w:sz w:val="22"/>
        </w:rPr>
        <w:t>1:02:08</w:t>
      </w:r>
    </w:p>
    <w:p>
      <w:pPr>
        <w:spacing w:after="0"/>
      </w:pPr>
      <w:r>
        <w:rPr>
          <w:rFonts w:ascii="Arial" w:hAnsi="Arial"/>
          <w:sz w:val="22"/>
        </w:rPr>
        <w:t>See, I'm not familiar with Queen Victoria and her younger years. So in my head, it's just tiny, round, elderly Queen Victoria skipping around. (laughs) Like, oh, I really want to read some politics. Albert!</w:t>
      </w:r>
    </w:p>
    <w:p>
      <w:pPr>
        <w:spacing w:after="0"/>
      </w:pPr>
    </w:p>
    <w:p>
      <w:pPr>
        <w:spacing w:after="0"/>
      </w:pPr>
      <w:r>
        <w:rPr>
          <w:rFonts w:ascii="Arial" w:hAnsi="Arial"/>
          <w:b/>
          <w:sz w:val="22"/>
        </w:rPr>
        <w:t xml:space="preserve">Daisy  </w:t>
      </w:r>
      <w:r>
        <w:rPr>
          <w:rFonts w:ascii="Arial" w:hAnsi="Arial"/>
          <w:color w:val="5D7284"/>
          <w:sz w:val="22"/>
        </w:rPr>
        <w:t>1:02:24</w:t>
      </w:r>
    </w:p>
    <w:p>
      <w:pPr>
        <w:spacing w:after="0"/>
      </w:pPr>
      <w:r>
        <w:rPr>
          <w:rFonts w:ascii="Arial" w:hAnsi="Arial"/>
          <w:sz w:val="22"/>
        </w:rPr>
        <w:t>Yeah, but these were really, really popular, and the following series, and so she was financially secure enough that she could travel around America for the next two years. (Alice) Wow. She is... Wow. (Daisy) Yeah. She was interested in Europe, but, you know, drawn to the USA, to see how the new democratic principles were working, as she called them,</w:t>
      </w:r>
    </w:p>
    <w:p>
      <w:pPr>
        <w:spacing w:after="0"/>
      </w:pPr>
    </w:p>
    <w:p>
      <w:pPr>
        <w:spacing w:after="0"/>
      </w:pPr>
      <w:r>
        <w:rPr>
          <w:rFonts w:ascii="Arial" w:hAnsi="Arial"/>
          <w:b/>
          <w:sz w:val="22"/>
        </w:rPr>
        <w:t xml:space="preserve">Alice  </w:t>
      </w:r>
      <w:r>
        <w:rPr>
          <w:rFonts w:ascii="Arial" w:hAnsi="Arial"/>
          <w:color w:val="5D7284"/>
          <w:sz w:val="22"/>
        </w:rPr>
        <w:t>1:02:52</w:t>
      </w:r>
    </w:p>
    <w:p>
      <w:pPr>
        <w:spacing w:after="0"/>
      </w:pPr>
      <w:r>
        <w:rPr>
          <w:rFonts w:ascii="Arial" w:hAnsi="Arial"/>
          <w:sz w:val="22"/>
        </w:rPr>
        <w:t>And from 2023. Though we can tell you, not well. (Daisy laughs) Yeah. (Alice laughs)</w:t>
      </w:r>
    </w:p>
    <w:p>
      <w:pPr>
        <w:spacing w:after="0"/>
      </w:pPr>
    </w:p>
    <w:p>
      <w:pPr>
        <w:spacing w:after="0"/>
      </w:pPr>
      <w:r>
        <w:rPr>
          <w:rFonts w:ascii="Arial" w:hAnsi="Arial"/>
          <w:b/>
          <w:sz w:val="22"/>
        </w:rPr>
        <w:t xml:space="preserve">Daisy  </w:t>
      </w:r>
      <w:r>
        <w:rPr>
          <w:rFonts w:ascii="Arial" w:hAnsi="Arial"/>
          <w:color w:val="5D7284"/>
          <w:sz w:val="22"/>
        </w:rPr>
        <w:t>1:03:02</w:t>
      </w:r>
    </w:p>
    <w:p>
      <w:pPr>
        <w:spacing w:after="0"/>
      </w:pPr>
      <w:r>
        <w:rPr>
          <w:rFonts w:ascii="Arial" w:hAnsi="Arial"/>
          <w:sz w:val="22"/>
        </w:rPr>
        <w:t>Yeah, she also claimed that she wanted to" rough it for a while", which okay</w:t>
      </w:r>
    </w:p>
    <w:p>
      <w:pPr>
        <w:spacing w:after="0"/>
      </w:pPr>
    </w:p>
    <w:p>
      <w:pPr>
        <w:spacing w:after="0"/>
      </w:pPr>
      <w:r>
        <w:rPr>
          <w:rFonts w:ascii="Arial" w:hAnsi="Arial"/>
          <w:b/>
          <w:sz w:val="22"/>
        </w:rPr>
        <w:t xml:space="preserve">Lucy  </w:t>
      </w:r>
      <w:r>
        <w:rPr>
          <w:rFonts w:ascii="Arial" w:hAnsi="Arial"/>
          <w:color w:val="5D7284"/>
          <w:sz w:val="22"/>
        </w:rPr>
        <w:t>1:03:07</w:t>
      </w:r>
    </w:p>
    <w:p>
      <w:pPr>
        <w:spacing w:after="0"/>
      </w:pPr>
      <w:r>
        <w:rPr>
          <w:rFonts w:ascii="Arial" w:hAnsi="Arial"/>
          <w:sz w:val="22"/>
        </w:rPr>
        <w:t>Okay yeah, yeah. (Daisy) Fine.</w:t>
      </w:r>
    </w:p>
    <w:p>
      <w:pPr>
        <w:spacing w:after="0"/>
      </w:pPr>
    </w:p>
    <w:p>
      <w:pPr>
        <w:spacing w:after="0"/>
      </w:pPr>
      <w:r>
        <w:rPr>
          <w:rFonts w:ascii="Arial" w:hAnsi="Arial"/>
          <w:b/>
          <w:sz w:val="22"/>
        </w:rPr>
        <w:t xml:space="preserve">Alice  </w:t>
      </w:r>
      <w:r>
        <w:rPr>
          <w:rFonts w:ascii="Arial" w:hAnsi="Arial"/>
          <w:color w:val="5D7284"/>
          <w:sz w:val="22"/>
        </w:rPr>
        <w:t>1:03:10</w:t>
      </w:r>
    </w:p>
    <w:p>
      <w:pPr>
        <w:spacing w:after="0"/>
      </w:pPr>
      <w:r>
        <w:rPr>
          <w:rFonts w:ascii="Arial" w:hAnsi="Arial"/>
          <w:sz w:val="22"/>
        </w:rPr>
        <w:t>This is her gap year, back packing. (Daisy) Yeah.</w:t>
      </w:r>
    </w:p>
    <w:p>
      <w:pPr>
        <w:spacing w:after="0"/>
      </w:pPr>
    </w:p>
    <w:p>
      <w:pPr>
        <w:spacing w:after="0"/>
      </w:pPr>
      <w:r>
        <w:rPr>
          <w:rFonts w:ascii="Arial" w:hAnsi="Arial"/>
          <w:b/>
          <w:sz w:val="22"/>
        </w:rPr>
        <w:t xml:space="preserve">Daisy  </w:t>
      </w:r>
      <w:r>
        <w:rPr>
          <w:rFonts w:ascii="Arial" w:hAnsi="Arial"/>
          <w:color w:val="5D7284"/>
          <w:sz w:val="22"/>
        </w:rPr>
        <w:t>1:03:16</w:t>
      </w:r>
    </w:p>
    <w:p>
      <w:pPr>
        <w:spacing w:after="0"/>
      </w:pPr>
      <w:r>
        <w:rPr>
          <w:rFonts w:ascii="Arial" w:hAnsi="Arial"/>
          <w:sz w:val="22"/>
        </w:rPr>
        <w:t>She was already known to be like a, an abolitionist. She was drawn into the anti slavery cause while she was in America, and, you know, campaigned on that, and it became a passion of sort of the rest of her life. And much of her work after she returned was a critique of how America had failed to live up to its aims of being, you know, a new democracy. And was sort of, you know, quite scathing, about how they treated women. She said they were given indulgence rather than justice.</w:t>
      </w:r>
    </w:p>
    <w:p>
      <w:pPr>
        <w:spacing w:after="0"/>
      </w:pPr>
    </w:p>
    <w:p>
      <w:pPr>
        <w:spacing w:after="0"/>
      </w:pPr>
      <w:r>
        <w:rPr>
          <w:rFonts w:ascii="Arial" w:hAnsi="Arial"/>
          <w:b/>
          <w:sz w:val="22"/>
        </w:rPr>
        <w:t xml:space="preserve">Lucy  </w:t>
      </w:r>
      <w:r>
        <w:rPr>
          <w:rFonts w:ascii="Arial" w:hAnsi="Arial"/>
          <w:color w:val="5D7284"/>
          <w:sz w:val="22"/>
        </w:rPr>
        <w:t>1:03:57</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1:03:58</w:t>
      </w:r>
    </w:p>
    <w:p>
      <w:pPr>
        <w:spacing w:after="0"/>
      </w:pPr>
      <w:r>
        <w:rPr>
          <w:rFonts w:ascii="Arial" w:hAnsi="Arial"/>
          <w:sz w:val="22"/>
        </w:rPr>
        <w:t>Again, that tracks, It's really good to see the upfall 200 years later, America still not sorted itself out. (Daisy) Yeah.</w:t>
      </w:r>
    </w:p>
    <w:p>
      <w:pPr>
        <w:spacing w:after="0"/>
      </w:pPr>
    </w:p>
    <w:p>
      <w:pPr>
        <w:spacing w:after="0"/>
      </w:pPr>
      <w:r>
        <w:rPr>
          <w:rFonts w:ascii="Arial" w:hAnsi="Arial"/>
          <w:b/>
          <w:sz w:val="22"/>
        </w:rPr>
        <w:t xml:space="preserve">Daisy  </w:t>
      </w:r>
      <w:r>
        <w:rPr>
          <w:rFonts w:ascii="Arial" w:hAnsi="Arial"/>
          <w:color w:val="5D7284"/>
          <w:sz w:val="22"/>
        </w:rPr>
        <w:t>1:04:06</w:t>
      </w:r>
    </w:p>
    <w:p>
      <w:pPr>
        <w:spacing w:after="0"/>
      </w:pPr>
      <w:r>
        <w:rPr>
          <w:rFonts w:ascii="Arial" w:hAnsi="Arial"/>
          <w:sz w:val="22"/>
        </w:rPr>
        <w:t>Yeah, so she also published like, two novels series of children's stories, and then did go travelling around Europe, but where she fell, ill in 1839</w:t>
      </w:r>
    </w:p>
    <w:p>
      <w:pPr>
        <w:spacing w:after="0"/>
      </w:pPr>
    </w:p>
    <w:p>
      <w:pPr>
        <w:spacing w:after="0"/>
      </w:pPr>
      <w:r>
        <w:rPr>
          <w:rFonts w:ascii="Arial" w:hAnsi="Arial"/>
          <w:b/>
          <w:sz w:val="22"/>
        </w:rPr>
        <w:t xml:space="preserve">Lucy  </w:t>
      </w:r>
      <w:r>
        <w:rPr>
          <w:rFonts w:ascii="Arial" w:hAnsi="Arial"/>
          <w:color w:val="5D7284"/>
          <w:sz w:val="22"/>
        </w:rPr>
        <w:t>1:04:20</w:t>
      </w:r>
    </w:p>
    <w:p>
      <w:pPr>
        <w:spacing w:after="0"/>
      </w:pPr>
      <w:r>
        <w:rPr>
          <w:rFonts w:ascii="Arial" w:hAnsi="Arial"/>
          <w:sz w:val="22"/>
        </w:rPr>
        <w:t>I thought you were going to say fell in love. I was like ...Yeah!.... No!</w:t>
      </w:r>
    </w:p>
    <w:p>
      <w:pPr>
        <w:spacing w:after="0"/>
      </w:pPr>
    </w:p>
    <w:p>
      <w:pPr>
        <w:spacing w:after="0"/>
      </w:pPr>
      <w:r>
        <w:rPr>
          <w:rFonts w:ascii="Arial" w:hAnsi="Arial"/>
          <w:b/>
          <w:sz w:val="22"/>
        </w:rPr>
        <w:t xml:space="preserve">Daisy  </w:t>
      </w:r>
      <w:r>
        <w:rPr>
          <w:rFonts w:ascii="Arial" w:hAnsi="Arial"/>
          <w:color w:val="5D7284"/>
          <w:sz w:val="22"/>
        </w:rPr>
        <w:t>1:04:26</w:t>
      </w:r>
    </w:p>
    <w:p>
      <w:pPr>
        <w:spacing w:after="0"/>
      </w:pPr>
      <w:r>
        <w:rPr>
          <w:rFonts w:ascii="Arial" w:hAnsi="Arial"/>
          <w:sz w:val="22"/>
        </w:rPr>
        <w:t>Yeah, so she went to Newcastle, which is where her, her sister and brother in law were.</w:t>
      </w:r>
    </w:p>
    <w:p>
      <w:pPr>
        <w:spacing w:after="0"/>
      </w:pPr>
    </w:p>
    <w:p>
      <w:pPr>
        <w:spacing w:after="0"/>
      </w:pPr>
      <w:r>
        <w:rPr>
          <w:rFonts w:ascii="Arial" w:hAnsi="Arial"/>
          <w:b/>
          <w:sz w:val="22"/>
        </w:rPr>
        <w:t xml:space="preserve">Alice  </w:t>
      </w:r>
      <w:r>
        <w:rPr>
          <w:rFonts w:ascii="Arial" w:hAnsi="Arial"/>
          <w:color w:val="5D7284"/>
          <w:sz w:val="22"/>
        </w:rPr>
        <w:t>1:04:33</w:t>
      </w:r>
    </w:p>
    <w:p>
      <w:pPr>
        <w:spacing w:after="0"/>
      </w:pPr>
      <w:r>
        <w:rPr>
          <w:rFonts w:ascii="Arial" w:hAnsi="Arial"/>
          <w:sz w:val="22"/>
        </w:rPr>
        <w:t>Sorry, you were just talking about her going to Europe (Lucy) And then you was like Newcastle I was like. And then you were like Newcastle. (Daisy) Yeah.</w:t>
      </w:r>
    </w:p>
    <w:p>
      <w:pPr>
        <w:spacing w:after="0"/>
      </w:pPr>
    </w:p>
    <w:p>
      <w:pPr>
        <w:spacing w:after="0"/>
      </w:pPr>
      <w:r>
        <w:rPr>
          <w:rFonts w:ascii="Arial" w:hAnsi="Arial"/>
          <w:b/>
          <w:sz w:val="22"/>
        </w:rPr>
        <w:t xml:space="preserve">Daisy  </w:t>
      </w:r>
      <w:r>
        <w:rPr>
          <w:rFonts w:ascii="Arial" w:hAnsi="Arial"/>
          <w:color w:val="5D7284"/>
          <w:sz w:val="22"/>
        </w:rPr>
        <w:t>1:04:42</w:t>
      </w:r>
    </w:p>
    <w:p>
      <w:pPr>
        <w:spacing w:after="0"/>
      </w:pPr>
      <w:r>
        <w:rPr>
          <w:rFonts w:ascii="Arial" w:hAnsi="Arial"/>
          <w:sz w:val="22"/>
        </w:rPr>
        <w:t>Well, a brother in law's a doctor. (Lucy) Yeah. Yeah. ( Alice) So what kind of doctor? Just, you know? (Daisy) A doctor.</w:t>
      </w:r>
    </w:p>
    <w:p>
      <w:pPr>
        <w:spacing w:after="0"/>
      </w:pPr>
    </w:p>
    <w:p>
      <w:pPr>
        <w:spacing w:after="0"/>
      </w:pPr>
      <w:r>
        <w:rPr>
          <w:rFonts w:ascii="Arial" w:hAnsi="Arial"/>
          <w:b/>
          <w:sz w:val="22"/>
        </w:rPr>
        <w:t xml:space="preserve">Lucy  </w:t>
      </w:r>
      <w:r>
        <w:rPr>
          <w:rFonts w:ascii="Arial" w:hAnsi="Arial"/>
          <w:color w:val="5D7284"/>
          <w:sz w:val="22"/>
        </w:rPr>
        <w:t>1:04:52</w:t>
      </w:r>
    </w:p>
    <w:p>
      <w:pPr>
        <w:spacing w:after="0"/>
      </w:pPr>
      <w:r>
        <w:rPr>
          <w:rFonts w:ascii="Arial" w:hAnsi="Arial"/>
          <w:sz w:val="22"/>
        </w:rPr>
        <w:t>Just a general medicine.</w:t>
      </w:r>
    </w:p>
    <w:p>
      <w:pPr>
        <w:spacing w:after="0"/>
      </w:pPr>
    </w:p>
    <w:p>
      <w:pPr>
        <w:spacing w:after="0"/>
      </w:pPr>
      <w:r>
        <w:rPr>
          <w:rFonts w:ascii="Arial" w:hAnsi="Arial"/>
          <w:b/>
          <w:sz w:val="22"/>
        </w:rPr>
        <w:t xml:space="preserve">Alice  </w:t>
      </w:r>
      <w:r>
        <w:rPr>
          <w:rFonts w:ascii="Arial" w:hAnsi="Arial"/>
          <w:color w:val="5D7284"/>
          <w:sz w:val="22"/>
        </w:rPr>
        <w:t>1:04:56</w:t>
      </w:r>
    </w:p>
    <w:p>
      <w:pPr>
        <w:spacing w:after="0"/>
      </w:pPr>
      <w:r>
        <w:rPr>
          <w:rFonts w:ascii="Arial" w:hAnsi="Arial"/>
          <w:sz w:val="22"/>
        </w:rPr>
        <w:t>Yeah, just thinking like, you know, got gastric issues perhaps going see your E N T brother in law's not really going to help but...</w:t>
      </w:r>
    </w:p>
    <w:p>
      <w:pPr>
        <w:spacing w:after="0"/>
      </w:pPr>
    </w:p>
    <w:p>
      <w:pPr>
        <w:spacing w:after="0"/>
      </w:pPr>
      <w:r>
        <w:rPr>
          <w:rFonts w:ascii="Arial" w:hAnsi="Arial"/>
          <w:b/>
          <w:sz w:val="22"/>
        </w:rPr>
        <w:t xml:space="preserve">Daisy  </w:t>
      </w:r>
      <w:r>
        <w:rPr>
          <w:rFonts w:ascii="Arial" w:hAnsi="Arial"/>
          <w:color w:val="5D7284"/>
          <w:sz w:val="22"/>
        </w:rPr>
        <w:t>1:05:03</w:t>
      </w:r>
    </w:p>
    <w:p>
      <w:pPr>
        <w:spacing w:after="0"/>
      </w:pPr>
      <w:r>
        <w:rPr>
          <w:rFonts w:ascii="Arial" w:hAnsi="Arial"/>
          <w:sz w:val="22"/>
        </w:rPr>
        <w:t xml:space="preserve"> Yeah they didn't have an awful lot of specialities.</w:t>
      </w:r>
    </w:p>
    <w:p>
      <w:pPr>
        <w:spacing w:after="0"/>
      </w:pPr>
    </w:p>
    <w:p>
      <w:pPr>
        <w:spacing w:after="0"/>
      </w:pPr>
      <w:r>
        <w:rPr>
          <w:rFonts w:ascii="Arial" w:hAnsi="Arial"/>
          <w:b/>
          <w:sz w:val="22"/>
        </w:rPr>
        <w:t xml:space="preserve">Alice  </w:t>
      </w:r>
      <w:r>
        <w:rPr>
          <w:rFonts w:ascii="Arial" w:hAnsi="Arial"/>
          <w:color w:val="5D7284"/>
          <w:sz w:val="22"/>
        </w:rPr>
        <w:t>1:05:06</w:t>
      </w:r>
    </w:p>
    <w:p>
      <w:pPr>
        <w:spacing w:after="0"/>
      </w:pPr>
      <w:r>
        <w:rPr>
          <w:rFonts w:ascii="Arial" w:hAnsi="Arial"/>
          <w:sz w:val="22"/>
        </w:rPr>
        <w:t>Yeah don't really have specialists, in fact they were the only just passed leeches.</w:t>
      </w:r>
    </w:p>
    <w:p>
      <w:pPr>
        <w:spacing w:after="0"/>
      </w:pPr>
    </w:p>
    <w:p>
      <w:pPr>
        <w:spacing w:after="0"/>
      </w:pPr>
      <w:r>
        <w:rPr>
          <w:rFonts w:ascii="Arial" w:hAnsi="Arial"/>
          <w:b/>
          <w:sz w:val="22"/>
        </w:rPr>
        <w:t xml:space="preserve">Lucy  </w:t>
      </w:r>
      <w:r>
        <w:rPr>
          <w:rFonts w:ascii="Arial" w:hAnsi="Arial"/>
          <w:color w:val="5D7284"/>
          <w:sz w:val="22"/>
        </w:rPr>
        <w:t>1:05:11</w:t>
      </w:r>
    </w:p>
    <w:p>
      <w:pPr>
        <w:spacing w:after="0"/>
      </w:pPr>
      <w:r>
        <w:rPr>
          <w:rFonts w:ascii="Arial" w:hAnsi="Arial"/>
          <w:sz w:val="22"/>
        </w:rPr>
        <w:t>Yeah it's a case of that might work try this, like...</w:t>
      </w:r>
    </w:p>
    <w:p>
      <w:pPr>
        <w:spacing w:after="0"/>
      </w:pPr>
    </w:p>
    <w:p>
      <w:pPr>
        <w:spacing w:after="0"/>
      </w:pPr>
      <w:r>
        <w:rPr>
          <w:rFonts w:ascii="Arial" w:hAnsi="Arial"/>
          <w:b/>
          <w:sz w:val="22"/>
        </w:rPr>
        <w:t xml:space="preserve">Alice  </w:t>
      </w:r>
      <w:r>
        <w:rPr>
          <w:rFonts w:ascii="Arial" w:hAnsi="Arial"/>
          <w:color w:val="5D7284"/>
          <w:sz w:val="22"/>
        </w:rPr>
        <w:t>1:05:16</w:t>
      </w:r>
    </w:p>
    <w:p>
      <w:pPr>
        <w:spacing w:after="0"/>
      </w:pPr>
      <w:r>
        <w:rPr>
          <w:rFonts w:ascii="Arial" w:hAnsi="Arial"/>
          <w:sz w:val="22"/>
        </w:rPr>
        <w:t>Have you put mercury on it?</w:t>
      </w:r>
    </w:p>
    <w:p>
      <w:pPr>
        <w:spacing w:after="0"/>
      </w:pPr>
    </w:p>
    <w:p>
      <w:pPr>
        <w:spacing w:after="0"/>
      </w:pPr>
      <w:r>
        <w:rPr>
          <w:rFonts w:ascii="Arial" w:hAnsi="Arial"/>
          <w:b/>
          <w:sz w:val="22"/>
        </w:rPr>
        <w:t xml:space="preserve">Daisy  </w:t>
      </w:r>
      <w:r>
        <w:rPr>
          <w:rFonts w:ascii="Arial" w:hAnsi="Arial"/>
          <w:color w:val="5D7284"/>
          <w:sz w:val="22"/>
        </w:rPr>
        <w:t>1:05:18</w:t>
      </w:r>
    </w:p>
    <w:p>
      <w:pPr>
        <w:spacing w:after="0"/>
      </w:pPr>
      <w:r>
        <w:rPr>
          <w:rFonts w:ascii="Arial" w:hAnsi="Arial"/>
          <w:sz w:val="22"/>
        </w:rPr>
        <w:t>Yeah yeah so she was diagnosed with ovarian cysts with a prolapsed uterus (Lucy) OH! And so was bed bound for about five years and told that her condition was probably terminal. However then it was suggested that she tried mesmerism.</w:t>
      </w:r>
    </w:p>
    <w:p>
      <w:pPr>
        <w:spacing w:after="0"/>
      </w:pPr>
    </w:p>
    <w:p>
      <w:pPr>
        <w:spacing w:after="0"/>
      </w:pPr>
      <w:r>
        <w:rPr>
          <w:rFonts w:ascii="Arial" w:hAnsi="Arial"/>
          <w:b/>
          <w:sz w:val="22"/>
        </w:rPr>
        <w:t xml:space="preserve">Lucy  </w:t>
      </w:r>
      <w:r>
        <w:rPr>
          <w:rFonts w:ascii="Arial" w:hAnsi="Arial"/>
          <w:color w:val="5D7284"/>
          <w:sz w:val="22"/>
        </w:rPr>
        <w:t>1:05:39</w:t>
      </w:r>
    </w:p>
    <w:p>
      <w:pPr>
        <w:spacing w:after="0"/>
      </w:pPr>
      <w:r>
        <w:rPr>
          <w:rFonts w:ascii="Arial" w:hAnsi="Arial"/>
          <w:sz w:val="22"/>
        </w:rPr>
        <w:t>Oh! (Alice) Get some magnets on your womb love that will fix it! Yeah exactly (laughs)</w:t>
      </w:r>
    </w:p>
    <w:p>
      <w:pPr>
        <w:spacing w:after="0"/>
      </w:pPr>
    </w:p>
    <w:p>
      <w:pPr>
        <w:spacing w:after="0"/>
      </w:pPr>
      <w:r>
        <w:rPr>
          <w:rFonts w:ascii="Arial" w:hAnsi="Arial"/>
          <w:b/>
          <w:sz w:val="22"/>
        </w:rPr>
        <w:t xml:space="preserve">Daisy  </w:t>
      </w:r>
      <w:r>
        <w:rPr>
          <w:rFonts w:ascii="Arial" w:hAnsi="Arial"/>
          <w:color w:val="5D7284"/>
          <w:sz w:val="22"/>
        </w:rPr>
        <w:t>1:05:46</w:t>
      </w:r>
    </w:p>
    <w:p>
      <w:pPr>
        <w:spacing w:after="0"/>
      </w:pPr>
      <w:r>
        <w:rPr>
          <w:rFonts w:ascii="Arial" w:hAnsi="Arial"/>
          <w:sz w:val="22"/>
        </w:rPr>
        <w:t>The man and his rod (Lucy laughs) Stop it! You're so naughty!</w:t>
      </w:r>
    </w:p>
    <w:p>
      <w:pPr>
        <w:spacing w:after="0"/>
      </w:pPr>
    </w:p>
    <w:p>
      <w:pPr>
        <w:spacing w:after="0"/>
      </w:pPr>
      <w:r>
        <w:rPr>
          <w:rFonts w:ascii="Arial" w:hAnsi="Arial"/>
          <w:b/>
          <w:sz w:val="22"/>
        </w:rPr>
        <w:t xml:space="preserve">Alice  </w:t>
      </w:r>
      <w:r>
        <w:rPr>
          <w:rFonts w:ascii="Arial" w:hAnsi="Arial"/>
          <w:color w:val="5D7284"/>
          <w:sz w:val="22"/>
        </w:rPr>
        <w:t>1:05:52</w:t>
      </w:r>
    </w:p>
    <w:p>
      <w:pPr>
        <w:spacing w:after="0"/>
      </w:pPr>
      <w:r>
        <w:rPr>
          <w:rFonts w:ascii="Arial" w:hAnsi="Arial"/>
          <w:sz w:val="22"/>
        </w:rPr>
        <w:t>That will fix your vagina right up. (Lucy laughs)</w:t>
      </w:r>
    </w:p>
    <w:p>
      <w:pPr>
        <w:spacing w:after="0"/>
      </w:pPr>
    </w:p>
    <w:p>
      <w:pPr>
        <w:spacing w:after="0"/>
      </w:pPr>
      <w:r>
        <w:rPr>
          <w:rFonts w:ascii="Arial" w:hAnsi="Arial"/>
          <w:b/>
          <w:sz w:val="22"/>
        </w:rPr>
        <w:t xml:space="preserve">Lucy  </w:t>
      </w:r>
      <w:r>
        <w:rPr>
          <w:rFonts w:ascii="Arial" w:hAnsi="Arial"/>
          <w:color w:val="5D7284"/>
          <w:sz w:val="22"/>
        </w:rPr>
        <w:t>1:05:53</w:t>
      </w:r>
    </w:p>
    <w:p>
      <w:pPr>
        <w:spacing w:after="0"/>
      </w:pPr>
      <w:r>
        <w:rPr>
          <w:rFonts w:ascii="Arial" w:hAnsi="Arial"/>
          <w:sz w:val="22"/>
        </w:rPr>
        <w:t>Stop it Daisy you're so naughty, I was doing so well. (Daisy) You brought it up! Yeah about an hour ago! We've moved on. (laughs)</w:t>
      </w:r>
    </w:p>
    <w:p>
      <w:pPr>
        <w:spacing w:after="0"/>
      </w:pPr>
    </w:p>
    <w:p>
      <w:pPr>
        <w:spacing w:after="0"/>
      </w:pPr>
      <w:r>
        <w:rPr>
          <w:rFonts w:ascii="Arial" w:hAnsi="Arial"/>
          <w:b/>
          <w:sz w:val="22"/>
        </w:rPr>
        <w:t xml:space="preserve">Daisy  </w:t>
      </w:r>
      <w:r>
        <w:rPr>
          <w:rFonts w:ascii="Arial" w:hAnsi="Arial"/>
          <w:color w:val="5D7284"/>
          <w:sz w:val="22"/>
        </w:rPr>
        <w:t>1:06:10</w:t>
      </w:r>
    </w:p>
    <w:p>
      <w:pPr>
        <w:spacing w:after="0"/>
      </w:pPr>
      <w:r>
        <w:rPr>
          <w:rFonts w:ascii="Arial" w:hAnsi="Arial"/>
          <w:sz w:val="22"/>
        </w:rPr>
        <w:t>Yeah, it took her ages to try out the mesmerism because, you know, her sister and her brother in law weren't particularly keen.</w:t>
      </w:r>
    </w:p>
    <w:p>
      <w:pPr>
        <w:spacing w:after="0"/>
      </w:pPr>
    </w:p>
    <w:p>
      <w:pPr>
        <w:spacing w:after="0"/>
      </w:pPr>
      <w:r>
        <w:rPr>
          <w:rFonts w:ascii="Arial" w:hAnsi="Arial"/>
          <w:b/>
          <w:sz w:val="22"/>
        </w:rPr>
        <w:t xml:space="preserve">Alice  </w:t>
      </w:r>
      <w:r>
        <w:rPr>
          <w:rFonts w:ascii="Arial" w:hAnsi="Arial"/>
          <w:color w:val="5D7284"/>
          <w:sz w:val="22"/>
        </w:rPr>
        <w:t>1:06:19</w:t>
      </w:r>
    </w:p>
    <w:p>
      <w:pPr>
        <w:spacing w:after="0"/>
      </w:pPr>
      <w:r>
        <w:rPr>
          <w:rFonts w:ascii="Arial" w:hAnsi="Arial"/>
          <w:sz w:val="22"/>
        </w:rPr>
        <w:t>The actual doctor was like, I don't know if hypnotism is the thing for your uterus.</w:t>
      </w:r>
    </w:p>
    <w:p>
      <w:pPr>
        <w:spacing w:after="0"/>
      </w:pPr>
    </w:p>
    <w:p>
      <w:pPr>
        <w:spacing w:after="0"/>
      </w:pPr>
      <w:r>
        <w:rPr>
          <w:rFonts w:ascii="Arial" w:hAnsi="Arial"/>
          <w:b/>
          <w:sz w:val="22"/>
        </w:rPr>
        <w:t xml:space="preserve">Daisy  </w:t>
      </w:r>
      <w:r>
        <w:rPr>
          <w:rFonts w:ascii="Arial" w:hAnsi="Arial"/>
          <w:color w:val="5D7284"/>
          <w:sz w:val="22"/>
        </w:rPr>
        <w:t>1:06:23</w:t>
      </w:r>
    </w:p>
    <w:p>
      <w:pPr>
        <w:spacing w:after="0"/>
      </w:pPr>
      <w:r>
        <w:rPr>
          <w:rFonts w:ascii="Arial" w:hAnsi="Arial"/>
          <w:sz w:val="22"/>
        </w:rPr>
        <w:t>Yeah, they were skeptical.</w:t>
      </w:r>
    </w:p>
    <w:p>
      <w:pPr>
        <w:spacing w:after="0"/>
      </w:pPr>
    </w:p>
    <w:p>
      <w:pPr>
        <w:spacing w:after="0"/>
      </w:pPr>
      <w:r>
        <w:rPr>
          <w:rFonts w:ascii="Arial" w:hAnsi="Arial"/>
          <w:b/>
          <w:sz w:val="22"/>
        </w:rPr>
        <w:t xml:space="preserve">Lucy  </w:t>
      </w:r>
      <w:r>
        <w:rPr>
          <w:rFonts w:ascii="Arial" w:hAnsi="Arial"/>
          <w:color w:val="5D7284"/>
          <w:sz w:val="22"/>
        </w:rPr>
        <w:t>1:06:26</w:t>
      </w:r>
    </w:p>
    <w:p>
      <w:pPr>
        <w:spacing w:after="0"/>
      </w:pPr>
      <w:r>
        <w:rPr>
          <w:rFonts w:ascii="Arial" w:hAnsi="Arial"/>
          <w:sz w:val="22"/>
        </w:rPr>
        <w:t>Did it work?</w:t>
      </w:r>
    </w:p>
    <w:p>
      <w:pPr>
        <w:spacing w:after="0"/>
      </w:pPr>
    </w:p>
    <w:p>
      <w:pPr>
        <w:spacing w:after="0"/>
      </w:pPr>
      <w:r>
        <w:rPr>
          <w:rFonts w:ascii="Arial" w:hAnsi="Arial"/>
          <w:b/>
          <w:sz w:val="22"/>
        </w:rPr>
        <w:t xml:space="preserve">Daisy  </w:t>
      </w:r>
      <w:r>
        <w:rPr>
          <w:rFonts w:ascii="Arial" w:hAnsi="Arial"/>
          <w:color w:val="5D7284"/>
          <w:sz w:val="22"/>
        </w:rPr>
        <w:t>1:06:28</w:t>
      </w:r>
    </w:p>
    <w:p>
      <w:pPr>
        <w:spacing w:after="0"/>
      </w:pPr>
      <w:r>
        <w:rPr>
          <w:rFonts w:ascii="Arial" w:hAnsi="Arial"/>
          <w:sz w:val="22"/>
        </w:rPr>
        <w:t>Well, in the end a letter from her younger sister whose husband was also a doctor. (Lucy) Yeah. Convinced her to eventually try it, because her surgeon husband had used mesmerism for pain relief during operations and had supposedly had, you know, good success with it. And so she had, you know, a number of sessions of mesmerism and was, you know, a big fan of her mesmerist. (Lucy laughs) Oh!. And she believed was cured from it that she....</w:t>
      </w:r>
    </w:p>
    <w:p>
      <w:pPr>
        <w:spacing w:after="0"/>
      </w:pPr>
    </w:p>
    <w:p>
      <w:pPr>
        <w:spacing w:after="0"/>
      </w:pPr>
      <w:r>
        <w:rPr>
          <w:rFonts w:ascii="Arial" w:hAnsi="Arial"/>
          <w:b/>
          <w:sz w:val="22"/>
        </w:rPr>
        <w:t xml:space="preserve">Lucy  </w:t>
      </w:r>
      <w:r>
        <w:rPr>
          <w:rFonts w:ascii="Arial" w:hAnsi="Arial"/>
          <w:color w:val="5D7284"/>
          <w:sz w:val="22"/>
        </w:rPr>
        <w:t>1:07:02</w:t>
      </w:r>
    </w:p>
    <w:p>
      <w:pPr>
        <w:spacing w:after="0"/>
      </w:pPr>
      <w:r>
        <w:rPr>
          <w:rFonts w:ascii="Arial" w:hAnsi="Arial"/>
          <w:sz w:val="22"/>
        </w:rPr>
        <w:t>(laughing) Was a big fan of her mesmerist. Sorry.</w:t>
      </w:r>
    </w:p>
    <w:p>
      <w:pPr>
        <w:spacing w:after="0"/>
      </w:pPr>
    </w:p>
    <w:p>
      <w:pPr>
        <w:spacing w:after="0"/>
      </w:pPr>
      <w:r>
        <w:rPr>
          <w:rFonts w:ascii="Arial" w:hAnsi="Arial"/>
          <w:b/>
          <w:sz w:val="22"/>
        </w:rPr>
        <w:t xml:space="preserve">Daisy  </w:t>
      </w:r>
      <w:r>
        <w:rPr>
          <w:rFonts w:ascii="Arial" w:hAnsi="Arial"/>
          <w:color w:val="5D7284"/>
          <w:sz w:val="22"/>
        </w:rPr>
        <w:t>1:07:09</w:t>
      </w:r>
    </w:p>
    <w:p>
      <w:pPr>
        <w:spacing w:after="0"/>
      </w:pPr>
      <w:r>
        <w:rPr>
          <w:rFonts w:ascii="Arial" w:hAnsi="Arial"/>
          <w:sz w:val="22"/>
        </w:rPr>
        <w:t>(laughing) Well, yes, it was, it was a source of contention amongst sort of her favorite brother because he'd always been like her Oracle, as it were. And he felt like he'd been usurped by her mesmerist and so it was like real rift in their relationship.</w:t>
      </w:r>
    </w:p>
    <w:p>
      <w:pPr>
        <w:spacing w:after="0"/>
      </w:pPr>
    </w:p>
    <w:p>
      <w:pPr>
        <w:spacing w:after="0"/>
      </w:pPr>
      <w:r>
        <w:rPr>
          <w:rFonts w:ascii="Arial" w:hAnsi="Arial"/>
          <w:b/>
          <w:sz w:val="22"/>
        </w:rPr>
        <w:t xml:space="preserve">Alice  </w:t>
      </w:r>
      <w:r>
        <w:rPr>
          <w:rFonts w:ascii="Arial" w:hAnsi="Arial"/>
          <w:color w:val="5D7284"/>
          <w:sz w:val="22"/>
        </w:rPr>
        <w:t>1:07:29</w:t>
      </w:r>
    </w:p>
    <w:p>
      <w:pPr>
        <w:spacing w:after="0"/>
      </w:pPr>
      <w:r>
        <w:rPr>
          <w:rFonts w:ascii="Arial" w:hAnsi="Arial"/>
          <w:sz w:val="22"/>
        </w:rPr>
        <w:t>I think that was a bit of a theme amongst the kind of mesmerist community that..(Daisy) Yeah. Because certainly for Mesmer he was like, it was a it was about the that law of attraction.</w:t>
      </w:r>
    </w:p>
    <w:p>
      <w:pPr>
        <w:spacing w:after="0"/>
      </w:pPr>
    </w:p>
    <w:p>
      <w:pPr>
        <w:spacing w:after="0"/>
      </w:pPr>
      <w:r>
        <w:rPr>
          <w:rFonts w:ascii="Arial" w:hAnsi="Arial"/>
          <w:b/>
          <w:sz w:val="22"/>
        </w:rPr>
        <w:t xml:space="preserve">Lucy  </w:t>
      </w:r>
      <w:r>
        <w:rPr>
          <w:rFonts w:ascii="Arial" w:hAnsi="Arial"/>
          <w:color w:val="5D7284"/>
          <w:sz w:val="22"/>
        </w:rPr>
        <w:t>1:07:44</w:t>
      </w:r>
    </w:p>
    <w:p>
      <w:pPr>
        <w:spacing w:after="0"/>
      </w:pPr>
      <w:r>
        <w:rPr>
          <w:rFonts w:ascii="Arial" w:hAnsi="Arial"/>
          <w:sz w:val="22"/>
        </w:rPr>
        <w:t>Yeah.yeah.</w:t>
      </w:r>
    </w:p>
    <w:p>
      <w:pPr>
        <w:spacing w:after="0"/>
      </w:pPr>
    </w:p>
    <w:p>
      <w:pPr>
        <w:spacing w:after="0"/>
      </w:pPr>
      <w:r>
        <w:rPr>
          <w:rFonts w:ascii="Arial" w:hAnsi="Arial"/>
          <w:b/>
          <w:sz w:val="22"/>
        </w:rPr>
        <w:t xml:space="preserve">Alice  </w:t>
      </w:r>
      <w:r>
        <w:rPr>
          <w:rFonts w:ascii="Arial" w:hAnsi="Arial"/>
          <w:color w:val="5D7284"/>
          <w:sz w:val="22"/>
        </w:rPr>
        <w:t>1:07:44</w:t>
      </w:r>
    </w:p>
    <w:p>
      <w:pPr>
        <w:spacing w:after="0"/>
      </w:pPr>
      <w:r>
        <w:rPr>
          <w:rFonts w:ascii="Arial" w:hAnsi="Arial"/>
          <w:sz w:val="22"/>
        </w:rPr>
        <w:t>Of people who, quote unquote, he treated that like became quite like enthralled</w:t>
      </w:r>
    </w:p>
    <w:p>
      <w:pPr>
        <w:spacing w:after="0"/>
      </w:pPr>
    </w:p>
    <w:p>
      <w:pPr>
        <w:spacing w:after="0"/>
      </w:pPr>
      <w:r>
        <w:rPr>
          <w:rFonts w:ascii="Arial" w:hAnsi="Arial"/>
          <w:b/>
          <w:sz w:val="22"/>
        </w:rPr>
        <w:t xml:space="preserve">Lucy  </w:t>
      </w:r>
      <w:r>
        <w:rPr>
          <w:rFonts w:ascii="Arial" w:hAnsi="Arial"/>
          <w:color w:val="5D7284"/>
          <w:sz w:val="22"/>
        </w:rPr>
        <w:t>1:07:53</w:t>
      </w:r>
    </w:p>
    <w:p>
      <w:pPr>
        <w:spacing w:after="0"/>
      </w:pPr>
      <w:r>
        <w:rPr>
          <w:rFonts w:ascii="Arial" w:hAnsi="Arial"/>
          <w:sz w:val="22"/>
        </w:rPr>
        <w:t>And obsessed with him a little bit. Yeah. Yeah.</w:t>
      </w:r>
    </w:p>
    <w:p>
      <w:pPr>
        <w:spacing w:after="0"/>
      </w:pPr>
    </w:p>
    <w:p>
      <w:pPr>
        <w:spacing w:after="0"/>
      </w:pPr>
      <w:r>
        <w:rPr>
          <w:rFonts w:ascii="Arial" w:hAnsi="Arial"/>
          <w:b/>
          <w:sz w:val="22"/>
        </w:rPr>
        <w:t xml:space="preserve">Daisy  </w:t>
      </w:r>
      <w:r>
        <w:rPr>
          <w:rFonts w:ascii="Arial" w:hAnsi="Arial"/>
          <w:color w:val="5D7284"/>
          <w:sz w:val="22"/>
        </w:rPr>
        <w:t>1:07:57</w:t>
      </w:r>
    </w:p>
    <w:p>
      <w:pPr>
        <w:spacing w:after="0"/>
      </w:pPr>
      <w:r>
        <w:rPr>
          <w:rFonts w:ascii="Arial" w:hAnsi="Arial"/>
          <w:sz w:val="22"/>
        </w:rPr>
        <w:t>Yeah, absolutely. So after she was cured and is symptom free she went to move to the Lake District, built her own house, started a load of new books and articles and you know, all sorts of work that she hadn't done for you know, years since being confined to a bed. (Alice) It does sound..</w:t>
      </w:r>
    </w:p>
    <w:p>
      <w:pPr>
        <w:spacing w:after="0"/>
      </w:pPr>
    </w:p>
    <w:p>
      <w:pPr>
        <w:spacing w:after="0"/>
      </w:pPr>
      <w:r>
        <w:rPr>
          <w:rFonts w:ascii="Arial" w:hAnsi="Arial"/>
          <w:b/>
          <w:sz w:val="22"/>
        </w:rPr>
        <w:t xml:space="preserve">Alice  </w:t>
      </w:r>
      <w:r>
        <w:rPr>
          <w:rFonts w:ascii="Arial" w:hAnsi="Arial"/>
          <w:color w:val="5D7284"/>
          <w:sz w:val="22"/>
        </w:rPr>
        <w:t>1:08:19</w:t>
      </w:r>
    </w:p>
    <w:p>
      <w:pPr>
        <w:spacing w:after="0"/>
      </w:pPr>
      <w:r>
        <w:rPr>
          <w:rFonts w:ascii="Arial" w:hAnsi="Arial"/>
          <w:sz w:val="22"/>
        </w:rPr>
        <w:t>like someone who's no longer crippled by you know, ovarian and Uterian pain. Is Uterian a word? (Daisy) Uterian? Uterine is probably better yeah.</w:t>
      </w:r>
    </w:p>
    <w:p>
      <w:pPr>
        <w:spacing w:after="0"/>
      </w:pPr>
    </w:p>
    <w:p>
      <w:pPr>
        <w:spacing w:after="0"/>
      </w:pPr>
      <w:r>
        <w:rPr>
          <w:rFonts w:ascii="Arial" w:hAnsi="Arial"/>
          <w:b/>
          <w:sz w:val="22"/>
        </w:rPr>
        <w:t xml:space="preserve">Daisy  </w:t>
      </w:r>
      <w:r>
        <w:rPr>
          <w:rFonts w:ascii="Arial" w:hAnsi="Arial"/>
          <w:color w:val="5D7284"/>
          <w:sz w:val="22"/>
        </w:rPr>
        <w:t>1:08:34</w:t>
      </w:r>
    </w:p>
    <w:p>
      <w:pPr>
        <w:spacing w:after="0"/>
      </w:pPr>
      <w:r>
        <w:rPr>
          <w:rFonts w:ascii="Arial" w:hAnsi="Arial"/>
          <w:sz w:val="22"/>
        </w:rPr>
        <w:t>Yeah, so then she you know published what is indeed her most controversial book Which is the letter on...(Alice) Why I like mesmerism. Yeah (laughs) Basically yeah. "Letter on the laws of man's nature and development." So you know, publicized her belief in mesmerism but also rejected her former religious beliefs. (Lucy) Oh, wow. Wow.</w:t>
      </w:r>
    </w:p>
    <w:p>
      <w:pPr>
        <w:spacing w:after="0"/>
      </w:pPr>
    </w:p>
    <w:p>
      <w:pPr>
        <w:spacing w:after="0"/>
      </w:pPr>
      <w:r>
        <w:rPr>
          <w:rFonts w:ascii="Arial" w:hAnsi="Arial"/>
          <w:b/>
          <w:sz w:val="22"/>
        </w:rPr>
        <w:t xml:space="preserve">Lucy  </w:t>
      </w:r>
      <w:r>
        <w:rPr>
          <w:rFonts w:ascii="Arial" w:hAnsi="Arial"/>
          <w:color w:val="5D7284"/>
          <w:sz w:val="22"/>
        </w:rPr>
        <w:t>1:08:59</w:t>
      </w:r>
    </w:p>
    <w:p>
      <w:pPr>
        <w:spacing w:after="0"/>
      </w:pPr>
      <w:r>
        <w:rPr>
          <w:rFonts w:ascii="Arial" w:hAnsi="Arial"/>
          <w:sz w:val="22"/>
        </w:rPr>
        <w:t>Wow! (Alice) Didn't see...  No, ah, somebody's been inside her ear haven't they, dripping ideas through. (Alice) I don't think it's her ear he's been inside. No!</w:t>
      </w:r>
    </w:p>
    <w:p>
      <w:pPr>
        <w:spacing w:after="0"/>
      </w:pPr>
    </w:p>
    <w:p>
      <w:pPr>
        <w:spacing w:after="0"/>
      </w:pPr>
      <w:r>
        <w:rPr>
          <w:rFonts w:ascii="Arial" w:hAnsi="Arial"/>
          <w:b/>
          <w:sz w:val="22"/>
        </w:rPr>
        <w:t xml:space="preserve">Alice  </w:t>
      </w:r>
      <w:r>
        <w:rPr>
          <w:rFonts w:ascii="Arial" w:hAnsi="Arial"/>
          <w:color w:val="5D7284"/>
          <w:sz w:val="22"/>
        </w:rPr>
        <w:t>1:09:00</w:t>
      </w:r>
    </w:p>
    <w:p>
      <w:pPr>
        <w:spacing w:after="0"/>
      </w:pPr>
      <w:r>
        <w:rPr>
          <w:rFonts w:ascii="Arial" w:hAnsi="Arial"/>
          <w:sz w:val="22"/>
        </w:rPr>
        <w:t>that one coming!</w:t>
      </w:r>
    </w:p>
    <w:p>
      <w:pPr>
        <w:spacing w:after="0"/>
      </w:pPr>
    </w:p>
    <w:p>
      <w:pPr>
        <w:spacing w:after="0"/>
      </w:pPr>
      <w:r>
        <w:rPr>
          <w:rFonts w:ascii="Arial" w:hAnsi="Arial"/>
          <w:b/>
          <w:sz w:val="22"/>
        </w:rPr>
        <w:t xml:space="preserve">Daisy  </w:t>
      </w:r>
      <w:r>
        <w:rPr>
          <w:rFonts w:ascii="Arial" w:hAnsi="Arial"/>
          <w:color w:val="5D7284"/>
          <w:sz w:val="22"/>
        </w:rPr>
        <w:t>1:09:10</w:t>
      </w:r>
    </w:p>
    <w:p>
      <w:pPr>
        <w:spacing w:after="0"/>
      </w:pPr>
      <w:r>
        <w:rPr>
          <w:rFonts w:ascii="Arial" w:hAnsi="Arial"/>
          <w:sz w:val="22"/>
        </w:rPr>
        <w:t>Yeah, so I mean her favorite and closest brother was actually a leading figure in the Unitarian Church by this point. So that was also part of the reason why their relatioship fractured.</w:t>
      </w:r>
    </w:p>
    <w:p>
      <w:pPr>
        <w:spacing w:after="0"/>
      </w:pPr>
    </w:p>
    <w:p>
      <w:pPr>
        <w:spacing w:after="0"/>
      </w:pPr>
      <w:r>
        <w:rPr>
          <w:rFonts w:ascii="Arial" w:hAnsi="Arial"/>
          <w:b/>
          <w:sz w:val="22"/>
        </w:rPr>
        <w:t xml:space="preserve">Lucy  </w:t>
      </w:r>
      <w:r>
        <w:rPr>
          <w:rFonts w:ascii="Arial" w:hAnsi="Arial"/>
          <w:color w:val="5D7284"/>
          <w:sz w:val="22"/>
        </w:rPr>
        <w:t>1:09:21</w:t>
      </w:r>
    </w:p>
    <w:p>
      <w:pPr>
        <w:spacing w:after="0"/>
      </w:pPr>
      <w:r>
        <w:rPr>
          <w:rFonts w:ascii="Arial" w:hAnsi="Arial"/>
          <w:sz w:val="22"/>
        </w:rPr>
        <w:t xml:space="preserve"> I couldn't imagine... What is... yeah. You can imagine and be like, Why have you? what  this? Why have you? What? (Alice) Pretty stunning nail in the coffin in their relationship. Well done love, Yeah. You are off the Christmas card list.</w:t>
      </w:r>
    </w:p>
    <w:p>
      <w:pPr>
        <w:spacing w:after="0"/>
      </w:pPr>
    </w:p>
    <w:p>
      <w:pPr>
        <w:spacing w:after="0"/>
      </w:pPr>
      <w:r>
        <w:rPr>
          <w:rFonts w:ascii="Arial" w:hAnsi="Arial"/>
          <w:b/>
          <w:sz w:val="22"/>
        </w:rPr>
        <w:t xml:space="preserve">Daisy  </w:t>
      </w:r>
      <w:r>
        <w:rPr>
          <w:rFonts w:ascii="Arial" w:hAnsi="Arial"/>
          <w:color w:val="5D7284"/>
          <w:sz w:val="22"/>
        </w:rPr>
        <w:t>1:09:36</w:t>
      </w:r>
    </w:p>
    <w:p>
      <w:pPr>
        <w:spacing w:after="0"/>
      </w:pPr>
      <w:r>
        <w:rPr>
          <w:rFonts w:ascii="Arial" w:hAnsi="Arial"/>
          <w:sz w:val="22"/>
        </w:rPr>
        <w:t>Yeah, but this, you know, this kind of love of the mesmerism and, you know, feeling that it cured her also sort of ended her relationship with the sister that she stayed with after she became ill because you know, they had a natural prejudice about it. Although some of this she also puts down to her sister also being unwell in the early stages of an illness, which would, you know, eventually kill her. So that could have been element of it, as well. But, yeah, realisticly, her husband and her were, you know, against mesmerism, they didn't believe it was a thing or that it works and that it was, you know, charlatanism essentially,</w:t>
      </w:r>
    </w:p>
    <w:p>
      <w:pPr>
        <w:spacing w:after="0"/>
      </w:pPr>
    </w:p>
    <w:p>
      <w:pPr>
        <w:spacing w:after="0"/>
      </w:pPr>
      <w:r>
        <w:rPr>
          <w:rFonts w:ascii="Arial" w:hAnsi="Arial"/>
          <w:b/>
          <w:sz w:val="22"/>
        </w:rPr>
        <w:t xml:space="preserve">Alice  </w:t>
      </w:r>
      <w:r>
        <w:rPr>
          <w:rFonts w:ascii="Arial" w:hAnsi="Arial"/>
          <w:color w:val="5D7284"/>
          <w:sz w:val="22"/>
        </w:rPr>
        <w:t>1:10:20</w:t>
      </w:r>
    </w:p>
    <w:p>
      <w:pPr>
        <w:spacing w:after="0"/>
      </w:pPr>
      <w:r>
        <w:rPr>
          <w:rFonts w:ascii="Arial" w:hAnsi="Arial"/>
          <w:sz w:val="22"/>
        </w:rPr>
        <w:t>It must be really, if you genuinely believe that this thing cured you of what must have been an agonizing and upsetting and scary illness, you can almost understand why you'd be like, I will sacrifice my relationships with my family. (Lucy) Yeah.</w:t>
      </w:r>
    </w:p>
    <w:p>
      <w:pPr>
        <w:spacing w:after="0"/>
      </w:pPr>
    </w:p>
    <w:p>
      <w:pPr>
        <w:spacing w:after="0"/>
      </w:pPr>
      <w:r>
        <w:rPr>
          <w:rFonts w:ascii="Arial" w:hAnsi="Arial"/>
          <w:b/>
          <w:sz w:val="22"/>
        </w:rPr>
        <w:t xml:space="preserve">Lucy  </w:t>
      </w:r>
      <w:r>
        <w:rPr>
          <w:rFonts w:ascii="Arial" w:hAnsi="Arial"/>
          <w:color w:val="5D7284"/>
          <w:sz w:val="22"/>
        </w:rPr>
        <w:t>1:10:42</w:t>
      </w:r>
    </w:p>
    <w:p>
      <w:pPr>
        <w:spacing w:after="0"/>
      </w:pPr>
      <w:r>
        <w:rPr>
          <w:rFonts w:ascii="Arial" w:hAnsi="Arial"/>
          <w:sz w:val="22"/>
        </w:rPr>
        <w:t>Did it also cure her quote, unquote, cure her chronic illness? Did her chronic illnesses get better? Or was it just specifically?</w:t>
      </w:r>
    </w:p>
    <w:p>
      <w:pPr>
        <w:spacing w:after="0"/>
      </w:pPr>
    </w:p>
    <w:p>
      <w:pPr>
        <w:spacing w:after="0"/>
      </w:pPr>
      <w:r>
        <w:rPr>
          <w:rFonts w:ascii="Arial" w:hAnsi="Arial"/>
          <w:b/>
          <w:sz w:val="22"/>
        </w:rPr>
        <w:t xml:space="preserve">Daisy  </w:t>
      </w:r>
      <w:r>
        <w:rPr>
          <w:rFonts w:ascii="Arial" w:hAnsi="Arial"/>
          <w:color w:val="5D7284"/>
          <w:sz w:val="22"/>
        </w:rPr>
        <w:t>1:10:52</w:t>
      </w:r>
    </w:p>
    <w:p>
      <w:pPr>
        <w:spacing w:after="0"/>
      </w:pPr>
      <w:r>
        <w:rPr>
          <w:rFonts w:ascii="Arial" w:hAnsi="Arial"/>
          <w:sz w:val="22"/>
        </w:rPr>
        <w:t>So I mean, her chronic illness's has just always been a part of her life and raised her being, you know, sickly, that was that was never a specific, you know, diagnosis or anything like that. And so, I mean, you know, she was described as still being chronically ill, but I don't know whether that's just because it was so much of an element of her life at that point, or whether, you know, that was also improved by this cure, it's hard to tell. She kind of seems to, like, designate them as separate things, (Lucy) Separate issues. Yeah. Kind of like, you know, her sickliness, you know, whatever being a being a big factor in, in her youth. And then, you know, her deafness being her primary thing, and then her, you know, ovarian things being her primary thing. She, you know, she doesn't seem to write about them as if, yeah.. (Lucy) Yeah, yeah. So yeah, so it's hard to tell. So yeah, so she also worked for the Daily News, wrote 1000s of articles for them. And other publications and magazines, and all of that published new translations, joined other women to petition parliament for votes for women. you know, she was, she was pretty active with her, you know, activism and her writing. But then she fell ill again in 1855,</w:t>
      </w:r>
    </w:p>
    <w:p>
      <w:pPr>
        <w:spacing w:after="0"/>
      </w:pPr>
    </w:p>
    <w:p>
      <w:pPr>
        <w:spacing w:after="0"/>
      </w:pPr>
      <w:r>
        <w:rPr>
          <w:rFonts w:ascii="Arial" w:hAnsi="Arial"/>
          <w:b/>
          <w:sz w:val="22"/>
        </w:rPr>
        <w:t xml:space="preserve">Lucy  </w:t>
      </w:r>
      <w:r>
        <w:rPr>
          <w:rFonts w:ascii="Arial" w:hAnsi="Arial"/>
          <w:color w:val="5D7284"/>
          <w:sz w:val="22"/>
        </w:rPr>
        <w:t>1:12:28</w:t>
      </w:r>
    </w:p>
    <w:p>
      <w:pPr>
        <w:spacing w:after="0"/>
      </w:pPr>
      <w:r>
        <w:rPr>
          <w:rFonts w:ascii="Arial" w:hAnsi="Arial"/>
          <w:sz w:val="22"/>
        </w:rPr>
        <w:t>With the same thing or?</w:t>
      </w:r>
    </w:p>
    <w:p>
      <w:pPr>
        <w:spacing w:after="0"/>
      </w:pPr>
    </w:p>
    <w:p>
      <w:pPr>
        <w:spacing w:after="0"/>
      </w:pPr>
      <w:r>
        <w:rPr>
          <w:rFonts w:ascii="Arial" w:hAnsi="Arial"/>
          <w:b/>
          <w:sz w:val="22"/>
        </w:rPr>
        <w:t xml:space="preserve">Daisy  </w:t>
      </w:r>
      <w:r>
        <w:rPr>
          <w:rFonts w:ascii="Arial" w:hAnsi="Arial"/>
          <w:color w:val="5D7284"/>
          <w:sz w:val="22"/>
        </w:rPr>
        <w:t>1:12:30</w:t>
      </w:r>
    </w:p>
    <w:p>
      <w:pPr>
        <w:spacing w:after="0"/>
      </w:pPr>
      <w:r>
        <w:rPr>
          <w:rFonts w:ascii="Arial" w:hAnsi="Arial"/>
          <w:sz w:val="22"/>
        </w:rPr>
        <w:t>So, yeah, it, it seemed to be. (Lucy) Right. But given that she originally fell ill in 1839. And then she was bed bound for about four or five years before trying mesmerism. So that's what 44? (Alice) 44 Yeah. So that's sort of a good 10 years. (Alice &amp; Lucy) Yeah. Where she's been, you know, as she sees it symptom free. So she was sure that she was dying of heart failure. So at this point, she didn't know what it was. But she was pretty certain that she was dying of heart failure. To the point that she wrote her entire autobiography in three months. (Lucy &amp; Alice) Wow. Which it's two volumes worth, which is something I can very much aspire to you. (Lucy laughs) I'm sure I can do it. (laughs) (Lucy) Yes, you can. And even though she lived another 21 years after she wrote that bit of her autobiography, she didn't add anything to it. (Alice) I knew you were going to say</w:t>
      </w:r>
    </w:p>
    <w:p>
      <w:pPr>
        <w:spacing w:after="0"/>
      </w:pPr>
    </w:p>
    <w:p>
      <w:pPr>
        <w:spacing w:after="0"/>
      </w:pPr>
      <w:r>
        <w:rPr>
          <w:rFonts w:ascii="Arial" w:hAnsi="Arial"/>
          <w:b/>
          <w:sz w:val="22"/>
        </w:rPr>
        <w:t xml:space="preserve">Alice  </w:t>
      </w:r>
      <w:r>
        <w:rPr>
          <w:rFonts w:ascii="Arial" w:hAnsi="Arial"/>
          <w:color w:val="5D7284"/>
          <w:sz w:val="22"/>
        </w:rPr>
        <w:t>1:13:35</w:t>
      </w:r>
    </w:p>
    <w:p>
      <w:pPr>
        <w:spacing w:after="0"/>
      </w:pPr>
      <w:r>
        <w:rPr>
          <w:rFonts w:ascii="Arial" w:hAnsi="Arial"/>
          <w:sz w:val="22"/>
        </w:rPr>
        <w:t>that. That's so funny. (Lucy laughs) I'll stop there.</w:t>
      </w:r>
    </w:p>
    <w:p>
      <w:pPr>
        <w:spacing w:after="0"/>
      </w:pPr>
    </w:p>
    <w:p>
      <w:pPr>
        <w:spacing w:after="0"/>
      </w:pPr>
      <w:r>
        <w:rPr>
          <w:rFonts w:ascii="Arial" w:hAnsi="Arial"/>
          <w:b/>
          <w:sz w:val="22"/>
        </w:rPr>
        <w:t xml:space="preserve">Daisy  </w:t>
      </w:r>
      <w:r>
        <w:rPr>
          <w:rFonts w:ascii="Arial" w:hAnsi="Arial"/>
          <w:color w:val="5D7284"/>
          <w:sz w:val="22"/>
        </w:rPr>
        <w:t>1:13:41</w:t>
      </w:r>
    </w:p>
    <w:p>
      <w:pPr>
        <w:spacing w:after="0"/>
      </w:pPr>
      <w:r>
        <w:rPr>
          <w:rFonts w:ascii="Arial" w:hAnsi="Arial"/>
          <w:sz w:val="22"/>
        </w:rPr>
        <w:t>She was just like now that'll do. And so like one of her friends had to write the last 21 years worth of her autobiography and tape it to the other one. (Alice) Die..</w:t>
      </w:r>
    </w:p>
    <w:p>
      <w:pPr>
        <w:spacing w:after="0"/>
      </w:pPr>
    </w:p>
    <w:p>
      <w:pPr>
        <w:spacing w:after="0"/>
      </w:pPr>
      <w:r>
        <w:rPr>
          <w:rFonts w:ascii="Arial" w:hAnsi="Arial"/>
          <w:b/>
          <w:sz w:val="22"/>
        </w:rPr>
        <w:t xml:space="preserve">Alice  </w:t>
      </w:r>
      <w:r>
        <w:rPr>
          <w:rFonts w:ascii="Arial" w:hAnsi="Arial"/>
          <w:color w:val="5D7284"/>
          <w:sz w:val="22"/>
        </w:rPr>
        <w:t>1:13:50</w:t>
      </w:r>
    </w:p>
    <w:p>
      <w:pPr>
        <w:spacing w:after="0"/>
      </w:pPr>
      <w:r>
        <w:rPr>
          <w:rFonts w:ascii="Arial" w:hAnsi="Arial"/>
          <w:sz w:val="22"/>
        </w:rPr>
        <w:t>young leave a beautiful corpse. (Daisy) Yeah. Like, narratively. (Daisy) Yeah.</w:t>
      </w:r>
    </w:p>
    <w:p>
      <w:pPr>
        <w:spacing w:after="0"/>
      </w:pPr>
    </w:p>
    <w:p>
      <w:pPr>
        <w:spacing w:after="0"/>
      </w:pPr>
      <w:r>
        <w:rPr>
          <w:rFonts w:ascii="Arial" w:hAnsi="Arial"/>
          <w:b/>
          <w:sz w:val="22"/>
        </w:rPr>
        <w:t xml:space="preserve">Lucy  </w:t>
      </w:r>
      <w:r>
        <w:rPr>
          <w:rFonts w:ascii="Arial" w:hAnsi="Arial"/>
          <w:color w:val="5D7284"/>
          <w:sz w:val="22"/>
        </w:rPr>
        <w:t>1:13:56</w:t>
      </w:r>
    </w:p>
    <w:p>
      <w:pPr>
        <w:spacing w:after="0"/>
      </w:pPr>
      <w:r>
        <w:rPr>
          <w:rFonts w:ascii="Arial" w:hAnsi="Arial"/>
          <w:sz w:val="22"/>
        </w:rPr>
        <w:t>So she thought she was dying, wrote her autobiography and then lived for another 20 odd years.</w:t>
      </w:r>
    </w:p>
    <w:p>
      <w:pPr>
        <w:spacing w:after="0"/>
      </w:pPr>
    </w:p>
    <w:p>
      <w:pPr>
        <w:spacing w:after="0"/>
      </w:pPr>
      <w:r>
        <w:rPr>
          <w:rFonts w:ascii="Arial" w:hAnsi="Arial"/>
          <w:b/>
          <w:sz w:val="22"/>
        </w:rPr>
        <w:t xml:space="preserve">Daisy  </w:t>
      </w:r>
      <w:r>
        <w:rPr>
          <w:rFonts w:ascii="Arial" w:hAnsi="Arial"/>
          <w:color w:val="5D7284"/>
          <w:sz w:val="22"/>
        </w:rPr>
        <w:t>1:14:01</w:t>
      </w:r>
    </w:p>
    <w:p>
      <w:pPr>
        <w:spacing w:after="0"/>
      </w:pPr>
      <w:r>
        <w:rPr>
          <w:rFonts w:ascii="Arial" w:hAnsi="Arial"/>
          <w:sz w:val="22"/>
        </w:rPr>
        <w:t>Yeah. Yeah. (Lucy) Wow! I mean! Yeah, I mean, she wrote, I certainly feel no dislike or dread of it, nor do I find my pleasant daily life at all overshadowed by the certainty that it is near its end, which is nice, I guess.</w:t>
      </w:r>
    </w:p>
    <w:p>
      <w:pPr>
        <w:spacing w:after="0"/>
      </w:pPr>
    </w:p>
    <w:p>
      <w:pPr>
        <w:spacing w:after="0"/>
      </w:pPr>
      <w:r>
        <w:rPr>
          <w:rFonts w:ascii="Arial" w:hAnsi="Arial"/>
          <w:b/>
          <w:sz w:val="22"/>
        </w:rPr>
        <w:t xml:space="preserve">Alice  </w:t>
      </w:r>
      <w:r>
        <w:rPr>
          <w:rFonts w:ascii="Arial" w:hAnsi="Arial"/>
          <w:color w:val="5D7284"/>
          <w:sz w:val="22"/>
        </w:rPr>
        <w:t>1:14:16</w:t>
      </w:r>
    </w:p>
    <w:p>
      <w:pPr>
        <w:spacing w:after="0"/>
      </w:pPr>
      <w:r>
        <w:rPr>
          <w:rFonts w:ascii="Arial" w:hAnsi="Arial"/>
          <w:sz w:val="22"/>
        </w:rPr>
        <w:t>(laughs) 21 years from now. Yeah.</w:t>
      </w:r>
    </w:p>
    <w:p>
      <w:pPr>
        <w:spacing w:after="0"/>
      </w:pPr>
    </w:p>
    <w:p>
      <w:pPr>
        <w:spacing w:after="0"/>
      </w:pPr>
      <w:r>
        <w:rPr>
          <w:rFonts w:ascii="Arial" w:hAnsi="Arial"/>
          <w:b/>
          <w:sz w:val="22"/>
        </w:rPr>
        <w:t xml:space="preserve">Daisy  </w:t>
      </w:r>
      <w:r>
        <w:rPr>
          <w:rFonts w:ascii="Arial" w:hAnsi="Arial"/>
          <w:color w:val="5D7284"/>
          <w:sz w:val="22"/>
        </w:rPr>
        <w:t>1:14:19</w:t>
      </w:r>
    </w:p>
    <w:p>
      <w:pPr>
        <w:spacing w:after="0"/>
      </w:pPr>
      <w:r>
        <w:rPr>
          <w:rFonts w:ascii="Arial" w:hAnsi="Arial"/>
          <w:sz w:val="22"/>
        </w:rPr>
        <w:t>She retired in 1869. So that's what 14 years after she fell ill again, but she, you know, carried on writing. And did a lot of a lot of her writing was sort of campaigning against various things. So she's specifically campaigning against the contagious diseases act. So this was a law that allowed women who were suspected of being prostitutes to be detained and forcibly examined and tested for venereal and sexually transmitted diseases and then forcibly treated for them to try and reduce the amount of venereal disease within the armed forces. I would argue there is an easier way of doing that. (Lucy laughs) Yes. And it does not involve forcibly detaining women.</w:t>
      </w:r>
    </w:p>
    <w:p>
      <w:pPr>
        <w:spacing w:after="0"/>
      </w:pPr>
    </w:p>
    <w:p>
      <w:pPr>
        <w:spacing w:after="0"/>
      </w:pPr>
      <w:r>
        <w:rPr>
          <w:rFonts w:ascii="Arial" w:hAnsi="Arial"/>
          <w:b/>
          <w:sz w:val="22"/>
        </w:rPr>
        <w:t xml:space="preserve">Alice  </w:t>
      </w:r>
      <w:r>
        <w:rPr>
          <w:rFonts w:ascii="Arial" w:hAnsi="Arial"/>
          <w:color w:val="5D7284"/>
          <w:sz w:val="22"/>
        </w:rPr>
        <w:t>1:15:14</w:t>
      </w:r>
    </w:p>
    <w:p>
      <w:pPr>
        <w:spacing w:after="0"/>
      </w:pPr>
      <w:r>
        <w:rPr>
          <w:rFonts w:ascii="Arial" w:hAnsi="Arial"/>
          <w:sz w:val="22"/>
        </w:rPr>
        <w:t>Yeah. when one feels the perhaps a conversation with members of the armed forces might have been a cheaper and more effective...</w:t>
      </w:r>
    </w:p>
    <w:p>
      <w:pPr>
        <w:spacing w:after="0"/>
      </w:pPr>
    </w:p>
    <w:p>
      <w:pPr>
        <w:spacing w:after="0"/>
      </w:pPr>
      <w:r>
        <w:rPr>
          <w:rFonts w:ascii="Arial" w:hAnsi="Arial"/>
          <w:b/>
          <w:sz w:val="22"/>
        </w:rPr>
        <w:t xml:space="preserve">Lucy  </w:t>
      </w:r>
      <w:r>
        <w:rPr>
          <w:rFonts w:ascii="Arial" w:hAnsi="Arial"/>
          <w:color w:val="5D7284"/>
          <w:sz w:val="22"/>
        </w:rPr>
        <w:t>1:15:23</w:t>
      </w:r>
    </w:p>
    <w:p>
      <w:pPr>
        <w:spacing w:after="0"/>
      </w:pPr>
      <w:r>
        <w:rPr>
          <w:rFonts w:ascii="Arial" w:hAnsi="Arial"/>
          <w:sz w:val="22"/>
        </w:rPr>
        <w:t>Set some boundaries in place. With the armed forces.</w:t>
      </w:r>
    </w:p>
    <w:p>
      <w:pPr>
        <w:spacing w:after="0"/>
      </w:pPr>
    </w:p>
    <w:p>
      <w:pPr>
        <w:spacing w:after="0"/>
      </w:pPr>
      <w:r>
        <w:rPr>
          <w:rFonts w:ascii="Arial" w:hAnsi="Arial"/>
          <w:b/>
          <w:sz w:val="22"/>
        </w:rPr>
        <w:t xml:space="preserve">Daisy  </w:t>
      </w:r>
      <w:r>
        <w:rPr>
          <w:rFonts w:ascii="Arial" w:hAnsi="Arial"/>
          <w:color w:val="5D7284"/>
          <w:sz w:val="22"/>
        </w:rPr>
        <w:t>1:15:26</w:t>
      </w:r>
    </w:p>
    <w:p>
      <w:pPr>
        <w:spacing w:after="0"/>
      </w:pPr>
      <w:r>
        <w:rPr>
          <w:rFonts w:ascii="Arial" w:hAnsi="Arial"/>
          <w:sz w:val="22"/>
        </w:rPr>
        <w:t>Yeah. given that their whole sort of thing is supposed to be obeying orders.</w:t>
      </w:r>
    </w:p>
    <w:p>
      <w:pPr>
        <w:spacing w:after="0"/>
      </w:pPr>
    </w:p>
    <w:p>
      <w:pPr>
        <w:spacing w:after="0"/>
      </w:pPr>
      <w:r>
        <w:rPr>
          <w:rFonts w:ascii="Arial" w:hAnsi="Arial"/>
          <w:b/>
          <w:sz w:val="22"/>
        </w:rPr>
        <w:t xml:space="preserve">Lucy  </w:t>
      </w:r>
      <w:r>
        <w:rPr>
          <w:rFonts w:ascii="Arial" w:hAnsi="Arial"/>
          <w:color w:val="5D7284"/>
          <w:sz w:val="22"/>
        </w:rPr>
        <w:t>1:15:30</w:t>
      </w:r>
    </w:p>
    <w:p>
      <w:pPr>
        <w:spacing w:after="0"/>
      </w:pPr>
      <w:r>
        <w:rPr>
          <w:rFonts w:ascii="Arial" w:hAnsi="Arial"/>
          <w:sz w:val="22"/>
        </w:rPr>
        <w:t>Yeah. (Alice) Yeah. Exactly.</w:t>
      </w:r>
    </w:p>
    <w:p>
      <w:pPr>
        <w:spacing w:after="0"/>
      </w:pPr>
    </w:p>
    <w:p>
      <w:pPr>
        <w:spacing w:after="0"/>
      </w:pPr>
      <w:r>
        <w:rPr>
          <w:rFonts w:ascii="Arial" w:hAnsi="Arial"/>
          <w:b/>
          <w:sz w:val="22"/>
        </w:rPr>
        <w:t xml:space="preserve">Daisy  </w:t>
      </w:r>
      <w:r>
        <w:rPr>
          <w:rFonts w:ascii="Arial" w:hAnsi="Arial"/>
          <w:color w:val="5D7284"/>
          <w:sz w:val="22"/>
        </w:rPr>
        <w:t>1:15:34</w:t>
      </w:r>
    </w:p>
    <w:p>
      <w:pPr>
        <w:spacing w:after="0"/>
      </w:pPr>
      <w:r>
        <w:rPr>
          <w:rFonts w:ascii="Arial" w:hAnsi="Arial"/>
          <w:sz w:val="22"/>
        </w:rPr>
        <w:t>You know, I don't know a lot about the army. But I feel like that's a big vibe.</w:t>
      </w:r>
    </w:p>
    <w:p>
      <w:pPr>
        <w:spacing w:after="0"/>
      </w:pPr>
    </w:p>
    <w:p>
      <w:pPr>
        <w:spacing w:after="0"/>
      </w:pPr>
      <w:r>
        <w:rPr>
          <w:rFonts w:ascii="Arial" w:hAnsi="Arial"/>
          <w:b/>
          <w:sz w:val="22"/>
        </w:rPr>
        <w:t xml:space="preserve">Alice  </w:t>
      </w:r>
      <w:r>
        <w:rPr>
          <w:rFonts w:ascii="Arial" w:hAnsi="Arial"/>
          <w:color w:val="5D7284"/>
          <w:sz w:val="22"/>
        </w:rPr>
        <w:t>1:15:39</w:t>
      </w:r>
    </w:p>
    <w:p>
      <w:pPr>
        <w:spacing w:after="0"/>
      </w:pPr>
      <w:r>
        <w:rPr>
          <w:rFonts w:ascii="Arial" w:hAnsi="Arial"/>
          <w:sz w:val="22"/>
        </w:rPr>
        <w:t>How about we don't use sex workers for a while? (Lucy) Yeah. And see what happens to all the syphilis.</w:t>
      </w:r>
    </w:p>
    <w:p>
      <w:pPr>
        <w:spacing w:after="0"/>
      </w:pPr>
    </w:p>
    <w:p>
      <w:pPr>
        <w:spacing w:after="0"/>
      </w:pPr>
      <w:r>
        <w:rPr>
          <w:rFonts w:ascii="Arial" w:hAnsi="Arial"/>
          <w:b/>
          <w:sz w:val="22"/>
        </w:rPr>
        <w:t xml:space="preserve">Lucy  </w:t>
      </w:r>
      <w:r>
        <w:rPr>
          <w:rFonts w:ascii="Arial" w:hAnsi="Arial"/>
          <w:color w:val="5D7284"/>
          <w:sz w:val="22"/>
        </w:rPr>
        <w:t>1:15:44</w:t>
      </w:r>
    </w:p>
    <w:p>
      <w:pPr>
        <w:spacing w:after="0"/>
      </w:pPr>
      <w:r>
        <w:rPr>
          <w:rFonts w:ascii="Arial" w:hAnsi="Arial"/>
          <w:sz w:val="22"/>
        </w:rPr>
        <w:t>Just because we're feeling a little bit randy when we get home and we were like.</w:t>
      </w:r>
    </w:p>
    <w:p>
      <w:pPr>
        <w:spacing w:after="0"/>
      </w:pPr>
    </w:p>
    <w:p>
      <w:pPr>
        <w:spacing w:after="0"/>
      </w:pPr>
      <w:r>
        <w:rPr>
          <w:rFonts w:ascii="Arial" w:hAnsi="Arial"/>
          <w:b/>
          <w:sz w:val="22"/>
        </w:rPr>
        <w:t xml:space="preserve">Daisy  </w:t>
      </w:r>
      <w:r>
        <w:rPr>
          <w:rFonts w:ascii="Arial" w:hAnsi="Arial"/>
          <w:color w:val="5D7284"/>
          <w:sz w:val="22"/>
        </w:rPr>
        <w:t>1:15:50</w:t>
      </w:r>
    </w:p>
    <w:p>
      <w:pPr>
        <w:spacing w:after="0"/>
      </w:pPr>
      <w:r>
        <w:rPr>
          <w:rFonts w:ascii="Arial" w:hAnsi="Arial"/>
          <w:sz w:val="22"/>
        </w:rPr>
        <w:t>Yeah, it's like, Have you considered your wife?</w:t>
      </w:r>
    </w:p>
    <w:p>
      <w:pPr>
        <w:spacing w:after="0"/>
      </w:pPr>
    </w:p>
    <w:p>
      <w:pPr>
        <w:spacing w:after="0"/>
      </w:pPr>
      <w:r>
        <w:rPr>
          <w:rFonts w:ascii="Arial" w:hAnsi="Arial"/>
          <w:b/>
          <w:sz w:val="22"/>
        </w:rPr>
        <w:t xml:space="preserve">Lucy  </w:t>
      </w:r>
      <w:r>
        <w:rPr>
          <w:rFonts w:ascii="Arial" w:hAnsi="Arial"/>
          <w:color w:val="5D7284"/>
          <w:sz w:val="22"/>
        </w:rPr>
        <w:t>1:15:52</w:t>
      </w:r>
    </w:p>
    <w:p>
      <w:pPr>
        <w:spacing w:after="0"/>
      </w:pPr>
      <w:r>
        <w:rPr>
          <w:rFonts w:ascii="Arial" w:hAnsi="Arial"/>
          <w:sz w:val="22"/>
        </w:rPr>
        <w:t>Yes. (Alice) Yes. Your family are at home.</w:t>
      </w:r>
    </w:p>
    <w:p>
      <w:pPr>
        <w:spacing w:after="0"/>
      </w:pPr>
    </w:p>
    <w:p>
      <w:pPr>
        <w:spacing w:after="0"/>
      </w:pPr>
      <w:r>
        <w:rPr>
          <w:rFonts w:ascii="Arial" w:hAnsi="Arial"/>
          <w:b/>
          <w:sz w:val="22"/>
        </w:rPr>
        <w:t xml:space="preserve">Daisy  </w:t>
      </w:r>
      <w:r>
        <w:rPr>
          <w:rFonts w:ascii="Arial" w:hAnsi="Arial"/>
          <w:color w:val="5D7284"/>
          <w:sz w:val="22"/>
        </w:rPr>
        <w:t>1:15:57</w:t>
      </w:r>
    </w:p>
    <w:p>
      <w:pPr>
        <w:spacing w:after="0"/>
      </w:pPr>
      <w:r>
        <w:rPr>
          <w:rFonts w:ascii="Arial" w:hAnsi="Arial"/>
          <w:sz w:val="22"/>
        </w:rPr>
        <w:t>You could always have sex with your wife.(laughs) (Lucy laughs)What about that for a suggestion?</w:t>
      </w:r>
    </w:p>
    <w:p>
      <w:pPr>
        <w:spacing w:after="0"/>
      </w:pPr>
    </w:p>
    <w:p>
      <w:pPr>
        <w:spacing w:after="0"/>
      </w:pPr>
      <w:r>
        <w:rPr>
          <w:rFonts w:ascii="Arial" w:hAnsi="Arial"/>
          <w:b/>
          <w:sz w:val="22"/>
        </w:rPr>
        <w:t xml:space="preserve">Lucy  </w:t>
      </w:r>
      <w:r>
        <w:rPr>
          <w:rFonts w:ascii="Arial" w:hAnsi="Arial"/>
          <w:color w:val="5D7284"/>
          <w:sz w:val="22"/>
        </w:rPr>
        <w:t>1:16:02</w:t>
      </w:r>
    </w:p>
    <w:p>
      <w:pPr>
        <w:spacing w:after="0"/>
      </w:pPr>
      <w:r>
        <w:rPr>
          <w:rFonts w:ascii="Arial" w:hAnsi="Arial"/>
          <w:sz w:val="22"/>
        </w:rPr>
        <w:t>Yeah maybe, maybe try that.</w:t>
      </w:r>
    </w:p>
    <w:p>
      <w:pPr>
        <w:spacing w:after="0"/>
      </w:pPr>
    </w:p>
    <w:p>
      <w:pPr>
        <w:spacing w:after="0"/>
      </w:pPr>
      <w:r>
        <w:rPr>
          <w:rFonts w:ascii="Arial" w:hAnsi="Arial"/>
          <w:b/>
          <w:sz w:val="22"/>
        </w:rPr>
        <w:t xml:space="preserve">Daisy  </w:t>
      </w:r>
      <w:r>
        <w:rPr>
          <w:rFonts w:ascii="Arial" w:hAnsi="Arial"/>
          <w:color w:val="5D7284"/>
          <w:sz w:val="22"/>
        </w:rPr>
        <w:t>1:16:04</w:t>
      </w:r>
    </w:p>
    <w:p>
      <w:pPr>
        <w:spacing w:after="0"/>
      </w:pPr>
      <w:r>
        <w:rPr>
          <w:rFonts w:ascii="Arial" w:hAnsi="Arial"/>
          <w:sz w:val="22"/>
        </w:rPr>
        <w:t>So yeah, so she helped form the National Association for the repeal of the contagious diseases Act, which is good and snappy.(Lucy) Catchy. Yeah, she disapproved of any laws really that only apply to women? (Lucy) Yeah. You know, fair enough. (Lucy) Fair. Yeah. So she eventually. Sorry that sounds like I was waiting for it. But eventually died in 1876. An autopsy later revealed that the ovarian cyst that she'd had, that had supposedly been cured by the mesmerism had, in fact, continued growing. And had never gone away. And that her ill health since you know, she became ill again in 1855. had been caused by that. But yeah, so you know, it's kind of like, oh, mesmerism was it, but she went 10 years without any symptoms. (Lucy) Anything. Maybe. Quality of life wise, it clearly worked in some way.</w:t>
      </w:r>
    </w:p>
    <w:p>
      <w:pPr>
        <w:spacing w:after="0"/>
      </w:pPr>
    </w:p>
    <w:p>
      <w:pPr>
        <w:spacing w:after="0"/>
      </w:pPr>
      <w:r>
        <w:rPr>
          <w:rFonts w:ascii="Arial" w:hAnsi="Arial"/>
          <w:b/>
          <w:sz w:val="22"/>
        </w:rPr>
        <w:t xml:space="preserve">Lucy  </w:t>
      </w:r>
      <w:r>
        <w:rPr>
          <w:rFonts w:ascii="Arial" w:hAnsi="Arial"/>
          <w:color w:val="5D7284"/>
          <w:sz w:val="22"/>
        </w:rPr>
        <w:t>1:17:12</w:t>
      </w:r>
    </w:p>
    <w:p>
      <w:pPr>
        <w:spacing w:after="0"/>
      </w:pPr>
      <w:r>
        <w:rPr>
          <w:rFonts w:ascii="Arial" w:hAnsi="Arial"/>
          <w:sz w:val="22"/>
        </w:rPr>
        <w:t xml:space="preserve"> Yeah. It's weird, isn't it?</w:t>
      </w:r>
    </w:p>
    <w:p>
      <w:pPr>
        <w:spacing w:after="0"/>
      </w:pPr>
    </w:p>
    <w:p>
      <w:pPr>
        <w:spacing w:after="0"/>
      </w:pPr>
      <w:r>
        <w:rPr>
          <w:rFonts w:ascii="Arial" w:hAnsi="Arial"/>
          <w:b/>
          <w:sz w:val="22"/>
        </w:rPr>
        <w:t xml:space="preserve">Alice  </w:t>
      </w:r>
      <w:r>
        <w:rPr>
          <w:rFonts w:ascii="Arial" w:hAnsi="Arial"/>
          <w:color w:val="5D7284"/>
          <w:sz w:val="22"/>
        </w:rPr>
        <w:t>1:17:15</w:t>
      </w:r>
    </w:p>
    <w:p>
      <w:pPr>
        <w:spacing w:after="0"/>
      </w:pPr>
      <w:r>
        <w:rPr>
          <w:rFonts w:ascii="Arial" w:hAnsi="Arial"/>
          <w:sz w:val="22"/>
        </w:rPr>
        <w:t>I told you my mother in law quit smoking through hypnotism? (Lucy) Yeah. Like after 30 years or something cos she's, yeah, you know, stop smoking. So it apparently it works for some people. I, I think that you have to think it will work for it to work. (Daisy) Yeah.</w:t>
      </w:r>
    </w:p>
    <w:p>
      <w:pPr>
        <w:spacing w:after="0"/>
      </w:pPr>
    </w:p>
    <w:p>
      <w:pPr>
        <w:spacing w:after="0"/>
      </w:pPr>
      <w:r>
        <w:rPr>
          <w:rFonts w:ascii="Arial" w:hAnsi="Arial"/>
          <w:b/>
          <w:sz w:val="22"/>
        </w:rPr>
        <w:t xml:space="preserve">Lucy  </w:t>
      </w:r>
      <w:r>
        <w:rPr>
          <w:rFonts w:ascii="Arial" w:hAnsi="Arial"/>
          <w:color w:val="5D7284"/>
          <w:sz w:val="22"/>
        </w:rPr>
        <w:t>1:17:32</w:t>
      </w:r>
    </w:p>
    <w:p>
      <w:pPr>
        <w:spacing w:after="0"/>
      </w:pPr>
      <w:r>
        <w:rPr>
          <w:rFonts w:ascii="Arial" w:hAnsi="Arial"/>
          <w:sz w:val="22"/>
        </w:rPr>
        <w:t>Yeah. I think if you go in with. (Alice) Otherwise I don't think it would work. If you go in with any level of doubt in your mind. It's like, No, this is not gonna work. (Alice) Yeah. Well, maybe it helped change your mindset, maybe? I don't know. maybe I feel a bit more confident, healthy? (Alice) Manage her</w:t>
      </w:r>
    </w:p>
    <w:p>
      <w:pPr>
        <w:spacing w:after="0"/>
      </w:pPr>
    </w:p>
    <w:p>
      <w:pPr>
        <w:spacing w:after="0"/>
      </w:pPr>
      <w:r>
        <w:rPr>
          <w:rFonts w:ascii="Arial" w:hAnsi="Arial"/>
          <w:b/>
          <w:sz w:val="22"/>
        </w:rPr>
        <w:t xml:space="preserve">Alice  </w:t>
      </w:r>
      <w:r>
        <w:rPr>
          <w:rFonts w:ascii="Arial" w:hAnsi="Arial"/>
          <w:color w:val="5D7284"/>
          <w:sz w:val="22"/>
        </w:rPr>
        <w:t>1:17:48</w:t>
      </w:r>
    </w:p>
    <w:p>
      <w:pPr>
        <w:spacing w:after="0"/>
      </w:pPr>
      <w:r>
        <w:rPr>
          <w:rFonts w:ascii="Arial" w:hAnsi="Arial"/>
          <w:sz w:val="22"/>
        </w:rPr>
        <w:t>pain, maybe? (Lucy) Yeah, maybe. You just don't know. Also, they didn't know what was going on internally, like, you know, if, if the cyst had damaged a nerve, and so she wasn't getting any pain anymore, because the sensation was gone. You just don't know. (Lucy) no. That's interesting. (Lucy) Thank you Daisy.</w:t>
      </w:r>
    </w:p>
    <w:p>
      <w:pPr>
        <w:spacing w:after="0"/>
      </w:pPr>
    </w:p>
    <w:p>
      <w:pPr>
        <w:spacing w:after="0"/>
      </w:pPr>
      <w:r>
        <w:rPr>
          <w:rFonts w:ascii="Arial" w:hAnsi="Arial"/>
          <w:b/>
          <w:sz w:val="22"/>
        </w:rPr>
        <w:t xml:space="preserve">Daisy  </w:t>
      </w:r>
      <w:r>
        <w:rPr>
          <w:rFonts w:ascii="Arial" w:hAnsi="Arial"/>
          <w:color w:val="5D7284"/>
          <w:sz w:val="22"/>
        </w:rPr>
        <w:t>1:18:14</w:t>
      </w:r>
    </w:p>
    <w:p>
      <w:pPr>
        <w:spacing w:after="0"/>
      </w:pPr>
      <w:r>
        <w:rPr>
          <w:rFonts w:ascii="Arial" w:hAnsi="Arial"/>
          <w:sz w:val="22"/>
        </w:rPr>
        <w:t>So yeah, she's remembered as the first female sociologist, as well as the first person to, you know, attempt to make the ideas of social justice kind of accessible to the masses.</w:t>
      </w:r>
    </w:p>
    <w:p>
      <w:pPr>
        <w:spacing w:after="0"/>
      </w:pPr>
    </w:p>
    <w:p>
      <w:pPr>
        <w:spacing w:after="0"/>
      </w:pPr>
      <w:r>
        <w:rPr>
          <w:rFonts w:ascii="Arial" w:hAnsi="Arial"/>
          <w:b/>
          <w:sz w:val="22"/>
        </w:rPr>
        <w:t xml:space="preserve">Alice  </w:t>
      </w:r>
      <w:r>
        <w:rPr>
          <w:rFonts w:ascii="Arial" w:hAnsi="Arial"/>
          <w:color w:val="5D7284"/>
          <w:sz w:val="22"/>
        </w:rPr>
        <w:t>1:18:27</w:t>
      </w:r>
    </w:p>
    <w:p>
      <w:pPr>
        <w:spacing w:after="0"/>
      </w:pPr>
      <w:r>
        <w:rPr>
          <w:rFonts w:ascii="Arial" w:hAnsi="Arial"/>
          <w:sz w:val="22"/>
        </w:rPr>
        <w:t>You said that she wrote about the social model. (Daisy) Yes. Before we understood what the social model was. (Daisy) Yes, she did.</w:t>
      </w:r>
    </w:p>
    <w:p>
      <w:pPr>
        <w:spacing w:after="0"/>
      </w:pPr>
    </w:p>
    <w:p>
      <w:pPr>
        <w:spacing w:after="0"/>
      </w:pPr>
      <w:r>
        <w:rPr>
          <w:rFonts w:ascii="Arial" w:hAnsi="Arial"/>
          <w:b/>
          <w:sz w:val="22"/>
        </w:rPr>
        <w:t xml:space="preserve">Daisy  </w:t>
      </w:r>
      <w:r>
        <w:rPr>
          <w:rFonts w:ascii="Arial" w:hAnsi="Arial"/>
          <w:color w:val="5D7284"/>
          <w:sz w:val="22"/>
        </w:rPr>
        <w:t>1:18:35</w:t>
      </w:r>
    </w:p>
    <w:p>
      <w:pPr>
        <w:spacing w:after="0"/>
      </w:pPr>
      <w:r>
        <w:rPr>
          <w:rFonts w:ascii="Arial" w:hAnsi="Arial"/>
          <w:sz w:val="22"/>
        </w:rPr>
        <w:t>Where did I write it? In her autobiography, she. (Alice) Okay. She said that we suffer as meat with an abundance of compassion for our provations. But the provaton is judging by my own experience, a very inferior evil, to the fatigue imposed by the obstruction. (Lucy) Yeah. So in other words, people are sympathetic about our physical deprivation, but that physical deprivation is much less of a problem than the exhaustion caused by all of the barriers. (Lucy) Amazing. Essentially. (Alice) Yeah</w:t>
      </w:r>
    </w:p>
    <w:p>
      <w:pPr>
        <w:spacing w:after="0"/>
      </w:pPr>
    </w:p>
    <w:p>
      <w:pPr>
        <w:spacing w:after="0"/>
      </w:pPr>
      <w:r>
        <w:rPr>
          <w:rFonts w:ascii="Arial" w:hAnsi="Arial"/>
          <w:b/>
          <w:sz w:val="22"/>
        </w:rPr>
        <w:t xml:space="preserve">Alice  </w:t>
      </w:r>
      <w:r>
        <w:rPr>
          <w:rFonts w:ascii="Arial" w:hAnsi="Arial"/>
          <w:color w:val="5D7284"/>
          <w:sz w:val="22"/>
        </w:rPr>
        <w:t>1:19:13</w:t>
      </w:r>
    </w:p>
    <w:p>
      <w:pPr>
        <w:spacing w:after="0"/>
      </w:pPr>
      <w:r>
        <w:rPr>
          <w:rFonts w:ascii="Arial" w:hAnsi="Arial"/>
          <w:sz w:val="22"/>
        </w:rPr>
        <w:t>No I like that, that's quite...</w:t>
      </w:r>
    </w:p>
    <w:p>
      <w:pPr>
        <w:spacing w:after="0"/>
      </w:pPr>
    </w:p>
    <w:p>
      <w:pPr>
        <w:spacing w:after="0"/>
      </w:pPr>
      <w:r>
        <w:rPr>
          <w:rFonts w:ascii="Arial" w:hAnsi="Arial"/>
          <w:b/>
          <w:sz w:val="22"/>
        </w:rPr>
        <w:t xml:space="preserve">Lucy  </w:t>
      </w:r>
      <w:r>
        <w:rPr>
          <w:rFonts w:ascii="Arial" w:hAnsi="Arial"/>
          <w:color w:val="5D7284"/>
          <w:sz w:val="22"/>
        </w:rPr>
        <w:t>1:19:18</w:t>
      </w:r>
    </w:p>
    <w:p>
      <w:pPr>
        <w:spacing w:after="0"/>
      </w:pPr>
      <w:r>
        <w:rPr>
          <w:rFonts w:ascii="Arial" w:hAnsi="Arial"/>
          <w:sz w:val="22"/>
        </w:rPr>
        <w:t xml:space="preserve"> That's another quote for the wall. (laughs)</w:t>
      </w:r>
    </w:p>
    <w:p>
      <w:pPr>
        <w:spacing w:after="0"/>
      </w:pPr>
    </w:p>
    <w:p>
      <w:pPr>
        <w:spacing w:after="0"/>
      </w:pPr>
      <w:r>
        <w:rPr>
          <w:rFonts w:ascii="Arial" w:hAnsi="Arial"/>
          <w:b/>
          <w:sz w:val="22"/>
        </w:rPr>
        <w:t xml:space="preserve">Daisy  </w:t>
      </w:r>
      <w:r>
        <w:rPr>
          <w:rFonts w:ascii="Arial" w:hAnsi="Arial"/>
          <w:color w:val="5D7284"/>
          <w:sz w:val="22"/>
        </w:rPr>
        <w:t>1:19:21</w:t>
      </w:r>
    </w:p>
    <w:p>
      <w:pPr>
        <w:spacing w:after="0"/>
      </w:pPr>
      <w:r>
        <w:rPr>
          <w:rFonts w:ascii="Arial" w:hAnsi="Arial"/>
          <w:sz w:val="22"/>
        </w:rPr>
        <w:t>Yeah, it's really interesting. you know, there's, it's this idea that, you know, the social model is like a really modern...(Lucy) Concept. Yeah, concept and understanding of disability but it's kind of know, it's always kind of existed, just not necessarily, under that name.</w:t>
      </w:r>
    </w:p>
    <w:p>
      <w:pPr>
        <w:spacing w:after="0"/>
      </w:pPr>
    </w:p>
    <w:p>
      <w:pPr>
        <w:spacing w:after="0"/>
      </w:pPr>
      <w:r>
        <w:rPr>
          <w:rFonts w:ascii="Arial" w:hAnsi="Arial"/>
          <w:b/>
          <w:sz w:val="22"/>
        </w:rPr>
        <w:t xml:space="preserve">Lucy  </w:t>
      </w:r>
      <w:r>
        <w:rPr>
          <w:rFonts w:ascii="Arial" w:hAnsi="Arial"/>
          <w:color w:val="5D7284"/>
          <w:sz w:val="22"/>
        </w:rPr>
        <w:t>1:19:41</w:t>
      </w:r>
    </w:p>
    <w:p>
      <w:pPr>
        <w:spacing w:after="0"/>
      </w:pPr>
      <w:r>
        <w:rPr>
          <w:rFonts w:ascii="Arial" w:hAnsi="Arial"/>
          <w:sz w:val="22"/>
        </w:rPr>
        <w:t>Yeah, nobody really shouted about it have they?</w:t>
      </w:r>
    </w:p>
    <w:p>
      <w:pPr>
        <w:spacing w:after="0"/>
      </w:pPr>
    </w:p>
    <w:p>
      <w:pPr>
        <w:spacing w:after="0"/>
      </w:pPr>
      <w:r>
        <w:rPr>
          <w:rFonts w:ascii="Arial" w:hAnsi="Arial"/>
          <w:b/>
          <w:sz w:val="22"/>
        </w:rPr>
        <w:t xml:space="preserve">Alice  </w:t>
      </w:r>
      <w:r>
        <w:rPr>
          <w:rFonts w:ascii="Arial" w:hAnsi="Arial"/>
          <w:color w:val="5D7284"/>
          <w:sz w:val="22"/>
        </w:rPr>
        <w:t>1:19:44</w:t>
      </w:r>
    </w:p>
    <w:p>
      <w:pPr>
        <w:spacing w:after="0"/>
      </w:pPr>
      <w:r>
        <w:rPr>
          <w:rFonts w:ascii="Arial" w:hAnsi="Arial"/>
          <w:sz w:val="22"/>
        </w:rPr>
        <w:t>I suspect that it's considered a modern concept because a bunch of non disabled people started listening and talking about it and using it. (Daisy) Yeah. Whereas I imagine if you ask disabled people 500 years ago, they'd have gone "Oh, yeah, no, I'd be much better if some fucker hadn't have put stairs there.</w:t>
      </w:r>
    </w:p>
    <w:p>
      <w:pPr>
        <w:spacing w:after="0"/>
      </w:pPr>
    </w:p>
    <w:p>
      <w:pPr>
        <w:spacing w:after="0"/>
      </w:pPr>
      <w:r>
        <w:rPr>
          <w:rFonts w:ascii="Arial" w:hAnsi="Arial"/>
          <w:b/>
          <w:sz w:val="22"/>
        </w:rPr>
        <w:t xml:space="preserve">Lucy  </w:t>
      </w:r>
      <w:r>
        <w:rPr>
          <w:rFonts w:ascii="Arial" w:hAnsi="Arial"/>
          <w:color w:val="5D7284"/>
          <w:sz w:val="22"/>
        </w:rPr>
        <w:t>1:20:01</w:t>
      </w:r>
    </w:p>
    <w:p>
      <w:pPr>
        <w:spacing w:after="0"/>
      </w:pPr>
      <w:r>
        <w:rPr>
          <w:rFonts w:ascii="Arial" w:hAnsi="Arial"/>
          <w:sz w:val="22"/>
        </w:rPr>
        <w:t>Oh pea shingle. (laughs)</w:t>
      </w:r>
    </w:p>
    <w:p>
      <w:pPr>
        <w:spacing w:after="0"/>
      </w:pPr>
    </w:p>
    <w:p>
      <w:pPr>
        <w:spacing w:after="0"/>
      </w:pPr>
      <w:r>
        <w:rPr>
          <w:rFonts w:ascii="Arial" w:hAnsi="Arial"/>
          <w:b/>
          <w:sz w:val="22"/>
        </w:rPr>
        <w:t xml:space="preserve">Daisy  </w:t>
      </w:r>
      <w:r>
        <w:rPr>
          <w:rFonts w:ascii="Arial" w:hAnsi="Arial"/>
          <w:color w:val="5D7284"/>
          <w:sz w:val="22"/>
        </w:rPr>
        <w:t>1:20:05</w:t>
      </w:r>
    </w:p>
    <w:p>
      <w:pPr>
        <w:spacing w:after="0"/>
      </w:pPr>
      <w:r>
        <w:rPr>
          <w:rFonts w:ascii="Arial" w:hAnsi="Arial"/>
          <w:sz w:val="22"/>
        </w:rPr>
        <w:t>Yeah. So she said of her improvement of mesmerism something which I think is still quite relatable. She has said, "I could quote several medical men who reason to that as my disease was an incurable one. I could not possibly be radically better, but on seeing all the things that she could do, you know, after that, and then the doctor said I'd never even been ill."</w:t>
      </w:r>
    </w:p>
    <w:p>
      <w:pPr>
        <w:spacing w:after="0"/>
      </w:pPr>
    </w:p>
    <w:p>
      <w:pPr>
        <w:spacing w:after="0"/>
      </w:pPr>
      <w:r>
        <w:rPr>
          <w:rFonts w:ascii="Arial" w:hAnsi="Arial"/>
          <w:b/>
          <w:sz w:val="22"/>
        </w:rPr>
        <w:t xml:space="preserve">Alice  </w:t>
      </w:r>
      <w:r>
        <w:rPr>
          <w:rFonts w:ascii="Arial" w:hAnsi="Arial"/>
          <w:color w:val="5D7284"/>
          <w:sz w:val="22"/>
        </w:rPr>
        <w:t>1:20:30</w:t>
      </w:r>
    </w:p>
    <w:p>
      <w:pPr>
        <w:spacing w:after="0"/>
      </w:pPr>
      <w:r>
        <w:rPr>
          <w:rFonts w:ascii="Arial" w:hAnsi="Arial"/>
          <w:sz w:val="22"/>
        </w:rPr>
        <w:t>I suspect that probably resonates with quite a lot of the chronically ill community.</w:t>
      </w:r>
    </w:p>
    <w:p>
      <w:pPr>
        <w:spacing w:after="0"/>
      </w:pPr>
    </w:p>
    <w:p>
      <w:pPr>
        <w:spacing w:after="0"/>
      </w:pPr>
      <w:r>
        <w:rPr>
          <w:rFonts w:ascii="Arial" w:hAnsi="Arial"/>
          <w:b/>
          <w:sz w:val="22"/>
        </w:rPr>
        <w:t xml:space="preserve">Lucy  </w:t>
      </w:r>
      <w:r>
        <w:rPr>
          <w:rFonts w:ascii="Arial" w:hAnsi="Arial"/>
          <w:color w:val="5D7284"/>
          <w:sz w:val="22"/>
        </w:rPr>
        <w:t>1:20:34</w:t>
      </w:r>
    </w:p>
    <w:p>
      <w:pPr>
        <w:spacing w:after="0"/>
      </w:pPr>
      <w:r>
        <w:rPr>
          <w:rFonts w:ascii="Arial" w:hAnsi="Arial"/>
          <w:sz w:val="22"/>
        </w:rPr>
        <w:t xml:space="preserve"> Yeah, I can imagine. Yeah.</w:t>
      </w:r>
    </w:p>
    <w:p>
      <w:pPr>
        <w:spacing w:after="0"/>
      </w:pPr>
    </w:p>
    <w:p>
      <w:pPr>
        <w:spacing w:after="0"/>
      </w:pPr>
      <w:r>
        <w:rPr>
          <w:rFonts w:ascii="Arial" w:hAnsi="Arial"/>
          <w:b/>
          <w:sz w:val="22"/>
        </w:rPr>
        <w:t xml:space="preserve">Alice  </w:t>
      </w:r>
      <w:r>
        <w:rPr>
          <w:rFonts w:ascii="Arial" w:hAnsi="Arial"/>
          <w:color w:val="5D7284"/>
          <w:sz w:val="22"/>
        </w:rPr>
        <w:t>1:20:37</w:t>
      </w:r>
    </w:p>
    <w:p>
      <w:pPr>
        <w:spacing w:after="0"/>
      </w:pPr>
      <w:r>
        <w:rPr>
          <w:rFonts w:ascii="Arial" w:hAnsi="Arial"/>
          <w:sz w:val="22"/>
        </w:rPr>
        <w:t>Like every other tweet, I see thats deemed no end in sight void. It's just like, my doctor says that I can't possibly have this symptom. But I have this symptom.</w:t>
      </w:r>
    </w:p>
    <w:p>
      <w:pPr>
        <w:spacing w:after="0"/>
      </w:pPr>
    </w:p>
    <w:p>
      <w:pPr>
        <w:spacing w:after="0"/>
      </w:pPr>
      <w:r>
        <w:rPr>
          <w:rFonts w:ascii="Arial" w:hAnsi="Arial"/>
          <w:b/>
          <w:sz w:val="22"/>
        </w:rPr>
        <w:t xml:space="preserve">Daisy  </w:t>
      </w:r>
      <w:r>
        <w:rPr>
          <w:rFonts w:ascii="Arial" w:hAnsi="Arial"/>
          <w:color w:val="5D7284"/>
          <w:sz w:val="22"/>
        </w:rPr>
        <w:t>1:20:47</w:t>
      </w:r>
    </w:p>
    <w:p>
      <w:pPr>
        <w:spacing w:after="0"/>
      </w:pPr>
      <w:r>
        <w:rPr>
          <w:rFonts w:ascii="Arial" w:hAnsi="Arial"/>
          <w:sz w:val="22"/>
        </w:rPr>
        <w:t xml:space="preserve">Yeah (laughs) </w:t>
      </w:r>
    </w:p>
    <w:p>
      <w:pPr>
        <w:spacing w:after="0"/>
      </w:pPr>
    </w:p>
    <w:p>
      <w:pPr>
        <w:spacing w:after="0"/>
      </w:pPr>
      <w:r>
        <w:rPr>
          <w:rFonts w:ascii="Arial" w:hAnsi="Arial"/>
          <w:b/>
          <w:sz w:val="22"/>
        </w:rPr>
        <w:t xml:space="preserve">Lucy  </w:t>
      </w:r>
      <w:r>
        <w:rPr>
          <w:rFonts w:ascii="Arial" w:hAnsi="Arial"/>
          <w:color w:val="5D7284"/>
          <w:sz w:val="22"/>
        </w:rPr>
        <w:t>1:20:49</w:t>
      </w:r>
    </w:p>
    <w:p>
      <w:pPr>
        <w:spacing w:after="0"/>
      </w:pPr>
      <w:r>
        <w:rPr>
          <w:rFonts w:ascii="Arial" w:hAnsi="Arial"/>
          <w:sz w:val="22"/>
        </w:rPr>
        <w:t>What you can walk but you need a wheelchair. But you're not disabled then your not chronically ill. No, no, your making it up it's in your head. (Dasiy) Yeah. It's</w:t>
      </w:r>
    </w:p>
    <w:p>
      <w:pPr>
        <w:spacing w:after="0"/>
      </w:pPr>
    </w:p>
    <w:p>
      <w:pPr>
        <w:spacing w:after="0"/>
      </w:pPr>
      <w:r>
        <w:rPr>
          <w:rFonts w:ascii="Arial" w:hAnsi="Arial"/>
          <w:b/>
          <w:sz w:val="22"/>
        </w:rPr>
        <w:t xml:space="preserve">Daisy  </w:t>
      </w:r>
      <w:r>
        <w:rPr>
          <w:rFonts w:ascii="Arial" w:hAnsi="Arial"/>
          <w:color w:val="5D7284"/>
          <w:sz w:val="22"/>
        </w:rPr>
        <w:t>1:20:57</w:t>
      </w:r>
    </w:p>
    <w:p>
      <w:pPr>
        <w:spacing w:after="0"/>
      </w:pPr>
      <w:r>
        <w:rPr>
          <w:rFonts w:ascii="Arial" w:hAnsi="Arial"/>
          <w:sz w:val="22"/>
        </w:rPr>
        <w:t>like, you can't possibly be feeling that. It's like, okay, I don't know what to tell you. because, (Lucy) Yeah,</w:t>
      </w:r>
    </w:p>
    <w:p>
      <w:pPr>
        <w:spacing w:after="0"/>
      </w:pPr>
    </w:p>
    <w:p>
      <w:pPr>
        <w:spacing w:after="0"/>
      </w:pPr>
      <w:r>
        <w:rPr>
          <w:rFonts w:ascii="Arial" w:hAnsi="Arial"/>
          <w:b/>
          <w:sz w:val="22"/>
        </w:rPr>
        <w:t xml:space="preserve">Lucy  </w:t>
      </w:r>
      <w:r>
        <w:rPr>
          <w:rFonts w:ascii="Arial" w:hAnsi="Arial"/>
          <w:color w:val="5D7284"/>
          <w:sz w:val="22"/>
        </w:rPr>
        <w:t>1:21:01</w:t>
      </w:r>
    </w:p>
    <w:p>
      <w:pPr>
        <w:spacing w:after="0"/>
      </w:pPr>
      <w:r>
        <w:rPr>
          <w:rFonts w:ascii="Arial" w:hAnsi="Arial"/>
          <w:sz w:val="22"/>
        </w:rPr>
        <w:t>because I am feeling it.</w:t>
      </w:r>
    </w:p>
    <w:p>
      <w:pPr>
        <w:spacing w:after="0"/>
      </w:pPr>
    </w:p>
    <w:p>
      <w:pPr>
        <w:spacing w:after="0"/>
      </w:pPr>
      <w:r>
        <w:rPr>
          <w:rFonts w:ascii="Arial" w:hAnsi="Arial"/>
          <w:b/>
          <w:sz w:val="22"/>
        </w:rPr>
        <w:t xml:space="preserve">Alice  </w:t>
      </w:r>
      <w:r>
        <w:rPr>
          <w:rFonts w:ascii="Arial" w:hAnsi="Arial"/>
          <w:color w:val="5D7284"/>
          <w:sz w:val="22"/>
        </w:rPr>
        <w:t>1:21:05</w:t>
      </w:r>
    </w:p>
    <w:p>
      <w:pPr>
        <w:spacing w:after="0"/>
      </w:pPr>
      <w:r>
        <w:rPr>
          <w:rFonts w:ascii="Arial" w:hAnsi="Arial"/>
          <w:sz w:val="22"/>
        </w:rPr>
        <w:t>It is. The closest I've ever had to it was a conversation with a doctor who told me that the flashing lights I see are not a physiological phenomenon. They are. They are psychiatric, she actually described them as, and I was like,</w:t>
      </w:r>
    </w:p>
    <w:p>
      <w:pPr>
        <w:spacing w:after="0"/>
      </w:pPr>
    </w:p>
    <w:p>
      <w:pPr>
        <w:spacing w:after="0"/>
      </w:pPr>
      <w:r>
        <w:rPr>
          <w:rFonts w:ascii="Arial" w:hAnsi="Arial"/>
          <w:b/>
          <w:sz w:val="22"/>
        </w:rPr>
        <w:t xml:space="preserve">Lucy  </w:t>
      </w:r>
      <w:r>
        <w:rPr>
          <w:rFonts w:ascii="Arial" w:hAnsi="Arial"/>
          <w:color w:val="5D7284"/>
          <w:sz w:val="22"/>
        </w:rPr>
        <w:t>1:21:24</w:t>
      </w:r>
    </w:p>
    <w:p>
      <w:pPr>
        <w:spacing w:after="0"/>
      </w:pPr>
      <w:r>
        <w:rPr>
          <w:rFonts w:ascii="Arial" w:hAnsi="Arial"/>
          <w:sz w:val="22"/>
        </w:rPr>
        <w:t>So your brain, your brain is thinking as a flashing light there, and your eyes are seeing them? Is that what she said basically?</w:t>
      </w:r>
    </w:p>
    <w:p>
      <w:pPr>
        <w:spacing w:after="0"/>
      </w:pPr>
    </w:p>
    <w:p>
      <w:pPr>
        <w:spacing w:after="0"/>
      </w:pPr>
      <w:r>
        <w:rPr>
          <w:rFonts w:ascii="Arial" w:hAnsi="Arial"/>
          <w:b/>
          <w:sz w:val="22"/>
        </w:rPr>
        <w:t xml:space="preserve">Alice  </w:t>
      </w:r>
      <w:r>
        <w:rPr>
          <w:rFonts w:ascii="Arial" w:hAnsi="Arial"/>
          <w:color w:val="5D7284"/>
          <w:sz w:val="22"/>
        </w:rPr>
        <w:t>1:21:30</w:t>
      </w:r>
    </w:p>
    <w:p>
      <w:pPr>
        <w:spacing w:after="0"/>
      </w:pPr>
      <w:r>
        <w:rPr>
          <w:rFonts w:ascii="Arial" w:hAnsi="Arial"/>
          <w:sz w:val="22"/>
        </w:rPr>
        <w:t>That's, that's what she is suggesting. And I experienced them at times of stress. And I'm like, but it's a phenomenon that is experienced across the board for people with my condition, and I don't, but I can't see when they are there. (Lucy) Yeah. So it's yeah, it's baffling.</w:t>
      </w:r>
    </w:p>
    <w:p>
      <w:pPr>
        <w:spacing w:after="0"/>
      </w:pPr>
    </w:p>
    <w:p>
      <w:pPr>
        <w:spacing w:after="0"/>
      </w:pPr>
      <w:r>
        <w:rPr>
          <w:rFonts w:ascii="Arial" w:hAnsi="Arial"/>
          <w:b/>
          <w:sz w:val="22"/>
        </w:rPr>
        <w:t xml:space="preserve">Lucy  </w:t>
      </w:r>
      <w:r>
        <w:rPr>
          <w:rFonts w:ascii="Arial" w:hAnsi="Arial"/>
          <w:color w:val="5D7284"/>
          <w:sz w:val="22"/>
        </w:rPr>
        <w:t>1:21:55</w:t>
      </w:r>
    </w:p>
    <w:p>
      <w:pPr>
        <w:spacing w:after="0"/>
      </w:pPr>
      <w:r>
        <w:rPr>
          <w:rFonts w:ascii="Arial" w:hAnsi="Arial"/>
          <w:sz w:val="22"/>
        </w:rPr>
        <w:t>I think sometimes things just go... that is exactly what I was gonna say Daisy, doctors don't know. And they can't find out. So they go, Well, you know, no.</w:t>
      </w:r>
    </w:p>
    <w:p>
      <w:pPr>
        <w:spacing w:after="0"/>
      </w:pPr>
    </w:p>
    <w:p>
      <w:pPr>
        <w:spacing w:after="0"/>
      </w:pPr>
      <w:r>
        <w:rPr>
          <w:rFonts w:ascii="Arial" w:hAnsi="Arial"/>
          <w:b/>
          <w:sz w:val="22"/>
        </w:rPr>
        <w:t xml:space="preserve">Daisy  </w:t>
      </w:r>
      <w:r>
        <w:rPr>
          <w:rFonts w:ascii="Arial" w:hAnsi="Arial"/>
          <w:color w:val="5D7284"/>
          <w:sz w:val="22"/>
        </w:rPr>
        <w:t>1:22:12</w:t>
      </w:r>
    </w:p>
    <w:p>
      <w:pPr>
        <w:spacing w:after="0"/>
      </w:pPr>
      <w:r>
        <w:rPr>
          <w:rFonts w:ascii="Arial" w:hAnsi="Arial"/>
          <w:sz w:val="22"/>
        </w:rPr>
        <w:t>The mental gymnastics that you have, that they would have to do in order to try telling all of these people that these things don't exist. (Alice &amp; Lucy) Yeah. And then of course, you know, people don't go back to them again, once the things haven't disappeared on their own, because why would they? And they go see, that was proof.</w:t>
      </w:r>
    </w:p>
    <w:p>
      <w:pPr>
        <w:spacing w:after="0"/>
      </w:pPr>
    </w:p>
    <w:p>
      <w:pPr>
        <w:spacing w:after="0"/>
      </w:pPr>
      <w:r>
        <w:rPr>
          <w:rFonts w:ascii="Arial" w:hAnsi="Arial"/>
          <w:b/>
          <w:sz w:val="22"/>
        </w:rPr>
        <w:t xml:space="preserve">Lucy  </w:t>
      </w:r>
      <w:r>
        <w:rPr>
          <w:rFonts w:ascii="Arial" w:hAnsi="Arial"/>
          <w:color w:val="5D7284"/>
          <w:sz w:val="22"/>
        </w:rPr>
        <w:t>1:22:27</w:t>
      </w:r>
    </w:p>
    <w:p>
      <w:pPr>
        <w:spacing w:after="0"/>
      </w:pPr>
      <w:r>
        <w:rPr>
          <w:rFonts w:ascii="Arial" w:hAnsi="Arial"/>
          <w:sz w:val="22"/>
        </w:rPr>
        <w:t>Yeah. (Alice) Yeah. I told you.</w:t>
      </w:r>
    </w:p>
    <w:p>
      <w:pPr>
        <w:spacing w:after="0"/>
      </w:pPr>
    </w:p>
    <w:p>
      <w:pPr>
        <w:spacing w:after="0"/>
      </w:pPr>
      <w:r>
        <w:rPr>
          <w:rFonts w:ascii="Arial" w:hAnsi="Arial"/>
          <w:b/>
          <w:sz w:val="22"/>
        </w:rPr>
        <w:t xml:space="preserve">Alice  </w:t>
      </w:r>
      <w:r>
        <w:rPr>
          <w:rFonts w:ascii="Arial" w:hAnsi="Arial"/>
          <w:color w:val="5D7284"/>
          <w:sz w:val="22"/>
        </w:rPr>
        <w:t>1:22:30</w:t>
      </w:r>
    </w:p>
    <w:p>
      <w:pPr>
        <w:spacing w:after="0"/>
      </w:pPr>
      <w:r>
        <w:rPr>
          <w:rFonts w:ascii="Arial" w:hAnsi="Arial"/>
          <w:sz w:val="22"/>
        </w:rPr>
        <w:t>I'm not going to keep going back to a doctor who...(Daisy) No. Basically says, I don't believe what you're telling me about your eyes. It's all in your head. (Daisy) Yeah.</w:t>
      </w:r>
    </w:p>
    <w:p>
      <w:pPr>
        <w:spacing w:after="0"/>
      </w:pPr>
    </w:p>
    <w:p>
      <w:pPr>
        <w:spacing w:after="0"/>
      </w:pPr>
      <w:r>
        <w:rPr>
          <w:rFonts w:ascii="Arial" w:hAnsi="Arial"/>
          <w:b/>
          <w:sz w:val="22"/>
        </w:rPr>
        <w:t xml:space="preserve">Lucy  </w:t>
      </w:r>
      <w:r>
        <w:rPr>
          <w:rFonts w:ascii="Arial" w:hAnsi="Arial"/>
          <w:color w:val="5D7284"/>
          <w:sz w:val="22"/>
        </w:rPr>
        <w:t>1:22:37</w:t>
      </w:r>
    </w:p>
    <w:p>
      <w:pPr>
        <w:spacing w:after="0"/>
      </w:pPr>
      <w:r>
        <w:rPr>
          <w:rFonts w:ascii="Arial" w:hAnsi="Arial"/>
          <w:sz w:val="22"/>
        </w:rPr>
        <w:t>No, I'm very lucky that I have never experienced it. And I think if I, if I did, I would just go I would just lose it. I really want I don't think I would have the patience to sit there and go, Okay, I'm gonna find a new doctor that I would shout with that doctor kickoff, and then tell everybody else about it kickoff. you know,</w:t>
      </w:r>
    </w:p>
    <w:p>
      <w:pPr>
        <w:spacing w:after="0"/>
      </w:pPr>
    </w:p>
    <w:p>
      <w:pPr>
        <w:spacing w:after="0"/>
      </w:pPr>
      <w:r>
        <w:rPr>
          <w:rFonts w:ascii="Arial" w:hAnsi="Arial"/>
          <w:b/>
          <w:sz w:val="22"/>
        </w:rPr>
        <w:t xml:space="preserve">Alice  </w:t>
      </w:r>
      <w:r>
        <w:rPr>
          <w:rFonts w:ascii="Arial" w:hAnsi="Arial"/>
          <w:color w:val="5D7284"/>
          <w:sz w:val="22"/>
        </w:rPr>
        <w:t>1:22:57</w:t>
      </w:r>
    </w:p>
    <w:p>
      <w:pPr>
        <w:spacing w:after="0"/>
      </w:pPr>
      <w:r>
        <w:rPr>
          <w:rFonts w:ascii="Arial" w:hAnsi="Arial"/>
          <w:sz w:val="22"/>
        </w:rPr>
        <w:t>I think from my personal experience, when that happens to me, the thing about it, or that kind of medical gaslighting is it took me by surprise, and it was delivered in such a calm, reasonable fashion. (Lucy) Yeah. That it wasn't until I sat there afterwards. And went that really doesn't feel right. (Lucy) No it's not right. And so, you know, I think I could, I could have gone back and kicked off but I think that's part of the reason people doctors get away with it so often is because the way that we're trained to think about doctors and speak to doctors and stuff like that, is my mum told me recently about my mum went into the middle of the night when I was away at uni, went into hospital with heart palpitations. And, and the consultant came in to see her and says you've got indigestion. And my mother was like, I'm a 50 year old. I think I know what fucking indigestion is (Lucy) Yeah. And it was only because I think she'd been sitting in hospital overnight before she'd seen the consultant. The consultant hadn't actually had a conversation with her and the palpitations had subsided, that she had the space in her brain at the time to go, you're wrong. How on earth could this be indigestion?</w:t>
      </w:r>
    </w:p>
    <w:p>
      <w:pPr>
        <w:spacing w:after="0"/>
      </w:pPr>
    </w:p>
    <w:p>
      <w:pPr>
        <w:spacing w:after="0"/>
      </w:pPr>
      <w:r>
        <w:rPr>
          <w:rFonts w:ascii="Arial" w:hAnsi="Arial"/>
          <w:b/>
          <w:sz w:val="22"/>
        </w:rPr>
        <w:t xml:space="preserve">Lucy  </w:t>
      </w:r>
      <w:r>
        <w:rPr>
          <w:rFonts w:ascii="Arial" w:hAnsi="Arial"/>
          <w:color w:val="5D7284"/>
          <w:sz w:val="22"/>
        </w:rPr>
        <w:t>1:24:24</w:t>
      </w:r>
    </w:p>
    <w:p>
      <w:pPr>
        <w:spacing w:after="0"/>
      </w:pPr>
      <w:r>
        <w:rPr>
          <w:rFonts w:ascii="Arial" w:hAnsi="Arial"/>
          <w:sz w:val="22"/>
        </w:rPr>
        <w:t>Don't give me a rennie I want proper medical attention. (Alice) Yeah. But I think that's like everything. So like when I have experienced and it's always in a hospital. It's always in a place where you should feel safe. people have said things to me that is outrageous.</w:t>
      </w:r>
    </w:p>
    <w:p>
      <w:pPr>
        <w:spacing w:after="0"/>
      </w:pPr>
    </w:p>
    <w:p>
      <w:pPr>
        <w:spacing w:after="0"/>
      </w:pPr>
      <w:r>
        <w:rPr>
          <w:rFonts w:ascii="Arial" w:hAnsi="Arial"/>
          <w:b/>
          <w:sz w:val="22"/>
        </w:rPr>
        <w:t xml:space="preserve">Alice  </w:t>
      </w:r>
      <w:r>
        <w:rPr>
          <w:rFonts w:ascii="Arial" w:hAnsi="Arial"/>
          <w:color w:val="5D7284"/>
          <w:sz w:val="22"/>
        </w:rPr>
        <w:t>1:24:41</w:t>
      </w:r>
    </w:p>
    <w:p>
      <w:pPr>
        <w:spacing w:after="0"/>
      </w:pPr>
      <w:r>
        <w:rPr>
          <w:rFonts w:ascii="Arial" w:hAnsi="Arial"/>
          <w:sz w:val="22"/>
        </w:rPr>
        <w:t xml:space="preserve"> Like the story that you told me about that healthcare assistant.</w:t>
      </w:r>
    </w:p>
    <w:p>
      <w:pPr>
        <w:spacing w:after="0"/>
      </w:pPr>
    </w:p>
    <w:p>
      <w:pPr>
        <w:spacing w:after="0"/>
      </w:pPr>
      <w:r>
        <w:rPr>
          <w:rFonts w:ascii="Arial" w:hAnsi="Arial"/>
          <w:b/>
          <w:sz w:val="22"/>
        </w:rPr>
        <w:t xml:space="preserve">Lucy  </w:t>
      </w:r>
      <w:r>
        <w:rPr>
          <w:rFonts w:ascii="Arial" w:hAnsi="Arial"/>
          <w:color w:val="5D7284"/>
          <w:sz w:val="22"/>
        </w:rPr>
        <w:t>1:24:44</w:t>
      </w:r>
    </w:p>
    <w:p>
      <w:pPr>
        <w:spacing w:after="0"/>
      </w:pPr>
      <w:r>
        <w:rPr>
          <w:rFonts w:ascii="Arial" w:hAnsi="Arial"/>
          <w:sz w:val="22"/>
        </w:rPr>
        <w:t>Yeah. Who said "can you walk walk at all?" And when I went? No, she went not not. "Not even a bit." I went No. She went, "Oh, if I were like, if I was like that I'd kill myself." and I was like, Thank you. Thank you so much. And then Like I told people afterwards and they were like, you should report that I was like, do you know how much energy that takes to go? I'm gonna complain about this. it shouldn't be.</w:t>
      </w:r>
    </w:p>
    <w:p>
      <w:pPr>
        <w:spacing w:after="0"/>
      </w:pPr>
    </w:p>
    <w:p>
      <w:pPr>
        <w:spacing w:after="0"/>
      </w:pPr>
      <w:r>
        <w:rPr>
          <w:rFonts w:ascii="Arial" w:hAnsi="Arial"/>
          <w:b/>
          <w:sz w:val="22"/>
        </w:rPr>
        <w:t xml:space="preserve">Daisy  </w:t>
      </w:r>
      <w:r>
        <w:rPr>
          <w:rFonts w:ascii="Arial" w:hAnsi="Arial"/>
          <w:color w:val="5D7284"/>
          <w:sz w:val="22"/>
        </w:rPr>
        <w:t>1:25:09</w:t>
      </w:r>
    </w:p>
    <w:p>
      <w:pPr>
        <w:spacing w:after="0"/>
      </w:pPr>
      <w:r>
        <w:rPr>
          <w:rFonts w:ascii="Arial" w:hAnsi="Arial"/>
          <w:sz w:val="22"/>
        </w:rPr>
        <w:t>Yeah. And the risk of being then labeled as a difficult patient. (Lucy) Exactly. Yeah.</w:t>
      </w:r>
    </w:p>
    <w:p>
      <w:pPr>
        <w:spacing w:after="0"/>
      </w:pPr>
    </w:p>
    <w:p>
      <w:pPr>
        <w:spacing w:after="0"/>
      </w:pPr>
      <w:r>
        <w:rPr>
          <w:rFonts w:ascii="Arial" w:hAnsi="Arial"/>
          <w:b/>
          <w:sz w:val="22"/>
        </w:rPr>
        <w:t xml:space="preserve">Alice  </w:t>
      </w:r>
      <w:r>
        <w:rPr>
          <w:rFonts w:ascii="Arial" w:hAnsi="Arial"/>
          <w:color w:val="5D7284"/>
          <w:sz w:val="22"/>
        </w:rPr>
        <w:t>1:25:14</w:t>
      </w:r>
    </w:p>
    <w:p>
      <w:pPr>
        <w:spacing w:after="0"/>
      </w:pPr>
      <w:r>
        <w:rPr>
          <w:rFonts w:ascii="Arial" w:hAnsi="Arial"/>
          <w:sz w:val="22"/>
        </w:rPr>
        <w:t>And you're so taken aback when it happens as well that you don't, you don't go. Howdare... do you have any idea or even, you know, how do you reasonably respond to that? (Lucy) You don't do you. Yeah, exactly. So, and you're in a hospital. So what you do is, you sort of go hmm...</w:t>
      </w:r>
    </w:p>
    <w:p>
      <w:pPr>
        <w:spacing w:after="0"/>
      </w:pPr>
    </w:p>
    <w:p>
      <w:pPr>
        <w:spacing w:after="0"/>
      </w:pPr>
      <w:r>
        <w:rPr>
          <w:rFonts w:ascii="Arial" w:hAnsi="Arial"/>
          <w:b/>
          <w:sz w:val="22"/>
        </w:rPr>
        <w:t xml:space="preserve">Lucy  </w:t>
      </w:r>
      <w:r>
        <w:rPr>
          <w:rFonts w:ascii="Arial" w:hAnsi="Arial"/>
          <w:color w:val="5D7284"/>
          <w:sz w:val="22"/>
        </w:rPr>
        <w:t>1:25:33</w:t>
      </w:r>
    </w:p>
    <w:p>
      <w:pPr>
        <w:spacing w:after="0"/>
      </w:pPr>
      <w:r>
        <w:rPr>
          <w:rFonts w:ascii="Arial" w:hAnsi="Arial"/>
          <w:sz w:val="22"/>
        </w:rPr>
        <w:t>Okay. Yeah, yeah. All I wanted was it was the blood test done so I can get out there and go home. I don't want to sit there arguing my existence with some healthcare assistant who really should stop being so nosey. Basically. I'm not going to sit there waste my time arguing with you. But yeah, it's just exhausting. isn't it? The whole the whole jumping through hoops thing? because you feel or you are told it's your responsibilities. It's exhausting. Anyway, on that note, cheery. (laughs) Thank you so much, Daisy. That's been really interesting episode. Alice, do you want to wrap this up because I always forget to say something.</w:t>
      </w:r>
    </w:p>
    <w:p>
      <w:pPr>
        <w:spacing w:after="0"/>
      </w:pPr>
    </w:p>
    <w:p>
      <w:pPr>
        <w:spacing w:after="0"/>
      </w:pPr>
      <w:r>
        <w:rPr>
          <w:rFonts w:ascii="Arial" w:hAnsi="Arial"/>
          <w:b/>
          <w:sz w:val="22"/>
        </w:rPr>
        <w:t xml:space="preserve">Alice  </w:t>
      </w:r>
      <w:r>
        <w:rPr>
          <w:rFonts w:ascii="Arial" w:hAnsi="Arial"/>
          <w:color w:val="5D7284"/>
          <w:sz w:val="22"/>
        </w:rPr>
        <w:t>1:26:23</w:t>
      </w:r>
    </w:p>
    <w:p>
      <w:pPr>
        <w:spacing w:after="0"/>
      </w:pPr>
      <w:r>
        <w:rPr>
          <w:rFonts w:ascii="Arial" w:hAnsi="Arial"/>
          <w:sz w:val="22"/>
        </w:rPr>
        <w:t>If you enjoyed the episode, you can leave us a review on Apple podcasts. And Lucy specifically told me that you have to leave a five star rating as well. So rate us five stars on Apple podcast and Spotify. (Lucy laughs) you can also leave a review on I think it's called good pod. (Lucy) Good pod yeah. You can also leave us a review on good pods. Please follow us on the internet. We're on at lABLEd Podcast on all of the social medias. And we'll see you next time. Bye bye. (Lucy) Buh Bye. Thanks for listening to the lABLEd Podcast. if you liked the show, you can rate review and subscribe and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1:27:10</w:t>
      </w:r>
    </w:p>
    <w:p>
      <w:pPr>
        <w:spacing w:after="0"/>
      </w:pPr>
      <w:r>
        <w:rPr>
          <w:rFonts w:ascii="Arial" w:hAnsi="Arial"/>
          <w:sz w:val="22"/>
        </w:rPr>
        <w:t>This episode was edited by Adam Hull, our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