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E46D61C" w14:textId="0719B0C0" w:rsidR="00930F33" w:rsidRDefault="00930F33">
      <w:pPr>
        <w:spacing w:after="0"/>
        <w:rPr>
          <w:lang w:eastAsia="zh-CN"/>
        </w:rPr>
      </w:pPr>
    </w:p>
    <w:p>
      <w:r>
        <w:rPr>
          <w:rFonts w:ascii="Arial" w:hAnsi="Arial"/>
          <w:sz w:val="48"/>
        </w:rPr>
        <w:t>lABLEd Episode 49 with Guest Host Dr. Paul Darke</w:t>
      </w:r>
    </w:p>
    <w:p>
      <w:r>
        <w:rPr>
          <w:rFonts w:ascii="Arial" w:hAnsi="Arial"/>
          <w:color w:val="4F6880"/>
          <w:sz w:val="22"/>
        </w:rPr>
        <w:t>Thu, Jun 01, 2023 8:22PM • 1:01:18</w:t>
      </w:r>
    </w:p>
    <w:p>
      <w:pPr>
        <w:spacing w:before="440" w:after="0"/>
      </w:pPr>
      <w:r>
        <w:rPr>
          <w:rFonts w:ascii="Arial" w:hAnsi="Arial"/>
          <w:b/>
          <w:color w:val="4F6880"/>
          <w:sz w:val="22"/>
        </w:rPr>
        <w:t>SUMMARY KEYWORDS</w:t>
      </w:r>
    </w:p>
    <w:p>
      <w:r>
        <w:rPr>
          <w:rFonts w:ascii="Arial" w:hAnsi="Arial"/>
          <w:color w:val="4F6880"/>
          <w:sz w:val="22"/>
        </w:rPr>
        <w:t>disabled, candidate, party, politics, wolverhampton, disability, win, equally, year, mp, wheelchair, good, vote, ward, election, stand, school, paul, local, people</w:t>
      </w:r>
    </w:p>
    <w:p>
      <w:pPr>
        <w:spacing w:before="440" w:after="0"/>
      </w:pPr>
      <w:r>
        <w:rPr>
          <w:rFonts w:ascii="Arial" w:hAnsi="Arial"/>
          <w:b/>
          <w:color w:val="4F6880"/>
          <w:sz w:val="22"/>
        </w:rPr>
        <w:t>SPEAKERS</w:t>
      </w:r>
    </w:p>
    <w:p>
      <w:r>
        <w:rPr>
          <w:rFonts w:ascii="Arial" w:hAnsi="Arial"/>
          <w:color w:val="4F6880"/>
          <w:sz w:val="22"/>
        </w:rPr>
        <w:t>Theme Tune, Alice, Dr. Paul Darke, Lucy</w:t>
      </w:r>
    </w:p>
    <w:p>
      <w:pPr>
        <w:spacing w:after="0"/>
      </w:pPr>
    </w:p>
    <w:p>
      <w:pPr>
        <w:spacing w:after="0"/>
      </w:pPr>
      <w:r>
        <w:rPr>
          <w:rFonts w:ascii="Arial" w:hAnsi="Arial"/>
          <w:b/>
          <w:sz w:val="22"/>
        </w:rPr>
        <w:t xml:space="preserve">Lucy  </w:t>
      </w:r>
      <w:r>
        <w:rPr>
          <w:rFonts w:ascii="Arial" w:hAnsi="Arial"/>
          <w:color w:val="5D7284"/>
          <w:sz w:val="22"/>
        </w:rPr>
        <w:t>00:00</w:t>
      </w:r>
    </w:p>
    <w:p>
      <w:pPr>
        <w:spacing w:after="0"/>
      </w:pPr>
      <w:r>
        <w:rPr>
          <w:rFonts w:ascii="Arial" w:hAnsi="Arial"/>
          <w:sz w:val="22"/>
        </w:rPr>
        <w:t xml:space="preserve">Welcome to the lABLEd Podcast, a show about disability, illness and difference. I'm Lucy. </w:t>
      </w:r>
    </w:p>
    <w:p>
      <w:pPr>
        <w:spacing w:after="0"/>
      </w:pPr>
    </w:p>
    <w:p>
      <w:pPr>
        <w:spacing w:after="0"/>
      </w:pPr>
      <w:r>
        <w:rPr>
          <w:rFonts w:ascii="Arial" w:hAnsi="Arial"/>
          <w:b/>
          <w:sz w:val="22"/>
        </w:rPr>
        <w:t xml:space="preserve">Alice  </w:t>
      </w:r>
      <w:r>
        <w:rPr>
          <w:rFonts w:ascii="Arial" w:hAnsi="Arial"/>
          <w:color w:val="5D7284"/>
          <w:sz w:val="22"/>
        </w:rPr>
        <w:t>00:07</w:t>
      </w:r>
    </w:p>
    <w:p>
      <w:pPr>
        <w:spacing w:after="0"/>
      </w:pPr>
      <w:r>
        <w:rPr>
          <w:rFonts w:ascii="Arial" w:hAnsi="Arial"/>
          <w:sz w:val="22"/>
        </w:rPr>
        <w:t>And I'm Alice... (Dog Barks) and that's Lola</w:t>
      </w:r>
    </w:p>
    <w:p>
      <w:pPr>
        <w:spacing w:after="0"/>
      </w:pPr>
    </w:p>
    <w:p>
      <w:pPr>
        <w:spacing w:after="0"/>
      </w:pPr>
      <w:r>
        <w:rPr>
          <w:rFonts w:ascii="Arial" w:hAnsi="Arial"/>
          <w:b/>
          <w:sz w:val="22"/>
        </w:rPr>
        <w:t xml:space="preserve">Theme Tune  </w:t>
      </w:r>
      <w:r>
        <w:rPr>
          <w:rFonts w:ascii="Arial" w:hAnsi="Arial"/>
          <w:color w:val="5D7284"/>
          <w:sz w:val="22"/>
        </w:rPr>
        <w:t>00:11</w:t>
      </w:r>
    </w:p>
    <w:p>
      <w:pPr>
        <w:spacing w:after="0"/>
      </w:pPr>
      <w:r>
        <w:rPr>
          <w:rFonts w:ascii="Arial" w:hAnsi="Arial"/>
          <w:sz w:val="22"/>
        </w:rPr>
        <w:t>We all live our lives differently, Kaledascope Identity, and this is who I'm meant to be, i'm just labeled me, I'm just labled me, I'm just labled me.</w:t>
      </w:r>
    </w:p>
    <w:p>
      <w:pPr>
        <w:spacing w:after="0"/>
      </w:pPr>
    </w:p>
    <w:p>
      <w:pPr>
        <w:spacing w:after="0"/>
      </w:pPr>
      <w:r>
        <w:rPr>
          <w:rFonts w:ascii="Arial" w:hAnsi="Arial"/>
          <w:b/>
          <w:sz w:val="22"/>
        </w:rPr>
        <w:t xml:space="preserve">Alice  </w:t>
      </w:r>
      <w:r>
        <w:rPr>
          <w:rFonts w:ascii="Arial" w:hAnsi="Arial"/>
          <w:color w:val="5D7284"/>
          <w:sz w:val="22"/>
        </w:rPr>
        <w:t>00:36</w:t>
      </w:r>
    </w:p>
    <w:p>
      <w:pPr>
        <w:spacing w:after="0"/>
      </w:pPr>
      <w:r>
        <w:rPr>
          <w:rFonts w:ascii="Arial" w:hAnsi="Arial"/>
          <w:sz w:val="22"/>
        </w:rPr>
        <w:t>Don't forget in this episode, I might swear, Lucy might cry. And you can check out details of the trigger warnings on our website.</w:t>
      </w:r>
    </w:p>
    <w:p>
      <w:pPr>
        <w:spacing w:after="0"/>
      </w:pPr>
    </w:p>
    <w:p>
      <w:pPr>
        <w:spacing w:after="0"/>
      </w:pPr>
      <w:r>
        <w:rPr>
          <w:rFonts w:ascii="Arial" w:hAnsi="Arial"/>
          <w:b/>
          <w:sz w:val="22"/>
        </w:rPr>
        <w:t xml:space="preserve">Lucy  </w:t>
      </w:r>
      <w:r>
        <w:rPr>
          <w:rFonts w:ascii="Arial" w:hAnsi="Arial"/>
          <w:color w:val="5D7284"/>
          <w:sz w:val="22"/>
        </w:rPr>
        <w:t>00:43</w:t>
      </w:r>
    </w:p>
    <w:p>
      <w:pPr>
        <w:spacing w:after="0"/>
      </w:pPr>
      <w:r>
        <w:rPr>
          <w:rFonts w:ascii="Arial" w:hAnsi="Arial"/>
          <w:sz w:val="22"/>
        </w:rPr>
        <w:t>Hello, everybody, and welcome to another edition of the lABLEd Podcast. Now this episode is slightly different to our normal format as Alice isn't here today. So I have got my co host, my very special co host for this episode, we've roped in our good friend, Paul Darke, who's going to talk to us today about what it's like to be. Well, I'll tell you what, Paul, why don't you tell everybody what we're going to be talking about today? Hello, by the way!</w:t>
      </w:r>
    </w:p>
    <w:p>
      <w:pPr>
        <w:spacing w:after="0"/>
      </w:pPr>
    </w:p>
    <w:p>
      <w:pPr>
        <w:spacing w:after="0"/>
      </w:pPr>
      <w:r>
        <w:rPr>
          <w:rFonts w:ascii="Arial" w:hAnsi="Arial"/>
          <w:b/>
          <w:sz w:val="22"/>
        </w:rPr>
        <w:t xml:space="preserve">Dr. Paul Darke  </w:t>
      </w:r>
      <w:r>
        <w:rPr>
          <w:rFonts w:ascii="Arial" w:hAnsi="Arial"/>
          <w:color w:val="5D7284"/>
          <w:sz w:val="22"/>
        </w:rPr>
        <w:t>01:13</w:t>
      </w:r>
    </w:p>
    <w:p>
      <w:pPr>
        <w:spacing w:after="0"/>
      </w:pPr>
      <w:r>
        <w:rPr>
          <w:rFonts w:ascii="Arial" w:hAnsi="Arial"/>
          <w:sz w:val="22"/>
        </w:rPr>
        <w:t xml:space="preserve">It's always a pleasure to be here with you, Lucy. So thanks for having me on again. </w:t>
      </w:r>
    </w:p>
    <w:p>
      <w:pPr>
        <w:spacing w:after="0"/>
      </w:pPr>
    </w:p>
    <w:p>
      <w:pPr>
        <w:spacing w:after="0"/>
      </w:pPr>
      <w:r>
        <w:rPr>
          <w:rFonts w:ascii="Arial" w:hAnsi="Arial"/>
          <w:b/>
          <w:sz w:val="22"/>
        </w:rPr>
        <w:t xml:space="preserve">Lucy  </w:t>
      </w:r>
      <w:r>
        <w:rPr>
          <w:rFonts w:ascii="Arial" w:hAnsi="Arial"/>
          <w:color w:val="5D7284"/>
          <w:sz w:val="22"/>
        </w:rPr>
        <w:t>01:17</w:t>
      </w:r>
    </w:p>
    <w:p>
      <w:pPr>
        <w:spacing w:after="0"/>
      </w:pPr>
      <w:r>
        <w:rPr>
          <w:rFonts w:ascii="Arial" w:hAnsi="Arial"/>
          <w:sz w:val="22"/>
        </w:rPr>
        <w:t>You're very welcome</w:t>
      </w:r>
    </w:p>
    <w:p>
      <w:pPr>
        <w:spacing w:after="0"/>
      </w:pPr>
    </w:p>
    <w:p>
      <w:pPr>
        <w:spacing w:after="0"/>
      </w:pPr>
      <w:r>
        <w:rPr>
          <w:rFonts w:ascii="Arial" w:hAnsi="Arial"/>
          <w:b/>
          <w:sz w:val="22"/>
        </w:rPr>
        <w:t xml:space="preserve">Dr. Paul Darke  </w:t>
      </w:r>
      <w:r>
        <w:rPr>
          <w:rFonts w:ascii="Arial" w:hAnsi="Arial"/>
          <w:color w:val="5D7284"/>
          <w:sz w:val="22"/>
        </w:rPr>
        <w:t>01:17</w:t>
      </w:r>
    </w:p>
    <w:p>
      <w:pPr>
        <w:spacing w:after="0"/>
      </w:pPr>
      <w:r>
        <w:rPr>
          <w:rFonts w:ascii="Arial" w:hAnsi="Arial"/>
          <w:sz w:val="22"/>
        </w:rPr>
        <w:t xml:space="preserve">I talk about you know, almost like the process of standing for election. So it's not about politics.  It's about kind of the practicalities of it and, and some of the rules because I think I think we need more disabled people as candidates. And equally I think all disabled people should be candidates in the local election. because you could stand as an independent, which means you're not in a political party, just to raise the profile of yourself of disability issues. And I think, you know, you don't have to campaign and the the other key thing about standing in local elections is it's free. </w:t>
      </w:r>
    </w:p>
    <w:p>
      <w:pPr>
        <w:spacing w:after="0"/>
      </w:pPr>
    </w:p>
    <w:p>
      <w:pPr>
        <w:spacing w:after="0"/>
      </w:pPr>
      <w:r>
        <w:rPr>
          <w:rFonts w:ascii="Arial" w:hAnsi="Arial"/>
          <w:b/>
          <w:sz w:val="22"/>
        </w:rPr>
        <w:t xml:space="preserve">Lucy  </w:t>
      </w:r>
      <w:r>
        <w:rPr>
          <w:rFonts w:ascii="Arial" w:hAnsi="Arial"/>
          <w:color w:val="5D7284"/>
          <w:sz w:val="22"/>
        </w:rPr>
        <w:t>01:23</w:t>
      </w:r>
    </w:p>
    <w:p>
      <w:pPr>
        <w:spacing w:after="0"/>
      </w:pPr>
      <w:r>
        <w:rPr>
          <w:rFonts w:ascii="Arial" w:hAnsi="Arial"/>
          <w:sz w:val="22"/>
        </w:rPr>
        <w:t xml:space="preserve">Yeah Ooh Ooh </w:t>
      </w:r>
    </w:p>
    <w:p>
      <w:pPr>
        <w:spacing w:after="0"/>
      </w:pPr>
    </w:p>
    <w:p>
      <w:pPr>
        <w:spacing w:after="0"/>
      </w:pPr>
      <w:r>
        <w:rPr>
          <w:rFonts w:ascii="Arial" w:hAnsi="Arial"/>
          <w:b/>
          <w:sz w:val="22"/>
        </w:rPr>
        <w:t xml:space="preserve">Dr. Paul Darke  </w:t>
      </w:r>
      <w:r>
        <w:rPr>
          <w:rFonts w:ascii="Arial" w:hAnsi="Arial"/>
          <w:color w:val="5D7284"/>
          <w:sz w:val="22"/>
        </w:rPr>
        <w:t>01:56</w:t>
      </w:r>
    </w:p>
    <w:p>
      <w:pPr>
        <w:spacing w:after="0"/>
      </w:pPr>
      <w:r>
        <w:rPr>
          <w:rFonts w:ascii="Arial" w:hAnsi="Arial"/>
          <w:sz w:val="22"/>
        </w:rPr>
        <w:t>If you stand in a general election</w:t>
      </w:r>
    </w:p>
    <w:p>
      <w:pPr>
        <w:spacing w:after="0"/>
      </w:pPr>
    </w:p>
    <w:p>
      <w:pPr>
        <w:spacing w:after="0"/>
      </w:pPr>
      <w:r>
        <w:rPr>
          <w:rFonts w:ascii="Arial" w:hAnsi="Arial"/>
          <w:b/>
          <w:sz w:val="22"/>
        </w:rPr>
        <w:t xml:space="preserve">Lucy  </w:t>
      </w:r>
      <w:r>
        <w:rPr>
          <w:rFonts w:ascii="Arial" w:hAnsi="Arial"/>
          <w:color w:val="5D7284"/>
          <w:sz w:val="22"/>
        </w:rPr>
        <w:t>01:59</w:t>
      </w:r>
    </w:p>
    <w:p>
      <w:pPr>
        <w:spacing w:after="0"/>
      </w:pPr>
      <w:r>
        <w:rPr>
          <w:rFonts w:ascii="Arial" w:hAnsi="Arial"/>
          <w:sz w:val="22"/>
        </w:rPr>
        <w:t>Der...der...der Yes</w:t>
      </w:r>
    </w:p>
    <w:p>
      <w:pPr>
        <w:spacing w:after="0"/>
      </w:pPr>
    </w:p>
    <w:p>
      <w:pPr>
        <w:spacing w:after="0"/>
      </w:pPr>
      <w:r>
        <w:rPr>
          <w:rFonts w:ascii="Arial" w:hAnsi="Arial"/>
          <w:b/>
          <w:sz w:val="22"/>
        </w:rPr>
        <w:t xml:space="preserve">Dr. Paul Darke  </w:t>
      </w:r>
      <w:r>
        <w:rPr>
          <w:rFonts w:ascii="Arial" w:hAnsi="Arial"/>
          <w:color w:val="5D7284"/>
          <w:sz w:val="22"/>
        </w:rPr>
        <w:t>01:59</w:t>
      </w:r>
    </w:p>
    <w:p>
      <w:pPr>
        <w:spacing w:after="0"/>
      </w:pPr>
      <w:r>
        <w:rPr>
          <w:rFonts w:ascii="Arial" w:hAnsi="Arial"/>
          <w:sz w:val="22"/>
        </w:rPr>
        <w:t xml:space="preserve">If you stand in a general election, and I will talk about that a little bit. </w:t>
      </w:r>
    </w:p>
    <w:p>
      <w:pPr>
        <w:spacing w:after="0"/>
      </w:pPr>
    </w:p>
    <w:p>
      <w:pPr>
        <w:spacing w:after="0"/>
      </w:pPr>
      <w:r>
        <w:rPr>
          <w:rFonts w:ascii="Arial" w:hAnsi="Arial"/>
          <w:b/>
          <w:sz w:val="22"/>
        </w:rPr>
        <w:t xml:space="preserve">Lucy  </w:t>
      </w:r>
      <w:r>
        <w:rPr>
          <w:rFonts w:ascii="Arial" w:hAnsi="Arial"/>
          <w:color w:val="5D7284"/>
          <w:sz w:val="22"/>
        </w:rPr>
        <w:t>02:02</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02:03</w:t>
      </w:r>
    </w:p>
    <w:p>
      <w:pPr>
        <w:spacing w:after="0"/>
      </w:pPr>
      <w:r>
        <w:rPr>
          <w:rFonts w:ascii="Arial" w:hAnsi="Arial"/>
          <w:sz w:val="22"/>
        </w:rPr>
        <w:t xml:space="preserve">That costs you £500, </w:t>
      </w:r>
    </w:p>
    <w:p>
      <w:pPr>
        <w:spacing w:after="0"/>
      </w:pPr>
    </w:p>
    <w:p>
      <w:pPr>
        <w:spacing w:after="0"/>
      </w:pPr>
      <w:r>
        <w:rPr>
          <w:rFonts w:ascii="Arial" w:hAnsi="Arial"/>
          <w:b/>
          <w:sz w:val="22"/>
        </w:rPr>
        <w:t xml:space="preserve">Lucy  </w:t>
      </w:r>
      <w:r>
        <w:rPr>
          <w:rFonts w:ascii="Arial" w:hAnsi="Arial"/>
          <w:color w:val="5D7284"/>
          <w:sz w:val="22"/>
        </w:rPr>
        <w:t>02:04</w:t>
      </w:r>
    </w:p>
    <w:p>
      <w:pPr>
        <w:spacing w:after="0"/>
      </w:pPr>
      <w:r>
        <w:rPr>
          <w:rFonts w:ascii="Arial" w:hAnsi="Arial"/>
          <w:sz w:val="22"/>
        </w:rPr>
        <w:t>Really?</w:t>
      </w:r>
    </w:p>
    <w:p>
      <w:pPr>
        <w:spacing w:after="0"/>
      </w:pPr>
    </w:p>
    <w:p>
      <w:pPr>
        <w:spacing w:after="0"/>
      </w:pPr>
      <w:r>
        <w:rPr>
          <w:rFonts w:ascii="Arial" w:hAnsi="Arial"/>
          <w:b/>
          <w:sz w:val="22"/>
        </w:rPr>
        <w:t xml:space="preserve">Dr. Paul Darke  </w:t>
      </w:r>
      <w:r>
        <w:rPr>
          <w:rFonts w:ascii="Arial" w:hAnsi="Arial"/>
          <w:color w:val="5D7284"/>
          <w:sz w:val="22"/>
        </w:rPr>
        <w:t>02:05</w:t>
      </w:r>
    </w:p>
    <w:p>
      <w:pPr>
        <w:spacing w:after="0"/>
      </w:pPr>
      <w:r>
        <w:rPr>
          <w:rFonts w:ascii="Arial" w:hAnsi="Arial"/>
          <w:sz w:val="22"/>
        </w:rPr>
        <w:t>It does, but you get that £500 back, if you get a certain percentage point of votes, which normally as an independent, if you're not in one of the main parties, you won't get that percentage</w:t>
      </w:r>
    </w:p>
    <w:p>
      <w:pPr>
        <w:spacing w:after="0"/>
      </w:pPr>
    </w:p>
    <w:p>
      <w:pPr>
        <w:spacing w:after="0"/>
      </w:pPr>
      <w:r>
        <w:rPr>
          <w:rFonts w:ascii="Arial" w:hAnsi="Arial"/>
          <w:b/>
          <w:sz w:val="22"/>
        </w:rPr>
        <w:t xml:space="preserve">Lucy  </w:t>
      </w:r>
      <w:r>
        <w:rPr>
          <w:rFonts w:ascii="Arial" w:hAnsi="Arial"/>
          <w:color w:val="5D7284"/>
          <w:sz w:val="22"/>
        </w:rPr>
        <w:t>02:20</w:t>
      </w:r>
    </w:p>
    <w:p>
      <w:pPr>
        <w:spacing w:after="0"/>
      </w:pPr>
      <w:r>
        <w:rPr>
          <w:rFonts w:ascii="Arial" w:hAnsi="Arial"/>
          <w:sz w:val="22"/>
        </w:rPr>
        <w:t>I never knew that</w:t>
      </w:r>
    </w:p>
    <w:p>
      <w:pPr>
        <w:spacing w:after="0"/>
      </w:pPr>
    </w:p>
    <w:p>
      <w:pPr>
        <w:spacing w:after="0"/>
      </w:pPr>
      <w:r>
        <w:rPr>
          <w:rFonts w:ascii="Arial" w:hAnsi="Arial"/>
          <w:b/>
          <w:sz w:val="22"/>
        </w:rPr>
        <w:t xml:space="preserve">Dr. Paul Darke  </w:t>
      </w:r>
      <w:r>
        <w:rPr>
          <w:rFonts w:ascii="Arial" w:hAnsi="Arial"/>
          <w:color w:val="5D7284"/>
          <w:sz w:val="22"/>
        </w:rPr>
        <w:t>02:20</w:t>
      </w:r>
    </w:p>
    <w:p>
      <w:pPr>
        <w:spacing w:after="0"/>
      </w:pPr>
      <w:r>
        <w:rPr>
          <w:rFonts w:ascii="Arial" w:hAnsi="Arial"/>
          <w:sz w:val="22"/>
        </w:rPr>
        <w:t>so you almost definitely lose that £500. So When you see,</w:t>
      </w:r>
    </w:p>
    <w:p>
      <w:pPr>
        <w:spacing w:after="0"/>
      </w:pPr>
    </w:p>
    <w:p>
      <w:pPr>
        <w:spacing w:after="0"/>
      </w:pPr>
      <w:r>
        <w:rPr>
          <w:rFonts w:ascii="Arial" w:hAnsi="Arial"/>
          <w:b/>
          <w:sz w:val="22"/>
        </w:rPr>
        <w:t xml:space="preserve">Lucy  </w:t>
      </w:r>
      <w:r>
        <w:rPr>
          <w:rFonts w:ascii="Arial" w:hAnsi="Arial"/>
          <w:color w:val="5D7284"/>
          <w:sz w:val="22"/>
        </w:rPr>
        <w:t>02:24</w:t>
      </w:r>
    </w:p>
    <w:p>
      <w:pPr>
        <w:spacing w:after="0"/>
      </w:pPr>
      <w:r>
        <w:rPr>
          <w:rFonts w:ascii="Arial" w:hAnsi="Arial"/>
          <w:sz w:val="22"/>
        </w:rPr>
        <w:t>I never knew that</w:t>
      </w:r>
    </w:p>
    <w:p>
      <w:pPr>
        <w:spacing w:after="0"/>
      </w:pPr>
    </w:p>
    <w:p>
      <w:pPr>
        <w:spacing w:after="0"/>
      </w:pPr>
      <w:r>
        <w:rPr>
          <w:rFonts w:ascii="Arial" w:hAnsi="Arial"/>
          <w:b/>
          <w:sz w:val="22"/>
        </w:rPr>
        <w:t xml:space="preserve">Dr. Paul Darke  </w:t>
      </w:r>
      <w:r>
        <w:rPr>
          <w:rFonts w:ascii="Arial" w:hAnsi="Arial"/>
          <w:color w:val="5D7284"/>
          <w:sz w:val="22"/>
        </w:rPr>
        <w:t>02:25</w:t>
      </w:r>
    </w:p>
    <w:p>
      <w:pPr>
        <w:spacing w:after="0"/>
      </w:pPr>
      <w:r>
        <w:rPr>
          <w:rFonts w:ascii="Arial" w:hAnsi="Arial"/>
          <w:sz w:val="22"/>
        </w:rPr>
        <w:t xml:space="preserve">Well, when you see well, they did it because main parties tried to stop. I'm sure you've seen you know, for example, when when a well known politician is up for election in the general election. And behind him, there's like 20 candidates in funny costumes and looking ridiculous. And it was it was to try and stop that happening. </w:t>
      </w:r>
    </w:p>
    <w:p>
      <w:pPr>
        <w:spacing w:after="0"/>
      </w:pPr>
    </w:p>
    <w:p>
      <w:pPr>
        <w:spacing w:after="0"/>
      </w:pPr>
      <w:r>
        <w:rPr>
          <w:rFonts w:ascii="Arial" w:hAnsi="Arial"/>
          <w:b/>
          <w:sz w:val="22"/>
        </w:rPr>
        <w:t xml:space="preserve">Lucy  </w:t>
      </w:r>
      <w:r>
        <w:rPr>
          <w:rFonts w:ascii="Arial" w:hAnsi="Arial"/>
          <w:color w:val="5D7284"/>
          <w:sz w:val="22"/>
        </w:rPr>
        <w:t>02:47</w:t>
      </w:r>
    </w:p>
    <w:p>
      <w:pPr>
        <w:spacing w:after="0"/>
      </w:pPr>
      <w:r>
        <w:rPr>
          <w:rFonts w:ascii="Arial" w:hAnsi="Arial"/>
          <w:sz w:val="22"/>
        </w:rPr>
        <w:t>Oh ok</w:t>
      </w:r>
    </w:p>
    <w:p>
      <w:pPr>
        <w:spacing w:after="0"/>
      </w:pPr>
    </w:p>
    <w:p>
      <w:pPr>
        <w:spacing w:after="0"/>
      </w:pPr>
      <w:r>
        <w:rPr>
          <w:rFonts w:ascii="Arial" w:hAnsi="Arial"/>
          <w:b/>
          <w:sz w:val="22"/>
        </w:rPr>
        <w:t xml:space="preserve">Dr. Paul Darke  </w:t>
      </w:r>
      <w:r>
        <w:rPr>
          <w:rFonts w:ascii="Arial" w:hAnsi="Arial"/>
          <w:color w:val="5D7284"/>
          <w:sz w:val="22"/>
        </w:rPr>
        <w:t>02:48</w:t>
      </w:r>
    </w:p>
    <w:p>
      <w:pPr>
        <w:spacing w:after="0"/>
      </w:pPr>
      <w:r>
        <w:rPr>
          <w:rFonts w:ascii="Arial" w:hAnsi="Arial"/>
          <w:sz w:val="22"/>
        </w:rPr>
        <w:t xml:space="preserve">So that the democracy was seen as more serious, which I think is a great shame. Plus, it didn't stop them. </w:t>
      </w:r>
    </w:p>
    <w:p>
      <w:pPr>
        <w:spacing w:after="0"/>
      </w:pPr>
    </w:p>
    <w:p>
      <w:pPr>
        <w:spacing w:after="0"/>
      </w:pPr>
      <w:r>
        <w:rPr>
          <w:rFonts w:ascii="Arial" w:hAnsi="Arial"/>
          <w:b/>
          <w:sz w:val="22"/>
        </w:rPr>
        <w:t xml:space="preserve">Lucy  </w:t>
      </w:r>
      <w:r>
        <w:rPr>
          <w:rFonts w:ascii="Arial" w:hAnsi="Arial"/>
          <w:color w:val="5D7284"/>
          <w:sz w:val="22"/>
        </w:rPr>
        <w:t>02:54</w:t>
      </w:r>
    </w:p>
    <w:p>
      <w:pPr>
        <w:spacing w:after="0"/>
      </w:pPr>
      <w:r>
        <w:rPr>
          <w:rFonts w:ascii="Arial" w:hAnsi="Arial"/>
          <w:sz w:val="22"/>
        </w:rPr>
        <w:t>No of course it didn't, of course it didn't its £500</w:t>
      </w:r>
    </w:p>
    <w:p>
      <w:pPr>
        <w:spacing w:after="0"/>
      </w:pPr>
    </w:p>
    <w:p>
      <w:pPr>
        <w:spacing w:after="0"/>
      </w:pPr>
      <w:r>
        <w:rPr>
          <w:rFonts w:ascii="Arial" w:hAnsi="Arial"/>
          <w:b/>
          <w:sz w:val="22"/>
        </w:rPr>
        <w:t xml:space="preserve">Dr. Paul Darke  </w:t>
      </w:r>
      <w:r>
        <w:rPr>
          <w:rFonts w:ascii="Arial" w:hAnsi="Arial"/>
          <w:color w:val="5D7284"/>
          <w:sz w:val="22"/>
        </w:rPr>
        <w:t>02:58</w:t>
      </w:r>
    </w:p>
    <w:p>
      <w:pPr>
        <w:spacing w:after="0"/>
      </w:pPr>
      <w:r>
        <w:rPr>
          <w:rFonts w:ascii="Arial" w:hAnsi="Arial"/>
          <w:sz w:val="22"/>
        </w:rPr>
        <w:t xml:space="preserve">You know, people are prepared to lose £500. </w:t>
      </w:r>
    </w:p>
    <w:p>
      <w:pPr>
        <w:spacing w:after="0"/>
      </w:pPr>
    </w:p>
    <w:p>
      <w:pPr>
        <w:spacing w:after="0"/>
      </w:pPr>
      <w:r>
        <w:rPr>
          <w:rFonts w:ascii="Arial" w:hAnsi="Arial"/>
          <w:b/>
          <w:sz w:val="22"/>
        </w:rPr>
        <w:t xml:space="preserve">Lucy  </w:t>
      </w:r>
      <w:r>
        <w:rPr>
          <w:rFonts w:ascii="Arial" w:hAnsi="Arial"/>
          <w:color w:val="5D7284"/>
          <w:sz w:val="22"/>
        </w:rPr>
        <w:t>03:01</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03:02</w:t>
      </w:r>
    </w:p>
    <w:p>
      <w:pPr>
        <w:spacing w:after="0"/>
      </w:pPr>
      <w:r>
        <w:rPr>
          <w:rFonts w:ascii="Arial" w:hAnsi="Arial"/>
          <w:sz w:val="22"/>
        </w:rPr>
        <w:t>Because it's fun, it gets you known and so but it's a fascinating experience. I've not been a candidate to be an MP, but I will be next year.</w:t>
      </w:r>
    </w:p>
    <w:p>
      <w:pPr>
        <w:spacing w:after="0"/>
      </w:pPr>
    </w:p>
    <w:p>
      <w:pPr>
        <w:spacing w:after="0"/>
      </w:pPr>
      <w:r>
        <w:rPr>
          <w:rFonts w:ascii="Arial" w:hAnsi="Arial"/>
          <w:b/>
          <w:sz w:val="22"/>
        </w:rPr>
        <w:t xml:space="preserve">Lucy  </w:t>
      </w:r>
      <w:r>
        <w:rPr>
          <w:rFonts w:ascii="Arial" w:hAnsi="Arial"/>
          <w:color w:val="5D7284"/>
          <w:sz w:val="22"/>
        </w:rPr>
        <w:t>03:13</w:t>
      </w:r>
    </w:p>
    <w:p>
      <w:pPr>
        <w:spacing w:after="0"/>
      </w:pPr>
      <w:r>
        <w:rPr>
          <w:rFonts w:ascii="Arial" w:hAnsi="Arial"/>
          <w:sz w:val="22"/>
        </w:rPr>
        <w:t>That's exciting. That is exciting I would vote for you every day of the week, Paul and i'm not just saying that I genuinely mean it. So Paul, do you want to tell our listeners what you've been up to since we last spoke? I mean, has it centered around politics or?</w:t>
      </w:r>
    </w:p>
    <w:p>
      <w:pPr>
        <w:spacing w:after="0"/>
      </w:pPr>
    </w:p>
    <w:p>
      <w:pPr>
        <w:spacing w:after="0"/>
      </w:pPr>
      <w:r>
        <w:rPr>
          <w:rFonts w:ascii="Arial" w:hAnsi="Arial"/>
          <w:b/>
          <w:sz w:val="22"/>
        </w:rPr>
        <w:t xml:space="preserve">Dr. Paul Darke  </w:t>
      </w:r>
      <w:r>
        <w:rPr>
          <w:rFonts w:ascii="Arial" w:hAnsi="Arial"/>
          <w:color w:val="5D7284"/>
          <w:sz w:val="22"/>
        </w:rPr>
        <w:t>03:32</w:t>
      </w:r>
    </w:p>
    <w:p>
      <w:pPr>
        <w:spacing w:after="0"/>
      </w:pPr>
      <w:r>
        <w:rPr>
          <w:rFonts w:ascii="Arial" w:hAnsi="Arial"/>
          <w:sz w:val="22"/>
        </w:rPr>
        <w:t xml:space="preserve">Well, I suppose because, you know, because I run Outside Centrum on one of the most exciting things we we've done is a) we we've now changed our name kind of like informally to digital disability. So we do most things under the tag of digital disability, which is our website as well. www.digital-disability.com. I almost forgot what the website was. But one of the primary thing we've been doing is we've developed a partnership with the Museum of the home in London, </w:t>
      </w:r>
    </w:p>
    <w:p>
      <w:pPr>
        <w:spacing w:after="0"/>
      </w:pPr>
    </w:p>
    <w:p>
      <w:pPr>
        <w:spacing w:after="0"/>
      </w:pPr>
      <w:r>
        <w:rPr>
          <w:rFonts w:ascii="Arial" w:hAnsi="Arial"/>
          <w:b/>
          <w:sz w:val="22"/>
        </w:rPr>
        <w:t xml:space="preserve">Lucy  </w:t>
      </w:r>
      <w:r>
        <w:rPr>
          <w:rFonts w:ascii="Arial" w:hAnsi="Arial"/>
          <w:color w:val="5D7284"/>
          <w:sz w:val="22"/>
        </w:rPr>
        <w:t>04:05</w:t>
      </w:r>
    </w:p>
    <w:p>
      <w:pPr>
        <w:spacing w:after="0"/>
      </w:pPr>
      <w:r>
        <w:rPr>
          <w:rFonts w:ascii="Arial" w:hAnsi="Arial"/>
          <w:sz w:val="22"/>
        </w:rPr>
        <w:t>Wow</w:t>
      </w:r>
    </w:p>
    <w:p>
      <w:pPr>
        <w:spacing w:after="0"/>
      </w:pPr>
    </w:p>
    <w:p>
      <w:pPr>
        <w:spacing w:after="0"/>
      </w:pPr>
      <w:r>
        <w:rPr>
          <w:rFonts w:ascii="Arial" w:hAnsi="Arial"/>
          <w:b/>
          <w:sz w:val="22"/>
        </w:rPr>
        <w:t xml:space="preserve">Dr. Paul Darke  </w:t>
      </w:r>
      <w:r>
        <w:rPr>
          <w:rFonts w:ascii="Arial" w:hAnsi="Arial"/>
          <w:color w:val="5D7284"/>
          <w:sz w:val="22"/>
        </w:rPr>
        <w:t>04:06</w:t>
      </w:r>
    </w:p>
    <w:p>
      <w:pPr>
        <w:spacing w:after="0"/>
      </w:pPr>
      <w:r>
        <w:rPr>
          <w:rFonts w:ascii="Arial" w:hAnsi="Arial"/>
          <w:sz w:val="22"/>
        </w:rPr>
        <w:t xml:space="preserve">Which used to be the Jeffrey Museum, it's changed its name. And it's a fascinating museum. It's it's in Kingsland Road in Hackney. And it's basically it's, it's a museum, there's lots of different rooms, from different periods, but they also have a couple of other exhibition spaces. And we've linked with them to do this disability and home. The concept of home and disability. it comes out of there was a seminal social workbook in about 1971 called the empty hours which strike which explored institutions. And one of the chapters is about a special school, which is highlighted as a kind of model of good practice. And it just happens to have been the one I was at at that point. The book is not quite how I remember it, but  It's quite interesting. So the this project which is funded by the National Lottery Heritage Fund, which we're very grateful for, covers a number of elements. So initially we there was an exhibition of toys, but they're all toys of the link to disability, </w:t>
      </w:r>
    </w:p>
    <w:p>
      <w:pPr>
        <w:spacing w:after="0"/>
      </w:pPr>
    </w:p>
    <w:p>
      <w:pPr>
        <w:spacing w:after="0"/>
      </w:pPr>
      <w:r>
        <w:rPr>
          <w:rFonts w:ascii="Arial" w:hAnsi="Arial"/>
          <w:b/>
          <w:sz w:val="22"/>
        </w:rPr>
        <w:t xml:space="preserve">Lucy  </w:t>
      </w:r>
      <w:r>
        <w:rPr>
          <w:rFonts w:ascii="Arial" w:hAnsi="Arial"/>
          <w:color w:val="5D7284"/>
          <w:sz w:val="22"/>
        </w:rPr>
        <w:t>05:03</w:t>
      </w:r>
    </w:p>
    <w:p>
      <w:pPr>
        <w:spacing w:after="0"/>
      </w:pPr>
      <w:r>
        <w:rPr>
          <w:rFonts w:ascii="Arial" w:hAnsi="Arial"/>
          <w:sz w:val="22"/>
        </w:rPr>
        <w:t>No Right</w:t>
      </w:r>
    </w:p>
    <w:p>
      <w:pPr>
        <w:spacing w:after="0"/>
      </w:pPr>
    </w:p>
    <w:p>
      <w:pPr>
        <w:spacing w:after="0"/>
      </w:pPr>
      <w:r>
        <w:rPr>
          <w:rFonts w:ascii="Arial" w:hAnsi="Arial"/>
          <w:b/>
          <w:sz w:val="22"/>
        </w:rPr>
        <w:t xml:space="preserve">Dr. Paul Darke  </w:t>
      </w:r>
      <w:r>
        <w:rPr>
          <w:rFonts w:ascii="Arial" w:hAnsi="Arial"/>
          <w:color w:val="5D7284"/>
          <w:sz w:val="22"/>
        </w:rPr>
        <w:t>05:09</w:t>
      </w:r>
    </w:p>
    <w:p>
      <w:pPr>
        <w:spacing w:after="0"/>
      </w:pPr>
      <w:r>
        <w:rPr>
          <w:rFonts w:ascii="Arial" w:hAnsi="Arial"/>
          <w:sz w:val="22"/>
        </w:rPr>
        <w:t>So, we focus particularly on wheelchairs, so it's it's toys that involve wheelchairs to some extent, or kind of mobility aids, not particularly crutches and things like that. It's primarily wheelchairs so I'm sure you're fully aware that there's a whole range of Barbie doll in a wheelchair  Equally Little Tykes and other things did that. But equally even way going back to the 60s Stingray had someone who was in a kind of mobility, wheelchair kind of thing that there's a toy of also Ironside, there was an Ironside board game.</w:t>
      </w:r>
    </w:p>
    <w:p>
      <w:pPr>
        <w:spacing w:after="0"/>
      </w:pPr>
    </w:p>
    <w:p>
      <w:pPr>
        <w:spacing w:after="0"/>
      </w:pPr>
      <w:r>
        <w:rPr>
          <w:rFonts w:ascii="Arial" w:hAnsi="Arial"/>
          <w:b/>
          <w:sz w:val="22"/>
        </w:rPr>
        <w:t xml:space="preserve">Lucy  </w:t>
      </w:r>
      <w:r>
        <w:rPr>
          <w:rFonts w:ascii="Arial" w:hAnsi="Arial"/>
          <w:color w:val="5D7284"/>
          <w:sz w:val="22"/>
        </w:rPr>
        <w:t>05:33</w:t>
      </w:r>
    </w:p>
    <w:p>
      <w:pPr>
        <w:spacing w:after="0"/>
      </w:pPr>
      <w:r>
        <w:rPr>
          <w:rFonts w:ascii="Arial" w:hAnsi="Arial"/>
          <w:sz w:val="22"/>
        </w:rPr>
        <w:t>There is yes I know. I remember Ironside. Ironside used to be on. Well, that when I remember it, it used to be on sort of like lunchtime on BBC Two. And when you're off school sick, it was like, there's nothing else on the telly, let's watch a bit of Ironside. And he was the first person I think I ever remember, like adult, or ever remember seeing on the television in a wheelchair? Not just general</w:t>
      </w:r>
    </w:p>
    <w:p>
      <w:pPr>
        <w:spacing w:after="0"/>
      </w:pPr>
    </w:p>
    <w:p>
      <w:pPr>
        <w:spacing w:after="0"/>
      </w:pPr>
      <w:r>
        <w:rPr>
          <w:rFonts w:ascii="Arial" w:hAnsi="Arial"/>
          <w:b/>
          <w:sz w:val="22"/>
        </w:rPr>
        <w:t xml:space="preserve">Dr. Paul Darke  </w:t>
      </w:r>
      <w:r>
        <w:rPr>
          <w:rFonts w:ascii="Arial" w:hAnsi="Arial"/>
          <w:color w:val="5D7284"/>
          <w:sz w:val="22"/>
        </w:rPr>
        <w:t>06:14</w:t>
      </w:r>
    </w:p>
    <w:p>
      <w:pPr>
        <w:spacing w:after="0"/>
      </w:pPr>
      <w:r>
        <w:rPr>
          <w:rFonts w:ascii="Arial" w:hAnsi="Arial"/>
          <w:sz w:val="22"/>
        </w:rPr>
        <w:t xml:space="preserve">Absolutely He's a seminal figure, really. </w:t>
      </w:r>
    </w:p>
    <w:p>
      <w:pPr>
        <w:spacing w:after="0"/>
      </w:pPr>
    </w:p>
    <w:p>
      <w:pPr>
        <w:spacing w:after="0"/>
      </w:pPr>
      <w:r>
        <w:rPr>
          <w:rFonts w:ascii="Arial" w:hAnsi="Arial"/>
          <w:b/>
          <w:sz w:val="22"/>
        </w:rPr>
        <w:t xml:space="preserve">Lucy  </w:t>
      </w:r>
      <w:r>
        <w:rPr>
          <w:rFonts w:ascii="Arial" w:hAnsi="Arial"/>
          <w:color w:val="5D7284"/>
          <w:sz w:val="22"/>
        </w:rPr>
        <w:t>06:16</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06:17</w:t>
      </w:r>
    </w:p>
    <w:p>
      <w:pPr>
        <w:spacing w:after="0"/>
      </w:pPr>
      <w:r>
        <w:rPr>
          <w:rFonts w:ascii="Arial" w:hAnsi="Arial"/>
          <w:sz w:val="22"/>
        </w:rPr>
        <w:t xml:space="preserve">And the irony is, is I think I mentioned it before that most people thought he really was in a wheelchair </w:t>
      </w:r>
    </w:p>
    <w:p>
      <w:pPr>
        <w:spacing w:after="0"/>
      </w:pPr>
    </w:p>
    <w:p>
      <w:pPr>
        <w:spacing w:after="0"/>
      </w:pPr>
      <w:r>
        <w:rPr>
          <w:rFonts w:ascii="Arial" w:hAnsi="Arial"/>
          <w:b/>
          <w:sz w:val="22"/>
        </w:rPr>
        <w:t xml:space="preserve">Lucy  </w:t>
      </w:r>
      <w:r>
        <w:rPr>
          <w:rFonts w:ascii="Arial" w:hAnsi="Arial"/>
          <w:color w:val="5D7284"/>
          <w:sz w:val="22"/>
        </w:rPr>
        <w:t>06:22</w:t>
      </w:r>
    </w:p>
    <w:p>
      <w:pPr>
        <w:spacing w:after="0"/>
      </w:pPr>
      <w:r>
        <w:rPr>
          <w:rFonts w:ascii="Arial" w:hAnsi="Arial"/>
          <w:sz w:val="22"/>
        </w:rPr>
        <w:t>Really?</w:t>
      </w:r>
    </w:p>
    <w:p>
      <w:pPr>
        <w:spacing w:after="0"/>
      </w:pPr>
    </w:p>
    <w:p>
      <w:pPr>
        <w:spacing w:after="0"/>
      </w:pPr>
      <w:r>
        <w:rPr>
          <w:rFonts w:ascii="Arial" w:hAnsi="Arial"/>
          <w:b/>
          <w:sz w:val="22"/>
        </w:rPr>
        <w:t xml:space="preserve">Dr. Paul Darke  </w:t>
      </w:r>
      <w:r>
        <w:rPr>
          <w:rFonts w:ascii="Arial" w:hAnsi="Arial"/>
          <w:color w:val="5D7284"/>
          <w:sz w:val="22"/>
        </w:rPr>
        <w:t>06:23</w:t>
      </w:r>
    </w:p>
    <w:p>
      <w:pPr>
        <w:spacing w:after="0"/>
      </w:pPr>
      <w:r>
        <w:rPr>
          <w:rFonts w:ascii="Arial" w:hAnsi="Arial"/>
          <w:sz w:val="22"/>
        </w:rPr>
        <w:t xml:space="preserve">So for example, when he used to go to different countries, on a train, for example, or arriving on an aeroplane staff from those places would bring him a wheelchair. </w:t>
      </w:r>
    </w:p>
    <w:p>
      <w:pPr>
        <w:spacing w:after="0"/>
      </w:pPr>
    </w:p>
    <w:p>
      <w:pPr>
        <w:spacing w:after="0"/>
      </w:pPr>
      <w:r>
        <w:rPr>
          <w:rFonts w:ascii="Arial" w:hAnsi="Arial"/>
          <w:b/>
          <w:sz w:val="22"/>
        </w:rPr>
        <w:t xml:space="preserve">Lucy  </w:t>
      </w:r>
      <w:r>
        <w:rPr>
          <w:rFonts w:ascii="Arial" w:hAnsi="Arial"/>
          <w:color w:val="5D7284"/>
          <w:sz w:val="22"/>
        </w:rPr>
        <w:t>06:35</w:t>
      </w:r>
    </w:p>
    <w:p>
      <w:pPr>
        <w:spacing w:after="0"/>
      </w:pPr>
      <w:r>
        <w:rPr>
          <w:rFonts w:ascii="Arial" w:hAnsi="Arial"/>
          <w:sz w:val="22"/>
        </w:rPr>
        <w:t>Wow</w:t>
      </w:r>
    </w:p>
    <w:p>
      <w:pPr>
        <w:spacing w:after="0"/>
      </w:pPr>
    </w:p>
    <w:p>
      <w:pPr>
        <w:spacing w:after="0"/>
      </w:pPr>
      <w:r>
        <w:rPr>
          <w:rFonts w:ascii="Arial" w:hAnsi="Arial"/>
          <w:b/>
          <w:sz w:val="22"/>
        </w:rPr>
        <w:t xml:space="preserve">Dr. Paul Darke  </w:t>
      </w:r>
      <w:r>
        <w:rPr>
          <w:rFonts w:ascii="Arial" w:hAnsi="Arial"/>
          <w:color w:val="5D7284"/>
          <w:sz w:val="22"/>
        </w:rPr>
        <w:t>06:36</w:t>
      </w:r>
    </w:p>
    <w:p>
      <w:pPr>
        <w:spacing w:after="0"/>
      </w:pPr>
      <w:r>
        <w:rPr>
          <w:rFonts w:ascii="Arial" w:hAnsi="Arial"/>
          <w:sz w:val="22"/>
        </w:rPr>
        <w:t>And then they'd be quite surprised that, he can walk</w:t>
      </w:r>
    </w:p>
    <w:p>
      <w:pPr>
        <w:spacing w:after="0"/>
      </w:pPr>
    </w:p>
    <w:p>
      <w:pPr>
        <w:spacing w:after="0"/>
      </w:pPr>
      <w:r>
        <w:rPr>
          <w:rFonts w:ascii="Arial" w:hAnsi="Arial"/>
          <w:b/>
          <w:sz w:val="22"/>
        </w:rPr>
        <w:t xml:space="preserve">Lucy  </w:t>
      </w:r>
      <w:r>
        <w:rPr>
          <w:rFonts w:ascii="Arial" w:hAnsi="Arial"/>
          <w:color w:val="5D7284"/>
          <w:sz w:val="22"/>
        </w:rPr>
        <w:t>06:38</w:t>
      </w:r>
    </w:p>
    <w:p>
      <w:pPr>
        <w:spacing w:after="0"/>
      </w:pPr>
      <w:r>
        <w:rPr>
          <w:rFonts w:ascii="Arial" w:hAnsi="Arial"/>
          <w:sz w:val="22"/>
        </w:rPr>
        <w:t>oh, he can walk, it's fine. Its absolutely fine he's alright, I'll put this back</w:t>
      </w:r>
    </w:p>
    <w:p>
      <w:pPr>
        <w:spacing w:after="0"/>
      </w:pPr>
    </w:p>
    <w:p>
      <w:pPr>
        <w:spacing w:after="0"/>
      </w:pPr>
      <w:r>
        <w:rPr>
          <w:rFonts w:ascii="Arial" w:hAnsi="Arial"/>
          <w:b/>
          <w:sz w:val="22"/>
        </w:rPr>
        <w:t xml:space="preserve">Dr. Paul Darke  </w:t>
      </w:r>
      <w:r>
        <w:rPr>
          <w:rFonts w:ascii="Arial" w:hAnsi="Arial"/>
          <w:color w:val="5D7284"/>
          <w:sz w:val="22"/>
        </w:rPr>
        <w:t>06:43</w:t>
      </w:r>
    </w:p>
    <w:p>
      <w:pPr>
        <w:spacing w:after="0"/>
      </w:pPr>
      <w:r>
        <w:rPr>
          <w:rFonts w:ascii="Arial" w:hAnsi="Arial"/>
          <w:sz w:val="22"/>
        </w:rPr>
        <w:t xml:space="preserve">But they did a board game with it. </w:t>
      </w:r>
    </w:p>
    <w:p>
      <w:pPr>
        <w:spacing w:after="0"/>
      </w:pPr>
    </w:p>
    <w:p>
      <w:pPr>
        <w:spacing w:after="0"/>
      </w:pPr>
      <w:r>
        <w:rPr>
          <w:rFonts w:ascii="Arial" w:hAnsi="Arial"/>
          <w:b/>
          <w:sz w:val="22"/>
        </w:rPr>
        <w:t xml:space="preserve">Lucy  </w:t>
      </w:r>
      <w:r>
        <w:rPr>
          <w:rFonts w:ascii="Arial" w:hAnsi="Arial"/>
          <w:color w:val="5D7284"/>
          <w:sz w:val="22"/>
        </w:rPr>
        <w:t>06:46</w:t>
      </w:r>
    </w:p>
    <w:p>
      <w:pPr>
        <w:spacing w:after="0"/>
      </w:pPr>
      <w:r>
        <w:rPr>
          <w:rFonts w:ascii="Arial" w:hAnsi="Arial"/>
          <w:sz w:val="22"/>
        </w:rPr>
        <w:t>Did they?</w:t>
      </w:r>
    </w:p>
    <w:p>
      <w:pPr>
        <w:spacing w:after="0"/>
      </w:pPr>
    </w:p>
    <w:p>
      <w:pPr>
        <w:spacing w:after="0"/>
      </w:pPr>
      <w:r>
        <w:rPr>
          <w:rFonts w:ascii="Arial" w:hAnsi="Arial"/>
          <w:b/>
          <w:sz w:val="22"/>
        </w:rPr>
        <w:t xml:space="preserve">Dr. Paul Darke  </w:t>
      </w:r>
      <w:r>
        <w:rPr>
          <w:rFonts w:ascii="Arial" w:hAnsi="Arial"/>
          <w:color w:val="5D7284"/>
          <w:sz w:val="22"/>
        </w:rPr>
        <w:t>06:46</w:t>
      </w:r>
    </w:p>
    <w:p>
      <w:pPr>
        <w:spacing w:after="0"/>
      </w:pPr>
      <w:r>
        <w:rPr>
          <w:rFonts w:ascii="Arial" w:hAnsi="Arial"/>
          <w:sz w:val="22"/>
        </w:rPr>
        <w:t>They did board games and you know, different things. So we've collected them over the years at Outside Centre, Digital Disability. And so this exhibition, I think it's about 11 cases, kind of vitrines they call them in galleries, but but cases for display. And we've we've filled up 11 of them with Ironside. There's also press press here, which is a German company, that make very little models, and a whole load of them are in wheelchairs and, and different things. So they're in the exhibition. But then that so that's the first bit and that exhibition is on now. And that finishes on March 26th. So if you live down in that area, go and see it, it's well worth it.</w:t>
      </w:r>
    </w:p>
    <w:p>
      <w:pPr>
        <w:spacing w:after="0"/>
      </w:pPr>
    </w:p>
    <w:p>
      <w:pPr>
        <w:spacing w:after="0"/>
      </w:pPr>
      <w:r>
        <w:rPr>
          <w:rFonts w:ascii="Arial" w:hAnsi="Arial"/>
          <w:b/>
          <w:sz w:val="22"/>
        </w:rPr>
        <w:t xml:space="preserve">Lucy  </w:t>
      </w:r>
      <w:r>
        <w:rPr>
          <w:rFonts w:ascii="Arial" w:hAnsi="Arial"/>
          <w:color w:val="5D7284"/>
          <w:sz w:val="22"/>
        </w:rPr>
        <w:t>07:32</w:t>
      </w:r>
    </w:p>
    <w:p>
      <w:pPr>
        <w:spacing w:after="0"/>
      </w:pPr>
      <w:r>
        <w:rPr>
          <w:rFonts w:ascii="Arial" w:hAnsi="Arial"/>
          <w:sz w:val="22"/>
        </w:rPr>
        <w:t>Absolutely</w:t>
      </w:r>
    </w:p>
    <w:p>
      <w:pPr>
        <w:spacing w:after="0"/>
      </w:pPr>
    </w:p>
    <w:p>
      <w:pPr>
        <w:spacing w:after="0"/>
      </w:pPr>
      <w:r>
        <w:rPr>
          <w:rFonts w:ascii="Arial" w:hAnsi="Arial"/>
          <w:b/>
          <w:sz w:val="22"/>
        </w:rPr>
        <w:t xml:space="preserve">Dr. Paul Darke  </w:t>
      </w:r>
      <w:r>
        <w:rPr>
          <w:rFonts w:ascii="Arial" w:hAnsi="Arial"/>
          <w:color w:val="5D7284"/>
          <w:sz w:val="22"/>
        </w:rPr>
        <w:t>07:32</w:t>
      </w:r>
    </w:p>
    <w:p>
      <w:pPr>
        <w:spacing w:after="0"/>
      </w:pPr>
      <w:r>
        <w:rPr>
          <w:rFonts w:ascii="Arial" w:hAnsi="Arial"/>
          <w:sz w:val="22"/>
        </w:rPr>
        <w:t>Then we we we uninstalled it on the 27th to be replaced on the 28th by a photography exhibition, which is of disabled people at their front doors. And next time I'm in Lichfield, I'll come and do you at your front door.</w:t>
      </w:r>
    </w:p>
    <w:p>
      <w:pPr>
        <w:spacing w:after="0"/>
      </w:pPr>
    </w:p>
    <w:p>
      <w:pPr>
        <w:spacing w:after="0"/>
      </w:pPr>
      <w:r>
        <w:rPr>
          <w:rFonts w:ascii="Arial" w:hAnsi="Arial"/>
          <w:b/>
          <w:sz w:val="22"/>
        </w:rPr>
        <w:t xml:space="preserve">Lucy  </w:t>
      </w:r>
      <w:r>
        <w:rPr>
          <w:rFonts w:ascii="Arial" w:hAnsi="Arial"/>
          <w:color w:val="5D7284"/>
          <w:sz w:val="22"/>
        </w:rPr>
        <w:t>07:50</w:t>
      </w:r>
    </w:p>
    <w:p>
      <w:pPr>
        <w:spacing w:after="0"/>
      </w:pPr>
      <w:r>
        <w:rPr>
          <w:rFonts w:ascii="Arial" w:hAnsi="Arial"/>
          <w:sz w:val="22"/>
        </w:rPr>
        <w:t>Yeah absolutely. Please do. That'd be great. Yeah, because we don't use I don't use my front door, I use the back door to get in and out that the disabled entrance. But yes, it's a very, it's very difficult to get to my front door, if you're sat down in a wheelchair. But yeah, I can imagine that's a very thought provoking piece of work. when you actually see the images and stuff people sort of</w:t>
      </w:r>
    </w:p>
    <w:p>
      <w:pPr>
        <w:spacing w:after="0"/>
      </w:pPr>
    </w:p>
    <w:p>
      <w:pPr>
        <w:spacing w:after="0"/>
      </w:pPr>
      <w:r>
        <w:rPr>
          <w:rFonts w:ascii="Arial" w:hAnsi="Arial"/>
          <w:b/>
          <w:sz w:val="22"/>
        </w:rPr>
        <w:t xml:space="preserve">Dr. Paul Darke  </w:t>
      </w:r>
      <w:r>
        <w:rPr>
          <w:rFonts w:ascii="Arial" w:hAnsi="Arial"/>
          <w:color w:val="5D7284"/>
          <w:sz w:val="22"/>
        </w:rPr>
        <w:t>08:13</w:t>
      </w:r>
    </w:p>
    <w:p>
      <w:pPr>
        <w:spacing w:after="0"/>
      </w:pPr>
      <w:r>
        <w:rPr>
          <w:rFonts w:ascii="Arial" w:hAnsi="Arial"/>
          <w:sz w:val="22"/>
        </w:rPr>
        <w:t xml:space="preserve">It is yes, so it's eight disabled people, at their front doors ranging from fairly well known people like Liz Carr to kind of my friends who I went to school with, </w:t>
      </w:r>
    </w:p>
    <w:p>
      <w:pPr>
        <w:spacing w:after="0"/>
      </w:pPr>
    </w:p>
    <w:p>
      <w:pPr>
        <w:spacing w:after="0"/>
      </w:pPr>
      <w:r>
        <w:rPr>
          <w:rFonts w:ascii="Arial" w:hAnsi="Arial"/>
          <w:b/>
          <w:sz w:val="22"/>
        </w:rPr>
        <w:t xml:space="preserve">Lucy  </w:t>
      </w:r>
      <w:r>
        <w:rPr>
          <w:rFonts w:ascii="Arial" w:hAnsi="Arial"/>
          <w:color w:val="5D7284"/>
          <w:sz w:val="22"/>
        </w:rPr>
        <w:t>08:23</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08:24</w:t>
      </w:r>
    </w:p>
    <w:p>
      <w:pPr>
        <w:spacing w:after="0"/>
      </w:pPr>
      <w:r>
        <w:rPr>
          <w:rFonts w:ascii="Arial" w:hAnsi="Arial"/>
          <w:sz w:val="22"/>
        </w:rPr>
        <w:t xml:space="preserve">because one one of the key things it leads into is that we're also making a documentary for the project at the next stage, about the special school that that I went to also a couple of people in the in the photographs went to exploring, you know that our memories of it, because it's a history, that's pretty much forgotten or ignored. So we've been to a number of archives, looking at the records and all that kind of stuff in in, in London, the Shaftesbury Society. Archive is in the London Metropolitan Museum. </w:t>
      </w:r>
    </w:p>
    <w:p>
      <w:pPr>
        <w:spacing w:after="0"/>
      </w:pPr>
    </w:p>
    <w:p>
      <w:pPr>
        <w:spacing w:after="0"/>
      </w:pPr>
      <w:r>
        <w:rPr>
          <w:rFonts w:ascii="Arial" w:hAnsi="Arial"/>
          <w:b/>
          <w:sz w:val="22"/>
        </w:rPr>
        <w:t xml:space="preserve">Lucy  </w:t>
      </w:r>
      <w:r>
        <w:rPr>
          <w:rFonts w:ascii="Arial" w:hAnsi="Arial"/>
          <w:color w:val="5D7284"/>
          <w:sz w:val="22"/>
        </w:rPr>
        <w:t>08:55</w:t>
      </w:r>
    </w:p>
    <w:p>
      <w:pPr>
        <w:spacing w:after="0"/>
      </w:pPr>
      <w:r>
        <w:rPr>
          <w:rFonts w:ascii="Arial" w:hAnsi="Arial"/>
          <w:sz w:val="22"/>
        </w:rPr>
        <w:t>Right</w:t>
      </w:r>
    </w:p>
    <w:p>
      <w:pPr>
        <w:spacing w:after="0"/>
      </w:pPr>
    </w:p>
    <w:p>
      <w:pPr>
        <w:spacing w:after="0"/>
      </w:pPr>
      <w:r>
        <w:rPr>
          <w:rFonts w:ascii="Arial" w:hAnsi="Arial"/>
          <w:b/>
          <w:sz w:val="22"/>
        </w:rPr>
        <w:t xml:space="preserve">Dr. Paul Darke  </w:t>
      </w:r>
      <w:r>
        <w:rPr>
          <w:rFonts w:ascii="Arial" w:hAnsi="Arial"/>
          <w:color w:val="5D7284"/>
          <w:sz w:val="22"/>
        </w:rPr>
        <w:t>08:56</w:t>
      </w:r>
    </w:p>
    <w:p>
      <w:pPr>
        <w:spacing w:after="0"/>
      </w:pPr>
      <w:r>
        <w:rPr>
          <w:rFonts w:ascii="Arial" w:hAnsi="Arial"/>
          <w:sz w:val="22"/>
        </w:rPr>
        <w:t xml:space="preserve">So we've been down there looked and they've got loads of photographs, a couple of me in the in the archive there. And but there's, there's not many of us left alive, because although we're not that old, well, I'm 60. So we're all about 60. And but most of us, due to the nature of the impairment, don't live to be that old. So there's only about three or four of us from the 60's when I was at that school that are alive. So unfortunately, I've left it so late. There was two or three I really wanted to do that. I've missed, obviously, which is terrible. </w:t>
      </w:r>
    </w:p>
    <w:p>
      <w:pPr>
        <w:spacing w:after="0"/>
      </w:pPr>
    </w:p>
    <w:p>
      <w:pPr>
        <w:spacing w:after="0"/>
      </w:pPr>
      <w:r>
        <w:rPr>
          <w:rFonts w:ascii="Arial" w:hAnsi="Arial"/>
          <w:b/>
          <w:sz w:val="22"/>
        </w:rPr>
        <w:t xml:space="preserve">Lucy  </w:t>
      </w:r>
      <w:r>
        <w:rPr>
          <w:rFonts w:ascii="Arial" w:hAnsi="Arial"/>
          <w:color w:val="5D7284"/>
          <w:sz w:val="22"/>
        </w:rPr>
        <w:t>09:30</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09:30</w:t>
      </w:r>
    </w:p>
    <w:p>
      <w:pPr>
        <w:spacing w:after="0"/>
      </w:pPr>
      <w:r>
        <w:rPr>
          <w:rFonts w:ascii="Arial" w:hAnsi="Arial"/>
          <w:sz w:val="22"/>
        </w:rPr>
        <w:t>And so it's, you know, trying to create a documentary. So we've done a couple of interviews, trial interviews with people about that, and then bringing it all together, hopefully for exhibition in the Museum of the home as a kind of installation next year or the year off.</w:t>
      </w:r>
    </w:p>
    <w:p>
      <w:pPr>
        <w:spacing w:after="0"/>
      </w:pPr>
    </w:p>
    <w:p>
      <w:pPr>
        <w:spacing w:after="0"/>
      </w:pPr>
      <w:r>
        <w:rPr>
          <w:rFonts w:ascii="Arial" w:hAnsi="Arial"/>
          <w:b/>
          <w:sz w:val="22"/>
        </w:rPr>
        <w:t xml:space="preserve">Lucy  </w:t>
      </w:r>
      <w:r>
        <w:rPr>
          <w:rFonts w:ascii="Arial" w:hAnsi="Arial"/>
          <w:color w:val="5D7284"/>
          <w:sz w:val="22"/>
        </w:rPr>
        <w:t>09:45</w:t>
      </w:r>
    </w:p>
    <w:p>
      <w:pPr>
        <w:spacing w:after="0"/>
      </w:pPr>
      <w:r>
        <w:rPr>
          <w:rFonts w:ascii="Arial" w:hAnsi="Arial"/>
          <w:sz w:val="22"/>
        </w:rPr>
        <w:t xml:space="preserve">Yeah, it's such a fascinating project. </w:t>
      </w:r>
    </w:p>
    <w:p>
      <w:pPr>
        <w:spacing w:after="0"/>
      </w:pPr>
    </w:p>
    <w:p>
      <w:pPr>
        <w:spacing w:after="0"/>
      </w:pPr>
      <w:r>
        <w:rPr>
          <w:rFonts w:ascii="Arial" w:hAnsi="Arial"/>
          <w:b/>
          <w:sz w:val="22"/>
        </w:rPr>
        <w:t xml:space="preserve">Dr. Paul Darke  </w:t>
      </w:r>
      <w:r>
        <w:rPr>
          <w:rFonts w:ascii="Arial" w:hAnsi="Arial"/>
          <w:color w:val="5D7284"/>
          <w:sz w:val="22"/>
        </w:rPr>
        <w:t>09:49</w:t>
      </w:r>
    </w:p>
    <w:p>
      <w:pPr>
        <w:spacing w:after="0"/>
      </w:pPr>
      <w:r>
        <w:rPr>
          <w:rFonts w:ascii="Arial" w:hAnsi="Arial"/>
          <w:sz w:val="22"/>
        </w:rPr>
        <w:t>It is</w:t>
      </w:r>
    </w:p>
    <w:p>
      <w:pPr>
        <w:spacing w:after="0"/>
      </w:pPr>
    </w:p>
    <w:p>
      <w:pPr>
        <w:spacing w:after="0"/>
      </w:pPr>
      <w:r>
        <w:rPr>
          <w:rFonts w:ascii="Arial" w:hAnsi="Arial"/>
          <w:b/>
          <w:sz w:val="22"/>
        </w:rPr>
        <w:t xml:space="preserve">Lucy  </w:t>
      </w:r>
      <w:r>
        <w:rPr>
          <w:rFonts w:ascii="Arial" w:hAnsi="Arial"/>
          <w:color w:val="5D7284"/>
          <w:sz w:val="22"/>
        </w:rPr>
        <w:t>09:50</w:t>
      </w:r>
    </w:p>
    <w:p>
      <w:pPr>
        <w:spacing w:after="0"/>
      </w:pPr>
      <w:r>
        <w:rPr>
          <w:rFonts w:ascii="Arial" w:hAnsi="Arial"/>
          <w:sz w:val="22"/>
        </w:rPr>
        <w:t>And it's an important thing to talk about really because like you say, it's often forgotten, isn't it, you know, institutions and schools like that is often forgotten by the vast amount of people that you speak to. It's something that sort of like washed over like that. We don't talk about that. We don't talk about institutionalizing people, you know, segregating disabled people anymore. I think it's I think it's very important to keep reminding people about the things that your generation went through for people in my generation, so that we don't have to do you know what I mean? It's that kind of, you know, progressive movement forward, I think it's important that we never forget about stuff that happened before me, it's very important to look back on our history reflect, you know, on on what's happened to the disabled community, not just in this country, but worldwide, I think it's very important.</w:t>
      </w:r>
    </w:p>
    <w:p>
      <w:pPr>
        <w:spacing w:after="0"/>
      </w:pPr>
    </w:p>
    <w:p>
      <w:pPr>
        <w:spacing w:after="0"/>
      </w:pPr>
      <w:r>
        <w:rPr>
          <w:rFonts w:ascii="Arial" w:hAnsi="Arial"/>
          <w:b/>
          <w:sz w:val="22"/>
        </w:rPr>
        <w:t xml:space="preserve">Dr. Paul Darke  </w:t>
      </w:r>
      <w:r>
        <w:rPr>
          <w:rFonts w:ascii="Arial" w:hAnsi="Arial"/>
          <w:color w:val="5D7284"/>
          <w:sz w:val="22"/>
        </w:rPr>
        <w:t>10:48</w:t>
      </w:r>
    </w:p>
    <w:p>
      <w:pPr>
        <w:spacing w:after="0"/>
      </w:pPr>
      <w:r>
        <w:rPr>
          <w:rFonts w:ascii="Arial" w:hAnsi="Arial"/>
          <w:sz w:val="22"/>
        </w:rPr>
        <w:t xml:space="preserve">Absolutely. And I think, you know, because often the histories that are written are written by the organizations that ran them, </w:t>
      </w:r>
    </w:p>
    <w:p>
      <w:pPr>
        <w:spacing w:after="0"/>
      </w:pPr>
    </w:p>
    <w:p>
      <w:pPr>
        <w:spacing w:after="0"/>
      </w:pPr>
      <w:r>
        <w:rPr>
          <w:rFonts w:ascii="Arial" w:hAnsi="Arial"/>
          <w:b/>
          <w:sz w:val="22"/>
        </w:rPr>
        <w:t xml:space="preserve">Lucy  </w:t>
      </w:r>
      <w:r>
        <w:rPr>
          <w:rFonts w:ascii="Arial" w:hAnsi="Arial"/>
          <w:color w:val="5D7284"/>
          <w:sz w:val="22"/>
        </w:rPr>
        <w:t>10:56</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10:56</w:t>
      </w:r>
    </w:p>
    <w:p>
      <w:pPr>
        <w:spacing w:after="0"/>
      </w:pPr>
      <w:r>
        <w:rPr>
          <w:rFonts w:ascii="Arial" w:hAnsi="Arial"/>
          <w:sz w:val="22"/>
        </w:rPr>
        <w:t>we have a kind of</w:t>
      </w:r>
    </w:p>
    <w:p>
      <w:pPr>
        <w:spacing w:after="0"/>
      </w:pPr>
    </w:p>
    <w:p>
      <w:pPr>
        <w:spacing w:after="0"/>
      </w:pPr>
      <w:r>
        <w:rPr>
          <w:rFonts w:ascii="Arial" w:hAnsi="Arial"/>
          <w:b/>
          <w:sz w:val="22"/>
        </w:rPr>
        <w:t xml:space="preserve">Lucy  </w:t>
      </w:r>
      <w:r>
        <w:rPr>
          <w:rFonts w:ascii="Arial" w:hAnsi="Arial"/>
          <w:color w:val="5D7284"/>
          <w:sz w:val="22"/>
        </w:rPr>
        <w:t>10:58</w:t>
      </w:r>
    </w:p>
    <w:p>
      <w:pPr>
        <w:spacing w:after="0"/>
      </w:pPr>
      <w:r>
        <w:rPr>
          <w:rFonts w:ascii="Arial" w:hAnsi="Arial"/>
          <w:sz w:val="22"/>
        </w:rPr>
        <w:t>Yeah a rose tinted view,</w:t>
      </w:r>
    </w:p>
    <w:p>
      <w:pPr>
        <w:spacing w:after="0"/>
      </w:pPr>
    </w:p>
    <w:p>
      <w:pPr>
        <w:spacing w:after="0"/>
      </w:pPr>
      <w:r>
        <w:rPr>
          <w:rFonts w:ascii="Arial" w:hAnsi="Arial"/>
          <w:b/>
          <w:sz w:val="22"/>
        </w:rPr>
        <w:t xml:space="preserve">Dr. Paul Darke  </w:t>
      </w:r>
      <w:r>
        <w:rPr>
          <w:rFonts w:ascii="Arial" w:hAnsi="Arial"/>
          <w:color w:val="5D7284"/>
          <w:sz w:val="22"/>
        </w:rPr>
        <w:t>11:01</w:t>
      </w:r>
    </w:p>
    <w:p>
      <w:pPr>
        <w:spacing w:after="0"/>
      </w:pPr>
      <w:r>
        <w:rPr>
          <w:rFonts w:ascii="Arial" w:hAnsi="Arial"/>
          <w:sz w:val="22"/>
        </w:rPr>
        <w:t xml:space="preserve">that doesn't really reflect reality and equally, one of the things I want to try and connect, explore is the enigma of it in the sense that, and I often say this, I'm against institutionalization. But I'm quite glad I went to a segregated special school,  particularly in that era, because I did things I never would have done. if I went to an ordinary school. And often individual disabled people in mainstream schooling are very marginalized. </w:t>
      </w:r>
    </w:p>
    <w:p>
      <w:pPr>
        <w:spacing w:after="0"/>
      </w:pPr>
    </w:p>
    <w:p>
      <w:pPr>
        <w:spacing w:after="0"/>
      </w:pPr>
      <w:r>
        <w:rPr>
          <w:rFonts w:ascii="Arial" w:hAnsi="Arial"/>
          <w:b/>
          <w:sz w:val="22"/>
        </w:rPr>
        <w:t xml:space="preserve">Lucy  </w:t>
      </w:r>
      <w:r>
        <w:rPr>
          <w:rFonts w:ascii="Arial" w:hAnsi="Arial"/>
          <w:color w:val="5D7284"/>
          <w:sz w:val="22"/>
        </w:rPr>
        <w:t>11:20</w:t>
      </w:r>
    </w:p>
    <w:p>
      <w:pPr>
        <w:spacing w:after="0"/>
      </w:pPr>
      <w:r>
        <w:rPr>
          <w:rFonts w:ascii="Arial" w:hAnsi="Arial"/>
          <w:sz w:val="22"/>
        </w:rPr>
        <w:t>Yeah Yeah</w:t>
      </w:r>
    </w:p>
    <w:p>
      <w:pPr>
        <w:spacing w:after="0"/>
      </w:pPr>
    </w:p>
    <w:p>
      <w:pPr>
        <w:spacing w:after="0"/>
      </w:pPr>
      <w:r>
        <w:rPr>
          <w:rFonts w:ascii="Arial" w:hAnsi="Arial"/>
          <w:b/>
          <w:sz w:val="22"/>
        </w:rPr>
        <w:t xml:space="preserve">Dr. Paul Darke  </w:t>
      </w:r>
      <w:r>
        <w:rPr>
          <w:rFonts w:ascii="Arial" w:hAnsi="Arial"/>
          <w:color w:val="5D7284"/>
          <w:sz w:val="22"/>
        </w:rPr>
        <w:t>11:21</w:t>
      </w:r>
    </w:p>
    <w:p>
      <w:pPr>
        <w:spacing w:after="0"/>
      </w:pPr>
      <w:r>
        <w:rPr>
          <w:rFonts w:ascii="Arial" w:hAnsi="Arial"/>
          <w:sz w:val="22"/>
        </w:rPr>
        <w:t xml:space="preserve">And they don't link with their own community of disabled people. </w:t>
      </w:r>
    </w:p>
    <w:p>
      <w:pPr>
        <w:spacing w:after="0"/>
      </w:pPr>
    </w:p>
    <w:p>
      <w:pPr>
        <w:spacing w:after="0"/>
      </w:pPr>
      <w:r>
        <w:rPr>
          <w:rFonts w:ascii="Arial" w:hAnsi="Arial"/>
          <w:b/>
          <w:sz w:val="22"/>
        </w:rPr>
        <w:t xml:space="preserve">Lucy  </w:t>
      </w:r>
      <w:r>
        <w:rPr>
          <w:rFonts w:ascii="Arial" w:hAnsi="Arial"/>
          <w:color w:val="5D7284"/>
          <w:sz w:val="22"/>
        </w:rPr>
        <w:t>11:35</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11:35</w:t>
      </w:r>
    </w:p>
    <w:p>
      <w:pPr>
        <w:spacing w:after="0"/>
      </w:pPr>
      <w:r>
        <w:rPr>
          <w:rFonts w:ascii="Arial" w:hAnsi="Arial"/>
          <w:sz w:val="22"/>
        </w:rPr>
        <w:t xml:space="preserve">And it's, it's both things, I was glad I went there, but I do think they're wrong.  But actually, we need to change so much of the existing system, to make it work for everybody, not just disabled people, disabled kids, pupils and students, because so much of the education system is wrong, that marginalizes so many people and disabled people, you know, just not going to a special school. But going to a mainstream one can can be an absolutely awful experience. I think, my main criticism of the one I went to is, is we weren't particularly educated. We were just sort of expected to be warehoused till we die. </w:t>
      </w:r>
    </w:p>
    <w:p>
      <w:pPr>
        <w:spacing w:after="0"/>
      </w:pPr>
    </w:p>
    <w:p>
      <w:pPr>
        <w:spacing w:after="0"/>
      </w:pPr>
      <w:r>
        <w:rPr>
          <w:rFonts w:ascii="Arial" w:hAnsi="Arial"/>
          <w:b/>
          <w:sz w:val="22"/>
        </w:rPr>
        <w:t xml:space="preserve">Lucy  </w:t>
      </w:r>
      <w:r>
        <w:rPr>
          <w:rFonts w:ascii="Arial" w:hAnsi="Arial"/>
          <w:color w:val="5D7284"/>
          <w:sz w:val="22"/>
        </w:rPr>
        <w:t>11:39</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12:11</w:t>
      </w:r>
    </w:p>
    <w:p>
      <w:pPr>
        <w:spacing w:after="0"/>
      </w:pPr>
      <w:r>
        <w:rPr>
          <w:rFonts w:ascii="Arial" w:hAnsi="Arial"/>
          <w:sz w:val="22"/>
        </w:rPr>
        <w:t>But I think I said this last time as well, we did things I never would have done an amazing job, we had a football team, and we played normal schools, we had a cricket team and played normal schools,at  cricket, you know, if I'd been at the comprehensive where my brothers were, and they didn't get particularly well educated, either, I never would have got to do any of that. So it's the enigma of it, that actually, they are wrong. But actually, it can be better than the alternative of a mainstream school, where you can often be isolated and forgotten. And increasingly, so because I think schools are under so much pressure now now that they've been privatized and turned into academies. There's a whole whole new kind of scenario around kind of marginalization.</w:t>
      </w:r>
    </w:p>
    <w:p>
      <w:pPr>
        <w:spacing w:after="0"/>
      </w:pPr>
    </w:p>
    <w:p>
      <w:pPr>
        <w:spacing w:after="0"/>
      </w:pPr>
      <w:r>
        <w:rPr>
          <w:rFonts w:ascii="Arial" w:hAnsi="Arial"/>
          <w:b/>
          <w:sz w:val="22"/>
        </w:rPr>
        <w:t xml:space="preserve">Lucy  </w:t>
      </w:r>
      <w:r>
        <w:rPr>
          <w:rFonts w:ascii="Arial" w:hAnsi="Arial"/>
          <w:color w:val="5D7284"/>
          <w:sz w:val="22"/>
        </w:rPr>
        <w:t>12:11</w:t>
      </w:r>
    </w:p>
    <w:p>
      <w:pPr>
        <w:spacing w:after="0"/>
      </w:pPr>
      <w:r>
        <w:rPr>
          <w:rFonts w:ascii="Arial" w:hAnsi="Arial"/>
          <w:sz w:val="22"/>
        </w:rPr>
        <w:t xml:space="preserve">Yeah Yeah they become a bit like a machine, don't they really Academies and things like that. It's like, push it through, you know, you forget about people's individuality and things like that. And it's, it can be a, you know, just a factory really of, you know, </w:t>
      </w:r>
    </w:p>
    <w:p>
      <w:pPr>
        <w:spacing w:after="0"/>
      </w:pPr>
    </w:p>
    <w:p>
      <w:pPr>
        <w:spacing w:after="0"/>
      </w:pPr>
      <w:r>
        <w:rPr>
          <w:rFonts w:ascii="Arial" w:hAnsi="Arial"/>
          <w:b/>
          <w:sz w:val="22"/>
        </w:rPr>
        <w:t xml:space="preserve">Dr. Paul Darke  </w:t>
      </w:r>
      <w:r>
        <w:rPr>
          <w:rFonts w:ascii="Arial" w:hAnsi="Arial"/>
          <w:color w:val="5D7284"/>
          <w:sz w:val="22"/>
        </w:rPr>
        <w:t>13:10</w:t>
      </w:r>
    </w:p>
    <w:p>
      <w:pPr>
        <w:spacing w:after="0"/>
      </w:pPr>
      <w:r>
        <w:rPr>
          <w:rFonts w:ascii="Arial" w:hAnsi="Arial"/>
          <w:sz w:val="22"/>
        </w:rPr>
        <w:t>Absolutely. Absolutely</w:t>
      </w:r>
    </w:p>
    <w:p>
      <w:pPr>
        <w:spacing w:after="0"/>
      </w:pPr>
    </w:p>
    <w:p>
      <w:pPr>
        <w:spacing w:after="0"/>
      </w:pPr>
      <w:r>
        <w:rPr>
          <w:rFonts w:ascii="Arial" w:hAnsi="Arial"/>
          <w:b/>
          <w:sz w:val="22"/>
        </w:rPr>
        <w:t xml:space="preserve">Lucy  </w:t>
      </w:r>
      <w:r>
        <w:rPr>
          <w:rFonts w:ascii="Arial" w:hAnsi="Arial"/>
          <w:color w:val="5D7284"/>
          <w:sz w:val="22"/>
        </w:rPr>
        <w:t>13:11</w:t>
      </w:r>
    </w:p>
    <w:p>
      <w:pPr>
        <w:spacing w:after="0"/>
      </w:pPr>
      <w:r>
        <w:rPr>
          <w:rFonts w:ascii="Arial" w:hAnsi="Arial"/>
          <w:sz w:val="22"/>
        </w:rPr>
        <w:t>put a child in and at the end of it, they're educated off to go to university kind of thing. Yeah, it's, I find it fascinating. So, you know, where you've talked about sort of the education system, when you were younger and that kind of thing it was that was that something that sort of led you down the road to politics in later life? is it something that you know, what were the the key themes of you thinking, right, I'm going to, I'm going to try and see if I can get involved in local politics and do something about this.</w:t>
      </w:r>
    </w:p>
    <w:p>
      <w:pPr>
        <w:spacing w:after="0"/>
      </w:pPr>
    </w:p>
    <w:p>
      <w:pPr>
        <w:spacing w:after="0"/>
      </w:pPr>
      <w:r>
        <w:rPr>
          <w:rFonts w:ascii="Arial" w:hAnsi="Arial"/>
          <w:b/>
          <w:sz w:val="22"/>
        </w:rPr>
        <w:t xml:space="preserve">Dr. Paul Darke  </w:t>
      </w:r>
      <w:r>
        <w:rPr>
          <w:rFonts w:ascii="Arial" w:hAnsi="Arial"/>
          <w:color w:val="5D7284"/>
          <w:sz w:val="22"/>
        </w:rPr>
        <w:t>13:45</w:t>
      </w:r>
    </w:p>
    <w:p>
      <w:pPr>
        <w:spacing w:after="0"/>
      </w:pPr>
      <w:r>
        <w:rPr>
          <w:rFonts w:ascii="Arial" w:hAnsi="Arial"/>
          <w:sz w:val="22"/>
        </w:rPr>
        <w:t xml:space="preserve">Well, politics is a weird thing. I think I've always been political because my father was </w:t>
      </w:r>
    </w:p>
    <w:p>
      <w:pPr>
        <w:spacing w:after="0"/>
      </w:pPr>
    </w:p>
    <w:p>
      <w:pPr>
        <w:spacing w:after="0"/>
      </w:pPr>
      <w:r>
        <w:rPr>
          <w:rFonts w:ascii="Arial" w:hAnsi="Arial"/>
          <w:b/>
          <w:sz w:val="22"/>
        </w:rPr>
        <w:t xml:space="preserve">Lucy  </w:t>
      </w:r>
      <w:r>
        <w:rPr>
          <w:rFonts w:ascii="Arial" w:hAnsi="Arial"/>
          <w:color w:val="5D7284"/>
          <w:sz w:val="22"/>
        </w:rPr>
        <w:t>13:50</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13:51</w:t>
      </w:r>
    </w:p>
    <w:p>
      <w:pPr>
        <w:spacing w:after="0"/>
      </w:pPr>
      <w:r>
        <w:rPr>
          <w:rFonts w:ascii="Arial" w:hAnsi="Arial"/>
          <w:sz w:val="22"/>
        </w:rPr>
        <w:t xml:space="preserve">My father was a Trade Union shop steward. In the factory he worked in they he worked for a company called Turner Brothers Asbestos, which trust me is not a good name to the extent that they changed it to TBA. Although my father did die of a terrible lung disease, linked to his work, </w:t>
      </w:r>
    </w:p>
    <w:p>
      <w:pPr>
        <w:spacing w:after="0"/>
      </w:pPr>
    </w:p>
    <w:p>
      <w:pPr>
        <w:spacing w:after="0"/>
      </w:pPr>
      <w:r>
        <w:rPr>
          <w:rFonts w:ascii="Arial" w:hAnsi="Arial"/>
          <w:b/>
          <w:sz w:val="22"/>
        </w:rPr>
        <w:t xml:space="preserve">Lucy  </w:t>
      </w:r>
      <w:r>
        <w:rPr>
          <w:rFonts w:ascii="Arial" w:hAnsi="Arial"/>
          <w:color w:val="5D7284"/>
          <w:sz w:val="22"/>
        </w:rPr>
        <w:t>13:51</w:t>
      </w:r>
    </w:p>
    <w:p>
      <w:pPr>
        <w:spacing w:after="0"/>
      </w:pPr>
      <w:r>
        <w:rPr>
          <w:rFonts w:ascii="Arial" w:hAnsi="Arial"/>
          <w:sz w:val="22"/>
        </w:rPr>
        <w:t>Right</w:t>
      </w:r>
    </w:p>
    <w:p>
      <w:pPr>
        <w:spacing w:after="0"/>
      </w:pPr>
    </w:p>
    <w:p>
      <w:pPr>
        <w:spacing w:after="0"/>
      </w:pPr>
      <w:r>
        <w:rPr>
          <w:rFonts w:ascii="Arial" w:hAnsi="Arial"/>
          <w:b/>
          <w:sz w:val="22"/>
        </w:rPr>
        <w:t xml:space="preserve">Dr. Paul Darke  </w:t>
      </w:r>
      <w:r>
        <w:rPr>
          <w:rFonts w:ascii="Arial" w:hAnsi="Arial"/>
          <w:color w:val="5D7284"/>
          <w:sz w:val="22"/>
        </w:rPr>
        <w:t>13:51</w:t>
      </w:r>
    </w:p>
    <w:p>
      <w:pPr>
        <w:spacing w:after="0"/>
      </w:pPr>
      <w:r>
        <w:rPr>
          <w:rFonts w:ascii="Arial" w:hAnsi="Arial"/>
          <w:sz w:val="22"/>
        </w:rPr>
        <w:t xml:space="preserve">it wasn't asbestos. it was glass fiber, my father was a glass fiber mixer, chemical mixer. But any smoke can be painted with lead paint in his spare time as a painter and decorator so he was doing he was doing everything he shouldn't have done really,  Absolutely. But as a trade unionist, and you know, I was always brought up with that kind of that kind of engagement with with politics. So that was quite an equally. you know, my first I think when I first voted, which was in about, I think I was 18. So that would have been about 1980. you know, politics is very much alive in Britain under under Margaret Thatcher. it was a very divisive era whether you are for or against her. So I think politics is often is quite bland. So young people aren't engaged. But in those days, it was very, it was very in your face and dominant. </w:t>
      </w:r>
    </w:p>
    <w:p>
      <w:pPr>
        <w:spacing w:after="0"/>
      </w:pPr>
    </w:p>
    <w:p>
      <w:pPr>
        <w:spacing w:after="0"/>
      </w:pPr>
      <w:r>
        <w:rPr>
          <w:rFonts w:ascii="Arial" w:hAnsi="Arial"/>
          <w:b/>
          <w:sz w:val="22"/>
        </w:rPr>
        <w:t xml:space="preserve">Lucy  </w:t>
      </w:r>
      <w:r>
        <w:rPr>
          <w:rFonts w:ascii="Arial" w:hAnsi="Arial"/>
          <w:color w:val="5D7284"/>
          <w:sz w:val="22"/>
        </w:rPr>
        <w:t>15:11</w:t>
      </w:r>
    </w:p>
    <w:p>
      <w:pPr>
        <w:spacing w:after="0"/>
      </w:pPr>
      <w:r>
        <w:rPr>
          <w:rFonts w:ascii="Arial" w:hAnsi="Arial"/>
          <w:sz w:val="22"/>
        </w:rPr>
        <w:t>Yes</w:t>
      </w:r>
    </w:p>
    <w:p>
      <w:pPr>
        <w:spacing w:after="0"/>
      </w:pPr>
    </w:p>
    <w:p>
      <w:pPr>
        <w:spacing w:after="0"/>
      </w:pPr>
      <w:r>
        <w:rPr>
          <w:rFonts w:ascii="Arial" w:hAnsi="Arial"/>
          <w:b/>
          <w:sz w:val="22"/>
        </w:rPr>
        <w:t xml:space="preserve">Dr. Paul Darke  </w:t>
      </w:r>
      <w:r>
        <w:rPr>
          <w:rFonts w:ascii="Arial" w:hAnsi="Arial"/>
          <w:color w:val="5D7284"/>
          <w:sz w:val="22"/>
        </w:rPr>
        <w:t>15:11</w:t>
      </w:r>
    </w:p>
    <w:p>
      <w:pPr>
        <w:spacing w:after="0"/>
      </w:pPr>
      <w:r>
        <w:rPr>
          <w:rFonts w:ascii="Arial" w:hAnsi="Arial"/>
          <w:sz w:val="22"/>
        </w:rPr>
        <w:t xml:space="preserve">Plus, you know, when I grew up, there were two TV channels, three TV channels. So </w:t>
      </w:r>
    </w:p>
    <w:p>
      <w:pPr>
        <w:spacing w:after="0"/>
      </w:pPr>
    </w:p>
    <w:p>
      <w:pPr>
        <w:spacing w:after="0"/>
      </w:pPr>
      <w:r>
        <w:rPr>
          <w:rFonts w:ascii="Arial" w:hAnsi="Arial"/>
          <w:b/>
          <w:sz w:val="22"/>
        </w:rPr>
        <w:t xml:space="preserve">Lucy  </w:t>
      </w:r>
      <w:r>
        <w:rPr>
          <w:rFonts w:ascii="Arial" w:hAnsi="Arial"/>
          <w:color w:val="5D7284"/>
          <w:sz w:val="22"/>
        </w:rPr>
        <w:t>15:16</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15:16</w:t>
      </w:r>
    </w:p>
    <w:p>
      <w:pPr>
        <w:spacing w:after="0"/>
      </w:pPr>
      <w:r>
        <w:rPr>
          <w:rFonts w:ascii="Arial" w:hAnsi="Arial"/>
          <w:sz w:val="22"/>
        </w:rPr>
        <w:t xml:space="preserve">you couldn't miss a lot was what was happening because you couldn't avoid it. </w:t>
      </w:r>
    </w:p>
    <w:p>
      <w:pPr>
        <w:spacing w:after="0"/>
      </w:pPr>
    </w:p>
    <w:p>
      <w:pPr>
        <w:spacing w:after="0"/>
      </w:pPr>
      <w:r>
        <w:rPr>
          <w:rFonts w:ascii="Arial" w:hAnsi="Arial"/>
          <w:b/>
          <w:sz w:val="22"/>
        </w:rPr>
        <w:t xml:space="preserve">Lucy  </w:t>
      </w:r>
      <w:r>
        <w:rPr>
          <w:rFonts w:ascii="Arial" w:hAnsi="Arial"/>
          <w:color w:val="5D7284"/>
          <w:sz w:val="22"/>
        </w:rPr>
        <w:t>15:20</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15:20</w:t>
      </w:r>
    </w:p>
    <w:p>
      <w:pPr>
        <w:spacing w:after="0"/>
      </w:pPr>
      <w:r>
        <w:rPr>
          <w:rFonts w:ascii="Arial" w:hAnsi="Arial"/>
          <w:sz w:val="22"/>
        </w:rPr>
        <w:t xml:space="preserve">Like you can now by flicking on one of a hundred channels. </w:t>
      </w:r>
    </w:p>
    <w:p>
      <w:pPr>
        <w:spacing w:after="0"/>
      </w:pPr>
    </w:p>
    <w:p>
      <w:pPr>
        <w:spacing w:after="0"/>
      </w:pPr>
      <w:r>
        <w:rPr>
          <w:rFonts w:ascii="Arial" w:hAnsi="Arial"/>
          <w:b/>
          <w:sz w:val="22"/>
        </w:rPr>
        <w:t xml:space="preserve">Lucy  </w:t>
      </w:r>
      <w:r>
        <w:rPr>
          <w:rFonts w:ascii="Arial" w:hAnsi="Arial"/>
          <w:color w:val="5D7284"/>
          <w:sz w:val="22"/>
        </w:rPr>
        <w:t>15:23</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15:24</w:t>
      </w:r>
    </w:p>
    <w:p>
      <w:pPr>
        <w:spacing w:after="0"/>
      </w:pPr>
      <w:r>
        <w:rPr>
          <w:rFonts w:ascii="Arial" w:hAnsi="Arial"/>
          <w:sz w:val="22"/>
        </w:rPr>
        <w:t>So So there was that. But then, equally, I suppose local politics falling into that, again, was more luck or just circumstance, the because in fact, my wife is a city councilor for Wolverhampton she was mayor, etc, and all that kind of stuff. But that, and again, that wasn't quite commitment to some political agenda. it was they were they were shutting the local swimming pool. And no one seemed to be doing anything about it. So she and our son got up a petition, and got involved in that did very well, it didn't save the swimming pool. But then one of the political parties saw what a good campaigner she was and said, you know, will you stand for us? So she did. And so, so just luck, you know, falling in</w:t>
      </w:r>
    </w:p>
    <w:p>
      <w:pPr>
        <w:spacing w:after="0"/>
      </w:pPr>
    </w:p>
    <w:p>
      <w:pPr>
        <w:spacing w:after="0"/>
      </w:pPr>
      <w:r>
        <w:rPr>
          <w:rFonts w:ascii="Arial" w:hAnsi="Arial"/>
          <w:b/>
          <w:sz w:val="22"/>
        </w:rPr>
        <w:t xml:space="preserve">Lucy  </w:t>
      </w:r>
      <w:r>
        <w:rPr>
          <w:rFonts w:ascii="Arial" w:hAnsi="Arial"/>
          <w:color w:val="5D7284"/>
          <w:sz w:val="22"/>
        </w:rPr>
        <w:t>16:10</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16:11</w:t>
      </w:r>
    </w:p>
    <w:p>
      <w:pPr>
        <w:spacing w:after="0"/>
      </w:pPr>
      <w:r>
        <w:rPr>
          <w:rFonts w:ascii="Arial" w:hAnsi="Arial"/>
          <w:sz w:val="22"/>
        </w:rPr>
        <w:t xml:space="preserve">because I think she we together printed off at home on our home printer. Something like 5000 little printed leaflets. </w:t>
      </w:r>
    </w:p>
    <w:p>
      <w:pPr>
        <w:spacing w:after="0"/>
      </w:pPr>
    </w:p>
    <w:p>
      <w:pPr>
        <w:spacing w:after="0"/>
      </w:pPr>
      <w:r>
        <w:rPr>
          <w:rFonts w:ascii="Arial" w:hAnsi="Arial"/>
          <w:b/>
          <w:sz w:val="22"/>
        </w:rPr>
        <w:t xml:space="preserve">Lucy  </w:t>
      </w:r>
      <w:r>
        <w:rPr>
          <w:rFonts w:ascii="Arial" w:hAnsi="Arial"/>
          <w:color w:val="5D7284"/>
          <w:sz w:val="22"/>
        </w:rPr>
        <w:t>16:19</w:t>
      </w:r>
    </w:p>
    <w:p>
      <w:pPr>
        <w:spacing w:after="0"/>
      </w:pPr>
      <w:r>
        <w:rPr>
          <w:rFonts w:ascii="Arial" w:hAnsi="Arial"/>
          <w:sz w:val="22"/>
        </w:rPr>
        <w:t>That's amazing</w:t>
      </w:r>
    </w:p>
    <w:p>
      <w:pPr>
        <w:spacing w:after="0"/>
      </w:pPr>
    </w:p>
    <w:p>
      <w:pPr>
        <w:spacing w:after="0"/>
      </w:pPr>
      <w:r>
        <w:rPr>
          <w:rFonts w:ascii="Arial" w:hAnsi="Arial"/>
          <w:b/>
          <w:sz w:val="22"/>
        </w:rPr>
        <w:t xml:space="preserve">Dr. Paul Darke  </w:t>
      </w:r>
      <w:r>
        <w:rPr>
          <w:rFonts w:ascii="Arial" w:hAnsi="Arial"/>
          <w:color w:val="5D7284"/>
          <w:sz w:val="22"/>
        </w:rPr>
        <w:t>16:22</w:t>
      </w:r>
    </w:p>
    <w:p>
      <w:pPr>
        <w:spacing w:after="0"/>
      </w:pPr>
      <w:r>
        <w:rPr>
          <w:rFonts w:ascii="Arial" w:hAnsi="Arial"/>
          <w:sz w:val="22"/>
        </w:rPr>
        <w:t>In retrospect, it was stupid, because it was incredibly expensive. And so then she she did that. And then once you're in it, you get sucked into it. So then we ended up</w:t>
      </w:r>
    </w:p>
    <w:p>
      <w:pPr>
        <w:spacing w:after="0"/>
      </w:pPr>
    </w:p>
    <w:p>
      <w:pPr>
        <w:spacing w:after="0"/>
      </w:pPr>
      <w:r>
        <w:rPr>
          <w:rFonts w:ascii="Arial" w:hAnsi="Arial"/>
          <w:b/>
          <w:sz w:val="22"/>
        </w:rPr>
        <w:t xml:space="preserve">Lucy  </w:t>
      </w:r>
      <w:r>
        <w:rPr>
          <w:rFonts w:ascii="Arial" w:hAnsi="Arial"/>
          <w:color w:val="5D7284"/>
          <w:sz w:val="22"/>
        </w:rPr>
        <w:t>16:35</w:t>
      </w:r>
    </w:p>
    <w:p>
      <w:pPr>
        <w:spacing w:after="0"/>
      </w:pPr>
      <w:r>
        <w:rPr>
          <w:rFonts w:ascii="Arial" w:hAnsi="Arial"/>
          <w:sz w:val="22"/>
        </w:rPr>
        <w:t>once you pick the scab, you can't stop can you I suppose</w:t>
      </w:r>
    </w:p>
    <w:p>
      <w:pPr>
        <w:spacing w:after="0"/>
      </w:pPr>
    </w:p>
    <w:p>
      <w:pPr>
        <w:spacing w:after="0"/>
      </w:pPr>
      <w:r>
        <w:rPr>
          <w:rFonts w:ascii="Arial" w:hAnsi="Arial"/>
          <w:b/>
          <w:sz w:val="22"/>
        </w:rPr>
        <w:t xml:space="preserve">Dr. Paul Darke  </w:t>
      </w:r>
      <w:r>
        <w:rPr>
          <w:rFonts w:ascii="Arial" w:hAnsi="Arial"/>
          <w:color w:val="5D7284"/>
          <w:sz w:val="22"/>
        </w:rPr>
        <w:t>16:37</w:t>
      </w:r>
    </w:p>
    <w:p>
      <w:pPr>
        <w:spacing w:after="0"/>
      </w:pPr>
      <w:r>
        <w:rPr>
          <w:rFonts w:ascii="Arial" w:hAnsi="Arial"/>
          <w:sz w:val="22"/>
        </w:rPr>
        <w:t xml:space="preserve">That's it. Yeah. So So and again, because she was in the deep end, you know, so I joined the party she was in to support her as did our son. And she ended up being part of the coalition and then bringing the council down by one vote  and so it's been interesting. And again, it's an interesting year, I think she's been a councillor for something like 14 years, 13/14 years. And again, that was a transition from kind of Labour to the Conservative era nationally, but Labour locally, and conflict and everything. So it's interesting. It's a difficult one, I think party politics fundamentally, is quite unpleasant. </w:t>
      </w:r>
    </w:p>
    <w:p>
      <w:pPr>
        <w:spacing w:after="0"/>
      </w:pPr>
    </w:p>
    <w:p>
      <w:pPr>
        <w:spacing w:after="0"/>
      </w:pPr>
      <w:r>
        <w:rPr>
          <w:rFonts w:ascii="Arial" w:hAnsi="Arial"/>
          <w:b/>
          <w:sz w:val="22"/>
        </w:rPr>
        <w:t xml:space="preserve">Lucy  </w:t>
      </w:r>
      <w:r>
        <w:rPr>
          <w:rFonts w:ascii="Arial" w:hAnsi="Arial"/>
          <w:color w:val="5D7284"/>
          <w:sz w:val="22"/>
        </w:rPr>
        <w:t>16:53</w:t>
      </w:r>
    </w:p>
    <w:p>
      <w:pPr>
        <w:spacing w:after="0"/>
      </w:pPr>
      <w:r>
        <w:rPr>
          <w:rFonts w:ascii="Arial" w:hAnsi="Arial"/>
          <w:sz w:val="22"/>
        </w:rPr>
        <w:t>Wow Yes</w:t>
      </w:r>
    </w:p>
    <w:p>
      <w:pPr>
        <w:spacing w:after="0"/>
      </w:pPr>
    </w:p>
    <w:p>
      <w:pPr>
        <w:spacing w:after="0"/>
      </w:pPr>
      <w:r>
        <w:rPr>
          <w:rFonts w:ascii="Arial" w:hAnsi="Arial"/>
          <w:b/>
          <w:sz w:val="22"/>
        </w:rPr>
        <w:t xml:space="preserve">Dr. Paul Darke  </w:t>
      </w:r>
      <w:r>
        <w:rPr>
          <w:rFonts w:ascii="Arial" w:hAnsi="Arial"/>
          <w:color w:val="5D7284"/>
          <w:sz w:val="22"/>
        </w:rPr>
        <w:t>17:24</w:t>
      </w:r>
    </w:p>
    <w:p>
      <w:pPr>
        <w:spacing w:after="0"/>
      </w:pPr>
      <w:r>
        <w:rPr>
          <w:rFonts w:ascii="Arial" w:hAnsi="Arial"/>
          <w:sz w:val="22"/>
        </w:rPr>
        <w:t>I think it's vicious. It's nasty. But I still think you should do it.</w:t>
      </w:r>
    </w:p>
    <w:p>
      <w:pPr>
        <w:spacing w:after="0"/>
      </w:pPr>
    </w:p>
    <w:p>
      <w:pPr>
        <w:spacing w:after="0"/>
      </w:pPr>
      <w:r>
        <w:rPr>
          <w:rFonts w:ascii="Arial" w:hAnsi="Arial"/>
          <w:b/>
          <w:sz w:val="22"/>
        </w:rPr>
        <w:t xml:space="preserve">Lucy  </w:t>
      </w:r>
      <w:r>
        <w:rPr>
          <w:rFonts w:ascii="Arial" w:hAnsi="Arial"/>
          <w:color w:val="5D7284"/>
          <w:sz w:val="22"/>
        </w:rPr>
        <w:t>17:30</w:t>
      </w:r>
    </w:p>
    <w:p>
      <w:pPr>
        <w:spacing w:after="0"/>
      </w:pPr>
      <w:r>
        <w:rPr>
          <w:rFonts w:ascii="Arial" w:hAnsi="Arial"/>
          <w:sz w:val="22"/>
        </w:rPr>
        <w:t>do it anyway. do it anyway.</w:t>
      </w:r>
    </w:p>
    <w:p>
      <w:pPr>
        <w:spacing w:after="0"/>
      </w:pPr>
    </w:p>
    <w:p>
      <w:pPr>
        <w:spacing w:after="0"/>
      </w:pPr>
      <w:r>
        <w:rPr>
          <w:rFonts w:ascii="Arial" w:hAnsi="Arial"/>
          <w:b/>
          <w:sz w:val="22"/>
        </w:rPr>
        <w:t xml:space="preserve">Dr. Paul Darke  </w:t>
      </w:r>
      <w:r>
        <w:rPr>
          <w:rFonts w:ascii="Arial" w:hAnsi="Arial"/>
          <w:color w:val="5D7284"/>
          <w:sz w:val="22"/>
        </w:rPr>
        <w:t>17:32</w:t>
      </w:r>
    </w:p>
    <w:p>
      <w:pPr>
        <w:spacing w:after="0"/>
      </w:pPr>
      <w:r>
        <w:rPr>
          <w:rFonts w:ascii="Arial" w:hAnsi="Arial"/>
          <w:sz w:val="22"/>
        </w:rPr>
        <w:t xml:space="preserve">Well, partly because if if, if you don't if we don't, </w:t>
      </w:r>
    </w:p>
    <w:p>
      <w:pPr>
        <w:spacing w:after="0"/>
      </w:pPr>
    </w:p>
    <w:p>
      <w:pPr>
        <w:spacing w:after="0"/>
      </w:pPr>
      <w:r>
        <w:rPr>
          <w:rFonts w:ascii="Arial" w:hAnsi="Arial"/>
          <w:b/>
          <w:sz w:val="22"/>
        </w:rPr>
        <w:t xml:space="preserve">Lucy  </w:t>
      </w:r>
      <w:r>
        <w:rPr>
          <w:rFonts w:ascii="Arial" w:hAnsi="Arial"/>
          <w:color w:val="5D7284"/>
          <w:sz w:val="22"/>
        </w:rPr>
        <w:t>17:37</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17:37</w:t>
      </w:r>
    </w:p>
    <w:p>
      <w:pPr>
        <w:spacing w:after="0"/>
      </w:pPr>
      <w:r>
        <w:rPr>
          <w:rFonts w:ascii="Arial" w:hAnsi="Arial"/>
          <w:sz w:val="22"/>
        </w:rPr>
        <w:t xml:space="preserve">it will remind being that </w:t>
      </w:r>
    </w:p>
    <w:p>
      <w:pPr>
        <w:spacing w:after="0"/>
      </w:pPr>
    </w:p>
    <w:p>
      <w:pPr>
        <w:spacing w:after="0"/>
      </w:pPr>
      <w:r>
        <w:rPr>
          <w:rFonts w:ascii="Arial" w:hAnsi="Arial"/>
          <w:b/>
          <w:sz w:val="22"/>
        </w:rPr>
        <w:t xml:space="preserve">Lucy  </w:t>
      </w:r>
      <w:r>
        <w:rPr>
          <w:rFonts w:ascii="Arial" w:hAnsi="Arial"/>
          <w:color w:val="5D7284"/>
          <w:sz w:val="22"/>
        </w:rPr>
        <w:t>17:40</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17:40</w:t>
      </w:r>
    </w:p>
    <w:p>
      <w:pPr>
        <w:spacing w:after="0"/>
      </w:pPr>
      <w:r>
        <w:rPr>
          <w:rFonts w:ascii="Arial" w:hAnsi="Arial"/>
          <w:sz w:val="22"/>
        </w:rPr>
        <w:t xml:space="preserve">plants, are voices not heard  or listened to in politics pretty much at all. And it's always them doing something for us, based on their own ignorance, stupidity, and patronizing and paternalistic ideas, that usually make things not necessarily worse, although I do think disabled people are in a worse position now than they have been for like 20 years. But I think and I think it's important, but equally, you can do it so that it's fun. So, so if I now talk about the kind of individual process, so you can join a party, and you can try and get to be a candidate. Most political parties are pretty much tied up by a kind of non disabled cabal of people. And that's all parties. I'm not particularly picking on any particular group, you know, because people have been in it for a long time they expect to be the candidate. And equally once a candidate is in, particularly if they're in an area where they're almost always likely to win. </w:t>
      </w:r>
    </w:p>
    <w:p>
      <w:pPr>
        <w:spacing w:after="0"/>
      </w:pPr>
    </w:p>
    <w:p>
      <w:pPr>
        <w:spacing w:after="0"/>
      </w:pPr>
      <w:r>
        <w:rPr>
          <w:rFonts w:ascii="Arial" w:hAnsi="Arial"/>
          <w:b/>
          <w:sz w:val="22"/>
        </w:rPr>
        <w:t xml:space="preserve">Lucy  </w:t>
      </w:r>
      <w:r>
        <w:rPr>
          <w:rFonts w:ascii="Arial" w:hAnsi="Arial"/>
          <w:color w:val="5D7284"/>
          <w:sz w:val="22"/>
        </w:rPr>
        <w:t>17:43</w:t>
      </w:r>
    </w:p>
    <w:p>
      <w:pPr>
        <w:spacing w:after="0"/>
      </w:pPr>
      <w:r>
        <w:rPr>
          <w:rFonts w:ascii="Arial" w:hAnsi="Arial"/>
          <w:sz w:val="22"/>
        </w:rPr>
        <w:t>No Yes</w:t>
      </w:r>
    </w:p>
    <w:p>
      <w:pPr>
        <w:spacing w:after="0"/>
      </w:pPr>
    </w:p>
    <w:p>
      <w:pPr>
        <w:spacing w:after="0"/>
      </w:pPr>
      <w:r>
        <w:rPr>
          <w:rFonts w:ascii="Arial" w:hAnsi="Arial"/>
          <w:b/>
          <w:sz w:val="22"/>
        </w:rPr>
        <w:t xml:space="preserve">Dr. Paul Darke  </w:t>
      </w:r>
      <w:r>
        <w:rPr>
          <w:rFonts w:ascii="Arial" w:hAnsi="Arial"/>
          <w:color w:val="5D7284"/>
          <w:sz w:val="22"/>
        </w:rPr>
        <w:t>17:58</w:t>
      </w:r>
    </w:p>
    <w:p>
      <w:pPr>
        <w:spacing w:after="0"/>
      </w:pPr>
      <w:r>
        <w:rPr>
          <w:rFonts w:ascii="Arial" w:hAnsi="Arial"/>
          <w:sz w:val="22"/>
        </w:rPr>
        <w:t xml:space="preserve">You know, it will be the same person, potentially for decades. That will always be the candidate. </w:t>
      </w:r>
    </w:p>
    <w:p>
      <w:pPr>
        <w:spacing w:after="0"/>
      </w:pPr>
    </w:p>
    <w:p>
      <w:pPr>
        <w:spacing w:after="0"/>
      </w:pPr>
      <w:r>
        <w:rPr>
          <w:rFonts w:ascii="Arial" w:hAnsi="Arial"/>
          <w:b/>
          <w:sz w:val="22"/>
        </w:rPr>
        <w:t xml:space="preserve">Lucy  </w:t>
      </w:r>
      <w:r>
        <w:rPr>
          <w:rFonts w:ascii="Arial" w:hAnsi="Arial"/>
          <w:color w:val="5D7284"/>
          <w:sz w:val="22"/>
        </w:rPr>
        <w:t>18:49</w:t>
      </w:r>
    </w:p>
    <w:p>
      <w:pPr>
        <w:spacing w:after="0"/>
      </w:pPr>
      <w:r>
        <w:rPr>
          <w:rFonts w:ascii="Arial" w:hAnsi="Arial"/>
          <w:sz w:val="22"/>
        </w:rPr>
        <w:t>Yeah that's what happened where I live our MP, he gets in every year, it's almost a dead cert he's gonna get in. We know whether whether, you know people are happy about it or not he always get in it's like a popularity contest, and he wins every time. Yeah, it's, it's weird, isn't it? Really, it's like, but then does that lull people into a false sense of security of I'm an MP that's my job. And then when that's suddenly the rugs pulled from under your feet, what do you end up doing?</w:t>
      </w:r>
    </w:p>
    <w:p>
      <w:pPr>
        <w:spacing w:after="0"/>
      </w:pPr>
    </w:p>
    <w:p>
      <w:pPr>
        <w:spacing w:after="0"/>
      </w:pPr>
      <w:r>
        <w:rPr>
          <w:rFonts w:ascii="Arial" w:hAnsi="Arial"/>
          <w:b/>
          <w:sz w:val="22"/>
        </w:rPr>
        <w:t xml:space="preserve">Dr. Paul Darke  </w:t>
      </w:r>
      <w:r>
        <w:rPr>
          <w:rFonts w:ascii="Arial" w:hAnsi="Arial"/>
          <w:color w:val="5D7284"/>
          <w:sz w:val="22"/>
        </w:rPr>
        <w:t>19:25</w:t>
      </w:r>
    </w:p>
    <w:p>
      <w:pPr>
        <w:spacing w:after="0"/>
      </w:pPr>
      <w:r>
        <w:rPr>
          <w:rFonts w:ascii="Arial" w:hAnsi="Arial"/>
          <w:sz w:val="22"/>
        </w:rPr>
        <w:t xml:space="preserve">Yeah, I think I think MPs often because people vote for parties rather than people.  I think personal following personal following is pretty nominal in politics. Unless you can create yourself as as a kind of a character and very few politicians do that. Most who are elected in local elections and national elections are party chosen </w:t>
      </w:r>
    </w:p>
    <w:p>
      <w:pPr>
        <w:spacing w:after="0"/>
      </w:pPr>
    </w:p>
    <w:p>
      <w:pPr>
        <w:spacing w:after="0"/>
      </w:pPr>
      <w:r>
        <w:rPr>
          <w:rFonts w:ascii="Arial" w:hAnsi="Arial"/>
          <w:b/>
          <w:sz w:val="22"/>
        </w:rPr>
        <w:t xml:space="preserve">Lucy  </w:t>
      </w:r>
      <w:r>
        <w:rPr>
          <w:rFonts w:ascii="Arial" w:hAnsi="Arial"/>
          <w:color w:val="5D7284"/>
          <w:sz w:val="22"/>
        </w:rPr>
        <w:t>19:31</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19:53</w:t>
      </w:r>
    </w:p>
    <w:p>
      <w:pPr>
        <w:spacing w:after="0"/>
      </w:pPr>
      <w:r>
        <w:rPr>
          <w:rFonts w:ascii="Arial" w:hAnsi="Arial"/>
          <w:sz w:val="22"/>
        </w:rPr>
        <w:t xml:space="preserve">you don't vote for the individual you vote for the party, which makes it very difficult for the individual the independent or the smaller parties. I'm actually a Green Party candidate in the next local election. I don't expect to win, I'd like to have an impact. I.e. affect the result for one of the two or three parties that will win. </w:t>
      </w:r>
    </w:p>
    <w:p>
      <w:pPr>
        <w:spacing w:after="0"/>
      </w:pPr>
    </w:p>
    <w:p>
      <w:pPr>
        <w:spacing w:after="0"/>
      </w:pPr>
      <w:r>
        <w:rPr>
          <w:rFonts w:ascii="Arial" w:hAnsi="Arial"/>
          <w:b/>
          <w:sz w:val="22"/>
        </w:rPr>
        <w:t xml:space="preserve">Lucy  </w:t>
      </w:r>
      <w:r>
        <w:rPr>
          <w:rFonts w:ascii="Arial" w:hAnsi="Arial"/>
          <w:color w:val="5D7284"/>
          <w:sz w:val="22"/>
        </w:rPr>
        <w:t>19:53</w:t>
      </w:r>
    </w:p>
    <w:p>
      <w:pPr>
        <w:spacing w:after="0"/>
      </w:pPr>
      <w:r>
        <w:rPr>
          <w:rFonts w:ascii="Arial" w:hAnsi="Arial"/>
          <w:sz w:val="22"/>
        </w:rPr>
        <w:t xml:space="preserve">Yes Yeah. </w:t>
      </w:r>
    </w:p>
    <w:p>
      <w:pPr>
        <w:spacing w:after="0"/>
      </w:pPr>
    </w:p>
    <w:p>
      <w:pPr>
        <w:spacing w:after="0"/>
      </w:pPr>
      <w:r>
        <w:rPr>
          <w:rFonts w:ascii="Arial" w:hAnsi="Arial"/>
          <w:b/>
          <w:sz w:val="22"/>
        </w:rPr>
        <w:t xml:space="preserve">Dr. Paul Darke  </w:t>
      </w:r>
      <w:r>
        <w:rPr>
          <w:rFonts w:ascii="Arial" w:hAnsi="Arial"/>
          <w:color w:val="5D7284"/>
          <w:sz w:val="22"/>
        </w:rPr>
        <w:t>20:15</w:t>
      </w:r>
    </w:p>
    <w:p>
      <w:pPr>
        <w:spacing w:after="0"/>
      </w:pPr>
      <w:r>
        <w:rPr>
          <w:rFonts w:ascii="Arial" w:hAnsi="Arial"/>
          <w:sz w:val="22"/>
        </w:rPr>
        <w:t xml:space="preserve">But equally, you got to do it for fun. </w:t>
      </w:r>
    </w:p>
    <w:p>
      <w:pPr>
        <w:spacing w:after="0"/>
      </w:pPr>
    </w:p>
    <w:p>
      <w:pPr>
        <w:spacing w:after="0"/>
      </w:pPr>
      <w:r>
        <w:rPr>
          <w:rFonts w:ascii="Arial" w:hAnsi="Arial"/>
          <w:b/>
          <w:sz w:val="22"/>
        </w:rPr>
        <w:t xml:space="preserve">Lucy  </w:t>
      </w:r>
      <w:r>
        <w:rPr>
          <w:rFonts w:ascii="Arial" w:hAnsi="Arial"/>
          <w:color w:val="5D7284"/>
          <w:sz w:val="22"/>
        </w:rPr>
        <w:t>20:17</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20:18</w:t>
      </w:r>
    </w:p>
    <w:p>
      <w:pPr>
        <w:spacing w:after="0"/>
      </w:pPr>
      <w:r>
        <w:rPr>
          <w:rFonts w:ascii="Arial" w:hAnsi="Arial"/>
          <w:sz w:val="22"/>
        </w:rPr>
        <w:t>that's the primary thing. I quite like being the disrupter.</w:t>
      </w:r>
    </w:p>
    <w:p>
      <w:pPr>
        <w:spacing w:after="0"/>
      </w:pPr>
    </w:p>
    <w:p>
      <w:pPr>
        <w:spacing w:after="0"/>
      </w:pPr>
      <w:r>
        <w:rPr>
          <w:rFonts w:ascii="Arial" w:hAnsi="Arial"/>
          <w:b/>
          <w:sz w:val="22"/>
        </w:rPr>
        <w:t xml:space="preserve">Lucy  </w:t>
      </w:r>
      <w:r>
        <w:rPr>
          <w:rFonts w:ascii="Arial" w:hAnsi="Arial"/>
          <w:color w:val="5D7284"/>
          <w:sz w:val="22"/>
        </w:rPr>
        <w:t>20:22</w:t>
      </w:r>
    </w:p>
    <w:p>
      <w:pPr>
        <w:spacing w:after="0"/>
      </w:pPr>
      <w:r>
        <w:rPr>
          <w:rFonts w:ascii="Arial" w:hAnsi="Arial"/>
          <w:sz w:val="22"/>
        </w:rPr>
        <w:t>of course you do. Paul, I wouldn't expect anything less from you</w:t>
      </w:r>
    </w:p>
    <w:p>
      <w:pPr>
        <w:spacing w:after="0"/>
      </w:pPr>
    </w:p>
    <w:p>
      <w:pPr>
        <w:spacing w:after="0"/>
      </w:pPr>
      <w:r>
        <w:rPr>
          <w:rFonts w:ascii="Arial" w:hAnsi="Arial"/>
          <w:b/>
          <w:sz w:val="22"/>
        </w:rPr>
        <w:t xml:space="preserve">Dr. Paul Darke  </w:t>
      </w:r>
      <w:r>
        <w:rPr>
          <w:rFonts w:ascii="Arial" w:hAnsi="Arial"/>
          <w:color w:val="5D7284"/>
          <w:sz w:val="22"/>
        </w:rPr>
        <w:t>20:26</w:t>
      </w:r>
    </w:p>
    <w:p>
      <w:pPr>
        <w:spacing w:after="0"/>
      </w:pPr>
      <w:r>
        <w:rPr>
          <w:rFonts w:ascii="Arial" w:hAnsi="Arial"/>
          <w:sz w:val="22"/>
        </w:rPr>
        <w:t xml:space="preserve">Because thats what you've got to do to keep them on their toes? </w:t>
      </w:r>
    </w:p>
    <w:p>
      <w:pPr>
        <w:spacing w:after="0"/>
      </w:pPr>
    </w:p>
    <w:p>
      <w:pPr>
        <w:spacing w:after="0"/>
      </w:pPr>
      <w:r>
        <w:rPr>
          <w:rFonts w:ascii="Arial" w:hAnsi="Arial"/>
          <w:b/>
          <w:sz w:val="22"/>
        </w:rPr>
        <w:t xml:space="preserve">Lucy  </w:t>
      </w:r>
      <w:r>
        <w:rPr>
          <w:rFonts w:ascii="Arial" w:hAnsi="Arial"/>
          <w:color w:val="5D7284"/>
          <w:sz w:val="22"/>
        </w:rPr>
        <w:t>20:29</w:t>
      </w:r>
    </w:p>
    <w:p>
      <w:pPr>
        <w:spacing w:after="0"/>
      </w:pPr>
      <w:r>
        <w:rPr>
          <w:rFonts w:ascii="Arial" w:hAnsi="Arial"/>
          <w:sz w:val="22"/>
        </w:rPr>
        <w:t>Do you think sometimes these people are just following like, a fact sheet almost. And just going through the motions? Like, because, you know, it's always happened like with? And so this is how it's going to be while I'm here, rather than, you know, the I'm going to do things differently.</w:t>
      </w:r>
    </w:p>
    <w:p>
      <w:pPr>
        <w:spacing w:after="0"/>
      </w:pPr>
    </w:p>
    <w:p>
      <w:pPr>
        <w:spacing w:after="0"/>
      </w:pPr>
      <w:r>
        <w:rPr>
          <w:rFonts w:ascii="Arial" w:hAnsi="Arial"/>
          <w:b/>
          <w:sz w:val="22"/>
        </w:rPr>
        <w:t xml:space="preserve">Dr. Paul Darke  </w:t>
      </w:r>
      <w:r>
        <w:rPr>
          <w:rFonts w:ascii="Arial" w:hAnsi="Arial"/>
          <w:color w:val="5D7284"/>
          <w:sz w:val="22"/>
        </w:rPr>
        <w:t>20:29</w:t>
      </w:r>
    </w:p>
    <w:p>
      <w:pPr>
        <w:spacing w:after="0"/>
      </w:pPr>
      <w:r>
        <w:rPr>
          <w:rFonts w:ascii="Arial" w:hAnsi="Arial"/>
          <w:sz w:val="22"/>
        </w:rPr>
        <w:t>because they get very, you could say they're arrogant. And I think often they are but equally, they're just often they're I don't know what the word is that because often they're not very good. But they don't need to be because they're of the party that will always win</w:t>
      </w:r>
    </w:p>
    <w:p>
      <w:pPr>
        <w:spacing w:after="0"/>
      </w:pPr>
    </w:p>
    <w:p>
      <w:pPr>
        <w:spacing w:after="0"/>
      </w:pPr>
      <w:r>
        <w:rPr>
          <w:rFonts w:ascii="Arial" w:hAnsi="Arial"/>
          <w:b/>
          <w:sz w:val="22"/>
        </w:rPr>
        <w:t xml:space="preserve">Lucy  </w:t>
      </w:r>
      <w:r>
        <w:rPr>
          <w:rFonts w:ascii="Arial" w:hAnsi="Arial"/>
          <w:color w:val="5D7284"/>
          <w:sz w:val="22"/>
        </w:rPr>
        <w:t>20:29</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21:02</w:t>
      </w:r>
    </w:p>
    <w:p>
      <w:pPr>
        <w:spacing w:after="0"/>
      </w:pPr>
      <w:r>
        <w:rPr>
          <w:rFonts w:ascii="Arial" w:hAnsi="Arial"/>
          <w:sz w:val="22"/>
        </w:rPr>
        <w:t xml:space="preserve">Yeah, I think,  party politics tends to be about tinkering around the end edges of the system. It's not about real change. So it's not about improving people's lives, particularly dramatically, which is what I think it should be. It's tinkering. So that, you know, some people's lives may be a fraction that a little bit better or whatever. And that's a real problem, because then nothing really changes. </w:t>
      </w:r>
    </w:p>
    <w:p>
      <w:pPr>
        <w:spacing w:after="0"/>
      </w:pPr>
    </w:p>
    <w:p>
      <w:pPr>
        <w:spacing w:after="0"/>
      </w:pPr>
      <w:r>
        <w:rPr>
          <w:rFonts w:ascii="Arial" w:hAnsi="Arial"/>
          <w:b/>
          <w:sz w:val="22"/>
        </w:rPr>
        <w:t xml:space="preserve">Lucy  </w:t>
      </w:r>
      <w:r>
        <w:rPr>
          <w:rFonts w:ascii="Arial" w:hAnsi="Arial"/>
          <w:color w:val="5D7284"/>
          <w:sz w:val="22"/>
        </w:rPr>
        <w:t>21:04</w:t>
      </w:r>
    </w:p>
    <w:p>
      <w:pPr>
        <w:spacing w:after="0"/>
      </w:pPr>
      <w:r>
        <w:rPr>
          <w:rFonts w:ascii="Arial" w:hAnsi="Arial"/>
          <w:sz w:val="22"/>
        </w:rPr>
        <w:t>yeah,  No</w:t>
      </w:r>
    </w:p>
    <w:p>
      <w:pPr>
        <w:spacing w:after="0"/>
      </w:pPr>
    </w:p>
    <w:p>
      <w:pPr>
        <w:spacing w:after="0"/>
      </w:pPr>
      <w:r>
        <w:rPr>
          <w:rFonts w:ascii="Arial" w:hAnsi="Arial"/>
          <w:b/>
          <w:sz w:val="22"/>
        </w:rPr>
        <w:t xml:space="preserve">Dr. Paul Darke  </w:t>
      </w:r>
      <w:r>
        <w:rPr>
          <w:rFonts w:ascii="Arial" w:hAnsi="Arial"/>
          <w:color w:val="5D7284"/>
          <w:sz w:val="22"/>
        </w:rPr>
        <w:t>21:30</w:t>
      </w:r>
    </w:p>
    <w:p>
      <w:pPr>
        <w:spacing w:after="0"/>
      </w:pPr>
      <w:r>
        <w:rPr>
          <w:rFonts w:ascii="Arial" w:hAnsi="Arial"/>
          <w:sz w:val="22"/>
        </w:rPr>
        <w:t xml:space="preserve">And what does change often takes decades. And that's true for all parties, on all ideologies. And equally, then what the other thing that that party politics is trapped in is is they do what an ideology says, not what evidence suggests is the best. </w:t>
      </w:r>
    </w:p>
    <w:p>
      <w:pPr>
        <w:spacing w:after="0"/>
      </w:pPr>
    </w:p>
    <w:p>
      <w:pPr>
        <w:spacing w:after="0"/>
      </w:pPr>
      <w:r>
        <w:rPr>
          <w:rFonts w:ascii="Arial" w:hAnsi="Arial"/>
          <w:b/>
          <w:sz w:val="22"/>
        </w:rPr>
        <w:t xml:space="preserve">Lucy  </w:t>
      </w:r>
      <w:r>
        <w:rPr>
          <w:rFonts w:ascii="Arial" w:hAnsi="Arial"/>
          <w:color w:val="5D7284"/>
          <w:sz w:val="22"/>
        </w:rPr>
        <w:t>21:47</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21:49</w:t>
      </w:r>
    </w:p>
    <w:p>
      <w:pPr>
        <w:spacing w:after="0"/>
      </w:pPr>
      <w:r>
        <w:rPr>
          <w:rFonts w:ascii="Arial" w:hAnsi="Arial"/>
          <w:sz w:val="22"/>
        </w:rPr>
        <w:t xml:space="preserve">So for example, research will show that this, if you did this, it would make that impact. But often, if you have a particular belief, left or right, you don't like that, because of your, your ideology. </w:t>
      </w:r>
    </w:p>
    <w:p>
      <w:pPr>
        <w:spacing w:after="0"/>
      </w:pPr>
    </w:p>
    <w:p>
      <w:pPr>
        <w:spacing w:after="0"/>
      </w:pPr>
      <w:r>
        <w:rPr>
          <w:rFonts w:ascii="Arial" w:hAnsi="Arial"/>
          <w:b/>
          <w:sz w:val="22"/>
        </w:rPr>
        <w:t xml:space="preserve">Lucy  </w:t>
      </w:r>
      <w:r>
        <w:rPr>
          <w:rFonts w:ascii="Arial" w:hAnsi="Arial"/>
          <w:color w:val="5D7284"/>
          <w:sz w:val="22"/>
        </w:rPr>
        <w:t>22:01</w:t>
      </w:r>
    </w:p>
    <w:p>
      <w:pPr>
        <w:spacing w:after="0"/>
      </w:pPr>
      <w:r>
        <w:rPr>
          <w:rFonts w:ascii="Arial" w:hAnsi="Arial"/>
          <w:sz w:val="22"/>
        </w:rPr>
        <w:t>Yes</w:t>
      </w:r>
    </w:p>
    <w:p>
      <w:pPr>
        <w:spacing w:after="0"/>
      </w:pPr>
    </w:p>
    <w:p>
      <w:pPr>
        <w:spacing w:after="0"/>
      </w:pPr>
      <w:r>
        <w:rPr>
          <w:rFonts w:ascii="Arial" w:hAnsi="Arial"/>
          <w:b/>
          <w:sz w:val="22"/>
        </w:rPr>
        <w:t xml:space="preserve">Dr. Paul Darke  </w:t>
      </w:r>
      <w:r>
        <w:rPr>
          <w:rFonts w:ascii="Arial" w:hAnsi="Arial"/>
          <w:color w:val="5D7284"/>
          <w:sz w:val="22"/>
        </w:rPr>
        <w:t>22:02</w:t>
      </w:r>
    </w:p>
    <w:p>
      <w:pPr>
        <w:spacing w:after="0"/>
      </w:pPr>
      <w:r>
        <w:rPr>
          <w:rFonts w:ascii="Arial" w:hAnsi="Arial"/>
          <w:sz w:val="22"/>
        </w:rPr>
        <w:t xml:space="preserve">So you don't do it in something else. But actually, the evidence shows won't work.  But because it's what you believe in, you do it. And I think politics should be about research, and looking at cause and, and results, not about anything else, particularly, you know. And that's a big problem in politics. But if you come back to the practicalities of it, and it is now easier than ever. And this is one of the ironies of being a local councillor candidate. And I think all disabled people should be a local candidate. And I think if there's if there's 110 people who live in where you live, who who are disabled, every one of them should be a candidate. So that when you go into the polling booth, you've got a choice of hundreds of people to choose from. Not just Labuor, Tory, Green or Liberal Democrats. </w:t>
      </w:r>
    </w:p>
    <w:p>
      <w:pPr>
        <w:spacing w:after="0"/>
      </w:pPr>
    </w:p>
    <w:p>
      <w:pPr>
        <w:spacing w:after="0"/>
      </w:pPr>
      <w:r>
        <w:rPr>
          <w:rFonts w:ascii="Arial" w:hAnsi="Arial"/>
          <w:b/>
          <w:sz w:val="22"/>
        </w:rPr>
        <w:t xml:space="preserve">Lucy  </w:t>
      </w:r>
      <w:r>
        <w:rPr>
          <w:rFonts w:ascii="Arial" w:hAnsi="Arial"/>
          <w:color w:val="5D7284"/>
          <w:sz w:val="22"/>
        </w:rPr>
        <w:t>22:07</w:t>
      </w:r>
    </w:p>
    <w:p>
      <w:pPr>
        <w:spacing w:after="0"/>
      </w:pPr>
      <w:r>
        <w:rPr>
          <w:rFonts w:ascii="Arial" w:hAnsi="Arial"/>
          <w:sz w:val="22"/>
        </w:rPr>
        <w:t xml:space="preserve">No Yeah, </w:t>
      </w:r>
    </w:p>
    <w:p>
      <w:pPr>
        <w:spacing w:after="0"/>
      </w:pPr>
    </w:p>
    <w:p>
      <w:pPr>
        <w:spacing w:after="0"/>
      </w:pPr>
      <w:r>
        <w:rPr>
          <w:rFonts w:ascii="Arial" w:hAnsi="Arial"/>
          <w:b/>
          <w:sz w:val="22"/>
        </w:rPr>
        <w:t xml:space="preserve">Dr. Paul Darke  </w:t>
      </w:r>
      <w:r>
        <w:rPr>
          <w:rFonts w:ascii="Arial" w:hAnsi="Arial"/>
          <w:color w:val="5D7284"/>
          <w:sz w:val="22"/>
        </w:rPr>
        <w:t>22:56</w:t>
      </w:r>
    </w:p>
    <w:p>
      <w:pPr>
        <w:spacing w:after="0"/>
      </w:pPr>
      <w:r>
        <w:rPr>
          <w:rFonts w:ascii="Arial" w:hAnsi="Arial"/>
          <w:sz w:val="22"/>
        </w:rPr>
        <w:t>you might often get one other. Who's an independent?</w:t>
      </w:r>
    </w:p>
    <w:p>
      <w:pPr>
        <w:spacing w:after="0"/>
      </w:pPr>
    </w:p>
    <w:p>
      <w:pPr>
        <w:spacing w:after="0"/>
      </w:pPr>
      <w:r>
        <w:rPr>
          <w:rFonts w:ascii="Arial" w:hAnsi="Arial"/>
          <w:b/>
          <w:sz w:val="22"/>
        </w:rPr>
        <w:t xml:space="preserve">Lucy  </w:t>
      </w:r>
      <w:r>
        <w:rPr>
          <w:rFonts w:ascii="Arial" w:hAnsi="Arial"/>
          <w:color w:val="5D7284"/>
          <w:sz w:val="22"/>
        </w:rPr>
        <w:t>23:00</w:t>
      </w:r>
    </w:p>
    <w:p>
      <w:pPr>
        <w:spacing w:after="0"/>
      </w:pPr>
      <w:r>
        <w:rPr>
          <w:rFonts w:ascii="Arial" w:hAnsi="Arial"/>
          <w:sz w:val="22"/>
        </w:rPr>
        <w:t xml:space="preserve">Who you've never heard of? Yeah, </w:t>
      </w:r>
    </w:p>
    <w:p>
      <w:pPr>
        <w:spacing w:after="0"/>
      </w:pPr>
    </w:p>
    <w:p>
      <w:pPr>
        <w:spacing w:after="0"/>
      </w:pPr>
      <w:r>
        <w:rPr>
          <w:rFonts w:ascii="Arial" w:hAnsi="Arial"/>
          <w:b/>
          <w:sz w:val="22"/>
        </w:rPr>
        <w:t xml:space="preserve">Dr. Paul Darke  </w:t>
      </w:r>
      <w:r>
        <w:rPr>
          <w:rFonts w:ascii="Arial" w:hAnsi="Arial"/>
          <w:color w:val="5D7284"/>
          <w:sz w:val="22"/>
        </w:rPr>
        <w:t>23:01</w:t>
      </w:r>
    </w:p>
    <w:p>
      <w:pPr>
        <w:spacing w:after="0"/>
      </w:pPr>
      <w:r>
        <w:rPr>
          <w:rFonts w:ascii="Arial" w:hAnsi="Arial"/>
          <w:sz w:val="22"/>
        </w:rPr>
        <w:t>Yeah. But actually, you know, they're doing it because they believe in democracy and whatever. I believe every disabled person in every community should stand. Genuinely, it will to disrupt the entire system. And I'd love for example, I think young people, every young person should go out and be a candidate. It's free.</w:t>
      </w:r>
    </w:p>
    <w:p>
      <w:pPr>
        <w:spacing w:after="0"/>
      </w:pPr>
    </w:p>
    <w:p>
      <w:pPr>
        <w:spacing w:after="0"/>
      </w:pPr>
      <w:r>
        <w:rPr>
          <w:rFonts w:ascii="Arial" w:hAnsi="Arial"/>
          <w:b/>
          <w:sz w:val="22"/>
        </w:rPr>
        <w:t xml:space="preserve">Lucy  </w:t>
      </w:r>
      <w:r>
        <w:rPr>
          <w:rFonts w:ascii="Arial" w:hAnsi="Arial"/>
          <w:color w:val="5D7284"/>
          <w:sz w:val="22"/>
        </w:rPr>
        <w:t>23:24</w:t>
      </w:r>
    </w:p>
    <w:p>
      <w:pPr>
        <w:spacing w:after="0"/>
      </w:pPr>
      <w:r>
        <w:rPr>
          <w:rFonts w:ascii="Arial" w:hAnsi="Arial"/>
          <w:sz w:val="22"/>
        </w:rPr>
        <w:t>could you imagine what would happen if we all got voted in? Disabled people taking over the world!</w:t>
      </w:r>
    </w:p>
    <w:p>
      <w:pPr>
        <w:spacing w:after="0"/>
      </w:pPr>
    </w:p>
    <w:p>
      <w:pPr>
        <w:spacing w:after="0"/>
      </w:pPr>
      <w:r>
        <w:rPr>
          <w:rFonts w:ascii="Arial" w:hAnsi="Arial"/>
          <w:b/>
          <w:sz w:val="22"/>
        </w:rPr>
        <w:t xml:space="preserve">Dr. Paul Darke  </w:t>
      </w:r>
      <w:r>
        <w:rPr>
          <w:rFonts w:ascii="Arial" w:hAnsi="Arial"/>
          <w:color w:val="5D7284"/>
          <w:sz w:val="22"/>
        </w:rPr>
        <w:t>23:32</w:t>
      </w:r>
    </w:p>
    <w:p>
      <w:pPr>
        <w:spacing w:after="0"/>
      </w:pPr>
      <w:r>
        <w:rPr>
          <w:rFonts w:ascii="Arial" w:hAnsi="Arial"/>
          <w:sz w:val="22"/>
        </w:rPr>
        <w:t xml:space="preserve">Well, the thing is, is you almost definitely won't win. </w:t>
      </w:r>
    </w:p>
    <w:p>
      <w:pPr>
        <w:spacing w:after="0"/>
      </w:pPr>
    </w:p>
    <w:p>
      <w:pPr>
        <w:spacing w:after="0"/>
      </w:pPr>
      <w:r>
        <w:rPr>
          <w:rFonts w:ascii="Arial" w:hAnsi="Arial"/>
          <w:b/>
          <w:sz w:val="22"/>
        </w:rPr>
        <w:t xml:space="preserve">Lucy  </w:t>
      </w:r>
      <w:r>
        <w:rPr>
          <w:rFonts w:ascii="Arial" w:hAnsi="Arial"/>
          <w:color w:val="5D7284"/>
          <w:sz w:val="22"/>
        </w:rPr>
        <w:t>23:35</w:t>
      </w:r>
    </w:p>
    <w:p>
      <w:pPr>
        <w:spacing w:after="0"/>
      </w:pPr>
      <w:r>
        <w:rPr>
          <w:rFonts w:ascii="Arial" w:hAnsi="Arial"/>
          <w:sz w:val="22"/>
        </w:rPr>
        <w:t xml:space="preserve">No. </w:t>
      </w:r>
    </w:p>
    <w:p>
      <w:pPr>
        <w:spacing w:after="0"/>
      </w:pPr>
    </w:p>
    <w:p>
      <w:pPr>
        <w:spacing w:after="0"/>
      </w:pPr>
      <w:r>
        <w:rPr>
          <w:rFonts w:ascii="Arial" w:hAnsi="Arial"/>
          <w:b/>
          <w:sz w:val="22"/>
        </w:rPr>
        <w:t xml:space="preserve">Dr. Paul Darke  </w:t>
      </w:r>
      <w:r>
        <w:rPr>
          <w:rFonts w:ascii="Arial" w:hAnsi="Arial"/>
          <w:color w:val="5D7284"/>
          <w:sz w:val="22"/>
        </w:rPr>
        <w:t>23:35</w:t>
      </w:r>
    </w:p>
    <w:p>
      <w:pPr>
        <w:spacing w:after="0"/>
      </w:pPr>
      <w:r>
        <w:rPr>
          <w:rFonts w:ascii="Arial" w:hAnsi="Arial"/>
          <w:sz w:val="22"/>
        </w:rPr>
        <w:t xml:space="preserve">And often, they'll only be one who will win and it will almost definitely be one from Labour. </w:t>
      </w:r>
    </w:p>
    <w:p>
      <w:pPr>
        <w:spacing w:after="0"/>
      </w:pPr>
    </w:p>
    <w:p>
      <w:pPr>
        <w:spacing w:after="0"/>
      </w:pPr>
      <w:r>
        <w:rPr>
          <w:rFonts w:ascii="Arial" w:hAnsi="Arial"/>
          <w:b/>
          <w:sz w:val="22"/>
        </w:rPr>
        <w:t xml:space="preserve">Lucy  </w:t>
      </w:r>
      <w:r>
        <w:rPr>
          <w:rFonts w:ascii="Arial" w:hAnsi="Arial"/>
          <w:color w:val="5D7284"/>
          <w:sz w:val="22"/>
        </w:rPr>
        <w:t>23:42</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23:43</w:t>
      </w:r>
    </w:p>
    <w:p>
      <w:pPr>
        <w:spacing w:after="0"/>
      </w:pPr>
      <w:r>
        <w:rPr>
          <w:rFonts w:ascii="Arial" w:hAnsi="Arial"/>
          <w:sz w:val="22"/>
        </w:rPr>
        <w:t xml:space="preserve">Tory, if you're really lucky, from my point of view, Green, but I just think it's a way of engaging in the entire system. See, what you need to do is you need to get the kind of local election, ring up your council and ask for the election office and ask them to send you a form to stand as a candidate. And I think you should everybody should do that. And have a look at this form. And again, like most forms, it looks complicated, and it looks difficult. </w:t>
      </w:r>
    </w:p>
    <w:p>
      <w:pPr>
        <w:spacing w:after="0"/>
      </w:pPr>
    </w:p>
    <w:p>
      <w:pPr>
        <w:spacing w:after="0"/>
      </w:pPr>
      <w:r>
        <w:rPr>
          <w:rFonts w:ascii="Arial" w:hAnsi="Arial"/>
          <w:b/>
          <w:sz w:val="22"/>
        </w:rPr>
        <w:t xml:space="preserve">Lucy  </w:t>
      </w:r>
      <w:r>
        <w:rPr>
          <w:rFonts w:ascii="Arial" w:hAnsi="Arial"/>
          <w:color w:val="5D7284"/>
          <w:sz w:val="22"/>
        </w:rPr>
        <w:t>24:13</w:t>
      </w:r>
    </w:p>
    <w:p>
      <w:pPr>
        <w:spacing w:after="0"/>
      </w:pPr>
      <w:r>
        <w:rPr>
          <w:rFonts w:ascii="Arial" w:hAnsi="Arial"/>
          <w:sz w:val="22"/>
        </w:rPr>
        <w:t>Is that to put people off do you think?</w:t>
      </w:r>
    </w:p>
    <w:p>
      <w:pPr>
        <w:spacing w:after="0"/>
      </w:pPr>
    </w:p>
    <w:p>
      <w:pPr>
        <w:spacing w:after="0"/>
      </w:pPr>
      <w:r>
        <w:rPr>
          <w:rFonts w:ascii="Arial" w:hAnsi="Arial"/>
          <w:b/>
          <w:sz w:val="22"/>
        </w:rPr>
        <w:t xml:space="preserve">Dr. Paul Darke  </w:t>
      </w:r>
      <w:r>
        <w:rPr>
          <w:rFonts w:ascii="Arial" w:hAnsi="Arial"/>
          <w:color w:val="5D7284"/>
          <w:sz w:val="22"/>
        </w:rPr>
        <w:t>24:16</w:t>
      </w:r>
    </w:p>
    <w:p>
      <w:pPr>
        <w:spacing w:after="0"/>
      </w:pPr>
      <w:r>
        <w:rPr>
          <w:rFonts w:ascii="Arial" w:hAnsi="Arial"/>
          <w:sz w:val="22"/>
        </w:rPr>
        <w:t xml:space="preserve">I think it is to put people off. </w:t>
      </w:r>
    </w:p>
    <w:p>
      <w:pPr>
        <w:spacing w:after="0"/>
      </w:pPr>
    </w:p>
    <w:p>
      <w:pPr>
        <w:spacing w:after="0"/>
      </w:pPr>
      <w:r>
        <w:rPr>
          <w:rFonts w:ascii="Arial" w:hAnsi="Arial"/>
          <w:b/>
          <w:sz w:val="22"/>
        </w:rPr>
        <w:t xml:space="preserve">Lucy  </w:t>
      </w:r>
      <w:r>
        <w:rPr>
          <w:rFonts w:ascii="Arial" w:hAnsi="Arial"/>
          <w:color w:val="5D7284"/>
          <w:sz w:val="22"/>
        </w:rPr>
        <w:t>24:17</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24:18</w:t>
      </w:r>
    </w:p>
    <w:p>
      <w:pPr>
        <w:spacing w:after="0"/>
      </w:pPr>
      <w:r>
        <w:rPr>
          <w:rFonts w:ascii="Arial" w:hAnsi="Arial"/>
          <w:sz w:val="22"/>
        </w:rPr>
        <w:t xml:space="preserve">it's a difficult one because I think there are kind of legal things that you need to do. So for example, you need to live in local elections, you need to live where you're going to be a candidate, </w:t>
      </w:r>
    </w:p>
    <w:p>
      <w:pPr>
        <w:spacing w:after="0"/>
      </w:pPr>
    </w:p>
    <w:p>
      <w:pPr>
        <w:spacing w:after="0"/>
      </w:pPr>
      <w:r>
        <w:rPr>
          <w:rFonts w:ascii="Arial" w:hAnsi="Arial"/>
          <w:b/>
          <w:sz w:val="22"/>
        </w:rPr>
        <w:t xml:space="preserve">Lucy  </w:t>
      </w:r>
      <w:r>
        <w:rPr>
          <w:rFonts w:ascii="Arial" w:hAnsi="Arial"/>
          <w:color w:val="5D7284"/>
          <w:sz w:val="22"/>
        </w:rPr>
        <w:t>24:30</w:t>
      </w:r>
    </w:p>
    <w:p>
      <w:pPr>
        <w:spacing w:after="0"/>
      </w:pPr>
      <w:r>
        <w:rPr>
          <w:rFonts w:ascii="Arial" w:hAnsi="Arial"/>
          <w:sz w:val="22"/>
        </w:rPr>
        <w:t>Right</w:t>
      </w:r>
    </w:p>
    <w:p>
      <w:pPr>
        <w:spacing w:after="0"/>
      </w:pPr>
    </w:p>
    <w:p>
      <w:pPr>
        <w:spacing w:after="0"/>
      </w:pPr>
      <w:r>
        <w:rPr>
          <w:rFonts w:ascii="Arial" w:hAnsi="Arial"/>
          <w:b/>
          <w:sz w:val="22"/>
        </w:rPr>
        <w:t xml:space="preserve">Dr. Paul Darke  </w:t>
      </w:r>
      <w:r>
        <w:rPr>
          <w:rFonts w:ascii="Arial" w:hAnsi="Arial"/>
          <w:color w:val="5D7284"/>
          <w:sz w:val="22"/>
        </w:rPr>
        <w:t>24:30</w:t>
      </w:r>
    </w:p>
    <w:p>
      <w:pPr>
        <w:spacing w:after="0"/>
      </w:pPr>
      <w:r>
        <w:rPr>
          <w:rFonts w:ascii="Arial" w:hAnsi="Arial"/>
          <w:sz w:val="22"/>
        </w:rPr>
        <w:t xml:space="preserve">by which I mean, for example, I live in Wolverhampton. Wolverhampton is split up into 20. wards, </w:t>
      </w:r>
    </w:p>
    <w:p>
      <w:pPr>
        <w:spacing w:after="0"/>
      </w:pPr>
    </w:p>
    <w:p>
      <w:pPr>
        <w:spacing w:after="0"/>
      </w:pPr>
      <w:r>
        <w:rPr>
          <w:rFonts w:ascii="Arial" w:hAnsi="Arial"/>
          <w:b/>
          <w:sz w:val="22"/>
        </w:rPr>
        <w:t xml:space="preserve">Lucy  </w:t>
      </w:r>
      <w:r>
        <w:rPr>
          <w:rFonts w:ascii="Arial" w:hAnsi="Arial"/>
          <w:color w:val="5D7284"/>
          <w:sz w:val="22"/>
        </w:rPr>
        <w:t>24:38</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24:38</w:t>
      </w:r>
    </w:p>
    <w:p>
      <w:pPr>
        <w:spacing w:after="0"/>
      </w:pPr>
      <w:r>
        <w:rPr>
          <w:rFonts w:ascii="Arial" w:hAnsi="Arial"/>
          <w:sz w:val="22"/>
        </w:rPr>
        <w:t xml:space="preserve">you only have to live in Wolverhampton, you don't have to live in the ward to be the candidate. </w:t>
      </w:r>
    </w:p>
    <w:p>
      <w:pPr>
        <w:spacing w:after="0"/>
      </w:pPr>
    </w:p>
    <w:p>
      <w:pPr>
        <w:spacing w:after="0"/>
      </w:pPr>
      <w:r>
        <w:rPr>
          <w:rFonts w:ascii="Arial" w:hAnsi="Arial"/>
          <w:b/>
          <w:sz w:val="22"/>
        </w:rPr>
        <w:t xml:space="preserve">Lucy  </w:t>
      </w:r>
      <w:r>
        <w:rPr>
          <w:rFonts w:ascii="Arial" w:hAnsi="Arial"/>
          <w:color w:val="5D7284"/>
          <w:sz w:val="22"/>
        </w:rPr>
        <w:t>24:44</w:t>
      </w:r>
    </w:p>
    <w:p>
      <w:pPr>
        <w:spacing w:after="0"/>
      </w:pPr>
      <w:r>
        <w:rPr>
          <w:rFonts w:ascii="Arial" w:hAnsi="Arial"/>
          <w:sz w:val="22"/>
        </w:rPr>
        <w:t>right.</w:t>
      </w:r>
    </w:p>
    <w:p>
      <w:pPr>
        <w:spacing w:after="0"/>
      </w:pPr>
    </w:p>
    <w:p>
      <w:pPr>
        <w:spacing w:after="0"/>
      </w:pPr>
      <w:r>
        <w:rPr>
          <w:rFonts w:ascii="Arial" w:hAnsi="Arial"/>
          <w:b/>
          <w:sz w:val="22"/>
        </w:rPr>
        <w:t xml:space="preserve">Dr. Paul Darke  </w:t>
      </w:r>
      <w:r>
        <w:rPr>
          <w:rFonts w:ascii="Arial" w:hAnsi="Arial"/>
          <w:color w:val="5D7284"/>
          <w:sz w:val="22"/>
        </w:rPr>
        <w:t>24:44</w:t>
      </w:r>
    </w:p>
    <w:p>
      <w:pPr>
        <w:spacing w:after="0"/>
      </w:pPr>
      <w:r>
        <w:rPr>
          <w:rFonts w:ascii="Arial" w:hAnsi="Arial"/>
          <w:sz w:val="22"/>
        </w:rPr>
        <w:t xml:space="preserve"> So, if you wanted to stand in your local election for your local council, you know you you could stand in any of the wards I'm sure Lichfield has got multiple wards. I don't have any. And then you've just got to tick the box that says you know you live there. That's it. but there's like four or five options you can check. And most people think, oh, you know, do I fill this one? you've only got to do one. But but it doesn't matter. And then it has to get, you have to get two people to nominate you </w:t>
      </w:r>
    </w:p>
    <w:p>
      <w:pPr>
        <w:spacing w:after="0"/>
      </w:pPr>
    </w:p>
    <w:p>
      <w:pPr>
        <w:spacing w:after="0"/>
      </w:pPr>
      <w:r>
        <w:rPr>
          <w:rFonts w:ascii="Arial" w:hAnsi="Arial"/>
          <w:b/>
          <w:sz w:val="22"/>
        </w:rPr>
        <w:t xml:space="preserve">Lucy  </w:t>
      </w:r>
      <w:r>
        <w:rPr>
          <w:rFonts w:ascii="Arial" w:hAnsi="Arial"/>
          <w:color w:val="5D7284"/>
          <w:sz w:val="22"/>
        </w:rPr>
        <w:t>25:00</w:t>
      </w:r>
    </w:p>
    <w:p>
      <w:pPr>
        <w:spacing w:after="0"/>
      </w:pPr>
      <w:r>
        <w:rPr>
          <w:rFonts w:ascii="Arial" w:hAnsi="Arial"/>
          <w:sz w:val="22"/>
        </w:rPr>
        <w:t xml:space="preserve">Yeah,  right </w:t>
      </w:r>
    </w:p>
    <w:p>
      <w:pPr>
        <w:spacing w:after="0"/>
      </w:pPr>
    </w:p>
    <w:p>
      <w:pPr>
        <w:spacing w:after="0"/>
      </w:pPr>
      <w:r>
        <w:rPr>
          <w:rFonts w:ascii="Arial" w:hAnsi="Arial"/>
          <w:b/>
          <w:sz w:val="22"/>
        </w:rPr>
        <w:t xml:space="preserve">Dr. Paul Darke  </w:t>
      </w:r>
      <w:r>
        <w:rPr>
          <w:rFonts w:ascii="Arial" w:hAnsi="Arial"/>
          <w:color w:val="5D7284"/>
          <w:sz w:val="22"/>
        </w:rPr>
        <w:t>25:12</w:t>
      </w:r>
    </w:p>
    <w:p>
      <w:pPr>
        <w:spacing w:after="0"/>
      </w:pPr>
      <w:r>
        <w:rPr>
          <w:rFonts w:ascii="Arial" w:hAnsi="Arial"/>
          <w:sz w:val="22"/>
        </w:rPr>
        <w:t>who are on the electoral register in that ward.</w:t>
      </w:r>
    </w:p>
    <w:p>
      <w:pPr>
        <w:spacing w:after="0"/>
      </w:pPr>
    </w:p>
    <w:p>
      <w:pPr>
        <w:spacing w:after="0"/>
      </w:pPr>
      <w:r>
        <w:rPr>
          <w:rFonts w:ascii="Arial" w:hAnsi="Arial"/>
          <w:b/>
          <w:sz w:val="22"/>
        </w:rPr>
        <w:t xml:space="preserve">Lucy  </w:t>
      </w:r>
      <w:r>
        <w:rPr>
          <w:rFonts w:ascii="Arial" w:hAnsi="Arial"/>
          <w:color w:val="5D7284"/>
          <w:sz w:val="22"/>
        </w:rPr>
        <w:t>25:16</w:t>
      </w:r>
    </w:p>
    <w:p>
      <w:pPr>
        <w:spacing w:after="0"/>
      </w:pPr>
      <w:r>
        <w:rPr>
          <w:rFonts w:ascii="Arial" w:hAnsi="Arial"/>
          <w:sz w:val="22"/>
        </w:rPr>
        <w:t>So it could be anybody. it could be like my mom, or my sister, or my dad.</w:t>
      </w:r>
    </w:p>
    <w:p>
      <w:pPr>
        <w:spacing w:after="0"/>
      </w:pPr>
    </w:p>
    <w:p>
      <w:pPr>
        <w:spacing w:after="0"/>
      </w:pPr>
      <w:r>
        <w:rPr>
          <w:rFonts w:ascii="Arial" w:hAnsi="Arial"/>
          <w:b/>
          <w:sz w:val="22"/>
        </w:rPr>
        <w:t xml:space="preserve">Dr. Paul Darke  </w:t>
      </w:r>
      <w:r>
        <w:rPr>
          <w:rFonts w:ascii="Arial" w:hAnsi="Arial"/>
          <w:color w:val="5D7284"/>
          <w:sz w:val="22"/>
        </w:rPr>
        <w:t>25:23</w:t>
      </w:r>
    </w:p>
    <w:p>
      <w:pPr>
        <w:spacing w:after="0"/>
      </w:pPr>
      <w:r>
        <w:rPr>
          <w:rFonts w:ascii="Arial" w:hAnsi="Arial"/>
          <w:sz w:val="22"/>
        </w:rPr>
        <w:t>I should have to think about it. because I don't think it can be a relative,</w:t>
      </w:r>
    </w:p>
    <w:p>
      <w:pPr>
        <w:spacing w:after="0"/>
      </w:pPr>
    </w:p>
    <w:p>
      <w:pPr>
        <w:spacing w:after="0"/>
      </w:pPr>
      <w:r>
        <w:rPr>
          <w:rFonts w:ascii="Arial" w:hAnsi="Arial"/>
          <w:b/>
          <w:sz w:val="22"/>
        </w:rPr>
        <w:t xml:space="preserve">Lucy  </w:t>
      </w:r>
      <w:r>
        <w:rPr>
          <w:rFonts w:ascii="Arial" w:hAnsi="Arial"/>
          <w:color w:val="5D7284"/>
          <w:sz w:val="22"/>
        </w:rPr>
        <w:t>25:27</w:t>
      </w:r>
    </w:p>
    <w:p>
      <w:pPr>
        <w:spacing w:after="0"/>
      </w:pPr>
      <w:r>
        <w:rPr>
          <w:rFonts w:ascii="Arial" w:hAnsi="Arial"/>
          <w:sz w:val="22"/>
        </w:rPr>
        <w:t>okay, you can't like live in the same house with them. And</w:t>
      </w:r>
    </w:p>
    <w:p>
      <w:pPr>
        <w:spacing w:after="0"/>
      </w:pPr>
    </w:p>
    <w:p>
      <w:pPr>
        <w:spacing w:after="0"/>
      </w:pPr>
      <w:r>
        <w:rPr>
          <w:rFonts w:ascii="Arial" w:hAnsi="Arial"/>
          <w:b/>
          <w:sz w:val="22"/>
        </w:rPr>
        <w:t xml:space="preserve">Dr. Paul Darke  </w:t>
      </w:r>
      <w:r>
        <w:rPr>
          <w:rFonts w:ascii="Arial" w:hAnsi="Arial"/>
          <w:color w:val="5D7284"/>
          <w:sz w:val="22"/>
        </w:rPr>
        <w:t>25:30</w:t>
      </w:r>
    </w:p>
    <w:p>
      <w:pPr>
        <w:spacing w:after="0"/>
      </w:pPr>
      <w:r>
        <w:rPr>
          <w:rFonts w:ascii="Arial" w:hAnsi="Arial"/>
          <w:sz w:val="22"/>
        </w:rPr>
        <w:t xml:space="preserve">I'm not sure I can't remember I genuinely can't remember, but get the least get the form. And it'll tell you, but equally getting to people, for example, we, it used to be that you needed 10 people to nominate you. So what. So what we used to do is you pick a street in that Ward, and you go knock on every door, and you'd say, will, you nominate me to be this party or as an independent in the local election. And you always say, you don't have to vote for me. </w:t>
      </w:r>
    </w:p>
    <w:p>
      <w:pPr>
        <w:spacing w:after="0"/>
      </w:pPr>
    </w:p>
    <w:p>
      <w:pPr>
        <w:spacing w:after="0"/>
      </w:pPr>
      <w:r>
        <w:rPr>
          <w:rFonts w:ascii="Arial" w:hAnsi="Arial"/>
          <w:b/>
          <w:sz w:val="22"/>
        </w:rPr>
        <w:t xml:space="preserve">Lucy  </w:t>
      </w:r>
      <w:r>
        <w:rPr>
          <w:rFonts w:ascii="Arial" w:hAnsi="Arial"/>
          <w:color w:val="5D7284"/>
          <w:sz w:val="22"/>
        </w:rPr>
        <w:t>26:04</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26:05</w:t>
      </w:r>
    </w:p>
    <w:p>
      <w:pPr>
        <w:spacing w:after="0"/>
      </w:pPr>
      <w:r>
        <w:rPr>
          <w:rFonts w:ascii="Arial" w:hAnsi="Arial"/>
          <w:sz w:val="22"/>
        </w:rPr>
        <w:t xml:space="preserve">I'd just like you to nominate, and we used to get 10 signatures in one street really easy. Most people are always happy to nominate. </w:t>
      </w:r>
    </w:p>
    <w:p>
      <w:pPr>
        <w:spacing w:after="0"/>
      </w:pPr>
    </w:p>
    <w:p>
      <w:pPr>
        <w:spacing w:after="0"/>
      </w:pPr>
      <w:r>
        <w:rPr>
          <w:rFonts w:ascii="Arial" w:hAnsi="Arial"/>
          <w:b/>
          <w:sz w:val="22"/>
        </w:rPr>
        <w:t xml:space="preserve">Lucy  </w:t>
      </w:r>
      <w:r>
        <w:rPr>
          <w:rFonts w:ascii="Arial" w:hAnsi="Arial"/>
          <w:color w:val="5D7284"/>
          <w:sz w:val="22"/>
        </w:rPr>
        <w:t>26:12</w:t>
      </w:r>
    </w:p>
    <w:p>
      <w:pPr>
        <w:spacing w:after="0"/>
      </w:pPr>
      <w:r>
        <w:rPr>
          <w:rFonts w:ascii="Arial" w:hAnsi="Arial"/>
          <w:sz w:val="22"/>
        </w:rPr>
        <w:t xml:space="preserve">Okay, </w:t>
      </w:r>
    </w:p>
    <w:p>
      <w:pPr>
        <w:spacing w:after="0"/>
      </w:pPr>
    </w:p>
    <w:p>
      <w:pPr>
        <w:spacing w:after="0"/>
      </w:pPr>
      <w:r>
        <w:rPr>
          <w:rFonts w:ascii="Arial" w:hAnsi="Arial"/>
          <w:b/>
          <w:sz w:val="22"/>
        </w:rPr>
        <w:t xml:space="preserve">Dr. Paul Darke  </w:t>
      </w:r>
      <w:r>
        <w:rPr>
          <w:rFonts w:ascii="Arial" w:hAnsi="Arial"/>
          <w:color w:val="5D7284"/>
          <w:sz w:val="22"/>
        </w:rPr>
        <w:t>26:13</w:t>
      </w:r>
    </w:p>
    <w:p>
      <w:pPr>
        <w:spacing w:after="0"/>
      </w:pPr>
      <w:r>
        <w:rPr>
          <w:rFonts w:ascii="Arial" w:hAnsi="Arial"/>
          <w:sz w:val="22"/>
        </w:rPr>
        <w:t>but now it's only two. And you just go around, you know,</w:t>
      </w:r>
    </w:p>
    <w:p>
      <w:pPr>
        <w:spacing w:after="0"/>
      </w:pPr>
    </w:p>
    <w:p>
      <w:pPr>
        <w:spacing w:after="0"/>
      </w:pPr>
      <w:r>
        <w:rPr>
          <w:rFonts w:ascii="Arial" w:hAnsi="Arial"/>
          <w:b/>
          <w:sz w:val="22"/>
        </w:rPr>
        <w:t xml:space="preserve">Lucy  </w:t>
      </w:r>
      <w:r>
        <w:rPr>
          <w:rFonts w:ascii="Arial" w:hAnsi="Arial"/>
          <w:color w:val="5D7284"/>
          <w:sz w:val="22"/>
        </w:rPr>
        <w:t>26:17</w:t>
      </w:r>
    </w:p>
    <w:p>
      <w:pPr>
        <w:spacing w:after="0"/>
      </w:pPr>
      <w:r>
        <w:rPr>
          <w:rFonts w:ascii="Arial" w:hAnsi="Arial"/>
          <w:sz w:val="22"/>
        </w:rPr>
        <w:t>Why all of a sudden why is it lowered so much?</w:t>
      </w:r>
    </w:p>
    <w:p>
      <w:pPr>
        <w:spacing w:after="0"/>
      </w:pPr>
    </w:p>
    <w:p>
      <w:pPr>
        <w:spacing w:after="0"/>
      </w:pPr>
      <w:r>
        <w:rPr>
          <w:rFonts w:ascii="Arial" w:hAnsi="Arial"/>
          <w:b/>
          <w:sz w:val="22"/>
        </w:rPr>
        <w:t xml:space="preserve">Dr. Paul Darke  </w:t>
      </w:r>
      <w:r>
        <w:rPr>
          <w:rFonts w:ascii="Arial" w:hAnsi="Arial"/>
          <w:color w:val="5D7284"/>
          <w:sz w:val="22"/>
        </w:rPr>
        <w:t>26:19</w:t>
      </w:r>
    </w:p>
    <w:p>
      <w:pPr>
        <w:spacing w:after="0"/>
      </w:pPr>
      <w:r>
        <w:rPr>
          <w:rFonts w:ascii="Arial" w:hAnsi="Arial"/>
          <w:sz w:val="22"/>
        </w:rPr>
        <w:t xml:space="preserve">Well, I think partly because to stand as an MP, you needed 10. </w:t>
      </w:r>
    </w:p>
    <w:p>
      <w:pPr>
        <w:spacing w:after="0"/>
      </w:pPr>
    </w:p>
    <w:p>
      <w:pPr>
        <w:spacing w:after="0"/>
      </w:pPr>
      <w:r>
        <w:rPr>
          <w:rFonts w:ascii="Arial" w:hAnsi="Arial"/>
          <w:b/>
          <w:sz w:val="22"/>
        </w:rPr>
        <w:t xml:space="preserve">Lucy  </w:t>
      </w:r>
      <w:r>
        <w:rPr>
          <w:rFonts w:ascii="Arial" w:hAnsi="Arial"/>
          <w:color w:val="5D7284"/>
          <w:sz w:val="22"/>
        </w:rPr>
        <w:t>26:24</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26:25</w:t>
      </w:r>
    </w:p>
    <w:p>
      <w:pPr>
        <w:spacing w:after="0"/>
      </w:pPr>
      <w:r>
        <w:rPr>
          <w:rFonts w:ascii="Arial" w:hAnsi="Arial"/>
          <w:sz w:val="22"/>
        </w:rPr>
        <w:t xml:space="preserve">And it seemed probably inequitable that you needed the same number of nominations to be an MP.  As you do to be in local council </w:t>
      </w:r>
    </w:p>
    <w:p>
      <w:pPr>
        <w:spacing w:after="0"/>
      </w:pPr>
    </w:p>
    <w:p>
      <w:pPr>
        <w:spacing w:after="0"/>
      </w:pPr>
      <w:r>
        <w:rPr>
          <w:rFonts w:ascii="Arial" w:hAnsi="Arial"/>
          <w:b/>
          <w:sz w:val="22"/>
        </w:rPr>
        <w:t xml:space="preserve">Lucy  </w:t>
      </w:r>
      <w:r>
        <w:rPr>
          <w:rFonts w:ascii="Arial" w:hAnsi="Arial"/>
          <w:color w:val="5D7284"/>
          <w:sz w:val="22"/>
        </w:rPr>
        <w:t>26:27</w:t>
      </w:r>
    </w:p>
    <w:p>
      <w:pPr>
        <w:spacing w:after="0"/>
      </w:pPr>
      <w:r>
        <w:rPr>
          <w:rFonts w:ascii="Arial" w:hAnsi="Arial"/>
          <w:sz w:val="22"/>
        </w:rPr>
        <w:t>Right</w:t>
      </w:r>
    </w:p>
    <w:p>
      <w:pPr>
        <w:spacing w:after="0"/>
      </w:pPr>
    </w:p>
    <w:p>
      <w:pPr>
        <w:spacing w:after="0"/>
      </w:pPr>
      <w:r>
        <w:rPr>
          <w:rFonts w:ascii="Arial" w:hAnsi="Arial"/>
          <w:b/>
          <w:sz w:val="22"/>
        </w:rPr>
        <w:t xml:space="preserve">Dr. Paul Darke  </w:t>
      </w:r>
      <w:r>
        <w:rPr>
          <w:rFonts w:ascii="Arial" w:hAnsi="Arial"/>
          <w:color w:val="5D7284"/>
          <w:sz w:val="22"/>
        </w:rPr>
        <w:t>26:27</w:t>
      </w:r>
    </w:p>
    <w:p>
      <w:pPr>
        <w:spacing w:after="0"/>
      </w:pPr>
      <w:r>
        <w:rPr>
          <w:rFonts w:ascii="Arial" w:hAnsi="Arial"/>
          <w:sz w:val="22"/>
        </w:rPr>
        <w:t xml:space="preserve">when they are vastly different roles. </w:t>
      </w:r>
    </w:p>
    <w:p>
      <w:pPr>
        <w:spacing w:after="0"/>
      </w:pPr>
    </w:p>
    <w:p>
      <w:pPr>
        <w:spacing w:after="0"/>
      </w:pPr>
      <w:r>
        <w:rPr>
          <w:rFonts w:ascii="Arial" w:hAnsi="Arial"/>
          <w:b/>
          <w:sz w:val="22"/>
        </w:rPr>
        <w:t xml:space="preserve">Lucy  </w:t>
      </w:r>
      <w:r>
        <w:rPr>
          <w:rFonts w:ascii="Arial" w:hAnsi="Arial"/>
          <w:color w:val="5D7284"/>
          <w:sz w:val="22"/>
        </w:rPr>
        <w:t>26:27</w:t>
      </w:r>
    </w:p>
    <w:p>
      <w:pPr>
        <w:spacing w:after="0"/>
      </w:pPr>
      <w:r>
        <w:rPr>
          <w:rFonts w:ascii="Arial" w:hAnsi="Arial"/>
          <w:sz w:val="22"/>
        </w:rPr>
        <w:t>Yes,  Yeah</w:t>
      </w:r>
    </w:p>
    <w:p>
      <w:pPr>
        <w:spacing w:after="0"/>
      </w:pPr>
    </w:p>
    <w:p>
      <w:pPr>
        <w:spacing w:after="0"/>
      </w:pPr>
      <w:r>
        <w:rPr>
          <w:rFonts w:ascii="Arial" w:hAnsi="Arial"/>
          <w:b/>
          <w:sz w:val="22"/>
        </w:rPr>
        <w:t xml:space="preserve">Dr. Paul Darke  </w:t>
      </w:r>
      <w:r>
        <w:rPr>
          <w:rFonts w:ascii="Arial" w:hAnsi="Arial"/>
          <w:color w:val="5D7284"/>
          <w:sz w:val="22"/>
        </w:rPr>
        <w:t>26:37</w:t>
      </w:r>
    </w:p>
    <w:p>
      <w:pPr>
        <w:spacing w:after="0"/>
      </w:pPr>
      <w:r>
        <w:rPr>
          <w:rFonts w:ascii="Arial" w:hAnsi="Arial"/>
          <w:sz w:val="22"/>
        </w:rPr>
        <w:t>And being a local councillor is a much smaller and much more minor thing. Potentially, I think because you don't, as an MP, you get paid, I don't know 80 grand a year. And you can claim a quarter of a million pound expenses. Whereas as a local councillor, you tend to get a maximum of about 10,000 a year.</w:t>
      </w:r>
    </w:p>
    <w:p>
      <w:pPr>
        <w:spacing w:after="0"/>
      </w:pPr>
    </w:p>
    <w:p>
      <w:pPr>
        <w:spacing w:after="0"/>
      </w:pPr>
      <w:r>
        <w:rPr>
          <w:rFonts w:ascii="Arial" w:hAnsi="Arial"/>
          <w:b/>
          <w:sz w:val="22"/>
        </w:rPr>
        <w:t xml:space="preserve">Lucy  </w:t>
      </w:r>
      <w:r>
        <w:rPr>
          <w:rFonts w:ascii="Arial" w:hAnsi="Arial"/>
          <w:color w:val="5D7284"/>
          <w:sz w:val="22"/>
        </w:rPr>
        <w:t>26:58</w:t>
      </w:r>
    </w:p>
    <w:p>
      <w:pPr>
        <w:spacing w:after="0"/>
      </w:pPr>
      <w:r>
        <w:rPr>
          <w:rFonts w:ascii="Arial" w:hAnsi="Arial"/>
          <w:sz w:val="22"/>
        </w:rPr>
        <w:t>Yeah, I was gonna say like, enough for a prawn sandwich and a train ticket.</w:t>
      </w:r>
    </w:p>
    <w:p>
      <w:pPr>
        <w:spacing w:after="0"/>
      </w:pPr>
    </w:p>
    <w:p>
      <w:pPr>
        <w:spacing w:after="0"/>
      </w:pPr>
      <w:r>
        <w:rPr>
          <w:rFonts w:ascii="Arial" w:hAnsi="Arial"/>
          <w:b/>
          <w:sz w:val="22"/>
        </w:rPr>
        <w:t xml:space="preserve">Dr. Paul Darke  </w:t>
      </w:r>
      <w:r>
        <w:rPr>
          <w:rFonts w:ascii="Arial" w:hAnsi="Arial"/>
          <w:color w:val="5D7284"/>
          <w:sz w:val="22"/>
        </w:rPr>
        <w:t>27:03</w:t>
      </w:r>
    </w:p>
    <w:p>
      <w:pPr>
        <w:spacing w:after="0"/>
      </w:pPr>
      <w:r>
        <w:rPr>
          <w:rFonts w:ascii="Arial" w:hAnsi="Arial"/>
          <w:sz w:val="22"/>
        </w:rPr>
        <w:t xml:space="preserve">Yeah, yeah, </w:t>
      </w:r>
    </w:p>
    <w:p>
      <w:pPr>
        <w:spacing w:after="0"/>
      </w:pPr>
    </w:p>
    <w:p>
      <w:pPr>
        <w:spacing w:after="0"/>
      </w:pPr>
      <w:r>
        <w:rPr>
          <w:rFonts w:ascii="Arial" w:hAnsi="Arial"/>
          <w:b/>
          <w:sz w:val="22"/>
        </w:rPr>
        <w:t xml:space="preserve">Lucy  </w:t>
      </w:r>
      <w:r>
        <w:rPr>
          <w:rFonts w:ascii="Arial" w:hAnsi="Arial"/>
          <w:color w:val="5D7284"/>
          <w:sz w:val="22"/>
        </w:rPr>
        <w:t>27:04</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27:05</w:t>
      </w:r>
    </w:p>
    <w:p>
      <w:pPr>
        <w:spacing w:after="0"/>
      </w:pPr>
      <w:r>
        <w:rPr>
          <w:rFonts w:ascii="Arial" w:hAnsi="Arial"/>
          <w:sz w:val="22"/>
        </w:rPr>
        <w:t xml:space="preserve">And it's not actually a salary. It's an allowance unlike an MP who gets a salary and an allowance, i.e expenses, as a councillor you just get an allowance. So bizarrely, it was Liz Truss, one of the few things Liz Truss got passed i'm told, as prime minister, even though she was in there for a very short period of time, </w:t>
      </w:r>
    </w:p>
    <w:p>
      <w:pPr>
        <w:spacing w:after="0"/>
      </w:pPr>
    </w:p>
    <w:p>
      <w:pPr>
        <w:spacing w:after="0"/>
      </w:pPr>
      <w:r>
        <w:rPr>
          <w:rFonts w:ascii="Arial" w:hAnsi="Arial"/>
          <w:b/>
          <w:sz w:val="22"/>
        </w:rPr>
        <w:t xml:space="preserve">Lucy  </w:t>
      </w:r>
      <w:r>
        <w:rPr>
          <w:rFonts w:ascii="Arial" w:hAnsi="Arial"/>
          <w:color w:val="5D7284"/>
          <w:sz w:val="22"/>
        </w:rPr>
        <w:t>27:26</w:t>
      </w:r>
    </w:p>
    <w:p>
      <w:pPr>
        <w:spacing w:after="0"/>
      </w:pPr>
      <w:r>
        <w:rPr>
          <w:rFonts w:ascii="Arial" w:hAnsi="Arial"/>
          <w:sz w:val="22"/>
        </w:rPr>
        <w:t>Blink and you miss her</w:t>
      </w:r>
    </w:p>
    <w:p>
      <w:pPr>
        <w:spacing w:after="0"/>
      </w:pPr>
    </w:p>
    <w:p>
      <w:pPr>
        <w:spacing w:after="0"/>
      </w:pPr>
      <w:r>
        <w:rPr>
          <w:rFonts w:ascii="Arial" w:hAnsi="Arial"/>
          <w:b/>
          <w:sz w:val="22"/>
        </w:rPr>
        <w:t xml:space="preserve">Dr. Paul Darke  </w:t>
      </w:r>
      <w:r>
        <w:rPr>
          <w:rFonts w:ascii="Arial" w:hAnsi="Arial"/>
          <w:color w:val="5D7284"/>
          <w:sz w:val="22"/>
        </w:rPr>
        <w:t>27:28</w:t>
      </w:r>
    </w:p>
    <w:p>
      <w:pPr>
        <w:spacing w:after="0"/>
      </w:pPr>
      <w:r>
        <w:rPr>
          <w:rFonts w:ascii="Arial" w:hAnsi="Arial"/>
          <w:sz w:val="22"/>
        </w:rPr>
        <w:t xml:space="preserve">Was this local election thing of reducing the number of nominations you need, from ten to two.  the other thing is, it's free. as I said, to be an MP, you have to put up £500 to stand as an MP. And you also You get that back, if you get a certain percentage number of the vote, </w:t>
      </w:r>
    </w:p>
    <w:p>
      <w:pPr>
        <w:spacing w:after="0"/>
      </w:pPr>
    </w:p>
    <w:p>
      <w:pPr>
        <w:spacing w:after="0"/>
      </w:pPr>
      <w:r>
        <w:rPr>
          <w:rFonts w:ascii="Arial" w:hAnsi="Arial"/>
          <w:b/>
          <w:sz w:val="22"/>
        </w:rPr>
        <w:t xml:space="preserve">Lucy  </w:t>
      </w:r>
      <w:r>
        <w:rPr>
          <w:rFonts w:ascii="Arial" w:hAnsi="Arial"/>
          <w:color w:val="5D7284"/>
          <w:sz w:val="22"/>
        </w:rPr>
        <w:t>27:34</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27:41</w:t>
      </w:r>
    </w:p>
    <w:p>
      <w:pPr>
        <w:spacing w:after="0"/>
      </w:pPr>
      <w:r>
        <w:rPr>
          <w:rFonts w:ascii="Arial" w:hAnsi="Arial"/>
          <w:sz w:val="22"/>
        </w:rPr>
        <w:t xml:space="preserve">which unless you're one of the main parties, you won't. And even if you're one of the main parties, you won't necessarily get that money back. So for example, on the Green candidate in one of the constituencies in Wolverhampton as MP, next year, I'm going to put up the £500 because the party doesn't particularly have that kind of money. And I would probably expect to lose that £500, it is one of my bucket list things to be an MP candidate. And get up on the stage when they announce all the names and whatever and the MP I'm against is quite a well known Labour MP, in the city, he is quite quite well known nationally as well. So I'm not going to wear a stupid hat </w:t>
      </w:r>
    </w:p>
    <w:p>
      <w:pPr>
        <w:spacing w:after="0"/>
      </w:pPr>
    </w:p>
    <w:p>
      <w:pPr>
        <w:spacing w:after="0"/>
      </w:pPr>
      <w:r>
        <w:rPr>
          <w:rFonts w:ascii="Arial" w:hAnsi="Arial"/>
          <w:b/>
          <w:sz w:val="22"/>
        </w:rPr>
        <w:t xml:space="preserve">Lucy  </w:t>
      </w:r>
      <w:r>
        <w:rPr>
          <w:rFonts w:ascii="Arial" w:hAnsi="Arial"/>
          <w:color w:val="5D7284"/>
          <w:sz w:val="22"/>
        </w:rPr>
        <w:t>27:41</w:t>
      </w:r>
    </w:p>
    <w:p>
      <w:pPr>
        <w:spacing w:after="0"/>
      </w:pPr>
      <w:r>
        <w:rPr>
          <w:rFonts w:ascii="Arial" w:hAnsi="Arial"/>
          <w:sz w:val="22"/>
        </w:rPr>
        <w:t>Right No</w:t>
      </w:r>
    </w:p>
    <w:p>
      <w:pPr>
        <w:spacing w:after="0"/>
      </w:pPr>
    </w:p>
    <w:p>
      <w:pPr>
        <w:spacing w:after="0"/>
      </w:pPr>
      <w:r>
        <w:rPr>
          <w:rFonts w:ascii="Arial" w:hAnsi="Arial"/>
          <w:b/>
          <w:sz w:val="22"/>
        </w:rPr>
        <w:t xml:space="preserve">Dr. Paul Darke  </w:t>
      </w:r>
      <w:r>
        <w:rPr>
          <w:rFonts w:ascii="Arial" w:hAnsi="Arial"/>
          <w:color w:val="5D7284"/>
          <w:sz w:val="22"/>
        </w:rPr>
        <w:t>28:35</w:t>
      </w:r>
    </w:p>
    <w:p>
      <w:pPr>
        <w:spacing w:after="0"/>
      </w:pPr>
      <w:r>
        <w:rPr>
          <w:rFonts w:ascii="Arial" w:hAnsi="Arial"/>
          <w:sz w:val="22"/>
        </w:rPr>
        <w:t>Well, Perhaps I should as it St. Patrick's Day, and I'm in the Green Party perhaps I should</w:t>
      </w:r>
    </w:p>
    <w:p>
      <w:pPr>
        <w:spacing w:after="0"/>
      </w:pPr>
    </w:p>
    <w:p>
      <w:pPr>
        <w:spacing w:after="0"/>
      </w:pPr>
      <w:r>
        <w:rPr>
          <w:rFonts w:ascii="Arial" w:hAnsi="Arial"/>
          <w:b/>
          <w:sz w:val="22"/>
        </w:rPr>
        <w:t xml:space="preserve">Lucy  </w:t>
      </w:r>
      <w:r>
        <w:rPr>
          <w:rFonts w:ascii="Arial" w:hAnsi="Arial"/>
          <w:color w:val="5D7284"/>
          <w:sz w:val="22"/>
        </w:rPr>
        <w:t>28:41</w:t>
      </w:r>
    </w:p>
    <w:p>
      <w:pPr>
        <w:spacing w:after="0"/>
      </w:pPr>
      <w:r>
        <w:rPr>
          <w:rFonts w:ascii="Arial" w:hAnsi="Arial"/>
          <w:sz w:val="22"/>
        </w:rPr>
        <w:t>Maybe, maybe Paul what we'll do is we'll send you some lABLEd Podcast merchandise, you can wear a t shirt or a badge or something. maybe we can do that, then we'll sort that out for you.</w:t>
      </w:r>
    </w:p>
    <w:p>
      <w:pPr>
        <w:spacing w:after="0"/>
      </w:pPr>
    </w:p>
    <w:p>
      <w:pPr>
        <w:spacing w:after="0"/>
      </w:pPr>
      <w:r>
        <w:rPr>
          <w:rFonts w:ascii="Arial" w:hAnsi="Arial"/>
          <w:b/>
          <w:sz w:val="22"/>
        </w:rPr>
        <w:t xml:space="preserve">Dr. Paul Darke  </w:t>
      </w:r>
      <w:r>
        <w:rPr>
          <w:rFonts w:ascii="Arial" w:hAnsi="Arial"/>
          <w:color w:val="5D7284"/>
          <w:sz w:val="22"/>
        </w:rPr>
        <w:t>28:51</w:t>
      </w:r>
    </w:p>
    <w:p>
      <w:pPr>
        <w:spacing w:after="0"/>
      </w:pPr>
      <w:r>
        <w:rPr>
          <w:rFonts w:ascii="Arial" w:hAnsi="Arial"/>
          <w:sz w:val="22"/>
        </w:rPr>
        <w:t xml:space="preserve">But I think again, if you get this form, which is the kind of electoral candidate form, you know, the first five pages tell you all the rules and things that actually when you fill it in, it's not it's not that difficult. you do need to look at what the name of your ward is, etc. But actually, you should be doing it anyway to know who represents you </w:t>
      </w:r>
    </w:p>
    <w:p>
      <w:pPr>
        <w:spacing w:after="0"/>
      </w:pPr>
    </w:p>
    <w:p>
      <w:pPr>
        <w:spacing w:after="0"/>
      </w:pPr>
      <w:r>
        <w:rPr>
          <w:rFonts w:ascii="Arial" w:hAnsi="Arial"/>
          <w:b/>
          <w:sz w:val="22"/>
        </w:rPr>
        <w:t xml:space="preserve">Lucy  </w:t>
      </w:r>
      <w:r>
        <w:rPr>
          <w:rFonts w:ascii="Arial" w:hAnsi="Arial"/>
          <w:color w:val="5D7284"/>
          <w:sz w:val="22"/>
        </w:rPr>
        <w:t>29:16</w:t>
      </w:r>
    </w:p>
    <w:p>
      <w:pPr>
        <w:spacing w:after="0"/>
      </w:pPr>
      <w:r>
        <w:rPr>
          <w:rFonts w:ascii="Arial" w:hAnsi="Arial"/>
          <w:sz w:val="22"/>
        </w:rPr>
        <w:t xml:space="preserve">exactly yeah, yeah, </w:t>
      </w:r>
    </w:p>
    <w:p>
      <w:pPr>
        <w:spacing w:after="0"/>
      </w:pPr>
    </w:p>
    <w:p>
      <w:pPr>
        <w:spacing w:after="0"/>
      </w:pPr>
      <w:r>
        <w:rPr>
          <w:rFonts w:ascii="Arial" w:hAnsi="Arial"/>
          <w:b/>
          <w:sz w:val="22"/>
        </w:rPr>
        <w:t xml:space="preserve">Dr. Paul Darke  </w:t>
      </w:r>
      <w:r>
        <w:rPr>
          <w:rFonts w:ascii="Arial" w:hAnsi="Arial"/>
          <w:color w:val="5D7284"/>
          <w:sz w:val="22"/>
        </w:rPr>
        <w:t>29:17</w:t>
      </w:r>
    </w:p>
    <w:p>
      <w:pPr>
        <w:spacing w:after="0"/>
      </w:pPr>
      <w:r>
        <w:rPr>
          <w:rFonts w:ascii="Arial" w:hAnsi="Arial"/>
          <w:sz w:val="22"/>
        </w:rPr>
        <w:t xml:space="preserve">You know to engage in the system so that you know, if you have any problems, you can, the person who wins you could contact your local councillor </w:t>
      </w:r>
    </w:p>
    <w:p>
      <w:pPr>
        <w:spacing w:after="0"/>
      </w:pPr>
    </w:p>
    <w:p>
      <w:pPr>
        <w:spacing w:after="0"/>
      </w:pPr>
      <w:r>
        <w:rPr>
          <w:rFonts w:ascii="Arial" w:hAnsi="Arial"/>
          <w:b/>
          <w:sz w:val="22"/>
        </w:rPr>
        <w:t xml:space="preserve">Lucy  </w:t>
      </w:r>
      <w:r>
        <w:rPr>
          <w:rFonts w:ascii="Arial" w:hAnsi="Arial"/>
          <w:color w:val="5D7284"/>
          <w:sz w:val="22"/>
        </w:rPr>
        <w:t>29:23</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29:23</w:t>
      </w:r>
    </w:p>
    <w:p>
      <w:pPr>
        <w:spacing w:after="0"/>
      </w:pPr>
      <w:r>
        <w:rPr>
          <w:rFonts w:ascii="Arial" w:hAnsi="Arial"/>
          <w:sz w:val="22"/>
        </w:rPr>
        <w:t>and your local MP to get them to help you and to sort out any problems you have and, and raise issues that you have, you know, like disability benefits or you know, issues of access to venues and things like that. Access to voting booths, for example. It's been a problem for disabled people</w:t>
      </w:r>
    </w:p>
    <w:p>
      <w:pPr>
        <w:spacing w:after="0"/>
      </w:pPr>
    </w:p>
    <w:p>
      <w:pPr>
        <w:spacing w:after="0"/>
      </w:pPr>
      <w:r>
        <w:rPr>
          <w:rFonts w:ascii="Arial" w:hAnsi="Arial"/>
          <w:b/>
          <w:sz w:val="22"/>
        </w:rPr>
        <w:t xml:space="preserve">Lucy  </w:t>
      </w:r>
      <w:r>
        <w:rPr>
          <w:rFonts w:ascii="Arial" w:hAnsi="Arial"/>
          <w:color w:val="5D7284"/>
          <w:sz w:val="22"/>
        </w:rPr>
        <w:t>29:47</w:t>
      </w:r>
    </w:p>
    <w:p>
      <w:pPr>
        <w:spacing w:after="0"/>
      </w:pPr>
      <w:r>
        <w:rPr>
          <w:rFonts w:ascii="Arial" w:hAnsi="Arial"/>
          <w:sz w:val="22"/>
        </w:rPr>
        <w:t xml:space="preserve">honestly, it's, I know that you can you can vote from home. Now, well you've always been able to vote from home, but I quite liked going to the polling station because it frightens the life out of everybody, they look at me like, I'm some sort of alien. And they'll look at me, and they don't quite know what to do like with me. And they're like, Oh, here's the booth. And the booth is all we can to high, there's a pencil on a thing that's too short, I ended up dragging everything around with me, because my chair gets caught up in the, the sort of the framework of the booth. And yeah they just don't know what to do with me. It's one of my favorite things to do. Every, every four years or so. It's like, hi, I'm back again. Yeah. And people say, Oh, you can vote at home Yeah. Why are you ruining my fun, though? Why are you ruining why you know, </w:t>
      </w:r>
    </w:p>
    <w:p>
      <w:pPr>
        <w:spacing w:after="0"/>
      </w:pPr>
    </w:p>
    <w:p>
      <w:pPr>
        <w:spacing w:after="0"/>
      </w:pPr>
      <w:r>
        <w:rPr>
          <w:rFonts w:ascii="Arial" w:hAnsi="Arial"/>
          <w:b/>
          <w:sz w:val="22"/>
        </w:rPr>
        <w:t xml:space="preserve">Dr. Paul Darke  </w:t>
      </w:r>
      <w:r>
        <w:rPr>
          <w:rFonts w:ascii="Arial" w:hAnsi="Arial"/>
          <w:color w:val="5D7284"/>
          <w:sz w:val="22"/>
        </w:rPr>
        <w:t>30:41</w:t>
      </w:r>
    </w:p>
    <w:p>
      <w:pPr>
        <w:spacing w:after="0"/>
      </w:pPr>
      <w:r>
        <w:rPr>
          <w:rFonts w:ascii="Arial" w:hAnsi="Arial"/>
          <w:sz w:val="22"/>
        </w:rPr>
        <w:t xml:space="preserve">Absolutely. One of the other sad things, although, you know, the new rules are the reduction of two nominations, which you know, can be your neighbours. The other thing about your nominations, they have to be on the electoral register, </w:t>
      </w:r>
    </w:p>
    <w:p>
      <w:pPr>
        <w:spacing w:after="0"/>
      </w:pPr>
    </w:p>
    <w:p>
      <w:pPr>
        <w:spacing w:after="0"/>
      </w:pPr>
      <w:r>
        <w:rPr>
          <w:rFonts w:ascii="Arial" w:hAnsi="Arial"/>
          <w:b/>
          <w:sz w:val="22"/>
        </w:rPr>
        <w:t xml:space="preserve">Lucy  </w:t>
      </w:r>
      <w:r>
        <w:rPr>
          <w:rFonts w:ascii="Arial" w:hAnsi="Arial"/>
          <w:color w:val="5D7284"/>
          <w:sz w:val="22"/>
        </w:rPr>
        <w:t>30:56</w:t>
      </w:r>
    </w:p>
    <w:p>
      <w:pPr>
        <w:spacing w:after="0"/>
      </w:pPr>
      <w:r>
        <w:rPr>
          <w:rFonts w:ascii="Arial" w:hAnsi="Arial"/>
          <w:sz w:val="22"/>
        </w:rPr>
        <w:t>Ok</w:t>
      </w:r>
    </w:p>
    <w:p>
      <w:pPr>
        <w:spacing w:after="0"/>
      </w:pPr>
    </w:p>
    <w:p>
      <w:pPr>
        <w:spacing w:after="0"/>
      </w:pPr>
      <w:r>
        <w:rPr>
          <w:rFonts w:ascii="Arial" w:hAnsi="Arial"/>
          <w:b/>
          <w:sz w:val="22"/>
        </w:rPr>
        <w:t xml:space="preserve">Dr. Paul Darke  </w:t>
      </w:r>
      <w:r>
        <w:rPr>
          <w:rFonts w:ascii="Arial" w:hAnsi="Arial"/>
          <w:color w:val="5D7284"/>
          <w:sz w:val="22"/>
        </w:rPr>
        <w:t>30:56</w:t>
      </w:r>
    </w:p>
    <w:p>
      <w:pPr>
        <w:spacing w:after="0"/>
      </w:pPr>
      <w:r>
        <w:rPr>
          <w:rFonts w:ascii="Arial" w:hAnsi="Arial"/>
          <w:sz w:val="22"/>
        </w:rPr>
        <w:t xml:space="preserve">you need to check. But equally as a candidate, you are entitled to ask for a copy of the electoral register for where you want to stand, because you have to write in their name, and what district they live in and what their electoral number is. But if you're going to be a candidate in your ward, you want you ring up the electoral office and say, I'm going to be a candidate, they will send you the electoral register. So that's easy to do. </w:t>
      </w:r>
    </w:p>
    <w:p>
      <w:pPr>
        <w:spacing w:after="0"/>
      </w:pPr>
    </w:p>
    <w:p>
      <w:pPr>
        <w:spacing w:after="0"/>
      </w:pPr>
      <w:r>
        <w:rPr>
          <w:rFonts w:ascii="Arial" w:hAnsi="Arial"/>
          <w:b/>
          <w:sz w:val="22"/>
        </w:rPr>
        <w:t xml:space="preserve">Lucy  </w:t>
      </w:r>
      <w:r>
        <w:rPr>
          <w:rFonts w:ascii="Arial" w:hAnsi="Arial"/>
          <w:color w:val="5D7284"/>
          <w:sz w:val="22"/>
        </w:rPr>
        <w:t>31:19</w:t>
      </w:r>
    </w:p>
    <w:p>
      <w:pPr>
        <w:spacing w:after="0"/>
      </w:pPr>
      <w:r>
        <w:rPr>
          <w:rFonts w:ascii="Arial" w:hAnsi="Arial"/>
          <w:sz w:val="22"/>
        </w:rPr>
        <w:t>They'll do it anyway, yeah</w:t>
      </w:r>
    </w:p>
    <w:p>
      <w:pPr>
        <w:spacing w:after="0"/>
      </w:pPr>
    </w:p>
    <w:p>
      <w:pPr>
        <w:spacing w:after="0"/>
      </w:pPr>
      <w:r>
        <w:rPr>
          <w:rFonts w:ascii="Arial" w:hAnsi="Arial"/>
          <w:b/>
          <w:sz w:val="22"/>
        </w:rPr>
        <w:t xml:space="preserve">Dr. Paul Darke  </w:t>
      </w:r>
      <w:r>
        <w:rPr>
          <w:rFonts w:ascii="Arial" w:hAnsi="Arial"/>
          <w:color w:val="5D7284"/>
          <w:sz w:val="22"/>
        </w:rPr>
        <w:t>31:20</w:t>
      </w:r>
    </w:p>
    <w:p>
      <w:pPr>
        <w:spacing w:after="0"/>
      </w:pPr>
      <w:r>
        <w:rPr>
          <w:rFonts w:ascii="Arial" w:hAnsi="Arial"/>
          <w:sz w:val="22"/>
        </w:rPr>
        <w:t xml:space="preserve">Yeah But then the, you know, the problem for a lot of people in this reduction in number of two is that it's also introduced photo ID to vote. So you must have photo ID to go and vote in person. And of course, a lot of people won't have that, you know, mainly marginalized, oppressed, </w:t>
      </w:r>
    </w:p>
    <w:p>
      <w:pPr>
        <w:spacing w:after="0"/>
      </w:pPr>
    </w:p>
    <w:p>
      <w:pPr>
        <w:spacing w:after="0"/>
      </w:pPr>
      <w:r>
        <w:rPr>
          <w:rFonts w:ascii="Arial" w:hAnsi="Arial"/>
          <w:b/>
          <w:sz w:val="22"/>
        </w:rPr>
        <w:t xml:space="preserve">Lucy  </w:t>
      </w:r>
      <w:r>
        <w:rPr>
          <w:rFonts w:ascii="Arial" w:hAnsi="Arial"/>
          <w:color w:val="5D7284"/>
          <w:sz w:val="22"/>
        </w:rPr>
        <w:t>31:42</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31:43</w:t>
      </w:r>
    </w:p>
    <w:p>
      <w:pPr>
        <w:spacing w:after="0"/>
      </w:pPr>
      <w:r>
        <w:rPr>
          <w:rFonts w:ascii="Arial" w:hAnsi="Arial"/>
          <w:sz w:val="22"/>
        </w:rPr>
        <w:t xml:space="preserve">Poorer people And it's a way of excluding them from voting, which is my political point of view.   I, a lot of people think it's a good thing, because you know, but actually, the number of the instances of electoral fraud are so well, they're almost non existent, and actually spending 200 million pounds on a new system. And in fact, it's probably a billion pounds. if you take into account all the PR that local authorities are doing, it's a complete waste of money. But it is the drawer now that if you need to go and vote in person. you have to have some photo ID, which, if you don't have photo ID, that's not going to stop you voting in in the sense that you should ask for a postal vote, which is the voting from home thing. </w:t>
      </w:r>
    </w:p>
    <w:p>
      <w:pPr>
        <w:spacing w:after="0"/>
      </w:pPr>
    </w:p>
    <w:p>
      <w:pPr>
        <w:spacing w:after="0"/>
      </w:pPr>
      <w:r>
        <w:rPr>
          <w:rFonts w:ascii="Arial" w:hAnsi="Arial"/>
          <w:b/>
          <w:sz w:val="22"/>
        </w:rPr>
        <w:t xml:space="preserve">Lucy  </w:t>
      </w:r>
      <w:r>
        <w:rPr>
          <w:rFonts w:ascii="Arial" w:hAnsi="Arial"/>
          <w:color w:val="5D7284"/>
          <w:sz w:val="22"/>
        </w:rPr>
        <w:t>31:48</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32:28</w:t>
      </w:r>
    </w:p>
    <w:p>
      <w:pPr>
        <w:spacing w:after="0"/>
      </w:pPr>
      <w:r>
        <w:rPr>
          <w:rFonts w:ascii="Arial" w:hAnsi="Arial"/>
          <w:sz w:val="22"/>
        </w:rPr>
        <w:t>and doing that. And I And so that's, that's just as easy. And I know a lot of disabled people probably do go for postal votes. I've always had a postal vote</w:t>
      </w:r>
    </w:p>
    <w:p>
      <w:pPr>
        <w:spacing w:after="0"/>
      </w:pPr>
    </w:p>
    <w:p>
      <w:pPr>
        <w:spacing w:after="0"/>
      </w:pPr>
      <w:r>
        <w:rPr>
          <w:rFonts w:ascii="Arial" w:hAnsi="Arial"/>
          <w:b/>
          <w:sz w:val="22"/>
        </w:rPr>
        <w:t xml:space="preserve">Lucy  </w:t>
      </w:r>
      <w:r>
        <w:rPr>
          <w:rFonts w:ascii="Arial" w:hAnsi="Arial"/>
          <w:color w:val="5D7284"/>
          <w:sz w:val="22"/>
        </w:rPr>
        <w:t>32:28</w:t>
      </w:r>
    </w:p>
    <w:p>
      <w:pPr>
        <w:spacing w:after="0"/>
      </w:pPr>
      <w:r>
        <w:rPr>
          <w:rFonts w:ascii="Arial" w:hAnsi="Arial"/>
          <w:sz w:val="22"/>
        </w:rPr>
        <w:t>Yeah,  I quite liked the trip out though to be honest,</w:t>
      </w:r>
    </w:p>
    <w:p>
      <w:pPr>
        <w:spacing w:after="0"/>
      </w:pPr>
    </w:p>
    <w:p>
      <w:pPr>
        <w:spacing w:after="0"/>
      </w:pPr>
      <w:r>
        <w:rPr>
          <w:rFonts w:ascii="Arial" w:hAnsi="Arial"/>
          <w:b/>
          <w:sz w:val="22"/>
        </w:rPr>
        <w:t xml:space="preserve">Dr. Paul Darke  </w:t>
      </w:r>
      <w:r>
        <w:rPr>
          <w:rFonts w:ascii="Arial" w:hAnsi="Arial"/>
          <w:color w:val="5D7284"/>
          <w:sz w:val="22"/>
        </w:rPr>
        <w:t>32:41</w:t>
      </w:r>
    </w:p>
    <w:p>
      <w:pPr>
        <w:spacing w:after="0"/>
      </w:pPr>
      <w:r>
        <w:rPr>
          <w:rFonts w:ascii="Arial" w:hAnsi="Arial"/>
          <w:sz w:val="22"/>
        </w:rPr>
        <w:t>I do. But I think I'm almost never here when the election is on</w:t>
      </w:r>
    </w:p>
    <w:p>
      <w:pPr>
        <w:spacing w:after="0"/>
      </w:pPr>
    </w:p>
    <w:p>
      <w:pPr>
        <w:spacing w:after="0"/>
      </w:pPr>
      <w:r>
        <w:rPr>
          <w:rFonts w:ascii="Arial" w:hAnsi="Arial"/>
          <w:b/>
          <w:sz w:val="22"/>
        </w:rPr>
        <w:t xml:space="preserve">Lucy  </w:t>
      </w:r>
      <w:r>
        <w:rPr>
          <w:rFonts w:ascii="Arial" w:hAnsi="Arial"/>
          <w:color w:val="5D7284"/>
          <w:sz w:val="22"/>
        </w:rPr>
        <w:t>32:46</w:t>
      </w:r>
    </w:p>
    <w:p>
      <w:pPr>
        <w:spacing w:after="0"/>
      </w:pPr>
      <w:r>
        <w:rPr>
          <w:rFonts w:ascii="Arial" w:hAnsi="Arial"/>
          <w:sz w:val="22"/>
        </w:rPr>
        <w:t xml:space="preserve">No that's true Yeah. </w:t>
      </w:r>
    </w:p>
    <w:p>
      <w:pPr>
        <w:spacing w:after="0"/>
      </w:pPr>
    </w:p>
    <w:p>
      <w:pPr>
        <w:spacing w:after="0"/>
      </w:pPr>
      <w:r>
        <w:rPr>
          <w:rFonts w:ascii="Arial" w:hAnsi="Arial"/>
          <w:b/>
          <w:sz w:val="22"/>
        </w:rPr>
        <w:t xml:space="preserve">Dr. Paul Darke  </w:t>
      </w:r>
      <w:r>
        <w:rPr>
          <w:rFonts w:ascii="Arial" w:hAnsi="Arial"/>
          <w:color w:val="5D7284"/>
          <w:sz w:val="22"/>
        </w:rPr>
        <w:t>32:47</w:t>
      </w:r>
    </w:p>
    <w:p>
      <w:pPr>
        <w:spacing w:after="0"/>
      </w:pPr>
      <w:r>
        <w:rPr>
          <w:rFonts w:ascii="Arial" w:hAnsi="Arial"/>
          <w:sz w:val="22"/>
        </w:rPr>
        <w:t>because often I'm on holiday or visiting relatives somewhere else. And then I don't have to worry about it</w:t>
      </w:r>
    </w:p>
    <w:p>
      <w:pPr>
        <w:spacing w:after="0"/>
      </w:pPr>
    </w:p>
    <w:p>
      <w:pPr>
        <w:spacing w:after="0"/>
      </w:pPr>
      <w:r>
        <w:rPr>
          <w:rFonts w:ascii="Arial" w:hAnsi="Arial"/>
          <w:b/>
          <w:sz w:val="22"/>
        </w:rPr>
        <w:t xml:space="preserve">Lucy  </w:t>
      </w:r>
      <w:r>
        <w:rPr>
          <w:rFonts w:ascii="Arial" w:hAnsi="Arial"/>
          <w:color w:val="5D7284"/>
          <w:sz w:val="22"/>
        </w:rPr>
        <w:t>32:53</w:t>
      </w:r>
    </w:p>
    <w:p>
      <w:pPr>
        <w:spacing w:after="0"/>
      </w:pPr>
      <w:r>
        <w:rPr>
          <w:rFonts w:ascii="Arial" w:hAnsi="Arial"/>
          <w:sz w:val="22"/>
        </w:rPr>
        <w:t>No it's done, isn't it? you can just do what you want. you know,</w:t>
      </w:r>
    </w:p>
    <w:p>
      <w:pPr>
        <w:spacing w:after="0"/>
      </w:pPr>
    </w:p>
    <w:p>
      <w:pPr>
        <w:spacing w:after="0"/>
      </w:pPr>
      <w:r>
        <w:rPr>
          <w:rFonts w:ascii="Arial" w:hAnsi="Arial"/>
          <w:b/>
          <w:sz w:val="22"/>
        </w:rPr>
        <w:t xml:space="preserve">Dr. Paul Darke  </w:t>
      </w:r>
      <w:r>
        <w:rPr>
          <w:rFonts w:ascii="Arial" w:hAnsi="Arial"/>
          <w:color w:val="5D7284"/>
          <w:sz w:val="22"/>
        </w:rPr>
        <w:t>32:56</w:t>
      </w:r>
    </w:p>
    <w:p>
      <w:pPr>
        <w:spacing w:after="0"/>
      </w:pPr>
      <w:r>
        <w:rPr>
          <w:rFonts w:ascii="Arial" w:hAnsi="Arial"/>
          <w:sz w:val="22"/>
        </w:rPr>
        <w:t xml:space="preserve">I think I signed I think you sign up for a postal vote, and it lasts for about three years. </w:t>
      </w:r>
    </w:p>
    <w:p>
      <w:pPr>
        <w:spacing w:after="0"/>
      </w:pPr>
    </w:p>
    <w:p>
      <w:pPr>
        <w:spacing w:after="0"/>
      </w:pPr>
      <w:r>
        <w:rPr>
          <w:rFonts w:ascii="Arial" w:hAnsi="Arial"/>
          <w:b/>
          <w:sz w:val="22"/>
        </w:rPr>
        <w:t xml:space="preserve">Lucy  </w:t>
      </w:r>
      <w:r>
        <w:rPr>
          <w:rFonts w:ascii="Arial" w:hAnsi="Arial"/>
          <w:color w:val="5D7284"/>
          <w:sz w:val="22"/>
        </w:rPr>
        <w:t>33:01</w:t>
      </w:r>
    </w:p>
    <w:p>
      <w:pPr>
        <w:spacing w:after="0"/>
      </w:pPr>
      <w:r>
        <w:rPr>
          <w:rFonts w:ascii="Arial" w:hAnsi="Arial"/>
          <w:sz w:val="22"/>
        </w:rPr>
        <w:t xml:space="preserve">Okay. </w:t>
      </w:r>
    </w:p>
    <w:p>
      <w:pPr>
        <w:spacing w:after="0"/>
      </w:pPr>
    </w:p>
    <w:p>
      <w:pPr>
        <w:spacing w:after="0"/>
      </w:pPr>
      <w:r>
        <w:rPr>
          <w:rFonts w:ascii="Arial" w:hAnsi="Arial"/>
          <w:b/>
          <w:sz w:val="22"/>
        </w:rPr>
        <w:t xml:space="preserve">Dr. Paul Darke  </w:t>
      </w:r>
      <w:r>
        <w:rPr>
          <w:rFonts w:ascii="Arial" w:hAnsi="Arial"/>
          <w:color w:val="5D7284"/>
          <w:sz w:val="22"/>
        </w:rPr>
        <w:t>33:02</w:t>
      </w:r>
    </w:p>
    <w:p>
      <w:pPr>
        <w:spacing w:after="0"/>
      </w:pPr>
      <w:r>
        <w:rPr>
          <w:rFonts w:ascii="Arial" w:hAnsi="Arial"/>
          <w:sz w:val="22"/>
        </w:rPr>
        <w:t>And then you renew it, which has them sending you a form to sign because it and again, it depends on where you live in where I live. There's an election nearly every year</w:t>
      </w:r>
    </w:p>
    <w:p>
      <w:pPr>
        <w:spacing w:after="0"/>
      </w:pPr>
    </w:p>
    <w:p>
      <w:pPr>
        <w:spacing w:after="0"/>
      </w:pPr>
      <w:r>
        <w:rPr>
          <w:rFonts w:ascii="Arial" w:hAnsi="Arial"/>
          <w:b/>
          <w:sz w:val="22"/>
        </w:rPr>
        <w:t xml:space="preserve">Lucy  </w:t>
      </w:r>
      <w:r>
        <w:rPr>
          <w:rFonts w:ascii="Arial" w:hAnsi="Arial"/>
          <w:color w:val="5D7284"/>
          <w:sz w:val="22"/>
        </w:rPr>
        <w:t>33:13</w:t>
      </w:r>
    </w:p>
    <w:p>
      <w:pPr>
        <w:spacing w:after="0"/>
      </w:pPr>
      <w:r>
        <w:rPr>
          <w:rFonts w:ascii="Arial" w:hAnsi="Arial"/>
          <w:sz w:val="22"/>
        </w:rPr>
        <w:t>Ok</w:t>
      </w:r>
    </w:p>
    <w:p>
      <w:pPr>
        <w:spacing w:after="0"/>
      </w:pPr>
    </w:p>
    <w:p>
      <w:pPr>
        <w:spacing w:after="0"/>
      </w:pPr>
      <w:r>
        <w:rPr>
          <w:rFonts w:ascii="Arial" w:hAnsi="Arial"/>
          <w:b/>
          <w:sz w:val="22"/>
        </w:rPr>
        <w:t xml:space="preserve">Dr. Paul Darke  </w:t>
      </w:r>
      <w:r>
        <w:rPr>
          <w:rFonts w:ascii="Arial" w:hAnsi="Arial"/>
          <w:color w:val="5D7284"/>
          <w:sz w:val="22"/>
        </w:rPr>
        <w:t>33:14</w:t>
      </w:r>
    </w:p>
    <w:p>
      <w:pPr>
        <w:spacing w:after="0"/>
      </w:pPr>
      <w:r>
        <w:rPr>
          <w:rFonts w:ascii="Arial" w:hAnsi="Arial"/>
          <w:sz w:val="22"/>
        </w:rPr>
        <w:t xml:space="preserve">because there's  Well there's three councillors per Ward, and one is up one year one. </w:t>
      </w:r>
    </w:p>
    <w:p>
      <w:pPr>
        <w:spacing w:after="0"/>
      </w:pPr>
    </w:p>
    <w:p>
      <w:pPr>
        <w:spacing w:after="0"/>
      </w:pPr>
      <w:r>
        <w:rPr>
          <w:rFonts w:ascii="Arial" w:hAnsi="Arial"/>
          <w:b/>
          <w:sz w:val="22"/>
        </w:rPr>
        <w:t xml:space="preserve">Lucy  </w:t>
      </w:r>
      <w:r>
        <w:rPr>
          <w:rFonts w:ascii="Arial" w:hAnsi="Arial"/>
          <w:color w:val="5D7284"/>
          <w:sz w:val="22"/>
        </w:rPr>
        <w:t>33:16</w:t>
      </w:r>
    </w:p>
    <w:p>
      <w:pPr>
        <w:spacing w:after="0"/>
      </w:pPr>
      <w:r>
        <w:rPr>
          <w:rFonts w:ascii="Arial" w:hAnsi="Arial"/>
          <w:sz w:val="22"/>
        </w:rPr>
        <w:t>Ah Okay.  It's like a rotation. Yeah, yeah yeah</w:t>
      </w:r>
    </w:p>
    <w:p>
      <w:pPr>
        <w:spacing w:after="0"/>
      </w:pPr>
    </w:p>
    <w:p>
      <w:pPr>
        <w:spacing w:after="0"/>
      </w:pPr>
      <w:r>
        <w:rPr>
          <w:rFonts w:ascii="Arial" w:hAnsi="Arial"/>
          <w:b/>
          <w:sz w:val="22"/>
        </w:rPr>
        <w:t xml:space="preserve">Dr. Paul Darke  </w:t>
      </w:r>
      <w:r>
        <w:rPr>
          <w:rFonts w:ascii="Arial" w:hAnsi="Arial"/>
          <w:color w:val="5D7284"/>
          <w:sz w:val="22"/>
        </w:rPr>
        <w:t>33:16</w:t>
      </w:r>
    </w:p>
    <w:p>
      <w:pPr>
        <w:spacing w:after="0"/>
      </w:pPr>
      <w:r>
        <w:rPr>
          <w:rFonts w:ascii="Arial" w:hAnsi="Arial"/>
          <w:sz w:val="22"/>
        </w:rPr>
        <w:t>And then usually there's a fallow year. So once every four years, there isn't an election. But often there is an election in that year</w:t>
      </w:r>
    </w:p>
    <w:p>
      <w:pPr>
        <w:spacing w:after="0"/>
      </w:pPr>
    </w:p>
    <w:p>
      <w:pPr>
        <w:spacing w:after="0"/>
      </w:pPr>
      <w:r>
        <w:rPr>
          <w:rFonts w:ascii="Arial" w:hAnsi="Arial"/>
          <w:b/>
          <w:sz w:val="22"/>
        </w:rPr>
        <w:t xml:space="preserve">Lucy  </w:t>
      </w:r>
      <w:r>
        <w:rPr>
          <w:rFonts w:ascii="Arial" w:hAnsi="Arial"/>
          <w:color w:val="5D7284"/>
          <w:sz w:val="22"/>
        </w:rPr>
        <w:t>33:16</w:t>
      </w:r>
    </w:p>
    <w:p>
      <w:pPr>
        <w:spacing w:after="0"/>
      </w:pPr>
      <w:r>
        <w:rPr>
          <w:rFonts w:ascii="Arial" w:hAnsi="Arial"/>
          <w:sz w:val="22"/>
        </w:rPr>
        <w:t>Because they just like elections</w:t>
      </w:r>
    </w:p>
    <w:p>
      <w:pPr>
        <w:spacing w:after="0"/>
      </w:pPr>
    </w:p>
    <w:p>
      <w:pPr>
        <w:spacing w:after="0"/>
      </w:pPr>
      <w:r>
        <w:rPr>
          <w:rFonts w:ascii="Arial" w:hAnsi="Arial"/>
          <w:b/>
          <w:sz w:val="22"/>
        </w:rPr>
        <w:t xml:space="preserve">Dr. Paul Darke  </w:t>
      </w:r>
      <w:r>
        <w:rPr>
          <w:rFonts w:ascii="Arial" w:hAnsi="Arial"/>
          <w:color w:val="5D7284"/>
          <w:sz w:val="22"/>
        </w:rPr>
        <w:t>33:16</w:t>
      </w:r>
    </w:p>
    <w:p>
      <w:pPr>
        <w:spacing w:after="0"/>
      </w:pPr>
      <w:r>
        <w:rPr>
          <w:rFonts w:ascii="Arial" w:hAnsi="Arial"/>
          <w:sz w:val="22"/>
        </w:rPr>
        <w:t xml:space="preserve">and yeah, sometimes twice a year, if there is a general election One is up the next year. </w:t>
      </w:r>
    </w:p>
    <w:p>
      <w:pPr>
        <w:spacing w:after="0"/>
      </w:pPr>
    </w:p>
    <w:p>
      <w:pPr>
        <w:spacing w:after="0"/>
      </w:pPr>
      <w:r>
        <w:rPr>
          <w:rFonts w:ascii="Arial" w:hAnsi="Arial"/>
          <w:b/>
          <w:sz w:val="22"/>
        </w:rPr>
        <w:t xml:space="preserve">Lucy  </w:t>
      </w:r>
      <w:r>
        <w:rPr>
          <w:rFonts w:ascii="Arial" w:hAnsi="Arial"/>
          <w:color w:val="5D7284"/>
          <w:sz w:val="22"/>
        </w:rPr>
        <w:t>33:24</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33:29</w:t>
      </w:r>
    </w:p>
    <w:p>
      <w:pPr>
        <w:spacing w:after="0"/>
      </w:pPr>
      <w:r>
        <w:rPr>
          <w:rFonts w:ascii="Arial" w:hAnsi="Arial"/>
          <w:sz w:val="22"/>
        </w:rPr>
        <w:t xml:space="preserve">That is either a general election, or it used to be a European election. So So in Wolverhampton it, there is often </w:t>
      </w:r>
    </w:p>
    <w:p>
      <w:pPr>
        <w:spacing w:after="0"/>
      </w:pPr>
    </w:p>
    <w:p>
      <w:pPr>
        <w:spacing w:after="0"/>
      </w:pPr>
      <w:r>
        <w:rPr>
          <w:rFonts w:ascii="Arial" w:hAnsi="Arial"/>
          <w:b/>
          <w:sz w:val="22"/>
        </w:rPr>
        <w:t xml:space="preserve">Lucy  </w:t>
      </w:r>
      <w:r>
        <w:rPr>
          <w:rFonts w:ascii="Arial" w:hAnsi="Arial"/>
          <w:color w:val="5D7284"/>
          <w:sz w:val="22"/>
        </w:rPr>
        <w:t>33:42</w:t>
      </w:r>
    </w:p>
    <w:p>
      <w:pPr>
        <w:spacing w:after="0"/>
      </w:pPr>
      <w:r>
        <w:rPr>
          <w:rFonts w:ascii="Arial" w:hAnsi="Arial"/>
          <w:sz w:val="22"/>
        </w:rPr>
        <w:t>All the time  Ah I'm exhausted just thinking about it to be honest. Paul, can you tell us a bit about your experiences about what it's been like as a as a candidate within sort of standing, you know, standing as a candidate as a disabled person?</w:t>
      </w:r>
    </w:p>
    <w:p>
      <w:pPr>
        <w:spacing w:after="0"/>
      </w:pPr>
    </w:p>
    <w:p>
      <w:pPr>
        <w:spacing w:after="0"/>
      </w:pPr>
      <w:r>
        <w:rPr>
          <w:rFonts w:ascii="Arial" w:hAnsi="Arial"/>
          <w:b/>
          <w:sz w:val="22"/>
        </w:rPr>
        <w:t xml:space="preserve">Dr. Paul Darke  </w:t>
      </w:r>
      <w:r>
        <w:rPr>
          <w:rFonts w:ascii="Arial" w:hAnsi="Arial"/>
          <w:color w:val="5D7284"/>
          <w:sz w:val="22"/>
        </w:rPr>
        <w:t>34:04</w:t>
      </w:r>
    </w:p>
    <w:p>
      <w:pPr>
        <w:spacing w:after="0"/>
      </w:pPr>
      <w:r>
        <w:rPr>
          <w:rFonts w:ascii="Arial" w:hAnsi="Arial"/>
          <w:sz w:val="22"/>
        </w:rPr>
        <w:t xml:space="preserve">Yeah. Well, it's fascinating. I think it you're terribly patronized,  I think as a candidate, I think parties aren't very good at engaging with disabled people. So even if you're within the party system, and I have experienced that, you know, with a big party, I've been a candidate, but often I've been a paper candidate. So often. What that means is, is for example, like you've just said, your MP is going to pay for a particular party. And he will probably win every time ad infinitum for 1000 years. </w:t>
      </w:r>
    </w:p>
    <w:p>
      <w:pPr>
        <w:spacing w:after="0"/>
      </w:pPr>
    </w:p>
    <w:p>
      <w:pPr>
        <w:spacing w:after="0"/>
      </w:pPr>
      <w:r>
        <w:rPr>
          <w:rFonts w:ascii="Arial" w:hAnsi="Arial"/>
          <w:b/>
          <w:sz w:val="22"/>
        </w:rPr>
        <w:t xml:space="preserve">Lucy  </w:t>
      </w:r>
      <w:r>
        <w:rPr>
          <w:rFonts w:ascii="Arial" w:hAnsi="Arial"/>
          <w:color w:val="5D7284"/>
          <w:sz w:val="22"/>
        </w:rPr>
        <w:t>34:11</w:t>
      </w:r>
    </w:p>
    <w:p>
      <w:pPr>
        <w:spacing w:after="0"/>
      </w:pPr>
      <w:r>
        <w:rPr>
          <w:rFonts w:ascii="Arial" w:hAnsi="Arial"/>
          <w:sz w:val="22"/>
        </w:rPr>
        <w:t>Yeah Of course</w:t>
      </w:r>
    </w:p>
    <w:p>
      <w:pPr>
        <w:spacing w:after="0"/>
      </w:pPr>
    </w:p>
    <w:p>
      <w:pPr>
        <w:spacing w:after="0"/>
      </w:pPr>
      <w:r>
        <w:rPr>
          <w:rFonts w:ascii="Arial" w:hAnsi="Arial"/>
          <w:b/>
          <w:sz w:val="22"/>
        </w:rPr>
        <w:t xml:space="preserve">Dr. Paul Darke  </w:t>
      </w:r>
      <w:r>
        <w:rPr>
          <w:rFonts w:ascii="Arial" w:hAnsi="Arial"/>
          <w:color w:val="5D7284"/>
          <w:sz w:val="22"/>
        </w:rPr>
        <w:t>34:13</w:t>
      </w:r>
    </w:p>
    <w:p>
      <w:pPr>
        <w:spacing w:after="0"/>
      </w:pPr>
      <w:r>
        <w:rPr>
          <w:rFonts w:ascii="Arial" w:hAnsi="Arial"/>
          <w:sz w:val="22"/>
        </w:rPr>
        <w:t xml:space="preserve">smaller parties often put up a candidate, but they don't campaign and they don't spend any money. And they're what's called a paper candidate. </w:t>
      </w:r>
    </w:p>
    <w:p>
      <w:pPr>
        <w:spacing w:after="0"/>
      </w:pPr>
    </w:p>
    <w:p>
      <w:pPr>
        <w:spacing w:after="0"/>
      </w:pPr>
      <w:r>
        <w:rPr>
          <w:rFonts w:ascii="Arial" w:hAnsi="Arial"/>
          <w:b/>
          <w:sz w:val="22"/>
        </w:rPr>
        <w:t xml:space="preserve">Lucy  </w:t>
      </w:r>
      <w:r>
        <w:rPr>
          <w:rFonts w:ascii="Arial" w:hAnsi="Arial"/>
          <w:color w:val="5D7284"/>
          <w:sz w:val="22"/>
        </w:rPr>
        <w:t>34:53</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34:53</w:t>
      </w:r>
    </w:p>
    <w:p>
      <w:pPr>
        <w:spacing w:after="0"/>
      </w:pPr>
      <w:r>
        <w:rPr>
          <w:rFonts w:ascii="Arial" w:hAnsi="Arial"/>
          <w:sz w:val="22"/>
        </w:rPr>
        <w:t xml:space="preserve">So they're making an appearance. They're not really doing anything, because they know it's a waste of money. And then also on a local election level, you know where I live, there's 20 wards. </w:t>
      </w:r>
    </w:p>
    <w:p>
      <w:pPr>
        <w:spacing w:after="0"/>
      </w:pPr>
    </w:p>
    <w:p>
      <w:pPr>
        <w:spacing w:after="0"/>
      </w:pPr>
      <w:r>
        <w:rPr>
          <w:rFonts w:ascii="Arial" w:hAnsi="Arial"/>
          <w:b/>
          <w:sz w:val="22"/>
        </w:rPr>
        <w:t xml:space="preserve">Lucy  </w:t>
      </w:r>
      <w:r>
        <w:rPr>
          <w:rFonts w:ascii="Arial" w:hAnsi="Arial"/>
          <w:color w:val="5D7284"/>
          <w:sz w:val="22"/>
        </w:rPr>
        <w:t>35:05</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35:06</w:t>
      </w:r>
    </w:p>
    <w:p>
      <w:pPr>
        <w:spacing w:after="0"/>
      </w:pPr>
      <w:r>
        <w:rPr>
          <w:rFonts w:ascii="Arial" w:hAnsi="Arial"/>
          <w:sz w:val="22"/>
        </w:rPr>
        <w:t>it's probably 15 of them will always be won by one party, and the other five will almost be won by the other party. So the smaller parties will put up a candidate in that Ward, but there will be no campaigning and not waste any money, trying to win it. There'll be no leafleting, no campaigning. And that's a paper candidate.</w:t>
      </w:r>
    </w:p>
    <w:p>
      <w:pPr>
        <w:spacing w:after="0"/>
      </w:pPr>
    </w:p>
    <w:p>
      <w:pPr>
        <w:spacing w:after="0"/>
      </w:pPr>
      <w:r>
        <w:rPr>
          <w:rFonts w:ascii="Arial" w:hAnsi="Arial"/>
          <w:b/>
          <w:sz w:val="22"/>
        </w:rPr>
        <w:t xml:space="preserve">Lucy  </w:t>
      </w:r>
      <w:r>
        <w:rPr>
          <w:rFonts w:ascii="Arial" w:hAnsi="Arial"/>
          <w:color w:val="5D7284"/>
          <w:sz w:val="22"/>
        </w:rPr>
        <w:t>35:29</w:t>
      </w:r>
    </w:p>
    <w:p>
      <w:pPr>
        <w:spacing w:after="0"/>
      </w:pPr>
      <w:r>
        <w:rPr>
          <w:rFonts w:ascii="Arial" w:hAnsi="Arial"/>
          <w:sz w:val="22"/>
        </w:rPr>
        <w:t>Surely that's part of the fun though, isn't it once you've decided you're going to be a candidate? I mean, I know it's probably not. It's not all fun. But surely, like it's part of the experience of?</w:t>
      </w:r>
    </w:p>
    <w:p>
      <w:pPr>
        <w:spacing w:after="0"/>
      </w:pPr>
    </w:p>
    <w:p>
      <w:pPr>
        <w:spacing w:after="0"/>
      </w:pPr>
      <w:r>
        <w:rPr>
          <w:rFonts w:ascii="Arial" w:hAnsi="Arial"/>
          <w:b/>
          <w:sz w:val="22"/>
        </w:rPr>
        <w:t xml:space="preserve">Dr. Paul Darke  </w:t>
      </w:r>
      <w:r>
        <w:rPr>
          <w:rFonts w:ascii="Arial" w:hAnsi="Arial"/>
          <w:color w:val="5D7284"/>
          <w:sz w:val="22"/>
        </w:rPr>
        <w:t>35:43</w:t>
      </w:r>
    </w:p>
    <w:p>
      <w:pPr>
        <w:spacing w:after="0"/>
      </w:pPr>
      <w:r>
        <w:rPr>
          <w:rFonts w:ascii="Arial" w:hAnsi="Arial"/>
          <w:sz w:val="22"/>
        </w:rPr>
        <w:t xml:space="preserve">Well, yes. And no, I think all people, all councillors panic, that even if they're in the safest ward in the city, </w:t>
      </w:r>
    </w:p>
    <w:p>
      <w:pPr>
        <w:spacing w:after="0"/>
      </w:pPr>
    </w:p>
    <w:p>
      <w:pPr>
        <w:spacing w:after="0"/>
      </w:pPr>
      <w:r>
        <w:rPr>
          <w:rFonts w:ascii="Arial" w:hAnsi="Arial"/>
          <w:b/>
          <w:sz w:val="22"/>
        </w:rPr>
        <w:t xml:space="preserve">Lucy  </w:t>
      </w:r>
      <w:r>
        <w:rPr>
          <w:rFonts w:ascii="Arial" w:hAnsi="Arial"/>
          <w:color w:val="5D7284"/>
          <w:sz w:val="22"/>
        </w:rPr>
        <w:t>35:53</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35:53</w:t>
      </w:r>
    </w:p>
    <w:p>
      <w:pPr>
        <w:spacing w:after="0"/>
      </w:pPr>
      <w:r>
        <w:rPr>
          <w:rFonts w:ascii="Arial" w:hAnsi="Arial"/>
          <w:sz w:val="22"/>
        </w:rPr>
        <w:t xml:space="preserve">that they, they literally don't need to do anything, will panic and start campaigning </w:t>
      </w:r>
    </w:p>
    <w:p>
      <w:pPr>
        <w:spacing w:after="0"/>
      </w:pPr>
    </w:p>
    <w:p>
      <w:pPr>
        <w:spacing w:after="0"/>
      </w:pPr>
      <w:r>
        <w:rPr>
          <w:rFonts w:ascii="Arial" w:hAnsi="Arial"/>
          <w:b/>
          <w:sz w:val="22"/>
        </w:rPr>
        <w:t xml:space="preserve">Lucy  </w:t>
      </w:r>
      <w:r>
        <w:rPr>
          <w:rFonts w:ascii="Arial" w:hAnsi="Arial"/>
          <w:color w:val="5D7284"/>
          <w:sz w:val="22"/>
        </w:rPr>
        <w:t>35:59</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35:59</w:t>
      </w:r>
    </w:p>
    <w:p>
      <w:pPr>
        <w:spacing w:after="0"/>
      </w:pPr>
      <w:r>
        <w:rPr>
          <w:rFonts w:ascii="Arial" w:hAnsi="Arial"/>
          <w:sz w:val="22"/>
        </w:rPr>
        <w:t>The other lot won't, but they'll do it. And that can be nice. But there are a few, not many that are competitive. So you have got to get out and work. So it is it can be fun. I stood in a ward in Wolverhampton for one of the big parties, and I did a big campaign. And I I didn't expect to win. And I did I lost, but I lost by a lot less than previous candidates.</w:t>
      </w:r>
    </w:p>
    <w:p>
      <w:pPr>
        <w:spacing w:after="0"/>
      </w:pPr>
    </w:p>
    <w:p>
      <w:pPr>
        <w:spacing w:after="0"/>
      </w:pPr>
      <w:r>
        <w:rPr>
          <w:rFonts w:ascii="Arial" w:hAnsi="Arial"/>
          <w:b/>
          <w:sz w:val="22"/>
        </w:rPr>
        <w:t xml:space="preserve">Lucy  </w:t>
      </w:r>
      <w:r>
        <w:rPr>
          <w:rFonts w:ascii="Arial" w:hAnsi="Arial"/>
          <w:color w:val="5D7284"/>
          <w:sz w:val="22"/>
        </w:rPr>
        <w:t>36:27</w:t>
      </w:r>
    </w:p>
    <w:p>
      <w:pPr>
        <w:spacing w:after="0"/>
      </w:pPr>
      <w:r>
        <w:rPr>
          <w:rFonts w:ascii="Arial" w:hAnsi="Arial"/>
          <w:sz w:val="22"/>
        </w:rPr>
        <w:t>Because of your campaigning do you think?</w:t>
      </w:r>
    </w:p>
    <w:p>
      <w:pPr>
        <w:spacing w:after="0"/>
      </w:pPr>
    </w:p>
    <w:p>
      <w:pPr>
        <w:spacing w:after="0"/>
      </w:pPr>
      <w:r>
        <w:rPr>
          <w:rFonts w:ascii="Arial" w:hAnsi="Arial"/>
          <w:b/>
          <w:sz w:val="22"/>
        </w:rPr>
        <w:t xml:space="preserve">Dr. Paul Darke  </w:t>
      </w:r>
      <w:r>
        <w:rPr>
          <w:rFonts w:ascii="Arial" w:hAnsi="Arial"/>
          <w:color w:val="5D7284"/>
          <w:sz w:val="22"/>
        </w:rPr>
        <w:t>36:29</w:t>
      </w:r>
    </w:p>
    <w:p>
      <w:pPr>
        <w:spacing w:after="0"/>
      </w:pPr>
      <w:r>
        <w:rPr>
          <w:rFonts w:ascii="Arial" w:hAnsi="Arial"/>
          <w:sz w:val="22"/>
        </w:rPr>
        <w:t xml:space="preserve">Well again it was it was fascinating, actually. And it was partly because of a government scheme. There used to be in this scheme, as a disabled person, </w:t>
      </w:r>
    </w:p>
    <w:p>
      <w:pPr>
        <w:spacing w:after="0"/>
      </w:pPr>
    </w:p>
    <w:p>
      <w:pPr>
        <w:spacing w:after="0"/>
      </w:pPr>
      <w:r>
        <w:rPr>
          <w:rFonts w:ascii="Arial" w:hAnsi="Arial"/>
          <w:b/>
          <w:sz w:val="22"/>
        </w:rPr>
        <w:t xml:space="preserve">Lucy  </w:t>
      </w:r>
      <w:r>
        <w:rPr>
          <w:rFonts w:ascii="Arial" w:hAnsi="Arial"/>
          <w:color w:val="5D7284"/>
          <w:sz w:val="22"/>
        </w:rPr>
        <w:t>36:39</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36:39</w:t>
      </w:r>
    </w:p>
    <w:p>
      <w:pPr>
        <w:spacing w:after="0"/>
      </w:pPr>
      <w:r>
        <w:rPr>
          <w:rFonts w:ascii="Arial" w:hAnsi="Arial"/>
          <w:sz w:val="22"/>
        </w:rPr>
        <w:t xml:space="preserve">you could get assistance to be a candidate. </w:t>
      </w:r>
    </w:p>
    <w:p>
      <w:pPr>
        <w:spacing w:after="0"/>
      </w:pPr>
    </w:p>
    <w:p>
      <w:pPr>
        <w:spacing w:after="0"/>
      </w:pPr>
      <w:r>
        <w:rPr>
          <w:rFonts w:ascii="Arial" w:hAnsi="Arial"/>
          <w:b/>
          <w:sz w:val="22"/>
        </w:rPr>
        <w:t xml:space="preserve">Lucy  </w:t>
      </w:r>
      <w:r>
        <w:rPr>
          <w:rFonts w:ascii="Arial" w:hAnsi="Arial"/>
          <w:color w:val="5D7284"/>
          <w:sz w:val="22"/>
        </w:rPr>
        <w:t>36:42</w:t>
      </w:r>
    </w:p>
    <w:p>
      <w:pPr>
        <w:spacing w:after="0"/>
      </w:pPr>
      <w:r>
        <w:rPr>
          <w:rFonts w:ascii="Arial" w:hAnsi="Arial"/>
          <w:sz w:val="22"/>
        </w:rPr>
        <w:t xml:space="preserve">Really, </w:t>
      </w:r>
    </w:p>
    <w:p>
      <w:pPr>
        <w:spacing w:after="0"/>
      </w:pPr>
    </w:p>
    <w:p>
      <w:pPr>
        <w:spacing w:after="0"/>
      </w:pPr>
      <w:r>
        <w:rPr>
          <w:rFonts w:ascii="Arial" w:hAnsi="Arial"/>
          <w:b/>
          <w:sz w:val="22"/>
        </w:rPr>
        <w:t xml:space="preserve">Dr. Paul Darke  </w:t>
      </w:r>
      <w:r>
        <w:rPr>
          <w:rFonts w:ascii="Arial" w:hAnsi="Arial"/>
          <w:color w:val="5D7284"/>
          <w:sz w:val="22"/>
        </w:rPr>
        <w:t>36:43</w:t>
      </w:r>
    </w:p>
    <w:p>
      <w:pPr>
        <w:spacing w:after="0"/>
      </w:pPr>
      <w:r>
        <w:rPr>
          <w:rFonts w:ascii="Arial" w:hAnsi="Arial"/>
          <w:sz w:val="22"/>
        </w:rPr>
        <w:t xml:space="preserve">it's now been abolished. </w:t>
      </w:r>
    </w:p>
    <w:p>
      <w:pPr>
        <w:spacing w:after="0"/>
      </w:pPr>
    </w:p>
    <w:p>
      <w:pPr>
        <w:spacing w:after="0"/>
      </w:pPr>
      <w:r>
        <w:rPr>
          <w:rFonts w:ascii="Arial" w:hAnsi="Arial"/>
          <w:b/>
          <w:sz w:val="22"/>
        </w:rPr>
        <w:t xml:space="preserve">Lucy  </w:t>
      </w:r>
      <w:r>
        <w:rPr>
          <w:rFonts w:ascii="Arial" w:hAnsi="Arial"/>
          <w:color w:val="5D7284"/>
          <w:sz w:val="22"/>
        </w:rPr>
        <w:t>36:44</w:t>
      </w:r>
    </w:p>
    <w:p>
      <w:pPr>
        <w:spacing w:after="0"/>
      </w:pPr>
      <w:r>
        <w:rPr>
          <w:rFonts w:ascii="Arial" w:hAnsi="Arial"/>
          <w:sz w:val="22"/>
        </w:rPr>
        <w:t>Of course</w:t>
      </w:r>
    </w:p>
    <w:p>
      <w:pPr>
        <w:spacing w:after="0"/>
      </w:pPr>
    </w:p>
    <w:p>
      <w:pPr>
        <w:spacing w:after="0"/>
      </w:pPr>
      <w:r>
        <w:rPr>
          <w:rFonts w:ascii="Arial" w:hAnsi="Arial"/>
          <w:b/>
          <w:sz w:val="22"/>
        </w:rPr>
        <w:t xml:space="preserve">Dr. Paul Darke  </w:t>
      </w:r>
      <w:r>
        <w:rPr>
          <w:rFonts w:ascii="Arial" w:hAnsi="Arial"/>
          <w:color w:val="5D7284"/>
          <w:sz w:val="22"/>
        </w:rPr>
        <w:t>36:47</w:t>
      </w:r>
    </w:p>
    <w:p>
      <w:pPr>
        <w:spacing w:after="0"/>
      </w:pPr>
      <w:r>
        <w:rPr>
          <w:rFonts w:ascii="Arial" w:hAnsi="Arial"/>
          <w:sz w:val="22"/>
        </w:rPr>
        <w:t xml:space="preserve">Hopefully it will be reintroduced, and they are talking about reintroducing it. So for example, as a wheelchair user, I couldn't get out and go to doors </w:t>
      </w:r>
    </w:p>
    <w:p>
      <w:pPr>
        <w:spacing w:after="0"/>
      </w:pPr>
    </w:p>
    <w:p>
      <w:pPr>
        <w:spacing w:after="0"/>
      </w:pPr>
      <w:r>
        <w:rPr>
          <w:rFonts w:ascii="Arial" w:hAnsi="Arial"/>
          <w:b/>
          <w:sz w:val="22"/>
        </w:rPr>
        <w:t xml:space="preserve">Lucy  </w:t>
      </w:r>
      <w:r>
        <w:rPr>
          <w:rFonts w:ascii="Arial" w:hAnsi="Arial"/>
          <w:color w:val="5D7284"/>
          <w:sz w:val="22"/>
        </w:rPr>
        <w:t>36:56</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36:56</w:t>
      </w:r>
    </w:p>
    <w:p>
      <w:pPr>
        <w:spacing w:after="0"/>
      </w:pPr>
      <w:r>
        <w:rPr>
          <w:rFonts w:ascii="Arial" w:hAnsi="Arial"/>
          <w:sz w:val="22"/>
        </w:rPr>
        <w:t xml:space="preserve">and put leaflets through doors because they weren't accessible </w:t>
      </w:r>
    </w:p>
    <w:p>
      <w:pPr>
        <w:spacing w:after="0"/>
      </w:pPr>
    </w:p>
    <w:p>
      <w:pPr>
        <w:spacing w:after="0"/>
      </w:pPr>
      <w:r>
        <w:rPr>
          <w:rFonts w:ascii="Arial" w:hAnsi="Arial"/>
          <w:b/>
          <w:sz w:val="22"/>
        </w:rPr>
        <w:t xml:space="preserve">Lucy  </w:t>
      </w:r>
      <w:r>
        <w:rPr>
          <w:rFonts w:ascii="Arial" w:hAnsi="Arial"/>
          <w:color w:val="5D7284"/>
          <w:sz w:val="22"/>
        </w:rPr>
        <w:t>36:59</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36:59</w:t>
      </w:r>
    </w:p>
    <w:p>
      <w:pPr>
        <w:spacing w:after="0"/>
      </w:pPr>
      <w:r>
        <w:rPr>
          <w:rFonts w:ascii="Arial" w:hAnsi="Arial"/>
          <w:sz w:val="22"/>
        </w:rPr>
        <w:t xml:space="preserve">so this scheme they they gave you money, </w:t>
      </w:r>
    </w:p>
    <w:p>
      <w:pPr>
        <w:spacing w:after="0"/>
      </w:pPr>
    </w:p>
    <w:p>
      <w:pPr>
        <w:spacing w:after="0"/>
      </w:pPr>
      <w:r>
        <w:rPr>
          <w:rFonts w:ascii="Arial" w:hAnsi="Arial"/>
          <w:b/>
          <w:sz w:val="22"/>
        </w:rPr>
        <w:t xml:space="preserve">Lucy  </w:t>
      </w:r>
      <w:r>
        <w:rPr>
          <w:rFonts w:ascii="Arial" w:hAnsi="Arial"/>
          <w:color w:val="5D7284"/>
          <w:sz w:val="22"/>
        </w:rPr>
        <w:t>37:03</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37:04</w:t>
      </w:r>
    </w:p>
    <w:p>
      <w:pPr>
        <w:spacing w:after="0"/>
      </w:pPr>
      <w:r>
        <w:rPr>
          <w:rFonts w:ascii="Arial" w:hAnsi="Arial"/>
          <w:sz w:val="22"/>
        </w:rPr>
        <w:t>to pay a deliverer to deliver.</w:t>
      </w:r>
    </w:p>
    <w:p>
      <w:pPr>
        <w:spacing w:after="0"/>
      </w:pPr>
    </w:p>
    <w:p>
      <w:pPr>
        <w:spacing w:after="0"/>
      </w:pPr>
      <w:r>
        <w:rPr>
          <w:rFonts w:ascii="Arial" w:hAnsi="Arial"/>
          <w:b/>
          <w:sz w:val="22"/>
        </w:rPr>
        <w:t xml:space="preserve">Lucy  </w:t>
      </w:r>
      <w:r>
        <w:rPr>
          <w:rFonts w:ascii="Arial" w:hAnsi="Arial"/>
          <w:color w:val="5D7284"/>
          <w:sz w:val="22"/>
        </w:rPr>
        <w:t>37:06</w:t>
      </w:r>
    </w:p>
    <w:p>
      <w:pPr>
        <w:spacing w:after="0"/>
      </w:pPr>
      <w:r>
        <w:rPr>
          <w:rFonts w:ascii="Arial" w:hAnsi="Arial"/>
          <w:sz w:val="22"/>
        </w:rPr>
        <w:t>Wow! You've got a team, you got an army of people.</w:t>
      </w:r>
    </w:p>
    <w:p>
      <w:pPr>
        <w:spacing w:after="0"/>
      </w:pPr>
    </w:p>
    <w:p>
      <w:pPr>
        <w:spacing w:after="0"/>
      </w:pPr>
      <w:r>
        <w:rPr>
          <w:rFonts w:ascii="Arial" w:hAnsi="Arial"/>
          <w:b/>
          <w:sz w:val="22"/>
        </w:rPr>
        <w:t xml:space="preserve">Dr. Paul Darke  </w:t>
      </w:r>
      <w:r>
        <w:rPr>
          <w:rFonts w:ascii="Arial" w:hAnsi="Arial"/>
          <w:color w:val="5D7284"/>
          <w:sz w:val="22"/>
        </w:rPr>
        <w:t>37:11</w:t>
      </w:r>
    </w:p>
    <w:p>
      <w:pPr>
        <w:spacing w:after="0"/>
      </w:pPr>
      <w:r>
        <w:rPr>
          <w:rFonts w:ascii="Arial" w:hAnsi="Arial"/>
          <w:sz w:val="22"/>
        </w:rPr>
        <w:t>Absolutely. Absolutely</w:t>
      </w:r>
    </w:p>
    <w:p>
      <w:pPr>
        <w:spacing w:after="0"/>
      </w:pPr>
    </w:p>
    <w:p>
      <w:pPr>
        <w:spacing w:after="0"/>
      </w:pPr>
      <w:r>
        <w:rPr>
          <w:rFonts w:ascii="Arial" w:hAnsi="Arial"/>
          <w:b/>
          <w:sz w:val="22"/>
        </w:rPr>
        <w:t xml:space="preserve">Lucy  </w:t>
      </w:r>
      <w:r>
        <w:rPr>
          <w:rFonts w:ascii="Arial" w:hAnsi="Arial"/>
          <w:color w:val="5D7284"/>
          <w:sz w:val="22"/>
        </w:rPr>
        <w:t>37:13</w:t>
      </w:r>
    </w:p>
    <w:p>
      <w:pPr>
        <w:spacing w:after="0"/>
      </w:pPr>
      <w:r>
        <w:rPr>
          <w:rFonts w:ascii="Arial" w:hAnsi="Arial"/>
          <w:sz w:val="22"/>
        </w:rPr>
        <w:t xml:space="preserve">That's amazing. </w:t>
      </w:r>
    </w:p>
    <w:p>
      <w:pPr>
        <w:spacing w:after="0"/>
      </w:pPr>
    </w:p>
    <w:p>
      <w:pPr>
        <w:spacing w:after="0"/>
      </w:pPr>
      <w:r>
        <w:rPr>
          <w:rFonts w:ascii="Arial" w:hAnsi="Arial"/>
          <w:b/>
          <w:sz w:val="22"/>
        </w:rPr>
        <w:t xml:space="preserve">Dr. Paul Darke  </w:t>
      </w:r>
      <w:r>
        <w:rPr>
          <w:rFonts w:ascii="Arial" w:hAnsi="Arial"/>
          <w:color w:val="5D7284"/>
          <w:sz w:val="22"/>
        </w:rPr>
        <w:t>37:14</w:t>
      </w:r>
    </w:p>
    <w:p>
      <w:pPr>
        <w:spacing w:after="0"/>
      </w:pPr>
      <w:r>
        <w:rPr>
          <w:rFonts w:ascii="Arial" w:hAnsi="Arial"/>
          <w:sz w:val="22"/>
        </w:rPr>
        <w:t xml:space="preserve">This, this this grant, it used to be called Enable, I think it was a political grant to, you had to be in one of the big parties , you wouldn't get an independent even then, because you have to be a serious contender,  The primary parties. But they pay for you to have a deliverer because I couldn't do it because as a candidate you are expected to to deliver or bring a team of people that can deliver. So because of this scheme I was able to deliver so I did a lot of leaflets. </w:t>
      </w:r>
    </w:p>
    <w:p>
      <w:pPr>
        <w:spacing w:after="0"/>
      </w:pPr>
    </w:p>
    <w:p>
      <w:pPr>
        <w:spacing w:after="0"/>
      </w:pPr>
      <w:r>
        <w:rPr>
          <w:rFonts w:ascii="Arial" w:hAnsi="Arial"/>
          <w:b/>
          <w:sz w:val="22"/>
        </w:rPr>
        <w:t xml:space="preserve">Lucy  </w:t>
      </w:r>
      <w:r>
        <w:rPr>
          <w:rFonts w:ascii="Arial" w:hAnsi="Arial"/>
          <w:color w:val="5D7284"/>
          <w:sz w:val="22"/>
        </w:rPr>
        <w:t>37:28</w:t>
      </w:r>
    </w:p>
    <w:p>
      <w:pPr>
        <w:spacing w:after="0"/>
      </w:pPr>
      <w:r>
        <w:rPr>
          <w:rFonts w:ascii="Arial" w:hAnsi="Arial"/>
          <w:sz w:val="22"/>
        </w:rPr>
        <w:t xml:space="preserve">right. Yeah, </w:t>
      </w:r>
    </w:p>
    <w:p>
      <w:pPr>
        <w:spacing w:after="0"/>
      </w:pPr>
    </w:p>
    <w:p>
      <w:pPr>
        <w:spacing w:after="0"/>
      </w:pPr>
      <w:r>
        <w:rPr>
          <w:rFonts w:ascii="Arial" w:hAnsi="Arial"/>
          <w:b/>
          <w:sz w:val="22"/>
        </w:rPr>
        <w:t xml:space="preserve">Dr. Paul Darke  </w:t>
      </w:r>
      <w:r>
        <w:rPr>
          <w:rFonts w:ascii="Arial" w:hAnsi="Arial"/>
          <w:color w:val="5D7284"/>
          <w:sz w:val="22"/>
        </w:rPr>
        <w:t>37:48</w:t>
      </w:r>
    </w:p>
    <w:p>
      <w:pPr>
        <w:spacing w:after="0"/>
      </w:pPr>
      <w:r>
        <w:rPr>
          <w:rFonts w:ascii="Arial" w:hAnsi="Arial"/>
          <w:sz w:val="22"/>
        </w:rPr>
        <w:t>and paid for these people to deliver for me. And they were really good. This team because actually a lot of companies that deliver aren't very good.  they don't often this there's one or two, that have terrible reputations, and they don't actually deliver anything. They take your money, and they bin all the leaflets.</w:t>
      </w:r>
    </w:p>
    <w:p>
      <w:pPr>
        <w:spacing w:after="0"/>
      </w:pPr>
    </w:p>
    <w:p>
      <w:pPr>
        <w:spacing w:after="0"/>
      </w:pPr>
      <w:r>
        <w:rPr>
          <w:rFonts w:ascii="Arial" w:hAnsi="Arial"/>
          <w:b/>
          <w:sz w:val="22"/>
        </w:rPr>
        <w:t xml:space="preserve">Lucy  </w:t>
      </w:r>
      <w:r>
        <w:rPr>
          <w:rFonts w:ascii="Arial" w:hAnsi="Arial"/>
          <w:color w:val="5D7284"/>
          <w:sz w:val="22"/>
        </w:rPr>
        <w:t>37:57</w:t>
      </w:r>
    </w:p>
    <w:p>
      <w:pPr>
        <w:spacing w:after="0"/>
      </w:pPr>
      <w:r>
        <w:rPr>
          <w:rFonts w:ascii="Arial" w:hAnsi="Arial"/>
          <w:sz w:val="22"/>
        </w:rPr>
        <w:t xml:space="preserve">No,  It's terrible, isn't it really? </w:t>
      </w:r>
    </w:p>
    <w:p>
      <w:pPr>
        <w:spacing w:after="0"/>
      </w:pPr>
    </w:p>
    <w:p>
      <w:pPr>
        <w:spacing w:after="0"/>
      </w:pPr>
      <w:r>
        <w:rPr>
          <w:rFonts w:ascii="Arial" w:hAnsi="Arial"/>
          <w:b/>
          <w:sz w:val="22"/>
        </w:rPr>
        <w:t xml:space="preserve">Dr. Paul Darke  </w:t>
      </w:r>
      <w:r>
        <w:rPr>
          <w:rFonts w:ascii="Arial" w:hAnsi="Arial"/>
          <w:color w:val="5D7284"/>
          <w:sz w:val="22"/>
        </w:rPr>
        <w:t>38:08</w:t>
      </w:r>
    </w:p>
    <w:p>
      <w:pPr>
        <w:spacing w:after="0"/>
      </w:pPr>
      <w:r>
        <w:rPr>
          <w:rFonts w:ascii="Arial" w:hAnsi="Arial"/>
          <w:sz w:val="22"/>
        </w:rPr>
        <w:t xml:space="preserve">And that's dreadful. </w:t>
      </w:r>
    </w:p>
    <w:p>
      <w:pPr>
        <w:spacing w:after="0"/>
      </w:pPr>
    </w:p>
    <w:p>
      <w:pPr>
        <w:spacing w:after="0"/>
      </w:pPr>
      <w:r>
        <w:rPr>
          <w:rFonts w:ascii="Arial" w:hAnsi="Arial"/>
          <w:b/>
          <w:sz w:val="22"/>
        </w:rPr>
        <w:t xml:space="preserve">Lucy  </w:t>
      </w:r>
      <w:r>
        <w:rPr>
          <w:rFonts w:ascii="Arial" w:hAnsi="Arial"/>
          <w:color w:val="5D7284"/>
          <w:sz w:val="22"/>
        </w:rPr>
        <w:t>38:09</w:t>
      </w:r>
    </w:p>
    <w:p>
      <w:pPr>
        <w:spacing w:after="0"/>
      </w:pPr>
      <w:r>
        <w:rPr>
          <w:rFonts w:ascii="Arial" w:hAnsi="Arial"/>
          <w:sz w:val="22"/>
        </w:rPr>
        <w:t xml:space="preserve">Did you like was there a selection process of I want you to deliver, I want you to deliver, I want you to deliver, or was it a kind of </w:t>
      </w:r>
    </w:p>
    <w:p>
      <w:pPr>
        <w:spacing w:after="0"/>
      </w:pPr>
    </w:p>
    <w:p>
      <w:pPr>
        <w:spacing w:after="0"/>
      </w:pPr>
      <w:r>
        <w:rPr>
          <w:rFonts w:ascii="Arial" w:hAnsi="Arial"/>
          <w:b/>
          <w:sz w:val="22"/>
        </w:rPr>
        <w:t xml:space="preserve">Dr. Paul Darke  </w:t>
      </w:r>
      <w:r>
        <w:rPr>
          <w:rFonts w:ascii="Arial" w:hAnsi="Arial"/>
          <w:color w:val="5D7284"/>
          <w:sz w:val="22"/>
        </w:rPr>
        <w:t>38:15</w:t>
      </w:r>
    </w:p>
    <w:p>
      <w:pPr>
        <w:spacing w:after="0"/>
      </w:pPr>
      <w:r>
        <w:rPr>
          <w:rFonts w:ascii="Arial" w:hAnsi="Arial"/>
          <w:sz w:val="22"/>
        </w:rPr>
        <w:t xml:space="preserve">Well, I approached a couple of organizations and in the end, I went with the one that I thought was most professional. But when you're, when to be the candidate, you have to go through a selection process within a party, </w:t>
      </w:r>
    </w:p>
    <w:p>
      <w:pPr>
        <w:spacing w:after="0"/>
      </w:pPr>
    </w:p>
    <w:p>
      <w:pPr>
        <w:spacing w:after="0"/>
      </w:pPr>
      <w:r>
        <w:rPr>
          <w:rFonts w:ascii="Arial" w:hAnsi="Arial"/>
          <w:b/>
          <w:sz w:val="22"/>
        </w:rPr>
        <w:t xml:space="preserve">Lucy  </w:t>
      </w:r>
      <w:r>
        <w:rPr>
          <w:rFonts w:ascii="Arial" w:hAnsi="Arial"/>
          <w:color w:val="5D7284"/>
          <w:sz w:val="22"/>
        </w:rPr>
        <w:t>38:28</w:t>
      </w:r>
    </w:p>
    <w:p>
      <w:pPr>
        <w:spacing w:after="0"/>
      </w:pPr>
      <w:r>
        <w:rPr>
          <w:rFonts w:ascii="Arial" w:hAnsi="Arial"/>
          <w:sz w:val="22"/>
        </w:rPr>
        <w:t>right</w:t>
      </w:r>
    </w:p>
    <w:p>
      <w:pPr>
        <w:spacing w:after="0"/>
      </w:pPr>
    </w:p>
    <w:p>
      <w:pPr>
        <w:spacing w:after="0"/>
      </w:pPr>
      <w:r>
        <w:rPr>
          <w:rFonts w:ascii="Arial" w:hAnsi="Arial"/>
          <w:b/>
          <w:sz w:val="22"/>
        </w:rPr>
        <w:t xml:space="preserve">Dr. Paul Darke  </w:t>
      </w:r>
      <w:r>
        <w:rPr>
          <w:rFonts w:ascii="Arial" w:hAnsi="Arial"/>
          <w:color w:val="5D7284"/>
          <w:sz w:val="22"/>
        </w:rPr>
        <w:t>38:29</w:t>
      </w:r>
    </w:p>
    <w:p>
      <w:pPr>
        <w:spacing w:after="0"/>
      </w:pPr>
      <w:r>
        <w:rPr>
          <w:rFonts w:ascii="Arial" w:hAnsi="Arial"/>
          <w:sz w:val="22"/>
        </w:rPr>
        <w:t xml:space="preserve">I was in. And again, often if you're in a in a ward or a place where you don't really expect to win. Often not many people want to do it. So actually, because I wanted to do it. Nobody else really did. it wasn't like I was fighting off a load of other people. So so there's often there's very few people on if you're in a seat that you're guaranteed to win within a particular party. </w:t>
      </w:r>
    </w:p>
    <w:p>
      <w:pPr>
        <w:spacing w:after="0"/>
      </w:pPr>
    </w:p>
    <w:p>
      <w:pPr>
        <w:spacing w:after="0"/>
      </w:pPr>
      <w:r>
        <w:rPr>
          <w:rFonts w:ascii="Arial" w:hAnsi="Arial"/>
          <w:b/>
          <w:sz w:val="22"/>
        </w:rPr>
        <w:t xml:space="preserve">Lucy  </w:t>
      </w:r>
      <w:r>
        <w:rPr>
          <w:rFonts w:ascii="Arial" w:hAnsi="Arial"/>
          <w:color w:val="5D7284"/>
          <w:sz w:val="22"/>
        </w:rPr>
        <w:t>38:56</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38:57</w:t>
      </w:r>
    </w:p>
    <w:p>
      <w:pPr>
        <w:spacing w:after="0"/>
      </w:pPr>
      <w:r>
        <w:rPr>
          <w:rFonts w:ascii="Arial" w:hAnsi="Arial"/>
          <w:sz w:val="22"/>
        </w:rPr>
        <w:t xml:space="preserve">everyone wants that one. </w:t>
      </w:r>
    </w:p>
    <w:p>
      <w:pPr>
        <w:spacing w:after="0"/>
      </w:pPr>
    </w:p>
    <w:p>
      <w:pPr>
        <w:spacing w:after="0"/>
      </w:pPr>
      <w:r>
        <w:rPr>
          <w:rFonts w:ascii="Arial" w:hAnsi="Arial"/>
          <w:b/>
          <w:sz w:val="22"/>
        </w:rPr>
        <w:t xml:space="preserve">Lucy  </w:t>
      </w:r>
      <w:r>
        <w:rPr>
          <w:rFonts w:ascii="Arial" w:hAnsi="Arial"/>
          <w:color w:val="5D7284"/>
          <w:sz w:val="22"/>
        </w:rPr>
        <w:t>38:58</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38:58</w:t>
      </w:r>
    </w:p>
    <w:p>
      <w:pPr>
        <w:spacing w:after="0"/>
      </w:pPr>
      <w:r>
        <w:rPr>
          <w:rFonts w:ascii="Arial" w:hAnsi="Arial"/>
          <w:sz w:val="22"/>
        </w:rPr>
        <w:t xml:space="preserve">because they know they're gonna win. </w:t>
      </w:r>
    </w:p>
    <w:p>
      <w:pPr>
        <w:spacing w:after="0"/>
      </w:pPr>
    </w:p>
    <w:p>
      <w:pPr>
        <w:spacing w:after="0"/>
      </w:pPr>
      <w:r>
        <w:rPr>
          <w:rFonts w:ascii="Arial" w:hAnsi="Arial"/>
          <w:b/>
          <w:sz w:val="22"/>
        </w:rPr>
        <w:t xml:space="preserve">Lucy  </w:t>
      </w:r>
      <w:r>
        <w:rPr>
          <w:rFonts w:ascii="Arial" w:hAnsi="Arial"/>
          <w:color w:val="5D7284"/>
          <w:sz w:val="22"/>
        </w:rPr>
        <w:t>39:00</w:t>
      </w:r>
    </w:p>
    <w:p>
      <w:pPr>
        <w:spacing w:after="0"/>
      </w:pPr>
      <w:r>
        <w:rPr>
          <w:rFonts w:ascii="Arial" w:hAnsi="Arial"/>
          <w:sz w:val="22"/>
        </w:rPr>
        <w:t xml:space="preserve">They know they are gonna get it yeahYeah, </w:t>
      </w:r>
    </w:p>
    <w:p>
      <w:pPr>
        <w:spacing w:after="0"/>
      </w:pPr>
    </w:p>
    <w:p>
      <w:pPr>
        <w:spacing w:after="0"/>
      </w:pPr>
      <w:r>
        <w:rPr>
          <w:rFonts w:ascii="Arial" w:hAnsi="Arial"/>
          <w:b/>
          <w:sz w:val="22"/>
        </w:rPr>
        <w:t xml:space="preserve">Dr. Paul Darke  </w:t>
      </w:r>
      <w:r>
        <w:rPr>
          <w:rFonts w:ascii="Arial" w:hAnsi="Arial"/>
          <w:color w:val="5D7284"/>
          <w:sz w:val="22"/>
        </w:rPr>
        <w:t>39:02</w:t>
      </w:r>
    </w:p>
    <w:p>
      <w:pPr>
        <w:spacing w:after="0"/>
      </w:pPr>
      <w:r>
        <w:rPr>
          <w:rFonts w:ascii="Arial" w:hAnsi="Arial"/>
          <w:sz w:val="22"/>
        </w:rPr>
        <w:t xml:space="preserve">and again, if you do win, you're probably you could be in for life. Pretty much. So there's a lot of competition, a lot of backstabbing, a lot of political and moral corruption about being that candidate from from from the bigger parties, but all parties. I'm not particularly singling anyone out. And so it's all variable, and it depends on the size of your party. And a good example is for example, I know that the Green Party, for example, in Wolverhampton only has the same number of members as one ward in the city. for example, the Labour party, so there are 20 wards in Wolverhampton </w:t>
      </w:r>
    </w:p>
    <w:p>
      <w:pPr>
        <w:spacing w:after="0"/>
      </w:pPr>
    </w:p>
    <w:p>
      <w:pPr>
        <w:spacing w:after="0"/>
      </w:pPr>
      <w:r>
        <w:rPr>
          <w:rFonts w:ascii="Arial" w:hAnsi="Arial"/>
          <w:b/>
          <w:sz w:val="22"/>
        </w:rPr>
        <w:t xml:space="preserve">Lucy  </w:t>
      </w:r>
      <w:r>
        <w:rPr>
          <w:rFonts w:ascii="Arial" w:hAnsi="Arial"/>
          <w:color w:val="5D7284"/>
          <w:sz w:val="22"/>
        </w:rPr>
        <w:t>39:45</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39:46</w:t>
      </w:r>
    </w:p>
    <w:p>
      <w:pPr>
        <w:spacing w:after="0"/>
      </w:pPr>
      <w:r>
        <w:rPr>
          <w:rFonts w:ascii="Arial" w:hAnsi="Arial"/>
          <w:sz w:val="22"/>
        </w:rPr>
        <w:t xml:space="preserve">each ward for the Labour party has between 100 and 200 members.  so that's between 2 and 4000 members. The Green Party only has 100 members for the entire city, about approximately. </w:t>
      </w:r>
    </w:p>
    <w:p>
      <w:pPr>
        <w:spacing w:after="0"/>
      </w:pPr>
    </w:p>
    <w:p>
      <w:pPr>
        <w:spacing w:after="0"/>
      </w:pPr>
      <w:r>
        <w:rPr>
          <w:rFonts w:ascii="Arial" w:hAnsi="Arial"/>
          <w:b/>
          <w:sz w:val="22"/>
        </w:rPr>
        <w:t xml:space="preserve">Lucy  </w:t>
      </w:r>
      <w:r>
        <w:rPr>
          <w:rFonts w:ascii="Arial" w:hAnsi="Arial"/>
          <w:color w:val="5D7284"/>
          <w:sz w:val="22"/>
        </w:rPr>
        <w:t>39:51</w:t>
      </w:r>
    </w:p>
    <w:p>
      <w:pPr>
        <w:spacing w:after="0"/>
      </w:pPr>
      <w:r>
        <w:rPr>
          <w:rFonts w:ascii="Arial" w:hAnsi="Arial"/>
          <w:sz w:val="22"/>
        </w:rPr>
        <w:t>Ok,  Yes</w:t>
      </w:r>
    </w:p>
    <w:p>
      <w:pPr>
        <w:spacing w:after="0"/>
      </w:pPr>
    </w:p>
    <w:p>
      <w:pPr>
        <w:spacing w:after="0"/>
      </w:pPr>
      <w:r>
        <w:rPr>
          <w:rFonts w:ascii="Arial" w:hAnsi="Arial"/>
          <w:b/>
          <w:sz w:val="22"/>
        </w:rPr>
        <w:t xml:space="preserve">Dr. Paul Darke  </w:t>
      </w:r>
      <w:r>
        <w:rPr>
          <w:rFonts w:ascii="Arial" w:hAnsi="Arial"/>
          <w:color w:val="5D7284"/>
          <w:sz w:val="22"/>
        </w:rPr>
        <w:t>40:04</w:t>
      </w:r>
    </w:p>
    <w:p>
      <w:pPr>
        <w:spacing w:after="0"/>
      </w:pPr>
      <w:r>
        <w:rPr>
          <w:rFonts w:ascii="Arial" w:hAnsi="Arial"/>
          <w:sz w:val="22"/>
        </w:rPr>
        <w:t>So, and again, if you've got 4000 members, it's easy to get people to come and deliver for you.</w:t>
      </w:r>
    </w:p>
    <w:p>
      <w:pPr>
        <w:spacing w:after="0"/>
      </w:pPr>
    </w:p>
    <w:p>
      <w:pPr>
        <w:spacing w:after="0"/>
      </w:pPr>
      <w:r>
        <w:rPr>
          <w:rFonts w:ascii="Arial" w:hAnsi="Arial"/>
          <w:b/>
          <w:sz w:val="22"/>
        </w:rPr>
        <w:t xml:space="preserve">Lucy  </w:t>
      </w:r>
      <w:r>
        <w:rPr>
          <w:rFonts w:ascii="Arial" w:hAnsi="Arial"/>
          <w:color w:val="5D7284"/>
          <w:sz w:val="22"/>
        </w:rPr>
        <w:t>40:10</w:t>
      </w:r>
    </w:p>
    <w:p>
      <w:pPr>
        <w:spacing w:after="0"/>
      </w:pPr>
      <w:r>
        <w:rPr>
          <w:rFonts w:ascii="Arial" w:hAnsi="Arial"/>
          <w:sz w:val="22"/>
        </w:rPr>
        <w:t>Exactly of course it is , yeah,</w:t>
      </w:r>
    </w:p>
    <w:p>
      <w:pPr>
        <w:spacing w:after="0"/>
      </w:pPr>
    </w:p>
    <w:p>
      <w:pPr>
        <w:spacing w:after="0"/>
      </w:pPr>
      <w:r>
        <w:rPr>
          <w:rFonts w:ascii="Arial" w:hAnsi="Arial"/>
          <w:b/>
          <w:sz w:val="22"/>
        </w:rPr>
        <w:t xml:space="preserve">Dr. Paul Darke  </w:t>
      </w:r>
      <w:r>
        <w:rPr>
          <w:rFonts w:ascii="Arial" w:hAnsi="Arial"/>
          <w:color w:val="5D7284"/>
          <w:sz w:val="22"/>
        </w:rPr>
        <w:t>40:13</w:t>
      </w:r>
    </w:p>
    <w:p>
      <w:pPr>
        <w:spacing w:after="0"/>
      </w:pPr>
      <w:r>
        <w:rPr>
          <w:rFonts w:ascii="Arial" w:hAnsi="Arial"/>
          <w:sz w:val="22"/>
        </w:rPr>
        <w:t>If you've got a small party that doesn't have very many members, it's up to you as an individual, you got to go out and do it. if you want to win, and again, often we're not about in Wolverhampton, particularly. because often, you can look at an area and think, you know, who's going to win that what what's the kind of merit in doing it, I'm doing a bit of a campaign from where I'm standing. I don't expect to win, but I would hope to have an impact on who wins. Yeah, either stopping or enabling one of the others to be damaged or helped. Again, it's not about either one of them to me, I've got to do what I got to do.</w:t>
      </w:r>
    </w:p>
    <w:p>
      <w:pPr>
        <w:spacing w:after="0"/>
      </w:pPr>
    </w:p>
    <w:p>
      <w:pPr>
        <w:spacing w:after="0"/>
      </w:pPr>
      <w:r>
        <w:rPr>
          <w:rFonts w:ascii="Arial" w:hAnsi="Arial"/>
          <w:b/>
          <w:sz w:val="22"/>
        </w:rPr>
        <w:t xml:space="preserve">Lucy  </w:t>
      </w:r>
      <w:r>
        <w:rPr>
          <w:rFonts w:ascii="Arial" w:hAnsi="Arial"/>
          <w:color w:val="5D7284"/>
          <w:sz w:val="22"/>
        </w:rPr>
        <w:t>40:57</w:t>
      </w:r>
    </w:p>
    <w:p>
      <w:pPr>
        <w:spacing w:after="0"/>
      </w:pPr>
      <w:r>
        <w:rPr>
          <w:rFonts w:ascii="Arial" w:hAnsi="Arial"/>
          <w:sz w:val="22"/>
        </w:rPr>
        <w:t>I always think I'd like to think of myself as an advocate for disability, I've sort of fallen in to it I think, because of one thing and another. And I, I think my angle for everything I do, whether it's the podcast, whether it is with work, you know, everything that I do that's disability lead, all I want to do is make an impact, really. And if I've made even if it's a slight impact. if I've made somebody's life that little bit better, then I'm happy. I, you know, I certainly don't do it for like, the glory. And you know, all you hear is you've won this award, and this award, and this award, I mean, it would be nice, but it's not the main reason I do it, you know, it's because I want to make a difference. And I want to help people be heard for their own, you know, that everybody's got a story to tell. And I think that stories of disabled people are very important because nobody ever hears them.</w:t>
      </w:r>
    </w:p>
    <w:p>
      <w:pPr>
        <w:spacing w:after="0"/>
      </w:pPr>
    </w:p>
    <w:p>
      <w:pPr>
        <w:spacing w:after="0"/>
      </w:pPr>
      <w:r>
        <w:rPr>
          <w:rFonts w:ascii="Arial" w:hAnsi="Arial"/>
          <w:b/>
          <w:sz w:val="22"/>
        </w:rPr>
        <w:t xml:space="preserve">Dr. Paul Darke  </w:t>
      </w:r>
      <w:r>
        <w:rPr>
          <w:rFonts w:ascii="Arial" w:hAnsi="Arial"/>
          <w:color w:val="5D7284"/>
          <w:sz w:val="22"/>
        </w:rPr>
        <w:t>41:52</w:t>
      </w:r>
    </w:p>
    <w:p>
      <w:pPr>
        <w:spacing w:after="0"/>
      </w:pPr>
      <w:r>
        <w:rPr>
          <w:rFonts w:ascii="Arial" w:hAnsi="Arial"/>
          <w:sz w:val="22"/>
        </w:rPr>
        <w:t>Absolutely. And I think that that that, to me is about why we should all be candidates so that when our name is written in history, at least at one point on a Wikipedia page,</w:t>
      </w:r>
    </w:p>
    <w:p>
      <w:pPr>
        <w:spacing w:after="0"/>
      </w:pPr>
    </w:p>
    <w:p>
      <w:pPr>
        <w:spacing w:after="0"/>
      </w:pPr>
      <w:r>
        <w:rPr>
          <w:rFonts w:ascii="Arial" w:hAnsi="Arial"/>
          <w:b/>
          <w:sz w:val="22"/>
        </w:rPr>
        <w:t xml:space="preserve">Lucy  </w:t>
      </w:r>
      <w:r>
        <w:rPr>
          <w:rFonts w:ascii="Arial" w:hAnsi="Arial"/>
          <w:color w:val="5D7284"/>
          <w:sz w:val="22"/>
        </w:rPr>
        <w:t>42:04</w:t>
      </w:r>
    </w:p>
    <w:p>
      <w:pPr>
        <w:spacing w:after="0"/>
      </w:pPr>
      <w:r>
        <w:rPr>
          <w:rFonts w:ascii="Arial" w:hAnsi="Arial"/>
          <w:sz w:val="22"/>
        </w:rPr>
        <w:t>in a book somewhere, we can hope that, somebody will build a statue of us Paul, but we're not quite sure.</w:t>
      </w:r>
    </w:p>
    <w:p>
      <w:pPr>
        <w:spacing w:after="0"/>
      </w:pPr>
    </w:p>
    <w:p>
      <w:pPr>
        <w:spacing w:after="0"/>
      </w:pPr>
      <w:r>
        <w:rPr>
          <w:rFonts w:ascii="Arial" w:hAnsi="Arial"/>
          <w:b/>
          <w:sz w:val="22"/>
        </w:rPr>
        <w:t xml:space="preserve">Dr. Paul Darke  </w:t>
      </w:r>
      <w:r>
        <w:rPr>
          <w:rFonts w:ascii="Arial" w:hAnsi="Arial"/>
          <w:color w:val="5D7284"/>
          <w:sz w:val="22"/>
        </w:rPr>
        <w:t>42:10</w:t>
      </w:r>
    </w:p>
    <w:p>
      <w:pPr>
        <w:spacing w:after="0"/>
      </w:pPr>
      <w:r>
        <w:rPr>
          <w:rFonts w:ascii="Arial" w:hAnsi="Arial"/>
          <w:sz w:val="22"/>
        </w:rPr>
        <w:t xml:space="preserve">you know, I think it's our duty as citizens to be more engaged. And I know that sounds a bit kind of preachy, but actually, a lot of what happens to us, all members of the community is because we let it happen. </w:t>
      </w:r>
    </w:p>
    <w:p>
      <w:pPr>
        <w:spacing w:after="0"/>
      </w:pPr>
    </w:p>
    <w:p>
      <w:pPr>
        <w:spacing w:after="0"/>
      </w:pPr>
      <w:r>
        <w:rPr>
          <w:rFonts w:ascii="Arial" w:hAnsi="Arial"/>
          <w:b/>
          <w:sz w:val="22"/>
        </w:rPr>
        <w:t xml:space="preserve">Lucy  </w:t>
      </w:r>
      <w:r>
        <w:rPr>
          <w:rFonts w:ascii="Arial" w:hAnsi="Arial"/>
          <w:color w:val="5D7284"/>
          <w:sz w:val="22"/>
        </w:rPr>
        <w:t>42:26</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42:27</w:t>
      </w:r>
    </w:p>
    <w:p>
      <w:pPr>
        <w:spacing w:after="0"/>
      </w:pPr>
      <w:r>
        <w:rPr>
          <w:rFonts w:ascii="Arial" w:hAnsi="Arial"/>
          <w:sz w:val="22"/>
        </w:rPr>
        <w:t>And I'm not ignoring, you know, oppression, all that kind of, that's all there. And I understand why people don't, but often, we do need to do a bit more than we do. because nobody cares about us in reality, you know, and so we've got to do it. And I think I'd like to see 1000s of disabled people being candidates, just so that they're there, you know, just so that, at least they take, you know, if there's 1000 disabled candidates, that's 1000 less votes for for another big party, that isn't going to do anything for us and actually make them think about what they're doing. So that we're listened to. And I think that's true, whatever you believe in, you know, whether you're a Green, disabled, you know, all of those kinds of things, you should be doing it. And it's not about winning, it is about making that impact. And you never know, you might win, you might be asked to join a big party, you might be asked to be a big candidate. And then you might have more impact than you ever thought you would have.</w:t>
      </w:r>
    </w:p>
    <w:p>
      <w:pPr>
        <w:spacing w:after="0"/>
      </w:pPr>
    </w:p>
    <w:p>
      <w:pPr>
        <w:spacing w:after="0"/>
      </w:pPr>
      <w:r>
        <w:rPr>
          <w:rFonts w:ascii="Arial" w:hAnsi="Arial"/>
          <w:b/>
          <w:sz w:val="22"/>
        </w:rPr>
        <w:t xml:space="preserve">Lucy  </w:t>
      </w:r>
      <w:r>
        <w:rPr>
          <w:rFonts w:ascii="Arial" w:hAnsi="Arial"/>
          <w:color w:val="5D7284"/>
          <w:sz w:val="22"/>
        </w:rPr>
        <w:t>43:28</w:t>
      </w:r>
    </w:p>
    <w:p>
      <w:pPr>
        <w:spacing w:after="0"/>
      </w:pPr>
      <w:r>
        <w:rPr>
          <w:rFonts w:ascii="Arial" w:hAnsi="Arial"/>
          <w:sz w:val="22"/>
        </w:rPr>
        <w:t>is there any part of this like that if you think about the possibility, if you let yourself think about the possibility of you might win, you might be asked to join this party, you might be able to do X, Y, Z, is there any part of it that gives you sort of like a bit of a wobbly feeling? because I'd be like, I don't know, i'm a bit scared. Like</w:t>
      </w:r>
    </w:p>
    <w:p>
      <w:pPr>
        <w:spacing w:after="0"/>
      </w:pPr>
    </w:p>
    <w:p>
      <w:pPr>
        <w:spacing w:after="0"/>
      </w:pPr>
      <w:r>
        <w:rPr>
          <w:rFonts w:ascii="Arial" w:hAnsi="Arial"/>
          <w:b/>
          <w:sz w:val="22"/>
        </w:rPr>
        <w:t xml:space="preserve">Dr. Paul Darke  </w:t>
      </w:r>
      <w:r>
        <w:rPr>
          <w:rFonts w:ascii="Arial" w:hAnsi="Arial"/>
          <w:color w:val="5D7284"/>
          <w:sz w:val="22"/>
        </w:rPr>
        <w:t>43:48</w:t>
      </w:r>
    </w:p>
    <w:p>
      <w:pPr>
        <w:spacing w:after="0"/>
      </w:pPr>
      <w:r>
        <w:rPr>
          <w:rFonts w:ascii="Arial" w:hAnsi="Arial"/>
          <w:sz w:val="22"/>
        </w:rPr>
        <w:t xml:space="preserve">well, it's fascinating, actually. because I think, you know, I know of a local instance, where someone stood. And one of the big parties came along and said, Oh, you know, join us, we'll make you a candidate for the big party, you know become a candidate. </w:t>
      </w:r>
    </w:p>
    <w:p>
      <w:pPr>
        <w:spacing w:after="0"/>
      </w:pPr>
    </w:p>
    <w:p>
      <w:pPr>
        <w:spacing w:after="0"/>
      </w:pPr>
      <w:r>
        <w:rPr>
          <w:rFonts w:ascii="Arial" w:hAnsi="Arial"/>
          <w:b/>
          <w:sz w:val="22"/>
        </w:rPr>
        <w:t xml:space="preserve">Lucy  </w:t>
      </w:r>
      <w:r>
        <w:rPr>
          <w:rFonts w:ascii="Arial" w:hAnsi="Arial"/>
          <w:color w:val="5D7284"/>
          <w:sz w:val="22"/>
        </w:rPr>
        <w:t>44:03</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44:04</w:t>
      </w:r>
    </w:p>
    <w:p>
      <w:pPr>
        <w:spacing w:after="0"/>
      </w:pPr>
      <w:r>
        <w:rPr>
          <w:rFonts w:ascii="Arial" w:hAnsi="Arial"/>
          <w:sz w:val="22"/>
        </w:rPr>
        <w:t xml:space="preserve">And I said to him, I said, go for it. I said, you should do that, you know, you've got similar beliefs, because a lot of the parties have similar beliefs. But I said, What you do need to do is get it in writing. </w:t>
      </w:r>
    </w:p>
    <w:p>
      <w:pPr>
        <w:spacing w:after="0"/>
      </w:pPr>
    </w:p>
    <w:p>
      <w:pPr>
        <w:spacing w:after="0"/>
      </w:pPr>
      <w:r>
        <w:rPr>
          <w:rFonts w:ascii="Arial" w:hAnsi="Arial"/>
          <w:b/>
          <w:sz w:val="22"/>
        </w:rPr>
        <w:t xml:space="preserve">Lucy  </w:t>
      </w:r>
      <w:r>
        <w:rPr>
          <w:rFonts w:ascii="Arial" w:hAnsi="Arial"/>
          <w:color w:val="5D7284"/>
          <w:sz w:val="22"/>
        </w:rPr>
        <w:t>44:16</w:t>
      </w:r>
    </w:p>
    <w:p>
      <w:pPr>
        <w:spacing w:after="0"/>
      </w:pPr>
      <w:r>
        <w:rPr>
          <w:rFonts w:ascii="Arial" w:hAnsi="Arial"/>
          <w:sz w:val="22"/>
        </w:rPr>
        <w:t xml:space="preserve">Yes. </w:t>
      </w:r>
    </w:p>
    <w:p>
      <w:pPr>
        <w:spacing w:after="0"/>
      </w:pPr>
    </w:p>
    <w:p>
      <w:pPr>
        <w:spacing w:after="0"/>
      </w:pPr>
      <w:r>
        <w:rPr>
          <w:rFonts w:ascii="Arial" w:hAnsi="Arial"/>
          <w:b/>
          <w:sz w:val="22"/>
        </w:rPr>
        <w:t xml:space="preserve">Dr. Paul Darke  </w:t>
      </w:r>
      <w:r>
        <w:rPr>
          <w:rFonts w:ascii="Arial" w:hAnsi="Arial"/>
          <w:color w:val="5D7284"/>
          <w:sz w:val="22"/>
        </w:rPr>
        <w:t>44:17</w:t>
      </w:r>
    </w:p>
    <w:p>
      <w:pPr>
        <w:spacing w:after="0"/>
      </w:pPr>
      <w:r>
        <w:rPr>
          <w:rFonts w:ascii="Arial" w:hAnsi="Arial"/>
          <w:sz w:val="22"/>
        </w:rPr>
        <w:t xml:space="preserve">because that's the big parties you can't trust them, as far as you can throw them </w:t>
      </w:r>
    </w:p>
    <w:p>
      <w:pPr>
        <w:spacing w:after="0"/>
      </w:pPr>
    </w:p>
    <w:p>
      <w:pPr>
        <w:spacing w:after="0"/>
      </w:pPr>
      <w:r>
        <w:rPr>
          <w:rFonts w:ascii="Arial" w:hAnsi="Arial"/>
          <w:b/>
          <w:sz w:val="22"/>
        </w:rPr>
        <w:t xml:space="preserve">Lucy  </w:t>
      </w:r>
      <w:r>
        <w:rPr>
          <w:rFonts w:ascii="Arial" w:hAnsi="Arial"/>
          <w:color w:val="5D7284"/>
          <w:sz w:val="22"/>
        </w:rPr>
        <w:t>44:21</w:t>
      </w:r>
    </w:p>
    <w:p>
      <w:pPr>
        <w:spacing w:after="0"/>
      </w:pPr>
      <w:r>
        <w:rPr>
          <w:rFonts w:ascii="Arial" w:hAnsi="Arial"/>
          <w:sz w:val="22"/>
        </w:rPr>
        <w:t xml:space="preserve">No, exactly. </w:t>
      </w:r>
    </w:p>
    <w:p>
      <w:pPr>
        <w:spacing w:after="0"/>
      </w:pPr>
    </w:p>
    <w:p>
      <w:pPr>
        <w:spacing w:after="0"/>
      </w:pPr>
      <w:r>
        <w:rPr>
          <w:rFonts w:ascii="Arial" w:hAnsi="Arial"/>
          <w:b/>
          <w:sz w:val="22"/>
        </w:rPr>
        <w:t xml:space="preserve">Dr. Paul Darke  </w:t>
      </w:r>
      <w:r>
        <w:rPr>
          <w:rFonts w:ascii="Arial" w:hAnsi="Arial"/>
          <w:color w:val="5D7284"/>
          <w:sz w:val="22"/>
        </w:rPr>
        <w:t>44:22</w:t>
      </w:r>
    </w:p>
    <w:p>
      <w:pPr>
        <w:spacing w:after="0"/>
      </w:pPr>
      <w:r>
        <w:rPr>
          <w:rFonts w:ascii="Arial" w:hAnsi="Arial"/>
          <w:sz w:val="22"/>
        </w:rPr>
        <w:t>What they're trying to do is they're trying to stop you standing, they'll suck you into the party system. And you might become a candidate in 5, 10, 15 years time, you get it in writing, that you can be the candidate next time for that party? go for it, but only if you've got it in writing because often, and again, as I said, at the beginning, politics is a dirty, aggressive, backstabbing thing. And they will kind of approach and say, Oh, we think you're really good. come and join us.</w:t>
      </w:r>
    </w:p>
    <w:p>
      <w:pPr>
        <w:spacing w:after="0"/>
      </w:pPr>
    </w:p>
    <w:p>
      <w:pPr>
        <w:spacing w:after="0"/>
      </w:pPr>
      <w:r>
        <w:rPr>
          <w:rFonts w:ascii="Arial" w:hAnsi="Arial"/>
          <w:b/>
          <w:sz w:val="22"/>
        </w:rPr>
        <w:t xml:space="preserve">Lucy  </w:t>
      </w:r>
      <w:r>
        <w:rPr>
          <w:rFonts w:ascii="Arial" w:hAnsi="Arial"/>
          <w:color w:val="5D7284"/>
          <w:sz w:val="22"/>
        </w:rPr>
        <w:t>44:55</w:t>
      </w:r>
    </w:p>
    <w:p>
      <w:pPr>
        <w:spacing w:after="0"/>
      </w:pPr>
      <w:r>
        <w:rPr>
          <w:rFonts w:ascii="Arial" w:hAnsi="Arial"/>
          <w:sz w:val="22"/>
        </w:rPr>
        <w:t xml:space="preserve">They'll promise you the earth Won't they at the moment when they think actually  this person's really good, we'll have them, we want them </w:t>
      </w:r>
    </w:p>
    <w:p>
      <w:pPr>
        <w:spacing w:after="0"/>
      </w:pPr>
    </w:p>
    <w:p>
      <w:pPr>
        <w:spacing w:after="0"/>
      </w:pPr>
      <w:r>
        <w:rPr>
          <w:rFonts w:ascii="Arial" w:hAnsi="Arial"/>
          <w:b/>
          <w:sz w:val="22"/>
        </w:rPr>
        <w:t xml:space="preserve">Dr. Paul Darke  </w:t>
      </w:r>
      <w:r>
        <w:rPr>
          <w:rFonts w:ascii="Arial" w:hAnsi="Arial"/>
          <w:color w:val="5D7284"/>
          <w:sz w:val="22"/>
        </w:rPr>
        <w:t>45:00</w:t>
      </w:r>
    </w:p>
    <w:p>
      <w:pPr>
        <w:spacing w:after="0"/>
      </w:pPr>
      <w:r>
        <w:rPr>
          <w:rFonts w:ascii="Arial" w:hAnsi="Arial"/>
          <w:sz w:val="22"/>
        </w:rPr>
        <w:t>Exactly and then they just suck you in and then leave you to rot in the corner</w:t>
      </w:r>
    </w:p>
    <w:p>
      <w:pPr>
        <w:spacing w:after="0"/>
      </w:pPr>
    </w:p>
    <w:p>
      <w:pPr>
        <w:spacing w:after="0"/>
      </w:pPr>
      <w:r>
        <w:rPr>
          <w:rFonts w:ascii="Arial" w:hAnsi="Arial"/>
          <w:b/>
          <w:sz w:val="22"/>
        </w:rPr>
        <w:t xml:space="preserve">Lucy  </w:t>
      </w:r>
      <w:r>
        <w:rPr>
          <w:rFonts w:ascii="Arial" w:hAnsi="Arial"/>
          <w:color w:val="5D7284"/>
          <w:sz w:val="22"/>
        </w:rPr>
        <w:t>45:03</w:t>
      </w:r>
    </w:p>
    <w:p>
      <w:pPr>
        <w:spacing w:after="0"/>
      </w:pPr>
      <w:r>
        <w:rPr>
          <w:rFonts w:ascii="Arial" w:hAnsi="Arial"/>
          <w:sz w:val="22"/>
        </w:rPr>
        <w:t>Yeah then they leave you for dead</w:t>
      </w:r>
    </w:p>
    <w:p>
      <w:pPr>
        <w:spacing w:after="0"/>
      </w:pPr>
    </w:p>
    <w:p>
      <w:pPr>
        <w:spacing w:after="0"/>
      </w:pPr>
      <w:r>
        <w:rPr>
          <w:rFonts w:ascii="Arial" w:hAnsi="Arial"/>
          <w:b/>
          <w:sz w:val="22"/>
        </w:rPr>
        <w:t xml:space="preserve">Dr. Paul Darke  </w:t>
      </w:r>
      <w:r>
        <w:rPr>
          <w:rFonts w:ascii="Arial" w:hAnsi="Arial"/>
          <w:color w:val="5D7284"/>
          <w:sz w:val="22"/>
        </w:rPr>
        <w:t>45:07</w:t>
      </w:r>
    </w:p>
    <w:p>
      <w:pPr>
        <w:spacing w:after="0"/>
      </w:pPr>
      <w:r>
        <w:rPr>
          <w:rFonts w:ascii="Arial" w:hAnsi="Arial"/>
          <w:sz w:val="22"/>
        </w:rPr>
        <w:t xml:space="preserve">Disabled people we know exactly how that is, you know? </w:t>
      </w:r>
    </w:p>
    <w:p>
      <w:pPr>
        <w:spacing w:after="0"/>
      </w:pPr>
    </w:p>
    <w:p>
      <w:pPr>
        <w:spacing w:after="0"/>
      </w:pPr>
      <w:r>
        <w:rPr>
          <w:rFonts w:ascii="Arial" w:hAnsi="Arial"/>
          <w:b/>
          <w:sz w:val="22"/>
        </w:rPr>
        <w:t xml:space="preserve">Lucy  </w:t>
      </w:r>
      <w:r>
        <w:rPr>
          <w:rFonts w:ascii="Arial" w:hAnsi="Arial"/>
          <w:color w:val="5D7284"/>
          <w:sz w:val="22"/>
        </w:rPr>
        <w:t>45:10</w:t>
      </w:r>
    </w:p>
    <w:p>
      <w:pPr>
        <w:spacing w:after="0"/>
      </w:pPr>
      <w:r>
        <w:rPr>
          <w:rFonts w:ascii="Arial" w:hAnsi="Arial"/>
          <w:sz w:val="22"/>
        </w:rPr>
        <w:t xml:space="preserve">Yeah, </w:t>
      </w:r>
    </w:p>
    <w:p>
      <w:pPr>
        <w:spacing w:after="0"/>
      </w:pPr>
    </w:p>
    <w:p>
      <w:pPr>
        <w:spacing w:after="0"/>
      </w:pPr>
      <w:r>
        <w:rPr>
          <w:rFonts w:ascii="Arial" w:hAnsi="Arial"/>
          <w:b/>
          <w:sz w:val="22"/>
        </w:rPr>
        <w:t xml:space="preserve">Dr. Paul Darke  </w:t>
      </w:r>
      <w:r>
        <w:rPr>
          <w:rFonts w:ascii="Arial" w:hAnsi="Arial"/>
          <w:color w:val="5D7284"/>
          <w:sz w:val="22"/>
        </w:rPr>
        <w:t>45:10</w:t>
      </w:r>
    </w:p>
    <w:p>
      <w:pPr>
        <w:spacing w:after="0"/>
      </w:pPr>
      <w:r>
        <w:rPr>
          <w:rFonts w:ascii="Arial" w:hAnsi="Arial"/>
          <w:sz w:val="22"/>
        </w:rPr>
        <w:t xml:space="preserve">with, with different organizations. It's, it's, it's fascinating. And I said to him, I said, I don't have any problem, you leaving this party and joining that party, you know, their beliefs are fairly similar. But actually, if they make that approach to you get in writing, </w:t>
      </w:r>
    </w:p>
    <w:p>
      <w:pPr>
        <w:spacing w:after="0"/>
      </w:pPr>
    </w:p>
    <w:p>
      <w:pPr>
        <w:spacing w:after="0"/>
      </w:pPr>
      <w:r>
        <w:rPr>
          <w:rFonts w:ascii="Arial" w:hAnsi="Arial"/>
          <w:b/>
          <w:sz w:val="22"/>
        </w:rPr>
        <w:t xml:space="preserve">Lucy  </w:t>
      </w:r>
      <w:r>
        <w:rPr>
          <w:rFonts w:ascii="Arial" w:hAnsi="Arial"/>
          <w:color w:val="5D7284"/>
          <w:sz w:val="22"/>
        </w:rPr>
        <w:t>45:30</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45:30</w:t>
      </w:r>
    </w:p>
    <w:p>
      <w:pPr>
        <w:spacing w:after="0"/>
      </w:pPr>
      <w:r>
        <w:rPr>
          <w:rFonts w:ascii="Arial" w:hAnsi="Arial"/>
          <w:sz w:val="22"/>
        </w:rPr>
        <w:t>so that you could wave it out publicly and go, This is what this party is like. They've betrayed what they said</w:t>
      </w:r>
    </w:p>
    <w:p>
      <w:pPr>
        <w:spacing w:after="0"/>
      </w:pPr>
    </w:p>
    <w:p>
      <w:pPr>
        <w:spacing w:after="0"/>
      </w:pPr>
      <w:r>
        <w:rPr>
          <w:rFonts w:ascii="Arial" w:hAnsi="Arial"/>
          <w:b/>
          <w:sz w:val="22"/>
        </w:rPr>
        <w:t xml:space="preserve">Lucy  </w:t>
      </w:r>
      <w:r>
        <w:rPr>
          <w:rFonts w:ascii="Arial" w:hAnsi="Arial"/>
          <w:color w:val="5D7284"/>
          <w:sz w:val="22"/>
        </w:rPr>
        <w:t>45:36</w:t>
      </w:r>
    </w:p>
    <w:p>
      <w:pPr>
        <w:spacing w:after="0"/>
      </w:pPr>
      <w:r>
        <w:rPr>
          <w:rFonts w:ascii="Arial" w:hAnsi="Arial"/>
          <w:sz w:val="22"/>
        </w:rPr>
        <w:t xml:space="preserve">I suppose at that point in time as well. It's like, it's like, you're standing on a precipice. you're like, do I do that? do I take the job? do I make the jump? And go for it? it must. I mean, I, I am I just nervous about everything really? anything new? I'm nervous about? I would probably, I would really get wobbly legs. I don't know what they're gonna do, I don't know if I want to. But it's about I think it's a very, you know, when you're given that opportunity, and they go, ok, this is off, you go off you pop. </w:t>
      </w:r>
    </w:p>
    <w:p>
      <w:pPr>
        <w:spacing w:after="0"/>
      </w:pPr>
    </w:p>
    <w:p>
      <w:pPr>
        <w:spacing w:after="0"/>
      </w:pPr>
      <w:r>
        <w:rPr>
          <w:rFonts w:ascii="Arial" w:hAnsi="Arial"/>
          <w:b/>
          <w:sz w:val="22"/>
        </w:rPr>
        <w:t xml:space="preserve">Dr. Paul Darke  </w:t>
      </w:r>
      <w:r>
        <w:rPr>
          <w:rFonts w:ascii="Arial" w:hAnsi="Arial"/>
          <w:color w:val="5D7284"/>
          <w:sz w:val="22"/>
        </w:rPr>
        <w:t>46:09</w:t>
      </w:r>
    </w:p>
    <w:p>
      <w:pPr>
        <w:spacing w:after="0"/>
      </w:pPr>
      <w:r>
        <w:rPr>
          <w:rFonts w:ascii="Arial" w:hAnsi="Arial"/>
          <w:sz w:val="22"/>
        </w:rPr>
        <w:t xml:space="preserve">Yeah, </w:t>
      </w:r>
    </w:p>
    <w:p>
      <w:pPr>
        <w:spacing w:after="0"/>
      </w:pPr>
    </w:p>
    <w:p>
      <w:pPr>
        <w:spacing w:after="0"/>
      </w:pPr>
      <w:r>
        <w:rPr>
          <w:rFonts w:ascii="Arial" w:hAnsi="Arial"/>
          <w:b/>
          <w:sz w:val="22"/>
        </w:rPr>
        <w:t xml:space="preserve">Lucy  </w:t>
      </w:r>
      <w:r>
        <w:rPr>
          <w:rFonts w:ascii="Arial" w:hAnsi="Arial"/>
          <w:color w:val="5D7284"/>
          <w:sz w:val="22"/>
        </w:rPr>
        <w:t>46:09</w:t>
      </w:r>
    </w:p>
    <w:p>
      <w:pPr>
        <w:spacing w:after="0"/>
      </w:pPr>
      <w:r>
        <w:rPr>
          <w:rFonts w:ascii="Arial" w:hAnsi="Arial"/>
          <w:sz w:val="22"/>
        </w:rPr>
        <w:t>A very brave thing to do, to go, ok, let's let's go for it, you know.</w:t>
      </w:r>
    </w:p>
    <w:p>
      <w:pPr>
        <w:spacing w:after="0"/>
      </w:pPr>
    </w:p>
    <w:p>
      <w:pPr>
        <w:spacing w:after="0"/>
      </w:pPr>
      <w:r>
        <w:rPr>
          <w:rFonts w:ascii="Arial" w:hAnsi="Arial"/>
          <w:b/>
          <w:sz w:val="22"/>
        </w:rPr>
        <w:t xml:space="preserve">Dr. Paul Darke  </w:t>
      </w:r>
      <w:r>
        <w:rPr>
          <w:rFonts w:ascii="Arial" w:hAnsi="Arial"/>
          <w:color w:val="5D7284"/>
          <w:sz w:val="22"/>
        </w:rPr>
        <w:t>46:14</w:t>
      </w:r>
    </w:p>
    <w:p>
      <w:pPr>
        <w:spacing w:after="0"/>
      </w:pPr>
      <w:r>
        <w:rPr>
          <w:rFonts w:ascii="Arial" w:hAnsi="Arial"/>
          <w:sz w:val="22"/>
        </w:rPr>
        <w:t xml:space="preserve">But equally, and it can backfire. you know, </w:t>
      </w:r>
    </w:p>
    <w:p>
      <w:pPr>
        <w:spacing w:after="0"/>
      </w:pPr>
    </w:p>
    <w:p>
      <w:pPr>
        <w:spacing w:after="0"/>
      </w:pPr>
      <w:r>
        <w:rPr>
          <w:rFonts w:ascii="Arial" w:hAnsi="Arial"/>
          <w:b/>
          <w:sz w:val="22"/>
        </w:rPr>
        <w:t xml:space="preserve">Lucy  </w:t>
      </w:r>
      <w:r>
        <w:rPr>
          <w:rFonts w:ascii="Arial" w:hAnsi="Arial"/>
          <w:color w:val="5D7284"/>
          <w:sz w:val="22"/>
        </w:rPr>
        <w:t>46:17</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46:17</w:t>
      </w:r>
    </w:p>
    <w:p>
      <w:pPr>
        <w:spacing w:after="0"/>
      </w:pPr>
      <w:r>
        <w:rPr>
          <w:rFonts w:ascii="Arial" w:hAnsi="Arial"/>
          <w:sz w:val="22"/>
        </w:rPr>
        <w:t>for example, Often they say, oh, yeah, come and join us. And then they'll get you to be a paper candidate or something. I.e. they'll let you be a candidate where they know, you have no chance of winning.</w:t>
      </w:r>
    </w:p>
    <w:p>
      <w:pPr>
        <w:spacing w:after="0"/>
      </w:pPr>
    </w:p>
    <w:p>
      <w:pPr>
        <w:spacing w:after="0"/>
      </w:pPr>
      <w:r>
        <w:rPr>
          <w:rFonts w:ascii="Arial" w:hAnsi="Arial"/>
          <w:b/>
          <w:sz w:val="22"/>
        </w:rPr>
        <w:t xml:space="preserve">Lucy  </w:t>
      </w:r>
      <w:r>
        <w:rPr>
          <w:rFonts w:ascii="Arial" w:hAnsi="Arial"/>
          <w:color w:val="5D7284"/>
          <w:sz w:val="22"/>
        </w:rPr>
        <w:t>46:27</w:t>
      </w:r>
    </w:p>
    <w:p>
      <w:pPr>
        <w:spacing w:after="0"/>
      </w:pPr>
      <w:r>
        <w:rPr>
          <w:rFonts w:ascii="Arial" w:hAnsi="Arial"/>
          <w:sz w:val="22"/>
        </w:rPr>
        <w:t xml:space="preserve">Yeah, yeah. </w:t>
      </w:r>
    </w:p>
    <w:p>
      <w:pPr>
        <w:spacing w:after="0"/>
      </w:pPr>
    </w:p>
    <w:p>
      <w:pPr>
        <w:spacing w:after="0"/>
      </w:pPr>
      <w:r>
        <w:rPr>
          <w:rFonts w:ascii="Arial" w:hAnsi="Arial"/>
          <w:b/>
          <w:sz w:val="22"/>
        </w:rPr>
        <w:t xml:space="preserve">Dr. Paul Darke  </w:t>
      </w:r>
      <w:r>
        <w:rPr>
          <w:rFonts w:ascii="Arial" w:hAnsi="Arial"/>
          <w:color w:val="5D7284"/>
          <w:sz w:val="22"/>
        </w:rPr>
        <w:t>46:28</w:t>
      </w:r>
    </w:p>
    <w:p>
      <w:pPr>
        <w:spacing w:after="0"/>
      </w:pPr>
      <w:r>
        <w:rPr>
          <w:rFonts w:ascii="Arial" w:hAnsi="Arial"/>
          <w:sz w:val="22"/>
        </w:rPr>
        <w:t xml:space="preserve">But and they often do that with disabled people. But a good example, was the MP in Sheffield, who was disabled and one of the few disabled people. And it, it turned out that he wasn't really suitable because he had serious problems with lots of other things. </w:t>
      </w:r>
    </w:p>
    <w:p>
      <w:pPr>
        <w:spacing w:after="0"/>
      </w:pPr>
    </w:p>
    <w:p>
      <w:pPr>
        <w:spacing w:after="0"/>
      </w:pPr>
      <w:r>
        <w:rPr>
          <w:rFonts w:ascii="Arial" w:hAnsi="Arial"/>
          <w:b/>
          <w:sz w:val="22"/>
        </w:rPr>
        <w:t xml:space="preserve">Lucy  </w:t>
      </w:r>
      <w:r>
        <w:rPr>
          <w:rFonts w:ascii="Arial" w:hAnsi="Arial"/>
          <w:color w:val="5D7284"/>
          <w:sz w:val="22"/>
        </w:rPr>
        <w:t>46:46</w:t>
      </w:r>
    </w:p>
    <w:p>
      <w:pPr>
        <w:spacing w:after="0"/>
      </w:pPr>
      <w:r>
        <w:rPr>
          <w:rFonts w:ascii="Arial" w:hAnsi="Arial"/>
          <w:sz w:val="22"/>
        </w:rPr>
        <w:t>Yes</w:t>
      </w:r>
    </w:p>
    <w:p>
      <w:pPr>
        <w:spacing w:after="0"/>
      </w:pPr>
    </w:p>
    <w:p>
      <w:pPr>
        <w:spacing w:after="0"/>
      </w:pPr>
      <w:r>
        <w:rPr>
          <w:rFonts w:ascii="Arial" w:hAnsi="Arial"/>
          <w:b/>
          <w:sz w:val="22"/>
        </w:rPr>
        <w:t xml:space="preserve">Dr. Paul Darke  </w:t>
      </w:r>
      <w:r>
        <w:rPr>
          <w:rFonts w:ascii="Arial" w:hAnsi="Arial"/>
          <w:color w:val="5D7284"/>
          <w:sz w:val="22"/>
        </w:rPr>
        <w:t>46:47</w:t>
      </w:r>
    </w:p>
    <w:p>
      <w:pPr>
        <w:spacing w:after="0"/>
      </w:pPr>
      <w:r>
        <w:rPr>
          <w:rFonts w:ascii="Arial" w:hAnsi="Arial"/>
          <w:sz w:val="22"/>
        </w:rPr>
        <w:t xml:space="preserve">But he was given the chance because the party wanted to look good </w:t>
      </w:r>
    </w:p>
    <w:p>
      <w:pPr>
        <w:spacing w:after="0"/>
      </w:pPr>
    </w:p>
    <w:p>
      <w:pPr>
        <w:spacing w:after="0"/>
      </w:pPr>
      <w:r>
        <w:rPr>
          <w:rFonts w:ascii="Arial" w:hAnsi="Arial"/>
          <w:b/>
          <w:sz w:val="22"/>
        </w:rPr>
        <w:t xml:space="preserve">Lucy  </w:t>
      </w:r>
      <w:r>
        <w:rPr>
          <w:rFonts w:ascii="Arial" w:hAnsi="Arial"/>
          <w:color w:val="5D7284"/>
          <w:sz w:val="22"/>
        </w:rPr>
        <w:t>46:50</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46:51</w:t>
      </w:r>
    </w:p>
    <w:p>
      <w:pPr>
        <w:spacing w:after="0"/>
      </w:pPr>
      <w:r>
        <w:rPr>
          <w:rFonts w:ascii="Arial" w:hAnsi="Arial"/>
          <w:sz w:val="22"/>
        </w:rPr>
        <w:t xml:space="preserve">in including disabled people, </w:t>
      </w:r>
    </w:p>
    <w:p>
      <w:pPr>
        <w:spacing w:after="0"/>
      </w:pPr>
    </w:p>
    <w:p>
      <w:pPr>
        <w:spacing w:after="0"/>
      </w:pPr>
      <w:r>
        <w:rPr>
          <w:rFonts w:ascii="Arial" w:hAnsi="Arial"/>
          <w:b/>
          <w:sz w:val="22"/>
        </w:rPr>
        <w:t xml:space="preserve">Lucy  </w:t>
      </w:r>
      <w:r>
        <w:rPr>
          <w:rFonts w:ascii="Arial" w:hAnsi="Arial"/>
          <w:color w:val="5D7284"/>
          <w:sz w:val="22"/>
        </w:rPr>
        <w:t>46:52</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46:53</w:t>
      </w:r>
    </w:p>
    <w:p>
      <w:pPr>
        <w:spacing w:after="0"/>
      </w:pPr>
      <w:r>
        <w:rPr>
          <w:rFonts w:ascii="Arial" w:hAnsi="Arial"/>
          <w:sz w:val="22"/>
        </w:rPr>
        <w:t>on the basis that he wouldn't win. And to their shock, because the other party in that area that usually win started doing stupid things, the guy won, you know, and then it completely backfired on the party because he wasn't really the best person to be the candidate.</w:t>
      </w:r>
    </w:p>
    <w:p>
      <w:pPr>
        <w:spacing w:after="0"/>
      </w:pPr>
    </w:p>
    <w:p>
      <w:pPr>
        <w:spacing w:after="0"/>
      </w:pPr>
      <w:r>
        <w:rPr>
          <w:rFonts w:ascii="Arial" w:hAnsi="Arial"/>
          <w:b/>
          <w:sz w:val="22"/>
        </w:rPr>
        <w:t xml:space="preserve">Lucy  </w:t>
      </w:r>
      <w:r>
        <w:rPr>
          <w:rFonts w:ascii="Arial" w:hAnsi="Arial"/>
          <w:color w:val="5D7284"/>
          <w:sz w:val="22"/>
        </w:rPr>
        <w:t>47:15</w:t>
      </w:r>
    </w:p>
    <w:p>
      <w:pPr>
        <w:spacing w:after="0"/>
      </w:pPr>
      <w:r>
        <w:rPr>
          <w:rFonts w:ascii="Arial" w:hAnsi="Arial"/>
          <w:sz w:val="22"/>
        </w:rPr>
        <w:t>No but they wanted him because it makes them look good. And, yeah,</w:t>
      </w:r>
    </w:p>
    <w:p>
      <w:pPr>
        <w:spacing w:after="0"/>
      </w:pPr>
    </w:p>
    <w:p>
      <w:pPr>
        <w:spacing w:after="0"/>
      </w:pPr>
      <w:r>
        <w:rPr>
          <w:rFonts w:ascii="Arial" w:hAnsi="Arial"/>
          <w:b/>
          <w:sz w:val="22"/>
        </w:rPr>
        <w:t xml:space="preserve">Dr. Paul Darke  </w:t>
      </w:r>
      <w:r>
        <w:rPr>
          <w:rFonts w:ascii="Arial" w:hAnsi="Arial"/>
          <w:color w:val="5D7284"/>
          <w:sz w:val="22"/>
        </w:rPr>
        <w:t>47:20</w:t>
      </w:r>
    </w:p>
    <w:p>
      <w:pPr>
        <w:spacing w:after="0"/>
      </w:pPr>
      <w:r>
        <w:rPr>
          <w:rFonts w:ascii="Arial" w:hAnsi="Arial"/>
          <w:sz w:val="22"/>
        </w:rPr>
        <w:t>Yeah so which, in retrospect, I think is really funny. But again, it didn't do us as disabled people any favours because he's always highlighted as being a disabled person. And almost that's the reason given for why he wasn't very good.</w:t>
      </w:r>
    </w:p>
    <w:p>
      <w:pPr>
        <w:spacing w:after="0"/>
      </w:pPr>
    </w:p>
    <w:p>
      <w:pPr>
        <w:spacing w:after="0"/>
      </w:pPr>
      <w:r>
        <w:rPr>
          <w:rFonts w:ascii="Arial" w:hAnsi="Arial"/>
          <w:b/>
          <w:sz w:val="22"/>
        </w:rPr>
        <w:t xml:space="preserve">Lucy  </w:t>
      </w:r>
      <w:r>
        <w:rPr>
          <w:rFonts w:ascii="Arial" w:hAnsi="Arial"/>
          <w:color w:val="5D7284"/>
          <w:sz w:val="22"/>
        </w:rPr>
        <w:t>47:36</w:t>
      </w:r>
    </w:p>
    <w:p>
      <w:pPr>
        <w:spacing w:after="0"/>
      </w:pPr>
      <w:r>
        <w:rPr>
          <w:rFonts w:ascii="Arial" w:hAnsi="Arial"/>
          <w:sz w:val="22"/>
        </w:rPr>
        <w:t xml:space="preserve">It's like the label around the neck, isn't it? Really? </w:t>
      </w:r>
    </w:p>
    <w:p>
      <w:pPr>
        <w:spacing w:after="0"/>
      </w:pPr>
    </w:p>
    <w:p>
      <w:pPr>
        <w:spacing w:after="0"/>
      </w:pPr>
      <w:r>
        <w:rPr>
          <w:rFonts w:ascii="Arial" w:hAnsi="Arial"/>
          <w:b/>
          <w:sz w:val="22"/>
        </w:rPr>
        <w:t xml:space="preserve">Dr. Paul Darke  </w:t>
      </w:r>
      <w:r>
        <w:rPr>
          <w:rFonts w:ascii="Arial" w:hAnsi="Arial"/>
          <w:color w:val="5D7284"/>
          <w:sz w:val="22"/>
        </w:rPr>
        <w:t>47:38</w:t>
      </w:r>
    </w:p>
    <w:p>
      <w:pPr>
        <w:spacing w:after="0"/>
      </w:pPr>
      <w:r>
        <w:rPr>
          <w:rFonts w:ascii="Arial" w:hAnsi="Arial"/>
          <w:sz w:val="22"/>
        </w:rPr>
        <w:t xml:space="preserve">Yeah. Yeah. </w:t>
      </w:r>
    </w:p>
    <w:p>
      <w:pPr>
        <w:spacing w:after="0"/>
      </w:pPr>
    </w:p>
    <w:p>
      <w:pPr>
        <w:spacing w:after="0"/>
      </w:pPr>
      <w:r>
        <w:rPr>
          <w:rFonts w:ascii="Arial" w:hAnsi="Arial"/>
          <w:b/>
          <w:sz w:val="22"/>
        </w:rPr>
        <w:t xml:space="preserve">Lucy  </w:t>
      </w:r>
      <w:r>
        <w:rPr>
          <w:rFonts w:ascii="Arial" w:hAnsi="Arial"/>
          <w:color w:val="5D7284"/>
          <w:sz w:val="22"/>
        </w:rPr>
        <w:t>47:39</w:t>
      </w:r>
    </w:p>
    <w:p>
      <w:pPr>
        <w:spacing w:after="0"/>
      </w:pPr>
      <w:r>
        <w:rPr>
          <w:rFonts w:ascii="Arial" w:hAnsi="Arial"/>
          <w:sz w:val="22"/>
        </w:rPr>
        <w:t>because it makes them it makes other people think, well, he's only in because people want to look like they're being inclusive, and they're being fair. And you know, whereas if I stood for a candidate, it's alright to say, you know, I'm disabled, course it is, because that's what I am. But I don't want you to keep mentioning it every time I'm invited somewhere, or talked about on the news or wherever, that would really grinds my gears after a while, because I'm more than just disabled.</w:t>
      </w:r>
    </w:p>
    <w:p>
      <w:pPr>
        <w:spacing w:after="0"/>
      </w:pPr>
    </w:p>
    <w:p>
      <w:pPr>
        <w:spacing w:after="0"/>
      </w:pPr>
      <w:r>
        <w:rPr>
          <w:rFonts w:ascii="Arial" w:hAnsi="Arial"/>
          <w:b/>
          <w:sz w:val="22"/>
        </w:rPr>
        <w:t xml:space="preserve">Dr. Paul Darke  </w:t>
      </w:r>
      <w:r>
        <w:rPr>
          <w:rFonts w:ascii="Arial" w:hAnsi="Arial"/>
          <w:color w:val="5D7284"/>
          <w:sz w:val="22"/>
        </w:rPr>
        <w:t>48:08</w:t>
      </w:r>
    </w:p>
    <w:p>
      <w:pPr>
        <w:spacing w:after="0"/>
      </w:pPr>
      <w:r>
        <w:rPr>
          <w:rFonts w:ascii="Arial" w:hAnsi="Arial"/>
          <w:sz w:val="22"/>
        </w:rPr>
        <w:t xml:space="preserve">Well it can be quite soul destroying </w:t>
      </w:r>
    </w:p>
    <w:p>
      <w:pPr>
        <w:spacing w:after="0"/>
      </w:pPr>
    </w:p>
    <w:p>
      <w:pPr>
        <w:spacing w:after="0"/>
      </w:pPr>
      <w:r>
        <w:rPr>
          <w:rFonts w:ascii="Arial" w:hAnsi="Arial"/>
          <w:b/>
          <w:sz w:val="22"/>
        </w:rPr>
        <w:t xml:space="preserve">Lucy  </w:t>
      </w:r>
      <w:r>
        <w:rPr>
          <w:rFonts w:ascii="Arial" w:hAnsi="Arial"/>
          <w:color w:val="5D7284"/>
          <w:sz w:val="22"/>
        </w:rPr>
        <w:t>48:09</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48:09</w:t>
      </w:r>
    </w:p>
    <w:p>
      <w:pPr>
        <w:spacing w:after="0"/>
      </w:pPr>
      <w:r>
        <w:rPr>
          <w:rFonts w:ascii="Arial" w:hAnsi="Arial"/>
          <w:sz w:val="22"/>
        </w:rPr>
        <w:t xml:space="preserve">because I think often it's worse if you're invited in and you get in. And then you realize nobody's listening to, you </w:t>
      </w:r>
    </w:p>
    <w:p>
      <w:pPr>
        <w:spacing w:after="0"/>
      </w:pPr>
    </w:p>
    <w:p>
      <w:pPr>
        <w:spacing w:after="0"/>
      </w:pPr>
      <w:r>
        <w:rPr>
          <w:rFonts w:ascii="Arial" w:hAnsi="Arial"/>
          <w:b/>
          <w:sz w:val="22"/>
        </w:rPr>
        <w:t xml:space="preserve">Lucy  </w:t>
      </w:r>
      <w:r>
        <w:rPr>
          <w:rFonts w:ascii="Arial" w:hAnsi="Arial"/>
          <w:color w:val="5D7284"/>
          <w:sz w:val="22"/>
        </w:rPr>
        <w:t>48:18</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48:19</w:t>
      </w:r>
    </w:p>
    <w:p>
      <w:pPr>
        <w:spacing w:after="0"/>
      </w:pPr>
      <w:r>
        <w:rPr>
          <w:rFonts w:ascii="Arial" w:hAnsi="Arial"/>
          <w:sz w:val="22"/>
        </w:rPr>
        <w:t>So you think you're invited in for your specialist knowledge or insight about say disability. And then you do get in and you do get elected in and you might get the allowances you might be well paid. But then you realize they actually don't care,</w:t>
      </w:r>
    </w:p>
    <w:p>
      <w:pPr>
        <w:spacing w:after="0"/>
      </w:pPr>
    </w:p>
    <w:p>
      <w:pPr>
        <w:spacing w:after="0"/>
      </w:pPr>
      <w:r>
        <w:rPr>
          <w:rFonts w:ascii="Arial" w:hAnsi="Arial"/>
          <w:b/>
          <w:sz w:val="22"/>
        </w:rPr>
        <w:t xml:space="preserve">Lucy  </w:t>
      </w:r>
      <w:r>
        <w:rPr>
          <w:rFonts w:ascii="Arial" w:hAnsi="Arial"/>
          <w:color w:val="5D7284"/>
          <w:sz w:val="22"/>
        </w:rPr>
        <w:t>48:33</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48:33</w:t>
      </w:r>
    </w:p>
    <w:p>
      <w:pPr>
        <w:spacing w:after="0"/>
      </w:pPr>
      <w:r>
        <w:rPr>
          <w:rFonts w:ascii="Arial" w:hAnsi="Arial"/>
          <w:sz w:val="22"/>
        </w:rPr>
        <w:t>anything you say about what you know about, because they're gonna go with their, their ideology, or the things that they</w:t>
      </w:r>
    </w:p>
    <w:p>
      <w:pPr>
        <w:spacing w:after="0"/>
      </w:pPr>
    </w:p>
    <w:p>
      <w:pPr>
        <w:spacing w:after="0"/>
      </w:pPr>
      <w:r>
        <w:rPr>
          <w:rFonts w:ascii="Arial" w:hAnsi="Arial"/>
          <w:b/>
          <w:sz w:val="22"/>
        </w:rPr>
        <w:t xml:space="preserve">Lucy  </w:t>
      </w:r>
      <w:r>
        <w:rPr>
          <w:rFonts w:ascii="Arial" w:hAnsi="Arial"/>
          <w:color w:val="5D7284"/>
          <w:sz w:val="22"/>
        </w:rPr>
        <w:t>48:40</w:t>
      </w:r>
    </w:p>
    <w:p>
      <w:pPr>
        <w:spacing w:after="0"/>
      </w:pPr>
      <w:r>
        <w:rPr>
          <w:rFonts w:ascii="Arial" w:hAnsi="Arial"/>
          <w:sz w:val="22"/>
        </w:rPr>
        <w:t>They've already got their own agenda haven't they?</w:t>
      </w:r>
    </w:p>
    <w:p>
      <w:pPr>
        <w:spacing w:after="0"/>
      </w:pPr>
    </w:p>
    <w:p>
      <w:pPr>
        <w:spacing w:after="0"/>
      </w:pPr>
      <w:r>
        <w:rPr>
          <w:rFonts w:ascii="Arial" w:hAnsi="Arial"/>
          <w:b/>
          <w:sz w:val="22"/>
        </w:rPr>
        <w:t xml:space="preserve">Dr. Paul Darke  </w:t>
      </w:r>
      <w:r>
        <w:rPr>
          <w:rFonts w:ascii="Arial" w:hAnsi="Arial"/>
          <w:color w:val="5D7284"/>
          <w:sz w:val="22"/>
        </w:rPr>
        <w:t>48:43</w:t>
      </w:r>
    </w:p>
    <w:p>
      <w:pPr>
        <w:spacing w:after="0"/>
      </w:pPr>
      <w:r>
        <w:rPr>
          <w:rFonts w:ascii="Arial" w:hAnsi="Arial"/>
          <w:sz w:val="22"/>
        </w:rPr>
        <w:t>Yeah Yeah</w:t>
      </w:r>
    </w:p>
    <w:p>
      <w:pPr>
        <w:spacing w:after="0"/>
      </w:pPr>
    </w:p>
    <w:p>
      <w:pPr>
        <w:spacing w:after="0"/>
      </w:pPr>
      <w:r>
        <w:rPr>
          <w:rFonts w:ascii="Arial" w:hAnsi="Arial"/>
          <w:b/>
          <w:sz w:val="22"/>
        </w:rPr>
        <w:t xml:space="preserve">Lucy  </w:t>
      </w:r>
      <w:r>
        <w:rPr>
          <w:rFonts w:ascii="Arial" w:hAnsi="Arial"/>
          <w:color w:val="5D7284"/>
          <w:sz w:val="22"/>
        </w:rPr>
        <w:t>48:43</w:t>
      </w:r>
    </w:p>
    <w:p>
      <w:pPr>
        <w:spacing w:after="0"/>
      </w:pPr>
      <w:r>
        <w:rPr>
          <w:rFonts w:ascii="Arial" w:hAnsi="Arial"/>
          <w:sz w:val="22"/>
        </w:rPr>
        <w:t>and it doesn't matter how many times you say, well, actually, I can tell you by lived experience that this isn't gonna work they're by by that point, they're not they're hell bent on No, this is what we're going to do. because,  Rosie here has spent 48 hours trying to write it up in some some sort of legal, legal, you know paperwork</w:t>
      </w:r>
    </w:p>
    <w:p>
      <w:pPr>
        <w:spacing w:after="0"/>
      </w:pPr>
    </w:p>
    <w:p>
      <w:pPr>
        <w:spacing w:after="0"/>
      </w:pPr>
      <w:r>
        <w:rPr>
          <w:rFonts w:ascii="Arial" w:hAnsi="Arial"/>
          <w:b/>
          <w:sz w:val="22"/>
        </w:rPr>
        <w:t xml:space="preserve">Dr. Paul Darke  </w:t>
      </w:r>
      <w:r>
        <w:rPr>
          <w:rFonts w:ascii="Arial" w:hAnsi="Arial"/>
          <w:color w:val="5D7284"/>
          <w:sz w:val="22"/>
        </w:rPr>
        <w:t>48:54</w:t>
      </w:r>
    </w:p>
    <w:p>
      <w:pPr>
        <w:spacing w:after="0"/>
      </w:pPr>
      <w:r>
        <w:rPr>
          <w:rFonts w:ascii="Arial" w:hAnsi="Arial"/>
          <w:sz w:val="22"/>
        </w:rPr>
        <w:t xml:space="preserve">Yeah,  we can become obsessive, you become obsessed with you know, once you're in you become obsessed of being thrown out. So you then don't even challenge the bad things that you're lot are doing </w:t>
      </w:r>
    </w:p>
    <w:p>
      <w:pPr>
        <w:spacing w:after="0"/>
      </w:pPr>
    </w:p>
    <w:p>
      <w:pPr>
        <w:spacing w:after="0"/>
      </w:pPr>
      <w:r>
        <w:rPr>
          <w:rFonts w:ascii="Arial" w:hAnsi="Arial"/>
          <w:b/>
          <w:sz w:val="22"/>
        </w:rPr>
        <w:t xml:space="preserve">Lucy  </w:t>
      </w:r>
      <w:r>
        <w:rPr>
          <w:rFonts w:ascii="Arial" w:hAnsi="Arial"/>
          <w:color w:val="5D7284"/>
          <w:sz w:val="22"/>
        </w:rPr>
        <w:t>49:03</w:t>
      </w:r>
    </w:p>
    <w:p>
      <w:pPr>
        <w:spacing w:after="0"/>
      </w:pPr>
      <w:r>
        <w:rPr>
          <w:rFonts w:ascii="Arial" w:hAnsi="Arial"/>
          <w:sz w:val="22"/>
        </w:rPr>
        <w:t>Keep quiet sure</w:t>
      </w:r>
    </w:p>
    <w:p>
      <w:pPr>
        <w:spacing w:after="0"/>
      </w:pPr>
    </w:p>
    <w:p>
      <w:pPr>
        <w:spacing w:after="0"/>
      </w:pPr>
      <w:r>
        <w:rPr>
          <w:rFonts w:ascii="Arial" w:hAnsi="Arial"/>
          <w:b/>
          <w:sz w:val="22"/>
        </w:rPr>
        <w:t xml:space="preserve">Dr. Paul Darke  </w:t>
      </w:r>
      <w:r>
        <w:rPr>
          <w:rFonts w:ascii="Arial" w:hAnsi="Arial"/>
          <w:color w:val="5D7284"/>
          <w:sz w:val="22"/>
        </w:rPr>
        <w:t>49:07</w:t>
      </w:r>
    </w:p>
    <w:p>
      <w:pPr>
        <w:spacing w:after="0"/>
      </w:pPr>
      <w:r>
        <w:rPr>
          <w:rFonts w:ascii="Arial" w:hAnsi="Arial"/>
          <w:sz w:val="22"/>
        </w:rPr>
        <w:t xml:space="preserve">You go, oh, well, you know, I'll change over time, I might be able to persuade them. Whereas you should really be the rebel and disrupt from inside as much as possible. </w:t>
      </w:r>
    </w:p>
    <w:p>
      <w:pPr>
        <w:spacing w:after="0"/>
      </w:pPr>
    </w:p>
    <w:p>
      <w:pPr>
        <w:spacing w:after="0"/>
      </w:pPr>
      <w:r>
        <w:rPr>
          <w:rFonts w:ascii="Arial" w:hAnsi="Arial"/>
          <w:b/>
          <w:sz w:val="22"/>
        </w:rPr>
        <w:t xml:space="preserve">Lucy  </w:t>
      </w:r>
      <w:r>
        <w:rPr>
          <w:rFonts w:ascii="Arial" w:hAnsi="Arial"/>
          <w:color w:val="5D7284"/>
          <w:sz w:val="22"/>
        </w:rPr>
        <w:t>49:24</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49:24</w:t>
      </w:r>
    </w:p>
    <w:p>
      <w:pPr>
        <w:spacing w:after="0"/>
      </w:pPr>
      <w:r>
        <w:rPr>
          <w:rFonts w:ascii="Arial" w:hAnsi="Arial"/>
          <w:sz w:val="22"/>
        </w:rPr>
        <w:t>Often you get a lot and it's a good example of, of disabled people working from the inside. because there's a big argument, you know, should you try and change things from the outside and be very radical? Or should you be more kind of reformist from the inside? The reality is you need both. you need the radical outside, telling everybody where they're going wrong, and what they need to do so that the people in inside can press for, you know, not much change, but actually some change. you know, it may not be radical, but at least it'll be progressive. But often what happens is you get inside, and you then start become so obsessed with not losing your position on the inside, that you don't even push for that change, or you're what you do push for is so nominal, that actually, there's no point in you being in there because you're so afraid. Party politics is like that. Academia is like that, you know, there's a whole range of, you know, we all know, particular individuals who can tell you they're working from the inside, when in fact, they just become subsumed onto the inside of it, then nothing is changing, but they just</w:t>
      </w:r>
    </w:p>
    <w:p>
      <w:pPr>
        <w:spacing w:after="0"/>
      </w:pPr>
    </w:p>
    <w:p>
      <w:pPr>
        <w:spacing w:after="0"/>
      </w:pPr>
      <w:r>
        <w:rPr>
          <w:rFonts w:ascii="Arial" w:hAnsi="Arial"/>
          <w:b/>
          <w:sz w:val="22"/>
        </w:rPr>
        <w:t xml:space="preserve">Lucy  </w:t>
      </w:r>
      <w:r>
        <w:rPr>
          <w:rFonts w:ascii="Arial" w:hAnsi="Arial"/>
          <w:color w:val="5D7284"/>
          <w:sz w:val="22"/>
        </w:rPr>
        <w:t>50:36</w:t>
      </w:r>
    </w:p>
    <w:p>
      <w:pPr>
        <w:spacing w:after="0"/>
      </w:pPr>
      <w:r>
        <w:rPr>
          <w:rFonts w:ascii="Arial" w:hAnsi="Arial"/>
          <w:sz w:val="22"/>
        </w:rPr>
        <w:t xml:space="preserve">They're actually just making they're on the inside, but they're just making coffee. </w:t>
      </w:r>
    </w:p>
    <w:p>
      <w:pPr>
        <w:spacing w:after="0"/>
      </w:pPr>
    </w:p>
    <w:p>
      <w:pPr>
        <w:spacing w:after="0"/>
      </w:pPr>
      <w:r>
        <w:rPr>
          <w:rFonts w:ascii="Arial" w:hAnsi="Arial"/>
          <w:b/>
          <w:sz w:val="22"/>
        </w:rPr>
        <w:t xml:space="preserve">Dr. Paul Darke  </w:t>
      </w:r>
      <w:r>
        <w:rPr>
          <w:rFonts w:ascii="Arial" w:hAnsi="Arial"/>
          <w:color w:val="5D7284"/>
          <w:sz w:val="22"/>
        </w:rPr>
        <w:t>50:40</w:t>
      </w:r>
    </w:p>
    <w:p>
      <w:pPr>
        <w:spacing w:after="0"/>
      </w:pPr>
      <w:r>
        <w:rPr>
          <w:rFonts w:ascii="Arial" w:hAnsi="Arial"/>
          <w:sz w:val="22"/>
        </w:rPr>
        <w:t xml:space="preserve">Yeah, yeah, </w:t>
      </w:r>
    </w:p>
    <w:p>
      <w:pPr>
        <w:spacing w:after="0"/>
      </w:pPr>
    </w:p>
    <w:p>
      <w:pPr>
        <w:spacing w:after="0"/>
      </w:pPr>
      <w:r>
        <w:rPr>
          <w:rFonts w:ascii="Arial" w:hAnsi="Arial"/>
          <w:b/>
          <w:sz w:val="22"/>
        </w:rPr>
        <w:t xml:space="preserve">Lucy  </w:t>
      </w:r>
      <w:r>
        <w:rPr>
          <w:rFonts w:ascii="Arial" w:hAnsi="Arial"/>
          <w:color w:val="5D7284"/>
          <w:sz w:val="22"/>
        </w:rPr>
        <w:t>50:41</w:t>
      </w:r>
    </w:p>
    <w:p>
      <w:pPr>
        <w:spacing w:after="0"/>
      </w:pPr>
      <w:r>
        <w:rPr>
          <w:rFonts w:ascii="Arial" w:hAnsi="Arial"/>
          <w:sz w:val="22"/>
        </w:rPr>
        <w:t>That kind of thing.</w:t>
      </w:r>
    </w:p>
    <w:p>
      <w:pPr>
        <w:spacing w:after="0"/>
      </w:pPr>
    </w:p>
    <w:p>
      <w:pPr>
        <w:spacing w:after="0"/>
      </w:pPr>
      <w:r>
        <w:rPr>
          <w:rFonts w:ascii="Arial" w:hAnsi="Arial"/>
          <w:b/>
          <w:sz w:val="22"/>
        </w:rPr>
        <w:t xml:space="preserve">Dr. Paul Darke  </w:t>
      </w:r>
      <w:r>
        <w:rPr>
          <w:rFonts w:ascii="Arial" w:hAnsi="Arial"/>
          <w:color w:val="5D7284"/>
          <w:sz w:val="22"/>
        </w:rPr>
        <w:t>50:42</w:t>
      </w:r>
    </w:p>
    <w:p>
      <w:pPr>
        <w:spacing w:after="0"/>
      </w:pPr>
      <w:r>
        <w:rPr>
          <w:rFonts w:ascii="Arial" w:hAnsi="Arial"/>
          <w:sz w:val="22"/>
        </w:rPr>
        <w:t>And they end up pandering to the to what they want the people who are running it, rather than listening to the people outside and using what people outside are doing to push for real change. And I think that's often one of the tragedies of politics. But because equally you can very, very easily become marginalized in politics within a party, you know. And it is full of backstabbing, you know, petty unpleasantness and to some extent, you need to learn to enjoy that I quite enjoy that, you know, but then I know people in politics who, who feel really crushed and by it, but actually, society is doing that to you anyway. So you might as well just try and enjoy.</w:t>
      </w:r>
    </w:p>
    <w:p>
      <w:pPr>
        <w:spacing w:after="0"/>
      </w:pPr>
    </w:p>
    <w:p>
      <w:pPr>
        <w:spacing w:after="0"/>
      </w:pPr>
      <w:r>
        <w:rPr>
          <w:rFonts w:ascii="Arial" w:hAnsi="Arial"/>
          <w:b/>
          <w:sz w:val="22"/>
        </w:rPr>
        <w:t xml:space="preserve">Lucy  </w:t>
      </w:r>
      <w:r>
        <w:rPr>
          <w:rFonts w:ascii="Arial" w:hAnsi="Arial"/>
          <w:color w:val="5D7284"/>
          <w:sz w:val="22"/>
        </w:rPr>
        <w:t>51:28</w:t>
      </w:r>
    </w:p>
    <w:p>
      <w:pPr>
        <w:spacing w:after="0"/>
      </w:pPr>
      <w:r>
        <w:rPr>
          <w:rFonts w:ascii="Arial" w:hAnsi="Arial"/>
          <w:sz w:val="22"/>
        </w:rPr>
        <w:t>I think you can't really be a wallflower. can you if you really want to make change, you can't be like a shy retiring type that scared of speaking their own mind. I think that's the whole point of this conversation. I think that's, that's come to light with me, as I've sat talking to you, you can't really be shy of your own opinions, you know, and make wanting to make change.</w:t>
      </w:r>
    </w:p>
    <w:p>
      <w:pPr>
        <w:spacing w:after="0"/>
      </w:pPr>
    </w:p>
    <w:p>
      <w:pPr>
        <w:spacing w:after="0"/>
      </w:pPr>
      <w:r>
        <w:rPr>
          <w:rFonts w:ascii="Arial" w:hAnsi="Arial"/>
          <w:b/>
          <w:sz w:val="22"/>
        </w:rPr>
        <w:t xml:space="preserve">Dr. Paul Darke  </w:t>
      </w:r>
      <w:r>
        <w:rPr>
          <w:rFonts w:ascii="Arial" w:hAnsi="Arial"/>
          <w:color w:val="5D7284"/>
          <w:sz w:val="22"/>
        </w:rPr>
        <w:t>51:51</w:t>
      </w:r>
    </w:p>
    <w:p>
      <w:pPr>
        <w:spacing w:after="0"/>
      </w:pPr>
      <w:r>
        <w:rPr>
          <w:rFonts w:ascii="Arial" w:hAnsi="Arial"/>
          <w:sz w:val="22"/>
        </w:rPr>
        <w:t>Well I always think you shouldn't be worried about them not liking and not listening to you. because they don't like you. And they're not listening to you anyway. That's a terrible thing to say.</w:t>
      </w:r>
    </w:p>
    <w:p>
      <w:pPr>
        <w:spacing w:after="0"/>
      </w:pPr>
    </w:p>
    <w:p>
      <w:pPr>
        <w:spacing w:after="0"/>
      </w:pPr>
      <w:r>
        <w:rPr>
          <w:rFonts w:ascii="Arial" w:hAnsi="Arial"/>
          <w:b/>
          <w:sz w:val="22"/>
        </w:rPr>
        <w:t xml:space="preserve">Lucy  </w:t>
      </w:r>
      <w:r>
        <w:rPr>
          <w:rFonts w:ascii="Arial" w:hAnsi="Arial"/>
          <w:color w:val="5D7284"/>
          <w:sz w:val="22"/>
        </w:rPr>
        <w:t>52:03</w:t>
      </w:r>
    </w:p>
    <w:p>
      <w:pPr>
        <w:spacing w:after="0"/>
      </w:pPr>
      <w:r>
        <w:rPr>
          <w:rFonts w:ascii="Arial" w:hAnsi="Arial"/>
          <w:sz w:val="22"/>
        </w:rPr>
        <w:t>Yeah you said you'd touch briefly, Paul, on sort of, like, how sort of patronizing people have been to you, whilst you know, enjoying your experience? I think that would do my head in. because I like I'm used to it on a semi regular basis, people being patronizing, when they don't actually realize they are being patronizing. They'll say things that you think, hang on, hang on a minute. I don't know how, I don't know how long I would put up with that. if it was just it, was it constant? Or was it just every now and again, little micro aggression?</w:t>
      </w:r>
    </w:p>
    <w:p>
      <w:pPr>
        <w:spacing w:after="0"/>
      </w:pPr>
    </w:p>
    <w:p>
      <w:pPr>
        <w:spacing w:after="0"/>
      </w:pPr>
      <w:r>
        <w:rPr>
          <w:rFonts w:ascii="Arial" w:hAnsi="Arial"/>
          <w:b/>
          <w:sz w:val="22"/>
        </w:rPr>
        <w:t xml:space="preserve">Dr. Paul Darke  </w:t>
      </w:r>
      <w:r>
        <w:rPr>
          <w:rFonts w:ascii="Arial" w:hAnsi="Arial"/>
          <w:color w:val="5D7284"/>
          <w:sz w:val="22"/>
        </w:rPr>
        <w:t>52:45</w:t>
      </w:r>
    </w:p>
    <w:p>
      <w:pPr>
        <w:spacing w:after="0"/>
      </w:pPr>
      <w:r>
        <w:rPr>
          <w:rFonts w:ascii="Arial" w:hAnsi="Arial"/>
          <w:sz w:val="22"/>
        </w:rPr>
        <w:t>I think it is constant, but then that that's the thing that can liberate you. So you need to then see it that actually, you might as well do whatever you want. you might as well say and do whatever you want, because they're not listening. And they are patronizing. So that actually, you got to see it as a liberating thing. because it's, we're all terribly concerned with whether people like us or not, and whether they're listening to us, and I think if once you see what in politics how patronizing they are, you realize they're not listening, and they don't like you. So actually, that is a liberating thing. you can say and do whatever you want.</w:t>
      </w:r>
    </w:p>
    <w:p>
      <w:pPr>
        <w:spacing w:after="0"/>
      </w:pPr>
    </w:p>
    <w:p>
      <w:pPr>
        <w:spacing w:after="0"/>
      </w:pPr>
      <w:r>
        <w:rPr>
          <w:rFonts w:ascii="Arial" w:hAnsi="Arial"/>
          <w:b/>
          <w:sz w:val="22"/>
        </w:rPr>
        <w:t xml:space="preserve">Lucy  </w:t>
      </w:r>
      <w:r>
        <w:rPr>
          <w:rFonts w:ascii="Arial" w:hAnsi="Arial"/>
          <w:color w:val="5D7284"/>
          <w:sz w:val="22"/>
        </w:rPr>
        <w:t>53:26</w:t>
      </w:r>
    </w:p>
    <w:p>
      <w:pPr>
        <w:spacing w:after="0"/>
      </w:pPr>
      <w:r>
        <w:rPr>
          <w:rFonts w:ascii="Arial" w:hAnsi="Arial"/>
          <w:sz w:val="22"/>
        </w:rPr>
        <w:t>Very, very true. I've never actually thought of it like that.</w:t>
      </w:r>
    </w:p>
    <w:p>
      <w:pPr>
        <w:spacing w:after="0"/>
      </w:pPr>
    </w:p>
    <w:p>
      <w:pPr>
        <w:spacing w:after="0"/>
      </w:pPr>
      <w:r>
        <w:rPr>
          <w:rFonts w:ascii="Arial" w:hAnsi="Arial"/>
          <w:b/>
          <w:sz w:val="22"/>
        </w:rPr>
        <w:t xml:space="preserve">Dr. Paul Darke  </w:t>
      </w:r>
      <w:r>
        <w:rPr>
          <w:rFonts w:ascii="Arial" w:hAnsi="Arial"/>
          <w:color w:val="5D7284"/>
          <w:sz w:val="22"/>
        </w:rPr>
        <w:t>53:30</w:t>
      </w:r>
    </w:p>
    <w:p>
      <w:pPr>
        <w:spacing w:after="0"/>
      </w:pPr>
      <w:r>
        <w:rPr>
          <w:rFonts w:ascii="Arial" w:hAnsi="Arial"/>
          <w:sz w:val="22"/>
        </w:rPr>
        <w:t xml:space="preserve">Yeah. you stop worrying about what they think. And, you know, are they listening? because you know that they're not. And so you got to, you got to just, you got to be yourself. And I think that's when you can enjoy it. I think the problem is, and it's easier if you're on the outside, like, you know, I've never been elected a councillor. </w:t>
      </w:r>
    </w:p>
    <w:p>
      <w:pPr>
        <w:spacing w:after="0"/>
      </w:pPr>
    </w:p>
    <w:p>
      <w:pPr>
        <w:spacing w:after="0"/>
      </w:pPr>
      <w:r>
        <w:rPr>
          <w:rFonts w:ascii="Arial" w:hAnsi="Arial"/>
          <w:b/>
          <w:sz w:val="22"/>
        </w:rPr>
        <w:t xml:space="preserve">Lucy  </w:t>
      </w:r>
      <w:r>
        <w:rPr>
          <w:rFonts w:ascii="Arial" w:hAnsi="Arial"/>
          <w:color w:val="5D7284"/>
          <w:sz w:val="22"/>
        </w:rPr>
        <w:t>53:49</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53:50</w:t>
      </w:r>
    </w:p>
    <w:p>
      <w:pPr>
        <w:spacing w:after="0"/>
      </w:pPr>
      <w:r>
        <w:rPr>
          <w:rFonts w:ascii="Arial" w:hAnsi="Arial"/>
          <w:sz w:val="22"/>
        </w:rPr>
        <w:t xml:space="preserve">So it's easy to be a rebel on the outside. Well actually I'd like to think I would still be on the inside. </w:t>
      </w:r>
    </w:p>
    <w:p>
      <w:pPr>
        <w:spacing w:after="0"/>
      </w:pPr>
    </w:p>
    <w:p>
      <w:pPr>
        <w:spacing w:after="0"/>
      </w:pPr>
      <w:r>
        <w:rPr>
          <w:rFonts w:ascii="Arial" w:hAnsi="Arial"/>
          <w:b/>
          <w:sz w:val="22"/>
        </w:rPr>
        <w:t xml:space="preserve">Lucy  </w:t>
      </w:r>
      <w:r>
        <w:rPr>
          <w:rFonts w:ascii="Arial" w:hAnsi="Arial"/>
          <w:color w:val="5D7284"/>
          <w:sz w:val="22"/>
        </w:rPr>
        <w:t>53:55</w:t>
      </w:r>
    </w:p>
    <w:p>
      <w:pPr>
        <w:spacing w:after="0"/>
      </w:pPr>
      <w:r>
        <w:rPr>
          <w:rFonts w:ascii="Arial" w:hAnsi="Arial"/>
          <w:sz w:val="22"/>
        </w:rPr>
        <w:t xml:space="preserve">I think so. </w:t>
      </w:r>
    </w:p>
    <w:p>
      <w:pPr>
        <w:spacing w:after="0"/>
      </w:pPr>
    </w:p>
    <w:p>
      <w:pPr>
        <w:spacing w:after="0"/>
      </w:pPr>
      <w:r>
        <w:rPr>
          <w:rFonts w:ascii="Arial" w:hAnsi="Arial"/>
          <w:b/>
          <w:sz w:val="22"/>
        </w:rPr>
        <w:t xml:space="preserve">Dr. Paul Darke  </w:t>
      </w:r>
      <w:r>
        <w:rPr>
          <w:rFonts w:ascii="Arial" w:hAnsi="Arial"/>
          <w:color w:val="5D7284"/>
          <w:sz w:val="22"/>
        </w:rPr>
        <w:t>53:56</w:t>
      </w:r>
    </w:p>
    <w:p>
      <w:pPr>
        <w:spacing w:after="0"/>
      </w:pPr>
      <w:r>
        <w:rPr>
          <w:rFonts w:ascii="Arial" w:hAnsi="Arial"/>
          <w:sz w:val="22"/>
        </w:rPr>
        <w:t xml:space="preserve">But equally, it may stop you getting on the inside, particularly party politics, because because they don't want you because you're being there. But then you got to show him up for not listening to people who they should be listening to, who are the experts, particularly on issues of disability, and highlighting, even if you're in a party, what your party is doing. That is wrong. And I think, you know, disabled people should be seen as the experts as the people who know what they're talking about. And actually, what's needed is much more radical, rather than this tinkering of the edges, you know, what a good example of that is, for example, say disability benefits, you know, we know the true cost of disability and a party might say, you know, oh we will raise the benefit by inflation. That's better than nothing, but it's pretty close to nothing. </w:t>
      </w:r>
    </w:p>
    <w:p>
      <w:pPr>
        <w:spacing w:after="0"/>
      </w:pPr>
    </w:p>
    <w:p>
      <w:pPr>
        <w:spacing w:after="0"/>
      </w:pPr>
      <w:r>
        <w:rPr>
          <w:rFonts w:ascii="Arial" w:hAnsi="Arial"/>
          <w:b/>
          <w:sz w:val="22"/>
        </w:rPr>
        <w:t xml:space="preserve">Lucy  </w:t>
      </w:r>
      <w:r>
        <w:rPr>
          <w:rFonts w:ascii="Arial" w:hAnsi="Arial"/>
          <w:color w:val="5D7284"/>
          <w:sz w:val="22"/>
        </w:rPr>
        <w:t>54:53</w:t>
      </w:r>
    </w:p>
    <w:p>
      <w:pPr>
        <w:spacing w:after="0"/>
      </w:pPr>
      <w:r>
        <w:rPr>
          <w:rFonts w:ascii="Arial" w:hAnsi="Arial"/>
          <w:sz w:val="22"/>
        </w:rPr>
        <w:t>Yeah, yeah</w:t>
      </w:r>
    </w:p>
    <w:p>
      <w:pPr>
        <w:spacing w:after="0"/>
      </w:pPr>
    </w:p>
    <w:p>
      <w:pPr>
        <w:spacing w:after="0"/>
      </w:pPr>
      <w:r>
        <w:rPr>
          <w:rFonts w:ascii="Arial" w:hAnsi="Arial"/>
          <w:b/>
          <w:sz w:val="22"/>
        </w:rPr>
        <w:t xml:space="preserve">Dr. Paul Darke  </w:t>
      </w:r>
      <w:r>
        <w:rPr>
          <w:rFonts w:ascii="Arial" w:hAnsi="Arial"/>
          <w:color w:val="5D7284"/>
          <w:sz w:val="22"/>
        </w:rPr>
        <w:t>54:54</w:t>
      </w:r>
    </w:p>
    <w:p>
      <w:pPr>
        <w:spacing w:after="0"/>
      </w:pPr>
      <w:r>
        <w:rPr>
          <w:rFonts w:ascii="Arial" w:hAnsi="Arial"/>
          <w:sz w:val="22"/>
        </w:rPr>
        <w:t>that benefit actually is not even covering a fraction of the reality.</w:t>
      </w:r>
    </w:p>
    <w:p>
      <w:pPr>
        <w:spacing w:after="0"/>
      </w:pPr>
    </w:p>
    <w:p>
      <w:pPr>
        <w:spacing w:after="0"/>
      </w:pPr>
      <w:r>
        <w:rPr>
          <w:rFonts w:ascii="Arial" w:hAnsi="Arial"/>
          <w:b/>
          <w:sz w:val="22"/>
        </w:rPr>
        <w:t xml:space="preserve">Lucy  </w:t>
      </w:r>
      <w:r>
        <w:rPr>
          <w:rFonts w:ascii="Arial" w:hAnsi="Arial"/>
          <w:color w:val="5D7284"/>
          <w:sz w:val="22"/>
        </w:rPr>
        <w:t>55:01</w:t>
      </w:r>
    </w:p>
    <w:p>
      <w:pPr>
        <w:spacing w:after="0"/>
      </w:pPr>
      <w:r>
        <w:rPr>
          <w:rFonts w:ascii="Arial" w:hAnsi="Arial"/>
          <w:sz w:val="22"/>
        </w:rPr>
        <w:t xml:space="preserve">No. And this is something that me and Alice always say, you know, people, people on the outside of disability see disabled people, and they go oh you get all this free money from the government and they get like wet rooms and shower rooms and, you know, fancy toilets. Like, if we didn't need that, we wouldn't touch it with a bargepole. It's not at all, thank you very much. Like, that's lovely. because it's not going to it's not going to bring our mobility back, it's not going to make us you know, physically any better. It's just helping us with with the cost of life that is no through no fault of our own. It's nobody's fault that we are disabled, it's it's not something that we think oh that's really good. Thank you. Thank you, let's make it all worth it. </w:t>
      </w:r>
    </w:p>
    <w:p>
      <w:pPr>
        <w:spacing w:after="0"/>
      </w:pPr>
    </w:p>
    <w:p>
      <w:pPr>
        <w:spacing w:after="0"/>
      </w:pPr>
      <w:r>
        <w:rPr>
          <w:rFonts w:ascii="Arial" w:hAnsi="Arial"/>
          <w:b/>
          <w:sz w:val="22"/>
        </w:rPr>
        <w:t xml:space="preserve">Dr. Paul Darke  </w:t>
      </w:r>
      <w:r>
        <w:rPr>
          <w:rFonts w:ascii="Arial" w:hAnsi="Arial"/>
          <w:color w:val="5D7284"/>
          <w:sz w:val="22"/>
        </w:rPr>
        <w:t>55:47</w:t>
      </w:r>
    </w:p>
    <w:p>
      <w:pPr>
        <w:spacing w:after="0"/>
      </w:pPr>
      <w:r>
        <w:rPr>
          <w:rFonts w:ascii="Arial" w:hAnsi="Arial"/>
          <w:sz w:val="22"/>
        </w:rPr>
        <w:t xml:space="preserve">But equally as, as someone on the outside, you know, one needs to be more radical. And that is a good example, all new homes should be filled with wet rooms. </w:t>
      </w:r>
    </w:p>
    <w:p>
      <w:pPr>
        <w:spacing w:after="0"/>
      </w:pPr>
    </w:p>
    <w:p>
      <w:pPr>
        <w:spacing w:after="0"/>
      </w:pPr>
      <w:r>
        <w:rPr>
          <w:rFonts w:ascii="Arial" w:hAnsi="Arial"/>
          <w:b/>
          <w:sz w:val="22"/>
        </w:rPr>
        <w:t xml:space="preserve">Lucy  </w:t>
      </w:r>
      <w:r>
        <w:rPr>
          <w:rFonts w:ascii="Arial" w:hAnsi="Arial"/>
          <w:color w:val="5D7284"/>
          <w:sz w:val="22"/>
        </w:rPr>
        <w:t>55:58</w:t>
      </w:r>
    </w:p>
    <w:p>
      <w:pPr>
        <w:spacing w:after="0"/>
      </w:pPr>
      <w:r>
        <w:rPr>
          <w:rFonts w:ascii="Arial" w:hAnsi="Arial"/>
          <w:sz w:val="22"/>
        </w:rPr>
        <w:t>Yeah. Absolutely</w:t>
      </w:r>
    </w:p>
    <w:p>
      <w:pPr>
        <w:spacing w:after="0"/>
      </w:pPr>
    </w:p>
    <w:p>
      <w:pPr>
        <w:spacing w:after="0"/>
      </w:pPr>
      <w:r>
        <w:rPr>
          <w:rFonts w:ascii="Arial" w:hAnsi="Arial"/>
          <w:b/>
          <w:sz w:val="22"/>
        </w:rPr>
        <w:t xml:space="preserve">Dr. Paul Darke  </w:t>
      </w:r>
      <w:r>
        <w:rPr>
          <w:rFonts w:ascii="Arial" w:hAnsi="Arial"/>
          <w:color w:val="5D7284"/>
          <w:sz w:val="22"/>
        </w:rPr>
        <w:t>55:59</w:t>
      </w:r>
    </w:p>
    <w:p>
      <w:pPr>
        <w:spacing w:after="0"/>
      </w:pPr>
      <w:r>
        <w:rPr>
          <w:rFonts w:ascii="Arial" w:hAnsi="Arial"/>
          <w:sz w:val="22"/>
        </w:rPr>
        <w:t xml:space="preserve">you know, so that disabled people can then choose to live anywhere, </w:t>
      </w:r>
    </w:p>
    <w:p>
      <w:pPr>
        <w:spacing w:after="0"/>
      </w:pPr>
    </w:p>
    <w:p>
      <w:pPr>
        <w:spacing w:after="0"/>
      </w:pPr>
      <w:r>
        <w:rPr>
          <w:rFonts w:ascii="Arial" w:hAnsi="Arial"/>
          <w:b/>
          <w:sz w:val="22"/>
        </w:rPr>
        <w:t xml:space="preserve">Lucy  </w:t>
      </w:r>
      <w:r>
        <w:rPr>
          <w:rFonts w:ascii="Arial" w:hAnsi="Arial"/>
          <w:color w:val="5D7284"/>
          <w:sz w:val="22"/>
        </w:rPr>
        <w:t>56:04</w:t>
      </w:r>
    </w:p>
    <w:p>
      <w:pPr>
        <w:spacing w:after="0"/>
      </w:pPr>
      <w:r>
        <w:rPr>
          <w:rFonts w:ascii="Arial" w:hAnsi="Arial"/>
          <w:sz w:val="22"/>
        </w:rPr>
        <w:t xml:space="preserve">wherever they want. Yeah. </w:t>
      </w:r>
    </w:p>
    <w:p>
      <w:pPr>
        <w:spacing w:after="0"/>
      </w:pPr>
    </w:p>
    <w:p>
      <w:pPr>
        <w:spacing w:after="0"/>
      </w:pPr>
      <w:r>
        <w:rPr>
          <w:rFonts w:ascii="Arial" w:hAnsi="Arial"/>
          <w:b/>
          <w:sz w:val="22"/>
        </w:rPr>
        <w:t xml:space="preserve">Dr. Paul Darke  </w:t>
      </w:r>
      <w:r>
        <w:rPr>
          <w:rFonts w:ascii="Arial" w:hAnsi="Arial"/>
          <w:color w:val="5D7284"/>
          <w:sz w:val="22"/>
        </w:rPr>
        <w:t>56:05</w:t>
      </w:r>
    </w:p>
    <w:p>
      <w:pPr>
        <w:spacing w:after="0"/>
      </w:pPr>
      <w:r>
        <w:rPr>
          <w:rFonts w:ascii="Arial" w:hAnsi="Arial"/>
          <w:sz w:val="22"/>
        </w:rPr>
        <w:t xml:space="preserve">You can stay with friends in a way that we can't normally </w:t>
      </w:r>
    </w:p>
    <w:p>
      <w:pPr>
        <w:spacing w:after="0"/>
      </w:pPr>
    </w:p>
    <w:p>
      <w:pPr>
        <w:spacing w:after="0"/>
      </w:pPr>
      <w:r>
        <w:rPr>
          <w:rFonts w:ascii="Arial" w:hAnsi="Arial"/>
          <w:b/>
          <w:sz w:val="22"/>
        </w:rPr>
        <w:t xml:space="preserve">Lucy  </w:t>
      </w:r>
      <w:r>
        <w:rPr>
          <w:rFonts w:ascii="Arial" w:hAnsi="Arial"/>
          <w:color w:val="5D7284"/>
          <w:sz w:val="22"/>
        </w:rPr>
        <w:t>56:09</w:t>
      </w:r>
    </w:p>
    <w:p>
      <w:pPr>
        <w:spacing w:after="0"/>
      </w:pPr>
      <w:r>
        <w:rPr>
          <w:rFonts w:ascii="Arial" w:hAnsi="Arial"/>
          <w:sz w:val="22"/>
        </w:rPr>
        <w:t>No</w:t>
      </w:r>
    </w:p>
    <w:p>
      <w:pPr>
        <w:spacing w:after="0"/>
      </w:pPr>
    </w:p>
    <w:p>
      <w:pPr>
        <w:spacing w:after="0"/>
      </w:pPr>
      <w:r>
        <w:rPr>
          <w:rFonts w:ascii="Arial" w:hAnsi="Arial"/>
          <w:b/>
          <w:sz w:val="22"/>
        </w:rPr>
        <w:t xml:space="preserve">Dr. Paul Darke  </w:t>
      </w:r>
      <w:r>
        <w:rPr>
          <w:rFonts w:ascii="Arial" w:hAnsi="Arial"/>
          <w:color w:val="5D7284"/>
          <w:sz w:val="22"/>
        </w:rPr>
        <w:t>56:09</w:t>
      </w:r>
    </w:p>
    <w:p>
      <w:pPr>
        <w:spacing w:after="0"/>
      </w:pPr>
      <w:r>
        <w:rPr>
          <w:rFonts w:ascii="Arial" w:hAnsi="Arial"/>
          <w:sz w:val="22"/>
        </w:rPr>
        <w:t>you know, I haven't been able to go and stay in my mother in law's house for two decades, because it's inaccessible, I have to stay in a hotel and that costs a lot of money. It's an absolute fortune in order to go down there. But all new homes should be built accessible, and not just so that you can get through the threshold, but so that they have big downstairs toilets, that they have shower rooms that are flat, they have wet rooms. it shouldn't even be an issue. But that's so radical for any of the big parties.</w:t>
      </w:r>
    </w:p>
    <w:p>
      <w:pPr>
        <w:spacing w:after="0"/>
      </w:pPr>
    </w:p>
    <w:p>
      <w:pPr>
        <w:spacing w:after="0"/>
      </w:pPr>
      <w:r>
        <w:rPr>
          <w:rFonts w:ascii="Arial" w:hAnsi="Arial"/>
          <w:b/>
          <w:sz w:val="22"/>
        </w:rPr>
        <w:t xml:space="preserve">Lucy  </w:t>
      </w:r>
      <w:r>
        <w:rPr>
          <w:rFonts w:ascii="Arial" w:hAnsi="Arial"/>
          <w:color w:val="5D7284"/>
          <w:sz w:val="22"/>
        </w:rPr>
        <w:t>56:38</w:t>
      </w:r>
    </w:p>
    <w:p>
      <w:pPr>
        <w:spacing w:after="0"/>
      </w:pPr>
      <w:r>
        <w:rPr>
          <w:rFonts w:ascii="Arial" w:hAnsi="Arial"/>
          <w:sz w:val="22"/>
        </w:rPr>
        <w:t>Yeah, it's kind of blows their mind, doesn't it? They're like, what are you what are you joking</w:t>
      </w:r>
    </w:p>
    <w:p>
      <w:pPr>
        <w:spacing w:after="0"/>
      </w:pPr>
    </w:p>
    <w:p>
      <w:pPr>
        <w:spacing w:after="0"/>
      </w:pPr>
      <w:r>
        <w:rPr>
          <w:rFonts w:ascii="Arial" w:hAnsi="Arial"/>
          <w:b/>
          <w:sz w:val="22"/>
        </w:rPr>
        <w:t xml:space="preserve">Dr. Paul Darke  </w:t>
      </w:r>
      <w:r>
        <w:rPr>
          <w:rFonts w:ascii="Arial" w:hAnsi="Arial"/>
          <w:color w:val="5D7284"/>
          <w:sz w:val="22"/>
        </w:rPr>
        <w:t>56:45</w:t>
      </w:r>
    </w:p>
    <w:p>
      <w:pPr>
        <w:spacing w:after="0"/>
      </w:pPr>
      <w:r>
        <w:rPr>
          <w:rFonts w:ascii="Arial" w:hAnsi="Arial"/>
          <w:sz w:val="22"/>
        </w:rPr>
        <w:t xml:space="preserve">you need to challenge when they're saying, Oh, we want disabled people to be a full member of society, it's kind of like, No you don't, </w:t>
      </w:r>
    </w:p>
    <w:p>
      <w:pPr>
        <w:spacing w:after="0"/>
      </w:pPr>
    </w:p>
    <w:p>
      <w:pPr>
        <w:spacing w:after="0"/>
      </w:pPr>
      <w:r>
        <w:rPr>
          <w:rFonts w:ascii="Arial" w:hAnsi="Arial"/>
          <w:b/>
          <w:sz w:val="22"/>
        </w:rPr>
        <w:t xml:space="preserve">Lucy  </w:t>
      </w:r>
      <w:r>
        <w:rPr>
          <w:rFonts w:ascii="Arial" w:hAnsi="Arial"/>
          <w:color w:val="5D7284"/>
          <w:sz w:val="22"/>
        </w:rPr>
        <w:t>56:50</w:t>
      </w:r>
    </w:p>
    <w:p>
      <w:pPr>
        <w:spacing w:after="0"/>
      </w:pPr>
      <w:r>
        <w:rPr>
          <w:rFonts w:ascii="Arial" w:hAnsi="Arial"/>
          <w:sz w:val="22"/>
        </w:rPr>
        <w:t>No, you don't</w:t>
      </w:r>
    </w:p>
    <w:p>
      <w:pPr>
        <w:spacing w:after="0"/>
      </w:pPr>
    </w:p>
    <w:p>
      <w:pPr>
        <w:spacing w:after="0"/>
      </w:pPr>
      <w:r>
        <w:rPr>
          <w:rFonts w:ascii="Arial" w:hAnsi="Arial"/>
          <w:b/>
          <w:sz w:val="22"/>
        </w:rPr>
        <w:t xml:space="preserve">Dr. Paul Darke  </w:t>
      </w:r>
      <w:r>
        <w:rPr>
          <w:rFonts w:ascii="Arial" w:hAnsi="Arial"/>
          <w:color w:val="5D7284"/>
          <w:sz w:val="22"/>
        </w:rPr>
        <w:t>56:51</w:t>
      </w:r>
    </w:p>
    <w:p>
      <w:pPr>
        <w:spacing w:after="0"/>
      </w:pPr>
      <w:r>
        <w:rPr>
          <w:rFonts w:ascii="Arial" w:hAnsi="Arial"/>
          <w:sz w:val="22"/>
        </w:rPr>
        <w:t>you want this little marginal bit that you want to do on the edge,</w:t>
      </w:r>
    </w:p>
    <w:p>
      <w:pPr>
        <w:spacing w:after="0"/>
      </w:pPr>
    </w:p>
    <w:p>
      <w:pPr>
        <w:spacing w:after="0"/>
      </w:pPr>
      <w:r>
        <w:rPr>
          <w:rFonts w:ascii="Arial" w:hAnsi="Arial"/>
          <w:b/>
          <w:sz w:val="22"/>
        </w:rPr>
        <w:t xml:space="preserve">Lucy  </w:t>
      </w:r>
      <w:r>
        <w:rPr>
          <w:rFonts w:ascii="Arial" w:hAnsi="Arial"/>
          <w:color w:val="5D7284"/>
          <w:sz w:val="22"/>
        </w:rPr>
        <w:t>56:54</w:t>
      </w:r>
    </w:p>
    <w:p>
      <w:pPr>
        <w:spacing w:after="0"/>
      </w:pPr>
      <w:r>
        <w:rPr>
          <w:rFonts w:ascii="Arial" w:hAnsi="Arial"/>
          <w:sz w:val="22"/>
        </w:rPr>
        <w:t>you want the nicety of the disability?</w:t>
      </w:r>
    </w:p>
    <w:p>
      <w:pPr>
        <w:spacing w:after="0"/>
      </w:pPr>
    </w:p>
    <w:p>
      <w:pPr>
        <w:spacing w:after="0"/>
      </w:pPr>
      <w:r>
        <w:rPr>
          <w:rFonts w:ascii="Arial" w:hAnsi="Arial"/>
          <w:b/>
          <w:sz w:val="22"/>
        </w:rPr>
        <w:t xml:space="preserve">Dr. Paul Darke  </w:t>
      </w:r>
      <w:r>
        <w:rPr>
          <w:rFonts w:ascii="Arial" w:hAnsi="Arial"/>
          <w:color w:val="5D7284"/>
          <w:sz w:val="22"/>
        </w:rPr>
        <w:t>56:57</w:t>
      </w:r>
    </w:p>
    <w:p>
      <w:pPr>
        <w:spacing w:after="0"/>
      </w:pPr>
      <w:r>
        <w:rPr>
          <w:rFonts w:ascii="Arial" w:hAnsi="Arial"/>
          <w:sz w:val="22"/>
        </w:rPr>
        <w:t>Change my life a little bit indoors, yeah, actually, so much of it needs to be changed, that would benefit so and it's not just, it's not just about me, a lot of non disabled people will become disabled. So actually, if they're living in accessible housing, you won't need to spend money in the future. On paying for wet rooms, you won't need to spend money on putting in accessible things, because it will already be there in how you insist new buildings are made and so In the long term. It's environmentally friendly is cost effective. it builds community, all of those things. But you know, have you ever heard a politician say all new land should be built with fully accessible wet rooms, whatever, you might get one that says oh, they should have ramped entrances</w:t>
      </w:r>
    </w:p>
    <w:p>
      <w:pPr>
        <w:spacing w:after="0"/>
      </w:pPr>
    </w:p>
    <w:p>
      <w:pPr>
        <w:spacing w:after="0"/>
      </w:pPr>
      <w:r>
        <w:rPr>
          <w:rFonts w:ascii="Arial" w:hAnsi="Arial"/>
          <w:b/>
          <w:sz w:val="22"/>
        </w:rPr>
        <w:t xml:space="preserve">Lucy  </w:t>
      </w:r>
      <w:r>
        <w:rPr>
          <w:rFonts w:ascii="Arial" w:hAnsi="Arial"/>
          <w:color w:val="5D7284"/>
          <w:sz w:val="22"/>
        </w:rPr>
        <w:t>57:47</w:t>
      </w:r>
    </w:p>
    <w:p>
      <w:pPr>
        <w:spacing w:after="0"/>
      </w:pPr>
      <w:r>
        <w:rPr>
          <w:rFonts w:ascii="Arial" w:hAnsi="Arial"/>
          <w:sz w:val="22"/>
        </w:rPr>
        <w:t>I loved how you said ramped entrances, like ramped entrances, like yeah. I think if I was to stand in a local election, one of my key points to change everything would be banning pea shingles on peoples driveways because I hate it. I hate it. it looks pretty but I can't move</w:t>
      </w:r>
    </w:p>
    <w:p>
      <w:pPr>
        <w:spacing w:after="0"/>
      </w:pPr>
    </w:p>
    <w:p>
      <w:pPr>
        <w:spacing w:after="0"/>
      </w:pPr>
      <w:r>
        <w:rPr>
          <w:rFonts w:ascii="Arial" w:hAnsi="Arial"/>
          <w:b/>
          <w:sz w:val="22"/>
        </w:rPr>
        <w:t xml:space="preserve">Dr. Paul Darke  </w:t>
      </w:r>
      <w:r>
        <w:rPr>
          <w:rFonts w:ascii="Arial" w:hAnsi="Arial"/>
          <w:color w:val="5D7284"/>
          <w:sz w:val="22"/>
        </w:rPr>
        <w:t>58:13</w:t>
      </w:r>
    </w:p>
    <w:p>
      <w:pPr>
        <w:spacing w:after="0"/>
      </w:pPr>
      <w:r>
        <w:rPr>
          <w:rFonts w:ascii="Arial" w:hAnsi="Arial"/>
          <w:sz w:val="22"/>
        </w:rPr>
        <w:t>You could be known as Lucy Shingles</w:t>
      </w:r>
    </w:p>
    <w:p>
      <w:pPr>
        <w:spacing w:after="0"/>
      </w:pPr>
    </w:p>
    <w:p>
      <w:pPr>
        <w:spacing w:after="0"/>
      </w:pPr>
      <w:r>
        <w:rPr>
          <w:rFonts w:ascii="Arial" w:hAnsi="Arial"/>
          <w:b/>
          <w:sz w:val="22"/>
        </w:rPr>
        <w:t xml:space="preserve">Lucy  </w:t>
      </w:r>
      <w:r>
        <w:rPr>
          <w:rFonts w:ascii="Arial" w:hAnsi="Arial"/>
          <w:color w:val="5D7284"/>
          <w:sz w:val="22"/>
        </w:rPr>
        <w:t>58:15</w:t>
      </w:r>
    </w:p>
    <w:p>
      <w:pPr>
        <w:spacing w:after="0"/>
      </w:pPr>
      <w:r>
        <w:rPr>
          <w:rFonts w:ascii="Arial" w:hAnsi="Arial"/>
          <w:sz w:val="22"/>
        </w:rPr>
        <w:t>exactly. I've been called worse Paul, I've been called worse.</w:t>
      </w:r>
    </w:p>
    <w:p>
      <w:pPr>
        <w:spacing w:after="0"/>
      </w:pPr>
    </w:p>
    <w:p>
      <w:pPr>
        <w:spacing w:after="0"/>
      </w:pPr>
      <w:r>
        <w:rPr>
          <w:rFonts w:ascii="Arial" w:hAnsi="Arial"/>
          <w:b/>
          <w:sz w:val="22"/>
        </w:rPr>
        <w:t xml:space="preserve">Dr. Paul Darke  </w:t>
      </w:r>
      <w:r>
        <w:rPr>
          <w:rFonts w:ascii="Arial" w:hAnsi="Arial"/>
          <w:color w:val="5D7284"/>
          <w:sz w:val="22"/>
        </w:rPr>
        <w:t>58:22</w:t>
      </w:r>
    </w:p>
    <w:p>
      <w:pPr>
        <w:spacing w:after="0"/>
      </w:pPr>
      <w:r>
        <w:rPr>
          <w:rFonts w:ascii="Arial" w:hAnsi="Arial"/>
          <w:sz w:val="22"/>
        </w:rPr>
        <w:t xml:space="preserve">But just I'll just the other thing is, again, if you did want to be a candidate, and all disabled people should be and even if they then do nothing, just get on the electoral register, just get on the ballot form with the word independent next to it so that you're just there. if you didn't want to win, that's where the cost comes in. </w:t>
      </w:r>
    </w:p>
    <w:p>
      <w:pPr>
        <w:spacing w:after="0"/>
      </w:pPr>
    </w:p>
    <w:p>
      <w:pPr>
        <w:spacing w:after="0"/>
      </w:pPr>
      <w:r>
        <w:rPr>
          <w:rFonts w:ascii="Arial" w:hAnsi="Arial"/>
          <w:b/>
          <w:sz w:val="22"/>
        </w:rPr>
        <w:t xml:space="preserve">Lucy  </w:t>
      </w:r>
      <w:r>
        <w:rPr>
          <w:rFonts w:ascii="Arial" w:hAnsi="Arial"/>
          <w:color w:val="5D7284"/>
          <w:sz w:val="22"/>
        </w:rPr>
        <w:t>58:42</w:t>
      </w:r>
    </w:p>
    <w:p>
      <w:pPr>
        <w:spacing w:after="0"/>
      </w:pPr>
      <w:r>
        <w:rPr>
          <w:rFonts w:ascii="Arial" w:hAnsi="Arial"/>
          <w:sz w:val="22"/>
        </w:rPr>
        <w:t xml:space="preserve">right. </w:t>
      </w:r>
    </w:p>
    <w:p>
      <w:pPr>
        <w:spacing w:after="0"/>
      </w:pPr>
    </w:p>
    <w:p>
      <w:pPr>
        <w:spacing w:after="0"/>
      </w:pPr>
      <w:r>
        <w:rPr>
          <w:rFonts w:ascii="Arial" w:hAnsi="Arial"/>
          <w:b/>
          <w:sz w:val="22"/>
        </w:rPr>
        <w:t xml:space="preserve">Dr. Paul Darke  </w:t>
      </w:r>
      <w:r>
        <w:rPr>
          <w:rFonts w:ascii="Arial" w:hAnsi="Arial"/>
          <w:color w:val="5D7284"/>
          <w:sz w:val="22"/>
        </w:rPr>
        <w:t>58:43</w:t>
      </w:r>
    </w:p>
    <w:p>
      <w:pPr>
        <w:spacing w:after="0"/>
      </w:pPr>
      <w:r>
        <w:rPr>
          <w:rFonts w:ascii="Arial" w:hAnsi="Arial"/>
          <w:sz w:val="22"/>
        </w:rPr>
        <w:t xml:space="preserve">It's primarily through leaflets. you know, an electoral area and a local council is usually about 5000 houses, </w:t>
      </w:r>
    </w:p>
    <w:p>
      <w:pPr>
        <w:spacing w:after="0"/>
      </w:pPr>
    </w:p>
    <w:p>
      <w:pPr>
        <w:spacing w:after="0"/>
      </w:pPr>
      <w:r>
        <w:rPr>
          <w:rFonts w:ascii="Arial" w:hAnsi="Arial"/>
          <w:b/>
          <w:sz w:val="22"/>
        </w:rPr>
        <w:t xml:space="preserve">Lucy  </w:t>
      </w:r>
      <w:r>
        <w:rPr>
          <w:rFonts w:ascii="Arial" w:hAnsi="Arial"/>
          <w:color w:val="5D7284"/>
          <w:sz w:val="22"/>
        </w:rPr>
        <w:t>58:53</w:t>
      </w:r>
    </w:p>
    <w:p>
      <w:pPr>
        <w:spacing w:after="0"/>
      </w:pPr>
      <w:r>
        <w:rPr>
          <w:rFonts w:ascii="Arial" w:hAnsi="Arial"/>
          <w:sz w:val="22"/>
        </w:rPr>
        <w:t xml:space="preserve">okay, </w:t>
      </w:r>
    </w:p>
    <w:p>
      <w:pPr>
        <w:spacing w:after="0"/>
      </w:pPr>
    </w:p>
    <w:p>
      <w:pPr>
        <w:spacing w:after="0"/>
      </w:pPr>
      <w:r>
        <w:rPr>
          <w:rFonts w:ascii="Arial" w:hAnsi="Arial"/>
          <w:b/>
          <w:sz w:val="22"/>
        </w:rPr>
        <w:t xml:space="preserve">Dr. Paul Darke  </w:t>
      </w:r>
      <w:r>
        <w:rPr>
          <w:rFonts w:ascii="Arial" w:hAnsi="Arial"/>
          <w:color w:val="5D7284"/>
          <w:sz w:val="22"/>
        </w:rPr>
        <w:t>58:54</w:t>
      </w:r>
    </w:p>
    <w:p>
      <w:pPr>
        <w:spacing w:after="0"/>
      </w:pPr>
      <w:r>
        <w:rPr>
          <w:rFonts w:ascii="Arial" w:hAnsi="Arial"/>
          <w:sz w:val="22"/>
        </w:rPr>
        <w:t>to do a leaflet for 5000 houses is about £250, which is quite a lot of money.</w:t>
      </w:r>
    </w:p>
    <w:p>
      <w:pPr>
        <w:spacing w:after="0"/>
      </w:pPr>
    </w:p>
    <w:p>
      <w:pPr>
        <w:spacing w:after="0"/>
      </w:pPr>
      <w:r>
        <w:rPr>
          <w:rFonts w:ascii="Arial" w:hAnsi="Arial"/>
          <w:b/>
          <w:sz w:val="22"/>
        </w:rPr>
        <w:t xml:space="preserve">Lucy  </w:t>
      </w:r>
      <w:r>
        <w:rPr>
          <w:rFonts w:ascii="Arial" w:hAnsi="Arial"/>
          <w:color w:val="5D7284"/>
          <w:sz w:val="22"/>
        </w:rPr>
        <w:t>59:01</w:t>
      </w:r>
    </w:p>
    <w:p>
      <w:pPr>
        <w:spacing w:after="0"/>
      </w:pPr>
      <w:r>
        <w:rPr>
          <w:rFonts w:ascii="Arial" w:hAnsi="Arial"/>
          <w:sz w:val="22"/>
        </w:rPr>
        <w:t>Yeah, but it's not as much as I would have thought. It's quite a lot of money, but it's still not as much as I thought.</w:t>
      </w:r>
    </w:p>
    <w:p>
      <w:pPr>
        <w:spacing w:after="0"/>
      </w:pPr>
    </w:p>
    <w:p>
      <w:pPr>
        <w:spacing w:after="0"/>
      </w:pPr>
      <w:r>
        <w:rPr>
          <w:rFonts w:ascii="Arial" w:hAnsi="Arial"/>
          <w:b/>
          <w:sz w:val="22"/>
        </w:rPr>
        <w:t xml:space="preserve">Dr. Paul Darke  </w:t>
      </w:r>
      <w:r>
        <w:rPr>
          <w:rFonts w:ascii="Arial" w:hAnsi="Arial"/>
          <w:color w:val="5D7284"/>
          <w:sz w:val="22"/>
        </w:rPr>
        <w:t>59:07</w:t>
      </w:r>
    </w:p>
    <w:p>
      <w:pPr>
        <w:spacing w:after="0"/>
      </w:pPr>
      <w:r>
        <w:rPr>
          <w:rFonts w:ascii="Arial" w:hAnsi="Arial"/>
          <w:sz w:val="22"/>
        </w:rPr>
        <w:t xml:space="preserve">exactly. And again, if you can get people to deliver that, that's the thing getting delivers and paying for leaflets. you know, I'm quite lucky. I've got people who will deliver for me this time, and I'm not poor so I can pay for leaflets. That's quite nice. But I actually genuinely do genuinely believe all disabled people. Millions of us should get on the on the ballot as disabled people and do nothing. </w:t>
      </w:r>
    </w:p>
    <w:p>
      <w:pPr>
        <w:spacing w:after="0"/>
      </w:pPr>
    </w:p>
    <w:p>
      <w:pPr>
        <w:spacing w:after="0"/>
      </w:pPr>
      <w:r>
        <w:rPr>
          <w:rFonts w:ascii="Arial" w:hAnsi="Arial"/>
          <w:b/>
          <w:sz w:val="22"/>
        </w:rPr>
        <w:t xml:space="preserve">Lucy  </w:t>
      </w:r>
      <w:r>
        <w:rPr>
          <w:rFonts w:ascii="Arial" w:hAnsi="Arial"/>
          <w:color w:val="5D7284"/>
          <w:sz w:val="22"/>
        </w:rPr>
        <w:t>59:34</w:t>
      </w:r>
    </w:p>
    <w:p>
      <w:pPr>
        <w:spacing w:after="0"/>
      </w:pPr>
      <w:r>
        <w:rPr>
          <w:rFonts w:ascii="Arial" w:hAnsi="Arial"/>
          <w:sz w:val="22"/>
        </w:rPr>
        <w:t>Just sit there</w:t>
      </w:r>
    </w:p>
    <w:p>
      <w:pPr>
        <w:spacing w:after="0"/>
      </w:pPr>
    </w:p>
    <w:p>
      <w:pPr>
        <w:spacing w:after="0"/>
      </w:pPr>
      <w:r>
        <w:rPr>
          <w:rFonts w:ascii="Arial" w:hAnsi="Arial"/>
          <w:b/>
          <w:sz w:val="22"/>
        </w:rPr>
        <w:t xml:space="preserve">Dr. Paul Darke  </w:t>
      </w:r>
      <w:r>
        <w:rPr>
          <w:rFonts w:ascii="Arial" w:hAnsi="Arial"/>
          <w:color w:val="5D7284"/>
          <w:sz w:val="22"/>
        </w:rPr>
        <w:t>59:36</w:t>
      </w:r>
    </w:p>
    <w:p>
      <w:pPr>
        <w:spacing w:after="0"/>
      </w:pPr>
      <w:r>
        <w:rPr>
          <w:rFonts w:ascii="Arial" w:hAnsi="Arial"/>
          <w:sz w:val="22"/>
        </w:rPr>
        <w:t xml:space="preserve">So that we are just present </w:t>
      </w:r>
    </w:p>
    <w:p>
      <w:pPr>
        <w:spacing w:after="0"/>
      </w:pPr>
    </w:p>
    <w:p>
      <w:pPr>
        <w:spacing w:after="0"/>
      </w:pPr>
      <w:r>
        <w:rPr>
          <w:rFonts w:ascii="Arial" w:hAnsi="Arial"/>
          <w:b/>
          <w:sz w:val="22"/>
        </w:rPr>
        <w:t xml:space="preserve">Lucy  </w:t>
      </w:r>
      <w:r>
        <w:rPr>
          <w:rFonts w:ascii="Arial" w:hAnsi="Arial"/>
          <w:color w:val="5D7284"/>
          <w:sz w:val="22"/>
        </w:rPr>
        <w:t>59:38</w:t>
      </w:r>
    </w:p>
    <w:p>
      <w:pPr>
        <w:spacing w:after="0"/>
      </w:pPr>
      <w:r>
        <w:rPr>
          <w:rFonts w:ascii="Arial" w:hAnsi="Arial"/>
          <w:sz w:val="22"/>
        </w:rPr>
        <w:t>Yeah</w:t>
      </w:r>
    </w:p>
    <w:p>
      <w:pPr>
        <w:spacing w:after="0"/>
      </w:pPr>
    </w:p>
    <w:p>
      <w:pPr>
        <w:spacing w:after="0"/>
      </w:pPr>
      <w:r>
        <w:rPr>
          <w:rFonts w:ascii="Arial" w:hAnsi="Arial"/>
          <w:b/>
          <w:sz w:val="22"/>
        </w:rPr>
        <w:t xml:space="preserve">Dr. Paul Darke  </w:t>
      </w:r>
      <w:r>
        <w:rPr>
          <w:rFonts w:ascii="Arial" w:hAnsi="Arial"/>
          <w:color w:val="5D7284"/>
          <w:sz w:val="22"/>
        </w:rPr>
        <w:t>59:38</w:t>
      </w:r>
    </w:p>
    <w:p>
      <w:pPr>
        <w:spacing w:after="0"/>
      </w:pPr>
      <w:r>
        <w:rPr>
          <w:rFonts w:ascii="Arial" w:hAnsi="Arial"/>
          <w:sz w:val="22"/>
        </w:rPr>
        <w:t>because we're not and we need to be present so that people see us.</w:t>
      </w:r>
    </w:p>
    <w:p>
      <w:pPr>
        <w:spacing w:after="0"/>
      </w:pPr>
    </w:p>
    <w:p>
      <w:pPr>
        <w:spacing w:after="0"/>
      </w:pPr>
      <w:r>
        <w:rPr>
          <w:rFonts w:ascii="Arial" w:hAnsi="Arial"/>
          <w:b/>
          <w:sz w:val="22"/>
        </w:rPr>
        <w:t xml:space="preserve">Lucy  </w:t>
      </w:r>
      <w:r>
        <w:rPr>
          <w:rFonts w:ascii="Arial" w:hAnsi="Arial"/>
          <w:color w:val="5D7284"/>
          <w:sz w:val="22"/>
        </w:rPr>
        <w:t>59:43</w:t>
      </w:r>
    </w:p>
    <w:p>
      <w:pPr>
        <w:spacing w:after="0"/>
      </w:pPr>
      <w:r>
        <w:rPr>
          <w:rFonts w:ascii="Arial" w:hAnsi="Arial"/>
          <w:sz w:val="22"/>
        </w:rPr>
        <w:t>That is well, if that isn't a rallying cry, Paul, I don't know what is. It's been great to sit down and talk to you when it when is your when's your next election.</w:t>
      </w:r>
    </w:p>
    <w:p>
      <w:pPr>
        <w:spacing w:after="0"/>
      </w:pPr>
    </w:p>
    <w:p>
      <w:pPr>
        <w:spacing w:after="0"/>
      </w:pPr>
      <w:r>
        <w:rPr>
          <w:rFonts w:ascii="Arial" w:hAnsi="Arial"/>
          <w:b/>
          <w:sz w:val="22"/>
        </w:rPr>
        <w:t xml:space="preserve">Dr. Paul Darke  </w:t>
      </w:r>
      <w:r>
        <w:rPr>
          <w:rFonts w:ascii="Arial" w:hAnsi="Arial"/>
          <w:color w:val="5D7284"/>
          <w:sz w:val="22"/>
        </w:rPr>
        <w:t>59:52</w:t>
      </w:r>
    </w:p>
    <w:p>
      <w:pPr>
        <w:spacing w:after="0"/>
      </w:pPr>
      <w:r>
        <w:rPr>
          <w:rFonts w:ascii="Arial" w:hAnsi="Arial"/>
          <w:sz w:val="22"/>
        </w:rPr>
        <w:t xml:space="preserve">I think my next election is May the 4th </w:t>
      </w:r>
    </w:p>
    <w:p>
      <w:pPr>
        <w:spacing w:after="0"/>
      </w:pPr>
    </w:p>
    <w:p>
      <w:pPr>
        <w:spacing w:after="0"/>
      </w:pPr>
      <w:r>
        <w:rPr>
          <w:rFonts w:ascii="Arial" w:hAnsi="Arial"/>
          <w:b/>
          <w:sz w:val="22"/>
        </w:rPr>
        <w:t xml:space="preserve">Lucy  </w:t>
      </w:r>
      <w:r>
        <w:rPr>
          <w:rFonts w:ascii="Arial" w:hAnsi="Arial"/>
          <w:color w:val="5D7284"/>
          <w:sz w:val="22"/>
        </w:rPr>
        <w:t>59:54</w:t>
      </w:r>
    </w:p>
    <w:p>
      <w:pPr>
        <w:spacing w:after="0"/>
      </w:pPr>
      <w:r>
        <w:rPr>
          <w:rFonts w:ascii="Arial" w:hAnsi="Arial"/>
          <w:sz w:val="22"/>
        </w:rPr>
        <w:t xml:space="preserve">Ooh May the Fourth be with you. There you go. Oh, well, you'll have to keep us updated. We do. We like to have sort of bonus content in our newsletter. So if anything happens and you think I need to tell Lucy about this, or, you know, I need to tell people. Let me know. I will email you and tell you how many I lost by.  Okay. All right. Well, if you need me to come and stand next to you like wearing a vote for Paul t shirt, just give me a shout. </w:t>
      </w:r>
    </w:p>
    <w:p>
      <w:pPr>
        <w:spacing w:after="0"/>
      </w:pPr>
    </w:p>
    <w:p>
      <w:pPr>
        <w:spacing w:after="0"/>
      </w:pPr>
      <w:r>
        <w:rPr>
          <w:rFonts w:ascii="Arial" w:hAnsi="Arial"/>
          <w:b/>
          <w:sz w:val="22"/>
        </w:rPr>
        <w:t xml:space="preserve">Dr. Paul Darke  </w:t>
      </w:r>
      <w:r>
        <w:rPr>
          <w:rFonts w:ascii="Arial" w:hAnsi="Arial"/>
          <w:color w:val="5D7284"/>
          <w:sz w:val="22"/>
        </w:rPr>
        <w:t>1:00:25</w:t>
      </w:r>
    </w:p>
    <w:p>
      <w:pPr>
        <w:spacing w:after="0"/>
      </w:pPr>
      <w:r>
        <w:rPr>
          <w:rFonts w:ascii="Arial" w:hAnsi="Arial"/>
          <w:sz w:val="22"/>
        </w:rPr>
        <w:t xml:space="preserve">I look forward to it </w:t>
      </w:r>
    </w:p>
    <w:p>
      <w:pPr>
        <w:spacing w:after="0"/>
      </w:pPr>
    </w:p>
    <w:p>
      <w:pPr>
        <w:spacing w:after="0"/>
      </w:pPr>
      <w:r>
        <w:rPr>
          <w:rFonts w:ascii="Arial" w:hAnsi="Arial"/>
          <w:b/>
          <w:sz w:val="22"/>
        </w:rPr>
        <w:t xml:space="preserve">Lucy  </w:t>
      </w:r>
      <w:r>
        <w:rPr>
          <w:rFonts w:ascii="Arial" w:hAnsi="Arial"/>
          <w:color w:val="5D7284"/>
          <w:sz w:val="22"/>
        </w:rPr>
        <w:t>1:00:26</w:t>
      </w:r>
    </w:p>
    <w:p>
      <w:pPr>
        <w:spacing w:after="0"/>
      </w:pPr>
      <w:r>
        <w:rPr>
          <w:rFonts w:ascii="Arial" w:hAnsi="Arial"/>
          <w:sz w:val="22"/>
        </w:rPr>
        <w:t xml:space="preserve">all right. Thank you so much for your time today Paul. It's been lovely to speak to you. Thank you for holding my hand whilst Alice isn't here. </w:t>
      </w:r>
    </w:p>
    <w:p>
      <w:pPr>
        <w:spacing w:after="0"/>
      </w:pPr>
    </w:p>
    <w:p>
      <w:pPr>
        <w:spacing w:after="0"/>
      </w:pPr>
      <w:r>
        <w:rPr>
          <w:rFonts w:ascii="Arial" w:hAnsi="Arial"/>
          <w:b/>
          <w:sz w:val="22"/>
        </w:rPr>
        <w:t xml:space="preserve">Dr. Paul Darke  </w:t>
      </w:r>
      <w:r>
        <w:rPr>
          <w:rFonts w:ascii="Arial" w:hAnsi="Arial"/>
          <w:color w:val="5D7284"/>
          <w:sz w:val="22"/>
        </w:rPr>
        <w:t>1:00:34</w:t>
      </w:r>
    </w:p>
    <w:p>
      <w:pPr>
        <w:spacing w:after="0"/>
      </w:pPr>
      <w:r>
        <w:rPr>
          <w:rFonts w:ascii="Arial" w:hAnsi="Arial"/>
          <w:sz w:val="22"/>
        </w:rPr>
        <w:t xml:space="preserve">Thank you. </w:t>
      </w:r>
    </w:p>
    <w:p>
      <w:pPr>
        <w:spacing w:after="0"/>
      </w:pPr>
    </w:p>
    <w:p>
      <w:pPr>
        <w:spacing w:after="0"/>
      </w:pPr>
      <w:r>
        <w:rPr>
          <w:rFonts w:ascii="Arial" w:hAnsi="Arial"/>
          <w:b/>
          <w:sz w:val="22"/>
        </w:rPr>
        <w:t xml:space="preserve">Lucy  </w:t>
      </w:r>
      <w:r>
        <w:rPr>
          <w:rFonts w:ascii="Arial" w:hAnsi="Arial"/>
          <w:color w:val="5D7284"/>
          <w:sz w:val="22"/>
        </w:rPr>
        <w:t>1:00:34</w:t>
      </w:r>
    </w:p>
    <w:p>
      <w:pPr>
        <w:spacing w:after="0"/>
      </w:pPr>
      <w:r>
        <w:rPr>
          <w:rFonts w:ascii="Arial" w:hAnsi="Arial"/>
          <w:sz w:val="22"/>
        </w:rPr>
        <w:t>Great stuff. Guys. if you want to find out more about the lABLEd Podcast, you can find us on social media at labelled pod. Leave us a review. Give us a like and it all helps. So we shall see you next time. Thanks very much for listening. I'll see you soon. Bye. Bye.</w:t>
      </w:r>
    </w:p>
    <w:p>
      <w:pPr>
        <w:spacing w:after="0"/>
      </w:pPr>
    </w:p>
    <w:p>
      <w:pPr>
        <w:spacing w:after="0"/>
      </w:pPr>
      <w:r>
        <w:rPr>
          <w:rFonts w:ascii="Arial" w:hAnsi="Arial"/>
          <w:b/>
          <w:sz w:val="22"/>
        </w:rPr>
        <w:t xml:space="preserve">Alice  </w:t>
      </w:r>
      <w:r>
        <w:rPr>
          <w:rFonts w:ascii="Arial" w:hAnsi="Arial"/>
          <w:color w:val="5D7284"/>
          <w:sz w:val="22"/>
        </w:rPr>
        <w:t>1:00:54</w:t>
      </w:r>
    </w:p>
    <w:p>
      <w:pPr>
        <w:spacing w:after="0"/>
      </w:pPr>
      <w:r>
        <w:rPr>
          <w:rFonts w:ascii="Arial" w:hAnsi="Arial"/>
          <w:sz w:val="22"/>
        </w:rPr>
        <w:t>Thanks for listening to the lABLEd Podcast. if you liked the show, you can rate review and subscribe and you can follow us on social media at lABLEd Pod.</w:t>
      </w:r>
    </w:p>
    <w:p>
      <w:pPr>
        <w:spacing w:after="0"/>
      </w:pPr>
    </w:p>
    <w:p>
      <w:pPr>
        <w:spacing w:after="0"/>
      </w:pPr>
      <w:r>
        <w:rPr>
          <w:rFonts w:ascii="Arial" w:hAnsi="Arial"/>
          <w:b/>
          <w:sz w:val="22"/>
        </w:rPr>
        <w:t xml:space="preserve">Lucy  </w:t>
      </w:r>
      <w:r>
        <w:rPr>
          <w:rFonts w:ascii="Arial" w:hAnsi="Arial"/>
          <w:color w:val="5D7284"/>
          <w:sz w:val="22"/>
        </w:rPr>
        <w:t>1:01:03</w:t>
      </w:r>
    </w:p>
    <w:p>
      <w:pPr>
        <w:spacing w:after="0"/>
      </w:pPr>
      <w:r>
        <w:rPr>
          <w:rFonts w:ascii="Arial" w:hAnsi="Arial"/>
          <w:sz w:val="22"/>
        </w:rPr>
        <w:t>This episode was edited by Adam Hull, our music was by Maisie Crundon and we'd like to thank the rest of the team involved</w:t>
      </w:r>
    </w:p>
    <w:sectPr w:rsidR="00930F33" w:rsidSect="001216B9">
      <w:headerReference w:type="even" r:id="rId8"/>
      <w:headerReference w:type="default" r:id="rId9"/>
      <w:footerReference w:type="even" r:id="rId10"/>
      <w:footerReference w:type="default" r:id="rId11"/>
      <w:headerReference w:type="first" r:id="rId12"/>
      <w:footerReference w:type="first" r:id="rId13"/>
      <w:pgSz w:w="12240" w:h="15840"/>
      <w:pgMar w:top="1440" w:right="1080" w:bottom="1440" w:left="108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1FEF6E" w14:textId="77777777" w:rsidR="00ED3244" w:rsidRDefault="00ED3244">
      <w:pPr>
        <w:spacing w:after="0" w:line="240" w:lineRule="auto"/>
      </w:pPr>
      <w:r>
        <w:separator/>
      </w:r>
    </w:p>
  </w:endnote>
  <w:endnote w:type="continuationSeparator" w:id="0">
    <w:p w14:paraId="32C8662D" w14:textId="77777777" w:rsidR="00ED3244" w:rsidRDefault="00ED324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A00002EF" w:usb1="4000207B" w:usb2="00000000" w:usb3="00000000" w:csb0="000000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Courier">
    <w:panose1 w:val="00000000000000000000"/>
    <w:charset w:val="00"/>
    <w:family w:val="auto"/>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Pr>
      <w:id w:val="1372650680"/>
      <w:docPartObj>
        <w:docPartGallery w:val="Page Numbers (Bottom of Page)"/>
        <w:docPartUnique/>
      </w:docPartObj>
    </w:sdtPr>
    <w:sdtEndPr>
      <w:rPr>
        <w:rStyle w:val="PageNumber"/>
      </w:rPr>
    </w:sdtEndPr>
    <w:sdtContent>
      <w:p w14:paraId="5B49F2F0" w14:textId="0D664EC5"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sdt>
    <w:sdtPr>
      <w:rPr>
        <w:rStyle w:val="PageNumber"/>
      </w:rPr>
      <w:id w:val="937484424"/>
      <w:docPartObj>
        <w:docPartGallery w:val="Page Numbers (Bottom of Page)"/>
        <w:docPartUnique/>
      </w:docPartObj>
    </w:sdtPr>
    <w:sdtEndPr>
      <w:rPr>
        <w:rStyle w:val="PageNumber"/>
      </w:rPr>
    </w:sdtEndPr>
    <w:sdtContent>
      <w:p w14:paraId="17BA4339" w14:textId="3F160B4F" w:rsidR="001216B9" w:rsidRDefault="001216B9" w:rsidP="00A73672">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750DD35F" w14:textId="77777777" w:rsidR="001216B9" w:rsidRDefault="001216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PageNumber"/>
        <w:rFonts w:ascii="Arial" w:hAnsi="Arial" w:cs="Arial"/>
      </w:rPr>
      <w:id w:val="1113323662"/>
      <w:docPartObj>
        <w:docPartGallery w:val="Page Numbers (Bottom of Page)"/>
        <w:docPartUnique/>
      </w:docPartObj>
    </w:sdtPr>
    <w:sdtEndPr>
      <w:rPr>
        <w:rStyle w:val="PageNumber"/>
      </w:rPr>
    </w:sdtEndPr>
    <w:sdtContent>
      <w:p w14:paraId="414BB7FC" w14:textId="3CBEBC9E" w:rsidR="001216B9" w:rsidRPr="009C3AF0" w:rsidRDefault="001216B9" w:rsidP="00A73672">
        <w:pPr>
          <w:pStyle w:val="Footer"/>
          <w:framePr w:wrap="none" w:vAnchor="text" w:hAnchor="margin" w:xAlign="center" w:y="1"/>
          <w:rPr>
            <w:rStyle w:val="PageNumber"/>
            <w:rFonts w:ascii="Arial" w:hAnsi="Arial" w:cs="Arial"/>
          </w:rPr>
        </w:pPr>
        <w:r w:rsidRPr="009C3AF0">
          <w:rPr>
            <w:rStyle w:val="PageNumber"/>
            <w:rFonts w:ascii="Arial" w:hAnsi="Arial" w:cs="Arial"/>
          </w:rPr>
          <w:fldChar w:fldCharType="begin"/>
        </w:r>
        <w:r w:rsidRPr="009C3AF0">
          <w:rPr>
            <w:rStyle w:val="PageNumber"/>
            <w:rFonts w:ascii="Arial" w:hAnsi="Arial" w:cs="Arial"/>
          </w:rPr>
          <w:instrText xml:space="preserve"> PAGE </w:instrText>
        </w:r>
        <w:r w:rsidRPr="009C3AF0">
          <w:rPr>
            <w:rStyle w:val="PageNumber"/>
            <w:rFonts w:ascii="Arial" w:hAnsi="Arial" w:cs="Arial"/>
          </w:rPr>
          <w:fldChar w:fldCharType="separate"/>
        </w:r>
        <w:r w:rsidRPr="009C3AF0">
          <w:rPr>
            <w:rStyle w:val="PageNumber"/>
            <w:rFonts w:ascii="Arial" w:hAnsi="Arial" w:cs="Arial"/>
            <w:noProof/>
          </w:rPr>
          <w:t>- 1 -</w:t>
        </w:r>
        <w:r w:rsidRPr="009C3AF0">
          <w:rPr>
            <w:rStyle w:val="PageNumber"/>
            <w:rFonts w:ascii="Arial" w:hAnsi="Arial" w:cs="Arial"/>
          </w:rPr>
          <w:fldChar w:fldCharType="end"/>
        </w:r>
      </w:p>
    </w:sdtContent>
  </w:sdt>
  <w:p w14:paraId="1A7AEB9B" w14:textId="37CC26BC" w:rsidR="00930F33" w:rsidRPr="009C3AF0" w:rsidRDefault="001216B9">
    <w:pPr>
      <w:pStyle w:val="Footer"/>
      <w:rPr>
        <w:rFonts w:ascii="Arial" w:hAnsi="Arial" w:cs="Arial"/>
        <w:color w:val="BFBFBF" w:themeColor="background1" w:themeShade="BF"/>
      </w:rPr>
    </w:pPr>
    <w:r w:rsidRPr="009C3AF0">
      <w:rPr>
        <w:rFonts w:ascii="Arial" w:hAnsi="Arial" w:cs="Arial"/>
        <w:color w:val="BFBFBF" w:themeColor="background1" w:themeShade="BF"/>
      </w:rPr>
      <w:ptab w:relativeTo="margin" w:alignment="center" w:leader="none"/>
    </w:r>
    <w:r w:rsidRPr="009C3AF0">
      <w:rPr>
        <w:rFonts w:ascii="Arial" w:hAnsi="Arial" w:cs="Arial"/>
        <w:color w:val="BFBFBF" w:themeColor="background1" w:themeShade="BF"/>
      </w:rPr>
      <w:ptab w:relativeTo="margin" w:alignment="right" w:leader="none"/>
    </w:r>
    <w:r w:rsidRPr="009C3AF0">
      <w:rPr>
        <w:rFonts w:ascii="Arial" w:hAnsi="Arial" w:cs="Arial"/>
        <w:color w:val="BFBFBF" w:themeColor="background1" w:themeShade="BF"/>
      </w:rPr>
      <w:t xml:space="preserve">Transcribed by </w:t>
    </w:r>
    <w:hyperlink r:id="rId1" w:history="1">
      <w:r w:rsidRPr="006E2A8C">
        <w:rPr>
          <w:rStyle w:val="Hyperlink"/>
          <w:rFonts w:ascii="Arial" w:hAnsi="Arial" w:cs="Arial"/>
        </w:rPr>
        <w:t>https://otter.ai</w:t>
      </w:r>
    </w:hyperlink>
    <w:bookmarkStart w:id="0" w:name="_GoBack"/>
    <w:bookmarkEnd w:id="0"/>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B6D5FB" w14:textId="77777777" w:rsidR="006E2A8C" w:rsidRDefault="006E2A8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68FD58C" w14:textId="77777777" w:rsidR="00ED3244" w:rsidRDefault="00ED3244">
      <w:pPr>
        <w:spacing w:after="0" w:line="240" w:lineRule="auto"/>
      </w:pPr>
      <w:r>
        <w:separator/>
      </w:r>
    </w:p>
  </w:footnote>
  <w:footnote w:type="continuationSeparator" w:id="0">
    <w:p w14:paraId="4B6704BD" w14:textId="77777777" w:rsidR="00ED3244" w:rsidRDefault="00ED324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B25ED7" w14:textId="77777777" w:rsidR="006E2A8C" w:rsidRDefault="006E2A8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3F039F9" w14:textId="77777777" w:rsidR="006E2A8C" w:rsidRDefault="006E2A8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962272" w14:textId="77777777" w:rsidR="006E2A8C" w:rsidRDefault="006E2A8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val="bestFit" w:percent="199"/>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50A6B"/>
    <w:rsid w:val="0006063C"/>
    <w:rsid w:val="00066610"/>
    <w:rsid w:val="001216B9"/>
    <w:rsid w:val="0015074B"/>
    <w:rsid w:val="0029639D"/>
    <w:rsid w:val="00326F90"/>
    <w:rsid w:val="004A641F"/>
    <w:rsid w:val="004B593C"/>
    <w:rsid w:val="006E2A8C"/>
    <w:rsid w:val="007749AF"/>
    <w:rsid w:val="00794EBC"/>
    <w:rsid w:val="00930F33"/>
    <w:rsid w:val="009C3AF0"/>
    <w:rsid w:val="00A12EE5"/>
    <w:rsid w:val="00AA1D8D"/>
    <w:rsid w:val="00B47730"/>
    <w:rsid w:val="00BA4C2B"/>
    <w:rsid w:val="00BD0140"/>
    <w:rsid w:val="00C24502"/>
    <w:rsid w:val="00CB0664"/>
    <w:rsid w:val="00D57E81"/>
    <w:rsid w:val="00ED324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488BA53"/>
  <w14:defaultImageDpi w14:val="300"/>
  <w15:docId w15:val="{BBBC883F-E58E-BB4C-A526-B24797FD08C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PageNumber">
    <w:name w:val="page number"/>
    <w:basedOn w:val="DefaultParagraphFont"/>
    <w:uiPriority w:val="99"/>
    <w:semiHidden/>
    <w:unhideWhenUsed/>
    <w:rsid w:val="001216B9"/>
  </w:style>
  <w:style w:type="character" w:styleId="Hyperlink">
    <w:name w:val="Hyperlink"/>
    <w:basedOn w:val="DefaultParagraphFont"/>
    <w:uiPriority w:val="99"/>
    <w:unhideWhenUsed/>
    <w:rsid w:val="006E2A8C"/>
    <w:rPr>
      <w:color w:val="0000FF" w:themeColor="hyperlink"/>
      <w:u w:val="single"/>
    </w:rPr>
  </w:style>
  <w:style w:type="character" w:styleId="UnresolvedMention">
    <w:name w:val="Unresolved Mention"/>
    <w:basedOn w:val="DefaultParagraphFont"/>
    <w:uiPriority w:val="99"/>
    <w:semiHidden/>
    <w:unhideWhenUsed/>
    <w:rsid w:val="006E2A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s://otter.ai/"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3411EC8-F1B9-C84B-81E7-620E13BCCD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0</Words>
  <Characters>0</Characters>
  <Application>Microsoft Office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Wen Sun</cp:lastModifiedBy>
  <cp:revision>7</cp:revision>
  <dcterms:created xsi:type="dcterms:W3CDTF">2019-09-10T23:59:00Z</dcterms:created>
  <dcterms:modified xsi:type="dcterms:W3CDTF">2019-09-12T19:02:00Z</dcterms:modified>
  <cp:category/>
</cp:coreProperties>
</file>