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fABLEd 7 Game of Thrones with guest host Melissa Simmons</w:t>
      </w:r>
    </w:p>
    <w:p>
      <w:r>
        <w:rPr>
          <w:rFonts w:ascii="Arial" w:hAnsi="Arial"/>
          <w:color w:val="4F6880"/>
          <w:sz w:val="22"/>
        </w:rPr>
        <w:t>Mon, Jun 26, 2023 9:00AM • 1:25:27</w:t>
      </w:r>
    </w:p>
    <w:p>
      <w:pPr>
        <w:spacing w:before="440" w:after="0"/>
      </w:pPr>
      <w:r>
        <w:rPr>
          <w:rFonts w:ascii="Arial" w:hAnsi="Arial"/>
          <w:b/>
          <w:color w:val="4F6880"/>
          <w:sz w:val="22"/>
        </w:rPr>
        <w:t>SUMMARY KEYWORDS</w:t>
      </w:r>
    </w:p>
    <w:p>
      <w:r>
        <w:rPr>
          <w:rFonts w:ascii="Arial" w:hAnsi="Arial"/>
          <w:color w:val="4F6880"/>
          <w:sz w:val="22"/>
        </w:rPr>
        <w:t>people, cersei, disability, person, bran, theon, episode, jamie, tyrion, books, love, peter dinklage, season, sister, prosthetic, character, winterfell, family, thought, happened</w:t>
      </w:r>
    </w:p>
    <w:p>
      <w:pPr>
        <w:spacing w:before="440" w:after="0"/>
      </w:pPr>
      <w:r>
        <w:rPr>
          <w:rFonts w:ascii="Arial" w:hAnsi="Arial"/>
          <w:b/>
          <w:color w:val="4F6880"/>
          <w:sz w:val="22"/>
        </w:rPr>
        <w:t>SPEAKERS</w:t>
      </w:r>
    </w:p>
    <w:p>
      <w:r>
        <w:rPr>
          <w:rFonts w:ascii="Arial" w:hAnsi="Arial"/>
          <w:color w:val="4F6880"/>
          <w:sz w:val="22"/>
        </w:rPr>
        <w:t>Theme Tune, both , Lucy, Alice, Melissa</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00:12</w:t>
      </w:r>
    </w:p>
    <w:p>
      <w:pPr>
        <w:spacing w:after="0"/>
      </w:pPr>
      <w:r>
        <w:rPr>
          <w:rFonts w:ascii="Arial" w:hAnsi="Arial"/>
          <w:sz w:val="22"/>
        </w:rPr>
        <w:t>We all live our lives differently, Kaledascope Identity, and this is who I'm meant to be, i'm just labeled me, I'm just labled me, I'm just labled me.</w:t>
      </w:r>
    </w:p>
    <w:p>
      <w:pPr>
        <w:spacing w:after="0"/>
      </w:pPr>
    </w:p>
    <w:p>
      <w:pPr>
        <w:spacing w:after="0"/>
      </w:pPr>
      <w:r>
        <w:rPr>
          <w:rFonts w:ascii="Arial" w:hAnsi="Arial"/>
          <w:b/>
          <w:sz w:val="22"/>
        </w:rPr>
        <w:t xml:space="preserve">Alice  </w:t>
      </w:r>
      <w:r>
        <w:rPr>
          <w:rFonts w:ascii="Arial" w:hAnsi="Arial"/>
          <w:color w:val="5D7284"/>
          <w:sz w:val="22"/>
        </w:rPr>
        <w:t>00:37</w:t>
      </w:r>
    </w:p>
    <w:p>
      <w:pPr>
        <w:spacing w:after="0"/>
      </w:pPr>
      <w:r>
        <w:rPr>
          <w:rFonts w:ascii="Arial" w:hAnsi="Arial"/>
          <w:sz w:val="22"/>
        </w:rPr>
        <w:t xml:space="preserve">Don't forget in this episode, I might swear, Lucy might cry, and you should check out the topic for this episode because it's probably going to be spoilers. Hello, everyone. Welcome to another episode of The lABLEd Podcast this week. It's me, Alice. And once again, I'm joined by another one of our fabulous previous guests, Melissa. Melissa was on the show actually, really quite recently, as part of our collaboration with the National Autistic Society. Melissa came on to talk to us about being a woman and a person of colour and a parent with autism and a parent of autistic children. So that was a really interesting episode if you guys want to go back and listen, that came out back in February. And during that episode, as with most episodes on the show, we went off on a tangent and had a little bit of a chat about Game of Thrones, and I learned that Melissa used to do a YouTube podcast about Game of Thrones. So I thought as part of our sort of a cover episodes that we're doing, I'd drag Melissa back on and get her to talk to us about Game of Thrones, because since talking to Melissa, I have now seen Game of Thrones I gave in. So I have I have had the the ending ruined for me not ruined, because I now know what the ending is but ruined because of my feelings towards the ending. Melissa is nodding. </w:t>
      </w:r>
    </w:p>
    <w:p>
      <w:pPr>
        <w:spacing w:after="0"/>
      </w:pPr>
    </w:p>
    <w:p>
      <w:pPr>
        <w:spacing w:after="0"/>
      </w:pPr>
      <w:r>
        <w:rPr>
          <w:rFonts w:ascii="Arial" w:hAnsi="Arial"/>
          <w:b/>
          <w:sz w:val="22"/>
        </w:rPr>
        <w:t xml:space="preserve">Melissa  </w:t>
      </w:r>
      <w:r>
        <w:rPr>
          <w:rFonts w:ascii="Arial" w:hAnsi="Arial"/>
          <w:color w:val="5D7284"/>
          <w:sz w:val="22"/>
        </w:rPr>
        <w:t>02:18</w:t>
      </w:r>
    </w:p>
    <w:p>
      <w:pPr>
        <w:spacing w:after="0"/>
      </w:pPr>
      <w:r>
        <w:rPr>
          <w:rFonts w:ascii="Arial" w:hAnsi="Arial"/>
          <w:sz w:val="22"/>
        </w:rPr>
        <w:t>And scowling. Yeah</w:t>
      </w:r>
    </w:p>
    <w:p>
      <w:pPr>
        <w:spacing w:after="0"/>
      </w:pPr>
    </w:p>
    <w:p>
      <w:pPr>
        <w:spacing w:after="0"/>
      </w:pPr>
      <w:r>
        <w:rPr>
          <w:rFonts w:ascii="Arial" w:hAnsi="Arial"/>
          <w:b/>
          <w:sz w:val="22"/>
        </w:rPr>
        <w:t xml:space="preserve">Alice  </w:t>
      </w:r>
      <w:r>
        <w:rPr>
          <w:rFonts w:ascii="Arial" w:hAnsi="Arial"/>
          <w:color w:val="5D7284"/>
          <w:sz w:val="22"/>
        </w:rPr>
        <w:t>02:22</w:t>
      </w:r>
    </w:p>
    <w:p>
      <w:pPr>
        <w:spacing w:after="0"/>
      </w:pPr>
      <w:r>
        <w:rPr>
          <w:rFonts w:ascii="Arial" w:hAnsi="Arial"/>
          <w:sz w:val="22"/>
        </w:rPr>
        <w:t>Thank you for coming back, Melissa. It's really nice to have you.</w:t>
      </w:r>
    </w:p>
    <w:p>
      <w:pPr>
        <w:spacing w:after="0"/>
      </w:pPr>
    </w:p>
    <w:p>
      <w:pPr>
        <w:spacing w:after="0"/>
      </w:pPr>
      <w:r>
        <w:rPr>
          <w:rFonts w:ascii="Arial" w:hAnsi="Arial"/>
          <w:b/>
          <w:sz w:val="22"/>
        </w:rPr>
        <w:t xml:space="preserve">Melissa  </w:t>
      </w:r>
      <w:r>
        <w:rPr>
          <w:rFonts w:ascii="Arial" w:hAnsi="Arial"/>
          <w:color w:val="5D7284"/>
          <w:sz w:val="22"/>
        </w:rPr>
        <w:t>02:25</w:t>
      </w:r>
    </w:p>
    <w:p>
      <w:pPr>
        <w:spacing w:after="0"/>
      </w:pPr>
      <w:r>
        <w:rPr>
          <w:rFonts w:ascii="Arial" w:hAnsi="Arial"/>
          <w:sz w:val="22"/>
        </w:rPr>
        <w:t>Thank you. It's lovely to be back.</w:t>
      </w:r>
    </w:p>
    <w:p>
      <w:pPr>
        <w:spacing w:after="0"/>
      </w:pPr>
    </w:p>
    <w:p>
      <w:pPr>
        <w:spacing w:after="0"/>
      </w:pPr>
      <w:r>
        <w:rPr>
          <w:rFonts w:ascii="Arial" w:hAnsi="Arial"/>
          <w:b/>
          <w:sz w:val="22"/>
        </w:rPr>
        <w:t xml:space="preserve">Alice  </w:t>
      </w:r>
      <w:r>
        <w:rPr>
          <w:rFonts w:ascii="Arial" w:hAnsi="Arial"/>
          <w:color w:val="5D7284"/>
          <w:sz w:val="22"/>
        </w:rPr>
        <w:t>02:27</w:t>
      </w:r>
    </w:p>
    <w:p>
      <w:pPr>
        <w:spacing w:after="0"/>
      </w:pPr>
      <w:r>
        <w:rPr>
          <w:rFonts w:ascii="Arial" w:hAnsi="Arial"/>
          <w:sz w:val="22"/>
        </w:rPr>
        <w:t>So, Game of Thrones. I, it's a big topic. when I first sort of raised it with you I was like, I don't know whether you want to try and try and squeeze disability and Game of Thrones into one episode. It feels like you could probably do about eight, because of all the different disabilities that different characters have in that show, or whether we're going to talk about a particular character this week.</w:t>
      </w:r>
    </w:p>
    <w:p>
      <w:pPr>
        <w:spacing w:after="0"/>
      </w:pPr>
    </w:p>
    <w:p>
      <w:pPr>
        <w:spacing w:after="0"/>
      </w:pPr>
      <w:r>
        <w:rPr>
          <w:rFonts w:ascii="Arial" w:hAnsi="Arial"/>
          <w:b/>
          <w:sz w:val="22"/>
        </w:rPr>
        <w:t xml:space="preserve">Melissa  </w:t>
      </w:r>
      <w:r>
        <w:rPr>
          <w:rFonts w:ascii="Arial" w:hAnsi="Arial"/>
          <w:color w:val="5D7284"/>
          <w:sz w:val="22"/>
        </w:rPr>
        <w:t>02:52</w:t>
      </w:r>
    </w:p>
    <w:p>
      <w:pPr>
        <w:spacing w:after="0"/>
      </w:pPr>
      <w:r>
        <w:rPr>
          <w:rFonts w:ascii="Arial" w:hAnsi="Arial"/>
          <w:sz w:val="22"/>
        </w:rPr>
        <w:t>Yeah. And I think initially I was going to talk about a particular character, but I think I want to talk about disability in Game of Thrones.</w:t>
      </w:r>
    </w:p>
    <w:p>
      <w:pPr>
        <w:spacing w:after="0"/>
      </w:pPr>
    </w:p>
    <w:p>
      <w:pPr>
        <w:spacing w:after="0"/>
      </w:pPr>
      <w:r>
        <w:rPr>
          <w:rFonts w:ascii="Arial" w:hAnsi="Arial"/>
          <w:b/>
          <w:sz w:val="22"/>
        </w:rPr>
        <w:t xml:space="preserve">Alice  </w:t>
      </w:r>
      <w:r>
        <w:rPr>
          <w:rFonts w:ascii="Arial" w:hAnsi="Arial"/>
          <w:color w:val="5D7284"/>
          <w:sz w:val="22"/>
        </w:rPr>
        <w:t>03:02</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03:03</w:t>
      </w:r>
    </w:p>
    <w:p>
      <w:pPr>
        <w:spacing w:after="0"/>
      </w:pPr>
      <w:r>
        <w:rPr>
          <w:rFonts w:ascii="Arial" w:hAnsi="Arial"/>
          <w:sz w:val="22"/>
        </w:rPr>
        <w:t>If that's ok</w:t>
      </w:r>
    </w:p>
    <w:p>
      <w:pPr>
        <w:spacing w:after="0"/>
      </w:pPr>
    </w:p>
    <w:p>
      <w:pPr>
        <w:spacing w:after="0"/>
      </w:pPr>
      <w:r>
        <w:rPr>
          <w:rFonts w:ascii="Arial" w:hAnsi="Arial"/>
          <w:b/>
          <w:sz w:val="22"/>
        </w:rPr>
        <w:t xml:space="preserve">Alice  </w:t>
      </w:r>
      <w:r>
        <w:rPr>
          <w:rFonts w:ascii="Arial" w:hAnsi="Arial"/>
          <w:color w:val="5D7284"/>
          <w:sz w:val="22"/>
        </w:rPr>
        <w:t>03:03</w:t>
      </w:r>
    </w:p>
    <w:p>
      <w:pPr>
        <w:spacing w:after="0"/>
      </w:pPr>
      <w:r>
        <w:rPr>
          <w:rFonts w:ascii="Arial" w:hAnsi="Arial"/>
          <w:sz w:val="22"/>
        </w:rPr>
        <w:t>Yeah, I mean, yes, absolutely. Yeah. I mean, there's, there's so there's so much to cover, I think. And there's so you know, there's some, some really, varied sort of a lot of changes, I think in disabled characters. But yeah, I think, well, I mean, let's, let's get stuck in. Melissa, if you'd like to kind of take the reins.</w:t>
      </w:r>
    </w:p>
    <w:p>
      <w:pPr>
        <w:spacing w:after="0"/>
      </w:pPr>
    </w:p>
    <w:p>
      <w:pPr>
        <w:spacing w:after="0"/>
      </w:pPr>
      <w:r>
        <w:rPr>
          <w:rFonts w:ascii="Arial" w:hAnsi="Arial"/>
          <w:b/>
          <w:sz w:val="22"/>
        </w:rPr>
        <w:t xml:space="preserve">Melissa  </w:t>
      </w:r>
      <w:r>
        <w:rPr>
          <w:rFonts w:ascii="Arial" w:hAnsi="Arial"/>
          <w:color w:val="5D7284"/>
          <w:sz w:val="22"/>
        </w:rPr>
        <w:t>03:28</w:t>
      </w:r>
    </w:p>
    <w:p>
      <w:pPr>
        <w:spacing w:after="0"/>
      </w:pPr>
      <w:r>
        <w:rPr>
          <w:rFonts w:ascii="Arial" w:hAnsi="Arial"/>
          <w:sz w:val="22"/>
        </w:rPr>
        <w:t xml:space="preserve">Have you watched the House of the Dragons as well? </w:t>
      </w:r>
    </w:p>
    <w:p>
      <w:pPr>
        <w:spacing w:after="0"/>
      </w:pPr>
    </w:p>
    <w:p>
      <w:pPr>
        <w:spacing w:after="0"/>
      </w:pPr>
      <w:r>
        <w:rPr>
          <w:rFonts w:ascii="Arial" w:hAnsi="Arial"/>
          <w:b/>
          <w:sz w:val="22"/>
        </w:rPr>
        <w:t xml:space="preserve">Alice  </w:t>
      </w:r>
      <w:r>
        <w:rPr>
          <w:rFonts w:ascii="Arial" w:hAnsi="Arial"/>
          <w:color w:val="5D7284"/>
          <w:sz w:val="22"/>
        </w:rPr>
        <w:t>03:31</w:t>
      </w:r>
    </w:p>
    <w:p>
      <w:pPr>
        <w:spacing w:after="0"/>
      </w:pPr>
      <w:r>
        <w:rPr>
          <w:rFonts w:ascii="Arial" w:hAnsi="Arial"/>
          <w:sz w:val="22"/>
        </w:rPr>
        <w:t>I haven't watched House of the Dragons yet, it's on my list</w:t>
      </w:r>
    </w:p>
    <w:p>
      <w:pPr>
        <w:spacing w:after="0"/>
      </w:pPr>
    </w:p>
    <w:p>
      <w:pPr>
        <w:spacing w:after="0"/>
      </w:pPr>
      <w:r>
        <w:rPr>
          <w:rFonts w:ascii="Arial" w:hAnsi="Arial"/>
          <w:b/>
          <w:sz w:val="22"/>
        </w:rPr>
        <w:t xml:space="preserve">Melissa  </w:t>
      </w:r>
      <w:r>
        <w:rPr>
          <w:rFonts w:ascii="Arial" w:hAnsi="Arial"/>
          <w:color w:val="5D7284"/>
          <w:sz w:val="22"/>
        </w:rPr>
        <w:t>03:40</w:t>
      </w:r>
    </w:p>
    <w:p>
      <w:pPr>
        <w:spacing w:after="0"/>
      </w:pPr>
      <w:r>
        <w:rPr>
          <w:rFonts w:ascii="Arial" w:hAnsi="Arial"/>
          <w:sz w:val="22"/>
        </w:rPr>
        <w:t>Oh come on!</w:t>
      </w:r>
    </w:p>
    <w:p>
      <w:pPr>
        <w:spacing w:after="0"/>
      </w:pPr>
    </w:p>
    <w:p>
      <w:pPr>
        <w:spacing w:after="0"/>
      </w:pPr>
      <w:r>
        <w:rPr>
          <w:rFonts w:ascii="Arial" w:hAnsi="Arial"/>
          <w:b/>
          <w:sz w:val="22"/>
        </w:rPr>
        <w:t xml:space="preserve">both   </w:t>
      </w:r>
      <w:r>
        <w:rPr>
          <w:rFonts w:ascii="Arial" w:hAnsi="Arial"/>
          <w:color w:val="5D7284"/>
          <w:sz w:val="22"/>
        </w:rPr>
        <w:t>03:40</w:t>
      </w:r>
    </w:p>
    <w:p>
      <w:pPr>
        <w:spacing w:after="0"/>
      </w:pPr>
      <w:r>
        <w:rPr>
          <w:rFonts w:ascii="Arial" w:hAnsi="Arial"/>
          <w:sz w:val="22"/>
        </w:rPr>
        <w:t>(Laughing)</w:t>
      </w:r>
    </w:p>
    <w:p>
      <w:pPr>
        <w:spacing w:after="0"/>
      </w:pPr>
    </w:p>
    <w:p>
      <w:pPr>
        <w:spacing w:after="0"/>
      </w:pPr>
      <w:r>
        <w:rPr>
          <w:rFonts w:ascii="Arial" w:hAnsi="Arial"/>
          <w:b/>
          <w:sz w:val="22"/>
        </w:rPr>
        <w:t xml:space="preserve">Melissa  </w:t>
      </w:r>
      <w:r>
        <w:rPr>
          <w:rFonts w:ascii="Arial" w:hAnsi="Arial"/>
          <w:color w:val="5D7284"/>
          <w:sz w:val="22"/>
        </w:rPr>
        <w:t>03:40</w:t>
      </w:r>
    </w:p>
    <w:p>
      <w:pPr>
        <w:spacing w:after="0"/>
      </w:pPr>
      <w:r>
        <w:rPr>
          <w:rFonts w:ascii="Arial" w:hAnsi="Arial"/>
          <w:sz w:val="22"/>
        </w:rPr>
        <w:t>Oh come on! Ok</w:t>
      </w:r>
    </w:p>
    <w:p>
      <w:pPr>
        <w:spacing w:after="0"/>
      </w:pPr>
    </w:p>
    <w:p>
      <w:pPr>
        <w:spacing w:after="0"/>
      </w:pPr>
      <w:r>
        <w:rPr>
          <w:rFonts w:ascii="Arial" w:hAnsi="Arial"/>
          <w:b/>
          <w:sz w:val="22"/>
        </w:rPr>
        <w:t xml:space="preserve">Alice  </w:t>
      </w:r>
      <w:r>
        <w:rPr>
          <w:rFonts w:ascii="Arial" w:hAnsi="Arial"/>
          <w:color w:val="5D7284"/>
          <w:sz w:val="22"/>
        </w:rPr>
        <w:t>03:40</w:t>
      </w:r>
    </w:p>
    <w:p>
      <w:pPr>
        <w:spacing w:after="0"/>
      </w:pPr>
      <w:r>
        <w:rPr>
          <w:rFonts w:ascii="Arial" w:hAnsi="Arial"/>
          <w:sz w:val="22"/>
        </w:rPr>
        <w:t>That one's on my list</w:t>
      </w:r>
    </w:p>
    <w:p>
      <w:pPr>
        <w:spacing w:after="0"/>
      </w:pPr>
    </w:p>
    <w:p>
      <w:pPr>
        <w:spacing w:after="0"/>
      </w:pPr>
      <w:r>
        <w:rPr>
          <w:rFonts w:ascii="Arial" w:hAnsi="Arial"/>
          <w:b/>
          <w:sz w:val="22"/>
        </w:rPr>
        <w:t xml:space="preserve">Alice  </w:t>
      </w:r>
      <w:r>
        <w:rPr>
          <w:rFonts w:ascii="Arial" w:hAnsi="Arial"/>
          <w:color w:val="5D7284"/>
          <w:sz w:val="22"/>
        </w:rPr>
        <w:t>03:41</w:t>
      </w:r>
    </w:p>
    <w:p>
      <w:pPr>
        <w:spacing w:after="0"/>
      </w:pPr>
      <w:r>
        <w:rPr>
          <w:rFonts w:ascii="Arial" w:hAnsi="Arial"/>
          <w:sz w:val="22"/>
        </w:rPr>
        <w:t>I only just finished Game of Thrones. Give me a break.</w:t>
      </w:r>
    </w:p>
    <w:p>
      <w:pPr>
        <w:spacing w:after="0"/>
      </w:pPr>
    </w:p>
    <w:p>
      <w:pPr>
        <w:spacing w:after="0"/>
      </w:pPr>
      <w:r>
        <w:rPr>
          <w:rFonts w:ascii="Arial" w:hAnsi="Arial"/>
          <w:b/>
          <w:sz w:val="22"/>
        </w:rPr>
        <w:t xml:space="preserve">Melissa  </w:t>
      </w:r>
      <w:r>
        <w:rPr>
          <w:rFonts w:ascii="Arial" w:hAnsi="Arial"/>
          <w:color w:val="5D7284"/>
          <w:sz w:val="22"/>
        </w:rPr>
        <w:t>03:44</w:t>
      </w:r>
    </w:p>
    <w:p>
      <w:pPr>
        <w:spacing w:after="0"/>
      </w:pPr>
      <w:r>
        <w:rPr>
          <w:rFonts w:ascii="Arial" w:hAnsi="Arial"/>
          <w:sz w:val="22"/>
        </w:rPr>
        <w:t>OK, I'll let you off somewhat, I mean, it's only 10 episodes, you could watch that quite easily, in my opinion but I know, life gets in the way.</w:t>
      </w:r>
    </w:p>
    <w:p>
      <w:pPr>
        <w:spacing w:after="0"/>
      </w:pPr>
    </w:p>
    <w:p>
      <w:pPr>
        <w:spacing w:after="0"/>
      </w:pPr>
      <w:r>
        <w:rPr>
          <w:rFonts w:ascii="Arial" w:hAnsi="Arial"/>
          <w:b/>
          <w:sz w:val="22"/>
        </w:rPr>
        <w:t xml:space="preserve">Alice  </w:t>
      </w:r>
      <w:r>
        <w:rPr>
          <w:rFonts w:ascii="Arial" w:hAnsi="Arial"/>
          <w:color w:val="5D7284"/>
          <w:sz w:val="22"/>
        </w:rPr>
        <w:t>03:56</w:t>
      </w:r>
    </w:p>
    <w:p>
      <w:pPr>
        <w:spacing w:after="0"/>
      </w:pPr>
      <w:r>
        <w:rPr>
          <w:rFonts w:ascii="Arial" w:hAnsi="Arial"/>
          <w:sz w:val="22"/>
        </w:rPr>
        <w:t xml:space="preserve">Yeah, as you said, it's finding the time </w:t>
      </w:r>
    </w:p>
    <w:p>
      <w:pPr>
        <w:spacing w:after="0"/>
      </w:pPr>
    </w:p>
    <w:p>
      <w:pPr>
        <w:spacing w:after="0"/>
      </w:pPr>
      <w:r>
        <w:rPr>
          <w:rFonts w:ascii="Arial" w:hAnsi="Arial"/>
          <w:b/>
          <w:sz w:val="22"/>
        </w:rPr>
        <w:t xml:space="preserve">Alice  </w:t>
      </w:r>
      <w:r>
        <w:rPr>
          <w:rFonts w:ascii="Arial" w:hAnsi="Arial"/>
          <w:color w:val="5D7284"/>
          <w:sz w:val="22"/>
        </w:rPr>
        <w:t>03:57</w:t>
      </w:r>
    </w:p>
    <w:p>
      <w:pPr>
        <w:spacing w:after="0"/>
      </w:pPr>
      <w:r>
        <w:rPr>
          <w:rFonts w:ascii="Arial" w:hAnsi="Arial"/>
          <w:sz w:val="22"/>
        </w:rPr>
        <w:t xml:space="preserve">and one of the things that really irritatingly, so HBO are really good about doing audio description for all of their shows. But you can't get any straight up like access to HBO, Max or anything like that here in the UK. </w:t>
      </w:r>
    </w:p>
    <w:p>
      <w:pPr>
        <w:spacing w:after="0"/>
      </w:pPr>
    </w:p>
    <w:p>
      <w:pPr>
        <w:spacing w:after="0"/>
      </w:pPr>
      <w:r>
        <w:rPr>
          <w:rFonts w:ascii="Arial" w:hAnsi="Arial"/>
          <w:b/>
          <w:sz w:val="22"/>
        </w:rPr>
        <w:t xml:space="preserve">Melissa  </w:t>
      </w:r>
      <w:r>
        <w:rPr>
          <w:rFonts w:ascii="Arial" w:hAnsi="Arial"/>
          <w:color w:val="5D7284"/>
          <w:sz w:val="22"/>
        </w:rPr>
        <w:t>04:18</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04:18</w:t>
      </w:r>
    </w:p>
    <w:p>
      <w:pPr>
        <w:spacing w:after="0"/>
      </w:pPr>
      <w:r>
        <w:rPr>
          <w:rFonts w:ascii="Arial" w:hAnsi="Arial"/>
          <w:sz w:val="22"/>
        </w:rPr>
        <w:t>Hmm</w:t>
      </w:r>
    </w:p>
    <w:p>
      <w:pPr>
        <w:spacing w:after="0"/>
      </w:pPr>
    </w:p>
    <w:p>
      <w:pPr>
        <w:spacing w:after="0"/>
      </w:pPr>
      <w:r>
        <w:rPr>
          <w:rFonts w:ascii="Arial" w:hAnsi="Arial"/>
          <w:b/>
          <w:sz w:val="22"/>
        </w:rPr>
        <w:t xml:space="preserve">Alice  </w:t>
      </w:r>
      <w:r>
        <w:rPr>
          <w:rFonts w:ascii="Arial" w:hAnsi="Arial"/>
          <w:color w:val="5D7284"/>
          <w:sz w:val="22"/>
        </w:rPr>
        <w:t>04:18</w:t>
      </w:r>
    </w:p>
    <w:p>
      <w:pPr>
        <w:spacing w:after="0"/>
      </w:pPr>
      <w:r>
        <w:rPr>
          <w:rFonts w:ascii="Arial" w:hAnsi="Arial"/>
          <w:sz w:val="22"/>
        </w:rPr>
        <w:t xml:space="preserve">So any of the shows that you like, you can watch some of them on Sky, </w:t>
      </w:r>
    </w:p>
    <w:p>
      <w:pPr>
        <w:spacing w:after="0"/>
      </w:pPr>
    </w:p>
    <w:p>
      <w:pPr>
        <w:spacing w:after="0"/>
      </w:pPr>
      <w:r>
        <w:rPr>
          <w:rFonts w:ascii="Arial" w:hAnsi="Arial"/>
          <w:b/>
          <w:sz w:val="22"/>
        </w:rPr>
        <w:t xml:space="preserve">Alice  </w:t>
      </w:r>
      <w:r>
        <w:rPr>
          <w:rFonts w:ascii="Arial" w:hAnsi="Arial"/>
          <w:color w:val="5D7284"/>
          <w:sz w:val="22"/>
        </w:rPr>
        <w:t>04:24</w:t>
      </w:r>
    </w:p>
    <w:p>
      <w:pPr>
        <w:spacing w:after="0"/>
      </w:pPr>
      <w:r>
        <w:rPr>
          <w:rFonts w:ascii="Arial" w:hAnsi="Arial"/>
          <w:sz w:val="22"/>
        </w:rPr>
        <w:t xml:space="preserve">but Sky can be a bit hit and miss about whether they provide the audio description, </w:t>
      </w:r>
    </w:p>
    <w:p>
      <w:pPr>
        <w:spacing w:after="0"/>
      </w:pPr>
    </w:p>
    <w:p>
      <w:pPr>
        <w:spacing w:after="0"/>
      </w:pPr>
      <w:r>
        <w:rPr>
          <w:rFonts w:ascii="Arial" w:hAnsi="Arial"/>
          <w:b/>
          <w:sz w:val="22"/>
        </w:rPr>
        <w:t xml:space="preserve">Melissa  </w:t>
      </w:r>
      <w:r>
        <w:rPr>
          <w:rFonts w:ascii="Arial" w:hAnsi="Arial"/>
          <w:color w:val="5D7284"/>
          <w:sz w:val="22"/>
        </w:rPr>
        <w:t>04:27</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04:28</w:t>
      </w:r>
    </w:p>
    <w:p>
      <w:pPr>
        <w:spacing w:after="0"/>
      </w:pPr>
      <w:r>
        <w:rPr>
          <w:rFonts w:ascii="Arial" w:hAnsi="Arial"/>
          <w:sz w:val="22"/>
        </w:rPr>
        <w:t xml:space="preserve">right. </w:t>
      </w:r>
    </w:p>
    <w:p>
      <w:pPr>
        <w:spacing w:after="0"/>
      </w:pPr>
    </w:p>
    <w:p>
      <w:pPr>
        <w:spacing w:after="0"/>
      </w:pPr>
      <w:r>
        <w:rPr>
          <w:rFonts w:ascii="Arial" w:hAnsi="Arial"/>
          <w:b/>
          <w:sz w:val="22"/>
        </w:rPr>
        <w:t xml:space="preserve">Alice  </w:t>
      </w:r>
      <w:r>
        <w:rPr>
          <w:rFonts w:ascii="Arial" w:hAnsi="Arial"/>
          <w:color w:val="5D7284"/>
          <w:sz w:val="22"/>
        </w:rPr>
        <w:t>04:29</w:t>
      </w:r>
    </w:p>
    <w:p>
      <w:pPr>
        <w:spacing w:after="0"/>
      </w:pPr>
      <w:r>
        <w:rPr>
          <w:rFonts w:ascii="Arial" w:hAnsi="Arial"/>
          <w:sz w:val="22"/>
        </w:rPr>
        <w:t xml:space="preserve">So my poor, long suffering husband downloaded every episode of Game of Thrones and then downloaded a separate audio track that had the audio description and all the conversation and stuff in it, and then matched it all up. </w:t>
      </w:r>
    </w:p>
    <w:p>
      <w:pPr>
        <w:spacing w:after="0"/>
      </w:pPr>
    </w:p>
    <w:p>
      <w:pPr>
        <w:spacing w:after="0"/>
      </w:pPr>
      <w:r>
        <w:rPr>
          <w:rFonts w:ascii="Arial" w:hAnsi="Arial"/>
          <w:b/>
          <w:sz w:val="22"/>
        </w:rPr>
        <w:t xml:space="preserve">Melissa  </w:t>
      </w:r>
      <w:r>
        <w:rPr>
          <w:rFonts w:ascii="Arial" w:hAnsi="Arial"/>
          <w:color w:val="5D7284"/>
          <w:sz w:val="22"/>
        </w:rPr>
        <w:t>04:43</w:t>
      </w:r>
    </w:p>
    <w:p>
      <w:pPr>
        <w:spacing w:after="0"/>
      </w:pPr>
      <w:r>
        <w:rPr>
          <w:rFonts w:ascii="Arial" w:hAnsi="Arial"/>
          <w:sz w:val="22"/>
        </w:rPr>
        <w:t>Oh gosh, what a good husband</w:t>
      </w:r>
    </w:p>
    <w:p>
      <w:pPr>
        <w:spacing w:after="0"/>
      </w:pPr>
    </w:p>
    <w:p>
      <w:pPr>
        <w:spacing w:after="0"/>
      </w:pPr>
      <w:r>
        <w:rPr>
          <w:rFonts w:ascii="Arial" w:hAnsi="Arial"/>
          <w:b/>
          <w:sz w:val="22"/>
        </w:rPr>
        <w:t xml:space="preserve">Alice  </w:t>
      </w:r>
      <w:r>
        <w:rPr>
          <w:rFonts w:ascii="Arial" w:hAnsi="Arial"/>
          <w:color w:val="5D7284"/>
          <w:sz w:val="22"/>
        </w:rPr>
        <w:t>04:45</w:t>
      </w:r>
    </w:p>
    <w:p>
      <w:pPr>
        <w:spacing w:after="0"/>
      </w:pPr>
      <w:r>
        <w:rPr>
          <w:rFonts w:ascii="Arial" w:hAnsi="Arial"/>
          <w:sz w:val="22"/>
        </w:rPr>
        <w:t>I know right?</w:t>
      </w:r>
    </w:p>
    <w:p>
      <w:pPr>
        <w:spacing w:after="0"/>
      </w:pPr>
    </w:p>
    <w:p>
      <w:pPr>
        <w:spacing w:after="0"/>
      </w:pPr>
      <w:r>
        <w:rPr>
          <w:rFonts w:ascii="Arial" w:hAnsi="Arial"/>
          <w:b/>
          <w:sz w:val="22"/>
        </w:rPr>
        <w:t xml:space="preserve">Melissa  </w:t>
      </w:r>
      <w:r>
        <w:rPr>
          <w:rFonts w:ascii="Arial" w:hAnsi="Arial"/>
          <w:color w:val="5D7284"/>
          <w:sz w:val="22"/>
        </w:rPr>
        <w:t>04:46</w:t>
      </w:r>
    </w:p>
    <w:p>
      <w:pPr>
        <w:spacing w:after="0"/>
      </w:pPr>
      <w:r>
        <w:rPr>
          <w:rFonts w:ascii="Arial" w:hAnsi="Arial"/>
          <w:sz w:val="22"/>
        </w:rPr>
        <w:t xml:space="preserve">This is it. I'm talking from a place of privilege where I can just go and watch an episode whenever I feel like I don't have to take into account any of that. Although as an autistic person subtitles helps a lot. </w:t>
      </w:r>
    </w:p>
    <w:p>
      <w:pPr>
        <w:spacing w:after="0"/>
      </w:pPr>
    </w:p>
    <w:p>
      <w:pPr>
        <w:spacing w:after="0"/>
      </w:pPr>
      <w:r>
        <w:rPr>
          <w:rFonts w:ascii="Arial" w:hAnsi="Arial"/>
          <w:b/>
          <w:sz w:val="22"/>
        </w:rPr>
        <w:t xml:space="preserve">Alice  </w:t>
      </w:r>
      <w:r>
        <w:rPr>
          <w:rFonts w:ascii="Arial" w:hAnsi="Arial"/>
          <w:color w:val="5D7284"/>
          <w:sz w:val="22"/>
        </w:rPr>
        <w:t>05:03</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05:03</w:t>
      </w:r>
    </w:p>
    <w:p>
      <w:pPr>
        <w:spacing w:after="0"/>
      </w:pPr>
      <w:r>
        <w:rPr>
          <w:rFonts w:ascii="Arial" w:hAnsi="Arial"/>
          <w:sz w:val="22"/>
        </w:rPr>
        <w:t>And I get really frustrated when subtitles don't match what's being said in a show or if they don't have subtitles. But if subtitles aren't there, it's it's not the end of the world for me. So I'm, I'm talking from a person with with privilege. That makes sense.</w:t>
      </w:r>
    </w:p>
    <w:p>
      <w:pPr>
        <w:spacing w:after="0"/>
      </w:pPr>
    </w:p>
    <w:p>
      <w:pPr>
        <w:spacing w:after="0"/>
      </w:pPr>
      <w:r>
        <w:rPr>
          <w:rFonts w:ascii="Arial" w:hAnsi="Arial"/>
          <w:b/>
          <w:sz w:val="22"/>
        </w:rPr>
        <w:t xml:space="preserve">Alice  </w:t>
      </w:r>
      <w:r>
        <w:rPr>
          <w:rFonts w:ascii="Arial" w:hAnsi="Arial"/>
          <w:color w:val="5D7284"/>
          <w:sz w:val="22"/>
        </w:rPr>
        <w:t>05:21</w:t>
      </w:r>
    </w:p>
    <w:p>
      <w:pPr>
        <w:spacing w:after="0"/>
      </w:pPr>
      <w:r>
        <w:rPr>
          <w:rFonts w:ascii="Arial" w:hAnsi="Arial"/>
          <w:sz w:val="22"/>
        </w:rPr>
        <w:t xml:space="preserve">Yeah, no, it's, it's, I understand. And then in terms of subtitles, I think the things that always really wind me up is, I understand that Subtitles can be really difficult for live TV. But if it's a pre recorded show, you've got no excuses, just laziness. </w:t>
      </w:r>
    </w:p>
    <w:p>
      <w:pPr>
        <w:spacing w:after="0"/>
      </w:pPr>
    </w:p>
    <w:p>
      <w:pPr>
        <w:spacing w:after="0"/>
      </w:pPr>
      <w:r>
        <w:rPr>
          <w:rFonts w:ascii="Arial" w:hAnsi="Arial"/>
          <w:b/>
          <w:sz w:val="22"/>
        </w:rPr>
        <w:t xml:space="preserve">Melissa  </w:t>
      </w:r>
      <w:r>
        <w:rPr>
          <w:rFonts w:ascii="Arial" w:hAnsi="Arial"/>
          <w:color w:val="5D7284"/>
          <w:sz w:val="22"/>
        </w:rPr>
        <w:t>05:36</w:t>
      </w:r>
    </w:p>
    <w:p>
      <w:pPr>
        <w:spacing w:after="0"/>
      </w:pPr>
      <w:r>
        <w:rPr>
          <w:rFonts w:ascii="Arial" w:hAnsi="Arial"/>
          <w:sz w:val="22"/>
        </w:rPr>
        <w:t xml:space="preserve">100%. </w:t>
      </w:r>
    </w:p>
    <w:p>
      <w:pPr>
        <w:spacing w:after="0"/>
      </w:pPr>
    </w:p>
    <w:p>
      <w:pPr>
        <w:spacing w:after="0"/>
      </w:pPr>
      <w:r>
        <w:rPr>
          <w:rFonts w:ascii="Arial" w:hAnsi="Arial"/>
          <w:b/>
          <w:sz w:val="22"/>
        </w:rPr>
        <w:t xml:space="preserve">Alice  </w:t>
      </w:r>
      <w:r>
        <w:rPr>
          <w:rFonts w:ascii="Arial" w:hAnsi="Arial"/>
          <w:color w:val="5D7284"/>
          <w:sz w:val="22"/>
        </w:rPr>
        <w:t>05:37</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05:38</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05:39</w:t>
      </w:r>
    </w:p>
    <w:p>
      <w:pPr>
        <w:spacing w:after="0"/>
      </w:pPr>
      <w:r>
        <w:rPr>
          <w:rFonts w:ascii="Arial" w:hAnsi="Arial"/>
          <w:sz w:val="22"/>
        </w:rPr>
        <w:t>So yes, so Game of Thrones, disability,</w:t>
      </w:r>
    </w:p>
    <w:p>
      <w:pPr>
        <w:spacing w:after="0"/>
      </w:pPr>
    </w:p>
    <w:p>
      <w:pPr>
        <w:spacing w:after="0"/>
      </w:pPr>
      <w:r>
        <w:rPr>
          <w:rFonts w:ascii="Arial" w:hAnsi="Arial"/>
          <w:b/>
          <w:sz w:val="22"/>
        </w:rPr>
        <w:t xml:space="preserve">Melissa  </w:t>
      </w:r>
      <w:r>
        <w:rPr>
          <w:rFonts w:ascii="Arial" w:hAnsi="Arial"/>
          <w:color w:val="5D7284"/>
          <w:sz w:val="22"/>
        </w:rPr>
        <w:t>05:44</w:t>
      </w:r>
    </w:p>
    <w:p>
      <w:pPr>
        <w:spacing w:after="0"/>
      </w:pPr>
      <w:r>
        <w:rPr>
          <w:rFonts w:ascii="Arial" w:hAnsi="Arial"/>
          <w:sz w:val="22"/>
        </w:rPr>
        <w:t xml:space="preserve">Game of Thrones and disability. So I think there's, there's two things on like reflecting for this, this podcast, those two things I thought of, so you have the visible disabilities, of which we have Tyrion. </w:t>
      </w:r>
    </w:p>
    <w:p>
      <w:pPr>
        <w:spacing w:after="0"/>
      </w:pPr>
    </w:p>
    <w:p>
      <w:pPr>
        <w:spacing w:after="0"/>
      </w:pPr>
      <w:r>
        <w:rPr>
          <w:rFonts w:ascii="Arial" w:hAnsi="Arial"/>
          <w:b/>
          <w:sz w:val="22"/>
        </w:rPr>
        <w:t xml:space="preserve">Alice  </w:t>
      </w:r>
      <w:r>
        <w:rPr>
          <w:rFonts w:ascii="Arial" w:hAnsi="Arial"/>
          <w:color w:val="5D7284"/>
          <w:sz w:val="22"/>
        </w:rPr>
        <w:t>06:04</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06:04</w:t>
      </w:r>
    </w:p>
    <w:p>
      <w:pPr>
        <w:spacing w:after="0"/>
      </w:pPr>
      <w:r>
        <w:rPr>
          <w:rFonts w:ascii="Arial" w:hAnsi="Arial"/>
          <w:sz w:val="22"/>
        </w:rPr>
        <w:t xml:space="preserve">because he's a small person. And we have some people who are they have difficulties with sight, but you can tell because of the covering of their eyes. </w:t>
      </w:r>
    </w:p>
    <w:p>
      <w:pPr>
        <w:spacing w:after="0"/>
      </w:pPr>
    </w:p>
    <w:p>
      <w:pPr>
        <w:spacing w:after="0"/>
      </w:pPr>
      <w:r>
        <w:rPr>
          <w:rFonts w:ascii="Arial" w:hAnsi="Arial"/>
          <w:b/>
          <w:sz w:val="22"/>
        </w:rPr>
        <w:t xml:space="preserve">Alice  </w:t>
      </w:r>
      <w:r>
        <w:rPr>
          <w:rFonts w:ascii="Arial" w:hAnsi="Arial"/>
          <w:color w:val="5D7284"/>
          <w:sz w:val="22"/>
        </w:rPr>
        <w:t>06:18</w:t>
      </w:r>
    </w:p>
    <w:p>
      <w:pPr>
        <w:spacing w:after="0"/>
      </w:pPr>
      <w:r>
        <w:rPr>
          <w:rFonts w:ascii="Arial" w:hAnsi="Arial"/>
          <w:sz w:val="22"/>
        </w:rPr>
        <w:t>Yeah. Yeah.</w:t>
      </w:r>
    </w:p>
    <w:p>
      <w:pPr>
        <w:spacing w:after="0"/>
      </w:pPr>
    </w:p>
    <w:p>
      <w:pPr>
        <w:spacing w:after="0"/>
      </w:pPr>
      <w:r>
        <w:rPr>
          <w:rFonts w:ascii="Arial" w:hAnsi="Arial"/>
          <w:b/>
          <w:sz w:val="22"/>
        </w:rPr>
        <w:t xml:space="preserve">Melissa  </w:t>
      </w:r>
      <w:r>
        <w:rPr>
          <w:rFonts w:ascii="Arial" w:hAnsi="Arial"/>
          <w:color w:val="5D7284"/>
          <w:sz w:val="22"/>
        </w:rPr>
        <w:t>06:19</w:t>
      </w:r>
    </w:p>
    <w:p>
      <w:pPr>
        <w:spacing w:after="0"/>
      </w:pPr>
      <w:r>
        <w:rPr>
          <w:rFonts w:ascii="Arial" w:hAnsi="Arial"/>
          <w:sz w:val="22"/>
        </w:rPr>
        <w:t>So you can tell that they're, they have a disability with their vision. And then you have the invisible disabilities. So and a lot of the invisible disabilities are, were inflicted in childhood.</w:t>
      </w:r>
    </w:p>
    <w:p>
      <w:pPr>
        <w:spacing w:after="0"/>
      </w:pPr>
    </w:p>
    <w:p>
      <w:pPr>
        <w:spacing w:after="0"/>
      </w:pPr>
      <w:r>
        <w:rPr>
          <w:rFonts w:ascii="Arial" w:hAnsi="Arial"/>
          <w:b/>
          <w:sz w:val="22"/>
        </w:rPr>
        <w:t xml:space="preserve">Alice  </w:t>
      </w:r>
      <w:r>
        <w:rPr>
          <w:rFonts w:ascii="Arial" w:hAnsi="Arial"/>
          <w:color w:val="5D7284"/>
          <w:sz w:val="22"/>
        </w:rPr>
        <w:t>06:35</w:t>
      </w:r>
    </w:p>
    <w:p>
      <w:pPr>
        <w:spacing w:after="0"/>
      </w:pPr>
      <w:r>
        <w:rPr>
          <w:rFonts w:ascii="Arial" w:hAnsi="Arial"/>
          <w:sz w:val="22"/>
        </w:rPr>
        <w:t xml:space="preserve">Yeah, there's a lot of acquired disabilities. </w:t>
      </w:r>
    </w:p>
    <w:p>
      <w:pPr>
        <w:spacing w:after="0"/>
      </w:pPr>
    </w:p>
    <w:p>
      <w:pPr>
        <w:spacing w:after="0"/>
      </w:pPr>
      <w:r>
        <w:rPr>
          <w:rFonts w:ascii="Arial" w:hAnsi="Arial"/>
          <w:b/>
          <w:sz w:val="22"/>
        </w:rPr>
        <w:t xml:space="preserve">Melissa  </w:t>
      </w:r>
      <w:r>
        <w:rPr>
          <w:rFonts w:ascii="Arial" w:hAnsi="Arial"/>
          <w:color w:val="5D7284"/>
          <w:sz w:val="22"/>
        </w:rPr>
        <w:t>06:38</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06:39</w:t>
      </w:r>
    </w:p>
    <w:p>
      <w:pPr>
        <w:spacing w:after="0"/>
      </w:pPr>
      <w:r>
        <w:rPr>
          <w:rFonts w:ascii="Arial" w:hAnsi="Arial"/>
          <w:sz w:val="22"/>
        </w:rPr>
        <w:t xml:space="preserve">Which I think, actually, in a lot of ways you think about the sort of semi historical setting that kind of medieval setting. I suspect actually, there was probably a lot of disability caused following accidents and things like that, I think, you know, golden hands and being pushed off of towers is was fairly unlikely it was more likely that you know, you fell off your horse. </w:t>
      </w:r>
    </w:p>
    <w:p>
      <w:pPr>
        <w:spacing w:after="0"/>
      </w:pPr>
    </w:p>
    <w:p>
      <w:pPr>
        <w:spacing w:after="0"/>
      </w:pPr>
      <w:r>
        <w:rPr>
          <w:rFonts w:ascii="Arial" w:hAnsi="Arial"/>
          <w:b/>
          <w:sz w:val="22"/>
        </w:rPr>
        <w:t xml:space="preserve">Melissa  </w:t>
      </w:r>
      <w:r>
        <w:rPr>
          <w:rFonts w:ascii="Arial" w:hAnsi="Arial"/>
          <w:color w:val="5D7284"/>
          <w:sz w:val="22"/>
        </w:rPr>
        <w:t>07:04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07:05</w:t>
      </w:r>
    </w:p>
    <w:p>
      <w:pPr>
        <w:spacing w:after="0"/>
      </w:pPr>
      <w:r>
        <w:rPr>
          <w:rFonts w:ascii="Arial" w:hAnsi="Arial"/>
          <w:sz w:val="22"/>
        </w:rPr>
        <w:t xml:space="preserve">But yeah, it's, uh, I did think that was interesting. But then, in terms of some of the other invisible disabilities, I am thinking immediately of Hodor. </w:t>
      </w:r>
    </w:p>
    <w:p>
      <w:pPr>
        <w:spacing w:after="0"/>
      </w:pPr>
    </w:p>
    <w:p>
      <w:pPr>
        <w:spacing w:after="0"/>
      </w:pPr>
      <w:r>
        <w:rPr>
          <w:rFonts w:ascii="Arial" w:hAnsi="Arial"/>
          <w:b/>
          <w:sz w:val="22"/>
        </w:rPr>
        <w:t xml:space="preserve">Alice  </w:t>
      </w:r>
      <w:r>
        <w:rPr>
          <w:rFonts w:ascii="Arial" w:hAnsi="Arial"/>
          <w:color w:val="5D7284"/>
          <w:sz w:val="22"/>
        </w:rPr>
        <w:t>07:17</w:t>
      </w:r>
    </w:p>
    <w:p>
      <w:pPr>
        <w:spacing w:after="0"/>
      </w:pPr>
      <w:r>
        <w:rPr>
          <w:rFonts w:ascii="Arial" w:hAnsi="Arial"/>
          <w:sz w:val="22"/>
        </w:rPr>
        <w:t xml:space="preserve">you know, and how that kind of came about? Yes, it's, I think, think inflicted is an interesting word to choose as well, because I think that's very much the way that they're portrayed </w:t>
      </w:r>
    </w:p>
    <w:p>
      <w:pPr>
        <w:spacing w:after="0"/>
      </w:pPr>
    </w:p>
    <w:p>
      <w:pPr>
        <w:spacing w:after="0"/>
      </w:pPr>
      <w:r>
        <w:rPr>
          <w:rFonts w:ascii="Arial" w:hAnsi="Arial"/>
          <w:b/>
          <w:sz w:val="22"/>
        </w:rPr>
        <w:t xml:space="preserve">Melissa  </w:t>
      </w:r>
      <w:r>
        <w:rPr>
          <w:rFonts w:ascii="Arial" w:hAnsi="Arial"/>
          <w:color w:val="5D7284"/>
          <w:sz w:val="22"/>
        </w:rPr>
        <w:t>07:17</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07:32</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07:33</w:t>
      </w:r>
    </w:p>
    <w:p>
      <w:pPr>
        <w:spacing w:after="0"/>
      </w:pPr>
      <w:r>
        <w:rPr>
          <w:rFonts w:ascii="Arial" w:hAnsi="Arial"/>
          <w:sz w:val="22"/>
        </w:rPr>
        <w:t>as a look at this awful thing that happened to this child.</w:t>
      </w:r>
    </w:p>
    <w:p>
      <w:pPr>
        <w:spacing w:after="0"/>
      </w:pPr>
    </w:p>
    <w:p>
      <w:pPr>
        <w:spacing w:after="0"/>
      </w:pPr>
      <w:r>
        <w:rPr>
          <w:rFonts w:ascii="Arial" w:hAnsi="Arial"/>
          <w:b/>
          <w:sz w:val="22"/>
        </w:rPr>
        <w:t xml:space="preserve">Melissa  </w:t>
      </w:r>
      <w:r>
        <w:rPr>
          <w:rFonts w:ascii="Arial" w:hAnsi="Arial"/>
          <w:color w:val="5D7284"/>
          <w:sz w:val="22"/>
        </w:rPr>
        <w:t>07:37</w:t>
      </w:r>
    </w:p>
    <w:p>
      <w:pPr>
        <w:spacing w:after="0"/>
      </w:pPr>
      <w:r>
        <w:rPr>
          <w:rFonts w:ascii="Arial" w:hAnsi="Arial"/>
          <w:sz w:val="22"/>
        </w:rPr>
        <w:t xml:space="preserve">Yeah. I guess for me, when I was thinking of inflicted, I was thinking of people like Varys, and the Unsullied who were they had all been castrated </w:t>
      </w:r>
    </w:p>
    <w:p>
      <w:pPr>
        <w:spacing w:after="0"/>
      </w:pPr>
    </w:p>
    <w:p>
      <w:pPr>
        <w:spacing w:after="0"/>
      </w:pPr>
      <w:r>
        <w:rPr>
          <w:rFonts w:ascii="Arial" w:hAnsi="Arial"/>
          <w:b/>
          <w:sz w:val="22"/>
        </w:rPr>
        <w:t xml:space="preserve">Alice  </w:t>
      </w:r>
      <w:r>
        <w:rPr>
          <w:rFonts w:ascii="Arial" w:hAnsi="Arial"/>
          <w:color w:val="5D7284"/>
          <w:sz w:val="22"/>
        </w:rPr>
        <w:t>07:50</w:t>
      </w:r>
    </w:p>
    <w:p>
      <w:pPr>
        <w:spacing w:after="0"/>
      </w:pPr>
      <w:r>
        <w:rPr>
          <w:rFonts w:ascii="Arial" w:hAnsi="Arial"/>
          <w:sz w:val="22"/>
        </w:rPr>
        <w:t>Yeah, they had been castrated I think</w:t>
      </w:r>
    </w:p>
    <w:p>
      <w:pPr>
        <w:spacing w:after="0"/>
      </w:pPr>
    </w:p>
    <w:p>
      <w:pPr>
        <w:spacing w:after="0"/>
      </w:pPr>
      <w:r>
        <w:rPr>
          <w:rFonts w:ascii="Arial" w:hAnsi="Arial"/>
          <w:b/>
          <w:sz w:val="22"/>
        </w:rPr>
        <w:t xml:space="preserve">Melissa  </w:t>
      </w:r>
      <w:r>
        <w:rPr>
          <w:rFonts w:ascii="Arial" w:hAnsi="Arial"/>
          <w:color w:val="5D7284"/>
          <w:sz w:val="22"/>
        </w:rPr>
        <w:t>07:51</w:t>
      </w:r>
    </w:p>
    <w:p>
      <w:pPr>
        <w:spacing w:after="0"/>
      </w:pPr>
      <w:r>
        <w:rPr>
          <w:rFonts w:ascii="Arial" w:hAnsi="Arial"/>
          <w:sz w:val="22"/>
        </w:rPr>
        <w:t>And is that classed as a disability?</w:t>
      </w:r>
    </w:p>
    <w:p>
      <w:pPr>
        <w:spacing w:after="0"/>
      </w:pPr>
    </w:p>
    <w:p>
      <w:pPr>
        <w:spacing w:after="0"/>
      </w:pPr>
      <w:r>
        <w:rPr>
          <w:rFonts w:ascii="Arial" w:hAnsi="Arial"/>
          <w:b/>
          <w:sz w:val="22"/>
        </w:rPr>
        <w:t xml:space="preserve">Alice  </w:t>
      </w:r>
      <w:r>
        <w:rPr>
          <w:rFonts w:ascii="Arial" w:hAnsi="Arial"/>
          <w:color w:val="5D7284"/>
          <w:sz w:val="22"/>
        </w:rPr>
        <w:t>07:54</w:t>
      </w:r>
    </w:p>
    <w:p>
      <w:pPr>
        <w:spacing w:after="0"/>
      </w:pPr>
      <w:r>
        <w:rPr>
          <w:rFonts w:ascii="Arial" w:hAnsi="Arial"/>
          <w:sz w:val="22"/>
        </w:rPr>
        <w:t xml:space="preserve">I Honestly, I wouldn't know. I would, I would want to speak to people who have, you know, perhaps, I think for some people, they may find that disabling? I think, for others, there's, it's probably perhaps, false, again, that I'm talking completely out of my own. you know, this is not from my own experience at all. </w:t>
      </w:r>
    </w:p>
    <w:p>
      <w:pPr>
        <w:spacing w:after="0"/>
      </w:pPr>
    </w:p>
    <w:p>
      <w:pPr>
        <w:spacing w:after="0"/>
      </w:pPr>
      <w:r>
        <w:rPr>
          <w:rFonts w:ascii="Arial" w:hAnsi="Arial"/>
          <w:b/>
          <w:sz w:val="22"/>
        </w:rPr>
        <w:t xml:space="preserve">Alice  </w:t>
      </w:r>
      <w:r>
        <w:rPr>
          <w:rFonts w:ascii="Arial" w:hAnsi="Arial"/>
          <w:color w:val="5D7284"/>
          <w:sz w:val="22"/>
        </w:rPr>
        <w:t>08:21</w:t>
      </w:r>
    </w:p>
    <w:p>
      <w:pPr>
        <w:spacing w:after="0"/>
      </w:pPr>
      <w:r>
        <w:rPr>
          <w:rFonts w:ascii="Arial" w:hAnsi="Arial"/>
          <w:sz w:val="22"/>
        </w:rPr>
        <w:t>But I wonder if it perhaps falls similarly within the veins of people who are intersex? you know, in that kind of, it's, it's more an identity sort of sexuality.</w:t>
      </w:r>
    </w:p>
    <w:p>
      <w:pPr>
        <w:spacing w:after="0"/>
      </w:pPr>
    </w:p>
    <w:p>
      <w:pPr>
        <w:spacing w:after="0"/>
      </w:pPr>
      <w:r>
        <w:rPr>
          <w:rFonts w:ascii="Arial" w:hAnsi="Arial"/>
          <w:b/>
          <w:sz w:val="22"/>
        </w:rPr>
        <w:t xml:space="preserve">Melissa  </w:t>
      </w:r>
      <w:r>
        <w:rPr>
          <w:rFonts w:ascii="Arial" w:hAnsi="Arial"/>
          <w:color w:val="5D7284"/>
          <w:sz w:val="22"/>
        </w:rPr>
        <w:t>08:21</w:t>
      </w:r>
    </w:p>
    <w:p>
      <w:pPr>
        <w:spacing w:after="0"/>
      </w:pPr>
      <w:r>
        <w:rPr>
          <w:rFonts w:ascii="Arial" w:hAnsi="Arial"/>
          <w:sz w:val="22"/>
        </w:rPr>
        <w:t>Mine too</w:t>
      </w:r>
    </w:p>
    <w:p>
      <w:pPr>
        <w:spacing w:after="0"/>
      </w:pPr>
    </w:p>
    <w:p>
      <w:pPr>
        <w:spacing w:after="0"/>
      </w:pPr>
      <w:r>
        <w:rPr>
          <w:rFonts w:ascii="Arial" w:hAnsi="Arial"/>
          <w:b/>
          <w:sz w:val="22"/>
        </w:rPr>
        <w:t xml:space="preserve">Melissa  </w:t>
      </w:r>
      <w:r>
        <w:rPr>
          <w:rFonts w:ascii="Arial" w:hAnsi="Arial"/>
          <w:color w:val="5D7284"/>
          <w:sz w:val="22"/>
        </w:rPr>
        <w:t>08:37</w:t>
      </w:r>
    </w:p>
    <w:p>
      <w:pPr>
        <w:spacing w:after="0"/>
      </w:pPr>
      <w:r>
        <w:rPr>
          <w:rFonts w:ascii="Arial" w:hAnsi="Arial"/>
          <w:sz w:val="22"/>
        </w:rPr>
        <w:t xml:space="preserve">I don't know though because like the Unsullied that was part of their initiation into becoming soldiers and, you know, they had to kill a dog. I think they have to kill a child and they were castrated so that, you know, they could be like killing machines. </w:t>
      </w:r>
    </w:p>
    <w:p>
      <w:pPr>
        <w:spacing w:after="0"/>
      </w:pPr>
    </w:p>
    <w:p>
      <w:pPr>
        <w:spacing w:after="0"/>
      </w:pPr>
      <w:r>
        <w:rPr>
          <w:rFonts w:ascii="Arial" w:hAnsi="Arial"/>
          <w:b/>
          <w:sz w:val="22"/>
        </w:rPr>
        <w:t xml:space="preserve">Alice  </w:t>
      </w:r>
      <w:r>
        <w:rPr>
          <w:rFonts w:ascii="Arial" w:hAnsi="Arial"/>
          <w:color w:val="5D7284"/>
          <w:sz w:val="22"/>
        </w:rPr>
        <w:t>08:55</w:t>
      </w:r>
    </w:p>
    <w:p>
      <w:pPr>
        <w:spacing w:after="0"/>
      </w:pPr>
      <w:r>
        <w:rPr>
          <w:rFonts w:ascii="Arial" w:hAnsi="Arial"/>
          <w:sz w:val="22"/>
        </w:rPr>
        <w:t>Yes. Yeah</w:t>
      </w:r>
    </w:p>
    <w:p>
      <w:pPr>
        <w:spacing w:after="0"/>
      </w:pPr>
    </w:p>
    <w:p>
      <w:pPr>
        <w:spacing w:after="0"/>
      </w:pPr>
      <w:r>
        <w:rPr>
          <w:rFonts w:ascii="Arial" w:hAnsi="Arial"/>
          <w:b/>
          <w:sz w:val="22"/>
        </w:rPr>
        <w:t xml:space="preserve">Melissa  </w:t>
      </w:r>
      <w:r>
        <w:rPr>
          <w:rFonts w:ascii="Arial" w:hAnsi="Arial"/>
          <w:color w:val="5D7284"/>
          <w:sz w:val="22"/>
        </w:rPr>
        <w:t>08:55</w:t>
      </w:r>
    </w:p>
    <w:p>
      <w:pPr>
        <w:spacing w:after="0"/>
      </w:pPr>
      <w:r>
        <w:rPr>
          <w:rFonts w:ascii="Arial" w:hAnsi="Arial"/>
          <w:sz w:val="22"/>
        </w:rPr>
        <w:t xml:space="preserve">And then you had Varys who was abused, he was sold. And he was, he was castrated. you also have Theon Greyjoy. Who's, </w:t>
      </w:r>
    </w:p>
    <w:p>
      <w:pPr>
        <w:spacing w:after="0"/>
      </w:pPr>
    </w:p>
    <w:p>
      <w:pPr>
        <w:spacing w:after="0"/>
      </w:pPr>
      <w:r>
        <w:rPr>
          <w:rFonts w:ascii="Arial" w:hAnsi="Arial"/>
          <w:b/>
          <w:sz w:val="22"/>
        </w:rPr>
        <w:t xml:space="preserve">Alice  </w:t>
      </w:r>
      <w:r>
        <w:rPr>
          <w:rFonts w:ascii="Arial" w:hAnsi="Arial"/>
          <w:color w:val="5D7284"/>
          <w:sz w:val="22"/>
        </w:rPr>
        <w:t>09:07</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09:08</w:t>
      </w:r>
    </w:p>
    <w:p>
      <w:pPr>
        <w:spacing w:after="0"/>
      </w:pPr>
      <w:r>
        <w:rPr>
          <w:rFonts w:ascii="Arial" w:hAnsi="Arial"/>
          <w:sz w:val="22"/>
        </w:rPr>
        <w:t>And again, he was castrated. And, you know, I guess for me, I have always seen it as a disability. But as I'm talking now, I'm like, Oh, I'm not sure.</w:t>
      </w:r>
    </w:p>
    <w:p>
      <w:pPr>
        <w:spacing w:after="0"/>
      </w:pPr>
    </w:p>
    <w:p>
      <w:pPr>
        <w:spacing w:after="0"/>
      </w:pPr>
      <w:r>
        <w:rPr>
          <w:rFonts w:ascii="Arial" w:hAnsi="Arial"/>
          <w:b/>
          <w:sz w:val="22"/>
        </w:rPr>
        <w:t xml:space="preserve">Alice  </w:t>
      </w:r>
      <w:r>
        <w:rPr>
          <w:rFonts w:ascii="Arial" w:hAnsi="Arial"/>
          <w:color w:val="5D7284"/>
          <w:sz w:val="22"/>
        </w:rPr>
        <w:t>09:22</w:t>
      </w:r>
    </w:p>
    <w:p>
      <w:pPr>
        <w:spacing w:after="0"/>
      </w:pPr>
      <w:r>
        <w:rPr>
          <w:rFonts w:ascii="Arial" w:hAnsi="Arial"/>
          <w:sz w:val="22"/>
        </w:rPr>
        <w:t>Well, I've certainly heard interviews with women who have experienced FGM</w:t>
      </w:r>
    </w:p>
    <w:p>
      <w:pPr>
        <w:spacing w:after="0"/>
      </w:pPr>
    </w:p>
    <w:p>
      <w:pPr>
        <w:spacing w:after="0"/>
      </w:pPr>
      <w:r>
        <w:rPr>
          <w:rFonts w:ascii="Arial" w:hAnsi="Arial"/>
          <w:b/>
          <w:sz w:val="22"/>
        </w:rPr>
        <w:t xml:space="preserve">Melissa  </w:t>
      </w:r>
      <w:r>
        <w:rPr>
          <w:rFonts w:ascii="Arial" w:hAnsi="Arial"/>
          <w:color w:val="5D7284"/>
          <w:sz w:val="22"/>
        </w:rPr>
        <w:t>09:27</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09:28</w:t>
      </w:r>
    </w:p>
    <w:p>
      <w:pPr>
        <w:spacing w:after="0"/>
      </w:pPr>
      <w:r>
        <w:rPr>
          <w:rFonts w:ascii="Arial" w:hAnsi="Arial"/>
          <w:sz w:val="22"/>
        </w:rPr>
        <w:t>who still see themselves as very sexually empowered and, you know, feminine and do not see that itimpacts on that element of their sexuality. So I suppose if we're saying, you know, this is not a this is the it doesn't impact their sexual identity, because Varys you know, there's a lot of implications that Varys is probably gay. And of course, you know, you can have a sexual identity without having genitals. So I suppose it probably would fall into the category of disability, rather than, you know, what your sexual identity is?</w:t>
      </w:r>
    </w:p>
    <w:p>
      <w:pPr>
        <w:spacing w:after="0"/>
      </w:pPr>
    </w:p>
    <w:p>
      <w:pPr>
        <w:spacing w:after="0"/>
      </w:pPr>
      <w:r>
        <w:rPr>
          <w:rFonts w:ascii="Arial" w:hAnsi="Arial"/>
          <w:b/>
          <w:sz w:val="22"/>
        </w:rPr>
        <w:t xml:space="preserve">Melissa  </w:t>
      </w:r>
      <w:r>
        <w:rPr>
          <w:rFonts w:ascii="Arial" w:hAnsi="Arial"/>
          <w:color w:val="5D7284"/>
          <w:sz w:val="22"/>
        </w:rPr>
        <w:t>10:13</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10:15</w:t>
      </w:r>
    </w:p>
    <w:p>
      <w:pPr>
        <w:spacing w:after="0"/>
      </w:pPr>
      <w:r>
        <w:rPr>
          <w:rFonts w:ascii="Arial" w:hAnsi="Arial"/>
          <w:sz w:val="22"/>
        </w:rPr>
        <w:t>I think it's a really interesting comparison. because, you know, picking up on what you were talking about with Varys like Varys is abused. And, you know, what happens to him and, and what happens to Theon, Theon the on is, you know, tortured. But then I just I think it's really interesting the way that obviously the show has framed, what happens to the Unsullied as different. Whereas actually, all of that, you know, aren't they taken as children, they are all abused, they are all tortured, castrated. And, you know, it's legitimized, because it's supposed to make them these incredible soldiers. But actually, these are all abuse survivors.</w:t>
      </w:r>
    </w:p>
    <w:p>
      <w:pPr>
        <w:spacing w:after="0"/>
      </w:pPr>
    </w:p>
    <w:p>
      <w:pPr>
        <w:spacing w:after="0"/>
      </w:pPr>
      <w:r>
        <w:rPr>
          <w:rFonts w:ascii="Arial" w:hAnsi="Arial"/>
          <w:b/>
          <w:sz w:val="22"/>
        </w:rPr>
        <w:t xml:space="preserve">Melissa  </w:t>
      </w:r>
      <w:r>
        <w:rPr>
          <w:rFonts w:ascii="Arial" w:hAnsi="Arial"/>
          <w:color w:val="5D7284"/>
          <w:sz w:val="22"/>
        </w:rPr>
        <w:t>11:03</w:t>
      </w:r>
    </w:p>
    <w:p>
      <w:pPr>
        <w:spacing w:after="0"/>
      </w:pPr>
      <w:r>
        <w:rPr>
          <w:rFonts w:ascii="Arial" w:hAnsi="Arial"/>
          <w:sz w:val="22"/>
        </w:rPr>
        <w:t>Yeah. And they're all slaves as well. So yeah, and so for me, I guess I wanted to I think, I think when we think of like Tyrion, for instance, and how he starts out, is a bit of a lovable rogue, where he doesn't have, he doesn't really have an identity, other than being a womanizer and a drunk. And, you know, the family disapproves of him, especially his, his, his dad, like, hates him. And how the dad absolutely loves Jamie, Jamie, for them is the Messiah, He's the heir, he's going to get married and have lots of beautiful blond haired blue eyed children who will continue the the Lannister name, you know, and, and we see these two very different characters, and how over the course of the eight seasons, how much they change, and find purpose, but like real purpose, not the purpose that's bestowed on him by the family, but real purpose and how it was for, for Tyrion, actually, his purpose came when he had to, when he was completely cast out from the family and had to run for his life, and had to make his own life for himself. And for Jamie, as well, his, his, his his journeys are started to we started to see that he was a decent person, again, when he was completely detached from his family as well, when he was with Brienne. And, you know, they were just trying to stay alive. And actually, we saw that he was a really honourable guy. And he has just been traumatized like everybody else. And, and, you know, he's just trying to do the best he can with what he's got. And I found it interesting how even though he becomes disabled, because he loses his hand, and has to wear this gold cast, this gold hand going forward, so he can't fight he's not got that strength that he used to have.</w:t>
      </w:r>
    </w:p>
    <w:p>
      <w:pPr>
        <w:spacing w:after="0"/>
      </w:pPr>
    </w:p>
    <w:p>
      <w:pPr>
        <w:spacing w:after="0"/>
      </w:pPr>
      <w:r>
        <w:rPr>
          <w:rFonts w:ascii="Arial" w:hAnsi="Arial"/>
          <w:b/>
          <w:sz w:val="22"/>
        </w:rPr>
        <w:t xml:space="preserve">Alice  </w:t>
      </w:r>
      <w:r>
        <w:rPr>
          <w:rFonts w:ascii="Arial" w:hAnsi="Arial"/>
          <w:color w:val="5D7284"/>
          <w:sz w:val="22"/>
        </w:rPr>
        <w:t>13:41</w:t>
      </w:r>
    </w:p>
    <w:p>
      <w:pPr>
        <w:spacing w:after="0"/>
      </w:pPr>
      <w:r>
        <w:rPr>
          <w:rFonts w:ascii="Arial" w:hAnsi="Arial"/>
          <w:sz w:val="22"/>
        </w:rPr>
        <w:t>And that was such a big part of his identity. Previously, it wasn't it and it's validation.</w:t>
      </w:r>
    </w:p>
    <w:p>
      <w:pPr>
        <w:spacing w:after="0"/>
      </w:pPr>
    </w:p>
    <w:p>
      <w:pPr>
        <w:spacing w:after="0"/>
      </w:pPr>
      <w:r>
        <w:rPr>
          <w:rFonts w:ascii="Arial" w:hAnsi="Arial"/>
          <w:b/>
          <w:sz w:val="22"/>
        </w:rPr>
        <w:t xml:space="preserve">Melissa  </w:t>
      </w:r>
      <w:r>
        <w:rPr>
          <w:rFonts w:ascii="Arial" w:hAnsi="Arial"/>
          <w:color w:val="5D7284"/>
          <w:sz w:val="22"/>
        </w:rPr>
        <w:t>13:45</w:t>
      </w:r>
    </w:p>
    <w:p>
      <w:pPr>
        <w:spacing w:after="0"/>
      </w:pPr>
      <w:r>
        <w:rPr>
          <w:rFonts w:ascii="Arial" w:hAnsi="Arial"/>
          <w:sz w:val="22"/>
        </w:rPr>
        <w:t>Yeah, that he's identity, you know, and, and how, actually when he, when, when he lost his identity, that's when he also became the character and a man that we truly loved.</w:t>
      </w:r>
    </w:p>
    <w:p>
      <w:pPr>
        <w:spacing w:after="0"/>
      </w:pPr>
    </w:p>
    <w:p>
      <w:pPr>
        <w:spacing w:after="0"/>
      </w:pPr>
      <w:r>
        <w:rPr>
          <w:rFonts w:ascii="Arial" w:hAnsi="Arial"/>
          <w:b/>
          <w:sz w:val="22"/>
        </w:rPr>
        <w:t xml:space="preserve">Alice  </w:t>
      </w:r>
      <w:r>
        <w:rPr>
          <w:rFonts w:ascii="Arial" w:hAnsi="Arial"/>
          <w:color w:val="5D7284"/>
          <w:sz w:val="22"/>
        </w:rPr>
        <w:t>14:01</w:t>
      </w:r>
    </w:p>
    <w:p>
      <w:pPr>
        <w:spacing w:after="0"/>
      </w:pPr>
      <w:r>
        <w:rPr>
          <w:rFonts w:ascii="Arial" w:hAnsi="Arial"/>
          <w:sz w:val="22"/>
        </w:rPr>
        <w:t xml:space="preserve">I do, I did take a bit not umbrage, but I didn't really understand the set and costume designer's choice of giving him a fake hand to just hold like with his other hand up his sleeve, rather than just making him a metal glove to put over his actual hand. because it just looked really strange then for the whole rest of the series. </w:t>
      </w:r>
    </w:p>
    <w:p>
      <w:pPr>
        <w:spacing w:after="0"/>
      </w:pPr>
    </w:p>
    <w:p>
      <w:pPr>
        <w:spacing w:after="0"/>
      </w:pPr>
      <w:r>
        <w:rPr>
          <w:rFonts w:ascii="Arial" w:hAnsi="Arial"/>
          <w:b/>
          <w:sz w:val="22"/>
        </w:rPr>
        <w:t xml:space="preserve">Melissa  </w:t>
      </w:r>
      <w:r>
        <w:rPr>
          <w:rFonts w:ascii="Arial" w:hAnsi="Arial"/>
          <w:color w:val="5D7284"/>
          <w:sz w:val="22"/>
        </w:rPr>
        <w:t>14:28</w:t>
      </w:r>
    </w:p>
    <w:p>
      <w:pPr>
        <w:spacing w:after="0"/>
      </w:pPr>
      <w:r>
        <w:rPr>
          <w:rFonts w:ascii="Arial" w:hAnsi="Arial"/>
          <w:sz w:val="22"/>
        </w:rPr>
        <w:t xml:space="preserve">Well, he he, his hand was in the cast. </w:t>
      </w:r>
    </w:p>
    <w:p>
      <w:pPr>
        <w:spacing w:after="0"/>
      </w:pPr>
    </w:p>
    <w:p>
      <w:pPr>
        <w:spacing w:after="0"/>
      </w:pPr>
      <w:r>
        <w:rPr>
          <w:rFonts w:ascii="Arial" w:hAnsi="Arial"/>
          <w:b/>
          <w:sz w:val="22"/>
        </w:rPr>
        <w:t xml:space="preserve">Alice  </w:t>
      </w:r>
      <w:r>
        <w:rPr>
          <w:rFonts w:ascii="Arial" w:hAnsi="Arial"/>
          <w:color w:val="5D7284"/>
          <w:sz w:val="22"/>
        </w:rPr>
        <w:t>14:32</w:t>
      </w:r>
    </w:p>
    <w:p>
      <w:pPr>
        <w:spacing w:after="0"/>
      </w:pPr>
      <w:r>
        <w:rPr>
          <w:rFonts w:ascii="Arial" w:hAnsi="Arial"/>
          <w:sz w:val="22"/>
        </w:rPr>
        <w:t xml:space="preserve">right. </w:t>
      </w:r>
    </w:p>
    <w:p>
      <w:pPr>
        <w:spacing w:after="0"/>
      </w:pPr>
    </w:p>
    <w:p>
      <w:pPr>
        <w:spacing w:after="0"/>
      </w:pPr>
      <w:r>
        <w:rPr>
          <w:rFonts w:ascii="Arial" w:hAnsi="Arial"/>
          <w:b/>
          <w:sz w:val="22"/>
        </w:rPr>
        <w:t xml:space="preserve">Melissa  </w:t>
      </w:r>
      <w:r>
        <w:rPr>
          <w:rFonts w:ascii="Arial" w:hAnsi="Arial"/>
          <w:color w:val="5D7284"/>
          <w:sz w:val="22"/>
        </w:rPr>
        <w:t>14:32</w:t>
      </w:r>
    </w:p>
    <w:p>
      <w:pPr>
        <w:spacing w:after="0"/>
      </w:pPr>
      <w:r>
        <w:rPr>
          <w:rFonts w:ascii="Arial" w:hAnsi="Arial"/>
          <w:sz w:val="22"/>
        </w:rPr>
        <w:t>So his hand was his hand.</w:t>
      </w:r>
    </w:p>
    <w:p>
      <w:pPr>
        <w:spacing w:after="0"/>
      </w:pPr>
    </w:p>
    <w:p>
      <w:pPr>
        <w:spacing w:after="0"/>
      </w:pPr>
      <w:r>
        <w:rPr>
          <w:rFonts w:ascii="Arial" w:hAnsi="Arial"/>
          <w:b/>
          <w:sz w:val="22"/>
        </w:rPr>
        <w:t xml:space="preserve">Alice  </w:t>
      </w:r>
      <w:r>
        <w:rPr>
          <w:rFonts w:ascii="Arial" w:hAnsi="Arial"/>
          <w:color w:val="5D7284"/>
          <w:sz w:val="22"/>
        </w:rPr>
        <w:t>14:35</w:t>
      </w:r>
    </w:p>
    <w:p>
      <w:pPr>
        <w:spacing w:after="0"/>
      </w:pPr>
      <w:r>
        <w:rPr>
          <w:rFonts w:ascii="Arial" w:hAnsi="Arial"/>
          <w:sz w:val="22"/>
        </w:rPr>
        <w:t xml:space="preserve">Just it was so it was bigger and weird looking. </w:t>
      </w:r>
    </w:p>
    <w:p>
      <w:pPr>
        <w:spacing w:after="0"/>
      </w:pPr>
    </w:p>
    <w:p>
      <w:pPr>
        <w:spacing w:after="0"/>
      </w:pPr>
      <w:r>
        <w:rPr>
          <w:rFonts w:ascii="Arial" w:hAnsi="Arial"/>
          <w:b/>
          <w:sz w:val="22"/>
        </w:rPr>
        <w:t xml:space="preserve">Melissa  </w:t>
      </w:r>
      <w:r>
        <w:rPr>
          <w:rFonts w:ascii="Arial" w:hAnsi="Arial"/>
          <w:color w:val="5D7284"/>
          <w:sz w:val="22"/>
        </w:rPr>
        <w:t>14:39</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14:39</w:t>
      </w:r>
    </w:p>
    <w:p>
      <w:pPr>
        <w:spacing w:after="0"/>
      </w:pPr>
      <w:r>
        <w:rPr>
          <w:rFonts w:ascii="Arial" w:hAnsi="Arial"/>
          <w:sz w:val="22"/>
        </w:rPr>
        <w:t>I suppose it's probably intentional, but it felt really jarring to me. it felt like you know, in terms of a prosthetic one would have thought that they would do a better job for the brother of the Queen, son of Tyrion Tywin sorry</w:t>
      </w:r>
    </w:p>
    <w:p>
      <w:pPr>
        <w:spacing w:after="0"/>
      </w:pPr>
    </w:p>
    <w:p>
      <w:pPr>
        <w:spacing w:after="0"/>
      </w:pPr>
      <w:r>
        <w:rPr>
          <w:rFonts w:ascii="Arial" w:hAnsi="Arial"/>
          <w:b/>
          <w:sz w:val="22"/>
        </w:rPr>
        <w:t xml:space="preserve">Melissa  </w:t>
      </w:r>
      <w:r>
        <w:rPr>
          <w:rFonts w:ascii="Arial" w:hAnsi="Arial"/>
          <w:color w:val="5D7284"/>
          <w:sz w:val="22"/>
        </w:rPr>
        <w:t>14:54</w:t>
      </w:r>
    </w:p>
    <w:p>
      <w:pPr>
        <w:spacing w:after="0"/>
      </w:pPr>
      <w:r>
        <w:rPr>
          <w:rFonts w:ascii="Arial" w:hAnsi="Arial"/>
          <w:sz w:val="22"/>
        </w:rPr>
        <w:t xml:space="preserve">Son of Tywin. Yeah, because I know I know the actor, he wanted it to feel uncomfortable, </w:t>
      </w:r>
    </w:p>
    <w:p>
      <w:pPr>
        <w:spacing w:after="0"/>
      </w:pPr>
    </w:p>
    <w:p>
      <w:pPr>
        <w:spacing w:after="0"/>
      </w:pPr>
      <w:r>
        <w:rPr>
          <w:rFonts w:ascii="Arial" w:hAnsi="Arial"/>
          <w:b/>
          <w:sz w:val="22"/>
        </w:rPr>
        <w:t xml:space="preserve">Alice  </w:t>
      </w:r>
      <w:r>
        <w:rPr>
          <w:rFonts w:ascii="Arial" w:hAnsi="Arial"/>
          <w:color w:val="5D7284"/>
          <w:sz w:val="22"/>
        </w:rPr>
        <w:t>15:03</w:t>
      </w:r>
    </w:p>
    <w:p>
      <w:pPr>
        <w:spacing w:after="0"/>
      </w:pPr>
      <w:r>
        <w:rPr>
          <w:rFonts w:ascii="Arial" w:hAnsi="Arial"/>
          <w:sz w:val="22"/>
        </w:rPr>
        <w:t>Right</w:t>
      </w:r>
    </w:p>
    <w:p>
      <w:pPr>
        <w:spacing w:after="0"/>
      </w:pPr>
    </w:p>
    <w:p>
      <w:pPr>
        <w:spacing w:after="0"/>
      </w:pPr>
      <w:r>
        <w:rPr>
          <w:rFonts w:ascii="Arial" w:hAnsi="Arial"/>
          <w:b/>
          <w:sz w:val="22"/>
        </w:rPr>
        <w:t xml:space="preserve">Melissa  </w:t>
      </w:r>
      <w:r>
        <w:rPr>
          <w:rFonts w:ascii="Arial" w:hAnsi="Arial"/>
          <w:color w:val="5D7284"/>
          <w:sz w:val="22"/>
        </w:rPr>
        <w:t>15:03</w:t>
      </w:r>
    </w:p>
    <w:p>
      <w:pPr>
        <w:spacing w:after="0"/>
      </w:pPr>
      <w:r>
        <w:rPr>
          <w:rFonts w:ascii="Arial" w:hAnsi="Arial"/>
          <w:sz w:val="22"/>
        </w:rPr>
        <w:t>because he wanted to remember. So he wanted to put his hand in there. he didn't want it to be just like, CGI or anything like that. But no, yeah, I do understand what you mean. But as well, I think, because initially when we first met him, he's a gold cloak, which means he can't, he can't have a wife he can't have he can't get married and have children because he's, he has become a gold cloak and your life was devoted to the king. So, you know, and that's one of the reasons as well why Tyron really hated Rob Baratheon because he took away the heir basically the the Lannister heir at any apparently did it out of spite. So that was one of the reasons why they didn't get along. But obviously, after, after he loses his position as a gold cloak, you know, you would think that he would get a better prosthetic or they would look after him better. I do agree with that.</w:t>
      </w:r>
    </w:p>
    <w:p>
      <w:pPr>
        <w:spacing w:after="0"/>
      </w:pPr>
    </w:p>
    <w:p>
      <w:pPr>
        <w:spacing w:after="0"/>
      </w:pPr>
      <w:r>
        <w:rPr>
          <w:rFonts w:ascii="Arial" w:hAnsi="Arial"/>
          <w:b/>
          <w:sz w:val="22"/>
        </w:rPr>
        <w:t xml:space="preserve">Alice  </w:t>
      </w:r>
      <w:r>
        <w:rPr>
          <w:rFonts w:ascii="Arial" w:hAnsi="Arial"/>
          <w:color w:val="5D7284"/>
          <w:sz w:val="22"/>
        </w:rPr>
        <w:t>16:11</w:t>
      </w:r>
    </w:p>
    <w:p>
      <w:pPr>
        <w:spacing w:after="0"/>
      </w:pPr>
      <w:r>
        <w:rPr>
          <w:rFonts w:ascii="Arial" w:hAnsi="Arial"/>
          <w:sz w:val="22"/>
        </w:rPr>
        <w:t>I suppose the, by bestowing a golden hand on him. you know, it's almost Tywin's way of giving him his own, you know, it's his own, if you think of that gold cloak by being the thing that prevents him from getting married and having children and, and being validated in in those ways. It's it's almost a sort of a metaphorical chain, you know, and then actually by by giving him that hand, it's Tywin's own sort of brand and chain of well, I've I've given you this golden hand now. So you know, you it's, he then owes something to his father doesn't and it's, it's not, this is a prosthetic to give you freedom. This is a prosthetic to give you back what you may have lost from losing your hand. This is this is my brand on you. This is my you know, it's it's awkward. It's cumbersome, you can no longer wield a sword. So yeah, it's it's taking away that that soldier identity from him completely, but still really tying him and sort of making him, what's the word  I'm looking for, in debt to his father,</w:t>
      </w:r>
    </w:p>
    <w:p>
      <w:pPr>
        <w:spacing w:after="0"/>
      </w:pPr>
    </w:p>
    <w:p>
      <w:pPr>
        <w:spacing w:after="0"/>
      </w:pPr>
      <w:r>
        <w:rPr>
          <w:rFonts w:ascii="Arial" w:hAnsi="Arial"/>
          <w:b/>
          <w:sz w:val="22"/>
        </w:rPr>
        <w:t xml:space="preserve">Melissa  </w:t>
      </w:r>
      <w:r>
        <w:rPr>
          <w:rFonts w:ascii="Arial" w:hAnsi="Arial"/>
          <w:color w:val="5D7284"/>
          <w:sz w:val="22"/>
        </w:rPr>
        <w:t>17:36</w:t>
      </w:r>
    </w:p>
    <w:p>
      <w:pPr>
        <w:spacing w:after="0"/>
      </w:pPr>
      <w:r>
        <w:rPr>
          <w:rFonts w:ascii="Arial" w:hAnsi="Arial"/>
          <w:sz w:val="22"/>
        </w:rPr>
        <w:t>very much indebted to his father, very much tied back into the family. Even though for for Jamie, he actually really loved being a soldier, you know, being a gold cloak was very important to him, because he didn't want to have a wife because he was in love.</w:t>
      </w:r>
    </w:p>
    <w:p>
      <w:pPr>
        <w:spacing w:after="0"/>
      </w:pPr>
    </w:p>
    <w:p>
      <w:pPr>
        <w:spacing w:after="0"/>
      </w:pPr>
      <w:r>
        <w:rPr>
          <w:rFonts w:ascii="Arial" w:hAnsi="Arial"/>
          <w:b/>
          <w:sz w:val="22"/>
        </w:rPr>
        <w:t xml:space="preserve">Alice  </w:t>
      </w:r>
      <w:r>
        <w:rPr>
          <w:rFonts w:ascii="Arial" w:hAnsi="Arial"/>
          <w:color w:val="5D7284"/>
          <w:sz w:val="22"/>
        </w:rPr>
        <w:t>17:57</w:t>
      </w:r>
    </w:p>
    <w:p>
      <w:pPr>
        <w:spacing w:after="0"/>
      </w:pPr>
      <w:r>
        <w:rPr>
          <w:rFonts w:ascii="Arial" w:hAnsi="Arial"/>
          <w:sz w:val="22"/>
        </w:rPr>
        <w:t>Yeah, well, and he also I think, I think from what, from the conversations between Jamie and Tyrion, over the seasons, you get the distinct impression that, you know, Jamie was always expected to be this certain thing by his father, and actually being a soldier and being a gold cloak, freedom from that a little bit, and meant that he could have the camaraderie of being a soldier and could actually say, carry on with Cersei. Yeah, I should probably put huge spoiler alert at the beginning this episode.</w:t>
      </w:r>
    </w:p>
    <w:p>
      <w:pPr>
        <w:spacing w:after="0"/>
      </w:pPr>
    </w:p>
    <w:p>
      <w:pPr>
        <w:spacing w:after="0"/>
      </w:pPr>
      <w:r>
        <w:rPr>
          <w:rFonts w:ascii="Arial" w:hAnsi="Arial"/>
          <w:b/>
          <w:sz w:val="22"/>
        </w:rPr>
        <w:t xml:space="preserve">Melissa  </w:t>
      </w:r>
      <w:r>
        <w:rPr>
          <w:rFonts w:ascii="Arial" w:hAnsi="Arial"/>
          <w:color w:val="5D7284"/>
          <w:sz w:val="22"/>
        </w:rPr>
        <w:t>18:31</w:t>
      </w:r>
    </w:p>
    <w:p>
      <w:pPr>
        <w:spacing w:after="0"/>
      </w:pPr>
      <w:r>
        <w:rPr>
          <w:rFonts w:ascii="Arial" w:hAnsi="Arial"/>
          <w:sz w:val="22"/>
        </w:rPr>
        <w:t>Yeah, please put a big spoiler alert.</w:t>
      </w:r>
    </w:p>
    <w:p>
      <w:pPr>
        <w:spacing w:after="0"/>
      </w:pPr>
    </w:p>
    <w:p>
      <w:pPr>
        <w:spacing w:after="0"/>
      </w:pPr>
      <w:r>
        <w:rPr>
          <w:rFonts w:ascii="Arial" w:hAnsi="Arial"/>
          <w:b/>
          <w:sz w:val="22"/>
        </w:rPr>
        <w:t xml:space="preserve">Alice  </w:t>
      </w:r>
      <w:r>
        <w:rPr>
          <w:rFonts w:ascii="Arial" w:hAnsi="Arial"/>
          <w:color w:val="5D7284"/>
          <w:sz w:val="22"/>
        </w:rPr>
        <w:t>18:36</w:t>
      </w:r>
    </w:p>
    <w:p>
      <w:pPr>
        <w:spacing w:after="0"/>
      </w:pPr>
      <w:r>
        <w:rPr>
          <w:rFonts w:ascii="Arial" w:hAnsi="Arial"/>
          <w:sz w:val="22"/>
        </w:rPr>
        <w:t>But yeah, it's it's just I think it's very interesting that the prosthetics that, you know, I always, you know, I don't use a prosthetic but I always envisage prosthetics as something that is freeing for people something that should enable people to do things. This puts up as a bit of a different spin on it. And I'd be interested to hear from prosthesis users. because actually, I imagine there is there is probably some prosthesis users have experienced that pressure to have a prosthetic to pass. you know, it's, there's a lot. I think there's a lot going on there. isn't there really?</w:t>
      </w:r>
    </w:p>
    <w:p>
      <w:pPr>
        <w:spacing w:after="0"/>
      </w:pPr>
    </w:p>
    <w:p>
      <w:pPr>
        <w:spacing w:after="0"/>
      </w:pPr>
      <w:r>
        <w:rPr>
          <w:rFonts w:ascii="Arial" w:hAnsi="Arial"/>
          <w:b/>
          <w:sz w:val="22"/>
        </w:rPr>
        <w:t xml:space="preserve">Melissa  </w:t>
      </w:r>
      <w:r>
        <w:rPr>
          <w:rFonts w:ascii="Arial" w:hAnsi="Arial"/>
          <w:color w:val="5D7284"/>
          <w:sz w:val="22"/>
        </w:rPr>
        <w:t>19:24</w:t>
      </w:r>
    </w:p>
    <w:p>
      <w:pPr>
        <w:spacing w:after="0"/>
      </w:pPr>
      <w:r>
        <w:rPr>
          <w:rFonts w:ascii="Arial" w:hAnsi="Arial"/>
          <w:sz w:val="22"/>
        </w:rPr>
        <w:t xml:space="preserve">Absolutely. Absolutely. So you have the two brothers who actually really, really adore each other, and we don't even realize that you don't realize it when you watch it the first time around. I've watched it too many times to admit it to anybody. But you actually see it from their very first interaction in season one, that they do genuinely adore each other. And they are very loving to one another. And actually, the the difficult sibling is Cersei because Cersai just like the Dad blames him for the killing of the mom for the mom dying because she died during </w:t>
      </w:r>
    </w:p>
    <w:p>
      <w:pPr>
        <w:spacing w:after="0"/>
      </w:pPr>
    </w:p>
    <w:p>
      <w:pPr>
        <w:spacing w:after="0"/>
      </w:pPr>
      <w:r>
        <w:rPr>
          <w:rFonts w:ascii="Arial" w:hAnsi="Arial"/>
          <w:b/>
          <w:sz w:val="22"/>
        </w:rPr>
        <w:t xml:space="preserve">Alice  </w:t>
      </w:r>
      <w:r>
        <w:rPr>
          <w:rFonts w:ascii="Arial" w:hAnsi="Arial"/>
          <w:color w:val="5D7284"/>
          <w:sz w:val="22"/>
        </w:rPr>
        <w:t>20:07</w:t>
      </w:r>
    </w:p>
    <w:p>
      <w:pPr>
        <w:spacing w:after="0"/>
      </w:pPr>
      <w:r>
        <w:rPr>
          <w:rFonts w:ascii="Arial" w:hAnsi="Arial"/>
          <w:sz w:val="22"/>
        </w:rPr>
        <w:t xml:space="preserve">Tyrians birth. Yeah, </w:t>
      </w:r>
    </w:p>
    <w:p>
      <w:pPr>
        <w:spacing w:after="0"/>
      </w:pPr>
    </w:p>
    <w:p>
      <w:pPr>
        <w:spacing w:after="0"/>
      </w:pPr>
      <w:r>
        <w:rPr>
          <w:rFonts w:ascii="Arial" w:hAnsi="Arial"/>
          <w:b/>
          <w:sz w:val="22"/>
        </w:rPr>
        <w:t xml:space="preserve">Melissa  </w:t>
      </w:r>
      <w:r>
        <w:rPr>
          <w:rFonts w:ascii="Arial" w:hAnsi="Arial"/>
          <w:color w:val="5D7284"/>
          <w:sz w:val="22"/>
        </w:rPr>
        <w:t>20:08</w:t>
      </w:r>
    </w:p>
    <w:p>
      <w:pPr>
        <w:spacing w:after="0"/>
      </w:pPr>
      <w:r>
        <w:rPr>
          <w:rFonts w:ascii="Arial" w:hAnsi="Arial"/>
          <w:sz w:val="22"/>
        </w:rPr>
        <w:t>During Tyrians birth. So there's that hatred. And then obviously for someone like Tywin his son being born a small person, he sees that as like a personal slight on him as the, you know, this beautiful blond haired, blue eyed family and then they have this little person and so he took it very personally, you know? because for them, they were such a strong family. And they, this isn't strength this is to him. It's weakness</w:t>
      </w:r>
    </w:p>
    <w:p>
      <w:pPr>
        <w:spacing w:after="0"/>
      </w:pPr>
    </w:p>
    <w:p>
      <w:pPr>
        <w:spacing w:after="0"/>
      </w:pPr>
      <w:r>
        <w:rPr>
          <w:rFonts w:ascii="Arial" w:hAnsi="Arial"/>
          <w:b/>
          <w:sz w:val="22"/>
        </w:rPr>
        <w:t xml:space="preserve">Alice  </w:t>
      </w:r>
      <w:r>
        <w:rPr>
          <w:rFonts w:ascii="Arial" w:hAnsi="Arial"/>
          <w:color w:val="5D7284"/>
          <w:sz w:val="22"/>
        </w:rPr>
        <w:t>20:37</w:t>
      </w:r>
    </w:p>
    <w:p>
      <w:pPr>
        <w:spacing w:after="0"/>
      </w:pPr>
      <w:r>
        <w:rPr>
          <w:rFonts w:ascii="Arial" w:hAnsi="Arial"/>
          <w:sz w:val="22"/>
        </w:rPr>
        <w:t xml:space="preserve">Yes, it's, it's really interesting, because, obviously, I read the books first. And in my head, I had a very distinct idea of Tyrion, and what he looked like and who he would be. And then when I saw that they cast Peter Dinklage, I've I was really surprised because Peter Dinklage is too handsome to play Tyrion. </w:t>
      </w:r>
    </w:p>
    <w:p>
      <w:pPr>
        <w:spacing w:after="0"/>
      </w:pPr>
    </w:p>
    <w:p>
      <w:pPr>
        <w:spacing w:after="0"/>
      </w:pPr>
      <w:r>
        <w:rPr>
          <w:rFonts w:ascii="Arial" w:hAnsi="Arial"/>
          <w:b/>
          <w:sz w:val="22"/>
        </w:rPr>
        <w:t xml:space="preserve">Melissa  </w:t>
      </w:r>
      <w:r>
        <w:rPr>
          <w:rFonts w:ascii="Arial" w:hAnsi="Arial"/>
          <w:color w:val="5D7284"/>
          <w:sz w:val="22"/>
        </w:rPr>
        <w:t>21:04</w:t>
      </w:r>
    </w:p>
    <w:p>
      <w:pPr>
        <w:spacing w:after="0"/>
      </w:pPr>
      <w:r>
        <w:rPr>
          <w:rFonts w:ascii="Arial" w:hAnsi="Arial"/>
          <w:sz w:val="22"/>
        </w:rPr>
        <w:t xml:space="preserve">Okay. </w:t>
      </w:r>
    </w:p>
    <w:p>
      <w:pPr>
        <w:spacing w:after="0"/>
      </w:pPr>
    </w:p>
    <w:p>
      <w:pPr>
        <w:spacing w:after="0"/>
      </w:pPr>
      <w:r>
        <w:rPr>
          <w:rFonts w:ascii="Arial" w:hAnsi="Arial"/>
          <w:b/>
          <w:sz w:val="22"/>
        </w:rPr>
        <w:t xml:space="preserve">Alice  </w:t>
      </w:r>
      <w:r>
        <w:rPr>
          <w:rFonts w:ascii="Arial" w:hAnsi="Arial"/>
          <w:color w:val="5D7284"/>
          <w:sz w:val="22"/>
        </w:rPr>
        <w:t>21:05</w:t>
      </w:r>
    </w:p>
    <w:p>
      <w:pPr>
        <w:spacing w:after="0"/>
      </w:pPr>
      <w:r>
        <w:rPr>
          <w:rFonts w:ascii="Arial" w:hAnsi="Arial"/>
          <w:sz w:val="22"/>
        </w:rPr>
        <w:t>as far as in my head, Tyrion is supposed to be</w:t>
      </w:r>
    </w:p>
    <w:p>
      <w:pPr>
        <w:spacing w:after="0"/>
      </w:pPr>
    </w:p>
    <w:p>
      <w:pPr>
        <w:spacing w:after="0"/>
      </w:pPr>
      <w:r>
        <w:rPr>
          <w:rFonts w:ascii="Arial" w:hAnsi="Arial"/>
          <w:b/>
          <w:sz w:val="22"/>
        </w:rPr>
        <w:t xml:space="preserve">Alice  </w:t>
      </w:r>
      <w:r>
        <w:rPr>
          <w:rFonts w:ascii="Arial" w:hAnsi="Arial"/>
          <w:color w:val="5D7284"/>
          <w:sz w:val="22"/>
        </w:rPr>
        <w:t>21:11</w:t>
      </w:r>
    </w:p>
    <w:p>
      <w:pPr>
        <w:spacing w:after="0"/>
      </w:pPr>
      <w:r>
        <w:rPr>
          <w:rFonts w:ascii="Arial" w:hAnsi="Arial"/>
          <w:sz w:val="22"/>
        </w:rPr>
        <w:t xml:space="preserve">even before he has his nose cut, like in the in the book. he has half his nose cut off and he's really scarred and stuff by I can't remember how it happens. In one of the fights, it's in the battle. </w:t>
      </w:r>
    </w:p>
    <w:p>
      <w:pPr>
        <w:spacing w:after="0"/>
      </w:pPr>
    </w:p>
    <w:p>
      <w:pPr>
        <w:spacing w:after="0"/>
      </w:pPr>
      <w:r>
        <w:rPr>
          <w:rFonts w:ascii="Arial" w:hAnsi="Arial"/>
          <w:b/>
          <w:sz w:val="22"/>
        </w:rPr>
        <w:t xml:space="preserve">Melissa  </w:t>
      </w:r>
      <w:r>
        <w:rPr>
          <w:rFonts w:ascii="Arial" w:hAnsi="Arial"/>
          <w:color w:val="5D7284"/>
          <w:sz w:val="22"/>
        </w:rPr>
        <w:t>21:25</w:t>
      </w:r>
    </w:p>
    <w:p>
      <w:pPr>
        <w:spacing w:after="0"/>
      </w:pPr>
      <w:r>
        <w:rPr>
          <w:rFonts w:ascii="Arial" w:hAnsi="Arial"/>
          <w:sz w:val="22"/>
        </w:rPr>
        <w:t>Its in the battle of Blackwater</w:t>
      </w:r>
    </w:p>
    <w:p>
      <w:pPr>
        <w:spacing w:after="0"/>
      </w:pPr>
    </w:p>
    <w:p>
      <w:pPr>
        <w:spacing w:after="0"/>
      </w:pPr>
      <w:r>
        <w:rPr>
          <w:rFonts w:ascii="Arial" w:hAnsi="Arial"/>
          <w:b/>
          <w:sz w:val="22"/>
        </w:rPr>
        <w:t xml:space="preserve">Alice  </w:t>
      </w:r>
      <w:r>
        <w:rPr>
          <w:rFonts w:ascii="Arial" w:hAnsi="Arial"/>
          <w:color w:val="5D7284"/>
          <w:sz w:val="22"/>
        </w:rPr>
        <w:t>21:27</w:t>
      </w:r>
    </w:p>
    <w:p>
      <w:pPr>
        <w:spacing w:after="0"/>
      </w:pPr>
      <w:r>
        <w:rPr>
          <w:rFonts w:ascii="Arial" w:hAnsi="Arial"/>
          <w:sz w:val="22"/>
        </w:rPr>
        <w:t xml:space="preserve">Yeah, that's it. Yeah. Yeah, that one? Yeah. But prior to that he's already I believe he's got like a very pronounced sort of, </w:t>
      </w:r>
    </w:p>
    <w:p>
      <w:pPr>
        <w:spacing w:after="0"/>
      </w:pPr>
    </w:p>
    <w:p>
      <w:pPr>
        <w:spacing w:after="0"/>
      </w:pPr>
      <w:r>
        <w:rPr>
          <w:rFonts w:ascii="Arial" w:hAnsi="Arial"/>
          <w:b/>
          <w:sz w:val="22"/>
        </w:rPr>
        <w:t xml:space="preserve">Melissa  </w:t>
      </w:r>
      <w:r>
        <w:rPr>
          <w:rFonts w:ascii="Arial" w:hAnsi="Arial"/>
          <w:color w:val="5D7284"/>
          <w:sz w:val="22"/>
        </w:rPr>
        <w:t>21:36</w:t>
      </w:r>
    </w:p>
    <w:p>
      <w:pPr>
        <w:spacing w:after="0"/>
      </w:pPr>
      <w:r>
        <w:rPr>
          <w:rFonts w:ascii="Arial" w:hAnsi="Arial"/>
          <w:sz w:val="22"/>
        </w:rPr>
        <w:t>Forehead</w:t>
      </w:r>
    </w:p>
    <w:p>
      <w:pPr>
        <w:spacing w:after="0"/>
      </w:pPr>
    </w:p>
    <w:p>
      <w:pPr>
        <w:spacing w:after="0"/>
      </w:pPr>
      <w:r>
        <w:rPr>
          <w:rFonts w:ascii="Arial" w:hAnsi="Arial"/>
          <w:b/>
          <w:sz w:val="22"/>
        </w:rPr>
        <w:t xml:space="preserve">Alice  </w:t>
      </w:r>
      <w:r>
        <w:rPr>
          <w:rFonts w:ascii="Arial" w:hAnsi="Arial"/>
          <w:color w:val="5D7284"/>
          <w:sz w:val="22"/>
        </w:rPr>
        <w:t>21:38</w:t>
      </w:r>
    </w:p>
    <w:p>
      <w:pPr>
        <w:spacing w:after="0"/>
      </w:pPr>
      <w:r>
        <w:rPr>
          <w:rFonts w:ascii="Arial" w:hAnsi="Arial"/>
          <w:sz w:val="22"/>
        </w:rPr>
        <w:t xml:space="preserve">Yeah, pronounced forehead and brow. And he's supposed to be he's just, they call him the imp really more strongly in the book? I think then you get the impression in the, in the show. And, yeah, I can remember being like, each of the two of them. Actually, I I think Peter Dinklage is, even as his character, he's incredibly charismatic and very charming. And I would I would consider him the more attractive of the brothers. </w:t>
      </w:r>
    </w:p>
    <w:p>
      <w:pPr>
        <w:spacing w:after="0"/>
      </w:pPr>
    </w:p>
    <w:p>
      <w:pPr>
        <w:spacing w:after="0"/>
      </w:pPr>
      <w:r>
        <w:rPr>
          <w:rFonts w:ascii="Arial" w:hAnsi="Arial"/>
          <w:b/>
          <w:sz w:val="22"/>
        </w:rPr>
        <w:t xml:space="preserve">Melissa  </w:t>
      </w:r>
      <w:r>
        <w:rPr>
          <w:rFonts w:ascii="Arial" w:hAnsi="Arial"/>
          <w:color w:val="5D7284"/>
          <w:sz w:val="22"/>
        </w:rPr>
        <w:t>22:09</w:t>
      </w:r>
    </w:p>
    <w:p>
      <w:pPr>
        <w:spacing w:after="0"/>
      </w:pPr>
      <w:r>
        <w:rPr>
          <w:rFonts w:ascii="Arial" w:hAnsi="Arial"/>
          <w:sz w:val="22"/>
        </w:rPr>
        <w:t xml:space="preserve">Oh, right okay. </w:t>
      </w:r>
    </w:p>
    <w:p>
      <w:pPr>
        <w:spacing w:after="0"/>
      </w:pPr>
    </w:p>
    <w:p>
      <w:pPr>
        <w:spacing w:after="0"/>
      </w:pPr>
      <w:r>
        <w:rPr>
          <w:rFonts w:ascii="Arial" w:hAnsi="Arial"/>
          <w:b/>
          <w:sz w:val="22"/>
        </w:rPr>
        <w:t xml:space="preserve">Alice  </w:t>
      </w:r>
      <w:r>
        <w:rPr>
          <w:rFonts w:ascii="Arial" w:hAnsi="Arial"/>
          <w:color w:val="5D7284"/>
          <w:sz w:val="22"/>
        </w:rPr>
        <w:t>22:10</w:t>
      </w:r>
    </w:p>
    <w:p>
      <w:pPr>
        <w:spacing w:after="0"/>
      </w:pPr>
      <w:r>
        <w:rPr>
          <w:rFonts w:ascii="Arial" w:hAnsi="Arial"/>
          <w:sz w:val="22"/>
        </w:rPr>
        <w:t xml:space="preserve">you know, even if, you know, Jamie is, you know, tall and blond and handsome. There is. There is something unattractive about his character in the early books, I think. Whereas Tyrion is, you know, although he is that that lovable rogue, there is something much more endearing about him. He's got depth to him from day one, I think so. I remember I tried, I tried re listening. So I read on my kindle the first time, all the books, and then I tried listening to them, end of last year. And it just made me feel really, really stressed. because I was like, I know all the awful things that are going to happen. I don't know if I can put myself through it again. But I remember I was reminded of a conversation really early on between Tyrion and Jon Snow on the way to the wall. </w:t>
      </w:r>
    </w:p>
    <w:p>
      <w:pPr>
        <w:spacing w:after="0"/>
      </w:pPr>
    </w:p>
    <w:p>
      <w:pPr>
        <w:spacing w:after="0"/>
      </w:pPr>
      <w:r>
        <w:rPr>
          <w:rFonts w:ascii="Arial" w:hAnsi="Arial"/>
          <w:b/>
          <w:sz w:val="22"/>
        </w:rPr>
        <w:t xml:space="preserve">Melissa  </w:t>
      </w:r>
      <w:r>
        <w:rPr>
          <w:rFonts w:ascii="Arial" w:hAnsi="Arial"/>
          <w:color w:val="5D7284"/>
          <w:sz w:val="22"/>
        </w:rPr>
        <w:t>23:10</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23:11</w:t>
      </w:r>
    </w:p>
    <w:p>
      <w:pPr>
        <w:spacing w:after="0"/>
      </w:pPr>
      <w:r>
        <w:rPr>
          <w:rFonts w:ascii="Arial" w:hAnsi="Arial"/>
          <w:sz w:val="22"/>
        </w:rPr>
        <w:t xml:space="preserve">Which is like the first half of the first book, where Tyrion tells Jon that bastards are all dwarves in their father's eyes. </w:t>
      </w:r>
    </w:p>
    <w:p>
      <w:pPr>
        <w:spacing w:after="0"/>
      </w:pPr>
    </w:p>
    <w:p>
      <w:pPr>
        <w:spacing w:after="0"/>
      </w:pPr>
      <w:r>
        <w:rPr>
          <w:rFonts w:ascii="Arial" w:hAnsi="Arial"/>
          <w:b/>
          <w:sz w:val="22"/>
        </w:rPr>
        <w:t xml:space="preserve">Alice  </w:t>
      </w:r>
      <w:r>
        <w:rPr>
          <w:rFonts w:ascii="Arial" w:hAnsi="Arial"/>
          <w:color w:val="5D7284"/>
          <w:sz w:val="22"/>
        </w:rPr>
        <w:t>23:19</w:t>
      </w:r>
    </w:p>
    <w:p>
      <w:pPr>
        <w:spacing w:after="0"/>
      </w:pPr>
      <w:r>
        <w:rPr>
          <w:rFonts w:ascii="Arial" w:hAnsi="Arial"/>
          <w:sz w:val="22"/>
        </w:rPr>
        <w:t>And it is. The insight that he has into human nature that has very much come from the fact that he's been really rejected in many ways by his family is, is very interesting. It's the darkest part of human nature. But I think it's really interesting. And I think that it's because of that, that he the it's it's Jamie's relationship with Tyrion, that gives you a lot of the complexity of Jamie I think, because because he's kind of under the thumb to Cersei the whole time. He's a bit of a sort of just driven by glory as a soldier. But you see that, you know, there is a back and forth. And Tyrion is protective of his of Jamie in the same way that Jamie is protective of Tyrion. And I think that that relationship is really interesting. And I think that the way that the characters develop and the way their relationship develops, the power dynamic actually becomes much more equal. when Jamie loses his hand from it being a position of you know, Tyrion has the intellectual high ground that Jamie has the power in every other sense.</w:t>
      </w:r>
    </w:p>
    <w:p>
      <w:pPr>
        <w:spacing w:after="0"/>
      </w:pPr>
    </w:p>
    <w:p>
      <w:pPr>
        <w:spacing w:after="0"/>
      </w:pPr>
      <w:r>
        <w:rPr>
          <w:rFonts w:ascii="Arial" w:hAnsi="Arial"/>
          <w:b/>
          <w:sz w:val="22"/>
        </w:rPr>
        <w:t xml:space="preserve">Melissa  </w:t>
      </w:r>
      <w:r>
        <w:rPr>
          <w:rFonts w:ascii="Arial" w:hAnsi="Arial"/>
          <w:color w:val="5D7284"/>
          <w:sz w:val="22"/>
        </w:rPr>
        <w:t>23:19</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24:54</w:t>
      </w:r>
    </w:p>
    <w:p>
      <w:pPr>
        <w:spacing w:after="0"/>
      </w:pPr>
      <w:r>
        <w:rPr>
          <w:rFonts w:ascii="Arial" w:hAnsi="Arial"/>
          <w:sz w:val="22"/>
        </w:rPr>
        <w:t xml:space="preserve">I understand that. I understand that. And it's weird because when you're talking about certain conversations or interactions  And you know where it is in the books I can think of what episode it is. So Tyrion has that conversation with Jon in I think the episode is, bastards, cripples and broken things, </w:t>
      </w:r>
    </w:p>
    <w:p>
      <w:pPr>
        <w:spacing w:after="0"/>
      </w:pPr>
    </w:p>
    <w:p>
      <w:pPr>
        <w:spacing w:after="0"/>
      </w:pPr>
      <w:r>
        <w:rPr>
          <w:rFonts w:ascii="Arial" w:hAnsi="Arial"/>
          <w:b/>
          <w:sz w:val="22"/>
        </w:rPr>
        <w:t xml:space="preserve">Melissa  </w:t>
      </w:r>
      <w:r>
        <w:rPr>
          <w:rFonts w:ascii="Arial" w:hAnsi="Arial"/>
          <w:color w:val="5D7284"/>
          <w:sz w:val="22"/>
        </w:rPr>
        <w:t>25:14</w:t>
      </w:r>
    </w:p>
    <w:p>
      <w:pPr>
        <w:spacing w:after="0"/>
      </w:pPr>
      <w:r>
        <w:rPr>
          <w:rFonts w:ascii="Arial" w:hAnsi="Arial"/>
          <w:sz w:val="22"/>
        </w:rPr>
        <w:t xml:space="preserve">and he's telling him to kind of own own the title of being a bastard because John really hates that title. </w:t>
      </w:r>
    </w:p>
    <w:p>
      <w:pPr>
        <w:spacing w:after="0"/>
      </w:pPr>
    </w:p>
    <w:p>
      <w:pPr>
        <w:spacing w:after="0"/>
      </w:pPr>
      <w:r>
        <w:rPr>
          <w:rFonts w:ascii="Arial" w:hAnsi="Arial"/>
          <w:b/>
          <w:sz w:val="22"/>
        </w:rPr>
        <w:t xml:space="preserve">Alice  </w:t>
      </w:r>
      <w:r>
        <w:rPr>
          <w:rFonts w:ascii="Arial" w:hAnsi="Arial"/>
          <w:color w:val="5D7284"/>
          <w:sz w:val="22"/>
        </w:rPr>
        <w:t>25:14</w:t>
      </w:r>
    </w:p>
    <w:p>
      <w:pPr>
        <w:spacing w:after="0"/>
      </w:pPr>
      <w:r>
        <w:rPr>
          <w:rFonts w:ascii="Arial" w:hAnsi="Arial"/>
          <w:sz w:val="22"/>
        </w:rPr>
        <w:t>(Laughs)</w:t>
      </w:r>
    </w:p>
    <w:p>
      <w:pPr>
        <w:spacing w:after="0"/>
      </w:pPr>
    </w:p>
    <w:p>
      <w:pPr>
        <w:spacing w:after="0"/>
      </w:pPr>
      <w:r>
        <w:rPr>
          <w:rFonts w:ascii="Arial" w:hAnsi="Arial"/>
          <w:b/>
          <w:sz w:val="22"/>
        </w:rPr>
        <w:t xml:space="preserve">Melissa  </w:t>
      </w:r>
      <w:r>
        <w:rPr>
          <w:rFonts w:ascii="Arial" w:hAnsi="Arial"/>
          <w:color w:val="5D7284"/>
          <w:sz w:val="22"/>
        </w:rPr>
        <w:t>25:23</w:t>
      </w:r>
    </w:p>
    <w:p>
      <w:pPr>
        <w:spacing w:after="0"/>
      </w:pPr>
      <w:r>
        <w:rPr>
          <w:rFonts w:ascii="Arial" w:hAnsi="Arial"/>
          <w:sz w:val="22"/>
        </w:rPr>
        <w:t xml:space="preserve">and he tells him to own sorry to tell him to own that title. And it's fascinating because later on in Battle of the Bastards in season six, episode nine when when Ramsay is calling Jon a bastard, </w:t>
      </w:r>
    </w:p>
    <w:p>
      <w:pPr>
        <w:spacing w:after="0"/>
      </w:pPr>
    </w:p>
    <w:p>
      <w:pPr>
        <w:spacing w:after="0"/>
      </w:pPr>
      <w:r>
        <w:rPr>
          <w:rFonts w:ascii="Arial" w:hAnsi="Arial"/>
          <w:b/>
          <w:sz w:val="22"/>
        </w:rPr>
        <w:t xml:space="preserve">Alice  </w:t>
      </w:r>
      <w:r>
        <w:rPr>
          <w:rFonts w:ascii="Arial" w:hAnsi="Arial"/>
          <w:color w:val="5D7284"/>
          <w:sz w:val="22"/>
        </w:rPr>
        <w:t>25:23</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25:43</w:t>
      </w:r>
    </w:p>
    <w:p>
      <w:pPr>
        <w:spacing w:after="0"/>
      </w:pPr>
      <w:r>
        <w:rPr>
          <w:rFonts w:ascii="Arial" w:hAnsi="Arial"/>
          <w:sz w:val="22"/>
        </w:rPr>
        <w:t>Oh god Yeah</w:t>
      </w:r>
    </w:p>
    <w:p>
      <w:pPr>
        <w:spacing w:after="0"/>
      </w:pPr>
    </w:p>
    <w:p>
      <w:pPr>
        <w:spacing w:after="0"/>
      </w:pPr>
      <w:r>
        <w:rPr>
          <w:rFonts w:ascii="Arial" w:hAnsi="Arial"/>
          <w:b/>
          <w:sz w:val="22"/>
        </w:rPr>
        <w:t xml:space="preserve">Melissa  </w:t>
      </w:r>
      <w:r>
        <w:rPr>
          <w:rFonts w:ascii="Arial" w:hAnsi="Arial"/>
          <w:color w:val="5D7284"/>
          <w:sz w:val="22"/>
        </w:rPr>
        <w:t>25:43</w:t>
      </w:r>
    </w:p>
    <w:p>
      <w:pPr>
        <w:spacing w:after="0"/>
      </w:pPr>
      <w:r>
        <w:rPr>
          <w:rFonts w:ascii="Arial" w:hAnsi="Arial"/>
          <w:sz w:val="22"/>
        </w:rPr>
        <w:t xml:space="preserve">to try to try and get him angry, it doesn't faze Jon at all. </w:t>
      </w:r>
    </w:p>
    <w:p>
      <w:pPr>
        <w:spacing w:after="0"/>
      </w:pPr>
    </w:p>
    <w:p>
      <w:pPr>
        <w:spacing w:after="0"/>
      </w:pPr>
      <w:r>
        <w:rPr>
          <w:rFonts w:ascii="Arial" w:hAnsi="Arial"/>
          <w:b/>
          <w:sz w:val="22"/>
        </w:rPr>
        <w:t xml:space="preserve">Alice  </w:t>
      </w:r>
      <w:r>
        <w:rPr>
          <w:rFonts w:ascii="Arial" w:hAnsi="Arial"/>
          <w:color w:val="5D7284"/>
          <w:sz w:val="22"/>
        </w:rPr>
        <w:t>25:47</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25:48</w:t>
      </w:r>
    </w:p>
    <w:p>
      <w:pPr>
        <w:spacing w:after="0"/>
      </w:pPr>
      <w:r>
        <w:rPr>
          <w:rFonts w:ascii="Arial" w:hAnsi="Arial"/>
          <w:sz w:val="22"/>
        </w:rPr>
        <w:t xml:space="preserve">And it's because he has he's owned that title. </w:t>
      </w:r>
    </w:p>
    <w:p>
      <w:pPr>
        <w:spacing w:after="0"/>
      </w:pPr>
    </w:p>
    <w:p>
      <w:pPr>
        <w:spacing w:after="0"/>
      </w:pPr>
      <w:r>
        <w:rPr>
          <w:rFonts w:ascii="Arial" w:hAnsi="Arial"/>
          <w:b/>
          <w:sz w:val="22"/>
        </w:rPr>
        <w:t xml:space="preserve">Alice  </w:t>
      </w:r>
      <w:r>
        <w:rPr>
          <w:rFonts w:ascii="Arial" w:hAnsi="Arial"/>
          <w:color w:val="5D7284"/>
          <w:sz w:val="22"/>
        </w:rPr>
        <w:t>25:51</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25:52</w:t>
      </w:r>
    </w:p>
    <w:p>
      <w:pPr>
        <w:spacing w:after="0"/>
      </w:pPr>
      <w:r>
        <w:rPr>
          <w:rFonts w:ascii="Arial" w:hAnsi="Arial"/>
          <w:sz w:val="22"/>
        </w:rPr>
        <w:t xml:space="preserve">So it doesn't bother him anymore. </w:t>
      </w:r>
    </w:p>
    <w:p>
      <w:pPr>
        <w:spacing w:after="0"/>
      </w:pPr>
    </w:p>
    <w:p>
      <w:pPr>
        <w:spacing w:after="0"/>
      </w:pPr>
      <w:r>
        <w:rPr>
          <w:rFonts w:ascii="Arial" w:hAnsi="Arial"/>
          <w:b/>
          <w:sz w:val="22"/>
        </w:rPr>
        <w:t xml:space="preserve">Alice  </w:t>
      </w:r>
      <w:r>
        <w:rPr>
          <w:rFonts w:ascii="Arial" w:hAnsi="Arial"/>
          <w:color w:val="5D7284"/>
          <w:sz w:val="22"/>
        </w:rPr>
        <w:t>25:53</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25:54</w:t>
      </w:r>
    </w:p>
    <w:p>
      <w:pPr>
        <w:spacing w:after="0"/>
      </w:pPr>
      <w:r>
        <w:rPr>
          <w:rFonts w:ascii="Arial" w:hAnsi="Arial"/>
          <w:sz w:val="22"/>
        </w:rPr>
        <w:t xml:space="preserve">Whereas that no longer being a bastard is really important to Ramsay. So I think, I think both. I think both characters, both Tyrion and Jaime, throughout learn a lot from the characters they're amongst. So for someone like Jamie, he very much saw his father figure or would prefer a father figure in someone like Lord Selmy, who goes off with Khaleesi. because he looked up to him and said, you know, when you used to, when you used to kill people, it was like you were painting a picture, because it was like a beautiful piece of art. So he very much looks up to him in that regard. And I think with with Tyrion, he looks up to his brother, because he only has his brother, as someone who truly loves him or as ever devoted any time to him. So although watching it the first time, I didn't see any redeeming characteristics in Jamie until later on. when I go back, it's always there. But we were just Well, for me anyway, I just automatically hated Jamie, because in the very first episode, you see him push a boy </w:t>
      </w:r>
    </w:p>
    <w:p>
      <w:pPr>
        <w:spacing w:after="0"/>
      </w:pPr>
    </w:p>
    <w:p>
      <w:pPr>
        <w:spacing w:after="0"/>
      </w:pPr>
      <w:r>
        <w:rPr>
          <w:rFonts w:ascii="Arial" w:hAnsi="Arial"/>
          <w:b/>
          <w:sz w:val="22"/>
        </w:rPr>
        <w:t xml:space="preserve">Alice  </w:t>
      </w:r>
      <w:r>
        <w:rPr>
          <w:rFonts w:ascii="Arial" w:hAnsi="Arial"/>
          <w:color w:val="5D7284"/>
          <w:sz w:val="22"/>
        </w:rPr>
        <w:t>27:22</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27:22</w:t>
      </w:r>
    </w:p>
    <w:p>
      <w:pPr>
        <w:spacing w:after="0"/>
      </w:pPr>
      <w:r>
        <w:rPr>
          <w:rFonts w:ascii="Arial" w:hAnsi="Arial"/>
          <w:sz w:val="22"/>
        </w:rPr>
        <w:t xml:space="preserve">off of a building and say, </w:t>
      </w:r>
    </w:p>
    <w:p>
      <w:pPr>
        <w:spacing w:after="0"/>
      </w:pPr>
    </w:p>
    <w:p>
      <w:pPr>
        <w:spacing w:after="0"/>
      </w:pPr>
      <w:r>
        <w:rPr>
          <w:rFonts w:ascii="Arial" w:hAnsi="Arial"/>
          <w:b/>
          <w:sz w:val="22"/>
        </w:rPr>
        <w:t xml:space="preserve">Melissa  </w:t>
      </w:r>
      <w:r>
        <w:rPr>
          <w:rFonts w:ascii="Arial" w:hAnsi="Arial"/>
          <w:color w:val="5D7284"/>
          <w:sz w:val="22"/>
        </w:rPr>
        <w:t>27:24</w:t>
      </w:r>
    </w:p>
    <w:p>
      <w:pPr>
        <w:spacing w:after="0"/>
      </w:pPr>
      <w:r>
        <w:rPr>
          <w:rFonts w:ascii="Arial" w:hAnsi="Arial"/>
          <w:sz w:val="22"/>
        </w:rPr>
        <w:t xml:space="preserve">the things you do for love. </w:t>
      </w:r>
    </w:p>
    <w:p>
      <w:pPr>
        <w:spacing w:after="0"/>
      </w:pPr>
    </w:p>
    <w:p>
      <w:pPr>
        <w:spacing w:after="0"/>
      </w:pPr>
      <w:r>
        <w:rPr>
          <w:rFonts w:ascii="Arial" w:hAnsi="Arial"/>
          <w:b/>
          <w:sz w:val="22"/>
        </w:rPr>
        <w:t xml:space="preserve">Alice  </w:t>
      </w:r>
      <w:r>
        <w:rPr>
          <w:rFonts w:ascii="Arial" w:hAnsi="Arial"/>
          <w:color w:val="5D7284"/>
          <w:sz w:val="22"/>
        </w:rPr>
        <w:t>27:24</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27:26</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27:26</w:t>
      </w:r>
    </w:p>
    <w:p>
      <w:pPr>
        <w:spacing w:after="0"/>
      </w:pPr>
      <w:r>
        <w:rPr>
          <w:rFonts w:ascii="Arial" w:hAnsi="Arial"/>
          <w:sz w:val="22"/>
        </w:rPr>
        <w:t>and so how am I not going to hate this individual?</w:t>
      </w:r>
    </w:p>
    <w:p>
      <w:pPr>
        <w:spacing w:after="0"/>
      </w:pPr>
    </w:p>
    <w:p>
      <w:pPr>
        <w:spacing w:after="0"/>
      </w:pPr>
      <w:r>
        <w:rPr>
          <w:rFonts w:ascii="Arial" w:hAnsi="Arial"/>
          <w:b/>
          <w:sz w:val="22"/>
        </w:rPr>
        <w:t xml:space="preserve">Alice  </w:t>
      </w:r>
      <w:r>
        <w:rPr>
          <w:rFonts w:ascii="Arial" w:hAnsi="Arial"/>
          <w:color w:val="5D7284"/>
          <w:sz w:val="22"/>
        </w:rPr>
        <w:t>27:30</w:t>
      </w:r>
    </w:p>
    <w:p>
      <w:pPr>
        <w:spacing w:after="0"/>
      </w:pPr>
      <w:r>
        <w:rPr>
          <w:rFonts w:ascii="Arial" w:hAnsi="Arial"/>
          <w:sz w:val="22"/>
        </w:rPr>
        <w:t>It's, it's really interesting as well to hear you talk about it. because as somebody who had read all of the books that are already out by the time, my husband was on the second season of Game of Thrones, we would talk a little bit about characters and a little bit about what happens to to people and his feelings about people. And he was the same, he hated Jamie and I can remember sitting there thinking, give it time, you know, and thinking because I had really warmed to him. Again, it's it's that interactions with him and Brienne and the way that the things that are so important to Jamie are his his loyalty is very important to Jamie, you know, as much as he may betray people as much as he may manipulate in some ways. The things that are the most important to him are, it's always Cersei, it's always getting back to her even at the very end of the the show, you know, I said to Dave, I kind of hate how it ended for him and her</w:t>
      </w:r>
    </w:p>
    <w:p>
      <w:pPr>
        <w:spacing w:after="0"/>
      </w:pPr>
    </w:p>
    <w:p>
      <w:pPr>
        <w:spacing w:after="0"/>
      </w:pPr>
      <w:r>
        <w:rPr>
          <w:rFonts w:ascii="Arial" w:hAnsi="Arial"/>
          <w:b/>
          <w:sz w:val="22"/>
        </w:rPr>
        <w:t xml:space="preserve">Melissa  </w:t>
      </w:r>
      <w:r>
        <w:rPr>
          <w:rFonts w:ascii="Arial" w:hAnsi="Arial"/>
          <w:color w:val="5D7284"/>
          <w:sz w:val="22"/>
        </w:rPr>
        <w:t>28:39</w:t>
      </w:r>
    </w:p>
    <w:p>
      <w:pPr>
        <w:spacing w:after="0"/>
      </w:pPr>
      <w:r>
        <w:rPr>
          <w:rFonts w:ascii="Arial" w:hAnsi="Arial"/>
          <w:sz w:val="22"/>
        </w:rPr>
        <w:t>100% 100%</w:t>
      </w:r>
    </w:p>
    <w:p>
      <w:pPr>
        <w:spacing w:after="0"/>
      </w:pPr>
    </w:p>
    <w:p>
      <w:pPr>
        <w:spacing w:after="0"/>
      </w:pPr>
      <w:r>
        <w:rPr>
          <w:rFonts w:ascii="Arial" w:hAnsi="Arial"/>
          <w:b/>
          <w:sz w:val="22"/>
        </w:rPr>
        <w:t xml:space="preserve">Alice  </w:t>
      </w:r>
      <w:r>
        <w:rPr>
          <w:rFonts w:ascii="Arial" w:hAnsi="Arial"/>
          <w:color w:val="5D7284"/>
          <w:sz w:val="22"/>
        </w:rPr>
        <w:t>28:39</w:t>
      </w:r>
    </w:p>
    <w:p>
      <w:pPr>
        <w:spacing w:after="0"/>
      </w:pPr>
      <w:r>
        <w:rPr>
          <w:rFonts w:ascii="Arial" w:hAnsi="Arial"/>
          <w:sz w:val="22"/>
        </w:rPr>
        <w:t>Because I wanted her to be punished and I wanted him to be okay.</w:t>
      </w:r>
    </w:p>
    <w:p>
      <w:pPr>
        <w:spacing w:after="0"/>
      </w:pPr>
    </w:p>
    <w:p>
      <w:pPr>
        <w:spacing w:after="0"/>
      </w:pPr>
      <w:r>
        <w:rPr>
          <w:rFonts w:ascii="Arial" w:hAnsi="Arial"/>
          <w:b/>
          <w:sz w:val="22"/>
        </w:rPr>
        <w:t xml:space="preserve">Melissa  </w:t>
      </w:r>
      <w:r>
        <w:rPr>
          <w:rFonts w:ascii="Arial" w:hAnsi="Arial"/>
          <w:color w:val="5D7284"/>
          <w:sz w:val="22"/>
        </w:rPr>
        <w:t>28:46</w:t>
      </w:r>
    </w:p>
    <w:p>
      <w:pPr>
        <w:spacing w:after="0"/>
      </w:pPr>
      <w:r>
        <w:rPr>
          <w:rFonts w:ascii="Arial" w:hAnsi="Arial"/>
          <w:sz w:val="22"/>
        </w:rPr>
        <w:t>100% 100% yeah</w:t>
      </w:r>
    </w:p>
    <w:p>
      <w:pPr>
        <w:spacing w:after="0"/>
      </w:pPr>
    </w:p>
    <w:p>
      <w:pPr>
        <w:spacing w:after="0"/>
      </w:pPr>
      <w:r>
        <w:rPr>
          <w:rFonts w:ascii="Arial" w:hAnsi="Arial"/>
          <w:b/>
          <w:sz w:val="22"/>
        </w:rPr>
        <w:t xml:space="preserve">Alice  </w:t>
      </w:r>
      <w:r>
        <w:rPr>
          <w:rFonts w:ascii="Arial" w:hAnsi="Arial"/>
          <w:color w:val="5D7284"/>
          <w:sz w:val="22"/>
        </w:rPr>
        <w:t>28:49</w:t>
      </w:r>
    </w:p>
    <w:p>
      <w:pPr>
        <w:spacing w:after="0"/>
      </w:pPr>
      <w:r>
        <w:rPr>
          <w:rFonts w:ascii="Arial" w:hAnsi="Arial"/>
          <w:sz w:val="22"/>
        </w:rPr>
        <w:t>and I personally I feel like it. it just got they simplified it too much. They boiled it down too much at the end with the way that they died. Again, spoilers spoilers, spoilers. (Laughs)</w:t>
      </w:r>
    </w:p>
    <w:p>
      <w:pPr>
        <w:spacing w:after="0"/>
      </w:pPr>
    </w:p>
    <w:p>
      <w:pPr>
        <w:spacing w:after="0"/>
      </w:pPr>
      <w:r>
        <w:rPr>
          <w:rFonts w:ascii="Arial" w:hAnsi="Arial"/>
          <w:b/>
          <w:sz w:val="22"/>
        </w:rPr>
        <w:t xml:space="preserve">Melissa  </w:t>
      </w:r>
      <w:r>
        <w:rPr>
          <w:rFonts w:ascii="Arial" w:hAnsi="Arial"/>
          <w:color w:val="5D7284"/>
          <w:sz w:val="22"/>
        </w:rPr>
        <w:t>29:09</w:t>
      </w:r>
    </w:p>
    <w:p>
      <w:pPr>
        <w:spacing w:after="0"/>
      </w:pPr>
      <w:r>
        <w:rPr>
          <w:rFonts w:ascii="Arial" w:hAnsi="Arial"/>
          <w:sz w:val="22"/>
        </w:rPr>
        <w:t xml:space="preserve">No way was the Jamie that we started to know, no way would he have gone back after everything he'd seen and experienced, he saw like the living dead, he actually witnessed it all. </w:t>
      </w:r>
    </w:p>
    <w:p>
      <w:pPr>
        <w:spacing w:after="0"/>
      </w:pPr>
    </w:p>
    <w:p>
      <w:pPr>
        <w:spacing w:after="0"/>
      </w:pPr>
      <w:r>
        <w:rPr>
          <w:rFonts w:ascii="Arial" w:hAnsi="Arial"/>
          <w:b/>
          <w:sz w:val="22"/>
        </w:rPr>
        <w:t xml:space="preserve">Alice  </w:t>
      </w:r>
      <w:r>
        <w:rPr>
          <w:rFonts w:ascii="Arial" w:hAnsi="Arial"/>
          <w:color w:val="5D7284"/>
          <w:sz w:val="22"/>
        </w:rPr>
        <w:t>29:22</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29:22</w:t>
      </w:r>
    </w:p>
    <w:p>
      <w:pPr>
        <w:spacing w:after="0"/>
      </w:pPr>
      <w:r>
        <w:rPr>
          <w:rFonts w:ascii="Arial" w:hAnsi="Arial"/>
          <w:sz w:val="22"/>
        </w:rPr>
        <w:t>he fought with them. And I'm not saying he had to stay with Brienne because that wasn't</w:t>
      </w:r>
    </w:p>
    <w:p>
      <w:pPr>
        <w:spacing w:after="0"/>
      </w:pPr>
    </w:p>
    <w:p>
      <w:pPr>
        <w:spacing w:after="0"/>
      </w:pPr>
      <w:r>
        <w:rPr>
          <w:rFonts w:ascii="Arial" w:hAnsi="Arial"/>
          <w:b/>
          <w:sz w:val="22"/>
        </w:rPr>
        <w:t xml:space="preserve">Alice  </w:t>
      </w:r>
      <w:r>
        <w:rPr>
          <w:rFonts w:ascii="Arial" w:hAnsi="Arial"/>
          <w:color w:val="5D7284"/>
          <w:sz w:val="22"/>
        </w:rPr>
        <w:t>29:28</w:t>
      </w:r>
    </w:p>
    <w:p>
      <w:pPr>
        <w:spacing w:after="0"/>
      </w:pPr>
      <w:r>
        <w:rPr>
          <w:rFonts w:ascii="Arial" w:hAnsi="Arial"/>
          <w:sz w:val="22"/>
        </w:rPr>
        <w:t xml:space="preserve">I didn't. I felt like that was a weird like, I did not see that. </w:t>
      </w:r>
    </w:p>
    <w:p>
      <w:pPr>
        <w:spacing w:after="0"/>
      </w:pPr>
    </w:p>
    <w:p>
      <w:pPr>
        <w:spacing w:after="0"/>
      </w:pPr>
      <w:r>
        <w:rPr>
          <w:rFonts w:ascii="Arial" w:hAnsi="Arial"/>
          <w:b/>
          <w:sz w:val="22"/>
        </w:rPr>
        <w:t xml:space="preserve">Melissa  </w:t>
      </w:r>
      <w:r>
        <w:rPr>
          <w:rFonts w:ascii="Arial" w:hAnsi="Arial"/>
          <w:color w:val="5D7284"/>
          <w:sz w:val="22"/>
        </w:rPr>
        <w:t>29:34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29:34</w:t>
      </w:r>
    </w:p>
    <w:p>
      <w:pPr>
        <w:spacing w:after="0"/>
      </w:pPr>
      <w:r>
        <w:rPr>
          <w:rFonts w:ascii="Arial" w:hAnsi="Arial"/>
          <w:sz w:val="22"/>
        </w:rPr>
        <w:t>coming and it did not feel like a good coupling at all.</w:t>
      </w:r>
    </w:p>
    <w:p>
      <w:pPr>
        <w:spacing w:after="0"/>
      </w:pPr>
    </w:p>
    <w:p>
      <w:pPr>
        <w:spacing w:after="0"/>
      </w:pPr>
      <w:r>
        <w:rPr>
          <w:rFonts w:ascii="Arial" w:hAnsi="Arial"/>
          <w:b/>
          <w:sz w:val="22"/>
        </w:rPr>
        <w:t xml:space="preserve">Melissa  </w:t>
      </w:r>
      <w:r>
        <w:rPr>
          <w:rFonts w:ascii="Arial" w:hAnsi="Arial"/>
          <w:color w:val="5D7284"/>
          <w:sz w:val="22"/>
        </w:rPr>
        <w:t>29:39</w:t>
      </w:r>
    </w:p>
    <w:p>
      <w:pPr>
        <w:spacing w:after="0"/>
      </w:pPr>
      <w:r>
        <w:rPr>
          <w:rFonts w:ascii="Arial" w:hAnsi="Arial"/>
          <w:sz w:val="22"/>
        </w:rPr>
        <w:t xml:space="preserve">She was the she was the twin he should have had. They were so matched in that regard. And yes, she was in love with him. it was very obvious. </w:t>
      </w:r>
    </w:p>
    <w:p>
      <w:pPr>
        <w:spacing w:after="0"/>
      </w:pPr>
    </w:p>
    <w:p>
      <w:pPr>
        <w:spacing w:after="0"/>
      </w:pPr>
      <w:r>
        <w:rPr>
          <w:rFonts w:ascii="Arial" w:hAnsi="Arial"/>
          <w:b/>
          <w:sz w:val="22"/>
        </w:rPr>
        <w:t xml:space="preserve">Alice  </w:t>
      </w:r>
      <w:r>
        <w:rPr>
          <w:rFonts w:ascii="Arial" w:hAnsi="Arial"/>
          <w:color w:val="5D7284"/>
          <w:sz w:val="22"/>
        </w:rPr>
        <w:t>29:47</w:t>
      </w:r>
    </w:p>
    <w:p>
      <w:pPr>
        <w:spacing w:after="0"/>
      </w:pPr>
      <w:r>
        <w:rPr>
          <w:rFonts w:ascii="Arial" w:hAnsi="Arial"/>
          <w:sz w:val="22"/>
        </w:rPr>
        <w:t xml:space="preserve">That's a fantastic way of putting it actually. </w:t>
      </w:r>
    </w:p>
    <w:p>
      <w:pPr>
        <w:spacing w:after="0"/>
      </w:pPr>
    </w:p>
    <w:p>
      <w:pPr>
        <w:spacing w:after="0"/>
      </w:pPr>
      <w:r>
        <w:rPr>
          <w:rFonts w:ascii="Arial" w:hAnsi="Arial"/>
          <w:b/>
          <w:sz w:val="22"/>
        </w:rPr>
        <w:t xml:space="preserve">Melissa  </w:t>
      </w:r>
      <w:r>
        <w:rPr>
          <w:rFonts w:ascii="Arial" w:hAnsi="Arial"/>
          <w:color w:val="5D7284"/>
          <w:sz w:val="22"/>
        </w:rPr>
        <w:t>29:50</w:t>
      </w:r>
    </w:p>
    <w:p>
      <w:pPr>
        <w:spacing w:after="0"/>
      </w:pPr>
      <w:r>
        <w:rPr>
          <w:rFonts w:ascii="Arial" w:hAnsi="Arial"/>
          <w:sz w:val="22"/>
        </w:rPr>
        <w:t>But they were, they we're each other's equals.</w:t>
      </w:r>
    </w:p>
    <w:p>
      <w:pPr>
        <w:spacing w:after="0"/>
      </w:pPr>
    </w:p>
    <w:p>
      <w:pPr>
        <w:spacing w:after="0"/>
      </w:pPr>
      <w:r>
        <w:rPr>
          <w:rFonts w:ascii="Arial" w:hAnsi="Arial"/>
          <w:b/>
          <w:sz w:val="22"/>
        </w:rPr>
        <w:t xml:space="preserve">Alice  </w:t>
      </w:r>
      <w:r>
        <w:rPr>
          <w:rFonts w:ascii="Arial" w:hAnsi="Arial"/>
          <w:color w:val="5D7284"/>
          <w:sz w:val="22"/>
        </w:rPr>
        <w:t>29:54</w:t>
      </w:r>
    </w:p>
    <w:p>
      <w:pPr>
        <w:spacing w:after="0"/>
      </w:pPr>
      <w:r>
        <w:rPr>
          <w:rFonts w:ascii="Arial" w:hAnsi="Arial"/>
          <w:sz w:val="22"/>
        </w:rPr>
        <w:t xml:space="preserve">it should never have become sexual. </w:t>
      </w:r>
    </w:p>
    <w:p>
      <w:pPr>
        <w:spacing w:after="0"/>
      </w:pPr>
    </w:p>
    <w:p>
      <w:pPr>
        <w:spacing w:after="0"/>
      </w:pPr>
      <w:r>
        <w:rPr>
          <w:rFonts w:ascii="Arial" w:hAnsi="Arial"/>
          <w:b/>
          <w:sz w:val="22"/>
        </w:rPr>
        <w:t xml:space="preserve">Melissa  </w:t>
      </w:r>
      <w:r>
        <w:rPr>
          <w:rFonts w:ascii="Arial" w:hAnsi="Arial"/>
          <w:color w:val="5D7284"/>
          <w:sz w:val="22"/>
        </w:rPr>
        <w:t>29:56</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29:56</w:t>
      </w:r>
    </w:p>
    <w:p>
      <w:pPr>
        <w:spacing w:after="0"/>
      </w:pPr>
      <w:r>
        <w:rPr>
          <w:rFonts w:ascii="Arial" w:hAnsi="Arial"/>
          <w:sz w:val="22"/>
        </w:rPr>
        <w:t xml:space="preserve">It's weird. </w:t>
      </w:r>
    </w:p>
    <w:p>
      <w:pPr>
        <w:spacing w:after="0"/>
      </w:pPr>
    </w:p>
    <w:p>
      <w:pPr>
        <w:spacing w:after="0"/>
      </w:pPr>
      <w:r>
        <w:rPr>
          <w:rFonts w:ascii="Arial" w:hAnsi="Arial"/>
          <w:b/>
          <w:sz w:val="22"/>
        </w:rPr>
        <w:t xml:space="preserve">Melissa  </w:t>
      </w:r>
      <w:r>
        <w:rPr>
          <w:rFonts w:ascii="Arial" w:hAnsi="Arial"/>
          <w:color w:val="5D7284"/>
          <w:sz w:val="22"/>
        </w:rPr>
        <w:t>29:57</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29:58</w:t>
      </w:r>
    </w:p>
    <w:p>
      <w:pPr>
        <w:spacing w:after="0"/>
      </w:pPr>
      <w:r>
        <w:rPr>
          <w:rFonts w:ascii="Arial" w:hAnsi="Arial"/>
          <w:sz w:val="22"/>
        </w:rPr>
        <w:t>Basically.</w:t>
      </w:r>
    </w:p>
    <w:p>
      <w:pPr>
        <w:spacing w:after="0"/>
      </w:pPr>
    </w:p>
    <w:p>
      <w:pPr>
        <w:spacing w:after="0"/>
      </w:pPr>
      <w:r>
        <w:rPr>
          <w:rFonts w:ascii="Arial" w:hAnsi="Arial"/>
          <w:b/>
          <w:sz w:val="22"/>
        </w:rPr>
        <w:t xml:space="preserve">Melissa  </w:t>
      </w:r>
      <w:r>
        <w:rPr>
          <w:rFonts w:ascii="Arial" w:hAnsi="Arial"/>
          <w:color w:val="5D7284"/>
          <w:sz w:val="22"/>
        </w:rPr>
        <w:t>29:59</w:t>
      </w:r>
    </w:p>
    <w:p>
      <w:pPr>
        <w:spacing w:after="0"/>
      </w:pPr>
      <w:r>
        <w:rPr>
          <w:rFonts w:ascii="Arial" w:hAnsi="Arial"/>
          <w:sz w:val="22"/>
        </w:rPr>
        <w:t>I agree. I agree. Totally agree.</w:t>
      </w:r>
    </w:p>
    <w:p>
      <w:pPr>
        <w:spacing w:after="0"/>
      </w:pPr>
    </w:p>
    <w:p>
      <w:pPr>
        <w:spacing w:after="0"/>
      </w:pPr>
      <w:r>
        <w:rPr>
          <w:rFonts w:ascii="Arial" w:hAnsi="Arial"/>
          <w:b/>
          <w:sz w:val="22"/>
        </w:rPr>
        <w:t xml:space="preserve">Alice  </w:t>
      </w:r>
      <w:r>
        <w:rPr>
          <w:rFonts w:ascii="Arial" w:hAnsi="Arial"/>
          <w:color w:val="5D7284"/>
          <w:sz w:val="22"/>
        </w:rPr>
        <w:t>30:02</w:t>
      </w:r>
    </w:p>
    <w:p>
      <w:pPr>
        <w:spacing w:after="0"/>
      </w:pPr>
      <w:r>
        <w:rPr>
          <w:rFonts w:ascii="Arial" w:hAnsi="Arial"/>
          <w:sz w:val="22"/>
        </w:rPr>
        <w:t xml:space="preserve">Yeah. And I think and as you say, they were each other's equal they the relationship that they had was a was a much better sort of sibling partnership, where it's actually the relationship that he always had with Cersei was always sexual. And it kind of you almost forget that they're siblings, sometimes because of how sexualized their relationship is. And the weird power dynamic that they have. </w:t>
      </w:r>
    </w:p>
    <w:p>
      <w:pPr>
        <w:spacing w:after="0"/>
      </w:pPr>
    </w:p>
    <w:p>
      <w:pPr>
        <w:spacing w:after="0"/>
      </w:pPr>
      <w:r>
        <w:rPr>
          <w:rFonts w:ascii="Arial" w:hAnsi="Arial"/>
          <w:b/>
          <w:sz w:val="22"/>
        </w:rPr>
        <w:t xml:space="preserve">Melissa  </w:t>
      </w:r>
      <w:r>
        <w:rPr>
          <w:rFonts w:ascii="Arial" w:hAnsi="Arial"/>
          <w:color w:val="5D7284"/>
          <w:sz w:val="22"/>
        </w:rPr>
        <w:t>30:02</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30:29</w:t>
      </w:r>
    </w:p>
    <w:p>
      <w:pPr>
        <w:spacing w:after="0"/>
      </w:pPr>
      <w:r>
        <w:rPr>
          <w:rFonts w:ascii="Arial" w:hAnsi="Arial"/>
          <w:sz w:val="22"/>
        </w:rPr>
        <w:t>So yeah, it's no, I just I really taken with that phrase at work. That's really that sums it up pretty nicely.</w:t>
      </w:r>
    </w:p>
    <w:p>
      <w:pPr>
        <w:spacing w:after="0"/>
      </w:pPr>
    </w:p>
    <w:p>
      <w:pPr>
        <w:spacing w:after="0"/>
      </w:pPr>
      <w:r>
        <w:rPr>
          <w:rFonts w:ascii="Arial" w:hAnsi="Arial"/>
          <w:b/>
          <w:sz w:val="22"/>
        </w:rPr>
        <w:t xml:space="preserve">Melissa  </w:t>
      </w:r>
      <w:r>
        <w:rPr>
          <w:rFonts w:ascii="Arial" w:hAnsi="Arial"/>
          <w:color w:val="5D7284"/>
          <w:sz w:val="22"/>
        </w:rPr>
        <w:t>30:37</w:t>
      </w:r>
    </w:p>
    <w:p>
      <w:pPr>
        <w:spacing w:after="0"/>
      </w:pPr>
      <w:r>
        <w:rPr>
          <w:rFonts w:ascii="Arial" w:hAnsi="Arial"/>
          <w:sz w:val="22"/>
        </w:rPr>
        <w:t>I mean, a lot of us called it twin-cest because we didn't think we didn't know, excuse me, I think when you first saw that first episode for someone who's not read the books, and you know, you hear you hear what's happening in the tower, and you're like, oh, what's he going to say? And then you see them, and you're like, Wait, I thought they were siblings. And then you think, oh, no, maybe I've got it wrong. And then you realize, no, they are siblings. And you're like, What the hell?</w:t>
      </w:r>
    </w:p>
    <w:p>
      <w:pPr>
        <w:spacing w:after="0"/>
      </w:pPr>
    </w:p>
    <w:p>
      <w:pPr>
        <w:spacing w:after="0"/>
      </w:pPr>
      <w:r>
        <w:rPr>
          <w:rFonts w:ascii="Arial" w:hAnsi="Arial"/>
          <w:b/>
          <w:sz w:val="22"/>
        </w:rPr>
        <w:t xml:space="preserve">Alice  </w:t>
      </w:r>
      <w:r>
        <w:rPr>
          <w:rFonts w:ascii="Arial" w:hAnsi="Arial"/>
          <w:color w:val="5D7284"/>
          <w:sz w:val="22"/>
        </w:rPr>
        <w:t>31:05</w:t>
      </w:r>
    </w:p>
    <w:p>
      <w:pPr>
        <w:spacing w:after="0"/>
      </w:pPr>
      <w:r>
        <w:rPr>
          <w:rFonts w:ascii="Arial" w:hAnsi="Arial"/>
          <w:sz w:val="22"/>
        </w:rPr>
        <w:t xml:space="preserve">Again, in the book, one of the things that, and of course, you can't do it with casting really, but in the book, that they're, they're described as basically having the same face. being the same, like there's, I'm sure there is a conversation where Cersei says something really gross, like, when I'm fucking Jamie, I'm looking into my own eyes or something all on my own face. And you just like, I mean, that that it's it's a, it says a lot about her ego. </w:t>
      </w:r>
    </w:p>
    <w:p>
      <w:pPr>
        <w:spacing w:after="0"/>
      </w:pPr>
    </w:p>
    <w:p>
      <w:pPr>
        <w:spacing w:after="0"/>
      </w:pPr>
      <w:r>
        <w:rPr>
          <w:rFonts w:ascii="Arial" w:hAnsi="Arial"/>
          <w:b/>
          <w:sz w:val="22"/>
        </w:rPr>
        <w:t xml:space="preserve">Melissa  </w:t>
      </w:r>
      <w:r>
        <w:rPr>
          <w:rFonts w:ascii="Arial" w:hAnsi="Arial"/>
          <w:color w:val="5D7284"/>
          <w:sz w:val="22"/>
        </w:rPr>
        <w:t>31:36</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31:37</w:t>
      </w:r>
    </w:p>
    <w:p>
      <w:pPr>
        <w:spacing w:after="0"/>
      </w:pPr>
      <w:r>
        <w:rPr>
          <w:rFonts w:ascii="Arial" w:hAnsi="Arial"/>
          <w:sz w:val="22"/>
        </w:rPr>
        <w:t>but it's, they are supposed to be as close to identical twins, as you know, a male and female twin set can be.</w:t>
      </w:r>
    </w:p>
    <w:p>
      <w:pPr>
        <w:spacing w:after="0"/>
      </w:pPr>
    </w:p>
    <w:p>
      <w:pPr>
        <w:spacing w:after="0"/>
      </w:pPr>
      <w:r>
        <w:rPr>
          <w:rFonts w:ascii="Arial" w:hAnsi="Arial"/>
          <w:b/>
          <w:sz w:val="22"/>
        </w:rPr>
        <w:t xml:space="preserve">Melissa  </w:t>
      </w:r>
      <w:r>
        <w:rPr>
          <w:rFonts w:ascii="Arial" w:hAnsi="Arial"/>
          <w:color w:val="5D7284"/>
          <w:sz w:val="22"/>
        </w:rPr>
        <w:t>31:45</w:t>
      </w:r>
    </w:p>
    <w:p>
      <w:pPr>
        <w:spacing w:after="0"/>
      </w:pPr>
      <w:r>
        <w:rPr>
          <w:rFonts w:ascii="Arial" w:hAnsi="Arial"/>
          <w:sz w:val="22"/>
        </w:rPr>
        <w:t xml:space="preserve">But I think as well, I think the way that Tywin's ego is as well. It's understandable that I don't mean it's understandable that they're sleeping together. But for her to have that kind of mentality, whereas actually the only person good enough for me, is my twin. </w:t>
      </w:r>
    </w:p>
    <w:p>
      <w:pPr>
        <w:spacing w:after="0"/>
      </w:pPr>
    </w:p>
    <w:p>
      <w:pPr>
        <w:spacing w:after="0"/>
      </w:pPr>
      <w:r>
        <w:rPr>
          <w:rFonts w:ascii="Arial" w:hAnsi="Arial"/>
          <w:b/>
          <w:sz w:val="22"/>
        </w:rPr>
        <w:t xml:space="preserve">Alice  </w:t>
      </w:r>
      <w:r>
        <w:rPr>
          <w:rFonts w:ascii="Arial" w:hAnsi="Arial"/>
          <w:color w:val="5D7284"/>
          <w:sz w:val="22"/>
        </w:rPr>
        <w:t>32:03</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32:04</w:t>
      </w:r>
    </w:p>
    <w:p>
      <w:pPr>
        <w:spacing w:after="0"/>
      </w:pPr>
      <w:r>
        <w:rPr>
          <w:rFonts w:ascii="Arial" w:hAnsi="Arial"/>
          <w:sz w:val="22"/>
        </w:rPr>
        <w:t>and he's probably not even good enough for me. do you know what I mean?</w:t>
      </w:r>
    </w:p>
    <w:p>
      <w:pPr>
        <w:spacing w:after="0"/>
      </w:pPr>
    </w:p>
    <w:p>
      <w:pPr>
        <w:spacing w:after="0"/>
      </w:pPr>
      <w:r>
        <w:rPr>
          <w:rFonts w:ascii="Arial" w:hAnsi="Arial"/>
          <w:b/>
          <w:sz w:val="22"/>
        </w:rPr>
        <w:t xml:space="preserve">Alice  </w:t>
      </w:r>
      <w:r>
        <w:rPr>
          <w:rFonts w:ascii="Arial" w:hAnsi="Arial"/>
          <w:color w:val="5D7284"/>
          <w:sz w:val="22"/>
        </w:rPr>
        <w:t>32:07</w:t>
      </w:r>
    </w:p>
    <w:p>
      <w:pPr>
        <w:spacing w:after="0"/>
      </w:pPr>
      <w:r>
        <w:rPr>
          <w:rFonts w:ascii="Arial" w:hAnsi="Arial"/>
          <w:sz w:val="22"/>
        </w:rPr>
        <w:t>Well, I mean the way that she treats him, she treats him like, like a sex slave in a lot of ways doesn't she</w:t>
      </w:r>
    </w:p>
    <w:p>
      <w:pPr>
        <w:spacing w:after="0"/>
      </w:pPr>
    </w:p>
    <w:p>
      <w:pPr>
        <w:spacing w:after="0"/>
      </w:pPr>
      <w:r>
        <w:rPr>
          <w:rFonts w:ascii="Arial" w:hAnsi="Arial"/>
          <w:b/>
          <w:sz w:val="22"/>
        </w:rPr>
        <w:t xml:space="preserve">Melissa  </w:t>
      </w:r>
      <w:r>
        <w:rPr>
          <w:rFonts w:ascii="Arial" w:hAnsi="Arial"/>
          <w:color w:val="5D7284"/>
          <w:sz w:val="22"/>
        </w:rPr>
        <w:t>32:12</w:t>
      </w:r>
    </w:p>
    <w:p>
      <w:pPr>
        <w:spacing w:after="0"/>
      </w:pPr>
      <w:r>
        <w:rPr>
          <w:rFonts w:ascii="Arial" w:hAnsi="Arial"/>
          <w:sz w:val="22"/>
        </w:rPr>
        <w:t>100%. She, she very much. She very much does. And he, It's It's weird how very quickly, it was just so normalised to to us to watch. And not even bat an eye. We, we knew that we're twins, we watched it. But you'd forget because it was such a good. it was such a good story. The first, the first like, seasons one to six was so good that you've forgot.</w:t>
      </w:r>
    </w:p>
    <w:p>
      <w:pPr>
        <w:spacing w:after="0"/>
      </w:pPr>
    </w:p>
    <w:p>
      <w:pPr>
        <w:spacing w:after="0"/>
      </w:pPr>
      <w:r>
        <w:rPr>
          <w:rFonts w:ascii="Arial" w:hAnsi="Arial"/>
          <w:b/>
          <w:sz w:val="22"/>
        </w:rPr>
        <w:t xml:space="preserve">Alice  </w:t>
      </w:r>
      <w:r>
        <w:rPr>
          <w:rFonts w:ascii="Arial" w:hAnsi="Arial"/>
          <w:color w:val="5D7284"/>
          <w:sz w:val="22"/>
        </w:rPr>
        <w:t>32:46</w:t>
      </w:r>
    </w:p>
    <w:p>
      <w:pPr>
        <w:spacing w:after="0"/>
      </w:pPr>
      <w:r>
        <w:rPr>
          <w:rFonts w:ascii="Arial" w:hAnsi="Arial"/>
          <w:sz w:val="22"/>
        </w:rPr>
        <w:t xml:space="preserve">I think one of the things that I can remember being that sort of almost reminded me that they were siblings is when she starts sleeping with her cousin when Jamie's imprisoned because it's like, well, I can't have the guy that looks like me. So I'll have the guy that looks like the guy who looks like me. you know, it's like the next closest best thing. </w:t>
      </w:r>
    </w:p>
    <w:p>
      <w:pPr>
        <w:spacing w:after="0"/>
      </w:pPr>
    </w:p>
    <w:p>
      <w:pPr>
        <w:spacing w:after="0"/>
      </w:pPr>
      <w:r>
        <w:rPr>
          <w:rFonts w:ascii="Arial" w:hAnsi="Arial"/>
          <w:b/>
          <w:sz w:val="22"/>
        </w:rPr>
        <w:t xml:space="preserve">Melissa  </w:t>
      </w:r>
      <w:r>
        <w:rPr>
          <w:rFonts w:ascii="Arial" w:hAnsi="Arial"/>
          <w:color w:val="5D7284"/>
          <w:sz w:val="22"/>
        </w:rPr>
        <w:t>33:13</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33:14</w:t>
      </w:r>
    </w:p>
    <w:p>
      <w:pPr>
        <w:spacing w:after="0"/>
      </w:pPr>
      <w:r>
        <w:rPr>
          <w:rFonts w:ascii="Arial" w:hAnsi="Arial"/>
          <w:sz w:val="22"/>
        </w:rPr>
        <w:t>And it is that that's the kind of the reminder that she is completely in this for the sexual gratification there is actually for her as much as and I have, I have a lot of I didn't necessarily feel it in the books, but I felt as though that show boiled, older women very much down to mothers and not a lot else. That was what drove Catelyn and Cersei in particular, that was all that drove them was they were mothers. And I think women are more complex than the fact that they pushed a person out of them.</w:t>
      </w:r>
    </w:p>
    <w:p>
      <w:pPr>
        <w:spacing w:after="0"/>
      </w:pPr>
    </w:p>
    <w:p>
      <w:pPr>
        <w:spacing w:after="0"/>
      </w:pPr>
      <w:r>
        <w:rPr>
          <w:rFonts w:ascii="Arial" w:hAnsi="Arial"/>
          <w:b/>
          <w:sz w:val="22"/>
        </w:rPr>
        <w:t xml:space="preserve">Melissa  </w:t>
      </w:r>
      <w:r>
        <w:rPr>
          <w:rFonts w:ascii="Arial" w:hAnsi="Arial"/>
          <w:color w:val="5D7284"/>
          <w:sz w:val="22"/>
        </w:rPr>
        <w:t>33:54</w:t>
      </w:r>
    </w:p>
    <w:p>
      <w:pPr>
        <w:spacing w:after="0"/>
      </w:pPr>
      <w:r>
        <w:rPr>
          <w:rFonts w:ascii="Arial" w:hAnsi="Arial"/>
          <w:sz w:val="22"/>
        </w:rPr>
        <w:t>I'd like to think I'm more complex than that. Yeah.</w:t>
      </w:r>
    </w:p>
    <w:p>
      <w:pPr>
        <w:spacing w:after="0"/>
      </w:pPr>
    </w:p>
    <w:p>
      <w:pPr>
        <w:spacing w:after="0"/>
      </w:pPr>
      <w:r>
        <w:rPr>
          <w:rFonts w:ascii="Arial" w:hAnsi="Arial"/>
          <w:b/>
          <w:sz w:val="22"/>
        </w:rPr>
        <w:t xml:space="preserve">Alice  </w:t>
      </w:r>
      <w:r>
        <w:rPr>
          <w:rFonts w:ascii="Arial" w:hAnsi="Arial"/>
          <w:color w:val="5D7284"/>
          <w:sz w:val="22"/>
        </w:rPr>
        <w:t>33:56</w:t>
      </w:r>
    </w:p>
    <w:p>
      <w:pPr>
        <w:spacing w:after="0"/>
      </w:pPr>
      <w:r>
        <w:rPr>
          <w:rFonts w:ascii="Arial" w:hAnsi="Arial"/>
          <w:sz w:val="22"/>
        </w:rPr>
        <w:t>Yeah, so that was that was my own. I could do a whole podcast on that. But, but yeah, I think that dynamic with Cersei and Jaime as well, the way it changes after he loses his hand. you know, he comes back to her and he's, he's now he's given this weird, but it you know, indulgent and beautiful in a lot of ways, prosthetic, you know, it's a solid gold hand. And he's just, it's like, she talks to him like someone broke her favorite toy or ruined her like favorite dress. It's like, well, what do I want with this now?</w:t>
      </w:r>
    </w:p>
    <w:p>
      <w:pPr>
        <w:spacing w:after="0"/>
      </w:pPr>
    </w:p>
    <w:p>
      <w:pPr>
        <w:spacing w:after="0"/>
      </w:pPr>
      <w:r>
        <w:rPr>
          <w:rFonts w:ascii="Arial" w:hAnsi="Arial"/>
          <w:b/>
          <w:sz w:val="22"/>
        </w:rPr>
        <w:t xml:space="preserve">Melissa  </w:t>
      </w:r>
      <w:r>
        <w:rPr>
          <w:rFonts w:ascii="Arial" w:hAnsi="Arial"/>
          <w:color w:val="5D7284"/>
          <w:sz w:val="22"/>
        </w:rPr>
        <w:t>34:42</w:t>
      </w:r>
    </w:p>
    <w:p>
      <w:pPr>
        <w:spacing w:after="0"/>
      </w:pPr>
      <w:r>
        <w:rPr>
          <w:rFonts w:ascii="Arial" w:hAnsi="Arial"/>
          <w:sz w:val="22"/>
        </w:rPr>
        <w:t xml:space="preserve">Yeah, it's all about her. It very much is an it's that's for her. That's a reflection on her and he's not, he's flawed now he's not perfection anymore. And I think even when you think about the Lannister siblings like Tyrion sleeps with anything that moves. And we, you know, we see, Sophie has several sexual partners throughout the seasons. But with Jamie we only actually, I think he felt like he cheated on </w:t>
      </w:r>
    </w:p>
    <w:p>
      <w:pPr>
        <w:spacing w:after="0"/>
      </w:pPr>
    </w:p>
    <w:p>
      <w:pPr>
        <w:spacing w:after="0"/>
      </w:pPr>
      <w:r>
        <w:rPr>
          <w:rFonts w:ascii="Arial" w:hAnsi="Arial"/>
          <w:b/>
          <w:sz w:val="22"/>
        </w:rPr>
        <w:t xml:space="preserve">Alice  </w:t>
      </w:r>
      <w:r>
        <w:rPr>
          <w:rFonts w:ascii="Arial" w:hAnsi="Arial"/>
          <w:color w:val="5D7284"/>
          <w:sz w:val="22"/>
        </w:rPr>
        <w:t>35:16</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35:17</w:t>
      </w:r>
    </w:p>
    <w:p>
      <w:pPr>
        <w:spacing w:after="0"/>
      </w:pPr>
      <w:r>
        <w:rPr>
          <w:rFonts w:ascii="Arial" w:hAnsi="Arial"/>
          <w:sz w:val="22"/>
        </w:rPr>
        <w:t>Cersei when he slept with Brienne, because</w:t>
      </w:r>
    </w:p>
    <w:p>
      <w:pPr>
        <w:spacing w:after="0"/>
      </w:pPr>
    </w:p>
    <w:p>
      <w:pPr>
        <w:spacing w:after="0"/>
      </w:pPr>
      <w:r>
        <w:rPr>
          <w:rFonts w:ascii="Arial" w:hAnsi="Arial"/>
          <w:b/>
          <w:sz w:val="22"/>
        </w:rPr>
        <w:t xml:space="preserve">Alice  </w:t>
      </w:r>
      <w:r>
        <w:rPr>
          <w:rFonts w:ascii="Arial" w:hAnsi="Arial"/>
          <w:color w:val="5D7284"/>
          <w:sz w:val="22"/>
        </w:rPr>
        <w:t>35:19</w:t>
      </w:r>
    </w:p>
    <w:p>
      <w:pPr>
        <w:spacing w:after="0"/>
      </w:pPr>
      <w:r>
        <w:rPr>
          <w:rFonts w:ascii="Arial" w:hAnsi="Arial"/>
          <w:sz w:val="22"/>
        </w:rPr>
        <w:t>I think that's part of the reason why he rushes back to her,</w:t>
      </w:r>
    </w:p>
    <w:p>
      <w:pPr>
        <w:spacing w:after="0"/>
      </w:pPr>
    </w:p>
    <w:p>
      <w:pPr>
        <w:spacing w:after="0"/>
      </w:pPr>
      <w:r>
        <w:rPr>
          <w:rFonts w:ascii="Arial" w:hAnsi="Arial"/>
          <w:b/>
          <w:sz w:val="22"/>
        </w:rPr>
        <w:t xml:space="preserve">Melissa  </w:t>
      </w:r>
      <w:r>
        <w:rPr>
          <w:rFonts w:ascii="Arial" w:hAnsi="Arial"/>
          <w:color w:val="5D7284"/>
          <w:sz w:val="22"/>
        </w:rPr>
        <w:t>35:23</w:t>
      </w:r>
    </w:p>
    <w:p>
      <w:pPr>
        <w:spacing w:after="0"/>
      </w:pPr>
      <w:r>
        <w:rPr>
          <w:rFonts w:ascii="Arial" w:hAnsi="Arial"/>
          <w:sz w:val="22"/>
        </w:rPr>
        <w:t>Yeah because I suspect that she was the only person he'd ever slept with.</w:t>
      </w:r>
    </w:p>
    <w:p>
      <w:pPr>
        <w:spacing w:after="0"/>
      </w:pPr>
    </w:p>
    <w:p>
      <w:pPr>
        <w:spacing w:after="0"/>
      </w:pPr>
      <w:r>
        <w:rPr>
          <w:rFonts w:ascii="Arial" w:hAnsi="Arial"/>
          <w:b/>
          <w:sz w:val="22"/>
        </w:rPr>
        <w:t xml:space="preserve">Alice  </w:t>
      </w:r>
      <w:r>
        <w:rPr>
          <w:rFonts w:ascii="Arial" w:hAnsi="Arial"/>
          <w:color w:val="5D7284"/>
          <w:sz w:val="22"/>
        </w:rPr>
        <w:t>35:28</w:t>
      </w:r>
    </w:p>
    <w:p>
      <w:pPr>
        <w:spacing w:after="0"/>
      </w:pPr>
      <w:r>
        <w:rPr>
          <w:rFonts w:ascii="Arial" w:hAnsi="Arial"/>
          <w:sz w:val="22"/>
        </w:rPr>
        <w:t>I am. I am sure that that conversation is had at some point he says something to somebody, like, I know that my sister has had sex with Robert but the only person that I've ever been with this my sister. And because because people people say stuff like people know, people know that they're having an incestuous relationship.</w:t>
      </w:r>
    </w:p>
    <w:p>
      <w:pPr>
        <w:spacing w:after="0"/>
      </w:pPr>
    </w:p>
    <w:p>
      <w:pPr>
        <w:spacing w:after="0"/>
      </w:pPr>
      <w:r>
        <w:rPr>
          <w:rFonts w:ascii="Arial" w:hAnsi="Arial"/>
          <w:b/>
          <w:sz w:val="22"/>
        </w:rPr>
        <w:t xml:space="preserve">Melissa  </w:t>
      </w:r>
      <w:r>
        <w:rPr>
          <w:rFonts w:ascii="Arial" w:hAnsi="Arial"/>
          <w:color w:val="5D7284"/>
          <w:sz w:val="22"/>
        </w:rPr>
        <w:t>35:49</w:t>
      </w:r>
    </w:p>
    <w:p>
      <w:pPr>
        <w:spacing w:after="0"/>
      </w:pPr>
      <w:r>
        <w:rPr>
          <w:rFonts w:ascii="Arial" w:hAnsi="Arial"/>
          <w:sz w:val="22"/>
        </w:rPr>
        <w:t>Everybody but Tywin</w:t>
      </w:r>
    </w:p>
    <w:p>
      <w:pPr>
        <w:spacing w:after="0"/>
      </w:pPr>
    </w:p>
    <w:p>
      <w:pPr>
        <w:spacing w:after="0"/>
      </w:pPr>
      <w:r>
        <w:rPr>
          <w:rFonts w:ascii="Arial" w:hAnsi="Arial"/>
          <w:b/>
          <w:sz w:val="22"/>
        </w:rPr>
        <w:t xml:space="preserve">Alice  </w:t>
      </w:r>
      <w:r>
        <w:rPr>
          <w:rFonts w:ascii="Arial" w:hAnsi="Arial"/>
          <w:color w:val="5D7284"/>
          <w:sz w:val="22"/>
        </w:rPr>
        <w:t>35:50</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35:51</w:t>
      </w:r>
    </w:p>
    <w:p>
      <w:pPr>
        <w:spacing w:after="0"/>
      </w:pPr>
      <w:r>
        <w:rPr>
          <w:rFonts w:ascii="Arial" w:hAnsi="Arial"/>
          <w:sz w:val="22"/>
        </w:rPr>
        <w:t xml:space="preserve">And everybody's like, Dude, that's really gross. And he's like, No, I love my sister. I'm committed to my sister. Like, I would rather be in a monogamous relationship with my sister than sleeping with 50 Women who aren't my sister. </w:t>
      </w:r>
    </w:p>
    <w:p>
      <w:pPr>
        <w:spacing w:after="0"/>
      </w:pPr>
    </w:p>
    <w:p>
      <w:pPr>
        <w:spacing w:after="0"/>
      </w:pPr>
      <w:r>
        <w:rPr>
          <w:rFonts w:ascii="Arial" w:hAnsi="Arial"/>
          <w:b/>
          <w:sz w:val="22"/>
        </w:rPr>
        <w:t xml:space="preserve">Melissa  </w:t>
      </w:r>
      <w:r>
        <w:rPr>
          <w:rFonts w:ascii="Arial" w:hAnsi="Arial"/>
          <w:color w:val="5D7284"/>
          <w:sz w:val="22"/>
        </w:rPr>
        <w:t>35:51</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36:04</w:t>
      </w:r>
    </w:p>
    <w:p>
      <w:pPr>
        <w:spacing w:after="0"/>
      </w:pPr>
      <w:r>
        <w:rPr>
          <w:rFonts w:ascii="Arial" w:hAnsi="Arial"/>
          <w:sz w:val="22"/>
        </w:rPr>
        <w:t xml:space="preserve">Okay. </w:t>
      </w:r>
    </w:p>
    <w:p>
      <w:pPr>
        <w:spacing w:after="0"/>
      </w:pPr>
    </w:p>
    <w:p>
      <w:pPr>
        <w:spacing w:after="0"/>
      </w:pPr>
      <w:r>
        <w:rPr>
          <w:rFonts w:ascii="Arial" w:hAnsi="Arial"/>
          <w:b/>
          <w:sz w:val="22"/>
        </w:rPr>
        <w:t xml:space="preserve">Alice  </w:t>
      </w:r>
      <w:r>
        <w:rPr>
          <w:rFonts w:ascii="Arial" w:hAnsi="Arial"/>
          <w:color w:val="5D7284"/>
          <w:sz w:val="22"/>
        </w:rPr>
        <w:t>36:05</w:t>
      </w:r>
    </w:p>
    <w:p>
      <w:pPr>
        <w:spacing w:after="0"/>
      </w:pPr>
      <w:r>
        <w:rPr>
          <w:rFonts w:ascii="Arial" w:hAnsi="Arial"/>
          <w:sz w:val="22"/>
        </w:rPr>
        <w:t>That's it's a it's a whole thing.</w:t>
      </w:r>
    </w:p>
    <w:p>
      <w:pPr>
        <w:spacing w:after="0"/>
      </w:pPr>
    </w:p>
    <w:p>
      <w:pPr>
        <w:spacing w:after="0"/>
      </w:pPr>
      <w:r>
        <w:rPr>
          <w:rFonts w:ascii="Arial" w:hAnsi="Arial"/>
          <w:b/>
          <w:sz w:val="22"/>
        </w:rPr>
        <w:t xml:space="preserve">Melissa  </w:t>
      </w:r>
      <w:r>
        <w:rPr>
          <w:rFonts w:ascii="Arial" w:hAnsi="Arial"/>
          <w:color w:val="5D7284"/>
          <w:sz w:val="22"/>
        </w:rPr>
        <w:t>36:10</w:t>
      </w:r>
    </w:p>
    <w:p>
      <w:pPr>
        <w:spacing w:after="0"/>
      </w:pPr>
      <w:r>
        <w:rPr>
          <w:rFonts w:ascii="Arial" w:hAnsi="Arial"/>
          <w:sz w:val="22"/>
        </w:rPr>
        <w:t xml:space="preserve">it really is it really? And then, and then when you think about Theon season one. Actually, we see him having sex with Roz, which is one of mine and my sister's favorite characters, because we love peripheral characters. </w:t>
      </w:r>
    </w:p>
    <w:p>
      <w:pPr>
        <w:spacing w:after="0"/>
      </w:pPr>
    </w:p>
    <w:p>
      <w:pPr>
        <w:spacing w:after="0"/>
      </w:pPr>
      <w:r>
        <w:rPr>
          <w:rFonts w:ascii="Arial" w:hAnsi="Arial"/>
          <w:b/>
          <w:sz w:val="22"/>
        </w:rPr>
        <w:t xml:space="preserve">Alice  </w:t>
      </w:r>
      <w:r>
        <w:rPr>
          <w:rFonts w:ascii="Arial" w:hAnsi="Arial"/>
          <w:color w:val="5D7284"/>
          <w:sz w:val="22"/>
        </w:rPr>
        <w:t>36:28</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36:29</w:t>
      </w:r>
    </w:p>
    <w:p>
      <w:pPr>
        <w:spacing w:after="0"/>
      </w:pPr>
      <w:r>
        <w:rPr>
          <w:rFonts w:ascii="Arial" w:hAnsi="Arial"/>
          <w:sz w:val="22"/>
        </w:rPr>
        <w:t>So Roz, we really love because she was like, she was the wench from, from West from Oh, God, where's</w:t>
      </w:r>
    </w:p>
    <w:p>
      <w:pPr>
        <w:spacing w:after="0"/>
      </w:pPr>
    </w:p>
    <w:p>
      <w:pPr>
        <w:spacing w:after="0"/>
      </w:pPr>
      <w:r>
        <w:rPr>
          <w:rFonts w:ascii="Arial" w:hAnsi="Arial"/>
          <w:b/>
          <w:sz w:val="22"/>
        </w:rPr>
        <w:t xml:space="preserve">Alice  </w:t>
      </w:r>
      <w:r>
        <w:rPr>
          <w:rFonts w:ascii="Arial" w:hAnsi="Arial"/>
          <w:color w:val="5D7284"/>
          <w:sz w:val="22"/>
        </w:rPr>
        <w:t>36:37</w:t>
      </w:r>
    </w:p>
    <w:p>
      <w:pPr>
        <w:spacing w:after="0"/>
      </w:pPr>
      <w:r>
        <w:rPr>
          <w:rFonts w:ascii="Arial" w:hAnsi="Arial"/>
          <w:sz w:val="22"/>
        </w:rPr>
        <w:t>from beyond from? Oh, my God. Winterfell.</w:t>
      </w:r>
    </w:p>
    <w:p>
      <w:pPr>
        <w:spacing w:after="0"/>
      </w:pPr>
    </w:p>
    <w:p>
      <w:pPr>
        <w:spacing w:after="0"/>
      </w:pPr>
      <w:r>
        <w:rPr>
          <w:rFonts w:ascii="Arial" w:hAnsi="Arial"/>
          <w:b/>
          <w:sz w:val="22"/>
        </w:rPr>
        <w:t xml:space="preserve">Melissa  </w:t>
      </w:r>
      <w:r>
        <w:rPr>
          <w:rFonts w:ascii="Arial" w:hAnsi="Arial"/>
          <w:color w:val="5D7284"/>
          <w:sz w:val="22"/>
        </w:rPr>
        <w:t>36:40</w:t>
      </w:r>
    </w:p>
    <w:p>
      <w:pPr>
        <w:spacing w:after="0"/>
      </w:pPr>
      <w:r>
        <w:rPr>
          <w:rFonts w:ascii="Arial" w:hAnsi="Arial"/>
          <w:sz w:val="22"/>
        </w:rPr>
        <w:t xml:space="preserve">She was yeah, she was the wench from Winterfell, who went to Kings Landing and actually, you know, became a very prominent person who, like ran a brothel. And so, but the first time we actually see Roz, she's having sex with with Theon. </w:t>
      </w:r>
    </w:p>
    <w:p>
      <w:pPr>
        <w:spacing w:after="0"/>
      </w:pPr>
    </w:p>
    <w:p>
      <w:pPr>
        <w:spacing w:after="0"/>
      </w:pPr>
      <w:r>
        <w:rPr>
          <w:rFonts w:ascii="Arial" w:hAnsi="Arial"/>
          <w:b/>
          <w:sz w:val="22"/>
        </w:rPr>
        <w:t xml:space="preserve">Alice  </w:t>
      </w:r>
      <w:r>
        <w:rPr>
          <w:rFonts w:ascii="Arial" w:hAnsi="Arial"/>
          <w:color w:val="5D7284"/>
          <w:sz w:val="22"/>
        </w:rPr>
        <w:t>36:57</w:t>
      </w:r>
    </w:p>
    <w:p>
      <w:pPr>
        <w:spacing w:after="0"/>
      </w:pPr>
      <w:r>
        <w:rPr>
          <w:rFonts w:ascii="Arial" w:hAnsi="Arial"/>
          <w:sz w:val="22"/>
        </w:rPr>
        <w:t xml:space="preserve">With Theon, Yeah. </w:t>
      </w:r>
    </w:p>
    <w:p>
      <w:pPr>
        <w:spacing w:after="0"/>
      </w:pPr>
    </w:p>
    <w:p>
      <w:pPr>
        <w:spacing w:after="0"/>
      </w:pPr>
      <w:r>
        <w:rPr>
          <w:rFonts w:ascii="Arial" w:hAnsi="Arial"/>
          <w:b/>
          <w:sz w:val="22"/>
        </w:rPr>
        <w:t xml:space="preserve">Melissa  </w:t>
      </w:r>
      <w:r>
        <w:rPr>
          <w:rFonts w:ascii="Arial" w:hAnsi="Arial"/>
          <w:color w:val="5D7284"/>
          <w:sz w:val="22"/>
        </w:rPr>
        <w:t>36:58</w:t>
      </w:r>
    </w:p>
    <w:p>
      <w:pPr>
        <w:spacing w:after="0"/>
      </w:pPr>
      <w:r>
        <w:rPr>
          <w:rFonts w:ascii="Arial" w:hAnsi="Arial"/>
          <w:sz w:val="22"/>
        </w:rPr>
        <w:t>And he's got this glorious penis. And I don't know if it's real, or if it was, if it was prosthetic, or what for the show, but he's got a big penis. And that is, I think, for him and another person who</w:t>
      </w:r>
    </w:p>
    <w:p>
      <w:pPr>
        <w:spacing w:after="0"/>
      </w:pPr>
    </w:p>
    <w:p>
      <w:pPr>
        <w:spacing w:after="0"/>
      </w:pPr>
      <w:r>
        <w:rPr>
          <w:rFonts w:ascii="Arial" w:hAnsi="Arial"/>
          <w:b/>
          <w:sz w:val="22"/>
        </w:rPr>
        <w:t xml:space="preserve">Alice  </w:t>
      </w:r>
      <w:r>
        <w:rPr>
          <w:rFonts w:ascii="Arial" w:hAnsi="Arial"/>
          <w:color w:val="5D7284"/>
          <w:sz w:val="22"/>
        </w:rPr>
        <w:t>37:13</w:t>
      </w:r>
    </w:p>
    <w:p>
      <w:pPr>
        <w:spacing w:after="0"/>
      </w:pPr>
      <w:r>
        <w:rPr>
          <w:rFonts w:ascii="Arial" w:hAnsi="Arial"/>
          <w:sz w:val="22"/>
        </w:rPr>
        <w:t xml:space="preserve">I have to say that's not audio described! </w:t>
      </w:r>
    </w:p>
    <w:p>
      <w:pPr>
        <w:spacing w:after="0"/>
      </w:pPr>
    </w:p>
    <w:p>
      <w:pPr>
        <w:spacing w:after="0"/>
      </w:pPr>
      <w:r>
        <w:rPr>
          <w:rFonts w:ascii="Arial" w:hAnsi="Arial"/>
          <w:b/>
          <w:sz w:val="22"/>
        </w:rPr>
        <w:t xml:space="preserve">Melissa  </w:t>
      </w:r>
      <w:r>
        <w:rPr>
          <w:rFonts w:ascii="Arial" w:hAnsi="Arial"/>
          <w:color w:val="5D7284"/>
          <w:sz w:val="22"/>
        </w:rPr>
        <w:t>37:16</w:t>
      </w:r>
    </w:p>
    <w:p>
      <w:pPr>
        <w:spacing w:after="0"/>
      </w:pPr>
      <w:r>
        <w:rPr>
          <w:rFonts w:ascii="Arial" w:hAnsi="Arial"/>
          <w:sz w:val="22"/>
        </w:rPr>
        <w:t>Right? (Laughing)</w:t>
      </w:r>
    </w:p>
    <w:p>
      <w:pPr>
        <w:spacing w:after="0"/>
      </w:pPr>
    </w:p>
    <w:p>
      <w:pPr>
        <w:spacing w:after="0"/>
      </w:pPr>
      <w:r>
        <w:rPr>
          <w:rFonts w:ascii="Arial" w:hAnsi="Arial"/>
          <w:b/>
          <w:sz w:val="22"/>
        </w:rPr>
        <w:t xml:space="preserve">Alice  </w:t>
      </w:r>
      <w:r>
        <w:rPr>
          <w:rFonts w:ascii="Arial" w:hAnsi="Arial"/>
          <w:color w:val="5D7284"/>
          <w:sz w:val="22"/>
        </w:rPr>
        <w:t>37:17</w:t>
      </w:r>
    </w:p>
    <w:p>
      <w:pPr>
        <w:spacing w:after="0"/>
      </w:pPr>
      <w:r>
        <w:rPr>
          <w:rFonts w:ascii="Arial" w:hAnsi="Arial"/>
          <w:sz w:val="22"/>
        </w:rPr>
        <w:t xml:space="preserve">(Laughing) I was not aware of a very glorious penis. </w:t>
      </w:r>
    </w:p>
    <w:p>
      <w:pPr>
        <w:spacing w:after="0"/>
      </w:pPr>
    </w:p>
    <w:p>
      <w:pPr>
        <w:spacing w:after="0"/>
      </w:pPr>
      <w:r>
        <w:rPr>
          <w:rFonts w:ascii="Arial" w:hAnsi="Arial"/>
          <w:b/>
          <w:sz w:val="22"/>
        </w:rPr>
        <w:t xml:space="preserve">Melissa  </w:t>
      </w:r>
      <w:r>
        <w:rPr>
          <w:rFonts w:ascii="Arial" w:hAnsi="Arial"/>
          <w:color w:val="5D7284"/>
          <w:sz w:val="22"/>
        </w:rPr>
        <w:t>37:20</w:t>
      </w:r>
    </w:p>
    <w:p>
      <w:pPr>
        <w:spacing w:after="0"/>
      </w:pPr>
      <w:r>
        <w:rPr>
          <w:rFonts w:ascii="Arial" w:hAnsi="Arial"/>
          <w:sz w:val="22"/>
        </w:rPr>
        <w:t>I was very impressed with Theon Greyjoy's Penis.</w:t>
      </w:r>
    </w:p>
    <w:p>
      <w:pPr>
        <w:spacing w:after="0"/>
      </w:pPr>
    </w:p>
    <w:p>
      <w:pPr>
        <w:spacing w:after="0"/>
      </w:pPr>
      <w:r>
        <w:rPr>
          <w:rFonts w:ascii="Arial" w:hAnsi="Arial"/>
          <w:b/>
          <w:sz w:val="22"/>
        </w:rPr>
        <w:t xml:space="preserve">Alice  </w:t>
      </w:r>
      <w:r>
        <w:rPr>
          <w:rFonts w:ascii="Arial" w:hAnsi="Arial"/>
          <w:color w:val="5D7284"/>
          <w:sz w:val="22"/>
        </w:rPr>
        <w:t>37:24</w:t>
      </w:r>
    </w:p>
    <w:p>
      <w:pPr>
        <w:spacing w:after="0"/>
      </w:pPr>
      <w:r>
        <w:rPr>
          <w:rFonts w:ascii="Arial" w:hAnsi="Arial"/>
          <w:sz w:val="22"/>
        </w:rPr>
        <w:t>Well done Alfie Allen.</w:t>
      </w:r>
    </w:p>
    <w:p>
      <w:pPr>
        <w:spacing w:after="0"/>
      </w:pPr>
    </w:p>
    <w:p>
      <w:pPr>
        <w:spacing w:after="0"/>
      </w:pPr>
      <w:r>
        <w:rPr>
          <w:rFonts w:ascii="Arial" w:hAnsi="Arial"/>
          <w:b/>
          <w:sz w:val="22"/>
        </w:rPr>
        <w:t xml:space="preserve">Melissa  </w:t>
      </w:r>
      <w:r>
        <w:rPr>
          <w:rFonts w:ascii="Arial" w:hAnsi="Arial"/>
          <w:color w:val="5D7284"/>
          <w:sz w:val="22"/>
        </w:rPr>
        <w:t>37:27</w:t>
      </w:r>
    </w:p>
    <w:p>
      <w:pPr>
        <w:spacing w:after="0"/>
      </w:pPr>
      <w:r>
        <w:rPr>
          <w:rFonts w:ascii="Arial" w:hAnsi="Arial"/>
          <w:sz w:val="22"/>
        </w:rPr>
        <w:t>Well done Alfie Allen, and so and so he's really cocky. He's very loud and opinionated.</w:t>
      </w:r>
    </w:p>
    <w:p>
      <w:pPr>
        <w:spacing w:after="0"/>
      </w:pPr>
    </w:p>
    <w:p>
      <w:pPr>
        <w:spacing w:after="0"/>
      </w:pPr>
      <w:r>
        <w:rPr>
          <w:rFonts w:ascii="Arial" w:hAnsi="Arial"/>
          <w:b/>
          <w:sz w:val="22"/>
        </w:rPr>
        <w:t xml:space="preserve">Alice  </w:t>
      </w:r>
      <w:r>
        <w:rPr>
          <w:rFonts w:ascii="Arial" w:hAnsi="Arial"/>
          <w:color w:val="5D7284"/>
          <w:sz w:val="22"/>
        </w:rPr>
        <w:t>37:34</w:t>
      </w:r>
    </w:p>
    <w:p>
      <w:pPr>
        <w:spacing w:after="0"/>
      </w:pPr>
      <w:r>
        <w:rPr>
          <w:rFonts w:ascii="Arial" w:hAnsi="Arial"/>
          <w:sz w:val="22"/>
        </w:rPr>
        <w:t>(Laughing)</w:t>
      </w:r>
    </w:p>
    <w:p>
      <w:pPr>
        <w:spacing w:after="0"/>
      </w:pPr>
    </w:p>
    <w:p>
      <w:pPr>
        <w:spacing w:after="0"/>
      </w:pPr>
      <w:r>
        <w:rPr>
          <w:rFonts w:ascii="Arial" w:hAnsi="Arial"/>
          <w:b/>
          <w:sz w:val="22"/>
        </w:rPr>
        <w:t xml:space="preserve">Melissa  </w:t>
      </w:r>
      <w:r>
        <w:rPr>
          <w:rFonts w:ascii="Arial" w:hAnsi="Arial"/>
          <w:color w:val="5D7284"/>
          <w:sz w:val="22"/>
        </w:rPr>
        <w:t>37:34</w:t>
      </w:r>
    </w:p>
    <w:p>
      <w:pPr>
        <w:spacing w:after="0"/>
      </w:pPr>
      <w:r>
        <w:rPr>
          <w:rFonts w:ascii="Arial" w:hAnsi="Arial"/>
          <w:sz w:val="22"/>
        </w:rPr>
        <w:t>Oh, sorry. Yeah, yeah I've realised what I've said. He's very loud and opinionated. But we know that comes from a place where actually, he was taken as award as a child, given to Ned so his dad would behave. And so he wants to get back to his dad. And he, you know, his brothers have died, and he misses his sister, and he's stuck as an outsider at Winterfell. And so, you know, he's he, although he's been brought up with them. He's not one of them. And it's.</w:t>
      </w:r>
    </w:p>
    <w:p>
      <w:pPr>
        <w:spacing w:after="0"/>
      </w:pPr>
    </w:p>
    <w:p>
      <w:pPr>
        <w:spacing w:after="0"/>
      </w:pPr>
      <w:r>
        <w:rPr>
          <w:rFonts w:ascii="Arial" w:hAnsi="Arial"/>
          <w:b/>
          <w:sz w:val="22"/>
        </w:rPr>
        <w:t xml:space="preserve">Alice  </w:t>
      </w:r>
      <w:r>
        <w:rPr>
          <w:rFonts w:ascii="Arial" w:hAnsi="Arial"/>
          <w:color w:val="5D7284"/>
          <w:sz w:val="22"/>
        </w:rPr>
        <w:t>38:12</w:t>
      </w:r>
    </w:p>
    <w:p>
      <w:pPr>
        <w:spacing w:after="0"/>
      </w:pPr>
      <w:r>
        <w:rPr>
          <w:rFonts w:ascii="Arial" w:hAnsi="Arial"/>
          <w:sz w:val="22"/>
        </w:rPr>
        <w:t xml:space="preserve">It's very similar that the parallels between he and Jon are very similar, you know, on purpose, I'm sure. And I think that the, the vibe that I get, actually is that Theon was more accepted in Winterfell, perhaps than Jon was, </w:t>
      </w:r>
    </w:p>
    <w:p>
      <w:pPr>
        <w:spacing w:after="0"/>
      </w:pPr>
    </w:p>
    <w:p>
      <w:pPr>
        <w:spacing w:after="0"/>
      </w:pPr>
      <w:r>
        <w:rPr>
          <w:rFonts w:ascii="Arial" w:hAnsi="Arial"/>
          <w:b/>
          <w:sz w:val="22"/>
        </w:rPr>
        <w:t xml:space="preserve">Melissa  </w:t>
      </w:r>
      <w:r>
        <w:rPr>
          <w:rFonts w:ascii="Arial" w:hAnsi="Arial"/>
          <w:color w:val="5D7284"/>
          <w:sz w:val="22"/>
        </w:rPr>
        <w:t>38:33</w:t>
      </w:r>
    </w:p>
    <w:p>
      <w:pPr>
        <w:spacing w:after="0"/>
      </w:pPr>
      <w:r>
        <w:rPr>
          <w:rFonts w:ascii="Arial" w:hAnsi="Arial"/>
          <w:sz w:val="22"/>
        </w:rPr>
        <w:t xml:space="preserve">yeah, because </w:t>
      </w:r>
    </w:p>
    <w:p>
      <w:pPr>
        <w:spacing w:after="0"/>
      </w:pPr>
    </w:p>
    <w:p>
      <w:pPr>
        <w:spacing w:after="0"/>
      </w:pPr>
      <w:r>
        <w:rPr>
          <w:rFonts w:ascii="Arial" w:hAnsi="Arial"/>
          <w:b/>
          <w:sz w:val="22"/>
        </w:rPr>
        <w:t xml:space="preserve">Alice  </w:t>
      </w:r>
      <w:r>
        <w:rPr>
          <w:rFonts w:ascii="Arial" w:hAnsi="Arial"/>
          <w:color w:val="5D7284"/>
          <w:sz w:val="22"/>
        </w:rPr>
        <w:t>38:33</w:t>
      </w:r>
    </w:p>
    <w:p>
      <w:pPr>
        <w:spacing w:after="0"/>
      </w:pPr>
      <w:r>
        <w:rPr>
          <w:rFonts w:ascii="Arial" w:hAnsi="Arial"/>
          <w:sz w:val="22"/>
        </w:rPr>
        <w:t>Because</w:t>
      </w:r>
    </w:p>
    <w:p>
      <w:pPr>
        <w:spacing w:after="0"/>
      </w:pPr>
    </w:p>
    <w:p>
      <w:pPr>
        <w:spacing w:after="0"/>
      </w:pPr>
      <w:r>
        <w:rPr>
          <w:rFonts w:ascii="Arial" w:hAnsi="Arial"/>
          <w:b/>
          <w:sz w:val="22"/>
        </w:rPr>
        <w:t xml:space="preserve">Melissa  </w:t>
      </w:r>
      <w:r>
        <w:rPr>
          <w:rFonts w:ascii="Arial" w:hAnsi="Arial"/>
          <w:color w:val="5D7284"/>
          <w:sz w:val="22"/>
        </w:rPr>
        <w:t>38:34</w:t>
      </w:r>
    </w:p>
    <w:p>
      <w:pPr>
        <w:spacing w:after="0"/>
      </w:pPr>
      <w:r>
        <w:rPr>
          <w:rFonts w:ascii="Arial" w:hAnsi="Arial"/>
          <w:sz w:val="22"/>
        </w:rPr>
        <w:t xml:space="preserve">Catelyn despise Jon, </w:t>
      </w:r>
    </w:p>
    <w:p>
      <w:pPr>
        <w:spacing w:after="0"/>
      </w:pPr>
    </w:p>
    <w:p>
      <w:pPr>
        <w:spacing w:after="0"/>
      </w:pPr>
      <w:r>
        <w:rPr>
          <w:rFonts w:ascii="Arial" w:hAnsi="Arial"/>
          <w:b/>
          <w:sz w:val="22"/>
        </w:rPr>
        <w:t xml:space="preserve">Alice  </w:t>
      </w:r>
      <w:r>
        <w:rPr>
          <w:rFonts w:ascii="Arial" w:hAnsi="Arial"/>
          <w:color w:val="5D7284"/>
          <w:sz w:val="22"/>
        </w:rPr>
        <w:t>38:37</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38:37</w:t>
      </w:r>
    </w:p>
    <w:p>
      <w:pPr>
        <w:spacing w:after="0"/>
      </w:pPr>
      <w:r>
        <w:rPr>
          <w:rFonts w:ascii="Arial" w:hAnsi="Arial"/>
          <w:sz w:val="22"/>
        </w:rPr>
        <w:t xml:space="preserve">but Theon is like in this space, where he's not one of them. And there are people in Winterfell, who, you know, will, will remember exactly what the Greyjoy's have done to them, gone, you know, stealing and, or raped their women. So, so for them, there's a lot of hatred. And the first interaction we see between Theon and Tyrion as well, you know, Tyria they're both talking about this great battle that had happened years ago, between the Lannisters and the Greyjoys, and, you know, everybody can't not everybody, but a lot of people look down on theon because of his surname, but his surname is really important to him. And he, you know, he, and so for him, he starts as this gobby person who then but he's, he's Rob's best friend, and he says to Rob in season two, I'll go and talk to my dad. I'll bring our men back and we will fight with you against the Lannisters and he goes home and he expects he's gonna have this amazing there's going to be amazing celebration, when he lands </w:t>
      </w:r>
    </w:p>
    <w:p>
      <w:pPr>
        <w:spacing w:after="0"/>
      </w:pPr>
    </w:p>
    <w:p>
      <w:pPr>
        <w:spacing w:after="0"/>
      </w:pPr>
      <w:r>
        <w:rPr>
          <w:rFonts w:ascii="Arial" w:hAnsi="Arial"/>
          <w:b/>
          <w:sz w:val="22"/>
        </w:rPr>
        <w:t xml:space="preserve">Alice  </w:t>
      </w:r>
      <w:r>
        <w:rPr>
          <w:rFonts w:ascii="Arial" w:hAnsi="Arial"/>
          <w:color w:val="5D7284"/>
          <w:sz w:val="22"/>
        </w:rPr>
        <w:t>39:54</w:t>
      </w:r>
    </w:p>
    <w:p>
      <w:pPr>
        <w:spacing w:after="0"/>
      </w:pPr>
      <w:r>
        <w:rPr>
          <w:rFonts w:ascii="Arial" w:hAnsi="Arial"/>
          <w:sz w:val="22"/>
        </w:rPr>
        <w:t xml:space="preserve">Yeah it's a reunion. </w:t>
      </w:r>
    </w:p>
    <w:p>
      <w:pPr>
        <w:spacing w:after="0"/>
      </w:pPr>
    </w:p>
    <w:p>
      <w:pPr>
        <w:spacing w:after="0"/>
      </w:pPr>
      <w:r>
        <w:rPr>
          <w:rFonts w:ascii="Arial" w:hAnsi="Arial"/>
          <w:b/>
          <w:sz w:val="22"/>
        </w:rPr>
        <w:t xml:space="preserve">Melissa  </w:t>
      </w:r>
      <w:r>
        <w:rPr>
          <w:rFonts w:ascii="Arial" w:hAnsi="Arial"/>
          <w:color w:val="5D7284"/>
          <w:sz w:val="22"/>
        </w:rPr>
        <w:t>39:55</w:t>
      </w:r>
    </w:p>
    <w:p>
      <w:pPr>
        <w:spacing w:after="0"/>
      </w:pPr>
      <w:r>
        <w:rPr>
          <w:rFonts w:ascii="Arial" w:hAnsi="Arial"/>
          <w:sz w:val="22"/>
        </w:rPr>
        <w:t xml:space="preserve">Yeah, and nobody's there, apart from his sister and And even though introduction was very difficult, very touchy feely, but he goes back and his dad's not, you know, his dad looks down on him. His dad's very much like, Oh, you're wearing, you're wearing their clothes, you're acting like them. And his dad just disrespects him throughout. And because of that, he started he makes these decisions that, I hate what happens to him, because Theon is my favorite character. And </w:t>
      </w:r>
    </w:p>
    <w:p>
      <w:pPr>
        <w:spacing w:after="0"/>
      </w:pPr>
    </w:p>
    <w:p>
      <w:pPr>
        <w:spacing w:after="0"/>
      </w:pPr>
      <w:r>
        <w:rPr>
          <w:rFonts w:ascii="Arial" w:hAnsi="Arial"/>
          <w:b/>
          <w:sz w:val="22"/>
        </w:rPr>
        <w:t xml:space="preserve">Alice  </w:t>
      </w:r>
      <w:r>
        <w:rPr>
          <w:rFonts w:ascii="Arial" w:hAnsi="Arial"/>
          <w:color w:val="5D7284"/>
          <w:sz w:val="22"/>
        </w:rPr>
        <w:t>40:34</w:t>
      </w:r>
    </w:p>
    <w:p>
      <w:pPr>
        <w:spacing w:after="0"/>
      </w:pPr>
      <w:r>
        <w:rPr>
          <w:rFonts w:ascii="Arial" w:hAnsi="Arial"/>
          <w:sz w:val="22"/>
        </w:rPr>
        <w:t>Really?</w:t>
      </w:r>
    </w:p>
    <w:p>
      <w:pPr>
        <w:spacing w:after="0"/>
      </w:pPr>
    </w:p>
    <w:p>
      <w:pPr>
        <w:spacing w:after="0"/>
      </w:pPr>
      <w:r>
        <w:rPr>
          <w:rFonts w:ascii="Arial" w:hAnsi="Arial"/>
          <w:b/>
          <w:sz w:val="22"/>
        </w:rPr>
        <w:t xml:space="preserve">Melissa  </w:t>
      </w:r>
      <w:r>
        <w:rPr>
          <w:rFonts w:ascii="Arial" w:hAnsi="Arial"/>
          <w:color w:val="5D7284"/>
          <w:sz w:val="22"/>
        </w:rPr>
        <w:t>40:35</w:t>
      </w:r>
    </w:p>
    <w:p>
      <w:pPr>
        <w:spacing w:after="0"/>
      </w:pPr>
      <w:r>
        <w:rPr>
          <w:rFonts w:ascii="Arial" w:hAnsi="Arial"/>
          <w:sz w:val="22"/>
        </w:rPr>
        <w:t>Yeah, and me and my sister fight about it. Well, we fought about it all the time, because she hated Theon. I wasn't a Khaleesi fan. I also wasn't a fan of Catelyn, but my sister understood Catelyn's anger towards Jon, but I'd seen the series and my sister hadn't. But I think even if I hadn't seen the series, I very much would have been on like Jon and Theon's kind of side. And for me, you know, there's a, there's a catalogue of events that and decisions Theon makes, that means he ends up being captured by by Ramsay, and, you know, he's mutilated. Lots of unspeakable things happen to him, and he loses all identity of anything he ever is. But in that, one of the things he does remember, and he does say, is you know, my father was Ned Stark, because actually, Ned showed him more loving compassion and empathy than his father ever did, or would have, even if he was there.</w:t>
      </w:r>
    </w:p>
    <w:p>
      <w:pPr>
        <w:spacing w:after="0"/>
      </w:pPr>
    </w:p>
    <w:p>
      <w:pPr>
        <w:spacing w:after="0"/>
      </w:pPr>
      <w:r>
        <w:rPr>
          <w:rFonts w:ascii="Arial" w:hAnsi="Arial"/>
          <w:b/>
          <w:sz w:val="22"/>
        </w:rPr>
        <w:t xml:space="preserve">Alice  </w:t>
      </w:r>
      <w:r>
        <w:rPr>
          <w:rFonts w:ascii="Arial" w:hAnsi="Arial"/>
          <w:color w:val="5D7284"/>
          <w:sz w:val="22"/>
        </w:rPr>
        <w:t>41:47</w:t>
      </w:r>
    </w:p>
    <w:p>
      <w:pPr>
        <w:spacing w:after="0"/>
      </w:pPr>
      <w:r>
        <w:rPr>
          <w:rFonts w:ascii="Arial" w:hAnsi="Arial"/>
          <w:sz w:val="22"/>
        </w:rPr>
        <w:t xml:space="preserve">And it's, it's interesting, because it very literally, he has to be castrated to stop being so cocky and so arrogant, and to realize that actually, he was loved and valued before. </w:t>
      </w:r>
    </w:p>
    <w:p>
      <w:pPr>
        <w:spacing w:after="0"/>
      </w:pPr>
    </w:p>
    <w:p>
      <w:pPr>
        <w:spacing w:after="0"/>
      </w:pPr>
      <w:r>
        <w:rPr>
          <w:rFonts w:ascii="Arial" w:hAnsi="Arial"/>
          <w:b/>
          <w:sz w:val="22"/>
        </w:rPr>
        <w:t xml:space="preserve">Melissa  </w:t>
      </w:r>
      <w:r>
        <w:rPr>
          <w:rFonts w:ascii="Arial" w:hAnsi="Arial"/>
          <w:color w:val="5D7284"/>
          <w:sz w:val="22"/>
        </w:rPr>
        <w:t>42:03</w:t>
      </w:r>
    </w:p>
    <w:p>
      <w:pPr>
        <w:spacing w:after="0"/>
      </w:pPr>
      <w:r>
        <w:rPr>
          <w:rFonts w:ascii="Arial" w:hAnsi="Arial"/>
          <w:sz w:val="22"/>
        </w:rPr>
        <w:t xml:space="preserve">Yeah. Yeah. </w:t>
      </w:r>
    </w:p>
    <w:p>
      <w:pPr>
        <w:spacing w:after="0"/>
      </w:pPr>
    </w:p>
    <w:p>
      <w:pPr>
        <w:spacing w:after="0"/>
      </w:pPr>
      <w:r>
        <w:rPr>
          <w:rFonts w:ascii="Arial" w:hAnsi="Arial"/>
          <w:b/>
          <w:sz w:val="22"/>
        </w:rPr>
        <w:t xml:space="preserve">Alice  </w:t>
      </w:r>
      <w:r>
        <w:rPr>
          <w:rFonts w:ascii="Arial" w:hAnsi="Arial"/>
          <w:color w:val="5D7284"/>
          <w:sz w:val="22"/>
        </w:rPr>
        <w:t>42:05</w:t>
      </w:r>
    </w:p>
    <w:p>
      <w:pPr>
        <w:spacing w:after="0"/>
      </w:pPr>
      <w:r>
        <w:rPr>
          <w:rFonts w:ascii="Arial" w:hAnsi="Arial"/>
          <w:sz w:val="22"/>
        </w:rPr>
        <w:t xml:space="preserve">And that actually, he through, you know, had he been able to, you know, had had he gone back to his father and it hadn't worked out and he'd gone okay, fine, and gone back to Rob. you know, he, he could have helped change the path, the direction of what happened. But instead, he abandoned the family that he had. And it's, it's really, I think, one of the reasons that all of that the stuff that Ramsay does to him is so horrible is because of the huge kind of regret that's hanging over it. It's quite, I mean, I, I never liked Theon from the point that the books finished where he is he I do not feel as though he has redeemed himself. I don't necessarily think he deserves what has happened to him. I think I was probably too busy being slightly terrified and traumatized by Ramsay Bolton. But some of the best casting I've ever, like, best performance I've ever seen as well as that lad from who was in, what's the fucking show he was in where he played a superhero. It was Channel 4, Oh there's people shouting at their like phones right now, where he acquires superpowers, and he is the sweetest, nicest guy </w:t>
      </w:r>
    </w:p>
    <w:p>
      <w:pPr>
        <w:spacing w:after="0"/>
      </w:pPr>
    </w:p>
    <w:p>
      <w:pPr>
        <w:spacing w:after="0"/>
      </w:pPr>
      <w:r>
        <w:rPr>
          <w:rFonts w:ascii="Arial" w:hAnsi="Arial"/>
          <w:b/>
          <w:sz w:val="22"/>
        </w:rPr>
        <w:t xml:space="preserve">Melissa  </w:t>
      </w:r>
      <w:r>
        <w:rPr>
          <w:rFonts w:ascii="Arial" w:hAnsi="Arial"/>
          <w:color w:val="5D7284"/>
          <w:sz w:val="22"/>
        </w:rPr>
        <w:t>42:38</w:t>
      </w:r>
    </w:p>
    <w:p>
      <w:pPr>
        <w:spacing w:after="0"/>
      </w:pPr>
      <w:r>
        <w:rPr>
          <w:rFonts w:ascii="Arial" w:hAnsi="Arial"/>
          <w:sz w:val="22"/>
        </w:rPr>
        <w:t xml:space="preserve">Oh Ramsay, you mean? </w:t>
      </w:r>
    </w:p>
    <w:p>
      <w:pPr>
        <w:spacing w:after="0"/>
      </w:pPr>
    </w:p>
    <w:p>
      <w:pPr>
        <w:spacing w:after="0"/>
      </w:pPr>
      <w:r>
        <w:rPr>
          <w:rFonts w:ascii="Arial" w:hAnsi="Arial"/>
          <w:b/>
          <w:sz w:val="22"/>
        </w:rPr>
        <w:t xml:space="preserve">Alice  </w:t>
      </w:r>
      <w:r>
        <w:rPr>
          <w:rFonts w:ascii="Arial" w:hAnsi="Arial"/>
          <w:color w:val="5D7284"/>
          <w:sz w:val="22"/>
        </w:rPr>
        <w:t>43:36</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43:36</w:t>
      </w:r>
    </w:p>
    <w:p>
      <w:pPr>
        <w:spacing w:after="0"/>
      </w:pPr>
      <w:r>
        <w:rPr>
          <w:rFonts w:ascii="Arial" w:hAnsi="Arial"/>
          <w:sz w:val="22"/>
        </w:rPr>
        <w:t>I know who you mean. Yeah.</w:t>
      </w:r>
    </w:p>
    <w:p>
      <w:pPr>
        <w:spacing w:after="0"/>
      </w:pPr>
    </w:p>
    <w:p>
      <w:pPr>
        <w:spacing w:after="0"/>
      </w:pPr>
      <w:r>
        <w:rPr>
          <w:rFonts w:ascii="Arial" w:hAnsi="Arial"/>
          <w:b/>
          <w:sz w:val="22"/>
        </w:rPr>
        <w:t xml:space="preserve">Alice  </w:t>
      </w:r>
      <w:r>
        <w:rPr>
          <w:rFonts w:ascii="Arial" w:hAnsi="Arial"/>
          <w:color w:val="5D7284"/>
          <w:sz w:val="22"/>
        </w:rPr>
        <w:t>43:38</w:t>
      </w:r>
    </w:p>
    <w:p>
      <w:pPr>
        <w:spacing w:after="0"/>
      </w:pPr>
      <w:r>
        <w:rPr>
          <w:rFonts w:ascii="Arial" w:hAnsi="Arial"/>
          <w:sz w:val="22"/>
        </w:rPr>
        <w:t xml:space="preserve">And then he turns up in Game of Thrones, and he's fucking terrifying. </w:t>
      </w:r>
    </w:p>
    <w:p>
      <w:pPr>
        <w:spacing w:after="0"/>
      </w:pPr>
    </w:p>
    <w:p>
      <w:pPr>
        <w:spacing w:after="0"/>
      </w:pPr>
      <w:r>
        <w:rPr>
          <w:rFonts w:ascii="Arial" w:hAnsi="Arial"/>
          <w:b/>
          <w:sz w:val="22"/>
        </w:rPr>
        <w:t xml:space="preserve">Melissa  </w:t>
      </w:r>
      <w:r>
        <w:rPr>
          <w:rFonts w:ascii="Arial" w:hAnsi="Arial"/>
          <w:color w:val="5D7284"/>
          <w:sz w:val="22"/>
        </w:rPr>
        <w:t>43:44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43:44</w:t>
      </w:r>
    </w:p>
    <w:p>
      <w:pPr>
        <w:spacing w:after="0"/>
      </w:pPr>
      <w:r>
        <w:rPr>
          <w:rFonts w:ascii="Arial" w:hAnsi="Arial"/>
          <w:sz w:val="22"/>
        </w:rPr>
        <w:t xml:space="preserve">like, dead behind the eyes terrifying. </w:t>
      </w:r>
    </w:p>
    <w:p>
      <w:pPr>
        <w:spacing w:after="0"/>
      </w:pPr>
    </w:p>
    <w:p>
      <w:pPr>
        <w:spacing w:after="0"/>
      </w:pPr>
      <w:r>
        <w:rPr>
          <w:rFonts w:ascii="Arial" w:hAnsi="Arial"/>
          <w:b/>
          <w:sz w:val="22"/>
        </w:rPr>
        <w:t xml:space="preserve">Melissa  </w:t>
      </w:r>
      <w:r>
        <w:rPr>
          <w:rFonts w:ascii="Arial" w:hAnsi="Arial"/>
          <w:color w:val="5D7284"/>
          <w:sz w:val="22"/>
        </w:rPr>
        <w:t>43:48</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43:49</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43:50</w:t>
      </w:r>
    </w:p>
    <w:p>
      <w:pPr>
        <w:spacing w:after="0"/>
      </w:pPr>
      <w:r>
        <w:rPr>
          <w:rFonts w:ascii="Arial" w:hAnsi="Arial"/>
          <w:sz w:val="22"/>
        </w:rPr>
        <w:t xml:space="preserve">My sister was really excited when she saw him because she watched she watched. Oh, my God why has that gone from me as well. Misfits, </w:t>
      </w:r>
    </w:p>
    <w:p>
      <w:pPr>
        <w:spacing w:after="0"/>
      </w:pPr>
    </w:p>
    <w:p>
      <w:pPr>
        <w:spacing w:after="0"/>
      </w:pPr>
      <w:r>
        <w:rPr>
          <w:rFonts w:ascii="Arial" w:hAnsi="Arial"/>
          <w:b/>
          <w:sz w:val="22"/>
        </w:rPr>
        <w:t xml:space="preserve">Alice  </w:t>
      </w:r>
      <w:r>
        <w:rPr>
          <w:rFonts w:ascii="Arial" w:hAnsi="Arial"/>
          <w:color w:val="5D7284"/>
          <w:sz w:val="22"/>
        </w:rPr>
        <w:t>43:59</w:t>
      </w:r>
    </w:p>
    <w:p>
      <w:pPr>
        <w:spacing w:after="0"/>
      </w:pPr>
      <w:r>
        <w:rPr>
          <w:rFonts w:ascii="Arial" w:hAnsi="Arial"/>
          <w:sz w:val="22"/>
        </w:rPr>
        <w:t xml:space="preserve">Misfits. </w:t>
      </w:r>
    </w:p>
    <w:p>
      <w:pPr>
        <w:spacing w:after="0"/>
      </w:pPr>
    </w:p>
    <w:p>
      <w:pPr>
        <w:spacing w:after="0"/>
      </w:pPr>
      <w:r>
        <w:rPr>
          <w:rFonts w:ascii="Arial" w:hAnsi="Arial"/>
          <w:b/>
          <w:sz w:val="22"/>
        </w:rPr>
        <w:t xml:space="preserve">Melissa  </w:t>
      </w:r>
      <w:r>
        <w:rPr>
          <w:rFonts w:ascii="Arial" w:hAnsi="Arial"/>
          <w:color w:val="5D7284"/>
          <w:sz w:val="22"/>
        </w:rPr>
        <w:t>44:00</w:t>
      </w:r>
    </w:p>
    <w:p>
      <w:pPr>
        <w:spacing w:after="0"/>
      </w:pPr>
      <w:r>
        <w:rPr>
          <w:rFonts w:ascii="Arial" w:hAnsi="Arial"/>
          <w:sz w:val="22"/>
        </w:rPr>
        <w:t>She loved misfits. And we really loved</w:t>
      </w:r>
    </w:p>
    <w:p>
      <w:pPr>
        <w:spacing w:after="0"/>
      </w:pPr>
    </w:p>
    <w:p>
      <w:pPr>
        <w:spacing w:after="0"/>
      </w:pPr>
      <w:r>
        <w:rPr>
          <w:rFonts w:ascii="Arial" w:hAnsi="Arial"/>
          <w:b/>
          <w:sz w:val="22"/>
        </w:rPr>
        <w:t xml:space="preserve">Alice  </w:t>
      </w:r>
      <w:r>
        <w:rPr>
          <w:rFonts w:ascii="Arial" w:hAnsi="Arial"/>
          <w:color w:val="5D7284"/>
          <w:sz w:val="22"/>
        </w:rPr>
        <w:t>44:02</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44:02</w:t>
      </w:r>
    </w:p>
    <w:p>
      <w:pPr>
        <w:spacing w:after="0"/>
      </w:pPr>
      <w:r>
        <w:rPr>
          <w:rFonts w:ascii="Arial" w:hAnsi="Arial"/>
          <w:sz w:val="22"/>
        </w:rPr>
        <w:t>his character. So when she saw him she's like, oh, my god, I love him and I thought ooh No but she loved ended up being back because she loved Cersei as well from something. She's like oh my god I love him, and I was like yeah, yeah, I just thought</w:t>
      </w:r>
    </w:p>
    <w:p>
      <w:pPr>
        <w:spacing w:after="0"/>
      </w:pPr>
    </w:p>
    <w:p>
      <w:pPr>
        <w:spacing w:after="0"/>
      </w:pPr>
      <w:r>
        <w:rPr>
          <w:rFonts w:ascii="Arial" w:hAnsi="Arial"/>
          <w:b/>
          <w:sz w:val="22"/>
        </w:rPr>
        <w:t xml:space="preserve">Alice  </w:t>
      </w:r>
      <w:r>
        <w:rPr>
          <w:rFonts w:ascii="Arial" w:hAnsi="Arial"/>
          <w:color w:val="5D7284"/>
          <w:sz w:val="22"/>
        </w:rPr>
        <w:t>44:14</w:t>
      </w:r>
    </w:p>
    <w:p>
      <w:pPr>
        <w:spacing w:after="0"/>
      </w:pPr>
      <w:r>
        <w:rPr>
          <w:rFonts w:ascii="Arial" w:hAnsi="Arial"/>
          <w:sz w:val="22"/>
        </w:rPr>
        <w:t xml:space="preserve">Yeah you're not going to. </w:t>
      </w:r>
    </w:p>
    <w:p>
      <w:pPr>
        <w:spacing w:after="0"/>
      </w:pPr>
    </w:p>
    <w:p>
      <w:pPr>
        <w:spacing w:after="0"/>
      </w:pPr>
      <w:r>
        <w:rPr>
          <w:rFonts w:ascii="Arial" w:hAnsi="Arial"/>
          <w:b/>
          <w:sz w:val="22"/>
        </w:rPr>
        <w:t xml:space="preserve">Melissa  </w:t>
      </w:r>
      <w:r>
        <w:rPr>
          <w:rFonts w:ascii="Arial" w:hAnsi="Arial"/>
          <w:color w:val="5D7284"/>
          <w:sz w:val="22"/>
        </w:rPr>
        <w:t>44:18</w:t>
      </w:r>
    </w:p>
    <w:p>
      <w:pPr>
        <w:spacing w:after="0"/>
      </w:pPr>
      <w:r>
        <w:rPr>
          <w:rFonts w:ascii="Arial" w:hAnsi="Arial"/>
          <w:sz w:val="22"/>
        </w:rPr>
        <w:t xml:space="preserve">Yeah just watch this space, but yeah, </w:t>
      </w:r>
    </w:p>
    <w:p>
      <w:pPr>
        <w:spacing w:after="0"/>
      </w:pPr>
    </w:p>
    <w:p>
      <w:pPr>
        <w:spacing w:after="0"/>
      </w:pPr>
      <w:r>
        <w:rPr>
          <w:rFonts w:ascii="Arial" w:hAnsi="Arial"/>
          <w:b/>
          <w:sz w:val="22"/>
        </w:rPr>
        <w:t xml:space="preserve">Alice  </w:t>
      </w:r>
      <w:r>
        <w:rPr>
          <w:rFonts w:ascii="Arial" w:hAnsi="Arial"/>
          <w:color w:val="5D7284"/>
          <w:sz w:val="22"/>
        </w:rPr>
        <w:t>44:20</w:t>
      </w:r>
    </w:p>
    <w:p>
      <w:pPr>
        <w:spacing w:after="0"/>
      </w:pPr>
      <w:r>
        <w:rPr>
          <w:rFonts w:ascii="Arial" w:hAnsi="Arial"/>
          <w:sz w:val="22"/>
        </w:rPr>
        <w:t xml:space="preserve">I think I think Ramsay is probably the scariest character. Like the thing. The thing with, what happened to Rickon like that, that's not in the books. But the way that that happens on screen. I watched an episode. We've watched the episode where the guy is like, the guy turns up and says, I've got Rickon and they're like, prove it and he's got a shaggy dog's head. </w:t>
      </w:r>
    </w:p>
    <w:p>
      <w:pPr>
        <w:spacing w:after="0"/>
      </w:pPr>
    </w:p>
    <w:p>
      <w:pPr>
        <w:spacing w:after="0"/>
      </w:pPr>
      <w:r>
        <w:rPr>
          <w:rFonts w:ascii="Arial" w:hAnsi="Arial"/>
          <w:b/>
          <w:sz w:val="22"/>
        </w:rPr>
        <w:t xml:space="preserve">Melissa  </w:t>
      </w:r>
      <w:r>
        <w:rPr>
          <w:rFonts w:ascii="Arial" w:hAnsi="Arial"/>
          <w:color w:val="5D7284"/>
          <w:sz w:val="22"/>
        </w:rPr>
        <w:t>44:45</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44:46</w:t>
      </w:r>
    </w:p>
    <w:p>
      <w:pPr>
        <w:spacing w:after="0"/>
      </w:pPr>
      <w:r>
        <w:rPr>
          <w:rFonts w:ascii="Arial" w:hAnsi="Arial"/>
          <w:sz w:val="22"/>
        </w:rPr>
        <w:t>And for like two days I just kept walking around my house. it was over Christmas to my husband just kept going. No, Shaggy Dog. Oh, Shaggy Dog, because in the books, Rickon's three.</w:t>
      </w:r>
    </w:p>
    <w:p>
      <w:pPr>
        <w:spacing w:after="0"/>
      </w:pPr>
    </w:p>
    <w:p>
      <w:pPr>
        <w:spacing w:after="0"/>
      </w:pPr>
      <w:r>
        <w:rPr>
          <w:rFonts w:ascii="Arial" w:hAnsi="Arial"/>
          <w:b/>
          <w:sz w:val="22"/>
        </w:rPr>
        <w:t xml:space="preserve">Melissa  </w:t>
      </w:r>
      <w:r>
        <w:rPr>
          <w:rFonts w:ascii="Arial" w:hAnsi="Arial"/>
          <w:color w:val="5D7284"/>
          <w:sz w:val="22"/>
        </w:rPr>
        <w:t>44:59</w:t>
      </w:r>
    </w:p>
    <w:p>
      <w:pPr>
        <w:spacing w:after="0"/>
      </w:pPr>
      <w:r>
        <w:rPr>
          <w:rFonts w:ascii="Arial" w:hAnsi="Arial"/>
          <w:sz w:val="22"/>
        </w:rPr>
        <w:t xml:space="preserve">Right </w:t>
      </w:r>
    </w:p>
    <w:p>
      <w:pPr>
        <w:spacing w:after="0"/>
      </w:pPr>
    </w:p>
    <w:p>
      <w:pPr>
        <w:spacing w:after="0"/>
      </w:pPr>
      <w:r>
        <w:rPr>
          <w:rFonts w:ascii="Arial" w:hAnsi="Arial"/>
          <w:b/>
          <w:sz w:val="22"/>
        </w:rPr>
        <w:t xml:space="preserve">Alice  </w:t>
      </w:r>
      <w:r>
        <w:rPr>
          <w:rFonts w:ascii="Arial" w:hAnsi="Arial"/>
          <w:color w:val="5D7284"/>
          <w:sz w:val="22"/>
        </w:rPr>
        <w:t>45:00</w:t>
      </w:r>
    </w:p>
    <w:p>
      <w:pPr>
        <w:spacing w:after="0"/>
      </w:pPr>
      <w:r>
        <w:rPr>
          <w:rFonts w:ascii="Arial" w:hAnsi="Arial"/>
          <w:sz w:val="22"/>
        </w:rPr>
        <w:t xml:space="preserve">He's a little, baby. </w:t>
      </w:r>
    </w:p>
    <w:p>
      <w:pPr>
        <w:spacing w:after="0"/>
      </w:pPr>
    </w:p>
    <w:p>
      <w:pPr>
        <w:spacing w:after="0"/>
      </w:pPr>
      <w:r>
        <w:rPr>
          <w:rFonts w:ascii="Arial" w:hAnsi="Arial"/>
          <w:b/>
          <w:sz w:val="22"/>
        </w:rPr>
        <w:t xml:space="preserve">Melissa  </w:t>
      </w:r>
      <w:r>
        <w:rPr>
          <w:rFonts w:ascii="Arial" w:hAnsi="Arial"/>
          <w:color w:val="5D7284"/>
          <w:sz w:val="22"/>
        </w:rPr>
        <w:t>45:02</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45:02</w:t>
      </w:r>
    </w:p>
    <w:p>
      <w:pPr>
        <w:spacing w:after="0"/>
      </w:pPr>
      <w:r>
        <w:rPr>
          <w:rFonts w:ascii="Arial" w:hAnsi="Arial"/>
          <w:sz w:val="22"/>
        </w:rPr>
        <w:t xml:space="preserve">So by the time he's captured in like, in the show, because it takes them what, seven years to film that far he's like thirteen. But in the books that kid should be five, </w:t>
      </w:r>
    </w:p>
    <w:p>
      <w:pPr>
        <w:spacing w:after="0"/>
      </w:pPr>
    </w:p>
    <w:p>
      <w:pPr>
        <w:spacing w:after="0"/>
      </w:pPr>
      <w:r>
        <w:rPr>
          <w:rFonts w:ascii="Arial" w:hAnsi="Arial"/>
          <w:b/>
          <w:sz w:val="22"/>
        </w:rPr>
        <w:t xml:space="preserve">Melissa  </w:t>
      </w:r>
      <w:r>
        <w:rPr>
          <w:rFonts w:ascii="Arial" w:hAnsi="Arial"/>
          <w:color w:val="5D7284"/>
          <w:sz w:val="22"/>
        </w:rPr>
        <w:t>45:14</w:t>
      </w:r>
    </w:p>
    <w:p>
      <w:pPr>
        <w:spacing w:after="0"/>
      </w:pPr>
      <w:r>
        <w:rPr>
          <w:rFonts w:ascii="Arial" w:hAnsi="Arial"/>
          <w:sz w:val="22"/>
        </w:rPr>
        <w:t>Right</w:t>
      </w:r>
    </w:p>
    <w:p>
      <w:pPr>
        <w:spacing w:after="0"/>
      </w:pPr>
    </w:p>
    <w:p>
      <w:pPr>
        <w:spacing w:after="0"/>
      </w:pPr>
      <w:r>
        <w:rPr>
          <w:rFonts w:ascii="Arial" w:hAnsi="Arial"/>
          <w:b/>
          <w:sz w:val="22"/>
        </w:rPr>
        <w:t xml:space="preserve">Alice  </w:t>
      </w:r>
      <w:r>
        <w:rPr>
          <w:rFonts w:ascii="Arial" w:hAnsi="Arial"/>
          <w:color w:val="5D7284"/>
          <w:sz w:val="22"/>
        </w:rPr>
        <w:t>45:15</w:t>
      </w:r>
    </w:p>
    <w:p>
      <w:pPr>
        <w:spacing w:after="0"/>
      </w:pPr>
      <w:r>
        <w:rPr>
          <w:rFonts w:ascii="Arial" w:hAnsi="Arial"/>
          <w:sz w:val="22"/>
        </w:rPr>
        <w:t>And I'm just like not shaggy dog and then the way that Ramsay gets him, oh god it was some of the tensest like TV I've ever watched. It really upset me that did.</w:t>
      </w:r>
    </w:p>
    <w:p>
      <w:pPr>
        <w:spacing w:after="0"/>
      </w:pPr>
    </w:p>
    <w:p>
      <w:pPr>
        <w:spacing w:after="0"/>
      </w:pPr>
      <w:r>
        <w:rPr>
          <w:rFonts w:ascii="Arial" w:hAnsi="Arial"/>
          <w:b/>
          <w:sz w:val="22"/>
        </w:rPr>
        <w:t xml:space="preserve">Melissa  </w:t>
      </w:r>
      <w:r>
        <w:rPr>
          <w:rFonts w:ascii="Arial" w:hAnsi="Arial"/>
          <w:color w:val="5D7284"/>
          <w:sz w:val="22"/>
        </w:rPr>
        <w:t>45:27</w:t>
      </w:r>
    </w:p>
    <w:p>
      <w:pPr>
        <w:spacing w:after="0"/>
      </w:pPr>
      <w:r>
        <w:rPr>
          <w:rFonts w:ascii="Arial" w:hAnsi="Arial"/>
          <w:sz w:val="22"/>
        </w:rPr>
        <w:t xml:space="preserve">There's an amazing YouTube podcast called New Rockstars. And they break down every single character and kind of predict what's going to happen with stuff. And one of the things they say about that scene is we're used to things going in threes, so normally, some, you know, you miss them, you miss them, and then you hit them where he missed him three times. So then we all think, thank God, and then he gets him on the fourth. So that's why we were all we thought, Oh, he's over it now. </w:t>
      </w:r>
    </w:p>
    <w:p>
      <w:pPr>
        <w:spacing w:after="0"/>
      </w:pPr>
    </w:p>
    <w:p>
      <w:pPr>
        <w:spacing w:after="0"/>
      </w:pPr>
      <w:r>
        <w:rPr>
          <w:rFonts w:ascii="Arial" w:hAnsi="Arial"/>
          <w:b/>
          <w:sz w:val="22"/>
        </w:rPr>
        <w:t xml:space="preserve">Alice  </w:t>
      </w:r>
      <w:r>
        <w:rPr>
          <w:rFonts w:ascii="Arial" w:hAnsi="Arial"/>
          <w:color w:val="5D7284"/>
          <w:sz w:val="22"/>
        </w:rPr>
        <w:t>46:00</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46:00</w:t>
      </w:r>
    </w:p>
    <w:p>
      <w:pPr>
        <w:spacing w:after="0"/>
      </w:pPr>
      <w:r>
        <w:rPr>
          <w:rFonts w:ascii="Arial" w:hAnsi="Arial"/>
          <w:sz w:val="22"/>
        </w:rPr>
        <w:t>and then he just hits him</w:t>
      </w:r>
    </w:p>
    <w:p>
      <w:pPr>
        <w:spacing w:after="0"/>
      </w:pPr>
    </w:p>
    <w:p>
      <w:pPr>
        <w:spacing w:after="0"/>
      </w:pPr>
      <w:r>
        <w:rPr>
          <w:rFonts w:ascii="Arial" w:hAnsi="Arial"/>
          <w:b/>
          <w:sz w:val="22"/>
        </w:rPr>
        <w:t xml:space="preserve">Alice  </w:t>
      </w:r>
      <w:r>
        <w:rPr>
          <w:rFonts w:ascii="Arial" w:hAnsi="Arial"/>
          <w:color w:val="5D7284"/>
          <w:sz w:val="22"/>
        </w:rPr>
        <w:t>46:01</w:t>
      </w:r>
    </w:p>
    <w:p>
      <w:pPr>
        <w:spacing w:after="0"/>
      </w:pPr>
      <w:r>
        <w:rPr>
          <w:rFonts w:ascii="Arial" w:hAnsi="Arial"/>
          <w:sz w:val="22"/>
        </w:rPr>
        <w:t xml:space="preserve">Yes. </w:t>
      </w:r>
    </w:p>
    <w:p>
      <w:pPr>
        <w:spacing w:after="0"/>
      </w:pPr>
    </w:p>
    <w:p>
      <w:pPr>
        <w:spacing w:after="0"/>
      </w:pPr>
      <w:r>
        <w:rPr>
          <w:rFonts w:ascii="Arial" w:hAnsi="Arial"/>
          <w:b/>
          <w:sz w:val="22"/>
        </w:rPr>
        <w:t xml:space="preserve">Melissa  </w:t>
      </w:r>
      <w:r>
        <w:rPr>
          <w:rFonts w:ascii="Arial" w:hAnsi="Arial"/>
          <w:color w:val="5D7284"/>
          <w:sz w:val="22"/>
        </w:rPr>
        <w:t>46:02</w:t>
      </w:r>
    </w:p>
    <w:p>
      <w:pPr>
        <w:spacing w:after="0"/>
      </w:pPr>
      <w:r>
        <w:rPr>
          <w:rFonts w:ascii="Arial" w:hAnsi="Arial"/>
          <w:sz w:val="22"/>
        </w:rPr>
        <w:t xml:space="preserve">And </w:t>
      </w:r>
    </w:p>
    <w:p>
      <w:pPr>
        <w:spacing w:after="0"/>
      </w:pPr>
    </w:p>
    <w:p>
      <w:pPr>
        <w:spacing w:after="0"/>
      </w:pPr>
      <w:r>
        <w:rPr>
          <w:rFonts w:ascii="Arial" w:hAnsi="Arial"/>
          <w:b/>
          <w:sz w:val="22"/>
        </w:rPr>
        <w:t xml:space="preserve">Alice  </w:t>
      </w:r>
      <w:r>
        <w:rPr>
          <w:rFonts w:ascii="Arial" w:hAnsi="Arial"/>
          <w:color w:val="5D7284"/>
          <w:sz w:val="22"/>
        </w:rPr>
        <w:t>46:03</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46:03</w:t>
      </w:r>
    </w:p>
    <w:p>
      <w:pPr>
        <w:spacing w:after="0"/>
      </w:pPr>
      <w:r>
        <w:rPr>
          <w:rFonts w:ascii="Arial" w:hAnsi="Arial"/>
          <w:sz w:val="22"/>
        </w:rPr>
        <w:t xml:space="preserve">yeah, it was awful. And I think what what made that scene as well so really powerful for me was it was the same child actor. </w:t>
      </w:r>
    </w:p>
    <w:p>
      <w:pPr>
        <w:spacing w:after="0"/>
      </w:pPr>
    </w:p>
    <w:p>
      <w:pPr>
        <w:spacing w:after="0"/>
      </w:pPr>
      <w:r>
        <w:rPr>
          <w:rFonts w:ascii="Arial" w:hAnsi="Arial"/>
          <w:b/>
          <w:sz w:val="22"/>
        </w:rPr>
        <w:t xml:space="preserve">Alice  </w:t>
      </w:r>
      <w:r>
        <w:rPr>
          <w:rFonts w:ascii="Arial" w:hAnsi="Arial"/>
          <w:color w:val="5D7284"/>
          <w:sz w:val="22"/>
        </w:rPr>
        <w:t>46:13</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46:13</w:t>
      </w:r>
    </w:p>
    <w:p>
      <w:pPr>
        <w:spacing w:after="0"/>
      </w:pPr>
      <w:r>
        <w:rPr>
          <w:rFonts w:ascii="Arial" w:hAnsi="Arial"/>
          <w:sz w:val="22"/>
        </w:rPr>
        <w:t xml:space="preserve">So that made it because with Myrcella is it Myrcella Lannister? </w:t>
      </w:r>
    </w:p>
    <w:p>
      <w:pPr>
        <w:spacing w:after="0"/>
      </w:pPr>
    </w:p>
    <w:p>
      <w:pPr>
        <w:spacing w:after="0"/>
      </w:pPr>
      <w:r>
        <w:rPr>
          <w:rFonts w:ascii="Arial" w:hAnsi="Arial"/>
          <w:b/>
          <w:sz w:val="22"/>
        </w:rPr>
        <w:t xml:space="preserve">Alice  </w:t>
      </w:r>
      <w:r>
        <w:rPr>
          <w:rFonts w:ascii="Arial" w:hAnsi="Arial"/>
          <w:color w:val="5D7284"/>
          <w:sz w:val="22"/>
        </w:rPr>
        <w:t>46:19</w:t>
      </w:r>
    </w:p>
    <w:p>
      <w:pPr>
        <w:spacing w:after="0"/>
      </w:pPr>
      <w:r>
        <w:rPr>
          <w:rFonts w:ascii="Arial" w:hAnsi="Arial"/>
          <w:sz w:val="22"/>
        </w:rPr>
        <w:t xml:space="preserve">Yes. Myrcella? Yeah. </w:t>
      </w:r>
    </w:p>
    <w:p>
      <w:pPr>
        <w:spacing w:after="0"/>
      </w:pPr>
    </w:p>
    <w:p>
      <w:pPr>
        <w:spacing w:after="0"/>
      </w:pPr>
      <w:r>
        <w:rPr>
          <w:rFonts w:ascii="Arial" w:hAnsi="Arial"/>
          <w:b/>
          <w:sz w:val="22"/>
        </w:rPr>
        <w:t xml:space="preserve">Melissa  </w:t>
      </w:r>
      <w:r>
        <w:rPr>
          <w:rFonts w:ascii="Arial" w:hAnsi="Arial"/>
          <w:color w:val="5D7284"/>
          <w:sz w:val="22"/>
        </w:rPr>
        <w:t>46:21</w:t>
      </w:r>
    </w:p>
    <w:p>
      <w:pPr>
        <w:spacing w:after="0"/>
      </w:pPr>
      <w:r>
        <w:rPr>
          <w:rFonts w:ascii="Arial" w:hAnsi="Arial"/>
          <w:sz w:val="22"/>
        </w:rPr>
        <w:t xml:space="preserve">Baratheon on it was a different actress. But actually with with the, with all those children, it was the was the same children. So that also made it really really powerful. </w:t>
      </w:r>
    </w:p>
    <w:p>
      <w:pPr>
        <w:spacing w:after="0"/>
      </w:pPr>
    </w:p>
    <w:p>
      <w:pPr>
        <w:spacing w:after="0"/>
      </w:pPr>
      <w:r>
        <w:rPr>
          <w:rFonts w:ascii="Arial" w:hAnsi="Arial"/>
          <w:b/>
          <w:sz w:val="22"/>
        </w:rPr>
        <w:t xml:space="preserve">Alice  </w:t>
      </w:r>
      <w:r>
        <w:rPr>
          <w:rFonts w:ascii="Arial" w:hAnsi="Arial"/>
          <w:color w:val="5D7284"/>
          <w:sz w:val="22"/>
        </w:rPr>
        <w:t>46:37</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46:38</w:t>
      </w:r>
    </w:p>
    <w:p>
      <w:pPr>
        <w:spacing w:after="0"/>
      </w:pPr>
      <w:r>
        <w:rPr>
          <w:rFonts w:ascii="Arial" w:hAnsi="Arial"/>
          <w:sz w:val="22"/>
        </w:rPr>
        <w:t>Yeah. Yeah. But with like with Theon, I think. I mean, I, I feel like he totally redeemed himself. And</w:t>
      </w:r>
    </w:p>
    <w:p>
      <w:pPr>
        <w:spacing w:after="0"/>
      </w:pPr>
    </w:p>
    <w:p>
      <w:pPr>
        <w:spacing w:after="0"/>
      </w:pPr>
      <w:r>
        <w:rPr>
          <w:rFonts w:ascii="Arial" w:hAnsi="Arial"/>
          <w:b/>
          <w:sz w:val="22"/>
        </w:rPr>
        <w:t xml:space="preserve">Alice  </w:t>
      </w:r>
      <w:r>
        <w:rPr>
          <w:rFonts w:ascii="Arial" w:hAnsi="Arial"/>
          <w:color w:val="5D7284"/>
          <w:sz w:val="22"/>
        </w:rPr>
        <w:t>46:47</w:t>
      </w:r>
    </w:p>
    <w:p>
      <w:pPr>
        <w:spacing w:after="0"/>
      </w:pPr>
      <w:r>
        <w:rPr>
          <w:rFonts w:ascii="Arial" w:hAnsi="Arial"/>
          <w:sz w:val="22"/>
        </w:rPr>
        <w:t>Certainly that very the final battle at Winterfell was yeah</w:t>
      </w:r>
    </w:p>
    <w:p>
      <w:pPr>
        <w:spacing w:after="0"/>
      </w:pPr>
    </w:p>
    <w:p>
      <w:pPr>
        <w:spacing w:after="0"/>
      </w:pPr>
      <w:r>
        <w:rPr>
          <w:rFonts w:ascii="Arial" w:hAnsi="Arial"/>
          <w:b/>
          <w:sz w:val="22"/>
        </w:rPr>
        <w:t xml:space="preserve">Melissa  </w:t>
      </w:r>
      <w:r>
        <w:rPr>
          <w:rFonts w:ascii="Arial" w:hAnsi="Arial"/>
          <w:color w:val="5D7284"/>
          <w:sz w:val="22"/>
        </w:rPr>
        <w:t>46:53</w:t>
      </w:r>
    </w:p>
    <w:p>
      <w:pPr>
        <w:spacing w:after="0"/>
      </w:pPr>
      <w:r>
        <w:rPr>
          <w:rFonts w:ascii="Arial" w:hAnsi="Arial"/>
          <w:sz w:val="22"/>
        </w:rPr>
        <w:t xml:space="preserve">The minute the minute they were doing the logistics of where everyone was going to be, and they said, oh Theon your gonna guard Bran, start to cry. </w:t>
      </w:r>
    </w:p>
    <w:p>
      <w:pPr>
        <w:spacing w:after="0"/>
      </w:pPr>
    </w:p>
    <w:p>
      <w:pPr>
        <w:spacing w:after="0"/>
      </w:pPr>
      <w:r>
        <w:rPr>
          <w:rFonts w:ascii="Arial" w:hAnsi="Arial"/>
          <w:b/>
          <w:sz w:val="22"/>
        </w:rPr>
        <w:t xml:space="preserve">Alice  </w:t>
      </w:r>
      <w:r>
        <w:rPr>
          <w:rFonts w:ascii="Arial" w:hAnsi="Arial"/>
          <w:color w:val="5D7284"/>
          <w:sz w:val="22"/>
        </w:rPr>
        <w:t>47:03</w:t>
      </w:r>
    </w:p>
    <w:p>
      <w:pPr>
        <w:spacing w:after="0"/>
      </w:pPr>
      <w:r>
        <w:rPr>
          <w:rFonts w:ascii="Arial" w:hAnsi="Arial"/>
          <w:sz w:val="22"/>
        </w:rPr>
        <w:t>(Laughing)</w:t>
      </w:r>
    </w:p>
    <w:p>
      <w:pPr>
        <w:spacing w:after="0"/>
      </w:pPr>
    </w:p>
    <w:p>
      <w:pPr>
        <w:spacing w:after="0"/>
      </w:pPr>
      <w:r>
        <w:rPr>
          <w:rFonts w:ascii="Arial" w:hAnsi="Arial"/>
          <w:b/>
          <w:sz w:val="22"/>
        </w:rPr>
        <w:t xml:space="preserve">Melissa  </w:t>
      </w:r>
      <w:r>
        <w:rPr>
          <w:rFonts w:ascii="Arial" w:hAnsi="Arial"/>
          <w:color w:val="5D7284"/>
          <w:sz w:val="22"/>
        </w:rPr>
        <w:t>47:05</w:t>
      </w:r>
    </w:p>
    <w:p>
      <w:pPr>
        <w:spacing w:after="0"/>
      </w:pPr>
      <w:r>
        <w:rPr>
          <w:rFonts w:ascii="Arial" w:hAnsi="Arial"/>
          <w:sz w:val="22"/>
        </w:rPr>
        <w:t xml:space="preserve">because I know, I knew, alright he's your dad. </w:t>
      </w:r>
    </w:p>
    <w:p>
      <w:pPr>
        <w:spacing w:after="0"/>
      </w:pPr>
    </w:p>
    <w:p>
      <w:pPr>
        <w:spacing w:after="0"/>
      </w:pPr>
      <w:r>
        <w:rPr>
          <w:rFonts w:ascii="Arial" w:hAnsi="Arial"/>
          <w:b/>
          <w:sz w:val="22"/>
        </w:rPr>
        <w:t xml:space="preserve">Melissa  </w:t>
      </w:r>
      <w:r>
        <w:rPr>
          <w:rFonts w:ascii="Arial" w:hAnsi="Arial"/>
          <w:color w:val="5D7284"/>
          <w:sz w:val="22"/>
        </w:rPr>
        <w:t>47:09</w:t>
      </w:r>
    </w:p>
    <w:p>
      <w:pPr>
        <w:spacing w:after="0"/>
      </w:pPr>
      <w:r>
        <w:rPr>
          <w:rFonts w:ascii="Arial" w:hAnsi="Arial"/>
          <w:sz w:val="22"/>
        </w:rPr>
        <w:t xml:space="preserve">your dad because that's exactly where the Knight Kings come in. </w:t>
      </w:r>
    </w:p>
    <w:p>
      <w:pPr>
        <w:spacing w:after="0"/>
      </w:pPr>
    </w:p>
    <w:p>
      <w:pPr>
        <w:spacing w:after="0"/>
      </w:pPr>
      <w:r>
        <w:rPr>
          <w:rFonts w:ascii="Arial" w:hAnsi="Arial"/>
          <w:b/>
          <w:sz w:val="22"/>
        </w:rPr>
        <w:t xml:space="preserve">Alice  </w:t>
      </w:r>
      <w:r>
        <w:rPr>
          <w:rFonts w:ascii="Arial" w:hAnsi="Arial"/>
          <w:color w:val="5D7284"/>
          <w:sz w:val="22"/>
        </w:rPr>
        <w:t>47:09</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47:12</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47:12</w:t>
      </w:r>
    </w:p>
    <w:p>
      <w:pPr>
        <w:spacing w:after="0"/>
      </w:pPr>
      <w:r>
        <w:rPr>
          <w:rFonts w:ascii="Arial" w:hAnsi="Arial"/>
          <w:sz w:val="22"/>
        </w:rPr>
        <w:t xml:space="preserve">But even the way he, and I mean, I stopped for every time I saw Theon in that episode, I stopped because I'm like, it's gonna happen. It's gonna happen. But at that last minute, he was so scared. And Bran reminded him of who he actually is, you know, you're a good man, you know? But yeah, but I felt he redeemed himself way before that. I think the moment he grabbed Sanisters erm Sanisters, Sansa's hand and jump, </w:t>
      </w:r>
    </w:p>
    <w:p>
      <w:pPr>
        <w:spacing w:after="0"/>
      </w:pPr>
    </w:p>
    <w:p>
      <w:pPr>
        <w:spacing w:after="0"/>
      </w:pPr>
      <w:r>
        <w:rPr>
          <w:rFonts w:ascii="Arial" w:hAnsi="Arial"/>
          <w:b/>
          <w:sz w:val="22"/>
        </w:rPr>
        <w:t xml:space="preserve">Alice  </w:t>
      </w:r>
      <w:r>
        <w:rPr>
          <w:rFonts w:ascii="Arial" w:hAnsi="Arial"/>
          <w:color w:val="5D7284"/>
          <w:sz w:val="22"/>
        </w:rPr>
        <w:t>47:45</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47:46</w:t>
      </w:r>
    </w:p>
    <w:p>
      <w:pPr>
        <w:spacing w:after="0"/>
      </w:pPr>
      <w:r>
        <w:rPr>
          <w:rFonts w:ascii="Arial" w:hAnsi="Arial"/>
          <w:sz w:val="22"/>
        </w:rPr>
        <w:t xml:space="preserve">And jumped from that very, very tall wall into like, drift snow, </w:t>
      </w:r>
    </w:p>
    <w:p>
      <w:pPr>
        <w:spacing w:after="0"/>
      </w:pPr>
    </w:p>
    <w:p>
      <w:pPr>
        <w:spacing w:after="0"/>
      </w:pPr>
      <w:r>
        <w:rPr>
          <w:rFonts w:ascii="Arial" w:hAnsi="Arial"/>
          <w:b/>
          <w:sz w:val="22"/>
        </w:rPr>
        <w:t xml:space="preserve">Alice  </w:t>
      </w:r>
      <w:r>
        <w:rPr>
          <w:rFonts w:ascii="Arial" w:hAnsi="Arial"/>
          <w:color w:val="5D7284"/>
          <w:sz w:val="22"/>
        </w:rPr>
        <w:t>47:52</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47:52</w:t>
      </w:r>
    </w:p>
    <w:p>
      <w:pPr>
        <w:spacing w:after="0"/>
      </w:pPr>
      <w:r>
        <w:rPr>
          <w:rFonts w:ascii="Arial" w:hAnsi="Arial"/>
          <w:sz w:val="22"/>
        </w:rPr>
        <w:t xml:space="preserve">and survived. </w:t>
      </w:r>
    </w:p>
    <w:p>
      <w:pPr>
        <w:spacing w:after="0"/>
      </w:pPr>
    </w:p>
    <w:p>
      <w:pPr>
        <w:spacing w:after="0"/>
      </w:pPr>
      <w:r>
        <w:rPr>
          <w:rFonts w:ascii="Arial" w:hAnsi="Arial"/>
          <w:b/>
          <w:sz w:val="22"/>
        </w:rPr>
        <w:t xml:space="preserve">Alice  </w:t>
      </w:r>
      <w:r>
        <w:rPr>
          <w:rFonts w:ascii="Arial" w:hAnsi="Arial"/>
          <w:color w:val="5D7284"/>
          <w:sz w:val="22"/>
        </w:rPr>
        <w:t>47:53</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47:53</w:t>
      </w:r>
    </w:p>
    <w:p>
      <w:pPr>
        <w:spacing w:after="0"/>
      </w:pPr>
      <w:r>
        <w:rPr>
          <w:rFonts w:ascii="Arial" w:hAnsi="Arial"/>
          <w:sz w:val="22"/>
        </w:rPr>
        <w:t>The moment he did that. he completely redeemed himself to me. And</w:t>
      </w:r>
    </w:p>
    <w:p>
      <w:pPr>
        <w:spacing w:after="0"/>
      </w:pPr>
    </w:p>
    <w:p>
      <w:pPr>
        <w:spacing w:after="0"/>
      </w:pPr>
      <w:r>
        <w:rPr>
          <w:rFonts w:ascii="Arial" w:hAnsi="Arial"/>
          <w:b/>
          <w:sz w:val="22"/>
        </w:rPr>
        <w:t xml:space="preserve">Alice  </w:t>
      </w:r>
      <w:r>
        <w:rPr>
          <w:rFonts w:ascii="Arial" w:hAnsi="Arial"/>
          <w:color w:val="5D7284"/>
          <w:sz w:val="22"/>
        </w:rPr>
        <w:t>48:02</w:t>
      </w:r>
    </w:p>
    <w:p>
      <w:pPr>
        <w:spacing w:after="0"/>
      </w:pPr>
      <w:r>
        <w:rPr>
          <w:rFonts w:ascii="Arial" w:hAnsi="Arial"/>
          <w:sz w:val="22"/>
        </w:rPr>
        <w:t>it did feel like Sansa was the one actually that he owed his apology to</w:t>
      </w:r>
    </w:p>
    <w:p>
      <w:pPr>
        <w:spacing w:after="0"/>
      </w:pPr>
    </w:p>
    <w:p>
      <w:pPr>
        <w:spacing w:after="0"/>
      </w:pPr>
      <w:r>
        <w:rPr>
          <w:rFonts w:ascii="Arial" w:hAnsi="Arial"/>
          <w:b/>
          <w:sz w:val="22"/>
        </w:rPr>
        <w:t xml:space="preserve">Alice  </w:t>
      </w:r>
      <w:r>
        <w:rPr>
          <w:rFonts w:ascii="Arial" w:hAnsi="Arial"/>
          <w:color w:val="5D7284"/>
          <w:sz w:val="22"/>
        </w:rPr>
        <w:t>48:08</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48:09</w:t>
      </w:r>
    </w:p>
    <w:p>
      <w:pPr>
        <w:spacing w:after="0"/>
      </w:pPr>
      <w:r>
        <w:rPr>
          <w:rFonts w:ascii="Arial" w:hAnsi="Arial"/>
          <w:sz w:val="22"/>
        </w:rPr>
        <w:t xml:space="preserve">as well. </w:t>
      </w:r>
    </w:p>
    <w:p>
      <w:pPr>
        <w:spacing w:after="0"/>
      </w:pPr>
    </w:p>
    <w:p>
      <w:pPr>
        <w:spacing w:after="0"/>
      </w:pPr>
      <w:r>
        <w:rPr>
          <w:rFonts w:ascii="Arial" w:hAnsi="Arial"/>
          <w:b/>
          <w:sz w:val="22"/>
        </w:rPr>
        <w:t xml:space="preserve">Melissa  </w:t>
      </w:r>
      <w:r>
        <w:rPr>
          <w:rFonts w:ascii="Arial" w:hAnsi="Arial"/>
          <w:color w:val="5D7284"/>
          <w:sz w:val="22"/>
        </w:rPr>
        <w:t>48:09</w:t>
      </w:r>
    </w:p>
    <w:p>
      <w:pPr>
        <w:spacing w:after="0"/>
      </w:pPr>
      <w:r>
        <w:rPr>
          <w:rFonts w:ascii="Arial" w:hAnsi="Arial"/>
          <w:sz w:val="22"/>
        </w:rPr>
        <w:t xml:space="preserve">Yeah. And it was so beautiful then that when he did die, she goes on whispers in his ear. And she lights the pyre for his for, you know, to burn him. And she very much saw him as a brother because the two of them witness things together. you know, he had to stand and watch her rape on her wedding night, you know, and, and see the bruises. And know exactly what happened to her. And so they were very, they were incredibly close. And obviously when we first see Sansa she's just a spoiled little brat. She's just a spoiled little brat. And I never ever warm to Sansa. So even at the very end, I wasn't a fan of hers. I very much blame her for I think she plays a part in Varys getting killed. She definitely played a part in what happened to Jon at the end. a lot of her just life decisions, I think plays a part in other characters, demise. But that's what Littlefinger taught her. He taught that you have to think of every eventuality and that is one thing I do really enjoy about the show. Everybody has a set of almost like guardians who they learn from in in Game of Thrones. And for Sansa it very much well she she learned from she learned from Littlefinger. She learned from Cersei. She did learn some things from Cersei. </w:t>
      </w:r>
    </w:p>
    <w:p>
      <w:pPr>
        <w:spacing w:after="0"/>
      </w:pPr>
    </w:p>
    <w:p>
      <w:pPr>
        <w:spacing w:after="0"/>
      </w:pPr>
      <w:r>
        <w:rPr>
          <w:rFonts w:ascii="Arial" w:hAnsi="Arial"/>
          <w:b/>
          <w:sz w:val="22"/>
        </w:rPr>
        <w:t xml:space="preserve">Alice  </w:t>
      </w:r>
      <w:r>
        <w:rPr>
          <w:rFonts w:ascii="Arial" w:hAnsi="Arial"/>
          <w:color w:val="5D7284"/>
          <w:sz w:val="22"/>
        </w:rPr>
        <w:t>49:58</w:t>
      </w:r>
    </w:p>
    <w:p>
      <w:pPr>
        <w:spacing w:after="0"/>
      </w:pPr>
      <w:r>
        <w:rPr>
          <w:rFonts w:ascii="Arial" w:hAnsi="Arial"/>
          <w:sz w:val="22"/>
        </w:rPr>
        <w:t xml:space="preserve">Yeah, absolutely. I was just thinking that </w:t>
      </w:r>
    </w:p>
    <w:p>
      <w:pPr>
        <w:spacing w:after="0"/>
      </w:pPr>
    </w:p>
    <w:p>
      <w:pPr>
        <w:spacing w:after="0"/>
      </w:pPr>
      <w:r>
        <w:rPr>
          <w:rFonts w:ascii="Arial" w:hAnsi="Arial"/>
          <w:b/>
          <w:sz w:val="22"/>
        </w:rPr>
        <w:t xml:space="preserve">Alice  </w:t>
      </w:r>
      <w:r>
        <w:rPr>
          <w:rFonts w:ascii="Arial" w:hAnsi="Arial"/>
          <w:color w:val="5D7284"/>
          <w:sz w:val="22"/>
        </w:rPr>
        <w:t>50:00</w:t>
      </w:r>
    </w:p>
    <w:p>
      <w:pPr>
        <w:spacing w:after="0"/>
      </w:pPr>
      <w:r>
        <w:rPr>
          <w:rFonts w:ascii="Arial" w:hAnsi="Arial"/>
          <w:sz w:val="22"/>
        </w:rPr>
        <w:t>she really Cersei was shaping her to be a, almost her opposite to be that, you know, she wanted her to be a doormat for Joffrey. She wanted her to be the queen, she could control and so she pushed that the what's the word I'm looking at, you know, deferential and, and just yeah powerless femininity versus her own very sexually angry femininity.</w:t>
      </w:r>
    </w:p>
    <w:p>
      <w:pPr>
        <w:spacing w:after="0"/>
      </w:pPr>
    </w:p>
    <w:p>
      <w:pPr>
        <w:spacing w:after="0"/>
      </w:pPr>
      <w:r>
        <w:rPr>
          <w:rFonts w:ascii="Arial" w:hAnsi="Arial"/>
          <w:b/>
          <w:sz w:val="22"/>
        </w:rPr>
        <w:t xml:space="preserve">Melissa  </w:t>
      </w:r>
      <w:r>
        <w:rPr>
          <w:rFonts w:ascii="Arial" w:hAnsi="Arial"/>
          <w:color w:val="5D7284"/>
          <w:sz w:val="22"/>
        </w:rPr>
        <w:t>50:00</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50:35</w:t>
      </w:r>
    </w:p>
    <w:p>
      <w:pPr>
        <w:spacing w:after="0"/>
      </w:pPr>
      <w:r>
        <w:rPr>
          <w:rFonts w:ascii="Arial" w:hAnsi="Arial"/>
          <w:sz w:val="22"/>
        </w:rPr>
        <w:t>But she does have some quite honest conversation. So like the Blackwater episode, when they're, you know, when they're all underground, keeping safe and she talks about, you know, you know, my, when we were younger, my dad put a sword in my brother's hand and a doll in mine. And she's talking to her about just the misogyny, misogyny of, you know, of what they're going through. So, so for Sansa, it's like, she has Cersei, Littlefinger and she also has, what's his name, The Hound as people who teach her, and then you have Arya, who also has The Hound. She has Brienne and so everybody has like at least three or four people where they're absorbing information from to be better people and infer and so for somebody like Theon, he had, he initially had like, Rob, and, and Ned, but then after that he was he had nobody, thankfully, Yara still fought for him. you know, she never turned her back on him. She came to get him but he was. And that's when he used to sleep with the dogs in the kennels when she came to get him and he wouldn't leave with her. because he thought it was a trick he was that far gone. That he thought this must be a trap. And so he was,</w:t>
      </w:r>
    </w:p>
    <w:p>
      <w:pPr>
        <w:spacing w:after="0"/>
      </w:pPr>
    </w:p>
    <w:p>
      <w:pPr>
        <w:spacing w:after="0"/>
      </w:pPr>
      <w:r>
        <w:rPr>
          <w:rFonts w:ascii="Arial" w:hAnsi="Arial"/>
          <w:b/>
          <w:sz w:val="22"/>
        </w:rPr>
        <w:t xml:space="preserve">Alice  </w:t>
      </w:r>
      <w:r>
        <w:rPr>
          <w:rFonts w:ascii="Arial" w:hAnsi="Arial"/>
          <w:color w:val="5D7284"/>
          <w:sz w:val="22"/>
        </w:rPr>
        <w:t>52:08</w:t>
      </w:r>
    </w:p>
    <w:p>
      <w:pPr>
        <w:spacing w:after="0"/>
      </w:pPr>
      <w:r>
        <w:rPr>
          <w:rFonts w:ascii="Arial" w:hAnsi="Arial"/>
          <w:sz w:val="22"/>
        </w:rPr>
        <w:t xml:space="preserve">Well then he'd been betrayed by his biological family. </w:t>
      </w:r>
    </w:p>
    <w:p>
      <w:pPr>
        <w:spacing w:after="0"/>
      </w:pPr>
    </w:p>
    <w:p>
      <w:pPr>
        <w:spacing w:after="0"/>
      </w:pPr>
      <w:r>
        <w:rPr>
          <w:rFonts w:ascii="Arial" w:hAnsi="Arial"/>
          <w:b/>
          <w:sz w:val="22"/>
        </w:rPr>
        <w:t xml:space="preserve">Melissa  </w:t>
      </w:r>
      <w:r>
        <w:rPr>
          <w:rFonts w:ascii="Arial" w:hAnsi="Arial"/>
          <w:color w:val="5D7284"/>
          <w:sz w:val="22"/>
        </w:rPr>
        <w:t>52:12</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52:12</w:t>
      </w:r>
    </w:p>
    <w:p>
      <w:pPr>
        <w:spacing w:after="0"/>
      </w:pPr>
      <w:r>
        <w:rPr>
          <w:rFonts w:ascii="Arial" w:hAnsi="Arial"/>
          <w:sz w:val="22"/>
        </w:rPr>
        <w:t xml:space="preserve">once already. </w:t>
      </w:r>
    </w:p>
    <w:p>
      <w:pPr>
        <w:spacing w:after="0"/>
      </w:pPr>
    </w:p>
    <w:p>
      <w:pPr>
        <w:spacing w:after="0"/>
      </w:pPr>
      <w:r>
        <w:rPr>
          <w:rFonts w:ascii="Arial" w:hAnsi="Arial"/>
          <w:b/>
          <w:sz w:val="22"/>
        </w:rPr>
        <w:t xml:space="preserve">Melissa  </w:t>
      </w:r>
      <w:r>
        <w:rPr>
          <w:rFonts w:ascii="Arial" w:hAnsi="Arial"/>
          <w:color w:val="5D7284"/>
          <w:sz w:val="22"/>
        </w:rPr>
        <w:t>52:14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52:14</w:t>
      </w:r>
    </w:p>
    <w:p>
      <w:pPr>
        <w:spacing w:after="0"/>
      </w:pPr>
      <w:r>
        <w:rPr>
          <w:rFonts w:ascii="Arial" w:hAnsi="Arial"/>
          <w:sz w:val="22"/>
        </w:rPr>
        <w:t>So why would he believe you know, if, if your abuser is telling you, nobody cares about you? Nobody's coming for you. It's all anything that happens do is by my design. And then the family who's betrayed you once already comes to you. You've got no reason to believe they're gonna help you</w:t>
      </w:r>
    </w:p>
    <w:p>
      <w:pPr>
        <w:spacing w:after="0"/>
      </w:pPr>
    </w:p>
    <w:p>
      <w:pPr>
        <w:spacing w:after="0"/>
      </w:pPr>
      <w:r>
        <w:rPr>
          <w:rFonts w:ascii="Arial" w:hAnsi="Arial"/>
          <w:b/>
          <w:sz w:val="22"/>
        </w:rPr>
        <w:t xml:space="preserve">Melissa  </w:t>
      </w:r>
      <w:r>
        <w:rPr>
          <w:rFonts w:ascii="Arial" w:hAnsi="Arial"/>
          <w:color w:val="5D7284"/>
          <w:sz w:val="22"/>
        </w:rPr>
        <w:t>52:32</w:t>
      </w:r>
    </w:p>
    <w:p>
      <w:pPr>
        <w:spacing w:after="0"/>
      </w:pPr>
      <w:r>
        <w:rPr>
          <w:rFonts w:ascii="Arial" w:hAnsi="Arial"/>
          <w:sz w:val="22"/>
        </w:rPr>
        <w:t>No. And then we have the time as well where, you know, you have Yara and Theon standing together like unified and then Yoren just rocks up. And, you know, he, he wants to be king and they're like well, you know, why should we follow Yoren and not Theon almost like but for Theon is very much No, I'm not going for this throne. This belongs to my sister Yara. So even then, he's not he doesn't revert back to his old ways. He has become a different person and Game of Thrones is good at doing that. you know, them starting out one way something happening then becoming disabled and then being a very different character. And that's a good thing, but it's also a negative because then you know, what is the what are they as a as a show or as a book? What are they saying about disability?</w:t>
      </w:r>
    </w:p>
    <w:p>
      <w:pPr>
        <w:spacing w:after="0"/>
      </w:pPr>
    </w:p>
    <w:p>
      <w:pPr>
        <w:spacing w:after="0"/>
      </w:pPr>
      <w:r>
        <w:rPr>
          <w:rFonts w:ascii="Arial" w:hAnsi="Arial"/>
          <w:b/>
          <w:sz w:val="22"/>
        </w:rPr>
        <w:t xml:space="preserve">Alice  </w:t>
      </w:r>
      <w:r>
        <w:rPr>
          <w:rFonts w:ascii="Arial" w:hAnsi="Arial"/>
          <w:color w:val="5D7284"/>
          <w:sz w:val="22"/>
        </w:rPr>
        <w:t>53:42</w:t>
      </w:r>
    </w:p>
    <w:p>
      <w:pPr>
        <w:spacing w:after="0"/>
      </w:pPr>
      <w:r>
        <w:rPr>
          <w:rFonts w:ascii="Arial" w:hAnsi="Arial"/>
          <w:sz w:val="22"/>
        </w:rPr>
        <w:t xml:space="preserve">Well in it you saying that so the thing that I always said to my husband before I watched the show was my favorite character. My favorite characters were Ayra because she was just a firecracker from day one. And I just, I just thought Yeah, that's little girls shouldn't take shit. And I liked it for that. And, and Bran I loved Bran from the moment I read his first I don't know why there was just something about him that I really liked and the way he develops in the book following his when he becomes disabled Yes, he does absolutely have that. Oh, woe is me. What am I going to do with myself now I'm disabled bit but then he does grow and I left him in the book climbing into the into the tree thing where you know he could the snuggled the world tree but you know where like, he can then see the past and the future and everything </w:t>
      </w:r>
    </w:p>
    <w:p>
      <w:pPr>
        <w:spacing w:after="0"/>
      </w:pPr>
    </w:p>
    <w:p>
      <w:pPr>
        <w:spacing w:after="0"/>
      </w:pPr>
      <w:r>
        <w:rPr>
          <w:rFonts w:ascii="Arial" w:hAnsi="Arial"/>
          <w:b/>
          <w:sz w:val="22"/>
        </w:rPr>
        <w:t xml:space="preserve">Melissa  </w:t>
      </w:r>
      <w:r>
        <w:rPr>
          <w:rFonts w:ascii="Arial" w:hAnsi="Arial"/>
          <w:color w:val="5D7284"/>
          <w:sz w:val="22"/>
        </w:rPr>
        <w:t>54:51</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54:51</w:t>
      </w:r>
    </w:p>
    <w:p>
      <w:pPr>
        <w:spacing w:after="0"/>
      </w:pPr>
      <w:r>
        <w:rPr>
          <w:rFonts w:ascii="Arial" w:hAnsi="Arial"/>
          <w:sz w:val="22"/>
        </w:rPr>
        <w:t xml:space="preserve">all at the same time. Person, the performance as much as anything that you get from that young man After he's stops being Bran and starts being the Three-Eyed Raven. So he's called, a three-eyed crow, Three-Eyed Raven, </w:t>
      </w:r>
    </w:p>
    <w:p>
      <w:pPr>
        <w:spacing w:after="0"/>
      </w:pPr>
    </w:p>
    <w:p>
      <w:pPr>
        <w:spacing w:after="0"/>
      </w:pPr>
      <w:r>
        <w:rPr>
          <w:rFonts w:ascii="Arial" w:hAnsi="Arial"/>
          <w:b/>
          <w:sz w:val="22"/>
        </w:rPr>
        <w:t xml:space="preserve">Melissa  </w:t>
      </w:r>
      <w:r>
        <w:rPr>
          <w:rFonts w:ascii="Arial" w:hAnsi="Arial"/>
          <w:color w:val="5D7284"/>
          <w:sz w:val="22"/>
        </w:rPr>
        <w:t>54:55</w:t>
      </w:r>
    </w:p>
    <w:p>
      <w:pPr>
        <w:spacing w:after="0"/>
      </w:pPr>
      <w:r>
        <w:rPr>
          <w:rFonts w:ascii="Arial" w:hAnsi="Arial"/>
          <w:sz w:val="22"/>
        </w:rPr>
        <w:t>Three-Eyed Raven</w:t>
      </w:r>
    </w:p>
    <w:p>
      <w:pPr>
        <w:spacing w:after="0"/>
      </w:pPr>
    </w:p>
    <w:p>
      <w:pPr>
        <w:spacing w:after="0"/>
      </w:pPr>
      <w:r>
        <w:rPr>
          <w:rFonts w:ascii="Arial" w:hAnsi="Arial"/>
          <w:b/>
          <w:sz w:val="22"/>
        </w:rPr>
        <w:t xml:space="preserve">Alice  </w:t>
      </w:r>
      <w:r>
        <w:rPr>
          <w:rFonts w:ascii="Arial" w:hAnsi="Arial"/>
          <w:color w:val="5D7284"/>
          <w:sz w:val="22"/>
        </w:rPr>
        <w:t>55:05</w:t>
      </w:r>
    </w:p>
    <w:p>
      <w:pPr>
        <w:spacing w:after="0"/>
      </w:pPr>
      <w:r>
        <w:rPr>
          <w:rFonts w:ascii="Arial" w:hAnsi="Arial"/>
          <w:sz w:val="22"/>
        </w:rPr>
        <w:t xml:space="preserve">Raven. Yeah, he becomes very wooden. And it's is clearly intentional. I think that they they've said even in the way that he's he vote he vocalizes, he's monotonous, and that he loses a lot of depth there. And. And that was, it was interesting for me because my husband hated Bran because of that he was just like, he just be like, oh, I want to punch him in the face, because he's just so wooden. And it's hard to take anything he says seriously, and it's hard to see any. There's, there's no emotion there on purpose. And I understand what they were doing with the performance. But actually, for me, it really undermined the complexity of the character. But I found it very interesting that what that book very purposefully does is take away Bran's legs, and give him the ability to fly. it is a very stereotypical disability trope of you lose a physical ability, you gain something magical, that means it doesn't matter. Like it's the whole of, you know, somebody is blinded, but then they can see the future, that kind of thing. It's very it's, it's all a bit basic and a bit like, really, are we still doing this. But despite that, there was something about Bran and something about the way that he he connected, that I know that it was his connection with Hodor. That is what resulted in Hodor developing some kind of cognitive impairment, or like learning disability, I suppose for lack of a better sort of phrase, </w:t>
      </w:r>
    </w:p>
    <w:p>
      <w:pPr>
        <w:spacing w:after="0"/>
      </w:pPr>
    </w:p>
    <w:p>
      <w:pPr>
        <w:spacing w:after="0"/>
      </w:pPr>
      <w:r>
        <w:rPr>
          <w:rFonts w:ascii="Arial" w:hAnsi="Arial"/>
          <w:b/>
          <w:sz w:val="22"/>
        </w:rPr>
        <w:t xml:space="preserve">Alice  </w:t>
      </w:r>
      <w:r>
        <w:rPr>
          <w:rFonts w:ascii="Arial" w:hAnsi="Arial"/>
          <w:color w:val="5D7284"/>
          <w:sz w:val="22"/>
        </w:rPr>
        <w:t>57:23</w:t>
      </w:r>
    </w:p>
    <w:p>
      <w:pPr>
        <w:spacing w:after="0"/>
      </w:pPr>
      <w:r>
        <w:rPr>
          <w:rFonts w:ascii="Arial" w:hAnsi="Arial"/>
          <w:sz w:val="22"/>
        </w:rPr>
        <w:t>I mean, but but there is something about the connection that he has with Hodor, the connection that he has with the dogs. And the the determination that he has to be like, this is this, I have to find where the Three Eyed Raven is sending me before he then goes on to become the Three-Eyed Raven, that I just I really liked Bran, I really liked him in the books, and then the TV show stole him from me, because that just sucked all of the life out of the character. And I think it's a real shame that they did that. And there's you know that bit towards the end, where they're in the in the Godswood at the final battle of Winterfell. And they're like, Oh, yeah. And he's just like, I'm not Bran anymore. So it doesn't matter what happens to me. And I think it's just that the Game of Thrones books are fundamentally all about the Stark family, and they're about family. And I feel like actually what that character deserved was to, to lose himself perhaps for a while and then grow back into himself with the knowledge that he's he gains. And I think that had that happened. The ultimate end where he becomes Bran, the broken first of his name. I'd have been more okay with that outcome.</w:t>
      </w:r>
    </w:p>
    <w:p>
      <w:pPr>
        <w:spacing w:after="0"/>
      </w:pPr>
    </w:p>
    <w:p>
      <w:pPr>
        <w:spacing w:after="0"/>
      </w:pPr>
      <w:r>
        <w:rPr>
          <w:rFonts w:ascii="Arial" w:hAnsi="Arial"/>
          <w:b/>
          <w:sz w:val="22"/>
        </w:rPr>
        <w:t xml:space="preserve">Melissa  </w:t>
      </w:r>
      <w:r>
        <w:rPr>
          <w:rFonts w:ascii="Arial" w:hAnsi="Arial"/>
          <w:color w:val="5D7284"/>
          <w:sz w:val="22"/>
        </w:rPr>
        <w:t>57:23</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59:08</w:t>
      </w:r>
    </w:p>
    <w:p>
      <w:pPr>
        <w:spacing w:after="0"/>
      </w:pPr>
      <w:r>
        <w:rPr>
          <w:rFonts w:ascii="Arial" w:hAnsi="Arial"/>
          <w:sz w:val="22"/>
        </w:rPr>
        <w:t xml:space="preserve">I don't like Bran. </w:t>
      </w:r>
    </w:p>
    <w:p>
      <w:pPr>
        <w:spacing w:after="0"/>
      </w:pPr>
    </w:p>
    <w:p>
      <w:pPr>
        <w:spacing w:after="0"/>
      </w:pPr>
      <w:r>
        <w:rPr>
          <w:rFonts w:ascii="Arial" w:hAnsi="Arial"/>
          <w:b/>
          <w:sz w:val="22"/>
        </w:rPr>
        <w:t xml:space="preserve">Alice  </w:t>
      </w:r>
      <w:r>
        <w:rPr>
          <w:rFonts w:ascii="Arial" w:hAnsi="Arial"/>
          <w:color w:val="5D7284"/>
          <w:sz w:val="22"/>
        </w:rPr>
        <w:t>59:10</w:t>
      </w:r>
    </w:p>
    <w:p>
      <w:pPr>
        <w:spacing w:after="0"/>
      </w:pPr>
      <w:r>
        <w:rPr>
          <w:rFonts w:ascii="Arial" w:hAnsi="Arial"/>
          <w:sz w:val="22"/>
        </w:rPr>
        <w:t xml:space="preserve">No, </w:t>
      </w:r>
    </w:p>
    <w:p>
      <w:pPr>
        <w:spacing w:after="0"/>
      </w:pPr>
    </w:p>
    <w:p>
      <w:pPr>
        <w:spacing w:after="0"/>
      </w:pPr>
      <w:r>
        <w:rPr>
          <w:rFonts w:ascii="Arial" w:hAnsi="Arial"/>
          <w:b/>
          <w:sz w:val="22"/>
        </w:rPr>
        <w:t xml:space="preserve">Melissa  </w:t>
      </w:r>
      <w:r>
        <w:rPr>
          <w:rFonts w:ascii="Arial" w:hAnsi="Arial"/>
          <w:color w:val="5D7284"/>
          <w:sz w:val="22"/>
        </w:rPr>
        <w:t>59:11</w:t>
      </w:r>
    </w:p>
    <w:p>
      <w:pPr>
        <w:spacing w:after="0"/>
      </w:pPr>
      <w:r>
        <w:rPr>
          <w:rFonts w:ascii="Arial" w:hAnsi="Arial"/>
          <w:sz w:val="22"/>
        </w:rPr>
        <w:t>My sister hates Bran and Yeah, so our podcast was I'd already seen the show. And I was taking my sister through the show, an episode a time and then we would discuss it and dissect episode by episode. So like, we put a lot of time into it, and then life got in the way and we never got to watch. Well, we had to wait quite a while for season eight. And then I never watched it with my sister. The moment I saw he got the throne, I thought fucking hell, how is my sister gonna watch this shit, right? So we've and she's never watched season eight and it was just the other day. We were talking About it and, and she says you might as well tell me what happened. She said because we're never going to, we're never going to be able to do the podcast. We just don't have the time. And I was like, do you really want to know? She's like I've heard it's a shit series, she says, but yeah, tell me. And I was like, Well, alright, so guess who ends up on the throne? And she's like reeling off all these names and I'm like, Bran.</w:t>
      </w:r>
    </w:p>
    <w:p>
      <w:pPr>
        <w:spacing w:after="0"/>
      </w:pPr>
    </w:p>
    <w:p>
      <w:pPr>
        <w:spacing w:after="0"/>
      </w:pPr>
      <w:r>
        <w:rPr>
          <w:rFonts w:ascii="Arial" w:hAnsi="Arial"/>
          <w:b/>
          <w:sz w:val="22"/>
        </w:rPr>
        <w:t xml:space="preserve">Alice  </w:t>
      </w:r>
      <w:r>
        <w:rPr>
          <w:rFonts w:ascii="Arial" w:hAnsi="Arial"/>
          <w:color w:val="5D7284"/>
          <w:sz w:val="22"/>
        </w:rPr>
        <w:t>1:00:21</w:t>
      </w:r>
    </w:p>
    <w:p>
      <w:pPr>
        <w:spacing w:after="0"/>
      </w:pPr>
      <w:r>
        <w:rPr>
          <w:rFonts w:ascii="Arial" w:hAnsi="Arial"/>
          <w:sz w:val="22"/>
        </w:rPr>
        <w:t>He was absolutely the last person I would have chosen, I wouldn't</w:t>
      </w:r>
    </w:p>
    <w:p>
      <w:pPr>
        <w:spacing w:after="0"/>
      </w:pPr>
    </w:p>
    <w:p>
      <w:pPr>
        <w:spacing w:after="0"/>
      </w:pPr>
      <w:r>
        <w:rPr>
          <w:rFonts w:ascii="Arial" w:hAnsi="Arial"/>
          <w:b/>
          <w:sz w:val="22"/>
        </w:rPr>
        <w:t xml:space="preserve">Melissa  </w:t>
      </w:r>
      <w:r>
        <w:rPr>
          <w:rFonts w:ascii="Arial" w:hAnsi="Arial"/>
          <w:color w:val="5D7284"/>
          <w:sz w:val="22"/>
        </w:rPr>
        <w:t>1:00:24</w:t>
      </w:r>
    </w:p>
    <w:p>
      <w:pPr>
        <w:spacing w:after="0"/>
      </w:pPr>
      <w:r>
        <w:rPr>
          <w:rFonts w:ascii="Arial" w:hAnsi="Arial"/>
          <w:sz w:val="22"/>
        </w:rPr>
        <w:t>I wouldn't have got it. I don't even know. And I understand like, obviously, Tyrion is really smart and very thoughtful. And, you know, he's, his rational is, you know, Bran knows everything. So it's really good to put him on the throne. But I still don't get it. And never will.</w:t>
      </w:r>
    </w:p>
    <w:p>
      <w:pPr>
        <w:spacing w:after="0"/>
      </w:pPr>
    </w:p>
    <w:p>
      <w:pPr>
        <w:spacing w:after="0"/>
      </w:pPr>
      <w:r>
        <w:rPr>
          <w:rFonts w:ascii="Arial" w:hAnsi="Arial"/>
          <w:b/>
          <w:sz w:val="22"/>
        </w:rPr>
        <w:t xml:space="preserve">Alice  </w:t>
      </w:r>
      <w:r>
        <w:rPr>
          <w:rFonts w:ascii="Arial" w:hAnsi="Arial"/>
          <w:color w:val="5D7284"/>
          <w:sz w:val="22"/>
        </w:rPr>
        <w:t>1:00:45</w:t>
      </w:r>
    </w:p>
    <w:p>
      <w:pPr>
        <w:spacing w:after="0"/>
      </w:pPr>
      <w:r>
        <w:rPr>
          <w:rFonts w:ascii="Arial" w:hAnsi="Arial"/>
          <w:sz w:val="22"/>
        </w:rPr>
        <w:t>No</w:t>
      </w:r>
    </w:p>
    <w:p>
      <w:pPr>
        <w:spacing w:after="0"/>
      </w:pPr>
    </w:p>
    <w:p>
      <w:pPr>
        <w:spacing w:after="0"/>
      </w:pPr>
      <w:r>
        <w:rPr>
          <w:rFonts w:ascii="Arial" w:hAnsi="Arial"/>
          <w:b/>
          <w:sz w:val="22"/>
        </w:rPr>
        <w:t xml:space="preserve">Melissa  </w:t>
      </w:r>
      <w:r>
        <w:rPr>
          <w:rFonts w:ascii="Arial" w:hAnsi="Arial"/>
          <w:color w:val="5D7284"/>
          <w:sz w:val="22"/>
        </w:rPr>
        <w:t>1:00:46</w:t>
      </w:r>
    </w:p>
    <w:p>
      <w:pPr>
        <w:spacing w:after="0"/>
      </w:pPr>
      <w:r>
        <w:rPr>
          <w:rFonts w:ascii="Arial" w:hAnsi="Arial"/>
          <w:sz w:val="22"/>
        </w:rPr>
        <w:t xml:space="preserve">I do have to defend him, though. And his the coldness because I think after witnessing, it was like, all of a sudden, all this information was just downloaded onto his brain. So not in an autistic way where you've got sensory overload, and you've got everything at the same time. But it kind of was like that, where he was just a normal little boy, he, he lost his ability to walk, but he was still just a little kid. And then all of a sudden, everything is downloaded onto him, he sees the death of his dad, he probably saw the death of his mom, his siblings, he would have seen how Rickon would have died, he he would have seen, I mean, because some of the images that we say, and that rock that new rock stars podcasts downloaded, and talked about every image and what they think it was. And so even some of the images of the dragon flying over. King's Landing. That's actually when Khaleesi is going to burn the place to the ground. So he within an hour, has seen some unspeakable things happen to his loved ones. he knows exactly how everything's going to end and how it's started. What does that do to other than make you incredibly numb incredibly frightened, and just kind of force you to just switch off. And so even when we get to season seven, and he comes back to Winterfell, and you know, we know that the knight kings come in and Meera who stayed with him, because her brother, her brother was obviously epileptic. But Meera stays with him and he's, he's just really cold to her. And she's she looks at him and, she's like, is that it she goes, I have risked my life for you. And this is how you treat me. She says, I'm going home to be with my family and she leaves you go back. But for for Bran, he's just he knows and has seen everything. And that must make you completely numb and shellshocked. So I, I understand the coldness to him. I just feel frustrated that he, I feel frustrated that he's, again, he's cockiness of, you know, the, The Three-eyed ravens fast asleep. And he's like, I know, I'll go on a tour. And he goes, and he meets up with the Night King. And all that happens, because now we know where the Knight Kings location is. And then that happens to Hodor. And he kind of realizes that, because of a decision he's made, this happens to Hodor, or this has happened to Hodor so I and I get all of that as well. And him feeling that, that guilt over that this person who loved him and protected him throughout. </w:t>
      </w:r>
    </w:p>
    <w:p>
      <w:pPr>
        <w:spacing w:after="0"/>
      </w:pPr>
    </w:p>
    <w:p>
      <w:pPr>
        <w:spacing w:after="0"/>
      </w:pPr>
      <w:r>
        <w:rPr>
          <w:rFonts w:ascii="Arial" w:hAnsi="Arial"/>
          <w:b/>
          <w:sz w:val="22"/>
        </w:rPr>
        <w:t xml:space="preserve">Alice  </w:t>
      </w:r>
      <w:r>
        <w:rPr>
          <w:rFonts w:ascii="Arial" w:hAnsi="Arial"/>
          <w:color w:val="5D7284"/>
          <w:sz w:val="22"/>
        </w:rPr>
        <w:t>1:03:50</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1:03:50</w:t>
      </w:r>
    </w:p>
    <w:p>
      <w:pPr>
        <w:spacing w:after="0"/>
      </w:pPr>
      <w:r>
        <w:rPr>
          <w:rFonts w:ascii="Arial" w:hAnsi="Arial"/>
          <w:sz w:val="22"/>
        </w:rPr>
        <w:t xml:space="preserve">And he had inadvertently caused that. Like, God knows how long before. </w:t>
      </w:r>
    </w:p>
    <w:p>
      <w:pPr>
        <w:spacing w:after="0"/>
      </w:pPr>
    </w:p>
    <w:p>
      <w:pPr>
        <w:spacing w:after="0"/>
      </w:pPr>
      <w:r>
        <w:rPr>
          <w:rFonts w:ascii="Arial" w:hAnsi="Arial"/>
          <w:b/>
          <w:sz w:val="22"/>
        </w:rPr>
        <w:t xml:space="preserve">Melissa  </w:t>
      </w:r>
      <w:r>
        <w:rPr>
          <w:rFonts w:ascii="Arial" w:hAnsi="Arial"/>
          <w:color w:val="5D7284"/>
          <w:sz w:val="22"/>
        </w:rPr>
        <w:t>1:03:58</w:t>
      </w:r>
    </w:p>
    <w:p>
      <w:pPr>
        <w:spacing w:after="0"/>
      </w:pPr>
      <w:r>
        <w:rPr>
          <w:rFonts w:ascii="Arial" w:hAnsi="Arial"/>
          <w:sz w:val="22"/>
        </w:rPr>
        <w:t xml:space="preserve">so I feel angry at him and a lot of decisions. He's, he makes on a lot of things, his characters, character does, and I feel angry that he ends up on the throne. And when they suggest him and he's like, Well, I was waiting for you to ask. So he knows he's going to end upon the throne. I feel pissed off about all of that. But I do understand his level of coldness. </w:t>
      </w:r>
    </w:p>
    <w:p>
      <w:pPr>
        <w:spacing w:after="0"/>
      </w:pPr>
    </w:p>
    <w:p>
      <w:pPr>
        <w:spacing w:after="0"/>
      </w:pPr>
      <w:r>
        <w:rPr>
          <w:rFonts w:ascii="Arial" w:hAnsi="Arial"/>
          <w:b/>
          <w:sz w:val="22"/>
        </w:rPr>
        <w:t xml:space="preserve">Alice  </w:t>
      </w:r>
      <w:r>
        <w:rPr>
          <w:rFonts w:ascii="Arial" w:hAnsi="Arial"/>
          <w:color w:val="5D7284"/>
          <w:sz w:val="22"/>
        </w:rPr>
        <w:t>1:03:58</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1:04:25</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1:04:25</w:t>
      </w:r>
    </w:p>
    <w:p>
      <w:pPr>
        <w:spacing w:after="0"/>
      </w:pPr>
      <w:r>
        <w:rPr>
          <w:rFonts w:ascii="Arial" w:hAnsi="Arial"/>
          <w:sz w:val="22"/>
        </w:rPr>
        <w:t>that makes sense to me. And I never thought I would ever defend Bran about anything.</w:t>
      </w:r>
    </w:p>
    <w:p>
      <w:pPr>
        <w:spacing w:after="0"/>
      </w:pPr>
    </w:p>
    <w:p>
      <w:pPr>
        <w:spacing w:after="0"/>
      </w:pPr>
      <w:r>
        <w:rPr>
          <w:rFonts w:ascii="Arial" w:hAnsi="Arial"/>
          <w:b/>
          <w:sz w:val="22"/>
        </w:rPr>
        <w:t xml:space="preserve">Alice  </w:t>
      </w:r>
      <w:r>
        <w:rPr>
          <w:rFonts w:ascii="Arial" w:hAnsi="Arial"/>
          <w:color w:val="5D7284"/>
          <w:sz w:val="22"/>
        </w:rPr>
        <w:t>1:04:30</w:t>
      </w:r>
    </w:p>
    <w:p>
      <w:pPr>
        <w:spacing w:after="0"/>
      </w:pPr>
      <w:r>
        <w:rPr>
          <w:rFonts w:ascii="Arial" w:hAnsi="Arial"/>
          <w:sz w:val="22"/>
        </w:rPr>
        <w:t xml:space="preserve">I think what it really fundamentally boils down to unfortunately, is that the reason the first six seasons was so good was that when you take content from a book that is, you know, three or four inches thick, like some of those Game of Thrones books are, that you have so much characterization and depth to work with. And even if you you know, you trim it down and you boil it down to fit it into 10 episodes in a season. There's, the actors have so much to build on, the writers have so much to build on to, to give things a reason to give things, you know, to move things forward in a way that feels real and right. And they just they did not have that they had the skeleton of this happens, this happens, this happens. And they also I know for that final season, is it one or possibly both of the head writers were off to do Star Wars? </w:t>
      </w:r>
    </w:p>
    <w:p>
      <w:pPr>
        <w:spacing w:after="0"/>
      </w:pPr>
    </w:p>
    <w:p>
      <w:pPr>
        <w:spacing w:after="0"/>
      </w:pPr>
      <w:r>
        <w:rPr>
          <w:rFonts w:ascii="Arial" w:hAnsi="Arial"/>
          <w:b/>
          <w:sz w:val="22"/>
        </w:rPr>
        <w:t xml:space="preserve">Alice  </w:t>
      </w:r>
      <w:r>
        <w:rPr>
          <w:rFonts w:ascii="Arial" w:hAnsi="Arial"/>
          <w:color w:val="5D7284"/>
          <w:sz w:val="22"/>
        </w:rPr>
        <w:t>1:05:38</w:t>
      </w:r>
    </w:p>
    <w:p>
      <w:pPr>
        <w:spacing w:after="0"/>
      </w:pPr>
      <w:r>
        <w:rPr>
          <w:rFonts w:ascii="Arial" w:hAnsi="Arial"/>
          <w:sz w:val="22"/>
        </w:rPr>
        <w:t xml:space="preserve">So it was just a bit like let's crack this out, and move on. And I think for those of us who love the books, and love the characters and you know, love to the characters that were in the show, it's almost like that's the biggest betrayal was that they weren't given the ending and the time that they deserved to, to get. because actually, I think I think what happened to Daenerys was the right was absolutely the right thing. But again, it got rushed into so quickly. you know, that kind of madness should have built slower the relationship between her and Jon, you could see coming from like book four, I was like, Oh, well, if he's not Ned's bastard, then he's probably Ned's sisters bastard or something? I bet it's a Targaryen Oh, I wonder if this will happen. And it should, it's, you could see it coming. That her and Jon, we're going to get together. And it just none of it was given the time it really needed. And that's, I think it will go down in history as just some of the worst endings for what could have been some of the and for some of the earliest was was some of the best TV we've had in the last 20 years. </w:t>
      </w:r>
    </w:p>
    <w:p>
      <w:pPr>
        <w:spacing w:after="0"/>
      </w:pPr>
    </w:p>
    <w:p>
      <w:pPr>
        <w:spacing w:after="0"/>
      </w:pPr>
      <w:r>
        <w:rPr>
          <w:rFonts w:ascii="Arial" w:hAnsi="Arial"/>
          <w:b/>
          <w:sz w:val="22"/>
        </w:rPr>
        <w:t xml:space="preserve">Melissa  </w:t>
      </w:r>
      <w:r>
        <w:rPr>
          <w:rFonts w:ascii="Arial" w:hAnsi="Arial"/>
          <w:color w:val="5D7284"/>
          <w:sz w:val="22"/>
        </w:rPr>
        <w:t>1:05:38</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1:07:07</w:t>
      </w:r>
    </w:p>
    <w:p>
      <w:pPr>
        <w:spacing w:after="0"/>
      </w:pPr>
      <w:r>
        <w:rPr>
          <w:rFonts w:ascii="Arial" w:hAnsi="Arial"/>
          <w:sz w:val="22"/>
        </w:rPr>
        <w:t xml:space="preserve">Very much so. And for me with with with Khaleesi. She She definitely had mental health difficulties. She I saw it coming on from season two. Although my </w:t>
      </w:r>
    </w:p>
    <w:p>
      <w:pPr>
        <w:spacing w:after="0"/>
      </w:pPr>
    </w:p>
    <w:p>
      <w:pPr>
        <w:spacing w:after="0"/>
      </w:pPr>
      <w:r>
        <w:rPr>
          <w:rFonts w:ascii="Arial" w:hAnsi="Arial"/>
          <w:b/>
          <w:sz w:val="22"/>
        </w:rPr>
        <w:t xml:space="preserve">Alice  </w:t>
      </w:r>
      <w:r>
        <w:rPr>
          <w:rFonts w:ascii="Arial" w:hAnsi="Arial"/>
          <w:color w:val="5D7284"/>
          <w:sz w:val="22"/>
        </w:rPr>
        <w:t>1:07:27</w:t>
      </w:r>
    </w:p>
    <w:p>
      <w:pPr>
        <w:spacing w:after="0"/>
      </w:pPr>
      <w:r>
        <w:rPr>
          <w:rFonts w:ascii="Arial" w:hAnsi="Arial"/>
          <w:sz w:val="22"/>
        </w:rPr>
        <w:t xml:space="preserve">It's classic dictators, though, its like they will find for what their reasons are many and varied, but fundamentally, they rule with fear and murder. </w:t>
      </w:r>
    </w:p>
    <w:p>
      <w:pPr>
        <w:spacing w:after="0"/>
      </w:pPr>
    </w:p>
    <w:p>
      <w:pPr>
        <w:spacing w:after="0"/>
      </w:pPr>
      <w:r>
        <w:rPr>
          <w:rFonts w:ascii="Arial" w:hAnsi="Arial"/>
          <w:b/>
          <w:sz w:val="22"/>
        </w:rPr>
        <w:t xml:space="preserve">Alice  </w:t>
      </w:r>
      <w:r>
        <w:rPr>
          <w:rFonts w:ascii="Arial" w:hAnsi="Arial"/>
          <w:color w:val="5D7284"/>
          <w:sz w:val="22"/>
        </w:rPr>
        <w:t>1:07:27</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1:07:27</w:t>
      </w:r>
    </w:p>
    <w:p>
      <w:pPr>
        <w:spacing w:after="0"/>
      </w:pPr>
      <w:r>
        <w:rPr>
          <w:rFonts w:ascii="Arial" w:hAnsi="Arial"/>
          <w:sz w:val="22"/>
        </w:rPr>
        <w:t>my sister argued against that. So whenever Khaleesi did anything wrong, and I would ask her, because I would I hate spoilers. So I would always just ask the questions or play devil's advocate from both side was she was for Khaleesi, when it got to the point where she nails the slavers to the crosses. And I'm like, I'm saying to my sister, come on, that's wrong. And she's like, everything they've done to other people. I says yeah. I'm not saying that's right, I said, but she's doing exactly the same thing. So whereas Jon was, Jon started out a certain way and was maturing, and he was learning. Khaleesi very much saw herself as the Breaker of Chains, but was very much a dictatorship. And my sister just couldn't see it. And</w:t>
      </w:r>
    </w:p>
    <w:p>
      <w:pPr>
        <w:spacing w:after="0"/>
      </w:pPr>
    </w:p>
    <w:p>
      <w:pPr>
        <w:spacing w:after="0"/>
      </w:pPr>
      <w:r>
        <w:rPr>
          <w:rFonts w:ascii="Arial" w:hAnsi="Arial"/>
          <w:b/>
          <w:sz w:val="22"/>
        </w:rPr>
        <w:t xml:space="preserve">Melissa  </w:t>
      </w:r>
      <w:r>
        <w:rPr>
          <w:rFonts w:ascii="Arial" w:hAnsi="Arial"/>
          <w:color w:val="5D7284"/>
          <w:sz w:val="22"/>
        </w:rPr>
        <w:t>1:08:36</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1:08:36</w:t>
      </w:r>
    </w:p>
    <w:p>
      <w:pPr>
        <w:spacing w:after="0"/>
      </w:pPr>
      <w:r>
        <w:rPr>
          <w:rFonts w:ascii="Arial" w:hAnsi="Arial"/>
          <w:sz w:val="22"/>
        </w:rPr>
        <w:t>because that's what dictators do.</w:t>
      </w:r>
    </w:p>
    <w:p>
      <w:pPr>
        <w:spacing w:after="0"/>
      </w:pPr>
    </w:p>
    <w:p>
      <w:pPr>
        <w:spacing w:after="0"/>
      </w:pPr>
      <w:r>
        <w:rPr>
          <w:rFonts w:ascii="Arial" w:hAnsi="Arial"/>
          <w:b/>
          <w:sz w:val="22"/>
        </w:rPr>
        <w:t xml:space="preserve">Melissa  </w:t>
      </w:r>
      <w:r>
        <w:rPr>
          <w:rFonts w:ascii="Arial" w:hAnsi="Arial"/>
          <w:color w:val="5D7284"/>
          <w:sz w:val="22"/>
        </w:rPr>
        <w:t>1:08:38</w:t>
      </w:r>
    </w:p>
    <w:p>
      <w:pPr>
        <w:spacing w:after="0"/>
      </w:pPr>
      <w:r>
        <w:rPr>
          <w:rFonts w:ascii="Arial" w:hAnsi="Arial"/>
          <w:sz w:val="22"/>
        </w:rPr>
        <w:t xml:space="preserve">Exactly. And I think I do have empathy for her in regards to you know, she just lost her dragons. She lost Missandei, which was such a wonderful ally and sister for her to have. So she'd lost all of that. she'd lost Jory as well. is it Jory or Joran? </w:t>
      </w:r>
    </w:p>
    <w:p>
      <w:pPr>
        <w:spacing w:after="0"/>
      </w:pPr>
    </w:p>
    <w:p>
      <w:pPr>
        <w:spacing w:after="0"/>
      </w:pPr>
      <w:r>
        <w:rPr>
          <w:rFonts w:ascii="Arial" w:hAnsi="Arial"/>
          <w:b/>
          <w:sz w:val="22"/>
        </w:rPr>
        <w:t xml:space="preserve">Alice  </w:t>
      </w:r>
      <w:r>
        <w:rPr>
          <w:rFonts w:ascii="Arial" w:hAnsi="Arial"/>
          <w:color w:val="5D7284"/>
          <w:sz w:val="22"/>
        </w:rPr>
        <w:t>1:09:02</w:t>
      </w:r>
    </w:p>
    <w:p>
      <w:pPr>
        <w:spacing w:after="0"/>
      </w:pPr>
      <w:r>
        <w:rPr>
          <w:rFonts w:ascii="Arial" w:hAnsi="Arial"/>
          <w:sz w:val="22"/>
        </w:rPr>
        <w:t>Jorah</w:t>
      </w:r>
    </w:p>
    <w:p>
      <w:pPr>
        <w:spacing w:after="0"/>
      </w:pPr>
    </w:p>
    <w:p>
      <w:pPr>
        <w:spacing w:after="0"/>
      </w:pPr>
      <w:r>
        <w:rPr>
          <w:rFonts w:ascii="Arial" w:hAnsi="Arial"/>
          <w:b/>
          <w:sz w:val="22"/>
        </w:rPr>
        <w:t xml:space="preserve">Melissa  </w:t>
      </w:r>
      <w:r>
        <w:rPr>
          <w:rFonts w:ascii="Arial" w:hAnsi="Arial"/>
          <w:color w:val="5D7284"/>
          <w:sz w:val="22"/>
        </w:rPr>
        <w:t>1:09:03</w:t>
      </w:r>
    </w:p>
    <w:p>
      <w:pPr>
        <w:spacing w:after="0"/>
      </w:pPr>
      <w:r>
        <w:rPr>
          <w:rFonts w:ascii="Arial" w:hAnsi="Arial"/>
          <w:sz w:val="22"/>
        </w:rPr>
        <w:t>Jorah. There's Jory and a Jorah Joren and, but Jorah so it's</w:t>
      </w:r>
    </w:p>
    <w:p>
      <w:pPr>
        <w:spacing w:after="0"/>
      </w:pPr>
    </w:p>
    <w:p>
      <w:pPr>
        <w:spacing w:after="0"/>
      </w:pPr>
      <w:r>
        <w:rPr>
          <w:rFonts w:ascii="Arial" w:hAnsi="Arial"/>
          <w:b/>
          <w:sz w:val="22"/>
        </w:rPr>
        <w:t xml:space="preserve">Alice  </w:t>
      </w:r>
      <w:r>
        <w:rPr>
          <w:rFonts w:ascii="Arial" w:hAnsi="Arial"/>
          <w:color w:val="5D7284"/>
          <w:sz w:val="22"/>
        </w:rPr>
        <w:t>1:09:08</w:t>
      </w:r>
    </w:p>
    <w:p>
      <w:pPr>
        <w:spacing w:after="0"/>
      </w:pPr>
      <w:r>
        <w:rPr>
          <w:rFonts w:ascii="Arial" w:hAnsi="Arial"/>
          <w:sz w:val="22"/>
        </w:rPr>
        <w:t xml:space="preserve">I'm pretty sure that in the book Theon's sister isn't called Yarra. She's called something else. But it's so similar to Theon it's like Thea or something like that Theann. </w:t>
      </w:r>
    </w:p>
    <w:p>
      <w:pPr>
        <w:spacing w:after="0"/>
      </w:pPr>
    </w:p>
    <w:p>
      <w:pPr>
        <w:spacing w:after="0"/>
      </w:pPr>
      <w:r>
        <w:rPr>
          <w:rFonts w:ascii="Arial" w:hAnsi="Arial"/>
          <w:b/>
          <w:sz w:val="22"/>
        </w:rPr>
        <w:t xml:space="preserve">Melissa  </w:t>
      </w:r>
      <w:r>
        <w:rPr>
          <w:rFonts w:ascii="Arial" w:hAnsi="Arial"/>
          <w:color w:val="5D7284"/>
          <w:sz w:val="22"/>
        </w:rPr>
        <w:t>1:09:22</w:t>
      </w:r>
    </w:p>
    <w:p>
      <w:pPr>
        <w:spacing w:after="0"/>
      </w:pPr>
      <w:r>
        <w:rPr>
          <w:rFonts w:ascii="Arial" w:hAnsi="Arial"/>
          <w:sz w:val="22"/>
        </w:rPr>
        <w:t>Right</w:t>
      </w:r>
    </w:p>
    <w:p>
      <w:pPr>
        <w:spacing w:after="0"/>
      </w:pPr>
    </w:p>
    <w:p>
      <w:pPr>
        <w:spacing w:after="0"/>
      </w:pPr>
      <w:r>
        <w:rPr>
          <w:rFonts w:ascii="Arial" w:hAnsi="Arial"/>
          <w:b/>
          <w:sz w:val="22"/>
        </w:rPr>
        <w:t xml:space="preserve">Alice  </w:t>
      </w:r>
      <w:r>
        <w:rPr>
          <w:rFonts w:ascii="Arial" w:hAnsi="Arial"/>
          <w:color w:val="5D7284"/>
          <w:sz w:val="22"/>
        </w:rPr>
        <w:t>1:09:23</w:t>
      </w:r>
    </w:p>
    <w:p>
      <w:pPr>
        <w:spacing w:after="0"/>
      </w:pPr>
      <w:r>
        <w:rPr>
          <w:rFonts w:ascii="Arial" w:hAnsi="Arial"/>
          <w:sz w:val="22"/>
        </w:rPr>
        <w:t xml:space="preserve">But they were like, we can't, we can't do this </w:t>
      </w:r>
    </w:p>
    <w:p>
      <w:pPr>
        <w:spacing w:after="0"/>
      </w:pPr>
    </w:p>
    <w:p>
      <w:pPr>
        <w:spacing w:after="0"/>
      </w:pPr>
      <w:r>
        <w:rPr>
          <w:rFonts w:ascii="Arial" w:hAnsi="Arial"/>
          <w:b/>
          <w:sz w:val="22"/>
        </w:rPr>
        <w:t xml:space="preserve">Melissa  </w:t>
      </w:r>
      <w:r>
        <w:rPr>
          <w:rFonts w:ascii="Arial" w:hAnsi="Arial"/>
          <w:color w:val="5D7284"/>
          <w:sz w:val="22"/>
        </w:rPr>
        <w:t>1:09:25</w:t>
      </w:r>
    </w:p>
    <w:p>
      <w:pPr>
        <w:spacing w:after="0"/>
      </w:pPr>
      <w:r>
        <w:rPr>
          <w:rFonts w:ascii="Arial" w:hAnsi="Arial"/>
          <w:sz w:val="22"/>
        </w:rPr>
        <w:t xml:space="preserve">We can't we've got to do it differently </w:t>
      </w:r>
    </w:p>
    <w:p>
      <w:pPr>
        <w:spacing w:after="0"/>
      </w:pPr>
    </w:p>
    <w:p>
      <w:pPr>
        <w:spacing w:after="0"/>
      </w:pPr>
      <w:r>
        <w:rPr>
          <w:rFonts w:ascii="Arial" w:hAnsi="Arial"/>
          <w:b/>
          <w:sz w:val="22"/>
        </w:rPr>
        <w:t xml:space="preserve">Alice  </w:t>
      </w:r>
      <w:r>
        <w:rPr>
          <w:rFonts w:ascii="Arial" w:hAnsi="Arial"/>
          <w:color w:val="5D7284"/>
          <w:sz w:val="22"/>
        </w:rPr>
        <w:t>1:09:27</w:t>
      </w:r>
    </w:p>
    <w:p>
      <w:pPr>
        <w:spacing w:after="0"/>
      </w:pPr>
      <w:r>
        <w:rPr>
          <w:rFonts w:ascii="Arial" w:hAnsi="Arial"/>
          <w:sz w:val="22"/>
        </w:rPr>
        <w:t>because people will be too confused.</w:t>
      </w:r>
    </w:p>
    <w:p>
      <w:pPr>
        <w:spacing w:after="0"/>
      </w:pPr>
    </w:p>
    <w:p>
      <w:pPr>
        <w:spacing w:after="0"/>
      </w:pPr>
      <w:r>
        <w:rPr>
          <w:rFonts w:ascii="Arial" w:hAnsi="Arial"/>
          <w:b/>
          <w:sz w:val="22"/>
        </w:rPr>
        <w:t xml:space="preserve">Melissa  </w:t>
      </w:r>
      <w:r>
        <w:rPr>
          <w:rFonts w:ascii="Arial" w:hAnsi="Arial"/>
          <w:color w:val="5D7284"/>
          <w:sz w:val="22"/>
        </w:rPr>
        <w:t>1:09:29</w:t>
      </w:r>
    </w:p>
    <w:p>
      <w:pPr>
        <w:spacing w:after="0"/>
      </w:pPr>
      <w:r>
        <w:rPr>
          <w:rFonts w:ascii="Arial" w:hAnsi="Arial"/>
          <w:sz w:val="22"/>
        </w:rPr>
        <w:t>And so she just lost a lot of people. She'd done this massive battle. She just found out the guy who is in love with it, her nephew, she hurt. She'd experienced a lot of loss and a lot of stress. So I have that empathy for her. But for her to get to King's Landing, and she's saying I'm going to free these people from the dictatorship that is, Cersei, and then just burns everybody. And my sister hasn't she never saw that series. But for her to just do all of that. And then people were shocked that Jon did what he did. I was like, are you serious? Jon isn't about Jon is very much for the people and he always has been. And so if he didn't do that, I would have lost respect for him.</w:t>
      </w:r>
    </w:p>
    <w:p>
      <w:pPr>
        <w:spacing w:after="0"/>
      </w:pPr>
    </w:p>
    <w:p>
      <w:pPr>
        <w:spacing w:after="0"/>
      </w:pPr>
      <w:r>
        <w:rPr>
          <w:rFonts w:ascii="Arial" w:hAnsi="Arial"/>
          <w:b/>
          <w:sz w:val="22"/>
        </w:rPr>
        <w:t xml:space="preserve">Alice  </w:t>
      </w:r>
      <w:r>
        <w:rPr>
          <w:rFonts w:ascii="Arial" w:hAnsi="Arial"/>
          <w:color w:val="5D7284"/>
          <w:sz w:val="22"/>
        </w:rPr>
        <w:t>1:10:21</w:t>
      </w:r>
    </w:p>
    <w:p>
      <w:pPr>
        <w:spacing w:after="0"/>
      </w:pPr>
      <w:r>
        <w:rPr>
          <w:rFonts w:ascii="Arial" w:hAnsi="Arial"/>
          <w:sz w:val="22"/>
        </w:rPr>
        <w:t xml:space="preserve">What was an indicator for me was that she spent seven seasons going, Oh, my dragons are my babies and mother of dragons. I love my dragons. They're my babies. And then two of her dragons die in like, the space of three episodes or something. And she's just like, oh, well, that's shit. I was like, sorry, should you not be on your knees? Like, because not only were they your greatest weapon, but they were supposed to be your babies. where is your heart? </w:t>
      </w:r>
    </w:p>
    <w:p>
      <w:pPr>
        <w:spacing w:after="0"/>
      </w:pPr>
    </w:p>
    <w:p>
      <w:pPr>
        <w:spacing w:after="0"/>
      </w:pPr>
      <w:r>
        <w:rPr>
          <w:rFonts w:ascii="Arial" w:hAnsi="Arial"/>
          <w:b/>
          <w:sz w:val="22"/>
        </w:rPr>
        <w:t xml:space="preserve">Melissa  </w:t>
      </w:r>
      <w:r>
        <w:rPr>
          <w:rFonts w:ascii="Arial" w:hAnsi="Arial"/>
          <w:color w:val="5D7284"/>
          <w:sz w:val="22"/>
        </w:rPr>
        <w:t>1:10:51</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1:10:51</w:t>
      </w:r>
    </w:p>
    <w:p>
      <w:pPr>
        <w:spacing w:after="0"/>
      </w:pPr>
      <w:r>
        <w:rPr>
          <w:rFonts w:ascii="Arial" w:hAnsi="Arial"/>
          <w:sz w:val="22"/>
        </w:rPr>
        <w:t>And that for me was where I went. That's it's not. It's not about other people for her.</w:t>
      </w:r>
    </w:p>
    <w:p>
      <w:pPr>
        <w:spacing w:after="0"/>
      </w:pPr>
    </w:p>
    <w:p>
      <w:pPr>
        <w:spacing w:after="0"/>
      </w:pPr>
      <w:r>
        <w:rPr>
          <w:rFonts w:ascii="Arial" w:hAnsi="Arial"/>
          <w:b/>
          <w:sz w:val="22"/>
        </w:rPr>
        <w:t xml:space="preserve">Melissa  </w:t>
      </w:r>
      <w:r>
        <w:rPr>
          <w:rFonts w:ascii="Arial" w:hAnsi="Arial"/>
          <w:color w:val="5D7284"/>
          <w:sz w:val="22"/>
        </w:rPr>
        <w:t>1:10:57</w:t>
      </w:r>
    </w:p>
    <w:p>
      <w:pPr>
        <w:spacing w:after="0"/>
      </w:pPr>
      <w:r>
        <w:rPr>
          <w:rFonts w:ascii="Arial" w:hAnsi="Arial"/>
          <w:sz w:val="22"/>
        </w:rPr>
        <w:t xml:space="preserve">No, it very much was about, about her and her having the right to sit on this throne. </w:t>
      </w:r>
    </w:p>
    <w:p>
      <w:pPr>
        <w:spacing w:after="0"/>
      </w:pPr>
    </w:p>
    <w:p>
      <w:pPr>
        <w:spacing w:after="0"/>
      </w:pPr>
      <w:r>
        <w:rPr>
          <w:rFonts w:ascii="Arial" w:hAnsi="Arial"/>
          <w:b/>
          <w:sz w:val="22"/>
        </w:rPr>
        <w:t xml:space="preserve">Alice  </w:t>
      </w:r>
      <w:r>
        <w:rPr>
          <w:rFonts w:ascii="Arial" w:hAnsi="Arial"/>
          <w:color w:val="5D7284"/>
          <w:sz w:val="22"/>
        </w:rPr>
        <w:t>1:11:06</w:t>
      </w:r>
    </w:p>
    <w:p>
      <w:pPr>
        <w:spacing w:after="0"/>
      </w:pPr>
      <w:r>
        <w:rPr>
          <w:rFonts w:ascii="Arial" w:hAnsi="Arial"/>
          <w:sz w:val="22"/>
        </w:rPr>
        <w:t xml:space="preserve">Power again isn't it. </w:t>
      </w:r>
    </w:p>
    <w:p>
      <w:pPr>
        <w:spacing w:after="0"/>
      </w:pPr>
    </w:p>
    <w:p>
      <w:pPr>
        <w:spacing w:after="0"/>
      </w:pPr>
      <w:r>
        <w:rPr>
          <w:rFonts w:ascii="Arial" w:hAnsi="Arial"/>
          <w:b/>
          <w:sz w:val="22"/>
        </w:rPr>
        <w:t xml:space="preserve">Melissa  </w:t>
      </w:r>
      <w:r>
        <w:rPr>
          <w:rFonts w:ascii="Arial" w:hAnsi="Arial"/>
          <w:color w:val="5D7284"/>
          <w:sz w:val="22"/>
        </w:rPr>
        <w:t>1:11:07</w:t>
      </w:r>
    </w:p>
    <w:p>
      <w:pPr>
        <w:spacing w:after="0"/>
      </w:pPr>
      <w:r>
        <w:rPr>
          <w:rFonts w:ascii="Arial" w:hAnsi="Arial"/>
          <w:sz w:val="22"/>
        </w:rPr>
        <w:t>yeah, it's the whole power thing again. And she got there. The people who who blindly followed her and loved at all passed away, the only one who was still there at that time was Grey Worm. he was the only one who was still there. Obviously, the Unsullied was there and they do follow her but her kind of counsel was no longer there. She burnt Varys and even that.</w:t>
      </w:r>
    </w:p>
    <w:p>
      <w:pPr>
        <w:spacing w:after="0"/>
      </w:pPr>
    </w:p>
    <w:p>
      <w:pPr>
        <w:spacing w:after="0"/>
      </w:pPr>
      <w:r>
        <w:rPr>
          <w:rFonts w:ascii="Arial" w:hAnsi="Arial"/>
          <w:b/>
          <w:sz w:val="22"/>
        </w:rPr>
        <w:t xml:space="preserve">Alice  </w:t>
      </w:r>
      <w:r>
        <w:rPr>
          <w:rFonts w:ascii="Arial" w:hAnsi="Arial"/>
          <w:color w:val="5D7284"/>
          <w:sz w:val="22"/>
        </w:rPr>
        <w:t>1:11:37</w:t>
      </w:r>
    </w:p>
    <w:p>
      <w:pPr>
        <w:spacing w:after="0"/>
      </w:pPr>
      <w:r>
        <w:rPr>
          <w:rFonts w:ascii="Arial" w:hAnsi="Arial"/>
          <w:sz w:val="22"/>
        </w:rPr>
        <w:t>And I was like, Honey,</w:t>
      </w:r>
    </w:p>
    <w:p>
      <w:pPr>
        <w:spacing w:after="0"/>
      </w:pPr>
    </w:p>
    <w:p>
      <w:pPr>
        <w:spacing w:after="0"/>
      </w:pPr>
      <w:r>
        <w:rPr>
          <w:rFonts w:ascii="Arial" w:hAnsi="Arial"/>
          <w:b/>
          <w:sz w:val="22"/>
        </w:rPr>
        <w:t xml:space="preserve">Melissa  </w:t>
      </w:r>
      <w:r>
        <w:rPr>
          <w:rFonts w:ascii="Arial" w:hAnsi="Arial"/>
          <w:color w:val="5D7284"/>
          <w:sz w:val="22"/>
        </w:rPr>
        <w:t>1:11:41</w:t>
      </w:r>
    </w:p>
    <w:p>
      <w:pPr>
        <w:spacing w:after="0"/>
      </w:pPr>
      <w:r>
        <w:rPr>
          <w:rFonts w:ascii="Arial" w:hAnsi="Arial"/>
          <w:sz w:val="22"/>
        </w:rPr>
        <w:t xml:space="preserve">he had done so much for her. </w:t>
      </w:r>
    </w:p>
    <w:p>
      <w:pPr>
        <w:spacing w:after="0"/>
      </w:pPr>
    </w:p>
    <w:p>
      <w:pPr>
        <w:spacing w:after="0"/>
      </w:pPr>
      <w:r>
        <w:rPr>
          <w:rFonts w:ascii="Arial" w:hAnsi="Arial"/>
          <w:b/>
          <w:sz w:val="22"/>
        </w:rPr>
        <w:t xml:space="preserve">Alice  </w:t>
      </w:r>
      <w:r>
        <w:rPr>
          <w:rFonts w:ascii="Arial" w:hAnsi="Arial"/>
          <w:color w:val="5D7284"/>
          <w:sz w:val="22"/>
        </w:rPr>
        <w:t>1:11:44</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1:11:44</w:t>
      </w:r>
    </w:p>
    <w:p>
      <w:pPr>
        <w:spacing w:after="0"/>
      </w:pPr>
      <w:r>
        <w:rPr>
          <w:rFonts w:ascii="Arial" w:hAnsi="Arial"/>
          <w:sz w:val="22"/>
        </w:rPr>
        <w:t>And she she started to turn on him in like season seven.</w:t>
      </w:r>
    </w:p>
    <w:p>
      <w:pPr>
        <w:spacing w:after="0"/>
      </w:pPr>
    </w:p>
    <w:p>
      <w:pPr>
        <w:spacing w:after="0"/>
      </w:pPr>
      <w:r>
        <w:rPr>
          <w:rFonts w:ascii="Arial" w:hAnsi="Arial"/>
          <w:b/>
          <w:sz w:val="22"/>
        </w:rPr>
        <w:t xml:space="preserve">Alice  </w:t>
      </w:r>
      <w:r>
        <w:rPr>
          <w:rFonts w:ascii="Arial" w:hAnsi="Arial"/>
          <w:color w:val="5D7284"/>
          <w:sz w:val="22"/>
        </w:rPr>
        <w:t>1:11:49</w:t>
      </w:r>
    </w:p>
    <w:p>
      <w:pPr>
        <w:spacing w:after="0"/>
      </w:pPr>
      <w:r>
        <w:rPr>
          <w:rFonts w:ascii="Arial" w:hAnsi="Arial"/>
          <w:sz w:val="22"/>
        </w:rPr>
        <w:t>Yeah, the betrayal that the so called betrayal that he did against her was so small in comparison to what he had done for her.</w:t>
      </w:r>
    </w:p>
    <w:p>
      <w:pPr>
        <w:spacing w:after="0"/>
      </w:pPr>
    </w:p>
    <w:p>
      <w:pPr>
        <w:spacing w:after="0"/>
      </w:pPr>
      <w:r>
        <w:rPr>
          <w:rFonts w:ascii="Arial" w:hAnsi="Arial"/>
          <w:b/>
          <w:sz w:val="22"/>
        </w:rPr>
        <w:t xml:space="preserve">Melissa  </w:t>
      </w:r>
      <w:r>
        <w:rPr>
          <w:rFonts w:ascii="Arial" w:hAnsi="Arial"/>
          <w:color w:val="5D7284"/>
          <w:sz w:val="22"/>
        </w:rPr>
        <w:t>1:11:57</w:t>
      </w:r>
    </w:p>
    <w:p>
      <w:pPr>
        <w:spacing w:after="0"/>
      </w:pPr>
      <w:r>
        <w:rPr>
          <w:rFonts w:ascii="Arial" w:hAnsi="Arial"/>
          <w:sz w:val="22"/>
        </w:rPr>
        <w:t>Exactly. exactly. And so I saw that coming on and they you know, be the Targaryens are very famous for incestual relationships, which brings on madness is what they say in the show. That as well can explain I guess. What's his name Joffrey because that's incestuous as well. Yuki comes from incest. So you have</w:t>
      </w:r>
    </w:p>
    <w:p>
      <w:pPr>
        <w:spacing w:after="0"/>
      </w:pPr>
    </w:p>
    <w:p>
      <w:pPr>
        <w:spacing w:after="0"/>
      </w:pPr>
      <w:r>
        <w:rPr>
          <w:rFonts w:ascii="Arial" w:hAnsi="Arial"/>
          <w:b/>
          <w:sz w:val="22"/>
        </w:rPr>
        <w:t xml:space="preserve">Alice  </w:t>
      </w:r>
      <w:r>
        <w:rPr>
          <w:rFonts w:ascii="Arial" w:hAnsi="Arial"/>
          <w:color w:val="5D7284"/>
          <w:sz w:val="22"/>
        </w:rPr>
        <w:t>1:12:29</w:t>
      </w:r>
    </w:p>
    <w:p>
      <w:pPr>
        <w:spacing w:after="0"/>
      </w:pPr>
      <w:r>
        <w:rPr>
          <w:rFonts w:ascii="Arial" w:hAnsi="Arial"/>
          <w:sz w:val="22"/>
        </w:rPr>
        <w:t>I suspect Joffrey was.</w:t>
      </w:r>
    </w:p>
    <w:p>
      <w:pPr>
        <w:spacing w:after="0"/>
      </w:pPr>
    </w:p>
    <w:p>
      <w:pPr>
        <w:spacing w:after="0"/>
      </w:pPr>
      <w:r>
        <w:rPr>
          <w:rFonts w:ascii="Arial" w:hAnsi="Arial"/>
          <w:b/>
          <w:sz w:val="22"/>
        </w:rPr>
        <w:t xml:space="preserve">Melissa  </w:t>
      </w:r>
      <w:r>
        <w:rPr>
          <w:rFonts w:ascii="Arial" w:hAnsi="Arial"/>
          <w:color w:val="5D7284"/>
          <w:sz w:val="22"/>
        </w:rPr>
        <w:t>1:12:30</w:t>
      </w:r>
    </w:p>
    <w:p>
      <w:pPr>
        <w:spacing w:after="0"/>
      </w:pPr>
      <w:r>
        <w:rPr>
          <w:rFonts w:ascii="Arial" w:hAnsi="Arial"/>
          <w:sz w:val="22"/>
        </w:rPr>
        <w:t xml:space="preserve">He was also, he was a sociopath. he was a psychopath. </w:t>
      </w:r>
    </w:p>
    <w:p>
      <w:pPr>
        <w:spacing w:after="0"/>
      </w:pPr>
    </w:p>
    <w:p>
      <w:pPr>
        <w:spacing w:after="0"/>
      </w:pPr>
      <w:r>
        <w:rPr>
          <w:rFonts w:ascii="Arial" w:hAnsi="Arial"/>
          <w:b/>
          <w:sz w:val="22"/>
        </w:rPr>
        <w:t xml:space="preserve">Alice  </w:t>
      </w:r>
      <w:r>
        <w:rPr>
          <w:rFonts w:ascii="Arial" w:hAnsi="Arial"/>
          <w:color w:val="5D7284"/>
          <w:sz w:val="22"/>
        </w:rPr>
        <w:t>1:12:33</w:t>
      </w:r>
    </w:p>
    <w:p>
      <w:pPr>
        <w:spacing w:after="0"/>
      </w:pPr>
      <w:r>
        <w:rPr>
          <w:rFonts w:ascii="Arial" w:hAnsi="Arial"/>
          <w:sz w:val="22"/>
        </w:rPr>
        <w:t xml:space="preserve">Yeah, he was just enabled, enabled by his mother. </w:t>
      </w:r>
    </w:p>
    <w:p>
      <w:pPr>
        <w:spacing w:after="0"/>
      </w:pPr>
    </w:p>
    <w:p>
      <w:pPr>
        <w:spacing w:after="0"/>
      </w:pPr>
      <w:r>
        <w:rPr>
          <w:rFonts w:ascii="Arial" w:hAnsi="Arial"/>
          <w:b/>
          <w:sz w:val="22"/>
        </w:rPr>
        <w:t xml:space="preserve">Melissa  </w:t>
      </w:r>
      <w:r>
        <w:rPr>
          <w:rFonts w:ascii="Arial" w:hAnsi="Arial"/>
          <w:color w:val="5D7284"/>
          <w:sz w:val="22"/>
        </w:rPr>
        <w:t>1:12:36</w:t>
      </w:r>
    </w:p>
    <w:p>
      <w:pPr>
        <w:spacing w:after="0"/>
      </w:pPr>
      <w:r>
        <w:rPr>
          <w:rFonts w:ascii="Arial" w:hAnsi="Arial"/>
          <w:sz w:val="22"/>
        </w:rPr>
        <w:t xml:space="preserve">he was </w:t>
      </w:r>
    </w:p>
    <w:p>
      <w:pPr>
        <w:spacing w:after="0"/>
      </w:pPr>
    </w:p>
    <w:p>
      <w:pPr>
        <w:spacing w:after="0"/>
      </w:pPr>
      <w:r>
        <w:rPr>
          <w:rFonts w:ascii="Arial" w:hAnsi="Arial"/>
          <w:b/>
          <w:sz w:val="22"/>
        </w:rPr>
        <w:t xml:space="preserve">Alice  </w:t>
      </w:r>
      <w:r>
        <w:rPr>
          <w:rFonts w:ascii="Arial" w:hAnsi="Arial"/>
          <w:color w:val="5D7284"/>
          <w:sz w:val="22"/>
        </w:rPr>
        <w:t>1:12:37</w:t>
      </w:r>
    </w:p>
    <w:p>
      <w:pPr>
        <w:spacing w:after="0"/>
      </w:pPr>
      <w:r>
        <w:rPr>
          <w:rFonts w:ascii="Arial" w:hAnsi="Arial"/>
          <w:sz w:val="22"/>
        </w:rPr>
        <w:t>and yeah,</w:t>
      </w:r>
    </w:p>
    <w:p>
      <w:pPr>
        <w:spacing w:after="0"/>
      </w:pPr>
    </w:p>
    <w:p>
      <w:pPr>
        <w:spacing w:after="0"/>
      </w:pPr>
      <w:r>
        <w:rPr>
          <w:rFonts w:ascii="Arial" w:hAnsi="Arial"/>
          <w:b/>
          <w:sz w:val="22"/>
        </w:rPr>
        <w:t xml:space="preserve">Melissa  </w:t>
      </w:r>
      <w:r>
        <w:rPr>
          <w:rFonts w:ascii="Arial" w:hAnsi="Arial"/>
          <w:color w:val="5D7284"/>
          <w:sz w:val="22"/>
        </w:rPr>
        <w:t>1:12:37</w:t>
      </w:r>
    </w:p>
    <w:p>
      <w:pPr>
        <w:spacing w:after="0"/>
      </w:pPr>
      <w:r>
        <w:rPr>
          <w:rFonts w:ascii="Arial" w:hAnsi="Arial"/>
          <w:sz w:val="22"/>
        </w:rPr>
        <w:t>everything all wrapped up in one.</w:t>
      </w:r>
    </w:p>
    <w:p>
      <w:pPr>
        <w:spacing w:after="0"/>
      </w:pPr>
    </w:p>
    <w:p>
      <w:pPr>
        <w:spacing w:after="0"/>
      </w:pPr>
      <w:r>
        <w:rPr>
          <w:rFonts w:ascii="Arial" w:hAnsi="Arial"/>
          <w:b/>
          <w:sz w:val="22"/>
        </w:rPr>
        <w:t xml:space="preserve">Alice  </w:t>
      </w:r>
      <w:r>
        <w:rPr>
          <w:rFonts w:ascii="Arial" w:hAnsi="Arial"/>
          <w:color w:val="5D7284"/>
          <w:sz w:val="22"/>
        </w:rPr>
        <w:t>1:12:41</w:t>
      </w:r>
    </w:p>
    <w:p>
      <w:pPr>
        <w:spacing w:after="0"/>
      </w:pPr>
      <w:r>
        <w:rPr>
          <w:rFonts w:ascii="Arial" w:hAnsi="Arial"/>
          <w:sz w:val="22"/>
        </w:rPr>
        <w:t>I was so glad when he died. Like I don't you know, it's because he's supposed to be like, 17 And it's like, that's kind of sad, but fucking hell. And if anybody deserved it, it was that bastard.</w:t>
      </w:r>
    </w:p>
    <w:p>
      <w:pPr>
        <w:spacing w:after="0"/>
      </w:pPr>
    </w:p>
    <w:p>
      <w:pPr>
        <w:spacing w:after="0"/>
      </w:pPr>
      <w:r>
        <w:rPr>
          <w:rFonts w:ascii="Arial" w:hAnsi="Arial"/>
          <w:b/>
          <w:sz w:val="22"/>
        </w:rPr>
        <w:t xml:space="preserve">Melissa  </w:t>
      </w:r>
      <w:r>
        <w:rPr>
          <w:rFonts w:ascii="Arial" w:hAnsi="Arial"/>
          <w:color w:val="5D7284"/>
          <w:sz w:val="22"/>
        </w:rPr>
        <w:t>1:12:51</w:t>
      </w:r>
    </w:p>
    <w:p>
      <w:pPr>
        <w:spacing w:after="0"/>
      </w:pPr>
      <w:r>
        <w:rPr>
          <w:rFonts w:ascii="Arial" w:hAnsi="Arial"/>
          <w:sz w:val="22"/>
        </w:rPr>
        <w:t>The way he killed Roz. you know what I mean, just torture, he tortured her</w:t>
      </w:r>
    </w:p>
    <w:p>
      <w:pPr>
        <w:spacing w:after="0"/>
      </w:pPr>
    </w:p>
    <w:p>
      <w:pPr>
        <w:spacing w:after="0"/>
      </w:pPr>
      <w:r>
        <w:rPr>
          <w:rFonts w:ascii="Arial" w:hAnsi="Arial"/>
          <w:b/>
          <w:sz w:val="22"/>
        </w:rPr>
        <w:t xml:space="preserve">Alice  </w:t>
      </w:r>
      <w:r>
        <w:rPr>
          <w:rFonts w:ascii="Arial" w:hAnsi="Arial"/>
          <w:color w:val="5D7284"/>
          <w:sz w:val="22"/>
        </w:rPr>
        <w:t>1:12:55</w:t>
      </w:r>
    </w:p>
    <w:p>
      <w:pPr>
        <w:spacing w:after="0"/>
      </w:pPr>
      <w:r>
        <w:rPr>
          <w:rFonts w:ascii="Arial" w:hAnsi="Arial"/>
          <w:sz w:val="22"/>
        </w:rPr>
        <w:t>It was but then it was the what happened to Tommen. I just, I saw it coming. And I was really sad for him. because again, he's just a little boy,</w:t>
      </w:r>
    </w:p>
    <w:p>
      <w:pPr>
        <w:spacing w:after="0"/>
      </w:pPr>
    </w:p>
    <w:p>
      <w:pPr>
        <w:spacing w:after="0"/>
      </w:pPr>
      <w:r>
        <w:rPr>
          <w:rFonts w:ascii="Arial" w:hAnsi="Arial"/>
          <w:b/>
          <w:sz w:val="22"/>
        </w:rPr>
        <w:t xml:space="preserve">Melissa  </w:t>
      </w:r>
      <w:r>
        <w:rPr>
          <w:rFonts w:ascii="Arial" w:hAnsi="Arial"/>
          <w:color w:val="5D7284"/>
          <w:sz w:val="22"/>
        </w:rPr>
        <w:t>1:13:06</w:t>
      </w:r>
    </w:p>
    <w:p>
      <w:pPr>
        <w:spacing w:after="0"/>
      </w:pPr>
      <w:r>
        <w:rPr>
          <w:rFonts w:ascii="Arial" w:hAnsi="Arial"/>
          <w:sz w:val="22"/>
        </w:rPr>
        <w:t xml:space="preserve">He's a little boy and he was like the own. he was such a decent person as well, </w:t>
      </w:r>
    </w:p>
    <w:p>
      <w:pPr>
        <w:spacing w:after="0"/>
      </w:pPr>
    </w:p>
    <w:p>
      <w:pPr>
        <w:spacing w:after="0"/>
      </w:pPr>
      <w:r>
        <w:rPr>
          <w:rFonts w:ascii="Arial" w:hAnsi="Arial"/>
          <w:b/>
          <w:sz w:val="22"/>
        </w:rPr>
        <w:t xml:space="preserve">Alice  </w:t>
      </w:r>
      <w:r>
        <w:rPr>
          <w:rFonts w:ascii="Arial" w:hAnsi="Arial"/>
          <w:color w:val="5D7284"/>
          <w:sz w:val="22"/>
        </w:rPr>
        <w:t>1:13:10</w:t>
      </w:r>
    </w:p>
    <w:p>
      <w:pPr>
        <w:spacing w:after="0"/>
      </w:pPr>
      <w:r>
        <w:rPr>
          <w:rFonts w:ascii="Arial" w:hAnsi="Arial"/>
          <w:sz w:val="22"/>
        </w:rPr>
        <w:t>Just innocent wasn't he</w:t>
      </w:r>
    </w:p>
    <w:p>
      <w:pPr>
        <w:spacing w:after="0"/>
      </w:pPr>
    </w:p>
    <w:p>
      <w:pPr>
        <w:spacing w:after="0"/>
      </w:pPr>
      <w:r>
        <w:rPr>
          <w:rFonts w:ascii="Arial" w:hAnsi="Arial"/>
          <w:b/>
          <w:sz w:val="22"/>
        </w:rPr>
        <w:t xml:space="preserve">Melissa  </w:t>
      </w:r>
      <w:r>
        <w:rPr>
          <w:rFonts w:ascii="Arial" w:hAnsi="Arial"/>
          <w:color w:val="5D7284"/>
          <w:sz w:val="22"/>
        </w:rPr>
        <w:t>1:13:11</w:t>
      </w:r>
    </w:p>
    <w:p>
      <w:pPr>
        <w:spacing w:after="0"/>
      </w:pPr>
      <w:r>
        <w:rPr>
          <w:rFonts w:ascii="Arial" w:hAnsi="Arial"/>
          <w:sz w:val="22"/>
        </w:rPr>
        <w:t xml:space="preserve">he was and he got stuck between Cersei and his wife, </w:t>
      </w:r>
    </w:p>
    <w:p>
      <w:pPr>
        <w:spacing w:after="0"/>
      </w:pPr>
    </w:p>
    <w:p>
      <w:pPr>
        <w:spacing w:after="0"/>
      </w:pPr>
      <w:r>
        <w:rPr>
          <w:rFonts w:ascii="Arial" w:hAnsi="Arial"/>
          <w:b/>
          <w:sz w:val="22"/>
        </w:rPr>
        <w:t xml:space="preserve">Alice  </w:t>
      </w:r>
      <w:r>
        <w:rPr>
          <w:rFonts w:ascii="Arial" w:hAnsi="Arial"/>
          <w:color w:val="5D7284"/>
          <w:sz w:val="22"/>
        </w:rPr>
        <w:t>1:13:19</w:t>
      </w:r>
    </w:p>
    <w:p>
      <w:pPr>
        <w:spacing w:after="0"/>
      </w:pPr>
      <w:r>
        <w:rPr>
          <w:rFonts w:ascii="Arial" w:hAnsi="Arial"/>
          <w:sz w:val="22"/>
        </w:rPr>
        <w:t xml:space="preserve">Margaery </w:t>
      </w:r>
    </w:p>
    <w:p>
      <w:pPr>
        <w:spacing w:after="0"/>
      </w:pPr>
    </w:p>
    <w:p>
      <w:pPr>
        <w:spacing w:after="0"/>
      </w:pPr>
      <w:r>
        <w:rPr>
          <w:rFonts w:ascii="Arial" w:hAnsi="Arial"/>
          <w:b/>
          <w:sz w:val="22"/>
        </w:rPr>
        <w:t xml:space="preserve">Melissa  </w:t>
      </w:r>
      <w:r>
        <w:rPr>
          <w:rFonts w:ascii="Arial" w:hAnsi="Arial"/>
          <w:color w:val="5D7284"/>
          <w:sz w:val="22"/>
        </w:rPr>
        <w:t>1:13:20</w:t>
      </w:r>
    </w:p>
    <w:p>
      <w:pPr>
        <w:spacing w:after="0"/>
      </w:pPr>
      <w:r>
        <w:rPr>
          <w:rFonts w:ascii="Arial" w:hAnsi="Arial"/>
          <w:sz w:val="22"/>
        </w:rPr>
        <w:t xml:space="preserve">Margaery, he was stuck between the two. And you know, Cersei had already seen that palm reader or whoever, </w:t>
      </w:r>
    </w:p>
    <w:p>
      <w:pPr>
        <w:spacing w:after="0"/>
      </w:pPr>
    </w:p>
    <w:p>
      <w:pPr>
        <w:spacing w:after="0"/>
      </w:pPr>
      <w:r>
        <w:rPr>
          <w:rFonts w:ascii="Arial" w:hAnsi="Arial"/>
          <w:b/>
          <w:sz w:val="22"/>
        </w:rPr>
        <w:t xml:space="preserve">Alice  </w:t>
      </w:r>
      <w:r>
        <w:rPr>
          <w:rFonts w:ascii="Arial" w:hAnsi="Arial"/>
          <w:color w:val="5D7284"/>
          <w:sz w:val="22"/>
        </w:rPr>
        <w:t>1:13:31</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1:13:32</w:t>
      </w:r>
    </w:p>
    <w:p>
      <w:pPr>
        <w:spacing w:after="0"/>
      </w:pPr>
      <w:r>
        <w:rPr>
          <w:rFonts w:ascii="Arial" w:hAnsi="Arial"/>
          <w:sz w:val="22"/>
        </w:rPr>
        <w:t>and been told you know three, three, you'll have three kids, and they'll all end up dead. Basically what she was told, and she seemed to already die. And she she was willing to make that sacrifice, you know, for her to get that power. And if you think about it, she had three kids, Khaleesi had three kids. And they you know, whatever happens, let it happen. And, and yeah, because he was definitely going through depression. he was absolutely depressed and lost without his wife. he was pulled between Cersei, Margaery, and religion.</w:t>
      </w:r>
    </w:p>
    <w:p>
      <w:pPr>
        <w:spacing w:after="0"/>
      </w:pPr>
    </w:p>
    <w:p>
      <w:pPr>
        <w:spacing w:after="0"/>
      </w:pPr>
      <w:r>
        <w:rPr>
          <w:rFonts w:ascii="Arial" w:hAnsi="Arial"/>
          <w:b/>
          <w:sz w:val="22"/>
        </w:rPr>
        <w:t xml:space="preserve">Alice  </w:t>
      </w:r>
      <w:r>
        <w:rPr>
          <w:rFonts w:ascii="Arial" w:hAnsi="Arial"/>
          <w:color w:val="5D7284"/>
          <w:sz w:val="22"/>
        </w:rPr>
        <w:t>1:14:11</w:t>
      </w:r>
    </w:p>
    <w:p>
      <w:pPr>
        <w:spacing w:after="0"/>
      </w:pPr>
      <w:r>
        <w:rPr>
          <w:rFonts w:ascii="Arial" w:hAnsi="Arial"/>
          <w:sz w:val="22"/>
        </w:rPr>
        <w:t xml:space="preserve">He was, he was a 14 year old boy and a girl had been like, hey, I'm gonna touch your penis. And so he was like, you are the best thing that's ever happened to me. </w:t>
      </w:r>
    </w:p>
    <w:p>
      <w:pPr>
        <w:spacing w:after="0"/>
      </w:pPr>
    </w:p>
    <w:p>
      <w:pPr>
        <w:spacing w:after="0"/>
      </w:pPr>
      <w:r>
        <w:rPr>
          <w:rFonts w:ascii="Arial" w:hAnsi="Arial"/>
          <w:b/>
          <w:sz w:val="22"/>
        </w:rPr>
        <w:t xml:space="preserve">Melissa  </w:t>
      </w:r>
      <w:r>
        <w:rPr>
          <w:rFonts w:ascii="Arial" w:hAnsi="Arial"/>
          <w:color w:val="5D7284"/>
          <w:sz w:val="22"/>
        </w:rPr>
        <w:t>1:14:19</w:t>
      </w:r>
    </w:p>
    <w:p>
      <w:pPr>
        <w:spacing w:after="0"/>
      </w:pPr>
      <w:r>
        <w:rPr>
          <w:rFonts w:ascii="Arial" w:hAnsi="Arial"/>
          <w:sz w:val="22"/>
        </w:rPr>
        <w:t xml:space="preserve">Marry me. </w:t>
      </w:r>
    </w:p>
    <w:p>
      <w:pPr>
        <w:spacing w:after="0"/>
      </w:pPr>
    </w:p>
    <w:p>
      <w:pPr>
        <w:spacing w:after="0"/>
      </w:pPr>
      <w:r>
        <w:rPr>
          <w:rFonts w:ascii="Arial" w:hAnsi="Arial"/>
          <w:b/>
          <w:sz w:val="22"/>
        </w:rPr>
        <w:t xml:space="preserve">Alice  </w:t>
      </w:r>
      <w:r>
        <w:rPr>
          <w:rFonts w:ascii="Arial" w:hAnsi="Arial"/>
          <w:color w:val="5D7284"/>
          <w:sz w:val="22"/>
        </w:rPr>
        <w:t>1:14:20</w:t>
      </w:r>
    </w:p>
    <w:p>
      <w:pPr>
        <w:spacing w:after="0"/>
      </w:pPr>
      <w:r>
        <w:rPr>
          <w:rFonts w:ascii="Arial" w:hAnsi="Arial"/>
          <w:sz w:val="22"/>
        </w:rPr>
        <w:t>Yeah, exactly. And then his mum was like, No, I'm in charge. And then his, God was like, No, you should be doing that. Like, yeah, it was. We have digressed so far from disability. But we've also been talking for a really long time.</w:t>
      </w:r>
    </w:p>
    <w:p>
      <w:pPr>
        <w:spacing w:after="0"/>
      </w:pPr>
    </w:p>
    <w:p>
      <w:pPr>
        <w:spacing w:after="0"/>
      </w:pPr>
      <w:r>
        <w:rPr>
          <w:rFonts w:ascii="Arial" w:hAnsi="Arial"/>
          <w:b/>
          <w:sz w:val="22"/>
        </w:rPr>
        <w:t xml:space="preserve">Melissa  </w:t>
      </w:r>
      <w:r>
        <w:rPr>
          <w:rFonts w:ascii="Arial" w:hAnsi="Arial"/>
          <w:color w:val="5D7284"/>
          <w:sz w:val="22"/>
        </w:rPr>
        <w:t>1:14:37</w:t>
      </w:r>
    </w:p>
    <w:p>
      <w:pPr>
        <w:spacing w:after="0"/>
      </w:pPr>
      <w:r>
        <w:rPr>
          <w:rFonts w:ascii="Arial" w:hAnsi="Arial"/>
          <w:sz w:val="22"/>
        </w:rPr>
        <w:t>I'm sure we mentioned disabilities.</w:t>
      </w:r>
    </w:p>
    <w:p>
      <w:pPr>
        <w:spacing w:after="0"/>
      </w:pPr>
    </w:p>
    <w:p>
      <w:pPr>
        <w:spacing w:after="0"/>
      </w:pPr>
      <w:r>
        <w:rPr>
          <w:rFonts w:ascii="Arial" w:hAnsi="Arial"/>
          <w:b/>
          <w:sz w:val="22"/>
        </w:rPr>
        <w:t xml:space="preserve">Alice  </w:t>
      </w:r>
      <w:r>
        <w:rPr>
          <w:rFonts w:ascii="Arial" w:hAnsi="Arial"/>
          <w:color w:val="5D7284"/>
          <w:sz w:val="22"/>
        </w:rPr>
        <w:t>1:14:39</w:t>
      </w:r>
    </w:p>
    <w:p>
      <w:pPr>
        <w:spacing w:after="0"/>
      </w:pPr>
      <w:r>
        <w:rPr>
          <w:rFonts w:ascii="Arial" w:hAnsi="Arial"/>
          <w:sz w:val="22"/>
        </w:rPr>
        <w:t>Well it's come up in passing. I think one of the things that I will say for Game of Thrones, despite all of its flaws in the end, is that it does, I think there are some really positive representations of disability in there. And I think that if nothing else, it showed us that people like Peter Dinklage, who have got very visible, very noticeable disabilities, can be intelligent, can be strong, can be charismatic can be interesting. And I will, that is something that I really applaud as much as there's, you know, in the books in particular, some of the language that's used around Tyrion is just like, makes me feel dirty. But I suspect again, it's partly down to it, the Peter Dinklage of it all, he just does it very well. But, you know, the having a huge central character like that, with such a visible disability, it's actually quite a big two fingers up to ableism. So, you know, I kind of gotta give it its dues for that.</w:t>
      </w:r>
    </w:p>
    <w:p>
      <w:pPr>
        <w:spacing w:after="0"/>
      </w:pPr>
    </w:p>
    <w:p>
      <w:pPr>
        <w:spacing w:after="0"/>
      </w:pPr>
      <w:r>
        <w:rPr>
          <w:rFonts w:ascii="Arial" w:hAnsi="Arial"/>
          <w:b/>
          <w:sz w:val="22"/>
        </w:rPr>
        <w:t xml:space="preserve">Melissa  </w:t>
      </w:r>
      <w:r>
        <w:rPr>
          <w:rFonts w:ascii="Arial" w:hAnsi="Arial"/>
          <w:color w:val="5D7284"/>
          <w:sz w:val="22"/>
        </w:rPr>
        <w:t>1:16:01</w:t>
      </w:r>
    </w:p>
    <w:p>
      <w:pPr>
        <w:spacing w:after="0"/>
      </w:pPr>
      <w:r>
        <w:rPr>
          <w:rFonts w:ascii="Arial" w:hAnsi="Arial"/>
          <w:sz w:val="22"/>
        </w:rPr>
        <w:t>Yeah, I do agree with your actually, because he's the only I'm just thinking about all the actors, because there's so many damn actors in that show, and for a newbie, but that first season, just trying to learn people's names was hard for someone like me.</w:t>
      </w:r>
    </w:p>
    <w:p>
      <w:pPr>
        <w:spacing w:after="0"/>
      </w:pPr>
    </w:p>
    <w:p>
      <w:pPr>
        <w:spacing w:after="0"/>
      </w:pPr>
      <w:r>
        <w:rPr>
          <w:rFonts w:ascii="Arial" w:hAnsi="Arial"/>
          <w:b/>
          <w:sz w:val="22"/>
        </w:rPr>
        <w:t xml:space="preserve">Alice  </w:t>
      </w:r>
      <w:r>
        <w:rPr>
          <w:rFonts w:ascii="Arial" w:hAnsi="Arial"/>
          <w:color w:val="5D7284"/>
          <w:sz w:val="22"/>
        </w:rPr>
        <w:t>1:16:15</w:t>
      </w:r>
    </w:p>
    <w:p>
      <w:pPr>
        <w:spacing w:after="0"/>
      </w:pPr>
      <w:r>
        <w:rPr>
          <w:rFonts w:ascii="Arial" w:hAnsi="Arial"/>
          <w:sz w:val="22"/>
        </w:rPr>
        <w:t xml:space="preserve">All the all the guys from the north, they're all dark haired, bearded fellas in fur coats. It's like fur for a visually impaired person. I'm like, No, that guy looks the same. </w:t>
      </w:r>
    </w:p>
    <w:p>
      <w:pPr>
        <w:spacing w:after="0"/>
      </w:pPr>
    </w:p>
    <w:p>
      <w:pPr>
        <w:spacing w:after="0"/>
      </w:pPr>
      <w:r>
        <w:rPr>
          <w:rFonts w:ascii="Arial" w:hAnsi="Arial"/>
          <w:b/>
          <w:sz w:val="22"/>
        </w:rPr>
        <w:t xml:space="preserve">Melissa  </w:t>
      </w:r>
      <w:r>
        <w:rPr>
          <w:rFonts w:ascii="Arial" w:hAnsi="Arial"/>
          <w:color w:val="5D7284"/>
          <w:sz w:val="22"/>
        </w:rPr>
        <w:t>1:16:25</w:t>
      </w:r>
    </w:p>
    <w:p>
      <w:pPr>
        <w:spacing w:after="0"/>
      </w:pPr>
      <w:r>
        <w:rPr>
          <w:rFonts w:ascii="Arial" w:hAnsi="Arial"/>
          <w:sz w:val="22"/>
        </w:rPr>
        <w:t>Oh bless you</w:t>
      </w:r>
    </w:p>
    <w:p>
      <w:pPr>
        <w:spacing w:after="0"/>
      </w:pPr>
    </w:p>
    <w:p>
      <w:pPr>
        <w:spacing w:after="0"/>
      </w:pPr>
      <w:r>
        <w:rPr>
          <w:rFonts w:ascii="Arial" w:hAnsi="Arial"/>
          <w:b/>
          <w:sz w:val="22"/>
        </w:rPr>
        <w:t xml:space="preserve">Alice  </w:t>
      </w:r>
      <w:r>
        <w:rPr>
          <w:rFonts w:ascii="Arial" w:hAnsi="Arial"/>
          <w:color w:val="5D7284"/>
          <w:sz w:val="22"/>
        </w:rPr>
        <w:t>1:16:25</w:t>
      </w:r>
    </w:p>
    <w:p>
      <w:pPr>
        <w:spacing w:after="0"/>
      </w:pPr>
      <w:r>
        <w:rPr>
          <w:rFonts w:ascii="Arial" w:hAnsi="Arial"/>
          <w:sz w:val="22"/>
        </w:rPr>
        <w:t xml:space="preserve">Like all the other guys. </w:t>
      </w:r>
    </w:p>
    <w:p>
      <w:pPr>
        <w:spacing w:after="0"/>
      </w:pPr>
    </w:p>
    <w:p>
      <w:pPr>
        <w:spacing w:after="0"/>
      </w:pPr>
      <w:r>
        <w:rPr>
          <w:rFonts w:ascii="Arial" w:hAnsi="Arial"/>
          <w:b/>
          <w:sz w:val="22"/>
        </w:rPr>
        <w:t xml:space="preserve">Melissa  </w:t>
      </w:r>
      <w:r>
        <w:rPr>
          <w:rFonts w:ascii="Arial" w:hAnsi="Arial"/>
          <w:color w:val="5D7284"/>
          <w:sz w:val="22"/>
        </w:rPr>
        <w:t>1:16:28</w:t>
      </w:r>
    </w:p>
    <w:p>
      <w:pPr>
        <w:spacing w:after="0"/>
      </w:pPr>
      <w:r>
        <w:rPr>
          <w:rFonts w:ascii="Arial" w:hAnsi="Arial"/>
          <w:sz w:val="22"/>
        </w:rPr>
        <w:t>Bless you</w:t>
      </w:r>
    </w:p>
    <w:p>
      <w:pPr>
        <w:spacing w:after="0"/>
      </w:pPr>
    </w:p>
    <w:p>
      <w:pPr>
        <w:spacing w:after="0"/>
      </w:pPr>
      <w:r>
        <w:rPr>
          <w:rFonts w:ascii="Arial" w:hAnsi="Arial"/>
          <w:b/>
          <w:sz w:val="22"/>
        </w:rPr>
        <w:t xml:space="preserve">Alice  </w:t>
      </w:r>
      <w:r>
        <w:rPr>
          <w:rFonts w:ascii="Arial" w:hAnsi="Arial"/>
          <w:color w:val="5D7284"/>
          <w:sz w:val="22"/>
        </w:rPr>
        <w:t>1:16:29</w:t>
      </w:r>
    </w:p>
    <w:p>
      <w:pPr>
        <w:spacing w:after="0"/>
      </w:pPr>
      <w:r>
        <w:rPr>
          <w:rFonts w:ascii="Arial" w:hAnsi="Arial"/>
          <w:sz w:val="22"/>
        </w:rPr>
        <w:t>Thankfully I had read the book. So I knew who was like, I was like, oh, in the book. That's this person</w:t>
      </w:r>
    </w:p>
    <w:p>
      <w:pPr>
        <w:spacing w:after="0"/>
      </w:pPr>
    </w:p>
    <w:p>
      <w:pPr>
        <w:spacing w:after="0"/>
      </w:pPr>
      <w:r>
        <w:rPr>
          <w:rFonts w:ascii="Arial" w:hAnsi="Arial"/>
          <w:b/>
          <w:sz w:val="22"/>
        </w:rPr>
        <w:t xml:space="preserve">Melissa  </w:t>
      </w:r>
      <w:r>
        <w:rPr>
          <w:rFonts w:ascii="Arial" w:hAnsi="Arial"/>
          <w:color w:val="5D7284"/>
          <w:sz w:val="22"/>
        </w:rPr>
        <w:t>1:16:34</w:t>
      </w:r>
    </w:p>
    <w:p>
      <w:pPr>
        <w:spacing w:after="0"/>
      </w:pPr>
      <w:r>
        <w:rPr>
          <w:rFonts w:ascii="Arial" w:hAnsi="Arial"/>
          <w:sz w:val="22"/>
        </w:rPr>
        <w:t>Yeah. Where as to me like trying to learn people's names. I was like, What the hell is going on? And how are they related? And what does that mean? But from all the the actors, I think, I think Peter Dinklage is the only one who is. I mean, there may be some that have disabilities that I'm not aware of. But Peter Dinklage, you know, he he's, he has a disability that we can see. And he is amazing in that role. And although there are times where I thought some of the some of the scenes were a bit disappointing, but when you look at when you look at the seasons, from from season one to eight, I always forget that that that season even exists, seasons one to eight, he's a damn good actor. In in House of the dragon, one of the main characters is he's autistic in real life. Yeah. because because he popped in my head, I was like, no, no, that's a different. That's a different show. So yeah, the only person I know of who's actually disabled is Peter Dinklage. And he was he was an excellent actor, you didn't see him as being different from any of the other people in a scene. you know, it was for me very quickly. he was just he was just another actor who was doing a really good job.</w:t>
      </w:r>
    </w:p>
    <w:p>
      <w:pPr>
        <w:spacing w:after="0"/>
      </w:pPr>
    </w:p>
    <w:p>
      <w:pPr>
        <w:spacing w:after="0"/>
      </w:pPr>
      <w:r>
        <w:rPr>
          <w:rFonts w:ascii="Arial" w:hAnsi="Arial"/>
          <w:b/>
          <w:sz w:val="22"/>
        </w:rPr>
        <w:t xml:space="preserve">Alice  </w:t>
      </w:r>
      <w:r>
        <w:rPr>
          <w:rFonts w:ascii="Arial" w:hAnsi="Arial"/>
          <w:color w:val="5D7284"/>
          <w:sz w:val="22"/>
        </w:rPr>
        <w:t>1:18:09</w:t>
      </w:r>
    </w:p>
    <w:p>
      <w:pPr>
        <w:spacing w:after="0"/>
      </w:pPr>
      <w:r>
        <w:rPr>
          <w:rFonts w:ascii="Arial" w:hAnsi="Arial"/>
          <w:sz w:val="22"/>
        </w:rPr>
        <w:t xml:space="preserve">He acted some of those non disabled people into the ground. </w:t>
      </w:r>
    </w:p>
    <w:p>
      <w:pPr>
        <w:spacing w:after="0"/>
      </w:pPr>
    </w:p>
    <w:p>
      <w:pPr>
        <w:spacing w:after="0"/>
      </w:pPr>
      <w:r>
        <w:rPr>
          <w:rFonts w:ascii="Arial" w:hAnsi="Arial"/>
          <w:b/>
          <w:sz w:val="22"/>
        </w:rPr>
        <w:t xml:space="preserve">Alice  </w:t>
      </w:r>
      <w:r>
        <w:rPr>
          <w:rFonts w:ascii="Arial" w:hAnsi="Arial"/>
          <w:color w:val="5D7284"/>
          <w:sz w:val="22"/>
        </w:rPr>
        <w:t>1:18:12</w:t>
      </w:r>
    </w:p>
    <w:p>
      <w:pPr>
        <w:spacing w:after="0"/>
      </w:pPr>
      <w:r>
        <w:rPr>
          <w:rFonts w:ascii="Arial" w:hAnsi="Arial"/>
          <w:sz w:val="22"/>
        </w:rPr>
        <w:t>There were some scenes where I was just like, like, like, I think I can't imagine what it must be like, I mean, I've done it in my own job where you know, you're, you're at work, and then you see somebody who's in the same job as you. And they're just incredible. And you just think, shall I just go home? I think there must have been must have been happening on a daily basis with people on set with Dinklage.</w:t>
      </w:r>
    </w:p>
    <w:p>
      <w:pPr>
        <w:spacing w:after="0"/>
      </w:pPr>
    </w:p>
    <w:p>
      <w:pPr>
        <w:spacing w:after="0"/>
      </w:pPr>
      <w:r>
        <w:rPr>
          <w:rFonts w:ascii="Arial" w:hAnsi="Arial"/>
          <w:b/>
          <w:sz w:val="22"/>
        </w:rPr>
        <w:t xml:space="preserve">Melissa  </w:t>
      </w:r>
      <w:r>
        <w:rPr>
          <w:rFonts w:ascii="Arial" w:hAnsi="Arial"/>
          <w:color w:val="5D7284"/>
          <w:sz w:val="22"/>
        </w:rPr>
        <w:t>1:18:12</w:t>
      </w:r>
    </w:p>
    <w:p>
      <w:pPr>
        <w:spacing w:after="0"/>
      </w:pPr>
      <w:r>
        <w:rPr>
          <w:rFonts w:ascii="Arial" w:hAnsi="Arial"/>
          <w:sz w:val="22"/>
        </w:rPr>
        <w:t>100%</w:t>
      </w:r>
    </w:p>
    <w:p>
      <w:pPr>
        <w:spacing w:after="0"/>
      </w:pPr>
    </w:p>
    <w:p>
      <w:pPr>
        <w:spacing w:after="0"/>
      </w:pPr>
      <w:r>
        <w:rPr>
          <w:rFonts w:ascii="Arial" w:hAnsi="Arial"/>
          <w:b/>
          <w:sz w:val="22"/>
        </w:rPr>
        <w:t xml:space="preserve">Melissa  </w:t>
      </w:r>
      <w:r>
        <w:rPr>
          <w:rFonts w:ascii="Arial" w:hAnsi="Arial"/>
          <w:color w:val="5D7284"/>
          <w:sz w:val="22"/>
        </w:rPr>
        <w:t>1:18:35</w:t>
      </w:r>
    </w:p>
    <w:p>
      <w:pPr>
        <w:spacing w:after="0"/>
      </w:pPr>
      <w:r>
        <w:rPr>
          <w:rFonts w:ascii="Arial" w:hAnsi="Arial"/>
          <w:sz w:val="22"/>
        </w:rPr>
        <w:t>Yeah, and they would have had to have made reasonable adjustments for him all the time, which was quite, the reasonable adjustments would have been very physical to see, like, you know, because he is, he's a small person. So even him being able to reach stuff there needs to be things there to support him to do that. But I think as well, even things like that would very quickly become invisible to people. And you would have just very much seen him as your equal there because I saw him as an just another really good actor.</w:t>
      </w:r>
    </w:p>
    <w:p>
      <w:pPr>
        <w:spacing w:after="0"/>
      </w:pPr>
    </w:p>
    <w:p>
      <w:pPr>
        <w:spacing w:after="0"/>
      </w:pPr>
      <w:r>
        <w:rPr>
          <w:rFonts w:ascii="Arial" w:hAnsi="Arial"/>
          <w:b/>
          <w:sz w:val="22"/>
        </w:rPr>
        <w:t xml:space="preserve">Alice  </w:t>
      </w:r>
      <w:r>
        <w:rPr>
          <w:rFonts w:ascii="Arial" w:hAnsi="Arial"/>
          <w:color w:val="5D7284"/>
          <w:sz w:val="22"/>
        </w:rPr>
        <w:t>1:19:10</w:t>
      </w:r>
    </w:p>
    <w:p>
      <w:pPr>
        <w:spacing w:after="0"/>
      </w:pPr>
      <w:r>
        <w:rPr>
          <w:rFonts w:ascii="Arial" w:hAnsi="Arial"/>
          <w:sz w:val="22"/>
        </w:rPr>
        <w:t>And one of the things that they do in the show that you don't get from the book is that there are things that are a physical challenge for him because of his disability that you see that just is for non disabled viewers, a kind of, oh, yeah, I never thought of that. you know, his saddle that he had, he has a special saddle because of course, he needs a special saddle. you know, there are things where I think I vaguely remember a scene where he's, he, he has to really pull a chair out to sit at a table because he can't just sort of slide into a chair and lower himself in because the seat is like his waist. And those are the sorts of things that for non disabled people and for people who don't have the disability that he has, you don't necessarily think of and so again, it is a that is a is a challenge to ablest expectations it's going to people will see that and they will then if they come across a person, of small stature in the real world, there'll be mindful that Oh is is there something I can do to help this person to support this person to facilitate things for them, that they may never have considered?</w:t>
      </w:r>
    </w:p>
    <w:p>
      <w:pPr>
        <w:spacing w:after="0"/>
      </w:pPr>
    </w:p>
    <w:p>
      <w:pPr>
        <w:spacing w:after="0"/>
      </w:pPr>
      <w:r>
        <w:rPr>
          <w:rFonts w:ascii="Arial" w:hAnsi="Arial"/>
          <w:b/>
          <w:sz w:val="22"/>
        </w:rPr>
        <w:t xml:space="preserve">Melissa  </w:t>
      </w:r>
      <w:r>
        <w:rPr>
          <w:rFonts w:ascii="Arial" w:hAnsi="Arial"/>
          <w:color w:val="5D7284"/>
          <w:sz w:val="22"/>
        </w:rPr>
        <w:t>1:20:25</w:t>
      </w:r>
    </w:p>
    <w:p>
      <w:pPr>
        <w:spacing w:after="0"/>
      </w:pPr>
      <w:r>
        <w:rPr>
          <w:rFonts w:ascii="Arial" w:hAnsi="Arial"/>
          <w:sz w:val="22"/>
        </w:rPr>
        <w:t>I'm glad you have that much faith in humankind, because actually, I think a lot of people then associated small people with him. So when they</w:t>
      </w:r>
    </w:p>
    <w:p>
      <w:pPr>
        <w:spacing w:after="0"/>
      </w:pPr>
    </w:p>
    <w:p>
      <w:pPr>
        <w:spacing w:after="0"/>
      </w:pPr>
      <w:r>
        <w:rPr>
          <w:rFonts w:ascii="Arial" w:hAnsi="Arial"/>
          <w:b/>
          <w:sz w:val="22"/>
        </w:rPr>
        <w:t xml:space="preserve">Melissa  </w:t>
      </w:r>
      <w:r>
        <w:rPr>
          <w:rFonts w:ascii="Arial" w:hAnsi="Arial"/>
          <w:color w:val="5D7284"/>
          <w:sz w:val="22"/>
        </w:rPr>
        <w:t>1:20:34</w:t>
      </w:r>
    </w:p>
    <w:p>
      <w:pPr>
        <w:spacing w:after="0"/>
      </w:pPr>
      <w:r>
        <w:rPr>
          <w:rFonts w:ascii="Arial" w:hAnsi="Arial"/>
          <w:sz w:val="22"/>
        </w:rPr>
        <w:t xml:space="preserve">draw small people out, then they shout things like Tyrion, just like </w:t>
      </w:r>
    </w:p>
    <w:p>
      <w:pPr>
        <w:spacing w:after="0"/>
      </w:pPr>
    </w:p>
    <w:p>
      <w:pPr>
        <w:spacing w:after="0"/>
      </w:pPr>
      <w:r>
        <w:rPr>
          <w:rFonts w:ascii="Arial" w:hAnsi="Arial"/>
          <w:b/>
          <w:sz w:val="22"/>
        </w:rPr>
        <w:t xml:space="preserve">Alice  </w:t>
      </w:r>
      <w:r>
        <w:rPr>
          <w:rFonts w:ascii="Arial" w:hAnsi="Arial"/>
          <w:color w:val="5D7284"/>
          <w:sz w:val="22"/>
        </w:rPr>
        <w:t>1:20:35</w:t>
      </w:r>
    </w:p>
    <w:p>
      <w:pPr>
        <w:spacing w:after="0"/>
      </w:pPr>
      <w:r>
        <w:rPr>
          <w:rFonts w:ascii="Arial" w:hAnsi="Arial"/>
          <w:sz w:val="22"/>
        </w:rPr>
        <w:t>True</w:t>
      </w:r>
    </w:p>
    <w:p>
      <w:pPr>
        <w:spacing w:after="0"/>
      </w:pPr>
    </w:p>
    <w:p>
      <w:pPr>
        <w:spacing w:after="0"/>
      </w:pPr>
      <w:r>
        <w:rPr>
          <w:rFonts w:ascii="Arial" w:hAnsi="Arial"/>
          <w:b/>
          <w:sz w:val="22"/>
        </w:rPr>
        <w:t xml:space="preserve">Alice  </w:t>
      </w:r>
      <w:r>
        <w:rPr>
          <w:rFonts w:ascii="Arial" w:hAnsi="Arial"/>
          <w:color w:val="5D7284"/>
          <w:sz w:val="22"/>
        </w:rPr>
        <w:t>1:20:40</w:t>
      </w:r>
    </w:p>
    <w:p>
      <w:pPr>
        <w:spacing w:after="0"/>
      </w:pPr>
      <w:r>
        <w:rPr>
          <w:rFonts w:ascii="Arial" w:hAnsi="Arial"/>
          <w:sz w:val="22"/>
        </w:rPr>
        <w:t>But I suspect yes, there's absolutely going to have been that of it as well.</w:t>
      </w:r>
    </w:p>
    <w:p>
      <w:pPr>
        <w:spacing w:after="0"/>
      </w:pPr>
    </w:p>
    <w:p>
      <w:pPr>
        <w:spacing w:after="0"/>
      </w:pPr>
      <w:r>
        <w:rPr>
          <w:rFonts w:ascii="Arial" w:hAnsi="Arial"/>
          <w:b/>
          <w:sz w:val="22"/>
        </w:rPr>
        <w:t xml:space="preserve">Alice  </w:t>
      </w:r>
      <w:r>
        <w:rPr>
          <w:rFonts w:ascii="Arial" w:hAnsi="Arial"/>
          <w:color w:val="5D7284"/>
          <w:sz w:val="22"/>
        </w:rPr>
        <w:t>1:20:45</w:t>
      </w:r>
    </w:p>
    <w:p>
      <w:pPr>
        <w:spacing w:after="0"/>
      </w:pPr>
      <w:r>
        <w:rPr>
          <w:rFonts w:ascii="Arial" w:hAnsi="Arial"/>
          <w:sz w:val="22"/>
        </w:rPr>
        <w:t>Yeah</w:t>
      </w:r>
    </w:p>
    <w:p>
      <w:pPr>
        <w:spacing w:after="0"/>
      </w:pPr>
    </w:p>
    <w:p>
      <w:pPr>
        <w:spacing w:after="0"/>
      </w:pPr>
      <w:r>
        <w:rPr>
          <w:rFonts w:ascii="Arial" w:hAnsi="Arial"/>
          <w:b/>
          <w:sz w:val="22"/>
        </w:rPr>
        <w:t xml:space="preserve">Melissa  </w:t>
      </w:r>
      <w:r>
        <w:rPr>
          <w:rFonts w:ascii="Arial" w:hAnsi="Arial"/>
          <w:color w:val="5D7284"/>
          <w:sz w:val="22"/>
        </w:rPr>
        <w:t>1:20:45</w:t>
      </w:r>
    </w:p>
    <w:p>
      <w:pPr>
        <w:spacing w:after="0"/>
      </w:pPr>
      <w:r>
        <w:rPr>
          <w:rFonts w:ascii="Arial" w:hAnsi="Arial"/>
          <w:sz w:val="22"/>
        </w:rPr>
        <w:t xml:space="preserve">yeah, he, he understands those reasonable adjustments that people make. But equally, though, he is in a privileged position, because he's a Lannister. </w:t>
      </w:r>
    </w:p>
    <w:p>
      <w:pPr>
        <w:spacing w:after="0"/>
      </w:pPr>
    </w:p>
    <w:p>
      <w:pPr>
        <w:spacing w:after="0"/>
      </w:pPr>
      <w:r>
        <w:rPr>
          <w:rFonts w:ascii="Arial" w:hAnsi="Arial"/>
          <w:b/>
          <w:sz w:val="22"/>
        </w:rPr>
        <w:t xml:space="preserve">Melissa  </w:t>
      </w:r>
      <w:r>
        <w:rPr>
          <w:rFonts w:ascii="Arial" w:hAnsi="Arial"/>
          <w:color w:val="5D7284"/>
          <w:sz w:val="22"/>
        </w:rPr>
        <w:t>1:20:45</w:t>
      </w:r>
    </w:p>
    <w:p>
      <w:pPr>
        <w:spacing w:after="0"/>
      </w:pPr>
      <w:r>
        <w:rPr>
          <w:rFonts w:ascii="Arial" w:hAnsi="Arial"/>
          <w:sz w:val="22"/>
        </w:rPr>
        <w:t xml:space="preserve">Yeah but no, I think you're right. And I think like again, in season one, when he goes back to Winterfell. And he asks about how Bran is, and he draws a saddle for Bran for them to make for him that will help him to be able to sit on the horse and ride. And </w:t>
      </w:r>
    </w:p>
    <w:p>
      <w:pPr>
        <w:spacing w:after="0"/>
      </w:pPr>
    </w:p>
    <w:p>
      <w:pPr>
        <w:spacing w:after="0"/>
      </w:pPr>
      <w:r>
        <w:rPr>
          <w:rFonts w:ascii="Arial" w:hAnsi="Arial"/>
          <w:b/>
          <w:sz w:val="22"/>
        </w:rPr>
        <w:t xml:space="preserve">Alice  </w:t>
      </w:r>
      <w:r>
        <w:rPr>
          <w:rFonts w:ascii="Arial" w:hAnsi="Arial"/>
          <w:color w:val="5D7284"/>
          <w:sz w:val="22"/>
        </w:rPr>
        <w:t>1:21:15</w:t>
      </w:r>
    </w:p>
    <w:p>
      <w:pPr>
        <w:spacing w:after="0"/>
      </w:pPr>
      <w:r>
        <w:rPr>
          <w:rFonts w:ascii="Arial" w:hAnsi="Arial"/>
          <w:sz w:val="22"/>
        </w:rPr>
        <w:t xml:space="preserve">Yeah, </w:t>
      </w:r>
    </w:p>
    <w:p>
      <w:pPr>
        <w:spacing w:after="0"/>
      </w:pPr>
    </w:p>
    <w:p>
      <w:pPr>
        <w:spacing w:after="0"/>
      </w:pPr>
      <w:r>
        <w:rPr>
          <w:rFonts w:ascii="Arial" w:hAnsi="Arial"/>
          <w:b/>
          <w:sz w:val="22"/>
        </w:rPr>
        <w:t xml:space="preserve">Melissa  </w:t>
      </w:r>
      <w:r>
        <w:rPr>
          <w:rFonts w:ascii="Arial" w:hAnsi="Arial"/>
          <w:color w:val="5D7284"/>
          <w:sz w:val="22"/>
        </w:rPr>
        <w:t>1:21:16</w:t>
      </w:r>
    </w:p>
    <w:p>
      <w:pPr>
        <w:spacing w:after="0"/>
      </w:pPr>
      <w:r>
        <w:rPr>
          <w:rFonts w:ascii="Arial" w:hAnsi="Arial"/>
          <w:sz w:val="22"/>
        </w:rPr>
        <w:t>you know. But that, that doesn't mean that you have to be as compassionate as he is as a, as a person in the program. And I think he does have a lot of time for, for people in the program. Whereas some other people who have may have disabilities, and be, be from a family that privileged wouldn't, wouldn't have, you know, they would have been, they would have been just as pompous as the other family members. So, yeah.</w:t>
      </w:r>
    </w:p>
    <w:p>
      <w:pPr>
        <w:spacing w:after="0"/>
      </w:pPr>
    </w:p>
    <w:p>
      <w:pPr>
        <w:spacing w:after="0"/>
      </w:pPr>
      <w:r>
        <w:rPr>
          <w:rFonts w:ascii="Arial" w:hAnsi="Arial"/>
          <w:b/>
          <w:sz w:val="22"/>
        </w:rPr>
        <w:t xml:space="preserve">Alice  </w:t>
      </w:r>
      <w:r>
        <w:rPr>
          <w:rFonts w:ascii="Arial" w:hAnsi="Arial"/>
          <w:color w:val="5D7284"/>
          <w:sz w:val="22"/>
        </w:rPr>
        <w:t>1:21:54</w:t>
      </w:r>
    </w:p>
    <w:p>
      <w:pPr>
        <w:spacing w:after="0"/>
      </w:pPr>
      <w:r>
        <w:rPr>
          <w:rFonts w:ascii="Arial" w:hAnsi="Arial"/>
          <w:sz w:val="22"/>
        </w:rPr>
        <w:t xml:space="preserve">So, Game of Thrones, I think we've kind of covered a little bit of everything. </w:t>
      </w:r>
    </w:p>
    <w:p>
      <w:pPr>
        <w:spacing w:after="0"/>
      </w:pPr>
    </w:p>
    <w:p>
      <w:pPr>
        <w:spacing w:after="0"/>
      </w:pPr>
      <w:r>
        <w:rPr>
          <w:rFonts w:ascii="Arial" w:hAnsi="Arial"/>
          <w:b/>
          <w:sz w:val="22"/>
        </w:rPr>
        <w:t xml:space="preserve">Melissa  </w:t>
      </w:r>
      <w:r>
        <w:rPr>
          <w:rFonts w:ascii="Arial" w:hAnsi="Arial"/>
          <w:color w:val="5D7284"/>
          <w:sz w:val="22"/>
        </w:rPr>
        <w:t>1:21:59</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1:22:00</w:t>
      </w:r>
    </w:p>
    <w:p>
      <w:pPr>
        <w:spacing w:after="0"/>
      </w:pPr>
      <w:r>
        <w:rPr>
          <w:rFonts w:ascii="Arial" w:hAnsi="Arial"/>
          <w:sz w:val="22"/>
        </w:rPr>
        <w:t xml:space="preserve">I feel like I could probably talk about this for days. </w:t>
      </w:r>
    </w:p>
    <w:p>
      <w:pPr>
        <w:spacing w:after="0"/>
      </w:pPr>
    </w:p>
    <w:p>
      <w:pPr>
        <w:spacing w:after="0"/>
      </w:pPr>
      <w:r>
        <w:rPr>
          <w:rFonts w:ascii="Arial" w:hAnsi="Arial"/>
          <w:b/>
          <w:sz w:val="22"/>
        </w:rPr>
        <w:t xml:space="preserve">Melissa  </w:t>
      </w:r>
      <w:r>
        <w:rPr>
          <w:rFonts w:ascii="Arial" w:hAnsi="Arial"/>
          <w:color w:val="5D7284"/>
          <w:sz w:val="22"/>
        </w:rPr>
        <w:t>1:22:04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1:22:06</w:t>
      </w:r>
    </w:p>
    <w:p>
      <w:pPr>
        <w:spacing w:after="0"/>
      </w:pPr>
      <w:r>
        <w:rPr>
          <w:rFonts w:ascii="Arial" w:hAnsi="Arial"/>
          <w:sz w:val="22"/>
        </w:rPr>
        <w:t>But I don't necessarily think that's what our listeners want, but let us know, if you do. (Laughing). We could always drag Melissa back again and again. And again.</w:t>
      </w:r>
    </w:p>
    <w:p>
      <w:pPr>
        <w:spacing w:after="0"/>
      </w:pPr>
    </w:p>
    <w:p>
      <w:pPr>
        <w:spacing w:after="0"/>
      </w:pPr>
      <w:r>
        <w:rPr>
          <w:rFonts w:ascii="Arial" w:hAnsi="Arial"/>
          <w:b/>
          <w:sz w:val="22"/>
        </w:rPr>
        <w:t xml:space="preserve">Melissa  </w:t>
      </w:r>
      <w:r>
        <w:rPr>
          <w:rFonts w:ascii="Arial" w:hAnsi="Arial"/>
          <w:color w:val="5D7284"/>
          <w:sz w:val="22"/>
        </w:rPr>
        <w:t>1:22:15</w:t>
      </w:r>
    </w:p>
    <w:p>
      <w:pPr>
        <w:spacing w:after="0"/>
      </w:pPr>
      <w:r>
        <w:rPr>
          <w:rFonts w:ascii="Arial" w:hAnsi="Arial"/>
          <w:sz w:val="22"/>
        </w:rPr>
        <w:t xml:space="preserve">I think it would, I mean, I we obviously spoke about it at the very, very beginning. if you do have an opportunity to watch House of The Dragon, I'd recommend you do it. There's, there's there is disability in that as well. And it's very fascinating how the route that they take with the disabled people </w:t>
      </w:r>
    </w:p>
    <w:p>
      <w:pPr>
        <w:spacing w:after="0"/>
      </w:pPr>
    </w:p>
    <w:p>
      <w:pPr>
        <w:spacing w:after="0"/>
      </w:pPr>
      <w:r>
        <w:rPr>
          <w:rFonts w:ascii="Arial" w:hAnsi="Arial"/>
          <w:b/>
          <w:sz w:val="22"/>
        </w:rPr>
        <w:t xml:space="preserve">Alice  </w:t>
      </w:r>
      <w:r>
        <w:rPr>
          <w:rFonts w:ascii="Arial" w:hAnsi="Arial"/>
          <w:color w:val="5D7284"/>
          <w:sz w:val="22"/>
        </w:rPr>
        <w:t>1:22:37</w:t>
      </w:r>
    </w:p>
    <w:p>
      <w:pPr>
        <w:spacing w:after="0"/>
      </w:pPr>
      <w:r>
        <w:rPr>
          <w:rFonts w:ascii="Arial" w:hAnsi="Arial"/>
          <w:sz w:val="22"/>
        </w:rPr>
        <w:t>Ok</w:t>
      </w:r>
    </w:p>
    <w:p>
      <w:pPr>
        <w:spacing w:after="0"/>
      </w:pPr>
    </w:p>
    <w:p>
      <w:pPr>
        <w:spacing w:after="0"/>
      </w:pPr>
      <w:r>
        <w:rPr>
          <w:rFonts w:ascii="Arial" w:hAnsi="Arial"/>
          <w:b/>
          <w:sz w:val="22"/>
        </w:rPr>
        <w:t xml:space="preserve">Melissa  </w:t>
      </w:r>
      <w:r>
        <w:rPr>
          <w:rFonts w:ascii="Arial" w:hAnsi="Arial"/>
          <w:color w:val="5D7284"/>
          <w:sz w:val="22"/>
        </w:rPr>
        <w:t>1:22:37</w:t>
      </w:r>
    </w:p>
    <w:p>
      <w:pPr>
        <w:spacing w:after="0"/>
      </w:pPr>
      <w:r>
        <w:rPr>
          <w:rFonts w:ascii="Arial" w:hAnsi="Arial"/>
          <w:sz w:val="22"/>
        </w:rPr>
        <w:t xml:space="preserve">in that series compared to what they did in Game of Thrones, in my opinion, but equally as well, it's we've only had one season. So </w:t>
      </w:r>
    </w:p>
    <w:p>
      <w:pPr>
        <w:spacing w:after="0"/>
      </w:pPr>
    </w:p>
    <w:p>
      <w:pPr>
        <w:spacing w:after="0"/>
      </w:pPr>
      <w:r>
        <w:rPr>
          <w:rFonts w:ascii="Arial" w:hAnsi="Arial"/>
          <w:b/>
          <w:sz w:val="22"/>
        </w:rPr>
        <w:t xml:space="preserve">Alice  </w:t>
      </w:r>
      <w:r>
        <w:rPr>
          <w:rFonts w:ascii="Arial" w:hAnsi="Arial"/>
          <w:color w:val="5D7284"/>
          <w:sz w:val="22"/>
        </w:rPr>
        <w:t>1:22:45</w:t>
      </w:r>
    </w:p>
    <w:p>
      <w:pPr>
        <w:spacing w:after="0"/>
      </w:pPr>
      <w:r>
        <w:rPr>
          <w:rFonts w:ascii="Arial" w:hAnsi="Arial"/>
          <w:sz w:val="22"/>
        </w:rPr>
        <w:t xml:space="preserve">sure, </w:t>
      </w:r>
    </w:p>
    <w:p>
      <w:pPr>
        <w:spacing w:after="0"/>
      </w:pPr>
    </w:p>
    <w:p>
      <w:pPr>
        <w:spacing w:after="0"/>
      </w:pPr>
      <w:r>
        <w:rPr>
          <w:rFonts w:ascii="Arial" w:hAnsi="Arial"/>
          <w:b/>
          <w:sz w:val="22"/>
        </w:rPr>
        <w:t xml:space="preserve">Melissa  </w:t>
      </w:r>
      <w:r>
        <w:rPr>
          <w:rFonts w:ascii="Arial" w:hAnsi="Arial"/>
          <w:color w:val="5D7284"/>
          <w:sz w:val="22"/>
        </w:rPr>
        <w:t>1:22:46</w:t>
      </w:r>
    </w:p>
    <w:p>
      <w:pPr>
        <w:spacing w:after="0"/>
      </w:pPr>
      <w:r>
        <w:rPr>
          <w:rFonts w:ascii="Arial" w:hAnsi="Arial"/>
          <w:sz w:val="22"/>
        </w:rPr>
        <w:t>the characters may change, but I don't think they will.</w:t>
      </w:r>
    </w:p>
    <w:p>
      <w:pPr>
        <w:spacing w:after="0"/>
      </w:pPr>
    </w:p>
    <w:p>
      <w:pPr>
        <w:spacing w:after="0"/>
      </w:pPr>
      <w:r>
        <w:rPr>
          <w:rFonts w:ascii="Arial" w:hAnsi="Arial"/>
          <w:b/>
          <w:sz w:val="22"/>
        </w:rPr>
        <w:t xml:space="preserve">Alice  </w:t>
      </w:r>
      <w:r>
        <w:rPr>
          <w:rFonts w:ascii="Arial" w:hAnsi="Arial"/>
          <w:color w:val="5D7284"/>
          <w:sz w:val="22"/>
        </w:rPr>
        <w:t>1:22:49</w:t>
      </w:r>
    </w:p>
    <w:p>
      <w:pPr>
        <w:spacing w:after="0"/>
      </w:pPr>
      <w:r>
        <w:rPr>
          <w:rFonts w:ascii="Arial" w:hAnsi="Arial"/>
          <w:sz w:val="22"/>
        </w:rPr>
        <w:t xml:space="preserve">Ok, interesting. Well, maybe you can come back at you know, when we've got another season or so. And we can perhaps have a chat. </w:t>
      </w:r>
    </w:p>
    <w:p>
      <w:pPr>
        <w:spacing w:after="0"/>
      </w:pPr>
    </w:p>
    <w:p>
      <w:pPr>
        <w:spacing w:after="0"/>
      </w:pPr>
      <w:r>
        <w:rPr>
          <w:rFonts w:ascii="Arial" w:hAnsi="Arial"/>
          <w:b/>
          <w:sz w:val="22"/>
        </w:rPr>
        <w:t xml:space="preserve">Melissa  </w:t>
      </w:r>
      <w:r>
        <w:rPr>
          <w:rFonts w:ascii="Arial" w:hAnsi="Arial"/>
          <w:color w:val="5D7284"/>
          <w:sz w:val="22"/>
        </w:rPr>
        <w:t>1:22:57</w:t>
      </w:r>
    </w:p>
    <w:p>
      <w:pPr>
        <w:spacing w:after="0"/>
      </w:pPr>
      <w:r>
        <w:rPr>
          <w:rFonts w:ascii="Arial" w:hAnsi="Arial"/>
          <w:sz w:val="22"/>
        </w:rPr>
        <w:t xml:space="preserve">Yeah. Happy to do that. </w:t>
      </w:r>
    </w:p>
    <w:p>
      <w:pPr>
        <w:spacing w:after="0"/>
      </w:pPr>
    </w:p>
    <w:p>
      <w:pPr>
        <w:spacing w:after="0"/>
      </w:pPr>
      <w:r>
        <w:rPr>
          <w:rFonts w:ascii="Arial" w:hAnsi="Arial"/>
          <w:b/>
          <w:sz w:val="22"/>
        </w:rPr>
        <w:t xml:space="preserve">Alice  </w:t>
      </w:r>
      <w:r>
        <w:rPr>
          <w:rFonts w:ascii="Arial" w:hAnsi="Arial"/>
          <w:color w:val="5D7284"/>
          <w:sz w:val="22"/>
        </w:rPr>
        <w:t>1:22:59</w:t>
      </w:r>
    </w:p>
    <w:p>
      <w:pPr>
        <w:spacing w:after="0"/>
      </w:pPr>
      <w:r>
        <w:rPr>
          <w:rFonts w:ascii="Arial" w:hAnsi="Arial"/>
          <w:sz w:val="22"/>
        </w:rPr>
        <w:t xml:space="preserve">About House of the Dragons? Fantastic. Melissa, thank you so much for coming on. </w:t>
      </w:r>
    </w:p>
    <w:p>
      <w:pPr>
        <w:spacing w:after="0"/>
      </w:pPr>
    </w:p>
    <w:p>
      <w:pPr>
        <w:spacing w:after="0"/>
      </w:pPr>
      <w:r>
        <w:rPr>
          <w:rFonts w:ascii="Arial" w:hAnsi="Arial"/>
          <w:b/>
          <w:sz w:val="22"/>
        </w:rPr>
        <w:t xml:space="preserve">Melissa  </w:t>
      </w:r>
      <w:r>
        <w:rPr>
          <w:rFonts w:ascii="Arial" w:hAnsi="Arial"/>
          <w:color w:val="5D7284"/>
          <w:sz w:val="22"/>
        </w:rPr>
        <w:t>1:23:03</w:t>
      </w:r>
    </w:p>
    <w:p>
      <w:pPr>
        <w:spacing w:after="0"/>
      </w:pPr>
      <w:r>
        <w:rPr>
          <w:rFonts w:ascii="Arial" w:hAnsi="Arial"/>
          <w:sz w:val="22"/>
        </w:rPr>
        <w:t>Thank you</w:t>
      </w:r>
    </w:p>
    <w:p>
      <w:pPr>
        <w:spacing w:after="0"/>
      </w:pPr>
    </w:p>
    <w:p>
      <w:pPr>
        <w:spacing w:after="0"/>
      </w:pPr>
      <w:r>
        <w:rPr>
          <w:rFonts w:ascii="Arial" w:hAnsi="Arial"/>
          <w:b/>
          <w:sz w:val="22"/>
        </w:rPr>
        <w:t xml:space="preserve">Alice  </w:t>
      </w:r>
      <w:r>
        <w:rPr>
          <w:rFonts w:ascii="Arial" w:hAnsi="Arial"/>
          <w:color w:val="5D7284"/>
          <w:sz w:val="22"/>
        </w:rPr>
        <w:t>1:23:04</w:t>
      </w:r>
    </w:p>
    <w:p>
      <w:pPr>
        <w:spacing w:after="0"/>
      </w:pPr>
      <w:r>
        <w:rPr>
          <w:rFonts w:ascii="Arial" w:hAnsi="Arial"/>
          <w:sz w:val="22"/>
        </w:rPr>
        <w:t>Do you want to tell people where they can find you on the internet where they can find your unfinished YouTube podcast?</w:t>
      </w:r>
    </w:p>
    <w:p>
      <w:pPr>
        <w:spacing w:after="0"/>
      </w:pPr>
    </w:p>
    <w:p>
      <w:pPr>
        <w:spacing w:after="0"/>
      </w:pPr>
      <w:r>
        <w:rPr>
          <w:rFonts w:ascii="Arial" w:hAnsi="Arial"/>
          <w:b/>
          <w:sz w:val="22"/>
        </w:rPr>
        <w:t xml:space="preserve">Melissa  </w:t>
      </w:r>
      <w:r>
        <w:rPr>
          <w:rFonts w:ascii="Arial" w:hAnsi="Arial"/>
          <w:color w:val="5D7284"/>
          <w:sz w:val="22"/>
        </w:rPr>
        <w:t>1:23:12</w:t>
      </w:r>
    </w:p>
    <w:p>
      <w:pPr>
        <w:spacing w:after="0"/>
      </w:pPr>
      <w:r>
        <w:rPr>
          <w:rFonts w:ascii="Arial" w:hAnsi="Arial"/>
          <w:sz w:val="22"/>
        </w:rPr>
        <w:t>My podcast was taken down.</w:t>
      </w:r>
    </w:p>
    <w:p>
      <w:pPr>
        <w:spacing w:after="0"/>
      </w:pPr>
    </w:p>
    <w:p>
      <w:pPr>
        <w:spacing w:after="0"/>
      </w:pPr>
      <w:r>
        <w:rPr>
          <w:rFonts w:ascii="Arial" w:hAnsi="Arial"/>
          <w:b/>
          <w:sz w:val="22"/>
        </w:rPr>
        <w:t xml:space="preserve">Alice  </w:t>
      </w:r>
      <w:r>
        <w:rPr>
          <w:rFonts w:ascii="Arial" w:hAnsi="Arial"/>
          <w:color w:val="5D7284"/>
          <w:sz w:val="22"/>
        </w:rPr>
        <w:t>1:23:15</w:t>
      </w:r>
    </w:p>
    <w:p>
      <w:pPr>
        <w:spacing w:after="0"/>
      </w:pPr>
      <w:r>
        <w:rPr>
          <w:rFonts w:ascii="Arial" w:hAnsi="Arial"/>
          <w:sz w:val="22"/>
        </w:rPr>
        <w:t>Ok</w:t>
      </w:r>
    </w:p>
    <w:p>
      <w:pPr>
        <w:spacing w:after="0"/>
      </w:pPr>
    </w:p>
    <w:p>
      <w:pPr>
        <w:spacing w:after="0"/>
      </w:pPr>
      <w:r>
        <w:rPr>
          <w:rFonts w:ascii="Arial" w:hAnsi="Arial"/>
          <w:b/>
          <w:sz w:val="22"/>
        </w:rPr>
        <w:t xml:space="preserve">Melissa  </w:t>
      </w:r>
      <w:r>
        <w:rPr>
          <w:rFonts w:ascii="Arial" w:hAnsi="Arial"/>
          <w:color w:val="5D7284"/>
          <w:sz w:val="22"/>
        </w:rPr>
        <w:t>1:23:15</w:t>
      </w:r>
    </w:p>
    <w:p>
      <w:pPr>
        <w:spacing w:after="0"/>
      </w:pPr>
      <w:r>
        <w:rPr>
          <w:rFonts w:ascii="Arial" w:hAnsi="Arial"/>
          <w:sz w:val="22"/>
        </w:rPr>
        <w:t xml:space="preserve">A lot of Game of Thrones podcasts were taken down just before House of the Dragon went up. </w:t>
      </w:r>
    </w:p>
    <w:p>
      <w:pPr>
        <w:spacing w:after="0"/>
      </w:pPr>
    </w:p>
    <w:p>
      <w:pPr>
        <w:spacing w:after="0"/>
      </w:pPr>
      <w:r>
        <w:rPr>
          <w:rFonts w:ascii="Arial" w:hAnsi="Arial"/>
          <w:b/>
          <w:sz w:val="22"/>
        </w:rPr>
        <w:t xml:space="preserve">Alice  </w:t>
      </w:r>
      <w:r>
        <w:rPr>
          <w:rFonts w:ascii="Arial" w:hAnsi="Arial"/>
          <w:color w:val="5D7284"/>
          <w:sz w:val="22"/>
        </w:rPr>
        <w:t>1:23:20</w:t>
      </w:r>
    </w:p>
    <w:p>
      <w:pPr>
        <w:spacing w:after="0"/>
      </w:pPr>
      <w:r>
        <w:rPr>
          <w:rFonts w:ascii="Arial" w:hAnsi="Arial"/>
          <w:sz w:val="22"/>
        </w:rPr>
        <w:t xml:space="preserve">Ok. </w:t>
      </w:r>
    </w:p>
    <w:p>
      <w:pPr>
        <w:spacing w:after="0"/>
      </w:pPr>
    </w:p>
    <w:p>
      <w:pPr>
        <w:spacing w:after="0"/>
      </w:pPr>
      <w:r>
        <w:rPr>
          <w:rFonts w:ascii="Arial" w:hAnsi="Arial"/>
          <w:b/>
          <w:sz w:val="22"/>
        </w:rPr>
        <w:t xml:space="preserve">Melissa  </w:t>
      </w:r>
      <w:r>
        <w:rPr>
          <w:rFonts w:ascii="Arial" w:hAnsi="Arial"/>
          <w:color w:val="5D7284"/>
          <w:sz w:val="22"/>
        </w:rPr>
        <w:t>1:23:21</w:t>
      </w:r>
    </w:p>
    <w:p>
      <w:pPr>
        <w:spacing w:after="0"/>
      </w:pPr>
      <w:r>
        <w:rPr>
          <w:rFonts w:ascii="Arial" w:hAnsi="Arial"/>
          <w:sz w:val="22"/>
        </w:rPr>
        <w:t>Yeah. YouTube got really, really, really strict. So that was quite upsetting. I'm all right. I'll live somehow. you can find me on Twitter. Under Mistaught. That's M I S T A U G H T. Mistaught. So I'm on there. I'm on the Christine McGuinness documentary on the BBC, called Unmasking My Autism.</w:t>
      </w:r>
    </w:p>
    <w:p>
      <w:pPr>
        <w:spacing w:after="0"/>
      </w:pPr>
    </w:p>
    <w:p>
      <w:pPr>
        <w:spacing w:after="0"/>
      </w:pPr>
      <w:r>
        <w:rPr>
          <w:rFonts w:ascii="Arial" w:hAnsi="Arial"/>
          <w:b/>
          <w:sz w:val="22"/>
        </w:rPr>
        <w:t xml:space="preserve">Alice  </w:t>
      </w:r>
      <w:r>
        <w:rPr>
          <w:rFonts w:ascii="Arial" w:hAnsi="Arial"/>
          <w:color w:val="5D7284"/>
          <w:sz w:val="22"/>
        </w:rPr>
        <w:t>1:23:56</w:t>
      </w:r>
    </w:p>
    <w:p>
      <w:pPr>
        <w:spacing w:after="0"/>
      </w:pPr>
      <w:r>
        <w:rPr>
          <w:rFonts w:ascii="Arial" w:hAnsi="Arial"/>
          <w:sz w:val="22"/>
        </w:rPr>
        <w:t>And you're going to do us a written piece talking about that. aren't you to go out with our newsletter?</w:t>
      </w:r>
    </w:p>
    <w:p>
      <w:pPr>
        <w:spacing w:after="0"/>
      </w:pPr>
    </w:p>
    <w:p>
      <w:pPr>
        <w:spacing w:after="0"/>
      </w:pPr>
      <w:r>
        <w:rPr>
          <w:rFonts w:ascii="Arial" w:hAnsi="Arial"/>
          <w:b/>
          <w:sz w:val="22"/>
        </w:rPr>
        <w:t xml:space="preserve">Melissa  </w:t>
      </w:r>
      <w:r>
        <w:rPr>
          <w:rFonts w:ascii="Arial" w:hAnsi="Arial"/>
          <w:color w:val="5D7284"/>
          <w:sz w:val="22"/>
        </w:rPr>
        <w:t>1:24:02</w:t>
      </w:r>
    </w:p>
    <w:p>
      <w:pPr>
        <w:spacing w:after="0"/>
      </w:pPr>
      <w:r>
        <w:rPr>
          <w:rFonts w:ascii="Arial" w:hAnsi="Arial"/>
          <w:sz w:val="22"/>
        </w:rPr>
        <w:t xml:space="preserve">Yes. Although I'm very behind with everything. </w:t>
      </w:r>
    </w:p>
    <w:p>
      <w:pPr>
        <w:spacing w:after="0"/>
      </w:pPr>
    </w:p>
    <w:p>
      <w:pPr>
        <w:spacing w:after="0"/>
      </w:pPr>
      <w:r>
        <w:rPr>
          <w:rFonts w:ascii="Arial" w:hAnsi="Arial"/>
          <w:b/>
          <w:sz w:val="22"/>
        </w:rPr>
        <w:t xml:space="preserve">Alice  </w:t>
      </w:r>
      <w:r>
        <w:rPr>
          <w:rFonts w:ascii="Arial" w:hAnsi="Arial"/>
          <w:color w:val="5D7284"/>
          <w:sz w:val="22"/>
        </w:rPr>
        <w:t>1:24:05</w:t>
      </w:r>
    </w:p>
    <w:p>
      <w:pPr>
        <w:spacing w:after="0"/>
      </w:pPr>
      <w:r>
        <w:rPr>
          <w:rFonts w:ascii="Arial" w:hAnsi="Arial"/>
          <w:sz w:val="22"/>
        </w:rPr>
        <w:t>Ok</w:t>
      </w:r>
    </w:p>
    <w:p>
      <w:pPr>
        <w:spacing w:after="0"/>
      </w:pPr>
    </w:p>
    <w:p>
      <w:pPr>
        <w:spacing w:after="0"/>
      </w:pPr>
      <w:r>
        <w:rPr>
          <w:rFonts w:ascii="Arial" w:hAnsi="Arial"/>
          <w:b/>
          <w:sz w:val="22"/>
        </w:rPr>
        <w:t xml:space="preserve">Melissa  </w:t>
      </w:r>
      <w:r>
        <w:rPr>
          <w:rFonts w:ascii="Arial" w:hAnsi="Arial"/>
          <w:color w:val="5D7284"/>
          <w:sz w:val="22"/>
        </w:rPr>
        <w:t>1:24:05</w:t>
      </w:r>
    </w:p>
    <w:p>
      <w:pPr>
        <w:spacing w:after="0"/>
      </w:pPr>
      <w:r>
        <w:rPr>
          <w:rFonts w:ascii="Arial" w:hAnsi="Arial"/>
          <w:sz w:val="22"/>
        </w:rPr>
        <w:t xml:space="preserve">But I will do it, I just don't know when. </w:t>
      </w:r>
    </w:p>
    <w:p>
      <w:pPr>
        <w:spacing w:after="0"/>
      </w:pPr>
    </w:p>
    <w:p>
      <w:pPr>
        <w:spacing w:after="0"/>
      </w:pPr>
      <w:r>
        <w:rPr>
          <w:rFonts w:ascii="Arial" w:hAnsi="Arial"/>
          <w:b/>
          <w:sz w:val="22"/>
        </w:rPr>
        <w:t xml:space="preserve">Alice  </w:t>
      </w:r>
      <w:r>
        <w:rPr>
          <w:rFonts w:ascii="Arial" w:hAnsi="Arial"/>
          <w:color w:val="5D7284"/>
          <w:sz w:val="22"/>
        </w:rPr>
        <w:t>1:24:08</w:t>
      </w:r>
    </w:p>
    <w:p>
      <w:pPr>
        <w:spacing w:after="0"/>
      </w:pPr>
      <w:r>
        <w:rPr>
          <w:rFonts w:ascii="Arial" w:hAnsi="Arial"/>
          <w:sz w:val="22"/>
        </w:rPr>
        <w:t>it's fine.</w:t>
      </w:r>
    </w:p>
    <w:p>
      <w:pPr>
        <w:spacing w:after="0"/>
      </w:pPr>
    </w:p>
    <w:p>
      <w:pPr>
        <w:spacing w:after="0"/>
      </w:pPr>
      <w:r>
        <w:rPr>
          <w:rFonts w:ascii="Arial" w:hAnsi="Arial"/>
          <w:b/>
          <w:sz w:val="22"/>
        </w:rPr>
        <w:t xml:space="preserve">Melissa  </w:t>
      </w:r>
      <w:r>
        <w:rPr>
          <w:rFonts w:ascii="Arial" w:hAnsi="Arial"/>
          <w:color w:val="5D7284"/>
          <w:sz w:val="22"/>
        </w:rPr>
        <w:t>1:24:09</w:t>
      </w:r>
    </w:p>
    <w:p>
      <w:pPr>
        <w:spacing w:after="0"/>
      </w:pPr>
      <w:r>
        <w:rPr>
          <w:rFonts w:ascii="Arial" w:hAnsi="Arial"/>
          <w:sz w:val="22"/>
        </w:rPr>
        <w:t xml:space="preserve">But I have every intentions of doing that. </w:t>
      </w:r>
    </w:p>
    <w:p>
      <w:pPr>
        <w:spacing w:after="0"/>
      </w:pPr>
    </w:p>
    <w:p>
      <w:pPr>
        <w:spacing w:after="0"/>
      </w:pPr>
      <w:r>
        <w:rPr>
          <w:rFonts w:ascii="Arial" w:hAnsi="Arial"/>
          <w:b/>
          <w:sz w:val="22"/>
        </w:rPr>
        <w:t xml:space="preserve">Alice  </w:t>
      </w:r>
      <w:r>
        <w:rPr>
          <w:rFonts w:ascii="Arial" w:hAnsi="Arial"/>
          <w:color w:val="5D7284"/>
          <w:sz w:val="22"/>
        </w:rPr>
        <w:t>1:24:12</w:t>
      </w:r>
    </w:p>
    <w:p>
      <w:pPr>
        <w:spacing w:after="0"/>
      </w:pPr>
      <w:r>
        <w:rPr>
          <w:rFonts w:ascii="Arial" w:hAnsi="Arial"/>
          <w:sz w:val="22"/>
        </w:rPr>
        <w:t xml:space="preserve">TBC ITS FINE. </w:t>
      </w:r>
    </w:p>
    <w:p>
      <w:pPr>
        <w:spacing w:after="0"/>
      </w:pPr>
    </w:p>
    <w:p>
      <w:pPr>
        <w:spacing w:after="0"/>
      </w:pPr>
      <w:r>
        <w:rPr>
          <w:rFonts w:ascii="Arial" w:hAnsi="Arial"/>
          <w:b/>
          <w:sz w:val="22"/>
        </w:rPr>
        <w:t xml:space="preserve">Melissa  </w:t>
      </w:r>
      <w:r>
        <w:rPr>
          <w:rFonts w:ascii="Arial" w:hAnsi="Arial"/>
          <w:color w:val="5D7284"/>
          <w:sz w:val="22"/>
        </w:rPr>
        <w:t>1:24:14</w:t>
      </w:r>
    </w:p>
    <w:p>
      <w:pPr>
        <w:spacing w:after="0"/>
      </w:pPr>
      <w:r>
        <w:rPr>
          <w:rFonts w:ascii="Arial" w:hAnsi="Arial"/>
          <w:sz w:val="22"/>
        </w:rPr>
        <w:t>Yeah, yeah, definitely. TBC but I think yeah, I think Twitter's probably the best place to catch me ranting about inequalities and talking about Star Wars and Marvel.</w:t>
      </w:r>
    </w:p>
    <w:p>
      <w:pPr>
        <w:spacing w:after="0"/>
      </w:pPr>
    </w:p>
    <w:p>
      <w:pPr>
        <w:spacing w:after="0"/>
      </w:pPr>
      <w:r>
        <w:rPr>
          <w:rFonts w:ascii="Arial" w:hAnsi="Arial"/>
          <w:b/>
          <w:sz w:val="22"/>
        </w:rPr>
        <w:t xml:space="preserve">Alice  </w:t>
      </w:r>
      <w:r>
        <w:rPr>
          <w:rFonts w:ascii="Arial" w:hAnsi="Arial"/>
          <w:color w:val="5D7284"/>
          <w:sz w:val="22"/>
        </w:rPr>
        <w:t>1:24:31</w:t>
      </w:r>
    </w:p>
    <w:p>
      <w:pPr>
        <w:spacing w:after="0"/>
      </w:pPr>
      <w:r>
        <w:rPr>
          <w:rFonts w:ascii="Arial" w:hAnsi="Arial"/>
          <w:sz w:val="22"/>
        </w:rPr>
        <w:t xml:space="preserve">That sounds like exactly what I want to see on my Twitter feed. So </w:t>
      </w:r>
    </w:p>
    <w:p>
      <w:pPr>
        <w:spacing w:after="0"/>
      </w:pPr>
    </w:p>
    <w:p>
      <w:pPr>
        <w:spacing w:after="0"/>
      </w:pPr>
      <w:r>
        <w:rPr>
          <w:rFonts w:ascii="Arial" w:hAnsi="Arial"/>
          <w:b/>
          <w:sz w:val="22"/>
        </w:rPr>
        <w:t xml:space="preserve">Melissa  </w:t>
      </w:r>
      <w:r>
        <w:rPr>
          <w:rFonts w:ascii="Arial" w:hAnsi="Arial"/>
          <w:color w:val="5D7284"/>
          <w:sz w:val="22"/>
        </w:rPr>
        <w:t>1:24:35</w:t>
      </w:r>
    </w:p>
    <w:p>
      <w:pPr>
        <w:spacing w:after="0"/>
      </w:pPr>
      <w:r>
        <w:rPr>
          <w:rFonts w:ascii="Arial" w:hAnsi="Arial"/>
          <w:sz w:val="22"/>
        </w:rPr>
        <w:t>Sure</w:t>
      </w:r>
    </w:p>
    <w:p>
      <w:pPr>
        <w:spacing w:after="0"/>
      </w:pPr>
    </w:p>
    <w:p>
      <w:pPr>
        <w:spacing w:after="0"/>
      </w:pPr>
      <w:r>
        <w:rPr>
          <w:rFonts w:ascii="Arial" w:hAnsi="Arial"/>
          <w:b/>
          <w:sz w:val="22"/>
        </w:rPr>
        <w:t xml:space="preserve">Alice  </w:t>
      </w:r>
      <w:r>
        <w:rPr>
          <w:rFonts w:ascii="Arial" w:hAnsi="Arial"/>
          <w:color w:val="5D7284"/>
          <w:sz w:val="22"/>
        </w:rPr>
        <w:t>1:24:35</w:t>
      </w:r>
    </w:p>
    <w:p>
      <w:pPr>
        <w:spacing w:after="0"/>
      </w:pPr>
      <w:r>
        <w:rPr>
          <w:rFonts w:ascii="Arial" w:hAnsi="Arial"/>
          <w:sz w:val="22"/>
        </w:rPr>
        <w:t>thank you so much. Thank you for making time to come and talk to me today. I really appreciate it.</w:t>
      </w:r>
    </w:p>
    <w:p>
      <w:pPr>
        <w:spacing w:after="0"/>
      </w:pPr>
    </w:p>
    <w:p>
      <w:pPr>
        <w:spacing w:after="0"/>
      </w:pPr>
      <w:r>
        <w:rPr>
          <w:rFonts w:ascii="Arial" w:hAnsi="Arial"/>
          <w:b/>
          <w:sz w:val="22"/>
        </w:rPr>
        <w:t xml:space="preserve">Melissa  </w:t>
      </w:r>
      <w:r>
        <w:rPr>
          <w:rFonts w:ascii="Arial" w:hAnsi="Arial"/>
          <w:color w:val="5D7284"/>
          <w:sz w:val="22"/>
        </w:rPr>
        <w:t>1:24:39</w:t>
      </w:r>
    </w:p>
    <w:p>
      <w:pPr>
        <w:spacing w:after="0"/>
      </w:pPr>
      <w:r>
        <w:rPr>
          <w:rFonts w:ascii="Arial" w:hAnsi="Arial"/>
          <w:sz w:val="22"/>
        </w:rPr>
        <w:t>Thank you.</w:t>
      </w:r>
    </w:p>
    <w:p>
      <w:pPr>
        <w:spacing w:after="0"/>
      </w:pPr>
    </w:p>
    <w:p>
      <w:pPr>
        <w:spacing w:after="0"/>
      </w:pPr>
      <w:r>
        <w:rPr>
          <w:rFonts w:ascii="Arial" w:hAnsi="Arial"/>
          <w:b/>
          <w:sz w:val="22"/>
        </w:rPr>
        <w:t xml:space="preserve">Alice  </w:t>
      </w:r>
      <w:r>
        <w:rPr>
          <w:rFonts w:ascii="Arial" w:hAnsi="Arial"/>
          <w:color w:val="5D7284"/>
          <w:sz w:val="22"/>
        </w:rPr>
        <w:t>1:24:41</w:t>
      </w:r>
    </w:p>
    <w:p>
      <w:pPr>
        <w:spacing w:after="0"/>
      </w:pPr>
      <w:r>
        <w:rPr>
          <w:rFonts w:ascii="Arial" w:hAnsi="Arial"/>
          <w:sz w:val="22"/>
        </w:rPr>
        <w:t>Guys, if you enjoyed this episode, please leave us a review on Apple podcasts is really helpful and a really great way to get other people to find the show. And you can follow us on all the social medias. We are at labelled pod and I will see you back with Lucy very soon. Bye. Thanks for listening to the lABLEd Podcast. if you liked the show, you can rate review and subscribe and you can follow us on social media at labelled pod.</w:t>
      </w:r>
    </w:p>
    <w:p>
      <w:pPr>
        <w:spacing w:after="0"/>
      </w:pPr>
    </w:p>
    <w:p>
      <w:pPr>
        <w:spacing w:after="0"/>
      </w:pPr>
      <w:r>
        <w:rPr>
          <w:rFonts w:ascii="Arial" w:hAnsi="Arial"/>
          <w:b/>
          <w:sz w:val="22"/>
        </w:rPr>
        <w:t xml:space="preserve">Lucy  </w:t>
      </w:r>
      <w:r>
        <w:rPr>
          <w:rFonts w:ascii="Arial" w:hAnsi="Arial"/>
          <w:color w:val="5D7284"/>
          <w:sz w:val="22"/>
        </w:rPr>
        <w:t>1:25:12</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