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51 With Georgia Bondy</w:t>
      </w:r>
    </w:p>
    <w:p>
      <w:r>
        <w:rPr>
          <w:rFonts w:ascii="Arial" w:hAnsi="Arial"/>
          <w:color w:val="4F6880"/>
          <w:sz w:val="22"/>
        </w:rPr>
        <w:t>Fri, Aug 11, 2023 2:05PM • 1:09:28</w:t>
      </w:r>
    </w:p>
    <w:p>
      <w:pPr>
        <w:spacing w:before="440" w:after="0"/>
      </w:pPr>
      <w:r>
        <w:rPr>
          <w:rFonts w:ascii="Arial" w:hAnsi="Arial"/>
          <w:b/>
          <w:color w:val="4F6880"/>
          <w:sz w:val="22"/>
        </w:rPr>
        <w:t>SUMMARY KEYWORDS</w:t>
      </w:r>
    </w:p>
    <w:p>
      <w:r>
        <w:rPr>
          <w:rFonts w:ascii="Arial" w:hAnsi="Arial"/>
          <w:color w:val="4F6880"/>
          <w:sz w:val="22"/>
        </w:rPr>
        <w:t>ableism, pain, laughs, bit, people, talk, disabled, doctor, lucy, give, symptoms, friends, georgia, experience, mindfulness, pain medication, sounds, day, listen, meditated</w:t>
      </w:r>
    </w:p>
    <w:p>
      <w:pPr>
        <w:spacing w:before="440" w:after="0"/>
      </w:pPr>
      <w:r>
        <w:rPr>
          <w:rFonts w:ascii="Arial" w:hAnsi="Arial"/>
          <w:b/>
          <w:color w:val="4F6880"/>
          <w:sz w:val="22"/>
        </w:rPr>
        <w:t>SPEAKERS</w:t>
      </w:r>
    </w:p>
    <w:p>
      <w:r>
        <w:rPr>
          <w:rFonts w:ascii="Arial" w:hAnsi="Arial"/>
          <w:color w:val="4F6880"/>
          <w:sz w:val="22"/>
        </w:rPr>
        <w:t>Alice, Theme Tune, Lucy, Alice Evans &amp; Lucy Wood, Georgia</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Theme Tune  </w:t>
      </w:r>
      <w:r>
        <w:rPr>
          <w:rFonts w:ascii="Arial" w:hAnsi="Arial"/>
          <w:color w:val="5D7284"/>
          <w:sz w:val="22"/>
        </w:rPr>
        <w:t>00:06</w:t>
      </w:r>
    </w:p>
    <w:p>
      <w:pPr>
        <w:spacing w:after="0"/>
      </w:pPr>
      <w:r>
        <w:rPr>
          <w:rFonts w:ascii="Arial" w:hAnsi="Arial"/>
          <w:sz w:val="22"/>
        </w:rPr>
        <w:t>And I'm Alice (dog barks) and that's Lola Though I might not fit in socially, I'm so much more than what you see, we all life our lives differently, kaleidoscope identity and this is you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00:37</w:t>
      </w:r>
    </w:p>
    <w:p>
      <w:pPr>
        <w:spacing w:after="0"/>
      </w:pPr>
      <w:r>
        <w:rPr>
          <w:rFonts w:ascii="Arial" w:hAnsi="Arial"/>
          <w:sz w:val="22"/>
        </w:rPr>
        <w:t>don't forget in this episode, I might swear, Lucy might cry, and you can check out details of the trigger warnings on our website.  Hello, everyone, just to make you aware in this episode, we will touch on themes of mental health and there will be references to eating disorders.  Hello, everybody. Welcome to another episode of The lABLEd Podcast with me, Alice, and my lovely co hosts Lucy.</w:t>
      </w:r>
    </w:p>
    <w:p>
      <w:pPr>
        <w:spacing w:after="0"/>
      </w:pPr>
    </w:p>
    <w:p>
      <w:pPr>
        <w:spacing w:after="0"/>
      </w:pPr>
      <w:r>
        <w:rPr>
          <w:rFonts w:ascii="Arial" w:hAnsi="Arial"/>
          <w:b/>
          <w:sz w:val="22"/>
        </w:rPr>
        <w:t xml:space="preserve">Lucy  </w:t>
      </w:r>
      <w:r>
        <w:rPr>
          <w:rFonts w:ascii="Arial" w:hAnsi="Arial"/>
          <w:color w:val="5D7284"/>
          <w:sz w:val="22"/>
        </w:rPr>
        <w:t>01:02</w:t>
      </w:r>
    </w:p>
    <w:p>
      <w:pPr>
        <w:spacing w:after="0"/>
      </w:pPr>
      <w:r>
        <w:rPr>
          <w:rFonts w:ascii="Arial" w:hAnsi="Arial"/>
          <w:sz w:val="22"/>
        </w:rPr>
        <w:t>Hiya, you alright?</w:t>
      </w:r>
    </w:p>
    <w:p>
      <w:pPr>
        <w:spacing w:after="0"/>
      </w:pPr>
    </w:p>
    <w:p>
      <w:pPr>
        <w:spacing w:after="0"/>
      </w:pPr>
      <w:r>
        <w:rPr>
          <w:rFonts w:ascii="Arial" w:hAnsi="Arial"/>
          <w:b/>
          <w:sz w:val="22"/>
        </w:rPr>
        <w:t xml:space="preserve">Alice  </w:t>
      </w:r>
      <w:r>
        <w:rPr>
          <w:rFonts w:ascii="Arial" w:hAnsi="Arial"/>
          <w:color w:val="5D7284"/>
          <w:sz w:val="22"/>
        </w:rPr>
        <w:t>01:04</w:t>
      </w:r>
    </w:p>
    <w:p>
      <w:pPr>
        <w:spacing w:after="0"/>
      </w:pPr>
      <w:r>
        <w:rPr>
          <w:rFonts w:ascii="Arial" w:hAnsi="Arial"/>
          <w:sz w:val="22"/>
        </w:rPr>
        <w:t xml:space="preserve">Yes I'm good. Thank you. I thought you weren't gonna say anything. And it was just gonna be - </w:t>
      </w:r>
    </w:p>
    <w:p>
      <w:pPr>
        <w:spacing w:after="0"/>
      </w:pPr>
    </w:p>
    <w:p>
      <w:pPr>
        <w:spacing w:after="0"/>
      </w:pPr>
      <w:r>
        <w:rPr>
          <w:rFonts w:ascii="Arial" w:hAnsi="Arial"/>
          <w:b/>
          <w:sz w:val="22"/>
        </w:rPr>
        <w:t xml:space="preserve">Lucy  </w:t>
      </w:r>
      <w:r>
        <w:rPr>
          <w:rFonts w:ascii="Arial" w:hAnsi="Arial"/>
          <w:color w:val="5D7284"/>
          <w:sz w:val="22"/>
        </w:rPr>
        <w:t>01:08</w:t>
      </w:r>
    </w:p>
    <w:p>
      <w:pPr>
        <w:spacing w:after="0"/>
      </w:pPr>
      <w:r>
        <w:rPr>
          <w:rFonts w:ascii="Arial" w:hAnsi="Arial"/>
          <w:sz w:val="22"/>
        </w:rPr>
        <w:t>I was just waiting for you to say my name. So I could then go. hello.</w:t>
      </w:r>
    </w:p>
    <w:p>
      <w:pPr>
        <w:spacing w:after="0"/>
      </w:pPr>
    </w:p>
    <w:p>
      <w:pPr>
        <w:spacing w:after="0"/>
      </w:pPr>
      <w:r>
        <w:rPr>
          <w:rFonts w:ascii="Arial" w:hAnsi="Arial"/>
          <w:b/>
          <w:sz w:val="22"/>
        </w:rPr>
        <w:t xml:space="preserve">Alice  </w:t>
      </w:r>
      <w:r>
        <w:rPr>
          <w:rFonts w:ascii="Arial" w:hAnsi="Arial"/>
          <w:color w:val="5D7284"/>
          <w:sz w:val="22"/>
        </w:rPr>
        <w:t>01:11</w:t>
      </w:r>
    </w:p>
    <w:p>
      <w:pPr>
        <w:spacing w:after="0"/>
      </w:pPr>
      <w:r>
        <w:rPr>
          <w:rFonts w:ascii="Arial" w:hAnsi="Arial"/>
          <w:sz w:val="22"/>
        </w:rPr>
        <w:t>(luahgts)</w:t>
      </w:r>
    </w:p>
    <w:p>
      <w:pPr>
        <w:spacing w:after="0"/>
      </w:pPr>
    </w:p>
    <w:p>
      <w:pPr>
        <w:spacing w:after="0"/>
      </w:pPr>
      <w:r>
        <w:rPr>
          <w:rFonts w:ascii="Arial" w:hAnsi="Arial"/>
          <w:b/>
          <w:sz w:val="22"/>
        </w:rPr>
        <w:t xml:space="preserve">Lucy  </w:t>
      </w:r>
      <w:r>
        <w:rPr>
          <w:rFonts w:ascii="Arial" w:hAnsi="Arial"/>
          <w:color w:val="5D7284"/>
          <w:sz w:val="22"/>
        </w:rPr>
        <w:t>01:13</w:t>
      </w:r>
    </w:p>
    <w:p>
      <w:pPr>
        <w:spacing w:after="0"/>
      </w:pPr>
      <w:r>
        <w:rPr>
          <w:rFonts w:ascii="Arial" w:hAnsi="Arial"/>
          <w:sz w:val="22"/>
        </w:rPr>
        <w:t>Are you alright? How are you. Yes,</w:t>
      </w:r>
    </w:p>
    <w:p>
      <w:pPr>
        <w:spacing w:after="0"/>
      </w:pPr>
    </w:p>
    <w:p>
      <w:pPr>
        <w:spacing w:after="0"/>
      </w:pPr>
      <w:r>
        <w:rPr>
          <w:rFonts w:ascii="Arial" w:hAnsi="Arial"/>
          <w:b/>
          <w:sz w:val="22"/>
        </w:rPr>
        <w:t xml:space="preserve">Alice  </w:t>
      </w:r>
      <w:r>
        <w:rPr>
          <w:rFonts w:ascii="Arial" w:hAnsi="Arial"/>
          <w:color w:val="5D7284"/>
          <w:sz w:val="22"/>
        </w:rPr>
        <w:t>01:15</w:t>
      </w:r>
    </w:p>
    <w:p>
      <w:pPr>
        <w:spacing w:after="0"/>
      </w:pPr>
      <w:r>
        <w:rPr>
          <w:rFonts w:ascii="Arial" w:hAnsi="Arial"/>
          <w:sz w:val="22"/>
        </w:rPr>
        <w:t>Yes, I'm good. Thank you. I am a little bit warm. My office is quite small. it gets a bit sweaty in here quite quickly. So I'm alright at the moment, I will be less alright. By the time we finished recording. What about you and your beautifully conditioned space?</w:t>
      </w:r>
    </w:p>
    <w:p>
      <w:pPr>
        <w:spacing w:after="0"/>
      </w:pPr>
    </w:p>
    <w:p>
      <w:pPr>
        <w:spacing w:after="0"/>
      </w:pPr>
      <w:r>
        <w:rPr>
          <w:rFonts w:ascii="Arial" w:hAnsi="Arial"/>
          <w:b/>
          <w:sz w:val="22"/>
        </w:rPr>
        <w:t xml:space="preserve">Lucy  </w:t>
      </w:r>
      <w:r>
        <w:rPr>
          <w:rFonts w:ascii="Arial" w:hAnsi="Arial"/>
          <w:color w:val="5D7284"/>
          <w:sz w:val="22"/>
        </w:rPr>
        <w:t>01:33</w:t>
      </w:r>
    </w:p>
    <w:p>
      <w:pPr>
        <w:spacing w:after="0"/>
      </w:pPr>
      <w:r>
        <w:rPr>
          <w:rFonts w:ascii="Arial" w:hAnsi="Arial"/>
          <w:sz w:val="22"/>
        </w:rPr>
        <w:t xml:space="preserve">Well, I've not put the air con on, what we need to do is I need to talk to you over the internet like we normally do with my aircon on so you can tell whether you can hear my aircon because the daren't put it on in case you can hear (makes a loud huming sound) in the background. So I'm waiting - </w:t>
      </w:r>
    </w:p>
    <w:p>
      <w:pPr>
        <w:spacing w:after="0"/>
      </w:pPr>
    </w:p>
    <w:p>
      <w:pPr>
        <w:spacing w:after="0"/>
      </w:pPr>
      <w:r>
        <w:rPr>
          <w:rFonts w:ascii="Arial" w:hAnsi="Arial"/>
          <w:b/>
          <w:sz w:val="22"/>
        </w:rPr>
        <w:t xml:space="preserve">Alice  </w:t>
      </w:r>
      <w:r>
        <w:rPr>
          <w:rFonts w:ascii="Arial" w:hAnsi="Arial"/>
          <w:color w:val="5D7284"/>
          <w:sz w:val="22"/>
        </w:rPr>
        <w:t>01:49</w:t>
      </w:r>
    </w:p>
    <w:p>
      <w:pPr>
        <w:spacing w:after="0"/>
      </w:pPr>
      <w:r>
        <w:rPr>
          <w:rFonts w:ascii="Arial" w:hAnsi="Arial"/>
          <w:sz w:val="22"/>
        </w:rPr>
        <w:t>Yeah, you'll need to do it and set it to like four degrees, so it's freezing in there, and then turn it off so it can get gradually warmer.</w:t>
      </w:r>
    </w:p>
    <w:p>
      <w:pPr>
        <w:spacing w:after="0"/>
      </w:pPr>
    </w:p>
    <w:p>
      <w:pPr>
        <w:spacing w:after="0"/>
      </w:pPr>
      <w:r>
        <w:rPr>
          <w:rFonts w:ascii="Arial" w:hAnsi="Arial"/>
          <w:b/>
          <w:sz w:val="22"/>
        </w:rPr>
        <w:t xml:space="preserve">Lucy  </w:t>
      </w:r>
      <w:r>
        <w:rPr>
          <w:rFonts w:ascii="Arial" w:hAnsi="Arial"/>
          <w:color w:val="5D7284"/>
          <w:sz w:val="22"/>
        </w:rPr>
        <w:t>01:58</w:t>
      </w:r>
    </w:p>
    <w:p>
      <w:pPr>
        <w:spacing w:after="0"/>
      </w:pPr>
      <w:r>
        <w:rPr>
          <w:rFonts w:ascii="Arial" w:hAnsi="Arial"/>
          <w:sz w:val="22"/>
        </w:rPr>
        <w:t>(laughs) Well, I'm sorry, Alice we're gonna have to put this episode short because I'm sweating again.</w:t>
      </w:r>
    </w:p>
    <w:p>
      <w:pPr>
        <w:spacing w:after="0"/>
      </w:pPr>
    </w:p>
    <w:p>
      <w:pPr>
        <w:spacing w:after="0"/>
      </w:pPr>
      <w:r>
        <w:rPr>
          <w:rFonts w:ascii="Arial" w:hAnsi="Arial"/>
          <w:b/>
          <w:sz w:val="22"/>
        </w:rPr>
        <w:t xml:space="preserve">Alice  </w:t>
      </w:r>
      <w:r>
        <w:rPr>
          <w:rFonts w:ascii="Arial" w:hAnsi="Arial"/>
          <w:color w:val="5D7284"/>
          <w:sz w:val="22"/>
        </w:rPr>
        <w:t>02:06</w:t>
      </w:r>
    </w:p>
    <w:p>
      <w:pPr>
        <w:spacing w:after="0"/>
      </w:pPr>
      <w:r>
        <w:rPr>
          <w:rFonts w:ascii="Arial" w:hAnsi="Arial"/>
          <w:sz w:val="22"/>
        </w:rPr>
        <w:t>(laughs) Erm... So today we are, this is our first guest episode back since our little break. I don't know about you Lucy. But I certainly feel like I've got no idea what I'm doing. And I cannot tell my arse from my elbow today.</w:t>
      </w:r>
    </w:p>
    <w:p>
      <w:pPr>
        <w:spacing w:after="0"/>
      </w:pPr>
    </w:p>
    <w:p>
      <w:pPr>
        <w:spacing w:after="0"/>
      </w:pPr>
      <w:r>
        <w:rPr>
          <w:rFonts w:ascii="Arial" w:hAnsi="Arial"/>
          <w:b/>
          <w:sz w:val="22"/>
        </w:rPr>
        <w:t xml:space="preserve">Lucy  </w:t>
      </w:r>
      <w:r>
        <w:rPr>
          <w:rFonts w:ascii="Arial" w:hAnsi="Arial"/>
          <w:color w:val="5D7284"/>
          <w:sz w:val="22"/>
        </w:rPr>
        <w:t>02:20</w:t>
      </w:r>
    </w:p>
    <w:p>
      <w:pPr>
        <w:spacing w:after="0"/>
      </w:pPr>
      <w:r>
        <w:rPr>
          <w:rFonts w:ascii="Arial" w:hAnsi="Arial"/>
          <w:sz w:val="22"/>
        </w:rPr>
        <w:t xml:space="preserve">No, absolutely not. Who are you again? What's your name? </w:t>
      </w:r>
    </w:p>
    <w:p>
      <w:pPr>
        <w:spacing w:after="0"/>
      </w:pPr>
    </w:p>
    <w:p>
      <w:pPr>
        <w:spacing w:after="0"/>
      </w:pPr>
      <w:r>
        <w:rPr>
          <w:rFonts w:ascii="Arial" w:hAnsi="Arial"/>
          <w:b/>
          <w:sz w:val="22"/>
        </w:rPr>
        <w:t xml:space="preserve">Alice  </w:t>
      </w:r>
      <w:r>
        <w:rPr>
          <w:rFonts w:ascii="Arial" w:hAnsi="Arial"/>
          <w:color w:val="5D7284"/>
          <w:sz w:val="22"/>
        </w:rPr>
        <w:t>02:21</w:t>
      </w:r>
    </w:p>
    <w:p>
      <w:pPr>
        <w:spacing w:after="0"/>
      </w:pPr>
      <w:r>
        <w:rPr>
          <w:rFonts w:ascii="Arial" w:hAnsi="Arial"/>
          <w:sz w:val="22"/>
        </w:rPr>
        <w:t>(laughts)</w:t>
      </w:r>
    </w:p>
    <w:p>
      <w:pPr>
        <w:spacing w:after="0"/>
      </w:pPr>
    </w:p>
    <w:p>
      <w:pPr>
        <w:spacing w:after="0"/>
      </w:pPr>
      <w:r>
        <w:rPr>
          <w:rFonts w:ascii="Arial" w:hAnsi="Arial"/>
          <w:b/>
          <w:sz w:val="22"/>
        </w:rPr>
        <w:t xml:space="preserve">Lucy  </w:t>
      </w:r>
      <w:r>
        <w:rPr>
          <w:rFonts w:ascii="Arial" w:hAnsi="Arial"/>
          <w:color w:val="5D7284"/>
          <w:sz w:val="22"/>
        </w:rPr>
        <w:t>02:23</w:t>
      </w:r>
    </w:p>
    <w:p>
      <w:pPr>
        <w:spacing w:after="0"/>
      </w:pPr>
      <w:r>
        <w:rPr>
          <w:rFonts w:ascii="Arial" w:hAnsi="Arial"/>
          <w:sz w:val="22"/>
        </w:rPr>
        <w:t>What we doing?</w:t>
      </w:r>
    </w:p>
    <w:p>
      <w:pPr>
        <w:spacing w:after="0"/>
      </w:pPr>
    </w:p>
    <w:p>
      <w:pPr>
        <w:spacing w:after="0"/>
      </w:pPr>
      <w:r>
        <w:rPr>
          <w:rFonts w:ascii="Arial" w:hAnsi="Arial"/>
          <w:b/>
          <w:sz w:val="22"/>
        </w:rPr>
        <w:t xml:space="preserve">Alice  </w:t>
      </w:r>
      <w:r>
        <w:rPr>
          <w:rFonts w:ascii="Arial" w:hAnsi="Arial"/>
          <w:color w:val="5D7284"/>
          <w:sz w:val="22"/>
        </w:rPr>
        <w:t>02:24</w:t>
      </w:r>
    </w:p>
    <w:p>
      <w:pPr>
        <w:spacing w:after="0"/>
      </w:pPr>
      <w:r>
        <w:rPr>
          <w:rFonts w:ascii="Arial" w:hAnsi="Arial"/>
          <w:sz w:val="22"/>
        </w:rPr>
        <w:t>Yep! (laughing) So good luck listeners and guests! Our guest today is Georgia, Georgia, would you like to introduce yourself and tell our guests a little bit about who you are?</w:t>
      </w:r>
    </w:p>
    <w:p>
      <w:pPr>
        <w:spacing w:after="0"/>
      </w:pPr>
    </w:p>
    <w:p>
      <w:pPr>
        <w:spacing w:after="0"/>
      </w:pPr>
      <w:r>
        <w:rPr>
          <w:rFonts w:ascii="Arial" w:hAnsi="Arial"/>
          <w:b/>
          <w:sz w:val="22"/>
        </w:rPr>
        <w:t xml:space="preserve">Georgia  </w:t>
      </w:r>
      <w:r>
        <w:rPr>
          <w:rFonts w:ascii="Arial" w:hAnsi="Arial"/>
          <w:color w:val="5D7284"/>
          <w:sz w:val="22"/>
        </w:rPr>
        <w:t>02:38</w:t>
      </w:r>
    </w:p>
    <w:p>
      <w:pPr>
        <w:spacing w:after="0"/>
      </w:pPr>
      <w:r>
        <w:rPr>
          <w:rFonts w:ascii="Arial" w:hAnsi="Arial"/>
          <w:sz w:val="22"/>
        </w:rPr>
        <w:t>Sure. I'm Georgia, my pronouns are they she And I am a bit of a mixed bag of things. I have sort of recently started a startup. So I'm sort of a startup leader that does sort of disability wellbeing things. But I'm also a performer and artist and I sort of create art and music and puledance around. Lots of intersectional things like disability, but also my experience as a black person, my experience as a queer person. So yeah, I'm hodgepodge of, I guess businessy things and artsy things.</w:t>
      </w:r>
    </w:p>
    <w:p>
      <w:pPr>
        <w:spacing w:after="0"/>
      </w:pPr>
    </w:p>
    <w:p>
      <w:pPr>
        <w:spacing w:after="0"/>
      </w:pPr>
      <w:r>
        <w:rPr>
          <w:rFonts w:ascii="Arial" w:hAnsi="Arial"/>
          <w:b/>
          <w:sz w:val="22"/>
        </w:rPr>
        <w:t xml:space="preserve">Alice  </w:t>
      </w:r>
      <w:r>
        <w:rPr>
          <w:rFonts w:ascii="Arial" w:hAnsi="Arial"/>
          <w:color w:val="5D7284"/>
          <w:sz w:val="22"/>
        </w:rPr>
        <w:t>03:14</w:t>
      </w:r>
    </w:p>
    <w:p>
      <w:pPr>
        <w:spacing w:after="0"/>
      </w:pPr>
      <w:r>
        <w:rPr>
          <w:rFonts w:ascii="Arial" w:hAnsi="Arial"/>
          <w:sz w:val="22"/>
        </w:rPr>
        <w:t xml:space="preserve"> Oh it sounds like - </w:t>
      </w:r>
    </w:p>
    <w:p>
      <w:pPr>
        <w:spacing w:after="0"/>
      </w:pPr>
    </w:p>
    <w:p>
      <w:pPr>
        <w:spacing w:after="0"/>
      </w:pPr>
      <w:r>
        <w:rPr>
          <w:rFonts w:ascii="Arial" w:hAnsi="Arial"/>
          <w:b/>
          <w:sz w:val="22"/>
        </w:rPr>
        <w:t xml:space="preserve">Lucy  </w:t>
      </w:r>
      <w:r>
        <w:rPr>
          <w:rFonts w:ascii="Arial" w:hAnsi="Arial"/>
          <w:color w:val="5D7284"/>
          <w:sz w:val="22"/>
        </w:rPr>
        <w:t>03:16</w:t>
      </w:r>
    </w:p>
    <w:p>
      <w:pPr>
        <w:spacing w:after="0"/>
      </w:pPr>
      <w:r>
        <w:rPr>
          <w:rFonts w:ascii="Arial" w:hAnsi="Arial"/>
          <w:sz w:val="22"/>
        </w:rPr>
        <w:t xml:space="preserve">Hodgepodge is always nteresting, isn't it? </w:t>
      </w:r>
    </w:p>
    <w:p>
      <w:pPr>
        <w:spacing w:after="0"/>
      </w:pPr>
    </w:p>
    <w:p>
      <w:pPr>
        <w:spacing w:after="0"/>
      </w:pPr>
      <w:r>
        <w:rPr>
          <w:rFonts w:ascii="Arial" w:hAnsi="Arial"/>
          <w:b/>
          <w:sz w:val="22"/>
        </w:rPr>
        <w:t xml:space="preserve">Alice  </w:t>
      </w:r>
      <w:r>
        <w:rPr>
          <w:rFonts w:ascii="Arial" w:hAnsi="Arial"/>
          <w:color w:val="5D7284"/>
          <w:sz w:val="22"/>
        </w:rPr>
        <w:t>03:17</w:t>
      </w:r>
    </w:p>
    <w:p>
      <w:pPr>
        <w:spacing w:after="0"/>
      </w:pPr>
      <w:r>
        <w:rPr>
          <w:rFonts w:ascii="Arial" w:hAnsi="Arial"/>
          <w:sz w:val="22"/>
        </w:rPr>
        <w:t>Yeah! Yeah, sounds like you've got a lot on as well.</w:t>
      </w:r>
    </w:p>
    <w:p>
      <w:pPr>
        <w:spacing w:after="0"/>
      </w:pPr>
    </w:p>
    <w:p>
      <w:pPr>
        <w:spacing w:after="0"/>
      </w:pPr>
      <w:r>
        <w:rPr>
          <w:rFonts w:ascii="Arial" w:hAnsi="Arial"/>
          <w:b/>
          <w:sz w:val="22"/>
        </w:rPr>
        <w:t xml:space="preserve">Lucy  </w:t>
      </w:r>
      <w:r>
        <w:rPr>
          <w:rFonts w:ascii="Arial" w:hAnsi="Arial"/>
          <w:color w:val="5D7284"/>
          <w:sz w:val="22"/>
        </w:rPr>
        <w:t>03:23</w:t>
      </w:r>
    </w:p>
    <w:p>
      <w:pPr>
        <w:spacing w:after="0"/>
      </w:pPr>
      <w:r>
        <w:rPr>
          <w:rFonts w:ascii="Arial" w:hAnsi="Arial"/>
          <w:sz w:val="22"/>
        </w:rPr>
        <w:t>(laughing(</w:t>
      </w:r>
    </w:p>
    <w:p>
      <w:pPr>
        <w:spacing w:after="0"/>
      </w:pPr>
    </w:p>
    <w:p>
      <w:pPr>
        <w:spacing w:after="0"/>
      </w:pPr>
      <w:r>
        <w:rPr>
          <w:rFonts w:ascii="Arial" w:hAnsi="Arial"/>
          <w:b/>
          <w:sz w:val="22"/>
        </w:rPr>
        <w:t xml:space="preserve">Georgia  </w:t>
      </w:r>
      <w:r>
        <w:rPr>
          <w:rFonts w:ascii="Arial" w:hAnsi="Arial"/>
          <w:color w:val="5D7284"/>
          <w:sz w:val="22"/>
        </w:rPr>
        <w:t>03:23</w:t>
      </w:r>
    </w:p>
    <w:p>
      <w:pPr>
        <w:spacing w:after="0"/>
      </w:pPr>
      <w:r>
        <w:rPr>
          <w:rFonts w:ascii="Arial" w:hAnsi="Arial"/>
          <w:sz w:val="22"/>
        </w:rPr>
        <w:t>Yes possibly to too much on sometimes.</w:t>
      </w:r>
    </w:p>
    <w:p>
      <w:pPr>
        <w:spacing w:after="0"/>
      </w:pPr>
    </w:p>
    <w:p>
      <w:pPr>
        <w:spacing w:after="0"/>
      </w:pPr>
      <w:r>
        <w:rPr>
          <w:rFonts w:ascii="Arial" w:hAnsi="Arial"/>
          <w:b/>
          <w:sz w:val="22"/>
        </w:rPr>
        <w:t xml:space="preserve">Lucy  </w:t>
      </w:r>
      <w:r>
        <w:rPr>
          <w:rFonts w:ascii="Arial" w:hAnsi="Arial"/>
          <w:color w:val="5D7284"/>
          <w:sz w:val="22"/>
        </w:rPr>
        <w:t>03:25</w:t>
      </w:r>
    </w:p>
    <w:p>
      <w:pPr>
        <w:spacing w:after="0"/>
      </w:pPr>
      <w:r>
        <w:rPr>
          <w:rFonts w:ascii="Arial" w:hAnsi="Arial"/>
          <w:sz w:val="22"/>
        </w:rPr>
        <w:t>Yes. We know that feeling</w:t>
      </w:r>
    </w:p>
    <w:p>
      <w:pPr>
        <w:spacing w:after="0"/>
      </w:pPr>
    </w:p>
    <w:p>
      <w:pPr>
        <w:spacing w:after="0"/>
      </w:pPr>
      <w:r>
        <w:rPr>
          <w:rFonts w:ascii="Arial" w:hAnsi="Arial"/>
          <w:b/>
          <w:sz w:val="22"/>
        </w:rPr>
        <w:t xml:space="preserve">Alice  </w:t>
      </w:r>
      <w:r>
        <w:rPr>
          <w:rFonts w:ascii="Arial" w:hAnsi="Arial"/>
          <w:color w:val="5D7284"/>
          <w:sz w:val="22"/>
        </w:rPr>
        <w:t>03:28</w:t>
      </w:r>
    </w:p>
    <w:p>
      <w:pPr>
        <w:spacing w:after="0"/>
      </w:pPr>
      <w:r>
        <w:rPr>
          <w:rFonts w:ascii="Arial" w:hAnsi="Arial"/>
          <w:sz w:val="22"/>
        </w:rPr>
        <w:t>Yes, definitely. So, Georgia is one of the wonderful people who originally approached us when we were doing our get our call out for guests for our technology episodes err series, which is coming out very soon. But we had been so lucky and oversubscribed for guests that we said, hey, Georgia, why don't you just come on and talk to us because you sound interesting. So do you want to tell us a little bit about your startup, Georgia? because I know you said that that's quite recent.</w:t>
      </w:r>
    </w:p>
    <w:p>
      <w:pPr>
        <w:spacing w:after="0"/>
      </w:pPr>
    </w:p>
    <w:p>
      <w:pPr>
        <w:spacing w:after="0"/>
      </w:pPr>
      <w:r>
        <w:rPr>
          <w:rFonts w:ascii="Arial" w:hAnsi="Arial"/>
          <w:b/>
          <w:sz w:val="22"/>
        </w:rPr>
        <w:t xml:space="preserve">Georgia  </w:t>
      </w:r>
      <w:r>
        <w:rPr>
          <w:rFonts w:ascii="Arial" w:hAnsi="Arial"/>
          <w:color w:val="5D7284"/>
          <w:sz w:val="22"/>
        </w:rPr>
        <w:t>04:01</w:t>
      </w:r>
    </w:p>
    <w:p>
      <w:pPr>
        <w:spacing w:after="0"/>
      </w:pPr>
      <w:r>
        <w:rPr>
          <w:rFonts w:ascii="Arial" w:hAnsi="Arial"/>
          <w:sz w:val="22"/>
        </w:rPr>
        <w:t>Yeah, it is quite recent. it kind of it basically grew from the artsy Instagram, where I kept sort of creating content along the lines of like, this is how I manage this aspect of life with all of my mariad, chronic health conditions. And then I guess the the response told me that there are lots of people who struggle with I guess, the mental health impact of having many, many chronic health conditions and I I wanted to do something and I was I guess, working in education tech at the time and I was like, How can I marry these two things? So essentially, it's we've basically just like a couple of months ago launched our first like little mini course on building emotional resilience against symptoms flare ups, so there'd be that pain or chronic fatigue, just like how do you deal with the emotional impact of having your day turned upside down or, or your week or your month? So yeah, that's what we do. And yeah, so the the first course is out, but it's really teeny tiny. So we're, we're very much just at the beginning, but it's exciting. for the first time in my life, I'm not bored of my job, which is very strange.</w:t>
      </w:r>
    </w:p>
    <w:p>
      <w:pPr>
        <w:spacing w:after="0"/>
      </w:pPr>
    </w:p>
    <w:p>
      <w:pPr>
        <w:spacing w:after="0"/>
      </w:pPr>
      <w:r>
        <w:rPr>
          <w:rFonts w:ascii="Arial" w:hAnsi="Arial"/>
          <w:b/>
          <w:sz w:val="22"/>
        </w:rPr>
        <w:t xml:space="preserve">Lucy  </w:t>
      </w:r>
      <w:r>
        <w:rPr>
          <w:rFonts w:ascii="Arial" w:hAnsi="Arial"/>
          <w:color w:val="5D7284"/>
          <w:sz w:val="22"/>
        </w:rPr>
        <w:t>05:16</w:t>
      </w:r>
    </w:p>
    <w:p>
      <w:pPr>
        <w:spacing w:after="0"/>
      </w:pPr>
      <w:r>
        <w:rPr>
          <w:rFonts w:ascii="Arial" w:hAnsi="Arial"/>
          <w:sz w:val="22"/>
        </w:rPr>
        <w:t>That's great isn't it? It's always a winner when you're not bored in, in, in your work or your job. So that's great stuff. And it sounds, to me. sounds so interesting because I have cerebral palsy, so I use a wheelchair. So I wouldn't necessarily say that the condition I've got is chronic illness, or chronic, you know, symptoms, but I do suffer with a lot of pain flares, sometimes that will come out of nowhere. And I often struggle sometimes to stay positive. when I have been in pain for like, a week, two weeks, you're all, you're like, it's like at the beginning of a pain flare you're like, This is okay, I can kind of cope with this, but like, sort of like as the weeks go on, and you get you know, the longer you're in pain you think is this it now, this is what my life is gonna be. And more often than not, they ease after a while, but that period of time where you think to yourself, This is hurting and I can't remember the last time I woke up and I wasn't in pain can get a bit demoralising, because you're like, I want to try and like be as active and in society as I possibly can be. And I my body is just physically going, No, I'm not doing that today. So yeah, I get you know, when you were saying about how to cope with your emotional resilience, I kind of completely understand that. And I think having that tool, especially if you're like newly diagnosed, you know, with chronic illnesses and disability in general, is something that is really going to help people to understand coping mechanisms of how to sort of deal with it.</w:t>
      </w:r>
    </w:p>
    <w:p>
      <w:pPr>
        <w:spacing w:after="0"/>
      </w:pPr>
    </w:p>
    <w:p>
      <w:pPr>
        <w:spacing w:after="0"/>
      </w:pPr>
      <w:r>
        <w:rPr>
          <w:rFonts w:ascii="Arial" w:hAnsi="Arial"/>
          <w:b/>
          <w:sz w:val="22"/>
        </w:rPr>
        <w:t xml:space="preserve">Georgia  </w:t>
      </w:r>
      <w:r>
        <w:rPr>
          <w:rFonts w:ascii="Arial" w:hAnsi="Arial"/>
          <w:color w:val="5D7284"/>
          <w:sz w:val="22"/>
        </w:rPr>
        <w:t>06:59</w:t>
      </w:r>
    </w:p>
    <w:p>
      <w:pPr>
        <w:spacing w:after="0"/>
      </w:pPr>
      <w:r>
        <w:rPr>
          <w:rFonts w:ascii="Arial" w:hAnsi="Arial"/>
          <w:sz w:val="22"/>
        </w:rPr>
        <w:t>Yeah, and it's, you're right, it's really hard, especially when it's dragging out and it's like, you stop remembering that every other time that's happened, there has been an end because it just doesn't feel like it. it can be it can be really like a minefield. I know some people in particularly like, as soon as they start getting a bit of pain for a flare, they start feeling like really intense dread and even if the pain it's not so bad and it could be managed. It's like the dread and sort of fear of what's going to happen that makes everything 10 times worse.</w:t>
      </w:r>
    </w:p>
    <w:p>
      <w:pPr>
        <w:spacing w:after="0"/>
      </w:pPr>
    </w:p>
    <w:p>
      <w:pPr>
        <w:spacing w:after="0"/>
      </w:pPr>
      <w:r>
        <w:rPr>
          <w:rFonts w:ascii="Arial" w:hAnsi="Arial"/>
          <w:b/>
          <w:sz w:val="22"/>
        </w:rPr>
        <w:t xml:space="preserve">Lucy  </w:t>
      </w:r>
      <w:r>
        <w:rPr>
          <w:rFonts w:ascii="Arial" w:hAnsi="Arial"/>
          <w:color w:val="5D7284"/>
          <w:sz w:val="22"/>
        </w:rPr>
        <w:t>07:32</w:t>
      </w:r>
    </w:p>
    <w:p>
      <w:pPr>
        <w:spacing w:after="0"/>
      </w:pPr>
      <w:r>
        <w:rPr>
          <w:rFonts w:ascii="Arial" w:hAnsi="Arial"/>
          <w:sz w:val="22"/>
        </w:rPr>
        <w:t>Yeah, I often get a feeling of like, oh, is this pain like a pain that's just come from a holiday? Or is it staying permanently? That's the fear I get of or is this you know, is it is this what is now?</w:t>
      </w:r>
    </w:p>
    <w:p>
      <w:pPr>
        <w:spacing w:after="0"/>
      </w:pPr>
    </w:p>
    <w:p>
      <w:pPr>
        <w:spacing w:after="0"/>
      </w:pPr>
      <w:r>
        <w:rPr>
          <w:rFonts w:ascii="Arial" w:hAnsi="Arial"/>
          <w:b/>
          <w:sz w:val="22"/>
        </w:rPr>
        <w:t xml:space="preserve">Alice  </w:t>
      </w:r>
      <w:r>
        <w:rPr>
          <w:rFonts w:ascii="Arial" w:hAnsi="Arial"/>
          <w:color w:val="5D7284"/>
          <w:sz w:val="22"/>
        </w:rPr>
        <w:t>07:45</w:t>
      </w:r>
    </w:p>
    <w:p>
      <w:pPr>
        <w:spacing w:after="0"/>
      </w:pPr>
      <w:r>
        <w:rPr>
          <w:rFonts w:ascii="Arial" w:hAnsi="Arial"/>
          <w:sz w:val="22"/>
        </w:rPr>
        <w:t xml:space="preserve">it reminds me of a conversation. So my my mum's best friend has got ME and has for her whole life had to be very kind of careful and conscious and manage her activity levels and you know to maintain energy and not experience too much pain and fatigue and and I can remember having a conversation with my mum about her not really understanding her her best friend's kind of experiences and and choice to say actually, I'm not going to do certain things and even though she she's enjoyed enjoys them and perhaps, you know choosing perhaps because of the choices she's made over years and years and years has sort of limited her life sort of ellipse not limited to her life but - </w:t>
      </w:r>
    </w:p>
    <w:p>
      <w:pPr>
        <w:spacing w:after="0"/>
      </w:pPr>
    </w:p>
    <w:p>
      <w:pPr>
        <w:spacing w:after="0"/>
      </w:pPr>
      <w:r>
        <w:rPr>
          <w:rFonts w:ascii="Arial" w:hAnsi="Arial"/>
          <w:b/>
          <w:sz w:val="22"/>
        </w:rPr>
        <w:t xml:space="preserve">Lucy  </w:t>
      </w:r>
      <w:r>
        <w:rPr>
          <w:rFonts w:ascii="Arial" w:hAnsi="Arial"/>
          <w:color w:val="5D7284"/>
          <w:sz w:val="22"/>
        </w:rPr>
        <w:t>08:42</w:t>
      </w:r>
    </w:p>
    <w:p>
      <w:pPr>
        <w:spacing w:after="0"/>
      </w:pPr>
      <w:r>
        <w:rPr>
          <w:rFonts w:ascii="Arial" w:hAnsi="Arial"/>
          <w:sz w:val="22"/>
        </w:rPr>
        <w:t>I know what you mean</w:t>
      </w:r>
    </w:p>
    <w:p>
      <w:pPr>
        <w:spacing w:after="0"/>
      </w:pPr>
    </w:p>
    <w:p>
      <w:pPr>
        <w:spacing w:after="0"/>
      </w:pPr>
      <w:r>
        <w:rPr>
          <w:rFonts w:ascii="Arial" w:hAnsi="Arial"/>
          <w:b/>
          <w:sz w:val="22"/>
        </w:rPr>
        <w:t xml:space="preserve">Alice  </w:t>
      </w:r>
      <w:r>
        <w:rPr>
          <w:rFonts w:ascii="Arial" w:hAnsi="Arial"/>
          <w:color w:val="5D7284"/>
          <w:sz w:val="22"/>
        </w:rPr>
        <w:t>08:43</w:t>
      </w:r>
    </w:p>
    <w:p>
      <w:pPr>
        <w:spacing w:after="0"/>
      </w:pPr>
      <w:r>
        <w:rPr>
          <w:rFonts w:ascii="Arial" w:hAnsi="Arial"/>
          <w:sz w:val="22"/>
        </w:rPr>
        <w:t>It's made her now less kind of inclined to go out and do things and try sort of different things</w:t>
      </w:r>
    </w:p>
    <w:p>
      <w:pPr>
        <w:spacing w:after="0"/>
      </w:pPr>
    </w:p>
    <w:p>
      <w:pPr>
        <w:spacing w:after="0"/>
      </w:pPr>
      <w:r>
        <w:rPr>
          <w:rFonts w:ascii="Arial" w:hAnsi="Arial"/>
          <w:b/>
          <w:sz w:val="22"/>
        </w:rPr>
        <w:t xml:space="preserve">Lucy  </w:t>
      </w:r>
      <w:r>
        <w:rPr>
          <w:rFonts w:ascii="Arial" w:hAnsi="Arial"/>
          <w:color w:val="5D7284"/>
          <w:sz w:val="22"/>
        </w:rPr>
        <w:t>08:50</w:t>
      </w:r>
    </w:p>
    <w:p>
      <w:pPr>
        <w:spacing w:after="0"/>
      </w:pPr>
      <w:r>
        <w:rPr>
          <w:rFonts w:ascii="Arial" w:hAnsi="Arial"/>
          <w:sz w:val="22"/>
        </w:rPr>
        <w:t xml:space="preserve">She can't be spontaneous, she feels like she can't be spontaneous because </w:t>
      </w:r>
    </w:p>
    <w:p>
      <w:pPr>
        <w:spacing w:after="0"/>
      </w:pPr>
    </w:p>
    <w:p>
      <w:pPr>
        <w:spacing w:after="0"/>
      </w:pPr>
      <w:r>
        <w:rPr>
          <w:rFonts w:ascii="Arial" w:hAnsi="Arial"/>
          <w:b/>
          <w:sz w:val="22"/>
        </w:rPr>
        <w:t xml:space="preserve">Alice  </w:t>
      </w:r>
      <w:r>
        <w:rPr>
          <w:rFonts w:ascii="Arial" w:hAnsi="Arial"/>
          <w:color w:val="5D7284"/>
          <w:sz w:val="22"/>
        </w:rPr>
        <w:t>08:54</w:t>
      </w:r>
    </w:p>
    <w:p>
      <w:pPr>
        <w:spacing w:after="0"/>
      </w:pPr>
      <w:r>
        <w:rPr>
          <w:rFonts w:ascii="Arial" w:hAnsi="Arial"/>
          <w:sz w:val="22"/>
        </w:rPr>
        <w:t xml:space="preserve">Well and I think she you know, she's lived with this condition for 40 something years and so I think she's also sort of decided it's not that's not worth the risk, </w:t>
      </w:r>
    </w:p>
    <w:p>
      <w:pPr>
        <w:spacing w:after="0"/>
      </w:pPr>
    </w:p>
    <w:p>
      <w:pPr>
        <w:spacing w:after="0"/>
      </w:pPr>
      <w:r>
        <w:rPr>
          <w:rFonts w:ascii="Arial" w:hAnsi="Arial"/>
          <w:b/>
          <w:sz w:val="22"/>
        </w:rPr>
        <w:t xml:space="preserve">Lucy  </w:t>
      </w:r>
      <w:r>
        <w:rPr>
          <w:rFonts w:ascii="Arial" w:hAnsi="Arial"/>
          <w:color w:val="5D7284"/>
          <w:sz w:val="22"/>
        </w:rPr>
        <w:t>09:05</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09:06</w:t>
      </w:r>
    </w:p>
    <w:p>
      <w:pPr>
        <w:spacing w:after="0"/>
      </w:pPr>
      <w:r>
        <w:rPr>
          <w:rFonts w:ascii="Arial" w:hAnsi="Arial"/>
          <w:sz w:val="22"/>
        </w:rPr>
        <w:t xml:space="preserve">I could go go out to a you know, to the My mum and her always big into gardens and gardening so like you know, I could go out to Kew Gardens but just getting there would be like, I'd be so anxious and worrying about how tired I'd be and stuff.  I can remember saying to my mom at the time because I get migraines if I overwork my eyes and I'm you know, working too hard and and awake for too long and things like that. And I can remember saying to her that you know you when you have things in your life like that that mean that you do get just exhausted or you know that you you're not going to be able to do something tomorrow and I think we've talked about this Lucy, it's the kind of is it worth it of it and you become okay with going actually I don't care If you think I'm boring, or I don't care if you think I'm lazy, I'm not. I'm not doing it, </w:t>
      </w:r>
    </w:p>
    <w:p>
      <w:pPr>
        <w:spacing w:after="0"/>
      </w:pPr>
    </w:p>
    <w:p>
      <w:pPr>
        <w:spacing w:after="0"/>
      </w:pPr>
      <w:r>
        <w:rPr>
          <w:rFonts w:ascii="Arial" w:hAnsi="Arial"/>
          <w:b/>
          <w:sz w:val="22"/>
        </w:rPr>
        <w:t xml:space="preserve">Georgia  </w:t>
      </w:r>
      <w:r>
        <w:rPr>
          <w:rFonts w:ascii="Arial" w:hAnsi="Arial"/>
          <w:color w:val="5D7284"/>
          <w:sz w:val="22"/>
        </w:rPr>
        <w:t>09:23</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10:05</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10:05</w:t>
      </w:r>
    </w:p>
    <w:p>
      <w:pPr>
        <w:spacing w:after="0"/>
      </w:pPr>
      <w:r>
        <w:rPr>
          <w:rFonts w:ascii="Arial" w:hAnsi="Arial"/>
          <w:sz w:val="22"/>
        </w:rPr>
        <w:t xml:space="preserve">Because it's better for me in the long run. But I know it certainly took me a long time to get to that point, because I was always like, but everybody else is doing it, you know, I should be able to do it. </w:t>
      </w:r>
    </w:p>
    <w:p>
      <w:pPr>
        <w:spacing w:after="0"/>
      </w:pPr>
    </w:p>
    <w:p>
      <w:pPr>
        <w:spacing w:after="0"/>
      </w:pPr>
      <w:r>
        <w:rPr>
          <w:rFonts w:ascii="Arial" w:hAnsi="Arial"/>
          <w:b/>
          <w:sz w:val="22"/>
        </w:rPr>
        <w:t xml:space="preserve">Lucy  </w:t>
      </w:r>
      <w:r>
        <w:rPr>
          <w:rFonts w:ascii="Arial" w:hAnsi="Arial"/>
          <w:color w:val="5D7284"/>
          <w:sz w:val="22"/>
        </w:rPr>
        <w:t>10:17</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10:17</w:t>
      </w:r>
    </w:p>
    <w:p>
      <w:pPr>
        <w:spacing w:after="0"/>
      </w:pPr>
      <w:r>
        <w:rPr>
          <w:rFonts w:ascii="Arial" w:hAnsi="Arial"/>
          <w:sz w:val="22"/>
        </w:rPr>
        <w:t>And I think that, you know, I mean, I suspect the fact that my mum didn't really understand her friends approach shows, that's why it took me a while to kind of accept that that's, that's how I have to live.</w:t>
      </w:r>
    </w:p>
    <w:p>
      <w:pPr>
        <w:spacing w:after="0"/>
      </w:pPr>
    </w:p>
    <w:p>
      <w:pPr>
        <w:spacing w:after="0"/>
      </w:pPr>
      <w:r>
        <w:rPr>
          <w:rFonts w:ascii="Arial" w:hAnsi="Arial"/>
          <w:b/>
          <w:sz w:val="22"/>
        </w:rPr>
        <w:t xml:space="preserve">Lucy  </w:t>
      </w:r>
      <w:r>
        <w:rPr>
          <w:rFonts w:ascii="Arial" w:hAnsi="Arial"/>
          <w:color w:val="5D7284"/>
          <w:sz w:val="22"/>
        </w:rPr>
        <w:t>10:32</w:t>
      </w:r>
    </w:p>
    <w:p>
      <w:pPr>
        <w:spacing w:after="0"/>
      </w:pPr>
      <w:r>
        <w:rPr>
          <w:rFonts w:ascii="Arial" w:hAnsi="Arial"/>
          <w:sz w:val="22"/>
        </w:rPr>
        <w:t xml:space="preserve">I think as well, like, I dealt with those feelings of oh everybody thinks I'm boring. Everybody thinks when I was a teenager. So like people would, I mean, people would say, Oh, we're gonna go and do this, that and the other. And I'd be like, I want to, I just need to lie down. And that even now there are still I've still got friends who, I go to bed quite early, ridiculously early. But I'm not asleep. I'm watching telly, I'm doing things. I'm sorting stuff out for this podcast on my phone, and we have a chat and stuff, don't we Alice? </w:t>
      </w:r>
    </w:p>
    <w:p>
      <w:pPr>
        <w:spacing w:after="0"/>
      </w:pPr>
    </w:p>
    <w:p>
      <w:pPr>
        <w:spacing w:after="0"/>
      </w:pPr>
      <w:r>
        <w:rPr>
          <w:rFonts w:ascii="Arial" w:hAnsi="Arial"/>
          <w:b/>
          <w:sz w:val="22"/>
        </w:rPr>
        <w:t xml:space="preserve">Alice  </w:t>
      </w:r>
      <w:r>
        <w:rPr>
          <w:rFonts w:ascii="Arial" w:hAnsi="Arial"/>
          <w:color w:val="5D7284"/>
          <w:sz w:val="22"/>
        </w:rPr>
        <w:t>11:03</w:t>
      </w:r>
    </w:p>
    <w:p>
      <w:pPr>
        <w:spacing w:after="0"/>
      </w:pPr>
      <w:r>
        <w:rPr>
          <w:rFonts w:ascii="Arial" w:hAnsi="Arial"/>
          <w:sz w:val="22"/>
        </w:rPr>
        <w:t>Mmhmm</w:t>
      </w:r>
    </w:p>
    <w:p>
      <w:pPr>
        <w:spacing w:after="0"/>
      </w:pPr>
    </w:p>
    <w:p>
      <w:pPr>
        <w:spacing w:after="0"/>
      </w:pPr>
      <w:r>
        <w:rPr>
          <w:rFonts w:ascii="Arial" w:hAnsi="Arial"/>
          <w:b/>
          <w:sz w:val="22"/>
        </w:rPr>
        <w:t xml:space="preserve">Lucy  </w:t>
      </w:r>
      <w:r>
        <w:rPr>
          <w:rFonts w:ascii="Arial" w:hAnsi="Arial"/>
          <w:color w:val="5D7284"/>
          <w:sz w:val="22"/>
        </w:rPr>
        <w:t>11:03</w:t>
      </w:r>
    </w:p>
    <w:p>
      <w:pPr>
        <w:spacing w:after="0"/>
      </w:pPr>
      <w:r>
        <w:rPr>
          <w:rFonts w:ascii="Arial" w:hAnsi="Arial"/>
          <w:sz w:val="22"/>
        </w:rPr>
        <w:t>And it's people think that I go to bed to sleep. And I'm like, No, I go to bed because my body needs to go. That's better. This is how we're supposed to have been all day, you know, just to relieve pain and tension. And I think a lot of people don't understand that. you know, they then they just don't understand how you cope in a body that doesn't work very well. And why would they you know that. I completely understand it. From that point of view.</w:t>
      </w:r>
    </w:p>
    <w:p>
      <w:pPr>
        <w:spacing w:after="0"/>
      </w:pPr>
    </w:p>
    <w:p>
      <w:pPr>
        <w:spacing w:after="0"/>
      </w:pPr>
      <w:r>
        <w:rPr>
          <w:rFonts w:ascii="Arial" w:hAnsi="Arial"/>
          <w:b/>
          <w:sz w:val="22"/>
        </w:rPr>
        <w:t xml:space="preserve">Georgia  </w:t>
      </w:r>
      <w:r>
        <w:rPr>
          <w:rFonts w:ascii="Arial" w:hAnsi="Arial"/>
          <w:color w:val="5D7284"/>
          <w:sz w:val="22"/>
        </w:rPr>
        <w:t>11:31</w:t>
      </w:r>
    </w:p>
    <w:p>
      <w:pPr>
        <w:spacing w:after="0"/>
      </w:pPr>
      <w:r>
        <w:rPr>
          <w:rFonts w:ascii="Arial" w:hAnsi="Arial"/>
          <w:sz w:val="22"/>
        </w:rPr>
        <w:t xml:space="preserve">I used to have a lot of friends like that. Like I because I one of my conditions is genetic. It's Ehlers Danlos Syndrome. But it didn't really stop being a particular big problem until I kind of hit my uni days. So the friends I had then just were not used to me having to tap out or stay home. So it was really tricky. They just they would do things like organise birthday things for me that I just I couldn't attend. because they didn't. They hadn't, I guess caught up yet to my new limitations. </w:t>
      </w:r>
    </w:p>
    <w:p>
      <w:pPr>
        <w:spacing w:after="0"/>
      </w:pPr>
    </w:p>
    <w:p>
      <w:pPr>
        <w:spacing w:after="0"/>
      </w:pPr>
      <w:r>
        <w:rPr>
          <w:rFonts w:ascii="Arial" w:hAnsi="Arial"/>
          <w:b/>
          <w:sz w:val="22"/>
        </w:rPr>
        <w:t xml:space="preserve">Alice Evans &amp; Lucy Wood  </w:t>
      </w:r>
      <w:r>
        <w:rPr>
          <w:rFonts w:ascii="Arial" w:hAnsi="Arial"/>
          <w:color w:val="5D7284"/>
          <w:sz w:val="22"/>
        </w:rPr>
        <w:t>12:03</w:t>
      </w:r>
    </w:p>
    <w:p>
      <w:pPr>
        <w:spacing w:after="0"/>
      </w:pPr>
      <w:r>
        <w:rPr>
          <w:rFonts w:ascii="Arial" w:hAnsi="Arial"/>
          <w:sz w:val="22"/>
        </w:rPr>
        <w:t>Yeah</w:t>
      </w:r>
    </w:p>
    <w:p>
      <w:pPr>
        <w:spacing w:after="0"/>
      </w:pPr>
    </w:p>
    <w:p>
      <w:pPr>
        <w:spacing w:after="0"/>
      </w:pPr>
      <w:r>
        <w:rPr>
          <w:rFonts w:ascii="Arial" w:hAnsi="Arial"/>
          <w:b/>
          <w:sz w:val="22"/>
        </w:rPr>
        <w:t xml:space="preserve">Georgia  </w:t>
      </w:r>
      <w:r>
        <w:rPr>
          <w:rFonts w:ascii="Arial" w:hAnsi="Arial"/>
          <w:color w:val="5D7284"/>
          <w:sz w:val="22"/>
        </w:rPr>
        <w:t>12:03</w:t>
      </w:r>
    </w:p>
    <w:p>
      <w:pPr>
        <w:spacing w:after="0"/>
      </w:pPr>
      <w:r>
        <w:rPr>
          <w:rFonts w:ascii="Arial" w:hAnsi="Arial"/>
          <w:sz w:val="22"/>
        </w:rPr>
        <w:t>But now I have I sort of have curated friends that now are a little bit less likely to be confused. when I'm like, I, I cannot do this thing today.</w:t>
      </w:r>
    </w:p>
    <w:p>
      <w:pPr>
        <w:spacing w:after="0"/>
      </w:pPr>
    </w:p>
    <w:p>
      <w:pPr>
        <w:spacing w:after="0"/>
      </w:pPr>
      <w:r>
        <w:rPr>
          <w:rFonts w:ascii="Arial" w:hAnsi="Arial"/>
          <w:b/>
          <w:sz w:val="22"/>
        </w:rPr>
        <w:t xml:space="preserve">Lucy  </w:t>
      </w:r>
      <w:r>
        <w:rPr>
          <w:rFonts w:ascii="Arial" w:hAnsi="Arial"/>
          <w:color w:val="5D7284"/>
          <w:sz w:val="22"/>
        </w:rPr>
        <w:t>12:16</w:t>
      </w:r>
    </w:p>
    <w:p>
      <w:pPr>
        <w:spacing w:after="0"/>
      </w:pPr>
      <w:r>
        <w:rPr>
          <w:rFonts w:ascii="Arial" w:hAnsi="Arial"/>
          <w:sz w:val="22"/>
        </w:rPr>
        <w:t>Yeah, no. My, my circle of friends have definitely got smaller and smaller over the years, I can count on one hand how many friends I got. And I'm absolutely fine with that. because every one of those friends understands that, you know, my body is a bit wonky. And occasionally, things are going to have to be cut short, or I'm gonna have to cancel. And it's kind of freeing. Once you get to that stage in life, you go, Okay, I don't have to worry about what other people think because these people understand me. And it's that's kind of makes you relax a little bit.</w:t>
      </w:r>
    </w:p>
    <w:p>
      <w:pPr>
        <w:spacing w:after="0"/>
      </w:pPr>
    </w:p>
    <w:p>
      <w:pPr>
        <w:spacing w:after="0"/>
      </w:pPr>
      <w:r>
        <w:rPr>
          <w:rFonts w:ascii="Arial" w:hAnsi="Arial"/>
          <w:b/>
          <w:sz w:val="22"/>
        </w:rPr>
        <w:t xml:space="preserve">Alice  </w:t>
      </w:r>
      <w:r>
        <w:rPr>
          <w:rFonts w:ascii="Arial" w:hAnsi="Arial"/>
          <w:color w:val="5D7284"/>
          <w:sz w:val="22"/>
        </w:rPr>
        <w:t>12:51</w:t>
      </w:r>
    </w:p>
    <w:p>
      <w:pPr>
        <w:spacing w:after="0"/>
      </w:pPr>
      <w:r>
        <w:rPr>
          <w:rFonts w:ascii="Arial" w:hAnsi="Arial"/>
          <w:sz w:val="22"/>
        </w:rPr>
        <w:t xml:space="preserve">And I do think that is a little bit just kind of a growing up thing </w:t>
      </w:r>
    </w:p>
    <w:p>
      <w:pPr>
        <w:spacing w:after="0"/>
      </w:pPr>
    </w:p>
    <w:p>
      <w:pPr>
        <w:spacing w:after="0"/>
      </w:pPr>
      <w:r>
        <w:rPr>
          <w:rFonts w:ascii="Arial" w:hAnsi="Arial"/>
          <w:b/>
          <w:sz w:val="22"/>
        </w:rPr>
        <w:t xml:space="preserve">Lucy  </w:t>
      </w:r>
      <w:r>
        <w:rPr>
          <w:rFonts w:ascii="Arial" w:hAnsi="Arial"/>
          <w:color w:val="5D7284"/>
          <w:sz w:val="22"/>
        </w:rPr>
        <w:t>12:54</w:t>
      </w:r>
    </w:p>
    <w:p>
      <w:pPr>
        <w:spacing w:after="0"/>
      </w:pPr>
      <w:r>
        <w:rPr>
          <w:rFonts w:ascii="Arial" w:hAnsi="Arial"/>
          <w:sz w:val="22"/>
        </w:rPr>
        <w:t>Absolutely</w:t>
      </w:r>
    </w:p>
    <w:p>
      <w:pPr>
        <w:spacing w:after="0"/>
      </w:pPr>
    </w:p>
    <w:p>
      <w:pPr>
        <w:spacing w:after="0"/>
      </w:pPr>
      <w:r>
        <w:rPr>
          <w:rFonts w:ascii="Arial" w:hAnsi="Arial"/>
          <w:b/>
          <w:sz w:val="22"/>
        </w:rPr>
        <w:t xml:space="preserve">Alice  </w:t>
      </w:r>
      <w:r>
        <w:rPr>
          <w:rFonts w:ascii="Arial" w:hAnsi="Arial"/>
          <w:color w:val="5D7284"/>
          <w:sz w:val="22"/>
        </w:rPr>
        <w:t>12:54</w:t>
      </w:r>
    </w:p>
    <w:p>
      <w:pPr>
        <w:spacing w:after="0"/>
      </w:pPr>
      <w:r>
        <w:rPr>
          <w:rFonts w:ascii="Arial" w:hAnsi="Arial"/>
          <w:sz w:val="22"/>
        </w:rPr>
        <w:t>Where you stop being like, I need to be popular, I need to have loads of friends I need to have like everybody like me and start to go. Actually, these are the people that I don't have to try with. Yeah, and you know that when the other people kind of drop off?</w:t>
      </w:r>
    </w:p>
    <w:p>
      <w:pPr>
        <w:spacing w:after="0"/>
      </w:pPr>
    </w:p>
    <w:p>
      <w:pPr>
        <w:spacing w:after="0"/>
      </w:pPr>
      <w:r>
        <w:rPr>
          <w:rFonts w:ascii="Arial" w:hAnsi="Arial"/>
          <w:b/>
          <w:sz w:val="22"/>
        </w:rPr>
        <w:t xml:space="preserve">Georgia  </w:t>
      </w:r>
      <w:r>
        <w:rPr>
          <w:rFonts w:ascii="Arial" w:hAnsi="Arial"/>
          <w:color w:val="5D7284"/>
          <w:sz w:val="22"/>
        </w:rPr>
        <w:t>13:09</w:t>
      </w:r>
    </w:p>
    <w:p>
      <w:pPr>
        <w:spacing w:after="0"/>
      </w:pPr>
      <w:r>
        <w:rPr>
          <w:rFonts w:ascii="Arial" w:hAnsi="Arial"/>
          <w:sz w:val="22"/>
        </w:rPr>
        <w:t xml:space="preserve">Yes,It's  freeing. </w:t>
      </w:r>
    </w:p>
    <w:p>
      <w:pPr>
        <w:spacing w:after="0"/>
      </w:pPr>
    </w:p>
    <w:p>
      <w:pPr>
        <w:spacing w:after="0"/>
      </w:pPr>
      <w:r>
        <w:rPr>
          <w:rFonts w:ascii="Arial" w:hAnsi="Arial"/>
          <w:b/>
          <w:sz w:val="22"/>
        </w:rPr>
        <w:t xml:space="preserve">Lucy  </w:t>
      </w:r>
      <w:r>
        <w:rPr>
          <w:rFonts w:ascii="Arial" w:hAnsi="Arial"/>
          <w:color w:val="5D7284"/>
          <w:sz w:val="22"/>
        </w:rPr>
        <w:t>13:10</w:t>
      </w:r>
    </w:p>
    <w:p>
      <w:pPr>
        <w:spacing w:after="0"/>
      </w:pPr>
      <w:r>
        <w:rPr>
          <w:rFonts w:ascii="Arial" w:hAnsi="Arial"/>
          <w:sz w:val="22"/>
        </w:rPr>
        <w:t>Yeah</w:t>
      </w:r>
    </w:p>
    <w:p>
      <w:pPr>
        <w:spacing w:after="0"/>
      </w:pPr>
    </w:p>
    <w:p>
      <w:pPr>
        <w:spacing w:after="0"/>
      </w:pPr>
      <w:r>
        <w:rPr>
          <w:rFonts w:ascii="Arial" w:hAnsi="Arial"/>
          <w:b/>
          <w:sz w:val="22"/>
        </w:rPr>
        <w:t xml:space="preserve">Georgia  </w:t>
      </w:r>
      <w:r>
        <w:rPr>
          <w:rFonts w:ascii="Arial" w:hAnsi="Arial"/>
          <w:color w:val="5D7284"/>
          <w:sz w:val="22"/>
        </w:rPr>
        <w:t>13:10</w:t>
      </w:r>
    </w:p>
    <w:p>
      <w:pPr>
        <w:spacing w:after="0"/>
      </w:pPr>
      <w:r>
        <w:rPr>
          <w:rFonts w:ascii="Arial" w:hAnsi="Arial"/>
          <w:sz w:val="22"/>
        </w:rPr>
        <w:t>It's really freeing to have people like I think the other day, I was supposed to go we were wanted to do some kind of crafty evening. And I got to the day and I message my friend in the morning like there's like a 90% chance that if we continue with that plan, I will cancel. And I was just so pleasantly surprised. She was like okay, well why don't we just like do something smaller and just go and sit in a pub somewhere and chat and she was one of my older friends. So I guess I hadn't quite realised that she could. She'd caught up to that but it was so freeing because I actually got to socialise instead of having to just sort of cancel.</w:t>
      </w:r>
    </w:p>
    <w:p>
      <w:pPr>
        <w:spacing w:after="0"/>
      </w:pPr>
    </w:p>
    <w:p>
      <w:pPr>
        <w:spacing w:after="0"/>
      </w:pPr>
      <w:r>
        <w:rPr>
          <w:rFonts w:ascii="Arial" w:hAnsi="Arial"/>
          <w:b/>
          <w:sz w:val="22"/>
        </w:rPr>
        <w:t xml:space="preserve">Lucy  </w:t>
      </w:r>
      <w:r>
        <w:rPr>
          <w:rFonts w:ascii="Arial" w:hAnsi="Arial"/>
          <w:color w:val="5D7284"/>
          <w:sz w:val="22"/>
        </w:rPr>
        <w:t>13:48</w:t>
      </w:r>
    </w:p>
    <w:p>
      <w:pPr>
        <w:spacing w:after="0"/>
      </w:pPr>
      <w:r>
        <w:rPr>
          <w:rFonts w:ascii="Arial" w:hAnsi="Arial"/>
          <w:sz w:val="22"/>
        </w:rPr>
        <w:t>Yeah because I think as well a lot of people's they suffer with this kind of cancellation guilt. Like if I cancel, they're gonna think I'm miserable. Or if I cancel they're just gonna think I'm really boring. And I think when, when so even when somebody says to me I want to do this with you, like on such and such an evening. are, it's this time, are you going to be alright with that? I find that so comforting because it gives me it gives me an opportunity to say actually, maybe not without me feeling guilty about saying no, I can't do that. I'm sorry. I'm really sorry. It's really nice for people to go. are you going to be alright with that? because it makes me feel like they're aware of it. you know what I mean? And then they're not making a big deal out of it. They're just asking me in the course of setting something or are you going to be alright? Which, you know, it's nice to feel cared about, isn't it? Really,</w:t>
      </w:r>
    </w:p>
    <w:p>
      <w:pPr>
        <w:spacing w:after="0"/>
      </w:pPr>
    </w:p>
    <w:p>
      <w:pPr>
        <w:spacing w:after="0"/>
      </w:pPr>
      <w:r>
        <w:rPr>
          <w:rFonts w:ascii="Arial" w:hAnsi="Arial"/>
          <w:b/>
          <w:sz w:val="22"/>
        </w:rPr>
        <w:t xml:space="preserve">Alice  </w:t>
      </w:r>
      <w:r>
        <w:rPr>
          <w:rFonts w:ascii="Arial" w:hAnsi="Arial"/>
          <w:color w:val="5D7284"/>
          <w:sz w:val="22"/>
        </w:rPr>
        <w:t>14:43</w:t>
      </w:r>
    </w:p>
    <w:p>
      <w:pPr>
        <w:spacing w:after="0"/>
      </w:pPr>
      <w:r>
        <w:rPr>
          <w:rFonts w:ascii="Arial" w:hAnsi="Arial"/>
          <w:sz w:val="22"/>
        </w:rPr>
        <w:t>I was thinking that I was just thinking that I suppose that's the thing that you know, courses and sorts of approaches like yours, Giorgio can't. you can't teach is you can't make people have understanding friends and family and that is something that Does I think make a huge difference to how we deal with our, you know, our pains and our sort of access needs and things like that?</w:t>
      </w:r>
    </w:p>
    <w:p>
      <w:pPr>
        <w:spacing w:after="0"/>
      </w:pPr>
    </w:p>
    <w:p>
      <w:pPr>
        <w:spacing w:after="0"/>
      </w:pPr>
      <w:r>
        <w:rPr>
          <w:rFonts w:ascii="Arial" w:hAnsi="Arial"/>
          <w:b/>
          <w:sz w:val="22"/>
        </w:rPr>
        <w:t xml:space="preserve">Georgia  </w:t>
      </w:r>
      <w:r>
        <w:rPr>
          <w:rFonts w:ascii="Arial" w:hAnsi="Arial"/>
          <w:color w:val="5D7284"/>
          <w:sz w:val="22"/>
        </w:rPr>
        <w:t>15:11</w:t>
      </w:r>
    </w:p>
    <w:p>
      <w:pPr>
        <w:spacing w:after="0"/>
      </w:pPr>
      <w:r>
        <w:rPr>
          <w:rFonts w:ascii="Arial" w:hAnsi="Arial"/>
          <w:sz w:val="22"/>
        </w:rPr>
        <w:t>Yeah, for sure. And I think there's sort of a lot of internalised ableism that goes on. In terms do I need to explain that term or</w:t>
      </w:r>
    </w:p>
    <w:p>
      <w:pPr>
        <w:spacing w:after="0"/>
      </w:pPr>
    </w:p>
    <w:p>
      <w:pPr>
        <w:spacing w:after="0"/>
      </w:pPr>
      <w:r>
        <w:rPr>
          <w:rFonts w:ascii="Arial" w:hAnsi="Arial"/>
          <w:b/>
          <w:sz w:val="22"/>
        </w:rPr>
        <w:t xml:space="preserve">Alice  </w:t>
      </w:r>
      <w:r>
        <w:rPr>
          <w:rFonts w:ascii="Arial" w:hAnsi="Arial"/>
          <w:color w:val="5D7284"/>
          <w:sz w:val="22"/>
        </w:rPr>
        <w:t>15:20</w:t>
      </w:r>
    </w:p>
    <w:p>
      <w:pPr>
        <w:spacing w:after="0"/>
      </w:pPr>
      <w:r>
        <w:rPr>
          <w:rFonts w:ascii="Arial" w:hAnsi="Arial"/>
          <w:sz w:val="22"/>
        </w:rPr>
        <w:t>No. I think our listeners...</w:t>
      </w:r>
    </w:p>
    <w:p>
      <w:pPr>
        <w:spacing w:after="0"/>
      </w:pPr>
    </w:p>
    <w:p>
      <w:pPr>
        <w:spacing w:after="0"/>
      </w:pPr>
      <w:r>
        <w:rPr>
          <w:rFonts w:ascii="Arial" w:hAnsi="Arial"/>
          <w:b/>
          <w:sz w:val="22"/>
        </w:rPr>
        <w:t xml:space="preserve">Lucy  </w:t>
      </w:r>
      <w:r>
        <w:rPr>
          <w:rFonts w:ascii="Arial" w:hAnsi="Arial"/>
          <w:color w:val="5D7284"/>
          <w:sz w:val="22"/>
        </w:rPr>
        <w:t>15:21</w:t>
      </w:r>
    </w:p>
    <w:p>
      <w:pPr>
        <w:spacing w:after="0"/>
      </w:pPr>
      <w:r>
        <w:rPr>
          <w:rFonts w:ascii="Arial" w:hAnsi="Arial"/>
          <w:sz w:val="22"/>
        </w:rPr>
        <w:t>I tink our listeners are fully up to speed with the term internalised ableism. We talk about an awful lot.</w:t>
      </w:r>
    </w:p>
    <w:p>
      <w:pPr>
        <w:spacing w:after="0"/>
      </w:pPr>
    </w:p>
    <w:p>
      <w:pPr>
        <w:spacing w:after="0"/>
      </w:pPr>
      <w:r>
        <w:rPr>
          <w:rFonts w:ascii="Arial" w:hAnsi="Arial"/>
          <w:b/>
          <w:sz w:val="22"/>
        </w:rPr>
        <w:t xml:space="preserve">Georgia  </w:t>
      </w:r>
      <w:r>
        <w:rPr>
          <w:rFonts w:ascii="Arial" w:hAnsi="Arial"/>
          <w:color w:val="5D7284"/>
          <w:sz w:val="22"/>
        </w:rPr>
        <w:t>15:27</w:t>
      </w:r>
    </w:p>
    <w:p>
      <w:pPr>
        <w:spacing w:after="0"/>
      </w:pPr>
      <w:r>
        <w:rPr>
          <w:rFonts w:ascii="Arial" w:hAnsi="Arial"/>
          <w:sz w:val="22"/>
        </w:rPr>
        <w:t xml:space="preserve">Good good. I think that comes into play a lot when you're sort of, I guess, interacting with people about needing to cancel or having friends that understand because you, I think, if you haven't processed, a lot of your internalised ableism you're telling yourself that you're the problem. It's not just like, hey, this is a circumstance and you know, everybody has them, chronically ill disabled or not, they have things that means that sometimes they can't do things, but I guess internalised ableism tells you, hey, it's my fault. It's my body's fault. I'm not doing enough or </w:t>
      </w:r>
    </w:p>
    <w:p>
      <w:pPr>
        <w:spacing w:after="0"/>
      </w:pPr>
    </w:p>
    <w:p>
      <w:pPr>
        <w:spacing w:after="0"/>
      </w:pPr>
      <w:r>
        <w:rPr>
          <w:rFonts w:ascii="Arial" w:hAnsi="Arial"/>
          <w:b/>
          <w:sz w:val="22"/>
        </w:rPr>
        <w:t xml:space="preserve">Alice  </w:t>
      </w:r>
      <w:r>
        <w:rPr>
          <w:rFonts w:ascii="Arial" w:hAnsi="Arial"/>
          <w:color w:val="5D7284"/>
          <w:sz w:val="22"/>
        </w:rPr>
        <w:t>16:03</w:t>
      </w:r>
    </w:p>
    <w:p>
      <w:pPr>
        <w:spacing w:after="0"/>
      </w:pPr>
      <w:r>
        <w:rPr>
          <w:rFonts w:ascii="Arial" w:hAnsi="Arial"/>
          <w:sz w:val="22"/>
        </w:rPr>
        <w:t xml:space="preserve">yeah </w:t>
      </w:r>
    </w:p>
    <w:p>
      <w:pPr>
        <w:spacing w:after="0"/>
      </w:pPr>
    </w:p>
    <w:p>
      <w:pPr>
        <w:spacing w:after="0"/>
      </w:pPr>
      <w:r>
        <w:rPr>
          <w:rFonts w:ascii="Arial" w:hAnsi="Arial"/>
          <w:b/>
          <w:sz w:val="22"/>
        </w:rPr>
        <w:t xml:space="preserve">Georgia  </w:t>
      </w:r>
      <w:r>
        <w:rPr>
          <w:rFonts w:ascii="Arial" w:hAnsi="Arial"/>
          <w:color w:val="5D7284"/>
          <w:sz w:val="22"/>
        </w:rPr>
        <w:t>16:03</w:t>
      </w:r>
    </w:p>
    <w:p>
      <w:pPr>
        <w:spacing w:after="0"/>
      </w:pPr>
      <w:r>
        <w:rPr>
          <w:rFonts w:ascii="Arial" w:hAnsi="Arial"/>
          <w:sz w:val="22"/>
        </w:rPr>
        <w:t>that kind of narrative that goes on. I would really love to create a course around internalised ableism. I feel like it would be so valuable.</w:t>
      </w:r>
    </w:p>
    <w:p>
      <w:pPr>
        <w:spacing w:after="0"/>
      </w:pPr>
    </w:p>
    <w:p>
      <w:pPr>
        <w:spacing w:after="0"/>
      </w:pPr>
      <w:r>
        <w:rPr>
          <w:rFonts w:ascii="Arial" w:hAnsi="Arial"/>
          <w:b/>
          <w:sz w:val="22"/>
        </w:rPr>
        <w:t xml:space="preserve">Lucy  </w:t>
      </w:r>
      <w:r>
        <w:rPr>
          <w:rFonts w:ascii="Arial" w:hAnsi="Arial"/>
          <w:color w:val="5D7284"/>
          <w:sz w:val="22"/>
        </w:rPr>
        <w:t>16:13</w:t>
      </w:r>
    </w:p>
    <w:p>
      <w:pPr>
        <w:spacing w:after="0"/>
      </w:pPr>
      <w:r>
        <w:rPr>
          <w:rFonts w:ascii="Arial" w:hAnsi="Arial"/>
          <w:sz w:val="22"/>
        </w:rPr>
        <w:t>Absolutely. I mean, I am still unpicking alternative internalised ableism. Every single day of my life, I'm unicking it. And it was only when we had a guest on to talk about ableism. Specifically, and what it was, Gem. And it was only when she started talking about internalised internalised ableism that I understood what it was, like I had heard the term, but I didn't really understand what it was. And once she sort of explained it to me, I was like, oh, that's what, that's what that nagging voice in my head is every, you know, every time I can'tdo something, and since then it's been a journey of it's not this isn't this isn't you Lucy, This isn't you? This is just, you know, things that your head makes you believe. And it's not it's not easy. So I think I think having a course on internalised ableism is something that people...</w:t>
      </w:r>
    </w:p>
    <w:p>
      <w:pPr>
        <w:spacing w:after="0"/>
      </w:pPr>
    </w:p>
    <w:p>
      <w:pPr>
        <w:spacing w:after="0"/>
      </w:pPr>
      <w:r>
        <w:rPr>
          <w:rFonts w:ascii="Arial" w:hAnsi="Arial"/>
          <w:b/>
          <w:sz w:val="22"/>
        </w:rPr>
        <w:t xml:space="preserve">Alice  </w:t>
      </w:r>
      <w:r>
        <w:rPr>
          <w:rFonts w:ascii="Arial" w:hAnsi="Arial"/>
          <w:color w:val="5D7284"/>
          <w:sz w:val="22"/>
        </w:rPr>
        <w:t>17:08</w:t>
      </w:r>
    </w:p>
    <w:p>
      <w:pPr>
        <w:spacing w:after="0"/>
      </w:pPr>
      <w:r>
        <w:rPr>
          <w:rFonts w:ascii="Arial" w:hAnsi="Arial"/>
          <w:sz w:val="22"/>
        </w:rPr>
        <w:t>Yeah, and I think just the more we can talk about internalised ableism. you know, we do, there's a lot of Twitter stuff out there about horrible ableist experiences, you know, where people were saying this is unacceptable, and things need to change. But I do think that a lot of us, accept poor treatment, and inaccessibility and discrimination, because we have such internalised ableism. And I think the two feed into each other, you know, I think if there are people out there saying, Oh, well, we don't think you can do that. So we're not going to make accommodations. you go Oh, like, I probably can't do that because I'm too disabled. And it just, I mean, if it's anything like my head, you just spiral into, well, then I hate myself when I'm worthless. And what's the point in anything</w:t>
      </w:r>
    </w:p>
    <w:p>
      <w:pPr>
        <w:spacing w:after="0"/>
      </w:pPr>
    </w:p>
    <w:p>
      <w:pPr>
        <w:spacing w:after="0"/>
      </w:pPr>
      <w:r>
        <w:rPr>
          <w:rFonts w:ascii="Arial" w:hAnsi="Arial"/>
          <w:b/>
          <w:sz w:val="22"/>
        </w:rPr>
        <w:t xml:space="preserve">Lucy  </w:t>
      </w:r>
      <w:r>
        <w:rPr>
          <w:rFonts w:ascii="Arial" w:hAnsi="Arial"/>
          <w:color w:val="5D7284"/>
          <w:sz w:val="22"/>
        </w:rPr>
        <w:t>18:03</w:t>
      </w:r>
    </w:p>
    <w:p>
      <w:pPr>
        <w:spacing w:after="0"/>
      </w:pPr>
      <w:r>
        <w:rPr>
          <w:rFonts w:ascii="Arial" w:hAnsi="Arial"/>
          <w:sz w:val="22"/>
        </w:rPr>
        <w:t>Yeah, you have to be I you have to be so careful when talking about ableism and stuff like that, because if you give it an inch, it will take a mile in your head. And then like you say you start spiralling and then like half an hour later, you're like, what is the point in anything? I'm useless. And then you just don't wanna go out the house.</w:t>
      </w:r>
    </w:p>
    <w:p>
      <w:pPr>
        <w:spacing w:after="0"/>
      </w:pPr>
    </w:p>
    <w:p>
      <w:pPr>
        <w:spacing w:after="0"/>
      </w:pPr>
      <w:r>
        <w:rPr>
          <w:rFonts w:ascii="Arial" w:hAnsi="Arial"/>
          <w:b/>
          <w:sz w:val="22"/>
        </w:rPr>
        <w:t xml:space="preserve">Alice  </w:t>
      </w:r>
      <w:r>
        <w:rPr>
          <w:rFonts w:ascii="Arial" w:hAnsi="Arial"/>
          <w:color w:val="5D7284"/>
          <w:sz w:val="22"/>
        </w:rPr>
        <w:t>18:21</w:t>
      </w:r>
    </w:p>
    <w:p>
      <w:pPr>
        <w:spacing w:after="0"/>
      </w:pPr>
      <w:r>
        <w:rPr>
          <w:rFonts w:ascii="Arial" w:hAnsi="Arial"/>
          <w:sz w:val="22"/>
        </w:rPr>
        <w:t>But I do think if we keep, if we keep talking about it, we keep talking about internalised ableism. because I think so many disabled people also experienced mental health problems because of that horrible, spiteful, you know, blood sucking vampire of a voice in your head that comes out of that internalised ableism</w:t>
      </w:r>
    </w:p>
    <w:p>
      <w:pPr>
        <w:spacing w:after="0"/>
      </w:pPr>
    </w:p>
    <w:p>
      <w:pPr>
        <w:spacing w:after="0"/>
      </w:pPr>
      <w:r>
        <w:rPr>
          <w:rFonts w:ascii="Arial" w:hAnsi="Arial"/>
          <w:b/>
          <w:sz w:val="22"/>
        </w:rPr>
        <w:t xml:space="preserve">Georgia  </w:t>
      </w:r>
      <w:r>
        <w:rPr>
          <w:rFonts w:ascii="Arial" w:hAnsi="Arial"/>
          <w:color w:val="5D7284"/>
          <w:sz w:val="22"/>
        </w:rPr>
        <w:t>18:46</w:t>
      </w:r>
    </w:p>
    <w:p>
      <w:pPr>
        <w:spacing w:after="0"/>
      </w:pPr>
      <w:r>
        <w:rPr>
          <w:rFonts w:ascii="Arial" w:hAnsi="Arial"/>
          <w:sz w:val="22"/>
        </w:rPr>
        <w:t xml:space="preserve">Yeah I mean, I think for me internalised ableism was a big, big chunk of why it took me so long to get a diagnosis for my genetic condition, because obviously, it had been my entire life. I just had been doing things like, Oh, I'm in pain, but everyone's in pain. So I'm just lazy. That's why my pain is not, you know, manageable. I'm just too lazy to push through, or I don't have the right motivation. And I think it was only when I like started to really address my mental health, and I didn't realise that what I was doing was addressing internalised ableism. That was actually where I started doing mindfulness and why the first course is a mindfulness based one because I started with mindfulness meditation at like, a really, really dark period. for me in terms of like, thinking I was just shit. because I was really I was like, almost entirely bed bound at the time, but I didn't know why. So I thought it was just depression or just, maybe I just suck. And it was only when I like started to unpick that narrative in my head that I started being like, No, wait, but this isn't right. Like, this isn't I should be able to get up right? Like, it's not just a thought like, I'm, like I physically can't get up. So like why? </w:t>
      </w:r>
    </w:p>
    <w:p>
      <w:pPr>
        <w:spacing w:after="0"/>
      </w:pPr>
    </w:p>
    <w:p>
      <w:pPr>
        <w:spacing w:after="0"/>
      </w:pPr>
      <w:r>
        <w:rPr>
          <w:rFonts w:ascii="Arial" w:hAnsi="Arial"/>
          <w:b/>
          <w:sz w:val="22"/>
        </w:rPr>
        <w:t xml:space="preserve">Lucy  </w:t>
      </w:r>
      <w:r>
        <w:rPr>
          <w:rFonts w:ascii="Arial" w:hAnsi="Arial"/>
          <w:color w:val="5D7284"/>
          <w:sz w:val="22"/>
        </w:rPr>
        <w:t>20:03</w:t>
      </w:r>
    </w:p>
    <w:p>
      <w:pPr>
        <w:spacing w:after="0"/>
      </w:pPr>
      <w:r>
        <w:rPr>
          <w:rFonts w:ascii="Arial" w:hAnsi="Arial"/>
          <w:sz w:val="22"/>
        </w:rPr>
        <w:t>Yeah</w:t>
      </w:r>
    </w:p>
    <w:p>
      <w:pPr>
        <w:spacing w:after="0"/>
      </w:pPr>
    </w:p>
    <w:p>
      <w:pPr>
        <w:spacing w:after="0"/>
      </w:pPr>
      <w:r>
        <w:rPr>
          <w:rFonts w:ascii="Arial" w:hAnsi="Arial"/>
          <w:b/>
          <w:sz w:val="22"/>
        </w:rPr>
        <w:t xml:space="preserve">Georgia  </w:t>
      </w:r>
      <w:r>
        <w:rPr>
          <w:rFonts w:ascii="Arial" w:hAnsi="Arial"/>
          <w:color w:val="5D7284"/>
          <w:sz w:val="22"/>
        </w:rPr>
        <w:t>20:05</w:t>
      </w:r>
    </w:p>
    <w:p>
      <w:pPr>
        <w:spacing w:after="0"/>
      </w:pPr>
      <w:r>
        <w:rPr>
          <w:rFonts w:ascii="Arial" w:hAnsi="Arial"/>
          <w:sz w:val="22"/>
        </w:rPr>
        <w:t>Like, even before you have a diagnosis, I feel like internalised ableism really slaps you in the face, especially when doctors ignore you, because then it just reinforces that it's your fault. And it's 'cause you're useless. And -</w:t>
      </w:r>
    </w:p>
    <w:p>
      <w:pPr>
        <w:spacing w:after="0"/>
      </w:pPr>
    </w:p>
    <w:p>
      <w:pPr>
        <w:spacing w:after="0"/>
      </w:pPr>
      <w:r>
        <w:rPr>
          <w:rFonts w:ascii="Arial" w:hAnsi="Arial"/>
          <w:b/>
          <w:sz w:val="22"/>
        </w:rPr>
        <w:t xml:space="preserve">Lucy  </w:t>
      </w:r>
      <w:r>
        <w:rPr>
          <w:rFonts w:ascii="Arial" w:hAnsi="Arial"/>
          <w:color w:val="5D7284"/>
          <w:sz w:val="22"/>
        </w:rPr>
        <w:t>20:18</w:t>
      </w:r>
    </w:p>
    <w:p>
      <w:pPr>
        <w:spacing w:after="0"/>
      </w:pPr>
      <w:r>
        <w:rPr>
          <w:rFonts w:ascii="Arial" w:hAnsi="Arial"/>
          <w:sz w:val="22"/>
        </w:rPr>
        <w:t>Some of my worst experiences of ableism have been in a healthcare setting where you think actually, this is gonna be fine. Everybody's gonna understand because, you know, it's we're in a hospital, some of the worst cases of where I've come out, and I've felt absolutely awful. And it's only when I've talked to other people about it that I'm like actually, that is pretty. That is pretty awful. What has happened to you? Urm, it is, yeah, it's just shocking. Sometimes. The fact that it's in a healthcare setting, and these people say things and act in a way that you think, what, what is the, what is a problem? Shouldn't you know better? you're an - you know, you're a healthcare professional. But</w:t>
      </w:r>
    </w:p>
    <w:p>
      <w:pPr>
        <w:spacing w:after="0"/>
      </w:pPr>
    </w:p>
    <w:p>
      <w:pPr>
        <w:spacing w:after="0"/>
      </w:pPr>
      <w:r>
        <w:rPr>
          <w:rFonts w:ascii="Arial" w:hAnsi="Arial"/>
          <w:b/>
          <w:sz w:val="22"/>
        </w:rPr>
        <w:t xml:space="preserve">Alice  </w:t>
      </w:r>
      <w:r>
        <w:rPr>
          <w:rFonts w:ascii="Arial" w:hAnsi="Arial"/>
          <w:color w:val="5D7284"/>
          <w:sz w:val="22"/>
        </w:rPr>
        <w:t>21:04</w:t>
      </w:r>
    </w:p>
    <w:p>
      <w:pPr>
        <w:spacing w:after="0"/>
      </w:pPr>
      <w:r>
        <w:rPr>
          <w:rFonts w:ascii="Arial" w:hAnsi="Arial"/>
          <w:sz w:val="22"/>
        </w:rPr>
        <w:t>And I think there's quite a lot of not necessarily even that, that I mean, some of the things you've experienced have been really, really poisonous and really, you know, especially ignorant. But there, you know, what George was saying, just then it made me think about the fact that when I was 17, I went to my GP and I said, I'm not sleeping, and he sort of talked to me about it. And I basically explained to him that ever since I was about 10 years old, I'd had insomnia. And I'd gotten to the point where I'd been from the age of about 14, I've been taking that Nytol stuff. And I'd built up such tolerance to it over the years that I had to take eight or nine at night to fall asleep.</w:t>
      </w:r>
    </w:p>
    <w:p>
      <w:pPr>
        <w:spacing w:after="0"/>
      </w:pPr>
    </w:p>
    <w:p>
      <w:pPr>
        <w:spacing w:after="0"/>
      </w:pPr>
      <w:r>
        <w:rPr>
          <w:rFonts w:ascii="Arial" w:hAnsi="Arial"/>
          <w:b/>
          <w:sz w:val="22"/>
        </w:rPr>
        <w:t xml:space="preserve">Lucy  </w:t>
      </w:r>
      <w:r>
        <w:rPr>
          <w:rFonts w:ascii="Arial" w:hAnsi="Arial"/>
          <w:color w:val="5D7284"/>
          <w:sz w:val="22"/>
        </w:rPr>
        <w:t>21:50</w:t>
      </w:r>
    </w:p>
    <w:p>
      <w:pPr>
        <w:spacing w:after="0"/>
      </w:pPr>
      <w:r>
        <w:rPr>
          <w:rFonts w:ascii="Arial" w:hAnsi="Arial"/>
          <w:sz w:val="22"/>
        </w:rPr>
        <w:t xml:space="preserve">Eight or nine Nytol </w:t>
      </w:r>
    </w:p>
    <w:p>
      <w:pPr>
        <w:spacing w:after="0"/>
      </w:pPr>
    </w:p>
    <w:p>
      <w:pPr>
        <w:spacing w:after="0"/>
      </w:pPr>
      <w:r>
        <w:rPr>
          <w:rFonts w:ascii="Arial" w:hAnsi="Arial"/>
          <w:b/>
          <w:sz w:val="22"/>
        </w:rPr>
        <w:t xml:space="preserve">Alice  </w:t>
      </w:r>
      <w:r>
        <w:rPr>
          <w:rFonts w:ascii="Arial" w:hAnsi="Arial"/>
          <w:color w:val="5D7284"/>
          <w:sz w:val="22"/>
        </w:rPr>
        <w:t>21:52</w:t>
      </w:r>
    </w:p>
    <w:p>
      <w:pPr>
        <w:spacing w:after="0"/>
      </w:pPr>
      <w:r>
        <w:rPr>
          <w:rFonts w:ascii="Arial" w:hAnsi="Arial"/>
          <w:sz w:val="22"/>
        </w:rPr>
        <w:t xml:space="preserve">Yes, </w:t>
      </w:r>
    </w:p>
    <w:p>
      <w:pPr>
        <w:spacing w:after="0"/>
      </w:pPr>
    </w:p>
    <w:p>
      <w:pPr>
        <w:spacing w:after="0"/>
      </w:pPr>
      <w:r>
        <w:rPr>
          <w:rFonts w:ascii="Arial" w:hAnsi="Arial"/>
          <w:b/>
          <w:sz w:val="22"/>
        </w:rPr>
        <w:t xml:space="preserve">Lucy  </w:t>
      </w:r>
      <w:r>
        <w:rPr>
          <w:rFonts w:ascii="Arial" w:hAnsi="Arial"/>
          <w:color w:val="5D7284"/>
          <w:sz w:val="22"/>
        </w:rPr>
        <w:t>21:53</w:t>
      </w:r>
    </w:p>
    <w:p>
      <w:pPr>
        <w:spacing w:after="0"/>
      </w:pPr>
      <w:r>
        <w:rPr>
          <w:rFonts w:ascii="Arial" w:hAnsi="Arial"/>
          <w:sz w:val="22"/>
        </w:rPr>
        <w:t xml:space="preserve">My God. </w:t>
      </w:r>
    </w:p>
    <w:p>
      <w:pPr>
        <w:spacing w:after="0"/>
      </w:pPr>
    </w:p>
    <w:p>
      <w:pPr>
        <w:spacing w:after="0"/>
      </w:pPr>
      <w:r>
        <w:rPr>
          <w:rFonts w:ascii="Arial" w:hAnsi="Arial"/>
          <w:b/>
          <w:sz w:val="22"/>
        </w:rPr>
        <w:t xml:space="preserve">Alice  </w:t>
      </w:r>
      <w:r>
        <w:rPr>
          <w:rFonts w:ascii="Arial" w:hAnsi="Arial"/>
          <w:color w:val="5D7284"/>
          <w:sz w:val="22"/>
        </w:rPr>
        <w:t>21:54</w:t>
      </w:r>
    </w:p>
    <w:p>
      <w:pPr>
        <w:spacing w:after="0"/>
      </w:pPr>
      <w:r>
        <w:rPr>
          <w:rFonts w:ascii="Arial" w:hAnsi="Arial"/>
          <w:sz w:val="22"/>
        </w:rPr>
        <w:t>Yes. And, and the GP, it's sort of immediately assumed it was a mental health issue, and put me on antidepressants with a sedative effect. And they did help for a while. And then of course, I built up a tolerance to them.</w:t>
      </w:r>
    </w:p>
    <w:p>
      <w:pPr>
        <w:spacing w:after="0"/>
      </w:pPr>
    </w:p>
    <w:p>
      <w:pPr>
        <w:spacing w:after="0"/>
      </w:pPr>
      <w:r>
        <w:rPr>
          <w:rFonts w:ascii="Arial" w:hAnsi="Arial"/>
          <w:b/>
          <w:sz w:val="22"/>
        </w:rPr>
        <w:t xml:space="preserve">Lucy  </w:t>
      </w:r>
      <w:r>
        <w:rPr>
          <w:rFonts w:ascii="Arial" w:hAnsi="Arial"/>
          <w:color w:val="5D7284"/>
          <w:sz w:val="22"/>
        </w:rPr>
        <w:t>22:15</w:t>
      </w:r>
    </w:p>
    <w:p>
      <w:pPr>
        <w:spacing w:after="0"/>
      </w:pPr>
      <w:r>
        <w:rPr>
          <w:rFonts w:ascii="Arial" w:hAnsi="Arial"/>
          <w:sz w:val="22"/>
        </w:rPr>
        <w:t>You build up a tolerance. Yeah.</w:t>
      </w:r>
    </w:p>
    <w:p>
      <w:pPr>
        <w:spacing w:after="0"/>
      </w:pPr>
    </w:p>
    <w:p>
      <w:pPr>
        <w:spacing w:after="0"/>
      </w:pPr>
      <w:r>
        <w:rPr>
          <w:rFonts w:ascii="Arial" w:hAnsi="Arial"/>
          <w:b/>
          <w:sz w:val="22"/>
        </w:rPr>
        <w:t xml:space="preserve">Alice  </w:t>
      </w:r>
      <w:r>
        <w:rPr>
          <w:rFonts w:ascii="Arial" w:hAnsi="Arial"/>
          <w:color w:val="5D7284"/>
          <w:sz w:val="22"/>
        </w:rPr>
        <w:t>22:18</w:t>
      </w:r>
    </w:p>
    <w:p>
      <w:pPr>
        <w:spacing w:after="0"/>
      </w:pPr>
      <w:r>
        <w:rPr>
          <w:rFonts w:ascii="Arial" w:hAnsi="Arial"/>
          <w:sz w:val="22"/>
        </w:rPr>
        <w:t xml:space="preserve">And it was only through conversations with other health professionals that I found out that people with my condition, we, I don't take in enough daylight. So my brain does not know </w:t>
      </w:r>
    </w:p>
    <w:p>
      <w:pPr>
        <w:spacing w:after="0"/>
      </w:pPr>
    </w:p>
    <w:p>
      <w:pPr>
        <w:spacing w:after="0"/>
      </w:pPr>
      <w:r>
        <w:rPr>
          <w:rFonts w:ascii="Arial" w:hAnsi="Arial"/>
          <w:b/>
          <w:sz w:val="22"/>
        </w:rPr>
        <w:t xml:space="preserve">Lucy  </w:t>
      </w:r>
      <w:r>
        <w:rPr>
          <w:rFonts w:ascii="Arial" w:hAnsi="Arial"/>
          <w:color w:val="5D7284"/>
          <w:sz w:val="22"/>
        </w:rPr>
        <w:t>22:32</w:t>
      </w:r>
    </w:p>
    <w:p>
      <w:pPr>
        <w:spacing w:after="0"/>
      </w:pPr>
      <w:r>
        <w:rPr>
          <w:rFonts w:ascii="Arial" w:hAnsi="Arial"/>
          <w:sz w:val="22"/>
        </w:rPr>
        <w:t>When it's night time</w:t>
      </w:r>
    </w:p>
    <w:p>
      <w:pPr>
        <w:spacing w:after="0"/>
      </w:pPr>
    </w:p>
    <w:p>
      <w:pPr>
        <w:spacing w:after="0"/>
      </w:pPr>
      <w:r>
        <w:rPr>
          <w:rFonts w:ascii="Arial" w:hAnsi="Arial"/>
          <w:b/>
          <w:sz w:val="22"/>
        </w:rPr>
        <w:t xml:space="preserve">Alice  </w:t>
      </w:r>
      <w:r>
        <w:rPr>
          <w:rFonts w:ascii="Arial" w:hAnsi="Arial"/>
          <w:color w:val="5D7284"/>
          <w:sz w:val="22"/>
        </w:rPr>
        <w:t>22:32</w:t>
      </w:r>
    </w:p>
    <w:p>
      <w:pPr>
        <w:spacing w:after="0"/>
      </w:pPr>
      <w:r>
        <w:rPr>
          <w:rFonts w:ascii="Arial" w:hAnsi="Arial"/>
          <w:sz w:val="22"/>
        </w:rPr>
        <w:t>When to produce the sleep hormone. So it produces it all over the place. And it doesn't ever really produce enough. So I now take melatonin in the evenings. And I sleep and it's incredible. But it was a, you know, my GP just sort of assumed, oh, well, it must be a mental health issue and threw drugs at the problem instead of kind of researching it. And I look back on that. And I think I had just told you that throughout my entire teenage life and preteen years from the age of 10. I have had insomnia that I went all the way through my entire education on about three hours sleep a night and your solution...</w:t>
      </w:r>
    </w:p>
    <w:p>
      <w:pPr>
        <w:spacing w:after="0"/>
      </w:pPr>
    </w:p>
    <w:p>
      <w:pPr>
        <w:spacing w:after="0"/>
      </w:pPr>
      <w:r>
        <w:rPr>
          <w:rFonts w:ascii="Arial" w:hAnsi="Arial"/>
          <w:b/>
          <w:sz w:val="22"/>
        </w:rPr>
        <w:t xml:space="preserve">Lucy  </w:t>
      </w:r>
      <w:r>
        <w:rPr>
          <w:rFonts w:ascii="Arial" w:hAnsi="Arial"/>
          <w:color w:val="5D7284"/>
          <w:sz w:val="22"/>
        </w:rPr>
        <w:t>23:17</w:t>
      </w:r>
    </w:p>
    <w:p>
      <w:pPr>
        <w:spacing w:after="0"/>
      </w:pPr>
      <w:r>
        <w:rPr>
          <w:rFonts w:ascii="Arial" w:hAnsi="Arial"/>
          <w:sz w:val="22"/>
        </w:rPr>
        <w:t>And that alone, that alone, Alice is incredible.</w:t>
      </w:r>
    </w:p>
    <w:p>
      <w:pPr>
        <w:spacing w:after="0"/>
      </w:pPr>
    </w:p>
    <w:p>
      <w:pPr>
        <w:spacing w:after="0"/>
      </w:pPr>
      <w:r>
        <w:rPr>
          <w:rFonts w:ascii="Arial" w:hAnsi="Arial"/>
          <w:b/>
          <w:sz w:val="22"/>
        </w:rPr>
        <w:t xml:space="preserve">Alice  </w:t>
      </w:r>
      <w:r>
        <w:rPr>
          <w:rFonts w:ascii="Arial" w:hAnsi="Arial"/>
          <w:color w:val="5D7284"/>
          <w:sz w:val="22"/>
        </w:rPr>
        <w:t>23:21</w:t>
      </w:r>
    </w:p>
    <w:p>
      <w:pPr>
        <w:spacing w:after="0"/>
      </w:pPr>
      <w:r>
        <w:rPr>
          <w:rFonts w:ascii="Arial" w:hAnsi="Arial"/>
          <w:sz w:val="22"/>
        </w:rPr>
        <w:t>And your solution</w:t>
      </w:r>
    </w:p>
    <w:p>
      <w:pPr>
        <w:spacing w:after="0"/>
      </w:pPr>
    </w:p>
    <w:p>
      <w:pPr>
        <w:spacing w:after="0"/>
      </w:pPr>
      <w:r>
        <w:rPr>
          <w:rFonts w:ascii="Arial" w:hAnsi="Arial"/>
          <w:b/>
          <w:sz w:val="22"/>
        </w:rPr>
        <w:t xml:space="preserve">Lucy  </w:t>
      </w:r>
      <w:r>
        <w:rPr>
          <w:rFonts w:ascii="Arial" w:hAnsi="Arial"/>
          <w:color w:val="5D7284"/>
          <w:sz w:val="22"/>
        </w:rPr>
        <w:t>23:22</w:t>
      </w:r>
    </w:p>
    <w:p>
      <w:pPr>
        <w:spacing w:after="0"/>
      </w:pPr>
      <w:r>
        <w:rPr>
          <w:rFonts w:ascii="Arial" w:hAnsi="Arial"/>
          <w:sz w:val="22"/>
        </w:rPr>
        <w:t>You are superhuman</w:t>
      </w:r>
    </w:p>
    <w:p>
      <w:pPr>
        <w:spacing w:after="0"/>
      </w:pPr>
    </w:p>
    <w:p>
      <w:pPr>
        <w:spacing w:after="0"/>
      </w:pPr>
      <w:r>
        <w:rPr>
          <w:rFonts w:ascii="Arial" w:hAnsi="Arial"/>
          <w:b/>
          <w:sz w:val="22"/>
        </w:rPr>
        <w:t xml:space="preserve">Alice  </w:t>
      </w:r>
      <w:r>
        <w:rPr>
          <w:rFonts w:ascii="Arial" w:hAnsi="Arial"/>
          <w:color w:val="5D7284"/>
          <w:sz w:val="22"/>
        </w:rPr>
        <w:t>23:26</w:t>
      </w:r>
    </w:p>
    <w:p>
      <w:pPr>
        <w:spacing w:after="0"/>
      </w:pPr>
      <w:r>
        <w:rPr>
          <w:rFonts w:ascii="Arial" w:hAnsi="Arial"/>
          <w:sz w:val="22"/>
        </w:rPr>
        <w:t xml:space="preserve">is to go here, have some antidepressant medication and not sort of explore it further you know, if somebody came to me and said, at 10, I had insomnia, and I thought that's because your mental health was so bad at 10 that you weren't sleeping.  I'd want to be doing some more investigation. And he'd be he meant, well, he thought he was solving the issue. But it's sort of on reflection. I just think, you know, actually, if you'd had if you'd unpicked it a bit more, you would have understood that. This is more this is this is you know, I had pretty bad mental health by that point. But that's because, like seven or eight years - </w:t>
      </w:r>
    </w:p>
    <w:p>
      <w:pPr>
        <w:spacing w:after="0"/>
      </w:pPr>
    </w:p>
    <w:p>
      <w:pPr>
        <w:spacing w:after="0"/>
      </w:pPr>
      <w:r>
        <w:rPr>
          <w:rFonts w:ascii="Arial" w:hAnsi="Arial"/>
          <w:b/>
          <w:sz w:val="22"/>
        </w:rPr>
        <w:t xml:space="preserve">Lucy  </w:t>
      </w:r>
      <w:r>
        <w:rPr>
          <w:rFonts w:ascii="Arial" w:hAnsi="Arial"/>
          <w:color w:val="5D7284"/>
          <w:sz w:val="22"/>
        </w:rPr>
        <w:t>23:42</w:t>
      </w:r>
    </w:p>
    <w:p>
      <w:pPr>
        <w:spacing w:after="0"/>
      </w:pPr>
      <w:r>
        <w:rPr>
          <w:rFonts w:ascii="Arial" w:hAnsi="Arial"/>
          <w:sz w:val="22"/>
        </w:rPr>
        <w:t>Yeah! Yeah,  because you'd not slept for five years!</w:t>
      </w:r>
    </w:p>
    <w:p>
      <w:pPr>
        <w:spacing w:after="0"/>
      </w:pPr>
    </w:p>
    <w:p>
      <w:pPr>
        <w:spacing w:after="0"/>
      </w:pPr>
      <w:r>
        <w:rPr>
          <w:rFonts w:ascii="Arial" w:hAnsi="Arial"/>
          <w:b/>
          <w:sz w:val="22"/>
        </w:rPr>
        <w:t xml:space="preserve">Alice  </w:t>
      </w:r>
      <w:r>
        <w:rPr>
          <w:rFonts w:ascii="Arial" w:hAnsi="Arial"/>
          <w:color w:val="5D7284"/>
          <w:sz w:val="22"/>
        </w:rPr>
        <w:t>24:10</w:t>
      </w:r>
    </w:p>
    <w:p>
      <w:pPr>
        <w:spacing w:after="0"/>
      </w:pPr>
      <w:r>
        <w:rPr>
          <w:rFonts w:ascii="Arial" w:hAnsi="Arial"/>
          <w:sz w:val="22"/>
        </w:rPr>
        <w:t>Yeah! (laughing)</w:t>
      </w:r>
    </w:p>
    <w:p>
      <w:pPr>
        <w:spacing w:after="0"/>
      </w:pPr>
    </w:p>
    <w:p>
      <w:pPr>
        <w:spacing w:after="0"/>
      </w:pPr>
      <w:r>
        <w:rPr>
          <w:rFonts w:ascii="Arial" w:hAnsi="Arial"/>
          <w:b/>
          <w:sz w:val="22"/>
        </w:rPr>
        <w:t xml:space="preserve">Georgia  </w:t>
      </w:r>
      <w:r>
        <w:rPr>
          <w:rFonts w:ascii="Arial" w:hAnsi="Arial"/>
          <w:color w:val="5D7284"/>
          <w:sz w:val="22"/>
        </w:rPr>
        <w:t>24:10</w:t>
      </w:r>
    </w:p>
    <w:p>
      <w:pPr>
        <w:spacing w:after="0"/>
      </w:pPr>
      <w:r>
        <w:rPr>
          <w:rFonts w:ascii="Arial" w:hAnsi="Arial"/>
          <w:sz w:val="22"/>
        </w:rPr>
        <w:t xml:space="preserve">it's funny, I wonder how much the intersection of being sort of femme presenting, and that kind of thing, like plays into it because I had very similar experiences. In my teens, I was like, I was dizzy the whole time. as part of one of my health conditions, I'm very dizzy all the time. And I And nowadays, I actually sort of flop I don't lose consciousness, but my body just like gives up on standing up. And I went to the doctor in my teens to say, hey, I'm dizzy, like all the time. And they were like, oh, have you tried eating more? </w:t>
      </w:r>
    </w:p>
    <w:p>
      <w:pPr>
        <w:spacing w:after="0"/>
      </w:pPr>
    </w:p>
    <w:p>
      <w:pPr>
        <w:spacing w:after="0"/>
      </w:pPr>
      <w:r>
        <w:rPr>
          <w:rFonts w:ascii="Arial" w:hAnsi="Arial"/>
          <w:b/>
          <w:sz w:val="22"/>
        </w:rPr>
        <w:t xml:space="preserve">Alice  </w:t>
      </w:r>
      <w:r>
        <w:rPr>
          <w:rFonts w:ascii="Arial" w:hAnsi="Arial"/>
          <w:color w:val="5D7284"/>
          <w:sz w:val="22"/>
        </w:rPr>
        <w:t>24:44</w:t>
      </w:r>
    </w:p>
    <w:p>
      <w:pPr>
        <w:spacing w:after="0"/>
      </w:pPr>
      <w:r>
        <w:rPr>
          <w:rFonts w:ascii="Arial" w:hAnsi="Arial"/>
          <w:sz w:val="22"/>
        </w:rPr>
        <w:t>(laughs)</w:t>
      </w:r>
    </w:p>
    <w:p>
      <w:pPr>
        <w:spacing w:after="0"/>
      </w:pPr>
    </w:p>
    <w:p>
      <w:pPr>
        <w:spacing w:after="0"/>
      </w:pPr>
      <w:r>
        <w:rPr>
          <w:rFonts w:ascii="Arial" w:hAnsi="Arial"/>
          <w:b/>
          <w:sz w:val="22"/>
        </w:rPr>
        <w:t xml:space="preserve">Georgia  </w:t>
      </w:r>
      <w:r>
        <w:rPr>
          <w:rFonts w:ascii="Arial" w:hAnsi="Arial"/>
          <w:color w:val="5D7284"/>
          <w:sz w:val="22"/>
        </w:rPr>
        <w:t>24:45</w:t>
      </w:r>
    </w:p>
    <w:p>
      <w:pPr>
        <w:spacing w:after="0"/>
      </w:pPr>
      <w:r>
        <w:rPr>
          <w:rFonts w:ascii="Arial" w:hAnsi="Arial"/>
          <w:sz w:val="22"/>
        </w:rPr>
        <w:t>I was at the time I was I probably had an eating disorder, but I didn't realise it. So I was. I was a not willing to do that. But even if the doctor thought I wasn't eating enough, you'd think they would explore Why? Errr...</w:t>
      </w:r>
    </w:p>
    <w:p>
      <w:pPr>
        <w:spacing w:after="0"/>
      </w:pPr>
    </w:p>
    <w:p>
      <w:pPr>
        <w:spacing w:after="0"/>
      </w:pPr>
      <w:r>
        <w:rPr>
          <w:rFonts w:ascii="Arial" w:hAnsi="Arial"/>
          <w:b/>
          <w:sz w:val="22"/>
        </w:rPr>
        <w:t xml:space="preserve">Lucy  </w:t>
      </w:r>
      <w:r>
        <w:rPr>
          <w:rFonts w:ascii="Arial" w:hAnsi="Arial"/>
          <w:color w:val="5D7284"/>
          <w:sz w:val="22"/>
        </w:rPr>
        <w:t>25:01</w:t>
      </w:r>
    </w:p>
    <w:p>
      <w:pPr>
        <w:spacing w:after="0"/>
      </w:pPr>
      <w:r>
        <w:rPr>
          <w:rFonts w:ascii="Arial" w:hAnsi="Arial"/>
          <w:sz w:val="22"/>
        </w:rPr>
        <w:t>Yes. Yeah, like what's what's going on here? Why is why are you not getting the nutrients from what she gives me anything to make? So dizzy kind of thing? Yeah. And</w:t>
      </w:r>
    </w:p>
    <w:p>
      <w:pPr>
        <w:spacing w:after="0"/>
      </w:pPr>
    </w:p>
    <w:p>
      <w:pPr>
        <w:spacing w:after="0"/>
      </w:pPr>
      <w:r>
        <w:rPr>
          <w:rFonts w:ascii="Arial" w:hAnsi="Arial"/>
          <w:b/>
          <w:sz w:val="22"/>
        </w:rPr>
        <w:t xml:space="preserve">Georgia  </w:t>
      </w:r>
      <w:r>
        <w:rPr>
          <w:rFonts w:ascii="Arial" w:hAnsi="Arial"/>
          <w:color w:val="5D7284"/>
          <w:sz w:val="22"/>
        </w:rPr>
        <w:t>25:10</w:t>
      </w:r>
    </w:p>
    <w:p>
      <w:pPr>
        <w:spacing w:after="0"/>
      </w:pPr>
      <w:r>
        <w:rPr>
          <w:rFonts w:ascii="Arial" w:hAnsi="Arial"/>
          <w:sz w:val="22"/>
        </w:rPr>
        <w:t>Yeah and then later on when I was actually like flopping like you sort of call it like pre syncope, like not quite passing out, but almost there. I would end up in a&amp;e. And every time they were like, Oh, you've probably had a panic attack. And I would be like, hey, look, I've had panic attacks. I know what they feel like this wasn't one of them. But like, not once did anybody actually listen to me? They just say, oh, yeah, but sometimes it's it is a panic attack and you just don't notice. And it's -</w:t>
      </w:r>
    </w:p>
    <w:p>
      <w:pPr>
        <w:spacing w:after="0"/>
      </w:pPr>
    </w:p>
    <w:p>
      <w:pPr>
        <w:spacing w:after="0"/>
      </w:pPr>
      <w:r>
        <w:rPr>
          <w:rFonts w:ascii="Arial" w:hAnsi="Arial"/>
          <w:b/>
          <w:sz w:val="22"/>
        </w:rPr>
        <w:t xml:space="preserve">Lucy  </w:t>
      </w:r>
      <w:r>
        <w:rPr>
          <w:rFonts w:ascii="Arial" w:hAnsi="Arial"/>
          <w:color w:val="5D7284"/>
          <w:sz w:val="22"/>
        </w:rPr>
        <w:t>25:42</w:t>
      </w:r>
    </w:p>
    <w:p>
      <w:pPr>
        <w:spacing w:after="0"/>
      </w:pPr>
      <w:r>
        <w:rPr>
          <w:rFonts w:ascii="Arial" w:hAnsi="Arial"/>
          <w:sz w:val="22"/>
        </w:rPr>
        <w:t xml:space="preserve">How can you? How can you not notice a panic attack? (laughing) I mean I - </w:t>
      </w:r>
    </w:p>
    <w:p>
      <w:pPr>
        <w:spacing w:after="0"/>
      </w:pPr>
    </w:p>
    <w:p>
      <w:pPr>
        <w:spacing w:after="0"/>
      </w:pPr>
      <w:r>
        <w:rPr>
          <w:rFonts w:ascii="Arial" w:hAnsi="Arial"/>
          <w:b/>
          <w:sz w:val="22"/>
        </w:rPr>
        <w:t xml:space="preserve">Alice  </w:t>
      </w:r>
      <w:r>
        <w:rPr>
          <w:rFonts w:ascii="Arial" w:hAnsi="Arial"/>
          <w:color w:val="5D7284"/>
          <w:sz w:val="22"/>
        </w:rPr>
        <w:t>25:46</w:t>
      </w:r>
    </w:p>
    <w:p>
      <w:pPr>
        <w:spacing w:after="0"/>
      </w:pPr>
      <w:r>
        <w:rPr>
          <w:rFonts w:ascii="Arial" w:hAnsi="Arial"/>
          <w:sz w:val="22"/>
        </w:rPr>
        <w:t>I mean I think, I do I do think that if you're in a panic attack, sometimes those physiological symptoms can be so an emotional symptoms can be so overwhelming that you don't know what's going on  But that's nto your job, it's the health professionals job to be able to tell you what's going on.</w:t>
      </w:r>
    </w:p>
    <w:p>
      <w:pPr>
        <w:spacing w:after="0"/>
      </w:pPr>
    </w:p>
    <w:p>
      <w:pPr>
        <w:spacing w:after="0"/>
      </w:pPr>
      <w:r>
        <w:rPr>
          <w:rFonts w:ascii="Arial" w:hAnsi="Arial"/>
          <w:b/>
          <w:sz w:val="22"/>
        </w:rPr>
        <w:t xml:space="preserve">Lucy  </w:t>
      </w:r>
      <w:r>
        <w:rPr>
          <w:rFonts w:ascii="Arial" w:hAnsi="Arial"/>
          <w:color w:val="5D7284"/>
          <w:sz w:val="22"/>
        </w:rPr>
        <w:t>25:57</w:t>
      </w:r>
    </w:p>
    <w:p>
      <w:pPr>
        <w:spacing w:after="0"/>
      </w:pPr>
      <w:r>
        <w:rPr>
          <w:rFonts w:ascii="Arial" w:hAnsi="Arial"/>
          <w:sz w:val="22"/>
        </w:rPr>
        <w:t>I suppose</w:t>
      </w:r>
    </w:p>
    <w:p>
      <w:pPr>
        <w:spacing w:after="0"/>
      </w:pPr>
    </w:p>
    <w:p>
      <w:pPr>
        <w:spacing w:after="0"/>
      </w:pPr>
      <w:r>
        <w:rPr>
          <w:rFonts w:ascii="Arial" w:hAnsi="Arial"/>
          <w:b/>
          <w:sz w:val="22"/>
        </w:rPr>
        <w:t xml:space="preserve">Alice  </w:t>
      </w:r>
      <w:r>
        <w:rPr>
          <w:rFonts w:ascii="Arial" w:hAnsi="Arial"/>
          <w:color w:val="5D7284"/>
          <w:sz w:val="22"/>
        </w:rPr>
        <w:t>26:01</w:t>
      </w:r>
    </w:p>
    <w:p>
      <w:pPr>
        <w:spacing w:after="0"/>
      </w:pPr>
      <w:r>
        <w:rPr>
          <w:rFonts w:ascii="Arial" w:hAnsi="Arial"/>
          <w:sz w:val="22"/>
        </w:rPr>
        <w:t xml:space="preserve">I'm sure. I've told the story on this show before about when my mum went into hospital in the middle of the night with heart palpitations. And the consultant came to see her in the morning after the palpitations had stopped and said you've got indigestion. </w:t>
      </w:r>
    </w:p>
    <w:p>
      <w:pPr>
        <w:spacing w:after="0"/>
      </w:pPr>
    </w:p>
    <w:p>
      <w:pPr>
        <w:spacing w:after="0"/>
      </w:pPr>
      <w:r>
        <w:rPr>
          <w:rFonts w:ascii="Arial" w:hAnsi="Arial"/>
          <w:b/>
          <w:sz w:val="22"/>
        </w:rPr>
        <w:t xml:space="preserve">Lucy  </w:t>
      </w:r>
      <w:r>
        <w:rPr>
          <w:rFonts w:ascii="Arial" w:hAnsi="Arial"/>
          <w:color w:val="5D7284"/>
          <w:sz w:val="22"/>
        </w:rPr>
        <w:t>26:01</w:t>
      </w:r>
    </w:p>
    <w:p>
      <w:pPr>
        <w:spacing w:after="0"/>
      </w:pPr>
      <w:r>
        <w:rPr>
          <w:rFonts w:ascii="Arial" w:hAnsi="Arial"/>
          <w:sz w:val="22"/>
        </w:rPr>
        <w:t>Yeah</w:t>
      </w:r>
    </w:p>
    <w:p>
      <w:pPr>
        <w:spacing w:after="0"/>
      </w:pPr>
    </w:p>
    <w:p>
      <w:pPr>
        <w:spacing w:after="0"/>
      </w:pPr>
      <w:r>
        <w:rPr>
          <w:rFonts w:ascii="Arial" w:hAnsi="Arial"/>
          <w:b/>
          <w:sz w:val="22"/>
        </w:rPr>
        <w:t xml:space="preserve">Georgia  </w:t>
      </w:r>
      <w:r>
        <w:rPr>
          <w:rFonts w:ascii="Arial" w:hAnsi="Arial"/>
          <w:color w:val="5D7284"/>
          <w:sz w:val="22"/>
        </w:rPr>
        <w:t>26:17</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26:17</w:t>
      </w:r>
    </w:p>
    <w:p>
      <w:pPr>
        <w:spacing w:after="0"/>
      </w:pPr>
      <w:r>
        <w:rPr>
          <w:rFonts w:ascii="Arial" w:hAnsi="Arial"/>
          <w:sz w:val="22"/>
        </w:rPr>
        <w:t>She was like, I'm a 65 year old woman. I know what fucking indigestion was not indigestion.</w:t>
      </w:r>
    </w:p>
    <w:p>
      <w:pPr>
        <w:spacing w:after="0"/>
      </w:pPr>
    </w:p>
    <w:p>
      <w:pPr>
        <w:spacing w:after="0"/>
      </w:pPr>
      <w:r>
        <w:rPr>
          <w:rFonts w:ascii="Arial" w:hAnsi="Arial"/>
          <w:b/>
          <w:sz w:val="22"/>
        </w:rPr>
        <w:t xml:space="preserve">Lucy  </w:t>
      </w:r>
      <w:r>
        <w:rPr>
          <w:rFonts w:ascii="Arial" w:hAnsi="Arial"/>
          <w:color w:val="5D7284"/>
          <w:sz w:val="22"/>
        </w:rPr>
        <w:t>26:23</w:t>
      </w:r>
    </w:p>
    <w:p>
      <w:pPr>
        <w:spacing w:after="0"/>
      </w:pPr>
      <w:r>
        <w:rPr>
          <w:rFonts w:ascii="Arial" w:hAnsi="Arial"/>
          <w:sz w:val="22"/>
        </w:rPr>
        <w:t>can I have some Rennies please?</w:t>
      </w:r>
    </w:p>
    <w:p>
      <w:pPr>
        <w:spacing w:after="0"/>
      </w:pPr>
    </w:p>
    <w:p>
      <w:pPr>
        <w:spacing w:after="0"/>
      </w:pPr>
      <w:r>
        <w:rPr>
          <w:rFonts w:ascii="Arial" w:hAnsi="Arial"/>
          <w:b/>
          <w:sz w:val="22"/>
        </w:rPr>
        <w:t xml:space="preserve">Georgia  </w:t>
      </w:r>
      <w:r>
        <w:rPr>
          <w:rFonts w:ascii="Arial" w:hAnsi="Arial"/>
          <w:color w:val="5D7284"/>
          <w:sz w:val="22"/>
        </w:rPr>
        <w:t>26:25</w:t>
      </w:r>
    </w:p>
    <w:p>
      <w:pPr>
        <w:spacing w:after="0"/>
      </w:pPr>
      <w:r>
        <w:rPr>
          <w:rFonts w:ascii="Arial" w:hAnsi="Arial"/>
          <w:sz w:val="22"/>
        </w:rPr>
        <w:t>(laughs) It's just -</w:t>
      </w:r>
    </w:p>
    <w:p>
      <w:pPr>
        <w:spacing w:after="0"/>
      </w:pPr>
    </w:p>
    <w:p>
      <w:pPr>
        <w:spacing w:after="0"/>
      </w:pPr>
      <w:r>
        <w:rPr>
          <w:rFonts w:ascii="Arial" w:hAnsi="Arial"/>
          <w:b/>
          <w:sz w:val="22"/>
        </w:rPr>
        <w:t xml:space="preserve">Alice  </w:t>
      </w:r>
      <w:r>
        <w:rPr>
          <w:rFonts w:ascii="Arial" w:hAnsi="Arial"/>
          <w:color w:val="5D7284"/>
          <w:sz w:val="22"/>
        </w:rPr>
        <w:t>26:26</w:t>
      </w:r>
    </w:p>
    <w:p>
      <w:pPr>
        <w:spacing w:after="0"/>
      </w:pPr>
      <w:r>
        <w:rPr>
          <w:rFonts w:ascii="Arial" w:hAnsi="Arial"/>
          <w:sz w:val="22"/>
        </w:rPr>
        <w:t>Yeah, just A&amp;E and an ambulance, she's like Oh God, has anyone got any Gaviscon?</w:t>
      </w:r>
    </w:p>
    <w:p>
      <w:pPr>
        <w:spacing w:after="0"/>
      </w:pPr>
    </w:p>
    <w:p>
      <w:pPr>
        <w:spacing w:after="0"/>
      </w:pPr>
      <w:r>
        <w:rPr>
          <w:rFonts w:ascii="Arial" w:hAnsi="Arial"/>
          <w:b/>
          <w:sz w:val="22"/>
        </w:rPr>
        <w:t xml:space="preserve">Lucy  </w:t>
      </w:r>
      <w:r>
        <w:rPr>
          <w:rFonts w:ascii="Arial" w:hAnsi="Arial"/>
          <w:color w:val="5D7284"/>
          <w:sz w:val="22"/>
        </w:rPr>
        <w:t>26:34</w:t>
      </w:r>
    </w:p>
    <w:p>
      <w:pPr>
        <w:spacing w:after="0"/>
      </w:pPr>
      <w:r>
        <w:rPr>
          <w:rFonts w:ascii="Arial" w:hAnsi="Arial"/>
          <w:sz w:val="22"/>
        </w:rPr>
        <w:t>I mean I shouldn't laugh but the way you just phrased it is funny. I'm not laughing at your mom's palpitations</w:t>
      </w:r>
    </w:p>
    <w:p>
      <w:pPr>
        <w:spacing w:after="0"/>
      </w:pPr>
    </w:p>
    <w:p>
      <w:pPr>
        <w:spacing w:after="0"/>
      </w:pPr>
      <w:r>
        <w:rPr>
          <w:rFonts w:ascii="Arial" w:hAnsi="Arial"/>
          <w:b/>
          <w:sz w:val="22"/>
        </w:rPr>
        <w:t xml:space="preserve">Alice  </w:t>
      </w:r>
      <w:r>
        <w:rPr>
          <w:rFonts w:ascii="Arial" w:hAnsi="Arial"/>
          <w:color w:val="5D7284"/>
          <w:sz w:val="22"/>
        </w:rPr>
        <w:t>26:39</w:t>
      </w:r>
    </w:p>
    <w:p>
      <w:pPr>
        <w:spacing w:after="0"/>
      </w:pPr>
      <w:r>
        <w:rPr>
          <w:rFonts w:ascii="Arial" w:hAnsi="Arial"/>
          <w:sz w:val="22"/>
        </w:rPr>
        <w:t>No I know</w:t>
      </w:r>
    </w:p>
    <w:p>
      <w:pPr>
        <w:spacing w:after="0"/>
      </w:pPr>
    </w:p>
    <w:p>
      <w:pPr>
        <w:spacing w:after="0"/>
      </w:pPr>
      <w:r>
        <w:rPr>
          <w:rFonts w:ascii="Arial" w:hAnsi="Arial"/>
          <w:b/>
          <w:sz w:val="22"/>
        </w:rPr>
        <w:t xml:space="preserve">Lucy  </w:t>
      </w:r>
      <w:r>
        <w:rPr>
          <w:rFonts w:ascii="Arial" w:hAnsi="Arial"/>
          <w:color w:val="5D7284"/>
          <w:sz w:val="22"/>
        </w:rPr>
        <w:t>26:40</w:t>
      </w:r>
    </w:p>
    <w:p>
      <w:pPr>
        <w:spacing w:after="0"/>
      </w:pPr>
      <w:r>
        <w:rPr>
          <w:rFonts w:ascii="Arial" w:hAnsi="Arial"/>
          <w:sz w:val="22"/>
        </w:rPr>
        <w:t>It's just the way you told it?</w:t>
      </w:r>
    </w:p>
    <w:p>
      <w:pPr>
        <w:spacing w:after="0"/>
      </w:pPr>
    </w:p>
    <w:p>
      <w:pPr>
        <w:spacing w:after="0"/>
      </w:pPr>
      <w:r>
        <w:rPr>
          <w:rFonts w:ascii="Arial" w:hAnsi="Arial"/>
          <w:b/>
          <w:sz w:val="22"/>
        </w:rPr>
        <w:t xml:space="preserve">Georgia  </w:t>
      </w:r>
      <w:r>
        <w:rPr>
          <w:rFonts w:ascii="Arial" w:hAnsi="Arial"/>
          <w:color w:val="5D7284"/>
          <w:sz w:val="22"/>
        </w:rPr>
        <w:t>26:42</w:t>
      </w:r>
    </w:p>
    <w:p>
      <w:pPr>
        <w:spacing w:after="0"/>
      </w:pPr>
      <w:r>
        <w:rPr>
          <w:rFonts w:ascii="Arial" w:hAnsi="Arial"/>
          <w:sz w:val="22"/>
        </w:rPr>
        <w:t xml:space="preserve">It's kind of it's so ridiculous that it is kind of hilarious. Like, it's just like, every time I hear a story like this, and they're so common. It's so laughable. It's just like, how, how do they do that in their heads? How did they like think a 65 year old woman has never experienced heartburn? </w:t>
      </w:r>
    </w:p>
    <w:p>
      <w:pPr>
        <w:spacing w:after="0"/>
      </w:pPr>
    </w:p>
    <w:p>
      <w:pPr>
        <w:spacing w:after="0"/>
      </w:pPr>
      <w:r>
        <w:rPr>
          <w:rFonts w:ascii="Arial" w:hAnsi="Arial"/>
          <w:b/>
          <w:sz w:val="22"/>
        </w:rPr>
        <w:t xml:space="preserve">Alice  </w:t>
      </w:r>
      <w:r>
        <w:rPr>
          <w:rFonts w:ascii="Arial" w:hAnsi="Arial"/>
          <w:color w:val="5D7284"/>
          <w:sz w:val="22"/>
        </w:rPr>
        <w:t>27:01</w:t>
      </w:r>
    </w:p>
    <w:p>
      <w:pPr>
        <w:spacing w:after="0"/>
      </w:pPr>
      <w:r>
        <w:rPr>
          <w:rFonts w:ascii="Arial" w:hAnsi="Arial"/>
          <w:sz w:val="22"/>
        </w:rPr>
        <w:t>Yeah, exactly.</w:t>
      </w:r>
    </w:p>
    <w:p>
      <w:pPr>
        <w:spacing w:after="0"/>
      </w:pPr>
    </w:p>
    <w:p>
      <w:pPr>
        <w:spacing w:after="0"/>
      </w:pPr>
      <w:r>
        <w:rPr>
          <w:rFonts w:ascii="Arial" w:hAnsi="Arial"/>
          <w:b/>
          <w:sz w:val="22"/>
        </w:rPr>
        <w:t xml:space="preserve">Georgia  </w:t>
      </w:r>
      <w:r>
        <w:rPr>
          <w:rFonts w:ascii="Arial" w:hAnsi="Arial"/>
          <w:color w:val="5D7284"/>
          <w:sz w:val="22"/>
        </w:rPr>
        <w:t>27:01</w:t>
      </w:r>
    </w:p>
    <w:p>
      <w:pPr>
        <w:spacing w:after="0"/>
      </w:pPr>
      <w:r>
        <w:rPr>
          <w:rFonts w:ascii="Arial" w:hAnsi="Arial"/>
          <w:sz w:val="22"/>
        </w:rPr>
        <w:t>Or like, I just, it's, it's just unbelievable. Although it is believable, because it happens. But like, yeah, yeah, it's very strange.</w:t>
      </w:r>
    </w:p>
    <w:p>
      <w:pPr>
        <w:spacing w:after="0"/>
      </w:pPr>
    </w:p>
    <w:p>
      <w:pPr>
        <w:spacing w:after="0"/>
      </w:pPr>
      <w:r>
        <w:rPr>
          <w:rFonts w:ascii="Arial" w:hAnsi="Arial"/>
          <w:b/>
          <w:sz w:val="22"/>
        </w:rPr>
        <w:t xml:space="preserve">Alice  </w:t>
      </w:r>
      <w:r>
        <w:rPr>
          <w:rFonts w:ascii="Arial" w:hAnsi="Arial"/>
          <w:color w:val="5D7284"/>
          <w:sz w:val="22"/>
        </w:rPr>
        <w:t>27:10</w:t>
      </w:r>
    </w:p>
    <w:p>
      <w:pPr>
        <w:spacing w:after="0"/>
      </w:pPr>
      <w:r>
        <w:rPr>
          <w:rFonts w:ascii="Arial" w:hAnsi="Arial"/>
          <w:sz w:val="22"/>
        </w:rPr>
        <w:t>Yeah, it's yeah, it's uncomprehensible isn't it? Incomprehensible where you just go, that you're a surgeon? Like a consultant...</w:t>
      </w:r>
    </w:p>
    <w:p>
      <w:pPr>
        <w:spacing w:after="0"/>
      </w:pPr>
    </w:p>
    <w:p>
      <w:pPr>
        <w:spacing w:after="0"/>
      </w:pPr>
      <w:r>
        <w:rPr>
          <w:rFonts w:ascii="Arial" w:hAnsi="Arial"/>
          <w:b/>
          <w:sz w:val="22"/>
        </w:rPr>
        <w:t xml:space="preserve">Lucy  </w:t>
      </w:r>
      <w:r>
        <w:rPr>
          <w:rFonts w:ascii="Arial" w:hAnsi="Arial"/>
          <w:color w:val="5D7284"/>
          <w:sz w:val="22"/>
        </w:rPr>
        <w:t>27:18</w:t>
      </w:r>
    </w:p>
    <w:p>
      <w:pPr>
        <w:spacing w:after="0"/>
      </w:pPr>
      <w:r>
        <w:rPr>
          <w:rFonts w:ascii="Arial" w:hAnsi="Arial"/>
          <w:sz w:val="22"/>
        </w:rPr>
        <w:t>It's like somebody's gone, I don't know what, I don't know what's wrong with this woman. Let's go with indigestion. Try that for a bit. (laughs) I mean!</w:t>
      </w:r>
    </w:p>
    <w:p>
      <w:pPr>
        <w:spacing w:after="0"/>
      </w:pPr>
    </w:p>
    <w:p>
      <w:pPr>
        <w:spacing w:after="0"/>
      </w:pPr>
      <w:r>
        <w:rPr>
          <w:rFonts w:ascii="Arial" w:hAnsi="Arial"/>
          <w:b/>
          <w:sz w:val="22"/>
        </w:rPr>
        <w:t xml:space="preserve">Georgia  </w:t>
      </w:r>
      <w:r>
        <w:rPr>
          <w:rFonts w:ascii="Arial" w:hAnsi="Arial"/>
          <w:color w:val="5D7284"/>
          <w:sz w:val="22"/>
        </w:rPr>
        <w:t>27:30</w:t>
      </w:r>
    </w:p>
    <w:p>
      <w:pPr>
        <w:spacing w:after="0"/>
      </w:pPr>
      <w:r>
        <w:rPr>
          <w:rFonts w:ascii="Arial" w:hAnsi="Arial"/>
          <w:sz w:val="22"/>
        </w:rPr>
        <w:t>That's the saying and medical schools that I feel like has done a fair amount of harm in some ways, where it's the saying is something along the lines of, if you hear hoofbeats think horses, not zebras. And the idea of it is that you know, like, don't assume it's going to be this rare condition. assume it's a common answer. But what that does is for anyone with like, a slightly weird presentation of symptoms, anybody who does have a rarer condition, anybody who's pain they just like maybe don't believe very much. They just like pick the first most common thing without exploring anything else.</w:t>
      </w:r>
    </w:p>
    <w:p>
      <w:pPr>
        <w:spacing w:after="0"/>
      </w:pPr>
    </w:p>
    <w:p>
      <w:pPr>
        <w:spacing w:after="0"/>
      </w:pPr>
      <w:r>
        <w:rPr>
          <w:rFonts w:ascii="Arial" w:hAnsi="Arial"/>
          <w:b/>
          <w:sz w:val="22"/>
        </w:rPr>
        <w:t xml:space="preserve">Alice  </w:t>
      </w:r>
      <w:r>
        <w:rPr>
          <w:rFonts w:ascii="Arial" w:hAnsi="Arial"/>
          <w:color w:val="5D7284"/>
          <w:sz w:val="22"/>
        </w:rPr>
        <w:t>28:10</w:t>
      </w:r>
    </w:p>
    <w:p>
      <w:pPr>
        <w:spacing w:after="0"/>
      </w:pPr>
      <w:r>
        <w:rPr>
          <w:rFonts w:ascii="Arial" w:hAnsi="Arial"/>
          <w:sz w:val="22"/>
        </w:rPr>
        <w:t>I think it's the it's the like dog with a bone element of it that you hear so much about. It's just where you go. They go, Oh, it's indigestion you go. No, no, I I know what indigestion feels like. And they go no, no, no, no, it's indigestion and you're like, No, no. I know. I know what indigestion feels like, like, you know, it. I felt this indigestion feels like that. And no, no, no, no, it's indigestion go home. And you're just like but, but -</w:t>
      </w:r>
    </w:p>
    <w:p>
      <w:pPr>
        <w:spacing w:after="0"/>
      </w:pPr>
    </w:p>
    <w:p>
      <w:pPr>
        <w:spacing w:after="0"/>
      </w:pPr>
      <w:r>
        <w:rPr>
          <w:rFonts w:ascii="Arial" w:hAnsi="Arial"/>
          <w:b/>
          <w:sz w:val="22"/>
        </w:rPr>
        <w:t xml:space="preserve">Lucy  </w:t>
      </w:r>
      <w:r>
        <w:rPr>
          <w:rFonts w:ascii="Arial" w:hAnsi="Arial"/>
          <w:color w:val="5D7284"/>
          <w:sz w:val="22"/>
        </w:rPr>
        <w:t>28:37</w:t>
      </w:r>
    </w:p>
    <w:p>
      <w:pPr>
        <w:spacing w:after="0"/>
      </w:pPr>
      <w:r>
        <w:rPr>
          <w:rFonts w:ascii="Arial" w:hAnsi="Arial"/>
          <w:sz w:val="22"/>
        </w:rPr>
        <w:t xml:space="preserve">Yeah, it just, it just, well, we're talking about these stories about, you know, GP's and doctors just assuming yeah, that's, that's what that is. I went to the doctor recently, because I've been having this, h- and I mean, horrendous pain in my side. Sort of like, just above my stomach, like in my intestines. And I don't know what it is, like, haven't been able to solve it. And I went to the doctor when he was just a regular checkup and he's like, right is there anything else? I was like, Yeah, I've got this pain and, like, here and pointed to showed it where it was and he was like, Yeah, that's probably constipation, because you can't stand up. And I was like, but it's not I know. It's not. But yeah, I think, I think that's what it is. He gave me some Movicol now if you've ever used or eaten, or taken Movicol, it's like wallpaper paste. And I was like, the thought of it makes me want to vomit. Like I really don't want to take that stuff. It's horrific. And because I am also not constipated so I don't need it. </w:t>
      </w:r>
    </w:p>
    <w:p>
      <w:pPr>
        <w:spacing w:after="0"/>
      </w:pPr>
    </w:p>
    <w:p>
      <w:pPr>
        <w:spacing w:after="0"/>
      </w:pPr>
      <w:r>
        <w:rPr>
          <w:rFonts w:ascii="Arial" w:hAnsi="Arial"/>
          <w:b/>
          <w:sz w:val="22"/>
        </w:rPr>
        <w:t xml:space="preserve">Alice  </w:t>
      </w:r>
      <w:r>
        <w:rPr>
          <w:rFonts w:ascii="Arial" w:hAnsi="Arial"/>
          <w:color w:val="5D7284"/>
          <w:sz w:val="22"/>
        </w:rPr>
        <w:t>28:42</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28:44</w:t>
      </w:r>
    </w:p>
    <w:p>
      <w:pPr>
        <w:spacing w:after="0"/>
      </w:pPr>
      <w:r>
        <w:rPr>
          <w:rFonts w:ascii="Arial" w:hAnsi="Arial"/>
          <w:sz w:val="22"/>
        </w:rPr>
        <w:t xml:space="preserve">Yeah, I it's always good to have some in. I was like, but it's what it's vile, just thinking about it makes me want to go (gag noise). </w:t>
      </w:r>
    </w:p>
    <w:p>
      <w:pPr>
        <w:spacing w:after="0"/>
      </w:pPr>
    </w:p>
    <w:p>
      <w:pPr>
        <w:spacing w:after="0"/>
      </w:pPr>
      <w:r>
        <w:rPr>
          <w:rFonts w:ascii="Arial" w:hAnsi="Arial"/>
          <w:b/>
          <w:sz w:val="22"/>
        </w:rPr>
        <w:t xml:space="preserve">Alice  </w:t>
      </w:r>
      <w:r>
        <w:rPr>
          <w:rFonts w:ascii="Arial" w:hAnsi="Arial"/>
          <w:color w:val="5D7284"/>
          <w:sz w:val="22"/>
        </w:rPr>
        <w:t>29:50</w:t>
      </w:r>
    </w:p>
    <w:p>
      <w:pPr>
        <w:spacing w:after="0"/>
      </w:pPr>
      <w:r>
        <w:rPr>
          <w:rFonts w:ascii="Arial" w:hAnsi="Arial"/>
          <w:sz w:val="22"/>
        </w:rPr>
        <w:t xml:space="preserve">especially when there's very like, I could understand if you had swallowing difficulties. </w:t>
      </w:r>
    </w:p>
    <w:p>
      <w:pPr>
        <w:spacing w:after="0"/>
      </w:pPr>
    </w:p>
    <w:p>
      <w:pPr>
        <w:spacing w:after="0"/>
      </w:pPr>
      <w:r>
        <w:rPr>
          <w:rFonts w:ascii="Arial" w:hAnsi="Arial"/>
          <w:b/>
          <w:sz w:val="22"/>
        </w:rPr>
        <w:t xml:space="preserve">Lucy  </w:t>
      </w:r>
      <w:r>
        <w:rPr>
          <w:rFonts w:ascii="Arial" w:hAnsi="Arial"/>
          <w:color w:val="5D7284"/>
          <w:sz w:val="22"/>
        </w:rPr>
        <w:t>29:55</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29:56</w:t>
      </w:r>
    </w:p>
    <w:p>
      <w:pPr>
        <w:spacing w:after="0"/>
      </w:pPr>
      <w:r>
        <w:rPr>
          <w:rFonts w:ascii="Arial" w:hAnsi="Arial"/>
          <w:sz w:val="22"/>
        </w:rPr>
        <w:t xml:space="preserve">But you can take pills, so... </w:t>
      </w:r>
    </w:p>
    <w:p>
      <w:pPr>
        <w:spacing w:after="0"/>
      </w:pPr>
    </w:p>
    <w:p>
      <w:pPr>
        <w:spacing w:after="0"/>
      </w:pPr>
      <w:r>
        <w:rPr>
          <w:rFonts w:ascii="Arial" w:hAnsi="Arial"/>
          <w:b/>
          <w:sz w:val="22"/>
        </w:rPr>
        <w:t xml:space="preserve">Lucy  </w:t>
      </w:r>
      <w:r>
        <w:rPr>
          <w:rFonts w:ascii="Arial" w:hAnsi="Arial"/>
          <w:color w:val="5D7284"/>
          <w:sz w:val="22"/>
        </w:rPr>
        <w:t>29:58</w:t>
      </w:r>
    </w:p>
    <w:p>
      <w:pPr>
        <w:spacing w:after="0"/>
      </w:pPr>
      <w:r>
        <w:rPr>
          <w:rFonts w:ascii="Arial" w:hAnsi="Arial"/>
          <w:sz w:val="22"/>
        </w:rPr>
        <w:t xml:space="preserve">Exactly. exactly. </w:t>
      </w:r>
    </w:p>
    <w:p>
      <w:pPr>
        <w:spacing w:after="0"/>
      </w:pPr>
    </w:p>
    <w:p>
      <w:pPr>
        <w:spacing w:after="0"/>
      </w:pPr>
      <w:r>
        <w:rPr>
          <w:rFonts w:ascii="Arial" w:hAnsi="Arial"/>
          <w:b/>
          <w:sz w:val="22"/>
        </w:rPr>
        <w:t xml:space="preserve">Alice  </w:t>
      </w:r>
      <w:r>
        <w:rPr>
          <w:rFonts w:ascii="Arial" w:hAnsi="Arial"/>
          <w:color w:val="5D7284"/>
          <w:sz w:val="22"/>
        </w:rPr>
        <w:t>30:00</w:t>
      </w:r>
    </w:p>
    <w:p>
      <w:pPr>
        <w:spacing w:after="0"/>
      </w:pPr>
      <w:r>
        <w:rPr>
          <w:rFonts w:ascii="Arial" w:hAnsi="Arial"/>
          <w:sz w:val="22"/>
        </w:rPr>
        <w:t>Why, why are they...</w:t>
      </w:r>
    </w:p>
    <w:p>
      <w:pPr>
        <w:spacing w:after="0"/>
      </w:pPr>
    </w:p>
    <w:p>
      <w:pPr>
        <w:spacing w:after="0"/>
      </w:pPr>
      <w:r>
        <w:rPr>
          <w:rFonts w:ascii="Arial" w:hAnsi="Arial"/>
          <w:b/>
          <w:sz w:val="22"/>
        </w:rPr>
        <w:t xml:space="preserve">Lucy  </w:t>
      </w:r>
      <w:r>
        <w:rPr>
          <w:rFonts w:ascii="Arial" w:hAnsi="Arial"/>
          <w:color w:val="5D7284"/>
          <w:sz w:val="22"/>
        </w:rPr>
        <w:t>30:01</w:t>
      </w:r>
    </w:p>
    <w:p>
      <w:pPr>
        <w:spacing w:after="0"/>
      </w:pPr>
      <w:r>
        <w:rPr>
          <w:rFonts w:ascii="Arial" w:hAnsi="Arial"/>
          <w:sz w:val="22"/>
        </w:rPr>
        <w:t xml:space="preserve">Why are you giving me this wallpaper paste? Anyway, just put it in some yogurt. And I was like, well, that's not happening, because it's making me just making it worse. Like, no, no. I said to my mom, there's no way I'm taking that stuff. </w:t>
      </w:r>
    </w:p>
    <w:p>
      <w:pPr>
        <w:spacing w:after="0"/>
      </w:pPr>
    </w:p>
    <w:p>
      <w:pPr>
        <w:spacing w:after="0"/>
      </w:pPr>
      <w:r>
        <w:rPr>
          <w:rFonts w:ascii="Arial" w:hAnsi="Arial"/>
          <w:b/>
          <w:sz w:val="22"/>
        </w:rPr>
        <w:t xml:space="preserve">Alice  </w:t>
      </w:r>
      <w:r>
        <w:rPr>
          <w:rFonts w:ascii="Arial" w:hAnsi="Arial"/>
          <w:color w:val="5D7284"/>
          <w:sz w:val="22"/>
        </w:rPr>
        <w:t>30:13</w:t>
      </w:r>
    </w:p>
    <w:p>
      <w:pPr>
        <w:spacing w:after="0"/>
      </w:pPr>
      <w:r>
        <w:rPr>
          <w:rFonts w:ascii="Arial" w:hAnsi="Arial"/>
          <w:sz w:val="22"/>
        </w:rPr>
        <w:t xml:space="preserve">Especially, weird, I - that's a really weird choice. Like, you've got no history of swallowing difficulties. Why are they giving you </w:t>
      </w:r>
    </w:p>
    <w:p>
      <w:pPr>
        <w:spacing w:after="0"/>
      </w:pPr>
    </w:p>
    <w:p>
      <w:pPr>
        <w:spacing w:after="0"/>
      </w:pPr>
      <w:r>
        <w:rPr>
          <w:rFonts w:ascii="Arial" w:hAnsi="Arial"/>
          <w:b/>
          <w:sz w:val="22"/>
        </w:rPr>
        <w:t xml:space="preserve">Lucy  </w:t>
      </w:r>
      <w:r>
        <w:rPr>
          <w:rFonts w:ascii="Arial" w:hAnsi="Arial"/>
          <w:color w:val="5D7284"/>
          <w:sz w:val="22"/>
        </w:rPr>
        <w:t>30:19</w:t>
      </w:r>
    </w:p>
    <w:p>
      <w:pPr>
        <w:spacing w:after="0"/>
      </w:pPr>
      <w:r>
        <w:rPr>
          <w:rFonts w:ascii="Arial" w:hAnsi="Arial"/>
          <w:sz w:val="22"/>
        </w:rPr>
        <w:t>wallpaper paste?</w:t>
      </w:r>
    </w:p>
    <w:p>
      <w:pPr>
        <w:spacing w:after="0"/>
      </w:pPr>
    </w:p>
    <w:p>
      <w:pPr>
        <w:spacing w:after="0"/>
      </w:pPr>
      <w:r>
        <w:rPr>
          <w:rFonts w:ascii="Arial" w:hAnsi="Arial"/>
          <w:b/>
          <w:sz w:val="22"/>
        </w:rPr>
        <w:t xml:space="preserve">Alice  </w:t>
      </w:r>
      <w:r>
        <w:rPr>
          <w:rFonts w:ascii="Arial" w:hAnsi="Arial"/>
          <w:color w:val="5D7284"/>
          <w:sz w:val="22"/>
        </w:rPr>
        <w:t>30:20</w:t>
      </w:r>
    </w:p>
    <w:p>
      <w:pPr>
        <w:spacing w:after="0"/>
      </w:pPr>
      <w:r>
        <w:rPr>
          <w:rFonts w:ascii="Arial" w:hAnsi="Arial"/>
          <w:sz w:val="22"/>
        </w:rPr>
        <w:t>Why, why,because you can bet your assets more expensive when he could just prescribe you. you know what? I don't. Sorry. I know. you haven't finished your story. But I'm already like, what?</w:t>
      </w:r>
    </w:p>
    <w:p>
      <w:pPr>
        <w:spacing w:after="0"/>
      </w:pPr>
    </w:p>
    <w:p>
      <w:pPr>
        <w:spacing w:after="0"/>
      </w:pPr>
      <w:r>
        <w:rPr>
          <w:rFonts w:ascii="Arial" w:hAnsi="Arial"/>
          <w:b/>
          <w:sz w:val="22"/>
        </w:rPr>
        <w:t xml:space="preserve">Lucy  </w:t>
      </w:r>
      <w:r>
        <w:rPr>
          <w:rFonts w:ascii="Arial" w:hAnsi="Arial"/>
          <w:color w:val="5D7284"/>
          <w:sz w:val="22"/>
        </w:rPr>
        <w:t>30:36</w:t>
      </w:r>
    </w:p>
    <w:p>
      <w:pPr>
        <w:spacing w:after="0"/>
      </w:pPr>
      <w:r>
        <w:rPr>
          <w:rFonts w:ascii="Arial" w:hAnsi="Arial"/>
          <w:sz w:val="22"/>
        </w:rPr>
        <w:t>Yeah. So then I went back to see another doctor last week about something completely different. And she said, is there anything else before we finish? is there anything else? I've got, and this pain had, like he comes and goes, I was currently suffering with this pain. I was like, I've got this pain in my side. And I don't know what it is. I said, I spoke to the other doctor, and he told me I was constipated. I'm not constipated. I know. I'm not constipated. And he gave me some Movicol</w:t>
      </w:r>
    </w:p>
    <w:p>
      <w:pPr>
        <w:spacing w:after="0"/>
      </w:pPr>
    </w:p>
    <w:p>
      <w:pPr>
        <w:spacing w:after="0"/>
      </w:pPr>
      <w:r>
        <w:rPr>
          <w:rFonts w:ascii="Arial" w:hAnsi="Arial"/>
          <w:b/>
          <w:sz w:val="22"/>
        </w:rPr>
        <w:t xml:space="preserve">Alice  </w:t>
      </w:r>
      <w:r>
        <w:rPr>
          <w:rFonts w:ascii="Arial" w:hAnsi="Arial"/>
          <w:color w:val="5D7284"/>
          <w:sz w:val="22"/>
        </w:rPr>
        <w:t>31:04</w:t>
      </w:r>
    </w:p>
    <w:p>
      <w:pPr>
        <w:spacing w:after="0"/>
      </w:pPr>
      <w:r>
        <w:rPr>
          <w:rFonts w:ascii="Arial" w:hAnsi="Arial"/>
          <w:sz w:val="22"/>
        </w:rPr>
        <w:t>(laughing) Again, I think I think you'd have noticed if you were constipated</w:t>
      </w:r>
    </w:p>
    <w:p>
      <w:pPr>
        <w:spacing w:after="0"/>
      </w:pPr>
    </w:p>
    <w:p>
      <w:pPr>
        <w:spacing w:after="0"/>
      </w:pPr>
      <w:r>
        <w:rPr>
          <w:rFonts w:ascii="Arial" w:hAnsi="Arial"/>
          <w:b/>
          <w:sz w:val="22"/>
        </w:rPr>
        <w:t xml:space="preserve">Lucy  </w:t>
      </w:r>
      <w:r>
        <w:rPr>
          <w:rFonts w:ascii="Arial" w:hAnsi="Arial"/>
          <w:color w:val="5D7284"/>
          <w:sz w:val="22"/>
        </w:rPr>
        <w:t>31:07</w:t>
      </w:r>
    </w:p>
    <w:p>
      <w:pPr>
        <w:spacing w:after="0"/>
      </w:pPr>
      <w:r>
        <w:rPr>
          <w:rFonts w:ascii="Arial" w:hAnsi="Arial"/>
          <w:sz w:val="22"/>
        </w:rPr>
        <w:t>Exactly</w:t>
      </w:r>
    </w:p>
    <w:p>
      <w:pPr>
        <w:spacing w:after="0"/>
      </w:pPr>
    </w:p>
    <w:p>
      <w:pPr>
        <w:spacing w:after="0"/>
      </w:pPr>
      <w:r>
        <w:rPr>
          <w:rFonts w:ascii="Arial" w:hAnsi="Arial"/>
          <w:b/>
          <w:sz w:val="22"/>
        </w:rPr>
        <w:t xml:space="preserve">Georgia  </w:t>
      </w:r>
      <w:r>
        <w:rPr>
          <w:rFonts w:ascii="Arial" w:hAnsi="Arial"/>
          <w:color w:val="5D7284"/>
          <w:sz w:val="22"/>
        </w:rPr>
        <w:t>31:07</w:t>
      </w:r>
    </w:p>
    <w:p>
      <w:pPr>
        <w:spacing w:after="0"/>
      </w:pPr>
      <w:r>
        <w:rPr>
          <w:rFonts w:ascii="Arial" w:hAnsi="Arial"/>
          <w:sz w:val="22"/>
        </w:rPr>
        <w:t>And that's the thing, it's not like it's some emphemoral symptom, like, you know, when you're constipated.</w:t>
      </w:r>
    </w:p>
    <w:p>
      <w:pPr>
        <w:spacing w:after="0"/>
      </w:pPr>
    </w:p>
    <w:p>
      <w:pPr>
        <w:spacing w:after="0"/>
      </w:pPr>
      <w:r>
        <w:rPr>
          <w:rFonts w:ascii="Arial" w:hAnsi="Arial"/>
          <w:b/>
          <w:sz w:val="22"/>
        </w:rPr>
        <w:t xml:space="preserve">Lucy  </w:t>
      </w:r>
      <w:r>
        <w:rPr>
          <w:rFonts w:ascii="Arial" w:hAnsi="Arial"/>
          <w:color w:val="5D7284"/>
          <w:sz w:val="22"/>
        </w:rPr>
        <w:t>31:13</w:t>
      </w:r>
    </w:p>
    <w:p>
      <w:pPr>
        <w:spacing w:after="0"/>
      </w:pPr>
      <w:r>
        <w:rPr>
          <w:rFonts w:ascii="Arial" w:hAnsi="Arial"/>
          <w:sz w:val="22"/>
        </w:rPr>
        <w:t xml:space="preserve">Yes, exactly, like you, t's I don't know what this is. And she and he's  prescribed me some Movicol, the doctor turned to me she went, why?  And I was like, I dunno. And she, and then I said, and I hate it, it makes me, she goes It's horrible stuff I was like, I know, she said, and I said, and the other doctor told me to put it into yogurt, and she went, what? she goes, I think he's got shares in the company because it's like his go to here's some Movicol, here's some Movicol. She gave me some Buscopan. She said, I think she said, I don't think you've got IBS, but I think it's because you're scrunched up all the time like sat down, that your your intestine is going into spasm, and doesn't like it. She said the Boscopan'll helo. I took one Boscopan pain went within 15 minutes. Unbelievable. </w:t>
      </w:r>
    </w:p>
    <w:p>
      <w:pPr>
        <w:spacing w:after="0"/>
      </w:pPr>
    </w:p>
    <w:p>
      <w:pPr>
        <w:spacing w:after="0"/>
      </w:pPr>
      <w:r>
        <w:rPr>
          <w:rFonts w:ascii="Arial" w:hAnsi="Arial"/>
          <w:b/>
          <w:sz w:val="22"/>
        </w:rPr>
        <w:t xml:space="preserve">Alice  </w:t>
      </w:r>
      <w:r>
        <w:rPr>
          <w:rFonts w:ascii="Arial" w:hAnsi="Arial"/>
          <w:color w:val="5D7284"/>
          <w:sz w:val="22"/>
        </w:rPr>
        <w:t>31:23</w:t>
      </w:r>
    </w:p>
    <w:p>
      <w:pPr>
        <w:spacing w:after="0"/>
      </w:pPr>
      <w:r>
        <w:rPr>
          <w:rFonts w:ascii="Arial" w:hAnsi="Arial"/>
          <w:sz w:val="22"/>
        </w:rPr>
        <w:t>(laughs( Like I could sing about Boscopan like I get constipated, constipative IBS, and it is you can literally you can take one out within 30 minutes I just feel</w:t>
      </w:r>
    </w:p>
    <w:p>
      <w:pPr>
        <w:spacing w:after="0"/>
      </w:pPr>
    </w:p>
    <w:p>
      <w:pPr>
        <w:spacing w:after="0"/>
      </w:pPr>
      <w:r>
        <w:rPr>
          <w:rFonts w:ascii="Arial" w:hAnsi="Arial"/>
          <w:b/>
          <w:sz w:val="22"/>
        </w:rPr>
        <w:t xml:space="preserve">Lucy  </w:t>
      </w:r>
      <w:r>
        <w:rPr>
          <w:rFonts w:ascii="Arial" w:hAnsi="Arial"/>
          <w:color w:val="5D7284"/>
          <w:sz w:val="22"/>
        </w:rPr>
        <w:t>32:14</w:t>
      </w:r>
    </w:p>
    <w:p>
      <w:pPr>
        <w:spacing w:after="0"/>
      </w:pPr>
      <w:r>
        <w:rPr>
          <w:rFonts w:ascii="Arial" w:hAnsi="Arial"/>
          <w:sz w:val="22"/>
        </w:rPr>
        <w:t xml:space="preserve">It's incredible. </w:t>
      </w:r>
    </w:p>
    <w:p>
      <w:pPr>
        <w:spacing w:after="0"/>
      </w:pPr>
    </w:p>
    <w:p>
      <w:pPr>
        <w:spacing w:after="0"/>
      </w:pPr>
      <w:r>
        <w:rPr>
          <w:rFonts w:ascii="Arial" w:hAnsi="Arial"/>
          <w:b/>
          <w:sz w:val="22"/>
        </w:rPr>
        <w:t xml:space="preserve">Alice  </w:t>
      </w:r>
      <w:r>
        <w:rPr>
          <w:rFonts w:ascii="Arial" w:hAnsi="Arial"/>
          <w:color w:val="5D7284"/>
          <w:sz w:val="22"/>
        </w:rPr>
        <w:t>32:15</w:t>
      </w:r>
    </w:p>
    <w:p>
      <w:pPr>
        <w:spacing w:after="0"/>
      </w:pPr>
      <w:r>
        <w:rPr>
          <w:rFonts w:ascii="Arial" w:hAnsi="Arial"/>
          <w:sz w:val="22"/>
        </w:rPr>
        <w:t>I just feel well, again, I just</w:t>
      </w:r>
    </w:p>
    <w:p>
      <w:pPr>
        <w:spacing w:after="0"/>
      </w:pPr>
    </w:p>
    <w:p>
      <w:pPr>
        <w:spacing w:after="0"/>
      </w:pPr>
      <w:r>
        <w:rPr>
          <w:rFonts w:ascii="Arial" w:hAnsi="Arial"/>
          <w:b/>
          <w:sz w:val="22"/>
        </w:rPr>
        <w:t xml:space="preserve">Lucy  </w:t>
      </w:r>
      <w:r>
        <w:rPr>
          <w:rFonts w:ascii="Arial" w:hAnsi="Arial"/>
          <w:color w:val="5D7284"/>
          <w:sz w:val="22"/>
        </w:rPr>
        <w:t>32:16</w:t>
      </w:r>
    </w:p>
    <w:p>
      <w:pPr>
        <w:spacing w:after="0"/>
      </w:pPr>
      <w:r>
        <w:rPr>
          <w:rFonts w:ascii="Arial" w:hAnsi="Arial"/>
          <w:sz w:val="22"/>
        </w:rPr>
        <w:t>I said to my mom, I was like the pain has go-  I've been in pain on and off for about four weeks. And it's horrific. And she said take one of these. So I took one and she said I said the pain is gone. you know, but when you when you come out of a pain episode, and you're like, has it really gone or has my brain just gone yeah I've just forgotten about that? because I can't cope anymore. But yeah,</w:t>
      </w:r>
    </w:p>
    <w:p>
      <w:pPr>
        <w:spacing w:after="0"/>
      </w:pPr>
    </w:p>
    <w:p>
      <w:pPr>
        <w:spacing w:after="0"/>
      </w:pPr>
      <w:r>
        <w:rPr>
          <w:rFonts w:ascii="Arial" w:hAnsi="Arial"/>
          <w:b/>
          <w:sz w:val="22"/>
        </w:rPr>
        <w:t xml:space="preserve">Alice  </w:t>
      </w:r>
      <w:r>
        <w:rPr>
          <w:rFonts w:ascii="Arial" w:hAnsi="Arial"/>
          <w:color w:val="5D7284"/>
          <w:sz w:val="22"/>
        </w:rPr>
        <w:t>32:39</w:t>
      </w:r>
    </w:p>
    <w:p>
      <w:pPr>
        <w:spacing w:after="0"/>
      </w:pPr>
      <w:r>
        <w:rPr>
          <w:rFonts w:ascii="Arial" w:hAnsi="Arial"/>
          <w:sz w:val="22"/>
        </w:rPr>
        <w:t xml:space="preserve">I only discovered Buscopan, I've had IBS-C for probably 15 years. And do you remember,. God was it Last year, we had a meeting with a somebody from the press and I had to drop out literally minutes beforehand </w:t>
      </w:r>
    </w:p>
    <w:p>
      <w:pPr>
        <w:spacing w:after="0"/>
      </w:pPr>
    </w:p>
    <w:p>
      <w:pPr>
        <w:spacing w:after="0"/>
      </w:pPr>
      <w:r>
        <w:rPr>
          <w:rFonts w:ascii="Arial" w:hAnsi="Arial"/>
          <w:b/>
          <w:sz w:val="22"/>
        </w:rPr>
        <w:t xml:space="preserve">Lucy  </w:t>
      </w:r>
      <w:r>
        <w:rPr>
          <w:rFonts w:ascii="Arial" w:hAnsi="Arial"/>
          <w:color w:val="5D7284"/>
          <w:sz w:val="22"/>
        </w:rPr>
        <w:t>32:54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32:54</w:t>
      </w:r>
    </w:p>
    <w:p>
      <w:pPr>
        <w:spacing w:after="0"/>
      </w:pPr>
      <w:r>
        <w:rPr>
          <w:rFonts w:ascii="Arial" w:hAnsi="Arial"/>
          <w:sz w:val="22"/>
        </w:rPr>
        <w:t xml:space="preserve">because I just couldn't I was in absolute agony. And I was on the I was a mixture of either on the bed in the foetal position or literally like the only way that I could get comfortable was to be like, in my bath like on my front. </w:t>
      </w:r>
    </w:p>
    <w:p>
      <w:pPr>
        <w:spacing w:after="0"/>
      </w:pPr>
    </w:p>
    <w:p>
      <w:pPr>
        <w:spacing w:after="0"/>
      </w:pPr>
      <w:r>
        <w:rPr>
          <w:rFonts w:ascii="Arial" w:hAnsi="Arial"/>
          <w:b/>
          <w:sz w:val="22"/>
        </w:rPr>
        <w:t xml:space="preserve">Lucy  </w:t>
      </w:r>
      <w:r>
        <w:rPr>
          <w:rFonts w:ascii="Arial" w:hAnsi="Arial"/>
          <w:color w:val="5D7284"/>
          <w:sz w:val="22"/>
        </w:rPr>
        <w:t>33:12</w:t>
      </w:r>
    </w:p>
    <w:p>
      <w:pPr>
        <w:spacing w:after="0"/>
      </w:pPr>
      <w:r>
        <w:rPr>
          <w:rFonts w:ascii="Arial" w:hAnsi="Arial"/>
          <w:sz w:val="22"/>
        </w:rPr>
        <w:t>Yeah. Lying flat</w:t>
      </w:r>
    </w:p>
    <w:p>
      <w:pPr>
        <w:spacing w:after="0"/>
      </w:pPr>
    </w:p>
    <w:p>
      <w:pPr>
        <w:spacing w:after="0"/>
      </w:pPr>
      <w:r>
        <w:rPr>
          <w:rFonts w:ascii="Arial" w:hAnsi="Arial"/>
          <w:b/>
          <w:sz w:val="22"/>
        </w:rPr>
        <w:t xml:space="preserve">Alice  </w:t>
      </w:r>
      <w:r>
        <w:rPr>
          <w:rFonts w:ascii="Arial" w:hAnsi="Arial"/>
          <w:color w:val="5D7284"/>
          <w:sz w:val="22"/>
        </w:rPr>
        <w:t>33:13</w:t>
      </w:r>
    </w:p>
    <w:p>
      <w:pPr>
        <w:spacing w:after="0"/>
      </w:pPr>
      <w:r>
        <w:rPr>
          <w:rFonts w:ascii="Arial" w:hAnsi="Arial"/>
          <w:sz w:val="22"/>
        </w:rPr>
        <w:t xml:space="preserve">Lying with my knees up under me, yeah, no. </w:t>
      </w:r>
    </w:p>
    <w:p>
      <w:pPr>
        <w:spacing w:after="0"/>
      </w:pPr>
    </w:p>
    <w:p>
      <w:pPr>
        <w:spacing w:after="0"/>
      </w:pPr>
      <w:r>
        <w:rPr>
          <w:rFonts w:ascii="Arial" w:hAnsi="Arial"/>
          <w:b/>
          <w:sz w:val="22"/>
        </w:rPr>
        <w:t xml:space="preserve">Lucy  </w:t>
      </w:r>
      <w:r>
        <w:rPr>
          <w:rFonts w:ascii="Arial" w:hAnsi="Arial"/>
          <w:color w:val="5D7284"/>
          <w:sz w:val="22"/>
        </w:rPr>
        <w:t>33:15</w:t>
      </w:r>
    </w:p>
    <w:p>
      <w:pPr>
        <w:spacing w:after="0"/>
      </w:pPr>
      <w:r>
        <w:rPr>
          <w:rFonts w:ascii="Arial" w:hAnsi="Arial"/>
          <w:sz w:val="22"/>
        </w:rPr>
        <w:t>It's exaclty what I've had</w:t>
      </w:r>
    </w:p>
    <w:p>
      <w:pPr>
        <w:spacing w:after="0"/>
      </w:pPr>
    </w:p>
    <w:p>
      <w:pPr>
        <w:spacing w:after="0"/>
      </w:pPr>
      <w:r>
        <w:rPr>
          <w:rFonts w:ascii="Arial" w:hAnsi="Arial"/>
          <w:b/>
          <w:sz w:val="22"/>
        </w:rPr>
        <w:t xml:space="preserve">Alice  </w:t>
      </w:r>
      <w:r>
        <w:rPr>
          <w:rFonts w:ascii="Arial" w:hAnsi="Arial"/>
          <w:color w:val="5D7284"/>
          <w:sz w:val="22"/>
        </w:rPr>
        <w:t>33:16</w:t>
      </w:r>
    </w:p>
    <w:p>
      <w:pPr>
        <w:spacing w:after="0"/>
      </w:pPr>
      <w:r>
        <w:rPr>
          <w:rFonts w:ascii="Arial" w:hAnsi="Arial"/>
          <w:sz w:val="22"/>
        </w:rPr>
        <w:t xml:space="preserve">It's hot, it was horrible. hello. And then. And it used to put me out for like 12 hours because I was just be in agony. And I didn't want to eat anything. I didn't want to move. I couldn't do anything. Like I've got four hot water bottles, because over the years, I had to strategically place them in places. </w:t>
      </w:r>
    </w:p>
    <w:p>
      <w:pPr>
        <w:spacing w:after="0"/>
      </w:pPr>
    </w:p>
    <w:p>
      <w:pPr>
        <w:spacing w:after="0"/>
      </w:pPr>
      <w:r>
        <w:rPr>
          <w:rFonts w:ascii="Arial" w:hAnsi="Arial"/>
          <w:b/>
          <w:sz w:val="22"/>
        </w:rPr>
        <w:t xml:space="preserve">Lucy  </w:t>
      </w:r>
      <w:r>
        <w:rPr>
          <w:rFonts w:ascii="Arial" w:hAnsi="Arial"/>
          <w:color w:val="5D7284"/>
          <w:sz w:val="22"/>
        </w:rPr>
        <w:t>33:34</w:t>
      </w:r>
    </w:p>
    <w:p>
      <w:pPr>
        <w:spacing w:after="0"/>
      </w:pPr>
      <w:r>
        <w:rPr>
          <w:rFonts w:ascii="Arial" w:hAnsi="Arial"/>
          <w:sz w:val="22"/>
        </w:rPr>
        <w:t>Yeah, me too</w:t>
      </w:r>
    </w:p>
    <w:p>
      <w:pPr>
        <w:spacing w:after="0"/>
      </w:pPr>
    </w:p>
    <w:p>
      <w:pPr>
        <w:spacing w:after="0"/>
      </w:pPr>
      <w:r>
        <w:rPr>
          <w:rFonts w:ascii="Arial" w:hAnsi="Arial"/>
          <w:b/>
          <w:sz w:val="22"/>
        </w:rPr>
        <w:t xml:space="preserve">Alice  </w:t>
      </w:r>
      <w:r>
        <w:rPr>
          <w:rFonts w:ascii="Arial" w:hAnsi="Arial"/>
          <w:color w:val="5D7284"/>
          <w:sz w:val="22"/>
        </w:rPr>
        <w:t>33:35</w:t>
      </w:r>
    </w:p>
    <w:p>
      <w:pPr>
        <w:spacing w:after="0"/>
      </w:pPr>
      <w:r>
        <w:rPr>
          <w:rFonts w:ascii="Arial" w:hAnsi="Arial"/>
          <w:sz w:val="22"/>
        </w:rPr>
        <w:t>And I've now discovered Buscopan and I just like this is a fucking miracle drug.</w:t>
      </w:r>
    </w:p>
    <w:p>
      <w:pPr>
        <w:spacing w:after="0"/>
      </w:pPr>
    </w:p>
    <w:p>
      <w:pPr>
        <w:spacing w:after="0"/>
      </w:pPr>
      <w:r>
        <w:rPr>
          <w:rFonts w:ascii="Arial" w:hAnsi="Arial"/>
          <w:b/>
          <w:sz w:val="22"/>
        </w:rPr>
        <w:t xml:space="preserve">Lucy  </w:t>
      </w:r>
      <w:r>
        <w:rPr>
          <w:rFonts w:ascii="Arial" w:hAnsi="Arial"/>
          <w:color w:val="5D7284"/>
          <w:sz w:val="22"/>
        </w:rPr>
        <w:t>33:40</w:t>
      </w:r>
    </w:p>
    <w:p>
      <w:pPr>
        <w:spacing w:after="0"/>
      </w:pPr>
      <w:r>
        <w:rPr>
          <w:rFonts w:ascii="Arial" w:hAnsi="Arial"/>
          <w:sz w:val="22"/>
        </w:rPr>
        <w:t>if Buscopan would like to sponsor the podcast (laughing)</w:t>
      </w:r>
    </w:p>
    <w:p>
      <w:pPr>
        <w:spacing w:after="0"/>
      </w:pPr>
    </w:p>
    <w:p>
      <w:pPr>
        <w:spacing w:after="0"/>
      </w:pPr>
      <w:r>
        <w:rPr>
          <w:rFonts w:ascii="Arial" w:hAnsi="Arial"/>
          <w:b/>
          <w:sz w:val="22"/>
        </w:rPr>
        <w:t xml:space="preserve">Alice  </w:t>
      </w:r>
      <w:r>
        <w:rPr>
          <w:rFonts w:ascii="Arial" w:hAnsi="Arial"/>
          <w:color w:val="5D7284"/>
          <w:sz w:val="22"/>
        </w:rPr>
        <w:t>33:44</w:t>
      </w:r>
    </w:p>
    <w:p>
      <w:pPr>
        <w:spacing w:after="0"/>
      </w:pPr>
      <w:r>
        <w:rPr>
          <w:rFonts w:ascii="Arial" w:hAnsi="Arial"/>
          <w:sz w:val="22"/>
        </w:rPr>
        <w:t>They could pay us in Buscopan. I will be fine with that.</w:t>
      </w:r>
    </w:p>
    <w:p>
      <w:pPr>
        <w:spacing w:after="0"/>
      </w:pPr>
    </w:p>
    <w:p>
      <w:pPr>
        <w:spacing w:after="0"/>
      </w:pPr>
      <w:r>
        <w:rPr>
          <w:rFonts w:ascii="Arial" w:hAnsi="Arial"/>
          <w:b/>
          <w:sz w:val="22"/>
        </w:rPr>
        <w:t xml:space="preserve">Lucy  </w:t>
      </w:r>
      <w:r>
        <w:rPr>
          <w:rFonts w:ascii="Arial" w:hAnsi="Arial"/>
          <w:color w:val="5D7284"/>
          <w:sz w:val="22"/>
        </w:rPr>
        <w:t>33:48</w:t>
      </w:r>
    </w:p>
    <w:p>
      <w:pPr>
        <w:spacing w:after="0"/>
      </w:pPr>
      <w:r>
        <w:rPr>
          <w:rFonts w:ascii="Arial" w:hAnsi="Arial"/>
          <w:sz w:val="22"/>
        </w:rPr>
        <w:t xml:space="preserve">Both me and you will be absolutely pain free! </w:t>
      </w:r>
    </w:p>
    <w:p>
      <w:pPr>
        <w:spacing w:after="0"/>
      </w:pPr>
    </w:p>
    <w:p>
      <w:pPr>
        <w:spacing w:after="0"/>
      </w:pPr>
      <w:r>
        <w:rPr>
          <w:rFonts w:ascii="Arial" w:hAnsi="Arial"/>
          <w:b/>
          <w:sz w:val="22"/>
        </w:rPr>
        <w:t xml:space="preserve">Alice  </w:t>
      </w:r>
      <w:r>
        <w:rPr>
          <w:rFonts w:ascii="Arial" w:hAnsi="Arial"/>
          <w:color w:val="5D7284"/>
          <w:sz w:val="22"/>
        </w:rPr>
        <w:t>33:50</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33:53</w:t>
      </w:r>
    </w:p>
    <w:p>
      <w:pPr>
        <w:spacing w:after="0"/>
      </w:pPr>
      <w:r>
        <w:rPr>
          <w:rFonts w:ascii="Arial" w:hAnsi="Arial"/>
          <w:sz w:val="22"/>
        </w:rPr>
        <w:t>Yeah, but yeah, he was insistent. I'll give him a wallpaper paste Movicol. And I was like, that's not that is not. No, we're fine. No it's alight, thank you.</w:t>
      </w:r>
    </w:p>
    <w:p>
      <w:pPr>
        <w:spacing w:after="0"/>
      </w:pPr>
    </w:p>
    <w:p>
      <w:pPr>
        <w:spacing w:after="0"/>
      </w:pPr>
      <w:r>
        <w:rPr>
          <w:rFonts w:ascii="Arial" w:hAnsi="Arial"/>
          <w:b/>
          <w:sz w:val="22"/>
        </w:rPr>
        <w:t xml:space="preserve">Georgia  </w:t>
      </w:r>
      <w:r>
        <w:rPr>
          <w:rFonts w:ascii="Arial" w:hAnsi="Arial"/>
          <w:color w:val="5D7284"/>
          <w:sz w:val="22"/>
        </w:rPr>
        <w:t>34:03</w:t>
      </w:r>
    </w:p>
    <w:p>
      <w:pPr>
        <w:spacing w:after="0"/>
      </w:pPr>
      <w:r>
        <w:rPr>
          <w:rFonts w:ascii="Arial" w:hAnsi="Arial"/>
          <w:sz w:val="22"/>
        </w:rPr>
        <w:t>I think it's amazing that the second doctor actually listened to you. Although it shouldn't be amazing. it should just be standard.  But That's what's so exhausting sometimes about having like being disabled or having health conditions, like the constant need to like advocate for yourself over and over and over again. when doctors just seem hell bent on just disbelieving you at every step of the way, as a default. It's just so tiring. I -</w:t>
      </w:r>
    </w:p>
    <w:p>
      <w:pPr>
        <w:spacing w:after="0"/>
      </w:pPr>
    </w:p>
    <w:p>
      <w:pPr>
        <w:spacing w:after="0"/>
      </w:pPr>
      <w:r>
        <w:rPr>
          <w:rFonts w:ascii="Arial" w:hAnsi="Arial"/>
          <w:b/>
          <w:sz w:val="22"/>
        </w:rPr>
        <w:t xml:space="preserve">Alice  </w:t>
      </w:r>
      <w:r>
        <w:rPr>
          <w:rFonts w:ascii="Arial" w:hAnsi="Arial"/>
          <w:color w:val="5D7284"/>
          <w:sz w:val="22"/>
        </w:rPr>
        <w:t>34:32</w:t>
      </w:r>
    </w:p>
    <w:p>
      <w:pPr>
        <w:spacing w:after="0"/>
      </w:pPr>
      <w:r>
        <w:rPr>
          <w:rFonts w:ascii="Arial" w:hAnsi="Arial"/>
          <w:sz w:val="22"/>
        </w:rPr>
        <w:t>I think it's interesting from the story that Lucy just told that the second doctor from the sounds of what you said was a woman as opposed to the first doctor,</w:t>
      </w:r>
    </w:p>
    <w:p>
      <w:pPr>
        <w:spacing w:after="0"/>
      </w:pPr>
    </w:p>
    <w:p>
      <w:pPr>
        <w:spacing w:after="0"/>
      </w:pPr>
      <w:r>
        <w:rPr>
          <w:rFonts w:ascii="Arial" w:hAnsi="Arial"/>
          <w:b/>
          <w:sz w:val="22"/>
        </w:rPr>
        <w:t xml:space="preserve">Lucy  </w:t>
      </w:r>
      <w:r>
        <w:rPr>
          <w:rFonts w:ascii="Arial" w:hAnsi="Arial"/>
          <w:color w:val="5D7284"/>
          <w:sz w:val="22"/>
        </w:rPr>
        <w:t>34:40</w:t>
      </w:r>
    </w:p>
    <w:p>
      <w:pPr>
        <w:spacing w:after="0"/>
      </w:pPr>
      <w:r>
        <w:rPr>
          <w:rFonts w:ascii="Arial" w:hAnsi="Arial"/>
          <w:sz w:val="22"/>
        </w:rPr>
        <w:t>Yes she was yes. And dont' get me wrong the first doctor, the first doctor that I saw, is usually he listens to me and it's, you know, it's we find a solution and it works. But it was just insistent on given me.</w:t>
      </w:r>
    </w:p>
    <w:p>
      <w:pPr>
        <w:spacing w:after="0"/>
      </w:pPr>
    </w:p>
    <w:p>
      <w:pPr>
        <w:spacing w:after="0"/>
      </w:pPr>
      <w:r>
        <w:rPr>
          <w:rFonts w:ascii="Arial" w:hAnsi="Arial"/>
          <w:b/>
          <w:sz w:val="22"/>
        </w:rPr>
        <w:t xml:space="preserve">Alice  </w:t>
      </w:r>
      <w:r>
        <w:rPr>
          <w:rFonts w:ascii="Arial" w:hAnsi="Arial"/>
          <w:color w:val="5D7284"/>
          <w:sz w:val="22"/>
        </w:rPr>
        <w:t>34:55</w:t>
      </w:r>
    </w:p>
    <w:p>
      <w:pPr>
        <w:spacing w:after="0"/>
      </w:pPr>
      <w:r>
        <w:rPr>
          <w:rFonts w:ascii="Arial" w:hAnsi="Arial"/>
          <w:sz w:val="22"/>
        </w:rPr>
        <w:t xml:space="preserve">I think it is what George was saying though, isn't it is that he's heard horse says so yes, just God. Well, it's that if it looks like a duck and it quacks like a duck, it's a duck. </w:t>
      </w:r>
    </w:p>
    <w:p>
      <w:pPr>
        <w:spacing w:after="0"/>
      </w:pPr>
    </w:p>
    <w:p>
      <w:pPr>
        <w:spacing w:after="0"/>
      </w:pPr>
      <w:r>
        <w:rPr>
          <w:rFonts w:ascii="Arial" w:hAnsi="Arial"/>
          <w:b/>
          <w:sz w:val="22"/>
        </w:rPr>
        <w:t xml:space="preserve">Lucy  </w:t>
      </w:r>
      <w:r>
        <w:rPr>
          <w:rFonts w:ascii="Arial" w:hAnsi="Arial"/>
          <w:color w:val="5D7284"/>
          <w:sz w:val="22"/>
        </w:rPr>
        <w:t>35:05</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35:05</w:t>
      </w:r>
    </w:p>
    <w:p>
      <w:pPr>
        <w:spacing w:after="0"/>
      </w:pPr>
      <w:r>
        <w:rPr>
          <w:rFonts w:ascii="Arial" w:hAnsi="Arial"/>
          <w:sz w:val="22"/>
        </w:rPr>
        <w:t>But you know, it's not in this. It's a pigeon.</w:t>
      </w:r>
    </w:p>
    <w:p>
      <w:pPr>
        <w:spacing w:after="0"/>
      </w:pPr>
    </w:p>
    <w:p>
      <w:pPr>
        <w:spacing w:after="0"/>
      </w:pPr>
      <w:r>
        <w:rPr>
          <w:rFonts w:ascii="Arial" w:hAnsi="Arial"/>
          <w:b/>
          <w:sz w:val="22"/>
        </w:rPr>
        <w:t xml:space="preserve">Lucy  </w:t>
      </w:r>
      <w:r>
        <w:rPr>
          <w:rFonts w:ascii="Arial" w:hAnsi="Arial"/>
          <w:color w:val="5D7284"/>
          <w:sz w:val="22"/>
        </w:rPr>
        <w:t>35:11</w:t>
      </w:r>
    </w:p>
    <w:p>
      <w:pPr>
        <w:spacing w:after="0"/>
      </w:pPr>
      <w:r>
        <w:rPr>
          <w:rFonts w:ascii="Arial" w:hAnsi="Arial"/>
          <w:sz w:val="22"/>
        </w:rPr>
        <w:t>Yeah, it's um, but yeah, it's like, if you're not careful, you can convince, I never, never, ever, ever, never ever Google symptoms in the middle of the night, because it's the worst thing you can do. if you're like, I've got a pain in my foot. What is this and allow your foots gonna drop off within 48 hours? Just don't</w:t>
      </w:r>
    </w:p>
    <w:p>
      <w:pPr>
        <w:spacing w:after="0"/>
      </w:pPr>
    </w:p>
    <w:p>
      <w:pPr>
        <w:spacing w:after="0"/>
      </w:pPr>
      <w:r>
        <w:rPr>
          <w:rFonts w:ascii="Arial" w:hAnsi="Arial"/>
          <w:b/>
          <w:sz w:val="22"/>
        </w:rPr>
        <w:t xml:space="preserve">Alice  </w:t>
      </w:r>
      <w:r>
        <w:rPr>
          <w:rFonts w:ascii="Arial" w:hAnsi="Arial"/>
          <w:color w:val="5D7284"/>
          <w:sz w:val="22"/>
        </w:rPr>
        <w:t>35:30</w:t>
      </w:r>
    </w:p>
    <w:p>
      <w:pPr>
        <w:spacing w:after="0"/>
      </w:pPr>
      <w:r>
        <w:rPr>
          <w:rFonts w:ascii="Arial" w:hAnsi="Arial"/>
          <w:sz w:val="22"/>
        </w:rPr>
        <w:t xml:space="preserve">very, very specific foot cancer? </w:t>
      </w:r>
    </w:p>
    <w:p>
      <w:pPr>
        <w:spacing w:after="0"/>
      </w:pPr>
    </w:p>
    <w:p>
      <w:pPr>
        <w:spacing w:after="0"/>
      </w:pPr>
      <w:r>
        <w:rPr>
          <w:rFonts w:ascii="Arial" w:hAnsi="Arial"/>
          <w:b/>
          <w:sz w:val="22"/>
        </w:rPr>
        <w:t xml:space="preserve">Lucy  </w:t>
      </w:r>
      <w:r>
        <w:rPr>
          <w:rFonts w:ascii="Arial" w:hAnsi="Arial"/>
          <w:color w:val="5D7284"/>
          <w:sz w:val="22"/>
        </w:rPr>
        <w:t>35:32</w:t>
      </w:r>
    </w:p>
    <w:p>
      <w:pPr>
        <w:spacing w:after="0"/>
      </w:pPr>
      <w:r>
        <w:rPr>
          <w:rFonts w:ascii="Arial" w:hAnsi="Arial"/>
          <w:sz w:val="22"/>
        </w:rPr>
        <w:t xml:space="preserve">Yes, cancer of the toenail. Or something. and you just said to yourself, don't do it. don't do it. My mom, my mom will often Google things and she'll come and she'll say, I think you've got a you're allergic to gluten, or something. And I'm like, Mom, I'm not allergic to gluten. It's fine. Just a random pain </w:t>
      </w:r>
    </w:p>
    <w:p>
      <w:pPr>
        <w:spacing w:after="0"/>
      </w:pPr>
    </w:p>
    <w:p>
      <w:pPr>
        <w:spacing w:after="0"/>
      </w:pPr>
      <w:r>
        <w:rPr>
          <w:rFonts w:ascii="Arial" w:hAnsi="Arial"/>
          <w:b/>
          <w:sz w:val="22"/>
        </w:rPr>
        <w:t xml:space="preserve">Georgia  </w:t>
      </w:r>
      <w:r>
        <w:rPr>
          <w:rFonts w:ascii="Arial" w:hAnsi="Arial"/>
          <w:color w:val="5D7284"/>
          <w:sz w:val="22"/>
        </w:rPr>
        <w:t>35:56</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35:57</w:t>
      </w:r>
    </w:p>
    <w:p>
      <w:pPr>
        <w:spacing w:after="0"/>
      </w:pPr>
      <w:r>
        <w:rPr>
          <w:rFonts w:ascii="Arial" w:hAnsi="Arial"/>
          <w:sz w:val="22"/>
        </w:rPr>
        <w:t xml:space="preserve">It's really, </w:t>
      </w:r>
    </w:p>
    <w:p>
      <w:pPr>
        <w:spacing w:after="0"/>
      </w:pPr>
    </w:p>
    <w:p>
      <w:pPr>
        <w:spacing w:after="0"/>
      </w:pPr>
      <w:r>
        <w:rPr>
          <w:rFonts w:ascii="Arial" w:hAnsi="Arial"/>
          <w:b/>
          <w:sz w:val="22"/>
        </w:rPr>
        <w:t xml:space="preserve">Georgia  </w:t>
      </w:r>
      <w:r>
        <w:rPr>
          <w:rFonts w:ascii="Arial" w:hAnsi="Arial"/>
          <w:color w:val="5D7284"/>
          <w:sz w:val="22"/>
        </w:rPr>
        <w:t>35:59</w:t>
      </w:r>
    </w:p>
    <w:p>
      <w:pPr>
        <w:spacing w:after="0"/>
      </w:pPr>
      <w:r>
        <w:rPr>
          <w:rFonts w:ascii="Arial" w:hAnsi="Arial"/>
          <w:sz w:val="22"/>
        </w:rPr>
        <w:t>Especially, sorry. go on I was just going to say, especially with symptoms, like mine that come with like the, the sort of almost fainting because I get like, my heart rate goes way too high, like above 100. And so like, if you try and type that into, like the NHS website, it's like, you must get in an ambulance immediately.</w:t>
      </w:r>
    </w:p>
    <w:p>
      <w:pPr>
        <w:spacing w:after="0"/>
      </w:pPr>
    </w:p>
    <w:p>
      <w:pPr>
        <w:spacing w:after="0"/>
      </w:pPr>
      <w:r>
        <w:rPr>
          <w:rFonts w:ascii="Arial" w:hAnsi="Arial"/>
          <w:b/>
          <w:sz w:val="22"/>
        </w:rPr>
        <w:t xml:space="preserve">Lucy  </w:t>
      </w:r>
      <w:r>
        <w:rPr>
          <w:rFonts w:ascii="Arial" w:hAnsi="Arial"/>
          <w:color w:val="5D7284"/>
          <w:sz w:val="22"/>
        </w:rPr>
        <w:t>36:01</w:t>
      </w:r>
    </w:p>
    <w:p>
      <w:pPr>
        <w:spacing w:after="0"/>
      </w:pPr>
      <w:r>
        <w:rPr>
          <w:rFonts w:ascii="Arial" w:hAnsi="Arial"/>
          <w:sz w:val="22"/>
        </w:rPr>
        <w:t>No, go on. Yes, go immediately. Yeah, yeah, yeah.</w:t>
      </w:r>
    </w:p>
    <w:p>
      <w:pPr>
        <w:spacing w:after="0"/>
      </w:pPr>
    </w:p>
    <w:p>
      <w:pPr>
        <w:spacing w:after="0"/>
      </w:pPr>
      <w:r>
        <w:rPr>
          <w:rFonts w:ascii="Arial" w:hAnsi="Arial"/>
          <w:b/>
          <w:sz w:val="22"/>
        </w:rPr>
        <w:t xml:space="preserve">Georgia  </w:t>
      </w:r>
      <w:r>
        <w:rPr>
          <w:rFonts w:ascii="Arial" w:hAnsi="Arial"/>
          <w:color w:val="5D7284"/>
          <w:sz w:val="22"/>
        </w:rPr>
        <w:t>36:24</w:t>
      </w:r>
    </w:p>
    <w:p>
      <w:pPr>
        <w:spacing w:after="0"/>
      </w:pPr>
      <w:r>
        <w:rPr>
          <w:rFonts w:ascii="Arial" w:hAnsi="Arial"/>
          <w:sz w:val="22"/>
        </w:rPr>
        <w:t>Yeah, it's like, I know what's gonna happen if I go and it's not going to be useful. So yes, Google is I guess it's your friend if you have a new, unexplained, possibly dangerous symptom, but</w:t>
      </w:r>
    </w:p>
    <w:p>
      <w:pPr>
        <w:spacing w:after="0"/>
      </w:pPr>
    </w:p>
    <w:p>
      <w:pPr>
        <w:spacing w:after="0"/>
      </w:pPr>
      <w:r>
        <w:rPr>
          <w:rFonts w:ascii="Arial" w:hAnsi="Arial"/>
          <w:b/>
          <w:sz w:val="22"/>
        </w:rPr>
        <w:t xml:space="preserve">Lucy  </w:t>
      </w:r>
      <w:r>
        <w:rPr>
          <w:rFonts w:ascii="Arial" w:hAnsi="Arial"/>
          <w:color w:val="5D7284"/>
          <w:sz w:val="22"/>
        </w:rPr>
        <w:t>36:35</w:t>
      </w:r>
    </w:p>
    <w:p>
      <w:pPr>
        <w:spacing w:after="0"/>
      </w:pPr>
      <w:r>
        <w:rPr>
          <w:rFonts w:ascii="Arial" w:hAnsi="Arial"/>
          <w:sz w:val="22"/>
        </w:rPr>
        <w:t>yeah, it's like I would never call one on one for disability related pain, because it would just blow their mind. They'd be like umm, I don't know....</w:t>
      </w:r>
    </w:p>
    <w:p>
      <w:pPr>
        <w:spacing w:after="0"/>
      </w:pPr>
    </w:p>
    <w:p>
      <w:pPr>
        <w:spacing w:after="0"/>
      </w:pPr>
      <w:r>
        <w:rPr>
          <w:rFonts w:ascii="Arial" w:hAnsi="Arial"/>
          <w:b/>
          <w:sz w:val="22"/>
        </w:rPr>
        <w:t xml:space="preserve">Alice  </w:t>
      </w:r>
      <w:r>
        <w:rPr>
          <w:rFonts w:ascii="Arial" w:hAnsi="Arial"/>
          <w:color w:val="5D7284"/>
          <w:sz w:val="22"/>
        </w:rPr>
        <w:t>36:45</w:t>
      </w:r>
    </w:p>
    <w:p>
      <w:pPr>
        <w:spacing w:after="0"/>
      </w:pPr>
      <w:r>
        <w:rPr>
          <w:rFonts w:ascii="Arial" w:hAnsi="Arial"/>
          <w:sz w:val="22"/>
        </w:rPr>
        <w:t xml:space="preserve">It sounds like you're dying. you should probably call an ambulance. </w:t>
      </w:r>
    </w:p>
    <w:p>
      <w:pPr>
        <w:spacing w:after="0"/>
      </w:pPr>
    </w:p>
    <w:p>
      <w:pPr>
        <w:spacing w:after="0"/>
      </w:pPr>
      <w:r>
        <w:rPr>
          <w:rFonts w:ascii="Arial" w:hAnsi="Arial"/>
          <w:b/>
          <w:sz w:val="22"/>
        </w:rPr>
        <w:t xml:space="preserve">Lucy  </w:t>
      </w:r>
      <w:r>
        <w:rPr>
          <w:rFonts w:ascii="Arial" w:hAnsi="Arial"/>
          <w:color w:val="5D7284"/>
          <w:sz w:val="22"/>
        </w:rPr>
        <w:t>36:47</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36:48</w:t>
      </w:r>
    </w:p>
    <w:p>
      <w:pPr>
        <w:spacing w:after="0"/>
      </w:pPr>
      <w:r>
        <w:rPr>
          <w:rFonts w:ascii="Arial" w:hAnsi="Arial"/>
          <w:sz w:val="22"/>
        </w:rPr>
        <w:t>Like, no. It's just another Wednesday. Karen.</w:t>
      </w:r>
    </w:p>
    <w:p>
      <w:pPr>
        <w:spacing w:after="0"/>
      </w:pPr>
    </w:p>
    <w:p>
      <w:pPr>
        <w:spacing w:after="0"/>
      </w:pPr>
      <w:r>
        <w:rPr>
          <w:rFonts w:ascii="Arial" w:hAnsi="Arial"/>
          <w:b/>
          <w:sz w:val="22"/>
        </w:rPr>
        <w:t xml:space="preserve">Georgia  </w:t>
      </w:r>
      <w:r>
        <w:rPr>
          <w:rFonts w:ascii="Arial" w:hAnsi="Arial"/>
          <w:color w:val="5D7284"/>
          <w:sz w:val="22"/>
        </w:rPr>
        <w:t>36:54</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36:54</w:t>
      </w:r>
    </w:p>
    <w:p>
      <w:pPr>
        <w:spacing w:after="0"/>
      </w:pPr>
      <w:r>
        <w:rPr>
          <w:rFonts w:ascii="Arial" w:hAnsi="Arial"/>
          <w:sz w:val="22"/>
        </w:rPr>
        <w:t>Yeah. It's bizarre. Well, yeah.</w:t>
      </w:r>
    </w:p>
    <w:p>
      <w:pPr>
        <w:spacing w:after="0"/>
      </w:pPr>
    </w:p>
    <w:p>
      <w:pPr>
        <w:spacing w:after="0"/>
      </w:pPr>
      <w:r>
        <w:rPr>
          <w:rFonts w:ascii="Arial" w:hAnsi="Arial"/>
          <w:b/>
          <w:sz w:val="22"/>
        </w:rPr>
        <w:t xml:space="preserve">Alice  </w:t>
      </w:r>
      <w:r>
        <w:rPr>
          <w:rFonts w:ascii="Arial" w:hAnsi="Arial"/>
          <w:color w:val="5D7284"/>
          <w:sz w:val="22"/>
        </w:rPr>
        <w:t>37:00</w:t>
      </w:r>
    </w:p>
    <w:p>
      <w:pPr>
        <w:spacing w:after="0"/>
      </w:pPr>
      <w:r>
        <w:rPr>
          <w:rFonts w:ascii="Arial" w:hAnsi="Arial"/>
          <w:sz w:val="22"/>
        </w:rPr>
        <w:t xml:space="preserve">I think it's what's really difficult as well, though, is that and I, I am going to, unfortunately, go a little bit socialist here. But I think it part of the big issue is just that the issues with funding and resources for our healthcare system, you know, if we had a better resourced and supported health care system, then doctors would have more time to spend with their patients to actually to actually listen. So... </w:t>
      </w:r>
    </w:p>
    <w:p>
      <w:pPr>
        <w:spacing w:after="0"/>
      </w:pPr>
    </w:p>
    <w:p>
      <w:pPr>
        <w:spacing w:after="0"/>
      </w:pPr>
      <w:r>
        <w:rPr>
          <w:rFonts w:ascii="Arial" w:hAnsi="Arial"/>
          <w:b/>
          <w:sz w:val="22"/>
        </w:rPr>
        <w:t xml:space="preserve">Georgia  </w:t>
      </w:r>
      <w:r>
        <w:rPr>
          <w:rFonts w:ascii="Arial" w:hAnsi="Arial"/>
          <w:color w:val="5D7284"/>
          <w:sz w:val="22"/>
        </w:rPr>
        <w:t>37:30</w:t>
      </w:r>
    </w:p>
    <w:p>
      <w:pPr>
        <w:spacing w:after="0"/>
      </w:pPr>
      <w:r>
        <w:rPr>
          <w:rFonts w:ascii="Arial" w:hAnsi="Arial"/>
          <w:sz w:val="22"/>
        </w:rPr>
        <w:t>yeah, I think in some ways, the NHS is, like, I feel like it's quite good at keeping you alive. Like, if you're dying, the NHS is reasonably, at least still. Well, budget cuts have messed this up quite significantly over the last 10 years. But if you're dying, I feel like it's quite well built to sort that out. But when you have something chronic, that's like complicated, and you know, there's lots of like, ways that all of your conditions, or maybe just one of your conditions, it just affects lots of different parts. I feel like it's just so poorly prepared to help people with like a day to day management of life with a body that is perhaps a little bit wonky. It's funny, I was reading this book, that was like a palliative care. Doctor And I don't remember her name. So I'm sorry that I cannot properly reference his book. But the palliative care system, palliative care being like when you're about to die, usually, actually sounds perfect. for chronic health conditions, I was listening and the like, genuinely, they, their whole goal is to just like help you with your symptoms help you manage. And so it's like really well built out and I was listening, like, oh my god, this is what the entire NHS needs for like, they actually just listen to the patient's symptoms. And they're like, Okay, so maybe we can't fix it, but this is how we're gonna help you with your day.</w:t>
      </w:r>
    </w:p>
    <w:p>
      <w:pPr>
        <w:spacing w:after="0"/>
      </w:pPr>
    </w:p>
    <w:p>
      <w:pPr>
        <w:spacing w:after="0"/>
      </w:pPr>
      <w:r>
        <w:rPr>
          <w:rFonts w:ascii="Arial" w:hAnsi="Arial"/>
          <w:b/>
          <w:sz w:val="22"/>
        </w:rPr>
        <w:t xml:space="preserve">Alice  </w:t>
      </w:r>
      <w:r>
        <w:rPr>
          <w:rFonts w:ascii="Arial" w:hAnsi="Arial"/>
          <w:color w:val="5D7284"/>
          <w:sz w:val="22"/>
        </w:rPr>
        <w:t>38:53</w:t>
      </w:r>
    </w:p>
    <w:p>
      <w:pPr>
        <w:spacing w:after="0"/>
      </w:pPr>
      <w:r>
        <w:rPr>
          <w:rFonts w:ascii="Arial" w:hAnsi="Arial"/>
          <w:sz w:val="22"/>
        </w:rPr>
        <w:t>Yeah, it's er, instead of going, hey, let's treat this so that you'll go away. It's lets spend time with you to make you comfortable.</w:t>
      </w:r>
    </w:p>
    <w:p>
      <w:pPr>
        <w:spacing w:after="0"/>
      </w:pPr>
    </w:p>
    <w:p>
      <w:pPr>
        <w:spacing w:after="0"/>
      </w:pPr>
      <w:r>
        <w:rPr>
          <w:rFonts w:ascii="Arial" w:hAnsi="Arial"/>
          <w:b/>
          <w:sz w:val="22"/>
        </w:rPr>
        <w:t xml:space="preserve">Georgia  </w:t>
      </w:r>
      <w:r>
        <w:rPr>
          <w:rFonts w:ascii="Arial" w:hAnsi="Arial"/>
          <w:color w:val="5D7284"/>
          <w:sz w:val="22"/>
        </w:rPr>
        <w:t>39:00</w:t>
      </w:r>
    </w:p>
    <w:p>
      <w:pPr>
        <w:spacing w:after="0"/>
      </w:pPr>
      <w:r>
        <w:rPr>
          <w:rFonts w:ascii="Arial" w:hAnsi="Arial"/>
          <w:sz w:val="22"/>
        </w:rPr>
        <w:t>Yeah, so it exists, like you have departments that do it. It's just they don't have the financing to roll that out. To make a life easier for the many, many people.</w:t>
      </w:r>
    </w:p>
    <w:p>
      <w:pPr>
        <w:spacing w:after="0"/>
      </w:pPr>
    </w:p>
    <w:p>
      <w:pPr>
        <w:spacing w:after="0"/>
      </w:pPr>
      <w:r>
        <w:rPr>
          <w:rFonts w:ascii="Arial" w:hAnsi="Arial"/>
          <w:b/>
          <w:sz w:val="22"/>
        </w:rPr>
        <w:t xml:space="preserve">Alice  </w:t>
      </w:r>
      <w:r>
        <w:rPr>
          <w:rFonts w:ascii="Arial" w:hAnsi="Arial"/>
          <w:color w:val="5D7284"/>
          <w:sz w:val="22"/>
        </w:rPr>
        <w:t>39:12</w:t>
      </w:r>
    </w:p>
    <w:p>
      <w:pPr>
        <w:spacing w:after="0"/>
      </w:pPr>
      <w:r>
        <w:rPr>
          <w:rFonts w:ascii="Arial" w:hAnsi="Arial"/>
          <w:sz w:val="22"/>
        </w:rPr>
        <w:t>(sigh) and I think, I think that there is a lack of awareness amongst healthcare professionals, you know, who just can't comprehend life as a disabled person,</w:t>
      </w:r>
    </w:p>
    <w:p>
      <w:pPr>
        <w:spacing w:after="0"/>
      </w:pPr>
    </w:p>
    <w:p>
      <w:pPr>
        <w:spacing w:after="0"/>
      </w:pPr>
      <w:r>
        <w:rPr>
          <w:rFonts w:ascii="Arial" w:hAnsi="Arial"/>
          <w:b/>
          <w:sz w:val="22"/>
        </w:rPr>
        <w:t xml:space="preserve">Lucy  </w:t>
      </w:r>
      <w:r>
        <w:rPr>
          <w:rFonts w:ascii="Arial" w:hAnsi="Arial"/>
          <w:color w:val="5D7284"/>
          <w:sz w:val="22"/>
        </w:rPr>
        <w:t>39:27</w:t>
      </w:r>
    </w:p>
    <w:p>
      <w:pPr>
        <w:spacing w:after="0"/>
      </w:pPr>
      <w:r>
        <w:rPr>
          <w:rFonts w:ascii="Arial" w:hAnsi="Arial"/>
          <w:sz w:val="22"/>
        </w:rPr>
        <w:t>I was gonna say exactly the same thing. exactly the same thing.</w:t>
      </w:r>
    </w:p>
    <w:p>
      <w:pPr>
        <w:spacing w:after="0"/>
      </w:pPr>
    </w:p>
    <w:p>
      <w:pPr>
        <w:spacing w:after="0"/>
      </w:pPr>
      <w:r>
        <w:rPr>
          <w:rFonts w:ascii="Arial" w:hAnsi="Arial"/>
          <w:b/>
          <w:sz w:val="22"/>
        </w:rPr>
        <w:t xml:space="preserve">Alice  </w:t>
      </w:r>
      <w:r>
        <w:rPr>
          <w:rFonts w:ascii="Arial" w:hAnsi="Arial"/>
          <w:color w:val="5D7284"/>
          <w:sz w:val="22"/>
        </w:rPr>
        <w:t>39:30</w:t>
      </w:r>
    </w:p>
    <w:p>
      <w:pPr>
        <w:spacing w:after="0"/>
      </w:pPr>
      <w:r>
        <w:rPr>
          <w:rFonts w:ascii="Arial" w:hAnsi="Arial"/>
          <w:sz w:val="22"/>
        </w:rPr>
        <w:t xml:space="preserve">I mean, it's, I know, from the work that I do, I do know that they're rolling out some really, I think groundbreaking training, following around supporting people with learning disabilities, to, so, you know, be listened to within the healthcare system. But I think you know, from interactions that I've had, and interactions that Lucy's told me about, you know, and shared on the show that that from, you know, healthcare assistant's right up to consultants, there does need to be generally just better under sort of understanding of not just the medical side of disability, but just that like these are people with lives and value. And perhaps if you respected people a bit more and, and thought that this patient just because they're disabled, still, they, they feel they have a life worth living, perhaps you - </w:t>
      </w:r>
    </w:p>
    <w:p>
      <w:pPr>
        <w:spacing w:after="0"/>
      </w:pPr>
    </w:p>
    <w:p>
      <w:pPr>
        <w:spacing w:after="0"/>
      </w:pPr>
      <w:r>
        <w:rPr>
          <w:rFonts w:ascii="Arial" w:hAnsi="Arial"/>
          <w:b/>
          <w:sz w:val="22"/>
        </w:rPr>
        <w:t xml:space="preserve">Lucy  </w:t>
      </w:r>
      <w:r>
        <w:rPr>
          <w:rFonts w:ascii="Arial" w:hAnsi="Arial"/>
          <w:color w:val="5D7284"/>
          <w:sz w:val="22"/>
        </w:rPr>
        <w:t>40:29</w:t>
      </w:r>
    </w:p>
    <w:p>
      <w:pPr>
        <w:spacing w:after="0"/>
      </w:pPr>
      <w:r>
        <w:rPr>
          <w:rFonts w:ascii="Arial" w:hAnsi="Arial"/>
          <w:sz w:val="22"/>
        </w:rPr>
        <w:t>Yeah I think, I think as well in the, in the health care, it was specifically within the cerebral palsy community, that and treatment of cerebral palsy, there is a lot of talk around. Walking, and being able to walk and manoeuvre yourself, like a non disabled person, is the end goal. And for me, it's that isn't the end goal. for me, my end goal in life is to feel comfortable, pain free as much as humanly possible. So that I feel able to, you know, a bit more refreshed when I wake up in the morning, a bit more energised when I am at work, and able to do, because when I am when I am tired, and when I am pain full. And things are a struggle, that is when it affects me mentally, and my ability to go, do you know what being disabled isn't all that bad? Cause bit, let me tell you, being disabled isn't all that bad. for me, I'm not bothered really about the fact I can't walk, we've got systems in place at home, you know, in my day to day life, that mean, I can access most things independently and do things. Even if they're not completely independent, I can still do them, I can still you know, go out, see people go out to job and do all that kind of thing. So for me, walking isn't my end goal, but you talk to a healthcare professional, and they're like, can you walk? No. What, at all? No. And they seem like shocked that.</w:t>
      </w:r>
    </w:p>
    <w:p>
      <w:pPr>
        <w:spacing w:after="0"/>
      </w:pPr>
    </w:p>
    <w:p>
      <w:pPr>
        <w:spacing w:after="0"/>
      </w:pPr>
      <w:r>
        <w:rPr>
          <w:rFonts w:ascii="Arial" w:hAnsi="Arial"/>
          <w:b/>
          <w:sz w:val="22"/>
        </w:rPr>
        <w:t xml:space="preserve">Alice  </w:t>
      </w:r>
      <w:r>
        <w:rPr>
          <w:rFonts w:ascii="Arial" w:hAnsi="Arial"/>
          <w:color w:val="5D7284"/>
          <w:sz w:val="22"/>
        </w:rPr>
        <w:t>42:11</w:t>
      </w:r>
    </w:p>
    <w:p>
      <w:pPr>
        <w:spacing w:after="0"/>
      </w:pPr>
      <w:r>
        <w:rPr>
          <w:rFonts w:ascii="Arial" w:hAnsi="Arial"/>
          <w:sz w:val="22"/>
        </w:rPr>
        <w:t xml:space="preserve">That you don't want to? </w:t>
      </w:r>
    </w:p>
    <w:p>
      <w:pPr>
        <w:spacing w:after="0"/>
      </w:pPr>
    </w:p>
    <w:p>
      <w:pPr>
        <w:spacing w:after="0"/>
      </w:pPr>
      <w:r>
        <w:rPr>
          <w:rFonts w:ascii="Arial" w:hAnsi="Arial"/>
          <w:b/>
          <w:sz w:val="22"/>
        </w:rPr>
        <w:t xml:space="preserve">Lucy  </w:t>
      </w:r>
      <w:r>
        <w:rPr>
          <w:rFonts w:ascii="Arial" w:hAnsi="Arial"/>
          <w:color w:val="5D7284"/>
          <w:sz w:val="22"/>
        </w:rPr>
        <w:t>42:12</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42:12</w:t>
      </w:r>
    </w:p>
    <w:p>
      <w:pPr>
        <w:spacing w:after="0"/>
      </w:pPr>
      <w:r>
        <w:rPr>
          <w:rFonts w:ascii="Arial" w:hAnsi="Arial"/>
          <w:sz w:val="22"/>
        </w:rPr>
        <w:t>THat, but yeah,</w:t>
      </w:r>
    </w:p>
    <w:p>
      <w:pPr>
        <w:spacing w:after="0"/>
      </w:pPr>
    </w:p>
    <w:p>
      <w:pPr>
        <w:spacing w:after="0"/>
      </w:pPr>
      <w:r>
        <w:rPr>
          <w:rFonts w:ascii="Arial" w:hAnsi="Arial"/>
          <w:b/>
          <w:sz w:val="22"/>
        </w:rPr>
        <w:t xml:space="preserve">Lucy  </w:t>
      </w:r>
      <w:r>
        <w:rPr>
          <w:rFonts w:ascii="Arial" w:hAnsi="Arial"/>
          <w:color w:val="5D7284"/>
          <w:sz w:val="22"/>
        </w:rPr>
        <w:t>42:13</w:t>
      </w:r>
    </w:p>
    <w:p>
      <w:pPr>
        <w:spacing w:after="0"/>
      </w:pPr>
      <w:r>
        <w:rPr>
          <w:rFonts w:ascii="Arial" w:hAnsi="Arial"/>
          <w:sz w:val="22"/>
        </w:rPr>
        <w:t>Like, it's like oh, oh, oh, I mean, don't get me wrong, it would probably make life a little bit easier sometimes. But I'd get,</w:t>
      </w:r>
    </w:p>
    <w:p>
      <w:pPr>
        <w:spacing w:after="0"/>
      </w:pPr>
    </w:p>
    <w:p>
      <w:pPr>
        <w:spacing w:after="0"/>
      </w:pPr>
      <w:r>
        <w:rPr>
          <w:rFonts w:ascii="Arial" w:hAnsi="Arial"/>
          <w:b/>
          <w:sz w:val="22"/>
        </w:rPr>
        <w:t xml:space="preserve">Alice  </w:t>
      </w:r>
      <w:r>
        <w:rPr>
          <w:rFonts w:ascii="Arial" w:hAnsi="Arial"/>
          <w:color w:val="5D7284"/>
          <w:sz w:val="22"/>
        </w:rPr>
        <w:t>42:21</w:t>
      </w:r>
    </w:p>
    <w:p>
      <w:pPr>
        <w:spacing w:after="0"/>
      </w:pPr>
      <w:r>
        <w:rPr>
          <w:rFonts w:ascii="Arial" w:hAnsi="Arial"/>
          <w:sz w:val="22"/>
        </w:rPr>
        <w:t>The reason it would make life easier is because the world is not accessible to wheelchairs.</w:t>
      </w:r>
    </w:p>
    <w:p>
      <w:pPr>
        <w:spacing w:after="0"/>
      </w:pPr>
    </w:p>
    <w:p>
      <w:pPr>
        <w:spacing w:after="0"/>
      </w:pPr>
      <w:r>
        <w:rPr>
          <w:rFonts w:ascii="Arial" w:hAnsi="Arial"/>
          <w:b/>
          <w:sz w:val="22"/>
        </w:rPr>
        <w:t xml:space="preserve">Lucy  </w:t>
      </w:r>
      <w:r>
        <w:rPr>
          <w:rFonts w:ascii="Arial" w:hAnsi="Arial"/>
          <w:color w:val="5D7284"/>
          <w:sz w:val="22"/>
        </w:rPr>
        <w:t>42:26</w:t>
      </w:r>
    </w:p>
    <w:p>
      <w:pPr>
        <w:spacing w:after="0"/>
      </w:pPr>
      <w:r>
        <w:rPr>
          <w:rFonts w:ascii="Arial" w:hAnsi="Arial"/>
          <w:sz w:val="22"/>
        </w:rPr>
        <w:t xml:space="preserve">(laughs) Exactly </w:t>
      </w:r>
    </w:p>
    <w:p>
      <w:pPr>
        <w:spacing w:after="0"/>
      </w:pPr>
    </w:p>
    <w:p>
      <w:pPr>
        <w:spacing w:after="0"/>
      </w:pPr>
      <w:r>
        <w:rPr>
          <w:rFonts w:ascii="Arial" w:hAnsi="Arial"/>
          <w:b/>
          <w:sz w:val="22"/>
        </w:rPr>
        <w:t xml:space="preserve">Alice  </w:t>
      </w:r>
      <w:r>
        <w:rPr>
          <w:rFonts w:ascii="Arial" w:hAnsi="Arial"/>
          <w:color w:val="5D7284"/>
          <w:sz w:val="22"/>
        </w:rPr>
        <w:t>42:26</w:t>
      </w:r>
    </w:p>
    <w:p>
      <w:pPr>
        <w:spacing w:after="0"/>
      </w:pPr>
      <w:r>
        <w:rPr>
          <w:rFonts w:ascii="Arial" w:hAnsi="Arial"/>
          <w:sz w:val="22"/>
        </w:rPr>
        <w:t>Not because you'd be in less pain and you'd be happier and more independent.</w:t>
      </w:r>
    </w:p>
    <w:p>
      <w:pPr>
        <w:spacing w:after="0"/>
      </w:pPr>
    </w:p>
    <w:p>
      <w:pPr>
        <w:spacing w:after="0"/>
      </w:pPr>
      <w:r>
        <w:rPr>
          <w:rFonts w:ascii="Arial" w:hAnsi="Arial"/>
          <w:b/>
          <w:sz w:val="22"/>
        </w:rPr>
        <w:t xml:space="preserve">Lucy  </w:t>
      </w:r>
      <w:r>
        <w:rPr>
          <w:rFonts w:ascii="Arial" w:hAnsi="Arial"/>
          <w:color w:val="5D7284"/>
          <w:sz w:val="22"/>
        </w:rPr>
        <w:t>42:31</w:t>
      </w:r>
    </w:p>
    <w:p>
      <w:pPr>
        <w:spacing w:after="0"/>
      </w:pPr>
      <w:r>
        <w:rPr>
          <w:rFonts w:ascii="Arial" w:hAnsi="Arial"/>
          <w:sz w:val="22"/>
        </w:rPr>
        <w:t>Yeah, I think for me, the end goal is to not be in pain, not feel so exhausted all the time. That's all I really want, really. And on the on the odd I think I've said to you before, it's like we've had a chat about something. And I've said I've got absolutely no pain anywhere. But don't say it too loudly because it'll come back with a vengeance is like I'm back ! I'm  back and I brought,my friends. That doesn't happen very often. Those pain free days don't happen very often. But when they do you're like oh, this is nice. can I have this all the time Please? That'd be lovely. That is That to me is my end goal. But yeah, the fact that people seem shocked, I don't want to I'm not interested in being able to walk. being able to stand up is one thing. I've got a standing frome of my home so I can stretch my legs because the stretch is the stretch that helps not that not the physical act of being stood up. I couldn't care less whether I'm stood or sat down. It's just it's the physical stretch on my legs. That helps me, you know, day to day. But yeah</w:t>
      </w:r>
    </w:p>
    <w:p>
      <w:pPr>
        <w:spacing w:after="0"/>
      </w:pPr>
    </w:p>
    <w:p>
      <w:pPr>
        <w:spacing w:after="0"/>
      </w:pPr>
      <w:r>
        <w:rPr>
          <w:rFonts w:ascii="Arial" w:hAnsi="Arial"/>
          <w:b/>
          <w:sz w:val="22"/>
        </w:rPr>
        <w:t xml:space="preserve">Alice  </w:t>
      </w:r>
      <w:r>
        <w:rPr>
          <w:rFonts w:ascii="Arial" w:hAnsi="Arial"/>
          <w:color w:val="5D7284"/>
          <w:sz w:val="22"/>
        </w:rPr>
        <w:t>43:29</w:t>
      </w:r>
    </w:p>
    <w:p>
      <w:pPr>
        <w:spacing w:after="0"/>
      </w:pPr>
      <w:r>
        <w:rPr>
          <w:rFonts w:ascii="Arial" w:hAnsi="Arial"/>
          <w:sz w:val="22"/>
        </w:rPr>
        <w:t xml:space="preserve">You could be you could be stretched out by a handsome muscular man just pushing your legs backwards for you. that would that would be just as effective, if not more effective, potentially. </w:t>
      </w:r>
    </w:p>
    <w:p>
      <w:pPr>
        <w:spacing w:after="0"/>
      </w:pPr>
    </w:p>
    <w:p>
      <w:pPr>
        <w:spacing w:after="0"/>
      </w:pPr>
      <w:r>
        <w:rPr>
          <w:rFonts w:ascii="Arial" w:hAnsi="Arial"/>
          <w:b/>
          <w:sz w:val="22"/>
        </w:rPr>
        <w:t xml:space="preserve">Georgia  </w:t>
      </w:r>
      <w:r>
        <w:rPr>
          <w:rFonts w:ascii="Arial" w:hAnsi="Arial"/>
          <w:color w:val="5D7284"/>
          <w:sz w:val="22"/>
        </w:rPr>
        <w:t>43:40</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43:40</w:t>
      </w:r>
    </w:p>
    <w:p>
      <w:pPr>
        <w:spacing w:after="0"/>
      </w:pPr>
      <w:r>
        <w:rPr>
          <w:rFonts w:ascii="Arial" w:hAnsi="Arial"/>
          <w:sz w:val="22"/>
        </w:rPr>
        <w:t>Yes please can we, can we sort that please.</w:t>
      </w:r>
    </w:p>
    <w:p>
      <w:pPr>
        <w:spacing w:after="0"/>
      </w:pPr>
    </w:p>
    <w:p>
      <w:pPr>
        <w:spacing w:after="0"/>
      </w:pPr>
      <w:r>
        <w:rPr>
          <w:rFonts w:ascii="Arial" w:hAnsi="Arial"/>
          <w:b/>
          <w:sz w:val="22"/>
        </w:rPr>
        <w:t xml:space="preserve">Alice  </w:t>
      </w:r>
      <w:r>
        <w:rPr>
          <w:rFonts w:ascii="Arial" w:hAnsi="Arial"/>
          <w:color w:val="5D7284"/>
          <w:sz w:val="22"/>
        </w:rPr>
        <w:t>43:41</w:t>
      </w:r>
    </w:p>
    <w:p>
      <w:pPr>
        <w:spacing w:after="0"/>
      </w:pPr>
      <w:r>
        <w:rPr>
          <w:rFonts w:ascii="Arial" w:hAnsi="Arial"/>
          <w:sz w:val="22"/>
        </w:rPr>
        <w:t>Is that something the NHS would pay for?</w:t>
      </w:r>
    </w:p>
    <w:p>
      <w:pPr>
        <w:spacing w:after="0"/>
      </w:pPr>
    </w:p>
    <w:p>
      <w:pPr>
        <w:spacing w:after="0"/>
      </w:pPr>
      <w:r>
        <w:rPr>
          <w:rFonts w:ascii="Arial" w:hAnsi="Arial"/>
          <w:b/>
          <w:sz w:val="22"/>
        </w:rPr>
        <w:t xml:space="preserve">Lucy  </w:t>
      </w:r>
      <w:r>
        <w:rPr>
          <w:rFonts w:ascii="Arial" w:hAnsi="Arial"/>
          <w:color w:val="5D7284"/>
          <w:sz w:val="22"/>
        </w:rPr>
        <w:t>43:44</w:t>
      </w:r>
    </w:p>
    <w:p>
      <w:pPr>
        <w:spacing w:after="0"/>
      </w:pPr>
      <w:r>
        <w:rPr>
          <w:rFonts w:ascii="Arial" w:hAnsi="Arial"/>
          <w:sz w:val="22"/>
        </w:rPr>
        <w:t>Can our sponsership with Buscopan sort that out?</w:t>
      </w:r>
    </w:p>
    <w:p>
      <w:pPr>
        <w:spacing w:after="0"/>
      </w:pPr>
    </w:p>
    <w:p>
      <w:pPr>
        <w:spacing w:after="0"/>
      </w:pPr>
      <w:r>
        <w:rPr>
          <w:rFonts w:ascii="Arial" w:hAnsi="Arial"/>
          <w:b/>
          <w:sz w:val="22"/>
        </w:rPr>
        <w:t xml:space="preserve">Alice  </w:t>
      </w:r>
      <w:r>
        <w:rPr>
          <w:rFonts w:ascii="Arial" w:hAnsi="Arial"/>
          <w:color w:val="5D7284"/>
          <w:sz w:val="22"/>
        </w:rPr>
        <w:t>43:49</w:t>
      </w:r>
    </w:p>
    <w:p>
      <w:pPr>
        <w:spacing w:after="0"/>
      </w:pPr>
      <w:r>
        <w:rPr>
          <w:rFonts w:ascii="Arial" w:hAnsi="Arial"/>
          <w:sz w:val="22"/>
        </w:rPr>
        <w:t>(laughs)</w:t>
      </w:r>
    </w:p>
    <w:p>
      <w:pPr>
        <w:spacing w:after="0"/>
      </w:pPr>
    </w:p>
    <w:p>
      <w:pPr>
        <w:spacing w:after="0"/>
      </w:pPr>
      <w:r>
        <w:rPr>
          <w:rFonts w:ascii="Arial" w:hAnsi="Arial"/>
          <w:b/>
          <w:sz w:val="22"/>
        </w:rPr>
        <w:t xml:space="preserve">Georgia  </w:t>
      </w:r>
      <w:r>
        <w:rPr>
          <w:rFonts w:ascii="Arial" w:hAnsi="Arial"/>
          <w:color w:val="5D7284"/>
          <w:sz w:val="22"/>
        </w:rPr>
        <w:t>43:49</w:t>
      </w:r>
    </w:p>
    <w:p>
      <w:pPr>
        <w:spacing w:after="0"/>
      </w:pPr>
      <w:r>
        <w:rPr>
          <w:rFonts w:ascii="Arial" w:hAnsi="Arial"/>
          <w:sz w:val="22"/>
        </w:rPr>
        <w:t>It's that narrative though isn't it?</w:t>
      </w:r>
    </w:p>
    <w:p>
      <w:pPr>
        <w:spacing w:after="0"/>
      </w:pPr>
    </w:p>
    <w:p>
      <w:pPr>
        <w:spacing w:after="0"/>
      </w:pPr>
      <w:r>
        <w:rPr>
          <w:rFonts w:ascii="Arial" w:hAnsi="Arial"/>
          <w:b/>
          <w:sz w:val="22"/>
        </w:rPr>
        <w:t xml:space="preserve">Alice  </w:t>
      </w:r>
      <w:r>
        <w:rPr>
          <w:rFonts w:ascii="Arial" w:hAnsi="Arial"/>
          <w:color w:val="5D7284"/>
          <w:sz w:val="22"/>
        </w:rPr>
        <w:t>43:51</w:t>
      </w:r>
    </w:p>
    <w:p>
      <w:pPr>
        <w:spacing w:after="0"/>
      </w:pPr>
      <w:r>
        <w:rPr>
          <w:rFonts w:ascii="Arial" w:hAnsi="Arial"/>
          <w:sz w:val="22"/>
        </w:rPr>
        <w:t xml:space="preserve">Yes, that's what I was just thinking Georgia exactly. </w:t>
      </w:r>
    </w:p>
    <w:p>
      <w:pPr>
        <w:spacing w:after="0"/>
      </w:pPr>
    </w:p>
    <w:p>
      <w:pPr>
        <w:spacing w:after="0"/>
      </w:pPr>
      <w:r>
        <w:rPr>
          <w:rFonts w:ascii="Arial" w:hAnsi="Arial"/>
          <w:b/>
          <w:sz w:val="22"/>
        </w:rPr>
        <w:t xml:space="preserve">Georgia  </w:t>
      </w:r>
      <w:r>
        <w:rPr>
          <w:rFonts w:ascii="Arial" w:hAnsi="Arial"/>
          <w:color w:val="5D7284"/>
          <w:sz w:val="22"/>
        </w:rPr>
        <w:t>43:54</w:t>
      </w:r>
    </w:p>
    <w:p>
      <w:pPr>
        <w:spacing w:after="0"/>
      </w:pPr>
      <w:r>
        <w:rPr>
          <w:rFonts w:ascii="Arial" w:hAnsi="Arial"/>
          <w:sz w:val="22"/>
        </w:rPr>
        <w:t xml:space="preserve">Yeah. I think I know, training for doctors, like it could help with that, and certainly would. But I think also part of the problem is that the NHS is not built for disabled people to work there. They seem to like the separation in their head between like, people who they deem to be sick or disabled, and then staff and it not be particularly well connected. Like I when I left university, I did like neuroscience and some chemistry. And I desperately wanted to do like a graduate medicine course and go into medicine because I'd had such a terrible time with most doctors. And I really, really wanted to be like, hey, I can do this job and understand. But I was the more I looked into it, the more it just was like this just isn't possible. because even though there are specialties like rheumatology, or neurology where you're sitting down most of the time and you know, it's not A&amp;E you don't have to run around, just to get through the training. They don't have any version of the training where you don't have to do those high energy, high mobility, like you have to as part of the training, so it just cuts out. So many people who could give so much to the NHS with lived experience, but they just can't get there. Which is just so silly because these, I feel like they just constantly discount the knowledge of disabled people and people with chronic conditions as something that could contribute rather than something that you know, a service user that they're going to provide for. It's just so silly. No, I was gonna say, I think that's why I'm so excited about this startup that I'm sort of trying to trying to make happen. </w:t>
      </w:r>
    </w:p>
    <w:p>
      <w:pPr>
        <w:spacing w:after="0"/>
      </w:pPr>
    </w:p>
    <w:p>
      <w:pPr>
        <w:spacing w:after="0"/>
      </w:pPr>
      <w:r>
        <w:rPr>
          <w:rFonts w:ascii="Arial" w:hAnsi="Arial"/>
          <w:b/>
          <w:sz w:val="22"/>
        </w:rPr>
        <w:t xml:space="preserve">Lucy  </w:t>
      </w:r>
      <w:r>
        <w:rPr>
          <w:rFonts w:ascii="Arial" w:hAnsi="Arial"/>
          <w:color w:val="5D7284"/>
          <w:sz w:val="22"/>
        </w:rPr>
        <w:t>43:54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43:55</w:t>
      </w:r>
    </w:p>
    <w:p>
      <w:pPr>
        <w:spacing w:after="0"/>
      </w:pPr>
      <w:r>
        <w:rPr>
          <w:rFonts w:ascii="Arial" w:hAnsi="Arial"/>
          <w:sz w:val="22"/>
        </w:rPr>
        <w:t>Yeah</w:t>
      </w:r>
    </w:p>
    <w:p>
      <w:pPr>
        <w:spacing w:after="0"/>
      </w:pPr>
    </w:p>
    <w:p>
      <w:pPr>
        <w:spacing w:after="0"/>
      </w:pPr>
      <w:r>
        <w:rPr>
          <w:rFonts w:ascii="Arial" w:hAnsi="Arial"/>
          <w:b/>
          <w:sz w:val="22"/>
        </w:rPr>
        <w:t xml:space="preserve">Georgia  </w:t>
      </w:r>
      <w:r>
        <w:rPr>
          <w:rFonts w:ascii="Arial" w:hAnsi="Arial"/>
          <w:color w:val="5D7284"/>
          <w:sz w:val="22"/>
        </w:rPr>
        <w:t>43:56</w:t>
      </w:r>
    </w:p>
    <w:p>
      <w:pPr>
        <w:spacing w:after="0"/>
      </w:pPr>
      <w:r>
        <w:rPr>
          <w:rFonts w:ascii="Arial" w:hAnsi="Arial"/>
          <w:sz w:val="22"/>
        </w:rPr>
        <w:t xml:space="preserve">because I think that its entire premise is that everything should be built by people with lived experience of the actual thing that they're trying to solve. </w:t>
      </w:r>
    </w:p>
    <w:p>
      <w:pPr>
        <w:spacing w:after="0"/>
      </w:pPr>
    </w:p>
    <w:p>
      <w:pPr>
        <w:spacing w:after="0"/>
      </w:pPr>
      <w:r>
        <w:rPr>
          <w:rFonts w:ascii="Arial" w:hAnsi="Arial"/>
          <w:b/>
          <w:sz w:val="22"/>
        </w:rPr>
        <w:t xml:space="preserve">Lucy  </w:t>
      </w:r>
      <w:r>
        <w:rPr>
          <w:rFonts w:ascii="Arial" w:hAnsi="Arial"/>
          <w:color w:val="5D7284"/>
          <w:sz w:val="22"/>
        </w:rPr>
        <w:t>45:28</w:t>
      </w:r>
    </w:p>
    <w:p>
      <w:pPr>
        <w:spacing w:after="0"/>
      </w:pPr>
      <w:r>
        <w:rPr>
          <w:rFonts w:ascii="Arial" w:hAnsi="Arial"/>
          <w:sz w:val="22"/>
        </w:rPr>
        <w:t>Absolutely</w:t>
      </w:r>
    </w:p>
    <w:p>
      <w:pPr>
        <w:spacing w:after="0"/>
      </w:pPr>
    </w:p>
    <w:p>
      <w:pPr>
        <w:spacing w:after="0"/>
      </w:pPr>
      <w:r>
        <w:rPr>
          <w:rFonts w:ascii="Arial" w:hAnsi="Arial"/>
          <w:b/>
          <w:sz w:val="22"/>
        </w:rPr>
        <w:t xml:space="preserve">Georgia  </w:t>
      </w:r>
      <w:r>
        <w:rPr>
          <w:rFonts w:ascii="Arial" w:hAnsi="Arial"/>
          <w:color w:val="5D7284"/>
          <w:sz w:val="22"/>
        </w:rPr>
        <w:t>45:43</w:t>
      </w:r>
    </w:p>
    <w:p>
      <w:pPr>
        <w:spacing w:after="0"/>
      </w:pPr>
      <w:r>
        <w:rPr>
          <w:rFonts w:ascii="Arial" w:hAnsi="Arial"/>
          <w:sz w:val="22"/>
        </w:rPr>
        <w:t>And I guess it's like my way of, I can't go into medicine. So like, what can I do to do like, help people, like, as we're talking about, like living a life that you actually want to live that you enjoy, and it doesn't have to look like the whole medical model of you know, you're standing and for me, like, I'm not even going for no pain, like, it's never gonna happen. There's no way for my body to not be in pain, but like, you know, like, how do I make a life for myself, that I enjoy while in pain? And that's my question, but a doctor will only ever be like, Oh, do you want to try this new pain medication or this one, I'm like, I've been that road, they all suck for me. They just they all the side effects are worse than they, they only get rid of like a teeny amount of pain. And the side effects are so bad, like I was on a lot of tricyclic antidepressants that they use for nerve pain when I first had my MS diagnosis. And I was just foggy. I'm always walking, but I was like, 10 times as foggy all the time. I was like, barely awake. And it's like, well, that's not a life, at least for me. I know that some people manage on tricyclic antidepressants, and it works for them. But for me, it just was like not worth the teeny tiny bit of pain that it managed to slice off.</w:t>
      </w:r>
    </w:p>
    <w:p>
      <w:pPr>
        <w:spacing w:after="0"/>
      </w:pPr>
    </w:p>
    <w:p>
      <w:pPr>
        <w:spacing w:after="0"/>
      </w:pPr>
      <w:r>
        <w:rPr>
          <w:rFonts w:ascii="Arial" w:hAnsi="Arial"/>
          <w:b/>
          <w:sz w:val="22"/>
        </w:rPr>
        <w:t xml:space="preserve">Lucy  </w:t>
      </w:r>
      <w:r>
        <w:rPr>
          <w:rFonts w:ascii="Arial" w:hAnsi="Arial"/>
          <w:color w:val="5D7284"/>
          <w:sz w:val="22"/>
        </w:rPr>
        <w:t>47:01</w:t>
      </w:r>
    </w:p>
    <w:p>
      <w:pPr>
        <w:spacing w:after="0"/>
      </w:pPr>
      <w:r>
        <w:rPr>
          <w:rFonts w:ascii="Arial" w:hAnsi="Arial"/>
          <w:sz w:val="22"/>
        </w:rPr>
        <w:t xml:space="preserve">when I was put on pain when they were trying to find the right pain medication for me to sort of like help with muscle spasms and things. They tried different ones. And I said well, most important thing for me is that I compos mentis, and I can understand what's going on. So I don't take the tablet and and I'm like foggy for a week afterwards because I don't like I don't know what's going on. And I you know, I need to be I need to be aware and able to do things because I am physically not able to do a lot of things, but I am able to sit and go Yeah, I can do that. I can make that document for your you know, do whatever. So I need to be able to go okay, yeah, I understand I can I can physically, not physically, do you know what I you know what I'm trying to say Alice? </w:t>
      </w:r>
    </w:p>
    <w:p>
      <w:pPr>
        <w:spacing w:after="0"/>
      </w:pPr>
    </w:p>
    <w:p>
      <w:pPr>
        <w:spacing w:after="0"/>
      </w:pPr>
      <w:r>
        <w:rPr>
          <w:rFonts w:ascii="Arial" w:hAnsi="Arial"/>
          <w:b/>
          <w:sz w:val="22"/>
        </w:rPr>
        <w:t xml:space="preserve">Alice  </w:t>
      </w:r>
      <w:r>
        <w:rPr>
          <w:rFonts w:ascii="Arial" w:hAnsi="Arial"/>
          <w:color w:val="5D7284"/>
          <w:sz w:val="22"/>
        </w:rPr>
        <w:t>47:49</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47:50</w:t>
      </w:r>
    </w:p>
    <w:p>
      <w:pPr>
        <w:spacing w:after="0"/>
      </w:pPr>
      <w:r>
        <w:rPr>
          <w:rFonts w:ascii="Arial" w:hAnsi="Arial"/>
          <w:sz w:val="22"/>
        </w:rPr>
        <w:t>To be able to be able to function really well.</w:t>
      </w:r>
    </w:p>
    <w:p>
      <w:pPr>
        <w:spacing w:after="0"/>
      </w:pPr>
    </w:p>
    <w:p>
      <w:pPr>
        <w:spacing w:after="0"/>
      </w:pPr>
      <w:r>
        <w:rPr>
          <w:rFonts w:ascii="Arial" w:hAnsi="Arial"/>
          <w:b/>
          <w:sz w:val="22"/>
        </w:rPr>
        <w:t xml:space="preserve">Alice  </w:t>
      </w:r>
      <w:r>
        <w:rPr>
          <w:rFonts w:ascii="Arial" w:hAnsi="Arial"/>
          <w:color w:val="5D7284"/>
          <w:sz w:val="22"/>
        </w:rPr>
        <w:t>47:54</w:t>
      </w:r>
    </w:p>
    <w:p>
      <w:pPr>
        <w:spacing w:after="0"/>
      </w:pPr>
      <w:r>
        <w:rPr>
          <w:rFonts w:ascii="Arial" w:hAnsi="Arial"/>
          <w:sz w:val="22"/>
        </w:rPr>
        <w:t>Well and I think you know, it's about it's just generally about quality of life and what's important to you and your medical professional or your healthcare professional understanding when you say to them, actually, the thing that's really important to me here is -  I've recently been diagnosed with chronic back pain, and the physio keeps saying to me, I like what pain medication you're on, I'm like, I'm still taking over the counter pain meds because I don't want to go down the road of starting to take other pain meds because I I know, with my history that I'll build up a tolerance, and I'll have to go something stronger and I'll have to go on something stronger. And I already have terrible coordination, I already get dizzy. Like I just it's it's not something that I want to have to factor in the side effects of pain medication is something I want to factor in when I know that it's a lot of hard work, but the physio is enough to help me and I am hopeful and the physio is even said he's hopeful that if I stick out it that, you know, the the issue will resolve itself. So I'm a bit like, I don't want to throw pain medication at something that's - But it's, you know, every time I go to the physio who's like, and have you talked to a doctor about pain medication yet? It's like I don't. I don't want to leave me alone.</w:t>
      </w:r>
    </w:p>
    <w:p>
      <w:pPr>
        <w:spacing w:after="0"/>
      </w:pPr>
    </w:p>
    <w:p>
      <w:pPr>
        <w:spacing w:after="0"/>
      </w:pPr>
      <w:r>
        <w:rPr>
          <w:rFonts w:ascii="Arial" w:hAnsi="Arial"/>
          <w:b/>
          <w:sz w:val="22"/>
        </w:rPr>
        <w:t xml:space="preserve">Lucy  </w:t>
      </w:r>
      <w:r>
        <w:rPr>
          <w:rFonts w:ascii="Arial" w:hAnsi="Arial"/>
          <w:color w:val="5D7284"/>
          <w:sz w:val="22"/>
        </w:rPr>
        <w:t>49:11</w:t>
      </w:r>
    </w:p>
    <w:p>
      <w:pPr>
        <w:spacing w:after="0"/>
      </w:pPr>
      <w:r>
        <w:rPr>
          <w:rFonts w:ascii="Arial" w:hAnsi="Arial"/>
          <w:sz w:val="22"/>
        </w:rPr>
        <w:t>No exactly. Why are you throwing the baby out with the bathwater, that kind of thing? you know, I think as well No! I don't want to.</w:t>
      </w:r>
    </w:p>
    <w:p>
      <w:pPr>
        <w:spacing w:after="0"/>
      </w:pPr>
    </w:p>
    <w:p>
      <w:pPr>
        <w:spacing w:after="0"/>
      </w:pPr>
      <w:r>
        <w:rPr>
          <w:rFonts w:ascii="Arial" w:hAnsi="Arial"/>
          <w:b/>
          <w:sz w:val="22"/>
        </w:rPr>
        <w:t xml:space="preserve">Alice  </w:t>
      </w:r>
      <w:r>
        <w:rPr>
          <w:rFonts w:ascii="Arial" w:hAnsi="Arial"/>
          <w:color w:val="5D7284"/>
          <w:sz w:val="22"/>
        </w:rPr>
        <w:t>49:28</w:t>
      </w:r>
    </w:p>
    <w:p>
      <w:pPr>
        <w:spacing w:after="0"/>
      </w:pPr>
      <w:r>
        <w:rPr>
          <w:rFonts w:ascii="Arial" w:hAnsi="Arial"/>
          <w:sz w:val="22"/>
        </w:rPr>
        <w:t>I'm here for you to give me a slightly uncomfortable massage because it involves you rubbing my butt. And then you're going to tell me to do these exercises. And then I'm gonna go away and I'm gonna come back in six weeks.</w:t>
      </w:r>
    </w:p>
    <w:p>
      <w:pPr>
        <w:spacing w:after="0"/>
      </w:pPr>
    </w:p>
    <w:p>
      <w:pPr>
        <w:spacing w:after="0"/>
      </w:pPr>
      <w:r>
        <w:rPr>
          <w:rFonts w:ascii="Arial" w:hAnsi="Arial"/>
          <w:b/>
          <w:sz w:val="22"/>
        </w:rPr>
        <w:t xml:space="preserve">Lucy  </w:t>
      </w:r>
      <w:r>
        <w:rPr>
          <w:rFonts w:ascii="Arial" w:hAnsi="Arial"/>
          <w:color w:val="5D7284"/>
          <w:sz w:val="22"/>
        </w:rPr>
        <w:t>49:39</w:t>
      </w:r>
    </w:p>
    <w:p>
      <w:pPr>
        <w:spacing w:after="0"/>
      </w:pPr>
      <w:r>
        <w:rPr>
          <w:rFonts w:ascii="Arial" w:hAnsi="Arial"/>
          <w:sz w:val="22"/>
        </w:rPr>
        <w:t>(laughs)</w:t>
      </w:r>
    </w:p>
    <w:p>
      <w:pPr>
        <w:spacing w:after="0"/>
      </w:pPr>
    </w:p>
    <w:p>
      <w:pPr>
        <w:spacing w:after="0"/>
      </w:pPr>
      <w:r>
        <w:rPr>
          <w:rFonts w:ascii="Arial" w:hAnsi="Arial"/>
          <w:b/>
          <w:sz w:val="22"/>
        </w:rPr>
        <w:t xml:space="preserve">Alice  </w:t>
      </w:r>
      <w:r>
        <w:rPr>
          <w:rFonts w:ascii="Arial" w:hAnsi="Arial"/>
          <w:color w:val="5D7284"/>
          <w:sz w:val="22"/>
        </w:rPr>
        <w:t>49:39</w:t>
      </w:r>
    </w:p>
    <w:p>
      <w:pPr>
        <w:spacing w:after="0"/>
      </w:pPr>
      <w:r>
        <w:rPr>
          <w:rFonts w:ascii="Arial" w:hAnsi="Arial"/>
          <w:sz w:val="22"/>
        </w:rPr>
        <w:t xml:space="preserve"> I'm not here for you to tell me what medication I should be taking.</w:t>
      </w:r>
    </w:p>
    <w:p>
      <w:pPr>
        <w:spacing w:after="0"/>
      </w:pPr>
    </w:p>
    <w:p>
      <w:pPr>
        <w:spacing w:after="0"/>
      </w:pPr>
      <w:r>
        <w:rPr>
          <w:rFonts w:ascii="Arial" w:hAnsi="Arial"/>
          <w:b/>
          <w:sz w:val="22"/>
        </w:rPr>
        <w:t xml:space="preserve">Lucy  </w:t>
      </w:r>
      <w:r>
        <w:rPr>
          <w:rFonts w:ascii="Arial" w:hAnsi="Arial"/>
          <w:color w:val="5D7284"/>
          <w:sz w:val="22"/>
        </w:rPr>
        <w:t>49:42</w:t>
      </w:r>
    </w:p>
    <w:p>
      <w:pPr>
        <w:spacing w:after="0"/>
      </w:pPr>
      <w:r>
        <w:rPr>
          <w:rFonts w:ascii="Arial" w:hAnsi="Arial"/>
          <w:sz w:val="22"/>
        </w:rPr>
        <w:t>I think a lot of my pain problems would be solved by going into a spa once every month, to be honest, and I'm waiting for the day that somebody goes oh, we'll send you to a spa.</w:t>
      </w:r>
    </w:p>
    <w:p>
      <w:pPr>
        <w:spacing w:after="0"/>
      </w:pPr>
    </w:p>
    <w:p>
      <w:pPr>
        <w:spacing w:after="0"/>
      </w:pPr>
      <w:r>
        <w:rPr>
          <w:rFonts w:ascii="Arial" w:hAnsi="Arial"/>
          <w:b/>
          <w:sz w:val="22"/>
        </w:rPr>
        <w:t xml:space="preserve">Georgia  </w:t>
      </w:r>
      <w:r>
        <w:rPr>
          <w:rFonts w:ascii="Arial" w:hAnsi="Arial"/>
          <w:color w:val="5D7284"/>
          <w:sz w:val="22"/>
        </w:rPr>
        <w:t>49:43</w:t>
      </w:r>
    </w:p>
    <w:p>
      <w:pPr>
        <w:spacing w:after="0"/>
      </w:pPr>
      <w:r>
        <w:rPr>
          <w:rFonts w:ascii="Arial" w:hAnsi="Arial"/>
          <w:sz w:val="22"/>
        </w:rPr>
        <w:t xml:space="preserve"> I agree!</w:t>
      </w:r>
    </w:p>
    <w:p>
      <w:pPr>
        <w:spacing w:after="0"/>
      </w:pPr>
    </w:p>
    <w:p>
      <w:pPr>
        <w:spacing w:after="0"/>
      </w:pPr>
      <w:r>
        <w:rPr>
          <w:rFonts w:ascii="Arial" w:hAnsi="Arial"/>
          <w:b/>
          <w:sz w:val="22"/>
        </w:rPr>
        <w:t xml:space="preserve">Lucy  </w:t>
      </w:r>
      <w:r>
        <w:rPr>
          <w:rFonts w:ascii="Arial" w:hAnsi="Arial"/>
          <w:color w:val="5D7284"/>
          <w:sz w:val="22"/>
        </w:rPr>
        <w:t>49:55</w:t>
      </w:r>
    </w:p>
    <w:p>
      <w:pPr>
        <w:spacing w:after="0"/>
      </w:pPr>
      <w:r>
        <w:rPr>
          <w:rFonts w:ascii="Arial" w:hAnsi="Arial"/>
          <w:sz w:val="22"/>
        </w:rPr>
        <w:t xml:space="preserve"> Yeah, I think that should be first point of call really before you do anything. send me to a spa. And then we'll see how I feel afterwards. Like...</w:t>
      </w:r>
    </w:p>
    <w:p>
      <w:pPr>
        <w:spacing w:after="0"/>
      </w:pPr>
    </w:p>
    <w:p>
      <w:pPr>
        <w:spacing w:after="0"/>
      </w:pPr>
      <w:r>
        <w:rPr>
          <w:rFonts w:ascii="Arial" w:hAnsi="Arial"/>
          <w:b/>
          <w:sz w:val="22"/>
        </w:rPr>
        <w:t xml:space="preserve">Georgia  </w:t>
      </w:r>
      <w:r>
        <w:rPr>
          <w:rFonts w:ascii="Arial" w:hAnsi="Arial"/>
          <w:color w:val="5D7284"/>
          <w:sz w:val="22"/>
        </w:rPr>
        <w:t>50:03</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50:03</w:t>
      </w:r>
    </w:p>
    <w:p>
      <w:pPr>
        <w:spacing w:after="0"/>
      </w:pPr>
      <w:r>
        <w:rPr>
          <w:rFonts w:ascii="Arial" w:hAnsi="Arial"/>
          <w:sz w:val="22"/>
        </w:rPr>
        <w:t>I mean, I certainly think that I like a really quite firm massage. And I can certainly say that sports massage has given me pain relief for days versus, like, you know, what worrying about, like medication that was going to wear off in four hours,</w:t>
      </w:r>
    </w:p>
    <w:p>
      <w:pPr>
        <w:spacing w:after="0"/>
      </w:pPr>
    </w:p>
    <w:p>
      <w:pPr>
        <w:spacing w:after="0"/>
      </w:pPr>
      <w:r>
        <w:rPr>
          <w:rFonts w:ascii="Arial" w:hAnsi="Arial"/>
          <w:b/>
          <w:sz w:val="22"/>
        </w:rPr>
        <w:t xml:space="preserve">Lucy  </w:t>
      </w:r>
      <w:r>
        <w:rPr>
          <w:rFonts w:ascii="Arial" w:hAnsi="Arial"/>
          <w:color w:val="5D7284"/>
          <w:sz w:val="22"/>
        </w:rPr>
        <w:t>50:21</w:t>
      </w:r>
    </w:p>
    <w:p>
      <w:pPr>
        <w:spacing w:after="0"/>
      </w:pPr>
      <w:r>
        <w:rPr>
          <w:rFonts w:ascii="Arial" w:hAnsi="Arial"/>
          <w:sz w:val="22"/>
        </w:rPr>
        <w:t>Exactly. yeah, exactly.</w:t>
      </w:r>
    </w:p>
    <w:p>
      <w:pPr>
        <w:spacing w:after="0"/>
      </w:pPr>
    </w:p>
    <w:p>
      <w:pPr>
        <w:spacing w:after="0"/>
      </w:pPr>
      <w:r>
        <w:rPr>
          <w:rFonts w:ascii="Arial" w:hAnsi="Arial"/>
          <w:b/>
          <w:sz w:val="22"/>
        </w:rPr>
        <w:t xml:space="preserve">Georgia  </w:t>
      </w:r>
      <w:r>
        <w:rPr>
          <w:rFonts w:ascii="Arial" w:hAnsi="Arial"/>
          <w:color w:val="5D7284"/>
          <w:sz w:val="22"/>
        </w:rPr>
        <w:t>50:23</w:t>
      </w:r>
    </w:p>
    <w:p>
      <w:pPr>
        <w:spacing w:after="0"/>
      </w:pPr>
      <w:r>
        <w:rPr>
          <w:rFonts w:ascii="Arial" w:hAnsi="Arial"/>
          <w:sz w:val="22"/>
        </w:rPr>
        <w:t xml:space="preserve">One of my partners has like, gets back spasms and has when it happens, it's very painful and quite debilitating in terms of like being able to move. And essentially, nothing the doctor did was as good as signing up to the local, like, it's like a spa experience, because it's in like a leisure centre with a swimming pool. So it's not like a full kitted out spa, it's a lot cheaper. But they signed up to it monthly. And when their back gets really bad, bad, they go to the sauna, and they sit in there for a few hours. And it does way more than any other pain med. I mean, of course, muscle relaxants would help but they're very addictive, </w:t>
      </w:r>
    </w:p>
    <w:p>
      <w:pPr>
        <w:spacing w:after="0"/>
      </w:pPr>
    </w:p>
    <w:p>
      <w:pPr>
        <w:spacing w:after="0"/>
      </w:pPr>
      <w:r>
        <w:rPr>
          <w:rFonts w:ascii="Arial" w:hAnsi="Arial"/>
          <w:b/>
          <w:sz w:val="22"/>
        </w:rPr>
        <w:t xml:space="preserve">Lucy  </w:t>
      </w:r>
      <w:r>
        <w:rPr>
          <w:rFonts w:ascii="Arial" w:hAnsi="Arial"/>
          <w:color w:val="5D7284"/>
          <w:sz w:val="22"/>
        </w:rPr>
        <w:t>51:00</w:t>
      </w:r>
    </w:p>
    <w:p>
      <w:pPr>
        <w:spacing w:after="0"/>
      </w:pPr>
      <w:r>
        <w:rPr>
          <w:rFonts w:ascii="Arial" w:hAnsi="Arial"/>
          <w:sz w:val="22"/>
        </w:rPr>
        <w:t xml:space="preserve">Yeah </w:t>
      </w:r>
    </w:p>
    <w:p>
      <w:pPr>
        <w:spacing w:after="0"/>
      </w:pPr>
    </w:p>
    <w:p>
      <w:pPr>
        <w:spacing w:after="0"/>
      </w:pPr>
      <w:r>
        <w:rPr>
          <w:rFonts w:ascii="Arial" w:hAnsi="Arial"/>
          <w:b/>
          <w:sz w:val="22"/>
        </w:rPr>
        <w:t xml:space="preserve">Georgia  </w:t>
      </w:r>
      <w:r>
        <w:rPr>
          <w:rFonts w:ascii="Arial" w:hAnsi="Arial"/>
          <w:color w:val="5D7284"/>
          <w:sz w:val="22"/>
        </w:rPr>
        <w:t>51:01</w:t>
      </w:r>
    </w:p>
    <w:p>
      <w:pPr>
        <w:spacing w:after="0"/>
      </w:pPr>
      <w:r>
        <w:rPr>
          <w:rFonts w:ascii="Arial" w:hAnsi="Arial"/>
          <w:sz w:val="22"/>
        </w:rPr>
        <w:t>worry about that route. So like genuinely, if we could get prescribed spa days, once a month, like I certainly think a massage would help my joints massively, but then it's like, people think it's luxury. So they're like, oh, we can't prescribe. We can't do that. But it's genuinely, I mean I know we're talking about -</w:t>
      </w:r>
    </w:p>
    <w:p>
      <w:pPr>
        <w:spacing w:after="0"/>
      </w:pPr>
    </w:p>
    <w:p>
      <w:pPr>
        <w:spacing w:after="0"/>
      </w:pPr>
      <w:r>
        <w:rPr>
          <w:rFonts w:ascii="Arial" w:hAnsi="Arial"/>
          <w:b/>
          <w:sz w:val="22"/>
        </w:rPr>
        <w:t xml:space="preserve">Lucy  </w:t>
      </w:r>
      <w:r>
        <w:rPr>
          <w:rFonts w:ascii="Arial" w:hAnsi="Arial"/>
          <w:color w:val="5D7284"/>
          <w:sz w:val="22"/>
        </w:rPr>
        <w:t>51:19</w:t>
      </w:r>
    </w:p>
    <w:p>
      <w:pPr>
        <w:spacing w:after="0"/>
      </w:pPr>
      <w:r>
        <w:rPr>
          <w:rFonts w:ascii="Arial" w:hAnsi="Arial"/>
          <w:sz w:val="22"/>
        </w:rPr>
        <w:t>It is, it is a bit like, yeah, it's a bit like that social prescribing, isn't it really, you know, like, that kind of looking at it and going, what really helps you what really helps you well, going and having a massage. And</w:t>
      </w:r>
    </w:p>
    <w:p>
      <w:pPr>
        <w:spacing w:after="0"/>
      </w:pPr>
    </w:p>
    <w:p>
      <w:pPr>
        <w:spacing w:after="0"/>
      </w:pPr>
      <w:r>
        <w:rPr>
          <w:rFonts w:ascii="Arial" w:hAnsi="Arial"/>
          <w:b/>
          <w:sz w:val="22"/>
        </w:rPr>
        <w:t xml:space="preserve">Alice  </w:t>
      </w:r>
      <w:r>
        <w:rPr>
          <w:rFonts w:ascii="Arial" w:hAnsi="Arial"/>
          <w:color w:val="5D7284"/>
          <w:sz w:val="22"/>
        </w:rPr>
        <w:t>51:31</w:t>
      </w:r>
    </w:p>
    <w:p>
      <w:pPr>
        <w:spacing w:after="0"/>
      </w:pPr>
      <w:r>
        <w:rPr>
          <w:rFonts w:ascii="Arial" w:hAnsi="Arial"/>
          <w:sz w:val="22"/>
        </w:rPr>
        <w:t xml:space="preserve">I think you know, people still think that therapy and counselling is, you know, luxury is not the right word. </w:t>
      </w:r>
    </w:p>
    <w:p>
      <w:pPr>
        <w:spacing w:after="0"/>
      </w:pPr>
    </w:p>
    <w:p>
      <w:pPr>
        <w:spacing w:after="0"/>
      </w:pPr>
      <w:r>
        <w:rPr>
          <w:rFonts w:ascii="Arial" w:hAnsi="Arial"/>
          <w:b/>
          <w:sz w:val="22"/>
        </w:rPr>
        <w:t xml:space="preserve">Lucy  </w:t>
      </w:r>
      <w:r>
        <w:rPr>
          <w:rFonts w:ascii="Arial" w:hAnsi="Arial"/>
          <w:color w:val="5D7284"/>
          <w:sz w:val="22"/>
        </w:rPr>
        <w:t>51:39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51:39</w:t>
      </w:r>
    </w:p>
    <w:p>
      <w:pPr>
        <w:spacing w:after="0"/>
      </w:pPr>
      <w:r>
        <w:rPr>
          <w:rFonts w:ascii="Arial" w:hAnsi="Arial"/>
          <w:sz w:val="22"/>
        </w:rPr>
        <w:t xml:space="preserve">But there is definitely still a huge stigma around it. Of, you know, you need that you can't just get through it. you can't just get you know, get over it, pull yourself together. you know, you sort of you feel like, if we can't get past, talking about your problems to a professional, then what chance have you got of getting like a back - </w:t>
      </w:r>
    </w:p>
    <w:p>
      <w:pPr>
        <w:spacing w:after="0"/>
      </w:pPr>
    </w:p>
    <w:p>
      <w:pPr>
        <w:spacing w:after="0"/>
      </w:pPr>
      <w:r>
        <w:rPr>
          <w:rFonts w:ascii="Arial" w:hAnsi="Arial"/>
          <w:b/>
          <w:sz w:val="22"/>
        </w:rPr>
        <w:t xml:space="preserve">Lucy  </w:t>
      </w:r>
      <w:r>
        <w:rPr>
          <w:rFonts w:ascii="Arial" w:hAnsi="Arial"/>
          <w:color w:val="5D7284"/>
          <w:sz w:val="22"/>
        </w:rPr>
        <w:t>52:02</w:t>
      </w:r>
    </w:p>
    <w:p>
      <w:pPr>
        <w:spacing w:after="0"/>
      </w:pPr>
      <w:r>
        <w:rPr>
          <w:rFonts w:ascii="Arial" w:hAnsi="Arial"/>
          <w:sz w:val="22"/>
        </w:rPr>
        <w:t xml:space="preserve">I'm gonna go, I am going to go to the GP next time and say I have figured out what the problem is. Need to go to the spa regularly please, can we have that prescribed? </w:t>
      </w:r>
    </w:p>
    <w:p>
      <w:pPr>
        <w:spacing w:after="0"/>
      </w:pPr>
    </w:p>
    <w:p>
      <w:pPr>
        <w:spacing w:after="0"/>
      </w:pPr>
      <w:r>
        <w:rPr>
          <w:rFonts w:ascii="Arial" w:hAnsi="Arial"/>
          <w:b/>
          <w:sz w:val="22"/>
        </w:rPr>
        <w:t xml:space="preserve">Georgia  </w:t>
      </w:r>
      <w:r>
        <w:rPr>
          <w:rFonts w:ascii="Arial" w:hAnsi="Arial"/>
          <w:color w:val="5D7284"/>
          <w:sz w:val="22"/>
        </w:rPr>
        <w:t>52:09</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52:09</w:t>
      </w:r>
    </w:p>
    <w:p>
      <w:pPr>
        <w:spacing w:after="0"/>
      </w:pPr>
      <w:r>
        <w:rPr>
          <w:rFonts w:ascii="Arial" w:hAnsi="Arial"/>
          <w:sz w:val="22"/>
        </w:rPr>
        <w:t xml:space="preserve">See what he says. </w:t>
      </w:r>
    </w:p>
    <w:p>
      <w:pPr>
        <w:spacing w:after="0"/>
      </w:pPr>
    </w:p>
    <w:p>
      <w:pPr>
        <w:spacing w:after="0"/>
      </w:pPr>
      <w:r>
        <w:rPr>
          <w:rFonts w:ascii="Arial" w:hAnsi="Arial"/>
          <w:b/>
          <w:sz w:val="22"/>
        </w:rPr>
        <w:t xml:space="preserve">Alice  </w:t>
      </w:r>
      <w:r>
        <w:rPr>
          <w:rFonts w:ascii="Arial" w:hAnsi="Arial"/>
          <w:color w:val="5D7284"/>
          <w:sz w:val="22"/>
        </w:rPr>
        <w:t>52:11</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52:12</w:t>
      </w:r>
    </w:p>
    <w:p>
      <w:pPr>
        <w:spacing w:after="0"/>
      </w:pPr>
      <w:r>
        <w:rPr>
          <w:rFonts w:ascii="Arial" w:hAnsi="Arial"/>
          <w:sz w:val="22"/>
        </w:rPr>
        <w:t>Yeah. I'll try it. See what he says.</w:t>
      </w:r>
    </w:p>
    <w:p>
      <w:pPr>
        <w:spacing w:after="0"/>
      </w:pPr>
    </w:p>
    <w:p>
      <w:pPr>
        <w:spacing w:after="0"/>
      </w:pPr>
      <w:r>
        <w:rPr>
          <w:rFonts w:ascii="Arial" w:hAnsi="Arial"/>
          <w:b/>
          <w:sz w:val="22"/>
        </w:rPr>
        <w:t xml:space="preserve">Alice  </w:t>
      </w:r>
      <w:r>
        <w:rPr>
          <w:rFonts w:ascii="Arial" w:hAnsi="Arial"/>
          <w:color w:val="5D7284"/>
          <w:sz w:val="22"/>
        </w:rPr>
        <w:t>52:14</w:t>
      </w:r>
    </w:p>
    <w:p>
      <w:pPr>
        <w:spacing w:after="0"/>
      </w:pPr>
      <w:r>
        <w:rPr>
          <w:rFonts w:ascii="Arial" w:hAnsi="Arial"/>
          <w:sz w:val="22"/>
        </w:rPr>
        <w:t>Okay, feedback to us. It can be our bonus content.</w:t>
      </w:r>
    </w:p>
    <w:p>
      <w:pPr>
        <w:spacing w:after="0"/>
      </w:pPr>
    </w:p>
    <w:p>
      <w:pPr>
        <w:spacing w:after="0"/>
      </w:pPr>
      <w:r>
        <w:rPr>
          <w:rFonts w:ascii="Arial" w:hAnsi="Arial"/>
          <w:b/>
          <w:sz w:val="22"/>
        </w:rPr>
        <w:t xml:space="preserve">Georgia  </w:t>
      </w:r>
      <w:r>
        <w:rPr>
          <w:rFonts w:ascii="Arial" w:hAnsi="Arial"/>
          <w:color w:val="5D7284"/>
          <w:sz w:val="22"/>
        </w:rPr>
        <w:t>52:17</w:t>
      </w:r>
    </w:p>
    <w:p>
      <w:pPr>
        <w:spacing w:after="0"/>
      </w:pPr>
      <w:r>
        <w:rPr>
          <w:rFonts w:ascii="Arial" w:hAnsi="Arial"/>
          <w:sz w:val="22"/>
        </w:rPr>
        <w:t>I'd like to know, contact me. (laughs) Tell me how that goes.</w:t>
      </w:r>
    </w:p>
    <w:p>
      <w:pPr>
        <w:spacing w:after="0"/>
      </w:pPr>
    </w:p>
    <w:p>
      <w:pPr>
        <w:spacing w:after="0"/>
      </w:pPr>
      <w:r>
        <w:rPr>
          <w:rFonts w:ascii="Arial" w:hAnsi="Arial"/>
          <w:b/>
          <w:sz w:val="22"/>
        </w:rPr>
        <w:t xml:space="preserve">Lucy  </w:t>
      </w:r>
      <w:r>
        <w:rPr>
          <w:rFonts w:ascii="Arial" w:hAnsi="Arial"/>
          <w:color w:val="5D7284"/>
          <w:sz w:val="22"/>
        </w:rPr>
        <w:t>52:21</w:t>
      </w:r>
    </w:p>
    <w:p>
      <w:pPr>
        <w:spacing w:after="0"/>
      </w:pPr>
      <w:r>
        <w:rPr>
          <w:rFonts w:ascii="Arial" w:hAnsi="Arial"/>
          <w:sz w:val="22"/>
        </w:rPr>
        <w:t xml:space="preserve">Yeah I'll let you know how it goes. But yeah, the mindful stuff. And I know it sounds (muffled bang sound) can you tell we've not done this podcast recording - I've just hit my mic on the desk  I do apologies Alice. You hear a crash bang whallop it's my microphone. What was I saying? </w:t>
      </w:r>
    </w:p>
    <w:p>
      <w:pPr>
        <w:spacing w:after="0"/>
      </w:pPr>
    </w:p>
    <w:p>
      <w:pPr>
        <w:spacing w:after="0"/>
      </w:pPr>
      <w:r>
        <w:rPr>
          <w:rFonts w:ascii="Arial" w:hAnsi="Arial"/>
          <w:b/>
          <w:sz w:val="22"/>
        </w:rPr>
        <w:t xml:space="preserve">Alice  </w:t>
      </w:r>
      <w:r>
        <w:rPr>
          <w:rFonts w:ascii="Arial" w:hAnsi="Arial"/>
          <w:color w:val="5D7284"/>
          <w:sz w:val="22"/>
        </w:rPr>
        <w:t>52:40</w:t>
      </w:r>
    </w:p>
    <w:p>
      <w:pPr>
        <w:spacing w:after="0"/>
      </w:pPr>
      <w:r>
        <w:rPr>
          <w:rFonts w:ascii="Arial" w:hAnsi="Arial"/>
          <w:sz w:val="22"/>
        </w:rPr>
        <w:t xml:space="preserve">Mindfulness. </w:t>
      </w:r>
    </w:p>
    <w:p>
      <w:pPr>
        <w:spacing w:after="0"/>
      </w:pPr>
    </w:p>
    <w:p>
      <w:pPr>
        <w:spacing w:after="0"/>
      </w:pPr>
      <w:r>
        <w:rPr>
          <w:rFonts w:ascii="Arial" w:hAnsi="Arial"/>
          <w:b/>
          <w:sz w:val="22"/>
        </w:rPr>
        <w:t xml:space="preserve">Lucy  </w:t>
      </w:r>
      <w:r>
        <w:rPr>
          <w:rFonts w:ascii="Arial" w:hAnsi="Arial"/>
          <w:color w:val="5D7284"/>
          <w:sz w:val="22"/>
        </w:rPr>
        <w:t>52:40</w:t>
      </w:r>
    </w:p>
    <w:p>
      <w:pPr>
        <w:spacing w:after="0"/>
      </w:pPr>
      <w:r>
        <w:rPr>
          <w:rFonts w:ascii="Arial" w:hAnsi="Arial"/>
          <w:sz w:val="22"/>
        </w:rPr>
        <w:t>Mindfulness, mindfulness won't necessarily help my symptoms necessarily. But I know that meditating helps me relax in a way that my sort of turns my brain off for a while to go, just calm and just calm down, you're getting all anxious. I've been through a very, as a family, we've been through a very stressful period just recently, for the last sort of six, seven months. And I got to the point where the knot of worry in my stomach was getting so bad that I couldn't, like I can't sleep, couldn't eat properly, that kind of thing. And I, I meditated on and off before this, but over the period of time where things were very stressful, and quite worrying, I meditated nearly every night and my meditation app kept saying, Well done, you've got a streak of so many days, I was like, Yes, I know. Tell me about it. Tell me about it. But it does, I don't know what it is. It's just like stopping and breathing and being able to just like, turn your brain off for a while, just to either help you go to sleep or relax, or I find really beneficial. So I like to go and sit outside in the sunshine, the heat helps my achy joints, and I sound like an 82 year old woman don't I? I'm going to go sit quietly in the garden in the sunshine.But it does really does help and like the might, when somebody told me about mindfulness, I was like, that's not gonna work. My brain is gonna go, Yeah, I'm still here. I'm still thinking about stuff. But it does. I've managed to master it. And I found it a really helpful tool that doesn't necessarily work all the time. But a lot of the time, it can just help me sort of just sit quietly for a bit. And I think that's sometimes what I need to do sit quietly for a bit, which is very difficult when I talk so much.</w:t>
      </w:r>
    </w:p>
    <w:p>
      <w:pPr>
        <w:spacing w:after="0"/>
      </w:pPr>
    </w:p>
    <w:p>
      <w:pPr>
        <w:spacing w:after="0"/>
      </w:pPr>
      <w:r>
        <w:rPr>
          <w:rFonts w:ascii="Arial" w:hAnsi="Arial"/>
          <w:b/>
          <w:sz w:val="22"/>
        </w:rPr>
        <w:t xml:space="preserve">Georgia  </w:t>
      </w:r>
      <w:r>
        <w:rPr>
          <w:rFonts w:ascii="Arial" w:hAnsi="Arial"/>
          <w:color w:val="5D7284"/>
          <w:sz w:val="22"/>
        </w:rPr>
        <w:t>54:29</w:t>
      </w:r>
    </w:p>
    <w:p>
      <w:pPr>
        <w:spacing w:after="0"/>
      </w:pPr>
      <w:r>
        <w:rPr>
          <w:rFonts w:ascii="Arial" w:hAnsi="Arial"/>
          <w:sz w:val="22"/>
        </w:rPr>
        <w:t>Yeah. I think some of, sometimes people get quite turned off by mindfulness meditation, I think in part because the NHS has started over prescribing it in the same way that like, they used to tell me I was having panic attacks, like people come in with pain, and instead of like addressing the thing that the person actually wants to like, have you tried mindfulness, which is really sad because mindfulness is a really great tool, as like, within like a selection of tools in your life that you use for your own wellbeing, obviously not going to be the only thing that you need. But it's yeah, it's there as like part of the I don't want to say holistic because it sounds so wishy washy. But I suppose I mean,</w:t>
      </w:r>
    </w:p>
    <w:p>
      <w:pPr>
        <w:spacing w:after="0"/>
      </w:pPr>
    </w:p>
    <w:p>
      <w:pPr>
        <w:spacing w:after="0"/>
      </w:pPr>
      <w:r>
        <w:rPr>
          <w:rFonts w:ascii="Arial" w:hAnsi="Arial"/>
          <w:b/>
          <w:sz w:val="22"/>
        </w:rPr>
        <w:t xml:space="preserve">Lucy  </w:t>
      </w:r>
      <w:r>
        <w:rPr>
          <w:rFonts w:ascii="Arial" w:hAnsi="Arial"/>
          <w:color w:val="5D7284"/>
          <w:sz w:val="22"/>
        </w:rPr>
        <w:t>55:13</w:t>
      </w:r>
    </w:p>
    <w:p>
      <w:pPr>
        <w:spacing w:after="0"/>
      </w:pPr>
      <w:r>
        <w:rPr>
          <w:rFonts w:ascii="Arial" w:hAnsi="Arial"/>
          <w:sz w:val="22"/>
        </w:rPr>
        <w:t xml:space="preserve">And yeah, I know what you mean though, it's like a suite of things that you use to deal with what you've got going on.  I have, I did try ice cold showers, because I've been watching a programme about how like ice, ice water and ice therapy can help with things. But I tried it once my legs were in spasm in the shower, and I couldn't get out couldn't get out the shower. because my legs had just gone in to spasm, like, what are you doing? I like warm water! I've not done it since. Like, I'm not doing that again. But yeah, meditation and things like that mindfulness is, I mean, it's, I find it quite difficult to master. But once I've done it, I was like, Yeah, this is this good stuff. This is, </w:t>
      </w:r>
    </w:p>
    <w:p>
      <w:pPr>
        <w:spacing w:after="0"/>
      </w:pPr>
    </w:p>
    <w:p>
      <w:pPr>
        <w:spacing w:after="0"/>
      </w:pPr>
      <w:r>
        <w:rPr>
          <w:rFonts w:ascii="Arial" w:hAnsi="Arial"/>
          <w:b/>
          <w:sz w:val="22"/>
        </w:rPr>
        <w:t xml:space="preserve">Georgia  </w:t>
      </w:r>
      <w:r>
        <w:rPr>
          <w:rFonts w:ascii="Arial" w:hAnsi="Arial"/>
          <w:color w:val="5D7284"/>
          <w:sz w:val="22"/>
        </w:rPr>
        <w:t>55:19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55:54</w:t>
      </w:r>
    </w:p>
    <w:p>
      <w:pPr>
        <w:spacing w:after="0"/>
      </w:pPr>
      <w:r>
        <w:rPr>
          <w:rFonts w:ascii="Arial" w:hAnsi="Arial"/>
          <w:sz w:val="22"/>
        </w:rPr>
        <w:t>I think this that's the thing, my feelings about mindfulness is it can take a while to kind of really incorporate it into your daily life. But for me, not so much the meditation but kind of a general more mindful approach to myself, and being a bit more aware of my body and how I'm doing, sort of physically and, and emotionally. The biggest thing for me that I found that made me aware again, going back to what we said at the beginning of that internalised ableism voice was I started hearing what I was saying to myself, and changing the way I spoke to myself and saying that it's not your like, don't don't be sitting there going, Oh, I'm so clumsy. And, you know, I'm such an idiot, I can't believe I walked into that instead, perhaps take the moment to go. are you alright? you just walked into something? Like I'm in pain? do you need to seek medical attention? Like, let's be OK. Let's accept the thing that has happened, rather than hating yourself for the thing that has happened? because then you don't help yourself physically or emotionally</w:t>
      </w:r>
    </w:p>
    <w:p>
      <w:pPr>
        <w:spacing w:after="0"/>
      </w:pPr>
    </w:p>
    <w:p>
      <w:pPr>
        <w:spacing w:after="0"/>
      </w:pPr>
      <w:r>
        <w:rPr>
          <w:rFonts w:ascii="Arial" w:hAnsi="Arial"/>
          <w:b/>
          <w:sz w:val="22"/>
        </w:rPr>
        <w:t xml:space="preserve">Lucy  </w:t>
      </w:r>
      <w:r>
        <w:rPr>
          <w:rFonts w:ascii="Arial" w:hAnsi="Arial"/>
          <w:color w:val="5D7284"/>
          <w:sz w:val="22"/>
        </w:rPr>
        <w:t>57:10</w:t>
      </w:r>
    </w:p>
    <w:p>
      <w:pPr>
        <w:spacing w:after="0"/>
      </w:pPr>
      <w:r>
        <w:rPr>
          <w:rFonts w:ascii="Arial" w:hAnsi="Arial"/>
          <w:sz w:val="22"/>
        </w:rPr>
        <w:t>No</w:t>
      </w:r>
    </w:p>
    <w:p>
      <w:pPr>
        <w:spacing w:after="0"/>
      </w:pPr>
    </w:p>
    <w:p>
      <w:pPr>
        <w:spacing w:after="0"/>
      </w:pPr>
      <w:r>
        <w:rPr>
          <w:rFonts w:ascii="Arial" w:hAnsi="Arial"/>
          <w:b/>
          <w:sz w:val="22"/>
        </w:rPr>
        <w:t xml:space="preserve">Georgia  </w:t>
      </w:r>
      <w:r>
        <w:rPr>
          <w:rFonts w:ascii="Arial" w:hAnsi="Arial"/>
          <w:color w:val="5D7284"/>
          <w:sz w:val="22"/>
        </w:rPr>
        <w:t>57:11</w:t>
      </w:r>
    </w:p>
    <w:p>
      <w:pPr>
        <w:spacing w:after="0"/>
      </w:pPr>
      <w:r>
        <w:rPr>
          <w:rFonts w:ascii="Arial" w:hAnsi="Arial"/>
          <w:sz w:val="22"/>
        </w:rPr>
        <w:t xml:space="preserve">Yeah, for sure. And that's what I found when I started meditating as well, like it was, this wasn't necessarily like health related. I mentioned earlier that like, in my teens, I probably had an undiagnosed eating disorder and a lot of like, fat phobia and issues around that. And I'd started meditating. And I went on this like holiday with some friends to Milan. And we were like, getting ready to go out on this, like night out, which I usually don't like, but we were on holiday. So I was like, Okay, fine, I'll go. And I for the first time, I noticed the just the horrific narrative going on in my head about how horrible I looked and how fat I was, and how I was just like, reinforcing it over and over and over and  like making it worse, like adding to the story and to the point where usually I would probably part of the reason I don't mind going out, I would like be ready to go and just feeling like that, like, a pile of shit wearing clothes, you know. </w:t>
      </w:r>
    </w:p>
    <w:p>
      <w:pPr>
        <w:spacing w:after="0"/>
      </w:pPr>
    </w:p>
    <w:p>
      <w:pPr>
        <w:spacing w:after="0"/>
      </w:pPr>
      <w:r>
        <w:rPr>
          <w:rFonts w:ascii="Arial" w:hAnsi="Arial"/>
          <w:b/>
          <w:sz w:val="22"/>
        </w:rPr>
        <w:t xml:space="preserve">Alice  </w:t>
      </w:r>
      <w:r>
        <w:rPr>
          <w:rFonts w:ascii="Arial" w:hAnsi="Arial"/>
          <w:color w:val="5D7284"/>
          <w:sz w:val="22"/>
        </w:rPr>
        <w:t>57:56</w:t>
      </w:r>
    </w:p>
    <w:p>
      <w:pPr>
        <w:spacing w:after="0"/>
      </w:pPr>
      <w:r>
        <w:rPr>
          <w:rFonts w:ascii="Arial" w:hAnsi="Arial"/>
          <w:sz w:val="22"/>
        </w:rPr>
        <w:t>Yep</w:t>
      </w:r>
    </w:p>
    <w:p>
      <w:pPr>
        <w:spacing w:after="0"/>
      </w:pPr>
    </w:p>
    <w:p>
      <w:pPr>
        <w:spacing w:after="0"/>
      </w:pPr>
      <w:r>
        <w:rPr>
          <w:rFonts w:ascii="Arial" w:hAnsi="Arial"/>
          <w:b/>
          <w:sz w:val="22"/>
        </w:rPr>
        <w:t xml:space="preserve">Georgia  </w:t>
      </w:r>
      <w:r>
        <w:rPr>
          <w:rFonts w:ascii="Arial" w:hAnsi="Arial"/>
          <w:color w:val="5D7284"/>
          <w:sz w:val="22"/>
        </w:rPr>
        <w:t>58:11</w:t>
      </w:r>
    </w:p>
    <w:p>
      <w:pPr>
        <w:spacing w:after="0"/>
      </w:pPr>
      <w:r>
        <w:rPr>
          <w:rFonts w:ascii="Arial" w:hAnsi="Arial"/>
          <w:sz w:val="22"/>
        </w:rPr>
        <w:t>And it was really the first time I noticed how much I was feeding into that myself, like how much I was reinforcing it. And I love that about mindfulness. Like it's so simple, but it can really just, like, give you the skills to just stop for a second and be like, Jesus, like, what am I saying to myself about myself right now?</w:t>
      </w:r>
    </w:p>
    <w:p>
      <w:pPr>
        <w:spacing w:after="0"/>
      </w:pPr>
    </w:p>
    <w:p>
      <w:pPr>
        <w:spacing w:after="0"/>
      </w:pPr>
      <w:r>
        <w:rPr>
          <w:rFonts w:ascii="Arial" w:hAnsi="Arial"/>
          <w:b/>
          <w:sz w:val="22"/>
        </w:rPr>
        <w:t xml:space="preserve">Alice  </w:t>
      </w:r>
      <w:r>
        <w:rPr>
          <w:rFonts w:ascii="Arial" w:hAnsi="Arial"/>
          <w:color w:val="5D7284"/>
          <w:sz w:val="22"/>
        </w:rPr>
        <w:t>58:11</w:t>
      </w:r>
    </w:p>
    <w:p>
      <w:pPr>
        <w:spacing w:after="0"/>
      </w:pPr>
      <w:r>
        <w:rPr>
          <w:rFonts w:ascii="Arial" w:hAnsi="Arial"/>
          <w:sz w:val="22"/>
        </w:rPr>
        <w:t xml:space="preserve">Yeah That's exactly that's exactly the reaction that I had was just that when I when I realised how I was talking to myself, I was shocked. I was like, I can I if somebody dared speak to anybody, I'd like a stranger in the street. if I heard someone talking to a random stranger like that, I would be horrified. And I would be saying How dare you? </w:t>
      </w:r>
    </w:p>
    <w:p>
      <w:pPr>
        <w:spacing w:after="0"/>
      </w:pPr>
    </w:p>
    <w:p>
      <w:pPr>
        <w:spacing w:after="0"/>
      </w:pPr>
      <w:r>
        <w:rPr>
          <w:rFonts w:ascii="Arial" w:hAnsi="Arial"/>
          <w:b/>
          <w:sz w:val="22"/>
        </w:rPr>
        <w:t xml:space="preserve">Lucy  </w:t>
      </w:r>
      <w:r>
        <w:rPr>
          <w:rFonts w:ascii="Arial" w:hAnsi="Arial"/>
          <w:color w:val="5D7284"/>
          <w:sz w:val="22"/>
        </w:rPr>
        <w:t>58:55</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58:55</w:t>
      </w:r>
    </w:p>
    <w:p>
      <w:pPr>
        <w:spacing w:after="0"/>
      </w:pPr>
      <w:r>
        <w:rPr>
          <w:rFonts w:ascii="Arial" w:hAnsi="Arial"/>
          <w:sz w:val="22"/>
        </w:rPr>
        <w:t>Like, it was it is. it, it, And it is revolutionary, actually, for me to, to because as soon as I, you know, it wasn't, it didn't change overnight. But once I started hearing it, I couldn't unhear it. And it from there, it was a reasonable step to being able to interrupt it and go, No, you're not a piece of shit. Actually, this let's look at the circumstances around this. Let's deal with where this might be coming from. And it had such a huge impact on my mental health, like a positive impact on my mental health.</w:t>
      </w:r>
    </w:p>
    <w:p>
      <w:pPr>
        <w:spacing w:after="0"/>
      </w:pPr>
    </w:p>
    <w:p>
      <w:pPr>
        <w:spacing w:after="0"/>
      </w:pPr>
      <w:r>
        <w:rPr>
          <w:rFonts w:ascii="Arial" w:hAnsi="Arial"/>
          <w:b/>
          <w:sz w:val="22"/>
        </w:rPr>
        <w:t xml:space="preserve">Lucy  </w:t>
      </w:r>
      <w:r>
        <w:rPr>
          <w:rFonts w:ascii="Arial" w:hAnsi="Arial"/>
          <w:color w:val="5D7284"/>
          <w:sz w:val="22"/>
        </w:rPr>
        <w:t>59:31</w:t>
      </w:r>
    </w:p>
    <w:p>
      <w:pPr>
        <w:spacing w:after="0"/>
      </w:pPr>
      <w:r>
        <w:rPr>
          <w:rFonts w:ascii="Arial" w:hAnsi="Arial"/>
          <w:sz w:val="22"/>
        </w:rPr>
        <w:t>I think generally, as a disabled person, I think the most important thing that you can do for yourself, and I'm saying this, I'm saying this now I'm going to be completely honest this week. I have had a terrible week of intrusive thoughts not feeling very nice about myself. At all. I know that it's been a blip. Um, woah, I wasn't expecting to talk about this today (clears her throat). But I think one of the most important things you can do to yourself as a disabled person is (clears her throat) be kind yourself. because not many other people in society are kind to disabled people that you know that the ableism they'll say things to you without a second thought that thinking they're not being offensive, but actually, they are being quite offensive. And so sometimes, I think the most important thing you can do to for yourself and to yourself as a disabled person is, is practising that, that element of being kind about you, and stopping those, you know, you're not a piece of shit, you're not this, you're not that, you know, the other is important.</w:t>
      </w:r>
    </w:p>
    <w:p>
      <w:pPr>
        <w:spacing w:after="0"/>
      </w:pPr>
    </w:p>
    <w:p>
      <w:pPr>
        <w:spacing w:after="0"/>
      </w:pPr>
      <w:r>
        <w:rPr>
          <w:rFonts w:ascii="Arial" w:hAnsi="Arial"/>
          <w:b/>
          <w:sz w:val="22"/>
        </w:rPr>
        <w:t xml:space="preserve">Alice  </w:t>
      </w:r>
      <w:r>
        <w:rPr>
          <w:rFonts w:ascii="Arial" w:hAnsi="Arial"/>
          <w:color w:val="5D7284"/>
          <w:sz w:val="22"/>
        </w:rPr>
        <w:t>1:00:44</w:t>
      </w:r>
    </w:p>
    <w:p>
      <w:pPr>
        <w:spacing w:after="0"/>
      </w:pPr>
      <w:r>
        <w:rPr>
          <w:rFonts w:ascii="Arial" w:hAnsi="Arial"/>
          <w:sz w:val="22"/>
        </w:rPr>
        <w:t>I think when you can start being kind to yourself, it changes your tolerance for other people's unkindness towards you. And so that then helps you to, in those situations with ignorant healthcare professionals, or just healthcare professionals who are too busy, or too, you know, focused on their shares in the laxative company, to to listen, it helps you to start advocating for yourself because your tolerance for putting up with other people's comments and ignorance changes, It's very</w:t>
      </w:r>
    </w:p>
    <w:p>
      <w:pPr>
        <w:spacing w:after="0"/>
      </w:pPr>
    </w:p>
    <w:p>
      <w:pPr>
        <w:spacing w:after="0"/>
      </w:pPr>
      <w:r>
        <w:rPr>
          <w:rFonts w:ascii="Arial" w:hAnsi="Arial"/>
          <w:b/>
          <w:sz w:val="22"/>
        </w:rPr>
        <w:t xml:space="preserve">Lucy  </w:t>
      </w:r>
      <w:r>
        <w:rPr>
          <w:rFonts w:ascii="Arial" w:hAnsi="Arial"/>
          <w:color w:val="5D7284"/>
          <w:sz w:val="22"/>
        </w:rPr>
        <w:t>1:01:22</w:t>
      </w:r>
    </w:p>
    <w:p>
      <w:pPr>
        <w:spacing w:after="0"/>
      </w:pPr>
      <w:r>
        <w:rPr>
          <w:rFonts w:ascii="Arial" w:hAnsi="Arial"/>
          <w:sz w:val="22"/>
        </w:rPr>
        <w:t>if you stop saying if you can learn to stop saying the horrible things about you to yourself, then you can learn to</w:t>
      </w:r>
    </w:p>
    <w:p>
      <w:pPr>
        <w:spacing w:after="0"/>
      </w:pPr>
    </w:p>
    <w:p>
      <w:pPr>
        <w:spacing w:after="0"/>
      </w:pPr>
      <w:r>
        <w:rPr>
          <w:rFonts w:ascii="Arial" w:hAnsi="Arial"/>
          <w:b/>
          <w:sz w:val="22"/>
        </w:rPr>
        <w:t xml:space="preserve">Alice  </w:t>
      </w:r>
      <w:r>
        <w:rPr>
          <w:rFonts w:ascii="Arial" w:hAnsi="Arial"/>
          <w:color w:val="5D7284"/>
          <w:sz w:val="22"/>
        </w:rPr>
        <w:t>1:01:29</w:t>
      </w:r>
    </w:p>
    <w:p>
      <w:pPr>
        <w:spacing w:after="0"/>
      </w:pPr>
      <w:r>
        <w:rPr>
          <w:rFonts w:ascii="Arial" w:hAnsi="Arial"/>
          <w:sz w:val="22"/>
        </w:rPr>
        <w:t xml:space="preserve">You'll stop accepting it from other people, </w:t>
      </w:r>
    </w:p>
    <w:p>
      <w:pPr>
        <w:spacing w:after="0"/>
      </w:pPr>
    </w:p>
    <w:p>
      <w:pPr>
        <w:spacing w:after="0"/>
      </w:pPr>
      <w:r>
        <w:rPr>
          <w:rFonts w:ascii="Arial" w:hAnsi="Arial"/>
          <w:b/>
          <w:sz w:val="22"/>
        </w:rPr>
        <w:t xml:space="preserve">Lucy  </w:t>
      </w:r>
      <w:r>
        <w:rPr>
          <w:rFonts w:ascii="Arial" w:hAnsi="Arial"/>
          <w:color w:val="5D7284"/>
          <w:sz w:val="22"/>
        </w:rPr>
        <w:t>1:01:31</w:t>
      </w:r>
    </w:p>
    <w:p>
      <w:pPr>
        <w:spacing w:after="0"/>
      </w:pPr>
      <w:r>
        <w:rPr>
          <w:rFonts w:ascii="Arial" w:hAnsi="Arial"/>
          <w:sz w:val="22"/>
        </w:rPr>
        <w:t>Exactly</w:t>
      </w:r>
    </w:p>
    <w:p>
      <w:pPr>
        <w:spacing w:after="0"/>
      </w:pPr>
    </w:p>
    <w:p>
      <w:pPr>
        <w:spacing w:after="0"/>
      </w:pPr>
      <w:r>
        <w:rPr>
          <w:rFonts w:ascii="Arial" w:hAnsi="Arial"/>
          <w:b/>
          <w:sz w:val="22"/>
        </w:rPr>
        <w:t xml:space="preserve">Alice  </w:t>
      </w:r>
      <w:r>
        <w:rPr>
          <w:rFonts w:ascii="Arial" w:hAnsi="Arial"/>
          <w:color w:val="5D7284"/>
          <w:sz w:val="22"/>
        </w:rPr>
        <w:t>1:01:31</w:t>
      </w:r>
    </w:p>
    <w:p>
      <w:pPr>
        <w:spacing w:after="0"/>
      </w:pPr>
      <w:r>
        <w:rPr>
          <w:rFonts w:ascii="Arial" w:hAnsi="Arial"/>
          <w:sz w:val="22"/>
        </w:rPr>
        <w:t xml:space="preserve">you'll learn to start challenging it if you can challenge it within yourself. That's that's much harder, I think, than challenging it from other people. </w:t>
      </w:r>
    </w:p>
    <w:p>
      <w:pPr>
        <w:spacing w:after="0"/>
      </w:pPr>
    </w:p>
    <w:p>
      <w:pPr>
        <w:spacing w:after="0"/>
      </w:pPr>
      <w:r>
        <w:rPr>
          <w:rFonts w:ascii="Arial" w:hAnsi="Arial"/>
          <w:b/>
          <w:sz w:val="22"/>
        </w:rPr>
        <w:t xml:space="preserve">Lucy  </w:t>
      </w:r>
      <w:r>
        <w:rPr>
          <w:rFonts w:ascii="Arial" w:hAnsi="Arial"/>
          <w:color w:val="5D7284"/>
          <w:sz w:val="22"/>
        </w:rPr>
        <w:t>1:01:38</w:t>
      </w:r>
    </w:p>
    <w:p>
      <w:pPr>
        <w:spacing w:after="0"/>
      </w:pPr>
      <w:r>
        <w:rPr>
          <w:rFonts w:ascii="Arial" w:hAnsi="Arial"/>
          <w:sz w:val="22"/>
        </w:rPr>
        <w:t>Yeah.</w:t>
      </w:r>
    </w:p>
    <w:p>
      <w:pPr>
        <w:spacing w:after="0"/>
      </w:pPr>
    </w:p>
    <w:p>
      <w:pPr>
        <w:spacing w:after="0"/>
      </w:pPr>
      <w:r>
        <w:rPr>
          <w:rFonts w:ascii="Arial" w:hAnsi="Arial"/>
          <w:b/>
          <w:sz w:val="22"/>
        </w:rPr>
        <w:t xml:space="preserve">Georgia  </w:t>
      </w:r>
      <w:r>
        <w:rPr>
          <w:rFonts w:ascii="Arial" w:hAnsi="Arial"/>
          <w:color w:val="5D7284"/>
          <w:sz w:val="22"/>
        </w:rPr>
        <w:t>1:01:39</w:t>
      </w:r>
    </w:p>
    <w:p>
      <w:pPr>
        <w:spacing w:after="0"/>
      </w:pPr>
      <w:r>
        <w:rPr>
          <w:rFonts w:ascii="Arial" w:hAnsi="Arial"/>
          <w:sz w:val="22"/>
        </w:rPr>
        <w:t>Yeah, for sure, like the way I like sometimes when I'm in really horrible pain. And sometimes it's really hard to be kind to my body when it's, you know, like, specifically like nerve pain. It's just so intense. And there's no getting away from it. you can't change position, you can't do anything because it's the that's the</w:t>
      </w:r>
    </w:p>
    <w:p>
      <w:pPr>
        <w:spacing w:after="0"/>
      </w:pPr>
    </w:p>
    <w:p>
      <w:pPr>
        <w:spacing w:after="0"/>
      </w:pPr>
      <w:r>
        <w:rPr>
          <w:rFonts w:ascii="Arial" w:hAnsi="Arial"/>
          <w:b/>
          <w:sz w:val="22"/>
        </w:rPr>
        <w:t xml:space="preserve">Alice  </w:t>
      </w:r>
      <w:r>
        <w:rPr>
          <w:rFonts w:ascii="Arial" w:hAnsi="Arial"/>
          <w:color w:val="5D7284"/>
          <w:sz w:val="22"/>
        </w:rPr>
        <w:t>1:01:57</w:t>
      </w:r>
    </w:p>
    <w:p>
      <w:pPr>
        <w:spacing w:after="0"/>
      </w:pPr>
      <w:r>
        <w:rPr>
          <w:rFonts w:ascii="Arial" w:hAnsi="Arial"/>
          <w:sz w:val="22"/>
        </w:rPr>
        <w:t>Yeah, that's what my back pain is like damage to my sciatic nerve.</w:t>
      </w:r>
    </w:p>
    <w:p>
      <w:pPr>
        <w:spacing w:after="0"/>
      </w:pPr>
    </w:p>
    <w:p>
      <w:pPr>
        <w:spacing w:after="0"/>
      </w:pPr>
      <w:r>
        <w:rPr>
          <w:rFonts w:ascii="Arial" w:hAnsi="Arial"/>
          <w:b/>
          <w:sz w:val="22"/>
        </w:rPr>
        <w:t xml:space="preserve">Georgia  </w:t>
      </w:r>
      <w:r>
        <w:rPr>
          <w:rFonts w:ascii="Arial" w:hAnsi="Arial"/>
          <w:color w:val="5D7284"/>
          <w:sz w:val="22"/>
        </w:rPr>
        <w:t>1:02:01</w:t>
      </w:r>
    </w:p>
    <w:p>
      <w:pPr>
        <w:spacing w:after="0"/>
      </w:pPr>
      <w:r>
        <w:rPr>
          <w:rFonts w:ascii="Arial" w:hAnsi="Arial"/>
          <w:sz w:val="22"/>
        </w:rPr>
        <w:t>Yeah. So like, sometimes in those moments, it's really hard to be kind. And I tried to like remember this kind of sentence. It's almost like a mantra, that's like, what's better being pain and being, like saying horrible things to myself, or being in pain and hearing kind things to myself? because definitely hearing unkind things is going to it's not going to make the pain go. But it's certainly gonna make the situation like a little bit less shitty.</w:t>
      </w:r>
    </w:p>
    <w:p>
      <w:pPr>
        <w:spacing w:after="0"/>
      </w:pPr>
    </w:p>
    <w:p>
      <w:pPr>
        <w:spacing w:after="0"/>
      </w:pPr>
      <w:r>
        <w:rPr>
          <w:rFonts w:ascii="Arial" w:hAnsi="Arial"/>
          <w:b/>
          <w:sz w:val="22"/>
        </w:rPr>
        <w:t xml:space="preserve">Alice  </w:t>
      </w:r>
      <w:r>
        <w:rPr>
          <w:rFonts w:ascii="Arial" w:hAnsi="Arial"/>
          <w:color w:val="5D7284"/>
          <w:sz w:val="22"/>
        </w:rPr>
        <w:t>1:02:29</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1:02:29</w:t>
      </w:r>
    </w:p>
    <w:p>
      <w:pPr>
        <w:spacing w:after="0"/>
      </w:pPr>
      <w:r>
        <w:rPr>
          <w:rFonts w:ascii="Arial" w:hAnsi="Arial"/>
          <w:sz w:val="22"/>
        </w:rPr>
        <w:t>You're not, having an internalised argument with yourself. are you?</w:t>
      </w:r>
    </w:p>
    <w:p>
      <w:pPr>
        <w:spacing w:after="0"/>
      </w:pPr>
    </w:p>
    <w:p>
      <w:pPr>
        <w:spacing w:after="0"/>
      </w:pPr>
      <w:r>
        <w:rPr>
          <w:rFonts w:ascii="Arial" w:hAnsi="Arial"/>
          <w:b/>
          <w:sz w:val="22"/>
        </w:rPr>
        <w:t xml:space="preserve">Georgia  </w:t>
      </w:r>
      <w:r>
        <w:rPr>
          <w:rFonts w:ascii="Arial" w:hAnsi="Arial"/>
          <w:color w:val="5D7284"/>
          <w:sz w:val="22"/>
        </w:rPr>
        <w:t>1:02:32</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1:02:33</w:t>
      </w:r>
    </w:p>
    <w:p>
      <w:pPr>
        <w:spacing w:after="0"/>
      </w:pPr>
      <w:r>
        <w:rPr>
          <w:rFonts w:ascii="Arial" w:hAnsi="Arial"/>
          <w:sz w:val="22"/>
        </w:rPr>
        <w:t xml:space="preserve">.You know, which is exhausting. And like I say, you people who know me might be listen to this episode and saying Lucy you're such a hypocrite  </w:t>
      </w:r>
    </w:p>
    <w:p>
      <w:pPr>
        <w:spacing w:after="0"/>
      </w:pPr>
    </w:p>
    <w:p>
      <w:pPr>
        <w:spacing w:after="0"/>
      </w:pPr>
      <w:r>
        <w:rPr>
          <w:rFonts w:ascii="Arial" w:hAnsi="Arial"/>
          <w:b/>
          <w:sz w:val="22"/>
        </w:rPr>
        <w:t xml:space="preserve">Georgia  </w:t>
      </w:r>
      <w:r>
        <w:rPr>
          <w:rFonts w:ascii="Arial" w:hAnsi="Arial"/>
          <w:color w:val="5D7284"/>
          <w:sz w:val="22"/>
        </w:rPr>
        <w:t>1:02:44</w:t>
      </w:r>
    </w:p>
    <w:p>
      <w:pPr>
        <w:spacing w:after="0"/>
      </w:pPr>
      <w:r>
        <w:rPr>
          <w:rFonts w:ascii="Arial" w:hAnsi="Arial"/>
          <w:sz w:val="22"/>
        </w:rPr>
        <w:t>(laughs)</w:t>
      </w:r>
    </w:p>
    <w:p>
      <w:pPr>
        <w:spacing w:after="0"/>
      </w:pPr>
    </w:p>
    <w:p>
      <w:pPr>
        <w:spacing w:after="0"/>
      </w:pPr>
      <w:r>
        <w:rPr>
          <w:rFonts w:ascii="Arial" w:hAnsi="Arial"/>
          <w:b/>
          <w:sz w:val="22"/>
        </w:rPr>
        <w:t xml:space="preserve">Lucy  </w:t>
      </w:r>
      <w:r>
        <w:rPr>
          <w:rFonts w:ascii="Arial" w:hAnsi="Arial"/>
          <w:color w:val="5D7284"/>
          <w:sz w:val="22"/>
        </w:rPr>
        <w:t>1:02:44</w:t>
      </w:r>
    </w:p>
    <w:p>
      <w:pPr>
        <w:spacing w:after="0"/>
      </w:pPr>
      <w:r>
        <w:rPr>
          <w:rFonts w:ascii="Arial" w:hAnsi="Arial"/>
          <w:sz w:val="22"/>
        </w:rPr>
        <w:t>But because I've had a terrible week of it, where it's been awful. But it's, you know, next week's a new week, innit? Start again, start again, you know, not everybody's perfect, and it's not always gonna be easy.</w:t>
      </w:r>
    </w:p>
    <w:p>
      <w:pPr>
        <w:spacing w:after="0"/>
      </w:pPr>
    </w:p>
    <w:p>
      <w:pPr>
        <w:spacing w:after="0"/>
      </w:pPr>
      <w:r>
        <w:rPr>
          <w:rFonts w:ascii="Arial" w:hAnsi="Arial"/>
          <w:b/>
          <w:sz w:val="22"/>
        </w:rPr>
        <w:t xml:space="preserve">Alice  </w:t>
      </w:r>
      <w:r>
        <w:rPr>
          <w:rFonts w:ascii="Arial" w:hAnsi="Arial"/>
          <w:color w:val="5D7284"/>
          <w:sz w:val="22"/>
        </w:rPr>
        <w:t>1:03:02</w:t>
      </w:r>
    </w:p>
    <w:p>
      <w:pPr>
        <w:spacing w:after="0"/>
      </w:pPr>
      <w:r>
        <w:rPr>
          <w:rFonts w:ascii="Arial" w:hAnsi="Arial"/>
          <w:sz w:val="22"/>
        </w:rPr>
        <w:t>And I think the hardest thing that I found about trying to practice mindfulness is that practice actually practising it consistently, when you're in those lowest, darkest, most pain ridden moments of going, actually, I'm going to be mindful, I'm going to be kind, I'm going to interrupt those thoughts now. it is it. That's a real challenge sometimes. But if you can, you know, it's one of those those things, the more you practice it, the easier it becomes. I've been on it, Lucy to try and get back into meditation for absolutely ages. And I think, you know, if you can make it habitual, if it becomes something that you just always do, it will help generally. it's, you know</w:t>
      </w:r>
    </w:p>
    <w:p>
      <w:pPr>
        <w:spacing w:after="0"/>
      </w:pPr>
    </w:p>
    <w:p>
      <w:pPr>
        <w:spacing w:after="0"/>
      </w:pPr>
      <w:r>
        <w:rPr>
          <w:rFonts w:ascii="Arial" w:hAnsi="Arial"/>
          <w:b/>
          <w:sz w:val="22"/>
        </w:rPr>
        <w:t xml:space="preserve">Georgia  </w:t>
      </w:r>
      <w:r>
        <w:rPr>
          <w:rFonts w:ascii="Arial" w:hAnsi="Arial"/>
          <w:color w:val="5D7284"/>
          <w:sz w:val="22"/>
        </w:rPr>
        <w:t>1:03:47</w:t>
      </w:r>
    </w:p>
    <w:p>
      <w:pPr>
        <w:spacing w:after="0"/>
      </w:pPr>
      <w:r>
        <w:rPr>
          <w:rFonts w:ascii="Arial" w:hAnsi="Arial"/>
          <w:sz w:val="22"/>
        </w:rPr>
        <w:t>for sure. Making it a habit is so easy...</w:t>
      </w:r>
    </w:p>
    <w:p>
      <w:pPr>
        <w:spacing w:after="0"/>
      </w:pPr>
    </w:p>
    <w:p>
      <w:pPr>
        <w:spacing w:after="0"/>
      </w:pPr>
      <w:r>
        <w:rPr>
          <w:rFonts w:ascii="Arial" w:hAnsi="Arial"/>
          <w:b/>
          <w:sz w:val="22"/>
        </w:rPr>
        <w:t xml:space="preserve">Lucy  </w:t>
      </w:r>
      <w:r>
        <w:rPr>
          <w:rFonts w:ascii="Arial" w:hAnsi="Arial"/>
          <w:color w:val="5D7284"/>
          <w:sz w:val="22"/>
        </w:rPr>
        <w:t>1:03:49</w:t>
      </w:r>
    </w:p>
    <w:p>
      <w:pPr>
        <w:spacing w:after="0"/>
      </w:pPr>
      <w:r>
        <w:rPr>
          <w:rFonts w:ascii="Arial" w:hAnsi="Arial"/>
          <w:sz w:val="22"/>
        </w:rPr>
        <w:t>I think I need Georgia and Alice in my pocket at all times. going have you meditated today? Have you meditated today? Like, are you alright? Do you need to just calm down?</w:t>
      </w:r>
    </w:p>
    <w:p>
      <w:pPr>
        <w:spacing w:after="0"/>
      </w:pPr>
    </w:p>
    <w:p>
      <w:pPr>
        <w:spacing w:after="0"/>
      </w:pPr>
      <w:r>
        <w:rPr>
          <w:rFonts w:ascii="Arial" w:hAnsi="Arial"/>
          <w:b/>
          <w:sz w:val="22"/>
        </w:rPr>
        <w:t xml:space="preserve">Alice  </w:t>
      </w:r>
      <w:r>
        <w:rPr>
          <w:rFonts w:ascii="Arial" w:hAnsi="Arial"/>
          <w:color w:val="5D7284"/>
          <w:sz w:val="22"/>
        </w:rPr>
        <w:t>1:03:58</w:t>
      </w:r>
    </w:p>
    <w:p>
      <w:pPr>
        <w:spacing w:after="0"/>
      </w:pPr>
      <w:r>
        <w:rPr>
          <w:rFonts w:ascii="Arial" w:hAnsi="Arial"/>
          <w:sz w:val="22"/>
        </w:rPr>
        <w:t xml:space="preserve">But then I was just gonna say that it can be really difficult, you know, if you don't do it to then like, be going Oh God (sigh) I didn't even manage to meditate today. </w:t>
      </w:r>
    </w:p>
    <w:p>
      <w:pPr>
        <w:spacing w:after="0"/>
      </w:pPr>
    </w:p>
    <w:p>
      <w:pPr>
        <w:spacing w:after="0"/>
      </w:pPr>
      <w:r>
        <w:rPr>
          <w:rFonts w:ascii="Arial" w:hAnsi="Arial"/>
          <w:b/>
          <w:sz w:val="22"/>
        </w:rPr>
        <w:t xml:space="preserve">Lucy  </w:t>
      </w:r>
      <w:r>
        <w:rPr>
          <w:rFonts w:ascii="Arial" w:hAnsi="Arial"/>
          <w:color w:val="5D7284"/>
          <w:sz w:val="22"/>
        </w:rPr>
        <w:t>1:04:10</w:t>
      </w:r>
    </w:p>
    <w:p>
      <w:pPr>
        <w:spacing w:after="0"/>
      </w:pPr>
      <w:r>
        <w:rPr>
          <w:rFonts w:ascii="Arial" w:hAnsi="Arial"/>
          <w:sz w:val="22"/>
        </w:rPr>
        <w:t xml:space="preserve">Yeah, there is that. </w:t>
      </w:r>
    </w:p>
    <w:p>
      <w:pPr>
        <w:spacing w:after="0"/>
      </w:pPr>
    </w:p>
    <w:p>
      <w:pPr>
        <w:spacing w:after="0"/>
      </w:pPr>
      <w:r>
        <w:rPr>
          <w:rFonts w:ascii="Arial" w:hAnsi="Arial"/>
          <w:b/>
          <w:sz w:val="22"/>
        </w:rPr>
        <w:t xml:space="preserve">Alice  </w:t>
      </w:r>
      <w:r>
        <w:rPr>
          <w:rFonts w:ascii="Arial" w:hAnsi="Arial"/>
          <w:color w:val="5D7284"/>
          <w:sz w:val="22"/>
        </w:rPr>
        <w:t>1:04:11</w:t>
      </w:r>
    </w:p>
    <w:p>
      <w:pPr>
        <w:spacing w:after="0"/>
      </w:pPr>
      <w:r>
        <w:rPr>
          <w:rFonts w:ascii="Arial" w:hAnsi="Arial"/>
          <w:sz w:val="22"/>
        </w:rPr>
        <w:t xml:space="preserve">It doesn't. it doesn't help. It's it's so hard to break past all of that. And I think, you know, the fact that there are people with lived experience, like Georgia out there actually trying to teach that and help people learn that I think that that could be really useful. I hope so. </w:t>
      </w:r>
    </w:p>
    <w:p>
      <w:pPr>
        <w:spacing w:after="0"/>
      </w:pPr>
    </w:p>
    <w:p>
      <w:pPr>
        <w:spacing w:after="0"/>
      </w:pPr>
      <w:r>
        <w:rPr>
          <w:rFonts w:ascii="Arial" w:hAnsi="Arial"/>
          <w:b/>
          <w:sz w:val="22"/>
        </w:rPr>
        <w:t xml:space="preserve">Lucy  </w:t>
      </w:r>
      <w:r>
        <w:rPr>
          <w:rFonts w:ascii="Arial" w:hAnsi="Arial"/>
          <w:color w:val="5D7284"/>
          <w:sz w:val="22"/>
        </w:rPr>
        <w:t>1:04:29</w:t>
      </w:r>
    </w:p>
    <w:p>
      <w:pPr>
        <w:spacing w:after="0"/>
      </w:pPr>
      <w:r>
        <w:rPr>
          <w:rFonts w:ascii="Arial" w:hAnsi="Arial"/>
          <w:sz w:val="22"/>
        </w:rPr>
        <w:t xml:space="preserve">Yeah. </w:t>
      </w:r>
    </w:p>
    <w:p>
      <w:pPr>
        <w:spacing w:after="0"/>
      </w:pPr>
    </w:p>
    <w:p>
      <w:pPr>
        <w:spacing w:after="0"/>
      </w:pPr>
      <w:r>
        <w:rPr>
          <w:rFonts w:ascii="Arial" w:hAnsi="Arial"/>
          <w:b/>
          <w:sz w:val="22"/>
        </w:rPr>
        <w:t xml:space="preserve">Georgia  </w:t>
      </w:r>
      <w:r>
        <w:rPr>
          <w:rFonts w:ascii="Arial" w:hAnsi="Arial"/>
          <w:color w:val="5D7284"/>
          <w:sz w:val="22"/>
        </w:rPr>
        <w:t>1:04:30</w:t>
      </w:r>
    </w:p>
    <w:p>
      <w:pPr>
        <w:spacing w:after="0"/>
      </w:pPr>
      <w:r>
        <w:rPr>
          <w:rFonts w:ascii="Arial" w:hAnsi="Arial"/>
          <w:sz w:val="22"/>
        </w:rPr>
        <w:t xml:space="preserve">I mean I think this is the moment to say if you do go on the website and try the course, I should have said before it's called Well Adapt. And like you have feedback, like let's say, it didn't help you or like it, I dunno,you have too much self talk going on about the meditation itself. I always like to hear those things because it just helps me make a better thing for other people because like that's the whole point. </w:t>
      </w:r>
    </w:p>
    <w:p>
      <w:pPr>
        <w:spacing w:after="0"/>
      </w:pPr>
    </w:p>
    <w:p>
      <w:pPr>
        <w:spacing w:after="0"/>
      </w:pPr>
      <w:r>
        <w:rPr>
          <w:rFonts w:ascii="Arial" w:hAnsi="Arial"/>
          <w:b/>
          <w:sz w:val="22"/>
        </w:rPr>
        <w:t xml:space="preserve">Alice  </w:t>
      </w:r>
      <w:r>
        <w:rPr>
          <w:rFonts w:ascii="Arial" w:hAnsi="Arial"/>
          <w:color w:val="5D7284"/>
          <w:sz w:val="22"/>
        </w:rPr>
        <w:t>1:04:30</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1:04:54</w:t>
      </w:r>
    </w:p>
    <w:p>
      <w:pPr>
        <w:spacing w:after="0"/>
      </w:pPr>
      <w:r>
        <w:rPr>
          <w:rFonts w:ascii="Arial" w:hAnsi="Arial"/>
          <w:sz w:val="22"/>
        </w:rPr>
        <w:t>Of course</w:t>
      </w:r>
    </w:p>
    <w:p>
      <w:pPr>
        <w:spacing w:after="0"/>
      </w:pPr>
    </w:p>
    <w:p>
      <w:pPr>
        <w:spacing w:after="0"/>
      </w:pPr>
      <w:r>
        <w:rPr>
          <w:rFonts w:ascii="Arial" w:hAnsi="Arial"/>
          <w:b/>
          <w:sz w:val="22"/>
        </w:rPr>
        <w:t xml:space="preserve">Georgia  </w:t>
      </w:r>
      <w:r>
        <w:rPr>
          <w:rFonts w:ascii="Arial" w:hAnsi="Arial"/>
          <w:color w:val="5D7284"/>
          <w:sz w:val="22"/>
        </w:rPr>
        <w:t>1:04:54</w:t>
      </w:r>
    </w:p>
    <w:p>
      <w:pPr>
        <w:spacing w:after="0"/>
      </w:pPr>
      <w:r>
        <w:rPr>
          <w:rFonts w:ascii="Arial" w:hAnsi="Arial"/>
          <w:sz w:val="22"/>
        </w:rPr>
        <w:t>I just want people to have access to these skills. To be kinder to themselves in those those kinds of moments. But like nobody does it perfectly you mentioning that people might call you a hypocrite. But like I don't like I've been meditating for many years now. And you know, I've made this my life to make these things for other people. But that certainly doesn't mean that I don't have days where I'm being too hard on myself or too cruel. And I, you know, I haven't caught it in time, and I've gone in a bit of a spiral, like, it doesn't go away, it just makes it easier to identify. And you know, work through.</w:t>
      </w:r>
    </w:p>
    <w:p>
      <w:pPr>
        <w:spacing w:after="0"/>
      </w:pPr>
    </w:p>
    <w:p>
      <w:pPr>
        <w:spacing w:after="0"/>
      </w:pPr>
      <w:r>
        <w:rPr>
          <w:rFonts w:ascii="Arial" w:hAnsi="Arial"/>
          <w:b/>
          <w:sz w:val="22"/>
        </w:rPr>
        <w:t xml:space="preserve">Lucy  </w:t>
      </w:r>
      <w:r>
        <w:rPr>
          <w:rFonts w:ascii="Arial" w:hAnsi="Arial"/>
          <w:color w:val="5D7284"/>
          <w:sz w:val="22"/>
        </w:rPr>
        <w:t>1:05:32</w:t>
      </w:r>
    </w:p>
    <w:p>
      <w:pPr>
        <w:spacing w:after="0"/>
      </w:pPr>
      <w:r>
        <w:rPr>
          <w:rFonts w:ascii="Arial" w:hAnsi="Arial"/>
          <w:sz w:val="22"/>
        </w:rPr>
        <w:t>And I often think as well, like, there are days where I try and meditate and it's just not happening do know what I mean. It's just, the mindfulness is just not coming. I can't do it. So I give up, because I just don't-</w:t>
      </w:r>
    </w:p>
    <w:p>
      <w:pPr>
        <w:spacing w:after="0"/>
      </w:pPr>
    </w:p>
    <w:p>
      <w:pPr>
        <w:spacing w:after="0"/>
      </w:pPr>
      <w:r>
        <w:rPr>
          <w:rFonts w:ascii="Arial" w:hAnsi="Arial"/>
          <w:b/>
          <w:sz w:val="22"/>
        </w:rPr>
        <w:t xml:space="preserve">Alice  </w:t>
      </w:r>
      <w:r>
        <w:rPr>
          <w:rFonts w:ascii="Arial" w:hAnsi="Arial"/>
          <w:color w:val="5D7284"/>
          <w:sz w:val="22"/>
        </w:rPr>
        <w:t>1:05:43</w:t>
      </w:r>
    </w:p>
    <w:p>
      <w:pPr>
        <w:spacing w:after="0"/>
      </w:pPr>
      <w:r>
        <w:rPr>
          <w:rFonts w:ascii="Arial" w:hAnsi="Arial"/>
          <w:sz w:val="22"/>
        </w:rPr>
        <w:t xml:space="preserve">those are the days where you're go and have a gin </w:t>
      </w:r>
    </w:p>
    <w:p>
      <w:pPr>
        <w:spacing w:after="0"/>
      </w:pPr>
    </w:p>
    <w:p>
      <w:pPr>
        <w:spacing w:after="0"/>
      </w:pPr>
      <w:r>
        <w:rPr>
          <w:rFonts w:ascii="Arial" w:hAnsi="Arial"/>
          <w:b/>
          <w:sz w:val="22"/>
        </w:rPr>
        <w:t xml:space="preserve">Lucy  </w:t>
      </w:r>
      <w:r>
        <w:rPr>
          <w:rFonts w:ascii="Arial" w:hAnsi="Arial"/>
          <w:color w:val="5D7284"/>
          <w:sz w:val="22"/>
        </w:rPr>
        <w:t>1:05:45</w:t>
      </w:r>
    </w:p>
    <w:p>
      <w:pPr>
        <w:spacing w:after="0"/>
      </w:pPr>
      <w:r>
        <w:rPr>
          <w:rFonts w:ascii="Arial" w:hAnsi="Arial"/>
          <w:sz w:val="22"/>
        </w:rPr>
        <w:t>Yeah. Gin and a bag of chips. But yeah, there are days where you and I can remember, you know, when like, it teaches you how to meditate, you know, you download like headspace, or whatever it is, or, and they'll, they'll do guided meditation. So they're teaching you how to do it. And I can remember the bloke on the headspace app, because I used to use headspace and then moved to another one. And he said, if you can't, if it's just not coming in, don't don't stress yourself out about it. The important thing is you tried, you tried to sit there with it. because at least if you're trying all hopes not lost, it's what,I'd rather you try and not be able to do it than not try at all. Just be living with that feeling of horribleness. So I always feel better. Even if I've tried and failed. I feel better that I've tried rather than sort of, like gone I'm not, I'm not doing I'm not doing it today. I'm not feeling it.</w:t>
      </w:r>
    </w:p>
    <w:p>
      <w:pPr>
        <w:spacing w:after="0"/>
      </w:pPr>
    </w:p>
    <w:p>
      <w:pPr>
        <w:spacing w:after="0"/>
      </w:pPr>
      <w:r>
        <w:rPr>
          <w:rFonts w:ascii="Arial" w:hAnsi="Arial"/>
          <w:b/>
          <w:sz w:val="22"/>
        </w:rPr>
        <w:t xml:space="preserve">Georgia  </w:t>
      </w:r>
      <w:r>
        <w:rPr>
          <w:rFonts w:ascii="Arial" w:hAnsi="Arial"/>
          <w:color w:val="5D7284"/>
          <w:sz w:val="22"/>
        </w:rPr>
        <w:t>1:06:45</w:t>
      </w:r>
    </w:p>
    <w:p>
      <w:pPr>
        <w:spacing w:after="0"/>
      </w:pPr>
      <w:r>
        <w:rPr>
          <w:rFonts w:ascii="Arial" w:hAnsi="Arial"/>
          <w:sz w:val="22"/>
        </w:rPr>
        <w:t>It helps to make it a habit. Especially like, if you just get started, it's a bit like that. you know, like, if you can't wash the dishes, wash a spoon. Or like me like for for my joints like I absolutely like I do like this joint warmup every day to try to sort of because otherwise, they just they go all wonky. But like some days, I'm just not capable of it. But I still go to the spot where I do it. And I might do like the first motion and then stop because it just keeps the habit and it's like I did what I could and that's fine.</w:t>
      </w:r>
    </w:p>
    <w:p>
      <w:pPr>
        <w:spacing w:after="0"/>
      </w:pPr>
    </w:p>
    <w:p>
      <w:pPr>
        <w:spacing w:after="0"/>
      </w:pPr>
      <w:r>
        <w:rPr>
          <w:rFonts w:ascii="Arial" w:hAnsi="Arial"/>
          <w:b/>
          <w:sz w:val="22"/>
        </w:rPr>
        <w:t xml:space="preserve">Lucy  </w:t>
      </w:r>
      <w:r>
        <w:rPr>
          <w:rFonts w:ascii="Arial" w:hAnsi="Arial"/>
          <w:color w:val="5D7284"/>
          <w:sz w:val="22"/>
        </w:rPr>
        <w:t>1:07:18</w:t>
      </w:r>
    </w:p>
    <w:p>
      <w:pPr>
        <w:spacing w:after="0"/>
      </w:pPr>
      <w:r>
        <w:rPr>
          <w:rFonts w:ascii="Arial" w:hAnsi="Arial"/>
          <w:sz w:val="22"/>
        </w:rPr>
        <w:t>Yeah, I think it's so important to try and build a habit.</w:t>
      </w:r>
    </w:p>
    <w:p>
      <w:pPr>
        <w:spacing w:after="0"/>
      </w:pPr>
    </w:p>
    <w:p>
      <w:pPr>
        <w:spacing w:after="0"/>
      </w:pPr>
      <w:r>
        <w:rPr>
          <w:rFonts w:ascii="Arial" w:hAnsi="Arial"/>
          <w:b/>
          <w:sz w:val="22"/>
        </w:rPr>
        <w:t xml:space="preserve">Alice  </w:t>
      </w:r>
      <w:r>
        <w:rPr>
          <w:rFonts w:ascii="Arial" w:hAnsi="Arial"/>
          <w:color w:val="5D7284"/>
          <w:sz w:val="22"/>
        </w:rPr>
        <w:t>1:07:22</w:t>
      </w:r>
    </w:p>
    <w:p>
      <w:pPr>
        <w:spacing w:after="0"/>
      </w:pPr>
      <w:r>
        <w:rPr>
          <w:rFonts w:ascii="Arial" w:hAnsi="Arial"/>
          <w:sz w:val="22"/>
        </w:rPr>
        <w:t>I think this has been a really interesting kind of conversation talking about this. Trying to sort of cha- how challenging yourself to be more accepting of yourself. I think, you know, we've we've covered a lot ground today.</w:t>
      </w:r>
    </w:p>
    <w:p>
      <w:pPr>
        <w:spacing w:after="0"/>
      </w:pPr>
    </w:p>
    <w:p>
      <w:pPr>
        <w:spacing w:after="0"/>
      </w:pPr>
      <w:r>
        <w:rPr>
          <w:rFonts w:ascii="Arial" w:hAnsi="Arial"/>
          <w:b/>
          <w:sz w:val="22"/>
        </w:rPr>
        <w:t xml:space="preserve">Lucy  </w:t>
      </w:r>
      <w:r>
        <w:rPr>
          <w:rFonts w:ascii="Arial" w:hAnsi="Arial"/>
          <w:color w:val="5D7284"/>
          <w:sz w:val="22"/>
        </w:rPr>
        <w:t>1:07:37</w:t>
      </w:r>
    </w:p>
    <w:p>
      <w:pPr>
        <w:spacing w:after="0"/>
      </w:pPr>
      <w:r>
        <w:rPr>
          <w:rFonts w:ascii="Arial" w:hAnsi="Arial"/>
          <w:sz w:val="22"/>
        </w:rPr>
        <w:t>We have haven't we? (laughs)</w:t>
      </w:r>
    </w:p>
    <w:p>
      <w:pPr>
        <w:spacing w:after="0"/>
      </w:pPr>
    </w:p>
    <w:p>
      <w:pPr>
        <w:spacing w:after="0"/>
      </w:pPr>
      <w:r>
        <w:rPr>
          <w:rFonts w:ascii="Arial" w:hAnsi="Arial"/>
          <w:b/>
          <w:sz w:val="22"/>
        </w:rPr>
        <w:t xml:space="preserve">Georgia  </w:t>
      </w:r>
      <w:r>
        <w:rPr>
          <w:rFonts w:ascii="Arial" w:hAnsi="Arial"/>
          <w:color w:val="5D7284"/>
          <w:sz w:val="22"/>
        </w:rPr>
        <w:t>1:07:38</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1:07:39</w:t>
      </w:r>
    </w:p>
    <w:p>
      <w:pPr>
        <w:spacing w:after="0"/>
      </w:pPr>
      <w:r>
        <w:rPr>
          <w:rFonts w:ascii="Arial" w:hAnsi="Arial"/>
          <w:sz w:val="22"/>
        </w:rPr>
        <w:t>Yeah. Georgia, it's been lovely to speak to you today. And it certainly given us a lot of food for thought. And I think our listeners are really going to enjoy this episode. So thank you for so much for joining us.</w:t>
      </w:r>
    </w:p>
    <w:p>
      <w:pPr>
        <w:spacing w:after="0"/>
      </w:pPr>
    </w:p>
    <w:p>
      <w:pPr>
        <w:spacing w:after="0"/>
      </w:pPr>
      <w:r>
        <w:rPr>
          <w:rFonts w:ascii="Arial" w:hAnsi="Arial"/>
          <w:b/>
          <w:sz w:val="22"/>
        </w:rPr>
        <w:t xml:space="preserve">Alice  </w:t>
      </w:r>
      <w:r>
        <w:rPr>
          <w:rFonts w:ascii="Arial" w:hAnsi="Arial"/>
          <w:color w:val="5D7284"/>
          <w:sz w:val="22"/>
        </w:rPr>
        <w:t>1:07:51</w:t>
      </w:r>
    </w:p>
    <w:p>
      <w:pPr>
        <w:spacing w:after="0"/>
      </w:pPr>
      <w:r>
        <w:rPr>
          <w:rFonts w:ascii="Arial" w:hAnsi="Arial"/>
          <w:sz w:val="22"/>
        </w:rPr>
        <w:t>Georgia, do you want to tell everybody where they can find you online so that people can follow you and find your courses?</w:t>
      </w:r>
    </w:p>
    <w:p>
      <w:pPr>
        <w:spacing w:after="0"/>
      </w:pPr>
    </w:p>
    <w:p>
      <w:pPr>
        <w:spacing w:after="0"/>
      </w:pPr>
      <w:r>
        <w:rPr>
          <w:rFonts w:ascii="Arial" w:hAnsi="Arial"/>
          <w:b/>
          <w:sz w:val="22"/>
        </w:rPr>
        <w:t xml:space="preserve">Georgia  </w:t>
      </w:r>
      <w:r>
        <w:rPr>
          <w:rFonts w:ascii="Arial" w:hAnsi="Arial"/>
          <w:color w:val="5D7284"/>
          <w:sz w:val="22"/>
        </w:rPr>
        <w:t>1:07:58</w:t>
      </w:r>
    </w:p>
    <w:p>
      <w:pPr>
        <w:spacing w:after="0"/>
      </w:pPr>
      <w:r>
        <w:rPr>
          <w:rFonts w:ascii="Arial" w:hAnsi="Arial"/>
          <w:sz w:val="22"/>
        </w:rPr>
        <w:t>of course. So the actual website is well-adapt.com or you can find it on Insta well.adapt the adapt, err Sorry, my mouth doesn't want to do words apparently or if you want to follow my more like artsy side it's at it is My body which tells you a lot about it. It's a very sex positive space. So just if that kind of thing freaks you out, avoid it. But Well Adapt is fully PC if that's more your jam.</w:t>
      </w:r>
    </w:p>
    <w:p>
      <w:pPr>
        <w:spacing w:after="0"/>
      </w:pPr>
    </w:p>
    <w:p>
      <w:pPr>
        <w:spacing w:after="0"/>
      </w:pPr>
      <w:r>
        <w:rPr>
          <w:rFonts w:ascii="Arial" w:hAnsi="Arial"/>
          <w:b/>
          <w:sz w:val="22"/>
        </w:rPr>
        <w:t xml:space="preserve">Alice  </w:t>
      </w:r>
      <w:r>
        <w:rPr>
          <w:rFonts w:ascii="Arial" w:hAnsi="Arial"/>
          <w:color w:val="5D7284"/>
          <w:sz w:val="22"/>
        </w:rPr>
        <w:t>1:08:29</w:t>
      </w:r>
    </w:p>
    <w:p>
      <w:pPr>
        <w:spacing w:after="0"/>
      </w:pPr>
      <w:r>
        <w:rPr>
          <w:rFonts w:ascii="Arial" w:hAnsi="Arial"/>
          <w:sz w:val="22"/>
        </w:rPr>
        <w:t xml:space="preserve">I love it. I love how diverse everything is that you're doing. We might have to get you back on to talk about the other side of all of the stuff. you're doing some time, Georgia. </w:t>
      </w:r>
    </w:p>
    <w:p>
      <w:pPr>
        <w:spacing w:after="0"/>
      </w:pPr>
    </w:p>
    <w:p>
      <w:pPr>
        <w:spacing w:after="0"/>
      </w:pPr>
      <w:r>
        <w:rPr>
          <w:rFonts w:ascii="Arial" w:hAnsi="Arial"/>
          <w:b/>
          <w:sz w:val="22"/>
        </w:rPr>
        <w:t xml:space="preserve">Georgia  </w:t>
      </w:r>
      <w:r>
        <w:rPr>
          <w:rFonts w:ascii="Arial" w:hAnsi="Arial"/>
          <w:color w:val="5D7284"/>
          <w:sz w:val="22"/>
        </w:rPr>
        <w:t>1:08:37</w:t>
      </w:r>
    </w:p>
    <w:p>
      <w:pPr>
        <w:spacing w:after="0"/>
      </w:pPr>
      <w:r>
        <w:rPr>
          <w:rFonts w:ascii="Arial" w:hAnsi="Arial"/>
          <w:sz w:val="22"/>
        </w:rPr>
        <w:t>I would love to.</w:t>
      </w:r>
    </w:p>
    <w:p>
      <w:pPr>
        <w:spacing w:after="0"/>
      </w:pPr>
    </w:p>
    <w:p>
      <w:pPr>
        <w:spacing w:after="0"/>
      </w:pPr>
      <w:r>
        <w:rPr>
          <w:rFonts w:ascii="Arial" w:hAnsi="Arial"/>
          <w:b/>
          <w:sz w:val="22"/>
        </w:rPr>
        <w:t xml:space="preserve">Lucy  </w:t>
      </w:r>
      <w:r>
        <w:rPr>
          <w:rFonts w:ascii="Arial" w:hAnsi="Arial"/>
          <w:color w:val="5D7284"/>
          <w:sz w:val="22"/>
        </w:rPr>
        <w:t>1:08:38</w:t>
      </w:r>
    </w:p>
    <w:p>
      <w:pPr>
        <w:spacing w:after="0"/>
      </w:pPr>
      <w:r>
        <w:rPr>
          <w:rFonts w:ascii="Arial" w:hAnsi="Arial"/>
          <w:sz w:val="22"/>
        </w:rPr>
        <w:t>Yeah, that'd be great.</w:t>
      </w:r>
    </w:p>
    <w:p>
      <w:pPr>
        <w:spacing w:after="0"/>
      </w:pPr>
    </w:p>
    <w:p>
      <w:pPr>
        <w:spacing w:after="0"/>
      </w:pPr>
      <w:r>
        <w:rPr>
          <w:rFonts w:ascii="Arial" w:hAnsi="Arial"/>
          <w:b/>
          <w:sz w:val="22"/>
        </w:rPr>
        <w:t xml:space="preserve">Alice  </w:t>
      </w:r>
      <w:r>
        <w:rPr>
          <w:rFonts w:ascii="Arial" w:hAnsi="Arial"/>
          <w:color w:val="5D7284"/>
          <w:sz w:val="22"/>
        </w:rPr>
        <w:t>1:08:41</w:t>
      </w:r>
    </w:p>
    <w:p>
      <w:pPr>
        <w:spacing w:after="0"/>
      </w:pPr>
      <w:r>
        <w:rPr>
          <w:rFonts w:ascii="Arial" w:hAnsi="Arial"/>
          <w:sz w:val="22"/>
        </w:rPr>
        <w:t>Thank you, everybody for listening. I'm sorry. if we were a bit rusty as to say we've we've had some time off</w:t>
      </w:r>
    </w:p>
    <w:p>
      <w:pPr>
        <w:spacing w:after="0"/>
      </w:pPr>
    </w:p>
    <w:p>
      <w:pPr>
        <w:spacing w:after="0"/>
      </w:pPr>
      <w:r>
        <w:rPr>
          <w:rFonts w:ascii="Arial" w:hAnsi="Arial"/>
          <w:b/>
          <w:sz w:val="22"/>
        </w:rPr>
        <w:t xml:space="preserve">Lucy  </w:t>
      </w:r>
      <w:r>
        <w:rPr>
          <w:rFonts w:ascii="Arial" w:hAnsi="Arial"/>
          <w:color w:val="5D7284"/>
          <w:sz w:val="22"/>
        </w:rPr>
        <w:t>1:08:46</w:t>
      </w:r>
    </w:p>
    <w:p>
      <w:pPr>
        <w:spacing w:after="0"/>
      </w:pPr>
      <w:r>
        <w:rPr>
          <w:rFonts w:ascii="Arial" w:hAnsi="Arial"/>
          <w:sz w:val="22"/>
        </w:rPr>
        <w:t>Sorry for banging my microphone across the table. Like (laughs)</w:t>
      </w:r>
    </w:p>
    <w:p>
      <w:pPr>
        <w:spacing w:after="0"/>
      </w:pPr>
    </w:p>
    <w:p>
      <w:pPr>
        <w:spacing w:after="0"/>
      </w:pPr>
      <w:r>
        <w:rPr>
          <w:rFonts w:ascii="Arial" w:hAnsi="Arial"/>
          <w:b/>
          <w:sz w:val="22"/>
        </w:rPr>
        <w:t xml:space="preserve">Alice  </w:t>
      </w:r>
      <w:r>
        <w:rPr>
          <w:rFonts w:ascii="Arial" w:hAnsi="Arial"/>
          <w:color w:val="5D7284"/>
          <w:sz w:val="22"/>
        </w:rPr>
        <w:t>1:08:51</w:t>
      </w:r>
    </w:p>
    <w:p>
      <w:pPr>
        <w:spacing w:after="0"/>
      </w:pPr>
      <w:r>
        <w:rPr>
          <w:rFonts w:ascii="Arial" w:hAnsi="Arial"/>
          <w:sz w:val="22"/>
        </w:rPr>
        <w:t xml:space="preserve">And I guess we'll be back. We'll see you soon. Buh-bye! </w:t>
      </w:r>
    </w:p>
    <w:p>
      <w:pPr>
        <w:spacing w:after="0"/>
      </w:pPr>
    </w:p>
    <w:p>
      <w:pPr>
        <w:spacing w:after="0"/>
      </w:pPr>
      <w:r>
        <w:rPr>
          <w:rFonts w:ascii="Arial" w:hAnsi="Arial"/>
          <w:b/>
          <w:sz w:val="22"/>
        </w:rPr>
        <w:t xml:space="preserve">Lucy  </w:t>
      </w:r>
      <w:r>
        <w:rPr>
          <w:rFonts w:ascii="Arial" w:hAnsi="Arial"/>
          <w:color w:val="5D7284"/>
          <w:sz w:val="22"/>
        </w:rPr>
        <w:t>1:08:56</w:t>
      </w:r>
    </w:p>
    <w:p>
      <w:pPr>
        <w:spacing w:after="0"/>
      </w:pPr>
      <w:r>
        <w:rPr>
          <w:rFonts w:ascii="Arial" w:hAnsi="Arial"/>
          <w:sz w:val="22"/>
        </w:rPr>
        <w:t xml:space="preserve">Buh-bye. </w:t>
      </w:r>
    </w:p>
    <w:p>
      <w:pPr>
        <w:spacing w:after="0"/>
      </w:pPr>
    </w:p>
    <w:p>
      <w:pPr>
        <w:spacing w:after="0"/>
      </w:pPr>
      <w:r>
        <w:rPr>
          <w:rFonts w:ascii="Arial" w:hAnsi="Arial"/>
          <w:b/>
          <w:sz w:val="22"/>
        </w:rPr>
        <w:t xml:space="preserve">Alice  </w:t>
      </w:r>
      <w:r>
        <w:rPr>
          <w:rFonts w:ascii="Arial" w:hAnsi="Arial"/>
          <w:color w:val="5D7284"/>
          <w:sz w:val="22"/>
        </w:rPr>
        <w:t>1:08:56</w:t>
      </w:r>
    </w:p>
    <w:p>
      <w:pPr>
        <w:spacing w:after="0"/>
      </w:pPr>
      <w:r>
        <w:rPr>
          <w:rFonts w:ascii="Arial" w:hAnsi="Arial"/>
          <w:sz w:val="22"/>
        </w:rPr>
        <w:t>(sound of a dog snoring) Shh, don't wake Dora! 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1:09:12</w:t>
      </w:r>
    </w:p>
    <w:p>
      <w:pPr>
        <w:spacing w:after="0"/>
      </w:pPr>
      <w:r>
        <w:rPr>
          <w:rFonts w:ascii="Arial" w:hAnsi="Arial"/>
          <w:sz w:val="22"/>
        </w:rPr>
        <w:t>This episode was edited by Adam bull music was by Maisie Condon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