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 xml:space="preserve">lABLEd Disability and Technolo... Spotlight series 2_ Os Keyes </w:t>
      </w:r>
    </w:p>
    <w:p>
      <w:r>
        <w:rPr>
          <w:rFonts w:ascii="Arial" w:hAnsi="Arial"/>
          <w:color w:val="4F6880"/>
          <w:sz w:val="22"/>
        </w:rPr>
        <w:t>Tue, Sep 26, 2023 7:40PM • 44:40</w:t>
      </w:r>
    </w:p>
    <w:p>
      <w:pPr>
        <w:spacing w:before="440" w:after="0"/>
      </w:pPr>
      <w:r>
        <w:rPr>
          <w:rFonts w:ascii="Arial" w:hAnsi="Arial"/>
          <w:b/>
          <w:color w:val="4F6880"/>
          <w:sz w:val="22"/>
        </w:rPr>
        <w:t>SUMMARY KEYWORDS</w:t>
      </w:r>
    </w:p>
    <w:p>
      <w:r>
        <w:rPr>
          <w:rFonts w:ascii="Arial" w:hAnsi="Arial"/>
          <w:color w:val="4F6880"/>
          <w:sz w:val="22"/>
        </w:rPr>
        <w:t>ai, skynet, cane, people, talking, disability, podcast, autistic, systems, designed, disabled, developed, work, gpt, ted kaczynski, os, problems, profit, company, big</w:t>
      </w:r>
    </w:p>
    <w:p>
      <w:pPr>
        <w:spacing w:before="440" w:after="0"/>
      </w:pPr>
      <w:r>
        <w:rPr>
          <w:rFonts w:ascii="Arial" w:hAnsi="Arial"/>
          <w:b/>
          <w:color w:val="4F6880"/>
          <w:sz w:val="22"/>
        </w:rPr>
        <w:t>SPEAKERS</w:t>
      </w:r>
    </w:p>
    <w:p>
      <w:r>
        <w:rPr>
          <w:rFonts w:ascii="Arial" w:hAnsi="Arial"/>
          <w:color w:val="4F6880"/>
          <w:sz w:val="22"/>
        </w:rPr>
        <w:t>Theme Tune, Disclaimer, Alice, Os Keyes , Lucy</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difference. I'm Lucy.</w:t>
      </w:r>
    </w:p>
    <w:p>
      <w:pPr>
        <w:spacing w:after="0"/>
      </w:pPr>
    </w:p>
    <w:p>
      <w:pPr>
        <w:spacing w:after="0"/>
      </w:pPr>
      <w:r>
        <w:rPr>
          <w:rFonts w:ascii="Arial" w:hAnsi="Arial"/>
          <w:b/>
          <w:sz w:val="22"/>
        </w:rPr>
        <w:t xml:space="preserve">Alice  </w:t>
      </w:r>
      <w:r>
        <w:rPr>
          <w:rFonts w:ascii="Arial" w:hAnsi="Arial"/>
          <w:color w:val="5D7284"/>
          <w:sz w:val="22"/>
        </w:rPr>
        <w:t>00:06</w:t>
      </w:r>
    </w:p>
    <w:p>
      <w:pPr>
        <w:spacing w:after="0"/>
      </w:pPr>
      <w:r>
        <w:rPr>
          <w:rFonts w:ascii="Arial" w:hAnsi="Arial"/>
          <w:sz w:val="22"/>
        </w:rPr>
        <w:t>And I'm Alice... *Dog Barks* and thats Lola</w:t>
      </w:r>
    </w:p>
    <w:p>
      <w:pPr>
        <w:spacing w:after="0"/>
      </w:pPr>
    </w:p>
    <w:p>
      <w:pPr>
        <w:spacing w:after="0"/>
      </w:pPr>
      <w:r>
        <w:rPr>
          <w:rFonts w:ascii="Arial" w:hAnsi="Arial"/>
          <w:b/>
          <w:sz w:val="22"/>
        </w:rPr>
        <w:t xml:space="preserve">Theme Tune  </w:t>
      </w:r>
      <w:r>
        <w:rPr>
          <w:rFonts w:ascii="Arial" w:hAnsi="Arial"/>
          <w:color w:val="5D7284"/>
          <w:sz w:val="22"/>
        </w:rPr>
        <w:t>00:11</w:t>
      </w:r>
    </w:p>
    <w:p>
      <w:pPr>
        <w:spacing w:after="0"/>
      </w:pPr>
      <w:r>
        <w:rPr>
          <w:rFonts w:ascii="Arial" w:hAnsi="Arial"/>
          <w:sz w:val="22"/>
        </w:rPr>
        <w:t>Though I might not fit in socially, I'm so much more than what you see we all live our lives differently, kalediscope identity, and this is who i'm meant to be, i'm just labellled me, I'm Just labeleld me, I'm Just labelled me</w:t>
      </w:r>
    </w:p>
    <w:p>
      <w:pPr>
        <w:spacing w:after="0"/>
      </w:pPr>
    </w:p>
    <w:p>
      <w:pPr>
        <w:spacing w:after="0"/>
      </w:pPr>
      <w:r>
        <w:rPr>
          <w:rFonts w:ascii="Arial" w:hAnsi="Arial"/>
          <w:b/>
          <w:sz w:val="22"/>
        </w:rPr>
        <w:t xml:space="preserve">Disclaimer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Alice  </w:t>
      </w:r>
      <w:r>
        <w:rPr>
          <w:rFonts w:ascii="Arial" w:hAnsi="Arial"/>
          <w:color w:val="5D7284"/>
          <w:sz w:val="22"/>
        </w:rPr>
        <w:t>00:43</w:t>
      </w:r>
    </w:p>
    <w:p>
      <w:pPr>
        <w:spacing w:after="0"/>
      </w:pPr>
      <w:r>
        <w:rPr>
          <w:rFonts w:ascii="Arial" w:hAnsi="Arial"/>
          <w:sz w:val="22"/>
        </w:rPr>
        <w:t>hello, everybody, and welcome to another episode of The lABLEd Podcast and our special Spotlight series all about disability technology. This is a month's worth of episodes where we bother you every week instead of every other week to talk about disability related things. This time round, it's all about technology. We I'm joined today as usual by my wonderful co host Lucy.</w:t>
      </w:r>
    </w:p>
    <w:p>
      <w:pPr>
        <w:spacing w:after="0"/>
      </w:pPr>
    </w:p>
    <w:p>
      <w:pPr>
        <w:spacing w:after="0"/>
      </w:pPr>
      <w:r>
        <w:rPr>
          <w:rFonts w:ascii="Arial" w:hAnsi="Arial"/>
          <w:b/>
          <w:sz w:val="22"/>
        </w:rPr>
        <w:t xml:space="preserve">Lucy  </w:t>
      </w:r>
      <w:r>
        <w:rPr>
          <w:rFonts w:ascii="Arial" w:hAnsi="Arial"/>
          <w:color w:val="5D7284"/>
          <w:sz w:val="22"/>
        </w:rPr>
        <w:t>01:12</w:t>
      </w:r>
    </w:p>
    <w:p>
      <w:pPr>
        <w:spacing w:after="0"/>
      </w:pPr>
      <w:r>
        <w:rPr>
          <w:rFonts w:ascii="Arial" w:hAnsi="Arial"/>
          <w:sz w:val="22"/>
        </w:rPr>
        <w:t>hello, how are you? I'm okay, so you're gonna forget about me there? Excuse me? hello? No,</w:t>
      </w:r>
    </w:p>
    <w:p>
      <w:pPr>
        <w:spacing w:after="0"/>
      </w:pPr>
    </w:p>
    <w:p>
      <w:pPr>
        <w:spacing w:after="0"/>
      </w:pPr>
      <w:r>
        <w:rPr>
          <w:rFonts w:ascii="Arial" w:hAnsi="Arial"/>
          <w:b/>
          <w:sz w:val="22"/>
        </w:rPr>
        <w:t xml:space="preserve">Alice  </w:t>
      </w:r>
      <w:r>
        <w:rPr>
          <w:rFonts w:ascii="Arial" w:hAnsi="Arial"/>
          <w:color w:val="5D7284"/>
          <w:sz w:val="22"/>
        </w:rPr>
        <w:t>01:20</w:t>
      </w:r>
    </w:p>
    <w:p>
      <w:pPr>
        <w:spacing w:after="0"/>
      </w:pPr>
      <w:r>
        <w:rPr>
          <w:rFonts w:ascii="Arial" w:hAnsi="Arial"/>
          <w:sz w:val="22"/>
        </w:rPr>
        <w:t>yes, you're very easily forgettable. Yeah.</w:t>
      </w:r>
    </w:p>
    <w:p>
      <w:pPr>
        <w:spacing w:after="0"/>
      </w:pPr>
    </w:p>
    <w:p>
      <w:pPr>
        <w:spacing w:after="0"/>
      </w:pPr>
      <w:r>
        <w:rPr>
          <w:rFonts w:ascii="Arial" w:hAnsi="Arial"/>
          <w:b/>
          <w:sz w:val="22"/>
        </w:rPr>
        <w:t xml:space="preserve">Lucy  </w:t>
      </w:r>
      <w:r>
        <w:rPr>
          <w:rFonts w:ascii="Arial" w:hAnsi="Arial"/>
          <w:color w:val="5D7284"/>
          <w:sz w:val="22"/>
        </w:rPr>
        <w:t>01:25</w:t>
      </w:r>
    </w:p>
    <w:p>
      <w:pPr>
        <w:spacing w:after="0"/>
      </w:pPr>
      <w:r>
        <w:rPr>
          <w:rFonts w:ascii="Arial" w:hAnsi="Arial"/>
          <w:sz w:val="22"/>
        </w:rPr>
        <w:t>quiet as a mouse.</w:t>
      </w:r>
    </w:p>
    <w:p>
      <w:pPr>
        <w:spacing w:after="0"/>
      </w:pPr>
    </w:p>
    <w:p>
      <w:pPr>
        <w:spacing w:after="0"/>
      </w:pPr>
      <w:r>
        <w:rPr>
          <w:rFonts w:ascii="Arial" w:hAnsi="Arial"/>
          <w:b/>
          <w:sz w:val="22"/>
        </w:rPr>
        <w:t xml:space="preserve">Alice  </w:t>
      </w:r>
      <w:r>
        <w:rPr>
          <w:rFonts w:ascii="Arial" w:hAnsi="Arial"/>
          <w:color w:val="5D7284"/>
          <w:sz w:val="22"/>
        </w:rPr>
        <w:t>01:27</w:t>
      </w:r>
    </w:p>
    <w:p>
      <w:pPr>
        <w:spacing w:after="0"/>
      </w:pPr>
      <w:r>
        <w:rPr>
          <w:rFonts w:ascii="Arial" w:hAnsi="Arial"/>
          <w:sz w:val="22"/>
        </w:rPr>
        <w:t>And our special guest today is OS Keyes who's joining us from Seattle over in the United States. which very exciting. Os, Would you like to introduce and tell our listeners a little bit about you and why you have been so unfortunate to be dragged on to this podcast?</w:t>
      </w:r>
    </w:p>
    <w:p>
      <w:pPr>
        <w:spacing w:after="0"/>
      </w:pPr>
    </w:p>
    <w:p>
      <w:pPr>
        <w:spacing w:after="0"/>
      </w:pPr>
      <w:r>
        <w:rPr>
          <w:rFonts w:ascii="Arial" w:hAnsi="Arial"/>
          <w:b/>
          <w:sz w:val="22"/>
        </w:rPr>
        <w:t xml:space="preserve">Os Keyes   </w:t>
      </w:r>
      <w:r>
        <w:rPr>
          <w:rFonts w:ascii="Arial" w:hAnsi="Arial"/>
          <w:color w:val="5D7284"/>
          <w:sz w:val="22"/>
        </w:rPr>
        <w:t>01:49</w:t>
      </w:r>
    </w:p>
    <w:p>
      <w:pPr>
        <w:spacing w:after="0"/>
      </w:pPr>
      <w:r>
        <w:rPr>
          <w:rFonts w:ascii="Arial" w:hAnsi="Arial"/>
          <w:sz w:val="22"/>
        </w:rPr>
        <w:t>I mean, I wouldn't. I wouldn't say I don't think it's that exciting. I might like I'm from Harrow, to be clear. But the closest thing to excitement that we have is, you know, someone stealing a car, or 10, or setting them on fire. My childhood was fantastic. I have no regrets whatsoever. I'm here because I'm a PhD student at the University of Washington, where I study artificial intelligence and sort of just technology more broadly, with a particular focus on gender, disability and race and how these things intersect.</w:t>
      </w:r>
    </w:p>
    <w:p>
      <w:pPr>
        <w:spacing w:after="0"/>
      </w:pPr>
    </w:p>
    <w:p>
      <w:pPr>
        <w:spacing w:after="0"/>
      </w:pPr>
      <w:r>
        <w:rPr>
          <w:rFonts w:ascii="Arial" w:hAnsi="Arial"/>
          <w:b/>
          <w:sz w:val="22"/>
        </w:rPr>
        <w:t xml:space="preserve">Lucy  </w:t>
      </w:r>
      <w:r>
        <w:rPr>
          <w:rFonts w:ascii="Arial" w:hAnsi="Arial"/>
          <w:color w:val="5D7284"/>
          <w:sz w:val="22"/>
        </w:rPr>
        <w:t>02:28</w:t>
      </w:r>
    </w:p>
    <w:p>
      <w:pPr>
        <w:spacing w:after="0"/>
      </w:pPr>
      <w:r>
        <w:rPr>
          <w:rFonts w:ascii="Arial" w:hAnsi="Arial"/>
          <w:sz w:val="22"/>
        </w:rPr>
        <w:t>Basically, listeners right up our alley. Yeah.</w:t>
      </w:r>
    </w:p>
    <w:p>
      <w:pPr>
        <w:spacing w:after="0"/>
      </w:pPr>
    </w:p>
    <w:p>
      <w:pPr>
        <w:spacing w:after="0"/>
      </w:pPr>
      <w:r>
        <w:rPr>
          <w:rFonts w:ascii="Arial" w:hAnsi="Arial"/>
          <w:b/>
          <w:sz w:val="22"/>
        </w:rPr>
        <w:t xml:space="preserve">Alice  </w:t>
      </w:r>
      <w:r>
        <w:rPr>
          <w:rFonts w:ascii="Arial" w:hAnsi="Arial"/>
          <w:color w:val="5D7284"/>
          <w:sz w:val="22"/>
        </w:rPr>
        <w:t>02:32</w:t>
      </w:r>
    </w:p>
    <w:p>
      <w:pPr>
        <w:spacing w:after="0"/>
      </w:pPr>
      <w:r>
        <w:rPr>
          <w:rFonts w:ascii="Arial" w:hAnsi="Arial"/>
          <w:sz w:val="22"/>
        </w:rPr>
        <w:t>exactly. I was doing some random Googling, I saw an abstract for something that I Os had written. I went yep, yep. I'll have that that. Thank you.</w:t>
      </w:r>
    </w:p>
    <w:p>
      <w:pPr>
        <w:spacing w:after="0"/>
      </w:pPr>
    </w:p>
    <w:p>
      <w:pPr>
        <w:spacing w:after="0"/>
      </w:pPr>
      <w:r>
        <w:rPr>
          <w:rFonts w:ascii="Arial" w:hAnsi="Arial"/>
          <w:b/>
          <w:sz w:val="22"/>
        </w:rPr>
        <w:t xml:space="preserve">Lucy  </w:t>
      </w:r>
      <w:r>
        <w:rPr>
          <w:rFonts w:ascii="Arial" w:hAnsi="Arial"/>
          <w:color w:val="5D7284"/>
          <w:sz w:val="22"/>
        </w:rPr>
        <w:t>02:42</w:t>
      </w:r>
    </w:p>
    <w:p>
      <w:pPr>
        <w:spacing w:after="0"/>
      </w:pPr>
      <w:r>
        <w:rPr>
          <w:rFonts w:ascii="Arial" w:hAnsi="Arial"/>
          <w:sz w:val="22"/>
        </w:rPr>
        <w:t>Yeah, Alice was like, where can I find them?</w:t>
      </w:r>
    </w:p>
    <w:p>
      <w:pPr>
        <w:spacing w:after="0"/>
      </w:pPr>
    </w:p>
    <w:p>
      <w:pPr>
        <w:spacing w:after="0"/>
      </w:pPr>
      <w:r>
        <w:rPr>
          <w:rFonts w:ascii="Arial" w:hAnsi="Arial"/>
          <w:b/>
          <w:sz w:val="22"/>
        </w:rPr>
        <w:t xml:space="preserve">Alice  </w:t>
      </w:r>
      <w:r>
        <w:rPr>
          <w:rFonts w:ascii="Arial" w:hAnsi="Arial"/>
          <w:color w:val="5D7284"/>
          <w:sz w:val="22"/>
        </w:rPr>
        <w:t>02:47</w:t>
      </w:r>
    </w:p>
    <w:p>
      <w:pPr>
        <w:spacing w:after="0"/>
      </w:pPr>
      <w:r>
        <w:rPr>
          <w:rFonts w:ascii="Arial" w:hAnsi="Arial"/>
          <w:sz w:val="22"/>
        </w:rPr>
        <w:t>So Os, if you would like to take the reins, and I mean, I know, less than zero about artificial intelligence. Other than, you know, these these paranoid threats, that they're going to take over the world and...</w:t>
      </w:r>
    </w:p>
    <w:p>
      <w:pPr>
        <w:spacing w:after="0"/>
      </w:pPr>
    </w:p>
    <w:p>
      <w:pPr>
        <w:spacing w:after="0"/>
      </w:pPr>
      <w:r>
        <w:rPr>
          <w:rFonts w:ascii="Arial" w:hAnsi="Arial"/>
          <w:b/>
          <w:sz w:val="22"/>
        </w:rPr>
        <w:t xml:space="preserve">Lucy  </w:t>
      </w:r>
      <w:r>
        <w:rPr>
          <w:rFonts w:ascii="Arial" w:hAnsi="Arial"/>
          <w:color w:val="5D7284"/>
          <w:sz w:val="22"/>
        </w:rPr>
        <w:t>02:54</w:t>
      </w:r>
    </w:p>
    <w:p>
      <w:pPr>
        <w:spacing w:after="0"/>
      </w:pPr>
      <w:r>
        <w:rPr>
          <w:rFonts w:ascii="Arial" w:hAnsi="Arial"/>
          <w:sz w:val="22"/>
        </w:rPr>
        <w:t>Yeah, is this gonna keep us up at night. After we talk to you, is it gonna be like, Oh, God can't go to sleep now?</w:t>
      </w:r>
    </w:p>
    <w:p>
      <w:pPr>
        <w:spacing w:after="0"/>
      </w:pPr>
    </w:p>
    <w:p>
      <w:pPr>
        <w:spacing w:after="0"/>
      </w:pPr>
      <w:r>
        <w:rPr>
          <w:rFonts w:ascii="Arial" w:hAnsi="Arial"/>
          <w:b/>
          <w:sz w:val="22"/>
        </w:rPr>
        <w:t xml:space="preserve">Os Keyes   </w:t>
      </w:r>
      <w:r>
        <w:rPr>
          <w:rFonts w:ascii="Arial" w:hAnsi="Arial"/>
          <w:color w:val="5D7284"/>
          <w:sz w:val="22"/>
        </w:rPr>
        <w:t>03:09</w:t>
      </w:r>
    </w:p>
    <w:p>
      <w:pPr>
        <w:spacing w:after="0"/>
      </w:pPr>
      <w:r>
        <w:rPr>
          <w:rFonts w:ascii="Arial" w:hAnsi="Arial"/>
          <w:sz w:val="22"/>
        </w:rPr>
        <w:t>I guess the positive way of framing it would be it's not going to keep you up at night for any more reasons than society already keeps you up at night.</w:t>
      </w:r>
    </w:p>
    <w:p>
      <w:pPr>
        <w:spacing w:after="0"/>
      </w:pPr>
    </w:p>
    <w:p>
      <w:pPr>
        <w:spacing w:after="0"/>
      </w:pPr>
      <w:r>
        <w:rPr>
          <w:rFonts w:ascii="Arial" w:hAnsi="Arial"/>
          <w:b/>
          <w:sz w:val="22"/>
        </w:rPr>
        <w:t xml:space="preserve">Lucy  </w:t>
      </w:r>
      <w:r>
        <w:rPr>
          <w:rFonts w:ascii="Arial" w:hAnsi="Arial"/>
          <w:color w:val="5D7284"/>
          <w:sz w:val="22"/>
        </w:rPr>
        <w:t>03:18</w:t>
      </w:r>
    </w:p>
    <w:p>
      <w:pPr>
        <w:spacing w:after="0"/>
      </w:pPr>
      <w:r>
        <w:rPr>
          <w:rFonts w:ascii="Arial" w:hAnsi="Arial"/>
          <w:sz w:val="22"/>
        </w:rPr>
        <w:t>It's fine.</w:t>
      </w:r>
    </w:p>
    <w:p>
      <w:pPr>
        <w:spacing w:after="0"/>
      </w:pPr>
    </w:p>
    <w:p>
      <w:pPr>
        <w:spacing w:after="0"/>
      </w:pPr>
      <w:r>
        <w:rPr>
          <w:rFonts w:ascii="Arial" w:hAnsi="Arial"/>
          <w:b/>
          <w:sz w:val="22"/>
        </w:rPr>
        <w:t xml:space="preserve">Os Keyes   </w:t>
      </w:r>
      <w:r>
        <w:rPr>
          <w:rFonts w:ascii="Arial" w:hAnsi="Arial"/>
          <w:color w:val="5D7284"/>
          <w:sz w:val="22"/>
        </w:rPr>
        <w:t>03:20</w:t>
      </w:r>
    </w:p>
    <w:p>
      <w:pPr>
        <w:spacing w:after="0"/>
      </w:pPr>
      <w:r>
        <w:rPr>
          <w:rFonts w:ascii="Arial" w:hAnsi="Arial"/>
          <w:sz w:val="22"/>
        </w:rPr>
        <w:t>Like, like, it's not this is sort of the crucial thing about AI as, as you as you point to, you know, there are people, particularly people involved in AI development in like big ways, who kind of portray it as this, you know, potentially limitless technology have, you can create a machine that's fully sentient and like better than us and like they kind of picture a Skynet scenario. And weirdly, you get this the most from people in AI people like the Sam Altman, who runs open AI. And like the big names at Google, they're always talking about the existential threat of AI. And this is a really convenient, like, it doesn't sound convenient to talk about, oh, by the way, we're building something that could like kill everyone and turn your children into, like robots that stalk you through time, or whatever. It's been a while since I've watched the Terminator films. I'll be honest,</w:t>
      </w:r>
    </w:p>
    <w:p>
      <w:pPr>
        <w:spacing w:after="0"/>
      </w:pPr>
    </w:p>
    <w:p>
      <w:pPr>
        <w:spacing w:after="0"/>
      </w:pPr>
      <w:r>
        <w:rPr>
          <w:rFonts w:ascii="Arial" w:hAnsi="Arial"/>
          <w:b/>
          <w:sz w:val="22"/>
        </w:rPr>
        <w:t xml:space="preserve">Alice  </w:t>
      </w:r>
      <w:r>
        <w:rPr>
          <w:rFonts w:ascii="Arial" w:hAnsi="Arial"/>
          <w:color w:val="5D7284"/>
          <w:sz w:val="22"/>
        </w:rPr>
        <w:t>04:15</w:t>
      </w:r>
    </w:p>
    <w:p>
      <w:pPr>
        <w:spacing w:after="0"/>
      </w:pPr>
      <w:r>
        <w:rPr>
          <w:rFonts w:ascii="Arial" w:hAnsi="Arial"/>
          <w:sz w:val="22"/>
        </w:rPr>
        <w:t>I think reasonably accurate description.</w:t>
      </w:r>
    </w:p>
    <w:p>
      <w:pPr>
        <w:spacing w:after="0"/>
      </w:pPr>
    </w:p>
    <w:p>
      <w:pPr>
        <w:spacing w:after="0"/>
      </w:pPr>
      <w:r>
        <w:rPr>
          <w:rFonts w:ascii="Arial" w:hAnsi="Arial"/>
          <w:b/>
          <w:sz w:val="22"/>
        </w:rPr>
        <w:t xml:space="preserve">Os Keyes   </w:t>
      </w:r>
      <w:r>
        <w:rPr>
          <w:rFonts w:ascii="Arial" w:hAnsi="Arial"/>
          <w:color w:val="5D7284"/>
          <w:sz w:val="22"/>
        </w:rPr>
        <w:t>04:18</w:t>
      </w:r>
    </w:p>
    <w:p>
      <w:pPr>
        <w:spacing w:after="0"/>
      </w:pPr>
      <w:r>
        <w:rPr>
          <w:rFonts w:ascii="Arial" w:hAnsi="Arial"/>
          <w:sz w:val="22"/>
        </w:rPr>
        <w:t>broadly it's all those words appear in the films, I'm sure</w:t>
      </w:r>
    </w:p>
    <w:p>
      <w:pPr>
        <w:spacing w:after="0"/>
      </w:pPr>
    </w:p>
    <w:p>
      <w:pPr>
        <w:spacing w:after="0"/>
      </w:pPr>
      <w:r>
        <w:rPr>
          <w:rFonts w:ascii="Arial" w:hAnsi="Arial"/>
          <w:b/>
          <w:sz w:val="22"/>
        </w:rPr>
        <w:t xml:space="preserve">Alice  </w:t>
      </w:r>
      <w:r>
        <w:rPr>
          <w:rFonts w:ascii="Arial" w:hAnsi="Arial"/>
          <w:color w:val="5D7284"/>
          <w:sz w:val="22"/>
        </w:rPr>
        <w:t>04:22</w:t>
      </w:r>
    </w:p>
    <w:p>
      <w:pPr>
        <w:spacing w:after="0"/>
      </w:pPr>
      <w:r>
        <w:rPr>
          <w:rFonts w:ascii="Arial" w:hAnsi="Arial"/>
          <w:sz w:val="22"/>
        </w:rPr>
        <w:t xml:space="preserve">and that's kind of all you need to know </w:t>
      </w:r>
    </w:p>
    <w:p>
      <w:pPr>
        <w:spacing w:after="0"/>
      </w:pPr>
    </w:p>
    <w:p>
      <w:pPr>
        <w:spacing w:after="0"/>
      </w:pPr>
      <w:r>
        <w:rPr>
          <w:rFonts w:ascii="Arial" w:hAnsi="Arial"/>
          <w:b/>
          <w:sz w:val="22"/>
        </w:rPr>
        <w:t xml:space="preserve">Os Keyes   </w:t>
      </w:r>
      <w:r>
        <w:rPr>
          <w:rFonts w:ascii="Arial" w:hAnsi="Arial"/>
          <w:color w:val="5D7284"/>
          <w:sz w:val="22"/>
        </w:rPr>
        <w:t>04:24</w:t>
      </w:r>
    </w:p>
    <w:p>
      <w:pPr>
        <w:spacing w:after="0"/>
      </w:pPr>
      <w:r>
        <w:rPr>
          <w:rFonts w:ascii="Arial" w:hAnsi="Arial"/>
          <w:sz w:val="22"/>
        </w:rPr>
        <w:t xml:space="preserve">Yes. I will say as a slight aside, one of my favorite pieces of Schwarzenegger trivia is that so he was actually he actually offered to record the German language dub of the original like Terminator film. And the studio said no, because because he's from Austria and the Austrian accent in German is kind of like stereotypes is the yocal accent. So just imagine, imagine a Somerset Terminator. And you get kind of a picture. </w:t>
      </w:r>
    </w:p>
    <w:p>
      <w:pPr>
        <w:spacing w:after="0"/>
      </w:pPr>
    </w:p>
    <w:p>
      <w:pPr>
        <w:spacing w:after="0"/>
      </w:pPr>
      <w:r>
        <w:rPr>
          <w:rFonts w:ascii="Arial" w:hAnsi="Arial"/>
          <w:b/>
          <w:sz w:val="22"/>
        </w:rPr>
        <w:t xml:space="preserve">Alice  </w:t>
      </w:r>
      <w:r>
        <w:rPr>
          <w:rFonts w:ascii="Arial" w:hAnsi="Arial"/>
          <w:color w:val="5D7284"/>
          <w:sz w:val="22"/>
        </w:rPr>
        <w:t>04:55</w:t>
      </w:r>
    </w:p>
    <w:p>
      <w:pPr>
        <w:spacing w:after="0"/>
      </w:pPr>
      <w:r>
        <w:rPr>
          <w:rFonts w:ascii="Arial" w:hAnsi="Arial"/>
          <w:sz w:val="22"/>
        </w:rPr>
        <w:t>I'll be back my lover...</w:t>
      </w:r>
    </w:p>
    <w:p>
      <w:pPr>
        <w:spacing w:after="0"/>
      </w:pPr>
    </w:p>
    <w:p>
      <w:pPr>
        <w:spacing w:after="0"/>
      </w:pPr>
      <w:r>
        <w:rPr>
          <w:rFonts w:ascii="Arial" w:hAnsi="Arial"/>
          <w:b/>
          <w:sz w:val="22"/>
        </w:rPr>
        <w:t xml:space="preserve">Os Keyes   </w:t>
      </w:r>
      <w:r>
        <w:rPr>
          <w:rFonts w:ascii="Arial" w:hAnsi="Arial"/>
          <w:color w:val="5D7284"/>
          <w:sz w:val="22"/>
        </w:rPr>
        <w:t>04:57</w:t>
      </w:r>
    </w:p>
    <w:p>
      <w:pPr>
        <w:spacing w:after="0"/>
      </w:pPr>
      <w:r>
        <w:rPr>
          <w:rFonts w:ascii="Arial" w:hAnsi="Arial"/>
          <w:sz w:val="22"/>
        </w:rPr>
        <w:t>right. Um, but So yeah, it's it's weird to say that perhaps that it might be convenient for them to portray it as like AI is this limitless technology that's going to eat your brains. But it is convenient because it does two things. The first is it makes it sound like what they're doing is really powerful and important. And the second is it distracts from the current costs, the actual costs and consequences of AI. right. because if we're talking about Skynet, and how we need to protect against Skynet, then we're not going to be protecting against or talking about anything else related to it. In the same way that, you know, it's it's really, really convenient in some ways to talk about making sure that drugs are effective and that there aren't any, you know, scams going on. And we've got really strong regulations around drugs, because it distracts attention from the more practical and mundane questions of like, okay, but what's the profit margin on drugs on the NHS? Like, you know, that everything can be justified by saying, Oh, well, we need it for more, you know, like more regulatory efficacy in the same way that with AI, you can say, Oh, well, we're trying to protect against Skynet. And anytime someone tries to change the conversation, they go, but Skynet. Yeah,</w:t>
      </w:r>
    </w:p>
    <w:p>
      <w:pPr>
        <w:spacing w:after="0"/>
      </w:pPr>
    </w:p>
    <w:p>
      <w:pPr>
        <w:spacing w:after="0"/>
      </w:pPr>
      <w:r>
        <w:rPr>
          <w:rFonts w:ascii="Arial" w:hAnsi="Arial"/>
          <w:b/>
          <w:sz w:val="22"/>
        </w:rPr>
        <w:t xml:space="preserve">Alice  </w:t>
      </w:r>
      <w:r>
        <w:rPr>
          <w:rFonts w:ascii="Arial" w:hAnsi="Arial"/>
          <w:color w:val="5D7284"/>
          <w:sz w:val="22"/>
        </w:rPr>
        <w:t>06:19</w:t>
      </w:r>
    </w:p>
    <w:p>
      <w:pPr>
        <w:spacing w:after="0"/>
      </w:pPr>
      <w:r>
        <w:rPr>
          <w:rFonts w:ascii="Arial" w:hAnsi="Arial"/>
          <w:sz w:val="22"/>
        </w:rPr>
        <w:t xml:space="preserve">I mean, I literally found out about three weeks ago that some things that I am prescribed, I don't pay for my prescriptions, but if I did pick my prescriptions, it would cost me nine pounds something per go it's only four pounds something over the counter. So it costs the NHS a full five pounds extra , every time </w:t>
      </w:r>
    </w:p>
    <w:p>
      <w:pPr>
        <w:spacing w:after="0"/>
      </w:pPr>
    </w:p>
    <w:p>
      <w:pPr>
        <w:spacing w:after="0"/>
      </w:pPr>
      <w:r>
        <w:rPr>
          <w:rFonts w:ascii="Arial" w:hAnsi="Arial"/>
          <w:b/>
          <w:sz w:val="22"/>
        </w:rPr>
        <w:t xml:space="preserve">Os Keyes   </w:t>
      </w:r>
      <w:r>
        <w:rPr>
          <w:rFonts w:ascii="Arial" w:hAnsi="Arial"/>
          <w:color w:val="5D7284"/>
          <w:sz w:val="22"/>
        </w:rPr>
        <w:t>06:40</w:t>
      </w:r>
    </w:p>
    <w:p>
      <w:pPr>
        <w:spacing w:after="0"/>
      </w:pPr>
      <w:r>
        <w:rPr>
          <w:rFonts w:ascii="Arial" w:hAnsi="Arial"/>
          <w:sz w:val="22"/>
        </w:rPr>
        <w:t>To be fair, three of those pounds I'm sure are like essential profit for some private public partnership run by a Tory donor like you can't, and you can't dismiss that</w:t>
      </w:r>
    </w:p>
    <w:p>
      <w:pPr>
        <w:spacing w:after="0"/>
      </w:pPr>
    </w:p>
    <w:p>
      <w:pPr>
        <w:spacing w:after="0"/>
      </w:pPr>
      <w:r>
        <w:rPr>
          <w:rFonts w:ascii="Arial" w:hAnsi="Arial"/>
          <w:b/>
          <w:sz w:val="22"/>
        </w:rPr>
        <w:t xml:space="preserve">Alice  </w:t>
      </w:r>
      <w:r>
        <w:rPr>
          <w:rFonts w:ascii="Arial" w:hAnsi="Arial"/>
          <w:color w:val="5D7284"/>
          <w:sz w:val="22"/>
        </w:rPr>
        <w:t>06:53</w:t>
      </w:r>
    </w:p>
    <w:p>
      <w:pPr>
        <w:spacing w:after="0"/>
      </w:pPr>
      <w:r>
        <w:rPr>
          <w:rFonts w:ascii="Arial" w:hAnsi="Arial"/>
          <w:sz w:val="22"/>
        </w:rPr>
        <w:t>No exactly the importance of lining Tories pockets. because, you know, when climate change ends the world the Tories will need all of our drug fields disabled bodies to float on, because there will be no more land. Not that we're making political and of course now, I think that unfortunately, you cannot have a conversation about AI without getting a bit political, because from my tiny, tiny bit of understanding about AI actually, fundamentally the the thing that it is used for most is selling us stuff and making a profit from us. you know? So yeah, so I think that that is the mainstream use of AI.</w:t>
      </w:r>
    </w:p>
    <w:p>
      <w:pPr>
        <w:spacing w:after="0"/>
      </w:pPr>
    </w:p>
    <w:p>
      <w:pPr>
        <w:spacing w:after="0"/>
      </w:pPr>
      <w:r>
        <w:rPr>
          <w:rFonts w:ascii="Arial" w:hAnsi="Arial"/>
          <w:b/>
          <w:sz w:val="22"/>
        </w:rPr>
        <w:t xml:space="preserve">Os Keyes   </w:t>
      </w:r>
      <w:r>
        <w:rPr>
          <w:rFonts w:ascii="Arial" w:hAnsi="Arial"/>
          <w:color w:val="5D7284"/>
          <w:sz w:val="22"/>
        </w:rPr>
        <w:t>07:38</w:t>
      </w:r>
    </w:p>
    <w:p>
      <w:pPr>
        <w:spacing w:after="0"/>
      </w:pPr>
      <w:r>
        <w:rPr>
          <w:rFonts w:ascii="Arial" w:hAnsi="Arial"/>
          <w:sz w:val="22"/>
        </w:rPr>
        <w:t xml:space="preserve">Yeah, like one way or another, it is all about profit. And I think skunk anansie said it best in the mid 90s. Like, yes, it's fucking political. Everything's political. Great song. Very Missed band. But the thing with AI though, is first off, yeah, a lot of it is about profit. a lot of it is about power. a lot of it is about control. But the second thing is it's actually not as impressive or complicated as it sounds, you know that one of the attractions of talking about Skynet is it makes it sound like, Oh, we're designing this like, big, unique thing that, you know, has completely unique problems and solutions. And only we, the deep experts can really understand it. Here's how AI actually works in practice. Most of the systems that you look at that people say as AI is basically just a really, really big Excel Pivot Table. That's it. It's, that's largely what it is. it looks through and it just does probabilistic like okay, these lineups, so it should probably behave this way. it just does it really, really fast. </w:t>
      </w:r>
    </w:p>
    <w:p>
      <w:pPr>
        <w:spacing w:after="0"/>
      </w:pPr>
    </w:p>
    <w:p>
      <w:pPr>
        <w:spacing w:after="0"/>
      </w:pPr>
      <w:r>
        <w:rPr>
          <w:rFonts w:ascii="Arial" w:hAnsi="Arial"/>
          <w:b/>
          <w:sz w:val="22"/>
        </w:rPr>
        <w:t xml:space="preserve">Alice  </w:t>
      </w:r>
      <w:r>
        <w:rPr>
          <w:rFonts w:ascii="Arial" w:hAnsi="Arial"/>
          <w:color w:val="5D7284"/>
          <w:sz w:val="22"/>
        </w:rPr>
        <w:t>08:44</w:t>
      </w:r>
    </w:p>
    <w:p>
      <w:pPr>
        <w:spacing w:after="0"/>
      </w:pPr>
      <w:r>
        <w:rPr>
          <w:rFonts w:ascii="Arial" w:hAnsi="Arial"/>
          <w:sz w:val="22"/>
        </w:rPr>
        <w:t xml:space="preserve">so there you go. Lucy, you're good at spreadsheet. you csn do </w:t>
      </w:r>
    </w:p>
    <w:p>
      <w:pPr>
        <w:spacing w:after="0"/>
      </w:pPr>
    </w:p>
    <w:p>
      <w:pPr>
        <w:spacing w:after="0"/>
      </w:pPr>
      <w:r>
        <w:rPr>
          <w:rFonts w:ascii="Arial" w:hAnsi="Arial"/>
          <w:b/>
          <w:sz w:val="22"/>
        </w:rPr>
        <w:t xml:space="preserve">Lucy  </w:t>
      </w:r>
      <w:r>
        <w:rPr>
          <w:rFonts w:ascii="Arial" w:hAnsi="Arial"/>
          <w:color w:val="5D7284"/>
          <w:sz w:val="22"/>
        </w:rPr>
        <w:t>08:47</w:t>
      </w:r>
    </w:p>
    <w:p>
      <w:pPr>
        <w:spacing w:after="0"/>
      </w:pPr>
      <w:r>
        <w:rPr>
          <w:rFonts w:ascii="Arial" w:hAnsi="Arial"/>
          <w:sz w:val="22"/>
        </w:rPr>
        <w:t>I do love a spreadsheet. don't I? when Alice says to me i need a spreadsheet... i'm Like yes, I'm here. I'll help you.</w:t>
      </w:r>
    </w:p>
    <w:p>
      <w:pPr>
        <w:spacing w:after="0"/>
      </w:pPr>
    </w:p>
    <w:p>
      <w:pPr>
        <w:spacing w:after="0"/>
      </w:pPr>
      <w:r>
        <w:rPr>
          <w:rFonts w:ascii="Arial" w:hAnsi="Arial"/>
          <w:b/>
          <w:sz w:val="22"/>
        </w:rPr>
        <w:t xml:space="preserve">Os Keyes   </w:t>
      </w:r>
      <w:r>
        <w:rPr>
          <w:rFonts w:ascii="Arial" w:hAnsi="Arial"/>
          <w:color w:val="5D7284"/>
          <w:sz w:val="22"/>
        </w:rPr>
        <w:t>08:55</w:t>
      </w:r>
    </w:p>
    <w:p>
      <w:pPr>
        <w:spacing w:after="0"/>
      </w:pPr>
      <w:r>
        <w:rPr>
          <w:rFonts w:ascii="Arial" w:hAnsi="Arial"/>
          <w:sz w:val="22"/>
        </w:rPr>
        <w:t>In that case, I'm sad to say you might actually be overqualified to be involved in AI.</w:t>
      </w:r>
    </w:p>
    <w:p>
      <w:pPr>
        <w:spacing w:after="0"/>
      </w:pPr>
    </w:p>
    <w:p>
      <w:pPr>
        <w:spacing w:after="0"/>
      </w:pPr>
      <w:r>
        <w:rPr>
          <w:rFonts w:ascii="Arial" w:hAnsi="Arial"/>
          <w:b/>
          <w:sz w:val="22"/>
        </w:rPr>
        <w:t xml:space="preserve">Lucy  </w:t>
      </w:r>
      <w:r>
        <w:rPr>
          <w:rFonts w:ascii="Arial" w:hAnsi="Arial"/>
          <w:color w:val="5D7284"/>
          <w:sz w:val="22"/>
        </w:rPr>
        <w:t>08:59</w:t>
      </w:r>
    </w:p>
    <w:p>
      <w:pPr>
        <w:spacing w:after="0"/>
      </w:pPr>
      <w:r>
        <w:rPr>
          <w:rFonts w:ascii="Arial" w:hAnsi="Arial"/>
          <w:sz w:val="22"/>
        </w:rPr>
        <w:t>Oh really? Okay.</w:t>
      </w:r>
    </w:p>
    <w:p>
      <w:pPr>
        <w:spacing w:after="0"/>
      </w:pPr>
    </w:p>
    <w:p>
      <w:pPr>
        <w:spacing w:after="0"/>
      </w:pPr>
      <w:r>
        <w:rPr>
          <w:rFonts w:ascii="Arial" w:hAnsi="Arial"/>
          <w:b/>
          <w:sz w:val="22"/>
        </w:rPr>
        <w:t xml:space="preserve">Os Keyes   </w:t>
      </w:r>
      <w:r>
        <w:rPr>
          <w:rFonts w:ascii="Arial" w:hAnsi="Arial"/>
          <w:color w:val="5D7284"/>
          <w:sz w:val="22"/>
        </w:rPr>
        <w:t>09:01</w:t>
      </w:r>
    </w:p>
    <w:p>
      <w:pPr>
        <w:spacing w:after="0"/>
      </w:pPr>
      <w:r>
        <w:rPr>
          <w:rFonts w:ascii="Arial" w:hAnsi="Arial"/>
          <w:sz w:val="22"/>
        </w:rPr>
        <w:t>Yeah, they I said that they were doing the work. I didn't say they were doing the work competently. But yeah, so it's basically the point I'm trying to make is it's actually really mundane in practice, right, if you, like, let's look at something that's really common around disability in Australia has been pretty roundly criticized, which is that they decided to use sort of like these big modeling systems, these automated decision systems to try and work out like, who was taking benefits who shouldn't have benefits and like, you know, who needed to pay more tax. And the inevitable outcome of this was, of course, that people died. But the way that it actually worked was just a big table have all of the data that they had about like, you know, who paid things back, who didn't? What the signs were that tended to correlate with who would pay things back or who would be cheating. And you know, a human can do that. In fact, humans regularly do do that. Those are, you know, the formal term is heuristics, right, just like rules of thumb, basically, an AI is just a way of very, very quickly developing and then making decisions based on rules of thumb. That's it, it's people but faster. And so a lot of the problems you run into with AI and a lot of the things that tend to concern me are, can best be summarized as like society, but faster. Like, you know, the question with disability is not whether we can, for example, as Elon Musk has been claiming, like, you know, use a combination of AI and neurosurgery to like, give disabled people who like paraplegic like the ability to walk again, the questions are more mundane and more prosaic they are, are those people are going to be foisted into below minimum wage jobs, like, you know, processing the data for AI in the same fucking way that disabled people who've been thrown into the the low minimum wage jobs for centuries and told that it's good for them. And like, you know, you're giving back to society and you're, you're like having an opportunity</w:t>
      </w:r>
    </w:p>
    <w:p>
      <w:pPr>
        <w:spacing w:after="0"/>
      </w:pPr>
    </w:p>
    <w:p>
      <w:pPr>
        <w:spacing w:after="0"/>
      </w:pPr>
      <w:r>
        <w:rPr>
          <w:rFonts w:ascii="Arial" w:hAnsi="Arial"/>
          <w:b/>
          <w:sz w:val="22"/>
        </w:rPr>
        <w:t xml:space="preserve">Lucy  </w:t>
      </w:r>
      <w:r>
        <w:rPr>
          <w:rFonts w:ascii="Arial" w:hAnsi="Arial"/>
          <w:color w:val="5D7284"/>
          <w:sz w:val="22"/>
        </w:rPr>
        <w:t>11:13</w:t>
      </w:r>
    </w:p>
    <w:p>
      <w:pPr>
        <w:spacing w:after="0"/>
      </w:pPr>
      <w:r>
        <w:rPr>
          <w:rFonts w:ascii="Arial" w:hAnsi="Arial"/>
          <w:sz w:val="22"/>
        </w:rPr>
        <w:t>your part of society</w:t>
      </w:r>
    </w:p>
    <w:p>
      <w:pPr>
        <w:spacing w:after="0"/>
      </w:pPr>
    </w:p>
    <w:p>
      <w:pPr>
        <w:spacing w:after="0"/>
      </w:pPr>
      <w:r>
        <w:rPr>
          <w:rFonts w:ascii="Arial" w:hAnsi="Arial"/>
          <w:b/>
          <w:sz w:val="22"/>
        </w:rPr>
        <w:t xml:space="preserve">Os Keyes   </w:t>
      </w:r>
      <w:r>
        <w:rPr>
          <w:rFonts w:ascii="Arial" w:hAnsi="Arial"/>
          <w:color w:val="5D7284"/>
          <w:sz w:val="22"/>
        </w:rPr>
        <w:t>11:15</w:t>
      </w:r>
    </w:p>
    <w:p>
      <w:pPr>
        <w:spacing w:after="0"/>
      </w:pPr>
      <w:r>
        <w:rPr>
          <w:rFonts w:ascii="Arial" w:hAnsi="Arial"/>
          <w:sz w:val="22"/>
        </w:rPr>
        <w:t xml:space="preserve">exactly, or it's less, it's less like, are we going to replace all the doctors with like algorithms and put all the doctors out of work and, like, have some kind of medical genius machine, and it's more will they use the existence of like, medical AI, that kind of vaguely sort of works, if you squint, don't look at it too hard and concuss yourself with a break beforehand to make doubly sure that you, you're not paying close enough attention, like to as an excuse for why they're not bothering to train doctors or provide care. And then because shit flows downhill, you know, deploy them, to poor people, disabled people in marginalized communities, generally, first, who will then get worse medical care, like it's, it's the same problems with AI are in many respects, like the same problems with that we're having already just faster and with a greater concentration of power. </w:t>
      </w:r>
    </w:p>
    <w:p>
      <w:pPr>
        <w:spacing w:after="0"/>
      </w:pPr>
    </w:p>
    <w:p>
      <w:pPr>
        <w:spacing w:after="0"/>
      </w:pPr>
      <w:r>
        <w:rPr>
          <w:rFonts w:ascii="Arial" w:hAnsi="Arial"/>
          <w:b/>
          <w:sz w:val="22"/>
        </w:rPr>
        <w:t xml:space="preserve">Alice  </w:t>
      </w:r>
      <w:r>
        <w:rPr>
          <w:rFonts w:ascii="Arial" w:hAnsi="Arial"/>
          <w:color w:val="5D7284"/>
          <w:sz w:val="22"/>
        </w:rPr>
        <w:t>12:09</w:t>
      </w:r>
    </w:p>
    <w:p>
      <w:pPr>
        <w:spacing w:after="0"/>
      </w:pPr>
      <w:r>
        <w:rPr>
          <w:rFonts w:ascii="Arial" w:hAnsi="Arial"/>
          <w:sz w:val="22"/>
        </w:rPr>
        <w:t>Well that's exactly what I was thinking when you were talking about, you know, the example you gave of Australian benefit system. It's exactly what we see over here with the DWP is a bunch of people in you know, call centers and offices deciding whether you're disabled enough based on a form that you have to fill in where there is only a limited amount of information you can truly get.</w:t>
      </w:r>
    </w:p>
    <w:p>
      <w:pPr>
        <w:spacing w:after="0"/>
      </w:pPr>
    </w:p>
    <w:p>
      <w:pPr>
        <w:spacing w:after="0"/>
      </w:pPr>
      <w:r>
        <w:rPr>
          <w:rFonts w:ascii="Arial" w:hAnsi="Arial"/>
          <w:b/>
          <w:sz w:val="22"/>
        </w:rPr>
        <w:t xml:space="preserve">Lucy  </w:t>
      </w:r>
      <w:r>
        <w:rPr>
          <w:rFonts w:ascii="Arial" w:hAnsi="Arial"/>
          <w:color w:val="5D7284"/>
          <w:sz w:val="22"/>
        </w:rPr>
        <w:t>12:37</w:t>
      </w:r>
    </w:p>
    <w:p>
      <w:pPr>
        <w:spacing w:after="0"/>
      </w:pPr>
      <w:r>
        <w:rPr>
          <w:rFonts w:ascii="Arial" w:hAnsi="Arial"/>
          <w:sz w:val="22"/>
        </w:rPr>
        <w:t>if you can, bear holding on for four hours on the phone and risk being caught off before you've even managed to speak to someone. It's just Yeah,</w:t>
      </w:r>
    </w:p>
    <w:p>
      <w:pPr>
        <w:spacing w:after="0"/>
      </w:pPr>
    </w:p>
    <w:p>
      <w:pPr>
        <w:spacing w:after="0"/>
      </w:pPr>
      <w:r>
        <w:rPr>
          <w:rFonts w:ascii="Arial" w:hAnsi="Arial"/>
          <w:b/>
          <w:sz w:val="22"/>
        </w:rPr>
        <w:t xml:space="preserve">Os Keyes   </w:t>
      </w:r>
      <w:r>
        <w:rPr>
          <w:rFonts w:ascii="Arial" w:hAnsi="Arial"/>
          <w:color w:val="5D7284"/>
          <w:sz w:val="22"/>
        </w:rPr>
        <w:t>12:46</w:t>
      </w:r>
    </w:p>
    <w:p>
      <w:pPr>
        <w:spacing w:after="0"/>
      </w:pPr>
      <w:r>
        <w:rPr>
          <w:rFonts w:ascii="Arial" w:hAnsi="Arial"/>
          <w:sz w:val="22"/>
        </w:rPr>
        <w:t>yep. Yeah, like I've, I will say that, like, for example. And I can say this, a couple of reasons, one of which is that I am certain she will never listen to this podcast, because that would require her paying any attention. And this also, her caring about anything. But interestingly, my father's second wife, calling her stepmother implies a closer relationship with my parents and actually have my father's second wife actually works in benefits assessment for the UK Government. And I have never met anyone with less empathy, or, frankly, a stronger claim to, like, you know, be pensioned out in my entire life in any discipline and domain. So like, I'm not sure that speeding that person up so that they make a decision exactly like make more cynical and biased decisions, right? is necessarily, yeah, I'm not sure that the solution to that is, well, what if they impacted more people. And that's essentially what a lot of the time AI is proposing, because it's ultimately, based on you know, the society we have now it's looking at the problems that people who already have power, think of problems. it is trained on, like it learns from the decisions that have already been made. So it ends up smuggling in all of the shit that we're already dealing with, but faster, and also, with less ability to sort of challenge it because we're constantly told, like, Oh, this is magic, you wouldn't understand. you know, it's too special,</w:t>
      </w:r>
    </w:p>
    <w:p>
      <w:pPr>
        <w:spacing w:after="0"/>
      </w:pPr>
    </w:p>
    <w:p>
      <w:pPr>
        <w:spacing w:after="0"/>
      </w:pPr>
      <w:r>
        <w:rPr>
          <w:rFonts w:ascii="Arial" w:hAnsi="Arial"/>
          <w:b/>
          <w:sz w:val="22"/>
        </w:rPr>
        <w:t xml:space="preserve">Lucy  </w:t>
      </w:r>
      <w:r>
        <w:rPr>
          <w:rFonts w:ascii="Arial" w:hAnsi="Arial"/>
          <w:color w:val="5D7284"/>
          <w:sz w:val="22"/>
        </w:rPr>
        <w:t>14:27</w:t>
      </w:r>
    </w:p>
    <w:p>
      <w:pPr>
        <w:spacing w:after="0"/>
      </w:pPr>
      <w:r>
        <w:rPr>
          <w:rFonts w:ascii="Arial" w:hAnsi="Arial"/>
          <w:sz w:val="22"/>
        </w:rPr>
        <w:t>I think as well. What, because people like still are unsure about it, they don't know much about it. I think that also frightens people because they don't know much about it. And also, like I've used chat GPT a few times for bits and pieces for the podcast that help just help like outline documents and stuff. But I think like if you if you were to watch chat, GPT come up with whatever you you've asked to come up with. it does it really quickly and it like it's that speed you're talking about that people go oh, don't forget to lasts far too fast. Like, there's no cognitive thought behind it. It's just gotten because it's just generating. Yeah, that's what people people automatically assume. It's a human, little alien</w:t>
      </w:r>
    </w:p>
    <w:p>
      <w:pPr>
        <w:spacing w:after="0"/>
      </w:pPr>
    </w:p>
    <w:p>
      <w:pPr>
        <w:spacing w:after="0"/>
      </w:pPr>
      <w:r>
        <w:rPr>
          <w:rFonts w:ascii="Arial" w:hAnsi="Arial"/>
          <w:b/>
          <w:sz w:val="22"/>
        </w:rPr>
        <w:t xml:space="preserve">Alice  </w:t>
      </w:r>
      <w:r>
        <w:rPr>
          <w:rFonts w:ascii="Arial" w:hAnsi="Arial"/>
          <w:color w:val="5D7284"/>
          <w:sz w:val="22"/>
        </w:rPr>
        <w:t>15:12</w:t>
      </w:r>
    </w:p>
    <w:p>
      <w:pPr>
        <w:spacing w:after="0"/>
      </w:pPr>
      <w:r>
        <w:rPr>
          <w:rFonts w:ascii="Arial" w:hAnsi="Arial"/>
          <w:sz w:val="22"/>
        </w:rPr>
        <w:t>world. And I think that that's the thing is, is exactly what you were saying Os, it's about that. It's it's built, it's built on human bias, but it's not actually then got the actual common sense and consciousness and intellectual sort of flexibility of an actual human. So it is basically like, you know, you've put it's random word association, essentially, yeah. And then you put it all in a box, and you grab a fistful of it and go, there you go.</w:t>
      </w:r>
    </w:p>
    <w:p>
      <w:pPr>
        <w:spacing w:after="0"/>
      </w:pPr>
    </w:p>
    <w:p>
      <w:pPr>
        <w:spacing w:after="0"/>
      </w:pPr>
      <w:r>
        <w:rPr>
          <w:rFonts w:ascii="Arial" w:hAnsi="Arial"/>
          <w:b/>
          <w:sz w:val="22"/>
        </w:rPr>
        <w:t xml:space="preserve">Lucy  </w:t>
      </w:r>
      <w:r>
        <w:rPr>
          <w:rFonts w:ascii="Arial" w:hAnsi="Arial"/>
          <w:color w:val="5D7284"/>
          <w:sz w:val="22"/>
        </w:rPr>
        <w:t>15:44</w:t>
      </w:r>
    </w:p>
    <w:p>
      <w:pPr>
        <w:spacing w:after="0"/>
      </w:pPr>
      <w:r>
        <w:rPr>
          <w:rFonts w:ascii="Arial" w:hAnsi="Arial"/>
          <w:sz w:val="22"/>
        </w:rPr>
        <w:t>That'll do. Send</w:t>
      </w:r>
    </w:p>
    <w:p>
      <w:pPr>
        <w:spacing w:after="0"/>
      </w:pPr>
    </w:p>
    <w:p>
      <w:pPr>
        <w:spacing w:after="0"/>
      </w:pPr>
      <w:r>
        <w:rPr>
          <w:rFonts w:ascii="Arial" w:hAnsi="Arial"/>
          <w:b/>
          <w:sz w:val="22"/>
        </w:rPr>
        <w:t xml:space="preserve">Alice  </w:t>
      </w:r>
      <w:r>
        <w:rPr>
          <w:rFonts w:ascii="Arial" w:hAnsi="Arial"/>
          <w:color w:val="5D7284"/>
          <w:sz w:val="22"/>
        </w:rPr>
        <w:t>15:48</w:t>
      </w:r>
    </w:p>
    <w:p>
      <w:pPr>
        <w:spacing w:after="0"/>
      </w:pPr>
      <w:r>
        <w:rPr>
          <w:rFonts w:ascii="Arial" w:hAnsi="Arial"/>
          <w:sz w:val="22"/>
        </w:rPr>
        <w:t>And it's, and it is, it's really interesting to hear you talking about it, comparing it to that kind of it is exactly that scare mongering of the skynet kind of world because it and it's all over the news at the moment, you know, there's there's our, you know, actors and artists on strike, because they're worried about being replaced by AI there. are teachers worrying about kids writing their essays using AI, and it's that sort of it is this, the media, the mainstream media is making a really big deal about how dangerous AI is, without actually focusing on what the dangers of AI are.</w:t>
      </w:r>
    </w:p>
    <w:p>
      <w:pPr>
        <w:spacing w:after="0"/>
      </w:pPr>
    </w:p>
    <w:p>
      <w:pPr>
        <w:spacing w:after="0"/>
      </w:pPr>
      <w:r>
        <w:rPr>
          <w:rFonts w:ascii="Arial" w:hAnsi="Arial"/>
          <w:b/>
          <w:sz w:val="22"/>
        </w:rPr>
        <w:t xml:space="preserve">Lucy  </w:t>
      </w:r>
      <w:r>
        <w:rPr>
          <w:rFonts w:ascii="Arial" w:hAnsi="Arial"/>
          <w:color w:val="5D7284"/>
          <w:sz w:val="22"/>
        </w:rPr>
        <w:t>16:29</w:t>
      </w:r>
    </w:p>
    <w:p>
      <w:pPr>
        <w:spacing w:after="0"/>
      </w:pPr>
      <w:r>
        <w:rPr>
          <w:rFonts w:ascii="Arial" w:hAnsi="Arial"/>
          <w:sz w:val="22"/>
        </w:rPr>
        <w:t>I am just now thinking its an Excel spreadsheet. Makes you stop worrying about it.</w:t>
      </w:r>
    </w:p>
    <w:p>
      <w:pPr>
        <w:spacing w:after="0"/>
      </w:pPr>
    </w:p>
    <w:p>
      <w:pPr>
        <w:spacing w:after="0"/>
      </w:pPr>
      <w:r>
        <w:rPr>
          <w:rFonts w:ascii="Arial" w:hAnsi="Arial"/>
          <w:b/>
          <w:sz w:val="22"/>
        </w:rPr>
        <w:t xml:space="preserve">Os Keyes   </w:t>
      </w:r>
      <w:r>
        <w:rPr>
          <w:rFonts w:ascii="Arial" w:hAnsi="Arial"/>
          <w:color w:val="5D7284"/>
          <w:sz w:val="22"/>
        </w:rPr>
        <w:t>16:35</w:t>
      </w:r>
    </w:p>
    <w:p>
      <w:pPr>
        <w:spacing w:after="0"/>
      </w:pPr>
      <w:r>
        <w:rPr>
          <w:rFonts w:ascii="Arial" w:hAnsi="Arial"/>
          <w:sz w:val="22"/>
        </w:rPr>
        <w:t>Like essentially, but I guess I'd say like two things. The first is I think it's really interesting that you bring up the sort of chat GPT like people assume it's a person. So assuming those kinds of like conversational algorithmic tools people is what's known as the Eliza effect. And it's named after the very first like conversational AI, which was developed by a guy called Joseph Weizenbaum. And Weizenbaum later, like turned against AI after about 30 years in the field, because like this is a direct quote, he says, historically, the computer arrived just in time in time to save and save very nearly intact indeed, to intervention, stabilize social and political structures that otherwise might have been either radically renovated or allowed to totter under the demands that were sure to be made of them. In other words, like, the guy who founded the whole domain of things like chat, GPT was like, these tools are ultimately used to preserve existing systems of power, and to take existing problems and make them worse. And, you know, like to stop people from changing them. And the second is, like, I agree, they are just, essentially, really big spreadsheets. But as the example that we've been talking about, of, you know, like, Benefits access suggests, right, spreadsheets have a lot of power in society. And yeah, like the central, I guess, the central the reason that I said at the beginning, you know, I don't think you'll be up at night for any reasons that you're not already up at night, right? is because of this, because it's not new problems. It's just old problems, but with like an Intel sticker on the front,</w:t>
      </w:r>
    </w:p>
    <w:p>
      <w:pPr>
        <w:spacing w:after="0"/>
      </w:pPr>
    </w:p>
    <w:p>
      <w:pPr>
        <w:spacing w:after="0"/>
      </w:pPr>
      <w:r>
        <w:rPr>
          <w:rFonts w:ascii="Arial" w:hAnsi="Arial"/>
          <w:b/>
          <w:sz w:val="22"/>
        </w:rPr>
        <w:t xml:space="preserve">Lucy  </w:t>
      </w:r>
      <w:r>
        <w:rPr>
          <w:rFonts w:ascii="Arial" w:hAnsi="Arial"/>
          <w:color w:val="5D7284"/>
          <w:sz w:val="22"/>
        </w:rPr>
        <w:t>18:16</w:t>
      </w:r>
    </w:p>
    <w:p>
      <w:pPr>
        <w:spacing w:after="0"/>
      </w:pPr>
      <w:r>
        <w:rPr>
          <w:rFonts w:ascii="Arial" w:hAnsi="Arial"/>
          <w:sz w:val="22"/>
        </w:rPr>
        <w:t>yeah. I like that.</w:t>
      </w:r>
    </w:p>
    <w:p>
      <w:pPr>
        <w:spacing w:after="0"/>
      </w:pPr>
    </w:p>
    <w:p>
      <w:pPr>
        <w:spacing w:after="0"/>
      </w:pPr>
      <w:r>
        <w:rPr>
          <w:rFonts w:ascii="Arial" w:hAnsi="Arial"/>
          <w:b/>
          <w:sz w:val="22"/>
        </w:rPr>
        <w:t xml:space="preserve">Alice  </w:t>
      </w:r>
      <w:r>
        <w:rPr>
          <w:rFonts w:ascii="Arial" w:hAnsi="Arial"/>
          <w:color w:val="5D7284"/>
          <w:sz w:val="22"/>
        </w:rPr>
        <w:t>18:20</w:t>
      </w:r>
    </w:p>
    <w:p>
      <w:pPr>
        <w:spacing w:after="0"/>
      </w:pPr>
      <w:r>
        <w:rPr>
          <w:rFonts w:ascii="Arial" w:hAnsi="Arial"/>
          <w:sz w:val="22"/>
        </w:rPr>
        <w:t>Yeah. And I think it's, I think it's really interesting, because I also do think that there is a, there are people, particularly I think, within the disability community, and, you know, our disability, tech fans and geeks and stuff out there who actually see AI is really empowering for the disabled community. We've got coming on as part of our bonus content for this series. a fantastic person I know named John, who's going to talk to us a little bit about how he uses AI as a visually impaired person, and how, you know, it can be hugely empowering for for people, but it's really interesting to kind of hear that see the other side of the coin, from what you're talking about.</w:t>
      </w:r>
    </w:p>
    <w:p>
      <w:pPr>
        <w:spacing w:after="0"/>
      </w:pPr>
    </w:p>
    <w:p>
      <w:pPr>
        <w:spacing w:after="0"/>
      </w:pPr>
      <w:r>
        <w:rPr>
          <w:rFonts w:ascii="Arial" w:hAnsi="Arial"/>
          <w:b/>
          <w:sz w:val="22"/>
        </w:rPr>
        <w:t xml:space="preserve">Os Keyes   </w:t>
      </w:r>
      <w:r>
        <w:rPr>
          <w:rFonts w:ascii="Arial" w:hAnsi="Arial"/>
          <w:color w:val="5D7284"/>
          <w:sz w:val="22"/>
        </w:rPr>
        <w:t>19:12</w:t>
      </w:r>
    </w:p>
    <w:p>
      <w:pPr>
        <w:spacing w:after="0"/>
      </w:pPr>
      <w:r>
        <w:rPr>
          <w:rFonts w:ascii="Arial" w:hAnsi="Arial"/>
          <w:sz w:val="22"/>
        </w:rPr>
        <w:t>I think yeah, like to be clear, I think that AI can or could be super empowering. you know, I the two areas that I studied most are around visual impairments and autism in different respects. In fact, I think the abstracts that you probably run into was a collaboration with Cindy Bennett, who is this amazing researcher whose work on like visual impairment and design and like the design process is just incredible. And we were looking specifically at Tools for Visual impairment are things like, you know, replacing or augmenting canes with like, computer vision systems that can tell you like what's in front of you or who's in front of you.</w:t>
      </w:r>
    </w:p>
    <w:p>
      <w:pPr>
        <w:spacing w:after="0"/>
      </w:pPr>
    </w:p>
    <w:p>
      <w:pPr>
        <w:spacing w:after="0"/>
      </w:pPr>
      <w:r>
        <w:rPr>
          <w:rFonts w:ascii="Arial" w:hAnsi="Arial"/>
          <w:b/>
          <w:sz w:val="22"/>
        </w:rPr>
        <w:t xml:space="preserve">Alice  </w:t>
      </w:r>
      <w:r>
        <w:rPr>
          <w:rFonts w:ascii="Arial" w:hAnsi="Arial"/>
          <w:color w:val="5D7284"/>
          <w:sz w:val="22"/>
        </w:rPr>
        <w:t>19:55</w:t>
      </w:r>
    </w:p>
    <w:p>
      <w:pPr>
        <w:spacing w:after="0"/>
      </w:pPr>
      <w:r>
        <w:rPr>
          <w:rFonts w:ascii="Arial" w:hAnsi="Arial"/>
          <w:sz w:val="22"/>
        </w:rPr>
        <w:t>As a visually impaired person, the worst thing about a cane is Is that is that is how it works in, there's lots of horrible things about came that I hate. one of the things about it is you come up against an obstacle, and then you have to go. you have to work your way around it. And as part of....</w:t>
      </w:r>
    </w:p>
    <w:p>
      <w:pPr>
        <w:spacing w:after="0"/>
      </w:pPr>
    </w:p>
    <w:p>
      <w:pPr>
        <w:spacing w:after="0"/>
      </w:pPr>
      <w:r>
        <w:rPr>
          <w:rFonts w:ascii="Arial" w:hAnsi="Arial"/>
          <w:b/>
          <w:sz w:val="22"/>
        </w:rPr>
        <w:t xml:space="preserve">Lucy  </w:t>
      </w:r>
      <w:r>
        <w:rPr>
          <w:rFonts w:ascii="Arial" w:hAnsi="Arial"/>
          <w:color w:val="5D7284"/>
          <w:sz w:val="22"/>
        </w:rPr>
        <w:t>20:13</w:t>
      </w:r>
    </w:p>
    <w:p>
      <w:pPr>
        <w:spacing w:after="0"/>
      </w:pPr>
      <w:r>
        <w:rPr>
          <w:rFonts w:ascii="Arial" w:hAnsi="Arial"/>
          <w:sz w:val="22"/>
        </w:rPr>
        <w:t>like hell is that?</w:t>
      </w:r>
    </w:p>
    <w:p>
      <w:pPr>
        <w:spacing w:after="0"/>
      </w:pPr>
    </w:p>
    <w:p>
      <w:pPr>
        <w:spacing w:after="0"/>
      </w:pPr>
      <w:r>
        <w:rPr>
          <w:rFonts w:ascii="Arial" w:hAnsi="Arial"/>
          <w:b/>
          <w:sz w:val="22"/>
        </w:rPr>
        <w:t xml:space="preserve">Alice  </w:t>
      </w:r>
      <w:r>
        <w:rPr>
          <w:rFonts w:ascii="Arial" w:hAnsi="Arial"/>
          <w:color w:val="5D7284"/>
          <w:sz w:val="22"/>
        </w:rPr>
        <w:t>20:15</w:t>
      </w:r>
    </w:p>
    <w:p>
      <w:pPr>
        <w:spacing w:after="0"/>
      </w:pPr>
      <w:r>
        <w:rPr>
          <w:rFonts w:ascii="Arial" w:hAnsi="Arial"/>
          <w:sz w:val="22"/>
        </w:rPr>
        <w:t>Yeah, like, yeah, you know, your cane will find something. And it could be a bench, it could be a ballard it could just be it could be. Yeah, being it could be a shopping trolley, you've got to work your way around the obstacle to carry on with your route. And in doing so, you usually sort of discover what it is the reason I like my guide dog is because we, we don't fuck around, we just get on with. Totally, yeah, just walk around the thing. But it is there is a thing, there is an element to you know, it would almost be useful if you could come up against something go oh it's bench, it gives you an understanding of Okay, so I've probably got a walk a couple of feet to mine. Whereas if it's a bollard, or bin, you know, that you get around it and one staff it's, it would be useful.</w:t>
      </w:r>
    </w:p>
    <w:p>
      <w:pPr>
        <w:spacing w:after="0"/>
      </w:pPr>
    </w:p>
    <w:p>
      <w:pPr>
        <w:spacing w:after="0"/>
      </w:pPr>
      <w:r>
        <w:rPr>
          <w:rFonts w:ascii="Arial" w:hAnsi="Arial"/>
          <w:b/>
          <w:sz w:val="22"/>
        </w:rPr>
        <w:t xml:space="preserve">Os Keyes   </w:t>
      </w:r>
      <w:r>
        <w:rPr>
          <w:rFonts w:ascii="Arial" w:hAnsi="Arial"/>
          <w:color w:val="5D7284"/>
          <w:sz w:val="22"/>
        </w:rPr>
        <w:t>21:00</w:t>
      </w:r>
    </w:p>
    <w:p>
      <w:pPr>
        <w:spacing w:after="0"/>
      </w:pPr>
      <w:r>
        <w:rPr>
          <w:rFonts w:ascii="Arial" w:hAnsi="Arial"/>
          <w:sz w:val="22"/>
        </w:rPr>
        <w:t>100%. But it's a question. So it's a question less of like, could I be useful in theory and more about the practice the fact that the AI systems tend to be developed in a way that is, you know, firstly, it's by very large companies who are usually for profits. Second, they don't let anyone see the secret sauce, there is no like, you know, participation in in designing it. And third, like all the benefits really are designed to concentrate with the company, so like to use the to go back to that, like the cane example, because I think this is a really good one. Imagine that, like, there was a cane that could detect like bollards and benches, right?  except the cane costs 500 quid. it won't detect anything that the bloke who designed the cane didn't think existed when he designed it. And also, it's actively illegal for you to tell the cane Oh, this object is, you know, a bench if the designer didn't think that benches were a thing or didn't think of benches at all. The company can go out of business at any time, at which point your cane just stops working. And the cane is constantly live streaming all of your data about where you are traveling to the company. And that's like, that's sort of the problem is not so much like, oh, yeah, like, you know, it's not, you know, AI systems can be useful. There are 1000 ways in which AI systems could be useful. In, in and around like disability, it's more an issue of like, you know, the existing stuff that we're used to, right, which like, when people designed for disabled people, a lot of the time, it's actually just to make themselves look good. And they don't actually give a shit about long term support. you know, a lot of the time, it's, they're trying to get something out of it. Like, you know, these are existing problems that we've, like we're already well aware of, and like exactly the same problems are happening with AI. The, you know, one of my personal favorite examples here is from some of my autism research, including, I think it's described most in a paper that I'm just submitted with Kerry McIlrath, at Cambridge. And it's on a company called affectteva, who designed emotion recognition technology, which claims to do what it says on the tin. Yeah, it's gross. And I ended up sitting in on as, like one of the expert witnesses a meeting of like the European Green Party, like MEP cluster on like AI, and they're talking about, like, what should we do with the European like aI bill. And I had to resist the urge to say, you know, I know it's not exactly relevant to me, Boris fucked that up for all of us. But I'm sat there I'm like, you know, this, this other autistic person comes in, they are the only representative of the sort of European wide body of like, you know, autism charities to show up, they also the only representative from those charities who is actually autistic. There may be an overlap there, and they explained that like, you know, emotion recognition for autistic people could be like, incredible in like, so many ways, and etc, etc. And one of the things I sort of pointed to that and still point to is there's this company called Affetiva. right? And effect Eva is a was like a big Publicity Hound around emotional recognition for autistic people. They're one of the companies that really kicked off emotion recognition as a field. And for ages. The CEO was like, Oh, we're designing this for autistic people for like autistic children. Like we're going to teach them we're going to fix them like all this gross shit right. But then of course, so the company takes all this data from autistic people and accepts charity funding to develop this technology for autistic people. At no point do they bother asking whether autistic people actually wanted that?</w:t>
      </w:r>
    </w:p>
    <w:p>
      <w:pPr>
        <w:spacing w:after="0"/>
      </w:pPr>
    </w:p>
    <w:p>
      <w:pPr>
        <w:spacing w:after="0"/>
      </w:pPr>
      <w:r>
        <w:rPr>
          <w:rFonts w:ascii="Arial" w:hAnsi="Arial"/>
          <w:b/>
          <w:sz w:val="22"/>
        </w:rPr>
        <w:t xml:space="preserve">Alice  </w:t>
      </w:r>
      <w:r>
        <w:rPr>
          <w:rFonts w:ascii="Arial" w:hAnsi="Arial"/>
          <w:color w:val="5D7284"/>
          <w:sz w:val="22"/>
        </w:rPr>
        <w:t>25:14</w:t>
      </w:r>
    </w:p>
    <w:p>
      <w:pPr>
        <w:spacing w:after="0"/>
      </w:pPr>
      <w:r>
        <w:rPr>
          <w:rFonts w:ascii="Arial" w:hAnsi="Arial"/>
          <w:sz w:val="22"/>
        </w:rPr>
        <w:t>I was thinking, I thought, I don't know a single autistic person who'd be like, you know what I really need? I need a bot that tells me when someone's happy. That's not what people want.</w:t>
      </w:r>
    </w:p>
    <w:p>
      <w:pPr>
        <w:spacing w:after="0"/>
      </w:pPr>
    </w:p>
    <w:p>
      <w:pPr>
        <w:spacing w:after="0"/>
      </w:pPr>
      <w:r>
        <w:rPr>
          <w:rFonts w:ascii="Arial" w:hAnsi="Arial"/>
          <w:b/>
          <w:sz w:val="22"/>
        </w:rPr>
        <w:t xml:space="preserve">Lucy  </w:t>
      </w:r>
      <w:r>
        <w:rPr>
          <w:rFonts w:ascii="Arial" w:hAnsi="Arial"/>
          <w:color w:val="5D7284"/>
          <w:sz w:val="22"/>
        </w:rPr>
        <w:t>25:25</w:t>
      </w:r>
    </w:p>
    <w:p>
      <w:pPr>
        <w:spacing w:after="0"/>
      </w:pPr>
      <w:r>
        <w:rPr>
          <w:rFonts w:ascii="Arial" w:hAnsi="Arial"/>
          <w:sz w:val="22"/>
        </w:rPr>
        <w:t>Yeah, I agree. Like when when you see wheelchairs, I can go upstairs like and they're like, Oh, who's this wheelchair that because I don't want that. I don't want that it looks frightening and stop it. Yeah, I just put just put a ramp in. I'm sure that easier The problem</w:t>
      </w:r>
    </w:p>
    <w:p>
      <w:pPr>
        <w:spacing w:after="0"/>
      </w:pPr>
    </w:p>
    <w:p>
      <w:pPr>
        <w:spacing w:after="0"/>
      </w:pPr>
      <w:r>
        <w:rPr>
          <w:rFonts w:ascii="Arial" w:hAnsi="Arial"/>
          <w:b/>
          <w:sz w:val="22"/>
        </w:rPr>
        <w:t xml:space="preserve">Os Keyes   </w:t>
      </w:r>
      <w:r>
        <w:rPr>
          <w:rFonts w:ascii="Arial" w:hAnsi="Arial"/>
          <w:color w:val="5D7284"/>
          <w:sz w:val="22"/>
        </w:rPr>
        <w:t>25:41</w:t>
      </w:r>
    </w:p>
    <w:p>
      <w:pPr>
        <w:spacing w:after="0"/>
      </w:pPr>
      <w:r>
        <w:rPr>
          <w:rFonts w:ascii="Arial" w:hAnsi="Arial"/>
          <w:sz w:val="22"/>
        </w:rPr>
        <w:t>but the other interesting aspects of it though, because like that is one angle without reading the CEOs autobiography is  like an exercise in like personal restraint, because on the one hand, I'm an archivist and  like former librarian, and on the other hand, there were many pages that made me want to take the book and incinerate it, possibly in a salt circle, so that none of the demons really contained within could escape and haunt others. And at one point, she's like, clear that even the idea to like involve or to like to try and like help, quote unquote, help. Autistic people came because like, the dad of an autistic kid, like came to her and was like, could you do this thing? Like there's not a single autistic person's voice in the entire like, goddamn thing She she does end up working with Simon Baron Cohen though, the answer to you know, how many members of the Bronco and family produce like racist, misogynistic, ablest shit is apparently two. There's like Borat and him. But the other aspect of it, though, is is that affectiva pivoted, which is tech four, we weren't making any money. So we gave up. And so they took all this data that they collected about autistic people that they collected under the guise of like, quote, unquote, doing good with it. And then they used it to build a marketing company instead. because it turns out there isn't actually any money in helping disabled people who, particularly with a product that nobody nobody actually fucking wants, right.</w:t>
      </w:r>
    </w:p>
    <w:p>
      <w:pPr>
        <w:spacing w:after="0"/>
      </w:pPr>
    </w:p>
    <w:p>
      <w:pPr>
        <w:spacing w:after="0"/>
      </w:pPr>
      <w:r>
        <w:rPr>
          <w:rFonts w:ascii="Arial" w:hAnsi="Arial"/>
          <w:b/>
          <w:sz w:val="22"/>
        </w:rPr>
        <w:t xml:space="preserve">Lucy  </w:t>
      </w:r>
      <w:r>
        <w:rPr>
          <w:rFonts w:ascii="Arial" w:hAnsi="Arial"/>
          <w:color w:val="5D7284"/>
          <w:sz w:val="22"/>
        </w:rPr>
        <w:t>27:18</w:t>
      </w:r>
    </w:p>
    <w:p>
      <w:pPr>
        <w:spacing w:after="0"/>
      </w:pPr>
      <w:r>
        <w:rPr>
          <w:rFonts w:ascii="Arial" w:hAnsi="Arial"/>
          <w:sz w:val="22"/>
        </w:rPr>
        <w:t>Yeah. if its something useful then...</w:t>
      </w:r>
    </w:p>
    <w:p>
      <w:pPr>
        <w:spacing w:after="0"/>
      </w:pPr>
    </w:p>
    <w:p>
      <w:pPr>
        <w:spacing w:after="0"/>
      </w:pPr>
      <w:r>
        <w:rPr>
          <w:rFonts w:ascii="Arial" w:hAnsi="Arial"/>
          <w:b/>
          <w:sz w:val="22"/>
        </w:rPr>
        <w:t xml:space="preserve">Os Keyes   </w:t>
      </w:r>
      <w:r>
        <w:rPr>
          <w:rFonts w:ascii="Arial" w:hAnsi="Arial"/>
          <w:color w:val="5D7284"/>
          <w:sz w:val="22"/>
        </w:rPr>
        <w:t>27:23</w:t>
      </w:r>
    </w:p>
    <w:p>
      <w:pPr>
        <w:spacing w:after="0"/>
      </w:pPr>
      <w:r>
        <w:rPr>
          <w:rFonts w:ascii="Arial" w:hAnsi="Arial"/>
          <w:sz w:val="22"/>
        </w:rPr>
        <w:t>But they were like, Oh, well, marketing's where the money is. So we'll go do that. And so when we talk about like, we should we like, enable, like emotion recognition, and she'll be like, cheer it on. And we just talk about that, in the abstract. What we're really talking about is like, should companies like Aktiva be allowed to, like, collect a ton of data and grant money that could have gone to other people and then pivot? And so to me, the bigger question is less like, should we support AI? But who's AI? And like, in what form? And how are we supporting it? Like, is it developed? is this like, you know, seeing cane for example? is it developed by people with visual impairments? is it designed in such a way that people can when they run into an object that like the designers didn't think of? because like, I don't know, maybe it's something local? maybe it's</w:t>
      </w:r>
    </w:p>
    <w:p>
      <w:pPr>
        <w:spacing w:after="0"/>
      </w:pPr>
    </w:p>
    <w:p>
      <w:pPr>
        <w:spacing w:after="0"/>
      </w:pPr>
      <w:r>
        <w:rPr>
          <w:rFonts w:ascii="Arial" w:hAnsi="Arial"/>
          <w:b/>
          <w:sz w:val="22"/>
        </w:rPr>
        <w:t xml:space="preserve">Lucy  </w:t>
      </w:r>
      <w:r>
        <w:rPr>
          <w:rFonts w:ascii="Arial" w:hAnsi="Arial"/>
          <w:color w:val="5D7284"/>
          <w:sz w:val="22"/>
        </w:rPr>
        <w:t>28:09</w:t>
      </w:r>
    </w:p>
    <w:p>
      <w:pPr>
        <w:spacing w:after="0"/>
      </w:pPr>
      <w:r>
        <w:rPr>
          <w:rFonts w:ascii="Arial" w:hAnsi="Arial"/>
          <w:sz w:val="22"/>
        </w:rPr>
        <w:t>yeah like, report, like report back and say, Actually, I've walked into this? Have you ever seen it before? exactly, no. But we can add that to the database of things you may encounter?</w:t>
      </w:r>
    </w:p>
    <w:p>
      <w:pPr>
        <w:spacing w:after="0"/>
      </w:pPr>
    </w:p>
    <w:p>
      <w:pPr>
        <w:spacing w:after="0"/>
      </w:pPr>
      <w:r>
        <w:rPr>
          <w:rFonts w:ascii="Arial" w:hAnsi="Arial"/>
          <w:color w:val="5D7284"/>
          <w:sz w:val="22"/>
        </w:rPr>
        <w:t>28:18</w:t>
      </w:r>
    </w:p>
    <w:p>
      <w:pPr>
        <w:spacing w:after="0"/>
      </w:pPr>
      <w:r>
        <w:rPr>
          <w:rFonts w:ascii="Arial" w:hAnsi="Arial"/>
          <w:sz w:val="22"/>
        </w:rPr>
        <w:t>Yeah. and like is the database of things you can encounter and the software that runs it is that open source, open source open, accessible? In other words, if the company that makes the physical canes like tanks, can someone with like a GoPro and a Raspberry Pi kind of started other company or like putting something together to work for people who've been different depending on this? And those are questions that we end up missing when we're just like is it's going up? It's like, the problem, the problem and the metaphor of Skynet. Let's be clear, is not Skynet is bad. The problem is, when you had a military industrial complex that developed a metric shit ton of nuclear weapons, and then Skynet, then stuff got bad. Yeah. And so I'm saying like, Yeah, we should protect against skynet But we should also say, hey, if there's a system that is capable of developing Skynet like that's, in fact, its plan. maybe there's something wrong with the system?</w:t>
      </w:r>
    </w:p>
    <w:p>
      <w:pPr>
        <w:spacing w:after="0"/>
      </w:pPr>
    </w:p>
    <w:p>
      <w:pPr>
        <w:spacing w:after="0"/>
      </w:pPr>
      <w:r>
        <w:rPr>
          <w:rFonts w:ascii="Arial" w:hAnsi="Arial"/>
          <w:b/>
          <w:sz w:val="22"/>
        </w:rPr>
        <w:t xml:space="preserve">Alice  </w:t>
      </w:r>
      <w:r>
        <w:rPr>
          <w:rFonts w:ascii="Arial" w:hAnsi="Arial"/>
          <w:color w:val="5D7284"/>
          <w:sz w:val="22"/>
        </w:rPr>
        <w:t>29:11</w:t>
      </w:r>
    </w:p>
    <w:p>
      <w:pPr>
        <w:spacing w:after="0"/>
      </w:pPr>
      <w:r>
        <w:rPr>
          <w:rFonts w:ascii="Arial" w:hAnsi="Arial"/>
          <w:sz w:val="22"/>
        </w:rPr>
        <w:t>Well, and I think the the thing is that fundamentally, that AI the development of AI has been absolutely taken up by people who are for profit, not for people. And so any further developments are only going to be building towards how do we make this more effective for profit? How do we make this more effective for getting money to the people who's</w:t>
      </w:r>
    </w:p>
    <w:p>
      <w:pPr>
        <w:spacing w:after="0"/>
      </w:pPr>
    </w:p>
    <w:p>
      <w:pPr>
        <w:spacing w:after="0"/>
      </w:pPr>
      <w:r>
        <w:rPr>
          <w:rFonts w:ascii="Arial" w:hAnsi="Arial"/>
          <w:b/>
          <w:sz w:val="22"/>
        </w:rPr>
        <w:t xml:space="preserve">Lucy  </w:t>
      </w:r>
      <w:r>
        <w:rPr>
          <w:rFonts w:ascii="Arial" w:hAnsi="Arial"/>
          <w:color w:val="5D7284"/>
          <w:sz w:val="22"/>
        </w:rPr>
        <w:t>29:39</w:t>
      </w:r>
    </w:p>
    <w:p>
      <w:pPr>
        <w:spacing w:after="0"/>
      </w:pPr>
      <w:r>
        <w:rPr>
          <w:rFonts w:ascii="Arial" w:hAnsi="Arial"/>
          <w:sz w:val="22"/>
        </w:rPr>
        <w:t>almost like somebody's gone? What's the point of this? Oh, if we can make money then crack on?</w:t>
      </w:r>
    </w:p>
    <w:p>
      <w:pPr>
        <w:spacing w:after="0"/>
      </w:pPr>
    </w:p>
    <w:p>
      <w:pPr>
        <w:spacing w:after="0"/>
      </w:pPr>
      <w:r>
        <w:rPr>
          <w:rFonts w:ascii="Arial" w:hAnsi="Arial"/>
          <w:b/>
          <w:sz w:val="22"/>
        </w:rPr>
        <w:t xml:space="preserve">Alice  </w:t>
      </w:r>
      <w:r>
        <w:rPr>
          <w:rFonts w:ascii="Arial" w:hAnsi="Arial"/>
          <w:color w:val="5D7284"/>
          <w:sz w:val="22"/>
        </w:rPr>
        <w:t>29:44</w:t>
      </w:r>
    </w:p>
    <w:p>
      <w:pPr>
        <w:spacing w:after="0"/>
      </w:pPr>
      <w:r>
        <w:rPr>
          <w:rFonts w:ascii="Arial" w:hAnsi="Arial"/>
          <w:sz w:val="22"/>
        </w:rPr>
        <w:t>I mean, that in I would argue in capitalist society. That is what everybody does with everything all the time is go what's the point? So it's to make some money. Okay, well, yeah, had we made more money than the money we've made? you know,</w:t>
      </w:r>
    </w:p>
    <w:p>
      <w:pPr>
        <w:spacing w:after="0"/>
      </w:pPr>
    </w:p>
    <w:p>
      <w:pPr>
        <w:spacing w:after="0"/>
      </w:pPr>
      <w:r>
        <w:rPr>
          <w:rFonts w:ascii="Arial" w:hAnsi="Arial"/>
          <w:b/>
          <w:sz w:val="22"/>
        </w:rPr>
        <w:t xml:space="preserve">Os Keyes   </w:t>
      </w:r>
      <w:r>
        <w:rPr>
          <w:rFonts w:ascii="Arial" w:hAnsi="Arial"/>
          <w:color w:val="5D7284"/>
          <w:sz w:val="22"/>
        </w:rPr>
        <w:t>29:59</w:t>
      </w:r>
    </w:p>
    <w:p>
      <w:pPr>
        <w:spacing w:after="0"/>
      </w:pPr>
      <w:r>
        <w:rPr>
          <w:rFonts w:ascii="Arial" w:hAnsi="Arial"/>
          <w:sz w:val="22"/>
        </w:rPr>
        <w:t>Absolutely. And I would also I think that like, there's definitely a profit angle to everything that's going on. I think another aspect of it is is, and this is going to sound like undefeated, defending capitalism, which I am not to be clear, I wrote a paper on anarcho, communist computing that basically summarizes my relationship with capitalism. But another like sort of exacerbating factor maybe is also the sort of structure that the capitalism takes and that the company's take. So a lot of this is developed by, you know, the Googles, the Apples, the cell, and so forth. They're like the big companies. And that means that a lot of the development is going down lines that isn't just for profit is also premised on the understanding that you should have like a couple of free data centers, if you want to stand up or use one of these systems. So like chat, GPT, in theory, a lot of the data in real time that sort of large language models, which is the class of AI, the chat GPT is in, in theory, a lot of the data is open. The data is also designed to be so massive and concentrated, that you basically need a free server farm to be able to fuck around with it. So even though it's open and available, and you could try and make a nonprofit doing something to do with it, in practice, like that's incredibly hard.</w:t>
      </w:r>
    </w:p>
    <w:p>
      <w:pPr>
        <w:spacing w:after="0"/>
      </w:pPr>
    </w:p>
    <w:p>
      <w:pPr>
        <w:spacing w:after="0"/>
      </w:pPr>
      <w:r>
        <w:rPr>
          <w:rFonts w:ascii="Arial" w:hAnsi="Arial"/>
          <w:b/>
          <w:sz w:val="22"/>
        </w:rPr>
        <w:t xml:space="preserve">Alice  </w:t>
      </w:r>
      <w:r>
        <w:rPr>
          <w:rFonts w:ascii="Arial" w:hAnsi="Arial"/>
          <w:color w:val="5D7284"/>
          <w:sz w:val="22"/>
        </w:rPr>
        <w:t>31:20</w:t>
      </w:r>
    </w:p>
    <w:p>
      <w:pPr>
        <w:spacing w:after="0"/>
      </w:pPr>
      <w:r>
        <w:rPr>
          <w:rFonts w:ascii="Arial" w:hAnsi="Arial"/>
          <w:sz w:val="22"/>
        </w:rPr>
        <w:t>Ealing aren't going to be able to make use of that to help support their local community. exactly.</w:t>
      </w:r>
    </w:p>
    <w:p>
      <w:pPr>
        <w:spacing w:after="0"/>
      </w:pPr>
    </w:p>
    <w:p>
      <w:pPr>
        <w:spacing w:after="0"/>
      </w:pPr>
      <w:r>
        <w:rPr>
          <w:rFonts w:ascii="Arial" w:hAnsi="Arial"/>
          <w:b/>
          <w:sz w:val="22"/>
        </w:rPr>
        <w:t xml:space="preserve">Lucy  </w:t>
      </w:r>
      <w:r>
        <w:rPr>
          <w:rFonts w:ascii="Arial" w:hAnsi="Arial"/>
          <w:color w:val="5D7284"/>
          <w:sz w:val="22"/>
        </w:rPr>
        <w:t>31:28</w:t>
      </w:r>
    </w:p>
    <w:p>
      <w:pPr>
        <w:spacing w:after="0"/>
      </w:pPr>
      <w:r>
        <w:rPr>
          <w:rFonts w:ascii="Arial" w:hAnsi="Arial"/>
          <w:sz w:val="22"/>
        </w:rPr>
        <w:t>Yeah, yeah.</w:t>
      </w:r>
    </w:p>
    <w:p>
      <w:pPr>
        <w:spacing w:after="0"/>
      </w:pPr>
    </w:p>
    <w:p>
      <w:pPr>
        <w:spacing w:after="0"/>
      </w:pPr>
      <w:r>
        <w:rPr>
          <w:rFonts w:ascii="Arial" w:hAnsi="Arial"/>
          <w:b/>
          <w:sz w:val="22"/>
        </w:rPr>
        <w:t xml:space="preserve">Os Keyes   </w:t>
      </w:r>
      <w:r>
        <w:rPr>
          <w:rFonts w:ascii="Arial" w:hAnsi="Arial"/>
          <w:color w:val="5D7284"/>
          <w:sz w:val="22"/>
        </w:rPr>
        <w:t>31:31</w:t>
      </w:r>
    </w:p>
    <w:p>
      <w:pPr>
        <w:spacing w:after="0"/>
      </w:pPr>
      <w:r>
        <w:rPr>
          <w:rFonts w:ascii="Arial" w:hAnsi="Arial"/>
          <w:sz w:val="22"/>
        </w:rPr>
        <w:t>Well, this is optimistic and cheery, yeah.</w:t>
      </w:r>
    </w:p>
    <w:p>
      <w:pPr>
        <w:spacing w:after="0"/>
      </w:pPr>
    </w:p>
    <w:p>
      <w:pPr>
        <w:spacing w:after="0"/>
      </w:pPr>
      <w:r>
        <w:rPr>
          <w:rFonts w:ascii="Arial" w:hAnsi="Arial"/>
          <w:b/>
          <w:sz w:val="22"/>
        </w:rPr>
        <w:t xml:space="preserve">Alice  </w:t>
      </w:r>
      <w:r>
        <w:rPr>
          <w:rFonts w:ascii="Arial" w:hAnsi="Arial"/>
          <w:color w:val="5D7284"/>
          <w:sz w:val="22"/>
        </w:rPr>
        <w:t>31:37</w:t>
      </w:r>
    </w:p>
    <w:p>
      <w:pPr>
        <w:spacing w:after="0"/>
      </w:pPr>
      <w:r>
        <w:rPr>
          <w:rFonts w:ascii="Arial" w:hAnsi="Arial"/>
          <w:sz w:val="22"/>
        </w:rPr>
        <w:t>Okay, so where did where do we go from here? where did I go from here? Os? What do you what do you think in terms of disability and and AI? What? What does?</w:t>
      </w:r>
    </w:p>
    <w:p>
      <w:pPr>
        <w:spacing w:after="0"/>
      </w:pPr>
    </w:p>
    <w:p>
      <w:pPr>
        <w:spacing w:after="0"/>
      </w:pPr>
      <w:r>
        <w:rPr>
          <w:rFonts w:ascii="Arial" w:hAnsi="Arial"/>
          <w:b/>
          <w:sz w:val="22"/>
        </w:rPr>
        <w:t xml:space="preserve">Lucy  </w:t>
      </w:r>
      <w:r>
        <w:rPr>
          <w:rFonts w:ascii="Arial" w:hAnsi="Arial"/>
          <w:color w:val="5D7284"/>
          <w:sz w:val="22"/>
        </w:rPr>
        <w:t>31:47</w:t>
      </w:r>
    </w:p>
    <w:p>
      <w:pPr>
        <w:spacing w:after="0"/>
      </w:pPr>
      <w:r>
        <w:rPr>
          <w:rFonts w:ascii="Arial" w:hAnsi="Arial"/>
          <w:sz w:val="22"/>
        </w:rPr>
        <w:t>yeah, let weigh up the positives and the negatives? where can where can we go from here?</w:t>
      </w:r>
    </w:p>
    <w:p>
      <w:pPr>
        <w:spacing w:after="0"/>
      </w:pPr>
    </w:p>
    <w:p>
      <w:pPr>
        <w:spacing w:after="0"/>
      </w:pPr>
      <w:r>
        <w:rPr>
          <w:rFonts w:ascii="Arial" w:hAnsi="Arial"/>
          <w:b/>
          <w:sz w:val="22"/>
        </w:rPr>
        <w:t xml:space="preserve">Os Keyes   </w:t>
      </w:r>
      <w:r>
        <w:rPr>
          <w:rFonts w:ascii="Arial" w:hAnsi="Arial"/>
          <w:color w:val="5D7284"/>
          <w:sz w:val="22"/>
        </w:rPr>
        <w:t>31:53</w:t>
      </w:r>
    </w:p>
    <w:p>
      <w:pPr>
        <w:spacing w:after="0"/>
      </w:pPr>
      <w:r>
        <w:rPr>
          <w:rFonts w:ascii="Arial" w:hAnsi="Arial"/>
          <w:sz w:val="22"/>
        </w:rPr>
        <w:t>Absolutely. So I guess I'd say they were. And there's another angle, I guess, which I haven't talked about. And I briefly should because otherwise, I'll forget. And it's relevant to my author that and that is, I like disabled people's involvement in the development of AI. So one of the things I've looked at, for example, is like the use of autistic people, as the hand coders, the people who like go through data, and mark so that AI can use it. And a lot of the times, of course, it's portrayed as like, because autistic people just love mindless, repetitive tasks. And a really like good at detail oriented shit. Oh, they're all nerds. And like, this is an opportunity to get a job in the tech sector, you will be shocked to know that like this job in the tech sector does not in fact, come with like, you know, Google salary, it comes with below minimum wage, but so autistic people, and in this particular case, and disabled people generally are treated as like resources as well as markets. And so to me the question of like, where do we go from here, I guess I'll set out like a positive possibility and a negative possibility. The negative possibility to start is like the status quo. So it's, we keep doing what we're doing, which is people fill up parliamentary subcommittee time with guff about how the real risk is Skynet. And so pay no attention to like the profit here behind the curtain. And we keep treating disabled people as either a an afterthought, or be a sort of exploitable resource, whether that's exploitable as like employees, you don't have to pay as much you won't ask questions, or exploitable, as, you know, a potential market, or exploitable because they're excluded from these AI systems. And so they're vulnerable when there are systems which are built with the presumption that like everyone will have access to this technology. That world is very grim. In some respects, like I've been saying, you know, it's not a new world. It's the shit we're already dealing with, but more and faster and harder to unpack. And for those reasons alone, I think it's worth dealing with, even if it's not, there's not much novel about it. The optimistic take though, though, like positive world, that's a world where, you know, we develop these automated systems, but with a twist, and that twist is that we start designing them in such a way and we start regulating how they're designed in such a way that there is a very low barrier to entry to re mixing them to reworking them to making them work for different populations to reusing them. And it is an area where there is no you know, profit margin, where yeah, like maybe, maybe that is the kind of AI that we really want to see. But like that can be best done by giving a grant to community organizations or like doing it in house as a as a people or community. Even I hate to say this as a state not by saying Like, you know, oh, well, if we want this done best The solution is to give it to someone whose actual task, if you think about it is to do a deliberately subpar job, because they're trying to do it as cheaply as possible. So they can keep as much of the cost as possible. And they're trying to do it in some ways, imperfectly, because if you design a system perfectly, you never get called back for maintenance contracts. So, yeah, my more optimistic world is, is one in which the people using the systems and the people impacted by the systems are ultimately the ones who decide, you know, what is developed and under what conditions it is developed and used. And, frankly, under what conditions it is evaluated. I'm not so much concerned that like, we don't have a protection mechanism for Skynet, as I am concerned that we don't have a protection mechanism for you know, your computer vision cane streaming all of its data to Facebook.</w:t>
      </w:r>
    </w:p>
    <w:p>
      <w:pPr>
        <w:spacing w:after="0"/>
      </w:pPr>
    </w:p>
    <w:p>
      <w:pPr>
        <w:spacing w:after="0"/>
      </w:pPr>
      <w:r>
        <w:rPr>
          <w:rFonts w:ascii="Arial" w:hAnsi="Arial"/>
          <w:b/>
          <w:sz w:val="22"/>
        </w:rPr>
        <w:t xml:space="preserve">Lucy  </w:t>
      </w:r>
      <w:r>
        <w:rPr>
          <w:rFonts w:ascii="Arial" w:hAnsi="Arial"/>
          <w:color w:val="5D7284"/>
          <w:sz w:val="22"/>
        </w:rPr>
        <w:t>35:57</w:t>
      </w:r>
    </w:p>
    <w:p>
      <w:pPr>
        <w:spacing w:after="0"/>
      </w:pPr>
      <w:r>
        <w:rPr>
          <w:rFonts w:ascii="Arial" w:hAnsi="Arial"/>
          <w:sz w:val="22"/>
        </w:rPr>
        <w:t>Well, yeah,</w:t>
      </w:r>
    </w:p>
    <w:p>
      <w:pPr>
        <w:spacing w:after="0"/>
      </w:pPr>
    </w:p>
    <w:p>
      <w:pPr>
        <w:spacing w:after="0"/>
      </w:pPr>
      <w:r>
        <w:rPr>
          <w:rFonts w:ascii="Arial" w:hAnsi="Arial"/>
          <w:b/>
          <w:sz w:val="22"/>
        </w:rPr>
        <w:t xml:space="preserve">Os Keyes   </w:t>
      </w:r>
      <w:r>
        <w:rPr>
          <w:rFonts w:ascii="Arial" w:hAnsi="Arial"/>
          <w:color w:val="5D7284"/>
          <w:sz w:val="22"/>
        </w:rPr>
        <w:t>36:05</w:t>
      </w:r>
    </w:p>
    <w:p>
      <w:pPr>
        <w:spacing w:after="0"/>
      </w:pPr>
      <w:r>
        <w:rPr>
          <w:rFonts w:ascii="Arial" w:hAnsi="Arial"/>
          <w:sz w:val="22"/>
        </w:rPr>
        <w:t>I do sometimes joke that like, the more research I do, the more I conclude that Ted Kaczynski made some valid points. That is a weird position to be like, he was, uh, not, like, stopped clocks and all that.</w:t>
      </w:r>
    </w:p>
    <w:p>
      <w:pPr>
        <w:spacing w:after="0"/>
      </w:pPr>
    </w:p>
    <w:p>
      <w:pPr>
        <w:spacing w:after="0"/>
      </w:pPr>
      <w:r>
        <w:rPr>
          <w:rFonts w:ascii="Arial" w:hAnsi="Arial"/>
          <w:b/>
          <w:sz w:val="22"/>
        </w:rPr>
        <w:t xml:space="preserve">Alice  </w:t>
      </w:r>
      <w:r>
        <w:rPr>
          <w:rFonts w:ascii="Arial" w:hAnsi="Arial"/>
          <w:color w:val="5D7284"/>
          <w:sz w:val="22"/>
        </w:rPr>
        <w:t>36:18</w:t>
      </w:r>
    </w:p>
    <w:p>
      <w:pPr>
        <w:spacing w:after="0"/>
      </w:pPr>
      <w:r>
        <w:rPr>
          <w:rFonts w:ascii="Arial" w:hAnsi="Arial"/>
          <w:sz w:val="22"/>
        </w:rPr>
        <w:t>Yeah. Yeah, I I've not, I mean, obviously, he died recently. Heard a listen to a podcast all about Ted Kaczynski. And it's, you know, obviously, everybody. if you don't know who took his gears, then I think you're in the wrong place. But everybody knows you take since gears and the kicked off, you know, this is a podcast all about Ted Kaczynski. And he started talking about his views. And I was like, I thought I was supposed to hate him and be terrified of him. This is I'm confused. This man sounds quite reasonable in a lot of</w:t>
      </w:r>
    </w:p>
    <w:p>
      <w:pPr>
        <w:spacing w:after="0"/>
      </w:pPr>
    </w:p>
    <w:p>
      <w:pPr>
        <w:spacing w:after="0"/>
      </w:pPr>
      <w:r>
        <w:rPr>
          <w:rFonts w:ascii="Arial" w:hAnsi="Arial"/>
          <w:b/>
          <w:sz w:val="22"/>
        </w:rPr>
        <w:t xml:space="preserve">Os Keyes   </w:t>
      </w:r>
      <w:r>
        <w:rPr>
          <w:rFonts w:ascii="Arial" w:hAnsi="Arial"/>
          <w:color w:val="5D7284"/>
          <w:sz w:val="22"/>
        </w:rPr>
        <w:t>36:54</w:t>
      </w:r>
    </w:p>
    <w:p>
      <w:pPr>
        <w:spacing w:after="0"/>
      </w:pPr>
      <w:r>
        <w:rPr>
          <w:rFonts w:ascii="Arial" w:hAnsi="Arial"/>
          <w:sz w:val="22"/>
        </w:rPr>
        <w:t>the Yeah. The other interesting thing about Kaczynski and this in this context, I think, is the people think so he was known as the Unabomber. if anyone who hasn't heard the name Ted Kaczynski, but knows the name Unabomber. Now, you know, that the same person. And this was an FBI abbreviation for like universities and airports, because those are the places that he bombed. And the reason he bombed universities was not because he's a nutter, he was it was because faster wasn't</w:t>
      </w:r>
    </w:p>
    <w:p>
      <w:pPr>
        <w:spacing w:after="0"/>
      </w:pPr>
    </w:p>
    <w:p>
      <w:pPr>
        <w:spacing w:after="0"/>
      </w:pPr>
      <w:r>
        <w:rPr>
          <w:rFonts w:ascii="Arial" w:hAnsi="Arial"/>
          <w:b/>
          <w:sz w:val="22"/>
        </w:rPr>
        <w:t xml:space="preserve">Alice  </w:t>
      </w:r>
      <w:r>
        <w:rPr>
          <w:rFonts w:ascii="Arial" w:hAnsi="Arial"/>
          <w:color w:val="5D7284"/>
          <w:sz w:val="22"/>
        </w:rPr>
        <w:t>37:23</w:t>
      </w:r>
    </w:p>
    <w:p>
      <w:pPr>
        <w:spacing w:after="0"/>
      </w:pPr>
      <w:r>
        <w:rPr>
          <w:rFonts w:ascii="Arial" w:hAnsi="Arial"/>
          <w:sz w:val="22"/>
        </w:rPr>
        <w:t>a and so</w:t>
      </w:r>
    </w:p>
    <w:p>
      <w:pPr>
        <w:spacing w:after="0"/>
      </w:pPr>
    </w:p>
    <w:p>
      <w:pPr>
        <w:spacing w:after="0"/>
      </w:pPr>
      <w:r>
        <w:rPr>
          <w:rFonts w:ascii="Arial" w:hAnsi="Arial"/>
          <w:b/>
          <w:sz w:val="22"/>
        </w:rPr>
        <w:t xml:space="preserve">Os Keyes   </w:t>
      </w:r>
      <w:r>
        <w:rPr>
          <w:rFonts w:ascii="Arial" w:hAnsi="Arial"/>
          <w:color w:val="5D7284"/>
          <w:sz w:val="22"/>
        </w:rPr>
        <w:t>37:24</w:t>
      </w:r>
    </w:p>
    <w:p>
      <w:pPr>
        <w:spacing w:after="0"/>
      </w:pPr>
      <w:r>
        <w:rPr>
          <w:rFonts w:ascii="Arial" w:hAnsi="Arial"/>
          <w:sz w:val="22"/>
        </w:rPr>
        <w:t>it was a math professor. Yeah. Like youngest math professor to ever get tenure, I think Princeton or</w:t>
      </w:r>
    </w:p>
    <w:p>
      <w:pPr>
        <w:spacing w:after="0"/>
      </w:pPr>
    </w:p>
    <w:p>
      <w:pPr>
        <w:spacing w:after="0"/>
      </w:pPr>
      <w:r>
        <w:rPr>
          <w:rFonts w:ascii="Arial" w:hAnsi="Arial"/>
          <w:b/>
          <w:sz w:val="22"/>
        </w:rPr>
        <w:t xml:space="preserve">Alice  </w:t>
      </w:r>
      <w:r>
        <w:rPr>
          <w:rFonts w:ascii="Arial" w:hAnsi="Arial"/>
          <w:color w:val="5D7284"/>
          <w:sz w:val="22"/>
        </w:rPr>
        <w:t>37:33</w:t>
      </w:r>
    </w:p>
    <w:p>
      <w:pPr>
        <w:spacing w:after="0"/>
      </w:pPr>
      <w:r>
        <w:rPr>
          <w:rFonts w:ascii="Arial" w:hAnsi="Arial"/>
          <w:sz w:val="22"/>
        </w:rPr>
        <w:t>MIT or so.</w:t>
      </w:r>
    </w:p>
    <w:p>
      <w:pPr>
        <w:spacing w:after="0"/>
      </w:pPr>
    </w:p>
    <w:p>
      <w:pPr>
        <w:spacing w:after="0"/>
      </w:pPr>
      <w:r>
        <w:rPr>
          <w:rFonts w:ascii="Arial" w:hAnsi="Arial"/>
          <w:b/>
          <w:sz w:val="22"/>
        </w:rPr>
        <w:t xml:space="preserve">Os Keyes   </w:t>
      </w:r>
      <w:r>
        <w:rPr>
          <w:rFonts w:ascii="Arial" w:hAnsi="Arial"/>
          <w:color w:val="5D7284"/>
          <w:sz w:val="22"/>
        </w:rPr>
        <w:t>37:35</w:t>
      </w:r>
    </w:p>
    <w:p>
      <w:pPr>
        <w:spacing w:after="0"/>
      </w:pPr>
      <w:r>
        <w:rPr>
          <w:rFonts w:ascii="Arial" w:hAnsi="Arial"/>
          <w:sz w:val="22"/>
        </w:rPr>
        <w:t>But he was also a in some ways survivor of academia, because when he was an undergrad at UC Berkeley, I think he was basically put in, he volunteered for the psychiatric experiments that basically consisted of researchers paying him $5 To try and like destroy his psyche and sense of self and self worth.</w:t>
      </w:r>
    </w:p>
    <w:p>
      <w:pPr>
        <w:spacing w:after="0"/>
      </w:pPr>
    </w:p>
    <w:p>
      <w:pPr>
        <w:spacing w:after="0"/>
      </w:pPr>
      <w:r>
        <w:rPr>
          <w:rFonts w:ascii="Arial" w:hAnsi="Arial"/>
          <w:b/>
          <w:sz w:val="22"/>
        </w:rPr>
        <w:t xml:space="preserve">Lucy  </w:t>
      </w:r>
      <w:r>
        <w:rPr>
          <w:rFonts w:ascii="Arial" w:hAnsi="Arial"/>
          <w:color w:val="5D7284"/>
          <w:sz w:val="22"/>
        </w:rPr>
        <w:t>37:55</w:t>
      </w:r>
    </w:p>
    <w:p>
      <w:pPr>
        <w:spacing w:after="0"/>
      </w:pPr>
      <w:r>
        <w:rPr>
          <w:rFonts w:ascii="Arial" w:hAnsi="Arial"/>
          <w:sz w:val="22"/>
        </w:rPr>
        <w:t>Yeah, they'll do it, thstll do it</w:t>
      </w:r>
    </w:p>
    <w:p>
      <w:pPr>
        <w:spacing w:after="0"/>
      </w:pPr>
    </w:p>
    <w:p>
      <w:pPr>
        <w:spacing w:after="0"/>
      </w:pPr>
      <w:r>
        <w:rPr>
          <w:rFonts w:ascii="Arial" w:hAnsi="Arial"/>
          <w:b/>
          <w:sz w:val="22"/>
        </w:rPr>
        <w:t xml:space="preserve">Alice  </w:t>
      </w:r>
      <w:r>
        <w:rPr>
          <w:rFonts w:ascii="Arial" w:hAnsi="Arial"/>
          <w:color w:val="5D7284"/>
          <w:sz w:val="22"/>
        </w:rPr>
        <w:t>37:58</w:t>
      </w:r>
    </w:p>
    <w:p>
      <w:pPr>
        <w:spacing w:after="0"/>
      </w:pPr>
      <w:r>
        <w:rPr>
          <w:rFonts w:ascii="Arial" w:hAnsi="Arial"/>
          <w:sz w:val="22"/>
        </w:rPr>
        <w:t>We've had plenty of people on this show who and you know, from my own experience, we've talked about how that higher level you know, graduate postgraduate, academia almost destroyed me. It's not, it's not a warm, fuzzy, welcoming comfortablevplace.</w:t>
      </w:r>
    </w:p>
    <w:p>
      <w:pPr>
        <w:spacing w:after="0"/>
      </w:pPr>
    </w:p>
    <w:p>
      <w:pPr>
        <w:spacing w:after="0"/>
      </w:pPr>
      <w:r>
        <w:rPr>
          <w:rFonts w:ascii="Arial" w:hAnsi="Arial"/>
          <w:b/>
          <w:sz w:val="22"/>
        </w:rPr>
        <w:t xml:space="preserve">Lucy  </w:t>
      </w:r>
      <w:r>
        <w:rPr>
          <w:rFonts w:ascii="Arial" w:hAnsi="Arial"/>
          <w:color w:val="5D7284"/>
          <w:sz w:val="22"/>
        </w:rPr>
        <w:t>38:15</w:t>
      </w:r>
    </w:p>
    <w:p>
      <w:pPr>
        <w:spacing w:after="0"/>
      </w:pPr>
      <w:r>
        <w:rPr>
          <w:rFonts w:ascii="Arial" w:hAnsi="Arial"/>
          <w:sz w:val="22"/>
        </w:rPr>
        <w:t>Well, we've both had a horrific experience. Haven't we?</w:t>
      </w:r>
    </w:p>
    <w:p>
      <w:pPr>
        <w:spacing w:after="0"/>
      </w:pPr>
    </w:p>
    <w:p>
      <w:pPr>
        <w:spacing w:after="0"/>
      </w:pPr>
      <w:r>
        <w:rPr>
          <w:rFonts w:ascii="Arial" w:hAnsi="Arial"/>
          <w:b/>
          <w:sz w:val="22"/>
        </w:rPr>
        <w:t xml:space="preserve">Os Keyes   </w:t>
      </w:r>
      <w:r>
        <w:rPr>
          <w:rFonts w:ascii="Arial" w:hAnsi="Arial"/>
          <w:color w:val="5D7284"/>
          <w:sz w:val="22"/>
        </w:rPr>
        <w:t>38:19</w:t>
      </w:r>
    </w:p>
    <w:p>
      <w:pPr>
        <w:spacing w:after="0"/>
      </w:pPr>
      <w:r>
        <w:rPr>
          <w:rFonts w:ascii="Arial" w:hAnsi="Arial"/>
          <w:sz w:val="22"/>
        </w:rPr>
        <w:t xml:space="preserve"> Like I've definitely had some myself, but in this case, I'm not even I don't even mean sort of like, that was the consequence. I mean, literally, they're they designed a series of experiments designed to see like, how much can we destroy one human being? </w:t>
      </w:r>
    </w:p>
    <w:p>
      <w:pPr>
        <w:spacing w:after="0"/>
      </w:pPr>
    </w:p>
    <w:p>
      <w:pPr>
        <w:spacing w:after="0"/>
      </w:pPr>
      <w:r>
        <w:rPr>
          <w:rFonts w:ascii="Arial" w:hAnsi="Arial"/>
          <w:b/>
          <w:sz w:val="22"/>
        </w:rPr>
        <w:t xml:space="preserve">Alice  </w:t>
      </w:r>
      <w:r>
        <w:rPr>
          <w:rFonts w:ascii="Arial" w:hAnsi="Arial"/>
          <w:color w:val="5D7284"/>
          <w:sz w:val="22"/>
        </w:rPr>
        <w:t>38:31</w:t>
      </w:r>
    </w:p>
    <w:p>
      <w:pPr>
        <w:spacing w:after="0"/>
      </w:pPr>
      <w:r>
        <w:rPr>
          <w:rFonts w:ascii="Arial" w:hAnsi="Arial"/>
          <w:sz w:val="22"/>
        </w:rPr>
        <w:t>I think my point was gonna be that, if that is what university is like, anyway, to then be like, yeah, hey, why don't you go and participate in an experiment that's designed to fuck you up?</w:t>
      </w:r>
    </w:p>
    <w:p>
      <w:pPr>
        <w:spacing w:after="0"/>
      </w:pPr>
    </w:p>
    <w:p>
      <w:pPr>
        <w:spacing w:after="0"/>
      </w:pPr>
      <w:r>
        <w:rPr>
          <w:rFonts w:ascii="Arial" w:hAnsi="Arial"/>
          <w:b/>
          <w:sz w:val="22"/>
        </w:rPr>
        <w:t xml:space="preserve">Os Keyes   </w:t>
      </w:r>
      <w:r>
        <w:rPr>
          <w:rFonts w:ascii="Arial" w:hAnsi="Arial"/>
          <w:color w:val="5D7284"/>
          <w:sz w:val="22"/>
        </w:rPr>
        <w:t>38:43</w:t>
      </w:r>
    </w:p>
    <w:p>
      <w:pPr>
        <w:spacing w:after="0"/>
      </w:pPr>
      <w:r>
        <w:rPr>
          <w:rFonts w:ascii="Arial" w:hAnsi="Arial"/>
          <w:sz w:val="22"/>
        </w:rPr>
        <w:t>exactly. And like, you know, good news. Yeah, like good news from a scientific perspective is their experiment definitely worked. Yeah, but gratulate but it's like, yeah, but it's like it's a kind of interesting example, though. because you know, even if we're it let's assume I will assume for the second the one tech bro has accidentally tuned into this. They were probably looking for like anime porn, and they clicked wrong. And it's fair. It's okay.</w:t>
      </w:r>
    </w:p>
    <w:p>
      <w:pPr>
        <w:spacing w:after="0"/>
      </w:pPr>
    </w:p>
    <w:p>
      <w:pPr>
        <w:spacing w:after="0"/>
      </w:pPr>
      <w:r>
        <w:rPr>
          <w:rFonts w:ascii="Arial" w:hAnsi="Arial"/>
          <w:b/>
          <w:sz w:val="22"/>
        </w:rPr>
        <w:t xml:space="preserve">Lucy  </w:t>
      </w:r>
      <w:r>
        <w:rPr>
          <w:rFonts w:ascii="Arial" w:hAnsi="Arial"/>
          <w:color w:val="5D7284"/>
          <w:sz w:val="22"/>
        </w:rPr>
        <w:t>39:14</w:t>
      </w:r>
    </w:p>
    <w:p>
      <w:pPr>
        <w:spacing w:after="0"/>
      </w:pPr>
      <w:r>
        <w:rPr>
          <w:rFonts w:ascii="Arial" w:hAnsi="Arial"/>
          <w:sz w:val="22"/>
        </w:rPr>
        <w:t>And then disability pug pug podcast? Yeah,</w:t>
      </w:r>
    </w:p>
    <w:p>
      <w:pPr>
        <w:spacing w:after="0"/>
      </w:pPr>
    </w:p>
    <w:p>
      <w:pPr>
        <w:spacing w:after="0"/>
      </w:pPr>
      <w:r>
        <w:rPr>
          <w:rFonts w:ascii="Arial" w:hAnsi="Arial"/>
          <w:b/>
          <w:sz w:val="22"/>
        </w:rPr>
        <w:t xml:space="preserve">Alice  </w:t>
      </w:r>
      <w:r>
        <w:rPr>
          <w:rFonts w:ascii="Arial" w:hAnsi="Arial"/>
          <w:color w:val="5D7284"/>
          <w:sz w:val="22"/>
        </w:rPr>
        <w:t>39:18</w:t>
      </w:r>
    </w:p>
    <w:p>
      <w:pPr>
        <w:spacing w:after="0"/>
      </w:pPr>
      <w:r>
        <w:rPr>
          <w:rFonts w:ascii="Arial" w:hAnsi="Arial"/>
          <w:sz w:val="22"/>
        </w:rPr>
        <w:t>we do. Cartoon versions of ourselves out there floating Asara</w:t>
      </w:r>
    </w:p>
    <w:p>
      <w:pPr>
        <w:spacing w:after="0"/>
      </w:pPr>
    </w:p>
    <w:p>
      <w:pPr>
        <w:spacing w:after="0"/>
      </w:pPr>
      <w:r>
        <w:rPr>
          <w:rFonts w:ascii="Arial" w:hAnsi="Arial"/>
          <w:b/>
          <w:sz w:val="22"/>
        </w:rPr>
        <w:t xml:space="preserve">Os Keyes   </w:t>
      </w:r>
      <w:r>
        <w:rPr>
          <w:rFonts w:ascii="Arial" w:hAnsi="Arial"/>
          <w:color w:val="5D7284"/>
          <w:sz w:val="22"/>
        </w:rPr>
        <w:t>39:22</w:t>
      </w:r>
    </w:p>
    <w:p>
      <w:pPr>
        <w:spacing w:after="0"/>
      </w:pPr>
      <w:r>
        <w:rPr>
          <w:rFonts w:ascii="Arial" w:hAnsi="Arial"/>
          <w:sz w:val="22"/>
        </w:rPr>
        <w:t>that might do. Just just as long as your feet aren't in it, you're fine. Just know that we're stereotyping. But just in case, there's a tech bro listening to this, I will point out that even if you don't particularly care about disabled people, or power, and you think power is the thing that comes out of the wall at 240 volts you know, there's a self interest argument here as well, because treating people as objects and, you know, as peep as resources to be exploited for your own ends, is a really good way of developing insane pipe bombers. And so I'm just like this is to be clear if the CIA or FBI are listening, this is not an active threat. I'm just pointing out that like there are completely venal reasons that people should still give a shit about how they treat other people. And this is an area where, yeah, we need to do a lot better.</w:t>
      </w:r>
    </w:p>
    <w:p>
      <w:pPr>
        <w:spacing w:after="0"/>
      </w:pPr>
    </w:p>
    <w:p>
      <w:pPr>
        <w:spacing w:after="0"/>
      </w:pPr>
      <w:r>
        <w:rPr>
          <w:rFonts w:ascii="Arial" w:hAnsi="Arial"/>
          <w:b/>
          <w:sz w:val="22"/>
        </w:rPr>
        <w:t xml:space="preserve">Alice  </w:t>
      </w:r>
      <w:r>
        <w:rPr>
          <w:rFonts w:ascii="Arial" w:hAnsi="Arial"/>
          <w:color w:val="5D7284"/>
          <w:sz w:val="22"/>
        </w:rPr>
        <w:t>40:16</w:t>
      </w:r>
    </w:p>
    <w:p>
      <w:pPr>
        <w:spacing w:after="0"/>
      </w:pPr>
      <w:r>
        <w:rPr>
          <w:rFonts w:ascii="Arial" w:hAnsi="Arial"/>
          <w:sz w:val="22"/>
        </w:rPr>
        <w:t>And I think to just cover my own back because I know I have said some slightly insane socialist things in the past. I'm not a Kaczynski like fan girl. I'm pretty sure he used to pee in jars. That's not the bag. But you know, that not everything the man said was pure insanity.</w:t>
      </w:r>
    </w:p>
    <w:p>
      <w:pPr>
        <w:spacing w:after="0"/>
      </w:pPr>
    </w:p>
    <w:p>
      <w:pPr>
        <w:spacing w:after="0"/>
      </w:pPr>
      <w:r>
        <w:rPr>
          <w:rFonts w:ascii="Arial" w:hAnsi="Arial"/>
          <w:b/>
          <w:sz w:val="22"/>
        </w:rPr>
        <w:t xml:space="preserve">Os Keyes   </w:t>
      </w:r>
      <w:r>
        <w:rPr>
          <w:rFonts w:ascii="Arial" w:hAnsi="Arial"/>
          <w:color w:val="5D7284"/>
          <w:sz w:val="22"/>
        </w:rPr>
        <w:t>40:37</w:t>
      </w:r>
    </w:p>
    <w:p>
      <w:pPr>
        <w:spacing w:after="0"/>
      </w:pPr>
      <w:r>
        <w:rPr>
          <w:rFonts w:ascii="Arial" w:hAnsi="Arial"/>
          <w:sz w:val="22"/>
        </w:rPr>
        <w:t>Yeah. It's one of those like, you know, that meme of like, the worst person, you know, just made a valid point. Like, this is terrible. It's fine.</w:t>
      </w:r>
    </w:p>
    <w:p>
      <w:pPr>
        <w:spacing w:after="0"/>
      </w:pPr>
    </w:p>
    <w:p>
      <w:pPr>
        <w:spacing w:after="0"/>
      </w:pPr>
      <w:r>
        <w:rPr>
          <w:rFonts w:ascii="Arial" w:hAnsi="Arial"/>
          <w:b/>
          <w:sz w:val="22"/>
        </w:rPr>
        <w:t xml:space="preserve">Alice  </w:t>
      </w:r>
      <w:r>
        <w:rPr>
          <w:rFonts w:ascii="Arial" w:hAnsi="Arial"/>
          <w:color w:val="5D7284"/>
          <w:sz w:val="22"/>
        </w:rPr>
        <w:t>40:48</w:t>
      </w:r>
    </w:p>
    <w:p>
      <w:pPr>
        <w:spacing w:after="0"/>
      </w:pPr>
      <w:r>
        <w:rPr>
          <w:rFonts w:ascii="Arial" w:hAnsi="Arial"/>
          <w:sz w:val="22"/>
        </w:rPr>
        <w:t>Oh, no, I might be that meme. Unfortunately.</w:t>
      </w:r>
    </w:p>
    <w:p>
      <w:pPr>
        <w:spacing w:after="0"/>
      </w:pPr>
    </w:p>
    <w:p>
      <w:pPr>
        <w:spacing w:after="0"/>
      </w:pPr>
      <w:r>
        <w:rPr>
          <w:rFonts w:ascii="Arial" w:hAnsi="Arial"/>
          <w:b/>
          <w:sz w:val="22"/>
        </w:rPr>
        <w:t xml:space="preserve">Os Keyes   </w:t>
      </w:r>
      <w:r>
        <w:rPr>
          <w:rFonts w:ascii="Arial" w:hAnsi="Arial"/>
          <w:color w:val="5D7284"/>
          <w:sz w:val="22"/>
        </w:rPr>
        <w:t>40:53</w:t>
      </w:r>
    </w:p>
    <w:p>
      <w:pPr>
        <w:spacing w:after="0"/>
      </w:pPr>
      <w:r>
        <w:rPr>
          <w:rFonts w:ascii="Arial" w:hAnsi="Arial"/>
          <w:sz w:val="22"/>
        </w:rPr>
        <w:t xml:space="preserve">I'm regularly that means like the last a couple of months ago, I was reading a book and I saw a quote and I was like, Fuck, this is really, really good. And then I turned to the references and it was Slavojejack. Like the guy who debates Jordan Peterson for fun. I like fuck. Anyway </w:t>
      </w:r>
    </w:p>
    <w:p>
      <w:pPr>
        <w:spacing w:after="0"/>
      </w:pPr>
    </w:p>
    <w:p>
      <w:pPr>
        <w:spacing w:after="0"/>
      </w:pPr>
      <w:r>
        <w:rPr>
          <w:rFonts w:ascii="Arial" w:hAnsi="Arial"/>
          <w:b/>
          <w:sz w:val="22"/>
        </w:rPr>
        <w:t xml:space="preserve">Alice  </w:t>
      </w:r>
      <w:r>
        <w:rPr>
          <w:rFonts w:ascii="Arial" w:hAnsi="Arial"/>
          <w:color w:val="5D7284"/>
          <w:sz w:val="22"/>
        </w:rPr>
        <w:t>41:09</w:t>
      </w:r>
    </w:p>
    <w:p>
      <w:pPr>
        <w:spacing w:after="0"/>
      </w:pPr>
      <w:r>
        <w:rPr>
          <w:rFonts w:ascii="Arial" w:hAnsi="Arial"/>
          <w:sz w:val="22"/>
        </w:rPr>
        <w:t xml:space="preserve"> um, so So I guess it's everybody packed your bags, we'll be setting up the lABLEd Podcast bunker donations of tinned food </w:t>
      </w:r>
    </w:p>
    <w:p>
      <w:pPr>
        <w:spacing w:after="0"/>
      </w:pPr>
    </w:p>
    <w:p>
      <w:pPr>
        <w:spacing w:after="0"/>
      </w:pPr>
      <w:r>
        <w:rPr>
          <w:rFonts w:ascii="Arial" w:hAnsi="Arial"/>
          <w:b/>
          <w:sz w:val="22"/>
        </w:rPr>
        <w:t xml:space="preserve">Lucy  </w:t>
      </w:r>
      <w:r>
        <w:rPr>
          <w:rFonts w:ascii="Arial" w:hAnsi="Arial"/>
          <w:color w:val="5D7284"/>
          <w:sz w:val="22"/>
        </w:rPr>
        <w:t>41:21</w:t>
      </w:r>
    </w:p>
    <w:p>
      <w:pPr>
        <w:spacing w:after="0"/>
      </w:pPr>
      <w:r>
        <w:rPr>
          <w:rFonts w:ascii="Arial" w:hAnsi="Arial"/>
          <w:sz w:val="22"/>
        </w:rPr>
        <w:t>you can listen to the lABLEd Podcast on the hour every hour</w:t>
      </w:r>
    </w:p>
    <w:p>
      <w:pPr>
        <w:spacing w:after="0"/>
      </w:pPr>
    </w:p>
    <w:p>
      <w:pPr>
        <w:spacing w:after="0"/>
      </w:pPr>
      <w:r>
        <w:rPr>
          <w:rFonts w:ascii="Arial" w:hAnsi="Arial"/>
          <w:color w:val="5D7284"/>
          <w:sz w:val="22"/>
        </w:rPr>
        <w:t>41:30</w:t>
      </w:r>
    </w:p>
    <w:p>
      <w:pPr>
        <w:spacing w:after="0"/>
      </w:pPr>
      <w:r>
        <w:rPr>
          <w:rFonts w:ascii="Arial" w:hAnsi="Arial"/>
          <w:sz w:val="22"/>
        </w:rPr>
        <w:t>See that's making me think of like, you know, the Mitchell and Webb sketches on the event. and the ..</w:t>
      </w:r>
    </w:p>
    <w:p>
      <w:pPr>
        <w:spacing w:after="0"/>
      </w:pPr>
    </w:p>
    <w:p>
      <w:pPr>
        <w:spacing w:after="0"/>
      </w:pPr>
      <w:r>
        <w:rPr>
          <w:rFonts w:ascii="Arial" w:hAnsi="Arial"/>
          <w:b/>
          <w:sz w:val="22"/>
        </w:rPr>
        <w:t xml:space="preserve">Lucy  </w:t>
      </w:r>
      <w:r>
        <w:rPr>
          <w:rFonts w:ascii="Arial" w:hAnsi="Arial"/>
          <w:color w:val="5D7284"/>
          <w:sz w:val="22"/>
        </w:rPr>
        <w:t>41:38</w:t>
      </w:r>
    </w:p>
    <w:p>
      <w:pPr>
        <w:spacing w:after="0"/>
      </w:pPr>
      <w:r>
        <w:rPr>
          <w:rFonts w:ascii="Arial" w:hAnsi="Arial"/>
          <w:sz w:val="22"/>
        </w:rPr>
        <w:t>I remember though, day  142 of the event. Yeah,</w:t>
      </w:r>
    </w:p>
    <w:p>
      <w:pPr>
        <w:spacing w:after="0"/>
      </w:pPr>
    </w:p>
    <w:p>
      <w:pPr>
        <w:spacing w:after="0"/>
      </w:pPr>
      <w:r>
        <w:rPr>
          <w:rFonts w:ascii="Arial" w:hAnsi="Arial"/>
          <w:color w:val="5D7284"/>
          <w:sz w:val="22"/>
        </w:rPr>
        <w:t>41:42</w:t>
      </w:r>
    </w:p>
    <w:p>
      <w:pPr>
        <w:spacing w:after="0"/>
      </w:pPr>
      <w:r>
        <w:rPr>
          <w:rFonts w:ascii="Arial" w:hAnsi="Arial"/>
          <w:sz w:val="22"/>
        </w:rPr>
        <w:t>do you not think about the event! Yeah, maybe that's the outcome of the like, dystopian like worst case scenario we keep doing what we're doing thing but it's good to know your be in your bunker like still recording?</w:t>
      </w:r>
    </w:p>
    <w:p>
      <w:pPr>
        <w:spacing w:after="0"/>
      </w:pPr>
    </w:p>
    <w:p>
      <w:pPr>
        <w:spacing w:after="0"/>
      </w:pPr>
      <w:r>
        <w:rPr>
          <w:rFonts w:ascii="Arial" w:hAnsi="Arial"/>
          <w:b/>
          <w:sz w:val="22"/>
        </w:rPr>
        <w:t xml:space="preserve">Alice  </w:t>
      </w:r>
      <w:r>
        <w:rPr>
          <w:rFonts w:ascii="Arial" w:hAnsi="Arial"/>
          <w:color w:val="5D7284"/>
          <w:sz w:val="22"/>
        </w:rPr>
        <w:t>41:55</w:t>
      </w:r>
    </w:p>
    <w:p>
      <w:pPr>
        <w:spacing w:after="0"/>
      </w:pPr>
      <w:r>
        <w:rPr>
          <w:rFonts w:ascii="Arial" w:hAnsi="Arial"/>
          <w:sz w:val="22"/>
        </w:rPr>
        <w:t>Oh,</w:t>
      </w:r>
    </w:p>
    <w:p>
      <w:pPr>
        <w:spacing w:after="0"/>
      </w:pPr>
    </w:p>
    <w:p>
      <w:pPr>
        <w:spacing w:after="0"/>
      </w:pPr>
      <w:r>
        <w:rPr>
          <w:rFonts w:ascii="Arial" w:hAnsi="Arial"/>
          <w:b/>
          <w:sz w:val="22"/>
        </w:rPr>
        <w:t xml:space="preserve">Lucy  </w:t>
      </w:r>
      <w:r>
        <w:rPr>
          <w:rFonts w:ascii="Arial" w:hAnsi="Arial"/>
          <w:color w:val="5D7284"/>
          <w:sz w:val="22"/>
        </w:rPr>
        <w:t>41:55</w:t>
      </w:r>
    </w:p>
    <w:p>
      <w:pPr>
        <w:spacing w:after="0"/>
      </w:pPr>
      <w:r>
        <w:rPr>
          <w:rFonts w:ascii="Arial" w:hAnsi="Arial"/>
          <w:sz w:val="22"/>
        </w:rPr>
        <w:t>we'll be entertaining people we know nobody's listening to this. It's just me and Allah suitable.</w:t>
      </w:r>
    </w:p>
    <w:p>
      <w:pPr>
        <w:spacing w:after="0"/>
      </w:pPr>
    </w:p>
    <w:p>
      <w:pPr>
        <w:spacing w:after="0"/>
      </w:pPr>
      <w:r>
        <w:rPr>
          <w:rFonts w:ascii="Arial" w:hAnsi="Arial"/>
          <w:b/>
          <w:sz w:val="22"/>
        </w:rPr>
        <w:t xml:space="preserve">Alice  </w:t>
      </w:r>
      <w:r>
        <w:rPr>
          <w:rFonts w:ascii="Arial" w:hAnsi="Arial"/>
          <w:color w:val="5D7284"/>
          <w:sz w:val="22"/>
        </w:rPr>
        <w:t>42:17</w:t>
      </w:r>
    </w:p>
    <w:p>
      <w:pPr>
        <w:spacing w:after="0"/>
      </w:pPr>
      <w:r>
        <w:rPr>
          <w:rFonts w:ascii="Arial" w:hAnsi="Arial"/>
          <w:sz w:val="22"/>
        </w:rPr>
        <w:t>But it's not that different from our normal listenership. So</w:t>
      </w:r>
    </w:p>
    <w:p>
      <w:pPr>
        <w:spacing w:after="0"/>
      </w:pPr>
    </w:p>
    <w:p>
      <w:pPr>
        <w:spacing w:after="0"/>
      </w:pPr>
      <w:r>
        <w:rPr>
          <w:rFonts w:ascii="Arial" w:hAnsi="Arial"/>
          <w:b/>
          <w:sz w:val="22"/>
        </w:rPr>
        <w:t xml:space="preserve">Lucy  </w:t>
      </w:r>
      <w:r>
        <w:rPr>
          <w:rFonts w:ascii="Arial" w:hAnsi="Arial"/>
          <w:color w:val="5D7284"/>
          <w:sz w:val="22"/>
        </w:rPr>
        <w:t>42:20</w:t>
      </w:r>
    </w:p>
    <w:p>
      <w:pPr>
        <w:spacing w:after="0"/>
      </w:pPr>
      <w:r>
        <w:rPr>
          <w:rFonts w:ascii="Arial" w:hAnsi="Arial"/>
          <w:sz w:val="22"/>
        </w:rPr>
        <w:t>no, to be fair, yeah.</w:t>
      </w:r>
    </w:p>
    <w:p>
      <w:pPr>
        <w:spacing w:after="0"/>
      </w:pPr>
    </w:p>
    <w:p>
      <w:pPr>
        <w:spacing w:after="0"/>
      </w:pPr>
      <w:r>
        <w:rPr>
          <w:rFonts w:ascii="Arial" w:hAnsi="Arial"/>
          <w:b/>
          <w:sz w:val="22"/>
        </w:rPr>
        <w:t xml:space="preserve">Alice  </w:t>
      </w:r>
      <w:r>
        <w:rPr>
          <w:rFonts w:ascii="Arial" w:hAnsi="Arial"/>
          <w:color w:val="5D7284"/>
          <w:sz w:val="22"/>
        </w:rPr>
        <w:t>42:23</w:t>
      </w:r>
    </w:p>
    <w:p>
      <w:pPr>
        <w:spacing w:after="0"/>
      </w:pPr>
      <w:r>
        <w:rPr>
          <w:rFonts w:ascii="Arial" w:hAnsi="Arial"/>
          <w:sz w:val="22"/>
        </w:rPr>
        <w:t>So if you've enjoyed this incredibly depressing episode of the liberal book, you can rate review and subscribe on Apple podcast and Spotify. you know, they are our AI overlords. So you know, go and go and give them your money and give us some praise at the same time.</w:t>
      </w:r>
    </w:p>
    <w:p>
      <w:pPr>
        <w:spacing w:after="0"/>
      </w:pPr>
    </w:p>
    <w:p>
      <w:pPr>
        <w:spacing w:after="0"/>
      </w:pPr>
      <w:r>
        <w:rPr>
          <w:rFonts w:ascii="Arial" w:hAnsi="Arial"/>
          <w:b/>
          <w:sz w:val="22"/>
        </w:rPr>
        <w:t xml:space="preserve">Lucy  </w:t>
      </w:r>
      <w:r>
        <w:rPr>
          <w:rFonts w:ascii="Arial" w:hAnsi="Arial"/>
          <w:color w:val="5D7284"/>
          <w:sz w:val="22"/>
        </w:rPr>
        <w:t>42:44</w:t>
      </w:r>
    </w:p>
    <w:p>
      <w:pPr>
        <w:spacing w:after="0"/>
      </w:pPr>
      <w:r>
        <w:rPr>
          <w:rFonts w:ascii="Arial" w:hAnsi="Arial"/>
          <w:sz w:val="22"/>
        </w:rPr>
        <w:t>We bow down to them to Yeah. Oh, where can people find out a bit more about you? What's the plans? Looking like for you ahead for the rest of the year and beyond?</w:t>
      </w:r>
    </w:p>
    <w:p>
      <w:pPr>
        <w:spacing w:after="0"/>
      </w:pPr>
    </w:p>
    <w:p>
      <w:pPr>
        <w:spacing w:after="0"/>
      </w:pPr>
      <w:r>
        <w:rPr>
          <w:rFonts w:ascii="Arial" w:hAnsi="Arial"/>
          <w:b/>
          <w:sz w:val="22"/>
        </w:rPr>
        <w:t xml:space="preserve">Os Keyes   </w:t>
      </w:r>
      <w:r>
        <w:rPr>
          <w:rFonts w:ascii="Arial" w:hAnsi="Arial"/>
          <w:color w:val="5D7284"/>
          <w:sz w:val="22"/>
        </w:rPr>
        <w:t>42:56</w:t>
      </w:r>
    </w:p>
    <w:p>
      <w:pPr>
        <w:spacing w:after="0"/>
      </w:pPr>
      <w:r>
        <w:rPr>
          <w:rFonts w:ascii="Arial" w:hAnsi="Arial"/>
          <w:sz w:val="22"/>
        </w:rPr>
        <w:t>Yeah. right now I'm writing a book on the history of transgender medicine because I contain multitudes. And this is where I regret not having an easily Googleable website, I'll just say just, it would be easiest to Google my name to find my website than it would be for me to spell my website painstakingly out online, we will</w:t>
      </w:r>
    </w:p>
    <w:p>
      <w:pPr>
        <w:spacing w:after="0"/>
      </w:pPr>
    </w:p>
    <w:p>
      <w:pPr>
        <w:spacing w:after="0"/>
      </w:pPr>
      <w:r>
        <w:rPr>
          <w:rFonts w:ascii="Arial" w:hAnsi="Arial"/>
          <w:b/>
          <w:sz w:val="22"/>
        </w:rPr>
        <w:t xml:space="preserve">Alice  </w:t>
      </w:r>
      <w:r>
        <w:rPr>
          <w:rFonts w:ascii="Arial" w:hAnsi="Arial"/>
          <w:color w:val="5D7284"/>
          <w:sz w:val="22"/>
        </w:rPr>
        <w:t>43:16</w:t>
      </w:r>
    </w:p>
    <w:p>
      <w:pPr>
        <w:spacing w:after="0"/>
      </w:pPr>
      <w:r>
        <w:rPr>
          <w:rFonts w:ascii="Arial" w:hAnsi="Arial"/>
          <w:sz w:val="22"/>
        </w:rPr>
        <w:t>put it in the show notes. So send us a link, and we'll make sure that</w:t>
      </w:r>
    </w:p>
    <w:p>
      <w:pPr>
        <w:spacing w:after="0"/>
      </w:pPr>
    </w:p>
    <w:p>
      <w:pPr>
        <w:spacing w:after="0"/>
      </w:pPr>
      <w:r>
        <w:rPr>
          <w:rFonts w:ascii="Arial" w:hAnsi="Arial"/>
          <w:b/>
          <w:sz w:val="22"/>
        </w:rPr>
        <w:t xml:space="preserve">Lucy  </w:t>
      </w:r>
      <w:r>
        <w:rPr>
          <w:rFonts w:ascii="Arial" w:hAnsi="Arial"/>
          <w:color w:val="5D7284"/>
          <w:sz w:val="22"/>
        </w:rPr>
        <w:t>43:21</w:t>
      </w:r>
    </w:p>
    <w:p>
      <w:pPr>
        <w:spacing w:after="0"/>
      </w:pPr>
      <w:r>
        <w:rPr>
          <w:rFonts w:ascii="Arial" w:hAnsi="Arial"/>
          <w:sz w:val="22"/>
        </w:rPr>
        <w:t>we'll do we'll do the rest for you. Absolutely. do what Alice did and just do a Google search. you will, you will find them. Yeah. Thank you so much for joining us Os this has been a fascinating chat. a lot of it I will I will admit has gone straight over my head. But it has been fascinating to to listen to, you know about AI learn a little bit more about AI and not be so frightened of it. because at the end of the day, it's a big pivot table. Not as panicked as I was about 40 minutes ago. So thank you.</w:t>
      </w:r>
    </w:p>
    <w:p>
      <w:pPr>
        <w:spacing w:after="0"/>
      </w:pPr>
    </w:p>
    <w:p>
      <w:pPr>
        <w:spacing w:after="0"/>
      </w:pPr>
      <w:r>
        <w:rPr>
          <w:rFonts w:ascii="Arial" w:hAnsi="Arial"/>
          <w:b/>
          <w:sz w:val="22"/>
        </w:rPr>
        <w:t xml:space="preserve">Alice  </w:t>
      </w:r>
      <w:r>
        <w:rPr>
          <w:rFonts w:ascii="Arial" w:hAnsi="Arial"/>
          <w:color w:val="5D7284"/>
          <w:sz w:val="22"/>
        </w:rPr>
        <w:t>43:57</w:t>
      </w:r>
    </w:p>
    <w:p>
      <w:pPr>
        <w:spacing w:after="0"/>
      </w:pPr>
      <w:r>
        <w:rPr>
          <w:rFonts w:ascii="Arial" w:hAnsi="Arial"/>
          <w:sz w:val="22"/>
        </w:rPr>
        <w:t>I'm actively more panicked but</w:t>
      </w:r>
    </w:p>
    <w:p>
      <w:pPr>
        <w:spacing w:after="0"/>
      </w:pPr>
    </w:p>
    <w:p>
      <w:pPr>
        <w:spacing w:after="0"/>
      </w:pPr>
      <w:r>
        <w:rPr>
          <w:rFonts w:ascii="Arial" w:hAnsi="Arial"/>
          <w:b/>
          <w:sz w:val="22"/>
        </w:rPr>
        <w:t xml:space="preserve">Lucy  </w:t>
      </w:r>
      <w:r>
        <w:rPr>
          <w:rFonts w:ascii="Arial" w:hAnsi="Arial"/>
          <w:color w:val="5D7284"/>
          <w:sz w:val="22"/>
        </w:rPr>
        <w:t>44:02</w:t>
      </w:r>
    </w:p>
    <w:p>
      <w:pPr>
        <w:spacing w:after="0"/>
      </w:pPr>
      <w:r>
        <w:rPr>
          <w:rFonts w:ascii="Arial" w:hAnsi="Arial"/>
          <w:sz w:val="22"/>
        </w:rPr>
        <w:t>Alice is preparing the bunker.</w:t>
      </w:r>
    </w:p>
    <w:p>
      <w:pPr>
        <w:spacing w:after="0"/>
      </w:pPr>
    </w:p>
    <w:p>
      <w:pPr>
        <w:spacing w:after="0"/>
      </w:pPr>
      <w:r>
        <w:rPr>
          <w:rFonts w:ascii="Arial" w:hAnsi="Arial"/>
          <w:b/>
          <w:sz w:val="22"/>
        </w:rPr>
        <w:t xml:space="preserve">Alice  </w:t>
      </w:r>
      <w:r>
        <w:rPr>
          <w:rFonts w:ascii="Arial" w:hAnsi="Arial"/>
          <w:color w:val="5D7284"/>
          <w:sz w:val="22"/>
        </w:rPr>
        <w:t>44:06</w:t>
      </w:r>
    </w:p>
    <w:p>
      <w:pPr>
        <w:spacing w:after="0"/>
      </w:pPr>
      <w:r>
        <w:rPr>
          <w:rFonts w:ascii="Arial" w:hAnsi="Arial"/>
          <w:sz w:val="22"/>
        </w:rPr>
        <w:t>We will see you all next time broadcasting from underground bye bye. Shhhh don't wake Dora .. Thanks for listening to the lABLEd Podcast. if you liked the show, you can rate review and subscribe and you can follow us on social media at lABLEdPod</w:t>
      </w:r>
    </w:p>
    <w:p>
      <w:pPr>
        <w:spacing w:after="0"/>
      </w:pPr>
    </w:p>
    <w:p>
      <w:pPr>
        <w:spacing w:after="0"/>
      </w:pPr>
      <w:r>
        <w:rPr>
          <w:rFonts w:ascii="Arial" w:hAnsi="Arial"/>
          <w:b/>
          <w:sz w:val="22"/>
        </w:rPr>
        <w:t xml:space="preserve">Lucy  </w:t>
      </w:r>
      <w:r>
        <w:rPr>
          <w:rFonts w:ascii="Arial" w:hAnsi="Arial"/>
          <w:color w:val="5D7284"/>
          <w:sz w:val="22"/>
        </w:rPr>
        <w:t>44:25</w:t>
      </w:r>
    </w:p>
    <w:p>
      <w:pPr>
        <w:spacing w:after="0"/>
      </w:pPr>
      <w:r>
        <w:rPr>
          <w:rFonts w:ascii="Arial" w:hAnsi="Arial"/>
          <w:sz w:val="22"/>
        </w:rPr>
        <w:t>This episode was edited by Adam Hull music was by Maisie Crunden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