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Disability &amp; Technology Series 1_ History Lesson</w:t>
      </w:r>
    </w:p>
    <w:p>
      <w:r>
        <w:rPr>
          <w:rFonts w:ascii="Arial" w:hAnsi="Arial"/>
          <w:color w:val="4F6880"/>
          <w:sz w:val="22"/>
        </w:rPr>
        <w:t>Mon, Sep 18, 2023 9:36PM • 1:10:44</w:t>
      </w:r>
    </w:p>
    <w:p>
      <w:pPr>
        <w:spacing w:before="440" w:after="0"/>
      </w:pPr>
      <w:r>
        <w:rPr>
          <w:rFonts w:ascii="Arial" w:hAnsi="Arial"/>
          <w:b/>
          <w:color w:val="4F6880"/>
          <w:sz w:val="22"/>
        </w:rPr>
        <w:t>SUMMARY KEYWORDS</w:t>
      </w:r>
    </w:p>
    <w:p>
      <w:r>
        <w:rPr>
          <w:rFonts w:ascii="Arial" w:hAnsi="Arial"/>
          <w:color w:val="4F6880"/>
          <w:sz w:val="22"/>
        </w:rPr>
        <w:t>disability, thought, people, wheelchair, technology, medieval, wheels, wheelbarrow, lucy, put, imagine, leg, arm, cool, dogs, amputation, period, wicker chair, pirates, leave</w:t>
      </w:r>
    </w:p>
    <w:p>
      <w:pPr>
        <w:spacing w:before="440" w:after="0"/>
      </w:pPr>
      <w:r>
        <w:rPr>
          <w:rFonts w:ascii="Arial" w:hAnsi="Arial"/>
          <w:b/>
          <w:color w:val="4F6880"/>
          <w:sz w:val="22"/>
        </w:rPr>
        <w:t>SPEAKERS</w:t>
      </w:r>
    </w:p>
    <w:p>
      <w:r>
        <w:rPr>
          <w:rFonts w:ascii="Arial" w:hAnsi="Arial"/>
          <w:color w:val="4F6880"/>
          <w:sz w:val="22"/>
        </w:rPr>
        <w:t>Theme Tune, Rachel, Alice, Lucy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00:06</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00:07</w:t>
      </w:r>
    </w:p>
    <w:p>
      <w:pPr>
        <w:spacing w:after="0"/>
      </w:pPr>
      <w:r>
        <w:rPr>
          <w:rFonts w:ascii="Arial" w:hAnsi="Arial"/>
          <w:sz w:val="22"/>
        </w:rPr>
        <w:t>*Though I might not fit in socially, there's so much more than what you see. We all live our lives differently, kaleidescope identity. And this is who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Hello, everybody. Welcome to a brand new episode of The lABLEd Podcast. Today is our first episode of our Spotlight Series. This year, we're doing a series dedicated to disability technology, which is a broad, and somewhat ridiculous topic, that I... when I look at what we've got lined up for you over the next month, it is something from all seventeen corners of the world. Nevermind four! *Lucy chuckles* But I think you'll really enjoy it. I am here with my wonderful co-host Lucy Wood.</w:t>
      </w:r>
    </w:p>
    <w:p>
      <w:pPr>
        <w:spacing w:after="0"/>
      </w:pPr>
    </w:p>
    <w:p>
      <w:pPr>
        <w:spacing w:after="0"/>
      </w:pPr>
      <w:r>
        <w:rPr>
          <w:rFonts w:ascii="Arial" w:hAnsi="Arial"/>
          <w:b/>
          <w:sz w:val="22"/>
        </w:rPr>
        <w:t xml:space="preserve">Lucy  </w:t>
      </w:r>
      <w:r>
        <w:rPr>
          <w:rFonts w:ascii="Arial" w:hAnsi="Arial"/>
          <w:color w:val="5D7284"/>
          <w:sz w:val="22"/>
        </w:rPr>
        <w:t>01:21</w:t>
      </w:r>
    </w:p>
    <w:p>
      <w:pPr>
        <w:spacing w:after="0"/>
      </w:pPr>
      <w:r>
        <w:rPr>
          <w:rFonts w:ascii="Arial" w:hAnsi="Arial"/>
          <w:sz w:val="22"/>
        </w:rPr>
        <w:t>Hiya! Hello, everybody! How are you, Alice?</w:t>
      </w:r>
    </w:p>
    <w:p>
      <w:pPr>
        <w:spacing w:after="0"/>
      </w:pPr>
    </w:p>
    <w:p>
      <w:pPr>
        <w:spacing w:after="0"/>
      </w:pPr>
      <w:r>
        <w:rPr>
          <w:rFonts w:ascii="Arial" w:hAnsi="Arial"/>
          <w:b/>
          <w:sz w:val="22"/>
        </w:rPr>
        <w:t xml:space="preserve">Alice  </w:t>
      </w:r>
      <w:r>
        <w:rPr>
          <w:rFonts w:ascii="Arial" w:hAnsi="Arial"/>
          <w:color w:val="5D7284"/>
          <w:sz w:val="22"/>
        </w:rPr>
        <w:t>01:25</w:t>
      </w:r>
    </w:p>
    <w:p>
      <w:pPr>
        <w:spacing w:after="0"/>
      </w:pPr>
      <w:r>
        <w:rPr>
          <w:rFonts w:ascii="Arial" w:hAnsi="Arial"/>
          <w:sz w:val="22"/>
        </w:rPr>
        <w:t>I'm good. How are you, Lucy?</w:t>
      </w:r>
    </w:p>
    <w:p>
      <w:pPr>
        <w:spacing w:after="0"/>
      </w:pPr>
    </w:p>
    <w:p>
      <w:pPr>
        <w:spacing w:after="0"/>
      </w:pPr>
      <w:r>
        <w:rPr>
          <w:rFonts w:ascii="Arial" w:hAnsi="Arial"/>
          <w:b/>
          <w:sz w:val="22"/>
        </w:rPr>
        <w:t xml:space="preserve">Lucy  </w:t>
      </w:r>
      <w:r>
        <w:rPr>
          <w:rFonts w:ascii="Arial" w:hAnsi="Arial"/>
          <w:color w:val="5D7284"/>
          <w:sz w:val="22"/>
        </w:rPr>
        <w:t>01:27</w:t>
      </w:r>
    </w:p>
    <w:p>
      <w:pPr>
        <w:spacing w:after="0"/>
      </w:pPr>
      <w:r>
        <w:rPr>
          <w:rFonts w:ascii="Arial" w:hAnsi="Arial"/>
          <w:sz w:val="22"/>
        </w:rPr>
        <w:t>I'm alright, thank you. Yeah, not too bad. Yeah... I'm alright.</w:t>
      </w:r>
    </w:p>
    <w:p>
      <w:pPr>
        <w:spacing w:after="0"/>
      </w:pPr>
    </w:p>
    <w:p>
      <w:pPr>
        <w:spacing w:after="0"/>
      </w:pPr>
      <w:r>
        <w:rPr>
          <w:rFonts w:ascii="Arial" w:hAnsi="Arial"/>
          <w:b/>
          <w:sz w:val="22"/>
        </w:rPr>
        <w:t xml:space="preserve">Alice  </w:t>
      </w:r>
      <w:r>
        <w:rPr>
          <w:rFonts w:ascii="Arial" w:hAnsi="Arial"/>
          <w:color w:val="5D7284"/>
          <w:sz w:val="22"/>
        </w:rPr>
        <w:t>01:32</w:t>
      </w:r>
    </w:p>
    <w:p>
      <w:pPr>
        <w:spacing w:after="0"/>
      </w:pPr>
      <w:r>
        <w:rPr>
          <w:rFonts w:ascii="Arial" w:hAnsi="Arial"/>
          <w:sz w:val="22"/>
        </w:rPr>
        <w:t>Had our own disability technology, sort of, fandango recently, didn't we? Where you were having some problems with your mic. And, uh, Lucy described how she fixed it to me earlier by saying "I just went at it like a bear."</w:t>
      </w:r>
    </w:p>
    <w:p>
      <w:pPr>
        <w:spacing w:after="0"/>
      </w:pPr>
    </w:p>
    <w:p>
      <w:pPr>
        <w:spacing w:after="0"/>
      </w:pPr>
      <w:r>
        <w:rPr>
          <w:rFonts w:ascii="Arial" w:hAnsi="Arial"/>
          <w:b/>
          <w:sz w:val="22"/>
        </w:rPr>
        <w:t xml:space="preserve">Lucy  </w:t>
      </w:r>
      <w:r>
        <w:rPr>
          <w:rFonts w:ascii="Arial" w:hAnsi="Arial"/>
          <w:color w:val="5D7284"/>
          <w:sz w:val="22"/>
        </w:rPr>
        <w:t>01:47</w:t>
      </w:r>
    </w:p>
    <w:p>
      <w:pPr>
        <w:spacing w:after="0"/>
      </w:pPr>
      <w:r>
        <w:rPr>
          <w:rFonts w:ascii="Arial" w:hAnsi="Arial"/>
          <w:sz w:val="22"/>
        </w:rPr>
        <w:t>*laughs* Pulled it apart and then thought, "How do I get this back together?" I can be a bit ham fisted, you know. So I'm like, "Oh, I've broken that." And then... I've really broken that... So I was like, "Please, podcasting gods!" *Alice laughs* It's fine. I've fixed what the problem... Well, I seem to have fixed what the problem was... We'll see what... we'll see what it's like next time we record.</w:t>
      </w:r>
    </w:p>
    <w:p>
      <w:pPr>
        <w:spacing w:after="0"/>
      </w:pPr>
    </w:p>
    <w:p>
      <w:pPr>
        <w:spacing w:after="0"/>
      </w:pPr>
      <w:r>
        <w:rPr>
          <w:rFonts w:ascii="Arial" w:hAnsi="Arial"/>
          <w:b/>
          <w:sz w:val="22"/>
        </w:rPr>
        <w:t xml:space="preserve">Alice  </w:t>
      </w:r>
      <w:r>
        <w:rPr>
          <w:rFonts w:ascii="Arial" w:hAnsi="Arial"/>
          <w:color w:val="5D7284"/>
          <w:sz w:val="22"/>
        </w:rPr>
        <w:t>02:08</w:t>
      </w:r>
    </w:p>
    <w:p>
      <w:pPr>
        <w:spacing w:after="0"/>
      </w:pPr>
      <w:r>
        <w:rPr>
          <w:rFonts w:ascii="Arial" w:hAnsi="Arial"/>
          <w:sz w:val="22"/>
        </w:rPr>
        <w:t>Well, hopefully, by the end of this technology series, we will be experts, and we can take everything apart and put it all back together.</w:t>
      </w:r>
    </w:p>
    <w:p>
      <w:pPr>
        <w:spacing w:after="0"/>
      </w:pPr>
    </w:p>
    <w:p>
      <w:pPr>
        <w:spacing w:after="0"/>
      </w:pPr>
      <w:r>
        <w:rPr>
          <w:rFonts w:ascii="Arial" w:hAnsi="Arial"/>
          <w:b/>
          <w:sz w:val="22"/>
        </w:rPr>
        <w:t xml:space="preserve">Lucy  </w:t>
      </w:r>
      <w:r>
        <w:rPr>
          <w:rFonts w:ascii="Arial" w:hAnsi="Arial"/>
          <w:color w:val="5D7284"/>
          <w:sz w:val="22"/>
        </w:rPr>
        <w:t>02:17</w:t>
      </w:r>
    </w:p>
    <w:p>
      <w:pPr>
        <w:spacing w:after="0"/>
      </w:pPr>
      <w:r>
        <w:rPr>
          <w:rFonts w:ascii="Arial" w:hAnsi="Arial"/>
          <w:sz w:val="22"/>
        </w:rPr>
        <w:t xml:space="preserve">Exactly, exactly. </w:t>
      </w:r>
    </w:p>
    <w:p>
      <w:pPr>
        <w:spacing w:after="0"/>
      </w:pPr>
    </w:p>
    <w:p>
      <w:pPr>
        <w:spacing w:after="0"/>
      </w:pPr>
      <w:r>
        <w:rPr>
          <w:rFonts w:ascii="Arial" w:hAnsi="Arial"/>
          <w:b/>
          <w:sz w:val="22"/>
        </w:rPr>
        <w:t xml:space="preserve">Alice  </w:t>
      </w:r>
      <w:r>
        <w:rPr>
          <w:rFonts w:ascii="Arial" w:hAnsi="Arial"/>
          <w:color w:val="5D7284"/>
          <w:sz w:val="22"/>
        </w:rPr>
        <w:t>02:19</w:t>
      </w:r>
    </w:p>
    <w:p>
      <w:pPr>
        <w:spacing w:after="0"/>
      </w:pPr>
      <w:r>
        <w:rPr>
          <w:rFonts w:ascii="Arial" w:hAnsi="Arial"/>
          <w:sz w:val="22"/>
        </w:rPr>
        <w:t>As ever, we are kicking off our Spotlight series with a history lesson. However, today it is a history lesson with a twist. You will soon discover that we are not joined today by the wonderful Daisy, who is off doing something else very exciting! Today we are joined by another very talented academic and historian. Rachel, if you would like to introduce yourself...</w:t>
      </w:r>
    </w:p>
    <w:p>
      <w:pPr>
        <w:spacing w:after="0"/>
      </w:pPr>
    </w:p>
    <w:p>
      <w:pPr>
        <w:spacing w:after="0"/>
      </w:pPr>
      <w:r>
        <w:rPr>
          <w:rFonts w:ascii="Arial" w:hAnsi="Arial"/>
          <w:b/>
          <w:sz w:val="22"/>
        </w:rPr>
        <w:t xml:space="preserve">Rachel  </w:t>
      </w:r>
      <w:r>
        <w:rPr>
          <w:rFonts w:ascii="Arial" w:hAnsi="Arial"/>
          <w:color w:val="5D7284"/>
          <w:sz w:val="22"/>
        </w:rPr>
        <w:t>02:47</w:t>
      </w:r>
    </w:p>
    <w:p>
      <w:pPr>
        <w:spacing w:after="0"/>
      </w:pPr>
      <w:r>
        <w:rPr>
          <w:rFonts w:ascii="Arial" w:hAnsi="Arial"/>
          <w:sz w:val="22"/>
        </w:rPr>
        <w:t>Hi, everybody! So, my name is Rachel, I tend to go by Ray. And, uh, yeah, I'm a historian. Currently based at the University of Leeds. Just into everything kind of the body and technology and how the two interact with each other in, sort of, a pre-modern period, so anytime before about 1600 is, is my kind of thing.</w:t>
      </w:r>
    </w:p>
    <w:p>
      <w:pPr>
        <w:spacing w:after="0"/>
      </w:pPr>
    </w:p>
    <w:p>
      <w:pPr>
        <w:spacing w:after="0"/>
      </w:pPr>
      <w:r>
        <w:rPr>
          <w:rFonts w:ascii="Arial" w:hAnsi="Arial"/>
          <w:b/>
          <w:sz w:val="22"/>
        </w:rPr>
        <w:t xml:space="preserve">Alice  </w:t>
      </w:r>
      <w:r>
        <w:rPr>
          <w:rFonts w:ascii="Arial" w:hAnsi="Arial"/>
          <w:color w:val="5D7284"/>
          <w:sz w:val="22"/>
        </w:rPr>
        <w:t>03:10</w:t>
      </w:r>
    </w:p>
    <w:p>
      <w:pPr>
        <w:spacing w:after="0"/>
      </w:pPr>
      <w:r>
        <w:rPr>
          <w:rFonts w:ascii="Arial" w:hAnsi="Arial"/>
          <w:sz w:val="22"/>
        </w:rPr>
        <w:t>I was just gonna say pre-modern, to me, feels like, you know, that could relate to stuff that I've had in my fridge for too long. So thank you for the definition. *All laugh* So, Ray has joined us today to talk about a couple of different things. And, uh, yeah, how disability, kind of, technology has changed over, uh, in those very, very early years of the world! I suppose that's not that early in terms of the world really, is it? But, um, I'm rambling. Ray! Would *laughs* you like to, to stop the rambling and start saying some sensible things?</w:t>
      </w:r>
    </w:p>
    <w:p>
      <w:pPr>
        <w:spacing w:after="0"/>
      </w:pPr>
    </w:p>
    <w:p>
      <w:pPr>
        <w:spacing w:after="0"/>
      </w:pPr>
      <w:r>
        <w:rPr>
          <w:rFonts w:ascii="Arial" w:hAnsi="Arial"/>
          <w:b/>
          <w:sz w:val="22"/>
        </w:rPr>
        <w:t xml:space="preserve">Rachel  </w:t>
      </w:r>
      <w:r>
        <w:rPr>
          <w:rFonts w:ascii="Arial" w:hAnsi="Arial"/>
          <w:color w:val="5D7284"/>
          <w:sz w:val="22"/>
        </w:rPr>
        <w:t>03:20</w:t>
      </w:r>
    </w:p>
    <w:p>
      <w:pPr>
        <w:spacing w:after="0"/>
      </w:pPr>
      <w:r>
        <w:rPr>
          <w:rFonts w:ascii="Arial" w:hAnsi="Arial"/>
          <w:sz w:val="22"/>
        </w:rPr>
        <w:t>You don't have anything from 1600! *laughs* I don't know if that's sensible. But so yeah, so I really got into this I was sort of thinking about disability technology and how the body interacts with technology. And how the two kind of complement each other. And when I started looking into this and reading about this and asking people about this, I'd found that almost everybody was like, Oh, yes, the First World War happened. And then we had all the soldiers coming back from the First World War with various different injuries and disabilities and, and whatnot. And that's where disability technology as we know it today, kind of really takes off. And I thought, yeah, that makes a lot of sense. But like, there have been lots of wars before the First World War where, you know, they've been injuries and things and, you know, people have been around for a lot longer than the last kind of 100 150 years. So I started thinking, why do we start with the First World War as our sort of beginning History of disability technology, and I decided to start researching what came before that might</w:t>
      </w:r>
    </w:p>
    <w:p>
      <w:pPr>
        <w:spacing w:after="0"/>
      </w:pPr>
    </w:p>
    <w:p>
      <w:pPr>
        <w:spacing w:after="0"/>
      </w:pPr>
      <w:r>
        <w:rPr>
          <w:rFonts w:ascii="Arial" w:hAnsi="Arial"/>
          <w:b/>
          <w:sz w:val="22"/>
        </w:rPr>
        <w:t xml:space="preserve">Alice  </w:t>
      </w:r>
      <w:r>
        <w:rPr>
          <w:rFonts w:ascii="Arial" w:hAnsi="Arial"/>
          <w:color w:val="5D7284"/>
          <w:sz w:val="22"/>
        </w:rPr>
        <w:t>05:00</w:t>
      </w:r>
    </w:p>
    <w:p>
      <w:pPr>
        <w:spacing w:after="0"/>
      </w:pPr>
      <w:r>
        <w:rPr>
          <w:rFonts w:ascii="Arial" w:hAnsi="Arial"/>
          <w:sz w:val="22"/>
        </w:rPr>
        <w:t>My immediate thoughts when you sort of talked about that was, what about all those pirates in the 1600s? With peg legs and hooks for hands? I'm sure that's very historically accurate.</w:t>
      </w:r>
    </w:p>
    <w:p>
      <w:pPr>
        <w:spacing w:after="0"/>
      </w:pPr>
    </w:p>
    <w:p>
      <w:pPr>
        <w:spacing w:after="0"/>
      </w:pPr>
      <w:r>
        <w:rPr>
          <w:rFonts w:ascii="Arial" w:hAnsi="Arial"/>
          <w:b/>
          <w:sz w:val="22"/>
        </w:rPr>
        <w:t xml:space="preserve">Lucy  </w:t>
      </w:r>
      <w:r>
        <w:rPr>
          <w:rFonts w:ascii="Arial" w:hAnsi="Arial"/>
          <w:color w:val="5D7284"/>
          <w:sz w:val="22"/>
        </w:rPr>
        <w:t>05:10</w:t>
      </w:r>
    </w:p>
    <w:p>
      <w:pPr>
        <w:spacing w:after="0"/>
      </w:pPr>
      <w:r>
        <w:rPr>
          <w:rFonts w:ascii="Arial" w:hAnsi="Arial"/>
          <w:sz w:val="22"/>
        </w:rPr>
        <w:t>Yeah.</w:t>
      </w:r>
    </w:p>
    <w:p>
      <w:pPr>
        <w:spacing w:after="0"/>
      </w:pPr>
    </w:p>
    <w:p>
      <w:pPr>
        <w:spacing w:after="0"/>
      </w:pPr>
      <w:r>
        <w:rPr>
          <w:rFonts w:ascii="Arial" w:hAnsi="Arial"/>
          <w:b/>
          <w:sz w:val="22"/>
        </w:rPr>
        <w:t xml:space="preserve">Rachel  </w:t>
      </w:r>
      <w:r>
        <w:rPr>
          <w:rFonts w:ascii="Arial" w:hAnsi="Arial"/>
          <w:color w:val="5D7284"/>
          <w:sz w:val="22"/>
        </w:rPr>
        <w:t>05:13</w:t>
      </w:r>
    </w:p>
    <w:p>
      <w:pPr>
        <w:spacing w:after="0"/>
      </w:pPr>
      <w:r>
        <w:rPr>
          <w:rFonts w:ascii="Arial" w:hAnsi="Arial"/>
          <w:sz w:val="22"/>
        </w:rPr>
        <w:t>right. That was exactly where I went as well. And I found like one pirate in the historical record to have a silver house. Apparently. One One of all of them. No,</w:t>
      </w:r>
    </w:p>
    <w:p>
      <w:pPr>
        <w:spacing w:after="0"/>
      </w:pPr>
    </w:p>
    <w:p>
      <w:pPr>
        <w:spacing w:after="0"/>
      </w:pPr>
      <w:r>
        <w:rPr>
          <w:rFonts w:ascii="Arial" w:hAnsi="Arial"/>
          <w:b/>
          <w:sz w:val="22"/>
        </w:rPr>
        <w:t xml:space="preserve">Lucy  </w:t>
      </w:r>
      <w:r>
        <w:rPr>
          <w:rFonts w:ascii="Arial" w:hAnsi="Arial"/>
          <w:color w:val="5D7284"/>
          <w:sz w:val="22"/>
        </w:rPr>
        <w:t>05:23</w:t>
      </w:r>
    </w:p>
    <w:p>
      <w:pPr>
        <w:spacing w:after="0"/>
      </w:pPr>
      <w:r>
        <w:rPr>
          <w:rFonts w:ascii="Arial" w:hAnsi="Arial"/>
          <w:sz w:val="22"/>
        </w:rPr>
        <w:t>I'm sure every depiction of a pirate they've got some limb loss, either hand Foot Leg. Yeah, yeah, it's the</w:t>
      </w:r>
    </w:p>
    <w:p>
      <w:pPr>
        <w:spacing w:after="0"/>
      </w:pPr>
    </w:p>
    <w:p>
      <w:pPr>
        <w:spacing w:after="0"/>
      </w:pPr>
      <w:r>
        <w:rPr>
          <w:rFonts w:ascii="Arial" w:hAnsi="Arial"/>
          <w:b/>
          <w:sz w:val="22"/>
        </w:rPr>
        <w:t xml:space="preserve">Rachel  </w:t>
      </w:r>
      <w:r>
        <w:rPr>
          <w:rFonts w:ascii="Arial" w:hAnsi="Arial"/>
          <w:color w:val="5D7284"/>
          <w:sz w:val="22"/>
        </w:rPr>
        <w:t>05:35</w:t>
      </w:r>
    </w:p>
    <w:p>
      <w:pPr>
        <w:spacing w:after="0"/>
      </w:pPr>
      <w:r>
        <w:rPr>
          <w:rFonts w:ascii="Arial" w:hAnsi="Arial"/>
          <w:sz w:val="22"/>
        </w:rPr>
        <w:t>either pet parrot. So I'm partial to a bit of a piratical.</w:t>
      </w:r>
    </w:p>
    <w:p>
      <w:pPr>
        <w:spacing w:after="0"/>
      </w:pPr>
    </w:p>
    <w:p>
      <w:pPr>
        <w:spacing w:after="0"/>
      </w:pPr>
      <w:r>
        <w:rPr>
          <w:rFonts w:ascii="Arial" w:hAnsi="Arial"/>
          <w:b/>
          <w:sz w:val="22"/>
        </w:rPr>
        <w:t xml:space="preserve">Lucy  </w:t>
      </w:r>
      <w:r>
        <w:rPr>
          <w:rFonts w:ascii="Arial" w:hAnsi="Arial"/>
          <w:color w:val="5D7284"/>
          <w:sz w:val="22"/>
        </w:rPr>
        <w:t>05:39</w:t>
      </w:r>
    </w:p>
    <w:p>
      <w:pPr>
        <w:spacing w:after="0"/>
      </w:pPr>
      <w:r>
        <w:rPr>
          <w:rFonts w:ascii="Arial" w:hAnsi="Arial"/>
          <w:sz w:val="22"/>
        </w:rPr>
        <w:t>I've always wondered why pirates have got pirates on the shoulders. Like, it doesn't really make any sense to my in my head.</w:t>
      </w:r>
    </w:p>
    <w:p>
      <w:pPr>
        <w:spacing w:after="0"/>
      </w:pPr>
    </w:p>
    <w:p>
      <w:pPr>
        <w:spacing w:after="0"/>
      </w:pPr>
      <w:r>
        <w:rPr>
          <w:rFonts w:ascii="Arial" w:hAnsi="Arial"/>
          <w:b/>
          <w:sz w:val="22"/>
        </w:rPr>
        <w:t xml:space="preserve">Rachel  </w:t>
      </w:r>
      <w:r>
        <w:rPr>
          <w:rFonts w:ascii="Arial" w:hAnsi="Arial"/>
          <w:color w:val="5D7284"/>
          <w:sz w:val="22"/>
        </w:rPr>
        <w:t>05:45</w:t>
      </w:r>
    </w:p>
    <w:p>
      <w:pPr>
        <w:spacing w:after="0"/>
      </w:pPr>
      <w:r>
        <w:rPr>
          <w:rFonts w:ascii="Arial" w:hAnsi="Arial"/>
          <w:sz w:val="22"/>
        </w:rPr>
        <w:t>I've been in the Caribbean maybe? I don't know. Now. Yeah,</w:t>
      </w:r>
    </w:p>
    <w:p>
      <w:pPr>
        <w:spacing w:after="0"/>
      </w:pPr>
    </w:p>
    <w:p>
      <w:pPr>
        <w:spacing w:after="0"/>
      </w:pPr>
      <w:r>
        <w:rPr>
          <w:rFonts w:ascii="Arial" w:hAnsi="Arial"/>
          <w:b/>
          <w:sz w:val="22"/>
        </w:rPr>
        <w:t xml:space="preserve">Lucy  </w:t>
      </w:r>
      <w:r>
        <w:rPr>
          <w:rFonts w:ascii="Arial" w:hAnsi="Arial"/>
          <w:color w:val="5D7284"/>
          <w:sz w:val="22"/>
        </w:rPr>
        <w:t>05:49</w:t>
      </w:r>
    </w:p>
    <w:p>
      <w:pPr>
        <w:spacing w:after="0"/>
      </w:pPr>
      <w:r>
        <w:rPr>
          <w:rFonts w:ascii="Arial" w:hAnsi="Arial"/>
          <w:sz w:val="22"/>
        </w:rPr>
        <w:t>maybe the pirate just like sort of sits there like, Oh, this is a tree.</w:t>
      </w:r>
    </w:p>
    <w:p>
      <w:pPr>
        <w:spacing w:after="0"/>
      </w:pPr>
    </w:p>
    <w:p>
      <w:pPr>
        <w:spacing w:after="0"/>
      </w:pPr>
      <w:r>
        <w:rPr>
          <w:rFonts w:ascii="Arial" w:hAnsi="Arial"/>
          <w:b/>
          <w:sz w:val="22"/>
        </w:rPr>
        <w:t xml:space="preserve">Alice  </w:t>
      </w:r>
      <w:r>
        <w:rPr>
          <w:rFonts w:ascii="Arial" w:hAnsi="Arial"/>
          <w:color w:val="5D7284"/>
          <w:sz w:val="22"/>
        </w:rPr>
        <w:t>05:56</w:t>
      </w:r>
    </w:p>
    <w:p>
      <w:pPr>
        <w:spacing w:after="0"/>
      </w:pPr>
      <w:r>
        <w:rPr>
          <w:rFonts w:ascii="Arial" w:hAnsi="Arial"/>
          <w:sz w:val="22"/>
        </w:rPr>
        <w:t>I mean, I feel like dogs probably wouldn't get on very well on a boat. No, you probably know how, how well my dogs get on on a bus. I feel like like, buses are very slippery for a dog they like I have to kind of clump them between my knees door and gets very worried about it. So I</w:t>
      </w:r>
    </w:p>
    <w:p>
      <w:pPr>
        <w:spacing w:after="0"/>
      </w:pPr>
    </w:p>
    <w:p>
      <w:pPr>
        <w:spacing w:after="0"/>
      </w:pPr>
      <w:r>
        <w:rPr>
          <w:rFonts w:ascii="Arial" w:hAnsi="Arial"/>
          <w:b/>
          <w:sz w:val="22"/>
        </w:rPr>
        <w:t xml:space="preserve">Lucy  </w:t>
      </w:r>
      <w:r>
        <w:rPr>
          <w:rFonts w:ascii="Arial" w:hAnsi="Arial"/>
          <w:color w:val="5D7284"/>
          <w:sz w:val="22"/>
        </w:rPr>
        <w:t>06:16</w:t>
      </w:r>
    </w:p>
    <w:p>
      <w:pPr>
        <w:spacing w:after="0"/>
      </w:pPr>
      <w:r>
        <w:rPr>
          <w:rFonts w:ascii="Arial" w:hAnsi="Arial"/>
          <w:sz w:val="22"/>
        </w:rPr>
        <w:t>don't really like being between anybody's legs. Like,</w:t>
      </w:r>
    </w:p>
    <w:p>
      <w:pPr>
        <w:spacing w:after="0"/>
      </w:pPr>
    </w:p>
    <w:p>
      <w:pPr>
        <w:spacing w:after="0"/>
      </w:pPr>
      <w:r>
        <w:rPr>
          <w:rFonts w:ascii="Arial" w:hAnsi="Arial"/>
          <w:b/>
          <w:sz w:val="22"/>
        </w:rPr>
        <w:t xml:space="preserve">Alice  </w:t>
      </w:r>
      <w:r>
        <w:rPr>
          <w:rFonts w:ascii="Arial" w:hAnsi="Arial"/>
          <w:color w:val="5D7284"/>
          <w:sz w:val="22"/>
        </w:rPr>
        <w:t>06:21</w:t>
      </w:r>
    </w:p>
    <w:p>
      <w:pPr>
        <w:spacing w:after="0"/>
      </w:pPr>
      <w:r>
        <w:rPr>
          <w:rFonts w:ascii="Arial" w:hAnsi="Arial"/>
          <w:sz w:val="22"/>
        </w:rPr>
        <w:t>I just I just had dogs just like sliding overboard or in the past get a bit choppy. So Paris is probably better, safer bet</w:t>
      </w:r>
    </w:p>
    <w:p>
      <w:pPr>
        <w:spacing w:after="0"/>
      </w:pPr>
    </w:p>
    <w:p>
      <w:pPr>
        <w:spacing w:after="0"/>
      </w:pPr>
      <w:r>
        <w:rPr>
          <w:rFonts w:ascii="Arial" w:hAnsi="Arial"/>
          <w:b/>
          <w:sz w:val="22"/>
        </w:rPr>
        <w:t xml:space="preserve">Lucy  </w:t>
      </w:r>
      <w:r>
        <w:rPr>
          <w:rFonts w:ascii="Arial" w:hAnsi="Arial"/>
          <w:color w:val="5D7284"/>
          <w:sz w:val="22"/>
        </w:rPr>
        <w:t>06:32</w:t>
      </w:r>
    </w:p>
    <w:p>
      <w:pPr>
        <w:spacing w:after="0"/>
      </w:pPr>
      <w:r>
        <w:rPr>
          <w:rFonts w:ascii="Arial" w:hAnsi="Arial"/>
          <w:sz w:val="22"/>
        </w:rPr>
        <w:t>off can't they were bad enough. They could just fly off. over this by parrot</w:t>
      </w:r>
    </w:p>
    <w:p>
      <w:pPr>
        <w:spacing w:after="0"/>
      </w:pPr>
    </w:p>
    <w:p>
      <w:pPr>
        <w:spacing w:after="0"/>
      </w:pPr>
      <w:r>
        <w:rPr>
          <w:rFonts w:ascii="Arial" w:hAnsi="Arial"/>
          <w:b/>
          <w:sz w:val="22"/>
        </w:rPr>
        <w:t xml:space="preserve">Rachel  </w:t>
      </w:r>
      <w:r>
        <w:rPr>
          <w:rFonts w:ascii="Arial" w:hAnsi="Arial"/>
          <w:color w:val="5D7284"/>
          <w:sz w:val="22"/>
        </w:rPr>
        <w:t>06:41</w:t>
      </w:r>
    </w:p>
    <w:p>
      <w:pPr>
        <w:spacing w:after="0"/>
      </w:pPr>
      <w:r>
        <w:rPr>
          <w:rFonts w:ascii="Arial" w:hAnsi="Arial"/>
          <w:sz w:val="22"/>
        </w:rPr>
        <w:t>total total tangent.</w:t>
      </w:r>
    </w:p>
    <w:p>
      <w:pPr>
        <w:spacing w:after="0"/>
      </w:pPr>
    </w:p>
    <w:p>
      <w:pPr>
        <w:spacing w:after="0"/>
      </w:pPr>
      <w:r>
        <w:rPr>
          <w:rFonts w:ascii="Arial" w:hAnsi="Arial"/>
          <w:b/>
          <w:sz w:val="22"/>
        </w:rPr>
        <w:t xml:space="preserve">Lucy  </w:t>
      </w:r>
      <w:r>
        <w:rPr>
          <w:rFonts w:ascii="Arial" w:hAnsi="Arial"/>
          <w:color w:val="5D7284"/>
          <w:sz w:val="22"/>
        </w:rPr>
        <w:t>06:46</w:t>
      </w:r>
    </w:p>
    <w:p>
      <w:pPr>
        <w:spacing w:after="0"/>
      </w:pPr>
      <w:r>
        <w:rPr>
          <w:rFonts w:ascii="Arial" w:hAnsi="Arial"/>
          <w:sz w:val="22"/>
        </w:rPr>
        <w:t>Yeah, yes. Anyway, pirates. And yeah,</w:t>
      </w:r>
    </w:p>
    <w:p>
      <w:pPr>
        <w:spacing w:after="0"/>
      </w:pPr>
    </w:p>
    <w:p>
      <w:pPr>
        <w:spacing w:after="0"/>
      </w:pPr>
      <w:r>
        <w:rPr>
          <w:rFonts w:ascii="Arial" w:hAnsi="Arial"/>
          <w:b/>
          <w:sz w:val="22"/>
        </w:rPr>
        <w:t xml:space="preserve">Rachel  </w:t>
      </w:r>
      <w:r>
        <w:rPr>
          <w:rFonts w:ascii="Arial" w:hAnsi="Arial"/>
          <w:color w:val="5D7284"/>
          <w:sz w:val="22"/>
        </w:rPr>
        <w:t>06:49</w:t>
      </w:r>
    </w:p>
    <w:p>
      <w:pPr>
        <w:spacing w:after="0"/>
      </w:pPr>
      <w:r>
        <w:rPr>
          <w:rFonts w:ascii="Arial" w:hAnsi="Arial"/>
          <w:sz w:val="22"/>
        </w:rPr>
        <w:t>yeah, it's all this stuff. It's like, well, what, uh, you know, what was going on before the sort of modern period as we know it. So I set off on a kind of a quest to find out about this. And unsurprisingly, it turns out people did have disabilities before the First World War. you know, who would have thought Mind Blowing Wild? That people have always been creative and inventive. And, you know, one of the things that sets humans apart from other animals is the use of tools. And this is no different within sort of disability technology. So like, if you go way, way back to like the ancient Egyptian period, you might have seen this circulating around on the internet. The internet seems to love this one. But they've been and will be found with a prosthetic big toe. And apparently, that is a kind of partial walking aid, but also a little bit cosmetic. because people will be wearing sandals and things quite a lot. Yeah. So we've got stuff all the way back from ancient Egypt. And then right through, you know, to the present day as well. So I focusing on roughly about sort of 1400 to 1600. In the stuff that I'm going to be talking about today.</w:t>
      </w:r>
    </w:p>
    <w:p>
      <w:pPr>
        <w:spacing w:after="0"/>
      </w:pPr>
    </w:p>
    <w:p>
      <w:pPr>
        <w:spacing w:after="0"/>
      </w:pPr>
      <w:r>
        <w:rPr>
          <w:rFonts w:ascii="Arial" w:hAnsi="Arial"/>
          <w:b/>
          <w:sz w:val="22"/>
        </w:rPr>
        <w:t xml:space="preserve">Lucy  </w:t>
      </w:r>
      <w:r>
        <w:rPr>
          <w:rFonts w:ascii="Arial" w:hAnsi="Arial"/>
          <w:color w:val="5D7284"/>
          <w:sz w:val="22"/>
        </w:rPr>
        <w:t>08:03</w:t>
      </w:r>
    </w:p>
    <w:p>
      <w:pPr>
        <w:spacing w:after="0"/>
      </w:pPr>
      <w:r>
        <w:rPr>
          <w:rFonts w:ascii="Arial" w:hAnsi="Arial"/>
          <w:sz w:val="22"/>
        </w:rPr>
        <w:t>Wow. Brilliant. This is while you're right, Alice is right up my alley. Yeah, I think I watched a program about tuten Calm Moon few years ago, and they said that you have a club for a club. And I think he got that hydrocephalus as well and would have would have often had seizures and things like that. I think that they said, I literally listened</w:t>
      </w:r>
    </w:p>
    <w:p>
      <w:pPr>
        <w:spacing w:after="0"/>
      </w:pPr>
    </w:p>
    <w:p>
      <w:pPr>
        <w:spacing w:after="0"/>
      </w:pPr>
      <w:r>
        <w:rPr>
          <w:rFonts w:ascii="Arial" w:hAnsi="Arial"/>
          <w:b/>
          <w:sz w:val="22"/>
        </w:rPr>
        <w:t xml:space="preserve">Alice  </w:t>
      </w:r>
      <w:r>
        <w:rPr>
          <w:rFonts w:ascii="Arial" w:hAnsi="Arial"/>
          <w:color w:val="5D7284"/>
          <w:sz w:val="22"/>
        </w:rPr>
        <w:t>08:30</w:t>
      </w:r>
    </w:p>
    <w:p>
      <w:pPr>
        <w:spacing w:after="0"/>
      </w:pPr>
      <w:r>
        <w:rPr>
          <w:rFonts w:ascii="Arial" w:hAnsi="Arial"/>
          <w:sz w:val="22"/>
        </w:rPr>
        <w:t>to a podcast about this, like, a fucking three weeks ago. So bones did a whole podcast on to in common. And the the only thing I can remember about it was the jokes that she made her husband's expense. So none of that, historically is not really</w:t>
      </w:r>
    </w:p>
    <w:p>
      <w:pPr>
        <w:spacing w:after="0"/>
      </w:pPr>
    </w:p>
    <w:p>
      <w:pPr>
        <w:spacing w:after="0"/>
      </w:pPr>
      <w:r>
        <w:rPr>
          <w:rFonts w:ascii="Arial" w:hAnsi="Arial"/>
          <w:b/>
          <w:sz w:val="22"/>
        </w:rPr>
        <w:t xml:space="preserve">Lucy  </w:t>
      </w:r>
      <w:r>
        <w:rPr>
          <w:rFonts w:ascii="Arial" w:hAnsi="Arial"/>
          <w:color w:val="5D7284"/>
          <w:sz w:val="22"/>
        </w:rPr>
        <w:t>08:49</w:t>
      </w:r>
    </w:p>
    <w:p>
      <w:pPr>
        <w:spacing w:after="0"/>
      </w:pPr>
      <w:r>
        <w:rPr>
          <w:rFonts w:ascii="Arial" w:hAnsi="Arial"/>
          <w:sz w:val="22"/>
        </w:rPr>
        <w:t>useful to the story is that yeah. Really interesting, because I mean, I didn't know that two in common allegedly had a disability at all. And it's like, only when we do these history lessons that you find out about all these people that you think I I've even never heard of that person or be I have heard of that person. But I had no idea. They were disabled in some way. I just find it. Amazing. Really. when you discover it, it's like, oh, that's that's really cool. Like that one evolves. It's great.</w:t>
      </w:r>
    </w:p>
    <w:p>
      <w:pPr>
        <w:spacing w:after="0"/>
      </w:pPr>
    </w:p>
    <w:p>
      <w:pPr>
        <w:spacing w:after="0"/>
      </w:pPr>
      <w:r>
        <w:rPr>
          <w:rFonts w:ascii="Arial" w:hAnsi="Arial"/>
          <w:b/>
          <w:sz w:val="22"/>
        </w:rPr>
        <w:t xml:space="preserve">Alice  </w:t>
      </w:r>
      <w:r>
        <w:rPr>
          <w:rFonts w:ascii="Arial" w:hAnsi="Arial"/>
          <w:color w:val="5D7284"/>
          <w:sz w:val="22"/>
        </w:rPr>
        <w:t>09:25</w:t>
      </w:r>
    </w:p>
    <w:p>
      <w:pPr>
        <w:spacing w:after="0"/>
      </w:pPr>
      <w:r>
        <w:rPr>
          <w:rFonts w:ascii="Arial" w:hAnsi="Arial"/>
          <w:sz w:val="22"/>
        </w:rPr>
        <w:t>I was thinking when we were sort of getting ready for this episode and thinking about the dates and stuff that you've been talking about, Rachel? I, I have done a fair amount of being dragged around ancient medieval castles as a child because my parents thought it would be, you know, wholesome and good for me to make me go outdoors and see things.</w:t>
      </w:r>
    </w:p>
    <w:p>
      <w:pPr>
        <w:spacing w:after="0"/>
      </w:pPr>
    </w:p>
    <w:p>
      <w:pPr>
        <w:spacing w:after="0"/>
      </w:pPr>
      <w:r>
        <w:rPr>
          <w:rFonts w:ascii="Arial" w:hAnsi="Arial"/>
          <w:b/>
          <w:sz w:val="22"/>
        </w:rPr>
        <w:t xml:space="preserve">Rachel  </w:t>
      </w:r>
      <w:r>
        <w:rPr>
          <w:rFonts w:ascii="Arial" w:hAnsi="Arial"/>
          <w:color w:val="5D7284"/>
          <w:sz w:val="22"/>
        </w:rPr>
        <w:t>09:51</w:t>
      </w:r>
    </w:p>
    <w:p>
      <w:pPr>
        <w:spacing w:after="0"/>
      </w:pPr>
      <w:r>
        <w:rPr>
          <w:rFonts w:ascii="Arial" w:hAnsi="Arial"/>
          <w:sz w:val="22"/>
        </w:rPr>
        <w:t>Me and your child who's characterized by medieval castles and liquidity</w:t>
      </w:r>
    </w:p>
    <w:p>
      <w:pPr>
        <w:spacing w:after="0"/>
      </w:pPr>
    </w:p>
    <w:p>
      <w:pPr>
        <w:spacing w:after="0"/>
      </w:pPr>
      <w:r>
        <w:rPr>
          <w:rFonts w:ascii="Arial" w:hAnsi="Arial"/>
          <w:b/>
          <w:sz w:val="22"/>
        </w:rPr>
        <w:t xml:space="preserve">Alice  </w:t>
      </w:r>
      <w:r>
        <w:rPr>
          <w:rFonts w:ascii="Arial" w:hAnsi="Arial"/>
          <w:color w:val="5D7284"/>
          <w:sz w:val="22"/>
        </w:rPr>
        <w:t>10:00</w:t>
      </w:r>
    </w:p>
    <w:p>
      <w:pPr>
        <w:spacing w:after="0"/>
      </w:pPr>
      <w:r>
        <w:rPr>
          <w:rFonts w:ascii="Arial" w:hAnsi="Arial"/>
          <w:sz w:val="22"/>
        </w:rPr>
        <w:t>And I went, we went to one in France built into the side of a cliff. Quite recently, actually, I sort of full grown adult, I could have said no to this excursion. But they're not. They're not particularly accessible places, generally. So for, you know, the idea of it being, you know, 1497, and you've just lost your foot and you're like, right, I've got to get upstairs in the castle. I can't imagine it's the easiest thing in the world.</w:t>
      </w:r>
    </w:p>
    <w:p>
      <w:pPr>
        <w:spacing w:after="0"/>
      </w:pPr>
    </w:p>
    <w:p>
      <w:pPr>
        <w:spacing w:after="0"/>
      </w:pPr>
      <w:r>
        <w:rPr>
          <w:rFonts w:ascii="Arial" w:hAnsi="Arial"/>
          <w:b/>
          <w:sz w:val="22"/>
        </w:rPr>
        <w:t xml:space="preserve">Rachel  </w:t>
      </w:r>
      <w:r>
        <w:rPr>
          <w:rFonts w:ascii="Arial" w:hAnsi="Arial"/>
          <w:color w:val="5D7284"/>
          <w:sz w:val="22"/>
        </w:rPr>
        <w:t>10:33</w:t>
      </w:r>
    </w:p>
    <w:p>
      <w:pPr>
        <w:spacing w:after="0"/>
      </w:pPr>
      <w:r>
        <w:rPr>
          <w:rFonts w:ascii="Arial" w:hAnsi="Arial"/>
          <w:sz w:val="22"/>
        </w:rPr>
        <w:t>Yeah, absolutely. This is, you know, a time before ramps and left Island. Yeah. It's just, it's just not happening. No, and this is one of the ways into the kind of research that I've done, I've thought about because I'm into sort of thinking about images and how we represent disability visually. And I was thinking, Hmm, perhaps the most well known sort of image quote unquote, of disability in the modern day is the international symbol of access. The, the sort of drag it with 100 Realizing nobody can see what I'm drawing. Welcome to looks, it looks like this.</w:t>
      </w:r>
    </w:p>
    <w:p>
      <w:pPr>
        <w:spacing w:after="0"/>
      </w:pPr>
    </w:p>
    <w:p>
      <w:pPr>
        <w:spacing w:after="0"/>
      </w:pPr>
      <w:r>
        <w:rPr>
          <w:rFonts w:ascii="Arial" w:hAnsi="Arial"/>
          <w:b/>
          <w:sz w:val="22"/>
        </w:rPr>
        <w:t xml:space="preserve">Lucy  </w:t>
      </w:r>
      <w:r>
        <w:rPr>
          <w:rFonts w:ascii="Arial" w:hAnsi="Arial"/>
          <w:color w:val="5D7284"/>
          <w:sz w:val="22"/>
        </w:rPr>
        <w:t>11:16</w:t>
      </w:r>
    </w:p>
    <w:p>
      <w:pPr>
        <w:spacing w:after="0"/>
      </w:pPr>
      <w:r>
        <w:rPr>
          <w:rFonts w:ascii="Arial" w:hAnsi="Arial"/>
          <w:sz w:val="22"/>
        </w:rPr>
        <w:t>bald man in the wheelchair. That's why Yeah,</w:t>
      </w:r>
    </w:p>
    <w:p>
      <w:pPr>
        <w:spacing w:after="0"/>
      </w:pPr>
    </w:p>
    <w:p>
      <w:pPr>
        <w:spacing w:after="0"/>
      </w:pPr>
      <w:r>
        <w:rPr>
          <w:rFonts w:ascii="Arial" w:hAnsi="Arial"/>
          <w:b/>
          <w:sz w:val="22"/>
        </w:rPr>
        <w:t xml:space="preserve">Rachel  </w:t>
      </w:r>
      <w:r>
        <w:rPr>
          <w:rFonts w:ascii="Arial" w:hAnsi="Arial"/>
          <w:color w:val="5D7284"/>
          <w:sz w:val="22"/>
        </w:rPr>
        <w:t>11:18</w:t>
      </w:r>
    </w:p>
    <w:p>
      <w:pPr>
        <w:spacing w:after="0"/>
      </w:pPr>
      <w:r>
        <w:rPr>
          <w:rFonts w:ascii="Arial" w:hAnsi="Arial"/>
          <w:sz w:val="22"/>
        </w:rPr>
        <w:t>sort of side on like a city shape. Yeah, yeah. And it's, it's everywhere you see it everywhere. I thought, oh, it's interesting how the wheelchair has kind of become synonymous with disability. And all of the problems that go along with that all the stories you see in the media about people with invisible disabilities parking in the parking spaces that are accessible and getting critiqued and, and all this kind of stuff. So I kind of started there, and I thought, Okay, let's look at medieval wheelchairs. And I, you know, at this point, I was not thinking about castles or slopes or floors, and was like, yeah, cause to go find those horrible couple covers. And, of course, I didn't find any medieval wheelchairs, they just know, they don't exist in this period. And it's not because people</w:t>
      </w:r>
    </w:p>
    <w:p>
      <w:pPr>
        <w:spacing w:after="0"/>
      </w:pPr>
    </w:p>
    <w:p>
      <w:pPr>
        <w:spacing w:after="0"/>
      </w:pPr>
      <w:r>
        <w:rPr>
          <w:rFonts w:ascii="Arial" w:hAnsi="Arial"/>
          <w:b/>
          <w:sz w:val="22"/>
        </w:rPr>
        <w:t xml:space="preserve">Alice  </w:t>
      </w:r>
      <w:r>
        <w:rPr>
          <w:rFonts w:ascii="Arial" w:hAnsi="Arial"/>
          <w:color w:val="5D7284"/>
          <w:sz w:val="22"/>
        </w:rPr>
        <w:t>12:02</w:t>
      </w:r>
    </w:p>
    <w:p>
      <w:pPr>
        <w:spacing w:after="0"/>
      </w:pPr>
      <w:r>
        <w:rPr>
          <w:rFonts w:ascii="Arial" w:hAnsi="Arial"/>
          <w:sz w:val="22"/>
        </w:rPr>
        <w:t>imagined, partly because the environment was just so unsuited to something on wheels.</w:t>
      </w:r>
    </w:p>
    <w:p>
      <w:pPr>
        <w:spacing w:after="0"/>
      </w:pPr>
    </w:p>
    <w:p>
      <w:pPr>
        <w:spacing w:after="0"/>
      </w:pPr>
      <w:r>
        <w:rPr>
          <w:rFonts w:ascii="Arial" w:hAnsi="Arial"/>
          <w:b/>
          <w:sz w:val="22"/>
        </w:rPr>
        <w:t xml:space="preserve">Rachel  </w:t>
      </w:r>
      <w:r>
        <w:rPr>
          <w:rFonts w:ascii="Arial" w:hAnsi="Arial"/>
          <w:color w:val="5D7284"/>
          <w:sz w:val="22"/>
        </w:rPr>
        <w:t>12:08</w:t>
      </w:r>
    </w:p>
    <w:p>
      <w:pPr>
        <w:spacing w:after="0"/>
      </w:pPr>
      <w:r>
        <w:rPr>
          <w:rFonts w:ascii="Arial" w:hAnsi="Arial"/>
          <w:sz w:val="22"/>
        </w:rPr>
        <w:t>Yeah, right. it just, it just doesn't work. So if you're going to have something on wheels, you need like a carriage drawn by horses, and that sort of thing that you do. And that's something that only the elites can afford, you know, so if you are untenable or wealthy, then yeah, that's, that's great. you can maybe afford a character. Yeah, really. Yeah. But that ties into all sorts of other problems that we can get into later if we want to about like gender. because it's emasculating to ride in a carriage. if you're a man, you shouldn't be on a horse carriages are for women, women and the elderly, in this period, so yeah, if you're a man, you shouldn't really be doing that and the religious. But I think a lot about the you know, the lower status people who couldn't even afford a carriage if they wanted one, what what are they doing? And while there are no sort of wheelchairs as we'd understand them today, sort of like upright chairs with wheels, there are a fair few images of people with different kind of disabilities being transported in wheelbarrows.</w:t>
      </w:r>
    </w:p>
    <w:p>
      <w:pPr>
        <w:spacing w:after="0"/>
      </w:pPr>
    </w:p>
    <w:p>
      <w:pPr>
        <w:spacing w:after="0"/>
      </w:pPr>
      <w:r>
        <w:rPr>
          <w:rFonts w:ascii="Arial" w:hAnsi="Arial"/>
          <w:b/>
          <w:sz w:val="22"/>
        </w:rPr>
        <w:t xml:space="preserve">Lucy  </w:t>
      </w:r>
      <w:r>
        <w:rPr>
          <w:rFonts w:ascii="Arial" w:hAnsi="Arial"/>
          <w:color w:val="5D7284"/>
          <w:sz w:val="22"/>
        </w:rPr>
        <w:t>13:20</w:t>
      </w:r>
    </w:p>
    <w:p>
      <w:pPr>
        <w:spacing w:after="0"/>
      </w:pPr>
      <w:r>
        <w:rPr>
          <w:rFonts w:ascii="Arial" w:hAnsi="Arial"/>
          <w:sz w:val="22"/>
        </w:rPr>
        <w:t>right, okay, I mean, resourceful. Yeah,</w:t>
      </w:r>
    </w:p>
    <w:p>
      <w:pPr>
        <w:spacing w:after="0"/>
      </w:pPr>
    </w:p>
    <w:p>
      <w:pPr>
        <w:spacing w:after="0"/>
      </w:pPr>
      <w:r>
        <w:rPr>
          <w:rFonts w:ascii="Arial" w:hAnsi="Arial"/>
          <w:b/>
          <w:sz w:val="22"/>
        </w:rPr>
        <w:t xml:space="preserve">Alice  </w:t>
      </w:r>
      <w:r>
        <w:rPr>
          <w:rFonts w:ascii="Arial" w:hAnsi="Arial"/>
          <w:color w:val="5D7284"/>
          <w:sz w:val="22"/>
        </w:rPr>
        <w:t>13:24</w:t>
      </w:r>
    </w:p>
    <w:p>
      <w:pPr>
        <w:spacing w:after="0"/>
      </w:pPr>
      <w:r>
        <w:rPr>
          <w:rFonts w:ascii="Arial" w:hAnsi="Arial"/>
          <w:sz w:val="22"/>
        </w:rPr>
        <w:t>I have absolutely heard you refer to yourself as a soccer player.</w:t>
      </w:r>
    </w:p>
    <w:p>
      <w:pPr>
        <w:spacing w:after="0"/>
      </w:pPr>
    </w:p>
    <w:p>
      <w:pPr>
        <w:spacing w:after="0"/>
      </w:pPr>
      <w:r>
        <w:rPr>
          <w:rFonts w:ascii="Arial" w:hAnsi="Arial"/>
          <w:b/>
          <w:sz w:val="22"/>
        </w:rPr>
        <w:t xml:space="preserve">Lucy  </w:t>
      </w:r>
      <w:r>
        <w:rPr>
          <w:rFonts w:ascii="Arial" w:hAnsi="Arial"/>
          <w:color w:val="5D7284"/>
          <w:sz w:val="22"/>
        </w:rPr>
        <w:t>13:29</w:t>
      </w:r>
    </w:p>
    <w:p>
      <w:pPr>
        <w:spacing w:after="0"/>
      </w:pPr>
      <w:r>
        <w:rPr>
          <w:rFonts w:ascii="Arial" w:hAnsi="Arial"/>
          <w:sz w:val="22"/>
        </w:rPr>
        <w:t>Very true. Very true.</w:t>
      </w:r>
    </w:p>
    <w:p>
      <w:pPr>
        <w:spacing w:after="0"/>
      </w:pPr>
    </w:p>
    <w:p>
      <w:pPr>
        <w:spacing w:after="0"/>
      </w:pPr>
      <w:r>
        <w:rPr>
          <w:rFonts w:ascii="Arial" w:hAnsi="Arial"/>
          <w:b/>
          <w:sz w:val="22"/>
        </w:rPr>
        <w:t xml:space="preserve">Rachel  </w:t>
      </w:r>
      <w:r>
        <w:rPr>
          <w:rFonts w:ascii="Arial" w:hAnsi="Arial"/>
          <w:color w:val="5D7284"/>
          <w:sz w:val="22"/>
        </w:rPr>
        <w:t>13:34</w:t>
      </w:r>
    </w:p>
    <w:p>
      <w:pPr>
        <w:spacing w:after="0"/>
      </w:pPr>
      <w:r>
        <w:rPr>
          <w:rFonts w:ascii="Arial" w:hAnsi="Arial"/>
          <w:sz w:val="22"/>
        </w:rPr>
        <w:t>it just works so much better than a wheelchair, right? because he Well, yeah, we've got at least you know, in the Middle Ages, because the floors are uneven, they are sticky. They're muddy. cobbles, maybe. So the possibility of having a chain which you could wheel yourself is, you know, really, really kind of slim. But at least in a wheelbarrow, you've got somebody to physically push you up the hill over the cobbles, this kind of stuff. Which is, is something but it doesn't facilitate a lot of independence, or like movement within a home or any of these kinds of things.</w:t>
      </w:r>
    </w:p>
    <w:p>
      <w:pPr>
        <w:spacing w:after="0"/>
      </w:pPr>
    </w:p>
    <w:p>
      <w:pPr>
        <w:spacing w:after="0"/>
      </w:pPr>
      <w:r>
        <w:rPr>
          <w:rFonts w:ascii="Arial" w:hAnsi="Arial"/>
          <w:b/>
          <w:sz w:val="22"/>
        </w:rPr>
        <w:t xml:space="preserve">Lucy  </w:t>
      </w:r>
      <w:r>
        <w:rPr>
          <w:rFonts w:ascii="Arial" w:hAnsi="Arial"/>
          <w:color w:val="5D7284"/>
          <w:sz w:val="22"/>
        </w:rPr>
        <w:t>14:08</w:t>
      </w:r>
    </w:p>
    <w:p>
      <w:pPr>
        <w:spacing w:after="0"/>
      </w:pPr>
      <w:r>
        <w:rPr>
          <w:rFonts w:ascii="Arial" w:hAnsi="Arial"/>
          <w:sz w:val="22"/>
        </w:rPr>
        <w:t>And as oppose it provides a job for somebody just like we are going to, like pay you to push uncle grand rounds in his in his wheelbarrow.</w:t>
      </w:r>
    </w:p>
    <w:p>
      <w:pPr>
        <w:spacing w:after="0"/>
      </w:pPr>
    </w:p>
    <w:p>
      <w:pPr>
        <w:spacing w:after="0"/>
      </w:pPr>
      <w:r>
        <w:rPr>
          <w:rFonts w:ascii="Arial" w:hAnsi="Arial"/>
          <w:b/>
          <w:sz w:val="22"/>
        </w:rPr>
        <w:t xml:space="preserve">Alice  </w:t>
      </w:r>
      <w:r>
        <w:rPr>
          <w:rFonts w:ascii="Arial" w:hAnsi="Arial"/>
          <w:color w:val="5D7284"/>
          <w:sz w:val="22"/>
        </w:rPr>
        <w:t>14:18</w:t>
      </w:r>
    </w:p>
    <w:p>
      <w:pPr>
        <w:spacing w:after="0"/>
      </w:pPr>
      <w:r>
        <w:rPr>
          <w:rFonts w:ascii="Arial" w:hAnsi="Arial"/>
          <w:sz w:val="22"/>
        </w:rPr>
        <w:t>I imagined from what Rachel was saying that probably you're going to be roping in friends and family members. Yeah, you if you're in the situation where you're like, I've got the surplus Barrow and my legs don't work. you know, can you can you take me down the pub, please? Yeah,</w:t>
      </w:r>
    </w:p>
    <w:p>
      <w:pPr>
        <w:spacing w:after="0"/>
      </w:pPr>
    </w:p>
    <w:p>
      <w:pPr>
        <w:spacing w:after="0"/>
      </w:pPr>
      <w:r>
        <w:rPr>
          <w:rFonts w:ascii="Arial" w:hAnsi="Arial"/>
          <w:b/>
          <w:sz w:val="22"/>
        </w:rPr>
        <w:t xml:space="preserve">Lucy  </w:t>
      </w:r>
      <w:r>
        <w:rPr>
          <w:rFonts w:ascii="Arial" w:hAnsi="Arial"/>
          <w:color w:val="5D7284"/>
          <w:sz w:val="22"/>
        </w:rPr>
        <w:t>14:37</w:t>
      </w:r>
    </w:p>
    <w:p>
      <w:pPr>
        <w:spacing w:after="0"/>
      </w:pPr>
      <w:r>
        <w:rPr>
          <w:rFonts w:ascii="Arial" w:hAnsi="Arial"/>
          <w:sz w:val="22"/>
        </w:rPr>
        <w:t>I mean, I'm not asking people to do that. for me.</w:t>
      </w:r>
    </w:p>
    <w:p>
      <w:pPr>
        <w:spacing w:after="0"/>
      </w:pPr>
    </w:p>
    <w:p>
      <w:pPr>
        <w:spacing w:after="0"/>
      </w:pPr>
      <w:r>
        <w:rPr>
          <w:rFonts w:ascii="Arial" w:hAnsi="Arial"/>
          <w:b/>
          <w:sz w:val="22"/>
        </w:rPr>
        <w:t xml:space="preserve">Rachel  </w:t>
      </w:r>
      <w:r>
        <w:rPr>
          <w:rFonts w:ascii="Arial" w:hAnsi="Arial"/>
          <w:color w:val="5D7284"/>
          <w:sz w:val="22"/>
        </w:rPr>
        <w:t>14:41</w:t>
      </w:r>
    </w:p>
    <w:p>
      <w:pPr>
        <w:spacing w:after="0"/>
      </w:pPr>
      <w:r>
        <w:rPr>
          <w:rFonts w:ascii="Arial" w:hAnsi="Arial"/>
          <w:sz w:val="22"/>
        </w:rPr>
        <w:t>it was exactly that though. It's not like a it's not a paid position. It's always sort of friends and family and the images are really good at defectiveness. So there's a lot of images of elderly women being pushed in wheelbarrows by elderly men who are presumably their husbands. And these women are normally drinking beer. They're normally yelling at Sometimes they've got a tree branch that they're hitting the husband.</w:t>
      </w:r>
    </w:p>
    <w:p>
      <w:pPr>
        <w:spacing w:after="0"/>
      </w:pPr>
    </w:p>
    <w:p>
      <w:pPr>
        <w:spacing w:after="0"/>
      </w:pPr>
      <w:r>
        <w:rPr>
          <w:rFonts w:ascii="Arial" w:hAnsi="Arial"/>
          <w:b/>
          <w:sz w:val="22"/>
        </w:rPr>
        <w:t xml:space="preserve">Lucy  </w:t>
      </w:r>
      <w:r>
        <w:rPr>
          <w:rFonts w:ascii="Arial" w:hAnsi="Arial"/>
          <w:color w:val="5D7284"/>
          <w:sz w:val="22"/>
        </w:rPr>
        <w:t>15:04</w:t>
      </w:r>
    </w:p>
    <w:p>
      <w:pPr>
        <w:spacing w:after="0"/>
      </w:pPr>
      <w:r>
        <w:rPr>
          <w:rFonts w:ascii="Arial" w:hAnsi="Arial"/>
          <w:sz w:val="22"/>
        </w:rPr>
        <w:t>To be fair, I think we're talking about my old aged.</w:t>
      </w:r>
    </w:p>
    <w:p>
      <w:pPr>
        <w:spacing w:after="0"/>
      </w:pPr>
    </w:p>
    <w:p>
      <w:pPr>
        <w:spacing w:after="0"/>
      </w:pPr>
      <w:r>
        <w:rPr>
          <w:rFonts w:ascii="Arial" w:hAnsi="Arial"/>
          <w:b/>
          <w:sz w:val="22"/>
        </w:rPr>
        <w:t xml:space="preserve">Alice  </w:t>
      </w:r>
      <w:r>
        <w:rPr>
          <w:rFonts w:ascii="Arial" w:hAnsi="Arial"/>
          <w:color w:val="5D7284"/>
          <w:sz w:val="22"/>
        </w:rPr>
        <w:t>15:11</w:t>
      </w:r>
    </w:p>
    <w:p>
      <w:pPr>
        <w:spacing w:after="0"/>
      </w:pPr>
      <w:r>
        <w:rPr>
          <w:rFonts w:ascii="Arial" w:hAnsi="Arial"/>
          <w:sz w:val="22"/>
        </w:rPr>
        <w:t>Home, isn't it?</w:t>
      </w:r>
    </w:p>
    <w:p>
      <w:pPr>
        <w:spacing w:after="0"/>
      </w:pPr>
    </w:p>
    <w:p>
      <w:pPr>
        <w:spacing w:after="0"/>
      </w:pPr>
      <w:r>
        <w:rPr>
          <w:rFonts w:ascii="Arial" w:hAnsi="Arial"/>
          <w:b/>
          <w:sz w:val="22"/>
        </w:rPr>
        <w:t xml:space="preserve">Rachel  </w:t>
      </w:r>
      <w:r>
        <w:rPr>
          <w:rFonts w:ascii="Arial" w:hAnsi="Arial"/>
          <w:color w:val="5D7284"/>
          <w:sz w:val="22"/>
        </w:rPr>
        <w:t>15:14</w:t>
      </w:r>
    </w:p>
    <w:p>
      <w:pPr>
        <w:spacing w:after="0"/>
      </w:pPr>
      <w:r>
        <w:rPr>
          <w:rFonts w:ascii="Arial" w:hAnsi="Arial"/>
          <w:sz w:val="22"/>
        </w:rPr>
        <w:t>Yeah, yeah. So you've got these kind of like, yeah. Harassed elderly men who are sort of suffering their wives in medieval art. And it's a, it acts as a sort of, you know, double edged warning about men and their wives as well. And, and gender norms and who should be in charge and, and that kind of thing. We've got another image from the period a little bit before my period was still still medieval, of her person who will have skulls thick as a child with kind of club feet, we're not sure what's going on. But it might be leprosy, it could be something else who has quite iconic sort of red curly hair, which is unusual within a medieval manuscript, like they stand out that the person pushing the wheelbarrow also has the same red curly hair. And it's an older figure who might be like an older brother, or a father figure or that kind of thing. So they've taken the sort of time to identify that sort of family connection there as well. So yeah, you kind of reliant on your community.</w:t>
      </w:r>
    </w:p>
    <w:p>
      <w:pPr>
        <w:spacing w:after="0"/>
      </w:pPr>
    </w:p>
    <w:p>
      <w:pPr>
        <w:spacing w:after="0"/>
      </w:pPr>
      <w:r>
        <w:rPr>
          <w:rFonts w:ascii="Arial" w:hAnsi="Arial"/>
          <w:b/>
          <w:sz w:val="22"/>
        </w:rPr>
        <w:t xml:space="preserve">Alice  </w:t>
      </w:r>
      <w:r>
        <w:rPr>
          <w:rFonts w:ascii="Arial" w:hAnsi="Arial"/>
          <w:color w:val="5D7284"/>
          <w:sz w:val="22"/>
        </w:rPr>
        <w:t>16:10</w:t>
      </w:r>
    </w:p>
    <w:p>
      <w:pPr>
        <w:spacing w:after="0"/>
      </w:pPr>
      <w:r>
        <w:rPr>
          <w:rFonts w:ascii="Arial" w:hAnsi="Arial"/>
          <w:sz w:val="22"/>
        </w:rPr>
        <w:t>But and that's something Daisy said in the past, actually, is that in terms of the way disability kind of existed pre Industrial Revolution was it was a a community, you found a way of making it work within your community. Yeah.</w:t>
      </w:r>
    </w:p>
    <w:p>
      <w:pPr>
        <w:spacing w:after="0"/>
      </w:pPr>
    </w:p>
    <w:p>
      <w:pPr>
        <w:spacing w:after="0"/>
      </w:pPr>
      <w:r>
        <w:rPr>
          <w:rFonts w:ascii="Arial" w:hAnsi="Arial"/>
          <w:b/>
          <w:sz w:val="22"/>
        </w:rPr>
        <w:t xml:space="preserve">Lucy  </w:t>
      </w:r>
      <w:r>
        <w:rPr>
          <w:rFonts w:ascii="Arial" w:hAnsi="Arial"/>
          <w:color w:val="5D7284"/>
          <w:sz w:val="22"/>
        </w:rPr>
        <w:t>16:26</w:t>
      </w:r>
    </w:p>
    <w:p>
      <w:pPr>
        <w:spacing w:after="0"/>
      </w:pPr>
      <w:r>
        <w:rPr>
          <w:rFonts w:ascii="Arial" w:hAnsi="Arial"/>
          <w:sz w:val="22"/>
        </w:rPr>
        <w:t>And your skills used, they still saw you as skillful. But it wasn't it's only when the Industrial Revolution kicked in, that your skill, your worth became linked your Yeah, tivity and your ability to create 500 shoes in an hour, that kind of thing?</w:t>
      </w:r>
    </w:p>
    <w:p>
      <w:pPr>
        <w:spacing w:after="0"/>
      </w:pPr>
    </w:p>
    <w:p>
      <w:pPr>
        <w:spacing w:after="0"/>
      </w:pPr>
      <w:r>
        <w:rPr>
          <w:rFonts w:ascii="Arial" w:hAnsi="Arial"/>
          <w:b/>
          <w:sz w:val="22"/>
        </w:rPr>
        <w:t xml:space="preserve">Alice  </w:t>
      </w:r>
      <w:r>
        <w:rPr>
          <w:rFonts w:ascii="Arial" w:hAnsi="Arial"/>
          <w:color w:val="5D7284"/>
          <w:sz w:val="22"/>
        </w:rPr>
        <w:t>16:48</w:t>
      </w:r>
    </w:p>
    <w:p>
      <w:pPr>
        <w:spacing w:after="0"/>
      </w:pPr>
      <w:r>
        <w:rPr>
          <w:rFonts w:ascii="Arial" w:hAnsi="Arial"/>
          <w:sz w:val="22"/>
        </w:rPr>
        <w:t>And then of course, that would have a direct impact on your standing within the community.</w:t>
      </w:r>
    </w:p>
    <w:p>
      <w:pPr>
        <w:spacing w:after="0"/>
      </w:pPr>
    </w:p>
    <w:p>
      <w:pPr>
        <w:spacing w:after="0"/>
      </w:pPr>
      <w:r>
        <w:rPr>
          <w:rFonts w:ascii="Arial" w:hAnsi="Arial"/>
          <w:b/>
          <w:sz w:val="22"/>
        </w:rPr>
        <w:t xml:space="preserve">Rachel  </w:t>
      </w:r>
      <w:r>
        <w:rPr>
          <w:rFonts w:ascii="Arial" w:hAnsi="Arial"/>
          <w:color w:val="5D7284"/>
          <w:sz w:val="22"/>
        </w:rPr>
        <w:t>16:52</w:t>
      </w:r>
    </w:p>
    <w:p>
      <w:pPr>
        <w:spacing w:after="0"/>
      </w:pPr>
      <w:r>
        <w:rPr>
          <w:rFonts w:ascii="Arial" w:hAnsi="Arial"/>
          <w:sz w:val="22"/>
        </w:rPr>
        <w:t>Yeah, yeah, yeah. And we see a little bit of that in the Middle Ages, as well, in terms of all people who are able bodied are allowed to be admitted into the priesthood, but anybody with a kind of physical disability isn't allowed to be entered into the priesthood. Or at least, those are the rules from sort of various writings by medieval priests. That doesn't seem to be the case in practice for us, but it's the case on paper,</w:t>
      </w:r>
    </w:p>
    <w:p>
      <w:pPr>
        <w:spacing w:after="0"/>
      </w:pPr>
    </w:p>
    <w:p>
      <w:pPr>
        <w:spacing w:after="0"/>
      </w:pPr>
      <w:r>
        <w:rPr>
          <w:rFonts w:ascii="Arial" w:hAnsi="Arial"/>
          <w:b/>
          <w:sz w:val="22"/>
        </w:rPr>
        <w:t xml:space="preserve">Lucy  </w:t>
      </w:r>
      <w:r>
        <w:rPr>
          <w:rFonts w:ascii="Arial" w:hAnsi="Arial"/>
          <w:color w:val="5D7284"/>
          <w:sz w:val="22"/>
        </w:rPr>
        <w:t>17:20</w:t>
      </w:r>
    </w:p>
    <w:p>
      <w:pPr>
        <w:spacing w:after="0"/>
      </w:pPr>
      <w:r>
        <w:rPr>
          <w:rFonts w:ascii="Arial" w:hAnsi="Arial"/>
          <w:sz w:val="22"/>
        </w:rPr>
        <w:t>find it, I find it really fascinating it was I really, it was really surprising that when Daisy said that how your productivity and your ability were linked together, that was when sort of like, that affected your standing as a as a person, whether you got a disability or not. That for me was quite surprising, because I always thought like, back way, way back before the Industrial Revolution, that you because society didn't really wasn't geared up for disability as it is now. I mean, you could argue that society is not geared up</w:t>
      </w:r>
    </w:p>
    <w:p>
      <w:pPr>
        <w:spacing w:after="0"/>
      </w:pPr>
    </w:p>
    <w:p>
      <w:pPr>
        <w:spacing w:after="0"/>
      </w:pPr>
      <w:r>
        <w:rPr>
          <w:rFonts w:ascii="Arial" w:hAnsi="Arial"/>
          <w:b/>
          <w:sz w:val="22"/>
        </w:rPr>
        <w:t xml:space="preserve">Alice  </w:t>
      </w:r>
      <w:r>
        <w:rPr>
          <w:rFonts w:ascii="Arial" w:hAnsi="Arial"/>
          <w:color w:val="5D7284"/>
          <w:sz w:val="22"/>
        </w:rPr>
        <w:t>17:57</w:t>
      </w:r>
    </w:p>
    <w:p>
      <w:pPr>
        <w:spacing w:after="0"/>
      </w:pPr>
      <w:r>
        <w:rPr>
          <w:rFonts w:ascii="Arial" w:hAnsi="Arial"/>
          <w:sz w:val="22"/>
        </w:rPr>
        <w:t>for a reasonably long way since</w:t>
      </w:r>
    </w:p>
    <w:p>
      <w:pPr>
        <w:spacing w:after="0"/>
      </w:pPr>
    </w:p>
    <w:p>
      <w:pPr>
        <w:spacing w:after="0"/>
      </w:pPr>
      <w:r>
        <w:rPr>
          <w:rFonts w:ascii="Arial" w:hAnsi="Arial"/>
          <w:b/>
          <w:sz w:val="22"/>
        </w:rPr>
        <w:t xml:space="preserve">Lucy  </w:t>
      </w:r>
      <w:r>
        <w:rPr>
          <w:rFonts w:ascii="Arial" w:hAnsi="Arial"/>
          <w:color w:val="5D7284"/>
          <w:sz w:val="22"/>
        </w:rPr>
        <w:t>18:00</w:t>
      </w:r>
    </w:p>
    <w:p>
      <w:pPr>
        <w:spacing w:after="0"/>
      </w:pPr>
      <w:r>
        <w:rPr>
          <w:rFonts w:ascii="Arial" w:hAnsi="Arial"/>
          <w:sz w:val="22"/>
        </w:rPr>
        <w:t>we're not. We're not wheelbarrows anymore. do you know what I mean?</w:t>
      </w:r>
    </w:p>
    <w:p>
      <w:pPr>
        <w:spacing w:after="0"/>
      </w:pPr>
    </w:p>
    <w:p>
      <w:pPr>
        <w:spacing w:after="0"/>
      </w:pPr>
      <w:r>
        <w:rPr>
          <w:rFonts w:ascii="Arial" w:hAnsi="Arial"/>
          <w:b/>
          <w:sz w:val="22"/>
        </w:rPr>
        <w:t xml:space="preserve">Alice  </w:t>
      </w:r>
      <w:r>
        <w:rPr>
          <w:rFonts w:ascii="Arial" w:hAnsi="Arial"/>
          <w:color w:val="5D7284"/>
          <w:sz w:val="22"/>
        </w:rPr>
        <w:t>18:05</w:t>
      </w:r>
    </w:p>
    <w:p>
      <w:pPr>
        <w:spacing w:after="0"/>
      </w:pPr>
      <w:r>
        <w:rPr>
          <w:rFonts w:ascii="Arial" w:hAnsi="Arial"/>
          <w:sz w:val="22"/>
        </w:rPr>
        <w:t>Only early on a Saturday night?</w:t>
      </w:r>
    </w:p>
    <w:p>
      <w:pPr>
        <w:spacing w:after="0"/>
      </w:pPr>
    </w:p>
    <w:p>
      <w:pPr>
        <w:spacing w:after="0"/>
      </w:pPr>
      <w:r>
        <w:rPr>
          <w:rFonts w:ascii="Arial" w:hAnsi="Arial"/>
          <w:b/>
          <w:sz w:val="22"/>
        </w:rPr>
        <w:t xml:space="preserve">Lucy  </w:t>
      </w:r>
      <w:r>
        <w:rPr>
          <w:rFonts w:ascii="Arial" w:hAnsi="Arial"/>
          <w:color w:val="5D7284"/>
          <w:sz w:val="22"/>
        </w:rPr>
        <w:t>18:08</w:t>
      </w:r>
    </w:p>
    <w:p>
      <w:pPr>
        <w:spacing w:after="0"/>
      </w:pPr>
      <w:r>
        <w:rPr>
          <w:rFonts w:ascii="Arial" w:hAnsi="Arial"/>
          <w:sz w:val="22"/>
        </w:rPr>
        <w:t>Saturday night? Yeah. Yeah. So we really, I was really surprised that that it, it only really started Industrial Revolution. times.</w:t>
      </w:r>
    </w:p>
    <w:p>
      <w:pPr>
        <w:spacing w:after="0"/>
      </w:pPr>
    </w:p>
    <w:p>
      <w:pPr>
        <w:spacing w:after="0"/>
      </w:pPr>
      <w:r>
        <w:rPr>
          <w:rFonts w:ascii="Arial" w:hAnsi="Arial"/>
          <w:b/>
          <w:sz w:val="22"/>
        </w:rPr>
        <w:t xml:space="preserve">Rachel  </w:t>
      </w:r>
      <w:r>
        <w:rPr>
          <w:rFonts w:ascii="Arial" w:hAnsi="Arial"/>
          <w:color w:val="5D7284"/>
          <w:sz w:val="22"/>
        </w:rPr>
        <w:t>18:18</w:t>
      </w:r>
    </w:p>
    <w:p>
      <w:pPr>
        <w:spacing w:after="0"/>
      </w:pPr>
      <w:r>
        <w:rPr>
          <w:rFonts w:ascii="Arial" w:hAnsi="Arial"/>
          <w:sz w:val="22"/>
        </w:rPr>
        <w:t>Yeah. Although there's a really cool case of this dating from the Middle Ages, possibly one of my favorite examples of disability technology from Paradise study. And it's the case of this guy called gets fumbling. I don't know if you've heard of him.</w:t>
      </w:r>
    </w:p>
    <w:p>
      <w:pPr>
        <w:spacing w:after="0"/>
      </w:pPr>
    </w:p>
    <w:p>
      <w:pPr>
        <w:spacing w:after="0"/>
      </w:pPr>
      <w:r>
        <w:rPr>
          <w:rFonts w:ascii="Arial" w:hAnsi="Arial"/>
          <w:b/>
          <w:sz w:val="22"/>
        </w:rPr>
        <w:t xml:space="preserve">Lucy  </w:t>
      </w:r>
      <w:r>
        <w:rPr>
          <w:rFonts w:ascii="Arial" w:hAnsi="Arial"/>
          <w:color w:val="5D7284"/>
          <w:sz w:val="22"/>
        </w:rPr>
        <w:t>18:32</w:t>
      </w:r>
    </w:p>
    <w:p>
      <w:pPr>
        <w:spacing w:after="0"/>
      </w:pPr>
      <w:r>
        <w:rPr>
          <w:rFonts w:ascii="Arial" w:hAnsi="Arial"/>
          <w:sz w:val="22"/>
        </w:rPr>
        <w:t>No, no. No,</w:t>
      </w:r>
    </w:p>
    <w:p>
      <w:pPr>
        <w:spacing w:after="0"/>
      </w:pPr>
    </w:p>
    <w:p>
      <w:pPr>
        <w:spacing w:after="0"/>
      </w:pPr>
      <w:r>
        <w:rPr>
          <w:rFonts w:ascii="Arial" w:hAnsi="Arial"/>
          <w:b/>
          <w:sz w:val="22"/>
        </w:rPr>
        <w:t xml:space="preserve">Alice  </w:t>
      </w:r>
      <w:r>
        <w:rPr>
          <w:rFonts w:ascii="Arial" w:hAnsi="Arial"/>
          <w:color w:val="5D7284"/>
          <w:sz w:val="22"/>
        </w:rPr>
        <w:t>18:35</w:t>
      </w:r>
    </w:p>
    <w:p>
      <w:pPr>
        <w:spacing w:after="0"/>
      </w:pPr>
      <w:r>
        <w:rPr>
          <w:rFonts w:ascii="Arial" w:hAnsi="Arial"/>
          <w:sz w:val="22"/>
        </w:rPr>
        <w:t>I feel like I'd remember.</w:t>
      </w:r>
    </w:p>
    <w:p>
      <w:pPr>
        <w:spacing w:after="0"/>
      </w:pPr>
    </w:p>
    <w:p>
      <w:pPr>
        <w:spacing w:after="0"/>
      </w:pPr>
      <w:r>
        <w:rPr>
          <w:rFonts w:ascii="Arial" w:hAnsi="Arial"/>
          <w:b/>
          <w:sz w:val="22"/>
        </w:rPr>
        <w:t xml:space="preserve">Rachel  </w:t>
      </w:r>
      <w:r>
        <w:rPr>
          <w:rFonts w:ascii="Arial" w:hAnsi="Arial"/>
          <w:color w:val="5D7284"/>
          <w:sz w:val="22"/>
        </w:rPr>
        <w:t>18:39</w:t>
      </w:r>
    </w:p>
    <w:p>
      <w:pPr>
        <w:spacing w:after="0"/>
      </w:pPr>
      <w:r>
        <w:rPr>
          <w:rFonts w:ascii="Arial" w:hAnsi="Arial"/>
          <w:sz w:val="22"/>
        </w:rPr>
        <w:t>Well, he's awesome. He's my favorite. he is a medieval German Knight. And he writes an autobiography, towards the end of his life, where he talks about all the stuff that he's been through all the battles that he's fought all of this kind of stuff and, and he's a real sort of like, lad, he gets himself in all kinds of trouble. when he's writing this autobiography. There's a story in there he says, who's got a big feast that was thrown by his uncle who was some kind of noble lord. And he was sat on the hi table next to a Polish guy who had the most gorgeous long, curly blond hair. And guts was unhappy about this guy's hair. he was deeply jealous. Throughout the meal, he flicks flicks the guy's hair. And the Polish guys like just stop, like, what are you doing and the role that he's like, Dude, stop, to the point that they get so angry with one another that they end up dueling with butter knives. On College, furious that he's ruined his party and all that sort of stuff. So yeah,</w:t>
      </w:r>
    </w:p>
    <w:p>
      <w:pPr>
        <w:spacing w:after="0"/>
      </w:pPr>
    </w:p>
    <w:p>
      <w:pPr>
        <w:spacing w:after="0"/>
      </w:pPr>
      <w:r>
        <w:rPr>
          <w:rFonts w:ascii="Arial" w:hAnsi="Arial"/>
          <w:b/>
          <w:sz w:val="22"/>
        </w:rPr>
        <w:t xml:space="preserve">Alice  </w:t>
      </w:r>
      <w:r>
        <w:rPr>
          <w:rFonts w:ascii="Arial" w:hAnsi="Arial"/>
          <w:color w:val="5D7284"/>
          <w:sz w:val="22"/>
        </w:rPr>
        <w:t>19:47</w:t>
      </w:r>
    </w:p>
    <w:p>
      <w:pPr>
        <w:spacing w:after="0"/>
      </w:pPr>
      <w:r>
        <w:rPr>
          <w:rFonts w:ascii="Arial" w:hAnsi="Arial"/>
          <w:sz w:val="22"/>
        </w:rPr>
        <w:t>the god lads.</w:t>
      </w:r>
    </w:p>
    <w:p>
      <w:pPr>
        <w:spacing w:after="0"/>
      </w:pPr>
    </w:p>
    <w:p>
      <w:pPr>
        <w:spacing w:after="0"/>
      </w:pPr>
      <w:r>
        <w:rPr>
          <w:rFonts w:ascii="Arial" w:hAnsi="Arial"/>
          <w:b/>
          <w:sz w:val="22"/>
        </w:rPr>
        <w:t xml:space="preserve">Rachel  </w:t>
      </w:r>
      <w:r>
        <w:rPr>
          <w:rFonts w:ascii="Arial" w:hAnsi="Arial"/>
          <w:color w:val="5D7284"/>
          <w:sz w:val="22"/>
        </w:rPr>
        <w:t>19:51</w:t>
      </w:r>
    </w:p>
    <w:p>
      <w:pPr>
        <w:spacing w:after="0"/>
      </w:pPr>
      <w:r>
        <w:rPr>
          <w:rFonts w:ascii="Arial" w:hAnsi="Arial"/>
          <w:sz w:val="22"/>
        </w:rPr>
        <w:t>it really is. And the typography is all like this. Except for one interesting point in the sort of, I don't know middle of the autobiography where gets the same that this point is acting as a mercenary and that him and his band of troops have been asked to fight a thing called the siege of lambs hook in 1505. And he goes in to the battle. He's got a lot of, you know, renown and prestige. everyone sort of knows he's a good night and a good soldier. And he's riding into the battle riding towards the enemy lines on his, you know, I like to imagine like, you know, what is deed on a horse, and he raises his assault arm, so he raises his right arm above his head. And just he's about to bring it down on the enemy. he gets shot through the arm by a cannonball.</w:t>
      </w:r>
    </w:p>
    <w:p>
      <w:pPr>
        <w:spacing w:after="0"/>
      </w:pPr>
    </w:p>
    <w:p>
      <w:pPr>
        <w:spacing w:after="0"/>
      </w:pPr>
      <w:r>
        <w:rPr>
          <w:rFonts w:ascii="Arial" w:hAnsi="Arial"/>
          <w:b/>
          <w:sz w:val="22"/>
        </w:rPr>
        <w:t xml:space="preserve">Lucy  </w:t>
      </w:r>
      <w:r>
        <w:rPr>
          <w:rFonts w:ascii="Arial" w:hAnsi="Arial"/>
          <w:color w:val="5D7284"/>
          <w:sz w:val="22"/>
        </w:rPr>
        <w:t>20:42</w:t>
      </w:r>
    </w:p>
    <w:p>
      <w:pPr>
        <w:spacing w:after="0"/>
      </w:pPr>
      <w:r>
        <w:rPr>
          <w:rFonts w:ascii="Arial" w:hAnsi="Arial"/>
          <w:sz w:val="22"/>
        </w:rPr>
        <w:t>Oh, in the morning in it, yeah, a little bit. And he, he's funny.</w:t>
      </w:r>
    </w:p>
    <w:p>
      <w:pPr>
        <w:spacing w:after="0"/>
      </w:pPr>
    </w:p>
    <w:p>
      <w:pPr>
        <w:spacing w:after="0"/>
      </w:pPr>
      <w:r>
        <w:rPr>
          <w:rFonts w:ascii="Arial" w:hAnsi="Arial"/>
          <w:b/>
          <w:sz w:val="22"/>
        </w:rPr>
        <w:t xml:space="preserve">Rachel  </w:t>
      </w:r>
      <w:r>
        <w:rPr>
          <w:rFonts w:ascii="Arial" w:hAnsi="Arial"/>
          <w:color w:val="5D7284"/>
          <w:sz w:val="22"/>
        </w:rPr>
        <w:t>20:54</w:t>
      </w:r>
    </w:p>
    <w:p>
      <w:pPr>
        <w:spacing w:after="0"/>
      </w:pPr>
      <w:r>
        <w:rPr>
          <w:rFonts w:ascii="Arial" w:hAnsi="Arial"/>
          <w:sz w:val="22"/>
        </w:rPr>
        <w:t>he says, he looks down. he sees his arm dangling from, quote, a strip of skin.</w:t>
      </w:r>
    </w:p>
    <w:p>
      <w:pPr>
        <w:spacing w:after="0"/>
      </w:pPr>
    </w:p>
    <w:p>
      <w:pPr>
        <w:spacing w:after="0"/>
      </w:pPr>
      <w:r>
        <w:rPr>
          <w:rFonts w:ascii="Arial" w:hAnsi="Arial"/>
          <w:b/>
          <w:sz w:val="22"/>
        </w:rPr>
        <w:t xml:space="preserve">Alice  </w:t>
      </w:r>
      <w:r>
        <w:rPr>
          <w:rFonts w:ascii="Arial" w:hAnsi="Arial"/>
          <w:color w:val="5D7284"/>
          <w:sz w:val="22"/>
        </w:rPr>
        <w:t>21:04</w:t>
      </w:r>
    </w:p>
    <w:p>
      <w:pPr>
        <w:spacing w:after="0"/>
      </w:pPr>
      <w:r>
        <w:rPr>
          <w:rFonts w:ascii="Arial" w:hAnsi="Arial"/>
          <w:sz w:val="22"/>
        </w:rPr>
        <w:t>But he is a bit like the Black Knight in Monty Python where it's just like, it's just the flesh</w:t>
      </w:r>
    </w:p>
    <w:p>
      <w:pPr>
        <w:spacing w:after="0"/>
      </w:pPr>
    </w:p>
    <w:p>
      <w:pPr>
        <w:spacing w:after="0"/>
      </w:pPr>
      <w:r>
        <w:rPr>
          <w:rFonts w:ascii="Arial" w:hAnsi="Arial"/>
          <w:b/>
          <w:sz w:val="22"/>
        </w:rPr>
        <w:t xml:space="preserve">Rachel  </w:t>
      </w:r>
      <w:r>
        <w:rPr>
          <w:rFonts w:ascii="Arial" w:hAnsi="Arial"/>
          <w:color w:val="5D7284"/>
          <w:sz w:val="22"/>
        </w:rPr>
        <w:t>21:10</w:t>
      </w:r>
    </w:p>
    <w:p>
      <w:pPr>
        <w:spacing w:after="0"/>
      </w:pPr>
      <w:r>
        <w:rPr>
          <w:rFonts w:ascii="Arial" w:hAnsi="Arial"/>
          <w:sz w:val="22"/>
        </w:rPr>
        <w:t>is exactly that. he then says, I pretended it didn't matter. It's fine. I calmly turn my host around and went back to my temps. And I'm like, that's not how I'd react. No.</w:t>
      </w:r>
    </w:p>
    <w:p>
      <w:pPr>
        <w:spacing w:after="0"/>
      </w:pPr>
    </w:p>
    <w:p>
      <w:pPr>
        <w:spacing w:after="0"/>
      </w:pPr>
      <w:r>
        <w:rPr>
          <w:rFonts w:ascii="Arial" w:hAnsi="Arial"/>
          <w:b/>
          <w:sz w:val="22"/>
        </w:rPr>
        <w:t xml:space="preserve">Alice  </w:t>
      </w:r>
      <w:r>
        <w:rPr>
          <w:rFonts w:ascii="Arial" w:hAnsi="Arial"/>
          <w:color w:val="5D7284"/>
          <w:sz w:val="22"/>
        </w:rPr>
        <w:t>21:30</w:t>
      </w:r>
    </w:p>
    <w:p>
      <w:pPr>
        <w:spacing w:after="0"/>
      </w:pPr>
      <w:r>
        <w:rPr>
          <w:rFonts w:ascii="Arial" w:hAnsi="Arial"/>
          <w:sz w:val="22"/>
        </w:rPr>
        <w:t>My God. I think I would be mine at minor level hysterical at that point.</w:t>
      </w:r>
    </w:p>
    <w:p>
      <w:pPr>
        <w:spacing w:after="0"/>
      </w:pPr>
    </w:p>
    <w:p>
      <w:pPr>
        <w:spacing w:after="0"/>
      </w:pPr>
      <w:r>
        <w:rPr>
          <w:rFonts w:ascii="Arial" w:hAnsi="Arial"/>
          <w:b/>
          <w:sz w:val="22"/>
        </w:rPr>
        <w:t xml:space="preserve">Theme Tune  </w:t>
      </w:r>
      <w:r>
        <w:rPr>
          <w:rFonts w:ascii="Arial" w:hAnsi="Arial"/>
          <w:color w:val="5D7284"/>
          <w:sz w:val="22"/>
        </w:rPr>
        <w:t>21:34</w:t>
      </w:r>
    </w:p>
    <w:p>
      <w:pPr>
        <w:spacing w:after="0"/>
      </w:pPr>
      <w:r>
        <w:rPr>
          <w:rFonts w:ascii="Arial" w:hAnsi="Arial"/>
          <w:sz w:val="22"/>
        </w:rPr>
        <w:t>Yeah, yeah. Who,</w:t>
      </w:r>
    </w:p>
    <w:p>
      <w:pPr>
        <w:spacing w:after="0"/>
      </w:pPr>
    </w:p>
    <w:p>
      <w:pPr>
        <w:spacing w:after="0"/>
      </w:pPr>
      <w:r>
        <w:rPr>
          <w:rFonts w:ascii="Arial" w:hAnsi="Arial"/>
          <w:b/>
          <w:sz w:val="22"/>
        </w:rPr>
        <w:t xml:space="preserve">Rachel  </w:t>
      </w:r>
      <w:r>
        <w:rPr>
          <w:rFonts w:ascii="Arial" w:hAnsi="Arial"/>
          <w:color w:val="5D7284"/>
          <w:sz w:val="22"/>
        </w:rPr>
        <w:t>21:42</w:t>
      </w:r>
    </w:p>
    <w:p>
      <w:pPr>
        <w:spacing w:after="0"/>
      </w:pPr>
      <w:r>
        <w:rPr>
          <w:rFonts w:ascii="Arial" w:hAnsi="Arial"/>
          <w:sz w:val="22"/>
        </w:rPr>
        <w:t>he then reveals that the cannonball had not been shot by the enemies. it had come from behind him. it was fun. Outside. it was friendly fire. So all kinds of danger.</w:t>
      </w:r>
    </w:p>
    <w:p>
      <w:pPr>
        <w:spacing w:after="0"/>
      </w:pPr>
    </w:p>
    <w:p>
      <w:pPr>
        <w:spacing w:after="0"/>
      </w:pPr>
      <w:r>
        <w:rPr>
          <w:rFonts w:ascii="Arial" w:hAnsi="Arial"/>
          <w:b/>
          <w:sz w:val="22"/>
        </w:rPr>
        <w:t xml:space="preserve">Alice  </w:t>
      </w:r>
      <w:r>
        <w:rPr>
          <w:rFonts w:ascii="Arial" w:hAnsi="Arial"/>
          <w:color w:val="5D7284"/>
          <w:sz w:val="22"/>
        </w:rPr>
        <w:t>21:55</w:t>
      </w:r>
    </w:p>
    <w:p>
      <w:pPr>
        <w:spacing w:after="0"/>
      </w:pPr>
      <w:r>
        <w:rPr>
          <w:rFonts w:ascii="Arial" w:hAnsi="Arial"/>
          <w:sz w:val="22"/>
        </w:rPr>
        <w:t>guy come coming off the Christmas card. for sure.</w:t>
      </w:r>
    </w:p>
    <w:p>
      <w:pPr>
        <w:spacing w:after="0"/>
      </w:pPr>
    </w:p>
    <w:p>
      <w:pPr>
        <w:spacing w:after="0"/>
      </w:pPr>
      <w:r>
        <w:rPr>
          <w:rFonts w:ascii="Arial" w:hAnsi="Arial"/>
          <w:b/>
          <w:sz w:val="22"/>
        </w:rPr>
        <w:t xml:space="preserve">Lucy  </w:t>
      </w:r>
      <w:r>
        <w:rPr>
          <w:rFonts w:ascii="Arial" w:hAnsi="Arial"/>
          <w:color w:val="5D7284"/>
          <w:sz w:val="22"/>
        </w:rPr>
        <w:t>21:59</w:t>
      </w:r>
    </w:p>
    <w:p>
      <w:pPr>
        <w:spacing w:after="0"/>
      </w:pPr>
      <w:r>
        <w:rPr>
          <w:rFonts w:ascii="Arial" w:hAnsi="Arial"/>
          <w:sz w:val="22"/>
        </w:rPr>
        <w:t>Again, I'd be like, by May.</w:t>
      </w:r>
    </w:p>
    <w:p>
      <w:pPr>
        <w:spacing w:after="0"/>
      </w:pPr>
    </w:p>
    <w:p>
      <w:pPr>
        <w:spacing w:after="0"/>
      </w:pPr>
      <w:r>
        <w:rPr>
          <w:rFonts w:ascii="Arial" w:hAnsi="Arial"/>
          <w:b/>
          <w:sz w:val="22"/>
        </w:rPr>
        <w:t xml:space="preserve">Alice  </w:t>
      </w:r>
      <w:r>
        <w:rPr>
          <w:rFonts w:ascii="Arial" w:hAnsi="Arial"/>
          <w:color w:val="5D7284"/>
          <w:sz w:val="22"/>
        </w:rPr>
        <w:t>22:03</w:t>
      </w:r>
    </w:p>
    <w:p>
      <w:pPr>
        <w:spacing w:after="0"/>
      </w:pPr>
      <w:r>
        <w:rPr>
          <w:rFonts w:ascii="Arial" w:hAnsi="Arial"/>
          <w:sz w:val="22"/>
        </w:rPr>
        <w:t>Did he lose his arm? Then? I assume?</w:t>
      </w:r>
    </w:p>
    <w:p>
      <w:pPr>
        <w:spacing w:after="0"/>
      </w:pPr>
    </w:p>
    <w:p>
      <w:pPr>
        <w:spacing w:after="0"/>
      </w:pPr>
      <w:r>
        <w:rPr>
          <w:rFonts w:ascii="Arial" w:hAnsi="Arial"/>
          <w:b/>
          <w:sz w:val="22"/>
        </w:rPr>
        <w:t xml:space="preserve">Rachel  </w:t>
      </w:r>
      <w:r>
        <w:rPr>
          <w:rFonts w:ascii="Arial" w:hAnsi="Arial"/>
          <w:color w:val="5D7284"/>
          <w:sz w:val="22"/>
        </w:rPr>
        <w:t>22:05</w:t>
      </w:r>
    </w:p>
    <w:p>
      <w:pPr>
        <w:spacing w:after="0"/>
      </w:pPr>
      <w:r>
        <w:rPr>
          <w:rFonts w:ascii="Arial" w:hAnsi="Arial"/>
          <w:sz w:val="22"/>
        </w:rPr>
        <w:t>Yeah. So he has to have a battlefield amputation. And he doesn't talk about that. We don't know whether he was conscious or not during that, but he doesn't recount that in his autobiography.</w:t>
      </w:r>
    </w:p>
    <w:p>
      <w:pPr>
        <w:spacing w:after="0"/>
      </w:pPr>
    </w:p>
    <w:p>
      <w:pPr>
        <w:spacing w:after="0"/>
      </w:pPr>
      <w:r>
        <w:rPr>
          <w:rFonts w:ascii="Arial" w:hAnsi="Arial"/>
          <w:b/>
          <w:sz w:val="22"/>
        </w:rPr>
        <w:t xml:space="preserve">Lucy  </w:t>
      </w:r>
      <w:r>
        <w:rPr>
          <w:rFonts w:ascii="Arial" w:hAnsi="Arial"/>
          <w:color w:val="5D7284"/>
          <w:sz w:val="22"/>
        </w:rPr>
        <w:t>22:15</w:t>
      </w:r>
    </w:p>
    <w:p>
      <w:pPr>
        <w:spacing w:after="0"/>
      </w:pPr>
      <w:r>
        <w:rPr>
          <w:rFonts w:ascii="Arial" w:hAnsi="Arial"/>
          <w:sz w:val="22"/>
        </w:rPr>
        <w:t>because there's no man aesthetic is that like that, like, if you aren't coming off, it's coming? Yeah,</w:t>
      </w:r>
    </w:p>
    <w:p>
      <w:pPr>
        <w:spacing w:after="0"/>
      </w:pPr>
    </w:p>
    <w:p>
      <w:pPr>
        <w:spacing w:after="0"/>
      </w:pPr>
      <w:r>
        <w:rPr>
          <w:rFonts w:ascii="Arial" w:hAnsi="Arial"/>
          <w:b/>
          <w:sz w:val="22"/>
        </w:rPr>
        <w:t xml:space="preserve">Rachel  </w:t>
      </w:r>
      <w:r>
        <w:rPr>
          <w:rFonts w:ascii="Arial" w:hAnsi="Arial"/>
          <w:color w:val="5D7284"/>
          <w:sz w:val="22"/>
        </w:rPr>
        <w:t>22:21</w:t>
      </w:r>
    </w:p>
    <w:p>
      <w:pPr>
        <w:spacing w:after="0"/>
      </w:pPr>
      <w:r>
        <w:rPr>
          <w:rFonts w:ascii="Arial" w:hAnsi="Arial"/>
          <w:sz w:val="22"/>
        </w:rPr>
        <w:t>you've kind of got like poppy seeds and opioids and you've got booze. That's sort of you're not really Oh, I</w:t>
      </w:r>
    </w:p>
    <w:p>
      <w:pPr>
        <w:spacing w:after="0"/>
      </w:pPr>
    </w:p>
    <w:p>
      <w:pPr>
        <w:spacing w:after="0"/>
      </w:pPr>
      <w:r>
        <w:rPr>
          <w:rFonts w:ascii="Arial" w:hAnsi="Arial"/>
          <w:b/>
          <w:sz w:val="22"/>
        </w:rPr>
        <w:t xml:space="preserve">Lucy  </w:t>
      </w:r>
      <w:r>
        <w:rPr>
          <w:rFonts w:ascii="Arial" w:hAnsi="Arial"/>
          <w:color w:val="5D7284"/>
          <w:sz w:val="22"/>
        </w:rPr>
        <w:t>22:27</w:t>
      </w:r>
    </w:p>
    <w:p>
      <w:pPr>
        <w:spacing w:after="0"/>
      </w:pPr>
      <w:r>
        <w:rPr>
          <w:rFonts w:ascii="Arial" w:hAnsi="Arial"/>
          <w:sz w:val="22"/>
        </w:rPr>
        <w:t>would have a gin</w:t>
      </w:r>
    </w:p>
    <w:p>
      <w:pPr>
        <w:spacing w:after="0"/>
      </w:pPr>
    </w:p>
    <w:p>
      <w:pPr>
        <w:spacing w:after="0"/>
      </w:pPr>
      <w:r>
        <w:rPr>
          <w:rFonts w:ascii="Arial" w:hAnsi="Arial"/>
          <w:b/>
          <w:sz w:val="22"/>
        </w:rPr>
        <w:t xml:space="preserve">Alice  </w:t>
      </w:r>
      <w:r>
        <w:rPr>
          <w:rFonts w:ascii="Arial" w:hAnsi="Arial"/>
          <w:color w:val="5D7284"/>
          <w:sz w:val="22"/>
        </w:rPr>
        <w:t>22:31</w:t>
      </w:r>
    </w:p>
    <w:p>
      <w:pPr>
        <w:spacing w:after="0"/>
      </w:pPr>
      <w:r>
        <w:rPr>
          <w:rFonts w:ascii="Arial" w:hAnsi="Arial"/>
          <w:sz w:val="22"/>
        </w:rPr>
        <w:t>funnel Ori directly into your just into your liver.</w:t>
      </w:r>
    </w:p>
    <w:p>
      <w:pPr>
        <w:spacing w:after="0"/>
      </w:pPr>
    </w:p>
    <w:p>
      <w:pPr>
        <w:spacing w:after="0"/>
      </w:pPr>
      <w:r>
        <w:rPr>
          <w:rFonts w:ascii="Arial" w:hAnsi="Arial"/>
          <w:b/>
          <w:sz w:val="22"/>
        </w:rPr>
        <w:t xml:space="preserve">Lucy  </w:t>
      </w:r>
      <w:r>
        <w:rPr>
          <w:rFonts w:ascii="Arial" w:hAnsi="Arial"/>
          <w:color w:val="5D7284"/>
          <w:sz w:val="22"/>
        </w:rPr>
        <w:t>22:36</w:t>
      </w:r>
    </w:p>
    <w:p>
      <w:pPr>
        <w:spacing w:after="0"/>
      </w:pPr>
      <w:r>
        <w:rPr>
          <w:rFonts w:ascii="Arial" w:hAnsi="Arial"/>
          <w:sz w:val="22"/>
        </w:rPr>
        <w:t>Somebody's talking to me just to go. It's alright. It's gonna work a bit. But I'm here to talk to you just to take a</w:t>
      </w:r>
    </w:p>
    <w:p>
      <w:pPr>
        <w:spacing w:after="0"/>
      </w:pPr>
    </w:p>
    <w:p>
      <w:pPr>
        <w:spacing w:after="0"/>
      </w:pPr>
      <w:r>
        <w:rPr>
          <w:rFonts w:ascii="Arial" w:hAnsi="Arial"/>
          <w:b/>
          <w:sz w:val="22"/>
        </w:rPr>
        <w:t xml:space="preserve">Alice  </w:t>
      </w:r>
      <w:r>
        <w:rPr>
          <w:rFonts w:ascii="Arial" w:hAnsi="Arial"/>
          <w:color w:val="5D7284"/>
          <w:sz w:val="22"/>
        </w:rPr>
        <w:t>22:43</w:t>
      </w:r>
    </w:p>
    <w:p>
      <w:pPr>
        <w:spacing w:after="0"/>
      </w:pPr>
      <w:r>
        <w:rPr>
          <w:rFonts w:ascii="Arial" w:hAnsi="Arial"/>
          <w:sz w:val="22"/>
        </w:rPr>
        <w:t>look. I, I have read little bits about Battlefield amputations during the American Civil War. And those were horrific. And that was, what nearly 400 years later, like, yeah, God,</w:t>
      </w:r>
    </w:p>
    <w:p>
      <w:pPr>
        <w:spacing w:after="0"/>
      </w:pPr>
    </w:p>
    <w:p>
      <w:pPr>
        <w:spacing w:after="0"/>
      </w:pPr>
      <w:r>
        <w:rPr>
          <w:rFonts w:ascii="Arial" w:hAnsi="Arial"/>
          <w:b/>
          <w:sz w:val="22"/>
        </w:rPr>
        <w:t xml:space="preserve">Lucy  </w:t>
      </w:r>
      <w:r>
        <w:rPr>
          <w:rFonts w:ascii="Arial" w:hAnsi="Arial"/>
          <w:color w:val="5D7284"/>
          <w:sz w:val="22"/>
        </w:rPr>
        <w:t>23:01</w:t>
      </w:r>
    </w:p>
    <w:p>
      <w:pPr>
        <w:spacing w:after="0"/>
      </w:pPr>
      <w:r>
        <w:rPr>
          <w:rFonts w:ascii="Arial" w:hAnsi="Arial"/>
          <w:sz w:val="22"/>
        </w:rPr>
        <w:t>if you are in that much agony with your arm that sort of like dangling by a piece of like a thread, basically, that it's almost a relief to get it.</w:t>
      </w:r>
    </w:p>
    <w:p>
      <w:pPr>
        <w:spacing w:after="0"/>
      </w:pPr>
    </w:p>
    <w:p>
      <w:pPr>
        <w:spacing w:after="0"/>
      </w:pPr>
      <w:r>
        <w:rPr>
          <w:rFonts w:ascii="Arial" w:hAnsi="Arial"/>
          <w:b/>
          <w:sz w:val="22"/>
        </w:rPr>
        <w:t xml:space="preserve">Alice  </w:t>
      </w:r>
      <w:r>
        <w:rPr>
          <w:rFonts w:ascii="Arial" w:hAnsi="Arial"/>
          <w:color w:val="5D7284"/>
          <w:sz w:val="22"/>
        </w:rPr>
        <w:t>23:12</w:t>
      </w:r>
    </w:p>
    <w:p>
      <w:pPr>
        <w:spacing w:after="0"/>
      </w:pPr>
      <w:r>
        <w:rPr>
          <w:rFonts w:ascii="Arial" w:hAnsi="Arial"/>
          <w:sz w:val="22"/>
        </w:rPr>
        <w:t>It's it's the level of damage, though, isn't it? because if it's like if you've had your like, crushed under a horse or something, and then some focus still got sore it off. Like that versus like a snip? because it's just my opinion.</w:t>
      </w:r>
    </w:p>
    <w:p>
      <w:pPr>
        <w:spacing w:after="0"/>
      </w:pPr>
    </w:p>
    <w:p>
      <w:pPr>
        <w:spacing w:after="0"/>
      </w:pPr>
      <w:r>
        <w:rPr>
          <w:rFonts w:ascii="Arial" w:hAnsi="Arial"/>
          <w:b/>
          <w:sz w:val="22"/>
        </w:rPr>
        <w:t xml:space="preserve">Rachel  </w:t>
      </w:r>
      <w:r>
        <w:rPr>
          <w:rFonts w:ascii="Arial" w:hAnsi="Arial"/>
          <w:color w:val="5D7284"/>
          <w:sz w:val="22"/>
        </w:rPr>
        <w:t>23:27</w:t>
      </w:r>
    </w:p>
    <w:p>
      <w:pPr>
        <w:spacing w:after="0"/>
      </w:pPr>
      <w:r>
        <w:rPr>
          <w:rFonts w:ascii="Arial" w:hAnsi="Arial"/>
          <w:sz w:val="22"/>
        </w:rPr>
        <w:t>Yeah, and I wish I have a warning at the beginning. Um, so yeah, so we don't know exactly the extent of his injury other than like his arm did eventually come off. And what's super interesting about this, though, is that in the autobiography, he then spent, like, a significant amount of time talking about his value as a knight being attached to the fact that he had an arm, and he used his arm for fighting. And he talks about, you know, he sort of gets really quite dark and sort of suicidal in his thoughts, and ask God to let him die because he can't continue to fill his function as a night without his arm. And what is the point of living if he can't work as a knight like he's used to, because it's so tied to his masculinity, and its status and society and all of these things, which goes back to this sort of industrial revolution idea of your worth being tied to your sort of occupation and your ability to perform in that occupation. So he's praying for death, and all these other very sort of sad, bleak things. when he gets almost like a kind of divine vision, he says, he says that God reminded him of another night that he'd wants met, you had a prosthetic arm. And he goes, cool, okay, I'm gonna go commission one of those, and I'm gonna go back to being a knight and everything's gonna be fine. And that is almost the last time he mentioned the arm in the autobiography. Really? Yeah. The</w:t>
      </w:r>
    </w:p>
    <w:p>
      <w:pPr>
        <w:spacing w:after="0"/>
      </w:pPr>
    </w:p>
    <w:p>
      <w:pPr>
        <w:spacing w:after="0"/>
      </w:pPr>
      <w:r>
        <w:rPr>
          <w:rFonts w:ascii="Arial" w:hAnsi="Arial"/>
          <w:b/>
          <w:sz w:val="22"/>
        </w:rPr>
        <w:t xml:space="preserve">Lucy  </w:t>
      </w:r>
      <w:r>
        <w:rPr>
          <w:rFonts w:ascii="Arial" w:hAnsi="Arial"/>
          <w:color w:val="5D7284"/>
          <w:sz w:val="22"/>
        </w:rPr>
        <w:t>24:59</w:t>
      </w:r>
    </w:p>
    <w:p>
      <w:pPr>
        <w:spacing w:after="0"/>
      </w:pPr>
      <w:r>
        <w:rPr>
          <w:rFonts w:ascii="Arial" w:hAnsi="Arial"/>
          <w:sz w:val="22"/>
        </w:rPr>
        <w:t>he had a prosthetic arm. Yeah, aid. Yeah. And continued to be night. Yeah, you weren't limited.</w:t>
      </w:r>
    </w:p>
    <w:p>
      <w:pPr>
        <w:spacing w:after="0"/>
      </w:pPr>
    </w:p>
    <w:p>
      <w:pPr>
        <w:spacing w:after="0"/>
      </w:pPr>
      <w:r>
        <w:rPr>
          <w:rFonts w:ascii="Arial" w:hAnsi="Arial"/>
          <w:b/>
          <w:sz w:val="22"/>
        </w:rPr>
        <w:t xml:space="preserve">Rachel  </w:t>
      </w:r>
      <w:r>
        <w:rPr>
          <w:rFonts w:ascii="Arial" w:hAnsi="Arial"/>
          <w:color w:val="5D7284"/>
          <w:sz w:val="22"/>
        </w:rPr>
        <w:t>25:08</w:t>
      </w:r>
    </w:p>
    <w:p>
      <w:pPr>
        <w:spacing w:after="0"/>
      </w:pPr>
      <w:r>
        <w:rPr>
          <w:rFonts w:ascii="Arial" w:hAnsi="Arial"/>
          <w:sz w:val="22"/>
        </w:rPr>
        <w:t>Limited. Straight back to it. he went back to fighting. he was in battles. he was meeting dignitaries. he was just as effective for like, he was</w:t>
      </w:r>
    </w:p>
    <w:p>
      <w:pPr>
        <w:spacing w:after="0"/>
      </w:pPr>
    </w:p>
    <w:p>
      <w:pPr>
        <w:spacing w:after="0"/>
      </w:pPr>
      <w:r>
        <w:rPr>
          <w:rFonts w:ascii="Arial" w:hAnsi="Arial"/>
          <w:b/>
          <w:sz w:val="22"/>
        </w:rPr>
        <w:t xml:space="preserve">Alice  </w:t>
      </w:r>
      <w:r>
        <w:rPr>
          <w:rFonts w:ascii="Arial" w:hAnsi="Arial"/>
          <w:color w:val="5D7284"/>
          <w:sz w:val="22"/>
        </w:rPr>
        <w:t>25:17</w:t>
      </w:r>
    </w:p>
    <w:p>
      <w:pPr>
        <w:spacing w:after="0"/>
      </w:pPr>
      <w:r>
        <w:rPr>
          <w:rFonts w:ascii="Arial" w:hAnsi="Arial"/>
          <w:sz w:val="22"/>
        </w:rPr>
        <w:t>truly with Gutten. I don't know.</w:t>
      </w:r>
    </w:p>
    <w:p>
      <w:pPr>
        <w:spacing w:after="0"/>
      </w:pPr>
    </w:p>
    <w:p>
      <w:pPr>
        <w:spacing w:after="0"/>
      </w:pPr>
      <w:r>
        <w:rPr>
          <w:rFonts w:ascii="Arial" w:hAnsi="Arial"/>
          <w:b/>
          <w:sz w:val="22"/>
        </w:rPr>
        <w:t xml:space="preserve">Lucy  </w:t>
      </w:r>
      <w:r>
        <w:rPr>
          <w:rFonts w:ascii="Arial" w:hAnsi="Arial"/>
          <w:color w:val="5D7284"/>
          <w:sz w:val="22"/>
        </w:rPr>
        <w:t>25:22</w:t>
      </w:r>
    </w:p>
    <w:p>
      <w:pPr>
        <w:spacing w:after="0"/>
      </w:pPr>
      <w:r>
        <w:rPr>
          <w:rFonts w:ascii="Arial" w:hAnsi="Arial"/>
          <w:sz w:val="22"/>
        </w:rPr>
        <w:t>I take it you could like move the arm. it wasn't just was it? Or was it just like a show arm of like, here's an arm, but doesn't really do anything kind of arm? What was it made up of?</w:t>
      </w:r>
    </w:p>
    <w:p>
      <w:pPr>
        <w:spacing w:after="0"/>
      </w:pPr>
    </w:p>
    <w:p>
      <w:pPr>
        <w:spacing w:after="0"/>
      </w:pPr>
      <w:r>
        <w:rPr>
          <w:rFonts w:ascii="Arial" w:hAnsi="Arial"/>
          <w:b/>
          <w:sz w:val="22"/>
        </w:rPr>
        <w:t xml:space="preserve">Rachel  </w:t>
      </w:r>
      <w:r>
        <w:rPr>
          <w:rFonts w:ascii="Arial" w:hAnsi="Arial"/>
          <w:color w:val="5D7284"/>
          <w:sz w:val="22"/>
        </w:rPr>
        <w:t>25:32</w:t>
      </w:r>
    </w:p>
    <w:p>
      <w:pPr>
        <w:spacing w:after="0"/>
      </w:pPr>
      <w:r>
        <w:rPr>
          <w:rFonts w:ascii="Arial" w:hAnsi="Arial"/>
          <w:sz w:val="22"/>
        </w:rPr>
        <w:t>Oh, so these are my favorite things. They are so cool. So whenever I say like, oh, yeah, medieval prestige. These people go wooden legs or all these kinds of things. And I go Haha, no. So the things that these knights had commissioned, and I found about just over 30 of them surviving to the present day, are fully mechanized, they look really kind of steampunky.</w:t>
      </w:r>
    </w:p>
    <w:p>
      <w:pPr>
        <w:spacing w:after="0"/>
      </w:pPr>
    </w:p>
    <w:p>
      <w:pPr>
        <w:spacing w:after="0"/>
      </w:pPr>
      <w:r>
        <w:rPr>
          <w:rFonts w:ascii="Arial" w:hAnsi="Arial"/>
          <w:b/>
          <w:sz w:val="22"/>
        </w:rPr>
        <w:t xml:space="preserve">Lucy  </w:t>
      </w:r>
      <w:r>
        <w:rPr>
          <w:rFonts w:ascii="Arial" w:hAnsi="Arial"/>
          <w:color w:val="5D7284"/>
          <w:sz w:val="22"/>
        </w:rPr>
        <w:t>25:57</w:t>
      </w:r>
    </w:p>
    <w:p>
      <w:pPr>
        <w:spacing w:after="0"/>
      </w:pPr>
      <w:r>
        <w:rPr>
          <w:rFonts w:ascii="Arial" w:hAnsi="Arial"/>
          <w:sz w:val="22"/>
        </w:rPr>
        <w:t>Yes, amazing. The fingers</w:t>
      </w:r>
    </w:p>
    <w:p>
      <w:pPr>
        <w:spacing w:after="0"/>
      </w:pPr>
    </w:p>
    <w:p>
      <w:pPr>
        <w:spacing w:after="0"/>
      </w:pPr>
      <w:r>
        <w:rPr>
          <w:rFonts w:ascii="Arial" w:hAnsi="Arial"/>
          <w:b/>
          <w:sz w:val="22"/>
        </w:rPr>
        <w:t xml:space="preserve">Rachel  </w:t>
      </w:r>
      <w:r>
        <w:rPr>
          <w:rFonts w:ascii="Arial" w:hAnsi="Arial"/>
          <w:color w:val="5D7284"/>
          <w:sz w:val="22"/>
        </w:rPr>
        <w:t>25:58</w:t>
      </w:r>
    </w:p>
    <w:p>
      <w:pPr>
        <w:spacing w:after="0"/>
      </w:pPr>
      <w:r>
        <w:rPr>
          <w:rFonts w:ascii="Arial" w:hAnsi="Arial"/>
          <w:sz w:val="22"/>
        </w:rPr>
        <w:t>are all movable, they operate on a kind of like cog system. So you can fix the fingers into different shapes and have kind of positions. They</w:t>
      </w:r>
    </w:p>
    <w:p>
      <w:pPr>
        <w:spacing w:after="0"/>
      </w:pPr>
    </w:p>
    <w:p>
      <w:pPr>
        <w:spacing w:after="0"/>
      </w:pPr>
      <w:r>
        <w:rPr>
          <w:rFonts w:ascii="Arial" w:hAnsi="Arial"/>
          <w:b/>
          <w:sz w:val="22"/>
        </w:rPr>
        <w:t xml:space="preserve">Alice  </w:t>
      </w:r>
      <w:r>
        <w:rPr>
          <w:rFonts w:ascii="Arial" w:hAnsi="Arial"/>
          <w:color w:val="5D7284"/>
          <w:sz w:val="22"/>
        </w:rPr>
        <w:t>26:08</w:t>
      </w:r>
    </w:p>
    <w:p>
      <w:pPr>
        <w:spacing w:after="0"/>
      </w:pPr>
      <w:r>
        <w:rPr>
          <w:rFonts w:ascii="Arial" w:hAnsi="Arial"/>
          <w:sz w:val="22"/>
        </w:rPr>
        <w:t>would be fork shaped.</w:t>
      </w:r>
    </w:p>
    <w:p>
      <w:pPr>
        <w:spacing w:after="0"/>
      </w:pPr>
    </w:p>
    <w:p>
      <w:pPr>
        <w:spacing w:after="0"/>
      </w:pPr>
      <w:r>
        <w:rPr>
          <w:rFonts w:ascii="Arial" w:hAnsi="Arial"/>
          <w:b/>
          <w:sz w:val="22"/>
        </w:rPr>
        <w:t xml:space="preserve">Lucy  </w:t>
      </w:r>
      <w:r>
        <w:rPr>
          <w:rFonts w:ascii="Arial" w:hAnsi="Arial"/>
          <w:color w:val="5D7284"/>
          <w:sz w:val="22"/>
        </w:rPr>
        <w:t>26:15</w:t>
      </w:r>
    </w:p>
    <w:p>
      <w:pPr>
        <w:spacing w:after="0"/>
      </w:pPr>
      <w:r>
        <w:rPr>
          <w:rFonts w:ascii="Arial" w:hAnsi="Arial"/>
          <w:sz w:val="22"/>
        </w:rPr>
        <w:t>Always ready for dinner?</w:t>
      </w:r>
    </w:p>
    <w:p>
      <w:pPr>
        <w:spacing w:after="0"/>
      </w:pPr>
    </w:p>
    <w:p>
      <w:pPr>
        <w:spacing w:after="0"/>
      </w:pPr>
      <w:r>
        <w:rPr>
          <w:rFonts w:ascii="Arial" w:hAnsi="Arial"/>
          <w:b/>
          <w:sz w:val="22"/>
        </w:rPr>
        <w:t xml:space="preserve">Rachel  </w:t>
      </w:r>
      <w:r>
        <w:rPr>
          <w:rFonts w:ascii="Arial" w:hAnsi="Arial"/>
          <w:color w:val="5D7284"/>
          <w:sz w:val="22"/>
        </w:rPr>
        <w:t>26:18</w:t>
      </w:r>
    </w:p>
    <w:p>
      <w:pPr>
        <w:spacing w:after="0"/>
      </w:pPr>
      <w:r>
        <w:rPr>
          <w:rFonts w:ascii="Arial" w:hAnsi="Arial"/>
          <w:sz w:val="22"/>
        </w:rPr>
        <w:t>There is sort of a Victorian Period actually. you can take the hand off and replace it with a fork kind of</w:t>
      </w:r>
    </w:p>
    <w:p>
      <w:pPr>
        <w:spacing w:after="0"/>
      </w:pPr>
    </w:p>
    <w:p>
      <w:pPr>
        <w:spacing w:after="0"/>
      </w:pPr>
      <w:r>
        <w:rPr>
          <w:rFonts w:ascii="Arial" w:hAnsi="Arial"/>
          <w:b/>
          <w:sz w:val="22"/>
        </w:rPr>
        <w:t xml:space="preserve">Alice  </w:t>
      </w:r>
      <w:r>
        <w:rPr>
          <w:rFonts w:ascii="Arial" w:hAnsi="Arial"/>
          <w:color w:val="5D7284"/>
          <w:sz w:val="22"/>
        </w:rPr>
        <w:t>26:31</w:t>
      </w:r>
    </w:p>
    <w:p>
      <w:pPr>
        <w:spacing w:after="0"/>
      </w:pPr>
      <w:r>
        <w:rPr>
          <w:rFonts w:ascii="Arial" w:hAnsi="Arial"/>
          <w:sz w:val="22"/>
        </w:rPr>
        <w:t>gold plated one for Best.</w:t>
      </w:r>
    </w:p>
    <w:p>
      <w:pPr>
        <w:spacing w:after="0"/>
      </w:pPr>
    </w:p>
    <w:p>
      <w:pPr>
        <w:spacing w:after="0"/>
      </w:pPr>
      <w:r>
        <w:rPr>
          <w:rFonts w:ascii="Arial" w:hAnsi="Arial"/>
          <w:b/>
          <w:sz w:val="22"/>
        </w:rPr>
        <w:t xml:space="preserve">Lucy  </w:t>
      </w:r>
      <w:r>
        <w:rPr>
          <w:rFonts w:ascii="Arial" w:hAnsi="Arial"/>
          <w:color w:val="5D7284"/>
          <w:sz w:val="22"/>
        </w:rPr>
        <w:t>26:33</w:t>
      </w:r>
    </w:p>
    <w:p>
      <w:pPr>
        <w:spacing w:after="0"/>
      </w:pPr>
      <w:r>
        <w:rPr>
          <w:rFonts w:ascii="Arial" w:hAnsi="Arial"/>
          <w:sz w:val="22"/>
        </w:rPr>
        <w:t>Please leave us alone. She's got a fork. And she's eating leave her alone. Does that Oh, that is so could you think of medieval times? do you think very early? Like basic? That'll do kind of jobs. But no to have like mechanical fingers that move and stuff? Yeah, it was so cool. Really quite surprising.</w:t>
      </w:r>
    </w:p>
    <w:p>
      <w:pPr>
        <w:spacing w:after="0"/>
      </w:pPr>
    </w:p>
    <w:p>
      <w:pPr>
        <w:spacing w:after="0"/>
      </w:pPr>
      <w:r>
        <w:rPr>
          <w:rFonts w:ascii="Arial" w:hAnsi="Arial"/>
          <w:b/>
          <w:sz w:val="22"/>
        </w:rPr>
        <w:t xml:space="preserve">Rachel  </w:t>
      </w:r>
      <w:r>
        <w:rPr>
          <w:rFonts w:ascii="Arial" w:hAnsi="Arial"/>
          <w:color w:val="5D7284"/>
          <w:sz w:val="22"/>
        </w:rPr>
        <w:t>26:58</w:t>
      </w:r>
    </w:p>
    <w:p>
      <w:pPr>
        <w:spacing w:after="0"/>
      </w:pPr>
      <w:r>
        <w:rPr>
          <w:rFonts w:ascii="Arial" w:hAnsi="Arial"/>
          <w:sz w:val="22"/>
        </w:rPr>
        <w:t>Yeah. And I mean, these were only for the elites, they would have cost 10s of 1000s in today's money. Yeah. So they're not something that you can just sort of is a regular medieval person working on a farm or whatever. But But yeah, they require like the work like collaboratively? Well, again, operatively, of blacksmiths, locksmiths, sort of. In some cases, you're gonna have maybe like kind of jewelers or people who work kind of like those fine kind of metalwork and design skills if you want a really fancy one. So there's sort of</w:t>
      </w:r>
    </w:p>
    <w:p>
      <w:pPr>
        <w:spacing w:after="0"/>
      </w:pPr>
    </w:p>
    <w:p>
      <w:pPr>
        <w:spacing w:after="0"/>
      </w:pPr>
      <w:r>
        <w:rPr>
          <w:rFonts w:ascii="Arial" w:hAnsi="Arial"/>
          <w:b/>
          <w:sz w:val="22"/>
        </w:rPr>
        <w:t xml:space="preserve">Alice  </w:t>
      </w:r>
      <w:r>
        <w:rPr>
          <w:rFonts w:ascii="Arial" w:hAnsi="Arial"/>
          <w:color w:val="5D7284"/>
          <w:sz w:val="22"/>
        </w:rPr>
        <w:t>27:38</w:t>
      </w:r>
    </w:p>
    <w:p>
      <w:pPr>
        <w:spacing w:after="0"/>
      </w:pPr>
      <w:r>
        <w:rPr>
          <w:rFonts w:ascii="Arial" w:hAnsi="Arial"/>
          <w:sz w:val="22"/>
        </w:rPr>
        <w:t>legit thought you were gonna say wizards. That list was missing,</w:t>
      </w:r>
    </w:p>
    <w:p>
      <w:pPr>
        <w:spacing w:after="0"/>
      </w:pPr>
    </w:p>
    <w:p>
      <w:pPr>
        <w:spacing w:after="0"/>
      </w:pPr>
      <w:r>
        <w:rPr>
          <w:rFonts w:ascii="Arial" w:hAnsi="Arial"/>
          <w:b/>
          <w:sz w:val="22"/>
        </w:rPr>
        <w:t xml:space="preserve">Lucy  </w:t>
      </w:r>
      <w:r>
        <w:rPr>
          <w:rFonts w:ascii="Arial" w:hAnsi="Arial"/>
          <w:color w:val="5D7284"/>
          <w:sz w:val="22"/>
        </w:rPr>
        <w:t>27:43</w:t>
      </w:r>
    </w:p>
    <w:p>
      <w:pPr>
        <w:spacing w:after="0"/>
      </w:pPr>
      <w:r>
        <w:rPr>
          <w:rFonts w:ascii="Arial" w:hAnsi="Arial"/>
          <w:sz w:val="22"/>
        </w:rPr>
        <w:t>I would definitely have rhinestones in mind. I'm a big fan of Dolly Parton kind of rhinestones. And I would definitely have like some sort of Bejeweled hands that just hello, everybody, wave, my waving hand. hello,</w:t>
      </w:r>
    </w:p>
    <w:p>
      <w:pPr>
        <w:spacing w:after="0"/>
      </w:pPr>
    </w:p>
    <w:p>
      <w:pPr>
        <w:spacing w:after="0"/>
      </w:pPr>
      <w:r>
        <w:rPr>
          <w:rFonts w:ascii="Arial" w:hAnsi="Arial"/>
          <w:b/>
          <w:sz w:val="22"/>
        </w:rPr>
        <w:t xml:space="preserve">Alice  </w:t>
      </w:r>
      <w:r>
        <w:rPr>
          <w:rFonts w:ascii="Arial" w:hAnsi="Arial"/>
          <w:color w:val="5D7284"/>
          <w:sz w:val="22"/>
        </w:rPr>
        <w:t>28:01</w:t>
      </w:r>
    </w:p>
    <w:p>
      <w:pPr>
        <w:spacing w:after="0"/>
      </w:pPr>
      <w:r>
        <w:rPr>
          <w:rFonts w:ascii="Arial" w:hAnsi="Arial"/>
          <w:sz w:val="22"/>
        </w:rPr>
        <w:t>which is not</w:t>
      </w:r>
    </w:p>
    <w:p>
      <w:pPr>
        <w:spacing w:after="0"/>
      </w:pPr>
    </w:p>
    <w:p>
      <w:pPr>
        <w:spacing w:after="0"/>
      </w:pPr>
      <w:r>
        <w:rPr>
          <w:rFonts w:ascii="Arial" w:hAnsi="Arial"/>
          <w:b/>
          <w:sz w:val="22"/>
        </w:rPr>
        <w:t xml:space="preserve">Lucy  </w:t>
      </w:r>
      <w:r>
        <w:rPr>
          <w:rFonts w:ascii="Arial" w:hAnsi="Arial"/>
          <w:color w:val="5D7284"/>
          <w:sz w:val="22"/>
        </w:rPr>
        <w:t>28:04</w:t>
      </w:r>
    </w:p>
    <w:p>
      <w:pPr>
        <w:spacing w:after="0"/>
      </w:pPr>
      <w:r>
        <w:rPr>
          <w:rFonts w:ascii="Arial" w:hAnsi="Arial"/>
          <w:sz w:val="22"/>
        </w:rPr>
        <w:t>waving for every occasion.</w:t>
      </w:r>
    </w:p>
    <w:p>
      <w:pPr>
        <w:spacing w:after="0"/>
      </w:pPr>
    </w:p>
    <w:p>
      <w:pPr>
        <w:spacing w:after="0"/>
      </w:pPr>
      <w:r>
        <w:rPr>
          <w:rFonts w:ascii="Arial" w:hAnsi="Arial"/>
          <w:b/>
          <w:sz w:val="22"/>
        </w:rPr>
        <w:t xml:space="preserve">Rachel  </w:t>
      </w:r>
      <w:r>
        <w:rPr>
          <w:rFonts w:ascii="Arial" w:hAnsi="Arial"/>
          <w:color w:val="5D7284"/>
          <w:sz w:val="22"/>
        </w:rPr>
        <w:t>28:12</w:t>
      </w:r>
    </w:p>
    <w:p>
      <w:pPr>
        <w:spacing w:after="0"/>
      </w:pPr>
      <w:r>
        <w:rPr>
          <w:rFonts w:ascii="Arial" w:hAnsi="Arial"/>
          <w:sz w:val="22"/>
        </w:rPr>
        <w:t>But you're completely right about wizards. I love that you've said wizards, because the technology that they use to build these arms sort of originates in medieval automata. So kind of like medieval robots. And these were developed in in the East, in the kind of Islamic states in the sort of early middle ages. And we've got these really cool records of people going to visit various sort of Byzantines and Islamic kingdoms and going, Oh, my goodness, I went to this kings court. he had these tigers that were metal, but they were roaring and they were moving. And what the fuck, this is terrifying. They have magicians, they have demons. That's the only way we can explain this. Yeah. And that's, you know, the Westerners are being you know, uninformed. And it takes about 500 years for the same technology to start being used in the West because of yes, because it's associated with magic and demonology and all this sort of stuff.</w:t>
      </w:r>
    </w:p>
    <w:p>
      <w:pPr>
        <w:spacing w:after="0"/>
      </w:pPr>
    </w:p>
    <w:p>
      <w:pPr>
        <w:spacing w:after="0"/>
      </w:pPr>
      <w:r>
        <w:rPr>
          <w:rFonts w:ascii="Arial" w:hAnsi="Arial"/>
          <w:b/>
          <w:sz w:val="22"/>
        </w:rPr>
        <w:t xml:space="preserve">Lucy  </w:t>
      </w:r>
      <w:r>
        <w:rPr>
          <w:rFonts w:ascii="Arial" w:hAnsi="Arial"/>
          <w:color w:val="5D7284"/>
          <w:sz w:val="22"/>
        </w:rPr>
        <w:t>29:12</w:t>
      </w:r>
    </w:p>
    <w:p>
      <w:pPr>
        <w:spacing w:after="0"/>
      </w:pPr>
      <w:r>
        <w:rPr>
          <w:rFonts w:ascii="Arial" w:hAnsi="Arial"/>
          <w:sz w:val="22"/>
        </w:rPr>
        <w:t>Yeah, I suppose neither. Like oh, you know, we are a wizard kind of Yeah,</w:t>
      </w:r>
    </w:p>
    <w:p>
      <w:pPr>
        <w:spacing w:after="0"/>
      </w:pPr>
    </w:p>
    <w:p>
      <w:pPr>
        <w:spacing w:after="0"/>
      </w:pPr>
      <w:r>
        <w:rPr>
          <w:rFonts w:ascii="Arial" w:hAnsi="Arial"/>
          <w:b/>
          <w:sz w:val="22"/>
        </w:rPr>
        <w:t xml:space="preserve">Alice  </w:t>
      </w:r>
      <w:r>
        <w:rPr>
          <w:rFonts w:ascii="Arial" w:hAnsi="Arial"/>
          <w:color w:val="5D7284"/>
          <w:sz w:val="22"/>
        </w:rPr>
        <w:t>29:16</w:t>
      </w:r>
    </w:p>
    <w:p>
      <w:pPr>
        <w:spacing w:after="0"/>
      </w:pPr>
      <w:r>
        <w:rPr>
          <w:rFonts w:ascii="Arial" w:hAnsi="Arial"/>
          <w:sz w:val="22"/>
        </w:rPr>
        <w:t>when it when you say automaton My immediate thought is Victorian steampunky. can't Yeah, so</w:t>
      </w:r>
    </w:p>
    <w:p>
      <w:pPr>
        <w:spacing w:after="0"/>
      </w:pPr>
    </w:p>
    <w:p>
      <w:pPr>
        <w:spacing w:after="0"/>
      </w:pPr>
      <w:r>
        <w:rPr>
          <w:rFonts w:ascii="Arial" w:hAnsi="Arial"/>
          <w:b/>
          <w:sz w:val="22"/>
        </w:rPr>
        <w:t xml:space="preserve">Lucy  </w:t>
      </w:r>
      <w:r>
        <w:rPr>
          <w:rFonts w:ascii="Arial" w:hAnsi="Arial"/>
          <w:color w:val="5D7284"/>
          <w:sz w:val="22"/>
        </w:rPr>
        <w:t>29:24</w:t>
      </w:r>
    </w:p>
    <w:p>
      <w:pPr>
        <w:spacing w:after="0"/>
      </w:pPr>
      <w:r>
        <w:rPr>
          <w:rFonts w:ascii="Arial" w:hAnsi="Arial"/>
          <w:sz w:val="22"/>
        </w:rPr>
        <w:t>they wind up sort of like doll things that move that are like very, sort of cogs and wheels and all that kind of stuff. Yeah, that's what springs to mind with me. Like you wind it up. And it's like, oh, it's moving.</w:t>
      </w:r>
    </w:p>
    <w:p>
      <w:pPr>
        <w:spacing w:after="0"/>
      </w:pPr>
    </w:p>
    <w:p>
      <w:pPr>
        <w:spacing w:after="0"/>
      </w:pPr>
      <w:r>
        <w:rPr>
          <w:rFonts w:ascii="Arial" w:hAnsi="Arial"/>
          <w:b/>
          <w:sz w:val="22"/>
        </w:rPr>
        <w:t xml:space="preserve">Alice  </w:t>
      </w:r>
      <w:r>
        <w:rPr>
          <w:rFonts w:ascii="Arial" w:hAnsi="Arial"/>
          <w:color w:val="5D7284"/>
          <w:sz w:val="22"/>
        </w:rPr>
        <w:t>29:37</w:t>
      </w:r>
    </w:p>
    <w:p>
      <w:pPr>
        <w:spacing w:after="0"/>
      </w:pPr>
      <w:r>
        <w:rPr>
          <w:rFonts w:ascii="Arial" w:hAnsi="Arial"/>
          <w:sz w:val="22"/>
        </w:rPr>
        <w:t>Like it's a it was like a thing in the Victorian times in, you know, the West and in in Britain, but it's, I mean, I've heard several things on the Yoda to me podcast where they talked about things that like the Englischer and like 1750 This is so cool. And the Chinese were like in 1705. This is so cool. rules like, oh, 705 I should say they got their way before we did.</w:t>
      </w:r>
    </w:p>
    <w:p>
      <w:pPr>
        <w:spacing w:after="0"/>
      </w:pPr>
    </w:p>
    <w:p>
      <w:pPr>
        <w:spacing w:after="0"/>
      </w:pPr>
      <w:r>
        <w:rPr>
          <w:rFonts w:ascii="Arial" w:hAnsi="Arial"/>
          <w:b/>
          <w:sz w:val="22"/>
        </w:rPr>
        <w:t xml:space="preserve">Lucy  </w:t>
      </w:r>
      <w:r>
        <w:rPr>
          <w:rFonts w:ascii="Arial" w:hAnsi="Arial"/>
          <w:color w:val="5D7284"/>
          <w:sz w:val="22"/>
        </w:rPr>
        <w:t>30:04</w:t>
      </w:r>
    </w:p>
    <w:p>
      <w:pPr>
        <w:spacing w:after="0"/>
      </w:pPr>
      <w:r>
        <w:rPr>
          <w:rFonts w:ascii="Arial" w:hAnsi="Arial"/>
          <w:sz w:val="22"/>
        </w:rPr>
        <w:t>Yeah. where have you been with this for years kind of thing? Yeah, yeah,</w:t>
      </w:r>
    </w:p>
    <w:p>
      <w:pPr>
        <w:spacing w:after="0"/>
      </w:pPr>
    </w:p>
    <w:p>
      <w:pPr>
        <w:spacing w:after="0"/>
      </w:pPr>
      <w:r>
        <w:rPr>
          <w:rFonts w:ascii="Arial" w:hAnsi="Arial"/>
          <w:b/>
          <w:sz w:val="22"/>
        </w:rPr>
        <w:t xml:space="preserve">Rachel  </w:t>
      </w:r>
      <w:r>
        <w:rPr>
          <w:rFonts w:ascii="Arial" w:hAnsi="Arial"/>
          <w:color w:val="5D7284"/>
          <w:sz w:val="22"/>
        </w:rPr>
        <w:t>30:08</w:t>
      </w:r>
    </w:p>
    <w:p>
      <w:pPr>
        <w:spacing w:after="0"/>
      </w:pPr>
      <w:r>
        <w:rPr>
          <w:rFonts w:ascii="Arial" w:hAnsi="Arial"/>
          <w:sz w:val="22"/>
        </w:rPr>
        <w:t>this exactly the same kind of thing. We automata in the sort of medieval East are fascinating. Some of them are like, clocks, like water clocks, they're using water and water pressure and the movement of water to make, you know, animals and clocks move, and then that kind of thing. But then we've got these ones that we're only seeing through a Western lens. So we've got no idea how they worked. Only that, like, they were definitely mechanical. And therefore kind of terrifying.</w:t>
      </w:r>
    </w:p>
    <w:p>
      <w:pPr>
        <w:spacing w:after="0"/>
      </w:pPr>
    </w:p>
    <w:p>
      <w:pPr>
        <w:spacing w:after="0"/>
      </w:pPr>
      <w:r>
        <w:rPr>
          <w:rFonts w:ascii="Arial" w:hAnsi="Arial"/>
          <w:b/>
          <w:sz w:val="22"/>
        </w:rPr>
        <w:t xml:space="preserve">Alice  </w:t>
      </w:r>
      <w:r>
        <w:rPr>
          <w:rFonts w:ascii="Arial" w:hAnsi="Arial"/>
          <w:color w:val="5D7284"/>
          <w:sz w:val="22"/>
        </w:rPr>
        <w:t>30:37</w:t>
      </w:r>
    </w:p>
    <w:p>
      <w:pPr>
        <w:spacing w:after="0"/>
      </w:pPr>
      <w:r>
        <w:rPr>
          <w:rFonts w:ascii="Arial" w:hAnsi="Arial"/>
          <w:sz w:val="22"/>
        </w:rPr>
        <w:t>I guess all we've got is sort of contemporary reports. There's no existing ones for us to be able to go oh, this is what how it worked.</w:t>
      </w:r>
    </w:p>
    <w:p>
      <w:pPr>
        <w:spacing w:after="0"/>
      </w:pPr>
    </w:p>
    <w:p>
      <w:pPr>
        <w:spacing w:after="0"/>
      </w:pPr>
      <w:r>
        <w:rPr>
          <w:rFonts w:ascii="Arial" w:hAnsi="Arial"/>
          <w:b/>
          <w:sz w:val="22"/>
        </w:rPr>
        <w:t xml:space="preserve">Rachel  </w:t>
      </w:r>
      <w:r>
        <w:rPr>
          <w:rFonts w:ascii="Arial" w:hAnsi="Arial"/>
          <w:color w:val="5D7284"/>
          <w:sz w:val="22"/>
        </w:rPr>
        <w:t>30:45</w:t>
      </w:r>
    </w:p>
    <w:p>
      <w:pPr>
        <w:spacing w:after="0"/>
      </w:pPr>
      <w:r>
        <w:rPr>
          <w:rFonts w:ascii="Arial" w:hAnsi="Arial"/>
          <w:sz w:val="22"/>
        </w:rPr>
        <w:t>Not for the not for the Tigers on this throne. There is a guy called AlJazeera, who wrote a book called and I love this. It's called the Book of ingenious mechanical devices. Nathan, amazing. And yeah, he's he's written, of course, he made all of them that his ingenious mechanical devices?</w:t>
      </w:r>
    </w:p>
    <w:p>
      <w:pPr>
        <w:spacing w:after="0"/>
      </w:pPr>
    </w:p>
    <w:p>
      <w:pPr>
        <w:spacing w:after="0"/>
      </w:pPr>
      <w:r>
        <w:rPr>
          <w:rFonts w:ascii="Arial" w:hAnsi="Arial"/>
          <w:b/>
          <w:sz w:val="22"/>
        </w:rPr>
        <w:t xml:space="preserve">Lucy  </w:t>
      </w:r>
      <w:r>
        <w:rPr>
          <w:rFonts w:ascii="Arial" w:hAnsi="Arial"/>
          <w:color w:val="5D7284"/>
          <w:sz w:val="22"/>
        </w:rPr>
        <w:t>31:04</w:t>
      </w:r>
    </w:p>
    <w:p>
      <w:pPr>
        <w:spacing w:after="0"/>
      </w:pPr>
      <w:r>
        <w:rPr>
          <w:rFonts w:ascii="Arial" w:hAnsi="Arial"/>
          <w:sz w:val="22"/>
        </w:rPr>
        <w:t>No, whatsoever.</w:t>
      </w:r>
    </w:p>
    <w:p>
      <w:pPr>
        <w:spacing w:after="0"/>
      </w:pPr>
    </w:p>
    <w:p>
      <w:pPr>
        <w:spacing w:after="0"/>
      </w:pPr>
      <w:r>
        <w:rPr>
          <w:rFonts w:ascii="Arial" w:hAnsi="Arial"/>
          <w:b/>
          <w:sz w:val="22"/>
        </w:rPr>
        <w:t xml:space="preserve">Rachel  </w:t>
      </w:r>
      <w:r>
        <w:rPr>
          <w:rFonts w:ascii="Arial" w:hAnsi="Arial"/>
          <w:color w:val="5D7284"/>
          <w:sz w:val="22"/>
        </w:rPr>
        <w:t>31:06</w:t>
      </w:r>
    </w:p>
    <w:p>
      <w:pPr>
        <w:spacing w:after="0"/>
      </w:pPr>
      <w:r>
        <w:rPr>
          <w:rFonts w:ascii="Arial" w:hAnsi="Arial"/>
          <w:sz w:val="22"/>
        </w:rPr>
        <w:t>And he's, yeah, he was writing in the early Middle Ages, so about that, so So yeah. So so this, this precise Exams are built on the same kind of premises as the early automata. So yeah, was this</w:t>
      </w:r>
    </w:p>
    <w:p>
      <w:pPr>
        <w:spacing w:after="0"/>
      </w:pPr>
    </w:p>
    <w:p>
      <w:pPr>
        <w:spacing w:after="0"/>
      </w:pPr>
      <w:r>
        <w:rPr>
          <w:rFonts w:ascii="Arial" w:hAnsi="Arial"/>
          <w:b/>
          <w:sz w:val="22"/>
        </w:rPr>
        <w:t xml:space="preserve">Lucy  </w:t>
      </w:r>
      <w:r>
        <w:rPr>
          <w:rFonts w:ascii="Arial" w:hAnsi="Arial"/>
          <w:color w:val="5D7284"/>
          <w:sz w:val="22"/>
        </w:rPr>
        <w:t>31:21</w:t>
      </w:r>
    </w:p>
    <w:p>
      <w:pPr>
        <w:spacing w:after="0"/>
      </w:pPr>
      <w:r>
        <w:rPr>
          <w:rFonts w:ascii="Arial" w:hAnsi="Arial"/>
          <w:sz w:val="22"/>
        </w:rPr>
        <w:t>because I mean, you think of prosthetics being like developed and sort of really coming into their own sort of like around World War One when, you know, soldiers come back from war, and they've got sort of, you know, things that they need? Like a hands maybe or, you know, damage to some sort of limb? And that's where you traditionally think, Oh, well, that's where obviously, they start to really invest in prosthesis, because it was so many people coming home that were injured, that they couldn't just leave them. Yeah. But yeah, it's really interesting to know that it was back into a medieval times. Well, no, he</w:t>
      </w:r>
    </w:p>
    <w:p>
      <w:pPr>
        <w:spacing w:after="0"/>
      </w:pPr>
    </w:p>
    <w:p>
      <w:pPr>
        <w:spacing w:after="0"/>
      </w:pPr>
      <w:r>
        <w:rPr>
          <w:rFonts w:ascii="Arial" w:hAnsi="Arial"/>
          <w:b/>
          <w:sz w:val="22"/>
        </w:rPr>
        <w:t xml:space="preserve">Alice  </w:t>
      </w:r>
      <w:r>
        <w:rPr>
          <w:rFonts w:ascii="Arial" w:hAnsi="Arial"/>
          <w:color w:val="5D7284"/>
          <w:sz w:val="22"/>
        </w:rPr>
        <w:t>31:52</w:t>
      </w:r>
    </w:p>
    <w:p>
      <w:pPr>
        <w:spacing w:after="0"/>
      </w:pPr>
      <w:r>
        <w:rPr>
          <w:rFonts w:ascii="Arial" w:hAnsi="Arial"/>
          <w:sz w:val="22"/>
        </w:rPr>
        <w:t>think, you know, that part of the reason things were so bad for soldiers after the First World War was because the conditions of the First World War Yeah, they the weapons that were being used and stuff. But actually, if you can sort of transpose that directly to the medieval times, the conditions that battles are being fought in wars were being fought in were would have been just as bad. And although it would have been more, I mean, kind of more hand to close combat, because swords and arrows can do damage. We just heard a lovely story about cannonball. It's the same premise, isn't it? That there's been hundreds of nights? I guess the biggest thing is whether you would survive the amputation or the limb loss in the first like, long, you know, yeah.</w:t>
      </w:r>
    </w:p>
    <w:p>
      <w:pPr>
        <w:spacing w:after="0"/>
      </w:pPr>
    </w:p>
    <w:p>
      <w:pPr>
        <w:spacing w:after="0"/>
      </w:pPr>
      <w:r>
        <w:rPr>
          <w:rFonts w:ascii="Arial" w:hAnsi="Arial"/>
          <w:b/>
          <w:sz w:val="22"/>
        </w:rPr>
        <w:t xml:space="preserve">Lucy  </w:t>
      </w:r>
      <w:r>
        <w:rPr>
          <w:rFonts w:ascii="Arial" w:hAnsi="Arial"/>
          <w:color w:val="5D7284"/>
          <w:sz w:val="22"/>
        </w:rPr>
        <w:t>32:44</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32:47</w:t>
      </w:r>
    </w:p>
    <w:p>
      <w:pPr>
        <w:spacing w:after="0"/>
      </w:pPr>
      <w:r>
        <w:rPr>
          <w:rFonts w:ascii="Arial" w:hAnsi="Arial"/>
          <w:sz w:val="22"/>
        </w:rPr>
        <w:t>But yeah, it's, it's, it's fascinating. So would it would it really be kind of nice, and, you know, the nobility who had prosthetics? was there any evidence to kind of suggest that people in lower classes did have anything like that?</w:t>
      </w:r>
    </w:p>
    <w:p>
      <w:pPr>
        <w:spacing w:after="0"/>
      </w:pPr>
    </w:p>
    <w:p>
      <w:pPr>
        <w:spacing w:after="0"/>
      </w:pPr>
      <w:r>
        <w:rPr>
          <w:rFonts w:ascii="Arial" w:hAnsi="Arial"/>
          <w:b/>
          <w:sz w:val="22"/>
        </w:rPr>
        <w:t xml:space="preserve">Rachel  </w:t>
      </w:r>
      <w:r>
        <w:rPr>
          <w:rFonts w:ascii="Arial" w:hAnsi="Arial"/>
          <w:color w:val="5D7284"/>
          <w:sz w:val="22"/>
        </w:rPr>
        <w:t>33:03</w:t>
      </w:r>
    </w:p>
    <w:p>
      <w:pPr>
        <w:spacing w:after="0"/>
      </w:pPr>
      <w:r>
        <w:rPr>
          <w:rFonts w:ascii="Arial" w:hAnsi="Arial"/>
          <w:sz w:val="22"/>
        </w:rPr>
        <w:t>Yeah. So like you say, sort of knights and nobility were people who felt at the intersection of like people who are likely to lose a limb in later life through being on the battlefields, plus having the money to afford a prosthesis, plus having the health care to survive the amputation. So they had that sort of trifecta of, you know, things going on. But people who are low status, I don't see prosthetic hands that are fully mechanized, and that kind of thing being used. But you do get it kind of interesting assortment of peg legs. So this was something that baffled me for a little while. I found no mechanized prosthetic legs to begin with. And I was like, if we can make hands why aren't we making legs like surely, you know,</w:t>
      </w:r>
    </w:p>
    <w:p>
      <w:pPr>
        <w:spacing w:after="0"/>
      </w:pPr>
    </w:p>
    <w:p>
      <w:pPr>
        <w:spacing w:after="0"/>
      </w:pPr>
      <w:r>
        <w:rPr>
          <w:rFonts w:ascii="Arial" w:hAnsi="Arial"/>
          <w:b/>
          <w:sz w:val="22"/>
        </w:rPr>
        <w:t xml:space="preserve">Lucy  </w:t>
      </w:r>
      <w:r>
        <w:rPr>
          <w:rFonts w:ascii="Arial" w:hAnsi="Arial"/>
          <w:color w:val="5D7284"/>
          <w:sz w:val="22"/>
        </w:rPr>
        <w:t>33:49</w:t>
      </w:r>
    </w:p>
    <w:p>
      <w:pPr>
        <w:spacing w:after="0"/>
      </w:pPr>
      <w:r>
        <w:rPr>
          <w:rFonts w:ascii="Arial" w:hAnsi="Arial"/>
          <w:sz w:val="22"/>
        </w:rPr>
        <w:t>surely legs are slightly easier on them? because you've got let you're not going to have to, like, mechanically move toes or, like it's not like moving fingers is is like where you know, fingers need to move independently. But with your leg, you can just move like giddy.</w:t>
      </w:r>
    </w:p>
    <w:p>
      <w:pPr>
        <w:spacing w:after="0"/>
      </w:pPr>
    </w:p>
    <w:p>
      <w:pPr>
        <w:spacing w:after="0"/>
      </w:pPr>
      <w:r>
        <w:rPr>
          <w:rFonts w:ascii="Arial" w:hAnsi="Arial"/>
          <w:b/>
          <w:sz w:val="22"/>
        </w:rPr>
        <w:t xml:space="preserve">Alice  </w:t>
      </w:r>
      <w:r>
        <w:rPr>
          <w:rFonts w:ascii="Arial" w:hAnsi="Arial"/>
          <w:color w:val="5D7284"/>
          <w:sz w:val="22"/>
        </w:rPr>
        <w:t>34:04</w:t>
      </w:r>
    </w:p>
    <w:p>
      <w:pPr>
        <w:spacing w:after="0"/>
      </w:pPr>
      <w:r>
        <w:rPr>
          <w:rFonts w:ascii="Arial" w:hAnsi="Arial"/>
          <w:sz w:val="22"/>
        </w:rPr>
        <w:t>Slightly bend you need like a Barbie doll. Yeah, but a such a range of movement. Would you? Simple. Yeah.</w:t>
      </w:r>
    </w:p>
    <w:p>
      <w:pPr>
        <w:spacing w:after="0"/>
      </w:pPr>
    </w:p>
    <w:p>
      <w:pPr>
        <w:spacing w:after="0"/>
      </w:pPr>
      <w:r>
        <w:rPr>
          <w:rFonts w:ascii="Arial" w:hAnsi="Arial"/>
          <w:b/>
          <w:sz w:val="22"/>
        </w:rPr>
        <w:t xml:space="preserve">Rachel  </w:t>
      </w:r>
      <w:r>
        <w:rPr>
          <w:rFonts w:ascii="Arial" w:hAnsi="Arial"/>
          <w:color w:val="5D7284"/>
          <w:sz w:val="22"/>
        </w:rPr>
        <w:t>34:12</w:t>
      </w:r>
    </w:p>
    <w:p>
      <w:pPr>
        <w:spacing w:after="0"/>
      </w:pPr>
      <w:r>
        <w:rPr>
          <w:rFonts w:ascii="Arial" w:hAnsi="Arial"/>
          <w:sz w:val="22"/>
        </w:rPr>
        <w:t>So I think what's going on here. And I found one kind of elite mechanized leg. That's really cool. because if you look at the dimensions of the leg and the way it moves, so it's all sort of metal and it's kind of like hollowed out metal. The dimensions are wrong and the angle of the ankle is wrong. And it's all fixed in place. Like it just you wouldn't have been able to walk on it. And I was like, well, the sort of Shin is too short and it doesn't make sense biologically and I was like, is this some rubbish craftsman? Just that's no idea how legs work?</w:t>
      </w:r>
    </w:p>
    <w:p>
      <w:pPr>
        <w:spacing w:after="0"/>
      </w:pPr>
    </w:p>
    <w:p>
      <w:pPr>
        <w:spacing w:after="0"/>
      </w:pPr>
      <w:r>
        <w:rPr>
          <w:rFonts w:ascii="Arial" w:hAnsi="Arial"/>
          <w:b/>
          <w:sz w:val="22"/>
        </w:rPr>
        <w:t xml:space="preserve">Lucy  </w:t>
      </w:r>
      <w:r>
        <w:rPr>
          <w:rFonts w:ascii="Arial" w:hAnsi="Arial"/>
          <w:color w:val="5D7284"/>
          <w:sz w:val="22"/>
        </w:rPr>
        <w:t>34:43</w:t>
      </w:r>
    </w:p>
    <w:p>
      <w:pPr>
        <w:spacing w:after="0"/>
      </w:pPr>
      <w:r>
        <w:rPr>
          <w:rFonts w:ascii="Arial" w:hAnsi="Arial"/>
          <w:sz w:val="22"/>
        </w:rPr>
        <w:t>Doesn't matter measure. Yeah,</w:t>
      </w:r>
    </w:p>
    <w:p>
      <w:pPr>
        <w:spacing w:after="0"/>
      </w:pPr>
    </w:p>
    <w:p>
      <w:pPr>
        <w:spacing w:after="0"/>
      </w:pPr>
      <w:r>
        <w:rPr>
          <w:rFonts w:ascii="Arial" w:hAnsi="Arial"/>
          <w:b/>
          <w:sz w:val="22"/>
        </w:rPr>
        <w:t xml:space="preserve">Rachel  </w:t>
      </w:r>
      <w:r>
        <w:rPr>
          <w:rFonts w:ascii="Arial" w:hAnsi="Arial"/>
          <w:color w:val="5D7284"/>
          <w:sz w:val="22"/>
        </w:rPr>
        <w:t>34:47</w:t>
      </w:r>
    </w:p>
    <w:p>
      <w:pPr>
        <w:spacing w:after="0"/>
      </w:pPr>
      <w:r>
        <w:rPr>
          <w:rFonts w:ascii="Arial" w:hAnsi="Arial"/>
          <w:sz w:val="22"/>
        </w:rPr>
        <w:t>I was like, never seen it like it was going on. The minute you put that leg, on, on horseback, in in a riding position, it is the most like, weight appropriate? Yeah.</w:t>
      </w:r>
    </w:p>
    <w:p>
      <w:pPr>
        <w:spacing w:after="0"/>
      </w:pPr>
    </w:p>
    <w:p>
      <w:pPr>
        <w:spacing w:after="0"/>
      </w:pPr>
      <w:r>
        <w:rPr>
          <w:rFonts w:ascii="Arial" w:hAnsi="Arial"/>
          <w:b/>
          <w:sz w:val="22"/>
        </w:rPr>
        <w:t xml:space="preserve">Lucy  </w:t>
      </w:r>
      <w:r>
        <w:rPr>
          <w:rFonts w:ascii="Arial" w:hAnsi="Arial"/>
          <w:color w:val="5D7284"/>
          <w:sz w:val="22"/>
        </w:rPr>
        <w:t>35:07</w:t>
      </w:r>
    </w:p>
    <w:p>
      <w:pPr>
        <w:spacing w:after="0"/>
      </w:pPr>
      <w:r>
        <w:rPr>
          <w:rFonts w:ascii="Arial" w:hAnsi="Arial"/>
          <w:sz w:val="22"/>
        </w:rPr>
        <w:t>It's like a riding leg</w:t>
      </w:r>
    </w:p>
    <w:p>
      <w:pPr>
        <w:spacing w:after="0"/>
      </w:pPr>
    </w:p>
    <w:p>
      <w:pPr>
        <w:spacing w:after="0"/>
      </w:pPr>
      <w:r>
        <w:rPr>
          <w:rFonts w:ascii="Arial" w:hAnsi="Arial"/>
          <w:b/>
          <w:sz w:val="22"/>
        </w:rPr>
        <w:t xml:space="preserve">Rachel  </w:t>
      </w:r>
      <w:r>
        <w:rPr>
          <w:rFonts w:ascii="Arial" w:hAnsi="Arial"/>
          <w:color w:val="5D7284"/>
          <w:sz w:val="22"/>
        </w:rPr>
        <w:t>35:08</w:t>
      </w:r>
    </w:p>
    <w:p>
      <w:pPr>
        <w:spacing w:after="0"/>
      </w:pPr>
      <w:r>
        <w:rPr>
          <w:rFonts w:ascii="Arial" w:hAnsi="Arial"/>
          <w:sz w:val="22"/>
        </w:rPr>
        <w:t>riding leg. So you got your fork hand your rhinestone hand.</w:t>
      </w:r>
    </w:p>
    <w:p>
      <w:pPr>
        <w:spacing w:after="0"/>
      </w:pPr>
    </w:p>
    <w:p>
      <w:pPr>
        <w:spacing w:after="0"/>
      </w:pPr>
      <w:r>
        <w:rPr>
          <w:rFonts w:ascii="Arial" w:hAnsi="Arial"/>
          <w:b/>
          <w:sz w:val="22"/>
        </w:rPr>
        <w:t xml:space="preserve">Theme Tune  </w:t>
      </w:r>
      <w:r>
        <w:rPr>
          <w:rFonts w:ascii="Arial" w:hAnsi="Arial"/>
          <w:color w:val="5D7284"/>
          <w:sz w:val="22"/>
        </w:rPr>
        <w:t>35:14</w:t>
      </w:r>
    </w:p>
    <w:p>
      <w:pPr>
        <w:spacing w:after="0"/>
      </w:pPr>
      <w:r>
        <w:rPr>
          <w:rFonts w:ascii="Arial" w:hAnsi="Arial"/>
          <w:sz w:val="22"/>
        </w:rPr>
        <w:t>Incredible. Oh,</w:t>
      </w:r>
    </w:p>
    <w:p>
      <w:pPr>
        <w:spacing w:after="0"/>
      </w:pPr>
    </w:p>
    <w:p>
      <w:pPr>
        <w:spacing w:after="0"/>
      </w:pPr>
      <w:r>
        <w:rPr>
          <w:rFonts w:ascii="Arial" w:hAnsi="Arial"/>
          <w:b/>
          <w:sz w:val="22"/>
        </w:rPr>
        <w:t xml:space="preserve">Lucy  </w:t>
      </w:r>
      <w:r>
        <w:rPr>
          <w:rFonts w:ascii="Arial" w:hAnsi="Arial"/>
          <w:color w:val="5D7284"/>
          <w:sz w:val="22"/>
        </w:rPr>
        <w:t>35:16</w:t>
      </w:r>
    </w:p>
    <w:p>
      <w:pPr>
        <w:spacing w:after="0"/>
      </w:pPr>
      <w:r>
        <w:rPr>
          <w:rFonts w:ascii="Arial" w:hAnsi="Arial"/>
          <w:sz w:val="22"/>
        </w:rPr>
        <w:t>so like, I would imagine that they would get on a horse and then say like, either have their leg on already or say can somebody put my riding leg on?</w:t>
      </w:r>
    </w:p>
    <w:p>
      <w:pPr>
        <w:spacing w:after="0"/>
      </w:pPr>
    </w:p>
    <w:p>
      <w:pPr>
        <w:spacing w:after="0"/>
      </w:pPr>
      <w:r>
        <w:rPr>
          <w:rFonts w:ascii="Arial" w:hAnsi="Arial"/>
          <w:b/>
          <w:sz w:val="22"/>
        </w:rPr>
        <w:t xml:space="preserve">Alice  </w:t>
      </w:r>
      <w:r>
        <w:rPr>
          <w:rFonts w:ascii="Arial" w:hAnsi="Arial"/>
          <w:color w:val="5D7284"/>
          <w:sz w:val="22"/>
        </w:rPr>
        <w:t>35:24</w:t>
      </w:r>
    </w:p>
    <w:p>
      <w:pPr>
        <w:spacing w:after="0"/>
      </w:pPr>
      <w:r>
        <w:rPr>
          <w:rFonts w:ascii="Arial" w:hAnsi="Arial"/>
          <w:sz w:val="22"/>
        </w:rPr>
        <w:t>And it would, it would facilitate you being able to do it independently and safely. That's so cool. Probably gives you a bit of better</w:t>
      </w:r>
    </w:p>
    <w:p>
      <w:pPr>
        <w:spacing w:after="0"/>
      </w:pPr>
    </w:p>
    <w:p>
      <w:pPr>
        <w:spacing w:after="0"/>
      </w:pPr>
      <w:r>
        <w:rPr>
          <w:rFonts w:ascii="Arial" w:hAnsi="Arial"/>
          <w:b/>
          <w:sz w:val="22"/>
        </w:rPr>
        <w:t xml:space="preserve">Rachel  </w:t>
      </w:r>
      <w:r>
        <w:rPr>
          <w:rFonts w:ascii="Arial" w:hAnsi="Arial"/>
          <w:color w:val="5D7284"/>
          <w:sz w:val="22"/>
        </w:rPr>
        <w:t>35:31</w:t>
      </w:r>
    </w:p>
    <w:p>
      <w:pPr>
        <w:spacing w:after="0"/>
      </w:pPr>
      <w:r>
        <w:rPr>
          <w:rFonts w:ascii="Arial" w:hAnsi="Arial"/>
          <w:sz w:val="22"/>
        </w:rPr>
        <w:t>balance as well if you're riding the horse, but</w:t>
      </w:r>
    </w:p>
    <w:p>
      <w:pPr>
        <w:spacing w:after="0"/>
      </w:pPr>
    </w:p>
    <w:p>
      <w:pPr>
        <w:spacing w:after="0"/>
      </w:pPr>
      <w:r>
        <w:rPr>
          <w:rFonts w:ascii="Arial" w:hAnsi="Arial"/>
          <w:b/>
          <w:sz w:val="22"/>
        </w:rPr>
        <w:t xml:space="preserve">Lucy  </w:t>
      </w:r>
      <w:r>
        <w:rPr>
          <w:rFonts w:ascii="Arial" w:hAnsi="Arial"/>
          <w:color w:val="5D7284"/>
          <w:sz w:val="22"/>
        </w:rPr>
        <w:t>35:33</w:t>
      </w:r>
    </w:p>
    <w:p>
      <w:pPr>
        <w:spacing w:after="0"/>
      </w:pPr>
      <w:r>
        <w:rPr>
          <w:rFonts w:ascii="Arial" w:hAnsi="Arial"/>
          <w:sz w:val="22"/>
        </w:rPr>
        <w:t>if you get off the horse, getting to the horse getting off the horse, slightly problematic. Yeah.</w:t>
      </w:r>
    </w:p>
    <w:p>
      <w:pPr>
        <w:spacing w:after="0"/>
      </w:pPr>
    </w:p>
    <w:p>
      <w:pPr>
        <w:spacing w:after="0"/>
      </w:pPr>
      <w:r>
        <w:rPr>
          <w:rFonts w:ascii="Arial" w:hAnsi="Arial"/>
          <w:b/>
          <w:sz w:val="22"/>
        </w:rPr>
        <w:t xml:space="preserve">Alice  </w:t>
      </w:r>
      <w:r>
        <w:rPr>
          <w:rFonts w:ascii="Arial" w:hAnsi="Arial"/>
          <w:color w:val="5D7284"/>
          <w:sz w:val="22"/>
        </w:rPr>
        <w:t>35:41</w:t>
      </w:r>
    </w:p>
    <w:p>
      <w:pPr>
        <w:spacing w:after="0"/>
      </w:pPr>
      <w:r>
        <w:rPr>
          <w:rFonts w:ascii="Arial" w:hAnsi="Arial"/>
          <w:sz w:val="22"/>
        </w:rPr>
        <w:t>Like pages and stuff. That's basically what their job was. wasn't it just catching your light as they fall off their horse drunk and</w:t>
      </w:r>
    </w:p>
    <w:p>
      <w:pPr>
        <w:spacing w:after="0"/>
      </w:pPr>
    </w:p>
    <w:p>
      <w:pPr>
        <w:spacing w:after="0"/>
      </w:pPr>
      <w:r>
        <w:rPr>
          <w:rFonts w:ascii="Arial" w:hAnsi="Arial"/>
          <w:b/>
          <w:sz w:val="22"/>
        </w:rPr>
        <w:t xml:space="preserve">Lucy  </w:t>
      </w:r>
      <w:r>
        <w:rPr>
          <w:rFonts w:ascii="Arial" w:hAnsi="Arial"/>
          <w:color w:val="5D7284"/>
          <w:sz w:val="22"/>
        </w:rPr>
        <w:t>35:48</w:t>
      </w:r>
    </w:p>
    <w:p>
      <w:pPr>
        <w:spacing w:after="0"/>
      </w:pPr>
      <w:r>
        <w:rPr>
          <w:rFonts w:ascii="Arial" w:hAnsi="Arial"/>
          <w:sz w:val="22"/>
        </w:rPr>
        <w:t>holding a sheet out just a job?</w:t>
      </w:r>
    </w:p>
    <w:p>
      <w:pPr>
        <w:spacing w:after="0"/>
      </w:pPr>
    </w:p>
    <w:p>
      <w:pPr>
        <w:spacing w:after="0"/>
      </w:pPr>
      <w:r>
        <w:rPr>
          <w:rFonts w:ascii="Arial" w:hAnsi="Arial"/>
          <w:b/>
          <w:sz w:val="22"/>
        </w:rPr>
        <w:t xml:space="preserve">Rachel  </w:t>
      </w:r>
      <w:r>
        <w:rPr>
          <w:rFonts w:ascii="Arial" w:hAnsi="Arial"/>
          <w:color w:val="5D7284"/>
          <w:sz w:val="22"/>
        </w:rPr>
        <w:t>35:52</w:t>
      </w:r>
    </w:p>
    <w:p>
      <w:pPr>
        <w:spacing w:after="0"/>
      </w:pPr>
      <w:r>
        <w:rPr>
          <w:rFonts w:ascii="Arial" w:hAnsi="Arial"/>
          <w:sz w:val="22"/>
        </w:rPr>
        <w:t>And also, it's a great distraction if you're going into battle and somebody slashes at your leg thinking it's a leg in armor, because it looks like because yeah, that's what it looks like.</w:t>
      </w:r>
    </w:p>
    <w:p>
      <w:pPr>
        <w:spacing w:after="0"/>
      </w:pPr>
    </w:p>
    <w:p>
      <w:pPr>
        <w:spacing w:after="0"/>
      </w:pPr>
      <w:r>
        <w:rPr>
          <w:rFonts w:ascii="Arial" w:hAnsi="Arial"/>
          <w:b/>
          <w:sz w:val="22"/>
        </w:rPr>
        <w:t xml:space="preserve">Alice  </w:t>
      </w:r>
      <w:r>
        <w:rPr>
          <w:rFonts w:ascii="Arial" w:hAnsi="Arial"/>
          <w:color w:val="5D7284"/>
          <w:sz w:val="22"/>
        </w:rPr>
        <w:t>36:02</w:t>
      </w:r>
    </w:p>
    <w:p>
      <w:pPr>
        <w:spacing w:after="0"/>
      </w:pPr>
      <w:r>
        <w:rPr>
          <w:rFonts w:ascii="Arial" w:hAnsi="Arial"/>
          <w:sz w:val="22"/>
        </w:rPr>
        <w:t>And then they're just like, shit. Yeah.</w:t>
      </w:r>
    </w:p>
    <w:p>
      <w:pPr>
        <w:spacing w:after="0"/>
      </w:pPr>
    </w:p>
    <w:p>
      <w:pPr>
        <w:spacing w:after="0"/>
      </w:pPr>
      <w:r>
        <w:rPr>
          <w:rFonts w:ascii="Arial" w:hAnsi="Arial"/>
          <w:b/>
          <w:sz w:val="22"/>
        </w:rPr>
        <w:t xml:space="preserve">Rachel  </w:t>
      </w:r>
      <w:r>
        <w:rPr>
          <w:rFonts w:ascii="Arial" w:hAnsi="Arial"/>
          <w:color w:val="5D7284"/>
          <w:sz w:val="22"/>
        </w:rPr>
        <w:t>36:04</w:t>
      </w:r>
    </w:p>
    <w:p>
      <w:pPr>
        <w:spacing w:after="0"/>
      </w:pPr>
      <w:r>
        <w:rPr>
          <w:rFonts w:ascii="Arial" w:hAnsi="Arial"/>
          <w:sz w:val="22"/>
        </w:rPr>
        <w:t>Scooby Doo moment of attacking the the empty suit of armor. Yeah, yeah. That's great. That's,</w:t>
      </w:r>
    </w:p>
    <w:p>
      <w:pPr>
        <w:spacing w:after="0"/>
      </w:pPr>
    </w:p>
    <w:p>
      <w:pPr>
        <w:spacing w:after="0"/>
      </w:pPr>
      <w:r>
        <w:rPr>
          <w:rFonts w:ascii="Arial" w:hAnsi="Arial"/>
          <w:b/>
          <w:sz w:val="22"/>
        </w:rPr>
        <w:t xml:space="preserve">Lucy  </w:t>
      </w:r>
      <w:r>
        <w:rPr>
          <w:rFonts w:ascii="Arial" w:hAnsi="Arial"/>
          <w:color w:val="5D7284"/>
          <w:sz w:val="22"/>
        </w:rPr>
        <w:t>36:11</w:t>
      </w:r>
    </w:p>
    <w:p>
      <w:pPr>
        <w:spacing w:after="0"/>
      </w:pPr>
      <w:r>
        <w:rPr>
          <w:rFonts w:ascii="Arial" w:hAnsi="Arial"/>
          <w:sz w:val="22"/>
        </w:rPr>
        <w:t>that is really quite incredible. isn't it? Really? That? That is? Ingenious? Yeah. Yeah, super clever. Realize that it's on the hook for the horse? is it? Actually no, it's completely perfect.</w:t>
      </w:r>
    </w:p>
    <w:p>
      <w:pPr>
        <w:spacing w:after="0"/>
      </w:pPr>
    </w:p>
    <w:p>
      <w:pPr>
        <w:spacing w:after="0"/>
      </w:pPr>
      <w:r>
        <w:rPr>
          <w:rFonts w:ascii="Arial" w:hAnsi="Arial"/>
          <w:b/>
          <w:sz w:val="22"/>
        </w:rPr>
        <w:t xml:space="preserve">Rachel  </w:t>
      </w:r>
      <w:r>
        <w:rPr>
          <w:rFonts w:ascii="Arial" w:hAnsi="Arial"/>
          <w:color w:val="5D7284"/>
          <w:sz w:val="22"/>
        </w:rPr>
        <w:t>36:23</w:t>
      </w:r>
    </w:p>
    <w:p>
      <w:pPr>
        <w:spacing w:after="0"/>
      </w:pPr>
      <w:r>
        <w:rPr>
          <w:rFonts w:ascii="Arial" w:hAnsi="Arial"/>
          <w:sz w:val="22"/>
        </w:rPr>
        <w:t>Yeah, it makes total sense in that situation, but as a walking, like, completely on functional.</w:t>
      </w:r>
    </w:p>
    <w:p>
      <w:pPr>
        <w:spacing w:after="0"/>
      </w:pPr>
    </w:p>
    <w:p>
      <w:pPr>
        <w:spacing w:after="0"/>
      </w:pPr>
      <w:r>
        <w:rPr>
          <w:rFonts w:ascii="Arial" w:hAnsi="Arial"/>
          <w:b/>
          <w:sz w:val="22"/>
        </w:rPr>
        <w:t xml:space="preserve">Lucy  </w:t>
      </w:r>
      <w:r>
        <w:rPr>
          <w:rFonts w:ascii="Arial" w:hAnsi="Arial"/>
          <w:color w:val="5D7284"/>
          <w:sz w:val="22"/>
        </w:rPr>
        <w:t>36:30</w:t>
      </w:r>
    </w:p>
    <w:p>
      <w:pPr>
        <w:spacing w:after="0"/>
      </w:pPr>
      <w:r>
        <w:rPr>
          <w:rFonts w:ascii="Arial" w:hAnsi="Arial"/>
          <w:sz w:val="22"/>
        </w:rPr>
        <w:t>What about my legs will be used up like what situation my legs would be useful in, if like, like, because my legs are completely useless for walking, but there must be a good use for them. I'm gonna have to do some research.</w:t>
      </w:r>
    </w:p>
    <w:p>
      <w:pPr>
        <w:spacing w:after="0"/>
      </w:pPr>
    </w:p>
    <w:p>
      <w:pPr>
        <w:spacing w:after="0"/>
      </w:pPr>
      <w:r>
        <w:rPr>
          <w:rFonts w:ascii="Arial" w:hAnsi="Arial"/>
          <w:b/>
          <w:sz w:val="22"/>
        </w:rPr>
        <w:t xml:space="preserve">Alice  </w:t>
      </w:r>
      <w:r>
        <w:rPr>
          <w:rFonts w:ascii="Arial" w:hAnsi="Arial"/>
          <w:color w:val="5D7284"/>
          <w:sz w:val="22"/>
        </w:rPr>
        <w:t>36:45</w:t>
      </w:r>
    </w:p>
    <w:p>
      <w:pPr>
        <w:spacing w:after="0"/>
      </w:pPr>
      <w:r>
        <w:rPr>
          <w:rFonts w:ascii="Arial" w:hAnsi="Arial"/>
          <w:sz w:val="22"/>
        </w:rPr>
        <w:t>This is gonna spend the next four months trying her legs in different situation. Yeah, gonna have to set them up their own, like tick tock. Travel the world trying different things.</w:t>
      </w:r>
    </w:p>
    <w:p>
      <w:pPr>
        <w:spacing w:after="0"/>
      </w:pPr>
    </w:p>
    <w:p>
      <w:pPr>
        <w:spacing w:after="0"/>
      </w:pPr>
      <w:r>
        <w:rPr>
          <w:rFonts w:ascii="Arial" w:hAnsi="Arial"/>
          <w:b/>
          <w:sz w:val="22"/>
        </w:rPr>
        <w:t xml:space="preserve">Lucy  </w:t>
      </w:r>
      <w:r>
        <w:rPr>
          <w:rFonts w:ascii="Arial" w:hAnsi="Arial"/>
          <w:color w:val="5D7284"/>
          <w:sz w:val="22"/>
        </w:rPr>
        <w:t>36:56</w:t>
      </w:r>
    </w:p>
    <w:p>
      <w:pPr>
        <w:spacing w:after="0"/>
      </w:pPr>
      <w:r>
        <w:rPr>
          <w:rFonts w:ascii="Arial" w:hAnsi="Arial"/>
          <w:sz w:val="22"/>
        </w:rPr>
        <w:t>That's where you get the disability fetish comment? I don't think</w:t>
      </w:r>
    </w:p>
    <w:p>
      <w:pPr>
        <w:spacing w:after="0"/>
      </w:pPr>
    </w:p>
    <w:p>
      <w:pPr>
        <w:spacing w:after="0"/>
      </w:pPr>
      <w:r>
        <w:rPr>
          <w:rFonts w:ascii="Arial" w:hAnsi="Arial"/>
          <w:b/>
          <w:sz w:val="22"/>
        </w:rPr>
        <w:t xml:space="preserve">Rachel  </w:t>
      </w:r>
      <w:r>
        <w:rPr>
          <w:rFonts w:ascii="Arial" w:hAnsi="Arial"/>
          <w:color w:val="5D7284"/>
          <w:sz w:val="22"/>
        </w:rPr>
        <w:t>37:03</w:t>
      </w:r>
    </w:p>
    <w:p>
      <w:pPr>
        <w:spacing w:after="0"/>
      </w:pPr>
      <w:r>
        <w:rPr>
          <w:rFonts w:ascii="Arial" w:hAnsi="Arial"/>
          <w:sz w:val="22"/>
        </w:rPr>
        <w:t>so yeah, but for lower status, people. were using these really weird sort of like, Peg legs, but then they had like a trough extending out the back of the peg leg. So like, almost like an L shaped kind of device. With the leg in the, in the trough. And again, this was another one where I was like, hang on, if you can make peg legs, why have we got legs in troughs? or hanging out behind the peg leg? Like what? Yeah, like, what is this book in the medieval period that were very, very, very few successful amputations of legs above the ankle, because then you start to get into the major arteries. So you couldn't, yeah, you couldn't do a amputation sort of directly above or below the knee without some sort of blood loss and the infection and people dying. So what people would do is if they had problems with like, either an amputated foot because you could amputate a foot relatively fine. Or you had problems with your legs in some capacity or other, rather than amputating them, you would just bind them up in this kind of trough. And you'd have a bent knee. And then you're done. Yeah, yeah. So it's just</w:t>
      </w:r>
    </w:p>
    <w:p>
      <w:pPr>
        <w:spacing w:after="0"/>
      </w:pPr>
    </w:p>
    <w:p>
      <w:pPr>
        <w:spacing w:after="0"/>
      </w:pPr>
      <w:r>
        <w:rPr>
          <w:rFonts w:ascii="Arial" w:hAnsi="Arial"/>
          <w:b/>
          <w:sz w:val="22"/>
        </w:rPr>
        <w:t xml:space="preserve">Alice  </w:t>
      </w:r>
      <w:r>
        <w:rPr>
          <w:rFonts w:ascii="Arial" w:hAnsi="Arial"/>
          <w:color w:val="5D7284"/>
          <w:sz w:val="22"/>
        </w:rPr>
        <w:t>38:21</w:t>
      </w:r>
    </w:p>
    <w:p>
      <w:pPr>
        <w:spacing w:after="0"/>
      </w:pPr>
      <w:r>
        <w:rPr>
          <w:rFonts w:ascii="Arial" w:hAnsi="Arial"/>
          <w:sz w:val="22"/>
        </w:rPr>
        <w:t>I just tuck this back here and use my pegs, right? Yeah. Yeah,</w:t>
      </w:r>
    </w:p>
    <w:p>
      <w:pPr>
        <w:spacing w:after="0"/>
      </w:pPr>
    </w:p>
    <w:p>
      <w:pPr>
        <w:spacing w:after="0"/>
      </w:pPr>
      <w:r>
        <w:rPr>
          <w:rFonts w:ascii="Arial" w:hAnsi="Arial"/>
          <w:b/>
          <w:sz w:val="22"/>
        </w:rPr>
        <w:t xml:space="preserve">Lucy  </w:t>
      </w:r>
      <w:r>
        <w:rPr>
          <w:rFonts w:ascii="Arial" w:hAnsi="Arial"/>
          <w:color w:val="5D7284"/>
          <w:sz w:val="22"/>
        </w:rPr>
        <w:t>38:25</w:t>
      </w:r>
    </w:p>
    <w:p>
      <w:pPr>
        <w:spacing w:after="0"/>
      </w:pPr>
      <w:r>
        <w:rPr>
          <w:rFonts w:ascii="Arial" w:hAnsi="Arial"/>
          <w:sz w:val="22"/>
        </w:rPr>
        <w:t>I'll put this on the shelf and then just use this leg. Surely that would would not make it really difficult to meet the peg leg, though. if your leg is back on the shelf, and it's holding the, the your knees on. So I think that the knee would be on the peg leg. But the rest of the leg would be behind you.</w:t>
      </w:r>
    </w:p>
    <w:p>
      <w:pPr>
        <w:spacing w:after="0"/>
      </w:pPr>
    </w:p>
    <w:p>
      <w:pPr>
        <w:spacing w:after="0"/>
      </w:pPr>
      <w:r>
        <w:rPr>
          <w:rFonts w:ascii="Arial" w:hAnsi="Arial"/>
          <w:b/>
          <w:sz w:val="22"/>
        </w:rPr>
        <w:t xml:space="preserve">Rachel  </w:t>
      </w:r>
      <w:r>
        <w:rPr>
          <w:rFonts w:ascii="Arial" w:hAnsi="Arial"/>
          <w:color w:val="5D7284"/>
          <w:sz w:val="22"/>
        </w:rPr>
        <w:t>38:42</w:t>
      </w:r>
    </w:p>
    <w:p>
      <w:pPr>
        <w:spacing w:after="0"/>
      </w:pPr>
      <w:r>
        <w:rPr>
          <w:rFonts w:ascii="Arial" w:hAnsi="Arial"/>
          <w:sz w:val="22"/>
        </w:rPr>
        <w:t>Yeah, exactly. That Yeah.</w:t>
      </w:r>
    </w:p>
    <w:p>
      <w:pPr>
        <w:spacing w:after="0"/>
      </w:pPr>
    </w:p>
    <w:p>
      <w:pPr>
        <w:spacing w:after="0"/>
      </w:pPr>
      <w:r>
        <w:rPr>
          <w:rFonts w:ascii="Arial" w:hAnsi="Arial"/>
          <w:b/>
          <w:sz w:val="22"/>
        </w:rPr>
        <w:t xml:space="preserve">Lucy  </w:t>
      </w:r>
      <w:r>
        <w:rPr>
          <w:rFonts w:ascii="Arial" w:hAnsi="Arial"/>
          <w:color w:val="5D7284"/>
          <w:sz w:val="22"/>
        </w:rPr>
        <w:t>38:45</w:t>
      </w:r>
    </w:p>
    <w:p>
      <w:pPr>
        <w:spacing w:after="0"/>
      </w:pPr>
      <w:r>
        <w:rPr>
          <w:rFonts w:ascii="Arial" w:hAnsi="Arial"/>
          <w:sz w:val="22"/>
        </w:rPr>
        <w:t>would not make it really difficult to move the leg. The peg leg?</w:t>
      </w:r>
    </w:p>
    <w:p>
      <w:pPr>
        <w:spacing w:after="0"/>
      </w:pPr>
    </w:p>
    <w:p>
      <w:pPr>
        <w:spacing w:after="0"/>
      </w:pPr>
      <w:r>
        <w:rPr>
          <w:rFonts w:ascii="Arial" w:hAnsi="Arial"/>
          <w:b/>
          <w:sz w:val="22"/>
        </w:rPr>
        <w:t xml:space="preserve">Rachel  </w:t>
      </w:r>
      <w:r>
        <w:rPr>
          <w:rFonts w:ascii="Arial" w:hAnsi="Arial"/>
          <w:color w:val="5D7284"/>
          <w:sz w:val="22"/>
        </w:rPr>
        <w:t>38:49</w:t>
      </w:r>
    </w:p>
    <w:p>
      <w:pPr>
        <w:spacing w:after="0"/>
      </w:pPr>
      <w:r>
        <w:rPr>
          <w:rFonts w:ascii="Arial" w:hAnsi="Arial"/>
          <w:sz w:val="22"/>
        </w:rPr>
        <w:t>Yeah, I'd imagine. So normally, in the pictures that I've seen of people using these, they also have a crutch. Yes, yeah. maybe also give that extra support?</w:t>
      </w:r>
    </w:p>
    <w:p>
      <w:pPr>
        <w:spacing w:after="0"/>
      </w:pPr>
    </w:p>
    <w:p>
      <w:pPr>
        <w:spacing w:after="0"/>
      </w:pPr>
      <w:r>
        <w:rPr>
          <w:rFonts w:ascii="Arial" w:hAnsi="Arial"/>
          <w:b/>
          <w:sz w:val="22"/>
        </w:rPr>
        <w:t xml:space="preserve">Lucy  </w:t>
      </w:r>
      <w:r>
        <w:rPr>
          <w:rFonts w:ascii="Arial" w:hAnsi="Arial"/>
          <w:color w:val="5D7284"/>
          <w:sz w:val="22"/>
        </w:rPr>
        <w:t>38:58</w:t>
      </w:r>
    </w:p>
    <w:p>
      <w:pPr>
        <w:spacing w:after="0"/>
      </w:pPr>
      <w:r>
        <w:rPr>
          <w:rFonts w:ascii="Arial" w:hAnsi="Arial"/>
          <w:sz w:val="22"/>
        </w:rPr>
        <w:t>Yeah. Still seem very lucky.</w:t>
      </w:r>
    </w:p>
    <w:p>
      <w:pPr>
        <w:spacing w:after="0"/>
      </w:pPr>
    </w:p>
    <w:p>
      <w:pPr>
        <w:spacing w:after="0"/>
      </w:pPr>
      <w:r>
        <w:rPr>
          <w:rFonts w:ascii="Arial" w:hAnsi="Arial"/>
          <w:b/>
          <w:sz w:val="22"/>
        </w:rPr>
        <w:t xml:space="preserve">Alice  </w:t>
      </w:r>
      <w:r>
        <w:rPr>
          <w:rFonts w:ascii="Arial" w:hAnsi="Arial"/>
          <w:color w:val="5D7284"/>
          <w:sz w:val="22"/>
        </w:rPr>
        <w:t>39:02</w:t>
      </w:r>
    </w:p>
    <w:p>
      <w:pPr>
        <w:spacing w:after="0"/>
      </w:pPr>
      <w:r>
        <w:rPr>
          <w:rFonts w:ascii="Arial" w:hAnsi="Arial"/>
          <w:sz w:val="22"/>
        </w:rPr>
        <w:t>I'd still borrow.</w:t>
      </w:r>
    </w:p>
    <w:p>
      <w:pPr>
        <w:spacing w:after="0"/>
      </w:pPr>
    </w:p>
    <w:p>
      <w:pPr>
        <w:spacing w:after="0"/>
      </w:pPr>
      <w:r>
        <w:rPr>
          <w:rFonts w:ascii="Arial" w:hAnsi="Arial"/>
          <w:b/>
          <w:sz w:val="22"/>
        </w:rPr>
        <w:t xml:space="preserve">Lucy  </w:t>
      </w:r>
      <w:r>
        <w:rPr>
          <w:rFonts w:ascii="Arial" w:hAnsi="Arial"/>
          <w:color w:val="5D7284"/>
          <w:sz w:val="22"/>
        </w:rPr>
        <w:t>39:05</w:t>
      </w:r>
    </w:p>
    <w:p>
      <w:pPr>
        <w:spacing w:after="0"/>
      </w:pPr>
      <w:r>
        <w:rPr>
          <w:rFonts w:ascii="Arial" w:hAnsi="Arial"/>
          <w:sz w:val="22"/>
        </w:rPr>
        <w:t>connection isn't what we'll borrow available.</w:t>
      </w:r>
    </w:p>
    <w:p>
      <w:pPr>
        <w:spacing w:after="0"/>
      </w:pPr>
    </w:p>
    <w:p>
      <w:pPr>
        <w:spacing w:after="0"/>
      </w:pPr>
      <w:r>
        <w:rPr>
          <w:rFonts w:ascii="Arial" w:hAnsi="Arial"/>
          <w:b/>
          <w:sz w:val="22"/>
        </w:rPr>
        <w:t xml:space="preserve">Alice  </w:t>
      </w:r>
      <w:r>
        <w:rPr>
          <w:rFonts w:ascii="Arial" w:hAnsi="Arial"/>
          <w:color w:val="5D7284"/>
          <w:sz w:val="22"/>
        </w:rPr>
        <w:t>39:09</w:t>
      </w:r>
    </w:p>
    <w:p>
      <w:pPr>
        <w:spacing w:after="0"/>
      </w:pPr>
      <w:r>
        <w:rPr>
          <w:rFonts w:ascii="Arial" w:hAnsi="Arial"/>
          <w:sz w:val="22"/>
        </w:rPr>
        <w:t>you could put rhinestones on it.</w:t>
      </w:r>
    </w:p>
    <w:p>
      <w:pPr>
        <w:spacing w:after="0"/>
      </w:pPr>
    </w:p>
    <w:p>
      <w:pPr>
        <w:spacing w:after="0"/>
      </w:pPr>
      <w:r>
        <w:rPr>
          <w:rFonts w:ascii="Arial" w:hAnsi="Arial"/>
          <w:b/>
          <w:sz w:val="22"/>
        </w:rPr>
        <w:t xml:space="preserve">Lucy  </w:t>
      </w:r>
      <w:r>
        <w:rPr>
          <w:rFonts w:ascii="Arial" w:hAnsi="Arial"/>
          <w:color w:val="5D7284"/>
          <w:sz w:val="22"/>
        </w:rPr>
        <w:t>39:12</w:t>
      </w:r>
    </w:p>
    <w:p>
      <w:pPr>
        <w:spacing w:after="0"/>
      </w:pPr>
      <w:r>
        <w:rPr>
          <w:rFonts w:ascii="Arial" w:hAnsi="Arial"/>
          <w:sz w:val="22"/>
        </w:rPr>
        <w:t>Slogans down the side? No, yeah, I would find that quite. I would imagine using something like the trough system would be quite exhausting. because of having to push through your arms on the crotch to then move your leg and I would imagine that that prosthetic leg wouldn't move very far with the if you push up through your arms. Yeah, that effort wouldn't move it though. So you'd walk in very, very slowly. It's</w:t>
      </w:r>
    </w:p>
    <w:p>
      <w:pPr>
        <w:spacing w:after="0"/>
      </w:pPr>
    </w:p>
    <w:p>
      <w:pPr>
        <w:spacing w:after="0"/>
      </w:pPr>
      <w:r>
        <w:rPr>
          <w:rFonts w:ascii="Arial" w:hAnsi="Arial"/>
          <w:b/>
          <w:sz w:val="22"/>
        </w:rPr>
        <w:t xml:space="preserve">Alice  </w:t>
      </w:r>
      <w:r>
        <w:rPr>
          <w:rFonts w:ascii="Arial" w:hAnsi="Arial"/>
          <w:color w:val="5D7284"/>
          <w:sz w:val="22"/>
        </w:rPr>
        <w:t>39:40</w:t>
      </w:r>
    </w:p>
    <w:p>
      <w:pPr>
        <w:spacing w:after="0"/>
      </w:pPr>
      <w:r>
        <w:rPr>
          <w:rFonts w:ascii="Arial" w:hAnsi="Arial"/>
          <w:sz w:val="22"/>
        </w:rPr>
        <w:t>the ingenuity is like faster that we've gone with we can't amputate the leg. How can we keep this person on the move somehow? you know, it's like rather than just go in I will just stick them in a chair in the corner and they fall outside when you know in the wheelbarrow when it's time to go to church. Yeah,</w:t>
      </w:r>
    </w:p>
    <w:p>
      <w:pPr>
        <w:spacing w:after="0"/>
      </w:pPr>
    </w:p>
    <w:p>
      <w:pPr>
        <w:spacing w:after="0"/>
      </w:pPr>
      <w:r>
        <w:rPr>
          <w:rFonts w:ascii="Arial" w:hAnsi="Arial"/>
          <w:b/>
          <w:sz w:val="22"/>
        </w:rPr>
        <w:t xml:space="preserve">Lucy  </w:t>
      </w:r>
      <w:r>
        <w:rPr>
          <w:rFonts w:ascii="Arial" w:hAnsi="Arial"/>
          <w:color w:val="5D7284"/>
          <w:sz w:val="22"/>
        </w:rPr>
        <w:t>40:00</w:t>
      </w:r>
    </w:p>
    <w:p>
      <w:pPr>
        <w:spacing w:after="0"/>
      </w:pPr>
      <w:r>
        <w:rPr>
          <w:rFonts w:ascii="Arial" w:hAnsi="Arial"/>
          <w:sz w:val="22"/>
        </w:rPr>
        <w:t>or like she's either gonna stay in bed for the rest of their life. Yeah, they're still trying to integrate them and include them in society, aren't they?</w:t>
      </w:r>
    </w:p>
    <w:p>
      <w:pPr>
        <w:spacing w:after="0"/>
      </w:pPr>
    </w:p>
    <w:p>
      <w:pPr>
        <w:spacing w:after="0"/>
      </w:pPr>
      <w:r>
        <w:rPr>
          <w:rFonts w:ascii="Arial" w:hAnsi="Arial"/>
          <w:b/>
          <w:sz w:val="22"/>
        </w:rPr>
        <w:t xml:space="preserve">Alice  </w:t>
      </w:r>
      <w:r>
        <w:rPr>
          <w:rFonts w:ascii="Arial" w:hAnsi="Arial"/>
          <w:color w:val="5D7284"/>
          <w:sz w:val="22"/>
        </w:rPr>
        <w:t>40:08</w:t>
      </w:r>
    </w:p>
    <w:p>
      <w:pPr>
        <w:spacing w:after="0"/>
      </w:pPr>
      <w:r>
        <w:rPr>
          <w:rFonts w:ascii="Arial" w:hAnsi="Arial"/>
          <w:sz w:val="22"/>
        </w:rPr>
        <w:t>I think that's really interesting that</w:t>
      </w:r>
    </w:p>
    <w:p>
      <w:pPr>
        <w:spacing w:after="0"/>
      </w:pPr>
    </w:p>
    <w:p>
      <w:pPr>
        <w:spacing w:after="0"/>
      </w:pPr>
      <w:r>
        <w:rPr>
          <w:rFonts w:ascii="Arial" w:hAnsi="Arial"/>
          <w:b/>
          <w:sz w:val="22"/>
        </w:rPr>
        <w:t xml:space="preserve">Rachel  </w:t>
      </w:r>
      <w:r>
        <w:rPr>
          <w:rFonts w:ascii="Arial" w:hAnsi="Arial"/>
          <w:color w:val="5D7284"/>
          <w:sz w:val="22"/>
        </w:rPr>
        <w:t>40:09</w:t>
      </w:r>
    </w:p>
    <w:p>
      <w:pPr>
        <w:spacing w:after="0"/>
      </w:pPr>
      <w:r>
        <w:rPr>
          <w:rFonts w:ascii="Arial" w:hAnsi="Arial"/>
          <w:sz w:val="22"/>
        </w:rPr>
        <w:t>Yeah, I suppose if nothing else as well, like we were talking about the floor earlier. The floor is gonna be filthy. It's not, you know, clean concrete. No. So if nothing else, it keeps a fresh foot amputation or a wound or if you've got kind of bed sores or that kind of thing. it keeps it out of out of the range of the floor and out of the dirt.</w:t>
      </w:r>
    </w:p>
    <w:p>
      <w:pPr>
        <w:spacing w:after="0"/>
      </w:pPr>
    </w:p>
    <w:p>
      <w:pPr>
        <w:spacing w:after="0"/>
      </w:pPr>
      <w:r>
        <w:rPr>
          <w:rFonts w:ascii="Arial" w:hAnsi="Arial"/>
          <w:b/>
          <w:sz w:val="22"/>
        </w:rPr>
        <w:t xml:space="preserve">Alice  </w:t>
      </w:r>
      <w:r>
        <w:rPr>
          <w:rFonts w:ascii="Arial" w:hAnsi="Arial"/>
          <w:color w:val="5D7284"/>
          <w:sz w:val="22"/>
        </w:rPr>
        <w:t>40:29</w:t>
      </w:r>
    </w:p>
    <w:p>
      <w:pPr>
        <w:spacing w:after="0"/>
      </w:pPr>
      <w:r>
        <w:rPr>
          <w:rFonts w:ascii="Arial" w:hAnsi="Arial"/>
          <w:sz w:val="22"/>
        </w:rPr>
        <w:t>Yeah, made me think of what Jenny Berry said when she came on the show. Which was like the best thing since her accident is that her shoes are always brand new. Yes.</w:t>
      </w:r>
    </w:p>
    <w:p>
      <w:pPr>
        <w:spacing w:after="0"/>
      </w:pPr>
    </w:p>
    <w:p>
      <w:pPr>
        <w:spacing w:after="0"/>
      </w:pPr>
      <w:r>
        <w:rPr>
          <w:rFonts w:ascii="Arial" w:hAnsi="Arial"/>
          <w:b/>
          <w:sz w:val="22"/>
        </w:rPr>
        <w:t xml:space="preserve">Lucy  </w:t>
      </w:r>
      <w:r>
        <w:rPr>
          <w:rFonts w:ascii="Arial" w:hAnsi="Arial"/>
          <w:color w:val="5D7284"/>
          <w:sz w:val="22"/>
        </w:rPr>
        <w:t>40:40</w:t>
      </w:r>
    </w:p>
    <w:p>
      <w:pPr>
        <w:spacing w:after="0"/>
      </w:pPr>
      <w:r>
        <w:rPr>
          <w:rFonts w:ascii="Arial" w:hAnsi="Arial"/>
          <w:sz w:val="22"/>
        </w:rPr>
        <w:t>Never get scuffed. I could because I imagine that the floor in medieval times, wherever you are would have been a bit like because the carpet in Wetherspoons. Sticky, filthy. I suspect</w:t>
      </w:r>
    </w:p>
    <w:p>
      <w:pPr>
        <w:spacing w:after="0"/>
      </w:pPr>
    </w:p>
    <w:p>
      <w:pPr>
        <w:spacing w:after="0"/>
      </w:pPr>
      <w:r>
        <w:rPr>
          <w:rFonts w:ascii="Arial" w:hAnsi="Arial"/>
          <w:b/>
          <w:sz w:val="22"/>
        </w:rPr>
        <w:t xml:space="preserve">Alice  </w:t>
      </w:r>
      <w:r>
        <w:rPr>
          <w:rFonts w:ascii="Arial" w:hAnsi="Arial"/>
          <w:color w:val="5D7284"/>
          <w:sz w:val="22"/>
        </w:rPr>
        <w:t>40:54</w:t>
      </w:r>
    </w:p>
    <w:p>
      <w:pPr>
        <w:spacing w:after="0"/>
      </w:pPr>
      <w:r>
        <w:rPr>
          <w:rFonts w:ascii="Arial" w:hAnsi="Arial"/>
          <w:sz w:val="22"/>
        </w:rPr>
        <w:t>it would be just a couple of degrees worse. Yeah.</w:t>
      </w:r>
    </w:p>
    <w:p>
      <w:pPr>
        <w:spacing w:after="0"/>
      </w:pPr>
    </w:p>
    <w:p>
      <w:pPr>
        <w:spacing w:after="0"/>
      </w:pPr>
      <w:r>
        <w:rPr>
          <w:rFonts w:ascii="Arial" w:hAnsi="Arial"/>
          <w:b/>
          <w:sz w:val="22"/>
        </w:rPr>
        <w:t xml:space="preserve">Rachel  </w:t>
      </w:r>
      <w:r>
        <w:rPr>
          <w:rFonts w:ascii="Arial" w:hAnsi="Arial"/>
          <w:color w:val="5D7284"/>
          <w:sz w:val="22"/>
        </w:rPr>
        <w:t>40:59</w:t>
      </w:r>
    </w:p>
    <w:p>
      <w:pPr>
        <w:spacing w:after="0"/>
      </w:pPr>
      <w:r>
        <w:rPr>
          <w:rFonts w:ascii="Arial" w:hAnsi="Arial"/>
          <w:sz w:val="22"/>
        </w:rPr>
        <w:t>With an aggressive 60s</w:t>
      </w:r>
    </w:p>
    <w:p>
      <w:pPr>
        <w:spacing w:after="0"/>
      </w:pPr>
    </w:p>
    <w:p>
      <w:pPr>
        <w:spacing w:after="0"/>
      </w:pPr>
      <w:r>
        <w:rPr>
          <w:rFonts w:ascii="Arial" w:hAnsi="Arial"/>
          <w:b/>
          <w:sz w:val="22"/>
        </w:rPr>
        <w:t xml:space="preserve">Lucy  </w:t>
      </w:r>
      <w:r>
        <w:rPr>
          <w:rFonts w:ascii="Arial" w:hAnsi="Arial"/>
          <w:color w:val="5D7284"/>
          <w:sz w:val="22"/>
        </w:rPr>
        <w:t>41:02</w:t>
      </w:r>
    </w:p>
    <w:p>
      <w:pPr>
        <w:spacing w:after="0"/>
      </w:pPr>
      <w:r>
        <w:rPr>
          <w:rFonts w:ascii="Arial" w:hAnsi="Arial"/>
          <w:sz w:val="22"/>
        </w:rPr>
        <w:t>late 60s baton, yeah. Yeah,</w:t>
      </w:r>
    </w:p>
    <w:p>
      <w:pPr>
        <w:spacing w:after="0"/>
      </w:pPr>
    </w:p>
    <w:p>
      <w:pPr>
        <w:spacing w:after="0"/>
      </w:pPr>
      <w:r>
        <w:rPr>
          <w:rFonts w:ascii="Arial" w:hAnsi="Arial"/>
          <w:b/>
          <w:sz w:val="22"/>
        </w:rPr>
        <w:t xml:space="preserve">Alice  </w:t>
      </w:r>
      <w:r>
        <w:rPr>
          <w:rFonts w:ascii="Arial" w:hAnsi="Arial"/>
          <w:color w:val="5D7284"/>
          <w:sz w:val="22"/>
        </w:rPr>
        <w:t>41:06</w:t>
      </w:r>
    </w:p>
    <w:p>
      <w:pPr>
        <w:spacing w:after="0"/>
      </w:pPr>
      <w:r>
        <w:rPr>
          <w:rFonts w:ascii="Arial" w:hAnsi="Arial"/>
          <w:sz w:val="22"/>
        </w:rPr>
        <w:t>I just this is a time before plumbing. So yeah. Yeah. Yeah. And all those poor women who had to wear floor like skirts as well. Oh, yeah. It's upsetting. I'm</w:t>
      </w:r>
    </w:p>
    <w:p>
      <w:pPr>
        <w:spacing w:after="0"/>
      </w:pPr>
    </w:p>
    <w:p>
      <w:pPr>
        <w:spacing w:after="0"/>
      </w:pPr>
      <w:r>
        <w:rPr>
          <w:rFonts w:ascii="Arial" w:hAnsi="Arial"/>
          <w:b/>
          <w:sz w:val="22"/>
        </w:rPr>
        <w:t xml:space="preserve">Lucy  </w:t>
      </w:r>
      <w:r>
        <w:rPr>
          <w:rFonts w:ascii="Arial" w:hAnsi="Arial"/>
          <w:color w:val="5D7284"/>
          <w:sz w:val="22"/>
        </w:rPr>
        <w:t>41:25</w:t>
      </w:r>
    </w:p>
    <w:p>
      <w:pPr>
        <w:spacing w:after="0"/>
      </w:pPr>
      <w:r>
        <w:rPr>
          <w:rFonts w:ascii="Arial" w:hAnsi="Arial"/>
          <w:sz w:val="22"/>
        </w:rPr>
        <w:t>very appreciative that my feet are away from the floor. Yes.</w:t>
      </w:r>
    </w:p>
    <w:p>
      <w:pPr>
        <w:spacing w:after="0"/>
      </w:pPr>
    </w:p>
    <w:p>
      <w:pPr>
        <w:spacing w:after="0"/>
      </w:pPr>
      <w:r>
        <w:rPr>
          <w:rFonts w:ascii="Arial" w:hAnsi="Arial"/>
          <w:b/>
          <w:sz w:val="22"/>
        </w:rPr>
        <w:t xml:space="preserve">Rachel  </w:t>
      </w:r>
      <w:r>
        <w:rPr>
          <w:rFonts w:ascii="Arial" w:hAnsi="Arial"/>
          <w:color w:val="5D7284"/>
          <w:sz w:val="22"/>
        </w:rPr>
        <w:t>41:31</w:t>
      </w:r>
    </w:p>
    <w:p>
      <w:pPr>
        <w:spacing w:after="0"/>
      </w:pPr>
      <w:r>
        <w:rPr>
          <w:rFonts w:ascii="Arial" w:hAnsi="Arial"/>
          <w:sz w:val="22"/>
        </w:rPr>
        <w:t>Suspicion speaking of floors. There's a palace in Spain, which was the palace where Philip the Second of Spain lived. And I went to go and look at the palace and and think about what it was like in terms of its flooring, because fill up. The second is the first example we have in history of a wheelchair that we would recognize as a wheelchair today. it is. Wow, it's a chair on wheels. So it's like a four legged kind of like, almost like an armchair type thing. And on the bottom of each leg of chair, it's got a tiny little wheel.</w:t>
      </w:r>
    </w:p>
    <w:p>
      <w:pPr>
        <w:spacing w:after="0"/>
      </w:pPr>
    </w:p>
    <w:p>
      <w:pPr>
        <w:spacing w:after="0"/>
      </w:pPr>
      <w:r>
        <w:rPr>
          <w:rFonts w:ascii="Arial" w:hAnsi="Arial"/>
          <w:b/>
          <w:sz w:val="22"/>
        </w:rPr>
        <w:t xml:space="preserve">Lucy  </w:t>
      </w:r>
      <w:r>
        <w:rPr>
          <w:rFonts w:ascii="Arial" w:hAnsi="Arial"/>
          <w:color w:val="5D7284"/>
          <w:sz w:val="22"/>
        </w:rPr>
        <w:t>42:09</w:t>
      </w:r>
    </w:p>
    <w:p>
      <w:pPr>
        <w:spacing w:after="0"/>
      </w:pPr>
      <w:r>
        <w:rPr>
          <w:rFonts w:ascii="Arial" w:hAnsi="Arial"/>
          <w:sz w:val="22"/>
        </w:rPr>
        <w:t>Okay, so there's not a big wheel for pushing to push because I mean, he's</w:t>
      </w:r>
    </w:p>
    <w:p>
      <w:pPr>
        <w:spacing w:after="0"/>
      </w:pPr>
    </w:p>
    <w:p>
      <w:pPr>
        <w:spacing w:after="0"/>
      </w:pPr>
      <w:r>
        <w:rPr>
          <w:rFonts w:ascii="Arial" w:hAnsi="Arial"/>
          <w:b/>
          <w:sz w:val="22"/>
        </w:rPr>
        <w:t xml:space="preserve">Alice  </w:t>
      </w:r>
      <w:r>
        <w:rPr>
          <w:rFonts w:ascii="Arial" w:hAnsi="Arial"/>
          <w:color w:val="5D7284"/>
          <w:sz w:val="22"/>
        </w:rPr>
        <w:t>42:15</w:t>
      </w:r>
    </w:p>
    <w:p>
      <w:pPr>
        <w:spacing w:after="0"/>
      </w:pPr>
      <w:r>
        <w:rPr>
          <w:rFonts w:ascii="Arial" w:hAnsi="Arial"/>
          <w:sz w:val="22"/>
        </w:rPr>
        <w:t>king. Yeah, if I was King, I'd be sitting in an armchair making people wheel.</w:t>
      </w:r>
    </w:p>
    <w:p>
      <w:pPr>
        <w:spacing w:after="0"/>
      </w:pPr>
    </w:p>
    <w:p>
      <w:pPr>
        <w:spacing w:after="0"/>
      </w:pPr>
      <w:r>
        <w:rPr>
          <w:rFonts w:ascii="Arial" w:hAnsi="Arial"/>
          <w:b/>
          <w:sz w:val="22"/>
        </w:rPr>
        <w:t xml:space="preserve">Rachel  </w:t>
      </w:r>
      <w:r>
        <w:rPr>
          <w:rFonts w:ascii="Arial" w:hAnsi="Arial"/>
          <w:color w:val="5D7284"/>
          <w:sz w:val="22"/>
        </w:rPr>
        <w:t>42:21</w:t>
      </w:r>
    </w:p>
    <w:p>
      <w:pPr>
        <w:spacing w:after="0"/>
      </w:pPr>
      <w:r>
        <w:rPr>
          <w:rFonts w:ascii="Arial" w:hAnsi="Arial"/>
          <w:sz w:val="22"/>
        </w:rPr>
        <w:t>I'm not doubting myself and my chair. I'm just going to remove yourself</w:t>
      </w:r>
    </w:p>
    <w:p>
      <w:pPr>
        <w:spacing w:after="0"/>
      </w:pPr>
    </w:p>
    <w:p>
      <w:pPr>
        <w:spacing w:after="0"/>
      </w:pPr>
      <w:r>
        <w:rPr>
          <w:rFonts w:ascii="Arial" w:hAnsi="Arial"/>
          <w:b/>
          <w:sz w:val="22"/>
        </w:rPr>
        <w:t xml:space="preserve">Lucy  </w:t>
      </w:r>
      <w:r>
        <w:rPr>
          <w:rFonts w:ascii="Arial" w:hAnsi="Arial"/>
          <w:color w:val="5D7284"/>
          <w:sz w:val="22"/>
        </w:rPr>
        <w:t>42:26</w:t>
      </w:r>
    </w:p>
    <w:p>
      <w:pPr>
        <w:spacing w:after="0"/>
      </w:pPr>
      <w:r>
        <w:rPr>
          <w:rFonts w:ascii="Arial" w:hAnsi="Arial"/>
          <w:sz w:val="22"/>
        </w:rPr>
        <w:t>that noise is research on the go.</w:t>
      </w:r>
    </w:p>
    <w:p>
      <w:pPr>
        <w:spacing w:after="0"/>
      </w:pPr>
    </w:p>
    <w:p>
      <w:pPr>
        <w:spacing w:after="0"/>
      </w:pPr>
      <w:r>
        <w:rPr>
          <w:rFonts w:ascii="Arial" w:hAnsi="Arial"/>
          <w:b/>
          <w:sz w:val="22"/>
        </w:rPr>
        <w:t xml:space="preserve">Rachel  </w:t>
      </w:r>
      <w:r>
        <w:rPr>
          <w:rFonts w:ascii="Arial" w:hAnsi="Arial"/>
          <w:color w:val="5D7284"/>
          <w:sz w:val="22"/>
        </w:rPr>
        <w:t>42:29</w:t>
      </w:r>
    </w:p>
    <w:p>
      <w:pPr>
        <w:spacing w:after="0"/>
      </w:pPr>
      <w:r>
        <w:rPr>
          <w:rFonts w:ascii="Arial" w:hAnsi="Arial"/>
          <w:sz w:val="22"/>
        </w:rPr>
        <w:t>I got I got the right I have got the right chat. We can cut out the TYPING SOUND tiny tiny real at the bottom of every leg. So yeah, I find</w:t>
      </w:r>
    </w:p>
    <w:p>
      <w:pPr>
        <w:spacing w:after="0"/>
      </w:pPr>
    </w:p>
    <w:p>
      <w:pPr>
        <w:spacing w:after="0"/>
      </w:pPr>
      <w:r>
        <w:rPr>
          <w:rFonts w:ascii="Arial" w:hAnsi="Arial"/>
          <w:b/>
          <w:sz w:val="22"/>
        </w:rPr>
        <w:t xml:space="preserve">Lucy  </w:t>
      </w:r>
      <w:r>
        <w:rPr>
          <w:rFonts w:ascii="Arial" w:hAnsi="Arial"/>
          <w:color w:val="5D7284"/>
          <w:sz w:val="22"/>
        </w:rPr>
        <w:t>42:43</w:t>
      </w:r>
    </w:p>
    <w:p>
      <w:pPr>
        <w:spacing w:after="0"/>
      </w:pPr>
      <w:r>
        <w:rPr>
          <w:rFonts w:ascii="Arial" w:hAnsi="Arial"/>
          <w:sz w:val="22"/>
        </w:rPr>
        <w:t>somebody to push did they have to like push with a flat hand? I've got visions of a big push. Move.</w:t>
      </w:r>
    </w:p>
    <w:p>
      <w:pPr>
        <w:spacing w:after="0"/>
      </w:pPr>
    </w:p>
    <w:p>
      <w:pPr>
        <w:spacing w:after="0"/>
      </w:pPr>
      <w:r>
        <w:rPr>
          <w:rFonts w:ascii="Arial" w:hAnsi="Arial"/>
          <w:b/>
          <w:sz w:val="22"/>
        </w:rPr>
        <w:t xml:space="preserve">Rachel  </w:t>
      </w:r>
      <w:r>
        <w:rPr>
          <w:rFonts w:ascii="Arial" w:hAnsi="Arial"/>
          <w:color w:val="5D7284"/>
          <w:sz w:val="22"/>
        </w:rPr>
        <w:t>42:53</w:t>
      </w:r>
    </w:p>
    <w:p>
      <w:pPr>
        <w:spacing w:after="0"/>
      </w:pPr>
      <w:r>
        <w:rPr>
          <w:rFonts w:ascii="Arial" w:hAnsi="Arial"/>
          <w:sz w:val="22"/>
        </w:rPr>
        <w:t>I don't know if you can see this and tell folks what you're seeing.</w:t>
      </w:r>
    </w:p>
    <w:p>
      <w:pPr>
        <w:spacing w:after="0"/>
      </w:pPr>
    </w:p>
    <w:p>
      <w:pPr>
        <w:spacing w:after="0"/>
      </w:pPr>
      <w:r>
        <w:rPr>
          <w:rFonts w:ascii="Arial" w:hAnsi="Arial"/>
          <w:b/>
          <w:sz w:val="22"/>
        </w:rPr>
        <w:t xml:space="preserve">Lucy  </w:t>
      </w:r>
      <w:r>
        <w:rPr>
          <w:rFonts w:ascii="Arial" w:hAnsi="Arial"/>
          <w:color w:val="5D7284"/>
          <w:sz w:val="22"/>
        </w:rPr>
        <w:t>42:57</w:t>
      </w:r>
    </w:p>
    <w:p>
      <w:pPr>
        <w:spacing w:after="0"/>
      </w:pPr>
      <w:r>
        <w:rPr>
          <w:rFonts w:ascii="Arial" w:hAnsi="Arial"/>
          <w:sz w:val="22"/>
        </w:rPr>
        <w:t>right okay. I can't I didn't describe it. So it's basically like there was a man sort of like SAP is got a hat on. That's not important but but it's like a high back chair. With with arms like way said with four tiny wheels on the bottom. So it's like a wooden dining chair with a high back and four wheels on the on the the feet and then across where his feet finish like where his foot plate should be. is that like, a piece of wood?</w:t>
      </w:r>
    </w:p>
    <w:p>
      <w:pPr>
        <w:spacing w:after="0"/>
      </w:pPr>
    </w:p>
    <w:p>
      <w:pPr>
        <w:spacing w:after="0"/>
      </w:pPr>
      <w:r>
        <w:rPr>
          <w:rFonts w:ascii="Arial" w:hAnsi="Arial"/>
          <w:b/>
          <w:sz w:val="22"/>
        </w:rPr>
        <w:t xml:space="preserve">Rachel  </w:t>
      </w:r>
      <w:r>
        <w:rPr>
          <w:rFonts w:ascii="Arial" w:hAnsi="Arial"/>
          <w:color w:val="5D7284"/>
          <w:sz w:val="22"/>
        </w:rPr>
        <w:t>43:33</w:t>
      </w:r>
    </w:p>
    <w:p>
      <w:pPr>
        <w:spacing w:after="0"/>
      </w:pPr>
      <w:r>
        <w:rPr>
          <w:rFonts w:ascii="Arial" w:hAnsi="Arial"/>
          <w:sz w:val="22"/>
        </w:rPr>
        <w:t>Yeah, yeah, exactly that. Yeah, like a little wooden footrest</w:t>
      </w:r>
    </w:p>
    <w:p>
      <w:pPr>
        <w:spacing w:after="0"/>
      </w:pPr>
    </w:p>
    <w:p>
      <w:pPr>
        <w:spacing w:after="0"/>
      </w:pPr>
      <w:r>
        <w:rPr>
          <w:rFonts w:ascii="Arial" w:hAnsi="Arial"/>
          <w:b/>
          <w:sz w:val="22"/>
        </w:rPr>
        <w:t xml:space="preserve">Lucy  </w:t>
      </w:r>
      <w:r>
        <w:rPr>
          <w:rFonts w:ascii="Arial" w:hAnsi="Arial"/>
          <w:color w:val="5D7284"/>
          <w:sz w:val="22"/>
        </w:rPr>
        <w:t>43:38</w:t>
      </w:r>
    </w:p>
    <w:p>
      <w:pPr>
        <w:spacing w:after="0"/>
      </w:pPr>
      <w:r>
        <w:rPr>
          <w:rFonts w:ascii="Arial" w:hAnsi="Arial"/>
          <w:sz w:val="22"/>
        </w:rPr>
        <w:t>Yeah, I mean, it looks very weird. But it does look very comfortable.</w:t>
      </w:r>
    </w:p>
    <w:p>
      <w:pPr>
        <w:spacing w:after="0"/>
      </w:pPr>
    </w:p>
    <w:p>
      <w:pPr>
        <w:spacing w:after="0"/>
      </w:pPr>
      <w:r>
        <w:rPr>
          <w:rFonts w:ascii="Arial" w:hAnsi="Arial"/>
          <w:b/>
          <w:sz w:val="22"/>
        </w:rPr>
        <w:t xml:space="preserve">Rachel  </w:t>
      </w:r>
      <w:r>
        <w:rPr>
          <w:rFonts w:ascii="Arial" w:hAnsi="Arial"/>
          <w:color w:val="5D7284"/>
          <w:sz w:val="22"/>
        </w:rPr>
        <w:t>43:42</w:t>
      </w:r>
    </w:p>
    <w:p>
      <w:pPr>
        <w:spacing w:after="0"/>
      </w:pPr>
      <w:r>
        <w:rPr>
          <w:rFonts w:ascii="Arial" w:hAnsi="Arial"/>
          <w:sz w:val="22"/>
        </w:rPr>
        <w:t>And he was it was apparently fully padded with horsehair. So it would have been nice and soft.</w:t>
      </w:r>
    </w:p>
    <w:p>
      <w:pPr>
        <w:spacing w:after="0"/>
      </w:pPr>
    </w:p>
    <w:p>
      <w:pPr>
        <w:spacing w:after="0"/>
      </w:pPr>
      <w:r>
        <w:rPr>
          <w:rFonts w:ascii="Arial" w:hAnsi="Arial"/>
          <w:b/>
          <w:sz w:val="22"/>
        </w:rPr>
        <w:t xml:space="preserve">Lucy  </w:t>
      </w:r>
      <w:r>
        <w:rPr>
          <w:rFonts w:ascii="Arial" w:hAnsi="Arial"/>
          <w:color w:val="5D7284"/>
          <w:sz w:val="22"/>
        </w:rPr>
        <w:t>43:48</w:t>
      </w:r>
    </w:p>
    <w:p>
      <w:pPr>
        <w:spacing w:after="0"/>
      </w:pPr>
      <w:r>
        <w:rPr>
          <w:rFonts w:ascii="Arial" w:hAnsi="Arial"/>
          <w:sz w:val="22"/>
        </w:rPr>
        <w:t>Oh, well for being the king has been you see? Yeah. That's that's really quite interesting. Yeah. So</w:t>
      </w:r>
    </w:p>
    <w:p>
      <w:pPr>
        <w:spacing w:after="0"/>
      </w:pPr>
    </w:p>
    <w:p>
      <w:pPr>
        <w:spacing w:after="0"/>
      </w:pPr>
      <w:r>
        <w:rPr>
          <w:rFonts w:ascii="Arial" w:hAnsi="Arial"/>
          <w:b/>
          <w:sz w:val="22"/>
        </w:rPr>
        <w:t xml:space="preserve">Rachel  </w:t>
      </w:r>
      <w:r>
        <w:rPr>
          <w:rFonts w:ascii="Arial" w:hAnsi="Arial"/>
          <w:color w:val="5D7284"/>
          <w:sz w:val="22"/>
        </w:rPr>
        <w:t>43:57</w:t>
      </w:r>
    </w:p>
    <w:p>
      <w:pPr>
        <w:spacing w:after="0"/>
      </w:pPr>
      <w:r>
        <w:rPr>
          <w:rFonts w:ascii="Arial" w:hAnsi="Arial"/>
          <w:sz w:val="22"/>
        </w:rPr>
        <w:t>this is the earliest example of like a wheelchair as we know it today. as you can see, there's no way to sort of control it yourself. you can't you know, wheel yourself and this</w:t>
      </w:r>
    </w:p>
    <w:p>
      <w:pPr>
        <w:spacing w:after="0"/>
      </w:pPr>
    </w:p>
    <w:p>
      <w:pPr>
        <w:spacing w:after="0"/>
      </w:pPr>
      <w:r>
        <w:rPr>
          <w:rFonts w:ascii="Arial" w:hAnsi="Arial"/>
          <w:b/>
          <w:sz w:val="22"/>
        </w:rPr>
        <w:t xml:space="preserve">Lucy  </w:t>
      </w:r>
      <w:r>
        <w:rPr>
          <w:rFonts w:ascii="Arial" w:hAnsi="Arial"/>
          <w:color w:val="5D7284"/>
          <w:sz w:val="22"/>
        </w:rPr>
        <w:t>44:06</w:t>
      </w:r>
    </w:p>
    <w:p>
      <w:pPr>
        <w:spacing w:after="0"/>
      </w:pPr>
      <w:r>
        <w:rPr>
          <w:rFonts w:ascii="Arial" w:hAnsi="Arial"/>
          <w:sz w:val="22"/>
        </w:rPr>
        <w:t>doesn't quite large though. Yeah. bulky. Yeah. Like what do you have to have these doorways like widened because like my doorways in my house have all been widened so that I can get my wheelchair through. I still managed to scuff the skirting boards as I go. But they have all been wider. Just imagine your mom. Yeah, she I think she's just like literally though. She's like, Yeah, they're all scuffed, I know. But so all our internal doors have been widened to outside doorways so I can get in and out easy. And it's only when I then go places where they've got internal doors. I'm like, this is quite tight. I can't really get through this door.</w:t>
      </w:r>
    </w:p>
    <w:p>
      <w:pPr>
        <w:spacing w:after="0"/>
      </w:pPr>
    </w:p>
    <w:p>
      <w:pPr>
        <w:spacing w:after="0"/>
      </w:pPr>
      <w:r>
        <w:rPr>
          <w:rFonts w:ascii="Arial" w:hAnsi="Arial"/>
          <w:b/>
          <w:sz w:val="22"/>
        </w:rPr>
        <w:t xml:space="preserve">Alice  </w:t>
      </w:r>
      <w:r>
        <w:rPr>
          <w:rFonts w:ascii="Arial" w:hAnsi="Arial"/>
          <w:color w:val="5D7284"/>
          <w:sz w:val="22"/>
        </w:rPr>
        <w:t>44:48</w:t>
      </w:r>
    </w:p>
    <w:p>
      <w:pPr>
        <w:spacing w:after="0"/>
      </w:pPr>
      <w:r>
        <w:rPr>
          <w:rFonts w:ascii="Arial" w:hAnsi="Arial"/>
          <w:sz w:val="22"/>
        </w:rPr>
        <w:t>can I tell you something? it was not until you just said that sentence that I realized that inside doors are not as wide as outside doors.</w:t>
      </w:r>
    </w:p>
    <w:p>
      <w:pPr>
        <w:spacing w:after="0"/>
      </w:pPr>
    </w:p>
    <w:p>
      <w:pPr>
        <w:spacing w:after="0"/>
      </w:pPr>
      <w:r>
        <w:rPr>
          <w:rFonts w:ascii="Arial" w:hAnsi="Arial"/>
          <w:b/>
          <w:sz w:val="22"/>
        </w:rPr>
        <w:t xml:space="preserve">Lucy  </w:t>
      </w:r>
      <w:r>
        <w:rPr>
          <w:rFonts w:ascii="Arial" w:hAnsi="Arial"/>
          <w:color w:val="5D7284"/>
          <w:sz w:val="22"/>
        </w:rPr>
        <w:t>44:57</w:t>
      </w:r>
    </w:p>
    <w:p>
      <w:pPr>
        <w:spacing w:after="0"/>
      </w:pPr>
      <w:r>
        <w:rPr>
          <w:rFonts w:ascii="Arial" w:hAnsi="Arial"/>
          <w:sz w:val="22"/>
        </w:rPr>
        <w:t>No, I didn't really either. But don't tell my dad I said So I mean talking about the extension he was like we're gonna put some outside doors with in and as they can. Yeah, I didn't realize that. So would you like to have like wide doorways to get through?</w:t>
      </w:r>
    </w:p>
    <w:p>
      <w:pPr>
        <w:spacing w:after="0"/>
      </w:pPr>
    </w:p>
    <w:p>
      <w:pPr>
        <w:spacing w:after="0"/>
      </w:pPr>
      <w:r>
        <w:rPr>
          <w:rFonts w:ascii="Arial" w:hAnsi="Arial"/>
          <w:b/>
          <w:sz w:val="22"/>
        </w:rPr>
        <w:t xml:space="preserve">Alice  </w:t>
      </w:r>
      <w:r>
        <w:rPr>
          <w:rFonts w:ascii="Arial" w:hAnsi="Arial"/>
          <w:color w:val="5D7284"/>
          <w:sz w:val="22"/>
        </w:rPr>
        <w:t>45:15</w:t>
      </w:r>
    </w:p>
    <w:p>
      <w:pPr>
        <w:spacing w:after="0"/>
      </w:pPr>
      <w:r>
        <w:rPr>
          <w:rFonts w:ascii="Arial" w:hAnsi="Arial"/>
          <w:sz w:val="22"/>
        </w:rPr>
        <w:t>Yeah, what was this what was the floor like like</w:t>
      </w:r>
    </w:p>
    <w:p>
      <w:pPr>
        <w:spacing w:after="0"/>
      </w:pPr>
    </w:p>
    <w:p>
      <w:pPr>
        <w:spacing w:after="0"/>
      </w:pPr>
      <w:r>
        <w:rPr>
          <w:rFonts w:ascii="Arial" w:hAnsi="Arial"/>
          <w:b/>
          <w:sz w:val="22"/>
        </w:rPr>
        <w:t xml:space="preserve">Lucy  </w:t>
      </w:r>
      <w:r>
        <w:rPr>
          <w:rFonts w:ascii="Arial" w:hAnsi="Arial"/>
          <w:color w:val="5D7284"/>
          <w:sz w:val="22"/>
        </w:rPr>
        <w:t>45:19</w:t>
      </w:r>
    </w:p>
    <w:p>
      <w:pPr>
        <w:spacing w:after="0"/>
      </w:pPr>
      <w:r>
        <w:rPr>
          <w:rFonts w:ascii="Arial" w:hAnsi="Arial"/>
          <w:sz w:val="22"/>
        </w:rPr>
        <w:t>or Polish law because I love a Polish law because you could do one push and get for one</w:t>
      </w:r>
    </w:p>
    <w:p>
      <w:pPr>
        <w:spacing w:after="0"/>
      </w:pPr>
    </w:p>
    <w:p>
      <w:pPr>
        <w:spacing w:after="0"/>
      </w:pPr>
      <w:r>
        <w:rPr>
          <w:rFonts w:ascii="Arial" w:hAnsi="Arial"/>
          <w:b/>
          <w:sz w:val="22"/>
        </w:rPr>
        <w:t xml:space="preserve">Rachel  </w:t>
      </w:r>
      <w:r>
        <w:rPr>
          <w:rFonts w:ascii="Arial" w:hAnsi="Arial"/>
          <w:color w:val="5D7284"/>
          <w:sz w:val="22"/>
        </w:rPr>
        <w:t>45:25</w:t>
      </w:r>
    </w:p>
    <w:p>
      <w:pPr>
        <w:spacing w:after="0"/>
      </w:pPr>
      <w:r>
        <w:rPr>
          <w:rFonts w:ascii="Arial" w:hAnsi="Arial"/>
          <w:sz w:val="22"/>
        </w:rPr>
        <w:t>across yeah fortunately for affiliate he is so king of Spain and Spain is hot and he's got this huge palace with smooth smooth floors very open Palestine but not open on account of him needing to use this chair open on account of I have loads of money and can have these huge open spaces.</w:t>
      </w:r>
    </w:p>
    <w:p>
      <w:pPr>
        <w:spacing w:after="0"/>
      </w:pPr>
    </w:p>
    <w:p>
      <w:pPr>
        <w:spacing w:after="0"/>
      </w:pPr>
      <w:r>
        <w:rPr>
          <w:rFonts w:ascii="Arial" w:hAnsi="Arial"/>
          <w:b/>
          <w:sz w:val="22"/>
        </w:rPr>
        <w:t xml:space="preserve">Alice  </w:t>
      </w:r>
      <w:r>
        <w:rPr>
          <w:rFonts w:ascii="Arial" w:hAnsi="Arial"/>
          <w:color w:val="5D7284"/>
          <w:sz w:val="22"/>
        </w:rPr>
        <w:t>45:46</w:t>
      </w:r>
    </w:p>
    <w:p>
      <w:pPr>
        <w:spacing w:after="0"/>
      </w:pPr>
      <w:r>
        <w:rPr>
          <w:rFonts w:ascii="Arial" w:hAnsi="Arial"/>
          <w:sz w:val="22"/>
        </w:rPr>
        <w:t>So there's probably not wide</w:t>
      </w:r>
    </w:p>
    <w:p>
      <w:pPr>
        <w:spacing w:after="0"/>
      </w:pPr>
    </w:p>
    <w:p>
      <w:pPr>
        <w:spacing w:after="0"/>
      </w:pPr>
      <w:r>
        <w:rPr>
          <w:rFonts w:ascii="Arial" w:hAnsi="Arial"/>
          <w:b/>
          <w:sz w:val="22"/>
        </w:rPr>
        <w:t xml:space="preserve">Lucy  </w:t>
      </w:r>
      <w:r>
        <w:rPr>
          <w:rFonts w:ascii="Arial" w:hAnsi="Arial"/>
          <w:color w:val="5D7284"/>
          <w:sz w:val="22"/>
        </w:rPr>
        <w:t>45:47</w:t>
      </w:r>
    </w:p>
    <w:p>
      <w:pPr>
        <w:spacing w:after="0"/>
      </w:pPr>
      <w:r>
        <w:rPr>
          <w:rFonts w:ascii="Arial" w:hAnsi="Arial"/>
          <w:sz w:val="22"/>
        </w:rPr>
        <w:t>doorways anyway as a day really? Yeah, King. Big everything's that you know what to go to the palace ago that door is really small. Yeah.</w:t>
      </w:r>
    </w:p>
    <w:p>
      <w:pPr>
        <w:spacing w:after="0"/>
      </w:pPr>
    </w:p>
    <w:p>
      <w:pPr>
        <w:spacing w:after="0"/>
      </w:pPr>
      <w:r>
        <w:rPr>
          <w:rFonts w:ascii="Arial" w:hAnsi="Arial"/>
          <w:b/>
          <w:sz w:val="22"/>
        </w:rPr>
        <w:t xml:space="preserve">Alice  </w:t>
      </w:r>
      <w:r>
        <w:rPr>
          <w:rFonts w:ascii="Arial" w:hAnsi="Arial"/>
          <w:color w:val="5D7284"/>
          <w:sz w:val="22"/>
        </w:rPr>
        <w:t>45:59</w:t>
      </w:r>
    </w:p>
    <w:p>
      <w:pPr>
        <w:spacing w:after="0"/>
      </w:pPr>
      <w:r>
        <w:rPr>
          <w:rFonts w:ascii="Arial" w:hAnsi="Arial"/>
          <w:sz w:val="22"/>
        </w:rPr>
        <w:t>Just happy to walk through everything sideways.</w:t>
      </w:r>
    </w:p>
    <w:p>
      <w:pPr>
        <w:spacing w:after="0"/>
      </w:pPr>
    </w:p>
    <w:p>
      <w:pPr>
        <w:spacing w:after="0"/>
      </w:pPr>
      <w:r>
        <w:rPr>
          <w:rFonts w:ascii="Arial" w:hAnsi="Arial"/>
          <w:b/>
          <w:sz w:val="22"/>
        </w:rPr>
        <w:t xml:space="preserve">Lucy  </w:t>
      </w:r>
      <w:r>
        <w:rPr>
          <w:rFonts w:ascii="Arial" w:hAnsi="Arial"/>
          <w:color w:val="5D7284"/>
          <w:sz w:val="22"/>
        </w:rPr>
        <w:t>46:03</w:t>
      </w:r>
    </w:p>
    <w:p>
      <w:pPr>
        <w:spacing w:after="0"/>
      </w:pPr>
      <w:r>
        <w:rPr>
          <w:rFonts w:ascii="Arial" w:hAnsi="Arial"/>
          <w:sz w:val="22"/>
        </w:rPr>
        <w:t>Sorry, Camilla. Yeah,</w:t>
      </w:r>
    </w:p>
    <w:p>
      <w:pPr>
        <w:spacing w:after="0"/>
      </w:pPr>
    </w:p>
    <w:p>
      <w:pPr>
        <w:spacing w:after="0"/>
      </w:pPr>
      <w:r>
        <w:rPr>
          <w:rFonts w:ascii="Arial" w:hAnsi="Arial"/>
          <w:b/>
          <w:sz w:val="22"/>
        </w:rPr>
        <w:t xml:space="preserve">Rachel  </w:t>
      </w:r>
      <w:r>
        <w:rPr>
          <w:rFonts w:ascii="Arial" w:hAnsi="Arial"/>
          <w:color w:val="5D7284"/>
          <w:sz w:val="22"/>
        </w:rPr>
        <w:t>46:09</w:t>
      </w:r>
    </w:p>
    <w:p>
      <w:pPr>
        <w:spacing w:after="0"/>
      </w:pPr>
      <w:r>
        <w:rPr>
          <w:rFonts w:ascii="Arial" w:hAnsi="Arial"/>
          <w:sz w:val="22"/>
        </w:rPr>
        <w:t>I'm sure I could be wrong. This isn't my period. But isn't this why women don't like Marie Antoinette period started wearing those massive dresses to be like, Yeah, I can afford huge doors. So I'm gonna wear a huge dress. Yeah, is there some truth in that,</w:t>
      </w:r>
    </w:p>
    <w:p>
      <w:pPr>
        <w:spacing w:after="0"/>
      </w:pPr>
    </w:p>
    <w:p>
      <w:pPr>
        <w:spacing w:after="0"/>
      </w:pPr>
      <w:r>
        <w:rPr>
          <w:rFonts w:ascii="Arial" w:hAnsi="Arial"/>
          <w:b/>
          <w:sz w:val="22"/>
        </w:rPr>
        <w:t xml:space="preserve">Lucy  </w:t>
      </w:r>
      <w:r>
        <w:rPr>
          <w:rFonts w:ascii="Arial" w:hAnsi="Arial"/>
          <w:color w:val="5D7284"/>
          <w:sz w:val="22"/>
        </w:rPr>
        <w:t>46:22</w:t>
      </w:r>
    </w:p>
    <w:p>
      <w:pPr>
        <w:spacing w:after="0"/>
      </w:pPr>
      <w:r>
        <w:rPr>
          <w:rFonts w:ascii="Arial" w:hAnsi="Arial"/>
          <w:sz w:val="22"/>
        </w:rPr>
        <w:t>and I also heard that in back in that sort of period, the dresses were really wide. So that because apparently, back in those that time period, it was very rude to leave a party. And of course that that time period, the bigger parties you had the the more sort of status you had. But it was very rude to leave the ballroom where the parties were happening for women to leave. So they made these massive, wide dresses so that they could stick a bedpan under the dress and they could just go to the toilet stood up so that the dress was wide enough to cover the whole going to the toilet issue.</w:t>
      </w:r>
    </w:p>
    <w:p>
      <w:pPr>
        <w:spacing w:after="0"/>
      </w:pPr>
    </w:p>
    <w:p>
      <w:pPr>
        <w:spacing w:after="0"/>
      </w:pPr>
      <w:r>
        <w:rPr>
          <w:rFonts w:ascii="Arial" w:hAnsi="Arial"/>
          <w:b/>
          <w:sz w:val="22"/>
        </w:rPr>
        <w:t xml:space="preserve">Alice  </w:t>
      </w:r>
      <w:r>
        <w:rPr>
          <w:rFonts w:ascii="Arial" w:hAnsi="Arial"/>
          <w:color w:val="5D7284"/>
          <w:sz w:val="22"/>
        </w:rPr>
        <w:t>47:05</w:t>
      </w:r>
    </w:p>
    <w:p>
      <w:pPr>
        <w:spacing w:after="0"/>
      </w:pPr>
      <w:r>
        <w:rPr>
          <w:rFonts w:ascii="Arial" w:hAnsi="Arial"/>
          <w:sz w:val="22"/>
        </w:rPr>
        <w:t>I mean, I always heard that it was that the more material you could afford, possibly you've had</w:t>
      </w:r>
    </w:p>
    <w:p>
      <w:pPr>
        <w:spacing w:after="0"/>
      </w:pPr>
    </w:p>
    <w:p>
      <w:pPr>
        <w:spacing w:after="0"/>
      </w:pPr>
      <w:r>
        <w:rPr>
          <w:rFonts w:ascii="Arial" w:hAnsi="Arial"/>
          <w:b/>
          <w:sz w:val="22"/>
        </w:rPr>
        <w:t xml:space="preserve">Lucy  </w:t>
      </w:r>
      <w:r>
        <w:rPr>
          <w:rFonts w:ascii="Arial" w:hAnsi="Arial"/>
          <w:color w:val="5D7284"/>
          <w:sz w:val="22"/>
        </w:rPr>
        <w:t>47:11</w:t>
      </w:r>
    </w:p>
    <w:p>
      <w:pPr>
        <w:spacing w:after="0"/>
      </w:pPr>
      <w:r>
        <w:rPr>
          <w:rFonts w:ascii="Arial" w:hAnsi="Arial"/>
          <w:sz w:val="22"/>
        </w:rPr>
        <w:t>I mean, I did learn this often. Lucy was a document documentary. So if Lucy was lying to me, I'll be very upset. But you know, right to the BBC. Yes, I will complain, because you've made me look like an idiot on my podcast. Like,</w:t>
      </w:r>
    </w:p>
    <w:p>
      <w:pPr>
        <w:spacing w:after="0"/>
      </w:pPr>
    </w:p>
    <w:p>
      <w:pPr>
        <w:spacing w:after="0"/>
      </w:pPr>
      <w:r>
        <w:rPr>
          <w:rFonts w:ascii="Arial" w:hAnsi="Arial"/>
          <w:b/>
          <w:sz w:val="22"/>
        </w:rPr>
        <w:t xml:space="preserve">Alice  </w:t>
      </w:r>
      <w:r>
        <w:rPr>
          <w:rFonts w:ascii="Arial" w:hAnsi="Arial"/>
          <w:color w:val="5D7284"/>
          <w:sz w:val="22"/>
        </w:rPr>
        <w:t>47:25</w:t>
      </w:r>
    </w:p>
    <w:p>
      <w:pPr>
        <w:spacing w:after="0"/>
      </w:pPr>
      <w:r>
        <w:rPr>
          <w:rFonts w:ascii="Arial" w:hAnsi="Arial"/>
          <w:sz w:val="22"/>
        </w:rPr>
        <w:t>I imagine, you know, knowing rich people, they're just like, hey, look at all the money I've got for all of the different reasons. Yeah, all things that I could be like, hey, look at my money.</w:t>
      </w:r>
    </w:p>
    <w:p>
      <w:pPr>
        <w:spacing w:after="0"/>
      </w:pPr>
    </w:p>
    <w:p>
      <w:pPr>
        <w:spacing w:after="0"/>
      </w:pPr>
      <w:r>
        <w:rPr>
          <w:rFonts w:ascii="Arial" w:hAnsi="Arial"/>
          <w:b/>
          <w:sz w:val="22"/>
        </w:rPr>
        <w:t xml:space="preserve">Lucy  </w:t>
      </w:r>
      <w:r>
        <w:rPr>
          <w:rFonts w:ascii="Arial" w:hAnsi="Arial"/>
          <w:color w:val="5D7284"/>
          <w:sz w:val="22"/>
        </w:rPr>
        <w:t>47:35</w:t>
      </w:r>
    </w:p>
    <w:p>
      <w:pPr>
        <w:spacing w:after="0"/>
      </w:pPr>
      <w:r>
        <w:rPr>
          <w:rFonts w:ascii="Arial" w:hAnsi="Arial"/>
          <w:sz w:val="22"/>
        </w:rPr>
        <w:t>I mean, if I if I could afford it, I'd probably have addressed that. it was very difficult for me to get through the door. Like, I'd have the dose Well, I just thought could shove off.</w:t>
      </w:r>
    </w:p>
    <w:p>
      <w:pPr>
        <w:spacing w:after="0"/>
      </w:pPr>
    </w:p>
    <w:p>
      <w:pPr>
        <w:spacing w:after="0"/>
      </w:pPr>
      <w:r>
        <w:rPr>
          <w:rFonts w:ascii="Arial" w:hAnsi="Arial"/>
          <w:b/>
          <w:sz w:val="22"/>
        </w:rPr>
        <w:t xml:space="preserve">Alice  </w:t>
      </w:r>
      <w:r>
        <w:rPr>
          <w:rFonts w:ascii="Arial" w:hAnsi="Arial"/>
          <w:color w:val="5D7284"/>
          <w:sz w:val="22"/>
        </w:rPr>
        <w:t>47:46</w:t>
      </w:r>
    </w:p>
    <w:p>
      <w:pPr>
        <w:spacing w:after="0"/>
      </w:pPr>
      <w:r>
        <w:rPr>
          <w:rFonts w:ascii="Arial" w:hAnsi="Arial"/>
          <w:sz w:val="22"/>
        </w:rPr>
        <w:t>I legit thought you were gonna be like, if I could afford it. I'd have a dress that was big enough. I could hide a toilet. We could be friends anymore.</w:t>
      </w:r>
    </w:p>
    <w:p>
      <w:pPr>
        <w:spacing w:after="0"/>
      </w:pPr>
    </w:p>
    <w:p>
      <w:pPr>
        <w:spacing w:after="0"/>
      </w:pPr>
      <w:r>
        <w:rPr>
          <w:rFonts w:ascii="Arial" w:hAnsi="Arial"/>
          <w:b/>
          <w:sz w:val="22"/>
        </w:rPr>
        <w:t xml:space="preserve">Lucy  </w:t>
      </w:r>
      <w:r>
        <w:rPr>
          <w:rFonts w:ascii="Arial" w:hAnsi="Arial"/>
          <w:color w:val="5D7284"/>
          <w:sz w:val="22"/>
        </w:rPr>
        <w:t>47:55</w:t>
      </w:r>
    </w:p>
    <w:p>
      <w:pPr>
        <w:spacing w:after="0"/>
      </w:pPr>
      <w:r>
        <w:rPr>
          <w:rFonts w:ascii="Arial" w:hAnsi="Arial"/>
          <w:sz w:val="22"/>
        </w:rPr>
        <w:t>I'm never gonna do that to you. It's fine. Oh, no. Yeah. So he didn't have to have his door widen or he's always floors. Policy. he was already kid. Yeah. So</w:t>
      </w:r>
    </w:p>
    <w:p>
      <w:pPr>
        <w:spacing w:after="0"/>
      </w:pPr>
    </w:p>
    <w:p>
      <w:pPr>
        <w:spacing w:after="0"/>
      </w:pPr>
      <w:r>
        <w:rPr>
          <w:rFonts w:ascii="Arial" w:hAnsi="Arial"/>
          <w:b/>
          <w:sz w:val="22"/>
        </w:rPr>
        <w:t xml:space="preserve">Rachel  </w:t>
      </w:r>
      <w:r>
        <w:rPr>
          <w:rFonts w:ascii="Arial" w:hAnsi="Arial"/>
          <w:color w:val="5D7284"/>
          <w:sz w:val="22"/>
        </w:rPr>
        <w:t>48:09</w:t>
      </w:r>
    </w:p>
    <w:p>
      <w:pPr>
        <w:spacing w:after="0"/>
      </w:pPr>
      <w:r>
        <w:rPr>
          <w:rFonts w:ascii="Arial" w:hAnsi="Arial"/>
          <w:sz w:val="22"/>
        </w:rPr>
        <w:t>as far as I assume, like there's no records, accounting for that kind of stuff. he seems to be getting on just fine. Interestingly, over the chair is called his couch chair. So he had I mean, he was a king. He's eating rich foods. He's drinking wine. So he had gout in his feet. Yeah. And</w:t>
      </w:r>
    </w:p>
    <w:p>
      <w:pPr>
        <w:spacing w:after="0"/>
      </w:pPr>
    </w:p>
    <w:p>
      <w:pPr>
        <w:spacing w:after="0"/>
      </w:pPr>
      <w:r>
        <w:rPr>
          <w:rFonts w:ascii="Arial" w:hAnsi="Arial"/>
          <w:b/>
          <w:sz w:val="22"/>
        </w:rPr>
        <w:t xml:space="preserve">Lucy  </w:t>
      </w:r>
      <w:r>
        <w:rPr>
          <w:rFonts w:ascii="Arial" w:hAnsi="Arial"/>
          <w:color w:val="5D7284"/>
          <w:sz w:val="22"/>
        </w:rPr>
        <w:t>48:27</w:t>
      </w:r>
    </w:p>
    <w:p>
      <w:pPr>
        <w:spacing w:after="0"/>
      </w:pPr>
      <w:r>
        <w:rPr>
          <w:rFonts w:ascii="Arial" w:hAnsi="Arial"/>
          <w:sz w:val="22"/>
        </w:rPr>
        <w:t>Henry the Eighth had bad go and his feet and was carried around in a sedan chair. Towards the end of his life, I think.</w:t>
      </w:r>
    </w:p>
    <w:p>
      <w:pPr>
        <w:spacing w:after="0"/>
      </w:pPr>
    </w:p>
    <w:p>
      <w:pPr>
        <w:spacing w:after="0"/>
      </w:pPr>
      <w:r>
        <w:rPr>
          <w:rFonts w:ascii="Arial" w:hAnsi="Arial"/>
          <w:b/>
          <w:sz w:val="22"/>
        </w:rPr>
        <w:t xml:space="preserve">Alice  </w:t>
      </w:r>
      <w:r>
        <w:rPr>
          <w:rFonts w:ascii="Arial" w:hAnsi="Arial"/>
          <w:color w:val="5D7284"/>
          <w:sz w:val="22"/>
        </w:rPr>
        <w:t>48:35</w:t>
      </w:r>
    </w:p>
    <w:p>
      <w:pPr>
        <w:spacing w:after="0"/>
      </w:pPr>
      <w:r>
        <w:rPr>
          <w:rFonts w:ascii="Arial" w:hAnsi="Arial"/>
          <w:sz w:val="22"/>
        </w:rPr>
        <w:t>And I believe had to be winched up the stairs.</w:t>
      </w:r>
    </w:p>
    <w:p>
      <w:pPr>
        <w:spacing w:after="0"/>
      </w:pPr>
    </w:p>
    <w:p>
      <w:pPr>
        <w:spacing w:after="0"/>
      </w:pPr>
      <w:r>
        <w:rPr>
          <w:rFonts w:ascii="Arial" w:hAnsi="Arial"/>
          <w:b/>
          <w:sz w:val="22"/>
        </w:rPr>
        <w:t xml:space="preserve">Lucy  </w:t>
      </w:r>
      <w:r>
        <w:rPr>
          <w:rFonts w:ascii="Arial" w:hAnsi="Arial"/>
          <w:color w:val="5D7284"/>
          <w:sz w:val="22"/>
        </w:rPr>
        <w:t>48:39</w:t>
      </w:r>
    </w:p>
    <w:p>
      <w:pPr>
        <w:spacing w:after="0"/>
      </w:pPr>
      <w:r>
        <w:rPr>
          <w:rFonts w:ascii="Arial" w:hAnsi="Arial"/>
          <w:sz w:val="22"/>
        </w:rPr>
        <w:t>I mean, it's like putting me in the bath really? To be there. But yes, he did. I think he was just carrying around everywhere because he just given up. Wow, like we just couldn't, you couldn't stand on it because it was like weeping and York. So they put him on a sedan Joe just carried him everywhere.</w:t>
      </w:r>
    </w:p>
    <w:p>
      <w:pPr>
        <w:spacing w:after="0"/>
      </w:pPr>
    </w:p>
    <w:p>
      <w:pPr>
        <w:spacing w:after="0"/>
      </w:pPr>
      <w:r>
        <w:rPr>
          <w:rFonts w:ascii="Arial" w:hAnsi="Arial"/>
          <w:b/>
          <w:sz w:val="22"/>
        </w:rPr>
        <w:t xml:space="preserve">Alice  </w:t>
      </w:r>
      <w:r>
        <w:rPr>
          <w:rFonts w:ascii="Arial" w:hAnsi="Arial"/>
          <w:color w:val="5D7284"/>
          <w:sz w:val="22"/>
        </w:rPr>
        <w:t>48:57</w:t>
      </w:r>
    </w:p>
    <w:p>
      <w:pPr>
        <w:spacing w:after="0"/>
      </w:pPr>
      <w:r>
        <w:rPr>
          <w:rFonts w:ascii="Arial" w:hAnsi="Arial"/>
          <w:sz w:val="22"/>
        </w:rPr>
        <w:t>he was also hugely overweight. I know and probably didn't make the idea of a sedan chair very fun for all of the people who carry this.</w:t>
      </w:r>
    </w:p>
    <w:p>
      <w:pPr>
        <w:spacing w:after="0"/>
      </w:pPr>
    </w:p>
    <w:p>
      <w:pPr>
        <w:spacing w:after="0"/>
      </w:pPr>
      <w:r>
        <w:rPr>
          <w:rFonts w:ascii="Arial" w:hAnsi="Arial"/>
          <w:b/>
          <w:sz w:val="22"/>
        </w:rPr>
        <w:t xml:space="preserve">Lucy  </w:t>
      </w:r>
      <w:r>
        <w:rPr>
          <w:rFonts w:ascii="Arial" w:hAnsi="Arial"/>
          <w:color w:val="5D7284"/>
          <w:sz w:val="22"/>
        </w:rPr>
        <w:t>49:09</w:t>
      </w:r>
    </w:p>
    <w:p>
      <w:pPr>
        <w:spacing w:after="0"/>
      </w:pPr>
      <w:r>
        <w:rPr>
          <w:rFonts w:ascii="Arial" w:hAnsi="Arial"/>
          <w:sz w:val="22"/>
        </w:rPr>
        <w:t>I don't know whether you'd want the front or the back or what</w:t>
      </w:r>
    </w:p>
    <w:p>
      <w:pPr>
        <w:spacing w:after="0"/>
      </w:pPr>
    </w:p>
    <w:p>
      <w:pPr>
        <w:spacing w:after="0"/>
      </w:pPr>
      <w:r>
        <w:rPr>
          <w:rFonts w:ascii="Arial" w:hAnsi="Arial"/>
          <w:b/>
          <w:sz w:val="22"/>
        </w:rPr>
        <w:t xml:space="preserve">Alice  </w:t>
      </w:r>
      <w:r>
        <w:rPr>
          <w:rFonts w:ascii="Arial" w:hAnsi="Arial"/>
          <w:color w:val="5D7284"/>
          <w:sz w:val="22"/>
        </w:rPr>
        <w:t>49:13</w:t>
      </w:r>
    </w:p>
    <w:p>
      <w:pPr>
        <w:spacing w:after="0"/>
      </w:pPr>
      <w:r>
        <w:rPr>
          <w:rFonts w:ascii="Arial" w:hAnsi="Arial"/>
          <w:sz w:val="22"/>
        </w:rPr>
        <w:t>you just like somebody gives us baths in the salad.</w:t>
      </w:r>
    </w:p>
    <w:p>
      <w:pPr>
        <w:spacing w:after="0"/>
      </w:pPr>
    </w:p>
    <w:p>
      <w:pPr>
        <w:spacing w:after="0"/>
      </w:pPr>
      <w:r>
        <w:rPr>
          <w:rFonts w:ascii="Arial" w:hAnsi="Arial"/>
          <w:b/>
          <w:sz w:val="22"/>
        </w:rPr>
        <w:t xml:space="preserve">Lucy  </w:t>
      </w:r>
      <w:r>
        <w:rPr>
          <w:rFonts w:ascii="Arial" w:hAnsi="Arial"/>
          <w:color w:val="5D7284"/>
          <w:sz w:val="22"/>
        </w:rPr>
        <w:t>49:17</w:t>
      </w:r>
    </w:p>
    <w:p>
      <w:pPr>
        <w:spacing w:after="0"/>
      </w:pPr>
      <w:r>
        <w:rPr>
          <w:rFonts w:ascii="Arial" w:hAnsi="Arial"/>
          <w:sz w:val="22"/>
        </w:rPr>
        <w:t>Stop eating pheasant? Yeah. because like the early like when when I think of early wheelchairs, the thing that I always think about is the secret garden the kid in the seat is like etc. But it's like sat in a wicker chair. it is like no suspension.</w:t>
      </w:r>
    </w:p>
    <w:p>
      <w:pPr>
        <w:spacing w:after="0"/>
      </w:pPr>
    </w:p>
    <w:p>
      <w:pPr>
        <w:spacing w:after="0"/>
      </w:pPr>
      <w:r>
        <w:rPr>
          <w:rFonts w:ascii="Arial" w:hAnsi="Arial"/>
          <w:b/>
          <w:sz w:val="22"/>
        </w:rPr>
        <w:t xml:space="preserve">Alice  </w:t>
      </w:r>
      <w:r>
        <w:rPr>
          <w:rFonts w:ascii="Arial" w:hAnsi="Arial"/>
          <w:color w:val="5D7284"/>
          <w:sz w:val="22"/>
        </w:rPr>
        <w:t>49:41</w:t>
      </w:r>
    </w:p>
    <w:p>
      <w:pPr>
        <w:spacing w:after="0"/>
      </w:pPr>
      <w:r>
        <w:rPr>
          <w:rFonts w:ascii="Arial" w:hAnsi="Arial"/>
          <w:sz w:val="22"/>
        </w:rPr>
        <w:t>Does it like it will blow over doesn't it? Yeah, like holding it down is him</w:t>
      </w:r>
    </w:p>
    <w:p>
      <w:pPr>
        <w:spacing w:after="0"/>
      </w:pPr>
    </w:p>
    <w:p>
      <w:pPr>
        <w:spacing w:after="0"/>
      </w:pPr>
      <w:r>
        <w:rPr>
          <w:rFonts w:ascii="Arial" w:hAnsi="Arial"/>
          <w:b/>
          <w:sz w:val="22"/>
        </w:rPr>
        <w:t xml:space="preserve">Lucy  </w:t>
      </w:r>
      <w:r>
        <w:rPr>
          <w:rFonts w:ascii="Arial" w:hAnsi="Arial"/>
          <w:color w:val="5D7284"/>
          <w:sz w:val="22"/>
        </w:rPr>
        <w:t>49:45</w:t>
      </w:r>
    </w:p>
    <w:p>
      <w:pPr>
        <w:spacing w:after="0"/>
      </w:pPr>
      <w:r>
        <w:rPr>
          <w:rFonts w:ascii="Arial" w:hAnsi="Arial"/>
          <w:sz w:val="22"/>
        </w:rPr>
        <w:t>don't leave Colin outside. you might blow over keep them out of the wind.</w:t>
      </w:r>
    </w:p>
    <w:p>
      <w:pPr>
        <w:spacing w:after="0"/>
      </w:pPr>
    </w:p>
    <w:p>
      <w:pPr>
        <w:spacing w:after="0"/>
      </w:pPr>
      <w:r>
        <w:rPr>
          <w:rFonts w:ascii="Arial" w:hAnsi="Arial"/>
          <w:b/>
          <w:sz w:val="22"/>
        </w:rPr>
        <w:t xml:space="preserve">Alice  </w:t>
      </w:r>
      <w:r>
        <w:rPr>
          <w:rFonts w:ascii="Arial" w:hAnsi="Arial"/>
          <w:color w:val="5D7284"/>
          <w:sz w:val="22"/>
        </w:rPr>
        <w:t>49:51</w:t>
      </w:r>
    </w:p>
    <w:p>
      <w:pPr>
        <w:spacing w:after="0"/>
      </w:pPr>
      <w:r>
        <w:rPr>
          <w:rFonts w:ascii="Arial" w:hAnsi="Arial"/>
          <w:sz w:val="22"/>
        </w:rPr>
        <w:t>That's the real secret because</w:t>
      </w:r>
    </w:p>
    <w:p>
      <w:pPr>
        <w:spacing w:after="0"/>
      </w:pPr>
    </w:p>
    <w:p>
      <w:pPr>
        <w:spacing w:after="0"/>
      </w:pPr>
      <w:r>
        <w:rPr>
          <w:rFonts w:ascii="Arial" w:hAnsi="Arial"/>
          <w:b/>
          <w:sz w:val="22"/>
        </w:rPr>
        <w:t xml:space="preserve">Lucy  </w:t>
      </w:r>
      <w:r>
        <w:rPr>
          <w:rFonts w:ascii="Arial" w:hAnsi="Arial"/>
          <w:color w:val="5D7284"/>
          <w:sz w:val="22"/>
        </w:rPr>
        <w:t>49:54</w:t>
      </w:r>
    </w:p>
    <w:p>
      <w:pPr>
        <w:spacing w:after="0"/>
      </w:pPr>
      <w:r>
        <w:rPr>
          <w:rFonts w:ascii="Arial" w:hAnsi="Arial"/>
          <w:sz w:val="22"/>
        </w:rPr>
        <w:t>just leave them don't leave them outside. So yeah, it was that design. Like the wicker chair design like a Western thing was because we, we hadn't yet realized that you could stick wheels on a dining chair, or what</w:t>
      </w:r>
    </w:p>
    <w:p>
      <w:pPr>
        <w:spacing w:after="0"/>
      </w:pPr>
    </w:p>
    <w:p>
      <w:pPr>
        <w:spacing w:after="0"/>
      </w:pPr>
      <w:r>
        <w:rPr>
          <w:rFonts w:ascii="Arial" w:hAnsi="Arial"/>
          <w:b/>
          <w:sz w:val="22"/>
        </w:rPr>
        <w:t xml:space="preserve">Alice  </w:t>
      </w:r>
      <w:r>
        <w:rPr>
          <w:rFonts w:ascii="Arial" w:hAnsi="Arial"/>
          <w:color w:val="5D7284"/>
          <w:sz w:val="22"/>
        </w:rPr>
        <w:t>50:09</w:t>
      </w:r>
    </w:p>
    <w:p>
      <w:pPr>
        <w:spacing w:after="0"/>
      </w:pPr>
      <w:r>
        <w:rPr>
          <w:rFonts w:ascii="Arial" w:hAnsi="Arial"/>
          <w:sz w:val="22"/>
        </w:rPr>
        <w:t>I would have done would have thought that a wicker chair would be something you'd want in somewhere like Spain in the Mediterranean where it's</w:t>
      </w:r>
    </w:p>
    <w:p>
      <w:pPr>
        <w:spacing w:after="0"/>
      </w:pPr>
    </w:p>
    <w:p>
      <w:pPr>
        <w:spacing w:after="0"/>
      </w:pPr>
      <w:r>
        <w:rPr>
          <w:rFonts w:ascii="Arial" w:hAnsi="Arial"/>
          <w:b/>
          <w:sz w:val="22"/>
        </w:rPr>
        <w:t xml:space="preserve">Lucy  </w:t>
      </w:r>
      <w:r>
        <w:rPr>
          <w:rFonts w:ascii="Arial" w:hAnsi="Arial"/>
          <w:color w:val="5D7284"/>
          <w:sz w:val="22"/>
        </w:rPr>
        <w:t>50:17</w:t>
      </w:r>
    </w:p>
    <w:p>
      <w:pPr>
        <w:spacing w:after="0"/>
      </w:pPr>
      <w:r>
        <w:rPr>
          <w:rFonts w:ascii="Arial" w:hAnsi="Arial"/>
          <w:sz w:val="22"/>
        </w:rPr>
        <w:t>breathable,</w:t>
      </w:r>
    </w:p>
    <w:p>
      <w:pPr>
        <w:spacing w:after="0"/>
      </w:pPr>
    </w:p>
    <w:p>
      <w:pPr>
        <w:spacing w:after="0"/>
      </w:pPr>
      <w:r>
        <w:rPr>
          <w:rFonts w:ascii="Arial" w:hAnsi="Arial"/>
          <w:b/>
          <w:sz w:val="22"/>
        </w:rPr>
        <w:t xml:space="preserve">Alice  </w:t>
      </w:r>
      <w:r>
        <w:rPr>
          <w:rFonts w:ascii="Arial" w:hAnsi="Arial"/>
          <w:color w:val="5D7284"/>
          <w:sz w:val="22"/>
        </w:rPr>
        <w:t>50:18</w:t>
      </w:r>
    </w:p>
    <w:p>
      <w:pPr>
        <w:spacing w:after="0"/>
      </w:pPr>
      <w:r>
        <w:rPr>
          <w:rFonts w:ascii="Arial" w:hAnsi="Arial"/>
          <w:sz w:val="22"/>
        </w:rPr>
        <w:t>here, where if wicker gets wet, it just kind of dissolves like, Oh, you don't</w:t>
      </w:r>
    </w:p>
    <w:p>
      <w:pPr>
        <w:spacing w:after="0"/>
      </w:pPr>
    </w:p>
    <w:p>
      <w:pPr>
        <w:spacing w:after="0"/>
      </w:pPr>
      <w:r>
        <w:rPr>
          <w:rFonts w:ascii="Arial" w:hAnsi="Arial"/>
          <w:b/>
          <w:sz w:val="22"/>
        </w:rPr>
        <w:t xml:space="preserve">Lucy  </w:t>
      </w:r>
      <w:r>
        <w:rPr>
          <w:rFonts w:ascii="Arial" w:hAnsi="Arial"/>
          <w:color w:val="5D7284"/>
          <w:sz w:val="22"/>
        </w:rPr>
        <w:t>50:28</w:t>
      </w:r>
    </w:p>
    <w:p>
      <w:pPr>
        <w:spacing w:after="0"/>
      </w:pPr>
      <w:r>
        <w:rPr>
          <w:rFonts w:ascii="Arial" w:hAnsi="Arial"/>
          <w:sz w:val="22"/>
        </w:rPr>
        <w:t>know what you want. And again, he can't be left out in the garden in case it rains.</w:t>
      </w:r>
    </w:p>
    <w:p>
      <w:pPr>
        <w:spacing w:after="0"/>
      </w:pPr>
    </w:p>
    <w:p>
      <w:pPr>
        <w:spacing w:after="0"/>
      </w:pPr>
      <w:r>
        <w:rPr>
          <w:rFonts w:ascii="Arial" w:hAnsi="Arial"/>
          <w:b/>
          <w:sz w:val="22"/>
        </w:rPr>
        <w:t xml:space="preserve">Rachel  </w:t>
      </w:r>
      <w:r>
        <w:rPr>
          <w:rFonts w:ascii="Arial" w:hAnsi="Arial"/>
          <w:color w:val="5D7284"/>
          <w:sz w:val="22"/>
        </w:rPr>
        <w:t>50:34</w:t>
      </w:r>
    </w:p>
    <w:p>
      <w:pPr>
        <w:spacing w:after="0"/>
      </w:pPr>
      <w:r>
        <w:rPr>
          <w:rFonts w:ascii="Arial" w:hAnsi="Arial"/>
          <w:sz w:val="22"/>
        </w:rPr>
        <w:t>There's some things that look like wicker chairs in sort of ancient China. And they, they look more like, like, what we might consider a modern wheelchair look like they've got large wheels on the side, kind of like more of a wicker chair structure. And the images I've seen, they're being pulled by some sort of animal like in the picture, it's kind of hard to tell it's in the background. It's kind of like dark beasts. Like it could be a bowl or maybe like a weird horse, but but some kind of creatures is pulling it.</w:t>
      </w:r>
    </w:p>
    <w:p>
      <w:pPr>
        <w:spacing w:after="0"/>
      </w:pPr>
    </w:p>
    <w:p>
      <w:pPr>
        <w:spacing w:after="0"/>
      </w:pPr>
      <w:r>
        <w:rPr>
          <w:rFonts w:ascii="Arial" w:hAnsi="Arial"/>
          <w:b/>
          <w:sz w:val="22"/>
        </w:rPr>
        <w:t xml:space="preserve">Alice  </w:t>
      </w:r>
      <w:r>
        <w:rPr>
          <w:rFonts w:ascii="Arial" w:hAnsi="Arial"/>
          <w:color w:val="5D7284"/>
          <w:sz w:val="22"/>
        </w:rPr>
        <w:t>51:06</w:t>
      </w:r>
    </w:p>
    <w:p>
      <w:pPr>
        <w:spacing w:after="0"/>
      </w:pPr>
      <w:r>
        <w:rPr>
          <w:rFonts w:ascii="Arial" w:hAnsi="Arial"/>
          <w:sz w:val="22"/>
        </w:rPr>
        <w:t>Back Back to magic, I think that lucky unicorn? So I guess I mean, we've we've been trying to make disabled people, you know, mobile and, and include them in society still. I mean, for as long as we've had disabled people, it's not sort of it's even after doing this podcast for two and a half years is not what I expect, you know, not what I expected. I expected the like, the Victorian attitude of you know, you put them in bed and you shut the door? because they think, no, you know, it sounds like we have been working quite hard to. Yeah, to give people some kind of sort of independence still.</w:t>
      </w:r>
    </w:p>
    <w:p>
      <w:pPr>
        <w:spacing w:after="0"/>
      </w:pPr>
    </w:p>
    <w:p>
      <w:pPr>
        <w:spacing w:after="0"/>
      </w:pPr>
      <w:r>
        <w:rPr>
          <w:rFonts w:ascii="Arial" w:hAnsi="Arial"/>
          <w:b/>
          <w:sz w:val="22"/>
        </w:rPr>
        <w:t xml:space="preserve">Rachel  </w:t>
      </w:r>
      <w:r>
        <w:rPr>
          <w:rFonts w:ascii="Arial" w:hAnsi="Arial"/>
          <w:color w:val="5D7284"/>
          <w:sz w:val="22"/>
        </w:rPr>
        <w:t>51:55</w:t>
      </w:r>
    </w:p>
    <w:p>
      <w:pPr>
        <w:spacing w:after="0"/>
      </w:pPr>
      <w:r>
        <w:rPr>
          <w:rFonts w:ascii="Arial" w:hAnsi="Arial"/>
          <w:sz w:val="22"/>
        </w:rPr>
        <w:t>Yeah, one of the things I love about this with the Middle Ages, again, when I used to teach a class on disability in the Middle Ages, and one of the first things I'd always asked my students before we got stuck into anything was, you know, what do you think it was like, like, coming from a place of never having thought about this? So what do you think it was like, and they were like, oh, maybe they just cast people with disabilities out into the wilds, or they kill people at birth, or all these horrendous things. And then, spending the next 11 weeks challenging those assumptions and thinking about, you know, people have got loved ones, people care for each other, you know, people have value in society in so many diverse ways. It's not just tied to whether or not you can, you know, use your armature and night or whatever, there's all these different kinds of things. And we see this in a much more human way in Miracle collections. So within the medieval sort of Western Christian culture, people believed in Saints performing miracles, this was real, as far as medical people are concerned, this is a her that you could really petition to pay a saint for, and they would, it would help you. So people would go on pilgrimages, you know, for very long distances, sometimes slightly shorter distances, to, to seek the help that they needed. And we see these really wonderful stories of the family and friends and parents of disabled people, helping to get these people to the shrines to get the treatment that they require. So we see stories of parents carrying their children who have you know, an array of different kinds of sort of cut, you can say, what it is what kind of conditions and symptoms that are presenting, carrying them for long distances to shrines to get help. And people stayed with their friends for extended periods in long lines, waiting for them to get to the front of the queue to ask the same for what they wanted. And people are caring people are there and they're supporting each other and it's lovely.</w:t>
      </w:r>
    </w:p>
    <w:p>
      <w:pPr>
        <w:spacing w:after="0"/>
      </w:pPr>
    </w:p>
    <w:p>
      <w:pPr>
        <w:spacing w:after="0"/>
      </w:pPr>
      <w:r>
        <w:rPr>
          <w:rFonts w:ascii="Arial" w:hAnsi="Arial"/>
          <w:b/>
          <w:sz w:val="22"/>
        </w:rPr>
        <w:t xml:space="preserve">Lucy  </w:t>
      </w:r>
      <w:r>
        <w:rPr>
          <w:rFonts w:ascii="Arial" w:hAnsi="Arial"/>
          <w:color w:val="5D7284"/>
          <w:sz w:val="22"/>
        </w:rPr>
        <w:t>54:06</w:t>
      </w:r>
    </w:p>
    <w:p>
      <w:pPr>
        <w:spacing w:after="0"/>
      </w:pPr>
      <w:r>
        <w:rPr>
          <w:rFonts w:ascii="Arial" w:hAnsi="Arial"/>
          <w:sz w:val="22"/>
        </w:rPr>
        <w:t>I was gonna say that the one thing that kind of comes through talking to you by the fact that you know, there is a sense of people do care they don't just give up on you just because you you've had an accident or you happen to have been born with a disability they want you to have a decent crack at life. do you know what I mean? Like it challenge like, it sort of challenges perception of what people think medieval England was like, you know, because you do it automatically. I don't know whether this is like depictions in the media or you know, things like that. But you do automatically think oh, they would have been you know, sort of put in bed or killed at birth. Or you know, things like this, you'd cast aside and just like left to their own devices really and if, if it happens to you know, have a have a detrimental effect on the disabled for so well then it's, it's another problem I don't have to worry about. But in fact, it's completely the opposite, isn't it there is care and support and wanting the best for that friend or loved one. That's the sense I'm getting that. you don't want them to just give up and sort of Doug's just have no experiences in life. And I think that's really comforting to certainly is for me, anyway.</w:t>
      </w:r>
    </w:p>
    <w:p>
      <w:pPr>
        <w:spacing w:after="0"/>
      </w:pPr>
    </w:p>
    <w:p>
      <w:pPr>
        <w:spacing w:after="0"/>
      </w:pPr>
      <w:r>
        <w:rPr>
          <w:rFonts w:ascii="Arial" w:hAnsi="Arial"/>
          <w:b/>
          <w:sz w:val="22"/>
        </w:rPr>
        <w:t xml:space="preserve">Rachel  </w:t>
      </w:r>
      <w:r>
        <w:rPr>
          <w:rFonts w:ascii="Arial" w:hAnsi="Arial"/>
          <w:color w:val="5D7284"/>
          <w:sz w:val="22"/>
        </w:rPr>
        <w:t>55:23</w:t>
      </w:r>
    </w:p>
    <w:p>
      <w:pPr>
        <w:spacing w:after="0"/>
      </w:pPr>
      <w:r>
        <w:rPr>
          <w:rFonts w:ascii="Arial" w:hAnsi="Arial"/>
          <w:sz w:val="22"/>
        </w:rPr>
        <w:t>Yeah. And we've got people who go the further step and start to identify the disabilities as kind of blessings and things that have been bestowed on them by God. Within the kind of Christian canon, there's a woman in Spain called Teresa Cartagena. And she's a Spanish nun, she's a noble woman who becomes a nun. And she's in her, roughly has of early 30s when she loses her hearing completely. So to begin with, she's sort of upset and angry about this and sort of no Ascot, you know, why, why me? Why have you decided to make me lose my hair. And then her writing sort of shifts and changes and she goes, Oh, I can't hear the nuns endlessly chattering about rubbish. And now I can be more devoted in my religion. And I can, I've got more space. And I'm living in this kind of silence, which is beautiful. because I can think clearer thoughts and be more devout and be closer to God. So she totally turns around her anger and sort of begins to see it as this this wonderful thing. This is blessing and showing her closeness to God and her privileged position. So we see that happening too</w:t>
      </w:r>
    </w:p>
    <w:p>
      <w:pPr>
        <w:spacing w:after="0"/>
      </w:pPr>
    </w:p>
    <w:p>
      <w:pPr>
        <w:spacing w:after="0"/>
      </w:pPr>
      <w:r>
        <w:rPr>
          <w:rFonts w:ascii="Arial" w:hAnsi="Arial"/>
          <w:b/>
          <w:sz w:val="22"/>
        </w:rPr>
        <w:t xml:space="preserve">Lucy  </w:t>
      </w:r>
      <w:r>
        <w:rPr>
          <w:rFonts w:ascii="Arial" w:hAnsi="Arial"/>
          <w:color w:val="5D7284"/>
          <w:sz w:val="22"/>
        </w:rPr>
        <w:t>56:43</w:t>
      </w:r>
    </w:p>
    <w:p>
      <w:pPr>
        <w:spacing w:after="0"/>
      </w:pPr>
      <w:r>
        <w:rPr>
          <w:rFonts w:ascii="Arial" w:hAnsi="Arial"/>
          <w:sz w:val="22"/>
        </w:rPr>
        <w:t>often. That's great.</w:t>
      </w:r>
    </w:p>
    <w:p>
      <w:pPr>
        <w:spacing w:after="0"/>
      </w:pPr>
    </w:p>
    <w:p>
      <w:pPr>
        <w:spacing w:after="0"/>
      </w:pPr>
      <w:r>
        <w:rPr>
          <w:rFonts w:ascii="Arial" w:hAnsi="Arial"/>
          <w:b/>
          <w:sz w:val="22"/>
        </w:rPr>
        <w:t xml:space="preserve">Alice  </w:t>
      </w:r>
      <w:r>
        <w:rPr>
          <w:rFonts w:ascii="Arial" w:hAnsi="Arial"/>
          <w:color w:val="5D7284"/>
          <w:sz w:val="22"/>
        </w:rPr>
        <w:t>56:44</w:t>
      </w:r>
    </w:p>
    <w:p>
      <w:pPr>
        <w:spacing w:after="0"/>
      </w:pPr>
      <w:r>
        <w:rPr>
          <w:rFonts w:ascii="Arial" w:hAnsi="Arial"/>
          <w:sz w:val="22"/>
        </w:rPr>
        <w:t>Yeah, that's so interesting, isn't it? because it's kind of that, you know, it is people are always kind of disabilities presented as this kind of this like, and this bad thing, but actually a lot of disabled people see it as a huge part of who they are. And it's made them who they are. And, you know, they find the joy and you know, there are things about being disabled, that make them special and make them you know,</w:t>
      </w:r>
    </w:p>
    <w:p>
      <w:pPr>
        <w:spacing w:after="0"/>
      </w:pPr>
    </w:p>
    <w:p>
      <w:pPr>
        <w:spacing w:after="0"/>
      </w:pPr>
      <w:r>
        <w:rPr>
          <w:rFonts w:ascii="Arial" w:hAnsi="Arial"/>
          <w:b/>
          <w:sz w:val="22"/>
        </w:rPr>
        <w:t xml:space="preserve">Lucy  </w:t>
      </w:r>
      <w:r>
        <w:rPr>
          <w:rFonts w:ascii="Arial" w:hAnsi="Arial"/>
          <w:color w:val="5D7284"/>
          <w:sz w:val="22"/>
        </w:rPr>
        <w:t>57:11</w:t>
      </w:r>
    </w:p>
    <w:p>
      <w:pPr>
        <w:spacing w:after="0"/>
      </w:pPr>
      <w:r>
        <w:rPr>
          <w:rFonts w:ascii="Arial" w:hAnsi="Arial"/>
          <w:sz w:val="22"/>
        </w:rPr>
        <w:t>make the movie memorable, doesn't it? you know, the fact that I'm in a wheelchair, and I've got bright red hair and extra top. The fact that I'm in a wheelchair just compounds the fact that Oh, you're gonna remember me because you remember that really? Gaby? Redhead in the wheelchair, you know? That's Lucy.</w:t>
      </w:r>
    </w:p>
    <w:p>
      <w:pPr>
        <w:spacing w:after="0"/>
      </w:pPr>
    </w:p>
    <w:p>
      <w:pPr>
        <w:spacing w:after="0"/>
      </w:pPr>
      <w:r>
        <w:rPr>
          <w:rFonts w:ascii="Arial" w:hAnsi="Arial"/>
          <w:b/>
          <w:sz w:val="22"/>
        </w:rPr>
        <w:t xml:space="preserve">Alice  </w:t>
      </w:r>
      <w:r>
        <w:rPr>
          <w:rFonts w:ascii="Arial" w:hAnsi="Arial"/>
          <w:color w:val="5D7284"/>
          <w:sz w:val="22"/>
        </w:rPr>
        <w:t>57:28</w:t>
      </w:r>
    </w:p>
    <w:p>
      <w:pPr>
        <w:spacing w:after="0"/>
      </w:pPr>
      <w:r>
        <w:rPr>
          <w:rFonts w:ascii="Arial" w:hAnsi="Arial"/>
          <w:sz w:val="22"/>
        </w:rPr>
        <w:t>Mindset free dogs.</w:t>
      </w:r>
    </w:p>
    <w:p>
      <w:pPr>
        <w:spacing w:after="0"/>
      </w:pPr>
    </w:p>
    <w:p>
      <w:pPr>
        <w:spacing w:after="0"/>
      </w:pPr>
      <w:r>
        <w:rPr>
          <w:rFonts w:ascii="Arial" w:hAnsi="Arial"/>
          <w:b/>
          <w:sz w:val="22"/>
        </w:rPr>
        <w:t xml:space="preserve">Lucy  </w:t>
      </w:r>
      <w:r>
        <w:rPr>
          <w:rFonts w:ascii="Arial" w:hAnsi="Arial"/>
          <w:color w:val="5D7284"/>
          <w:sz w:val="22"/>
        </w:rPr>
        <w:t>57:30</w:t>
      </w:r>
    </w:p>
    <w:p>
      <w:pPr>
        <w:spacing w:after="0"/>
      </w:pPr>
      <w:r>
        <w:rPr>
          <w:rFonts w:ascii="Arial" w:hAnsi="Arial"/>
          <w:sz w:val="22"/>
        </w:rPr>
        <w:t>exactly. it does make me more memorable. I think when I'm talking to people whether that's a good thing or a bad thing depends on what I'm talking about. I suppose them yeah,</w:t>
      </w:r>
    </w:p>
    <w:p>
      <w:pPr>
        <w:spacing w:after="0"/>
      </w:pPr>
    </w:p>
    <w:p>
      <w:pPr>
        <w:spacing w:after="0"/>
      </w:pPr>
      <w:r>
        <w:rPr>
          <w:rFonts w:ascii="Arial" w:hAnsi="Arial"/>
          <w:b/>
          <w:sz w:val="22"/>
        </w:rPr>
        <w:t xml:space="preserve">Alice  </w:t>
      </w:r>
      <w:r>
        <w:rPr>
          <w:rFonts w:ascii="Arial" w:hAnsi="Arial"/>
          <w:color w:val="5D7284"/>
          <w:sz w:val="22"/>
        </w:rPr>
        <w:t>57:44</w:t>
      </w:r>
    </w:p>
    <w:p>
      <w:pPr>
        <w:spacing w:after="0"/>
      </w:pPr>
      <w:r>
        <w:rPr>
          <w:rFonts w:ascii="Arial" w:hAnsi="Arial"/>
          <w:sz w:val="22"/>
        </w:rPr>
        <w:t>my non disabled friends who have to like pay dog trainers and stuff like that and I'm just like, Oh no, my dogs just appeared to be well behaved and well trained.</w:t>
      </w:r>
    </w:p>
    <w:p>
      <w:pPr>
        <w:spacing w:after="0"/>
      </w:pPr>
    </w:p>
    <w:p>
      <w:pPr>
        <w:spacing w:after="0"/>
      </w:pPr>
      <w:r>
        <w:rPr>
          <w:rFonts w:ascii="Arial" w:hAnsi="Arial"/>
          <w:b/>
          <w:sz w:val="22"/>
        </w:rPr>
        <w:t xml:space="preserve">Lucy  </w:t>
      </w:r>
      <w:r>
        <w:rPr>
          <w:rFonts w:ascii="Arial" w:hAnsi="Arial"/>
          <w:color w:val="5D7284"/>
          <w:sz w:val="22"/>
        </w:rPr>
        <w:t>57:55</w:t>
      </w:r>
    </w:p>
    <w:p>
      <w:pPr>
        <w:spacing w:after="0"/>
      </w:pPr>
      <w:r>
        <w:rPr>
          <w:rFonts w:ascii="Arial" w:hAnsi="Arial"/>
          <w:sz w:val="22"/>
        </w:rPr>
        <w:t>Command I mean,</w:t>
      </w:r>
    </w:p>
    <w:p>
      <w:pPr>
        <w:spacing w:after="0"/>
      </w:pPr>
    </w:p>
    <w:p>
      <w:pPr>
        <w:spacing w:after="0"/>
      </w:pPr>
      <w:r>
        <w:rPr>
          <w:rFonts w:ascii="Arial" w:hAnsi="Arial"/>
          <w:b/>
          <w:sz w:val="22"/>
        </w:rPr>
        <w:t xml:space="preserve">Alice  </w:t>
      </w:r>
      <w:r>
        <w:rPr>
          <w:rFonts w:ascii="Arial" w:hAnsi="Arial"/>
          <w:color w:val="5D7284"/>
          <w:sz w:val="22"/>
        </w:rPr>
        <w:t>57:56</w:t>
      </w:r>
    </w:p>
    <w:p>
      <w:pPr>
        <w:spacing w:after="0"/>
      </w:pPr>
      <w:r>
        <w:rPr>
          <w:rFonts w:ascii="Arial" w:hAnsi="Arial"/>
          <w:sz w:val="22"/>
        </w:rPr>
        <w:t>no. Good. you know, they don't fit in the house. That's not true. That is not true. Absolutely shitting the house and in John Lewis in the shopping I have so many stories of places my dogs where they shouldn't</w:t>
      </w:r>
    </w:p>
    <w:p>
      <w:pPr>
        <w:spacing w:after="0"/>
      </w:pPr>
    </w:p>
    <w:p>
      <w:pPr>
        <w:spacing w:after="0"/>
      </w:pPr>
      <w:r>
        <w:rPr>
          <w:rFonts w:ascii="Arial" w:hAnsi="Arial"/>
          <w:b/>
          <w:sz w:val="22"/>
        </w:rPr>
        <w:t xml:space="preserve">Lucy  </w:t>
      </w:r>
      <w:r>
        <w:rPr>
          <w:rFonts w:ascii="Arial" w:hAnsi="Arial"/>
          <w:color w:val="5D7284"/>
          <w:sz w:val="22"/>
        </w:rPr>
        <w:t>58:16</w:t>
      </w:r>
    </w:p>
    <w:p>
      <w:pPr>
        <w:spacing w:after="0"/>
      </w:pPr>
      <w:r>
        <w:rPr>
          <w:rFonts w:ascii="Arial" w:hAnsi="Arial"/>
          <w:sz w:val="22"/>
        </w:rPr>
        <w:t>I think that was one of our first ever conversations while we were getting to know one another. you</w:t>
      </w:r>
    </w:p>
    <w:p>
      <w:pPr>
        <w:spacing w:after="0"/>
      </w:pPr>
    </w:p>
    <w:p>
      <w:pPr>
        <w:spacing w:after="0"/>
      </w:pPr>
      <w:r>
        <w:rPr>
          <w:rFonts w:ascii="Arial" w:hAnsi="Arial"/>
          <w:b/>
          <w:sz w:val="22"/>
        </w:rPr>
        <w:t xml:space="preserve">Alice  </w:t>
      </w:r>
      <w:r>
        <w:rPr>
          <w:rFonts w:ascii="Arial" w:hAnsi="Arial"/>
          <w:color w:val="5D7284"/>
          <w:sz w:val="22"/>
        </w:rPr>
        <w:t>58:21</w:t>
      </w:r>
    </w:p>
    <w:p>
      <w:pPr>
        <w:spacing w:after="0"/>
      </w:pPr>
      <w:r>
        <w:rPr>
          <w:rFonts w:ascii="Arial" w:hAnsi="Arial"/>
          <w:sz w:val="22"/>
        </w:rPr>
        <w:t>I've never had a conversation with a guide dog owner who hasn't been like oh yeah, my dog food X place when it's like indoors surrounded by people and they should not have but you know, wouldn't get wouldn't get it if I if I didn't have a disability No.</w:t>
      </w:r>
    </w:p>
    <w:p>
      <w:pPr>
        <w:spacing w:after="0"/>
      </w:pPr>
    </w:p>
    <w:p>
      <w:pPr>
        <w:spacing w:after="0"/>
      </w:pPr>
      <w:r>
        <w:rPr>
          <w:rFonts w:ascii="Arial" w:hAnsi="Arial"/>
          <w:b/>
          <w:sz w:val="22"/>
        </w:rPr>
        <w:t xml:space="preserve">Lucy  </w:t>
      </w:r>
      <w:r>
        <w:rPr>
          <w:rFonts w:ascii="Arial" w:hAnsi="Arial"/>
          <w:color w:val="5D7284"/>
          <w:sz w:val="22"/>
        </w:rPr>
        <w:t>58:38</w:t>
      </w:r>
    </w:p>
    <w:p>
      <w:pPr>
        <w:spacing w:after="0"/>
      </w:pPr>
      <w:r>
        <w:rPr>
          <w:rFonts w:ascii="Arial" w:hAnsi="Arial"/>
          <w:sz w:val="22"/>
        </w:rPr>
        <w:t>And it gives you memorable stories to tell at dinner parties because something always happens to disabled people that you wouldn't ever be able to write in your wildest dreams I went to a an award ceremony when I was a student and the place where the award ceremony was couldn't get in because it was no left because it was an old building. So my tutor carried me upstairs to get into the room where the awards ever was. And my shoe fell off. Like it was other worlds does that happen just people arrive at what was ours when the award don't win the award? And go home again. I have to make an entrance. do you know I mean, it's that kind of I've got a story to tell you you won't believe this that always makes you entertaining to dinner parties.</w:t>
      </w:r>
    </w:p>
    <w:p>
      <w:pPr>
        <w:spacing w:after="0"/>
      </w:pPr>
    </w:p>
    <w:p>
      <w:pPr>
        <w:spacing w:after="0"/>
      </w:pPr>
      <w:r>
        <w:rPr>
          <w:rFonts w:ascii="Arial" w:hAnsi="Arial"/>
          <w:b/>
          <w:sz w:val="22"/>
        </w:rPr>
        <w:t xml:space="preserve">Alice  </w:t>
      </w:r>
      <w:r>
        <w:rPr>
          <w:rFonts w:ascii="Arial" w:hAnsi="Arial"/>
          <w:color w:val="5D7284"/>
          <w:sz w:val="22"/>
        </w:rPr>
        <w:t>59:25</w:t>
      </w:r>
    </w:p>
    <w:p>
      <w:pPr>
        <w:spacing w:after="0"/>
      </w:pPr>
      <w:r>
        <w:rPr>
          <w:rFonts w:ascii="Arial" w:hAnsi="Arial"/>
          <w:sz w:val="22"/>
        </w:rPr>
        <w:t>But it's just it's really interesting. I think to me that that's what you know that that even hearing that story of none is that there is that kind of immediate knee jerk reaction of all this is terrible to actually, you know, like she found peace in it.</w:t>
      </w:r>
    </w:p>
    <w:p>
      <w:pPr>
        <w:spacing w:after="0"/>
      </w:pPr>
    </w:p>
    <w:p>
      <w:pPr>
        <w:spacing w:after="0"/>
      </w:pPr>
      <w:r>
        <w:rPr>
          <w:rFonts w:ascii="Arial" w:hAnsi="Arial"/>
          <w:b/>
          <w:sz w:val="22"/>
        </w:rPr>
        <w:t xml:space="preserve">Lucy  </w:t>
      </w:r>
      <w:r>
        <w:rPr>
          <w:rFonts w:ascii="Arial" w:hAnsi="Arial"/>
          <w:color w:val="5D7284"/>
          <w:sz w:val="22"/>
        </w:rPr>
        <w:t>59:44</w:t>
      </w:r>
    </w:p>
    <w:p>
      <w:pPr>
        <w:spacing w:after="0"/>
      </w:pPr>
      <w:r>
        <w:rPr>
          <w:rFonts w:ascii="Arial" w:hAnsi="Arial"/>
          <w:sz w:val="22"/>
        </w:rPr>
        <w:t>exactly. It's only scary and terrifying because it's new. Change is always scary and terrifying and there was like, varying degrees of the scary and terrifying don't get me I'm not simplifying it down to change is always difficult. But once I think what Wouldn't you kind of sit with it for a bit and go? Actually not as bad? you know, I'm not saying that disability is not as bad as everybody makes out. But it certainly is not. half as bad, let's say, as people make,</w:t>
      </w:r>
    </w:p>
    <w:p>
      <w:pPr>
        <w:spacing w:after="0"/>
      </w:pPr>
    </w:p>
    <w:p>
      <w:pPr>
        <w:spacing w:after="0"/>
      </w:pPr>
      <w:r>
        <w:rPr>
          <w:rFonts w:ascii="Arial" w:hAnsi="Arial"/>
          <w:b/>
          <w:sz w:val="22"/>
        </w:rPr>
        <w:t xml:space="preserve">Alice  </w:t>
      </w:r>
      <w:r>
        <w:rPr>
          <w:rFonts w:ascii="Arial" w:hAnsi="Arial"/>
          <w:color w:val="5D7284"/>
          <w:sz w:val="22"/>
        </w:rPr>
        <w:t>1:00:12</w:t>
      </w:r>
    </w:p>
    <w:p>
      <w:pPr>
        <w:spacing w:after="0"/>
      </w:pPr>
      <w:r>
        <w:rPr>
          <w:rFonts w:ascii="Arial" w:hAnsi="Arial"/>
          <w:sz w:val="22"/>
        </w:rPr>
        <w:t>and going, you know, back to the sort of technology thing, it makes me think about how much people are kind of there's a lot of people, kind of mainstream non disabled community who are panicking about AI. Yeah. And yeah, it's revolutionizing things for disabled people across the disabled community. Yeah, you know, loads of different kinds of disabilities. people with different disabilities are really benefiting from AI, and other people. Like, there are chunks of the world who were like, Oh, my God, but you know, they're going to take over</w:t>
      </w:r>
    </w:p>
    <w:p>
      <w:pPr>
        <w:spacing w:after="0"/>
      </w:pPr>
    </w:p>
    <w:p>
      <w:pPr>
        <w:spacing w:after="0"/>
      </w:pPr>
      <w:r>
        <w:rPr>
          <w:rFonts w:ascii="Arial" w:hAnsi="Arial"/>
          <w:b/>
          <w:sz w:val="22"/>
        </w:rPr>
        <w:t xml:space="preserve">Lucy  </w:t>
      </w:r>
      <w:r>
        <w:rPr>
          <w:rFonts w:ascii="Arial" w:hAnsi="Arial"/>
          <w:color w:val="5D7284"/>
          <w:sz w:val="22"/>
        </w:rPr>
        <w:t>1:00:49</w:t>
      </w:r>
    </w:p>
    <w:p>
      <w:pPr>
        <w:spacing w:after="0"/>
      </w:pPr>
      <w:r>
        <w:rPr>
          <w:rFonts w:ascii="Arial" w:hAnsi="Arial"/>
          <w:sz w:val="22"/>
        </w:rPr>
        <w:t>robots are taking over. Yeah, well, everybody calm down. because now I can actually do stuff. Yeah, it's weird, isn't it? I think, I don't know whether I don't know whether what your thoughts are on this or re but I think has, like, disabled people, I think are more open to, like, I've got no other option. Let's try it and see if it works. Let's try this technology and see if it works, too, then maybe a non disabled person would be a bit more reticent, and like, oh, no, the robots are taking over. Whereas disabled people go, I'll give that a go. What's the worst that could happen? Kind of thing? I don't know. Like,</w:t>
      </w:r>
    </w:p>
    <w:p>
      <w:pPr>
        <w:spacing w:after="0"/>
      </w:pPr>
    </w:p>
    <w:p>
      <w:pPr>
        <w:spacing w:after="0"/>
      </w:pPr>
      <w:r>
        <w:rPr>
          <w:rFonts w:ascii="Arial" w:hAnsi="Arial"/>
          <w:b/>
          <w:sz w:val="22"/>
        </w:rPr>
        <w:t xml:space="preserve">Alice  </w:t>
      </w:r>
      <w:r>
        <w:rPr>
          <w:rFonts w:ascii="Arial" w:hAnsi="Arial"/>
          <w:color w:val="5D7284"/>
          <w:sz w:val="22"/>
        </w:rPr>
        <w:t>1:01:34</w:t>
      </w:r>
    </w:p>
    <w:p>
      <w:pPr>
        <w:spacing w:after="0"/>
      </w:pPr>
      <w:r>
        <w:rPr>
          <w:rFonts w:ascii="Arial" w:hAnsi="Arial"/>
          <w:sz w:val="22"/>
        </w:rPr>
        <w:t>I already can't walk? How, like, how is trying a wheelbarrow gonna make it work?</w:t>
      </w:r>
    </w:p>
    <w:p>
      <w:pPr>
        <w:spacing w:after="0"/>
      </w:pPr>
    </w:p>
    <w:p>
      <w:pPr>
        <w:spacing w:after="0"/>
      </w:pPr>
      <w:r>
        <w:rPr>
          <w:rFonts w:ascii="Arial" w:hAnsi="Arial"/>
          <w:b/>
          <w:sz w:val="22"/>
        </w:rPr>
        <w:t xml:space="preserve">Lucy  </w:t>
      </w:r>
      <w:r>
        <w:rPr>
          <w:rFonts w:ascii="Arial" w:hAnsi="Arial"/>
          <w:color w:val="5D7284"/>
          <w:sz w:val="22"/>
        </w:rPr>
        <w:t>1:01:39</w:t>
      </w:r>
    </w:p>
    <w:p>
      <w:pPr>
        <w:spacing w:after="0"/>
      </w:pPr>
      <w:r>
        <w:rPr>
          <w:rFonts w:ascii="Arial" w:hAnsi="Arial"/>
          <w:sz w:val="22"/>
        </w:rPr>
        <w:t>exactly. Yeah. Like, I can't get to the shops, I need to get to the shops, I can't walk. The only thing I've got available is a wheelbarrow. Let's try it. Or in King Philip. Spain's case, I can't walk, let's try putting wheels on that dining chair and see how we get on. That kind of thing. I think disabled people are very open to trying things differently. And trying new technologies, not the sticking wheels on a dining room chair is a technological advance. It's like, a happy accident,</w:t>
      </w:r>
    </w:p>
    <w:p>
      <w:pPr>
        <w:spacing w:after="0"/>
      </w:pPr>
    </w:p>
    <w:p>
      <w:pPr>
        <w:spacing w:after="0"/>
      </w:pPr>
      <w:r>
        <w:rPr>
          <w:rFonts w:ascii="Arial" w:hAnsi="Arial"/>
          <w:b/>
          <w:sz w:val="22"/>
        </w:rPr>
        <w:t xml:space="preserve">Alice  </w:t>
      </w:r>
      <w:r>
        <w:rPr>
          <w:rFonts w:ascii="Arial" w:hAnsi="Arial"/>
          <w:color w:val="5D7284"/>
          <w:sz w:val="22"/>
        </w:rPr>
        <w:t>1:02:10</w:t>
      </w:r>
    </w:p>
    <w:p>
      <w:pPr>
        <w:spacing w:after="0"/>
      </w:pPr>
      <w:r>
        <w:rPr>
          <w:rFonts w:ascii="Arial" w:hAnsi="Arial"/>
          <w:sz w:val="22"/>
        </w:rPr>
        <w:t>it would have been back then, you know, would have been pretty big deal. you know?</w:t>
      </w:r>
    </w:p>
    <w:p>
      <w:pPr>
        <w:spacing w:after="0"/>
      </w:pPr>
    </w:p>
    <w:p>
      <w:pPr>
        <w:spacing w:after="0"/>
      </w:pPr>
      <w:r>
        <w:rPr>
          <w:rFonts w:ascii="Arial" w:hAnsi="Arial"/>
          <w:b/>
          <w:sz w:val="22"/>
        </w:rPr>
        <w:t xml:space="preserve">Rachel  </w:t>
      </w:r>
      <w:r>
        <w:rPr>
          <w:rFonts w:ascii="Arial" w:hAnsi="Arial"/>
          <w:color w:val="5D7284"/>
          <w:sz w:val="22"/>
        </w:rPr>
        <w:t>1:02:15</w:t>
      </w:r>
    </w:p>
    <w:p>
      <w:pPr>
        <w:spacing w:after="0"/>
      </w:pPr>
      <w:r>
        <w:rPr>
          <w:rFonts w:ascii="Arial" w:hAnsi="Arial"/>
          <w:sz w:val="22"/>
        </w:rPr>
        <w:t>Yeah, I suppose. Yeah, I think wasn't being done previously, then.</w:t>
      </w:r>
    </w:p>
    <w:p>
      <w:pPr>
        <w:spacing w:after="0"/>
      </w:pPr>
    </w:p>
    <w:p>
      <w:pPr>
        <w:spacing w:after="0"/>
      </w:pPr>
      <w:r>
        <w:rPr>
          <w:rFonts w:ascii="Arial" w:hAnsi="Arial"/>
          <w:b/>
          <w:sz w:val="22"/>
        </w:rPr>
        <w:t xml:space="preserve">Alice  </w:t>
      </w:r>
      <w:r>
        <w:rPr>
          <w:rFonts w:ascii="Arial" w:hAnsi="Arial"/>
          <w:color w:val="5D7284"/>
          <w:sz w:val="22"/>
        </w:rPr>
        <w:t>1:02:20</w:t>
      </w:r>
    </w:p>
    <w:p>
      <w:pPr>
        <w:spacing w:after="0"/>
      </w:pPr>
      <w:r>
        <w:rPr>
          <w:rFonts w:ascii="Arial" w:hAnsi="Arial"/>
          <w:sz w:val="22"/>
        </w:rPr>
        <w:t>I think, you know, that's the thing that you have to remember about, like, you know, for us, like, even things like, you know, a wheelchair is quite normalized, even in wider society, that that's a wheelchair. And that's how that works. But, you know, think about power chairs and things like that those are a huge technological advance in a lot of ways, but also very normalized for us now,</w:t>
      </w:r>
    </w:p>
    <w:p>
      <w:pPr>
        <w:spacing w:after="0"/>
      </w:pPr>
    </w:p>
    <w:p>
      <w:pPr>
        <w:spacing w:after="0"/>
      </w:pPr>
      <w:r>
        <w:rPr>
          <w:rFonts w:ascii="Arial" w:hAnsi="Arial"/>
          <w:b/>
          <w:sz w:val="22"/>
        </w:rPr>
        <w:t xml:space="preserve">Rachel  </w:t>
      </w:r>
      <w:r>
        <w:rPr>
          <w:rFonts w:ascii="Arial" w:hAnsi="Arial"/>
          <w:color w:val="5D7284"/>
          <w:sz w:val="22"/>
        </w:rPr>
        <w:t>1:02:45</w:t>
      </w:r>
    </w:p>
    <w:p>
      <w:pPr>
        <w:spacing w:after="0"/>
      </w:pPr>
      <w:r>
        <w:rPr>
          <w:rFonts w:ascii="Arial" w:hAnsi="Arial"/>
          <w:sz w:val="22"/>
        </w:rPr>
        <w:t>one of the things that I tried to do in my work is sort of challenge what accounts or disability technology by the standards of the period that I study. So a few years ago, I was working with the medical heritage librarian was putting together a sort of online exhibition for them about disability technologies. I decided not to opt for things like prostheses or wheelchairs, because I think that's what people's minds jump to immediately, when they think of disability technology, and to look at other things that were equally important to arrange people in the past. So I was looking at, for example, glasses in spectacles, seeing glasses, and how something that we don't really consider to be a disability technology today. But by medieval standards, glasses were invented in the 1880s. And this was revolutionary, because if you were like, say a seamstress, and you start to lose your eyesight, your career is gone. That's it, you're not making money. Yes, so being able to have glasses and just be able to keep working is is huge. And it's a really valuable disability technology in that period. The other one that I was looking at, as well as dentures, like today, we associate dentures with sort of getting elderly and just something that is kind of cosmetic, but in the Middle Ages, like there are blenders you know, they're not making smoothies there's no there's no shoot. And if you've got to get through your steak or your pheasant or whatever, that it's crucial it's fundamental to have those kinds of technologies those devices so and</w:t>
      </w:r>
    </w:p>
    <w:p>
      <w:pPr>
        <w:spacing w:after="0"/>
      </w:pPr>
    </w:p>
    <w:p>
      <w:pPr>
        <w:spacing w:after="0"/>
      </w:pPr>
      <w:r>
        <w:rPr>
          <w:rFonts w:ascii="Arial" w:hAnsi="Arial"/>
          <w:b/>
          <w:sz w:val="22"/>
        </w:rPr>
        <w:t xml:space="preserve">Lucy  </w:t>
      </w:r>
      <w:r>
        <w:rPr>
          <w:rFonts w:ascii="Arial" w:hAnsi="Arial"/>
          <w:color w:val="5D7284"/>
          <w:sz w:val="22"/>
        </w:rPr>
        <w:t>1:04:26</w:t>
      </w:r>
    </w:p>
    <w:p>
      <w:pPr>
        <w:spacing w:after="0"/>
      </w:pPr>
      <w:r>
        <w:rPr>
          <w:rFonts w:ascii="Arial" w:hAnsi="Arial"/>
          <w:sz w:val="22"/>
        </w:rPr>
        <w:t>I could imagine as well middle age pocket mid mid late mid late medieval cooking would be it's not like a kind of this has been roasting for four hours. It's kind of this is cooked, it might still be a bit tough. Like if you haven't got teeth and you can't eat then</w:t>
      </w:r>
    </w:p>
    <w:p>
      <w:pPr>
        <w:spacing w:after="0"/>
      </w:pPr>
    </w:p>
    <w:p>
      <w:pPr>
        <w:spacing w:after="0"/>
      </w:pPr>
      <w:r>
        <w:rPr>
          <w:rFonts w:ascii="Arial" w:hAnsi="Arial"/>
          <w:b/>
          <w:sz w:val="22"/>
        </w:rPr>
        <w:t xml:space="preserve">Rachel  </w:t>
      </w:r>
      <w:r>
        <w:rPr>
          <w:rFonts w:ascii="Arial" w:hAnsi="Arial"/>
          <w:color w:val="5D7284"/>
          <w:sz w:val="22"/>
        </w:rPr>
        <w:t>1:04:43</w:t>
      </w:r>
    </w:p>
    <w:p>
      <w:pPr>
        <w:spacing w:after="0"/>
      </w:pPr>
      <w:r>
        <w:rPr>
          <w:rFonts w:ascii="Arial" w:hAnsi="Arial"/>
          <w:sz w:val="22"/>
        </w:rPr>
        <w:t>yeah. I also soups and things like that, but like even though it's you know it Yeah, it's a problem if you can't choose</w:t>
      </w:r>
    </w:p>
    <w:p>
      <w:pPr>
        <w:spacing w:after="0"/>
      </w:pPr>
    </w:p>
    <w:p>
      <w:pPr>
        <w:spacing w:after="0"/>
      </w:pPr>
      <w:r>
        <w:rPr>
          <w:rFonts w:ascii="Arial" w:hAnsi="Arial"/>
          <w:b/>
          <w:sz w:val="22"/>
        </w:rPr>
        <w:t xml:space="preserve">Lucy  </w:t>
      </w:r>
      <w:r>
        <w:rPr>
          <w:rFonts w:ascii="Arial" w:hAnsi="Arial"/>
          <w:color w:val="5D7284"/>
          <w:sz w:val="22"/>
        </w:rPr>
        <w:t>1:04:53</w:t>
      </w:r>
    </w:p>
    <w:p>
      <w:pPr>
        <w:spacing w:after="0"/>
      </w:pPr>
      <w:r>
        <w:rPr>
          <w:rFonts w:ascii="Arial" w:hAnsi="Arial"/>
          <w:sz w:val="22"/>
        </w:rPr>
        <w:t>a decent meal, don't bet yeah. Yeah.</w:t>
      </w:r>
    </w:p>
    <w:p>
      <w:pPr>
        <w:spacing w:after="0"/>
      </w:pPr>
    </w:p>
    <w:p>
      <w:pPr>
        <w:spacing w:after="0"/>
      </w:pPr>
      <w:r>
        <w:rPr>
          <w:rFonts w:ascii="Arial" w:hAnsi="Arial"/>
          <w:b/>
          <w:sz w:val="22"/>
        </w:rPr>
        <w:t xml:space="preserve">Rachel  </w:t>
      </w:r>
      <w:r>
        <w:rPr>
          <w:rFonts w:ascii="Arial" w:hAnsi="Arial"/>
          <w:color w:val="5D7284"/>
          <w:sz w:val="22"/>
        </w:rPr>
        <w:t>1:04:57</w:t>
      </w:r>
    </w:p>
    <w:p>
      <w:pPr>
        <w:spacing w:after="0"/>
      </w:pPr>
      <w:r>
        <w:rPr>
          <w:rFonts w:ascii="Arial" w:hAnsi="Arial"/>
          <w:sz w:val="22"/>
        </w:rPr>
        <w:t>So yeah, I think thinking about We understand it by the standards of today's society, and then how we think about technology by the standards of the 1400s. And what actually counts as you know, an assistive technology and that in that period,</w:t>
      </w:r>
    </w:p>
    <w:p>
      <w:pPr>
        <w:spacing w:after="0"/>
      </w:pPr>
    </w:p>
    <w:p>
      <w:pPr>
        <w:spacing w:after="0"/>
      </w:pPr>
      <w:r>
        <w:rPr>
          <w:rFonts w:ascii="Arial" w:hAnsi="Arial"/>
          <w:b/>
          <w:sz w:val="22"/>
        </w:rPr>
        <w:t xml:space="preserve">Lucy  </w:t>
      </w:r>
      <w:r>
        <w:rPr>
          <w:rFonts w:ascii="Arial" w:hAnsi="Arial"/>
          <w:color w:val="5D7284"/>
          <w:sz w:val="22"/>
        </w:rPr>
        <w:t>1:05:12</w:t>
      </w:r>
    </w:p>
    <w:p>
      <w:pPr>
        <w:spacing w:after="0"/>
      </w:pPr>
      <w:r>
        <w:rPr>
          <w:rFonts w:ascii="Arial" w:hAnsi="Arial"/>
          <w:sz w:val="22"/>
        </w:rPr>
        <w:t>but we think that we take for granted now, you know that, and it's weird to think, isn't it that like, in this day and age, you've got smart speakers and things that we've class that as an assistive technology, and then you look back to like, medieval times, and it's like dentures and glasses, and this that the other and you think it's so we think, in our day and age, we think that is so simple, but actually backing note, yeah, that would have blown my mind</w:t>
      </w:r>
    </w:p>
    <w:p>
      <w:pPr>
        <w:spacing w:after="0"/>
      </w:pPr>
    </w:p>
    <w:p>
      <w:pPr>
        <w:spacing w:after="0"/>
      </w:pPr>
      <w:r>
        <w:rPr>
          <w:rFonts w:ascii="Arial" w:hAnsi="Arial"/>
          <w:b/>
          <w:sz w:val="22"/>
        </w:rPr>
        <w:t xml:space="preserve">Alice  </w:t>
      </w:r>
      <w:r>
        <w:rPr>
          <w:rFonts w:ascii="Arial" w:hAnsi="Arial"/>
          <w:color w:val="5D7284"/>
          <w:sz w:val="22"/>
        </w:rPr>
        <w:t>1:05:41</w:t>
      </w:r>
    </w:p>
    <w:p>
      <w:pPr>
        <w:spacing w:after="0"/>
      </w:pPr>
      <w:r>
        <w:rPr>
          <w:rFonts w:ascii="Arial" w:hAnsi="Arial"/>
          <w:sz w:val="22"/>
        </w:rPr>
        <w:t>when I think the other thing is well, it's like what Rachel was saying is, like, if you took away those dentures, and those spectacles and stuff now, like, people be fucked. Yeah. The thing I always say is, you know, I am registered, I am legally blind, but without his contact lenses in my husband's eyes are worse than mine. I realize I can see better than him when he's not got his contact lenses. And like, like that, so if if glasses were not a thing, he'd be free dogs</w:t>
      </w:r>
    </w:p>
    <w:p>
      <w:pPr>
        <w:spacing w:after="0"/>
      </w:pPr>
    </w:p>
    <w:p>
      <w:pPr>
        <w:spacing w:after="0"/>
      </w:pPr>
      <w:r>
        <w:rPr>
          <w:rFonts w:ascii="Arial" w:hAnsi="Arial"/>
          <w:b/>
          <w:sz w:val="22"/>
        </w:rPr>
        <w:t xml:space="preserve">Lucy  </w:t>
      </w:r>
      <w:r>
        <w:rPr>
          <w:rFonts w:ascii="Arial" w:hAnsi="Arial"/>
          <w:color w:val="5D7284"/>
          <w:sz w:val="22"/>
        </w:rPr>
        <w:t>1:06:15</w:t>
      </w:r>
    </w:p>
    <w:p>
      <w:pPr>
        <w:spacing w:after="0"/>
      </w:pPr>
      <w:r>
        <w:rPr>
          <w:rFonts w:ascii="Arial" w:hAnsi="Arial"/>
          <w:sz w:val="22"/>
        </w:rPr>
        <w:t>doing everything.</w:t>
      </w:r>
    </w:p>
    <w:p>
      <w:pPr>
        <w:spacing w:after="0"/>
      </w:pPr>
    </w:p>
    <w:p>
      <w:pPr>
        <w:spacing w:after="0"/>
      </w:pPr>
      <w:r>
        <w:rPr>
          <w:rFonts w:ascii="Arial" w:hAnsi="Arial"/>
          <w:b/>
          <w:sz w:val="22"/>
        </w:rPr>
        <w:t xml:space="preserve">Alice  </w:t>
      </w:r>
      <w:r>
        <w:rPr>
          <w:rFonts w:ascii="Arial" w:hAnsi="Arial"/>
          <w:color w:val="5D7284"/>
          <w:sz w:val="22"/>
        </w:rPr>
        <w:t>1:06:18</w:t>
      </w:r>
    </w:p>
    <w:p>
      <w:pPr>
        <w:spacing w:after="0"/>
      </w:pPr>
      <w:r>
        <w:rPr>
          <w:rFonts w:ascii="Arial" w:hAnsi="Arial"/>
          <w:sz w:val="22"/>
        </w:rPr>
        <w:t>We'd have about two thirds of an I between Yeah, so it's I think it's, but I think the thing that has really resonated with me from this episode, and I get I always get from the history lessons, all the history lessons we do is just that. Like, no matter how far back in history, you go, disabled people. were always just like, No, I'm still getting out there. Like just just fucking</w:t>
      </w:r>
    </w:p>
    <w:p>
      <w:pPr>
        <w:spacing w:after="0"/>
      </w:pPr>
    </w:p>
    <w:p>
      <w:pPr>
        <w:spacing w:after="0"/>
      </w:pPr>
      <w:r>
        <w:rPr>
          <w:rFonts w:ascii="Arial" w:hAnsi="Arial"/>
          <w:b/>
          <w:sz w:val="22"/>
        </w:rPr>
        <w:t xml:space="preserve">Lucy  </w:t>
      </w:r>
      <w:r>
        <w:rPr>
          <w:rFonts w:ascii="Arial" w:hAnsi="Arial"/>
          <w:color w:val="5D7284"/>
          <w:sz w:val="22"/>
        </w:rPr>
        <w:t>1:06:48</w:t>
      </w:r>
    </w:p>
    <w:p>
      <w:pPr>
        <w:spacing w:after="0"/>
      </w:pPr>
      <w:r>
        <w:rPr>
          <w:rFonts w:ascii="Arial" w:hAnsi="Arial"/>
          <w:sz w:val="22"/>
        </w:rPr>
        <w:t>Yeah, don't leave me a bed because I'm not I don't want to stay here. Like, you can leave me a bed for a bit and then I'm getting up and I'm just getting on with life.</w:t>
      </w:r>
    </w:p>
    <w:p>
      <w:pPr>
        <w:spacing w:after="0"/>
      </w:pPr>
    </w:p>
    <w:p>
      <w:pPr>
        <w:spacing w:after="0"/>
      </w:pPr>
      <w:r>
        <w:rPr>
          <w:rFonts w:ascii="Arial" w:hAnsi="Arial"/>
          <w:b/>
          <w:sz w:val="22"/>
        </w:rPr>
        <w:t xml:space="preserve">Alice  </w:t>
      </w:r>
      <w:r>
        <w:rPr>
          <w:rFonts w:ascii="Arial" w:hAnsi="Arial"/>
          <w:color w:val="5D7284"/>
          <w:sz w:val="22"/>
        </w:rPr>
        <w:t>1:06:55</w:t>
      </w:r>
    </w:p>
    <w:p>
      <w:pPr>
        <w:spacing w:after="0"/>
      </w:pPr>
      <w:r>
        <w:rPr>
          <w:rFonts w:ascii="Arial" w:hAnsi="Arial"/>
          <w:sz w:val="22"/>
        </w:rPr>
        <w:t>Yeah, it's not us that put ourselves in bed. you know, it's, it's, it's society. And it's really cool to hear hear the stories of people who went out there for themselves and people who had the family and stuff out there who went, let's, let's not let this be the end of this person's story. because it's, it's not the end of their story. It's society and the rest of the world who says it's the end of the story, but actually, it's not let's find a way of making sure that it's not I think it's really cool.</w:t>
      </w:r>
    </w:p>
    <w:p>
      <w:pPr>
        <w:spacing w:after="0"/>
      </w:pPr>
    </w:p>
    <w:p>
      <w:pPr>
        <w:spacing w:after="0"/>
      </w:pPr>
      <w:r>
        <w:rPr>
          <w:rFonts w:ascii="Arial" w:hAnsi="Arial"/>
          <w:b/>
          <w:sz w:val="22"/>
        </w:rPr>
        <w:t xml:space="preserve">Lucy  </w:t>
      </w:r>
      <w:r>
        <w:rPr>
          <w:rFonts w:ascii="Arial" w:hAnsi="Arial"/>
          <w:color w:val="5D7284"/>
          <w:sz w:val="22"/>
        </w:rPr>
        <w:t>1:07:29</w:t>
      </w:r>
    </w:p>
    <w:p>
      <w:pPr>
        <w:spacing w:after="0"/>
      </w:pPr>
      <w:r>
        <w:rPr>
          <w:rFonts w:ascii="Arial" w:hAnsi="Arial"/>
          <w:sz w:val="22"/>
        </w:rPr>
        <w:t>That's kind of given me a fire in the belly that yeah, like a rallying cry</w:t>
      </w:r>
    </w:p>
    <w:p>
      <w:pPr>
        <w:spacing w:after="0"/>
      </w:pPr>
    </w:p>
    <w:p>
      <w:pPr>
        <w:spacing w:after="0"/>
      </w:pPr>
      <w:r>
        <w:rPr>
          <w:rFonts w:ascii="Arial" w:hAnsi="Arial"/>
          <w:b/>
          <w:sz w:val="22"/>
        </w:rPr>
        <w:t xml:space="preserve">Alice  </w:t>
      </w:r>
      <w:r>
        <w:rPr>
          <w:rFonts w:ascii="Arial" w:hAnsi="Arial"/>
          <w:color w:val="5D7284"/>
          <w:sz w:val="22"/>
        </w:rPr>
        <w:t>1:07:36</w:t>
      </w:r>
    </w:p>
    <w:p>
      <w:pPr>
        <w:spacing w:after="0"/>
      </w:pPr>
      <w:r>
        <w:rPr>
          <w:rFonts w:ascii="Arial" w:hAnsi="Arial"/>
          <w:sz w:val="22"/>
        </w:rPr>
        <w:t>to go off and do something really important and productive this afternoon. No, probably not. No, I didn't think I'd say you're gonna have a cider in the back garden.</w:t>
      </w:r>
    </w:p>
    <w:p>
      <w:pPr>
        <w:spacing w:after="0"/>
      </w:pPr>
    </w:p>
    <w:p>
      <w:pPr>
        <w:spacing w:after="0"/>
      </w:pPr>
      <w:r>
        <w:rPr>
          <w:rFonts w:ascii="Arial" w:hAnsi="Arial"/>
          <w:b/>
          <w:sz w:val="22"/>
        </w:rPr>
        <w:t xml:space="preserve">Lucy  </w:t>
      </w:r>
      <w:r>
        <w:rPr>
          <w:rFonts w:ascii="Arial" w:hAnsi="Arial"/>
          <w:color w:val="5D7284"/>
          <w:sz w:val="22"/>
        </w:rPr>
        <w:t>1:07:45</w:t>
      </w:r>
    </w:p>
    <w:p>
      <w:pPr>
        <w:spacing w:after="0"/>
      </w:pPr>
      <w:r>
        <w:rPr>
          <w:rFonts w:ascii="Arial" w:hAnsi="Arial"/>
          <w:sz w:val="22"/>
        </w:rPr>
        <w:t>No, I'm not I'm gonna have a sit down to watch it shakes</w:t>
      </w:r>
    </w:p>
    <w:p>
      <w:pPr>
        <w:spacing w:after="0"/>
      </w:pPr>
    </w:p>
    <w:p>
      <w:pPr>
        <w:spacing w:after="0"/>
      </w:pPr>
      <w:r>
        <w:rPr>
          <w:rFonts w:ascii="Arial" w:hAnsi="Arial"/>
          <w:b/>
          <w:sz w:val="22"/>
        </w:rPr>
        <w:t xml:space="preserve">Rachel  </w:t>
      </w:r>
      <w:r>
        <w:rPr>
          <w:rFonts w:ascii="Arial" w:hAnsi="Arial"/>
          <w:color w:val="5D7284"/>
          <w:sz w:val="22"/>
        </w:rPr>
        <w:t>1:07:51</w:t>
      </w:r>
    </w:p>
    <w:p>
      <w:pPr>
        <w:spacing w:after="0"/>
      </w:pPr>
      <w:r>
        <w:rPr>
          <w:rFonts w:ascii="Arial" w:hAnsi="Arial"/>
          <w:sz w:val="22"/>
        </w:rPr>
        <w:t>Oh, there's always time for a bottle with a butter knife if you've got nothing</w:t>
      </w:r>
    </w:p>
    <w:p>
      <w:pPr>
        <w:spacing w:after="0"/>
      </w:pPr>
    </w:p>
    <w:p>
      <w:pPr>
        <w:spacing w:after="0"/>
      </w:pPr>
      <w:r>
        <w:rPr>
          <w:rFonts w:ascii="Arial" w:hAnsi="Arial"/>
          <w:b/>
          <w:sz w:val="22"/>
        </w:rPr>
        <w:t xml:space="preserve">Lucy  </w:t>
      </w:r>
      <w:r>
        <w:rPr>
          <w:rFonts w:ascii="Arial" w:hAnsi="Arial"/>
          <w:color w:val="5D7284"/>
          <w:sz w:val="22"/>
        </w:rPr>
        <w:t>1:07:57</w:t>
      </w:r>
    </w:p>
    <w:p>
      <w:pPr>
        <w:spacing w:after="0"/>
      </w:pPr>
      <w:r>
        <w:rPr>
          <w:rFonts w:ascii="Arial" w:hAnsi="Arial"/>
          <w:sz w:val="22"/>
        </w:rPr>
        <w:t>by dinnertime interesting. nice gonna get Yeah.</w:t>
      </w:r>
    </w:p>
    <w:p>
      <w:pPr>
        <w:spacing w:after="0"/>
      </w:pPr>
    </w:p>
    <w:p>
      <w:pPr>
        <w:spacing w:after="0"/>
      </w:pPr>
      <w:r>
        <w:rPr>
          <w:rFonts w:ascii="Arial" w:hAnsi="Arial"/>
          <w:b/>
          <w:sz w:val="22"/>
        </w:rPr>
        <w:t xml:space="preserve">Alice  </w:t>
      </w:r>
      <w:r>
        <w:rPr>
          <w:rFonts w:ascii="Arial" w:hAnsi="Arial"/>
          <w:color w:val="5D7284"/>
          <w:sz w:val="22"/>
        </w:rPr>
        <w:t>1:08:08</w:t>
      </w:r>
    </w:p>
    <w:p>
      <w:pPr>
        <w:spacing w:after="0"/>
      </w:pPr>
      <w:r>
        <w:rPr>
          <w:rFonts w:ascii="Arial" w:hAnsi="Arial"/>
          <w:sz w:val="22"/>
        </w:rPr>
        <w:t>I know that I'm like on guard. Like it's fencing loose. Just I'm going to karate.</w:t>
      </w:r>
    </w:p>
    <w:p>
      <w:pPr>
        <w:spacing w:after="0"/>
      </w:pPr>
    </w:p>
    <w:p>
      <w:pPr>
        <w:spacing w:after="0"/>
      </w:pPr>
      <w:r>
        <w:rPr>
          <w:rFonts w:ascii="Arial" w:hAnsi="Arial"/>
          <w:b/>
          <w:sz w:val="22"/>
        </w:rPr>
        <w:t xml:space="preserve">Lucy  </w:t>
      </w:r>
      <w:r>
        <w:rPr>
          <w:rFonts w:ascii="Arial" w:hAnsi="Arial"/>
          <w:color w:val="5D7284"/>
          <w:sz w:val="22"/>
        </w:rPr>
        <w:t>1:08:15</w:t>
      </w:r>
    </w:p>
    <w:p>
      <w:pPr>
        <w:spacing w:after="0"/>
      </w:pPr>
      <w:r>
        <w:rPr>
          <w:rFonts w:ascii="Arial" w:hAnsi="Arial"/>
          <w:sz w:val="22"/>
        </w:rPr>
        <w:t>I did a hi. Yeah, like Miss Piggy.</w:t>
      </w:r>
    </w:p>
    <w:p>
      <w:pPr>
        <w:spacing w:after="0"/>
      </w:pPr>
    </w:p>
    <w:p>
      <w:pPr>
        <w:spacing w:after="0"/>
      </w:pPr>
      <w:r>
        <w:rPr>
          <w:rFonts w:ascii="Arial" w:hAnsi="Arial"/>
          <w:b/>
          <w:sz w:val="22"/>
        </w:rPr>
        <w:t xml:space="preserve">Alice  </w:t>
      </w:r>
      <w:r>
        <w:rPr>
          <w:rFonts w:ascii="Arial" w:hAnsi="Arial"/>
          <w:color w:val="5D7284"/>
          <w:sz w:val="22"/>
        </w:rPr>
        <w:t>1:08:19</w:t>
      </w:r>
    </w:p>
    <w:p>
      <w:pPr>
        <w:spacing w:after="0"/>
      </w:pPr>
      <w:r>
        <w:rPr>
          <w:rFonts w:ascii="Arial" w:hAnsi="Arial"/>
          <w:sz w:val="22"/>
        </w:rPr>
        <w:t>Brilliant. Thank you so much for coming on.</w:t>
      </w:r>
    </w:p>
    <w:p>
      <w:pPr>
        <w:spacing w:after="0"/>
      </w:pPr>
    </w:p>
    <w:p>
      <w:pPr>
        <w:spacing w:after="0"/>
      </w:pPr>
      <w:r>
        <w:rPr>
          <w:rFonts w:ascii="Arial" w:hAnsi="Arial"/>
          <w:b/>
          <w:sz w:val="22"/>
        </w:rPr>
        <w:t xml:space="preserve">Rachel  </w:t>
      </w:r>
      <w:r>
        <w:rPr>
          <w:rFonts w:ascii="Arial" w:hAnsi="Arial"/>
          <w:color w:val="5D7284"/>
          <w:sz w:val="22"/>
        </w:rPr>
        <w:t>1:08:23</w:t>
      </w:r>
    </w:p>
    <w:p>
      <w:pPr>
        <w:spacing w:after="0"/>
      </w:pPr>
      <w:r>
        <w:rPr>
          <w:rFonts w:ascii="Arial" w:hAnsi="Arial"/>
          <w:sz w:val="22"/>
        </w:rPr>
        <w:t>Thank you for inviting me. It's been a lot of fun.</w:t>
      </w:r>
    </w:p>
    <w:p>
      <w:pPr>
        <w:spacing w:after="0"/>
      </w:pPr>
    </w:p>
    <w:p>
      <w:pPr>
        <w:spacing w:after="0"/>
      </w:pPr>
      <w:r>
        <w:rPr>
          <w:rFonts w:ascii="Arial" w:hAnsi="Arial"/>
          <w:b/>
          <w:sz w:val="22"/>
        </w:rPr>
        <w:t xml:space="preserve">Alice  </w:t>
      </w:r>
      <w:r>
        <w:rPr>
          <w:rFonts w:ascii="Arial" w:hAnsi="Arial"/>
          <w:color w:val="5D7284"/>
          <w:sz w:val="22"/>
        </w:rPr>
        <w:t>1:08:26</w:t>
      </w:r>
    </w:p>
    <w:p>
      <w:pPr>
        <w:spacing w:after="0"/>
      </w:pPr>
      <w:r>
        <w:rPr>
          <w:rFonts w:ascii="Arial" w:hAnsi="Arial"/>
          <w:sz w:val="22"/>
        </w:rPr>
        <w:t>Oh, brilliant. Would you like to tell people where they can find you on the internet or where they might want to find your work? They want to follow up on anything. Yeah, absolutely.</w:t>
      </w:r>
    </w:p>
    <w:p>
      <w:pPr>
        <w:spacing w:after="0"/>
      </w:pPr>
    </w:p>
    <w:p>
      <w:pPr>
        <w:spacing w:after="0"/>
      </w:pPr>
      <w:r>
        <w:rPr>
          <w:rFonts w:ascii="Arial" w:hAnsi="Arial"/>
          <w:b/>
          <w:sz w:val="22"/>
        </w:rPr>
        <w:t xml:space="preserve">Rachel  </w:t>
      </w:r>
      <w:r>
        <w:rPr>
          <w:rFonts w:ascii="Arial" w:hAnsi="Arial"/>
          <w:color w:val="5D7284"/>
          <w:sz w:val="22"/>
        </w:rPr>
        <w:t>1:08:35</w:t>
      </w:r>
    </w:p>
    <w:p>
      <w:pPr>
        <w:spacing w:after="0"/>
      </w:pPr>
      <w:r>
        <w:rPr>
          <w:rFonts w:ascii="Arial" w:hAnsi="Arial"/>
          <w:sz w:val="22"/>
        </w:rPr>
        <w:t>So you can find me on Twitter at are underscore Julie brand. My surname is complicated. So I can put that in the notes for the for the episodes. My website is my name Rachel gillibrand.com. So again, complicated surname, I'll I'll pass it on.</w:t>
      </w:r>
    </w:p>
    <w:p>
      <w:pPr>
        <w:spacing w:after="0"/>
      </w:pPr>
    </w:p>
    <w:p>
      <w:pPr>
        <w:spacing w:after="0"/>
      </w:pPr>
      <w:r>
        <w:rPr>
          <w:rFonts w:ascii="Arial" w:hAnsi="Arial"/>
          <w:b/>
          <w:sz w:val="22"/>
        </w:rPr>
        <w:t xml:space="preserve">Alice  </w:t>
      </w:r>
      <w:r>
        <w:rPr>
          <w:rFonts w:ascii="Arial" w:hAnsi="Arial"/>
          <w:color w:val="5D7284"/>
          <w:sz w:val="22"/>
        </w:rPr>
        <w:t>1:08:56</w:t>
      </w:r>
    </w:p>
    <w:p>
      <w:pPr>
        <w:spacing w:after="0"/>
      </w:pPr>
      <w:r>
        <w:rPr>
          <w:rFonts w:ascii="Arial" w:hAnsi="Arial"/>
          <w:sz w:val="22"/>
        </w:rPr>
        <w:t>Okay, it's fine. It's I tell people it's a strong part of the reason I got married was to get a nice easy sermon. This was the first episode of our disability Technology Series. We will be doing some more throughout the rest of the month, we will be doing lots of really cool things over on our for our newsletter subscribers and over on the fancy private bit of our website that you can't access unless you're a newsletter subscriber. So go off, subscribe to our newsletter. And we'll be putting some stuff up on the socials. So make sure you're following us. Tell everybody how great we are and how much you enjoyed this episode. Lucy anything else to add?</w:t>
      </w:r>
    </w:p>
    <w:p>
      <w:pPr>
        <w:spacing w:after="0"/>
      </w:pPr>
    </w:p>
    <w:p>
      <w:pPr>
        <w:spacing w:after="0"/>
      </w:pPr>
      <w:r>
        <w:rPr>
          <w:rFonts w:ascii="Arial" w:hAnsi="Arial"/>
          <w:b/>
          <w:sz w:val="22"/>
        </w:rPr>
        <w:t xml:space="preserve">Lucy  </w:t>
      </w:r>
      <w:r>
        <w:rPr>
          <w:rFonts w:ascii="Arial" w:hAnsi="Arial"/>
          <w:color w:val="5D7284"/>
          <w:sz w:val="22"/>
        </w:rPr>
        <w:t>1:09:43</w:t>
      </w:r>
    </w:p>
    <w:p>
      <w:pPr>
        <w:spacing w:after="0"/>
      </w:pPr>
      <w:r>
        <w:rPr>
          <w:rFonts w:ascii="Arial" w:hAnsi="Arial"/>
          <w:sz w:val="22"/>
        </w:rPr>
        <w:t>No, I think so. I think one thing is renewal. So you</w:t>
      </w:r>
    </w:p>
    <w:p>
      <w:pPr>
        <w:spacing w:after="0"/>
      </w:pPr>
    </w:p>
    <w:p>
      <w:pPr>
        <w:spacing w:after="0"/>
      </w:pPr>
      <w:r>
        <w:rPr>
          <w:rFonts w:ascii="Arial" w:hAnsi="Arial"/>
          <w:b/>
          <w:sz w:val="22"/>
        </w:rPr>
        <w:t xml:space="preserve">Alice  </w:t>
      </w:r>
      <w:r>
        <w:rPr>
          <w:rFonts w:ascii="Arial" w:hAnsi="Arial"/>
          <w:color w:val="5D7284"/>
          <w:sz w:val="22"/>
        </w:rPr>
        <w:t>1:09:47</w:t>
      </w:r>
    </w:p>
    <w:p>
      <w:pPr>
        <w:spacing w:after="0"/>
      </w:pPr>
      <w:r>
        <w:rPr>
          <w:rFonts w:ascii="Arial" w:hAnsi="Arial"/>
          <w:sz w:val="22"/>
        </w:rPr>
        <w:t>might have like a nice quippy you know, I don't know go out there and kick ass or something, but it's fine.</w:t>
      </w:r>
    </w:p>
    <w:p>
      <w:pPr>
        <w:spacing w:after="0"/>
      </w:pPr>
    </w:p>
    <w:p>
      <w:pPr>
        <w:spacing w:after="0"/>
      </w:pPr>
      <w:r>
        <w:rPr>
          <w:rFonts w:ascii="Arial" w:hAnsi="Arial"/>
          <w:b/>
          <w:sz w:val="22"/>
        </w:rPr>
        <w:t xml:space="preserve">Lucy  </w:t>
      </w:r>
      <w:r>
        <w:rPr>
          <w:rFonts w:ascii="Arial" w:hAnsi="Arial"/>
          <w:color w:val="5D7284"/>
          <w:sz w:val="22"/>
        </w:rPr>
        <w:t>1:09:54</w:t>
      </w:r>
    </w:p>
    <w:p>
      <w:pPr>
        <w:spacing w:after="0"/>
      </w:pPr>
      <w:r>
        <w:rPr>
          <w:rFonts w:ascii="Arial" w:hAnsi="Arial"/>
          <w:sz w:val="22"/>
        </w:rPr>
        <w:t>Basically what we'll do, do what Alice says basically that's how I live my life. just</w:t>
      </w:r>
    </w:p>
    <w:p>
      <w:pPr>
        <w:spacing w:after="0"/>
      </w:pPr>
    </w:p>
    <w:p>
      <w:pPr>
        <w:spacing w:after="0"/>
      </w:pPr>
      <w:r>
        <w:rPr>
          <w:rFonts w:ascii="Arial" w:hAnsi="Arial"/>
          <w:b/>
          <w:sz w:val="22"/>
        </w:rPr>
        <w:t xml:space="preserve">Alice  </w:t>
      </w:r>
      <w:r>
        <w:rPr>
          <w:rFonts w:ascii="Arial" w:hAnsi="Arial"/>
          <w:color w:val="5D7284"/>
          <w:sz w:val="22"/>
        </w:rPr>
        <w:t>1:10:03</w:t>
      </w:r>
    </w:p>
    <w:p>
      <w:pPr>
        <w:spacing w:after="0"/>
      </w:pPr>
      <w:r>
        <w:rPr>
          <w:rFonts w:ascii="Arial" w:hAnsi="Arial"/>
          <w:sz w:val="22"/>
        </w:rPr>
        <w:t>Yeah, so the other thing I'm gonna say do as I say is come back next time, and we will see you then. Yeah, bye</w:t>
      </w:r>
    </w:p>
    <w:p>
      <w:pPr>
        <w:spacing w:after="0"/>
      </w:pPr>
    </w:p>
    <w:p>
      <w:pPr>
        <w:spacing w:after="0"/>
      </w:pPr>
      <w:r>
        <w:rPr>
          <w:rFonts w:ascii="Arial" w:hAnsi="Arial"/>
          <w:color w:val="5D7284"/>
          <w:sz w:val="22"/>
        </w:rPr>
        <w:t>1:10:18</w:t>
      </w:r>
    </w:p>
    <w:p>
      <w:pPr>
        <w:spacing w:after="0"/>
      </w:pPr>
      <w:r>
        <w:rPr>
          <w:rFonts w:ascii="Arial" w:hAnsi="Arial"/>
          <w:sz w:val="22"/>
        </w:rPr>
        <w:t>don't like Dora. Thanks for listening to the lABLEd Podcast. if you liked the show, you can rate review and subscribe and you can follow us on social media at labelled pod.</w:t>
      </w:r>
    </w:p>
    <w:p>
      <w:pPr>
        <w:spacing w:after="0"/>
      </w:pPr>
    </w:p>
    <w:p>
      <w:pPr>
        <w:spacing w:after="0"/>
      </w:pPr>
      <w:r>
        <w:rPr>
          <w:rFonts w:ascii="Arial" w:hAnsi="Arial"/>
          <w:b/>
          <w:sz w:val="22"/>
        </w:rPr>
        <w:t xml:space="preserve">Lucy  </w:t>
      </w:r>
      <w:r>
        <w:rPr>
          <w:rFonts w:ascii="Arial" w:hAnsi="Arial"/>
          <w:color w:val="5D7284"/>
          <w:sz w:val="22"/>
        </w:rPr>
        <w:t>1:10:29</w:t>
      </w:r>
    </w:p>
    <w:p>
      <w:pPr>
        <w:spacing w:after="0"/>
      </w:pPr>
      <w:r>
        <w:rPr>
          <w:rFonts w:ascii="Arial" w:hAnsi="Arial"/>
          <w:sz w:val="22"/>
        </w:rPr>
        <w:t>This episode was edited by Adam for music was by Maisie Condon.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