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46D61C" w14:textId="0719B0C0" w:rsidR="00930F33" w:rsidRDefault="00930F33">
      <w:pPr>
        <w:spacing w:after="0"/>
        <w:rPr>
          <w:lang w:eastAsia="zh-CN"/>
        </w:rPr>
      </w:pPr>
    </w:p>
    <w:p>
      <w:r>
        <w:rPr>
          <w:rFonts w:ascii="Arial" w:hAnsi="Arial"/>
          <w:sz w:val="48"/>
        </w:rPr>
        <w:t>lABLEd Episode 54_ With Louise Hickman</w:t>
      </w:r>
    </w:p>
    <w:p>
      <w:r>
        <w:rPr>
          <w:rFonts w:ascii="Arial" w:hAnsi="Arial"/>
          <w:color w:val="4F6880"/>
          <w:sz w:val="22"/>
        </w:rPr>
        <w:t>Tue, Sep 12, 2023 11:53AM • 54:00</w:t>
      </w:r>
    </w:p>
    <w:p>
      <w:pPr>
        <w:spacing w:before="440" w:after="0"/>
      </w:pPr>
      <w:r>
        <w:rPr>
          <w:rFonts w:ascii="Arial" w:hAnsi="Arial"/>
          <w:b/>
          <w:color w:val="4F6880"/>
          <w:sz w:val="22"/>
        </w:rPr>
        <w:t>SUMMARY KEYWORDS</w:t>
      </w:r>
    </w:p>
    <w:p>
      <w:r>
        <w:rPr>
          <w:rFonts w:ascii="Arial" w:hAnsi="Arial"/>
          <w:color w:val="4F6880"/>
          <w:sz w:val="22"/>
        </w:rPr>
        <w:t>lucy, alice, laughs, louise, captioning, ai, disabled, deaf, interesting, sign, work, bsl, person, good, people, thinking, podcast, captions, disability, transcript</w:t>
      </w:r>
    </w:p>
    <w:p>
      <w:pPr>
        <w:spacing w:before="440" w:after="0"/>
      </w:pPr>
      <w:r>
        <w:rPr>
          <w:rFonts w:ascii="Arial" w:hAnsi="Arial"/>
          <w:b/>
          <w:color w:val="4F6880"/>
          <w:sz w:val="22"/>
        </w:rPr>
        <w:t>SPEAKERS</w:t>
      </w:r>
    </w:p>
    <w:p>
      <w:r>
        <w:rPr>
          <w:rFonts w:ascii="Arial" w:hAnsi="Arial"/>
          <w:color w:val="4F6880"/>
          <w:sz w:val="22"/>
        </w:rPr>
        <w:t>Lucy, outro , Louise, Alice</w:t>
      </w:r>
    </w:p>
    <w:p>
      <w:pPr>
        <w:spacing w:after="0"/>
      </w:pPr>
    </w:p>
    <w:p>
      <w:pPr>
        <w:spacing w:after="0"/>
      </w:pPr>
      <w:r>
        <w:rPr>
          <w:rFonts w:ascii="Arial" w:hAnsi="Arial"/>
          <w:b/>
          <w:sz w:val="22"/>
        </w:rPr>
        <w:t xml:space="preserve">Lucy  </w:t>
      </w:r>
      <w:r>
        <w:rPr>
          <w:rFonts w:ascii="Arial" w:hAnsi="Arial"/>
          <w:color w:val="5D7284"/>
          <w:sz w:val="22"/>
        </w:rPr>
        <w:t>00:00</w:t>
      </w:r>
    </w:p>
    <w:p>
      <w:pPr>
        <w:spacing w:after="0"/>
      </w:pPr>
      <w:r>
        <w:rPr>
          <w:rFonts w:ascii="Arial" w:hAnsi="Arial"/>
          <w:sz w:val="22"/>
        </w:rPr>
        <w:t>Welcome to the lABLEd Podcast, a show about disability, illness and difference. I'm Lucy.</w:t>
      </w:r>
    </w:p>
    <w:p>
      <w:pPr>
        <w:spacing w:after="0"/>
      </w:pPr>
    </w:p>
    <w:p>
      <w:pPr>
        <w:spacing w:after="0"/>
      </w:pPr>
      <w:r>
        <w:rPr>
          <w:rFonts w:ascii="Arial" w:hAnsi="Arial"/>
          <w:b/>
          <w:sz w:val="22"/>
        </w:rPr>
        <w:t xml:space="preserve">Alice  </w:t>
      </w:r>
      <w:r>
        <w:rPr>
          <w:rFonts w:ascii="Arial" w:hAnsi="Arial"/>
          <w:color w:val="5D7284"/>
          <w:sz w:val="22"/>
        </w:rPr>
        <w:t>00:07</w:t>
      </w:r>
    </w:p>
    <w:p>
      <w:pPr>
        <w:spacing w:after="0"/>
      </w:pPr>
      <w:r>
        <w:rPr>
          <w:rFonts w:ascii="Arial" w:hAnsi="Arial"/>
          <w:sz w:val="22"/>
        </w:rPr>
        <w:t>And I'm Alice *dog barks* And that's Lola. Don't forget in this episode, I might swear, Lucy might cry and you can check out details of the trigger warnings on our website.</w:t>
      </w:r>
    </w:p>
    <w:p>
      <w:pPr>
        <w:spacing w:after="0"/>
      </w:pPr>
    </w:p>
    <w:p>
      <w:pPr>
        <w:spacing w:after="0"/>
      </w:pPr>
      <w:r>
        <w:rPr>
          <w:rFonts w:ascii="Arial" w:hAnsi="Arial"/>
          <w:b/>
          <w:sz w:val="22"/>
        </w:rPr>
        <w:t xml:space="preserve">Lucy  </w:t>
      </w:r>
      <w:r>
        <w:rPr>
          <w:rFonts w:ascii="Arial" w:hAnsi="Arial"/>
          <w:color w:val="5D7284"/>
          <w:sz w:val="22"/>
        </w:rPr>
        <w:t>00:44</w:t>
      </w:r>
    </w:p>
    <w:p>
      <w:pPr>
        <w:spacing w:after="0"/>
      </w:pPr>
      <w:r>
        <w:rPr>
          <w:rFonts w:ascii="Arial" w:hAnsi="Arial"/>
          <w:sz w:val="22"/>
        </w:rPr>
        <w:t>Hello there, folks, and welcome to another edition of the lABLEd Podcast. My name is Lucy. I am your co-host and I am joined by my lovely friend, Alice, who is all the way over there. Hello, Alice.</w:t>
      </w:r>
    </w:p>
    <w:p>
      <w:pPr>
        <w:spacing w:after="0"/>
      </w:pPr>
    </w:p>
    <w:p>
      <w:pPr>
        <w:spacing w:after="0"/>
      </w:pPr>
      <w:r>
        <w:rPr>
          <w:rFonts w:ascii="Arial" w:hAnsi="Arial"/>
          <w:b/>
          <w:sz w:val="22"/>
        </w:rPr>
        <w:t xml:space="preserve">Alice  </w:t>
      </w:r>
      <w:r>
        <w:rPr>
          <w:rFonts w:ascii="Arial" w:hAnsi="Arial"/>
          <w:color w:val="5D7284"/>
          <w:sz w:val="22"/>
        </w:rPr>
        <w:t>00:55</w:t>
      </w:r>
    </w:p>
    <w:p>
      <w:pPr>
        <w:spacing w:after="0"/>
      </w:pPr>
      <w:r>
        <w:rPr>
          <w:rFonts w:ascii="Arial" w:hAnsi="Arial"/>
          <w:sz w:val="22"/>
        </w:rPr>
        <w:t>Hi, Lucy. I am. I'm all the way over here in the East Midlands, whilst you are all the way over, in the West Midlands.</w:t>
      </w:r>
    </w:p>
    <w:p>
      <w:pPr>
        <w:spacing w:after="0"/>
      </w:pPr>
    </w:p>
    <w:p>
      <w:pPr>
        <w:spacing w:after="0"/>
      </w:pPr>
      <w:r>
        <w:rPr>
          <w:rFonts w:ascii="Arial" w:hAnsi="Arial"/>
          <w:b/>
          <w:sz w:val="22"/>
        </w:rPr>
        <w:t xml:space="preserve">Lucy  </w:t>
      </w:r>
      <w:r>
        <w:rPr>
          <w:rFonts w:ascii="Arial" w:hAnsi="Arial"/>
          <w:color w:val="5D7284"/>
          <w:sz w:val="22"/>
        </w:rPr>
        <w:t>01:03</w:t>
      </w:r>
    </w:p>
    <w:p>
      <w:pPr>
        <w:spacing w:after="0"/>
      </w:pPr>
      <w:r>
        <w:rPr>
          <w:rFonts w:ascii="Arial" w:hAnsi="Arial"/>
          <w:sz w:val="22"/>
        </w:rPr>
        <w:t>Yes. You make it sound like there's a wall built between the East and West and we can't, we never cross the wall. How are you? Alright?</w:t>
      </w:r>
    </w:p>
    <w:p>
      <w:pPr>
        <w:spacing w:after="0"/>
      </w:pPr>
    </w:p>
    <w:p>
      <w:pPr>
        <w:spacing w:after="0"/>
      </w:pPr>
      <w:r>
        <w:rPr>
          <w:rFonts w:ascii="Arial" w:hAnsi="Arial"/>
          <w:b/>
          <w:sz w:val="22"/>
        </w:rPr>
        <w:t xml:space="preserve">Alice  </w:t>
      </w:r>
      <w:r>
        <w:rPr>
          <w:rFonts w:ascii="Arial" w:hAnsi="Arial"/>
          <w:color w:val="5D7284"/>
          <w:sz w:val="22"/>
        </w:rPr>
        <w:t>01:13</w:t>
      </w:r>
    </w:p>
    <w:p>
      <w:pPr>
        <w:spacing w:after="0"/>
      </w:pPr>
      <w:r>
        <w:rPr>
          <w:rFonts w:ascii="Arial" w:hAnsi="Arial"/>
          <w:sz w:val="22"/>
        </w:rPr>
        <w:t>Yes, I'm okay. Thank you. How are you?</w:t>
      </w:r>
    </w:p>
    <w:p>
      <w:pPr>
        <w:spacing w:after="0"/>
      </w:pPr>
    </w:p>
    <w:p>
      <w:pPr>
        <w:spacing w:after="0"/>
      </w:pPr>
      <w:r>
        <w:rPr>
          <w:rFonts w:ascii="Arial" w:hAnsi="Arial"/>
          <w:b/>
          <w:sz w:val="22"/>
        </w:rPr>
        <w:t xml:space="preserve">Lucy  </w:t>
      </w:r>
      <w:r>
        <w:rPr>
          <w:rFonts w:ascii="Arial" w:hAnsi="Arial"/>
          <w:color w:val="5D7284"/>
          <w:sz w:val="22"/>
        </w:rPr>
        <w:t>01:15</w:t>
      </w:r>
    </w:p>
    <w:p>
      <w:pPr>
        <w:spacing w:after="0"/>
      </w:pPr>
      <w:r>
        <w:rPr>
          <w:rFonts w:ascii="Arial" w:hAnsi="Arial"/>
          <w:sz w:val="22"/>
        </w:rPr>
        <w:t>Good. I'm not too bad. I've had one of those mornings, this morning. So I'm a little bit fraught, but it's fine. Before I knew it was half past ten, and I was like, oh! I should be in the recording now. Yes, one of those mornings... Nevermind! Happens to everybody, don't they?</w:t>
      </w:r>
    </w:p>
    <w:p>
      <w:pPr>
        <w:spacing w:after="0"/>
      </w:pPr>
    </w:p>
    <w:p>
      <w:pPr>
        <w:spacing w:after="0"/>
      </w:pPr>
      <w:r>
        <w:rPr>
          <w:rFonts w:ascii="Arial" w:hAnsi="Arial"/>
          <w:b/>
          <w:sz w:val="22"/>
        </w:rPr>
        <w:t xml:space="preserve">Alice  </w:t>
      </w:r>
      <w:r>
        <w:rPr>
          <w:rFonts w:ascii="Arial" w:hAnsi="Arial"/>
          <w:color w:val="5D7284"/>
          <w:sz w:val="22"/>
        </w:rPr>
        <w:t>01:31</w:t>
      </w:r>
    </w:p>
    <w:p>
      <w:pPr>
        <w:spacing w:after="0"/>
      </w:pPr>
      <w:r>
        <w:rPr>
          <w:rFonts w:ascii="Arial" w:hAnsi="Arial"/>
          <w:sz w:val="22"/>
        </w:rPr>
        <w:t>And it is always when you are just getting ready to do something, or you've got somewhere to be, that something happens.</w:t>
      </w:r>
    </w:p>
    <w:p>
      <w:pPr>
        <w:spacing w:after="0"/>
      </w:pPr>
    </w:p>
    <w:p>
      <w:pPr>
        <w:spacing w:after="0"/>
      </w:pPr>
      <w:r>
        <w:rPr>
          <w:rFonts w:ascii="Arial" w:hAnsi="Arial"/>
          <w:b/>
          <w:sz w:val="22"/>
        </w:rPr>
        <w:t xml:space="preserve">Lucy  </w:t>
      </w:r>
      <w:r>
        <w:rPr>
          <w:rFonts w:ascii="Arial" w:hAnsi="Arial"/>
          <w:color w:val="5D7284"/>
          <w:sz w:val="22"/>
        </w:rPr>
        <w:t>01:36</w:t>
      </w:r>
    </w:p>
    <w:p>
      <w:pPr>
        <w:spacing w:after="0"/>
      </w:pPr>
      <w:r>
        <w:rPr>
          <w:rFonts w:ascii="Arial" w:hAnsi="Arial"/>
          <w:sz w:val="22"/>
        </w:rPr>
        <w:t>The phone rings, and i's someone who wants to go into the enth detail about everything and your like, can we hurry this up, please?</w:t>
      </w:r>
    </w:p>
    <w:p>
      <w:pPr>
        <w:spacing w:after="0"/>
      </w:pPr>
    </w:p>
    <w:p>
      <w:pPr>
        <w:spacing w:after="0"/>
      </w:pPr>
      <w:r>
        <w:rPr>
          <w:rFonts w:ascii="Arial" w:hAnsi="Arial"/>
          <w:b/>
          <w:sz w:val="22"/>
        </w:rPr>
        <w:t xml:space="preserve">Alice  </w:t>
      </w:r>
      <w:r>
        <w:rPr>
          <w:rFonts w:ascii="Arial" w:hAnsi="Arial"/>
          <w:color w:val="5D7284"/>
          <w:sz w:val="22"/>
        </w:rPr>
        <w:t>01:44</w:t>
      </w:r>
    </w:p>
    <w:p>
      <w:pPr>
        <w:spacing w:after="0"/>
      </w:pPr>
      <w:r>
        <w:rPr>
          <w:rFonts w:ascii="Arial" w:hAnsi="Arial"/>
          <w:sz w:val="22"/>
        </w:rPr>
        <w:t>My mind is usually, as I'm rushing around, I knock over some kind of liquid that covers me and stains everything I'm wearing. So, I then have to add "getting changed" to my list of stuff to do.</w:t>
      </w:r>
    </w:p>
    <w:p>
      <w:pPr>
        <w:spacing w:after="0"/>
      </w:pPr>
    </w:p>
    <w:p>
      <w:pPr>
        <w:spacing w:after="0"/>
      </w:pPr>
      <w:r>
        <w:rPr>
          <w:rFonts w:ascii="Arial" w:hAnsi="Arial"/>
          <w:b/>
          <w:sz w:val="22"/>
        </w:rPr>
        <w:t xml:space="preserve">Lucy  </w:t>
      </w:r>
      <w:r>
        <w:rPr>
          <w:rFonts w:ascii="Arial" w:hAnsi="Arial"/>
          <w:color w:val="5D7284"/>
          <w:sz w:val="22"/>
        </w:rPr>
        <w:t>01:56</w:t>
      </w:r>
    </w:p>
    <w:p>
      <w:pPr>
        <w:spacing w:after="0"/>
      </w:pPr>
      <w:r>
        <w:rPr>
          <w:rFonts w:ascii="Arial" w:hAnsi="Arial"/>
          <w:sz w:val="22"/>
        </w:rPr>
        <w:t xml:space="preserve">Exactly. Yeah, it's one of those things, isn't it? But I'm fine. I'm here. I love doing this. So it's alright. You're going to de-stress me. *Alice laughs* No pressure. Alice: No pressure. </w:t>
      </w:r>
    </w:p>
    <w:p>
      <w:pPr>
        <w:spacing w:after="0"/>
      </w:pPr>
    </w:p>
    <w:p>
      <w:pPr>
        <w:spacing w:after="0"/>
      </w:pPr>
      <w:r>
        <w:rPr>
          <w:rFonts w:ascii="Arial" w:hAnsi="Arial"/>
          <w:b/>
          <w:sz w:val="22"/>
        </w:rPr>
        <w:t xml:space="preserve">Alice  </w:t>
      </w:r>
      <w:r>
        <w:rPr>
          <w:rFonts w:ascii="Arial" w:hAnsi="Arial"/>
          <w:color w:val="5D7284"/>
          <w:sz w:val="22"/>
        </w:rPr>
        <w:t>02:11</w:t>
      </w:r>
    </w:p>
    <w:p>
      <w:pPr>
        <w:spacing w:after="0"/>
      </w:pPr>
      <w:r>
        <w:rPr>
          <w:rFonts w:ascii="Arial" w:hAnsi="Arial"/>
          <w:sz w:val="22"/>
        </w:rPr>
        <w:t>We've got a guest with us today</w:t>
      </w:r>
    </w:p>
    <w:p>
      <w:pPr>
        <w:spacing w:after="0"/>
      </w:pPr>
    </w:p>
    <w:p>
      <w:pPr>
        <w:spacing w:after="0"/>
      </w:pPr>
      <w:r>
        <w:rPr>
          <w:rFonts w:ascii="Arial" w:hAnsi="Arial"/>
          <w:b/>
          <w:sz w:val="22"/>
        </w:rPr>
        <w:t xml:space="preserve">Lucy  </w:t>
      </w:r>
      <w:r>
        <w:rPr>
          <w:rFonts w:ascii="Arial" w:hAnsi="Arial"/>
          <w:color w:val="5D7284"/>
          <w:sz w:val="22"/>
        </w:rPr>
        <w:t>02:13</w:t>
      </w:r>
    </w:p>
    <w:p>
      <w:pPr>
        <w:spacing w:after="0"/>
      </w:pPr>
      <w:r>
        <w:rPr>
          <w:rFonts w:ascii="Arial" w:hAnsi="Arial"/>
          <w:sz w:val="22"/>
        </w:rPr>
        <w:t>We have! Yes, we have, haven't we? We are so excited about this one.</w:t>
      </w:r>
    </w:p>
    <w:p>
      <w:pPr>
        <w:spacing w:after="0"/>
      </w:pPr>
    </w:p>
    <w:p>
      <w:pPr>
        <w:spacing w:after="0"/>
      </w:pPr>
      <w:r>
        <w:rPr>
          <w:rFonts w:ascii="Arial" w:hAnsi="Arial"/>
          <w:b/>
          <w:sz w:val="22"/>
        </w:rPr>
        <w:t xml:space="preserve">Alice  </w:t>
      </w:r>
      <w:r>
        <w:rPr>
          <w:rFonts w:ascii="Arial" w:hAnsi="Arial"/>
          <w:color w:val="5D7284"/>
          <w:sz w:val="22"/>
        </w:rPr>
        <w:t>02:17</w:t>
      </w:r>
    </w:p>
    <w:p>
      <w:pPr>
        <w:spacing w:after="0"/>
      </w:pPr>
      <w:r>
        <w:rPr>
          <w:rFonts w:ascii="Arial" w:hAnsi="Arial"/>
          <w:sz w:val="22"/>
        </w:rPr>
        <w:t>Yes. I think this one's gonna be really interesting. I think they're all going to be really interesting, though. So I'm perhaps not a judge.</w:t>
      </w:r>
    </w:p>
    <w:p>
      <w:pPr>
        <w:spacing w:after="0"/>
      </w:pPr>
    </w:p>
    <w:p>
      <w:pPr>
        <w:spacing w:after="0"/>
      </w:pPr>
      <w:r>
        <w:rPr>
          <w:rFonts w:ascii="Arial" w:hAnsi="Arial"/>
          <w:b/>
          <w:sz w:val="22"/>
        </w:rPr>
        <w:t xml:space="preserve">Lucy  </w:t>
      </w:r>
      <w:r>
        <w:rPr>
          <w:rFonts w:ascii="Arial" w:hAnsi="Arial"/>
          <w:color w:val="5D7284"/>
          <w:sz w:val="22"/>
        </w:rPr>
        <w:t>02:24</w:t>
      </w:r>
    </w:p>
    <w:p>
      <w:pPr>
        <w:spacing w:after="0"/>
      </w:pPr>
      <w:r>
        <w:rPr>
          <w:rFonts w:ascii="Arial" w:hAnsi="Arial"/>
          <w:sz w:val="22"/>
        </w:rPr>
        <w:t>I think we are always really interesting. *Alice laughs*</w:t>
      </w:r>
    </w:p>
    <w:p>
      <w:pPr>
        <w:spacing w:after="0"/>
      </w:pPr>
    </w:p>
    <w:p>
      <w:pPr>
        <w:spacing w:after="0"/>
      </w:pPr>
      <w:r>
        <w:rPr>
          <w:rFonts w:ascii="Arial" w:hAnsi="Arial"/>
          <w:b/>
          <w:sz w:val="22"/>
        </w:rPr>
        <w:t xml:space="preserve">Alice  </w:t>
      </w:r>
      <w:r>
        <w:rPr>
          <w:rFonts w:ascii="Arial" w:hAnsi="Arial"/>
          <w:color w:val="5D7284"/>
          <w:sz w:val="22"/>
        </w:rPr>
        <w:t>02:27</w:t>
      </w:r>
    </w:p>
    <w:p>
      <w:pPr>
        <w:spacing w:after="0"/>
      </w:pPr>
      <w:r>
        <w:rPr>
          <w:rFonts w:ascii="Arial" w:hAnsi="Arial"/>
          <w:sz w:val="22"/>
        </w:rPr>
        <w:t>Yes, we think so. And if you think so, you should leave us a review.</w:t>
      </w:r>
    </w:p>
    <w:p>
      <w:pPr>
        <w:spacing w:after="0"/>
      </w:pPr>
    </w:p>
    <w:p>
      <w:pPr>
        <w:spacing w:after="0"/>
      </w:pPr>
      <w:r>
        <w:rPr>
          <w:rFonts w:ascii="Arial" w:hAnsi="Arial"/>
          <w:b/>
          <w:sz w:val="22"/>
        </w:rPr>
        <w:t xml:space="preserve">Lucy  </w:t>
      </w:r>
      <w:r>
        <w:rPr>
          <w:rFonts w:ascii="Arial" w:hAnsi="Arial"/>
          <w:color w:val="5D7284"/>
          <w:sz w:val="22"/>
        </w:rPr>
        <w:t>02:31</w:t>
      </w:r>
    </w:p>
    <w:p>
      <w:pPr>
        <w:spacing w:after="0"/>
      </w:pPr>
      <w:r>
        <w:rPr>
          <w:rFonts w:ascii="Arial" w:hAnsi="Arial"/>
          <w:sz w:val="22"/>
        </w:rPr>
        <w:t>Boom, well done! *both laugh*</w:t>
      </w:r>
    </w:p>
    <w:p>
      <w:pPr>
        <w:spacing w:after="0"/>
      </w:pPr>
    </w:p>
    <w:p>
      <w:pPr>
        <w:spacing w:after="0"/>
      </w:pPr>
      <w:r>
        <w:rPr>
          <w:rFonts w:ascii="Arial" w:hAnsi="Arial"/>
          <w:b/>
          <w:sz w:val="22"/>
        </w:rPr>
        <w:t xml:space="preserve">Alice  </w:t>
      </w:r>
      <w:r>
        <w:rPr>
          <w:rFonts w:ascii="Arial" w:hAnsi="Arial"/>
          <w:color w:val="5D7284"/>
          <w:sz w:val="22"/>
        </w:rPr>
        <w:t>02:35</w:t>
      </w:r>
    </w:p>
    <w:p>
      <w:pPr>
        <w:spacing w:after="0"/>
      </w:pPr>
      <w:r>
        <w:rPr>
          <w:rFonts w:ascii="Arial" w:hAnsi="Arial"/>
          <w:sz w:val="22"/>
        </w:rPr>
        <w:t>Umm, I guess today is Louise Hickman, who originally was going to join us to be part of our Disability Technology Series. I think this is the second person who we just had so many people offering to come on that we've had to spill out of the series. So yeah, Louise is joining us today. Louise, if you'd like to say hello to our listeners, and tell us a little bit about yourself.</w:t>
      </w:r>
    </w:p>
    <w:p>
      <w:pPr>
        <w:spacing w:after="0"/>
      </w:pPr>
    </w:p>
    <w:p>
      <w:pPr>
        <w:spacing w:after="0"/>
      </w:pPr>
      <w:r>
        <w:rPr>
          <w:rFonts w:ascii="Arial" w:hAnsi="Arial"/>
          <w:b/>
          <w:sz w:val="22"/>
        </w:rPr>
        <w:t xml:space="preserve">Louise  </w:t>
      </w:r>
      <w:r>
        <w:rPr>
          <w:rFonts w:ascii="Arial" w:hAnsi="Arial"/>
          <w:color w:val="5D7284"/>
          <w:sz w:val="22"/>
        </w:rPr>
        <w:t>03:03</w:t>
      </w:r>
    </w:p>
    <w:p>
      <w:pPr>
        <w:spacing w:after="0"/>
      </w:pPr>
      <w:r>
        <w:rPr>
          <w:rFonts w:ascii="Arial" w:hAnsi="Arial"/>
          <w:sz w:val="22"/>
        </w:rPr>
        <w:t>Hello, I'm Louise and I'm thrilled to be here. I love the chemistry between the both of you. You're just so funny. *Lucy: Awww* And so I'm... This is a lovely way to start Friday morning. So, thank you for inviting me. Um, gosh! About me! Where do I start? That's a really big question. Well, erm... I'm a researcher at Cambridge University. I currently think about technology and AI. But... it's a bit of a weird one for me because, I started out many, many years ago as a kind of undergrad thinking about what do I want to do with my life as all undergrads do? Well, I hope, maybe...But I was like, "Oh, you know... I ended up doing, like American Studies degree. Secretly, because I wanted to go to the States. *Alice laughs* So it was like, you know, a kind of agenda. Lucy: Yeah.</w:t>
      </w:r>
    </w:p>
    <w:p>
      <w:pPr>
        <w:spacing w:after="0"/>
      </w:pPr>
    </w:p>
    <w:p>
      <w:pPr>
        <w:spacing w:after="0"/>
      </w:pPr>
      <w:r>
        <w:rPr>
          <w:rFonts w:ascii="Arial" w:hAnsi="Arial"/>
          <w:b/>
          <w:sz w:val="22"/>
        </w:rPr>
        <w:t xml:space="preserve">Alice  </w:t>
      </w:r>
      <w:r>
        <w:rPr>
          <w:rFonts w:ascii="Arial" w:hAnsi="Arial"/>
          <w:color w:val="5D7284"/>
          <w:sz w:val="22"/>
        </w:rPr>
        <w:t>04:29</w:t>
      </w:r>
    </w:p>
    <w:p>
      <w:pPr>
        <w:spacing w:after="0"/>
      </w:pPr>
      <w:r>
        <w:rPr>
          <w:rFonts w:ascii="Arial" w:hAnsi="Arial"/>
          <w:sz w:val="22"/>
        </w:rPr>
        <w:t xml:space="preserve">That's one way to get a holiday, isn't it? </w:t>
      </w:r>
    </w:p>
    <w:p>
      <w:pPr>
        <w:spacing w:after="0"/>
      </w:pPr>
    </w:p>
    <w:p>
      <w:pPr>
        <w:spacing w:after="0"/>
      </w:pPr>
      <w:r>
        <w:rPr>
          <w:rFonts w:ascii="Arial" w:hAnsi="Arial"/>
          <w:b/>
          <w:sz w:val="22"/>
        </w:rPr>
        <w:t xml:space="preserve">Lucy  </w:t>
      </w:r>
      <w:r>
        <w:rPr>
          <w:rFonts w:ascii="Arial" w:hAnsi="Arial"/>
          <w:color w:val="5D7284"/>
          <w:sz w:val="22"/>
        </w:rPr>
        <w:t>04:30</w:t>
      </w:r>
    </w:p>
    <w:p>
      <w:pPr>
        <w:spacing w:after="0"/>
      </w:pPr>
      <w:r>
        <w:rPr>
          <w:rFonts w:ascii="Arial" w:hAnsi="Arial"/>
          <w:sz w:val="22"/>
        </w:rPr>
        <w:t xml:space="preserve">Yeah, yeah. </w:t>
      </w:r>
    </w:p>
    <w:p>
      <w:pPr>
        <w:spacing w:after="0"/>
      </w:pPr>
    </w:p>
    <w:p>
      <w:pPr>
        <w:spacing w:after="0"/>
      </w:pPr>
      <w:r>
        <w:rPr>
          <w:rFonts w:ascii="Arial" w:hAnsi="Arial"/>
          <w:b/>
          <w:sz w:val="22"/>
        </w:rPr>
        <w:t xml:space="preserve">Louise  </w:t>
      </w:r>
      <w:r>
        <w:rPr>
          <w:rFonts w:ascii="Arial" w:hAnsi="Arial"/>
          <w:color w:val="5D7284"/>
          <w:sz w:val="22"/>
        </w:rPr>
        <w:t>04:31</w:t>
      </w:r>
    </w:p>
    <w:p>
      <w:pPr>
        <w:spacing w:after="0"/>
      </w:pPr>
      <w:r>
        <w:rPr>
          <w:rFonts w:ascii="Arial" w:hAnsi="Arial"/>
          <w:sz w:val="22"/>
        </w:rPr>
        <w:t>Yeah! Exactly, I... So in that, I ended up going to do my year abroad at Berkeley University. And... I don't know if you know this, but Berkeley University has like, erm... On the University of California Berkeley, that's the official title, um... they have like a really long history of having disabled students. And, so when I was there, I joined the Disabled Student Union. *Lucy: Yeah.* Which at the BP... Actually, this is a really funny story, how this happened, actually. And I'm now going to tell you this story, because it's actually really funny. And so, I self identified as disabled. And I'm also deaf. And I was, like, at Berkeley, I was wandering down the street. And the people came up to me... Who I thought I knew, because I ordered this table, people live together and kind of coop system. So, like, we all know each other, right? Really amazing. I was like wandering along and they were like "Hey! We're going to meeting, do you want to come?" And I said sure! So I went along, I had...</w:t>
      </w:r>
    </w:p>
    <w:p>
      <w:pPr>
        <w:spacing w:after="0"/>
      </w:pPr>
    </w:p>
    <w:p>
      <w:pPr>
        <w:spacing w:after="0"/>
      </w:pPr>
      <w:r>
        <w:rPr>
          <w:rFonts w:ascii="Arial" w:hAnsi="Arial"/>
          <w:b/>
          <w:sz w:val="22"/>
        </w:rPr>
        <w:t xml:space="preserve">Alice  </w:t>
      </w:r>
      <w:r>
        <w:rPr>
          <w:rFonts w:ascii="Arial" w:hAnsi="Arial"/>
          <w:color w:val="5D7284"/>
          <w:sz w:val="22"/>
        </w:rPr>
        <w:t>05:56</w:t>
      </w:r>
    </w:p>
    <w:p>
      <w:pPr>
        <w:spacing w:after="0"/>
      </w:pPr>
      <w:r>
        <w:rPr>
          <w:rFonts w:ascii="Arial" w:hAnsi="Arial"/>
          <w:sz w:val="22"/>
        </w:rPr>
        <w:t>Sounds like you've just been recruited to a cult. *Lucy laughs*</w:t>
      </w:r>
    </w:p>
    <w:p>
      <w:pPr>
        <w:spacing w:after="0"/>
      </w:pPr>
    </w:p>
    <w:p>
      <w:pPr>
        <w:spacing w:after="0"/>
      </w:pPr>
      <w:r>
        <w:rPr>
          <w:rFonts w:ascii="Arial" w:hAnsi="Arial"/>
          <w:b/>
          <w:sz w:val="22"/>
        </w:rPr>
        <w:t xml:space="preserve">Louise  </w:t>
      </w:r>
      <w:r>
        <w:rPr>
          <w:rFonts w:ascii="Arial" w:hAnsi="Arial"/>
          <w:color w:val="5D7284"/>
          <w:sz w:val="22"/>
        </w:rPr>
        <w:t>05:59</w:t>
      </w:r>
    </w:p>
    <w:p>
      <w:pPr>
        <w:spacing w:after="0"/>
      </w:pPr>
      <w:r>
        <w:rPr>
          <w:rFonts w:ascii="Arial" w:hAnsi="Arial"/>
          <w:sz w:val="22"/>
        </w:rPr>
        <w:t>No, no! It gets better! It gets better... So my PA comes with me. *Lucy: Yeah.* Lovely. So we're like sitting there and... Like, I don't know... 20 of us are all sitting around the room. And I don't really understand what's going on. And they all sort of turned to me and asked me a question. And I just went, "Yes". And they all were like, they all nodded. And then they all put their hands up, and I was like "Why are they putting their hands up?" *Alice and Lucy laugh*</w:t>
      </w:r>
    </w:p>
    <w:p>
      <w:pPr>
        <w:spacing w:after="0"/>
      </w:pPr>
    </w:p>
    <w:p>
      <w:pPr>
        <w:spacing w:after="0"/>
      </w:pPr>
      <w:r>
        <w:rPr>
          <w:rFonts w:ascii="Arial" w:hAnsi="Arial"/>
          <w:b/>
          <w:sz w:val="22"/>
        </w:rPr>
        <w:t xml:space="preserve">Alice  </w:t>
      </w:r>
      <w:r>
        <w:rPr>
          <w:rFonts w:ascii="Arial" w:hAnsi="Arial"/>
          <w:color w:val="5D7284"/>
          <w:sz w:val="22"/>
        </w:rPr>
        <w:t>06:39</w:t>
      </w:r>
    </w:p>
    <w:p>
      <w:pPr>
        <w:spacing w:after="0"/>
      </w:pPr>
      <w:r>
        <w:rPr>
          <w:rFonts w:ascii="Arial" w:hAnsi="Arial"/>
          <w:sz w:val="22"/>
        </w:rPr>
        <w:t>What have you just agreed to?</w:t>
      </w:r>
    </w:p>
    <w:p>
      <w:pPr>
        <w:spacing w:after="0"/>
      </w:pPr>
    </w:p>
    <w:p>
      <w:pPr>
        <w:spacing w:after="0"/>
      </w:pPr>
      <w:r>
        <w:rPr>
          <w:rFonts w:ascii="Arial" w:hAnsi="Arial"/>
          <w:b/>
          <w:sz w:val="22"/>
        </w:rPr>
        <w:t xml:space="preserve">Louise  </w:t>
      </w:r>
      <w:r>
        <w:rPr>
          <w:rFonts w:ascii="Arial" w:hAnsi="Arial"/>
          <w:color w:val="5D7284"/>
          <w:sz w:val="22"/>
        </w:rPr>
        <w:t>06:41</w:t>
      </w:r>
    </w:p>
    <w:p>
      <w:pPr>
        <w:spacing w:after="0"/>
      </w:pPr>
      <w:r>
        <w:rPr>
          <w:rFonts w:ascii="Arial" w:hAnsi="Arial"/>
          <w:sz w:val="22"/>
        </w:rPr>
        <w:t>I know! That was it! They had all just voted me in to be, like, the VP... *Lucy: Oh my god!" of the Student Union and I had no idea! I was just like, smiling. *Lucy laughs* Like, oh! This is fun...I like to see all these people...</w:t>
      </w:r>
    </w:p>
    <w:p>
      <w:pPr>
        <w:spacing w:after="0"/>
      </w:pPr>
    </w:p>
    <w:p>
      <w:pPr>
        <w:spacing w:after="0"/>
      </w:pPr>
      <w:r>
        <w:rPr>
          <w:rFonts w:ascii="Arial" w:hAnsi="Arial"/>
          <w:b/>
          <w:sz w:val="22"/>
        </w:rPr>
        <w:t xml:space="preserve">Lucy  </w:t>
      </w:r>
      <w:r>
        <w:rPr>
          <w:rFonts w:ascii="Arial" w:hAnsi="Arial"/>
          <w:color w:val="5D7284"/>
          <w:sz w:val="22"/>
        </w:rPr>
        <w:t>06:59</w:t>
      </w:r>
    </w:p>
    <w:p>
      <w:pPr>
        <w:spacing w:after="0"/>
      </w:pPr>
      <w:r>
        <w:rPr>
          <w:rFonts w:ascii="Arial" w:hAnsi="Arial"/>
          <w:sz w:val="22"/>
        </w:rPr>
        <w:t>Alice, do you see what I mean about disabled people being interesting at dinner parties?</w:t>
      </w:r>
    </w:p>
    <w:p>
      <w:pPr>
        <w:spacing w:after="0"/>
      </w:pPr>
    </w:p>
    <w:p>
      <w:pPr>
        <w:spacing w:after="0"/>
      </w:pPr>
      <w:r>
        <w:rPr>
          <w:rFonts w:ascii="Arial" w:hAnsi="Arial"/>
          <w:b/>
          <w:sz w:val="22"/>
        </w:rPr>
        <w:t xml:space="preserve">Alice  </w:t>
      </w:r>
      <w:r>
        <w:rPr>
          <w:rFonts w:ascii="Arial" w:hAnsi="Arial"/>
          <w:color w:val="5D7284"/>
          <w:sz w:val="22"/>
        </w:rPr>
        <w:t>07:03</w:t>
      </w:r>
    </w:p>
    <w:p>
      <w:pPr>
        <w:spacing w:after="0"/>
      </w:pPr>
      <w:r>
        <w:rPr>
          <w:rFonts w:ascii="Arial" w:hAnsi="Arial"/>
          <w:sz w:val="22"/>
        </w:rPr>
        <w:t xml:space="preserve">*laughs* It's a real yes, and, like, improv moment... *Lucy laughs* Yeah, we'll see where this goes! </w:t>
      </w:r>
    </w:p>
    <w:p>
      <w:pPr>
        <w:spacing w:after="0"/>
      </w:pPr>
    </w:p>
    <w:p>
      <w:pPr>
        <w:spacing w:after="0"/>
      </w:pPr>
      <w:r>
        <w:rPr>
          <w:rFonts w:ascii="Arial" w:hAnsi="Arial"/>
          <w:b/>
          <w:sz w:val="22"/>
        </w:rPr>
        <w:t xml:space="preserve">Lucy  </w:t>
      </w:r>
      <w:r>
        <w:rPr>
          <w:rFonts w:ascii="Arial" w:hAnsi="Arial"/>
          <w:color w:val="5D7284"/>
          <w:sz w:val="22"/>
        </w:rPr>
        <w:t>07:11</w:t>
      </w:r>
    </w:p>
    <w:p>
      <w:pPr>
        <w:spacing w:after="0"/>
      </w:pPr>
      <w:r>
        <w:rPr>
          <w:rFonts w:ascii="Arial" w:hAnsi="Arial"/>
          <w:sz w:val="22"/>
        </w:rPr>
        <w:t>Yeah, we'll see, we'll see what we could do here. *laughs*</w:t>
      </w:r>
    </w:p>
    <w:p>
      <w:pPr>
        <w:spacing w:after="0"/>
      </w:pPr>
    </w:p>
    <w:p>
      <w:pPr>
        <w:spacing w:after="0"/>
      </w:pPr>
      <w:r>
        <w:rPr>
          <w:rFonts w:ascii="Arial" w:hAnsi="Arial"/>
          <w:b/>
          <w:sz w:val="22"/>
        </w:rPr>
        <w:t xml:space="preserve">Louise  </w:t>
      </w:r>
      <w:r>
        <w:rPr>
          <w:rFonts w:ascii="Arial" w:hAnsi="Arial"/>
          <w:color w:val="5D7284"/>
          <w:sz w:val="22"/>
        </w:rPr>
        <w:t>07:16</w:t>
      </w:r>
    </w:p>
    <w:p>
      <w:pPr>
        <w:spacing w:after="0"/>
      </w:pPr>
      <w:r>
        <w:rPr>
          <w:rFonts w:ascii="Arial" w:hAnsi="Arial"/>
          <w:sz w:val="22"/>
        </w:rPr>
        <w:t>And I walked out of that room and my PA said to me, "Sophie..." She was, like, "Do you know" she says...She's from Yorkshire. She's a real Yorkshire lass. And she was like " Do you know what just happened?" And I was like "No..." And then she was like, she was like "You idiot." *Alice, Lucy &amp; Louise laugh* "They voted you in as the VP!" and I was like, "Oh...!" And there was, like, no way that I could backtrack, you know, and be like, "Oh, yeah... Sorry about that..."</w:t>
      </w:r>
    </w:p>
    <w:p>
      <w:pPr>
        <w:spacing w:after="0"/>
      </w:pPr>
    </w:p>
    <w:p>
      <w:pPr>
        <w:spacing w:after="0"/>
      </w:pPr>
      <w:r>
        <w:rPr>
          <w:rFonts w:ascii="Arial" w:hAnsi="Arial"/>
          <w:b/>
          <w:sz w:val="22"/>
        </w:rPr>
        <w:t xml:space="preserve">Lucy  </w:t>
      </w:r>
      <w:r>
        <w:rPr>
          <w:rFonts w:ascii="Arial" w:hAnsi="Arial"/>
          <w:color w:val="5D7284"/>
          <w:sz w:val="22"/>
        </w:rPr>
        <w:t>07:49</w:t>
      </w:r>
    </w:p>
    <w:p>
      <w:pPr>
        <w:spacing w:after="0"/>
      </w:pPr>
      <w:r>
        <w:rPr>
          <w:rFonts w:ascii="Arial" w:hAnsi="Arial"/>
          <w:sz w:val="22"/>
        </w:rPr>
        <w:t>What you were saying... It's a bit like...it's a bit like... Alice. Do you know, when we go to, like, really loud, like... Where there's really loud music playing, and you can't hear what the other person is saying. And they're talking to you. And you're just like, " Ah ha... Yeah, yeah..." Cause you're like... I can't... If you repeat yourself, I still can't hear you, so I'm just going to agree. And then you think to yourself, "I can't... let's hope they've not said, like, will you marry me or something?" because this is going to be awkward...</w:t>
      </w:r>
    </w:p>
    <w:p>
      <w:pPr>
        <w:spacing w:after="0"/>
      </w:pPr>
    </w:p>
    <w:p>
      <w:pPr>
        <w:spacing w:after="0"/>
      </w:pPr>
      <w:r>
        <w:rPr>
          <w:rFonts w:ascii="Arial" w:hAnsi="Arial"/>
          <w:b/>
          <w:sz w:val="22"/>
        </w:rPr>
        <w:t xml:space="preserve">Alice  </w:t>
      </w:r>
      <w:r>
        <w:rPr>
          <w:rFonts w:ascii="Arial" w:hAnsi="Arial"/>
          <w:color w:val="5D7284"/>
          <w:sz w:val="22"/>
        </w:rPr>
        <w:t>08:19</w:t>
      </w:r>
    </w:p>
    <w:p>
      <w:pPr>
        <w:spacing w:after="0"/>
      </w:pPr>
      <w:r>
        <w:rPr>
          <w:rFonts w:ascii="Arial" w:hAnsi="Arial"/>
          <w:sz w:val="22"/>
        </w:rPr>
        <w:t>My experience in those kinds of situations is different from yours, because I can't even see the person talking to me... *Lucy: Exactly.* So I have a horrible, cringy memory of being at uni, and there was a guy who apparently was talking to me full on minutes before I heard that there was someone talking to me *Lucy: Oh no!" and just went "Sorry?" *Lucy laughs*</w:t>
      </w:r>
    </w:p>
    <w:p>
      <w:pPr>
        <w:spacing w:after="0"/>
      </w:pPr>
    </w:p>
    <w:p>
      <w:pPr>
        <w:spacing w:after="0"/>
      </w:pPr>
      <w:r>
        <w:rPr>
          <w:rFonts w:ascii="Arial" w:hAnsi="Arial"/>
          <w:b/>
          <w:sz w:val="22"/>
        </w:rPr>
        <w:t xml:space="preserve">Lucy  </w:t>
      </w:r>
      <w:r>
        <w:rPr>
          <w:rFonts w:ascii="Arial" w:hAnsi="Arial"/>
          <w:color w:val="5D7284"/>
          <w:sz w:val="22"/>
        </w:rPr>
        <w:t>08:42</w:t>
      </w:r>
    </w:p>
    <w:p>
      <w:pPr>
        <w:spacing w:after="0"/>
      </w:pPr>
      <w:r>
        <w:rPr>
          <w:rFonts w:ascii="Arial" w:hAnsi="Arial"/>
          <w:sz w:val="22"/>
        </w:rPr>
        <w:t>Sorry, could you repeat that all again, the last 45-minute conversation? Oh no...</w:t>
      </w:r>
    </w:p>
    <w:p>
      <w:pPr>
        <w:spacing w:after="0"/>
      </w:pPr>
    </w:p>
    <w:p>
      <w:pPr>
        <w:spacing w:after="0"/>
      </w:pPr>
      <w:r>
        <w:rPr>
          <w:rFonts w:ascii="Arial" w:hAnsi="Arial"/>
          <w:b/>
          <w:sz w:val="22"/>
        </w:rPr>
        <w:t xml:space="preserve">Alice  </w:t>
      </w:r>
      <w:r>
        <w:rPr>
          <w:rFonts w:ascii="Arial" w:hAnsi="Arial"/>
          <w:color w:val="5D7284"/>
          <w:sz w:val="22"/>
        </w:rPr>
        <w:t>08:48</w:t>
      </w:r>
    </w:p>
    <w:p>
      <w:pPr>
        <w:spacing w:after="0"/>
      </w:pPr>
      <w:r>
        <w:rPr>
          <w:rFonts w:ascii="Arial" w:hAnsi="Arial"/>
          <w:sz w:val="22"/>
        </w:rPr>
        <w:t>Yeah. No. Very, very embarrassing. *Lucy laughs* It's one of those moments, that, the kind of... They're, like, "Oh..." Makes me want to curl up...</w:t>
      </w:r>
    </w:p>
    <w:p>
      <w:pPr>
        <w:spacing w:after="0"/>
      </w:pPr>
    </w:p>
    <w:p>
      <w:pPr>
        <w:spacing w:after="0"/>
      </w:pPr>
      <w:r>
        <w:rPr>
          <w:rFonts w:ascii="Arial" w:hAnsi="Arial"/>
          <w:b/>
          <w:sz w:val="22"/>
        </w:rPr>
        <w:t xml:space="preserve">Lucy  </w:t>
      </w:r>
      <w:r>
        <w:rPr>
          <w:rFonts w:ascii="Arial" w:hAnsi="Arial"/>
          <w:color w:val="5D7284"/>
          <w:sz w:val="22"/>
        </w:rPr>
        <w:t>08:56</w:t>
      </w:r>
    </w:p>
    <w:p>
      <w:pPr>
        <w:spacing w:after="0"/>
      </w:pPr>
      <w:r>
        <w:rPr>
          <w:rFonts w:ascii="Arial" w:hAnsi="Arial"/>
          <w:sz w:val="22"/>
        </w:rPr>
        <w:t>But there is a rule, though... I think there is a socially acceptable rule, that you can only say sorry three times before you have to go "Uh huh, yeah."</w:t>
      </w:r>
    </w:p>
    <w:p>
      <w:pPr>
        <w:spacing w:after="0"/>
      </w:pPr>
    </w:p>
    <w:p>
      <w:pPr>
        <w:spacing w:after="0"/>
      </w:pPr>
      <w:r>
        <w:rPr>
          <w:rFonts w:ascii="Arial" w:hAnsi="Arial"/>
          <w:b/>
          <w:sz w:val="22"/>
        </w:rPr>
        <w:t xml:space="preserve">Alice  </w:t>
      </w:r>
      <w:r>
        <w:rPr>
          <w:rFonts w:ascii="Arial" w:hAnsi="Arial"/>
          <w:color w:val="5D7284"/>
          <w:sz w:val="22"/>
        </w:rPr>
        <w:t>09:04</w:t>
      </w:r>
    </w:p>
    <w:p>
      <w:pPr>
        <w:spacing w:after="0"/>
      </w:pPr>
      <w:r>
        <w:rPr>
          <w:rFonts w:ascii="Arial" w:hAnsi="Arial"/>
          <w:sz w:val="22"/>
        </w:rPr>
        <w:t>Yeah. Just, just like, "Mm, mm, yeah, sure!"</w:t>
      </w:r>
    </w:p>
    <w:p>
      <w:pPr>
        <w:spacing w:after="0"/>
      </w:pPr>
    </w:p>
    <w:p>
      <w:pPr>
        <w:spacing w:after="0"/>
      </w:pPr>
      <w:r>
        <w:rPr>
          <w:rFonts w:ascii="Arial" w:hAnsi="Arial"/>
          <w:b/>
          <w:sz w:val="22"/>
        </w:rPr>
        <w:t xml:space="preserve">Lucy  </w:t>
      </w:r>
      <w:r>
        <w:rPr>
          <w:rFonts w:ascii="Arial" w:hAnsi="Arial"/>
          <w:color w:val="5D7284"/>
          <w:sz w:val="22"/>
        </w:rPr>
        <w:t>09:08</w:t>
      </w:r>
    </w:p>
    <w:p>
      <w:pPr>
        <w:spacing w:after="0"/>
      </w:pPr>
      <w:r>
        <w:rPr>
          <w:rFonts w:ascii="Arial" w:hAnsi="Arial"/>
          <w:sz w:val="22"/>
        </w:rPr>
        <w:t>Jut hope and pray that it's not "Will you join this cult?" *laughs* "Will you marry me?" or something...</w:t>
      </w:r>
    </w:p>
    <w:p>
      <w:pPr>
        <w:spacing w:after="0"/>
      </w:pPr>
    </w:p>
    <w:p>
      <w:pPr>
        <w:spacing w:after="0"/>
      </w:pPr>
      <w:r>
        <w:rPr>
          <w:rFonts w:ascii="Arial" w:hAnsi="Arial"/>
          <w:b/>
          <w:sz w:val="22"/>
        </w:rPr>
        <w:t xml:space="preserve">Alice  </w:t>
      </w:r>
      <w:r>
        <w:rPr>
          <w:rFonts w:ascii="Arial" w:hAnsi="Arial"/>
          <w:color w:val="5D7284"/>
          <w:sz w:val="22"/>
        </w:rPr>
        <w:t>09:15</w:t>
      </w:r>
    </w:p>
    <w:p>
      <w:pPr>
        <w:spacing w:after="0"/>
      </w:pPr>
      <w:r>
        <w:rPr>
          <w:rFonts w:ascii="Arial" w:hAnsi="Arial"/>
          <w:sz w:val="22"/>
        </w:rPr>
        <w:t>Exactly! "Can you pay for the next 10 rounds?"</w:t>
      </w:r>
    </w:p>
    <w:p>
      <w:pPr>
        <w:spacing w:after="0"/>
      </w:pPr>
    </w:p>
    <w:p>
      <w:pPr>
        <w:spacing w:after="0"/>
      </w:pPr>
      <w:r>
        <w:rPr>
          <w:rFonts w:ascii="Arial" w:hAnsi="Arial"/>
          <w:b/>
          <w:sz w:val="22"/>
        </w:rPr>
        <w:t xml:space="preserve">Lucy  </w:t>
      </w:r>
      <w:r>
        <w:rPr>
          <w:rFonts w:ascii="Arial" w:hAnsi="Arial"/>
          <w:color w:val="5D7284"/>
          <w:sz w:val="22"/>
        </w:rPr>
        <w:t>09:18</w:t>
      </w:r>
    </w:p>
    <w:p>
      <w:pPr>
        <w:spacing w:after="0"/>
      </w:pPr>
      <w:r>
        <w:rPr>
          <w:rFonts w:ascii="Arial" w:hAnsi="Arial"/>
          <w:sz w:val="22"/>
        </w:rPr>
        <w:t>*laughs* Yeah... Just fingers crossed and go for it really.</w:t>
      </w:r>
    </w:p>
    <w:p>
      <w:pPr>
        <w:spacing w:after="0"/>
      </w:pPr>
    </w:p>
    <w:p>
      <w:pPr>
        <w:spacing w:after="0"/>
      </w:pPr>
      <w:r>
        <w:rPr>
          <w:rFonts w:ascii="Arial" w:hAnsi="Arial"/>
          <w:b/>
          <w:sz w:val="22"/>
        </w:rPr>
        <w:t xml:space="preserve">Alice  </w:t>
      </w:r>
      <w:r>
        <w:rPr>
          <w:rFonts w:ascii="Arial" w:hAnsi="Arial"/>
          <w:color w:val="5D7284"/>
          <w:sz w:val="22"/>
        </w:rPr>
        <w:t>09:22</w:t>
      </w:r>
    </w:p>
    <w:p>
      <w:pPr>
        <w:spacing w:after="0"/>
      </w:pPr>
      <w:r>
        <w:rPr>
          <w:rFonts w:ascii="Arial" w:hAnsi="Arial"/>
          <w:sz w:val="22"/>
        </w:rPr>
        <w:t>Or "You know you're on fire?"</w:t>
      </w:r>
    </w:p>
    <w:p>
      <w:pPr>
        <w:spacing w:after="0"/>
      </w:pPr>
    </w:p>
    <w:p>
      <w:pPr>
        <w:spacing w:after="0"/>
      </w:pPr>
      <w:r>
        <w:rPr>
          <w:rFonts w:ascii="Arial" w:hAnsi="Arial"/>
          <w:b/>
          <w:sz w:val="22"/>
        </w:rPr>
        <w:t xml:space="preserve">Lucy  </w:t>
      </w:r>
      <w:r>
        <w:rPr>
          <w:rFonts w:ascii="Arial" w:hAnsi="Arial"/>
          <w:color w:val="5D7284"/>
          <w:sz w:val="22"/>
        </w:rPr>
        <w:t>09:24</w:t>
      </w:r>
    </w:p>
    <w:p>
      <w:pPr>
        <w:spacing w:after="0"/>
      </w:pPr>
      <w:r>
        <w:rPr>
          <w:rFonts w:ascii="Arial" w:hAnsi="Arial"/>
          <w:sz w:val="22"/>
        </w:rPr>
        <w:t xml:space="preserve">Yes! Yeah, yeah, I did, yeah...*laughs* </w:t>
      </w:r>
    </w:p>
    <w:p>
      <w:pPr>
        <w:spacing w:after="0"/>
      </w:pPr>
    </w:p>
    <w:p>
      <w:pPr>
        <w:spacing w:after="0"/>
      </w:pPr>
      <w:r>
        <w:rPr>
          <w:rFonts w:ascii="Arial" w:hAnsi="Arial"/>
          <w:b/>
          <w:sz w:val="22"/>
        </w:rPr>
        <w:t xml:space="preserve">Alice  </w:t>
      </w:r>
      <w:r>
        <w:rPr>
          <w:rFonts w:ascii="Arial" w:hAnsi="Arial"/>
          <w:color w:val="5D7284"/>
          <w:sz w:val="22"/>
        </w:rPr>
        <w:t>09:26</w:t>
      </w:r>
    </w:p>
    <w:p>
      <w:pPr>
        <w:spacing w:after="0"/>
      </w:pPr>
      <w:r>
        <w:rPr>
          <w:rFonts w:ascii="Arial" w:hAnsi="Arial"/>
          <w:sz w:val="22"/>
        </w:rPr>
        <w:t xml:space="preserve">Yeah, yeah, no, no, no, it's great, it's great, yeah... </w:t>
      </w:r>
    </w:p>
    <w:p>
      <w:pPr>
        <w:spacing w:after="0"/>
      </w:pPr>
    </w:p>
    <w:p>
      <w:pPr>
        <w:spacing w:after="0"/>
      </w:pPr>
      <w:r>
        <w:rPr>
          <w:rFonts w:ascii="Arial" w:hAnsi="Arial"/>
          <w:b/>
          <w:sz w:val="22"/>
        </w:rPr>
        <w:t xml:space="preserve">Lucy  </w:t>
      </w:r>
      <w:r>
        <w:rPr>
          <w:rFonts w:ascii="Arial" w:hAnsi="Arial"/>
          <w:color w:val="5D7284"/>
          <w:sz w:val="22"/>
        </w:rPr>
        <w:t>09:29</w:t>
      </w:r>
    </w:p>
    <w:p>
      <w:pPr>
        <w:spacing w:after="0"/>
      </w:pPr>
      <w:r>
        <w:rPr>
          <w:rFonts w:ascii="Arial" w:hAnsi="Arial"/>
          <w:sz w:val="22"/>
        </w:rPr>
        <w:t>Yeah, that burning style is new... *Alice and Lucy laugh* The burning smell is usual...</w:t>
      </w:r>
    </w:p>
    <w:p>
      <w:pPr>
        <w:spacing w:after="0"/>
      </w:pPr>
    </w:p>
    <w:p>
      <w:pPr>
        <w:spacing w:after="0"/>
      </w:pPr>
      <w:r>
        <w:rPr>
          <w:rFonts w:ascii="Arial" w:hAnsi="Arial"/>
          <w:b/>
          <w:sz w:val="22"/>
        </w:rPr>
        <w:t xml:space="preserve">Louise  </w:t>
      </w:r>
      <w:r>
        <w:rPr>
          <w:rFonts w:ascii="Arial" w:hAnsi="Arial"/>
          <w:color w:val="5D7284"/>
          <w:sz w:val="22"/>
        </w:rPr>
        <w:t>09:37</w:t>
      </w:r>
    </w:p>
    <w:p>
      <w:pPr>
        <w:spacing w:after="0"/>
      </w:pPr>
      <w:r>
        <w:rPr>
          <w:rFonts w:ascii="Arial" w:hAnsi="Arial"/>
          <w:sz w:val="22"/>
        </w:rPr>
        <w:t>I'm smiling loads right now. I think that.... hilarious. I have, like, so many anecdotes of misshearing or miscommunication. *laughs*</w:t>
      </w:r>
    </w:p>
    <w:p>
      <w:pPr>
        <w:spacing w:after="0"/>
      </w:pPr>
    </w:p>
    <w:p>
      <w:pPr>
        <w:spacing w:after="0"/>
      </w:pPr>
      <w:r>
        <w:rPr>
          <w:rFonts w:ascii="Arial" w:hAnsi="Arial"/>
          <w:b/>
          <w:sz w:val="22"/>
        </w:rPr>
        <w:t xml:space="preserve">Alice  </w:t>
      </w:r>
      <w:r>
        <w:rPr>
          <w:rFonts w:ascii="Arial" w:hAnsi="Arial"/>
          <w:color w:val="5D7284"/>
          <w:sz w:val="22"/>
        </w:rPr>
        <w:t>09:49</w:t>
      </w:r>
    </w:p>
    <w:p>
      <w:pPr>
        <w:spacing w:after="0"/>
      </w:pPr>
      <w:r>
        <w:rPr>
          <w:rFonts w:ascii="Arial" w:hAnsi="Arial"/>
          <w:sz w:val="22"/>
        </w:rPr>
        <w:t>I bet! So how did you go from American Studies into captioning and AI research?</w:t>
      </w:r>
    </w:p>
    <w:p>
      <w:pPr>
        <w:spacing w:after="0"/>
      </w:pPr>
    </w:p>
    <w:p>
      <w:pPr>
        <w:spacing w:after="0"/>
      </w:pPr>
      <w:r>
        <w:rPr>
          <w:rFonts w:ascii="Arial" w:hAnsi="Arial"/>
          <w:b/>
          <w:sz w:val="22"/>
        </w:rPr>
        <w:t xml:space="preserve">Louise  </w:t>
      </w:r>
      <w:r>
        <w:rPr>
          <w:rFonts w:ascii="Arial" w:hAnsi="Arial"/>
          <w:color w:val="5D7284"/>
          <w:sz w:val="22"/>
        </w:rPr>
        <w:t>09:59</w:t>
      </w:r>
    </w:p>
    <w:p>
      <w:pPr>
        <w:spacing w:after="0"/>
      </w:pPr>
      <w:r>
        <w:rPr>
          <w:rFonts w:ascii="Arial" w:hAnsi="Arial"/>
          <w:sz w:val="22"/>
        </w:rPr>
        <w:t>Well....Well, actually, when I... When I did my year abroad. Came back. Then I applied to do my PhD training in the States, again... But this time in San Diego, and I went out there and lived there for about 8-10 years. And I love the weather. I love the tacos. And... yeah... but... so in that, doing my PhD there, it can be quite different from doing your training in the UK, for example, where you teach at the same time to undergrads, but all the time. Not just like a one off. That is how you fund your career. *Lucy: Yeah.* So in that position, if you like... to think of it as, like, a job... I had to teach undergrads, so that meant that I had to work really closely with captioners. *Lucy: Oh, okay.* Yeah. So they would come and sit with me in the classroom. And they would set up their laptop, and I would... They would, like, feed the captions to my laptop. And I would use that *Lucy: Yeah.* as a way to kind of, you know, to communicate with the students. And weirdly, I have to say that I really hated when the captioner captioned me... That was like my golden rule; that they could not caption me. *Lucy: Yeah.* Nothing more disembodying than reading your own voice back at yourself, while you're saying it.</w:t>
      </w:r>
    </w:p>
    <w:p>
      <w:pPr>
        <w:spacing w:after="0"/>
      </w:pPr>
    </w:p>
    <w:p>
      <w:pPr>
        <w:spacing w:after="0"/>
      </w:pPr>
      <w:r>
        <w:rPr>
          <w:rFonts w:ascii="Arial" w:hAnsi="Arial"/>
          <w:b/>
          <w:sz w:val="22"/>
        </w:rPr>
        <w:t xml:space="preserve">Lucy  </w:t>
      </w:r>
      <w:r>
        <w:rPr>
          <w:rFonts w:ascii="Arial" w:hAnsi="Arial"/>
          <w:color w:val="5D7284"/>
          <w:sz w:val="22"/>
        </w:rPr>
        <w:t>12:06</w:t>
      </w:r>
    </w:p>
    <w:p>
      <w:pPr>
        <w:spacing w:after="0"/>
      </w:pPr>
      <w:r>
        <w:rPr>
          <w:rFonts w:ascii="Arial" w:hAnsi="Arial"/>
          <w:sz w:val="22"/>
        </w:rPr>
        <w:t>Yeah. I... When I watched the news sometimes. And they caption disabled people who have got a very, very, very mild speech impairment. And I'm talking about... Like, you can still understand the person but they still caption the person. I'm like, why are you, I could... You know, everybody in this room, watching the television can understand what that man on the telly is saying. And you've decided to caption him. I'm not saying that everybody who's got a speech impairment can be easily understood to people that don't...aren't used to it. So I am very used to people... I went to school with a lot of people with with speech impairments. And so, I am very... I can tune in very easily to people who can't form words properly. When I say "properly", I mean, as you would expect, as a... as a somebody who can't speak at a average sort of rate. That's what I mean by "properly". So I can tune myself in very easily to the way people, like, grunts and moans and, clicking noises. I know exactly what you mean. Just by...Like... Where even... and even when it's, like, non disabled people... If you are eating something, and you're talking to me with your mouth full... First of all, that's very rude! *Alice laughs* But secondly, I understood everything you just said. "Can I have the car key? *makes mumbling sounds* "Yes, they're in my handbag"... That kind of thing. *Alice and Louise laugh* It's very easy for me to decipher, but it does... it get... I get that kind of disembodying feeling, because, even though I can speak at the expected rate of a human being, maybe, when I see it happening to other people, it's like, "Oh, I don't like it." Because I can understand them. So, you know? Do you know what I mean?</w:t>
      </w:r>
    </w:p>
    <w:p>
      <w:pPr>
        <w:spacing w:after="0"/>
      </w:pPr>
    </w:p>
    <w:p>
      <w:pPr>
        <w:spacing w:after="0"/>
      </w:pPr>
      <w:r>
        <w:rPr>
          <w:rFonts w:ascii="Arial" w:hAnsi="Arial"/>
          <w:b/>
          <w:sz w:val="22"/>
        </w:rPr>
        <w:t xml:space="preserve">Louise  </w:t>
      </w:r>
      <w:r>
        <w:rPr>
          <w:rFonts w:ascii="Arial" w:hAnsi="Arial"/>
          <w:color w:val="5D7284"/>
          <w:sz w:val="22"/>
        </w:rPr>
        <w:t>13:59</w:t>
      </w:r>
    </w:p>
    <w:p>
      <w:pPr>
        <w:spacing w:after="0"/>
      </w:pPr>
      <w:r>
        <w:rPr>
          <w:rFonts w:ascii="Arial" w:hAnsi="Arial"/>
          <w:sz w:val="22"/>
        </w:rPr>
        <w:t>That... That's really interesting, because, like... If we fast forward, like, 5 years or 10 years, and... I don't even know how long I've been doing this now... Ignore my kind of weird guesstimate of years... *Alice and Lucy laugh* Um, 5, 10, 20, 30...I don't know... Um, I start... I've also started thinking about the politics of captioning, like... Who gets captions, like... Who... *Lucy: Yeah* Like, automated captions. They can't often, um, capture people with speech impediment. *Lucy: No.* Right? So I create this weird dynamic when there's, uh, like, some people that get captions and then other people that don't...And so... Yeah, so that's what... Like, a little kind of... Insight to the kind of... the job I do now is like... *Alice &amp; Lucy: Yeah.*</w:t>
      </w:r>
    </w:p>
    <w:p>
      <w:pPr>
        <w:spacing w:after="0"/>
      </w:pPr>
    </w:p>
    <w:p>
      <w:pPr>
        <w:spacing w:after="0"/>
      </w:pPr>
      <w:r>
        <w:rPr>
          <w:rFonts w:ascii="Arial" w:hAnsi="Arial"/>
          <w:b/>
          <w:sz w:val="22"/>
        </w:rPr>
        <w:t xml:space="preserve">Alice  </w:t>
      </w:r>
      <w:r>
        <w:rPr>
          <w:rFonts w:ascii="Arial" w:hAnsi="Arial"/>
          <w:color w:val="5D7284"/>
          <w:sz w:val="22"/>
        </w:rPr>
        <w:t>14:56</w:t>
      </w:r>
    </w:p>
    <w:p>
      <w:pPr>
        <w:spacing w:after="0"/>
      </w:pPr>
      <w:r>
        <w:rPr>
          <w:rFonts w:ascii="Arial" w:hAnsi="Arial"/>
          <w:sz w:val="22"/>
        </w:rPr>
        <w:t>But then, I imagine you can extend that beyond the disabled community as well. Because I'm sure that there are going to be people with accents, people who pronounce words differently, because maybe English is their second language, *Lucy: Yeah, exactly* which will mean that AI captioning might struggle to understand. *Lucy: Yeah.* And, therefore, you know, accurately caption somebody. So it is exactly that... That "politics" is exactly the right word. Um, going back to what you were saying about when you were teaching... um, Louise. What... So... That was kind of your, your introduction to captioning. Were you using captioning, because you... I suppose, in America, it would have been American Sign Language and you'd use British Sign Language? Or, do you not use BSL?</w:t>
      </w:r>
    </w:p>
    <w:p>
      <w:pPr>
        <w:spacing w:after="0"/>
      </w:pPr>
    </w:p>
    <w:p>
      <w:pPr>
        <w:spacing w:after="0"/>
      </w:pPr>
      <w:r>
        <w:rPr>
          <w:rFonts w:ascii="Arial" w:hAnsi="Arial"/>
          <w:b/>
          <w:sz w:val="22"/>
        </w:rPr>
        <w:t xml:space="preserve">Louise  </w:t>
      </w:r>
      <w:r>
        <w:rPr>
          <w:rFonts w:ascii="Arial" w:hAnsi="Arial"/>
          <w:color w:val="5D7284"/>
          <w:sz w:val="22"/>
        </w:rPr>
        <w:t>15:43</w:t>
      </w:r>
    </w:p>
    <w:p>
      <w:pPr>
        <w:spacing w:after="0"/>
      </w:pPr>
      <w:r>
        <w:rPr>
          <w:rFonts w:ascii="Arial" w:hAnsi="Arial"/>
          <w:sz w:val="22"/>
        </w:rPr>
        <w:t>That's... That's a really good question. And I'm smiling lots right now. *Lucy laughs* I know they do the podcast and uh... I am nodding my head and smiling, because this is something that I have been thinking about a lot. And... um... It's, um.... I think add to the politics of my communication. It's, um... It's really weird, because when I was growing up... Until I was about 16, um... I knew British Sign Language. And I signed to my friends. We used to, like, do songs together in BSL. And so we were very much... Oh! and I even went to deaf club. Like religiously went deaf club every single week, during the holidays, I was in deaf club. And then... because I'm deaf and disabled, I actually went to, um... Lord Mayor Treloar's, I think it's called Treloar's  now for my A-Levels. And when I got there, and... This is like, uh... A sign of the time. I don't think this is like, you know, an institutional thing. But I think this is like the late 90s. And they were like, "Okay, well... You're here now. And, like, there's no deaf people here." And so... Basically... they said "Stop signing." And so then I... I kind of entered into this kind of... You know... Until now, I've been more conscious of it is... that I went back to lip reading and not quite understanding, etc. And um...</w:t>
      </w:r>
    </w:p>
    <w:p>
      <w:pPr>
        <w:spacing w:after="0"/>
      </w:pPr>
    </w:p>
    <w:p>
      <w:pPr>
        <w:spacing w:after="0"/>
      </w:pPr>
      <w:r>
        <w:rPr>
          <w:rFonts w:ascii="Arial" w:hAnsi="Arial"/>
          <w:b/>
          <w:sz w:val="22"/>
        </w:rPr>
        <w:t xml:space="preserve">Alice  </w:t>
      </w:r>
      <w:r>
        <w:rPr>
          <w:rFonts w:ascii="Arial" w:hAnsi="Arial"/>
          <w:color w:val="5D7284"/>
          <w:sz w:val="22"/>
        </w:rPr>
        <w:t>17:42</w:t>
      </w:r>
    </w:p>
    <w:p>
      <w:pPr>
        <w:spacing w:after="0"/>
      </w:pPr>
      <w:r>
        <w:rPr>
          <w:rFonts w:ascii="Arial" w:hAnsi="Arial"/>
          <w:sz w:val="22"/>
        </w:rPr>
        <w:t>And we've seen the situations that that gets you in to, so... *Alice and Lucy laugh* *Lucy: Yeah.*</w:t>
      </w:r>
    </w:p>
    <w:p>
      <w:pPr>
        <w:spacing w:after="0"/>
      </w:pPr>
    </w:p>
    <w:p>
      <w:pPr>
        <w:spacing w:after="0"/>
      </w:pPr>
      <w:r>
        <w:rPr>
          <w:rFonts w:ascii="Arial" w:hAnsi="Arial"/>
          <w:b/>
          <w:sz w:val="22"/>
        </w:rPr>
        <w:t xml:space="preserve">Louise  </w:t>
      </w:r>
      <w:r>
        <w:rPr>
          <w:rFonts w:ascii="Arial" w:hAnsi="Arial"/>
          <w:color w:val="5D7284"/>
          <w:sz w:val="22"/>
        </w:rPr>
        <w:t>17:46</w:t>
      </w:r>
    </w:p>
    <w:p>
      <w:pPr>
        <w:spacing w:after="0"/>
      </w:pPr>
      <w:r>
        <w:rPr>
          <w:rFonts w:ascii="Arial" w:hAnsi="Arial"/>
          <w:sz w:val="22"/>
        </w:rPr>
        <w:t>I've never made connection there. Yeah. It gets me into weird situations. And so, yeah... So I think it's, um... I know people talk about it, you know, talk about the politics of being disabled and deaf at the same time. And I know that there have been a lot of conversations around this. But, for me, I kind of manifested through my lived experience, and, like, I've been forced to literally think about it more deeply, you know? So that's why... I mean, captioning in some way... This sort of... This weird space in between, like, hearing culture and signing, you know. It's, like, I don't quite fit in either world.</w:t>
      </w:r>
    </w:p>
    <w:p>
      <w:pPr>
        <w:spacing w:after="0"/>
      </w:pPr>
    </w:p>
    <w:p>
      <w:pPr>
        <w:spacing w:after="0"/>
      </w:pPr>
      <w:r>
        <w:rPr>
          <w:rFonts w:ascii="Arial" w:hAnsi="Arial"/>
          <w:b/>
          <w:sz w:val="22"/>
        </w:rPr>
        <w:t xml:space="preserve">Lucy  </w:t>
      </w:r>
      <w:r>
        <w:rPr>
          <w:rFonts w:ascii="Arial" w:hAnsi="Arial"/>
          <w:color w:val="5D7284"/>
          <w:sz w:val="22"/>
        </w:rPr>
        <w:t>18:41</w:t>
      </w:r>
    </w:p>
    <w:p>
      <w:pPr>
        <w:spacing w:after="0"/>
      </w:pPr>
      <w:r>
        <w:rPr>
          <w:rFonts w:ascii="Arial" w:hAnsi="Arial"/>
          <w:sz w:val="22"/>
        </w:rPr>
        <w:t>Louise, did you sign when you were in America, then? When you were teaching in America? Is that why you use captions? Because they were... they were ASL and you were BSL?</w:t>
      </w:r>
    </w:p>
    <w:p>
      <w:pPr>
        <w:spacing w:after="0"/>
      </w:pPr>
    </w:p>
    <w:p>
      <w:pPr>
        <w:spacing w:after="0"/>
      </w:pPr>
      <w:r>
        <w:rPr>
          <w:rFonts w:ascii="Arial" w:hAnsi="Arial"/>
          <w:b/>
          <w:sz w:val="22"/>
        </w:rPr>
        <w:t xml:space="preserve">Louise  </w:t>
      </w:r>
      <w:r>
        <w:rPr>
          <w:rFonts w:ascii="Arial" w:hAnsi="Arial"/>
          <w:color w:val="5D7284"/>
          <w:sz w:val="22"/>
        </w:rPr>
        <w:t>18:52</w:t>
      </w:r>
    </w:p>
    <w:p>
      <w:pPr>
        <w:spacing w:after="0"/>
      </w:pPr>
      <w:r>
        <w:rPr>
          <w:rFonts w:ascii="Arial" w:hAnsi="Arial"/>
          <w:sz w:val="22"/>
        </w:rPr>
        <w:t>I did... I did do some classes in ASL. Um, but, um... I actually also don't have a good vision. So, it was really difficult to, actually, you know, um... BSL, you sign on two hands...?</w:t>
      </w:r>
    </w:p>
    <w:p>
      <w:pPr>
        <w:spacing w:after="0"/>
      </w:pPr>
    </w:p>
    <w:p>
      <w:pPr>
        <w:spacing w:after="0"/>
      </w:pPr>
      <w:r>
        <w:rPr>
          <w:rFonts w:ascii="Arial" w:hAnsi="Arial"/>
          <w:b/>
          <w:sz w:val="22"/>
        </w:rPr>
        <w:t xml:space="preserve">Lucy  </w:t>
      </w:r>
      <w:r>
        <w:rPr>
          <w:rFonts w:ascii="Arial" w:hAnsi="Arial"/>
          <w:color w:val="5D7284"/>
          <w:sz w:val="22"/>
        </w:rPr>
        <w:t>19:10</w:t>
      </w:r>
    </w:p>
    <w:p>
      <w:pPr>
        <w:spacing w:after="0"/>
      </w:pPr>
      <w:r>
        <w:rPr>
          <w:rFonts w:ascii="Arial" w:hAnsi="Arial"/>
          <w:sz w:val="22"/>
        </w:rPr>
        <w:t>Yes. ASL is one hand, isn't it?</w:t>
      </w:r>
    </w:p>
    <w:p>
      <w:pPr>
        <w:spacing w:after="0"/>
      </w:pPr>
    </w:p>
    <w:p>
      <w:pPr>
        <w:spacing w:after="0"/>
      </w:pPr>
      <w:r>
        <w:rPr>
          <w:rFonts w:ascii="Arial" w:hAnsi="Arial"/>
          <w:b/>
          <w:sz w:val="22"/>
        </w:rPr>
        <w:t xml:space="preserve">Louise  </w:t>
      </w:r>
      <w:r>
        <w:rPr>
          <w:rFonts w:ascii="Arial" w:hAnsi="Arial"/>
          <w:color w:val="5D7284"/>
          <w:sz w:val="22"/>
        </w:rPr>
        <w:t>19:13</w:t>
      </w:r>
    </w:p>
    <w:p>
      <w:pPr>
        <w:spacing w:after="0"/>
      </w:pPr>
      <w:r>
        <w:rPr>
          <w:rFonts w:ascii="Arial" w:hAnsi="Arial"/>
          <w:sz w:val="22"/>
        </w:rPr>
        <w:t>Yeah... No... ASL... The alphabet. Sorry, the alphabet. So, like, the alphabet in BSL, it's on two hands. And then in ASL, it's on one hand. So that means the visual field is, like, really small? *Lucy: Yes.* So, I really struggled with that...</w:t>
      </w:r>
    </w:p>
    <w:p>
      <w:pPr>
        <w:spacing w:after="0"/>
      </w:pPr>
    </w:p>
    <w:p>
      <w:pPr>
        <w:spacing w:after="0"/>
      </w:pPr>
      <w:r>
        <w:rPr>
          <w:rFonts w:ascii="Arial" w:hAnsi="Arial"/>
          <w:b/>
          <w:sz w:val="22"/>
        </w:rPr>
        <w:t xml:space="preserve">Lucy  </w:t>
      </w:r>
      <w:r>
        <w:rPr>
          <w:rFonts w:ascii="Arial" w:hAnsi="Arial"/>
          <w:color w:val="5D7284"/>
          <w:sz w:val="22"/>
        </w:rPr>
        <w:t>19:35</w:t>
      </w:r>
    </w:p>
    <w:p>
      <w:pPr>
        <w:spacing w:after="0"/>
      </w:pPr>
      <w:r>
        <w:rPr>
          <w:rFonts w:ascii="Arial" w:hAnsi="Arial"/>
          <w:sz w:val="22"/>
        </w:rPr>
        <w:t>I've got my Level 1 in BSL. And I... When I was a child, I went to a special needs school. Um... And I was there till I was about 17. And we signed a lot of the time, but then after, sort of like 17... Because I wasn't at school anymore and I wasn't around deaf and disabled people, there was no real need for me to sign. I didn't need to sign at home. So I forgot most of them. Became very... Like I knew that I could remember the alphabet, just about. But then for work, I decided actually, I think this is a really good idea if I take my proper qualification and do it properly. And I tried to learn it all again, is... When you're that bit older, I think... It's like learning a language when you're a child, isn't it? You know, like, babies and things in Spain, they pick up languages very easily. I think, in other countries in general, I think second languages are taught at a very early age. But I did it. It was hard work, but I did it. And yeah, it's... But, the differences between ASL and BSL like they're...they're, like you say, their alphabet is all on one hand. I think it's very good when you are in a bar, and you've got a beer in one hand, and you could sign with the other. Because with BSL, you can't hold anything. It's just... You've got to use both hands constantly, all the time. You know? That's just... *Louise: I love that, I love that* That's just one practicality I discovered,  that... Yeah. I could say we... we see where Lucy's priorities are. *Lucy laughs* Yeah! *Louise laughs* Yeah.</w:t>
      </w:r>
    </w:p>
    <w:p>
      <w:pPr>
        <w:spacing w:after="0"/>
      </w:pPr>
    </w:p>
    <w:p>
      <w:pPr>
        <w:spacing w:after="0"/>
      </w:pPr>
      <w:r>
        <w:rPr>
          <w:rFonts w:ascii="Arial" w:hAnsi="Arial"/>
          <w:b/>
          <w:sz w:val="22"/>
        </w:rPr>
        <w:t xml:space="preserve">Alice  </w:t>
      </w:r>
      <w:r>
        <w:rPr>
          <w:rFonts w:ascii="Arial" w:hAnsi="Arial"/>
          <w:color w:val="5D7284"/>
          <w:sz w:val="22"/>
        </w:rPr>
        <w:t>21:16</w:t>
      </w:r>
    </w:p>
    <w:p>
      <w:pPr>
        <w:spacing w:after="0"/>
      </w:pPr>
      <w:r>
        <w:rPr>
          <w:rFonts w:ascii="Arial" w:hAnsi="Arial"/>
          <w:sz w:val="22"/>
        </w:rPr>
        <w:t>It's... I think it's really, and again I'd like to think it's a sign of the times, as you said, Louise, but I suspect it is something that is still very, very common... Is that there... there seems to be a real push for people not to sign. And I just don't understand... *Lucy: I don't either.* Why, personally, as someone who can't sign and my vision would not be good enough to read someone else's signing. But, if I were sighted, the idea of knowing BSL and being able to communicate with people who can't necessarily hear me... Like... It's just I... It just feel like it's uh... it's just a really cool thing to do. Nevermind anything else. Just... Just the, you know, being... knowing... knowing that if I came across somebody who couldn't hear me, that I could still just have a conversation with them. And the fact that they couldn't hear, wouldn't matter. *Lucy: Yeah* Would be... That's really cool for me. Like, it's just overcoming... It's something small that I, you know, if I could, that I could do, that could open up, you know, the world for myself and for other people. And it seems really strange to me that there's this push to... And I... I wonder if it's because signing is such a visual, as in very easy to tell that's what you're doing, um, thing that it's almost a... you know, hide your disability. Don't show people that you're signing. Lipread, because you can't see someone lipreading. *Lucy: Yeah* You know, it's "Let's mask this person's disability."</w:t>
      </w:r>
    </w:p>
    <w:p>
      <w:pPr>
        <w:spacing w:after="0"/>
      </w:pPr>
    </w:p>
    <w:p>
      <w:pPr>
        <w:spacing w:after="0"/>
      </w:pPr>
      <w:r>
        <w:rPr>
          <w:rFonts w:ascii="Arial" w:hAnsi="Arial"/>
          <w:b/>
          <w:sz w:val="22"/>
        </w:rPr>
        <w:t xml:space="preserve">Lucy  </w:t>
      </w:r>
      <w:r>
        <w:rPr>
          <w:rFonts w:ascii="Arial" w:hAnsi="Arial"/>
          <w:color w:val="5D7284"/>
          <w:sz w:val="22"/>
        </w:rPr>
        <w:t>22:09</w:t>
      </w:r>
    </w:p>
    <w:p>
      <w:pPr>
        <w:spacing w:after="0"/>
      </w:pPr>
      <w:r>
        <w:rPr>
          <w:rFonts w:ascii="Arial" w:hAnsi="Arial"/>
          <w:sz w:val="22"/>
        </w:rPr>
        <w:t>It's a party trick, isn't it as well? For non-disabled people.  You can go, "I can sign your name...", "I can tell you what", you know. But then again, I think as well, if you think about a two person conversation, it's one thing somebody signing at you, but then there is the non-disabled person who can hear you, thinking, "Oh, they're... they're signing something and I don't... I don't know what it is. If they could just text me, it would be a hell of a lot easier kind of thing."</w:t>
      </w:r>
    </w:p>
    <w:p>
      <w:pPr>
        <w:spacing w:after="0"/>
      </w:pPr>
    </w:p>
    <w:p>
      <w:pPr>
        <w:spacing w:after="0"/>
      </w:pPr>
      <w:r>
        <w:rPr>
          <w:rFonts w:ascii="Arial" w:hAnsi="Arial"/>
          <w:b/>
          <w:sz w:val="22"/>
        </w:rPr>
        <w:t xml:space="preserve">Alice  </w:t>
      </w:r>
      <w:r>
        <w:rPr>
          <w:rFonts w:ascii="Arial" w:hAnsi="Arial"/>
          <w:color w:val="5D7284"/>
          <w:sz w:val="22"/>
        </w:rPr>
        <w:t>23:32</w:t>
      </w:r>
    </w:p>
    <w:p>
      <w:pPr>
        <w:spacing w:after="0"/>
      </w:pPr>
      <w:r>
        <w:rPr>
          <w:rFonts w:ascii="Arial" w:hAnsi="Arial"/>
          <w:sz w:val="22"/>
        </w:rPr>
        <w:t>But that... That's on the non-disabled person, *Lucy: Yes, it is, yes.* you know. It's the same as if a French person started talking to you and you didn't understand French. Like that's on you *Lucy: Yeah* for not knowing their language, *Lucy: Yeah* like. That's not on them *Lucy: No* for not speaking your language.</w:t>
      </w:r>
    </w:p>
    <w:p>
      <w:pPr>
        <w:spacing w:after="0"/>
      </w:pPr>
    </w:p>
    <w:p>
      <w:pPr>
        <w:spacing w:after="0"/>
      </w:pPr>
      <w:r>
        <w:rPr>
          <w:rFonts w:ascii="Arial" w:hAnsi="Arial"/>
          <w:b/>
          <w:sz w:val="22"/>
        </w:rPr>
        <w:t xml:space="preserve">Lucy  </w:t>
      </w:r>
      <w:r>
        <w:rPr>
          <w:rFonts w:ascii="Arial" w:hAnsi="Arial"/>
          <w:color w:val="5D7284"/>
          <w:sz w:val="22"/>
        </w:rPr>
        <w:t>23:48</w:t>
      </w:r>
    </w:p>
    <w:p>
      <w:pPr>
        <w:spacing w:after="0"/>
      </w:pPr>
      <w:r>
        <w:rPr>
          <w:rFonts w:ascii="Arial" w:hAnsi="Arial"/>
          <w:sz w:val="22"/>
        </w:rPr>
        <w:t>Yeah. And I think it's also terrible that you hear stories of deaf children who are diagnosed with hearing impairment, and then their parents have to then pay for sign language lessons to communicate with their own child. I think there is no... there is no common sense, though, is there? Really. Like "My child is deaf. How can you help me? We can't help you. You have to go and pay for these lessons yourself." Even if it's just a basic to start off with...</w:t>
      </w:r>
    </w:p>
    <w:p>
      <w:pPr>
        <w:spacing w:after="0"/>
      </w:pPr>
    </w:p>
    <w:p>
      <w:pPr>
        <w:spacing w:after="0"/>
      </w:pPr>
      <w:r>
        <w:rPr>
          <w:rFonts w:ascii="Arial" w:hAnsi="Arial"/>
          <w:b/>
          <w:sz w:val="22"/>
        </w:rPr>
        <w:t xml:space="preserve">Alice  </w:t>
      </w:r>
      <w:r>
        <w:rPr>
          <w:rFonts w:ascii="Arial" w:hAnsi="Arial"/>
          <w:color w:val="5D7284"/>
          <w:sz w:val="22"/>
        </w:rPr>
        <w:t>24:20</w:t>
      </w:r>
    </w:p>
    <w:p>
      <w:pPr>
        <w:spacing w:after="0"/>
      </w:pPr>
      <w:r>
        <w:rPr>
          <w:rFonts w:ascii="Arial" w:hAnsi="Arial"/>
          <w:sz w:val="22"/>
        </w:rPr>
        <w:t>I think we've solved the problem there, Alice. *laughs* *Alice: But...* Overall! *laughs* Especially... especially when there are, you know, lots of certainly Special... Special Educational Needs primary schools where Makaton is just standard. *Lucy: Yeah.* You know, like, it doesn't take... You could... Exactly as you said, children learn languages much quickly... much more quickly. *Lucy: Yeah* If you just started, as standard, being like, primary school teachers need to know BSL. *Lucy: Yeah* So that, as they're talking, they're signing, so that children learn sign, as well as, you know, other stuff... other languages and reading and writing and all of that stuff, that, in a generation, any children born to hearing parents who have a hearing... you know, who have hearing loss would just... it wouldn't be an issue, because their parents would have a basic level of signing already. *Lucy: Yeah.* But we won't, you know, no one's gonna do that, are they?</w:t>
      </w:r>
    </w:p>
    <w:p>
      <w:pPr>
        <w:spacing w:after="0"/>
      </w:pPr>
    </w:p>
    <w:p>
      <w:pPr>
        <w:spacing w:after="0"/>
      </w:pPr>
      <w:r>
        <w:rPr>
          <w:rFonts w:ascii="Arial" w:hAnsi="Arial"/>
          <w:b/>
          <w:sz w:val="22"/>
        </w:rPr>
        <w:t xml:space="preserve">Lucy  </w:t>
      </w:r>
      <w:r>
        <w:rPr>
          <w:rFonts w:ascii="Arial" w:hAnsi="Arial"/>
          <w:color w:val="5D7284"/>
          <w:sz w:val="22"/>
        </w:rPr>
        <w:t>25:13</w:t>
      </w:r>
    </w:p>
    <w:p>
      <w:pPr>
        <w:spacing w:after="0"/>
      </w:pPr>
      <w:r>
        <w:rPr>
          <w:rFonts w:ascii="Arial" w:hAnsi="Arial"/>
          <w:sz w:val="22"/>
        </w:rPr>
        <w:t xml:space="preserve">I know! No one's gonna fucking pay for that, are they? No, no, it's gonna cost too much money, innit? Yeah, it's just... I just think it is absolutely horrifying to be told... to be told that A: your child is deaf. I mean, I'm not saying that is, like, the world crashing to anybody. But it certainly must be a shock to the system to discover that your child is deaf. Um, and then to be told, "Well, how can you help me with this?" "We can't.  See you later, bye." *Alice: You've got to pay for it.* "Bye!" *Alice: Yeah.* "Thanks for everything." </w:t>
      </w:r>
    </w:p>
    <w:p>
      <w:pPr>
        <w:spacing w:after="0"/>
      </w:pPr>
    </w:p>
    <w:p>
      <w:pPr>
        <w:spacing w:after="0"/>
      </w:pPr>
      <w:r>
        <w:rPr>
          <w:rFonts w:ascii="Arial" w:hAnsi="Arial"/>
          <w:b/>
          <w:sz w:val="22"/>
        </w:rPr>
        <w:t xml:space="preserve">Alice  </w:t>
      </w:r>
      <w:r>
        <w:rPr>
          <w:rFonts w:ascii="Arial" w:hAnsi="Arial"/>
          <w:color w:val="5D7284"/>
          <w:sz w:val="22"/>
        </w:rPr>
        <w:t>25:49</w:t>
      </w:r>
    </w:p>
    <w:p>
      <w:pPr>
        <w:spacing w:after="0"/>
      </w:pPr>
      <w:r>
        <w:rPr>
          <w:rFonts w:ascii="Arial" w:hAnsi="Arial"/>
          <w:sz w:val="22"/>
        </w:rPr>
        <w:t>When... Especially when you consider that, you know, when your mom found out that you were disabled, that she could have turned around and got a wheelchair for you, *Lucy: Yeah!* like, the second you needed it, you know. *Lucy: Exactly. Yeah, yeah.* There's no... It's... It's my cane training and stuff that I had as a kid, that was all free. Like, why? Why is that something that's provided, but signing, learning to sign for parents isn't? It's...</w:t>
      </w:r>
    </w:p>
    <w:p>
      <w:pPr>
        <w:spacing w:after="0"/>
      </w:pPr>
    </w:p>
    <w:p>
      <w:pPr>
        <w:spacing w:after="0"/>
      </w:pPr>
      <w:r>
        <w:rPr>
          <w:rFonts w:ascii="Arial" w:hAnsi="Arial"/>
          <w:b/>
          <w:sz w:val="22"/>
        </w:rPr>
        <w:t xml:space="preserve">Lucy  </w:t>
      </w:r>
      <w:r>
        <w:rPr>
          <w:rFonts w:ascii="Arial" w:hAnsi="Arial"/>
          <w:color w:val="5D7284"/>
          <w:sz w:val="22"/>
        </w:rPr>
        <w:t>26:16</w:t>
      </w:r>
    </w:p>
    <w:p>
      <w:pPr>
        <w:spacing w:after="0"/>
      </w:pPr>
      <w:r>
        <w:rPr>
          <w:rFonts w:ascii="Arial" w:hAnsi="Arial"/>
          <w:sz w:val="22"/>
        </w:rPr>
        <w:t>I don't know. It just boggles my mind. It really does. I don't understand it. What are your thoughts, Louise?</w:t>
      </w:r>
    </w:p>
    <w:p>
      <w:pPr>
        <w:spacing w:after="0"/>
      </w:pPr>
    </w:p>
    <w:p>
      <w:pPr>
        <w:spacing w:after="0"/>
      </w:pPr>
      <w:r>
        <w:rPr>
          <w:rFonts w:ascii="Arial" w:hAnsi="Arial"/>
          <w:b/>
          <w:sz w:val="22"/>
        </w:rPr>
        <w:t xml:space="preserve">Alice  </w:t>
      </w:r>
      <w:r>
        <w:rPr>
          <w:rFonts w:ascii="Arial" w:hAnsi="Arial"/>
          <w:color w:val="5D7284"/>
          <w:sz w:val="22"/>
        </w:rPr>
        <w:t>26:22</w:t>
      </w:r>
    </w:p>
    <w:p>
      <w:pPr>
        <w:spacing w:after="0"/>
      </w:pPr>
      <w:r>
        <w:rPr>
          <w:rFonts w:ascii="Arial" w:hAnsi="Arial"/>
          <w:sz w:val="22"/>
        </w:rPr>
        <w:t>I was gonna say we've gone on a bit of a...</w:t>
      </w:r>
    </w:p>
    <w:p>
      <w:pPr>
        <w:spacing w:after="0"/>
      </w:pPr>
    </w:p>
    <w:p>
      <w:pPr>
        <w:spacing w:after="0"/>
      </w:pPr>
      <w:r>
        <w:rPr>
          <w:rFonts w:ascii="Arial" w:hAnsi="Arial"/>
          <w:b/>
          <w:sz w:val="22"/>
        </w:rPr>
        <w:t xml:space="preserve">Louise  </w:t>
      </w:r>
      <w:r>
        <w:rPr>
          <w:rFonts w:ascii="Arial" w:hAnsi="Arial"/>
          <w:color w:val="5D7284"/>
          <w:sz w:val="22"/>
        </w:rPr>
        <w:t>26:23</w:t>
      </w:r>
    </w:p>
    <w:p>
      <w:pPr>
        <w:spacing w:after="0"/>
      </w:pPr>
      <w:r>
        <w:rPr>
          <w:rFonts w:ascii="Arial" w:hAnsi="Arial"/>
          <w:sz w:val="22"/>
        </w:rPr>
        <w:t>No, no, no! I'm really, I'm really, erm... curious, because, like, um, a few nights ago in the UK, erm... I don't know her second name, because I can't pronounce it and if I can't pronounce it, then I... *Lucy laughs* Erm, the Deaf, erm, actress Ro...</w:t>
      </w:r>
    </w:p>
    <w:p>
      <w:pPr>
        <w:spacing w:after="0"/>
      </w:pPr>
    </w:p>
    <w:p>
      <w:pPr>
        <w:spacing w:after="0"/>
      </w:pPr>
      <w:r>
        <w:rPr>
          <w:rFonts w:ascii="Arial" w:hAnsi="Arial"/>
          <w:b/>
          <w:sz w:val="22"/>
        </w:rPr>
        <w:t xml:space="preserve">Lucy  </w:t>
      </w:r>
      <w:r>
        <w:rPr>
          <w:rFonts w:ascii="Arial" w:hAnsi="Arial"/>
          <w:color w:val="5D7284"/>
          <w:sz w:val="22"/>
        </w:rPr>
        <w:t>26:45</w:t>
      </w:r>
    </w:p>
    <w:p>
      <w:pPr>
        <w:spacing w:after="0"/>
      </w:pPr>
      <w:r>
        <w:rPr>
          <w:rFonts w:ascii="Arial" w:hAnsi="Arial"/>
          <w:sz w:val="22"/>
        </w:rPr>
        <w:t>Ayling Ellis, is it?</w:t>
      </w:r>
    </w:p>
    <w:p>
      <w:pPr>
        <w:spacing w:after="0"/>
      </w:pPr>
    </w:p>
    <w:p>
      <w:pPr>
        <w:spacing w:after="0"/>
      </w:pPr>
      <w:r>
        <w:rPr>
          <w:rFonts w:ascii="Arial" w:hAnsi="Arial"/>
          <w:b/>
          <w:sz w:val="22"/>
        </w:rPr>
        <w:t xml:space="preserve">Louise  </w:t>
      </w:r>
      <w:r>
        <w:rPr>
          <w:rFonts w:ascii="Arial" w:hAnsi="Arial"/>
          <w:color w:val="5D7284"/>
          <w:sz w:val="22"/>
        </w:rPr>
        <w:t>26:48</w:t>
      </w:r>
    </w:p>
    <w:p>
      <w:pPr>
        <w:spacing w:after="0"/>
      </w:pPr>
      <w:r>
        <w:rPr>
          <w:rFonts w:ascii="Arial" w:hAnsi="Arial"/>
          <w:sz w:val="22"/>
        </w:rPr>
        <w:t>Okay, I still can't pronounce it. *Lucy laughs* Okay? I'm just going to move on, okay? *Lucy: Yeah* Um, she was on a documentary a couple of nights ago here in the UK. And it was a really good documentary about her growing up in the UK as a deaf person. And she would talk in this... Exactly what what you're talking about now, is the fact that her mum had to pay for lessons. And... And then she was, like, describing how, like, she would only communicate with her mum in the household. And I was, like, "Oh, that's so interesting", you know, like, different types of relationships you have. And just because her mom chose to go and have those classes, you know. Or pay for them, as well. Um, yeah, so it's something that's, like, been on my mind a lot, you know, especially now that it's getting more media coverage in the UK.</w:t>
      </w:r>
    </w:p>
    <w:p>
      <w:pPr>
        <w:spacing w:after="0"/>
      </w:pPr>
    </w:p>
    <w:p>
      <w:pPr>
        <w:spacing w:after="0"/>
      </w:pPr>
      <w:r>
        <w:rPr>
          <w:rFonts w:ascii="Arial" w:hAnsi="Arial"/>
          <w:b/>
          <w:sz w:val="22"/>
        </w:rPr>
        <w:t xml:space="preserve">Alice  </w:t>
      </w:r>
      <w:r>
        <w:rPr>
          <w:rFonts w:ascii="Arial" w:hAnsi="Arial"/>
          <w:color w:val="5D7284"/>
          <w:sz w:val="22"/>
        </w:rPr>
        <w:t>27:55</w:t>
      </w:r>
    </w:p>
    <w:p>
      <w:pPr>
        <w:spacing w:after="0"/>
      </w:pPr>
      <w:r>
        <w:rPr>
          <w:rFonts w:ascii="Arial" w:hAnsi="Arial"/>
          <w:sz w:val="22"/>
        </w:rPr>
        <w:t>So, I mean, as as a captioning researcher, as well, I imagined this gives you a bit of a complex relationship with... with your research topic.</w:t>
      </w:r>
    </w:p>
    <w:p>
      <w:pPr>
        <w:spacing w:after="0"/>
      </w:pPr>
    </w:p>
    <w:p>
      <w:pPr>
        <w:spacing w:after="0"/>
      </w:pPr>
      <w:r>
        <w:rPr>
          <w:rFonts w:ascii="Arial" w:hAnsi="Arial"/>
          <w:b/>
          <w:sz w:val="22"/>
        </w:rPr>
        <w:t xml:space="preserve">Louise  </w:t>
      </w:r>
      <w:r>
        <w:rPr>
          <w:rFonts w:ascii="Arial" w:hAnsi="Arial"/>
          <w:color w:val="5D7284"/>
          <w:sz w:val="22"/>
        </w:rPr>
        <w:t>28:07</w:t>
      </w:r>
    </w:p>
    <w:p>
      <w:pPr>
        <w:spacing w:after="0"/>
      </w:pPr>
      <w:r>
        <w:rPr>
          <w:rFonts w:ascii="Arial" w:hAnsi="Arial"/>
          <w:sz w:val="22"/>
        </w:rPr>
        <w:t>Yeah, you know, that it's really interesting, because that... Actually, let... let me use it as an opportunity to take a step back and also talk about the other dynamic of my research, right? Which I became so fascinated with the people; the stenographers, the captioners, who do the work, right? So, 'cause, like, you know, we've... Because of disability, like, like... rights movement, we so often focus on the disabled person or the disabled community, we often forget the people that are doing all the work behind the scenes, you know? You know, carers, captioners, sign language interpreters, and they... What's really sweird is, because in some ways their work is invisible, we don't see it. So when we're watching the television, and we're, like, watching EastEnders, we don't realize that somebody is sitting somewhere in an office transcribing that episode and choosing what words to use to describe a sound for... Also, like, this is really bonkers... I, I, I don't know that I... basically follow this, but I think, um, you know, the series Stranger Things? *Lucy: Yeah* *Alice: Mm mm* I haven't seen it 'cause I'm a scaredy cat. *Louise, Lucy &amp; Alice laugh*</w:t>
      </w:r>
    </w:p>
    <w:p>
      <w:pPr>
        <w:spacing w:after="0"/>
      </w:pPr>
    </w:p>
    <w:p>
      <w:pPr>
        <w:spacing w:after="0"/>
      </w:pPr>
      <w:r>
        <w:rPr>
          <w:rFonts w:ascii="Arial" w:hAnsi="Arial"/>
          <w:b/>
          <w:sz w:val="22"/>
        </w:rPr>
        <w:t xml:space="preserve">Alice  </w:t>
      </w:r>
      <w:r>
        <w:rPr>
          <w:rFonts w:ascii="Arial" w:hAnsi="Arial"/>
          <w:color w:val="5D7284"/>
          <w:sz w:val="22"/>
        </w:rPr>
        <w:t>29:47</w:t>
      </w:r>
    </w:p>
    <w:p>
      <w:pPr>
        <w:spacing w:after="0"/>
      </w:pPr>
      <w:r>
        <w:rPr>
          <w:rFonts w:ascii="Arial" w:hAnsi="Arial"/>
          <w:sz w:val="22"/>
        </w:rPr>
        <w:t>I was literally yesterday thinking about how great that show is. So I'm thinking about rewatching it already. It's not even, like... there's still a series to come out but, that's because... *Louise: Well...* That's not the point. But yeah. *Lucy laughs*</w:t>
      </w:r>
    </w:p>
    <w:p>
      <w:pPr>
        <w:spacing w:after="0"/>
      </w:pPr>
    </w:p>
    <w:p>
      <w:pPr>
        <w:spacing w:after="0"/>
      </w:pPr>
      <w:r>
        <w:rPr>
          <w:rFonts w:ascii="Arial" w:hAnsi="Arial"/>
          <w:b/>
          <w:sz w:val="22"/>
        </w:rPr>
        <w:t xml:space="preserve">Lucy  </w:t>
      </w:r>
      <w:r>
        <w:rPr>
          <w:rFonts w:ascii="Arial" w:hAnsi="Arial"/>
          <w:color w:val="5D7284"/>
          <w:sz w:val="22"/>
        </w:rPr>
        <w:t>29:47</w:t>
      </w:r>
    </w:p>
    <w:p>
      <w:pPr>
        <w:spacing w:after="0"/>
      </w:pPr>
      <w:r>
        <w:rPr>
          <w:rFonts w:ascii="Arial" w:hAnsi="Arial"/>
          <w:sz w:val="22"/>
        </w:rPr>
        <w:t xml:space="preserve">Me too. </w:t>
      </w:r>
    </w:p>
    <w:p>
      <w:pPr>
        <w:spacing w:after="0"/>
      </w:pPr>
    </w:p>
    <w:p>
      <w:pPr>
        <w:spacing w:after="0"/>
      </w:pPr>
      <w:r>
        <w:rPr>
          <w:rFonts w:ascii="Arial" w:hAnsi="Arial"/>
          <w:b/>
          <w:sz w:val="22"/>
        </w:rPr>
        <w:t xml:space="preserve">Louise  </w:t>
      </w:r>
      <w:r>
        <w:rPr>
          <w:rFonts w:ascii="Arial" w:hAnsi="Arial"/>
          <w:color w:val="5D7284"/>
          <w:sz w:val="22"/>
        </w:rPr>
        <w:t>30:01</w:t>
      </w:r>
    </w:p>
    <w:p>
      <w:pPr>
        <w:spacing w:after="0"/>
      </w:pPr>
      <w:r>
        <w:rPr>
          <w:rFonts w:ascii="Arial" w:hAnsi="Arial"/>
          <w:sz w:val="22"/>
        </w:rPr>
        <w:t>Yeah, yeah. Well, the... the captioner on that show was so good at their job. Were, like, using captions I really creatively *Lucy: Yeah* to describe sound that now they have a cult following. *Lucy: Really?* Just the captioner. *Lucy: Wow!* *Alice: That's amazing!* Right? And I'm like, that is amazing! Like I want to live in a world that we have celebrity captioners! *Lucy: Yeah* We have celebrity audio describers, you know. *Lucy: Mm mm, yeah* And so I... I, like, so that's, like, a part of my work is really thinking about why do we hide all this, you know? Why do we hide, you know, the people that do the work? 'Cause the more that we hide everybody that does that kind of work, more likely that that job will be automated or... funding cuts?</w:t>
      </w:r>
    </w:p>
    <w:p>
      <w:pPr>
        <w:spacing w:after="0"/>
      </w:pPr>
    </w:p>
    <w:p>
      <w:pPr>
        <w:spacing w:after="0"/>
      </w:pPr>
      <w:r>
        <w:rPr>
          <w:rFonts w:ascii="Arial" w:hAnsi="Arial"/>
          <w:b/>
          <w:sz w:val="22"/>
        </w:rPr>
        <w:t xml:space="preserve">Alice  </w:t>
      </w:r>
      <w:r>
        <w:rPr>
          <w:rFonts w:ascii="Arial" w:hAnsi="Arial"/>
          <w:color w:val="5D7284"/>
          <w:sz w:val="22"/>
        </w:rPr>
        <w:t>31:03</w:t>
      </w:r>
    </w:p>
    <w:p>
      <w:pPr>
        <w:spacing w:after="0"/>
      </w:pPr>
      <w:r>
        <w:rPr>
          <w:rFonts w:ascii="Arial" w:hAnsi="Arial"/>
          <w:sz w:val="22"/>
        </w:rPr>
        <w:t>Yeah, absolutely. Absolutely.</w:t>
      </w:r>
    </w:p>
    <w:p>
      <w:pPr>
        <w:spacing w:after="0"/>
      </w:pPr>
    </w:p>
    <w:p>
      <w:pPr>
        <w:spacing w:after="0"/>
      </w:pPr>
      <w:r>
        <w:rPr>
          <w:rFonts w:ascii="Arial" w:hAnsi="Arial"/>
          <w:b/>
          <w:sz w:val="22"/>
        </w:rPr>
        <w:t xml:space="preserve">Louise  </w:t>
      </w:r>
      <w:r>
        <w:rPr>
          <w:rFonts w:ascii="Arial" w:hAnsi="Arial"/>
          <w:color w:val="5D7284"/>
          <w:sz w:val="22"/>
        </w:rPr>
        <w:t>31:07</w:t>
      </w:r>
    </w:p>
    <w:p>
      <w:pPr>
        <w:spacing w:after="0"/>
      </w:pPr>
      <w:r>
        <w:rPr>
          <w:rFonts w:ascii="Arial" w:hAnsi="Arial"/>
          <w:sz w:val="22"/>
        </w:rPr>
        <w:t>And so we are, *Alice: That's so interesting.* Yeah, you know what I mean? Do we have to be, like, "Oh, literally, they're doing a really good job describing things."</w:t>
      </w:r>
    </w:p>
    <w:p>
      <w:pPr>
        <w:spacing w:after="0"/>
      </w:pPr>
    </w:p>
    <w:p>
      <w:pPr>
        <w:spacing w:after="0"/>
      </w:pPr>
      <w:r>
        <w:rPr>
          <w:rFonts w:ascii="Arial" w:hAnsi="Arial"/>
          <w:b/>
          <w:sz w:val="22"/>
        </w:rPr>
        <w:t xml:space="preserve">Lucy  </w:t>
      </w:r>
      <w:r>
        <w:rPr>
          <w:rFonts w:ascii="Arial" w:hAnsi="Arial"/>
          <w:color w:val="5D7284"/>
          <w:sz w:val="22"/>
        </w:rPr>
        <w:t>31:14</w:t>
      </w:r>
    </w:p>
    <w:p>
      <w:pPr>
        <w:spacing w:after="0"/>
      </w:pPr>
      <w:r>
        <w:rPr>
          <w:rFonts w:ascii="Arial" w:hAnsi="Arial"/>
          <w:sz w:val="22"/>
        </w:rPr>
        <w:t>And... And the fact that this... the Stranger Things captionist... captioner... captionist?</w:t>
      </w:r>
    </w:p>
    <w:p>
      <w:pPr>
        <w:spacing w:after="0"/>
      </w:pPr>
    </w:p>
    <w:p>
      <w:pPr>
        <w:spacing w:after="0"/>
      </w:pPr>
      <w:r>
        <w:rPr>
          <w:rFonts w:ascii="Arial" w:hAnsi="Arial"/>
          <w:b/>
          <w:sz w:val="22"/>
        </w:rPr>
        <w:t xml:space="preserve">Louise  </w:t>
      </w:r>
      <w:r>
        <w:rPr>
          <w:rFonts w:ascii="Arial" w:hAnsi="Arial"/>
          <w:color w:val="5D7284"/>
          <w:sz w:val="22"/>
        </w:rPr>
        <w:t>31:19</w:t>
      </w:r>
    </w:p>
    <w:p>
      <w:pPr>
        <w:spacing w:after="0"/>
      </w:pPr>
      <w:r>
        <w:rPr>
          <w:rFonts w:ascii="Arial" w:hAnsi="Arial"/>
          <w:sz w:val="22"/>
        </w:rPr>
        <w:t>Yeah. I feel bad. I don't actually know their name... *Lucy and Louise laugh*</w:t>
      </w:r>
    </w:p>
    <w:p>
      <w:pPr>
        <w:spacing w:after="0"/>
      </w:pPr>
    </w:p>
    <w:p>
      <w:pPr>
        <w:spacing w:after="0"/>
      </w:pPr>
      <w:r>
        <w:rPr>
          <w:rFonts w:ascii="Arial" w:hAnsi="Arial"/>
          <w:b/>
          <w:sz w:val="22"/>
        </w:rPr>
        <w:t xml:space="preserve">Lucy  </w:t>
      </w:r>
      <w:r>
        <w:rPr>
          <w:rFonts w:ascii="Arial" w:hAnsi="Arial"/>
          <w:color w:val="5D7284"/>
          <w:sz w:val="22"/>
        </w:rPr>
        <w:t>31:25</w:t>
      </w:r>
    </w:p>
    <w:p>
      <w:pPr>
        <w:spacing w:after="0"/>
      </w:pPr>
      <w:r>
        <w:rPr>
          <w:rFonts w:ascii="Arial" w:hAnsi="Arial"/>
          <w:sz w:val="22"/>
        </w:rPr>
        <w:t>We can do a Google. It's fine. Um, she's obviously... they're obviously very, very passionate about their job and the work they do. And why shouldn't that be recognized, you know? It's, you know... Somebody is taking that much time and effort to caption a program for other people to enjoy. Why shouldn't they get the recognition they deserve? You know?</w:t>
      </w:r>
    </w:p>
    <w:p>
      <w:pPr>
        <w:spacing w:after="0"/>
      </w:pPr>
    </w:p>
    <w:p>
      <w:pPr>
        <w:spacing w:after="0"/>
      </w:pPr>
      <w:r>
        <w:rPr>
          <w:rFonts w:ascii="Arial" w:hAnsi="Arial"/>
          <w:b/>
          <w:sz w:val="22"/>
        </w:rPr>
        <w:t xml:space="preserve">Louise  </w:t>
      </w:r>
      <w:r>
        <w:rPr>
          <w:rFonts w:ascii="Arial" w:hAnsi="Arial"/>
          <w:color w:val="5D7284"/>
          <w:sz w:val="22"/>
        </w:rPr>
        <w:t>31:48</w:t>
      </w:r>
    </w:p>
    <w:p>
      <w:pPr>
        <w:spacing w:after="0"/>
      </w:pPr>
      <w:r>
        <w:rPr>
          <w:rFonts w:ascii="Arial" w:hAnsi="Arial"/>
          <w:sz w:val="22"/>
        </w:rPr>
        <w:t>Yeah! Exactly, that's... that's the world I want to live in. I want to, you know, like, I fantasize about this, and I've even done this with my students in class, I send them to a museum. *Lucy: Yeah.* And I'm, like, "Okay, I want you to pick different personalities... and I want you to do an audio description tour of the paintings and the objects." Until then, like, so I'll send them off. And I'd be like, "You're gonna be, like, a really sarcastic person" *Lucy laughs *, right? *Lucy: Fabulous!* "And describe it."</w:t>
      </w:r>
    </w:p>
    <w:p>
      <w:pPr>
        <w:spacing w:after="0"/>
      </w:pPr>
    </w:p>
    <w:p>
      <w:pPr>
        <w:spacing w:after="0"/>
      </w:pPr>
      <w:r>
        <w:rPr>
          <w:rFonts w:ascii="Arial" w:hAnsi="Arial"/>
          <w:b/>
          <w:sz w:val="22"/>
        </w:rPr>
        <w:t xml:space="preserve">Lucy  </w:t>
      </w:r>
      <w:r>
        <w:rPr>
          <w:rFonts w:ascii="Arial" w:hAnsi="Arial"/>
          <w:color w:val="5D7284"/>
          <w:sz w:val="22"/>
        </w:rPr>
        <w:t>32:25</w:t>
      </w:r>
    </w:p>
    <w:p>
      <w:pPr>
        <w:spacing w:after="0"/>
      </w:pPr>
      <w:r>
        <w:rPr>
          <w:rFonts w:ascii="Arial" w:hAnsi="Arial"/>
          <w:sz w:val="22"/>
        </w:rPr>
        <w:t xml:space="preserve">Yeah, yeah, yeah. Yeah. </w:t>
      </w:r>
    </w:p>
    <w:p>
      <w:pPr>
        <w:spacing w:after="0"/>
      </w:pPr>
    </w:p>
    <w:p>
      <w:pPr>
        <w:spacing w:after="0"/>
      </w:pPr>
      <w:r>
        <w:rPr>
          <w:rFonts w:ascii="Arial" w:hAnsi="Arial"/>
          <w:b/>
          <w:sz w:val="22"/>
        </w:rPr>
        <w:t xml:space="preserve">Louise  </w:t>
      </w:r>
      <w:r>
        <w:rPr>
          <w:rFonts w:ascii="Arial" w:hAnsi="Arial"/>
          <w:color w:val="5D7284"/>
          <w:sz w:val="22"/>
        </w:rPr>
        <w:t>32:26</w:t>
      </w:r>
    </w:p>
    <w:p>
      <w:pPr>
        <w:spacing w:after="0"/>
      </w:pPr>
      <w:r>
        <w:rPr>
          <w:rFonts w:ascii="Arial" w:hAnsi="Arial"/>
          <w:sz w:val="22"/>
        </w:rPr>
        <w:t>You know, just as a way to experiment. And this not to say that we don't need, like, audio tools that are more, kind of, neutral, though, um. Other people can enter, but it's just --- opened up that conversation.</w:t>
      </w:r>
    </w:p>
    <w:p>
      <w:pPr>
        <w:spacing w:after="0"/>
      </w:pPr>
    </w:p>
    <w:p>
      <w:pPr>
        <w:spacing w:after="0"/>
      </w:pPr>
      <w:r>
        <w:rPr>
          <w:rFonts w:ascii="Arial" w:hAnsi="Arial"/>
          <w:b/>
          <w:sz w:val="22"/>
        </w:rPr>
        <w:t xml:space="preserve">Lucy  </w:t>
      </w:r>
      <w:r>
        <w:rPr>
          <w:rFonts w:ascii="Arial" w:hAnsi="Arial"/>
          <w:color w:val="5D7284"/>
          <w:sz w:val="22"/>
        </w:rPr>
        <w:t>32:43</w:t>
      </w:r>
    </w:p>
    <w:p>
      <w:pPr>
        <w:spacing w:after="0"/>
      </w:pPr>
      <w:r>
        <w:rPr>
          <w:rFonts w:ascii="Arial" w:hAnsi="Arial"/>
          <w:sz w:val="22"/>
        </w:rPr>
        <w:t>Yeah, exactly, exactly. I think as well that if, you know, somebody says... Well, if, like, a museum came to somebody and said," I'd like you to record this audio descriptive tour, in this tone of voice", you've got to be able to go "Yeah, I can do that. That's not a problem." It's no good going, "I can't do that. I could just do my voice and my tone and what you get is what you get," you know. If somebody specifically asks for *Louise: Yeah* "We'd like you like this, please", you've got to do it, haven't you? You know.</w:t>
      </w:r>
    </w:p>
    <w:p>
      <w:pPr>
        <w:spacing w:after="0"/>
      </w:pPr>
    </w:p>
    <w:p>
      <w:pPr>
        <w:spacing w:after="0"/>
      </w:pPr>
      <w:r>
        <w:rPr>
          <w:rFonts w:ascii="Arial" w:hAnsi="Arial"/>
          <w:b/>
          <w:sz w:val="22"/>
        </w:rPr>
        <w:t xml:space="preserve">Alice  </w:t>
      </w:r>
      <w:r>
        <w:rPr>
          <w:rFonts w:ascii="Arial" w:hAnsi="Arial"/>
          <w:color w:val="5D7284"/>
          <w:sz w:val="22"/>
        </w:rPr>
        <w:t>33:12</w:t>
      </w:r>
    </w:p>
    <w:p>
      <w:pPr>
        <w:spacing w:after="0"/>
      </w:pPr>
      <w:r>
        <w:rPr>
          <w:rFonts w:ascii="Arial" w:hAnsi="Arial"/>
          <w:sz w:val="22"/>
        </w:rPr>
        <w:t>I've just googled it. From what I can see the Stranger Things' captioner's name is Catherine VanArendonk. *Correction: the captioner of Stranger Things is actually Jeff T.*</w:t>
      </w:r>
    </w:p>
    <w:p>
      <w:pPr>
        <w:spacing w:after="0"/>
      </w:pPr>
    </w:p>
    <w:p>
      <w:pPr>
        <w:spacing w:after="0"/>
      </w:pPr>
      <w:r>
        <w:rPr>
          <w:rFonts w:ascii="Arial" w:hAnsi="Arial"/>
          <w:b/>
          <w:sz w:val="22"/>
        </w:rPr>
        <w:t xml:space="preserve">Lucy  </w:t>
      </w:r>
      <w:r>
        <w:rPr>
          <w:rFonts w:ascii="Arial" w:hAnsi="Arial"/>
          <w:color w:val="5D7284"/>
          <w:sz w:val="22"/>
        </w:rPr>
        <w:t>33:20</w:t>
      </w:r>
    </w:p>
    <w:p>
      <w:pPr>
        <w:spacing w:after="0"/>
      </w:pPr>
      <w:r>
        <w:rPr>
          <w:rFonts w:ascii="Arial" w:hAnsi="Arial"/>
          <w:sz w:val="22"/>
        </w:rPr>
        <w:t>What a name! *laughs* *Louise: What a name!* Wonderful! Well, I have to do a bit of research. I think that might be a bit of a bonus, bonus content...</w:t>
      </w:r>
    </w:p>
    <w:p>
      <w:pPr>
        <w:spacing w:after="0"/>
      </w:pPr>
    </w:p>
    <w:p>
      <w:pPr>
        <w:spacing w:after="0"/>
      </w:pPr>
      <w:r>
        <w:rPr>
          <w:rFonts w:ascii="Arial" w:hAnsi="Arial"/>
          <w:b/>
          <w:sz w:val="22"/>
        </w:rPr>
        <w:t xml:space="preserve">Alice  </w:t>
      </w:r>
      <w:r>
        <w:rPr>
          <w:rFonts w:ascii="Arial" w:hAnsi="Arial"/>
          <w:color w:val="5D7284"/>
          <w:sz w:val="22"/>
        </w:rPr>
        <w:t>33:29</w:t>
      </w:r>
    </w:p>
    <w:p>
      <w:pPr>
        <w:spacing w:after="0"/>
      </w:pPr>
      <w:r>
        <w:rPr>
          <w:rFonts w:ascii="Arial" w:hAnsi="Arial"/>
          <w:sz w:val="22"/>
        </w:rPr>
        <w:t>Certainly somebody who's worth, uh, worth a follow on the old Twitters, I think.</w:t>
      </w:r>
    </w:p>
    <w:p>
      <w:pPr>
        <w:spacing w:after="0"/>
      </w:pPr>
    </w:p>
    <w:p>
      <w:pPr>
        <w:spacing w:after="0"/>
      </w:pPr>
      <w:r>
        <w:rPr>
          <w:rFonts w:ascii="Arial" w:hAnsi="Arial"/>
          <w:b/>
          <w:sz w:val="22"/>
        </w:rPr>
        <w:t xml:space="preserve">Lucy  </w:t>
      </w:r>
      <w:r>
        <w:rPr>
          <w:rFonts w:ascii="Arial" w:hAnsi="Arial"/>
          <w:color w:val="5D7284"/>
          <w:sz w:val="22"/>
        </w:rPr>
        <w:t>33:33</w:t>
      </w:r>
    </w:p>
    <w:p>
      <w:pPr>
        <w:spacing w:after="0"/>
      </w:pPr>
      <w:r>
        <w:rPr>
          <w:rFonts w:ascii="Arial" w:hAnsi="Arial"/>
          <w:sz w:val="22"/>
        </w:rPr>
        <w:t>I think so.</w:t>
      </w:r>
    </w:p>
    <w:p>
      <w:pPr>
        <w:spacing w:after="0"/>
      </w:pPr>
    </w:p>
    <w:p>
      <w:pPr>
        <w:spacing w:after="0"/>
      </w:pPr>
      <w:r>
        <w:rPr>
          <w:rFonts w:ascii="Arial" w:hAnsi="Arial"/>
          <w:b/>
          <w:sz w:val="22"/>
        </w:rPr>
        <w:t xml:space="preserve">Alice  </w:t>
      </w:r>
      <w:r>
        <w:rPr>
          <w:rFonts w:ascii="Arial" w:hAnsi="Arial"/>
          <w:color w:val="5D7284"/>
          <w:sz w:val="22"/>
        </w:rPr>
        <w:t>33:34</w:t>
      </w:r>
    </w:p>
    <w:p>
      <w:pPr>
        <w:spacing w:after="0"/>
      </w:pPr>
      <w:r>
        <w:rPr>
          <w:rFonts w:ascii="Arial" w:hAnsi="Arial"/>
          <w:sz w:val="22"/>
        </w:rPr>
        <w:t>Hmm. No, I think it's really, it's really interesting what you're saying there about those, kinds of, those hidden jobs and, ah... and, and the risk of them being replaced by AI, I think is also something really interesting. We, you know, there are, there are parts of the, kind of, community where it feels like AI is absolutely the way forward. And there are other parts of the, you know, society who feel very afraid of AI, I think. But I think that, you know, the biggest risk that AI poses generally is those kinds of job losses, unfortunately... is the, um...  In some ways, it's incredibly kind of empowering and freeing, but in other ways, as you say, it's a real threat to people with a lot of skill. And, um, you know, speciality that that would be, you know, part of the magic and part of the, um, effectiveness of what they do, I think, would be lost if they were replaced by robots.</w:t>
      </w:r>
    </w:p>
    <w:p>
      <w:pPr>
        <w:spacing w:after="0"/>
      </w:pPr>
    </w:p>
    <w:p>
      <w:pPr>
        <w:spacing w:after="0"/>
      </w:pPr>
      <w:r>
        <w:rPr>
          <w:rFonts w:ascii="Arial" w:hAnsi="Arial"/>
          <w:b/>
          <w:sz w:val="22"/>
        </w:rPr>
        <w:t xml:space="preserve">Louise  </w:t>
      </w:r>
      <w:r>
        <w:rPr>
          <w:rFonts w:ascii="Arial" w:hAnsi="Arial"/>
          <w:color w:val="5D7284"/>
          <w:sz w:val="22"/>
        </w:rPr>
        <w:t>34:38</w:t>
      </w:r>
    </w:p>
    <w:p>
      <w:pPr>
        <w:spacing w:after="0"/>
      </w:pPr>
      <w:r>
        <w:rPr>
          <w:rFonts w:ascii="Arial" w:hAnsi="Arial"/>
          <w:sz w:val="22"/>
        </w:rPr>
        <w:t>Well, can you... I mean, you can't have an automated audio describer for horror film. *Alice &amp; Lucy: No* It's not possible. *Lucy: No.* That would take a lot of training of data for something that is a one- off task.</w:t>
      </w:r>
    </w:p>
    <w:p>
      <w:pPr>
        <w:spacing w:after="0"/>
      </w:pPr>
    </w:p>
    <w:p>
      <w:pPr>
        <w:spacing w:after="0"/>
      </w:pPr>
      <w:r>
        <w:rPr>
          <w:rFonts w:ascii="Arial" w:hAnsi="Arial"/>
          <w:b/>
          <w:sz w:val="22"/>
        </w:rPr>
        <w:t xml:space="preserve">Lucy  </w:t>
      </w:r>
      <w:r>
        <w:rPr>
          <w:rFonts w:ascii="Arial" w:hAnsi="Arial"/>
          <w:color w:val="5D7284"/>
          <w:sz w:val="22"/>
        </w:rPr>
        <w:t>34:58</w:t>
      </w:r>
    </w:p>
    <w:p>
      <w:pPr>
        <w:spacing w:after="0"/>
      </w:pPr>
      <w:r>
        <w:rPr>
          <w:rFonts w:ascii="Arial" w:hAnsi="Arial"/>
          <w:sz w:val="22"/>
        </w:rPr>
        <w:t>Yeah. *Alice: Mmm* AI is good, isn't it, with a routine? If you want *Louise: Yeah* to do this, however many times a day, is very good at that. But if you wanted to do spontaneity - can't do that. What is spontaneity, because you need a human brain to be able to do spontaneity. Um, yeah, it's, it's...</w:t>
      </w:r>
    </w:p>
    <w:p>
      <w:pPr>
        <w:spacing w:after="0"/>
      </w:pPr>
    </w:p>
    <w:p>
      <w:pPr>
        <w:spacing w:after="0"/>
      </w:pPr>
      <w:r>
        <w:rPr>
          <w:rFonts w:ascii="Arial" w:hAnsi="Arial"/>
          <w:b/>
          <w:sz w:val="22"/>
        </w:rPr>
        <w:t xml:space="preserve">Louise  </w:t>
      </w:r>
      <w:r>
        <w:rPr>
          <w:rFonts w:ascii="Arial" w:hAnsi="Arial"/>
          <w:color w:val="5D7284"/>
          <w:sz w:val="22"/>
        </w:rPr>
        <w:t>35:16</w:t>
      </w:r>
    </w:p>
    <w:p>
      <w:pPr>
        <w:spacing w:after="0"/>
      </w:pPr>
      <w:r>
        <w:rPr>
          <w:rFonts w:ascii="Arial" w:hAnsi="Arial"/>
          <w:sz w:val="22"/>
        </w:rPr>
        <w:t>Yeah. It's really interesting, um, I think, for the future of thinking about disability, and how we belong to the future. We have to design AI systems to be responsible. And that is really, really tricky when... wait, I'm trying not to be, like, too researcher-y here. But, you know, I... You know, disabled people in the UK, for example, are often surveilled by, you know, the benefit agency, if you like, you know, if you... Remember those big, like... Well, I don't know why I'm, like, saying this is in the past, because it's not in the past. But the big, like, books on the DLA where you had, like, tens of pages of just being, like, you know, um, talking about your ability... You know, what, "Can you do this? Can you take a shit? Can you prove..."</w:t>
      </w:r>
    </w:p>
    <w:p>
      <w:pPr>
        <w:spacing w:after="0"/>
      </w:pPr>
    </w:p>
    <w:p>
      <w:pPr>
        <w:spacing w:after="0"/>
      </w:pPr>
      <w:r>
        <w:rPr>
          <w:rFonts w:ascii="Arial" w:hAnsi="Arial"/>
          <w:b/>
          <w:sz w:val="22"/>
        </w:rPr>
        <w:t xml:space="preserve">Alice  </w:t>
      </w:r>
      <w:r>
        <w:rPr>
          <w:rFonts w:ascii="Arial" w:hAnsi="Arial"/>
          <w:color w:val="5D7284"/>
          <w:sz w:val="22"/>
        </w:rPr>
        <w:t>36:23</w:t>
      </w:r>
    </w:p>
    <w:p>
      <w:pPr>
        <w:spacing w:after="0"/>
      </w:pPr>
      <w:r>
        <w:rPr>
          <w:rFonts w:ascii="Arial" w:hAnsi="Arial"/>
          <w:sz w:val="22"/>
        </w:rPr>
        <w:t>...prove how disabled you are?"</w:t>
      </w:r>
    </w:p>
    <w:p>
      <w:pPr>
        <w:spacing w:after="0"/>
      </w:pPr>
    </w:p>
    <w:p>
      <w:pPr>
        <w:spacing w:after="0"/>
      </w:pPr>
      <w:r>
        <w:rPr>
          <w:rFonts w:ascii="Arial" w:hAnsi="Arial"/>
          <w:b/>
          <w:sz w:val="22"/>
        </w:rPr>
        <w:t xml:space="preserve">Louise  </w:t>
      </w:r>
      <w:r>
        <w:rPr>
          <w:rFonts w:ascii="Arial" w:hAnsi="Arial"/>
          <w:color w:val="5D7284"/>
          <w:sz w:val="22"/>
        </w:rPr>
        <w:t>36:25</w:t>
      </w:r>
    </w:p>
    <w:p>
      <w:pPr>
        <w:spacing w:after="0"/>
      </w:pPr>
      <w:r>
        <w:rPr>
          <w:rFonts w:ascii="Arial" w:hAnsi="Arial"/>
          <w:sz w:val="22"/>
        </w:rPr>
        <w:t>Yeah, yeah, yeah. Well, you know, that is, effectively, is an algorithm. *struggles to pronounce 'algorithm'*</w:t>
      </w:r>
    </w:p>
    <w:p>
      <w:pPr>
        <w:spacing w:after="0"/>
      </w:pPr>
    </w:p>
    <w:p>
      <w:pPr>
        <w:spacing w:after="0"/>
      </w:pPr>
      <w:r>
        <w:rPr>
          <w:rFonts w:ascii="Arial" w:hAnsi="Arial"/>
          <w:b/>
          <w:sz w:val="22"/>
        </w:rPr>
        <w:t xml:space="preserve">Lucy  </w:t>
      </w:r>
      <w:r>
        <w:rPr>
          <w:rFonts w:ascii="Arial" w:hAnsi="Arial"/>
          <w:color w:val="5D7284"/>
          <w:sz w:val="22"/>
        </w:rPr>
        <w:t>36:34</w:t>
      </w:r>
    </w:p>
    <w:p>
      <w:pPr>
        <w:spacing w:after="0"/>
      </w:pPr>
      <w:r>
        <w:rPr>
          <w:rFonts w:ascii="Arial" w:hAnsi="Arial"/>
          <w:sz w:val="22"/>
        </w:rPr>
        <w:t>"Algorithm". *Louise: Thank you!* *laughs* You're very welcome.</w:t>
      </w:r>
    </w:p>
    <w:p>
      <w:pPr>
        <w:spacing w:after="0"/>
      </w:pPr>
    </w:p>
    <w:p>
      <w:pPr>
        <w:spacing w:after="0"/>
      </w:pPr>
      <w:r>
        <w:rPr>
          <w:rFonts w:ascii="Arial" w:hAnsi="Arial"/>
          <w:b/>
          <w:sz w:val="22"/>
        </w:rPr>
        <w:t xml:space="preserve">Louise  </w:t>
      </w:r>
      <w:r>
        <w:rPr>
          <w:rFonts w:ascii="Arial" w:hAnsi="Arial"/>
          <w:color w:val="5D7284"/>
          <w:sz w:val="22"/>
        </w:rPr>
        <w:t>36:36</w:t>
      </w:r>
    </w:p>
    <w:p>
      <w:pPr>
        <w:spacing w:after="0"/>
      </w:pPr>
      <w:r>
        <w:rPr>
          <w:rFonts w:ascii="Arial" w:hAnsi="Arial"/>
          <w:sz w:val="22"/>
        </w:rPr>
        <w:t>*laughs* Yeah, because it's a series of rules, that allocates points, right? *Lucy: Yeah. Yeah.* Which is data, right? *Alice: And we know how well that works.* Yeah, exactly! So, in some ways, historically, we have been fed through this system for quite a while. *Lucy: Yeah.* But we don't often think about those forms as a form of algorithm *laughs* *Lucy: No. No.* You know? But it is. It's rules, and it's data. And...But now what is happening, and this is... Whoa, you know, I'm just... a little bit nerdy now. What's happening to all the numbers is it's being placed in the black box. And we can't get into that back box anymore to see what the rules they're working. Yeah, yes. I see. I get it. Yeah. *Louise: Do you see what I'm saying?* *Alice &amp; Lucy: Yeah, yeah, yeah.* It's the unknown, isn't it really? *Louise: Mm mm, yeah.*</w:t>
      </w:r>
    </w:p>
    <w:p>
      <w:pPr>
        <w:spacing w:after="0"/>
      </w:pPr>
    </w:p>
    <w:p>
      <w:pPr>
        <w:spacing w:after="0"/>
      </w:pPr>
      <w:r>
        <w:rPr>
          <w:rFonts w:ascii="Arial" w:hAnsi="Arial"/>
          <w:b/>
          <w:sz w:val="22"/>
        </w:rPr>
        <w:t xml:space="preserve">Alice  </w:t>
      </w:r>
      <w:r>
        <w:rPr>
          <w:rFonts w:ascii="Arial" w:hAnsi="Arial"/>
          <w:color w:val="5D7284"/>
          <w:sz w:val="22"/>
        </w:rPr>
        <w:t>37:40</w:t>
      </w:r>
    </w:p>
    <w:p>
      <w:pPr>
        <w:spacing w:after="0"/>
      </w:pPr>
      <w:r>
        <w:rPr>
          <w:rFonts w:ascii="Arial" w:hAnsi="Arial"/>
          <w:sz w:val="22"/>
        </w:rPr>
        <w:t>And, you know, how are we supposed to navigate the system? If we can't under... see how... see the rules of the system, you know? How can you not break the law if you don't know what the laws are? *Lucy &amp; Louise: Yeah.* You know, if it turns out that, actually, nipping over the road when it's not a green man, but still no traffic coming turns out to be against the law, like, so many people are breaking the law on a daily basis. But if nobody tells you that, how are you supposed to know? *Lucy: Yeah, exactly.*</w:t>
      </w:r>
    </w:p>
    <w:p>
      <w:pPr>
        <w:spacing w:after="0"/>
      </w:pPr>
    </w:p>
    <w:p>
      <w:pPr>
        <w:spacing w:after="0"/>
      </w:pPr>
      <w:r>
        <w:rPr>
          <w:rFonts w:ascii="Arial" w:hAnsi="Arial"/>
          <w:b/>
          <w:sz w:val="22"/>
        </w:rPr>
        <w:t xml:space="preserve">Louise  </w:t>
      </w:r>
      <w:r>
        <w:rPr>
          <w:rFonts w:ascii="Arial" w:hAnsi="Arial"/>
          <w:color w:val="5D7284"/>
          <w:sz w:val="22"/>
        </w:rPr>
        <w:t>38:10</w:t>
      </w:r>
    </w:p>
    <w:p>
      <w:pPr>
        <w:spacing w:after="0"/>
      </w:pPr>
      <w:r>
        <w:rPr>
          <w:rFonts w:ascii="Arial" w:hAnsi="Arial"/>
          <w:sz w:val="22"/>
        </w:rPr>
        <w:t>Yeah. Yeah. And that... and that's one of the complexities. A weird word, but you know what I mean. Now, if I wanted to think about AI is that we don't know the rules. And so that was... the dangerous aspect of it. *Lucy: Mmm.* And you know, ... other good things, you know, but, um, I try not to be, like, go down one side or the other. I try to be, like, you know, this balance person, *Lucy: Yeah, yeah, yeah. Yeah* you know, but the other end to this, spectrum ... or like being "Yeah, but we don't see these workers that do all this incredible work, or captioning or doing sign language interpretation", you know? So, I mean, that's like the big wide world of AI that I work in and try to work on. *chuckles*</w:t>
      </w:r>
    </w:p>
    <w:p>
      <w:pPr>
        <w:spacing w:after="0"/>
      </w:pPr>
    </w:p>
    <w:p>
      <w:pPr>
        <w:spacing w:after="0"/>
      </w:pPr>
      <w:r>
        <w:rPr>
          <w:rFonts w:ascii="Arial" w:hAnsi="Arial"/>
          <w:b/>
          <w:sz w:val="22"/>
        </w:rPr>
        <w:t xml:space="preserve">Lucy  </w:t>
      </w:r>
      <w:r>
        <w:rPr>
          <w:rFonts w:ascii="Arial" w:hAnsi="Arial"/>
          <w:color w:val="5D7284"/>
          <w:sz w:val="22"/>
        </w:rPr>
        <w:t>39:09</w:t>
      </w:r>
    </w:p>
    <w:p>
      <w:pPr>
        <w:spacing w:after="0"/>
      </w:pPr>
      <w:r>
        <w:rPr>
          <w:rFonts w:ascii="Arial" w:hAnsi="Arial"/>
          <w:sz w:val="22"/>
        </w:rPr>
        <w:t>Can you give us, like, the golden rules of what, what makes a good caption. And what makes a terrible caption. You must've... we must have read and whilst watched stuff and gone "I can't follow this. This is awful. What, what is this person? is this person even concentrating?" And then you must have watched stuff like Stranger Things and gone "This is amazing. I am completely invested in this."</w:t>
      </w:r>
    </w:p>
    <w:p>
      <w:pPr>
        <w:spacing w:after="0"/>
      </w:pPr>
    </w:p>
    <w:p>
      <w:pPr>
        <w:spacing w:after="0"/>
      </w:pPr>
      <w:r>
        <w:rPr>
          <w:rFonts w:ascii="Arial" w:hAnsi="Arial"/>
          <w:b/>
          <w:sz w:val="22"/>
        </w:rPr>
        <w:t xml:space="preserve">Louise  </w:t>
      </w:r>
      <w:r>
        <w:rPr>
          <w:rFonts w:ascii="Arial" w:hAnsi="Arial"/>
          <w:color w:val="5D7284"/>
          <w:sz w:val="22"/>
        </w:rPr>
        <w:t>39:30</w:t>
      </w:r>
    </w:p>
    <w:p>
      <w:pPr>
        <w:spacing w:after="0"/>
      </w:pPr>
      <w:r>
        <w:rPr>
          <w:rFonts w:ascii="Arial" w:hAnsi="Arial"/>
          <w:sz w:val="22"/>
        </w:rPr>
        <w:t>I'm a scaredy cat, you remember? *Alice &amp; Lucy laugh*</w:t>
      </w:r>
    </w:p>
    <w:p>
      <w:pPr>
        <w:spacing w:after="0"/>
      </w:pPr>
    </w:p>
    <w:p>
      <w:pPr>
        <w:spacing w:after="0"/>
      </w:pPr>
      <w:r>
        <w:rPr>
          <w:rFonts w:ascii="Arial" w:hAnsi="Arial"/>
          <w:b/>
          <w:sz w:val="22"/>
        </w:rPr>
        <w:t xml:space="preserve">Alice  </w:t>
      </w:r>
      <w:r>
        <w:rPr>
          <w:rFonts w:ascii="Arial" w:hAnsi="Arial"/>
          <w:color w:val="5D7284"/>
          <w:sz w:val="22"/>
        </w:rPr>
        <w:t>39:33</w:t>
      </w:r>
    </w:p>
    <w:p>
      <w:pPr>
        <w:spacing w:after="0"/>
      </w:pPr>
      <w:r>
        <w:rPr>
          <w:rFonts w:ascii="Arial" w:hAnsi="Arial"/>
          <w:sz w:val="22"/>
        </w:rPr>
        <w:t>Oh, she's not seen Stranger Things? *Louise laughs*</w:t>
      </w:r>
    </w:p>
    <w:p>
      <w:pPr>
        <w:spacing w:after="0"/>
      </w:pPr>
    </w:p>
    <w:p>
      <w:pPr>
        <w:spacing w:after="0"/>
      </w:pPr>
      <w:r>
        <w:rPr>
          <w:rFonts w:ascii="Arial" w:hAnsi="Arial"/>
          <w:b/>
          <w:sz w:val="22"/>
        </w:rPr>
        <w:t xml:space="preserve">Lucy  </w:t>
      </w:r>
      <w:r>
        <w:rPr>
          <w:rFonts w:ascii="Arial" w:hAnsi="Arial"/>
          <w:color w:val="5D7284"/>
          <w:sz w:val="22"/>
        </w:rPr>
        <w:t>39:36</w:t>
      </w:r>
    </w:p>
    <w:p>
      <w:pPr>
        <w:spacing w:after="0"/>
      </w:pPr>
      <w:r>
        <w:rPr>
          <w:rFonts w:ascii="Arial" w:hAnsi="Arial"/>
          <w:sz w:val="22"/>
        </w:rPr>
        <w:t>That's the kind of thing what, what is, what are the golden rules of captioning that makes it really, something really good and engaging and something that's not as ideal?</w:t>
      </w:r>
    </w:p>
    <w:p>
      <w:pPr>
        <w:spacing w:after="0"/>
      </w:pPr>
    </w:p>
    <w:p>
      <w:pPr>
        <w:spacing w:after="0"/>
      </w:pPr>
      <w:r>
        <w:rPr>
          <w:rFonts w:ascii="Arial" w:hAnsi="Arial"/>
          <w:b/>
          <w:sz w:val="22"/>
        </w:rPr>
        <w:t xml:space="preserve">Louise  </w:t>
      </w:r>
      <w:r>
        <w:rPr>
          <w:rFonts w:ascii="Arial" w:hAnsi="Arial"/>
          <w:color w:val="5D7284"/>
          <w:sz w:val="22"/>
        </w:rPr>
        <w:t>39:47</w:t>
      </w:r>
    </w:p>
    <w:p>
      <w:pPr>
        <w:spacing w:after="0"/>
      </w:pPr>
      <w:r>
        <w:rPr>
          <w:rFonts w:ascii="Arial" w:hAnsi="Arial"/>
          <w:sz w:val="22"/>
        </w:rPr>
        <w:t>Well, okay, let me tell you another anecdote, right? Um, like a few years ago, I, I remember this really clearly, there was this thing that was going around on YouTube called Craptions....Have you heard of that? *Lucy: Right, no.* *Alice: No. I assume they are bad captions.* Yeah, exactly. It was, like, the early days of YouTube auto captioning. *Lucy: Oh, yes!* So, so, like, comedians *Lucy laughs* would, like, rock up on YouTube. And they will do the whole, like, sketch, you know, telling jokes and being funny. And then, they would redo the same sketch. And then they would read out the auto captions on there *Lucy laughs: That's amazing!* like jokes. *Lucy: Yeah.* And they were saying really weird things. And they were so funny! It was hilarious. Maybe you can put that in your show notes.</w:t>
      </w:r>
    </w:p>
    <w:p>
      <w:pPr>
        <w:spacing w:after="0"/>
      </w:pPr>
    </w:p>
    <w:p>
      <w:pPr>
        <w:spacing w:after="0"/>
      </w:pPr>
      <w:r>
        <w:rPr>
          <w:rFonts w:ascii="Arial" w:hAnsi="Arial"/>
          <w:b/>
          <w:sz w:val="22"/>
        </w:rPr>
        <w:t xml:space="preserve">Lucy  </w:t>
      </w:r>
      <w:r>
        <w:rPr>
          <w:rFonts w:ascii="Arial" w:hAnsi="Arial"/>
          <w:color w:val="5D7284"/>
          <w:sz w:val="22"/>
        </w:rPr>
        <w:t>40:48</w:t>
      </w:r>
    </w:p>
    <w:p>
      <w:pPr>
        <w:spacing w:after="0"/>
      </w:pPr>
      <w:r>
        <w:rPr>
          <w:rFonts w:ascii="Arial" w:hAnsi="Arial"/>
          <w:sz w:val="22"/>
        </w:rPr>
        <w:t>Yeah, absolutely. We'll definitely do a bit of research about that. I mean, thinking about, sort of, AI, and we... So we provide a transcript to every episode of our podcast. *Louise: Yeah.* And we use a program called Otter AI. Now Otter AI is brilliant about 85% of the time. We still have to go through the whole transcript and make sure that it's picked up what we've said, and it's correct, it's correctly picked up what we've said. The amount of times that our intro to our podcast is, um...</w:t>
      </w:r>
    </w:p>
    <w:p>
      <w:pPr>
        <w:spacing w:after="0"/>
      </w:pPr>
    </w:p>
    <w:p>
      <w:pPr>
        <w:spacing w:after="0"/>
      </w:pPr>
      <w:r>
        <w:rPr>
          <w:rFonts w:ascii="Arial" w:hAnsi="Arial"/>
          <w:b/>
          <w:sz w:val="22"/>
        </w:rPr>
        <w:t xml:space="preserve">Alice  </w:t>
      </w:r>
      <w:r>
        <w:rPr>
          <w:rFonts w:ascii="Arial" w:hAnsi="Arial"/>
          <w:color w:val="5D7284"/>
          <w:sz w:val="22"/>
        </w:rPr>
        <w:t>41:20</w:t>
      </w:r>
    </w:p>
    <w:p>
      <w:pPr>
        <w:spacing w:after="0"/>
      </w:pPr>
      <w:r>
        <w:rPr>
          <w:rFonts w:ascii="Arial" w:hAnsi="Arial"/>
          <w:sz w:val="22"/>
        </w:rPr>
        <w:t>It's the same. *Lucy: Yeah.* It's been the same for two years...</w:t>
      </w:r>
    </w:p>
    <w:p>
      <w:pPr>
        <w:spacing w:after="0"/>
      </w:pPr>
    </w:p>
    <w:p>
      <w:pPr>
        <w:spacing w:after="0"/>
      </w:pPr>
      <w:r>
        <w:rPr>
          <w:rFonts w:ascii="Arial" w:hAnsi="Arial"/>
          <w:b/>
          <w:sz w:val="22"/>
        </w:rPr>
        <w:t xml:space="preserve">Lucy  </w:t>
      </w:r>
      <w:r>
        <w:rPr>
          <w:rFonts w:ascii="Arial" w:hAnsi="Arial"/>
          <w:color w:val="5D7284"/>
          <w:sz w:val="22"/>
        </w:rPr>
        <w:t>41:22</w:t>
      </w:r>
    </w:p>
    <w:p>
      <w:pPr>
        <w:spacing w:after="0"/>
      </w:pPr>
      <w:r>
        <w:rPr>
          <w:rFonts w:ascii="Arial" w:hAnsi="Arial"/>
          <w:sz w:val="22"/>
        </w:rPr>
        <w:t>"Welcome to the lABLEd podcast. I'm Lucy." And Alice goes "I'm Alice..." And that opening intro, which has been the same for however long we've been doing this, it always, 9 times out of 10 goes, "I'm lazy. And I'm Alice" *laughs* I am thinking "That is very rude!" I think Otter AI, need to have, I need to have a word with them. But , uh, some of the stuff it comes out with you think "That's not what I said!" I don't know if it's because I'm a Midlander and I've got a slight Brummie accent that it can't tell I've got.</w:t>
      </w:r>
    </w:p>
    <w:p>
      <w:pPr>
        <w:spacing w:after="0"/>
      </w:pPr>
    </w:p>
    <w:p>
      <w:pPr>
        <w:spacing w:after="0"/>
      </w:pPr>
      <w:r>
        <w:rPr>
          <w:rFonts w:ascii="Arial" w:hAnsi="Arial"/>
          <w:b/>
          <w:sz w:val="22"/>
        </w:rPr>
        <w:t xml:space="preserve">Alice  </w:t>
      </w:r>
      <w:r>
        <w:rPr>
          <w:rFonts w:ascii="Arial" w:hAnsi="Arial"/>
          <w:color w:val="5D7284"/>
          <w:sz w:val="22"/>
        </w:rPr>
        <w:t>41:55</w:t>
      </w:r>
    </w:p>
    <w:p>
      <w:pPr>
        <w:spacing w:after="0"/>
      </w:pPr>
      <w:r>
        <w:rPr>
          <w:rFonts w:ascii="Arial" w:hAnsi="Arial"/>
          <w:sz w:val="22"/>
        </w:rPr>
        <w:t>AI is supposed to learn. Like, how is it not learned that we have corrected what it says every time... *laughs*</w:t>
      </w:r>
    </w:p>
    <w:p>
      <w:pPr>
        <w:spacing w:after="0"/>
      </w:pPr>
    </w:p>
    <w:p>
      <w:pPr>
        <w:spacing w:after="0"/>
      </w:pPr>
      <w:r>
        <w:rPr>
          <w:rFonts w:ascii="Arial" w:hAnsi="Arial"/>
          <w:b/>
          <w:sz w:val="22"/>
        </w:rPr>
        <w:t xml:space="preserve">Lucy  </w:t>
      </w:r>
      <w:r>
        <w:rPr>
          <w:rFonts w:ascii="Arial" w:hAnsi="Arial"/>
          <w:color w:val="5D7284"/>
          <w:sz w:val="22"/>
        </w:rPr>
        <w:t>42:00</w:t>
      </w:r>
    </w:p>
    <w:p>
      <w:pPr>
        <w:spacing w:after="0"/>
      </w:pPr>
      <w:r>
        <w:rPr>
          <w:rFonts w:ascii="Arial" w:hAnsi="Arial"/>
          <w:sz w:val="22"/>
        </w:rPr>
        <w:t xml:space="preserve"> ...and gone, "Oh! She means Lucy, not lazy."</w:t>
      </w:r>
    </w:p>
    <w:p>
      <w:pPr>
        <w:spacing w:after="0"/>
      </w:pPr>
    </w:p>
    <w:p>
      <w:pPr>
        <w:spacing w:after="0"/>
      </w:pPr>
      <w:r>
        <w:rPr>
          <w:rFonts w:ascii="Arial" w:hAnsi="Arial"/>
          <w:b/>
          <w:sz w:val="22"/>
        </w:rPr>
        <w:t xml:space="preserve">Alice  </w:t>
      </w:r>
      <w:r>
        <w:rPr>
          <w:rFonts w:ascii="Arial" w:hAnsi="Arial"/>
          <w:color w:val="5D7284"/>
          <w:sz w:val="22"/>
        </w:rPr>
        <w:t>42:06</w:t>
      </w:r>
    </w:p>
    <w:p>
      <w:pPr>
        <w:spacing w:after="0"/>
      </w:pPr>
      <w:r>
        <w:rPr>
          <w:rFonts w:ascii="Arial" w:hAnsi="Arial"/>
          <w:sz w:val="22"/>
        </w:rPr>
        <w:t>Yeah, twice a month, *Lucy: Yeah.* for two years, *Lucy: Yeah.* we've changed lazy to Lucy *Lucy laughs* and that is still, like, "Oh, God,  this bit again..."</w:t>
      </w:r>
    </w:p>
    <w:p>
      <w:pPr>
        <w:spacing w:after="0"/>
      </w:pPr>
    </w:p>
    <w:p>
      <w:pPr>
        <w:spacing w:after="0"/>
      </w:pPr>
      <w:r>
        <w:rPr>
          <w:rFonts w:ascii="Arial" w:hAnsi="Arial"/>
          <w:b/>
          <w:sz w:val="22"/>
        </w:rPr>
        <w:t xml:space="preserve">Lucy  </w:t>
      </w:r>
      <w:r>
        <w:rPr>
          <w:rFonts w:ascii="Arial" w:hAnsi="Arial"/>
          <w:color w:val="5D7284"/>
          <w:sz w:val="22"/>
        </w:rPr>
        <w:t>42:13</w:t>
      </w:r>
    </w:p>
    <w:p>
      <w:pPr>
        <w:spacing w:after="0"/>
      </w:pPr>
      <w:r>
        <w:rPr>
          <w:rFonts w:ascii="Arial" w:hAnsi="Arial"/>
          <w:sz w:val="22"/>
        </w:rPr>
        <w:t>No! She's still lazy. *chuckles* And they might be Lucy, but she's lazy.</w:t>
      </w:r>
    </w:p>
    <w:p>
      <w:pPr>
        <w:spacing w:after="0"/>
      </w:pPr>
    </w:p>
    <w:p>
      <w:pPr>
        <w:spacing w:after="0"/>
      </w:pPr>
      <w:r>
        <w:rPr>
          <w:rFonts w:ascii="Arial" w:hAnsi="Arial"/>
          <w:b/>
          <w:sz w:val="22"/>
        </w:rPr>
        <w:t xml:space="preserve">Louise  </w:t>
      </w:r>
      <w:r>
        <w:rPr>
          <w:rFonts w:ascii="Arial" w:hAnsi="Arial"/>
          <w:color w:val="5D7284"/>
          <w:sz w:val="22"/>
        </w:rPr>
        <w:t>42:18</w:t>
      </w:r>
    </w:p>
    <w:p>
      <w:pPr>
        <w:spacing w:after="0"/>
      </w:pPr>
      <w:r>
        <w:rPr>
          <w:rFonts w:ascii="Arial" w:hAnsi="Arial"/>
          <w:sz w:val="22"/>
        </w:rPr>
        <w:t>I think you should rename your podcast. *Alice laughs*</w:t>
      </w:r>
    </w:p>
    <w:p>
      <w:pPr>
        <w:spacing w:after="0"/>
      </w:pPr>
    </w:p>
    <w:p>
      <w:pPr>
        <w:spacing w:after="0"/>
      </w:pPr>
      <w:r>
        <w:rPr>
          <w:rFonts w:ascii="Arial" w:hAnsi="Arial"/>
          <w:b/>
          <w:sz w:val="22"/>
        </w:rPr>
        <w:t xml:space="preserve">Lucy  </w:t>
      </w:r>
      <w:r>
        <w:rPr>
          <w:rFonts w:ascii="Arial" w:hAnsi="Arial"/>
          <w:color w:val="5D7284"/>
          <w:sz w:val="22"/>
        </w:rPr>
        <w:t>42:24</w:t>
      </w:r>
    </w:p>
    <w:p>
      <w:pPr>
        <w:spacing w:after="0"/>
      </w:pPr>
      <w:r>
        <w:rPr>
          <w:rFonts w:ascii="Arial" w:hAnsi="Arial"/>
          <w:sz w:val="22"/>
        </w:rPr>
        <w:t>To what?</w:t>
      </w:r>
    </w:p>
    <w:p>
      <w:pPr>
        <w:spacing w:after="0"/>
      </w:pPr>
    </w:p>
    <w:p>
      <w:pPr>
        <w:spacing w:after="0"/>
      </w:pPr>
      <w:r>
        <w:rPr>
          <w:rFonts w:ascii="Arial" w:hAnsi="Arial"/>
          <w:b/>
          <w:sz w:val="22"/>
        </w:rPr>
        <w:t xml:space="preserve">Louise  </w:t>
      </w:r>
      <w:r>
        <w:rPr>
          <w:rFonts w:ascii="Arial" w:hAnsi="Arial"/>
          <w:color w:val="5D7284"/>
          <w:sz w:val="22"/>
        </w:rPr>
        <w:t>42:25</w:t>
      </w:r>
    </w:p>
    <w:p>
      <w:pPr>
        <w:spacing w:after="0"/>
      </w:pPr>
      <w:r>
        <w:rPr>
          <w:rFonts w:ascii="Arial" w:hAnsi="Arial"/>
          <w:sz w:val="22"/>
        </w:rPr>
        <w:t>Yeah, 'cause, to "Lazy and Alice"... *Lucy laughs: Lazy and Alice* *Louise laughs* *Alice: That's brilliant!" It's the cheeky, you know, cheeky pander...No, I don't really, but...</w:t>
      </w:r>
    </w:p>
    <w:p>
      <w:pPr>
        <w:spacing w:after="0"/>
      </w:pPr>
    </w:p>
    <w:p>
      <w:pPr>
        <w:spacing w:after="0"/>
      </w:pPr>
      <w:r>
        <w:rPr>
          <w:rFonts w:ascii="Arial" w:hAnsi="Arial"/>
          <w:b/>
          <w:sz w:val="22"/>
        </w:rPr>
        <w:t xml:space="preserve">Lucy  </w:t>
      </w:r>
      <w:r>
        <w:rPr>
          <w:rFonts w:ascii="Arial" w:hAnsi="Arial"/>
          <w:color w:val="5D7284"/>
          <w:sz w:val="22"/>
        </w:rPr>
        <w:t>42:38</w:t>
      </w:r>
    </w:p>
    <w:p>
      <w:pPr>
        <w:spacing w:after="0"/>
      </w:pPr>
      <w:r>
        <w:rPr>
          <w:rFonts w:ascii="Arial" w:hAnsi="Arial"/>
          <w:sz w:val="22"/>
        </w:rPr>
        <w:t>Yeah, exactly! We're just, uh... We're just get, we're just giving in to AI and calling, calling ourselves, "Alice and Lazy."</w:t>
      </w:r>
    </w:p>
    <w:p>
      <w:pPr>
        <w:spacing w:after="0"/>
      </w:pPr>
    </w:p>
    <w:p>
      <w:pPr>
        <w:spacing w:after="0"/>
      </w:pPr>
      <w:r>
        <w:rPr>
          <w:rFonts w:ascii="Arial" w:hAnsi="Arial"/>
          <w:b/>
          <w:sz w:val="22"/>
        </w:rPr>
        <w:t xml:space="preserve">Louise  </w:t>
      </w:r>
      <w:r>
        <w:rPr>
          <w:rFonts w:ascii="Arial" w:hAnsi="Arial"/>
          <w:color w:val="5D7284"/>
          <w:sz w:val="22"/>
        </w:rPr>
        <w:t>42:47</w:t>
      </w:r>
    </w:p>
    <w:p>
      <w:pPr>
        <w:spacing w:after="0"/>
      </w:pPr>
      <w:r>
        <w:rPr>
          <w:rFonts w:ascii="Arial" w:hAnsi="Arial"/>
          <w:sz w:val="22"/>
        </w:rPr>
        <w:t>Yeah, yeah. But going back to your question earlier *Lucy: Yeah.* about good captioning. I think it's a bit... It's really,...Oh, well, obviously, this is me being a researcher, and I'm going to be, like, "That's a really complicated question to ask", right? And I'm, like, "Well, it is, because there's politics still, because, in effect... Like, you guys, you're, like, uh, an organization that has, I'm assuming, a limited supply of cash, right? So you can't get... *Alice: Very much so.* *laughs* So you, you can't... You, you don't have the funds to get it professionally transcribed, right? And that means... So we... That's what I mean about, like, we have to think about the ethics of captioning and who has access to these services, right? *Lucy: Yep. Yep.* But, you know, like, going back to that, like, right at the beginning of the podcast, or somewhere in the middle where I was, like, "Oh, yeah, I started captioning with stenographers, and they were sitting next to me", like they are... Those captioners have trained in the school, alongside of, um, court reporters, right? So they're, like, really, really good *Lucy: Yeah, yeah.* at what they do, right? And so, I mean, when I say court reporters I mean those *Lucy: With the machine?* Yeah, yeah, the machines, exactly, and they're called the steno keyboard. You might see them in, like, Law and Order... Oh, I don't know what other cliche legal shows that you have here, *Lucy laughs* but, you know, they're, they're in the background *Lucy: Yeah.* to, like, you know, typing away.</w:t>
      </w:r>
    </w:p>
    <w:p>
      <w:pPr>
        <w:spacing w:after="0"/>
      </w:pPr>
    </w:p>
    <w:p>
      <w:pPr>
        <w:spacing w:after="0"/>
      </w:pPr>
      <w:r>
        <w:rPr>
          <w:rFonts w:ascii="Arial" w:hAnsi="Arial"/>
          <w:b/>
          <w:sz w:val="22"/>
        </w:rPr>
        <w:t xml:space="preserve">Alice  </w:t>
      </w:r>
      <w:r>
        <w:rPr>
          <w:rFonts w:ascii="Arial" w:hAnsi="Arial"/>
          <w:color w:val="5D7284"/>
          <w:sz w:val="22"/>
        </w:rPr>
        <w:t>44:45</w:t>
      </w:r>
    </w:p>
    <w:p>
      <w:pPr>
        <w:spacing w:after="0"/>
      </w:pPr>
      <w:r>
        <w:rPr>
          <w:rFonts w:ascii="Arial" w:hAnsi="Arial"/>
          <w:sz w:val="22"/>
        </w:rPr>
        <w:t>Fulfilling a really vital role within the justice system as well.</w:t>
      </w:r>
    </w:p>
    <w:p>
      <w:pPr>
        <w:spacing w:after="0"/>
      </w:pPr>
    </w:p>
    <w:p>
      <w:pPr>
        <w:spacing w:after="0"/>
      </w:pPr>
      <w:r>
        <w:rPr>
          <w:rFonts w:ascii="Arial" w:hAnsi="Arial"/>
          <w:b/>
          <w:sz w:val="22"/>
        </w:rPr>
        <w:t xml:space="preserve">Louise  </w:t>
      </w:r>
      <w:r>
        <w:rPr>
          <w:rFonts w:ascii="Arial" w:hAnsi="Arial"/>
          <w:color w:val="5D7284"/>
          <w:sz w:val="22"/>
        </w:rPr>
        <w:t>44:49</w:t>
      </w:r>
    </w:p>
    <w:p>
      <w:pPr>
        <w:spacing w:after="0"/>
      </w:pPr>
      <w:r>
        <w:rPr>
          <w:rFonts w:ascii="Arial" w:hAnsi="Arial"/>
          <w:sz w:val="22"/>
        </w:rPr>
        <w:t>Exactly. And they... And, like, when they're... this is what's really interesting. Putting my nerdy hat back on. It's, like... Because they're trained in the same school. But not only are they providing real time captioning for deaf people, they also write. They produce these legal transcripts, which *Lucy: Yeah.* is really important for protecting people and legal systems. So they're really, really, really good at their job, right? And they have, like, this long history of doing this type of work. And so I guess it's more about coming back to the worker, the person that's doing the job, rather than thinking about the automation of it. It's like how do we get both ends of the spectrum that we have the people that really do really good job, but then, at the same time, you guys should have access to that, too.</w:t>
      </w:r>
    </w:p>
    <w:p>
      <w:pPr>
        <w:spacing w:after="0"/>
      </w:pPr>
    </w:p>
    <w:p>
      <w:pPr>
        <w:spacing w:after="0"/>
      </w:pPr>
      <w:r>
        <w:rPr>
          <w:rFonts w:ascii="Arial" w:hAnsi="Arial"/>
          <w:b/>
          <w:sz w:val="22"/>
        </w:rPr>
        <w:t xml:space="preserve">Alice  </w:t>
      </w:r>
      <w:r>
        <w:rPr>
          <w:rFonts w:ascii="Arial" w:hAnsi="Arial"/>
          <w:color w:val="5D7284"/>
          <w:sz w:val="22"/>
        </w:rPr>
        <w:t>45:53</w:t>
      </w:r>
    </w:p>
    <w:p>
      <w:pPr>
        <w:spacing w:after="0"/>
      </w:pPr>
      <w:r>
        <w:rPr>
          <w:rFonts w:ascii="Arial" w:hAnsi="Arial"/>
          <w:sz w:val="22"/>
        </w:rPr>
        <w:t>Mmm, because is... It is about that access, you know, accessibility, not in terms of, kind of, disability access, so much as in that kind of wider financial implications. And, you know, just spreading the word. You know, there are going to be people doing YouTube podcasts, and things like that, who would never have considered the need for captioning. *Louise: Yeah.* Who will be using captioning to make... And which then opens their show up to more people. *Lucy: Yeah.* But it's because it's that free AI sort of service, that's opening it up. But then *Lucy: Makes it easy for everybody, doesn't it? Yeah.* Exactly. But then, as you say, the implications that that has on the quality of the work, that that has on the actual people doing those kinds of really important, high quality jobs, you know, jobs and stuff.</w:t>
      </w:r>
    </w:p>
    <w:p>
      <w:pPr>
        <w:spacing w:after="0"/>
      </w:pPr>
    </w:p>
    <w:p>
      <w:pPr>
        <w:spacing w:after="0"/>
      </w:pPr>
      <w:r>
        <w:rPr>
          <w:rFonts w:ascii="Arial" w:hAnsi="Arial"/>
          <w:b/>
          <w:sz w:val="22"/>
        </w:rPr>
        <w:t xml:space="preserve">Louise  </w:t>
      </w:r>
      <w:r>
        <w:rPr>
          <w:rFonts w:ascii="Arial" w:hAnsi="Arial"/>
          <w:color w:val="5D7284"/>
          <w:sz w:val="22"/>
        </w:rPr>
        <w:t>46:49</w:t>
      </w:r>
    </w:p>
    <w:p>
      <w:pPr>
        <w:spacing w:after="0"/>
      </w:pPr>
      <w:r>
        <w:rPr>
          <w:rFonts w:ascii="Arial" w:hAnsi="Arial"/>
          <w:sz w:val="22"/>
        </w:rPr>
        <w:t>Yeah, yeah. Do you know what? I just... This is like a little bit of a footnote here. But when you were saying, like, YouTubers... You know that some YouTubers turn off the access to the automated caption button? *Lucy: I know? It's disgusting, isn't it?* What, what, what are they gaining from that? *Lucy: Yeah. Yeah.* It's so annoying!</w:t>
      </w:r>
    </w:p>
    <w:p>
      <w:pPr>
        <w:spacing w:after="0"/>
      </w:pPr>
    </w:p>
    <w:p>
      <w:pPr>
        <w:spacing w:after="0"/>
      </w:pPr>
      <w:r>
        <w:rPr>
          <w:rFonts w:ascii="Arial" w:hAnsi="Arial"/>
          <w:b/>
          <w:sz w:val="22"/>
        </w:rPr>
        <w:t xml:space="preserve">Lucy  </w:t>
      </w:r>
      <w:r>
        <w:rPr>
          <w:rFonts w:ascii="Arial" w:hAnsi="Arial"/>
          <w:color w:val="5D7284"/>
          <w:sz w:val="22"/>
        </w:rPr>
        <w:t>47:12</w:t>
      </w:r>
    </w:p>
    <w:p>
      <w:pPr>
        <w:spacing w:after="0"/>
      </w:pPr>
      <w:r>
        <w:rPr>
          <w:rFonts w:ascii="Arial" w:hAnsi="Arial"/>
          <w:sz w:val="22"/>
        </w:rPr>
        <w:t>I mean... I think accessibility with this show, Alice, was one of the first things we spoke about, wasn't it? When we would talk coming up with the idea of lABLEd and so the concept of it. We wanted to make sure that we knew that a large part of our audience were going to be disabled. And so, therefore, it didn't feel right for us to go, "Yeah, we don't do, um, we don't do transcripts."</w:t>
      </w:r>
    </w:p>
    <w:p>
      <w:pPr>
        <w:spacing w:after="0"/>
      </w:pPr>
    </w:p>
    <w:p>
      <w:pPr>
        <w:spacing w:after="0"/>
      </w:pPr>
      <w:r>
        <w:rPr>
          <w:rFonts w:ascii="Arial" w:hAnsi="Arial"/>
          <w:b/>
          <w:sz w:val="22"/>
        </w:rPr>
        <w:t xml:space="preserve">Alice  </w:t>
      </w:r>
      <w:r>
        <w:rPr>
          <w:rFonts w:ascii="Arial" w:hAnsi="Arial"/>
          <w:color w:val="5D7284"/>
          <w:sz w:val="22"/>
        </w:rPr>
        <w:t>47:33</w:t>
      </w:r>
    </w:p>
    <w:p>
      <w:pPr>
        <w:spacing w:after="0"/>
      </w:pPr>
      <w:r>
        <w:rPr>
          <w:rFonts w:ascii="Arial" w:hAnsi="Arial"/>
          <w:sz w:val="22"/>
        </w:rPr>
        <w:t>And it's, it's one of the things that for our show, you know, I, I absolutely understand that not, you know... I know that not all disability podcasts provide transcripts and do Alt Text and things like that. And it's, it's because it, it takes a lot of manpower. *Lucy: Uh Uh.* And the, you know... we've been really fortunate that we've been able to, between ourselves and the other volunteers that we have on the show, to, to kind of consistently produce something. But it's been really, really hard work.</w:t>
      </w:r>
    </w:p>
    <w:p>
      <w:pPr>
        <w:spacing w:after="0"/>
      </w:pPr>
    </w:p>
    <w:p>
      <w:pPr>
        <w:spacing w:after="0"/>
      </w:pPr>
      <w:r>
        <w:rPr>
          <w:rFonts w:ascii="Arial" w:hAnsi="Arial"/>
          <w:b/>
          <w:sz w:val="22"/>
        </w:rPr>
        <w:t xml:space="preserve">Lucy  </w:t>
      </w:r>
      <w:r>
        <w:rPr>
          <w:rFonts w:ascii="Arial" w:hAnsi="Arial"/>
          <w:color w:val="5D7284"/>
          <w:sz w:val="22"/>
        </w:rPr>
        <w:t>48:09</w:t>
      </w:r>
    </w:p>
    <w:p>
      <w:pPr>
        <w:spacing w:after="0"/>
      </w:pPr>
      <w:r>
        <w:rPr>
          <w:rFonts w:ascii="Arial" w:hAnsi="Arial"/>
          <w:sz w:val="22"/>
        </w:rPr>
        <w:t>It takes a lot of time. *Alice: Yeah." It's... We aren't... We don't have the luxury of somebody who can do it with that, uh... You know, for want of a better word, with their eyes shut, you know, really quickly, and we're almost like... It's like second nature, they have to meticulously go through everything, because, like I said before, the AI that we use can't, can't be relied upon to go, "Yeah, that's the transcript done." If it could be relied upon, it would take us literally seconds. But, you know...</w:t>
      </w:r>
    </w:p>
    <w:p>
      <w:pPr>
        <w:spacing w:after="0"/>
      </w:pPr>
    </w:p>
    <w:p>
      <w:pPr>
        <w:spacing w:after="0"/>
      </w:pPr>
      <w:r>
        <w:rPr>
          <w:rFonts w:ascii="Arial" w:hAnsi="Arial"/>
          <w:b/>
          <w:sz w:val="22"/>
        </w:rPr>
        <w:t xml:space="preserve">Alice  </w:t>
      </w:r>
      <w:r>
        <w:rPr>
          <w:rFonts w:ascii="Arial" w:hAnsi="Arial"/>
          <w:color w:val="5D7284"/>
          <w:sz w:val="22"/>
        </w:rPr>
        <w:t>48:38</w:t>
      </w:r>
    </w:p>
    <w:p>
      <w:pPr>
        <w:spacing w:after="0"/>
      </w:pPr>
      <w:r>
        <w:rPr>
          <w:rFonts w:ascii="Arial" w:hAnsi="Arial"/>
          <w:sz w:val="22"/>
        </w:rPr>
        <w:t>But I... It's one of the things that, you know, we... I think we sit in a, I don't want to be smug, but I think we sit in a small group of content creators who do, you know, in spite of a lack of funding, and, you know, limitations on our time and our skills, and things like that that we do make the effort to wherever possible, be as inclusive as we can. And I think it's, it's, just I think, it's... Our show is kind of evidence of exactly what you're sort of saying about that intersection between the usefulness of AI and the importance of a real person, because the AI that we've used is not perfect *Lucy: Yeah.* in, you know, in any way the... I know, Lucy, you've used some AI stuff for coming up with, you know, some of the details for show notes and things like that, but then you also have to go in and do the work on top of it, because it's never, it never covers everything. Um...</w:t>
      </w:r>
    </w:p>
    <w:p>
      <w:pPr>
        <w:spacing w:after="0"/>
      </w:pPr>
    </w:p>
    <w:p>
      <w:pPr>
        <w:spacing w:after="0"/>
      </w:pPr>
      <w:r>
        <w:rPr>
          <w:rFonts w:ascii="Arial" w:hAnsi="Arial"/>
          <w:b/>
          <w:sz w:val="22"/>
        </w:rPr>
        <w:t xml:space="preserve">Lucy  </w:t>
      </w:r>
      <w:r>
        <w:rPr>
          <w:rFonts w:ascii="Arial" w:hAnsi="Arial"/>
          <w:color w:val="5D7284"/>
          <w:sz w:val="22"/>
        </w:rPr>
        <w:t>49:44</w:t>
      </w:r>
    </w:p>
    <w:p>
      <w:pPr>
        <w:spacing w:after="0"/>
      </w:pPr>
      <w:r>
        <w:rPr>
          <w:rFonts w:ascii="Arial" w:hAnsi="Arial"/>
          <w:sz w:val="22"/>
        </w:rPr>
        <w:t>No. And it will tell you, it will say that we've discussed a topic that we've... or touched on a topic that we haven't discussed about that. Have to take that bit out and manoeuvre things around, so it makes sense, because you can't, like, lie about... Yeah, we talk about this topic in this podcast. And then somebody listening to it go, "Oh, I was waiting for you to talk about so and so and you didn't."</w:t>
      </w:r>
    </w:p>
    <w:p>
      <w:pPr>
        <w:spacing w:after="0"/>
      </w:pPr>
    </w:p>
    <w:p>
      <w:pPr>
        <w:spacing w:after="0"/>
      </w:pPr>
      <w:r>
        <w:rPr>
          <w:rFonts w:ascii="Arial" w:hAnsi="Arial"/>
          <w:b/>
          <w:sz w:val="22"/>
        </w:rPr>
        <w:t xml:space="preserve">Alice  </w:t>
      </w:r>
      <w:r>
        <w:rPr>
          <w:rFonts w:ascii="Arial" w:hAnsi="Arial"/>
          <w:color w:val="5D7284"/>
          <w:sz w:val="22"/>
        </w:rPr>
        <w:t>50:04</w:t>
      </w:r>
    </w:p>
    <w:p>
      <w:pPr>
        <w:spacing w:after="0"/>
      </w:pPr>
      <w:r>
        <w:rPr>
          <w:rFonts w:ascii="Arial" w:hAnsi="Arial"/>
          <w:sz w:val="22"/>
        </w:rPr>
        <w:t>Yeah. "Where's the 20 minute conversation about giraffes I was promised?"</w:t>
      </w:r>
    </w:p>
    <w:p>
      <w:pPr>
        <w:spacing w:after="0"/>
      </w:pPr>
    </w:p>
    <w:p>
      <w:pPr>
        <w:spacing w:after="0"/>
      </w:pPr>
      <w:r>
        <w:rPr>
          <w:rFonts w:ascii="Arial" w:hAnsi="Arial"/>
          <w:b/>
          <w:sz w:val="22"/>
        </w:rPr>
        <w:t xml:space="preserve">Lucy  </w:t>
      </w:r>
      <w:r>
        <w:rPr>
          <w:rFonts w:ascii="Arial" w:hAnsi="Arial"/>
          <w:color w:val="5D7284"/>
          <w:sz w:val="22"/>
        </w:rPr>
        <w:t>50:07</w:t>
      </w:r>
    </w:p>
    <w:p>
      <w:pPr>
        <w:spacing w:after="0"/>
      </w:pPr>
      <w:r>
        <w:rPr>
          <w:rFonts w:ascii="Arial" w:hAnsi="Arial"/>
          <w:sz w:val="22"/>
        </w:rPr>
        <w:t>Yeah! "Where's the 20 minute conversation about Jason Momoa?" That kind of thing. It's like, "It's not there! So what... where is it?" So it...yeah, we are... That's, that's often us. That's our personal private conversations. Yeah, no microphones allowed. *Alice laughs* Um... But yeah, it's, it's very... We have to back our AI up to... our technology up with a human person to go "Hang on a minute! No. You don't... No, no, don't run away with yourself." Um, it's... It's so important to us that we can, at least, look... Well, we are providing something that... All right. Even the final transcript might not be perfect, but it's, it's as close as we're gonna get it with our time constraints, financial capabilities. It's as close as it's gonna get, isn't it? At least at the moment.</w:t>
      </w:r>
    </w:p>
    <w:p>
      <w:pPr>
        <w:spacing w:after="0"/>
      </w:pPr>
    </w:p>
    <w:p>
      <w:pPr>
        <w:spacing w:after="0"/>
      </w:pPr>
      <w:r>
        <w:rPr>
          <w:rFonts w:ascii="Arial" w:hAnsi="Arial"/>
          <w:b/>
          <w:sz w:val="22"/>
        </w:rPr>
        <w:t xml:space="preserve">Alice  </w:t>
      </w:r>
      <w:r>
        <w:rPr>
          <w:rFonts w:ascii="Arial" w:hAnsi="Arial"/>
          <w:color w:val="5D7284"/>
          <w:sz w:val="22"/>
        </w:rPr>
        <w:t>51:05</w:t>
      </w:r>
    </w:p>
    <w:p>
      <w:pPr>
        <w:spacing w:after="0"/>
      </w:pPr>
      <w:r>
        <w:rPr>
          <w:rFonts w:ascii="Arial" w:hAnsi="Arial"/>
          <w:sz w:val="22"/>
        </w:rPr>
        <w:t xml:space="preserve">And one of the things that I certainly always say, you know, I think we kind of say generally on the show is, if there are things that you think we could be doing that we're not doing to make the show more accessible and more inclusive, then please don't hesitate to let us know. We're always really open to feedback about that stuff, because, you know, Lucy, and I have only got our range of experience... If there are things that our listeners need to be able to, you know, participate in this podcast, then... and we're not doing it, we want to know about it. *Lucy: Yeah.* Like, you know, we can't do everything, but we will, we will try very hard. </w:t>
      </w:r>
    </w:p>
    <w:p>
      <w:pPr>
        <w:spacing w:after="0"/>
      </w:pPr>
    </w:p>
    <w:p>
      <w:pPr>
        <w:spacing w:after="0"/>
      </w:pPr>
      <w:r>
        <w:rPr>
          <w:rFonts w:ascii="Arial" w:hAnsi="Arial"/>
          <w:b/>
          <w:sz w:val="22"/>
        </w:rPr>
        <w:t xml:space="preserve">Lucy  </w:t>
      </w:r>
      <w:r>
        <w:rPr>
          <w:rFonts w:ascii="Arial" w:hAnsi="Arial"/>
          <w:color w:val="5D7284"/>
          <w:sz w:val="22"/>
        </w:rPr>
        <w:t>51:43</w:t>
      </w:r>
    </w:p>
    <w:p>
      <w:pPr>
        <w:spacing w:after="0"/>
      </w:pPr>
      <w:r>
        <w:rPr>
          <w:rFonts w:ascii="Arial" w:hAnsi="Arial"/>
          <w:sz w:val="22"/>
        </w:rPr>
        <w:t>We will look at every available option before we go, "We can't do that. I'm sorry."</w:t>
      </w:r>
    </w:p>
    <w:p>
      <w:pPr>
        <w:spacing w:after="0"/>
      </w:pPr>
    </w:p>
    <w:p>
      <w:pPr>
        <w:spacing w:after="0"/>
      </w:pPr>
      <w:r>
        <w:rPr>
          <w:rFonts w:ascii="Arial" w:hAnsi="Arial"/>
          <w:b/>
          <w:sz w:val="22"/>
        </w:rPr>
        <w:t xml:space="preserve">Alice  </w:t>
      </w:r>
      <w:r>
        <w:rPr>
          <w:rFonts w:ascii="Arial" w:hAnsi="Arial"/>
          <w:color w:val="5D7284"/>
          <w:sz w:val="22"/>
        </w:rPr>
        <w:t>51:47</w:t>
      </w:r>
    </w:p>
    <w:p>
      <w:pPr>
        <w:spacing w:after="0"/>
      </w:pPr>
      <w:r>
        <w:rPr>
          <w:rFonts w:ascii="Arial" w:hAnsi="Arial"/>
          <w:sz w:val="22"/>
        </w:rPr>
        <w:t>So again, we've gone on a little bit of a sidetrack here, but, um... This has been a really interesting conversation, Louise, I think we've covered a lot of different stuff. *Louise: We have.* Thank you so much for coming on the show.</w:t>
      </w:r>
    </w:p>
    <w:p>
      <w:pPr>
        <w:spacing w:after="0"/>
      </w:pPr>
    </w:p>
    <w:p>
      <w:pPr>
        <w:spacing w:after="0"/>
      </w:pPr>
      <w:r>
        <w:rPr>
          <w:rFonts w:ascii="Arial" w:hAnsi="Arial"/>
          <w:b/>
          <w:sz w:val="22"/>
        </w:rPr>
        <w:t xml:space="preserve">Louise  </w:t>
      </w:r>
      <w:r>
        <w:rPr>
          <w:rFonts w:ascii="Arial" w:hAnsi="Arial"/>
          <w:color w:val="5D7284"/>
          <w:sz w:val="22"/>
        </w:rPr>
        <w:t>51:59</w:t>
      </w:r>
    </w:p>
    <w:p>
      <w:pPr>
        <w:spacing w:after="0"/>
      </w:pPr>
      <w:r>
        <w:rPr>
          <w:rFonts w:ascii="Arial" w:hAnsi="Arial"/>
          <w:sz w:val="22"/>
        </w:rPr>
        <w:t>And I could never thank you for inviting me.</w:t>
      </w:r>
    </w:p>
    <w:p>
      <w:pPr>
        <w:spacing w:after="0"/>
      </w:pPr>
    </w:p>
    <w:p>
      <w:pPr>
        <w:spacing w:after="0"/>
      </w:pPr>
      <w:r>
        <w:rPr>
          <w:rFonts w:ascii="Arial" w:hAnsi="Arial"/>
          <w:b/>
          <w:sz w:val="22"/>
        </w:rPr>
        <w:t xml:space="preserve">Lucy  </w:t>
      </w:r>
      <w:r>
        <w:rPr>
          <w:rFonts w:ascii="Arial" w:hAnsi="Arial"/>
          <w:color w:val="5D7284"/>
          <w:sz w:val="22"/>
        </w:rPr>
        <w:t>52:02</w:t>
      </w:r>
    </w:p>
    <w:p>
      <w:pPr>
        <w:spacing w:after="0"/>
      </w:pPr>
      <w:r>
        <w:rPr>
          <w:rFonts w:ascii="Arial" w:hAnsi="Arial"/>
          <w:sz w:val="22"/>
        </w:rPr>
        <w:t>You're very welcome.</w:t>
      </w:r>
    </w:p>
    <w:p>
      <w:pPr>
        <w:spacing w:after="0"/>
      </w:pPr>
    </w:p>
    <w:p>
      <w:pPr>
        <w:spacing w:after="0"/>
      </w:pPr>
      <w:r>
        <w:rPr>
          <w:rFonts w:ascii="Arial" w:hAnsi="Arial"/>
          <w:b/>
          <w:sz w:val="22"/>
        </w:rPr>
        <w:t xml:space="preserve">Alice  </w:t>
      </w:r>
      <w:r>
        <w:rPr>
          <w:rFonts w:ascii="Arial" w:hAnsi="Arial"/>
          <w:color w:val="5D7284"/>
          <w:sz w:val="22"/>
        </w:rPr>
        <w:t>52:04</w:t>
      </w:r>
    </w:p>
    <w:p>
      <w:pPr>
        <w:spacing w:after="0"/>
      </w:pPr>
      <w:r>
        <w:rPr>
          <w:rFonts w:ascii="Arial" w:hAnsi="Arial"/>
          <w:sz w:val="22"/>
        </w:rPr>
        <w:t>Is... Do you want to, uh, tell our listeners where they can find you on the internet? Is there anything in particular you want to plug or point people towards?</w:t>
      </w:r>
    </w:p>
    <w:p>
      <w:pPr>
        <w:spacing w:after="0"/>
      </w:pPr>
    </w:p>
    <w:p>
      <w:pPr>
        <w:spacing w:after="0"/>
      </w:pPr>
      <w:r>
        <w:rPr>
          <w:rFonts w:ascii="Arial" w:hAnsi="Arial"/>
          <w:b/>
          <w:sz w:val="22"/>
        </w:rPr>
        <w:t xml:space="preserve">Louise  </w:t>
      </w:r>
      <w:r>
        <w:rPr>
          <w:rFonts w:ascii="Arial" w:hAnsi="Arial"/>
          <w:color w:val="5D7284"/>
          <w:sz w:val="22"/>
        </w:rPr>
        <w:t>52:13</w:t>
      </w:r>
    </w:p>
    <w:p>
      <w:pPr>
        <w:spacing w:after="0"/>
      </w:pPr>
      <w:r>
        <w:rPr>
          <w:rFonts w:ascii="Arial" w:hAnsi="Arial"/>
          <w:sz w:val="22"/>
        </w:rPr>
        <w:t>Um, I'm on Twitter. I am @_louhicky. And I also have a website, which I'm having issues with at the moment, but we'll bracket that or skip across it. Um, louisehickman.com. Yeah. I'm open to emails,  questions, you know. I'm around.</w:t>
      </w:r>
    </w:p>
    <w:p>
      <w:pPr>
        <w:spacing w:after="0"/>
      </w:pPr>
    </w:p>
    <w:p>
      <w:pPr>
        <w:spacing w:after="0"/>
      </w:pPr>
      <w:r>
        <w:rPr>
          <w:rFonts w:ascii="Arial" w:hAnsi="Arial"/>
          <w:b/>
          <w:sz w:val="22"/>
        </w:rPr>
        <w:t xml:space="preserve">Lucy  </w:t>
      </w:r>
      <w:r>
        <w:rPr>
          <w:rFonts w:ascii="Arial" w:hAnsi="Arial"/>
          <w:color w:val="5D7284"/>
          <w:sz w:val="22"/>
        </w:rPr>
        <w:t>52:39</w:t>
      </w:r>
    </w:p>
    <w:p>
      <w:pPr>
        <w:spacing w:after="0"/>
      </w:pPr>
      <w:r>
        <w:rPr>
          <w:rFonts w:ascii="Arial" w:hAnsi="Arial"/>
          <w:sz w:val="22"/>
        </w:rPr>
        <w:t>Great. *Alice: Fantastic!* We'll make sure that we put all the links to you and, you know, anything else about the show in our show notes so that people can find you so... Don't be surprised if you get a few more followers when this episode airs.</w:t>
      </w:r>
    </w:p>
    <w:p>
      <w:pPr>
        <w:spacing w:after="0"/>
      </w:pPr>
    </w:p>
    <w:p>
      <w:pPr>
        <w:spacing w:after="0"/>
      </w:pPr>
      <w:r>
        <w:rPr>
          <w:rFonts w:ascii="Arial" w:hAnsi="Arial"/>
          <w:b/>
          <w:sz w:val="22"/>
        </w:rPr>
        <w:t xml:space="preserve">Alice  </w:t>
      </w:r>
      <w:r>
        <w:rPr>
          <w:rFonts w:ascii="Arial" w:hAnsi="Arial"/>
          <w:color w:val="5D7284"/>
          <w:sz w:val="22"/>
        </w:rPr>
        <w:t>52:54</w:t>
      </w:r>
    </w:p>
    <w:p>
      <w:pPr>
        <w:spacing w:after="0"/>
      </w:pPr>
      <w:r>
        <w:rPr>
          <w:rFonts w:ascii="Arial" w:hAnsi="Arial"/>
          <w:sz w:val="22"/>
        </w:rPr>
        <w:t>Yeah. This has been brilliant. I've really enjoyed this episode. *Lucy: Yeah, me too.* If you've enjoyed this episode, you can leave us a review on Apple podcasts. As I'm always saying, reviews are one of the best things you can do for the show, because it will, with the magic of algorithms, it will help new listeners find us. So please do head over to, uh, Apple podcasts and Spotify and, uh, rate, review, subscribe, because it makes all the difference. That's it for this week, and we will see you next time. *Alice: Buh bye!* Bye.</w:t>
      </w:r>
    </w:p>
    <w:p>
      <w:pPr>
        <w:spacing w:after="0"/>
      </w:pPr>
    </w:p>
    <w:p>
      <w:pPr>
        <w:spacing w:after="0"/>
      </w:pPr>
      <w:r>
        <w:rPr>
          <w:rFonts w:ascii="Arial" w:hAnsi="Arial"/>
          <w:b/>
          <w:sz w:val="22"/>
        </w:rPr>
        <w:t xml:space="preserve">outro   </w:t>
      </w:r>
      <w:r>
        <w:rPr>
          <w:rFonts w:ascii="Arial" w:hAnsi="Arial"/>
          <w:color w:val="5D7284"/>
          <w:sz w:val="22"/>
        </w:rPr>
        <w:t>53:29</w:t>
      </w:r>
    </w:p>
    <w:p>
      <w:pPr>
        <w:spacing w:after="0"/>
      </w:pPr>
      <w:r>
        <w:rPr>
          <w:rFonts w:ascii="Arial" w:hAnsi="Arial"/>
          <w:sz w:val="22"/>
        </w:rPr>
        <w:t xml:space="preserve">*Slight snoring noise/heavy sleeping breathing* Don't wake Dora. </w:t>
      </w:r>
    </w:p>
    <w:p>
      <w:pPr>
        <w:spacing w:after="0"/>
      </w:pPr>
    </w:p>
    <w:p>
      <w:pPr>
        <w:spacing w:after="0"/>
      </w:pPr>
      <w:r>
        <w:rPr>
          <w:rFonts w:ascii="Arial" w:hAnsi="Arial"/>
          <w:b/>
          <w:sz w:val="22"/>
        </w:rPr>
        <w:t xml:space="preserve">Alice  </w:t>
      </w:r>
      <w:r>
        <w:rPr>
          <w:rFonts w:ascii="Arial" w:hAnsi="Arial"/>
          <w:color w:val="5D7284"/>
          <w:sz w:val="22"/>
        </w:rPr>
        <w:t>53:35</w:t>
      </w:r>
    </w:p>
    <w:p>
      <w:pPr>
        <w:spacing w:after="0"/>
      </w:pPr>
      <w:r>
        <w:rPr>
          <w:rFonts w:ascii="Arial" w:hAnsi="Arial"/>
          <w:sz w:val="22"/>
        </w:rPr>
        <w:t>Thanks for listening to the lABLEd Podcast. if you liked the show, you can rate, review and subscribe and you can follow us on social media @lABLEdpod.</w:t>
      </w:r>
    </w:p>
    <w:p>
      <w:pPr>
        <w:spacing w:after="0"/>
      </w:pPr>
    </w:p>
    <w:p>
      <w:pPr>
        <w:spacing w:after="0"/>
      </w:pPr>
      <w:r>
        <w:rPr>
          <w:rFonts w:ascii="Arial" w:hAnsi="Arial"/>
          <w:b/>
          <w:sz w:val="22"/>
        </w:rPr>
        <w:t xml:space="preserve">Lucy  </w:t>
      </w:r>
      <w:r>
        <w:rPr>
          <w:rFonts w:ascii="Arial" w:hAnsi="Arial"/>
          <w:color w:val="5D7284"/>
          <w:sz w:val="22"/>
        </w:rPr>
        <w:t>53:45</w:t>
      </w:r>
    </w:p>
    <w:p>
      <w:pPr>
        <w:spacing w:after="0"/>
      </w:pPr>
      <w:r>
        <w:rPr>
          <w:rFonts w:ascii="Arial" w:hAnsi="Arial"/>
          <w:sz w:val="22"/>
        </w:rPr>
        <w:t>This episode was edited by Adam Hull. Our music was by Maisie Crunden. And we'd like to thank the rest of the team involved.</w:t>
      </w:r>
    </w:p>
    <w:sectPr w:rsidR="00930F33" w:rsidSect="001216B9">
      <w:headerReference w:type="even" r:id="rId8"/>
      <w:headerReference w:type="default" r:id="rId9"/>
      <w:footerReference w:type="even" r:id="rId10"/>
      <w:footerReference w:type="default" r:id="rId11"/>
      <w:headerReference w:type="first" r:id="rId12"/>
      <w:footerReference w:type="first" r:id="rId13"/>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1FEF6E" w14:textId="77777777" w:rsidR="00ED3244" w:rsidRDefault="00ED3244">
      <w:pPr>
        <w:spacing w:after="0" w:line="240" w:lineRule="auto"/>
      </w:pPr>
      <w:r>
        <w:separator/>
      </w:r>
    </w:p>
  </w:endnote>
  <w:endnote w:type="continuationSeparator" w:id="0">
    <w:p w14:paraId="32C8662D" w14:textId="77777777" w:rsidR="00ED3244" w:rsidRDefault="00ED3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00000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372650680"/>
      <w:docPartObj>
        <w:docPartGallery w:val="Page Numbers (Bottom of Page)"/>
        <w:docPartUnique/>
      </w:docPartObj>
    </w:sdtPr>
    <w:sdtEndPr>
      <w:rPr>
        <w:rStyle w:val="PageNumber"/>
      </w:rPr>
    </w:sdtEndPr>
    <w:sdtContent>
      <w:p w14:paraId="5B49F2F0" w14:textId="0D664EC5"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EndPr>
      <w:rPr>
        <w:rStyle w:val="PageNumber"/>
      </w:rPr>
    </w:sdtEndPr>
    <w:sdtContent>
      <w:p w14:paraId="17BA4339" w14:textId="3F160B4F"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50DD35F"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Fonts w:ascii="Arial" w:hAnsi="Arial" w:cs="Arial"/>
      </w:rPr>
      <w:id w:val="1113323662"/>
      <w:docPartObj>
        <w:docPartGallery w:val="Page Numbers (Bottom of Page)"/>
        <w:docPartUnique/>
      </w:docPartObj>
    </w:sdtPr>
    <w:sdtEndPr>
      <w:rPr>
        <w:rStyle w:val="PageNumber"/>
      </w:rPr>
    </w:sdtEndPr>
    <w:sdtContent>
      <w:p w14:paraId="414BB7FC" w14:textId="3CBEBC9E"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1A7AEB9B" w14:textId="37CC26BC"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r w:rsidRPr="009C3AF0">
      <w:rPr>
        <w:rFonts w:ascii="Arial" w:hAnsi="Arial" w:cs="Arial"/>
        <w:color w:val="BFBFBF" w:themeColor="background1" w:themeShade="BF"/>
      </w:rPr>
      <w:t xml:space="preserve">Transcribed by </w:t>
    </w:r>
    <w:hyperlink r:id="rId1" w:history="1">
      <w:r w:rsidRPr="006E2A8C">
        <w:rPr>
          <w:rStyle w:val="Hyperlink"/>
          <w:rFonts w:ascii="Arial" w:hAnsi="Arial" w:cs="Arial"/>
        </w:rPr>
        <w:t>https://otter.ai</w:t>
      </w:r>
    </w:hyperlink>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B6D5FB" w14:textId="77777777" w:rsidR="006E2A8C" w:rsidRDefault="006E2A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8FD58C" w14:textId="77777777" w:rsidR="00ED3244" w:rsidRDefault="00ED3244">
      <w:pPr>
        <w:spacing w:after="0" w:line="240" w:lineRule="auto"/>
      </w:pPr>
      <w:r>
        <w:separator/>
      </w:r>
    </w:p>
  </w:footnote>
  <w:footnote w:type="continuationSeparator" w:id="0">
    <w:p w14:paraId="4B6704BD" w14:textId="77777777" w:rsidR="00ED3244" w:rsidRDefault="00ED32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B25ED7" w14:textId="77777777" w:rsidR="006E2A8C" w:rsidRDefault="006E2A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F039F9" w14:textId="77777777" w:rsidR="006E2A8C" w:rsidRDefault="006E2A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962272" w14:textId="77777777" w:rsidR="006E2A8C" w:rsidRDefault="006E2A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99"/>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0A6B"/>
    <w:rsid w:val="0006063C"/>
    <w:rsid w:val="00066610"/>
    <w:rsid w:val="001216B9"/>
    <w:rsid w:val="0015074B"/>
    <w:rsid w:val="0029639D"/>
    <w:rsid w:val="00326F90"/>
    <w:rsid w:val="004A641F"/>
    <w:rsid w:val="004B593C"/>
    <w:rsid w:val="006E2A8C"/>
    <w:rsid w:val="007749AF"/>
    <w:rsid w:val="00794EBC"/>
    <w:rsid w:val="00930F33"/>
    <w:rsid w:val="009C3AF0"/>
    <w:rsid w:val="00A12EE5"/>
    <w:rsid w:val="00AA1D8D"/>
    <w:rsid w:val="00B47730"/>
    <w:rsid w:val="00BA4C2B"/>
    <w:rsid w:val="00BD0140"/>
    <w:rsid w:val="00C24502"/>
    <w:rsid w:val="00CB0664"/>
    <w:rsid w:val="00D57E81"/>
    <w:rsid w:val="00ED324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488BA53"/>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Wen Sun</cp:lastModifiedBy>
  <cp:revision>7</cp:revision>
  <dcterms:created xsi:type="dcterms:W3CDTF">2019-09-10T23:59:00Z</dcterms:created>
  <dcterms:modified xsi:type="dcterms:W3CDTF">2019-09-12T19:02:00Z</dcterms:modified>
  <cp:category/>
</cp:coreProperties>
</file>