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Disability and Technology Series 2023 With Arevya</w:t>
      </w:r>
    </w:p>
    <w:p>
      <w:r>
        <w:rPr>
          <w:rFonts w:ascii="Arial" w:hAnsi="Arial"/>
          <w:color w:val="4F6880"/>
          <w:sz w:val="22"/>
        </w:rPr>
        <w:t>Mon, Oct 16, 2023 10:29PM • 1:07:29</w:t>
      </w:r>
    </w:p>
    <w:p>
      <w:pPr>
        <w:spacing w:before="440" w:after="0"/>
      </w:pPr>
      <w:r>
        <w:rPr>
          <w:rFonts w:ascii="Arial" w:hAnsi="Arial"/>
          <w:b/>
          <w:color w:val="4F6880"/>
          <w:sz w:val="22"/>
        </w:rPr>
        <w:t>SUMMARY KEYWORDS</w:t>
      </w:r>
    </w:p>
    <w:p>
      <w:r>
        <w:rPr>
          <w:rFonts w:ascii="Arial" w:hAnsi="Arial"/>
          <w:color w:val="4F6880"/>
          <w:sz w:val="22"/>
        </w:rPr>
        <w:t>laugh, people, gaming, disability, lucy, accessibility, disabled, alice, game, chuckles, call, gamer, cerebral palsy, understand, normalizing, started, give, talk, hard, accommodation</w:t>
      </w:r>
    </w:p>
    <w:p>
      <w:pPr>
        <w:spacing w:before="440" w:after="0"/>
      </w:pPr>
      <w:r>
        <w:rPr>
          <w:rFonts w:ascii="Arial" w:hAnsi="Arial"/>
          <w:b/>
          <w:color w:val="4F6880"/>
          <w:sz w:val="22"/>
        </w:rPr>
        <w:t>SPEAKERS</w:t>
      </w:r>
    </w:p>
    <w:p>
      <w:r>
        <w:rPr>
          <w:rFonts w:ascii="Arial" w:hAnsi="Arial"/>
          <w:color w:val="4F6880"/>
          <w:sz w:val="22"/>
        </w:rPr>
        <w:t xml:space="preserve">all, Arevya, Lucy, Theme Tune, Alice Evans &amp; Lucy Wood, Alice, outro </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the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*Though I might not fit in socially, there's so much more than what you see. We all live our lives differently, kaleidescope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w:t>
      </w:r>
    </w:p>
    <w:p>
      <w:pPr>
        <w:spacing w:after="0"/>
      </w:pPr>
    </w:p>
    <w:p>
      <w:pPr>
        <w:spacing w:after="0"/>
      </w:pPr>
      <w:r>
        <w:rPr>
          <w:rFonts w:ascii="Arial" w:hAnsi="Arial"/>
          <w:b/>
          <w:sz w:val="22"/>
        </w:rPr>
        <w:t xml:space="preserve">Alice  </w:t>
      </w:r>
      <w:r>
        <w:rPr>
          <w:rFonts w:ascii="Arial" w:hAnsi="Arial"/>
          <w:color w:val="5D7284"/>
          <w:sz w:val="22"/>
        </w:rPr>
        <w:t>00:44</w:t>
      </w:r>
    </w:p>
    <w:p>
      <w:pPr>
        <w:spacing w:after="0"/>
      </w:pPr>
      <w:r>
        <w:rPr>
          <w:rFonts w:ascii="Arial" w:hAnsi="Arial"/>
          <w:sz w:val="22"/>
        </w:rPr>
        <w:t>Hello, everybody. Welcome to the lABLEd Podcast. It's another episode in our Disability Technology Series which I think's been going very well, don't you Lucy?</w:t>
      </w:r>
    </w:p>
    <w:p>
      <w:pPr>
        <w:spacing w:after="0"/>
      </w:pPr>
    </w:p>
    <w:p>
      <w:pPr>
        <w:spacing w:after="0"/>
      </w:pPr>
      <w:r>
        <w:rPr>
          <w:rFonts w:ascii="Arial" w:hAnsi="Arial"/>
          <w:b/>
          <w:sz w:val="22"/>
        </w:rPr>
        <w:t xml:space="preserve">Lucy  </w:t>
      </w:r>
      <w:r>
        <w:rPr>
          <w:rFonts w:ascii="Arial" w:hAnsi="Arial"/>
          <w:color w:val="5D7284"/>
          <w:sz w:val="22"/>
        </w:rPr>
        <w:t>00:55</w:t>
      </w:r>
    </w:p>
    <w:p>
      <w:pPr>
        <w:spacing w:after="0"/>
      </w:pPr>
      <w:r>
        <w:rPr>
          <w:rFonts w:ascii="Arial" w:hAnsi="Arial"/>
          <w:sz w:val="22"/>
        </w:rPr>
        <w:t>I do. I'm very excited about it. This season, I think, is our best yet we've done many, many seasons. Well I say many, many... We've done three. I think this is our best yet.</w:t>
      </w:r>
    </w:p>
    <w:p>
      <w:pPr>
        <w:spacing w:after="0"/>
      </w:pPr>
    </w:p>
    <w:p>
      <w:pPr>
        <w:spacing w:after="0"/>
      </w:pPr>
      <w:r>
        <w:rPr>
          <w:rFonts w:ascii="Arial" w:hAnsi="Arial"/>
          <w:b/>
          <w:sz w:val="22"/>
        </w:rPr>
        <w:t xml:space="preserve">Alice  </w:t>
      </w:r>
      <w:r>
        <w:rPr>
          <w:rFonts w:ascii="Arial" w:hAnsi="Arial"/>
          <w:color w:val="5D7284"/>
          <w:sz w:val="22"/>
        </w:rPr>
        <w:t>01:06</w:t>
      </w:r>
    </w:p>
    <w:p>
      <w:pPr>
        <w:spacing w:after="0"/>
      </w:pPr>
      <w:r>
        <w:rPr>
          <w:rFonts w:ascii="Arial" w:hAnsi="Arial"/>
          <w:sz w:val="22"/>
        </w:rPr>
        <w:t>Yeah, I think this is... We've talked to some really interesting people.</w:t>
      </w:r>
    </w:p>
    <w:p>
      <w:pPr>
        <w:spacing w:after="0"/>
      </w:pPr>
    </w:p>
    <w:p>
      <w:pPr>
        <w:spacing w:after="0"/>
      </w:pPr>
      <w:r>
        <w:rPr>
          <w:rFonts w:ascii="Arial" w:hAnsi="Arial"/>
          <w:b/>
          <w:sz w:val="22"/>
        </w:rPr>
        <w:t xml:space="preserve">Lucy  </w:t>
      </w:r>
      <w:r>
        <w:rPr>
          <w:rFonts w:ascii="Arial" w:hAnsi="Arial"/>
          <w:color w:val="5D7284"/>
          <w:sz w:val="22"/>
        </w:rPr>
        <w:t>01:12</w:t>
      </w:r>
    </w:p>
    <w:p>
      <w:pPr>
        <w:spacing w:after="0"/>
      </w:pPr>
      <w:r>
        <w:rPr>
          <w:rFonts w:ascii="Arial" w:hAnsi="Arial"/>
          <w:sz w:val="22"/>
        </w:rPr>
        <w:t xml:space="preserve">We kind of know what we're doing with it now, don't we? This podcasting lark. We're quite good at it if I do say so myself. </w:t>
      </w:r>
    </w:p>
    <w:p>
      <w:pPr>
        <w:spacing w:after="0"/>
      </w:pPr>
    </w:p>
    <w:p>
      <w:pPr>
        <w:spacing w:after="0"/>
      </w:pPr>
      <w:r>
        <w:rPr>
          <w:rFonts w:ascii="Arial" w:hAnsi="Arial"/>
          <w:b/>
          <w:sz w:val="22"/>
        </w:rPr>
        <w:t xml:space="preserve">Alice  </w:t>
      </w:r>
      <w:r>
        <w:rPr>
          <w:rFonts w:ascii="Arial" w:hAnsi="Arial"/>
          <w:color w:val="5D7284"/>
          <w:sz w:val="22"/>
        </w:rPr>
        <w:t>01:18</w:t>
      </w:r>
    </w:p>
    <w:p>
      <w:pPr>
        <w:spacing w:after="0"/>
      </w:pPr>
      <w:r>
        <w:rPr>
          <w:rFonts w:ascii="Arial" w:hAnsi="Arial"/>
          <w:sz w:val="22"/>
        </w:rPr>
        <w:t>Well and the topics that I think, you know, that we picked this year, there are so many really interesting and intelligent and passionate people out there. Yeah, this has been a really good series. If you're not signed up to our mailing list, you should get over to that, because we've got loads of really cool bonus content to go along with this series as well. Yeah, it's been just as interesting as the regular content.</w:t>
      </w:r>
    </w:p>
    <w:p>
      <w:pPr>
        <w:spacing w:after="0"/>
      </w:pPr>
    </w:p>
    <w:p>
      <w:pPr>
        <w:spacing w:after="0"/>
      </w:pPr>
      <w:r>
        <w:rPr>
          <w:rFonts w:ascii="Arial" w:hAnsi="Arial"/>
          <w:b/>
          <w:sz w:val="22"/>
        </w:rPr>
        <w:t xml:space="preserve">Lucy  </w:t>
      </w:r>
      <w:r>
        <w:rPr>
          <w:rFonts w:ascii="Arial" w:hAnsi="Arial"/>
          <w:color w:val="5D7284"/>
          <w:sz w:val="22"/>
        </w:rPr>
        <w:t>01:44</w:t>
      </w:r>
    </w:p>
    <w:p>
      <w:pPr>
        <w:spacing w:after="0"/>
      </w:pPr>
      <w:r>
        <w:rPr>
          <w:rFonts w:ascii="Arial" w:hAnsi="Arial"/>
          <w:sz w:val="22"/>
        </w:rPr>
        <w:t>And you'll be able to catch up on the bonus content that you may have missed. So it's not too late to sign up; you click a link in the newsletter, and lo and behold, there's all sorts of stuff there waiting for you, all sorts of secret goodies. So make sure you sign up.</w:t>
      </w:r>
    </w:p>
    <w:p>
      <w:pPr>
        <w:spacing w:after="0"/>
      </w:pPr>
    </w:p>
    <w:p>
      <w:pPr>
        <w:spacing w:after="0"/>
      </w:pPr>
      <w:r>
        <w:rPr>
          <w:rFonts w:ascii="Arial" w:hAnsi="Arial"/>
          <w:b/>
          <w:sz w:val="22"/>
        </w:rPr>
        <w:t xml:space="preserve">Alice  </w:t>
      </w:r>
      <w:r>
        <w:rPr>
          <w:rFonts w:ascii="Arial" w:hAnsi="Arial"/>
          <w:color w:val="5D7284"/>
          <w:sz w:val="22"/>
        </w:rPr>
        <w:t>01:59</w:t>
      </w:r>
    </w:p>
    <w:p>
      <w:pPr>
        <w:spacing w:after="0"/>
      </w:pPr>
      <w:r>
        <w:rPr>
          <w:rFonts w:ascii="Arial" w:hAnsi="Arial"/>
          <w:sz w:val="22"/>
        </w:rPr>
        <w:t xml:space="preserve">*laughs* This week, we are joined by Arevya, who Lucy actually found on Twitter. </w:t>
      </w:r>
    </w:p>
    <w:p>
      <w:pPr>
        <w:spacing w:after="0"/>
      </w:pPr>
    </w:p>
    <w:p>
      <w:pPr>
        <w:spacing w:after="0"/>
      </w:pPr>
      <w:r>
        <w:rPr>
          <w:rFonts w:ascii="Arial" w:hAnsi="Arial"/>
          <w:b/>
          <w:sz w:val="22"/>
        </w:rPr>
        <w:t xml:space="preserve">Lucy  </w:t>
      </w:r>
      <w:r>
        <w:rPr>
          <w:rFonts w:ascii="Arial" w:hAnsi="Arial"/>
          <w:color w:val="5D7284"/>
          <w:sz w:val="22"/>
        </w:rPr>
        <w:t>02:08</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02:08</w:t>
      </w:r>
    </w:p>
    <w:p>
      <w:pPr>
        <w:spacing w:after="0"/>
      </w:pPr>
      <w:r>
        <w:rPr>
          <w:rFonts w:ascii="Arial" w:hAnsi="Arial"/>
          <w:sz w:val="22"/>
        </w:rPr>
        <w:t>It's not Twitter anymore. We're talking about technology...</w:t>
      </w:r>
    </w:p>
    <w:p>
      <w:pPr>
        <w:spacing w:after="0"/>
      </w:pPr>
    </w:p>
    <w:p>
      <w:pPr>
        <w:spacing w:after="0"/>
      </w:pPr>
      <w:r>
        <w:rPr>
          <w:rFonts w:ascii="Arial" w:hAnsi="Arial"/>
          <w:b/>
          <w:sz w:val="22"/>
        </w:rPr>
        <w:t xml:space="preserve">Lucy  </w:t>
      </w:r>
      <w:r>
        <w:rPr>
          <w:rFonts w:ascii="Arial" w:hAnsi="Arial"/>
          <w:color w:val="5D7284"/>
          <w:sz w:val="22"/>
        </w:rPr>
        <w:t>02:11</w:t>
      </w:r>
    </w:p>
    <w:p>
      <w:pPr>
        <w:spacing w:after="0"/>
      </w:pPr>
      <w:r>
        <w:rPr>
          <w:rFonts w:ascii="Arial" w:hAnsi="Arial"/>
          <w:sz w:val="22"/>
        </w:rPr>
        <w:t>It's some letter of the alphabet. I can't remember which one it is this week *chuckles*</w:t>
      </w:r>
    </w:p>
    <w:p>
      <w:pPr>
        <w:spacing w:after="0"/>
      </w:pPr>
    </w:p>
    <w:p>
      <w:pPr>
        <w:spacing w:after="0"/>
      </w:pPr>
      <w:r>
        <w:rPr>
          <w:rFonts w:ascii="Arial" w:hAnsi="Arial"/>
          <w:b/>
          <w:sz w:val="22"/>
        </w:rPr>
        <w:t xml:space="preserve">Alice  </w:t>
      </w:r>
      <w:r>
        <w:rPr>
          <w:rFonts w:ascii="Arial" w:hAnsi="Arial"/>
          <w:color w:val="5D7284"/>
          <w:sz w:val="22"/>
        </w:rPr>
        <w:t>02:16</w:t>
      </w:r>
    </w:p>
    <w:p>
      <w:pPr>
        <w:spacing w:after="0"/>
      </w:pPr>
      <w:r>
        <w:rPr>
          <w:rFonts w:ascii="Arial" w:hAnsi="Arial"/>
          <w:sz w:val="22"/>
        </w:rPr>
        <w:t>I shall continue to call it Twitter until the day I die.</w:t>
      </w:r>
    </w:p>
    <w:p>
      <w:pPr>
        <w:spacing w:after="0"/>
      </w:pPr>
    </w:p>
    <w:p>
      <w:pPr>
        <w:spacing w:after="0"/>
      </w:pPr>
      <w:r>
        <w:rPr>
          <w:rFonts w:ascii="Arial" w:hAnsi="Arial"/>
          <w:b/>
          <w:sz w:val="22"/>
        </w:rPr>
        <w:t xml:space="preserve">outro   </w:t>
      </w:r>
      <w:r>
        <w:rPr>
          <w:rFonts w:ascii="Arial" w:hAnsi="Arial"/>
          <w:color w:val="5D7284"/>
          <w:sz w:val="22"/>
        </w:rPr>
        <w:t>02:18</w:t>
      </w:r>
    </w:p>
    <w:p>
      <w:pPr>
        <w:spacing w:after="0"/>
      </w:pPr>
      <w:r>
        <w:rPr>
          <w:rFonts w:ascii="Arial" w:hAnsi="Arial"/>
          <w:sz w:val="22"/>
        </w:rPr>
        <w:t>Yeah. Because we're old ladies.</w:t>
      </w:r>
    </w:p>
    <w:p>
      <w:pPr>
        <w:spacing w:after="0"/>
      </w:pPr>
    </w:p>
    <w:p>
      <w:pPr>
        <w:spacing w:after="0"/>
      </w:pPr>
      <w:r>
        <w:rPr>
          <w:rFonts w:ascii="Arial" w:hAnsi="Arial"/>
          <w:b/>
          <w:sz w:val="22"/>
        </w:rPr>
        <w:t xml:space="preserve">Alice  </w:t>
      </w:r>
      <w:r>
        <w:rPr>
          <w:rFonts w:ascii="Arial" w:hAnsi="Arial"/>
          <w:color w:val="5D7284"/>
          <w:sz w:val="22"/>
        </w:rPr>
        <w:t>02:22</w:t>
      </w:r>
    </w:p>
    <w:p>
      <w:pPr>
        <w:spacing w:after="0"/>
      </w:pPr>
      <w:r>
        <w:rPr>
          <w:rFonts w:ascii="Arial" w:hAnsi="Arial"/>
          <w:sz w:val="22"/>
        </w:rPr>
        <w:t>*laughs* Arevya, thank you very much for joining us. Would you like to just introduce yourself to our listeners?</w:t>
      </w:r>
    </w:p>
    <w:p>
      <w:pPr>
        <w:spacing w:after="0"/>
      </w:pPr>
    </w:p>
    <w:p>
      <w:pPr>
        <w:spacing w:after="0"/>
      </w:pPr>
      <w:r>
        <w:rPr>
          <w:rFonts w:ascii="Arial" w:hAnsi="Arial"/>
          <w:b/>
          <w:sz w:val="22"/>
        </w:rPr>
        <w:t xml:space="preserve">Arevya  </w:t>
      </w:r>
      <w:r>
        <w:rPr>
          <w:rFonts w:ascii="Arial" w:hAnsi="Arial"/>
          <w:color w:val="5D7284"/>
          <w:sz w:val="22"/>
        </w:rPr>
        <w:t>02:28</w:t>
      </w:r>
    </w:p>
    <w:p>
      <w:pPr>
        <w:spacing w:after="0"/>
      </w:pPr>
      <w:r>
        <w:rPr>
          <w:rFonts w:ascii="Arial" w:hAnsi="Arial"/>
          <w:sz w:val="22"/>
        </w:rPr>
        <w:t xml:space="preserve">Yes. Hello, hello. Thank you so much. I just have, before we start, I have to say I have dyslexia. And one of the things with dyslexia is that you start mimicking things you hear. So if I just suddenly turn over to like the course of this podcast starts talking British we all know why. *All laugh* But hello everyone, my name is Arevya, or online, and my name is Arevya and I'm a disabled and chronically ill content creator from Norway, which is where you hear my accent from! </w:t>
      </w:r>
    </w:p>
    <w:p>
      <w:pPr>
        <w:spacing w:after="0"/>
      </w:pPr>
    </w:p>
    <w:p>
      <w:pPr>
        <w:spacing w:after="0"/>
      </w:pPr>
      <w:r>
        <w:rPr>
          <w:rFonts w:ascii="Arial" w:hAnsi="Arial"/>
          <w:b/>
          <w:sz w:val="22"/>
        </w:rPr>
        <w:t xml:space="preserve">Lucy  </w:t>
      </w:r>
      <w:r>
        <w:rPr>
          <w:rFonts w:ascii="Arial" w:hAnsi="Arial"/>
          <w:color w:val="5D7284"/>
          <w:sz w:val="22"/>
        </w:rPr>
        <w:t>02:28</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02:40</w:t>
      </w:r>
    </w:p>
    <w:p>
      <w:pPr>
        <w:spacing w:after="0"/>
      </w:pPr>
      <w:r>
        <w:rPr>
          <w:rFonts w:ascii="Arial" w:hAnsi="Arial"/>
          <w:sz w:val="22"/>
        </w:rPr>
        <w:t>It's exciting.</w:t>
      </w:r>
    </w:p>
    <w:p>
      <w:pPr>
        <w:spacing w:after="0"/>
      </w:pPr>
    </w:p>
    <w:p>
      <w:pPr>
        <w:spacing w:after="0"/>
      </w:pPr>
      <w:r>
        <w:rPr>
          <w:rFonts w:ascii="Arial" w:hAnsi="Arial"/>
          <w:b/>
          <w:sz w:val="22"/>
        </w:rPr>
        <w:t xml:space="preserve">Lucy  </w:t>
      </w:r>
      <w:r>
        <w:rPr>
          <w:rFonts w:ascii="Arial" w:hAnsi="Arial"/>
          <w:color w:val="5D7284"/>
          <w:sz w:val="22"/>
        </w:rPr>
        <w:t>02:54</w:t>
      </w:r>
    </w:p>
    <w:p>
      <w:pPr>
        <w:spacing w:after="0"/>
      </w:pPr>
      <w:r>
        <w:rPr>
          <w:rFonts w:ascii="Arial" w:hAnsi="Arial"/>
          <w:sz w:val="22"/>
        </w:rPr>
        <w:t>So excited.</w:t>
      </w:r>
    </w:p>
    <w:p>
      <w:pPr>
        <w:spacing w:after="0"/>
      </w:pPr>
    </w:p>
    <w:p>
      <w:pPr>
        <w:spacing w:after="0"/>
      </w:pPr>
      <w:r>
        <w:rPr>
          <w:rFonts w:ascii="Arial" w:hAnsi="Arial"/>
          <w:b/>
          <w:sz w:val="22"/>
        </w:rPr>
        <w:t xml:space="preserve">Alice  </w:t>
      </w:r>
      <w:r>
        <w:rPr>
          <w:rFonts w:ascii="Arial" w:hAnsi="Arial"/>
          <w:color w:val="5D7284"/>
          <w:sz w:val="22"/>
        </w:rPr>
        <w:t>03:03</w:t>
      </w:r>
    </w:p>
    <w:p>
      <w:pPr>
        <w:spacing w:after="0"/>
      </w:pPr>
      <w:r>
        <w:rPr>
          <w:rFonts w:ascii="Arial" w:hAnsi="Arial"/>
          <w:sz w:val="22"/>
        </w:rPr>
        <w:t>We haven't haven't had a... We can tick Norway off the list now.</w:t>
      </w:r>
    </w:p>
    <w:p>
      <w:pPr>
        <w:spacing w:after="0"/>
      </w:pPr>
    </w:p>
    <w:p>
      <w:pPr>
        <w:spacing w:after="0"/>
      </w:pPr>
      <w:r>
        <w:rPr>
          <w:rFonts w:ascii="Arial" w:hAnsi="Arial"/>
          <w:b/>
          <w:sz w:val="22"/>
        </w:rPr>
        <w:t xml:space="preserve">Lucy  </w:t>
      </w:r>
      <w:r>
        <w:rPr>
          <w:rFonts w:ascii="Arial" w:hAnsi="Arial"/>
          <w:color w:val="5D7284"/>
          <w:sz w:val="22"/>
        </w:rPr>
        <w:t>03:07</w:t>
      </w:r>
    </w:p>
    <w:p>
      <w:pPr>
        <w:spacing w:after="0"/>
      </w:pPr>
      <w:r>
        <w:rPr>
          <w:rFonts w:ascii="Arial" w:hAnsi="Arial"/>
          <w:sz w:val="22"/>
        </w:rPr>
        <w:t>No, I think, yeah, we're big in Norway. I think we could say we're big in Norway now. * All laugh*</w:t>
      </w:r>
    </w:p>
    <w:p>
      <w:pPr>
        <w:spacing w:after="0"/>
      </w:pPr>
    </w:p>
    <w:p>
      <w:pPr>
        <w:spacing w:after="0"/>
      </w:pPr>
      <w:r>
        <w:rPr>
          <w:rFonts w:ascii="Arial" w:hAnsi="Arial"/>
          <w:b/>
          <w:sz w:val="22"/>
        </w:rPr>
        <w:t xml:space="preserve">Arevya  </w:t>
      </w:r>
      <w:r>
        <w:rPr>
          <w:rFonts w:ascii="Arial" w:hAnsi="Arial"/>
          <w:color w:val="5D7284"/>
          <w:sz w:val="22"/>
        </w:rPr>
        <w:t>03:11</w:t>
      </w:r>
    </w:p>
    <w:p>
      <w:pPr>
        <w:spacing w:after="0"/>
      </w:pPr>
      <w:r>
        <w:rPr>
          <w:rFonts w:ascii="Arial" w:hAnsi="Arial"/>
          <w:sz w:val="22"/>
        </w:rPr>
        <w:t>Yes, I will like send this out to all my friends and now you will have like a [undecipherable] in Norway. *All laugh*</w:t>
      </w:r>
    </w:p>
    <w:p>
      <w:pPr>
        <w:spacing w:after="0"/>
      </w:pPr>
    </w:p>
    <w:p>
      <w:pPr>
        <w:spacing w:after="0"/>
      </w:pPr>
      <w:r>
        <w:rPr>
          <w:rFonts w:ascii="Arial" w:hAnsi="Arial"/>
          <w:b/>
          <w:sz w:val="22"/>
        </w:rPr>
        <w:t xml:space="preserve">Lucy  </w:t>
      </w:r>
      <w:r>
        <w:rPr>
          <w:rFonts w:ascii="Arial" w:hAnsi="Arial"/>
          <w:color w:val="5D7284"/>
          <w:sz w:val="22"/>
        </w:rPr>
        <w:t>03:19</w:t>
      </w:r>
    </w:p>
    <w:p>
      <w:pPr>
        <w:spacing w:after="0"/>
      </w:pPr>
      <w:r>
        <w:rPr>
          <w:rFonts w:ascii="Arial" w:hAnsi="Arial"/>
          <w:sz w:val="22"/>
        </w:rPr>
        <w:t>Brilliant stuff. It's great to have you, Arevya. Thank you so much for joining us.</w:t>
      </w:r>
    </w:p>
    <w:p>
      <w:pPr>
        <w:spacing w:after="0"/>
      </w:pPr>
    </w:p>
    <w:p>
      <w:pPr>
        <w:spacing w:after="0"/>
      </w:pPr>
      <w:r>
        <w:rPr>
          <w:rFonts w:ascii="Arial" w:hAnsi="Arial"/>
          <w:b/>
          <w:sz w:val="22"/>
        </w:rPr>
        <w:t xml:space="preserve">Arevya  </w:t>
      </w:r>
      <w:r>
        <w:rPr>
          <w:rFonts w:ascii="Arial" w:hAnsi="Arial"/>
          <w:color w:val="5D7284"/>
          <w:sz w:val="22"/>
        </w:rPr>
        <w:t>03:24</w:t>
      </w:r>
    </w:p>
    <w:p>
      <w:pPr>
        <w:spacing w:after="0"/>
      </w:pPr>
      <w:r>
        <w:rPr>
          <w:rFonts w:ascii="Arial" w:hAnsi="Arial"/>
          <w:sz w:val="22"/>
        </w:rPr>
        <w:t>Thank you so much for having me.</w:t>
      </w:r>
    </w:p>
    <w:p>
      <w:pPr>
        <w:spacing w:after="0"/>
      </w:pPr>
    </w:p>
    <w:p>
      <w:pPr>
        <w:spacing w:after="0"/>
      </w:pPr>
      <w:r>
        <w:rPr>
          <w:rFonts w:ascii="Arial" w:hAnsi="Arial"/>
          <w:b/>
          <w:sz w:val="22"/>
        </w:rPr>
        <w:t xml:space="preserve">Alice  </w:t>
      </w:r>
      <w:r>
        <w:rPr>
          <w:rFonts w:ascii="Arial" w:hAnsi="Arial"/>
          <w:color w:val="5D7284"/>
          <w:sz w:val="22"/>
        </w:rPr>
        <w:t>03:27</w:t>
      </w:r>
    </w:p>
    <w:p>
      <w:pPr>
        <w:spacing w:after="0"/>
      </w:pPr>
      <w:r>
        <w:rPr>
          <w:rFonts w:ascii="Arial" w:hAnsi="Arial"/>
          <w:sz w:val="22"/>
        </w:rPr>
        <w:t xml:space="preserve">So you said that you are a content creator. I know that your particular interest is gaming. </w:t>
      </w:r>
    </w:p>
    <w:p>
      <w:pPr>
        <w:spacing w:after="0"/>
      </w:pPr>
    </w:p>
    <w:p>
      <w:pPr>
        <w:spacing w:after="0"/>
      </w:pPr>
      <w:r>
        <w:rPr>
          <w:rFonts w:ascii="Arial" w:hAnsi="Arial"/>
          <w:b/>
          <w:sz w:val="22"/>
        </w:rPr>
        <w:t xml:space="preserve">Arevya  </w:t>
      </w:r>
      <w:r>
        <w:rPr>
          <w:rFonts w:ascii="Arial" w:hAnsi="Arial"/>
          <w:color w:val="5D7284"/>
          <w:sz w:val="22"/>
        </w:rPr>
        <w:t>03:35</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03:35</w:t>
      </w:r>
    </w:p>
    <w:p>
      <w:pPr>
        <w:spacing w:after="0"/>
      </w:pPr>
      <w:r>
        <w:rPr>
          <w:rFonts w:ascii="Arial" w:hAnsi="Arial"/>
          <w:sz w:val="22"/>
        </w:rPr>
        <w:t>So if you'd like. I don't think either of us can call ourselves gamers, can we Lucy?</w:t>
      </w:r>
    </w:p>
    <w:p>
      <w:pPr>
        <w:spacing w:after="0"/>
      </w:pPr>
    </w:p>
    <w:p>
      <w:pPr>
        <w:spacing w:after="0"/>
      </w:pPr>
      <w:r>
        <w:rPr>
          <w:rFonts w:ascii="Arial" w:hAnsi="Arial"/>
          <w:b/>
          <w:sz w:val="22"/>
        </w:rPr>
        <w:t xml:space="preserve">Arevya  </w:t>
      </w:r>
      <w:r>
        <w:rPr>
          <w:rFonts w:ascii="Arial" w:hAnsi="Arial"/>
          <w:color w:val="5D7284"/>
          <w:sz w:val="22"/>
        </w:rPr>
        <w:t>03:42</w:t>
      </w:r>
    </w:p>
    <w:p>
      <w:pPr>
        <w:spacing w:after="0"/>
      </w:pPr>
      <w:r>
        <w:rPr>
          <w:rFonts w:ascii="Arial" w:hAnsi="Arial"/>
          <w:sz w:val="22"/>
        </w:rPr>
        <w:t>Well no, I did get... When I was about 13, I got a Gameboy Color for my birthday. And I got a little bit obsessed with it. So much so that I got repetitive strain injury in my thumb - *Arevya laughs*</w:t>
      </w:r>
    </w:p>
    <w:p>
      <w:pPr>
        <w:spacing w:after="0"/>
      </w:pPr>
    </w:p>
    <w:p>
      <w:pPr>
        <w:spacing w:after="0"/>
      </w:pPr>
      <w:r>
        <w:rPr>
          <w:rFonts w:ascii="Arial" w:hAnsi="Arial"/>
          <w:b/>
          <w:sz w:val="22"/>
        </w:rPr>
        <w:t xml:space="preserve">Arevya  </w:t>
      </w:r>
      <w:r>
        <w:rPr>
          <w:rFonts w:ascii="Arial" w:hAnsi="Arial"/>
          <w:color w:val="5D7284"/>
          <w:sz w:val="22"/>
        </w:rPr>
        <w:t>03:56</w:t>
      </w:r>
    </w:p>
    <w:p>
      <w:pPr>
        <w:spacing w:after="0"/>
      </w:pPr>
      <w:r>
        <w:rPr>
          <w:rFonts w:ascii="Arial" w:hAnsi="Arial"/>
          <w:sz w:val="22"/>
        </w:rPr>
        <w:t>because I was just like "A,B, Up, Down, Up, Down!" Yes, I did get a bit obsessed with that. But apart from that, not really the biggest gamer you've ever seen in your life. No. I wish I was. *Arevya laughs*</w:t>
      </w:r>
    </w:p>
    <w:p>
      <w:pPr>
        <w:spacing w:after="0"/>
      </w:pPr>
    </w:p>
    <w:p>
      <w:pPr>
        <w:spacing w:after="0"/>
      </w:pPr>
      <w:r>
        <w:rPr>
          <w:rFonts w:ascii="Arial" w:hAnsi="Arial"/>
          <w:b/>
          <w:sz w:val="22"/>
        </w:rPr>
        <w:t xml:space="preserve">Alice  </w:t>
      </w:r>
      <w:r>
        <w:rPr>
          <w:rFonts w:ascii="Arial" w:hAnsi="Arial"/>
          <w:color w:val="5D7284"/>
          <w:sz w:val="22"/>
        </w:rPr>
        <w:t>04:11</w:t>
      </w:r>
    </w:p>
    <w:p>
      <w:pPr>
        <w:spacing w:after="0"/>
      </w:pPr>
      <w:r>
        <w:rPr>
          <w:rFonts w:ascii="Arial" w:hAnsi="Arial"/>
          <w:sz w:val="22"/>
        </w:rPr>
        <w:t>I was really into the Pokemon games on the Game Boy.</w:t>
      </w:r>
    </w:p>
    <w:p>
      <w:pPr>
        <w:spacing w:after="0"/>
      </w:pPr>
    </w:p>
    <w:p>
      <w:pPr>
        <w:spacing w:after="0"/>
      </w:pPr>
      <w:r>
        <w:rPr>
          <w:rFonts w:ascii="Arial" w:hAnsi="Arial"/>
          <w:b/>
          <w:sz w:val="22"/>
        </w:rPr>
        <w:t xml:space="preserve">Arevya  </w:t>
      </w:r>
      <w:r>
        <w:rPr>
          <w:rFonts w:ascii="Arial" w:hAnsi="Arial"/>
          <w:color w:val="5D7284"/>
          <w:sz w:val="22"/>
        </w:rPr>
        <w:t>04:12</w:t>
      </w:r>
    </w:p>
    <w:p>
      <w:pPr>
        <w:spacing w:after="0"/>
      </w:pPr>
      <w:r>
        <w:rPr>
          <w:rFonts w:ascii="Arial" w:hAnsi="Arial"/>
          <w:sz w:val="22"/>
        </w:rPr>
        <w:t>Oh! Yeah.</w:t>
      </w:r>
    </w:p>
    <w:p>
      <w:pPr>
        <w:spacing w:after="0"/>
      </w:pPr>
    </w:p>
    <w:p>
      <w:pPr>
        <w:spacing w:after="0"/>
      </w:pPr>
      <w:r>
        <w:rPr>
          <w:rFonts w:ascii="Arial" w:hAnsi="Arial"/>
          <w:b/>
          <w:sz w:val="22"/>
        </w:rPr>
        <w:t xml:space="preserve">Alice  </w:t>
      </w:r>
      <w:r>
        <w:rPr>
          <w:rFonts w:ascii="Arial" w:hAnsi="Arial"/>
          <w:color w:val="5D7284"/>
          <w:sz w:val="22"/>
        </w:rPr>
        <w:t>04:16</w:t>
      </w:r>
    </w:p>
    <w:p>
      <w:pPr>
        <w:spacing w:after="0"/>
      </w:pPr>
      <w:r>
        <w:rPr>
          <w:rFonts w:ascii="Arial" w:hAnsi="Arial"/>
          <w:sz w:val="22"/>
        </w:rPr>
        <w:t>Had those, the OG Pokemon games. It's really strange, like, looking at the Pokemon games now, they are unrecognizable.</w:t>
      </w:r>
    </w:p>
    <w:p>
      <w:pPr>
        <w:spacing w:after="0"/>
      </w:pPr>
    </w:p>
    <w:p>
      <w:pPr>
        <w:spacing w:after="0"/>
      </w:pPr>
      <w:r>
        <w:rPr>
          <w:rFonts w:ascii="Arial" w:hAnsi="Arial"/>
          <w:b/>
          <w:sz w:val="22"/>
        </w:rPr>
        <w:t xml:space="preserve">Lucy  </w:t>
      </w:r>
      <w:r>
        <w:rPr>
          <w:rFonts w:ascii="Arial" w:hAnsi="Arial"/>
          <w:color w:val="5D7284"/>
          <w:sz w:val="22"/>
        </w:rPr>
        <w:t>04:26</w:t>
      </w:r>
    </w:p>
    <w:p>
      <w:pPr>
        <w:spacing w:after="0"/>
      </w:pPr>
      <w:r>
        <w:rPr>
          <w:rFonts w:ascii="Arial" w:hAnsi="Arial"/>
          <w:sz w:val="22"/>
        </w:rPr>
        <w:t>Pokemon Go? What is going on with Pokemon Go? I don't understand what you're trying to... catch some invisible monster. What are you doing? I don't know what that is. *Arevya chuckles*</w:t>
      </w:r>
    </w:p>
    <w:p>
      <w:pPr>
        <w:spacing w:after="0"/>
      </w:pPr>
    </w:p>
    <w:p>
      <w:pPr>
        <w:spacing w:after="0"/>
      </w:pPr>
      <w:r>
        <w:rPr>
          <w:rFonts w:ascii="Arial" w:hAnsi="Arial"/>
          <w:b/>
          <w:sz w:val="22"/>
        </w:rPr>
        <w:t xml:space="preserve">all  </w:t>
      </w:r>
      <w:r>
        <w:rPr>
          <w:rFonts w:ascii="Arial" w:hAnsi="Arial"/>
          <w:color w:val="5D7284"/>
          <w:sz w:val="22"/>
        </w:rPr>
        <w:t>04:36</w:t>
      </w:r>
    </w:p>
    <w:p>
      <w:pPr>
        <w:spacing w:after="0"/>
      </w:pPr>
      <w:r>
        <w:rPr>
          <w:rFonts w:ascii="Arial" w:hAnsi="Arial"/>
          <w:sz w:val="22"/>
        </w:rPr>
        <w:t>I just... there is an ongoing joke in my household that whenever my cat has a tendency to just lie in the middle of the hallway and you get to it and you go "A Snorlax has appeared in your path!" *All laugh*</w:t>
      </w:r>
    </w:p>
    <w:p>
      <w:pPr>
        <w:spacing w:after="0"/>
      </w:pPr>
    </w:p>
    <w:p>
      <w:pPr>
        <w:spacing w:after="0"/>
      </w:pPr>
      <w:r>
        <w:rPr>
          <w:rFonts w:ascii="Arial" w:hAnsi="Arial"/>
          <w:b/>
          <w:sz w:val="22"/>
        </w:rPr>
        <w:t xml:space="preserve">Arevya  </w:t>
      </w:r>
      <w:r>
        <w:rPr>
          <w:rFonts w:ascii="Arial" w:hAnsi="Arial"/>
          <w:color w:val="5D7284"/>
          <w:sz w:val="22"/>
        </w:rPr>
        <w:t>04:53</w:t>
      </w:r>
    </w:p>
    <w:p>
      <w:pPr>
        <w:spacing w:after="0"/>
      </w:pPr>
      <w:r>
        <w:rPr>
          <w:rFonts w:ascii="Arial" w:hAnsi="Arial"/>
          <w:sz w:val="22"/>
        </w:rPr>
        <w:t>As you should do, may I add? As you should do. But yeah, I do gaming content. So I make, like, content on YouTube and Twitch and TikTok in reels, or, wherever you post short form content at the moment, where I talk about gaming and accessibility in gaming, so that people like me and a lot of other people can game even though we have a disability. So, yeah...</w:t>
      </w:r>
    </w:p>
    <w:p>
      <w:pPr>
        <w:spacing w:after="0"/>
      </w:pPr>
    </w:p>
    <w:p>
      <w:pPr>
        <w:spacing w:after="0"/>
      </w:pPr>
      <w:r>
        <w:rPr>
          <w:rFonts w:ascii="Arial" w:hAnsi="Arial"/>
          <w:b/>
          <w:sz w:val="22"/>
        </w:rPr>
        <w:t xml:space="preserve">Lucy  </w:t>
      </w:r>
      <w:r>
        <w:rPr>
          <w:rFonts w:ascii="Arial" w:hAnsi="Arial"/>
          <w:color w:val="5D7284"/>
          <w:sz w:val="22"/>
        </w:rPr>
        <w:t>05:19</w:t>
      </w:r>
    </w:p>
    <w:p>
      <w:pPr>
        <w:spacing w:after="0"/>
      </w:pPr>
      <w:r>
        <w:rPr>
          <w:rFonts w:ascii="Arial" w:hAnsi="Arial"/>
          <w:sz w:val="22"/>
        </w:rPr>
        <w:t>It's so great. I mean, when I started to hear about, you know, like companies like Xbox and PlayStation, were gonna start investing sort of time and energy into accessible controllers and things. I mean, I know it's a lot. Gaming accessibility is a whole bigger thing, rather than just the controllers, I understand that. But I thought this is a great step forward. Because when I was growing up, even though like, I didn't really have problems with my hands or anything, now... I got repetitive strain injury with a Game Boy. *Arevya laughs* It's all we need to know how difficult my hands are. *chuckles* But I thought what a great step forward particularly for, like, the younger generation, who are, you know, sort of your typical teenage gamers to get involved with gaming and, you know, be involved with a free, you know, being able to go to school and say to your friends, "Oh do you fancy a, you know, a game of whatever it is tonight, you know, on Friday night?" Wow, what a inclusive approach to, sort of, hobbies and past times.</w:t>
      </w:r>
    </w:p>
    <w:p>
      <w:pPr>
        <w:spacing w:after="0"/>
      </w:pPr>
    </w:p>
    <w:p>
      <w:pPr>
        <w:spacing w:after="0"/>
      </w:pPr>
      <w:r>
        <w:rPr>
          <w:rFonts w:ascii="Arial" w:hAnsi="Arial"/>
          <w:b/>
          <w:sz w:val="22"/>
        </w:rPr>
        <w:t xml:space="preserve">Arevya  </w:t>
      </w:r>
      <w:r>
        <w:rPr>
          <w:rFonts w:ascii="Arial" w:hAnsi="Arial"/>
          <w:color w:val="5D7284"/>
          <w:sz w:val="22"/>
        </w:rPr>
        <w:t>06:03</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06:09</w:t>
      </w:r>
    </w:p>
    <w:p>
      <w:pPr>
        <w:spacing w:after="0"/>
      </w:pPr>
      <w:r>
        <w:rPr>
          <w:rFonts w:ascii="Arial" w:hAnsi="Arial"/>
          <w:sz w:val="22"/>
        </w:rPr>
        <w:t xml:space="preserve">Well and I can promise you my life would be very different if World of Warcraft been more accessible when I was 16. </w:t>
      </w:r>
    </w:p>
    <w:p>
      <w:pPr>
        <w:spacing w:after="0"/>
      </w:pPr>
    </w:p>
    <w:p>
      <w:pPr>
        <w:spacing w:after="0"/>
      </w:pPr>
      <w:r>
        <w:rPr>
          <w:rFonts w:ascii="Arial" w:hAnsi="Arial"/>
          <w:b/>
          <w:sz w:val="22"/>
        </w:rPr>
        <w:t xml:space="preserve">Arevya  </w:t>
      </w:r>
      <w:r>
        <w:rPr>
          <w:rFonts w:ascii="Arial" w:hAnsi="Arial"/>
          <w:color w:val="5D7284"/>
          <w:sz w:val="22"/>
        </w:rPr>
        <w:t>06:32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06:33</w:t>
      </w:r>
    </w:p>
    <w:p>
      <w:pPr>
        <w:spacing w:after="0"/>
      </w:pPr>
      <w:r>
        <w:rPr>
          <w:rFonts w:ascii="Arial" w:hAnsi="Arial"/>
          <w:sz w:val="22"/>
        </w:rPr>
        <w:t>I would not have left the house. *all laugh* I would have been 25 stone. All my friends would have been -</w:t>
      </w:r>
    </w:p>
    <w:p>
      <w:pPr>
        <w:spacing w:after="0"/>
      </w:pPr>
    </w:p>
    <w:p>
      <w:pPr>
        <w:spacing w:after="0"/>
      </w:pPr>
      <w:r>
        <w:rPr>
          <w:rFonts w:ascii="Arial" w:hAnsi="Arial"/>
          <w:b/>
          <w:sz w:val="22"/>
        </w:rPr>
        <w:t xml:space="preserve">Lucy  </w:t>
      </w:r>
      <w:r>
        <w:rPr>
          <w:rFonts w:ascii="Arial" w:hAnsi="Arial"/>
          <w:color w:val="5D7284"/>
          <w:sz w:val="22"/>
        </w:rPr>
        <w:t>06:40</w:t>
      </w:r>
    </w:p>
    <w:p>
      <w:pPr>
        <w:spacing w:after="0"/>
      </w:pPr>
      <w:r>
        <w:rPr>
          <w:rFonts w:ascii="Arial" w:hAnsi="Arial"/>
          <w:sz w:val="22"/>
        </w:rPr>
        <w:t>Grease on your t-shirt because you got *laughs*</w:t>
      </w:r>
    </w:p>
    <w:p>
      <w:pPr>
        <w:spacing w:after="0"/>
      </w:pPr>
    </w:p>
    <w:p>
      <w:pPr>
        <w:spacing w:after="0"/>
      </w:pPr>
      <w:r>
        <w:rPr>
          <w:rFonts w:ascii="Arial" w:hAnsi="Arial"/>
          <w:b/>
          <w:sz w:val="22"/>
        </w:rPr>
        <w:t xml:space="preserve">Alice  </w:t>
      </w:r>
      <w:r>
        <w:rPr>
          <w:rFonts w:ascii="Arial" w:hAnsi="Arial"/>
          <w:color w:val="5D7284"/>
          <w:sz w:val="22"/>
        </w:rPr>
        <w:t>06:43</w:t>
      </w:r>
    </w:p>
    <w:p>
      <w:pPr>
        <w:spacing w:after="0"/>
      </w:pPr>
      <w:r>
        <w:rPr>
          <w:rFonts w:ascii="Arial" w:hAnsi="Arial"/>
          <w:sz w:val="22"/>
        </w:rPr>
        <w:t>Yeah, so you know, swings and roundabouts.</w:t>
      </w:r>
    </w:p>
    <w:p>
      <w:pPr>
        <w:spacing w:after="0"/>
      </w:pPr>
    </w:p>
    <w:p>
      <w:pPr>
        <w:spacing w:after="0"/>
      </w:pPr>
      <w:r>
        <w:rPr>
          <w:rFonts w:ascii="Arial" w:hAnsi="Arial"/>
          <w:b/>
          <w:sz w:val="22"/>
        </w:rPr>
        <w:t xml:space="preserve">Lucy  </w:t>
      </w:r>
      <w:r>
        <w:rPr>
          <w:rFonts w:ascii="Arial" w:hAnsi="Arial"/>
          <w:color w:val="5D7284"/>
          <w:sz w:val="22"/>
        </w:rPr>
        <w:t>06:46</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06:49</w:t>
      </w:r>
    </w:p>
    <w:p>
      <w:pPr>
        <w:spacing w:after="0"/>
      </w:pPr>
      <w:r>
        <w:rPr>
          <w:rFonts w:ascii="Arial" w:hAnsi="Arial"/>
          <w:sz w:val="22"/>
        </w:rPr>
        <w:t>Positive impact.</w:t>
      </w:r>
    </w:p>
    <w:p>
      <w:pPr>
        <w:spacing w:after="0"/>
      </w:pPr>
    </w:p>
    <w:p>
      <w:pPr>
        <w:spacing w:after="0"/>
      </w:pPr>
      <w:r>
        <w:rPr>
          <w:rFonts w:ascii="Arial" w:hAnsi="Arial"/>
          <w:b/>
          <w:sz w:val="22"/>
        </w:rPr>
        <w:t xml:space="preserve">Lucy  </w:t>
      </w:r>
      <w:r>
        <w:rPr>
          <w:rFonts w:ascii="Arial" w:hAnsi="Arial"/>
          <w:color w:val="5D7284"/>
          <w:sz w:val="22"/>
        </w:rPr>
        <w:t>06:50</w:t>
      </w:r>
    </w:p>
    <w:p>
      <w:pPr>
        <w:spacing w:after="0"/>
      </w:pPr>
      <w:r>
        <w:rPr>
          <w:rFonts w:ascii="Arial" w:hAnsi="Arial"/>
          <w:sz w:val="22"/>
        </w:rPr>
        <w:t xml:space="preserve">Yeah. I travel around. And I have like this speech about like... I talk to companies and people in charge to see if we can get more money for accessibility and gaming in my country. And one of the things I always say is that when you have kids... especially kids, right? At least in Norway... I don't know how it is, but I presume it's sort of the same everywhere in Europe, which is like, you either have sports - kids, like, after school activity, you have sports - or you have, like, band, some sort of music. And those two are genius. Like those are really fun hobbies, but they require you to go out of the house. And when you're disabled, going out of the house isn't always the thing you just can do on a whim. </w:t>
      </w:r>
    </w:p>
    <w:p>
      <w:pPr>
        <w:spacing w:after="0"/>
      </w:pPr>
    </w:p>
    <w:p>
      <w:pPr>
        <w:spacing w:after="0"/>
      </w:pPr>
      <w:r>
        <w:rPr>
          <w:rFonts w:ascii="Arial" w:hAnsi="Arial"/>
          <w:b/>
          <w:sz w:val="22"/>
        </w:rPr>
        <w:t xml:space="preserve">Lucy  </w:t>
      </w:r>
      <w:r>
        <w:rPr>
          <w:rFonts w:ascii="Arial" w:hAnsi="Arial"/>
          <w:color w:val="5D7284"/>
          <w:sz w:val="22"/>
        </w:rPr>
        <w:t>07:35</w:t>
      </w:r>
    </w:p>
    <w:p>
      <w:pPr>
        <w:spacing w:after="0"/>
      </w:pPr>
      <w:r>
        <w:rPr>
          <w:rFonts w:ascii="Arial" w:hAnsi="Arial"/>
          <w:sz w:val="22"/>
        </w:rPr>
        <w:t>No.</w:t>
      </w:r>
    </w:p>
    <w:p>
      <w:pPr>
        <w:spacing w:after="0"/>
      </w:pPr>
    </w:p>
    <w:p>
      <w:pPr>
        <w:spacing w:after="0"/>
      </w:pPr>
      <w:r>
        <w:rPr>
          <w:rFonts w:ascii="Arial" w:hAnsi="Arial"/>
          <w:b/>
          <w:sz w:val="22"/>
        </w:rPr>
        <w:t xml:space="preserve">Arevya  </w:t>
      </w:r>
      <w:r>
        <w:rPr>
          <w:rFonts w:ascii="Arial" w:hAnsi="Arial"/>
          <w:color w:val="5D7284"/>
          <w:sz w:val="22"/>
        </w:rPr>
        <w:t>07:35</w:t>
      </w:r>
    </w:p>
    <w:p>
      <w:pPr>
        <w:spacing w:after="0"/>
      </w:pPr>
      <w:r>
        <w:rPr>
          <w:rFonts w:ascii="Arial" w:hAnsi="Arial"/>
          <w:sz w:val="22"/>
        </w:rPr>
        <w:t>So like having the ability to game and connect with friends and be with friends, even when you have like a really bad time, or a bad period or flare up or whatever is golden. I love that. I think that is like amazing.</w:t>
      </w:r>
    </w:p>
    <w:p>
      <w:pPr>
        <w:spacing w:after="0"/>
      </w:pPr>
    </w:p>
    <w:p>
      <w:pPr>
        <w:spacing w:after="0"/>
      </w:pPr>
      <w:r>
        <w:rPr>
          <w:rFonts w:ascii="Arial" w:hAnsi="Arial"/>
          <w:b/>
          <w:sz w:val="22"/>
        </w:rPr>
        <w:t xml:space="preserve">Arevya  </w:t>
      </w:r>
      <w:r>
        <w:rPr>
          <w:rFonts w:ascii="Arial" w:hAnsi="Arial"/>
          <w:color w:val="5D7284"/>
          <w:sz w:val="22"/>
        </w:rPr>
        <w:t>07:49</w:t>
      </w:r>
    </w:p>
    <w:p>
      <w:pPr>
        <w:spacing w:after="0"/>
      </w:pPr>
      <w:r>
        <w:rPr>
          <w:rFonts w:ascii="Arial" w:hAnsi="Arial"/>
          <w:sz w:val="22"/>
        </w:rPr>
        <w:t>I think it is that connecting with people. I think there's... I mean, my husband's a gamer and into games that I have no interest or concept about, like first person shooters... just no interest at all. But there is definitely a connection element to it where, you know, there are some sometimes he speaks to some of his friends more than I speak to any of my friends because, you know, I go to work and I do all of that stuff and I come home and then I go read a book or whatever. He's online talking to his mates. And then he doesn't go out at the weekend to see them because he's, like, "I don't want to go outside."</w:t>
      </w:r>
    </w:p>
    <w:p>
      <w:pPr>
        <w:spacing w:after="0"/>
      </w:pPr>
    </w:p>
    <w:p>
      <w:pPr>
        <w:spacing w:after="0"/>
      </w:pPr>
      <w:r>
        <w:rPr>
          <w:rFonts w:ascii="Arial" w:hAnsi="Arial"/>
          <w:b/>
          <w:sz w:val="22"/>
        </w:rPr>
        <w:t xml:space="preserve">Alice  </w:t>
      </w:r>
      <w:r>
        <w:rPr>
          <w:rFonts w:ascii="Arial" w:hAnsi="Arial"/>
          <w:color w:val="5D7284"/>
          <w:sz w:val="22"/>
        </w:rPr>
        <w:t>07:57</w:t>
      </w:r>
    </w:p>
    <w:p>
      <w:pPr>
        <w:spacing w:after="0"/>
      </w:pPr>
      <w:r>
        <w:rPr>
          <w:rFonts w:ascii="Arial" w:hAnsi="Arial"/>
          <w:sz w:val="22"/>
        </w:rPr>
        <w:t>No. *laughs*</w:t>
      </w:r>
    </w:p>
    <w:p>
      <w:pPr>
        <w:spacing w:after="0"/>
      </w:pPr>
    </w:p>
    <w:p>
      <w:pPr>
        <w:spacing w:after="0"/>
      </w:pPr>
      <w:r>
        <w:rPr>
          <w:rFonts w:ascii="Arial" w:hAnsi="Arial"/>
          <w:b/>
          <w:sz w:val="22"/>
        </w:rPr>
        <w:t xml:space="preserve">Alice  </w:t>
      </w:r>
      <w:r>
        <w:rPr>
          <w:rFonts w:ascii="Arial" w:hAnsi="Arial"/>
          <w:color w:val="5D7284"/>
          <w:sz w:val="22"/>
        </w:rPr>
        <w:t>08:15</w:t>
      </w:r>
    </w:p>
    <w:p>
      <w:pPr>
        <w:spacing w:after="0"/>
      </w:pPr>
      <w:r>
        <w:rPr>
          <w:rFonts w:ascii="Arial" w:hAnsi="Arial"/>
          <w:sz w:val="22"/>
        </w:rPr>
        <w:t>So... * all laugh*</w:t>
      </w:r>
    </w:p>
    <w:p>
      <w:pPr>
        <w:spacing w:after="0"/>
      </w:pPr>
    </w:p>
    <w:p>
      <w:pPr>
        <w:spacing w:after="0"/>
      </w:pPr>
      <w:r>
        <w:rPr>
          <w:rFonts w:ascii="Arial" w:hAnsi="Arial"/>
          <w:b/>
          <w:sz w:val="22"/>
        </w:rPr>
        <w:t xml:space="preserve">Lucy  </w:t>
      </w:r>
      <w:r>
        <w:rPr>
          <w:rFonts w:ascii="Arial" w:hAnsi="Arial"/>
          <w:color w:val="5D7284"/>
          <w:sz w:val="22"/>
        </w:rPr>
        <w:t>08:25</w:t>
      </w:r>
    </w:p>
    <w:p>
      <w:pPr>
        <w:spacing w:after="0"/>
      </w:pPr>
      <w:r>
        <w:rPr>
          <w:rFonts w:ascii="Arial" w:hAnsi="Arial"/>
          <w:sz w:val="22"/>
        </w:rPr>
        <w:t>It's raining, it's raining. He lives in England that's why!</w:t>
      </w:r>
    </w:p>
    <w:p>
      <w:pPr>
        <w:spacing w:after="0"/>
      </w:pPr>
    </w:p>
    <w:p>
      <w:pPr>
        <w:spacing w:after="0"/>
      </w:pPr>
      <w:r>
        <w:rPr>
          <w:rFonts w:ascii="Arial" w:hAnsi="Arial"/>
          <w:b/>
          <w:sz w:val="22"/>
        </w:rPr>
        <w:t xml:space="preserve">Lucy  </w:t>
      </w:r>
      <w:r>
        <w:rPr>
          <w:rFonts w:ascii="Arial" w:hAnsi="Arial"/>
          <w:color w:val="5D7284"/>
          <w:sz w:val="22"/>
        </w:rPr>
        <w:t>08:38</w:t>
      </w:r>
    </w:p>
    <w:p>
      <w:pPr>
        <w:spacing w:after="0"/>
      </w:pPr>
      <w:r>
        <w:rPr>
          <w:rFonts w:ascii="Arial" w:hAnsi="Arial"/>
          <w:sz w:val="22"/>
        </w:rPr>
        <w:t>But he, you know... It is a social kind of thing. And I think that is certainly an element of it that a lot of people who don't game don't understand that social element of it.</w:t>
      </w:r>
    </w:p>
    <w:p>
      <w:pPr>
        <w:spacing w:after="0"/>
      </w:pPr>
    </w:p>
    <w:p>
      <w:pPr>
        <w:spacing w:after="0"/>
      </w:pPr>
      <w:r>
        <w:rPr>
          <w:rFonts w:ascii="Arial" w:hAnsi="Arial"/>
          <w:b/>
          <w:sz w:val="22"/>
        </w:rPr>
        <w:t xml:space="preserve">Lucy  </w:t>
      </w:r>
      <w:r>
        <w:rPr>
          <w:rFonts w:ascii="Arial" w:hAnsi="Arial"/>
          <w:color w:val="5D7284"/>
          <w:sz w:val="22"/>
        </w:rPr>
        <w:t>08:54</w:t>
      </w:r>
    </w:p>
    <w:p>
      <w:pPr>
        <w:spacing w:after="0"/>
      </w:pPr>
      <w:r>
        <w:rPr>
          <w:rFonts w:ascii="Arial" w:hAnsi="Arial"/>
          <w:sz w:val="22"/>
        </w:rPr>
        <w:t>And I think as well... Sorry, Alice. I think as well, it's a little bit like, because you aren't physically with the person you're playing the game with necessarily, you don't have to go into like the minutiae and details of your disability or what's wrong. It's a level playing field, isn't it really? Because you're not having to explain "Oh, I can't get into this room because I can't walk". Your gaming setup at home is built for your needs. So whether you're visually impaired, whether you've got dexterity issues, that kind of thing, you don't have to tell anybody about your gaming setup unless you want to, so it levels the playing field out with that as well and they're just getting to know you as a person rather than all the added baggage of your disability or your chronic illness and I think that is something that appeals to a lot of disabled people because they don't have to waste energy on explaining "Well, I can't do this, I can do this. I find this difficult..." They're just accepted for, you know, "This is Alice, they're playing a game or she's Lucy, they're playing this game with me for the next few hours. And we're just going to have a bit of fun." I think there's something very freeing in that.</w:t>
      </w:r>
    </w:p>
    <w:p>
      <w:pPr>
        <w:spacing w:after="0"/>
      </w:pPr>
    </w:p>
    <w:p>
      <w:pPr>
        <w:spacing w:after="0"/>
      </w:pPr>
      <w:r>
        <w:rPr>
          <w:rFonts w:ascii="Arial" w:hAnsi="Arial"/>
          <w:b/>
          <w:sz w:val="22"/>
        </w:rPr>
        <w:t xml:space="preserve">Arevya  </w:t>
      </w:r>
      <w:r>
        <w:rPr>
          <w:rFonts w:ascii="Arial" w:hAnsi="Arial"/>
          <w:color w:val="5D7284"/>
          <w:sz w:val="22"/>
        </w:rPr>
        <w:t>08:54</w:t>
      </w:r>
    </w:p>
    <w:p>
      <w:pPr>
        <w:spacing w:after="0"/>
      </w:pPr>
      <w:r>
        <w:rPr>
          <w:rFonts w:ascii="Arial" w:hAnsi="Arial"/>
          <w:sz w:val="22"/>
        </w:rPr>
        <w:t xml:space="preserve">And it's also really good with the fact that... So I have some disabilities, a lot of them, but my most prominent disabilities is cerebral palsy and arthritis. And the thing is just that some days are just bad. I don't feel good. I don't smell good... *laughs* because I haven't been able to shower because it takes too much energy or the pain I can't stand. So then, okay, but I can maybe game some. And then I just don't need to put on a face for people, because I think that is the thing I do a lot. When I go outside, I have this extra baggage of needing to not look like I'm in constant pain. </w:t>
      </w:r>
    </w:p>
    <w:p>
      <w:pPr>
        <w:spacing w:after="0"/>
      </w:pPr>
    </w:p>
    <w:p>
      <w:pPr>
        <w:spacing w:after="0"/>
      </w:pPr>
      <w:r>
        <w:rPr>
          <w:rFonts w:ascii="Arial" w:hAnsi="Arial"/>
          <w:b/>
          <w:sz w:val="22"/>
        </w:rPr>
        <w:t xml:space="preserve">Lucy  </w:t>
      </w:r>
      <w:r>
        <w:rPr>
          <w:rFonts w:ascii="Arial" w:hAnsi="Arial"/>
          <w:color w:val="5D7284"/>
          <w:sz w:val="22"/>
        </w:rPr>
        <w:t>10:48</w:t>
      </w:r>
    </w:p>
    <w:p>
      <w:pPr>
        <w:spacing w:after="0"/>
      </w:pPr>
      <w:r>
        <w:rPr>
          <w:rFonts w:ascii="Arial" w:hAnsi="Arial"/>
          <w:sz w:val="22"/>
        </w:rPr>
        <w:t xml:space="preserve">Yes. </w:t>
      </w:r>
    </w:p>
    <w:p>
      <w:pPr>
        <w:spacing w:after="0"/>
      </w:pPr>
    </w:p>
    <w:p>
      <w:pPr>
        <w:spacing w:after="0"/>
      </w:pPr>
      <w:r>
        <w:rPr>
          <w:rFonts w:ascii="Arial" w:hAnsi="Arial"/>
          <w:b/>
          <w:sz w:val="22"/>
        </w:rPr>
        <w:t xml:space="preserve">Arevya  </w:t>
      </w:r>
      <w:r>
        <w:rPr>
          <w:rFonts w:ascii="Arial" w:hAnsi="Arial"/>
          <w:color w:val="5D7284"/>
          <w:sz w:val="22"/>
        </w:rPr>
        <w:t>10:48</w:t>
      </w:r>
    </w:p>
    <w:p>
      <w:pPr>
        <w:spacing w:after="0"/>
      </w:pPr>
      <w:r>
        <w:rPr>
          <w:rFonts w:ascii="Arial" w:hAnsi="Arial"/>
          <w:sz w:val="22"/>
        </w:rPr>
        <w:t>And like because I can't go around, or you can, but most people will react badly if you go around with this mimic of being in pain. Everybody will just ask you "Why do you look like you -</w:t>
      </w:r>
    </w:p>
    <w:p>
      <w:pPr>
        <w:spacing w:after="0"/>
      </w:pPr>
    </w:p>
    <w:p>
      <w:pPr>
        <w:spacing w:after="0"/>
      </w:pPr>
      <w:r>
        <w:rPr>
          <w:rFonts w:ascii="Arial" w:hAnsi="Arial"/>
          <w:b/>
          <w:sz w:val="22"/>
        </w:rPr>
        <w:t xml:space="preserve">Alice  </w:t>
      </w:r>
      <w:r>
        <w:rPr>
          <w:rFonts w:ascii="Arial" w:hAnsi="Arial"/>
          <w:color w:val="5D7284"/>
          <w:sz w:val="22"/>
        </w:rPr>
        <w:t>11:00</w:t>
      </w:r>
    </w:p>
    <w:p>
      <w:pPr>
        <w:spacing w:after="0"/>
      </w:pPr>
      <w:r>
        <w:rPr>
          <w:rFonts w:ascii="Arial" w:hAnsi="Arial"/>
          <w:sz w:val="22"/>
        </w:rPr>
        <w:t>Wandering around, scrunched up, screaming constantly *laughs*</w:t>
      </w:r>
    </w:p>
    <w:p>
      <w:pPr>
        <w:spacing w:after="0"/>
      </w:pPr>
    </w:p>
    <w:p>
      <w:pPr>
        <w:spacing w:after="0"/>
      </w:pPr>
      <w:r>
        <w:rPr>
          <w:rFonts w:ascii="Arial" w:hAnsi="Arial"/>
          <w:b/>
          <w:sz w:val="22"/>
        </w:rPr>
        <w:t xml:space="preserve">Arevya  </w:t>
      </w:r>
      <w:r>
        <w:rPr>
          <w:rFonts w:ascii="Arial" w:hAnsi="Arial"/>
          <w:color w:val="5D7284"/>
          <w:sz w:val="22"/>
        </w:rPr>
        <w:t>11:04</w:t>
      </w:r>
    </w:p>
    <w:p>
      <w:pPr>
        <w:spacing w:after="0"/>
      </w:pPr>
      <w:r>
        <w:rPr>
          <w:rFonts w:ascii="Arial" w:hAnsi="Arial"/>
          <w:sz w:val="22"/>
        </w:rPr>
        <w:t>Yes *laughing*</w:t>
      </w:r>
    </w:p>
    <w:p>
      <w:pPr>
        <w:spacing w:after="0"/>
      </w:pPr>
    </w:p>
    <w:p>
      <w:pPr>
        <w:spacing w:after="0"/>
      </w:pPr>
      <w:r>
        <w:rPr>
          <w:rFonts w:ascii="Arial" w:hAnsi="Arial"/>
          <w:b/>
          <w:sz w:val="22"/>
        </w:rPr>
        <w:t xml:space="preserve">Lucy  </w:t>
      </w:r>
      <w:r>
        <w:rPr>
          <w:rFonts w:ascii="Arial" w:hAnsi="Arial"/>
          <w:color w:val="5D7284"/>
          <w:sz w:val="22"/>
        </w:rPr>
        <w:t>11:04</w:t>
      </w:r>
    </w:p>
    <w:p>
      <w:pPr>
        <w:spacing w:after="0"/>
      </w:pPr>
      <w:r>
        <w:rPr>
          <w:rFonts w:ascii="Arial" w:hAnsi="Arial"/>
          <w:sz w:val="22"/>
        </w:rPr>
        <w:t>Looking quite miserable and fed up. Everybody's looking at you like what's wrong with you?</w:t>
      </w:r>
    </w:p>
    <w:p>
      <w:pPr>
        <w:spacing w:after="0"/>
      </w:pPr>
    </w:p>
    <w:p>
      <w:pPr>
        <w:spacing w:after="0"/>
      </w:pPr>
      <w:r>
        <w:rPr>
          <w:rFonts w:ascii="Arial" w:hAnsi="Arial"/>
          <w:b/>
          <w:sz w:val="22"/>
        </w:rPr>
        <w:t xml:space="preserve">Arevya  </w:t>
      </w:r>
      <w:r>
        <w:rPr>
          <w:rFonts w:ascii="Arial" w:hAnsi="Arial"/>
          <w:color w:val="5D7284"/>
          <w:sz w:val="22"/>
        </w:rPr>
        <w:t>11:09</w:t>
      </w:r>
    </w:p>
    <w:p>
      <w:pPr>
        <w:spacing w:after="0"/>
      </w:pPr>
      <w:r>
        <w:rPr>
          <w:rFonts w:ascii="Arial" w:hAnsi="Arial"/>
          <w:sz w:val="22"/>
        </w:rPr>
        <w:t>You have like resting bitch face and now you have resting pain face.</w:t>
      </w:r>
    </w:p>
    <w:p>
      <w:pPr>
        <w:spacing w:after="0"/>
      </w:pPr>
    </w:p>
    <w:p>
      <w:pPr>
        <w:spacing w:after="0"/>
      </w:pPr>
      <w:r>
        <w:rPr>
          <w:rFonts w:ascii="Arial" w:hAnsi="Arial"/>
          <w:b/>
          <w:sz w:val="22"/>
        </w:rPr>
        <w:t xml:space="preserve">Lucy  </w:t>
      </w:r>
      <w:r>
        <w:rPr>
          <w:rFonts w:ascii="Arial" w:hAnsi="Arial"/>
          <w:color w:val="5D7284"/>
          <w:sz w:val="22"/>
        </w:rPr>
        <w:t>11:14</w:t>
      </w:r>
    </w:p>
    <w:p>
      <w:pPr>
        <w:spacing w:after="0"/>
      </w:pPr>
      <w:r>
        <w:rPr>
          <w:rFonts w:ascii="Arial" w:hAnsi="Arial"/>
          <w:sz w:val="22"/>
        </w:rPr>
        <w:t>Yes!</w:t>
      </w:r>
    </w:p>
    <w:p>
      <w:pPr>
        <w:spacing w:after="0"/>
      </w:pPr>
    </w:p>
    <w:p>
      <w:pPr>
        <w:spacing w:after="0"/>
      </w:pPr>
      <w:r>
        <w:rPr>
          <w:rFonts w:ascii="Arial" w:hAnsi="Arial"/>
          <w:b/>
          <w:sz w:val="22"/>
        </w:rPr>
        <w:t xml:space="preserve">Lucy  </w:t>
      </w:r>
      <w:r>
        <w:rPr>
          <w:rFonts w:ascii="Arial" w:hAnsi="Arial"/>
          <w:color w:val="5D7284"/>
          <w:sz w:val="22"/>
        </w:rPr>
        <w:t>11:14</w:t>
      </w:r>
    </w:p>
    <w:p>
      <w:pPr>
        <w:spacing w:after="0"/>
      </w:pPr>
      <w:r>
        <w:rPr>
          <w:rFonts w:ascii="Arial" w:hAnsi="Arial"/>
          <w:sz w:val="22"/>
        </w:rPr>
        <w:t xml:space="preserve">It's just like, yeah, horrible. But when I'm online, I can just jump into a discord call with some friends and just hang out without actually having the baggage of them seeing me when I don't feel comfortable with people seeing me. A lot of people don't care, but I'm one of those people who don't necessarily feel so comfortable with people just watching me when I'm on my lowest. I'm okay with them hearing me, because then I can sort of mimic being *laughs* better than I am. But it's something about like, and if they come into my house, which is the most accessible for me. I still feel like I have to tidy up and like, give them a cup of tea or be a hostess. </w:t>
      </w:r>
    </w:p>
    <w:p>
      <w:pPr>
        <w:spacing w:after="0"/>
      </w:pPr>
    </w:p>
    <w:p>
      <w:pPr>
        <w:spacing w:after="0"/>
      </w:pPr>
      <w:r>
        <w:rPr>
          <w:rFonts w:ascii="Arial" w:hAnsi="Arial"/>
          <w:b/>
          <w:sz w:val="22"/>
        </w:rPr>
        <w:t xml:space="preserve">Lucy  </w:t>
      </w:r>
      <w:r>
        <w:rPr>
          <w:rFonts w:ascii="Arial" w:hAnsi="Arial"/>
          <w:color w:val="5D7284"/>
          <w:sz w:val="22"/>
        </w:rPr>
        <w:t>11:57</w:t>
      </w:r>
    </w:p>
    <w:p>
      <w:pPr>
        <w:spacing w:after="0"/>
      </w:pPr>
      <w:r>
        <w:rPr>
          <w:rFonts w:ascii="Arial" w:hAnsi="Arial"/>
          <w:sz w:val="22"/>
        </w:rPr>
        <w:t>Make them comfortable. Yeah, exactly.</w:t>
      </w:r>
    </w:p>
    <w:p>
      <w:pPr>
        <w:spacing w:after="0"/>
      </w:pPr>
    </w:p>
    <w:p>
      <w:pPr>
        <w:spacing w:after="0"/>
      </w:pPr>
      <w:r>
        <w:rPr>
          <w:rFonts w:ascii="Arial" w:hAnsi="Arial"/>
          <w:b/>
          <w:sz w:val="22"/>
        </w:rPr>
        <w:t xml:space="preserve">Arevya  </w:t>
      </w:r>
      <w:r>
        <w:rPr>
          <w:rFonts w:ascii="Arial" w:hAnsi="Arial"/>
          <w:color w:val="5D7284"/>
          <w:sz w:val="22"/>
        </w:rPr>
        <w:t>11:58</w:t>
      </w:r>
    </w:p>
    <w:p>
      <w:pPr>
        <w:spacing w:after="0"/>
      </w:pPr>
      <w:r>
        <w:rPr>
          <w:rFonts w:ascii="Arial" w:hAnsi="Arial"/>
          <w:sz w:val="22"/>
        </w:rPr>
        <w:t>Yeah. But if I'm doing a game, it's just like, well, bugger off, fix it yourself! *laughs*</w:t>
      </w:r>
    </w:p>
    <w:p>
      <w:pPr>
        <w:spacing w:after="0"/>
      </w:pPr>
    </w:p>
    <w:p>
      <w:pPr>
        <w:spacing w:after="0"/>
      </w:pPr>
      <w:r>
        <w:rPr>
          <w:rFonts w:ascii="Arial" w:hAnsi="Arial"/>
          <w:b/>
          <w:sz w:val="22"/>
        </w:rPr>
        <w:t xml:space="preserve">Lucy  </w:t>
      </w:r>
      <w:r>
        <w:rPr>
          <w:rFonts w:ascii="Arial" w:hAnsi="Arial"/>
          <w:color w:val="5D7284"/>
          <w:sz w:val="22"/>
        </w:rPr>
        <w:t>12:02</w:t>
      </w:r>
    </w:p>
    <w:p>
      <w:pPr>
        <w:spacing w:after="0"/>
      </w:pPr>
      <w:r>
        <w:rPr>
          <w:rFonts w:ascii="Arial" w:hAnsi="Arial"/>
          <w:sz w:val="22"/>
        </w:rPr>
        <w:t>Bye! Go make your own sandwich and a cup of tea.</w:t>
      </w:r>
    </w:p>
    <w:p>
      <w:pPr>
        <w:spacing w:after="0"/>
      </w:pPr>
    </w:p>
    <w:p>
      <w:pPr>
        <w:spacing w:after="0"/>
      </w:pPr>
      <w:r>
        <w:rPr>
          <w:rFonts w:ascii="Arial" w:hAnsi="Arial"/>
          <w:b/>
          <w:sz w:val="22"/>
        </w:rPr>
        <w:t xml:space="preserve">Arevya  </w:t>
      </w:r>
      <w:r>
        <w:rPr>
          <w:rFonts w:ascii="Arial" w:hAnsi="Arial"/>
          <w:color w:val="5D7284"/>
          <w:sz w:val="22"/>
        </w:rPr>
        <w:t>12:07</w:t>
      </w:r>
    </w:p>
    <w:p>
      <w:pPr>
        <w:spacing w:after="0"/>
      </w:pPr>
      <w:r>
        <w:rPr>
          <w:rFonts w:ascii="Arial" w:hAnsi="Arial"/>
          <w:sz w:val="22"/>
        </w:rPr>
        <w:t>Not my problem!</w:t>
      </w:r>
    </w:p>
    <w:p>
      <w:pPr>
        <w:spacing w:after="0"/>
      </w:pPr>
    </w:p>
    <w:p>
      <w:pPr>
        <w:spacing w:after="0"/>
      </w:pPr>
      <w:r>
        <w:rPr>
          <w:rFonts w:ascii="Arial" w:hAnsi="Arial"/>
          <w:b/>
          <w:sz w:val="22"/>
        </w:rPr>
        <w:t xml:space="preserve">Arevya  </w:t>
      </w:r>
      <w:r>
        <w:rPr>
          <w:rFonts w:ascii="Arial" w:hAnsi="Arial"/>
          <w:color w:val="5D7284"/>
          <w:sz w:val="22"/>
        </w:rPr>
        <w:t>12:08</w:t>
      </w:r>
    </w:p>
    <w:p>
      <w:pPr>
        <w:spacing w:after="0"/>
      </w:pPr>
      <w:r>
        <w:rPr>
          <w:rFonts w:ascii="Arial" w:hAnsi="Arial"/>
          <w:sz w:val="22"/>
        </w:rPr>
        <w:t>So it's more than just a game, it's a community, it's a space for people to find friendship, it's a way of being, having a hobby. But to do that, we need to make it accessible, which is what I make my TikToks about, which is what I make my YouTube about. I talk about how we can make games accessible, and how we can make sure that everybody can join in and gaming is for everyone.</w:t>
      </w:r>
    </w:p>
    <w:p>
      <w:pPr>
        <w:spacing w:after="0"/>
      </w:pPr>
    </w:p>
    <w:p>
      <w:pPr>
        <w:spacing w:after="0"/>
      </w:pPr>
      <w:r>
        <w:rPr>
          <w:rFonts w:ascii="Arial" w:hAnsi="Arial"/>
          <w:b/>
          <w:sz w:val="22"/>
        </w:rPr>
        <w:t xml:space="preserve">Lucy  </w:t>
      </w:r>
      <w:r>
        <w:rPr>
          <w:rFonts w:ascii="Arial" w:hAnsi="Arial"/>
          <w:color w:val="5D7284"/>
          <w:sz w:val="22"/>
        </w:rPr>
        <w:t>12:08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12:35</w:t>
      </w:r>
    </w:p>
    <w:p>
      <w:pPr>
        <w:spacing w:after="0"/>
      </w:pPr>
      <w:r>
        <w:rPr>
          <w:rFonts w:ascii="Arial" w:hAnsi="Arial"/>
          <w:sz w:val="22"/>
        </w:rPr>
        <w:t xml:space="preserve">That's really great. Just sort of wondering, as you're talking about how you're trying to put a positive spin on it, do you ever get any pushback from other gamers who aren't disabled, who just don't get it? </w:t>
      </w:r>
    </w:p>
    <w:p>
      <w:pPr>
        <w:spacing w:after="0"/>
      </w:pPr>
    </w:p>
    <w:p>
      <w:pPr>
        <w:spacing w:after="0"/>
      </w:pPr>
      <w:r>
        <w:rPr>
          <w:rFonts w:ascii="Arial" w:hAnsi="Arial"/>
          <w:b/>
          <w:sz w:val="22"/>
        </w:rPr>
        <w:t xml:space="preserve">Arevya  </w:t>
      </w:r>
      <w:r>
        <w:rPr>
          <w:rFonts w:ascii="Arial" w:hAnsi="Arial"/>
          <w:color w:val="5D7284"/>
          <w:sz w:val="22"/>
        </w:rPr>
        <w:t>12:48</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12:48</w:t>
      </w:r>
    </w:p>
    <w:p>
      <w:pPr>
        <w:spacing w:after="0"/>
      </w:pPr>
      <w:r>
        <w:rPr>
          <w:rFonts w:ascii="Arial" w:hAnsi="Arial"/>
          <w:sz w:val="22"/>
        </w:rPr>
        <w:t xml:space="preserve">They don't understand. </w:t>
      </w:r>
    </w:p>
    <w:p>
      <w:pPr>
        <w:spacing w:after="0"/>
      </w:pPr>
    </w:p>
    <w:p>
      <w:pPr>
        <w:spacing w:after="0"/>
      </w:pPr>
      <w:r>
        <w:rPr>
          <w:rFonts w:ascii="Arial" w:hAnsi="Arial"/>
          <w:b/>
          <w:sz w:val="22"/>
        </w:rPr>
        <w:t xml:space="preserve">Lucy  </w:t>
      </w:r>
      <w:r>
        <w:rPr>
          <w:rFonts w:ascii="Arial" w:hAnsi="Arial"/>
          <w:color w:val="5D7284"/>
          <w:sz w:val="22"/>
        </w:rPr>
        <w:t>12:49</w:t>
      </w:r>
    </w:p>
    <w:p>
      <w:pPr>
        <w:spacing w:after="0"/>
      </w:pPr>
      <w:r>
        <w:rPr>
          <w:rFonts w:ascii="Arial" w:hAnsi="Arial"/>
          <w:sz w:val="22"/>
        </w:rPr>
        <w:t>Yeah, yeah, yeah, yeah. I like -</w:t>
      </w:r>
    </w:p>
    <w:p>
      <w:pPr>
        <w:spacing w:after="0"/>
      </w:pPr>
    </w:p>
    <w:p>
      <w:pPr>
        <w:spacing w:after="0"/>
      </w:pPr>
      <w:r>
        <w:rPr>
          <w:rFonts w:ascii="Arial" w:hAnsi="Arial"/>
          <w:b/>
          <w:sz w:val="22"/>
        </w:rPr>
        <w:t xml:space="preserve">Lucy  </w:t>
      </w:r>
      <w:r>
        <w:rPr>
          <w:rFonts w:ascii="Arial" w:hAnsi="Arial"/>
          <w:color w:val="5D7284"/>
          <w:sz w:val="22"/>
        </w:rPr>
        <w:t>12:50</w:t>
      </w:r>
    </w:p>
    <w:p>
      <w:pPr>
        <w:spacing w:after="0"/>
      </w:pPr>
      <w:r>
        <w:rPr>
          <w:rFonts w:ascii="Arial" w:hAnsi="Arial"/>
          <w:sz w:val="22"/>
        </w:rPr>
        <w:t>How do you how do you deal with that?</w:t>
      </w:r>
    </w:p>
    <w:p>
      <w:pPr>
        <w:spacing w:after="0"/>
      </w:pPr>
    </w:p>
    <w:p>
      <w:pPr>
        <w:spacing w:after="0"/>
      </w:pPr>
      <w:r>
        <w:rPr>
          <w:rFonts w:ascii="Arial" w:hAnsi="Arial"/>
          <w:b/>
          <w:sz w:val="22"/>
        </w:rPr>
        <w:t xml:space="preserve">Arevya  </w:t>
      </w:r>
      <w:r>
        <w:rPr>
          <w:rFonts w:ascii="Arial" w:hAnsi="Arial"/>
          <w:color w:val="5D7284"/>
          <w:sz w:val="22"/>
        </w:rPr>
        <w:t>12:53</w:t>
      </w:r>
    </w:p>
    <w:p>
      <w:pPr>
        <w:spacing w:after="0"/>
      </w:pPr>
      <w:r>
        <w:rPr>
          <w:rFonts w:ascii="Arial" w:hAnsi="Arial"/>
          <w:sz w:val="22"/>
        </w:rPr>
        <w:t>So I think a lot of able-bodied people or non-ill people think that; 1 - they are never going to get ill and 2 - they think that if they get ill, they will just go to the doctor, the doctor will do some things and then you're fixed!</w:t>
      </w:r>
    </w:p>
    <w:p>
      <w:pPr>
        <w:spacing w:after="0"/>
      </w:pPr>
    </w:p>
    <w:p>
      <w:pPr>
        <w:spacing w:after="0"/>
      </w:pPr>
      <w:r>
        <w:rPr>
          <w:rFonts w:ascii="Arial" w:hAnsi="Arial"/>
          <w:b/>
          <w:sz w:val="22"/>
        </w:rPr>
        <w:t xml:space="preserve">Lucy  </w:t>
      </w:r>
      <w:r>
        <w:rPr>
          <w:rFonts w:ascii="Arial" w:hAnsi="Arial"/>
          <w:color w:val="5D7284"/>
          <w:sz w:val="22"/>
        </w:rPr>
        <w:t>13:08</w:t>
      </w:r>
    </w:p>
    <w:p>
      <w:pPr>
        <w:spacing w:after="0"/>
      </w:pPr>
      <w:r>
        <w:rPr>
          <w:rFonts w:ascii="Arial" w:hAnsi="Arial"/>
          <w:sz w:val="22"/>
        </w:rPr>
        <w:t>Yeah.</w:t>
      </w:r>
    </w:p>
    <w:p>
      <w:pPr>
        <w:spacing w:after="0"/>
      </w:pPr>
    </w:p>
    <w:p>
      <w:pPr>
        <w:spacing w:after="0"/>
      </w:pPr>
      <w:r>
        <w:rPr>
          <w:rFonts w:ascii="Arial" w:hAnsi="Arial"/>
          <w:b/>
          <w:sz w:val="22"/>
        </w:rPr>
        <w:t xml:space="preserve">Arevya  </w:t>
      </w:r>
      <w:r>
        <w:rPr>
          <w:rFonts w:ascii="Arial" w:hAnsi="Arial"/>
          <w:color w:val="5D7284"/>
          <w:sz w:val="22"/>
        </w:rPr>
        <w:t>13:08</w:t>
      </w:r>
    </w:p>
    <w:p>
      <w:pPr>
        <w:spacing w:after="0"/>
      </w:pPr>
      <w:r>
        <w:rPr>
          <w:rFonts w:ascii="Arial" w:hAnsi="Arial"/>
          <w:sz w:val="22"/>
        </w:rPr>
        <w:t>And are not understanding that, most likely, everybody is going to have some sort of problems coming up. If that is eyesight - a lot of people have glasses, that is so normal, but we don't look at it as something. And those people have, for some reason, have really pushed back against what I do. They're just like, "Oh, no, you're ruining games! You want to make every game the same! You want to us not having challenges anymore!" even though I tell them that, "Hey, that isn't what I want." I want just the developers be able to show the game to more people. And every game is different. You have games like Dark Souls, which is games that is meant to be hard. They are meant to be challenging. And I'm just like, "Yeah, let's continue having them challenging and hard and you die all the time and stuff like that. But you should be able to play them even though you're colorblind."</w:t>
      </w:r>
    </w:p>
    <w:p>
      <w:pPr>
        <w:spacing w:after="0"/>
      </w:pPr>
    </w:p>
    <w:p>
      <w:pPr>
        <w:spacing w:after="0"/>
      </w:pPr>
      <w:r>
        <w:rPr>
          <w:rFonts w:ascii="Arial" w:hAnsi="Arial"/>
          <w:b/>
          <w:sz w:val="22"/>
        </w:rPr>
        <w:t xml:space="preserve">Arevya  </w:t>
      </w:r>
      <w:r>
        <w:rPr>
          <w:rFonts w:ascii="Arial" w:hAnsi="Arial"/>
          <w:color w:val="5D7284"/>
          <w:sz w:val="22"/>
        </w:rPr>
        <w:t>14:04</w:t>
      </w:r>
    </w:p>
    <w:p>
      <w:pPr>
        <w:spacing w:after="0"/>
      </w:pPr>
      <w:r>
        <w:rPr>
          <w:rFonts w:ascii="Arial" w:hAnsi="Arial"/>
          <w:sz w:val="22"/>
        </w:rPr>
        <w:t>Yeah, we're not saying we're gonna make these games easy and change them completely. We're saying that there should be a function in the game that means that people who need to have adaptations have it described to them or use different controller can do that. You don't have to do that. *chuckles* You know, just because it's there...</w:t>
      </w:r>
    </w:p>
    <w:p>
      <w:pPr>
        <w:spacing w:after="0"/>
      </w:pPr>
    </w:p>
    <w:p>
      <w:pPr>
        <w:spacing w:after="0"/>
      </w:pPr>
      <w:r>
        <w:rPr>
          <w:rFonts w:ascii="Arial" w:hAnsi="Arial"/>
          <w:b/>
          <w:sz w:val="22"/>
        </w:rPr>
        <w:t xml:space="preserve">Arevya  </w:t>
      </w:r>
      <w:r>
        <w:rPr>
          <w:rFonts w:ascii="Arial" w:hAnsi="Arial"/>
          <w:color w:val="5D7284"/>
          <w:sz w:val="22"/>
        </w:rPr>
        <w:t>14:32</w:t>
      </w:r>
    </w:p>
    <w:p>
      <w:pPr>
        <w:spacing w:after="0"/>
      </w:pPr>
      <w:r>
        <w:rPr>
          <w:rFonts w:ascii="Arial" w:hAnsi="Arial"/>
          <w:sz w:val="22"/>
        </w:rPr>
        <w:t>You don't need to put it on.</w:t>
      </w:r>
    </w:p>
    <w:p>
      <w:pPr>
        <w:spacing w:after="0"/>
      </w:pPr>
    </w:p>
    <w:p>
      <w:pPr>
        <w:spacing w:after="0"/>
      </w:pPr>
      <w:r>
        <w:rPr>
          <w:rFonts w:ascii="Arial" w:hAnsi="Arial"/>
          <w:b/>
          <w:sz w:val="22"/>
        </w:rPr>
        <w:t xml:space="preserve">Alice  </w:t>
      </w:r>
      <w:r>
        <w:rPr>
          <w:rFonts w:ascii="Arial" w:hAnsi="Arial"/>
          <w:color w:val="5D7284"/>
          <w:sz w:val="22"/>
        </w:rPr>
        <w:t>14:32</w:t>
      </w:r>
    </w:p>
    <w:p>
      <w:pPr>
        <w:spacing w:after="0"/>
      </w:pPr>
      <w:r>
        <w:rPr>
          <w:rFonts w:ascii="Arial" w:hAnsi="Arial"/>
          <w:sz w:val="22"/>
        </w:rPr>
        <w:t>it doesn't mean that you have to use it. Yeah, yeah. We're not gonna make you have it audio described.</w:t>
      </w:r>
    </w:p>
    <w:p>
      <w:pPr>
        <w:spacing w:after="0"/>
      </w:pPr>
    </w:p>
    <w:p>
      <w:pPr>
        <w:spacing w:after="0"/>
      </w:pPr>
      <w:r>
        <w:rPr>
          <w:rFonts w:ascii="Arial" w:hAnsi="Arial"/>
          <w:b/>
          <w:sz w:val="22"/>
        </w:rPr>
        <w:t xml:space="preserve">Alice  </w:t>
      </w:r>
      <w:r>
        <w:rPr>
          <w:rFonts w:ascii="Arial" w:hAnsi="Arial"/>
          <w:color w:val="5D7284"/>
          <w:sz w:val="22"/>
        </w:rPr>
        <w:t>14:40</w:t>
      </w:r>
    </w:p>
    <w:p>
      <w:pPr>
        <w:spacing w:after="0"/>
      </w:pPr>
      <w:r>
        <w:rPr>
          <w:rFonts w:ascii="Arial" w:hAnsi="Arial"/>
          <w:sz w:val="22"/>
        </w:rPr>
        <w:t xml:space="preserve">No. </w:t>
      </w:r>
    </w:p>
    <w:p>
      <w:pPr>
        <w:spacing w:after="0"/>
      </w:pPr>
    </w:p>
    <w:p>
      <w:pPr>
        <w:spacing w:after="0"/>
      </w:pPr>
      <w:r>
        <w:rPr>
          <w:rFonts w:ascii="Arial" w:hAnsi="Arial"/>
          <w:b/>
          <w:sz w:val="22"/>
        </w:rPr>
        <w:t xml:space="preserve">Lucy  </w:t>
      </w:r>
      <w:r>
        <w:rPr>
          <w:rFonts w:ascii="Arial" w:hAnsi="Arial"/>
          <w:color w:val="5D7284"/>
          <w:sz w:val="22"/>
        </w:rPr>
        <w:t>14:44</w:t>
      </w:r>
    </w:p>
    <w:p>
      <w:pPr>
        <w:spacing w:after="0"/>
      </w:pPr>
      <w:r>
        <w:rPr>
          <w:rFonts w:ascii="Arial" w:hAnsi="Arial"/>
          <w:sz w:val="22"/>
        </w:rPr>
        <w:t>The audio description is not the only thing that is built-in that you can't take off, or you know turn off.</w:t>
      </w:r>
    </w:p>
    <w:p>
      <w:pPr>
        <w:spacing w:after="0"/>
      </w:pPr>
    </w:p>
    <w:p>
      <w:pPr>
        <w:spacing w:after="0"/>
      </w:pPr>
      <w:r>
        <w:rPr>
          <w:rFonts w:ascii="Arial" w:hAnsi="Arial"/>
          <w:b/>
          <w:sz w:val="22"/>
        </w:rPr>
        <w:t xml:space="preserve">Arevya  </w:t>
      </w:r>
      <w:r>
        <w:rPr>
          <w:rFonts w:ascii="Arial" w:hAnsi="Arial"/>
          <w:color w:val="5D7284"/>
          <w:sz w:val="22"/>
        </w:rPr>
        <w:t>14:50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14:50</w:t>
      </w:r>
    </w:p>
    <w:p>
      <w:pPr>
        <w:spacing w:after="0"/>
      </w:pPr>
      <w:r>
        <w:rPr>
          <w:rFonts w:ascii="Arial" w:hAnsi="Arial"/>
          <w:sz w:val="22"/>
        </w:rPr>
        <w:t>Yeah. We have my nephew over years ago now when he was about seven. And I have audio description on just as standard on my TV. And he wanted to watch Paw Patrol and I put Paw Patrol on and it was being audio described and he was like, "What the fuck is going on?" *all laugh*</w:t>
      </w:r>
    </w:p>
    <w:p>
      <w:pPr>
        <w:spacing w:after="0"/>
      </w:pPr>
    </w:p>
    <w:p>
      <w:pPr>
        <w:spacing w:after="0"/>
      </w:pPr>
      <w:r>
        <w:rPr>
          <w:rFonts w:ascii="Arial" w:hAnsi="Arial"/>
          <w:b/>
          <w:sz w:val="22"/>
        </w:rPr>
        <w:t xml:space="preserve">Alice  </w:t>
      </w:r>
      <w:r>
        <w:rPr>
          <w:rFonts w:ascii="Arial" w:hAnsi="Arial"/>
          <w:color w:val="5D7284"/>
          <w:sz w:val="22"/>
        </w:rPr>
        <w:t>15:07</w:t>
      </w:r>
    </w:p>
    <w:p>
      <w:pPr>
        <w:spacing w:after="0"/>
      </w:pPr>
      <w:r>
        <w:rPr>
          <w:rFonts w:ascii="Arial" w:hAnsi="Arial"/>
          <w:sz w:val="22"/>
        </w:rPr>
        <w:t>And I was like... I mean, I have no interest in watching Paw Patrol. So let's turn the audio description off, *Lucy laughs* , 'cause I don't need it. And it's exactly the same. It's like, "Yeah you don't... we're not going to force you to sit there and use an adapted controller if you don't need it." Chill the fuck out Brian! Jesus! *all laugh*</w:t>
      </w:r>
    </w:p>
    <w:p>
      <w:pPr>
        <w:spacing w:after="0"/>
      </w:pPr>
    </w:p>
    <w:p>
      <w:pPr>
        <w:spacing w:after="0"/>
      </w:pPr>
      <w:r>
        <w:rPr>
          <w:rFonts w:ascii="Arial" w:hAnsi="Arial"/>
          <w:b/>
          <w:sz w:val="22"/>
        </w:rPr>
        <w:t xml:space="preserve">Arevya  </w:t>
      </w:r>
      <w:r>
        <w:rPr>
          <w:rFonts w:ascii="Arial" w:hAnsi="Arial"/>
          <w:color w:val="5D7284"/>
          <w:sz w:val="22"/>
        </w:rPr>
        <w:t>15:07</w:t>
      </w:r>
    </w:p>
    <w:p>
      <w:pPr>
        <w:spacing w:after="0"/>
      </w:pPr>
      <w:r>
        <w:rPr>
          <w:rFonts w:ascii="Arial" w:hAnsi="Arial"/>
          <w:sz w:val="22"/>
        </w:rPr>
        <w:t>"What is this?"</w:t>
      </w:r>
    </w:p>
    <w:p>
      <w:pPr>
        <w:spacing w:after="0"/>
      </w:pPr>
    </w:p>
    <w:p>
      <w:pPr>
        <w:spacing w:after="0"/>
      </w:pPr>
      <w:r>
        <w:rPr>
          <w:rFonts w:ascii="Arial" w:hAnsi="Arial"/>
          <w:b/>
          <w:sz w:val="22"/>
        </w:rPr>
        <w:t xml:space="preserve">Lucy  </w:t>
      </w:r>
      <w:r>
        <w:rPr>
          <w:rFonts w:ascii="Arial" w:hAnsi="Arial"/>
          <w:color w:val="5D7284"/>
          <w:sz w:val="22"/>
        </w:rPr>
        <w:t>15:37</w:t>
      </w:r>
    </w:p>
    <w:p>
      <w:pPr>
        <w:spacing w:after="0"/>
      </w:pPr>
      <w:r>
        <w:rPr>
          <w:rFonts w:ascii="Arial" w:hAnsi="Arial"/>
          <w:sz w:val="22"/>
        </w:rPr>
        <w:t>"It's alright, Brian! Stop getting upset."</w:t>
      </w:r>
    </w:p>
    <w:p>
      <w:pPr>
        <w:spacing w:after="0"/>
      </w:pPr>
    </w:p>
    <w:p>
      <w:pPr>
        <w:spacing w:after="0"/>
      </w:pPr>
      <w:r>
        <w:rPr>
          <w:rFonts w:ascii="Arial" w:hAnsi="Arial"/>
          <w:b/>
          <w:sz w:val="22"/>
        </w:rPr>
        <w:t xml:space="preserve">Arevya  </w:t>
      </w:r>
      <w:r>
        <w:rPr>
          <w:rFonts w:ascii="Arial" w:hAnsi="Arial"/>
          <w:color w:val="5D7284"/>
          <w:sz w:val="22"/>
        </w:rPr>
        <w:t>15:37</w:t>
      </w:r>
    </w:p>
    <w:p>
      <w:pPr>
        <w:spacing w:after="0"/>
      </w:pPr>
      <w:r>
        <w:rPr>
          <w:rFonts w:ascii="Arial" w:hAnsi="Arial"/>
          <w:sz w:val="22"/>
        </w:rPr>
        <w:t>It's ok. Go and get a cup of tea. *all laugh* No, but I get it. I get not a lot, but I do get push back. But that I think is the normal "being online" kind of pushback.</w:t>
      </w:r>
    </w:p>
    <w:p>
      <w:pPr>
        <w:spacing w:after="0"/>
      </w:pPr>
    </w:p>
    <w:p>
      <w:pPr>
        <w:spacing w:after="0"/>
      </w:pPr>
      <w:r>
        <w:rPr>
          <w:rFonts w:ascii="Arial" w:hAnsi="Arial"/>
          <w:b/>
          <w:sz w:val="22"/>
        </w:rPr>
        <w:t xml:space="preserve">Arevya  </w:t>
      </w:r>
      <w:r>
        <w:rPr>
          <w:rFonts w:ascii="Arial" w:hAnsi="Arial"/>
          <w:color w:val="5D7284"/>
          <w:sz w:val="22"/>
        </w:rPr>
        <w:t>15:37</w:t>
      </w:r>
    </w:p>
    <w:p>
      <w:pPr>
        <w:spacing w:after="0"/>
      </w:pPr>
      <w:r>
        <w:rPr>
          <w:rFonts w:ascii="Arial" w:hAnsi="Arial"/>
          <w:sz w:val="22"/>
        </w:rPr>
        <w:t>If you put your face out there, or, at least, that's the saying in a way, you will get push back. People will just hate to hate. I luckily am in the wonderful age of 31, aka the wonderful age of "I don't give a fuck anymore." It's depending, because if I get criticism, like I got criticism... it was just disability pride month right before summer, or in the summer, and I used the wrong flag. I used an old flag for disability pride month which had... was not used anymore because it could give people a problem with seizures, because when you scroll really fast on a page, it was in a zig zag pattern</w:t>
      </w:r>
    </w:p>
    <w:p>
      <w:pPr>
        <w:spacing w:after="0"/>
      </w:pPr>
    </w:p>
    <w:p>
      <w:pPr>
        <w:spacing w:after="0"/>
      </w:pPr>
      <w:r>
        <w:rPr>
          <w:rFonts w:ascii="Arial" w:hAnsi="Arial"/>
          <w:b/>
          <w:sz w:val="22"/>
        </w:rPr>
        <w:t xml:space="preserve">Lucy  </w:t>
      </w:r>
      <w:r>
        <w:rPr>
          <w:rFonts w:ascii="Arial" w:hAnsi="Arial"/>
          <w:color w:val="5D7284"/>
          <w:sz w:val="22"/>
        </w:rPr>
        <w:t>15:37</w:t>
      </w:r>
    </w:p>
    <w:p>
      <w:pPr>
        <w:spacing w:after="0"/>
      </w:pPr>
      <w:r>
        <w:rPr>
          <w:rFonts w:ascii="Arial" w:hAnsi="Arial"/>
          <w:sz w:val="22"/>
        </w:rPr>
        <w:t xml:space="preserve">Yeah, yeah. </w:t>
      </w:r>
    </w:p>
    <w:p>
      <w:pPr>
        <w:spacing w:after="0"/>
      </w:pPr>
    </w:p>
    <w:p>
      <w:pPr>
        <w:spacing w:after="0"/>
      </w:pPr>
      <w:r>
        <w:rPr>
          <w:rFonts w:ascii="Arial" w:hAnsi="Arial"/>
          <w:b/>
          <w:sz w:val="22"/>
        </w:rPr>
        <w:t xml:space="preserve">Lucy  </w:t>
      </w:r>
      <w:r>
        <w:rPr>
          <w:rFonts w:ascii="Arial" w:hAnsi="Arial"/>
          <w:color w:val="5D7284"/>
          <w:sz w:val="22"/>
        </w:rPr>
        <w:t>16:33</w:t>
      </w:r>
    </w:p>
    <w:p>
      <w:pPr>
        <w:spacing w:after="0"/>
      </w:pPr>
      <w:r>
        <w:rPr>
          <w:rFonts w:ascii="Arial" w:hAnsi="Arial"/>
          <w:sz w:val="22"/>
        </w:rPr>
        <w:t>Strobing.</w:t>
      </w:r>
    </w:p>
    <w:p>
      <w:pPr>
        <w:spacing w:after="0"/>
      </w:pPr>
    </w:p>
    <w:p>
      <w:pPr>
        <w:spacing w:after="0"/>
      </w:pPr>
      <w:r>
        <w:rPr>
          <w:rFonts w:ascii="Arial" w:hAnsi="Arial"/>
          <w:b/>
          <w:sz w:val="22"/>
        </w:rPr>
        <w:t xml:space="preserve">Arevya  </w:t>
      </w:r>
      <w:r>
        <w:rPr>
          <w:rFonts w:ascii="Arial" w:hAnsi="Arial"/>
          <w:color w:val="5D7284"/>
          <w:sz w:val="22"/>
        </w:rPr>
        <w:t>16:33</w:t>
      </w:r>
    </w:p>
    <w:p>
      <w:pPr>
        <w:spacing w:after="0"/>
      </w:pPr>
      <w:r>
        <w:rPr>
          <w:rFonts w:ascii="Arial" w:hAnsi="Arial"/>
          <w:sz w:val="22"/>
        </w:rPr>
        <w:t>Yeah, strobing. That could give a strobing effect. So I used that on a video. And somebody criticised me say "Hey, we don’t use that anymore." That is completely ok. That is how I learn. That is how I learn to be better in what I do.</w:t>
      </w:r>
    </w:p>
    <w:p>
      <w:pPr>
        <w:spacing w:after="0"/>
      </w:pPr>
    </w:p>
    <w:p>
      <w:pPr>
        <w:spacing w:after="0"/>
      </w:pPr>
      <w:r>
        <w:rPr>
          <w:rFonts w:ascii="Arial" w:hAnsi="Arial"/>
          <w:b/>
          <w:sz w:val="22"/>
        </w:rPr>
        <w:t xml:space="preserve">Alice Evans &amp; Lucy Wood  </w:t>
      </w:r>
      <w:r>
        <w:rPr>
          <w:rFonts w:ascii="Arial" w:hAnsi="Arial"/>
          <w:color w:val="5D7284"/>
          <w:sz w:val="22"/>
        </w:rPr>
        <w:t>16:47</w:t>
      </w:r>
    </w:p>
    <w:p>
      <w:pPr>
        <w:spacing w:after="0"/>
      </w:pPr>
      <w:r>
        <w:rPr>
          <w:rFonts w:ascii="Arial" w:hAnsi="Arial"/>
          <w:sz w:val="22"/>
        </w:rPr>
        <w:t xml:space="preserve">Yeah. </w:t>
      </w:r>
    </w:p>
    <w:p>
      <w:pPr>
        <w:spacing w:after="0"/>
      </w:pPr>
    </w:p>
    <w:p>
      <w:pPr>
        <w:spacing w:after="0"/>
      </w:pPr>
      <w:r>
        <w:rPr>
          <w:rFonts w:ascii="Arial" w:hAnsi="Arial"/>
          <w:b/>
          <w:sz w:val="22"/>
        </w:rPr>
        <w:t xml:space="preserve">Arevya  </w:t>
      </w:r>
      <w:r>
        <w:rPr>
          <w:rFonts w:ascii="Arial" w:hAnsi="Arial"/>
          <w:color w:val="5D7284"/>
          <w:sz w:val="22"/>
        </w:rPr>
        <w:t>17:53</w:t>
      </w:r>
    </w:p>
    <w:p>
      <w:pPr>
        <w:spacing w:after="0"/>
      </w:pPr>
      <w:r>
        <w:rPr>
          <w:rFonts w:ascii="Arial" w:hAnsi="Arial"/>
          <w:sz w:val="22"/>
        </w:rPr>
        <w:t xml:space="preserve">And I was just like hey, I made a funny joke about how I can make a mistake and then I said thank you to them. And then I told them the story of why we have changed it and used it as an educational moment and was really like "Hey, thank you." Because I am not a guru of accessibility! *laughs* I am not a queen of accessibility! I don’t know it all. We need to be able to... But then also I have the really horrible people saying really horrible things we aren't, I’m not going to repeat. </w:t>
      </w:r>
    </w:p>
    <w:p>
      <w:pPr>
        <w:spacing w:after="0"/>
      </w:pPr>
    </w:p>
    <w:p>
      <w:pPr>
        <w:spacing w:after="0"/>
      </w:pPr>
      <w:r>
        <w:rPr>
          <w:rFonts w:ascii="Arial" w:hAnsi="Arial"/>
          <w:b/>
          <w:sz w:val="22"/>
        </w:rPr>
        <w:t xml:space="preserve">Lucy  </w:t>
      </w:r>
      <w:r>
        <w:rPr>
          <w:rFonts w:ascii="Arial" w:hAnsi="Arial"/>
          <w:color w:val="5D7284"/>
          <w:sz w:val="22"/>
        </w:rPr>
        <w:t>18:11</w:t>
      </w:r>
    </w:p>
    <w:p>
      <w:pPr>
        <w:spacing w:after="0"/>
      </w:pPr>
      <w:r>
        <w:rPr>
          <w:rFonts w:ascii="Arial" w:hAnsi="Arial"/>
          <w:sz w:val="22"/>
        </w:rPr>
        <w:t>It really is amazing, isn't it? How you can say something and you get pushback on something. And somebody's really vile and you think "How have you got from... how have you got to point H from point A so quickly? How have you twisted it in your head? And just calm. Just calm yourself down."</w:t>
      </w:r>
    </w:p>
    <w:p>
      <w:pPr>
        <w:spacing w:after="0"/>
      </w:pPr>
    </w:p>
    <w:p>
      <w:pPr>
        <w:spacing w:after="0"/>
      </w:pPr>
      <w:r>
        <w:rPr>
          <w:rFonts w:ascii="Arial" w:hAnsi="Arial"/>
          <w:b/>
          <w:sz w:val="22"/>
        </w:rPr>
        <w:t xml:space="preserve">Lucy  </w:t>
      </w:r>
      <w:r>
        <w:rPr>
          <w:rFonts w:ascii="Arial" w:hAnsi="Arial"/>
          <w:color w:val="5D7284"/>
          <w:sz w:val="22"/>
        </w:rPr>
        <w:t>18:11</w:t>
      </w:r>
    </w:p>
    <w:p>
      <w:pPr>
        <w:spacing w:after="0"/>
      </w:pPr>
      <w:r>
        <w:rPr>
          <w:rFonts w:ascii="Arial" w:hAnsi="Arial"/>
          <w:sz w:val="22"/>
        </w:rPr>
        <w:t xml:space="preserve">No. </w:t>
      </w:r>
    </w:p>
    <w:p>
      <w:pPr>
        <w:spacing w:after="0"/>
      </w:pPr>
    </w:p>
    <w:p>
      <w:pPr>
        <w:spacing w:after="0"/>
      </w:pPr>
      <w:r>
        <w:rPr>
          <w:rFonts w:ascii="Arial" w:hAnsi="Arial"/>
          <w:b/>
          <w:sz w:val="22"/>
        </w:rPr>
        <w:t xml:space="preserve">Arevya  </w:t>
      </w:r>
      <w:r>
        <w:rPr>
          <w:rFonts w:ascii="Arial" w:hAnsi="Arial"/>
          <w:color w:val="5D7284"/>
          <w:sz w:val="22"/>
        </w:rPr>
        <w:t>18:11</w:t>
      </w:r>
    </w:p>
    <w:p>
      <w:pPr>
        <w:spacing w:after="0"/>
      </w:pPr>
      <w:r>
        <w:rPr>
          <w:rFonts w:ascii="Arial" w:hAnsi="Arial"/>
          <w:sz w:val="22"/>
        </w:rPr>
        <w:t>The way I started to think about it is that I have a fiancé and he is amazing. I told him like... I came out to the living room one day, I cried and he was just like "What’s up, honey?" and I was just like "Somebody told me to go kill myself" and I was crying and then he looked at me and he started laughing and I was just like "How dare you laugh!" In my Victoria era of being offended and he was just like "Because it’s so, imagine being a person just seeing somebody wanting to play a game and that is your first thought?" He was just like "What kind of basement dweller are for being able to say that?" And then he turned my brain on like "Yeah who, who and, who says things like this?" Like what kind of people just start thinking about that, makes me just now just laugh of them.</w:t>
      </w:r>
    </w:p>
    <w:p>
      <w:pPr>
        <w:spacing w:after="0"/>
      </w:pPr>
    </w:p>
    <w:p>
      <w:pPr>
        <w:spacing w:after="0"/>
      </w:pPr>
      <w:r>
        <w:rPr>
          <w:rFonts w:ascii="Arial" w:hAnsi="Arial"/>
          <w:b/>
          <w:sz w:val="22"/>
        </w:rPr>
        <w:t xml:space="preserve">Arevya  </w:t>
      </w:r>
      <w:r>
        <w:rPr>
          <w:rFonts w:ascii="Arial" w:hAnsi="Arial"/>
          <w:color w:val="5D7284"/>
          <w:sz w:val="22"/>
        </w:rPr>
        <w:t>18:13</w:t>
      </w:r>
    </w:p>
    <w:p>
      <w:pPr>
        <w:spacing w:after="0"/>
      </w:pPr>
      <w:r>
        <w:rPr>
          <w:rFonts w:ascii="Arial" w:hAnsi="Arial"/>
          <w:sz w:val="22"/>
        </w:rPr>
        <w:t>Yeah, Brian, go and get a cup of tea!</w:t>
      </w:r>
    </w:p>
    <w:p>
      <w:pPr>
        <w:spacing w:after="0"/>
      </w:pPr>
    </w:p>
    <w:p>
      <w:pPr>
        <w:spacing w:after="0"/>
      </w:pPr>
      <w:r>
        <w:rPr>
          <w:rFonts w:ascii="Arial" w:hAnsi="Arial"/>
          <w:b/>
          <w:sz w:val="22"/>
        </w:rPr>
        <w:t xml:space="preserve">Lucy  </w:t>
      </w:r>
      <w:r>
        <w:rPr>
          <w:rFonts w:ascii="Arial" w:hAnsi="Arial"/>
          <w:color w:val="5D7284"/>
          <w:sz w:val="22"/>
        </w:rPr>
        <w:t>18:32</w:t>
      </w:r>
    </w:p>
    <w:p>
      <w:pPr>
        <w:spacing w:after="0"/>
      </w:pPr>
      <w:r>
        <w:rPr>
          <w:rFonts w:ascii="Arial" w:hAnsi="Arial"/>
          <w:sz w:val="22"/>
        </w:rPr>
        <w:t>Yeah, exactly. Apologies to anybody called Brian, you may be lovely. For this episode... you know... You think to yourself "How? Why? Just take a second and just calm yourself."</w:t>
      </w:r>
    </w:p>
    <w:p>
      <w:pPr>
        <w:spacing w:after="0"/>
      </w:pPr>
    </w:p>
    <w:p>
      <w:pPr>
        <w:spacing w:after="0"/>
      </w:pPr>
      <w:r>
        <w:rPr>
          <w:rFonts w:ascii="Arial" w:hAnsi="Arial"/>
          <w:b/>
          <w:sz w:val="22"/>
        </w:rPr>
        <w:t xml:space="preserve">Alice  </w:t>
      </w:r>
      <w:r>
        <w:rPr>
          <w:rFonts w:ascii="Arial" w:hAnsi="Arial"/>
          <w:color w:val="5D7284"/>
          <w:sz w:val="22"/>
        </w:rPr>
        <w:t>18:45</w:t>
      </w:r>
    </w:p>
    <w:p>
      <w:pPr>
        <w:spacing w:after="0"/>
      </w:pPr>
      <w:r>
        <w:rPr>
          <w:rFonts w:ascii="Arial" w:hAnsi="Arial"/>
          <w:sz w:val="22"/>
        </w:rPr>
        <w:t>There is something about the internet that just by having a screen between you, people think that they can say all sorts of really vile...</w:t>
      </w:r>
    </w:p>
    <w:p>
      <w:pPr>
        <w:spacing w:after="0"/>
      </w:pPr>
    </w:p>
    <w:p>
      <w:pPr>
        <w:spacing w:after="0"/>
      </w:pPr>
      <w:r>
        <w:rPr>
          <w:rFonts w:ascii="Arial" w:hAnsi="Arial"/>
          <w:b/>
          <w:sz w:val="22"/>
        </w:rPr>
        <w:t xml:space="preserve">Arevya  </w:t>
      </w:r>
      <w:r>
        <w:rPr>
          <w:rFonts w:ascii="Arial" w:hAnsi="Arial"/>
          <w:color w:val="5D7284"/>
          <w:sz w:val="22"/>
        </w:rPr>
        <w:t>19:04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19:04</w:t>
      </w:r>
    </w:p>
    <w:p>
      <w:pPr>
        <w:spacing w:after="0"/>
      </w:pPr>
      <w:r>
        <w:rPr>
          <w:rFonts w:ascii="Arial" w:hAnsi="Arial"/>
          <w:sz w:val="22"/>
        </w:rPr>
        <w:t xml:space="preserve">Horrible, horrible things. </w:t>
      </w:r>
    </w:p>
    <w:p>
      <w:pPr>
        <w:spacing w:after="0"/>
      </w:pPr>
    </w:p>
    <w:p>
      <w:pPr>
        <w:spacing w:after="0"/>
      </w:pPr>
      <w:r>
        <w:rPr>
          <w:rFonts w:ascii="Arial" w:hAnsi="Arial"/>
          <w:b/>
          <w:sz w:val="22"/>
        </w:rPr>
        <w:t xml:space="preserve">Lucy  </w:t>
      </w:r>
      <w:r>
        <w:rPr>
          <w:rFonts w:ascii="Arial" w:hAnsi="Arial"/>
          <w:color w:val="5D7284"/>
          <w:sz w:val="22"/>
        </w:rPr>
        <w:t>19:12</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19:12</w:t>
      </w:r>
    </w:p>
    <w:p>
      <w:pPr>
        <w:spacing w:after="0"/>
      </w:pPr>
      <w:r>
        <w:rPr>
          <w:rFonts w:ascii="Arial" w:hAnsi="Arial"/>
          <w:sz w:val="22"/>
        </w:rPr>
        <w:t xml:space="preserve">On the on the flip side, I would say I have made connections and friends with people online </w:t>
      </w:r>
    </w:p>
    <w:p>
      <w:pPr>
        <w:spacing w:after="0"/>
      </w:pPr>
    </w:p>
    <w:p>
      <w:pPr>
        <w:spacing w:after="0"/>
      </w:pPr>
      <w:r>
        <w:rPr>
          <w:rFonts w:ascii="Arial" w:hAnsi="Arial"/>
          <w:b/>
          <w:sz w:val="22"/>
        </w:rPr>
        <w:t xml:space="preserve">Lucy  </w:t>
      </w:r>
      <w:r>
        <w:rPr>
          <w:rFonts w:ascii="Arial" w:hAnsi="Arial"/>
          <w:color w:val="5D7284"/>
          <w:sz w:val="22"/>
        </w:rPr>
        <w:t>19:18</w:t>
      </w:r>
    </w:p>
    <w:p>
      <w:pPr>
        <w:spacing w:after="0"/>
      </w:pPr>
      <w:r>
        <w:rPr>
          <w:rFonts w:ascii="Arial" w:hAnsi="Arial"/>
          <w:sz w:val="22"/>
        </w:rPr>
        <w:t>Hello!</w:t>
      </w:r>
    </w:p>
    <w:p>
      <w:pPr>
        <w:spacing w:after="0"/>
      </w:pPr>
    </w:p>
    <w:p>
      <w:pPr>
        <w:spacing w:after="0"/>
      </w:pPr>
      <w:r>
        <w:rPr>
          <w:rFonts w:ascii="Arial" w:hAnsi="Arial"/>
          <w:b/>
          <w:sz w:val="22"/>
        </w:rPr>
        <w:t xml:space="preserve">Alice  </w:t>
      </w:r>
      <w:r>
        <w:rPr>
          <w:rFonts w:ascii="Arial" w:hAnsi="Arial"/>
          <w:color w:val="5D7284"/>
          <w:sz w:val="22"/>
        </w:rPr>
        <w:t>19:19</w:t>
      </w:r>
    </w:p>
    <w:p>
      <w:pPr>
        <w:spacing w:after="0"/>
      </w:pPr>
      <w:r>
        <w:rPr>
          <w:rFonts w:ascii="Arial" w:hAnsi="Arial"/>
          <w:sz w:val="22"/>
        </w:rPr>
        <w:t>More easily. *all laugh* More easily because that sort of barrier almost takes a wall down a little bit. And I find it easier to be more open emotionally and share difficult things with somebody on the internet than I might do face to face in my living room. And it's the same sort of concept and I think it's really the fact that for some people, they just turn it into an opportunity to just be vile to people. And what I always think is "That is probably some 14 year old dick, who... If his mother found out what he was saying..."</w:t>
      </w:r>
    </w:p>
    <w:p>
      <w:pPr>
        <w:spacing w:after="0"/>
      </w:pPr>
    </w:p>
    <w:p>
      <w:pPr>
        <w:spacing w:after="0"/>
      </w:pPr>
      <w:r>
        <w:rPr>
          <w:rFonts w:ascii="Arial" w:hAnsi="Arial"/>
          <w:b/>
          <w:sz w:val="22"/>
        </w:rPr>
        <w:t xml:space="preserve">Alice  </w:t>
      </w:r>
      <w:r>
        <w:rPr>
          <w:rFonts w:ascii="Arial" w:hAnsi="Arial"/>
          <w:color w:val="5D7284"/>
          <w:sz w:val="22"/>
        </w:rPr>
        <w:t>19:19</w:t>
      </w:r>
    </w:p>
    <w:p>
      <w:pPr>
        <w:spacing w:after="0"/>
      </w:pPr>
      <w:r>
        <w:rPr>
          <w:rFonts w:ascii="Arial" w:hAnsi="Arial"/>
          <w:sz w:val="22"/>
        </w:rPr>
        <w:t xml:space="preserve">Oh, yeah, exactly. Yeah. </w:t>
      </w:r>
    </w:p>
    <w:p>
      <w:pPr>
        <w:spacing w:after="0"/>
      </w:pPr>
    </w:p>
    <w:p>
      <w:pPr>
        <w:spacing w:after="0"/>
      </w:pPr>
      <w:r>
        <w:rPr>
          <w:rFonts w:ascii="Arial" w:hAnsi="Arial"/>
          <w:b/>
          <w:sz w:val="22"/>
        </w:rPr>
        <w:t xml:space="preserve">Alice  </w:t>
      </w:r>
      <w:r>
        <w:rPr>
          <w:rFonts w:ascii="Arial" w:hAnsi="Arial"/>
          <w:color w:val="5D7284"/>
          <w:sz w:val="22"/>
        </w:rPr>
        <w:t>19:23</w:t>
      </w:r>
    </w:p>
    <w:p>
      <w:pPr>
        <w:spacing w:after="0"/>
      </w:pPr>
      <w:r>
        <w:rPr>
          <w:rFonts w:ascii="Arial" w:hAnsi="Arial"/>
          <w:sz w:val="22"/>
        </w:rPr>
        <w:t>"He'd be in so much trouble! They'd never dare say that in real life."</w:t>
      </w:r>
    </w:p>
    <w:p>
      <w:pPr>
        <w:spacing w:after="0"/>
      </w:pPr>
    </w:p>
    <w:p>
      <w:pPr>
        <w:spacing w:after="0"/>
      </w:pPr>
      <w:r>
        <w:rPr>
          <w:rFonts w:ascii="Arial" w:hAnsi="Arial"/>
          <w:b/>
          <w:sz w:val="22"/>
        </w:rPr>
        <w:t xml:space="preserve">Alice  </w:t>
      </w:r>
      <w:r>
        <w:rPr>
          <w:rFonts w:ascii="Arial" w:hAnsi="Arial"/>
          <w:color w:val="5D7284"/>
          <w:sz w:val="22"/>
        </w:rPr>
        <w:t>19:31</w:t>
      </w:r>
    </w:p>
    <w:p>
      <w:pPr>
        <w:spacing w:after="0"/>
      </w:pPr>
      <w:r>
        <w:rPr>
          <w:rFonts w:ascii="Arial" w:hAnsi="Arial"/>
          <w:sz w:val="22"/>
        </w:rPr>
        <w:t xml:space="preserve">They'd be grounded for two months with their pocket money taken away. </w:t>
      </w:r>
    </w:p>
    <w:p>
      <w:pPr>
        <w:spacing w:after="0"/>
      </w:pPr>
    </w:p>
    <w:p>
      <w:pPr>
        <w:spacing w:after="0"/>
      </w:pPr>
      <w:r>
        <w:rPr>
          <w:rFonts w:ascii="Arial" w:hAnsi="Arial"/>
          <w:b/>
          <w:sz w:val="22"/>
        </w:rPr>
        <w:t xml:space="preserve">Alice  </w:t>
      </w:r>
      <w:r>
        <w:rPr>
          <w:rFonts w:ascii="Arial" w:hAnsi="Arial"/>
          <w:color w:val="5D7284"/>
          <w:sz w:val="22"/>
        </w:rPr>
        <w:t>19:54</w:t>
      </w:r>
    </w:p>
    <w:p>
      <w:pPr>
        <w:spacing w:after="0"/>
      </w:pPr>
      <w:r>
        <w:rPr>
          <w:rFonts w:ascii="Arial" w:hAnsi="Arial"/>
          <w:sz w:val="22"/>
        </w:rPr>
        <w:t>No phones. Exactly!</w:t>
      </w:r>
    </w:p>
    <w:p>
      <w:pPr>
        <w:spacing w:after="0"/>
      </w:pPr>
    </w:p>
    <w:p>
      <w:pPr>
        <w:spacing w:after="0"/>
      </w:pPr>
      <w:r>
        <w:rPr>
          <w:rFonts w:ascii="Arial" w:hAnsi="Arial"/>
          <w:b/>
          <w:sz w:val="22"/>
        </w:rPr>
        <w:t xml:space="preserve">Lucy  </w:t>
      </w:r>
      <w:r>
        <w:rPr>
          <w:rFonts w:ascii="Arial" w:hAnsi="Arial"/>
          <w:color w:val="5D7284"/>
          <w:sz w:val="22"/>
        </w:rPr>
        <w:t>20:04</w:t>
      </w:r>
    </w:p>
    <w:p>
      <w:pPr>
        <w:spacing w:after="0"/>
      </w:pPr>
      <w:r>
        <w:rPr>
          <w:rFonts w:ascii="Arial" w:hAnsi="Arial"/>
          <w:sz w:val="22"/>
        </w:rPr>
        <w:t>Yeah. No TV. No Game Boy. *laughs*</w:t>
      </w:r>
    </w:p>
    <w:p>
      <w:pPr>
        <w:spacing w:after="0"/>
      </w:pPr>
    </w:p>
    <w:p>
      <w:pPr>
        <w:spacing w:after="0"/>
      </w:pPr>
      <w:r>
        <w:rPr>
          <w:rFonts w:ascii="Arial" w:hAnsi="Arial"/>
          <w:b/>
          <w:sz w:val="22"/>
        </w:rPr>
        <w:t xml:space="preserve">Arevya  </w:t>
      </w:r>
      <w:r>
        <w:rPr>
          <w:rFonts w:ascii="Arial" w:hAnsi="Arial"/>
          <w:color w:val="5D7284"/>
          <w:sz w:val="22"/>
        </w:rPr>
        <w:t>20:20</w:t>
      </w:r>
    </w:p>
    <w:p>
      <w:pPr>
        <w:spacing w:after="0"/>
      </w:pPr>
      <w:r>
        <w:rPr>
          <w:rFonts w:ascii="Arial" w:hAnsi="Arial"/>
          <w:sz w:val="22"/>
        </w:rPr>
        <w:t>Some of them are like 40, 50, 60. It's just like, "Well, the train has passed you and you're just angry. It's okay."</w:t>
      </w:r>
    </w:p>
    <w:p>
      <w:pPr>
        <w:spacing w:after="0"/>
      </w:pPr>
    </w:p>
    <w:p>
      <w:pPr>
        <w:spacing w:after="0"/>
      </w:pPr>
      <w:r>
        <w:rPr>
          <w:rFonts w:ascii="Arial" w:hAnsi="Arial"/>
          <w:b/>
          <w:sz w:val="22"/>
        </w:rPr>
        <w:t xml:space="preserve">Alice  </w:t>
      </w:r>
      <w:r>
        <w:rPr>
          <w:rFonts w:ascii="Arial" w:hAnsi="Arial"/>
          <w:color w:val="5D7284"/>
          <w:sz w:val="22"/>
        </w:rPr>
        <w:t>20:26</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20:27</w:t>
      </w:r>
    </w:p>
    <w:p>
      <w:pPr>
        <w:spacing w:after="0"/>
      </w:pPr>
      <w:r>
        <w:rPr>
          <w:rFonts w:ascii="Arial" w:hAnsi="Arial"/>
          <w:sz w:val="22"/>
        </w:rPr>
        <w:t>Very angry and bitter about life.</w:t>
      </w:r>
    </w:p>
    <w:p>
      <w:pPr>
        <w:spacing w:after="0"/>
      </w:pPr>
    </w:p>
    <w:p>
      <w:pPr>
        <w:spacing w:after="0"/>
      </w:pPr>
      <w:r>
        <w:rPr>
          <w:rFonts w:ascii="Arial" w:hAnsi="Arial"/>
          <w:b/>
          <w:sz w:val="22"/>
        </w:rPr>
        <w:t xml:space="preserve">Lucy  </w:t>
      </w:r>
      <w:r>
        <w:rPr>
          <w:rFonts w:ascii="Arial" w:hAnsi="Arial"/>
          <w:color w:val="5D7284"/>
          <w:sz w:val="22"/>
        </w:rPr>
        <w:t>20:28</w:t>
      </w:r>
    </w:p>
    <w:p>
      <w:pPr>
        <w:spacing w:after="0"/>
      </w:pPr>
      <w:r>
        <w:rPr>
          <w:rFonts w:ascii="Arial" w:hAnsi="Arial"/>
          <w:sz w:val="22"/>
        </w:rPr>
        <w:t xml:space="preserve">Yeah it's okay. Yeah, that is the same thing. Like I remember the internet. Like when the internet came. Since we're talking about age being old. I remember the time when Internet came and started. And we started being on forums, and Facebook came, and Tumblr, and all that jazz, and MSN, and all that stuff. And people were like, "Oh, but internet is so horrible. It brings out the worst in people." But for me, I grew up with... Cerebral palsy is a small brain damage you can get when you are born, or like, the first year, due to some trauma you had. For me, it was like stuck. When my mum gave birth to me, I got stuck. They couldn't get me out quick enough. And I got a small, mild form of cerebral palsy. Really, really mild. And it was so mild that the doctors were just like, "Yeah, we just don't tell her because she looks and quote unquote, acts normal." *Lucy sighs* "So we just don't tell her." So I grew up not understanding... "Why can't I handle, like... I got so many sensory overload." </w:t>
      </w:r>
    </w:p>
    <w:p>
      <w:pPr>
        <w:spacing w:after="0"/>
      </w:pPr>
    </w:p>
    <w:p>
      <w:pPr>
        <w:spacing w:after="0"/>
      </w:pPr>
      <w:r>
        <w:rPr>
          <w:rFonts w:ascii="Arial" w:hAnsi="Arial"/>
          <w:b/>
          <w:sz w:val="22"/>
        </w:rPr>
        <w:t xml:space="preserve">Lucy  </w:t>
      </w:r>
      <w:r>
        <w:rPr>
          <w:rFonts w:ascii="Arial" w:hAnsi="Arial"/>
          <w:color w:val="5D7284"/>
          <w:sz w:val="22"/>
        </w:rPr>
        <w:t>20:28</w:t>
      </w:r>
    </w:p>
    <w:p>
      <w:pPr>
        <w:spacing w:after="0"/>
      </w:pPr>
      <w:r>
        <w:rPr>
          <w:rFonts w:ascii="Arial" w:hAnsi="Arial"/>
          <w:sz w:val="22"/>
        </w:rPr>
        <w:t>Yeah.</w:t>
      </w:r>
    </w:p>
    <w:p>
      <w:pPr>
        <w:spacing w:after="0"/>
      </w:pPr>
    </w:p>
    <w:p>
      <w:pPr>
        <w:spacing w:after="0"/>
      </w:pPr>
      <w:r>
        <w:rPr>
          <w:rFonts w:ascii="Arial" w:hAnsi="Arial"/>
          <w:b/>
          <w:sz w:val="22"/>
        </w:rPr>
        <w:t xml:space="preserve">Arevya  </w:t>
      </w:r>
      <w:r>
        <w:rPr>
          <w:rFonts w:ascii="Arial" w:hAnsi="Arial"/>
          <w:color w:val="5D7284"/>
          <w:sz w:val="22"/>
        </w:rPr>
        <w:t>20:30</w:t>
      </w:r>
    </w:p>
    <w:p>
      <w:pPr>
        <w:spacing w:after="0"/>
      </w:pPr>
      <w:r>
        <w:rPr>
          <w:rFonts w:ascii="Arial" w:hAnsi="Arial"/>
          <w:sz w:val="22"/>
        </w:rPr>
        <w:t>"Why can't I handle, after a long day of school, walking home, when all my classmates can? Why can't I run like everybody else? Why can't I do things? Why just like my brains sometimes just feels like, it's been shooken when it's not? Why do I shake all the time?" Sort of stuff like this. But, when you're a kid, you don't have the possibility to ask these questions. These are questions grown-up me can understand I had, but that time was just "Oh, my life is weird. Why is it weird?" So finding the internet... So my parents ended up going against the doctor when I got older, because they saw that, "Hey, she actually don't understand. She needs information. She longs for more understanding and she feels alienated. So we need to tell her." And that is good and all. But I was from a little town. I don't know anybody else. I knew one other person with cerebal palsy that was quite heavily affected. And our cases couldn't... it wasn't similarities, because he was so affected that he needed 24/7 care, which is really, really good that he got that. He luckily got that. But I didn't understand... Like it wasn't for me... I couldn't see the parallel.</w:t>
      </w:r>
    </w:p>
    <w:p>
      <w:pPr>
        <w:spacing w:after="0"/>
      </w:pPr>
    </w:p>
    <w:p>
      <w:pPr>
        <w:spacing w:after="0"/>
      </w:pPr>
      <w:r>
        <w:rPr>
          <w:rFonts w:ascii="Arial" w:hAnsi="Arial"/>
          <w:b/>
          <w:sz w:val="22"/>
        </w:rPr>
        <w:t xml:space="preserve">Lucy  </w:t>
      </w:r>
      <w:r>
        <w:rPr>
          <w:rFonts w:ascii="Arial" w:hAnsi="Arial"/>
          <w:color w:val="5D7284"/>
          <w:sz w:val="22"/>
        </w:rPr>
        <w:t>22:52</w:t>
      </w:r>
    </w:p>
    <w:p>
      <w:pPr>
        <w:spacing w:after="0"/>
      </w:pPr>
      <w:r>
        <w:rPr>
          <w:rFonts w:ascii="Arial" w:hAnsi="Arial"/>
          <w:sz w:val="22"/>
        </w:rPr>
        <w:t>Yeah, it was your only point of reference, wasn't it, really?</w:t>
      </w:r>
    </w:p>
    <w:p>
      <w:pPr>
        <w:spacing w:after="0"/>
      </w:pPr>
    </w:p>
    <w:p>
      <w:pPr>
        <w:spacing w:after="0"/>
      </w:pPr>
      <w:r>
        <w:rPr>
          <w:rFonts w:ascii="Arial" w:hAnsi="Arial"/>
          <w:b/>
          <w:sz w:val="22"/>
        </w:rPr>
        <w:t xml:space="preserve">Arevya  </w:t>
      </w:r>
      <w:r>
        <w:rPr>
          <w:rFonts w:ascii="Arial" w:hAnsi="Arial"/>
          <w:color w:val="5D7284"/>
          <w:sz w:val="22"/>
        </w:rPr>
        <w:t>22:54</w:t>
      </w:r>
    </w:p>
    <w:p>
      <w:pPr>
        <w:spacing w:after="0"/>
      </w:pPr>
      <w:r>
        <w:rPr>
          <w:rFonts w:ascii="Arial" w:hAnsi="Arial"/>
          <w:sz w:val="22"/>
        </w:rPr>
        <w:t>Yes. So I just started thinking, "Well, then I'm just bad at being human. So I am lazy. I should like..." I really put myself down. I was just like, "Well, everybody else can do it. And I look like everybody else. Why can't I do it?"</w:t>
      </w:r>
    </w:p>
    <w:p>
      <w:pPr>
        <w:spacing w:after="0"/>
      </w:pPr>
    </w:p>
    <w:p>
      <w:pPr>
        <w:spacing w:after="0"/>
      </w:pPr>
      <w:r>
        <w:rPr>
          <w:rFonts w:ascii="Arial" w:hAnsi="Arial"/>
          <w:b/>
          <w:sz w:val="22"/>
        </w:rPr>
        <w:t xml:space="preserve">Arevya  </w:t>
      </w:r>
      <w:r>
        <w:rPr>
          <w:rFonts w:ascii="Arial" w:hAnsi="Arial"/>
          <w:color w:val="5D7284"/>
          <w:sz w:val="22"/>
        </w:rPr>
        <w:t>23:07</w:t>
      </w:r>
    </w:p>
    <w:p>
      <w:pPr>
        <w:spacing w:after="0"/>
      </w:pPr>
      <w:r>
        <w:rPr>
          <w:rFonts w:ascii="Arial" w:hAnsi="Arial"/>
          <w:sz w:val="22"/>
        </w:rPr>
        <w:t xml:space="preserve">Oh my god, that is my... I've got a visual impairment. That means that my sight deteriorates slowly, very slowly. But for me, it was exactly like, when I was at school, right up until the age of about 16, I could even read regular print books and stuff. And it was exactly the same as like, "I look like everybody else. Why? Why am I not like everybody else?" Like, there is this real...And I think it comes from the outside, like socially, </w:t>
      </w:r>
    </w:p>
    <w:p>
      <w:pPr>
        <w:spacing w:after="0"/>
      </w:pPr>
    </w:p>
    <w:p>
      <w:pPr>
        <w:spacing w:after="0"/>
      </w:pPr>
      <w:r>
        <w:rPr>
          <w:rFonts w:ascii="Arial" w:hAnsi="Arial"/>
          <w:b/>
          <w:sz w:val="22"/>
        </w:rPr>
        <w:t xml:space="preserve">Arevya  </w:t>
      </w:r>
      <w:r>
        <w:rPr>
          <w:rFonts w:ascii="Arial" w:hAnsi="Arial"/>
          <w:color w:val="5D7284"/>
          <w:sz w:val="22"/>
        </w:rPr>
        <w:t>23:36</w:t>
      </w:r>
    </w:p>
    <w:p>
      <w:pPr>
        <w:spacing w:after="0"/>
      </w:pPr>
      <w:r>
        <w:rPr>
          <w:rFonts w:ascii="Arial" w:hAnsi="Arial"/>
          <w:sz w:val="22"/>
        </w:rPr>
        <w:t xml:space="preserve">Yeah. Oh, 100%. </w:t>
      </w:r>
    </w:p>
    <w:p>
      <w:pPr>
        <w:spacing w:after="0"/>
      </w:pPr>
    </w:p>
    <w:p>
      <w:pPr>
        <w:spacing w:after="0"/>
      </w:pPr>
      <w:r>
        <w:rPr>
          <w:rFonts w:ascii="Arial" w:hAnsi="Arial"/>
          <w:b/>
          <w:sz w:val="22"/>
        </w:rPr>
        <w:t xml:space="preserve">Alice  </w:t>
      </w:r>
      <w:r>
        <w:rPr>
          <w:rFonts w:ascii="Arial" w:hAnsi="Arial"/>
          <w:color w:val="5D7284"/>
          <w:sz w:val="22"/>
        </w:rPr>
        <w:t>23:37</w:t>
      </w:r>
    </w:p>
    <w:p>
      <w:pPr>
        <w:spacing w:after="0"/>
      </w:pPr>
      <w:r>
        <w:rPr>
          <w:rFonts w:ascii="Arial" w:hAnsi="Arial"/>
          <w:sz w:val="22"/>
        </w:rPr>
        <w:t>That you don't look disabled. So you must be like everybody else. It really fucked with my brain. It really fucked with my health.</w:t>
      </w:r>
    </w:p>
    <w:p>
      <w:pPr>
        <w:spacing w:after="0"/>
      </w:pPr>
    </w:p>
    <w:p>
      <w:pPr>
        <w:spacing w:after="0"/>
      </w:pPr>
      <w:r>
        <w:rPr>
          <w:rFonts w:ascii="Arial" w:hAnsi="Arial"/>
          <w:b/>
          <w:sz w:val="22"/>
        </w:rPr>
        <w:t xml:space="preserve">Lucy  </w:t>
      </w:r>
      <w:r>
        <w:rPr>
          <w:rFonts w:ascii="Arial" w:hAnsi="Arial"/>
          <w:color w:val="5D7284"/>
          <w:sz w:val="22"/>
        </w:rPr>
        <w:t>23:45</w:t>
      </w:r>
    </w:p>
    <w:p>
      <w:pPr>
        <w:spacing w:after="0"/>
      </w:pPr>
      <w:r>
        <w:rPr>
          <w:rFonts w:ascii="Arial" w:hAnsi="Arial"/>
          <w:sz w:val="22"/>
        </w:rPr>
        <w:t>So my self confidence got like... Yeah, and the thing was that when I met the Internet the, I, for the first time in my life, met people who were like me, or I saw... Also when I was older, I was 26, when I saw an article of somebody having mild cerebral palsy, and she was a dancer! And I was just like, "Whoa, whoa, whoa, whoa, okay! So she is a dancer, and she can do something physical, but she still has problems and both of those are okay to have."</w:t>
      </w:r>
    </w:p>
    <w:p>
      <w:pPr>
        <w:spacing w:after="0"/>
      </w:pPr>
    </w:p>
    <w:p>
      <w:pPr>
        <w:spacing w:after="0"/>
      </w:pPr>
      <w:r>
        <w:rPr>
          <w:rFonts w:ascii="Arial" w:hAnsi="Arial"/>
          <w:b/>
          <w:sz w:val="22"/>
        </w:rPr>
        <w:t xml:space="preserve">Lucy  </w:t>
      </w:r>
      <w:r>
        <w:rPr>
          <w:rFonts w:ascii="Arial" w:hAnsi="Arial"/>
          <w:color w:val="5D7284"/>
          <w:sz w:val="22"/>
        </w:rPr>
        <w:t>23:45</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24:19</w:t>
      </w:r>
    </w:p>
    <w:p>
      <w:pPr>
        <w:spacing w:after="0"/>
      </w:pPr>
      <w:r>
        <w:rPr>
          <w:rFonts w:ascii="Arial" w:hAnsi="Arial"/>
          <w:sz w:val="22"/>
        </w:rPr>
        <w:t>Yes.</w:t>
      </w:r>
    </w:p>
    <w:p>
      <w:pPr>
        <w:spacing w:after="0"/>
      </w:pPr>
    </w:p>
    <w:p>
      <w:pPr>
        <w:spacing w:after="0"/>
      </w:pPr>
      <w:r>
        <w:rPr>
          <w:rFonts w:ascii="Arial" w:hAnsi="Arial"/>
          <w:b/>
          <w:sz w:val="22"/>
        </w:rPr>
        <w:t xml:space="preserve">Arevya  </w:t>
      </w:r>
      <w:r>
        <w:rPr>
          <w:rFonts w:ascii="Arial" w:hAnsi="Arial"/>
          <w:color w:val="5D7284"/>
          <w:sz w:val="22"/>
        </w:rPr>
        <w:t>24:19</w:t>
      </w:r>
    </w:p>
    <w:p>
      <w:pPr>
        <w:spacing w:after="0"/>
      </w:pPr>
      <w:r>
        <w:rPr>
          <w:rFonts w:ascii="Arial" w:hAnsi="Arial"/>
          <w:sz w:val="22"/>
        </w:rPr>
        <w:t xml:space="preserve">"It's not just you either have to be deadly ill or perfect all the time. You can be both! Oh my god!" And my head just exploded and having the possibility to meet other people like you, especially when you have an illness that isn't, or a disability, that isn't so normal in your local society. It's so... Internet is so fantastic. </w:t>
      </w:r>
    </w:p>
    <w:p>
      <w:pPr>
        <w:spacing w:after="0"/>
      </w:pPr>
    </w:p>
    <w:p>
      <w:pPr>
        <w:spacing w:after="0"/>
      </w:pPr>
      <w:r>
        <w:rPr>
          <w:rFonts w:ascii="Arial" w:hAnsi="Arial"/>
          <w:b/>
          <w:sz w:val="22"/>
        </w:rPr>
        <w:t xml:space="preserve">Lucy  </w:t>
      </w:r>
      <w:r>
        <w:rPr>
          <w:rFonts w:ascii="Arial" w:hAnsi="Arial"/>
          <w:color w:val="5D7284"/>
          <w:sz w:val="22"/>
        </w:rPr>
        <w:t>24:43</w:t>
      </w:r>
    </w:p>
    <w:p>
      <w:pPr>
        <w:spacing w:after="0"/>
      </w:pPr>
      <w:r>
        <w:rPr>
          <w:rFonts w:ascii="Arial" w:hAnsi="Arial"/>
          <w:sz w:val="22"/>
        </w:rPr>
        <w:t xml:space="preserve">Yeah. </w:t>
      </w:r>
    </w:p>
    <w:p>
      <w:pPr>
        <w:spacing w:after="0"/>
      </w:pPr>
    </w:p>
    <w:p>
      <w:pPr>
        <w:spacing w:after="0"/>
      </w:pPr>
      <w:r>
        <w:rPr>
          <w:rFonts w:ascii="Arial" w:hAnsi="Arial"/>
          <w:b/>
          <w:sz w:val="22"/>
        </w:rPr>
        <w:t xml:space="preserve">Arevya  </w:t>
      </w:r>
      <w:r>
        <w:rPr>
          <w:rFonts w:ascii="Arial" w:hAnsi="Arial"/>
          <w:color w:val="5D7284"/>
          <w:sz w:val="22"/>
        </w:rPr>
        <w:t>24:44</w:t>
      </w:r>
    </w:p>
    <w:p>
      <w:pPr>
        <w:spacing w:after="0"/>
      </w:pPr>
      <w:r>
        <w:rPr>
          <w:rFonts w:ascii="Arial" w:hAnsi="Arial"/>
          <w:sz w:val="22"/>
        </w:rPr>
        <w:t>Because you can have a community for the first time.</w:t>
      </w:r>
    </w:p>
    <w:p>
      <w:pPr>
        <w:spacing w:after="0"/>
      </w:pPr>
    </w:p>
    <w:p>
      <w:pPr>
        <w:spacing w:after="0"/>
      </w:pPr>
      <w:r>
        <w:rPr>
          <w:rFonts w:ascii="Arial" w:hAnsi="Arial"/>
          <w:b/>
          <w:sz w:val="22"/>
        </w:rPr>
        <w:t xml:space="preserve">Lucy  </w:t>
      </w:r>
      <w:r>
        <w:rPr>
          <w:rFonts w:ascii="Arial" w:hAnsi="Arial"/>
          <w:color w:val="5D7284"/>
          <w:sz w:val="22"/>
        </w:rPr>
        <w:t>24:46</w:t>
      </w:r>
    </w:p>
    <w:p>
      <w:pPr>
        <w:spacing w:after="0"/>
      </w:pPr>
      <w:r>
        <w:rPr>
          <w:rFonts w:ascii="Arial" w:hAnsi="Arial"/>
          <w:sz w:val="22"/>
        </w:rPr>
        <w:t xml:space="preserve">This podcast wouldn't exist if it wasn't for the internet, you know. Me and Alice met over the internet. We didn't meet for... How long was it? A year, was it? </w:t>
      </w:r>
    </w:p>
    <w:p>
      <w:pPr>
        <w:spacing w:after="0"/>
      </w:pPr>
    </w:p>
    <w:p>
      <w:pPr>
        <w:spacing w:after="0"/>
      </w:pPr>
      <w:r>
        <w:rPr>
          <w:rFonts w:ascii="Arial" w:hAnsi="Arial"/>
          <w:b/>
          <w:sz w:val="22"/>
        </w:rPr>
        <w:t xml:space="preserve">Alice  </w:t>
      </w:r>
      <w:r>
        <w:rPr>
          <w:rFonts w:ascii="Arial" w:hAnsi="Arial"/>
          <w:color w:val="5D7284"/>
          <w:sz w:val="22"/>
        </w:rPr>
        <w:t>24:57</w:t>
      </w:r>
    </w:p>
    <w:p>
      <w:pPr>
        <w:spacing w:after="0"/>
      </w:pPr>
      <w:r>
        <w:rPr>
          <w:rFonts w:ascii="Arial" w:hAnsi="Arial"/>
          <w:sz w:val="22"/>
        </w:rPr>
        <w:t xml:space="preserve">Yeah, I think 18 months. </w:t>
      </w:r>
    </w:p>
    <w:p>
      <w:pPr>
        <w:spacing w:after="0"/>
      </w:pPr>
    </w:p>
    <w:p>
      <w:pPr>
        <w:spacing w:after="0"/>
      </w:pPr>
      <w:r>
        <w:rPr>
          <w:rFonts w:ascii="Arial" w:hAnsi="Arial"/>
          <w:b/>
          <w:sz w:val="22"/>
        </w:rPr>
        <w:t xml:space="preserve">Lucy  </w:t>
      </w:r>
      <w:r>
        <w:rPr>
          <w:rFonts w:ascii="Arial" w:hAnsi="Arial"/>
          <w:color w:val="5D7284"/>
          <w:sz w:val="22"/>
        </w:rPr>
        <w:t>24:59</w:t>
      </w:r>
    </w:p>
    <w:p>
      <w:pPr>
        <w:spacing w:after="0"/>
      </w:pPr>
      <w:r>
        <w:rPr>
          <w:rFonts w:ascii="Arial" w:hAnsi="Arial"/>
          <w:sz w:val="22"/>
        </w:rPr>
        <w:t>Yeah, we didn't meet for a long time, in person, until we were sort of well established almost. And this podcast and Alice's friendship brings me so much joy... and, all right we don't get to see each other very often in person, but we talk near enough every day. I talk to Alice more than I talk to anybody else. I think Alice will say the same. We are in constant contact all the time, which I'm sure must do Alice's head in. It doesn't do mine in, but I'm sure 'cause Alice has to put up with me! *Arevya laughs* But, yeah, it's something that brings me so much joy and... Because we're not necessarily always talking about "Oh, this hurts. This hurts. This hurts." Our friendship consists... We are two disabled people. But our friendship is not necessarily rev- it doesn't revolve around our disabilities, per se, does it Alice? Do you see what I'm trying to get at?</w:t>
      </w:r>
    </w:p>
    <w:p>
      <w:pPr>
        <w:spacing w:after="0"/>
      </w:pPr>
    </w:p>
    <w:p>
      <w:pPr>
        <w:spacing w:after="0"/>
      </w:pPr>
      <w:r>
        <w:rPr>
          <w:rFonts w:ascii="Arial" w:hAnsi="Arial"/>
          <w:b/>
          <w:sz w:val="22"/>
        </w:rPr>
        <w:t xml:space="preserve">Lucy  </w:t>
      </w:r>
      <w:r>
        <w:rPr>
          <w:rFonts w:ascii="Arial" w:hAnsi="Arial"/>
          <w:color w:val="5D7284"/>
          <w:sz w:val="22"/>
        </w:rPr>
        <w:t>25:04</w:t>
      </w:r>
    </w:p>
    <w:p>
      <w:pPr>
        <w:spacing w:after="0"/>
      </w:pPr>
      <w:r>
        <w:rPr>
          <w:rFonts w:ascii="Arial" w:hAnsi="Arial"/>
          <w:sz w:val="22"/>
        </w:rPr>
        <w:t xml:space="preserve">And some of the best feedback we've had from listeners is them feeling like they're listening to friends talking. That they're... </w:t>
      </w:r>
    </w:p>
    <w:p>
      <w:pPr>
        <w:spacing w:after="0"/>
      </w:pPr>
    </w:p>
    <w:p>
      <w:pPr>
        <w:spacing w:after="0"/>
      </w:pPr>
      <w:r>
        <w:rPr>
          <w:rFonts w:ascii="Arial" w:hAnsi="Arial"/>
          <w:b/>
          <w:sz w:val="22"/>
        </w:rPr>
        <w:t xml:space="preserve">Arevya  </w:t>
      </w:r>
      <w:r>
        <w:rPr>
          <w:rFonts w:ascii="Arial" w:hAnsi="Arial"/>
          <w:color w:val="5D7284"/>
          <w:sz w:val="22"/>
        </w:rPr>
        <w:t>26:11</w:t>
      </w:r>
    </w:p>
    <w:p>
      <w:pPr>
        <w:spacing w:after="0"/>
      </w:pPr>
      <w:r>
        <w:rPr>
          <w:rFonts w:ascii="Arial" w:hAnsi="Arial"/>
          <w:sz w:val="22"/>
        </w:rPr>
        <w:t xml:space="preserve">I like that. </w:t>
      </w:r>
    </w:p>
    <w:p>
      <w:pPr>
        <w:spacing w:after="0"/>
      </w:pPr>
    </w:p>
    <w:p>
      <w:pPr>
        <w:spacing w:after="0"/>
      </w:pPr>
      <w:r>
        <w:rPr>
          <w:rFonts w:ascii="Arial" w:hAnsi="Arial"/>
          <w:b/>
          <w:sz w:val="22"/>
        </w:rPr>
        <w:t xml:space="preserve">Alice  </w:t>
      </w:r>
      <w:r>
        <w:rPr>
          <w:rFonts w:ascii="Arial" w:hAnsi="Arial"/>
          <w:color w:val="5D7284"/>
          <w:sz w:val="22"/>
        </w:rPr>
        <w:t>26:12</w:t>
      </w:r>
    </w:p>
    <w:p>
      <w:pPr>
        <w:spacing w:after="0"/>
      </w:pPr>
      <w:r>
        <w:rPr>
          <w:rFonts w:ascii="Arial" w:hAnsi="Arial"/>
          <w:sz w:val="22"/>
        </w:rPr>
        <w:t>For them, this podcast is... it's not</w:t>
      </w:r>
    </w:p>
    <w:p>
      <w:pPr>
        <w:spacing w:after="0"/>
      </w:pPr>
    </w:p>
    <w:p>
      <w:pPr>
        <w:spacing w:after="0"/>
      </w:pPr>
      <w:r>
        <w:rPr>
          <w:rFonts w:ascii="Arial" w:hAnsi="Arial"/>
          <w:b/>
          <w:sz w:val="22"/>
        </w:rPr>
        <w:t xml:space="preserve">Lucy  </w:t>
      </w:r>
      <w:r>
        <w:rPr>
          <w:rFonts w:ascii="Arial" w:hAnsi="Arial"/>
          <w:color w:val="5D7284"/>
          <w:sz w:val="22"/>
        </w:rPr>
        <w:t>26:17</w:t>
      </w:r>
    </w:p>
    <w:p>
      <w:pPr>
        <w:spacing w:after="0"/>
      </w:pPr>
      <w:r>
        <w:rPr>
          <w:rFonts w:ascii="Arial" w:hAnsi="Arial"/>
          <w:sz w:val="22"/>
        </w:rPr>
        <w:t>Is a friendship group, isn't it?</w:t>
      </w:r>
    </w:p>
    <w:p>
      <w:pPr>
        <w:spacing w:after="0"/>
      </w:pPr>
    </w:p>
    <w:p>
      <w:pPr>
        <w:spacing w:after="0"/>
      </w:pPr>
      <w:r>
        <w:rPr>
          <w:rFonts w:ascii="Arial" w:hAnsi="Arial"/>
          <w:b/>
          <w:sz w:val="22"/>
        </w:rPr>
        <w:t xml:space="preserve">Alice  </w:t>
      </w:r>
      <w:r>
        <w:rPr>
          <w:rFonts w:ascii="Arial" w:hAnsi="Arial"/>
          <w:color w:val="5D7284"/>
          <w:sz w:val="22"/>
        </w:rPr>
        <w:t>26:18</w:t>
      </w:r>
    </w:p>
    <w:p>
      <w:pPr>
        <w:spacing w:after="0"/>
      </w:pPr>
      <w:r>
        <w:rPr>
          <w:rFonts w:ascii="Arial" w:hAnsi="Arial"/>
          <w:sz w:val="22"/>
        </w:rPr>
        <w:t>Yeah. It's not them listening to other disabled people talking about being disabled and it's like going to like a lecture series. This is...</w:t>
      </w:r>
    </w:p>
    <w:p>
      <w:pPr>
        <w:spacing w:after="0"/>
      </w:pPr>
    </w:p>
    <w:p>
      <w:pPr>
        <w:spacing w:after="0"/>
      </w:pPr>
      <w:r>
        <w:rPr>
          <w:rFonts w:ascii="Arial" w:hAnsi="Arial"/>
          <w:b/>
          <w:sz w:val="22"/>
        </w:rPr>
        <w:t xml:space="preserve">Arevya  </w:t>
      </w:r>
      <w:r>
        <w:rPr>
          <w:rFonts w:ascii="Arial" w:hAnsi="Arial"/>
          <w:color w:val="5D7284"/>
          <w:sz w:val="22"/>
        </w:rPr>
        <w:t>26:25</w:t>
      </w:r>
    </w:p>
    <w:p>
      <w:pPr>
        <w:spacing w:after="0"/>
      </w:pPr>
      <w:r>
        <w:rPr>
          <w:rFonts w:ascii="Arial" w:hAnsi="Arial"/>
          <w:sz w:val="22"/>
        </w:rPr>
        <w:t>No, that is important as well. Yeah.</w:t>
      </w:r>
    </w:p>
    <w:p>
      <w:pPr>
        <w:spacing w:after="0"/>
      </w:pPr>
    </w:p>
    <w:p>
      <w:pPr>
        <w:spacing w:after="0"/>
      </w:pPr>
      <w:r>
        <w:rPr>
          <w:rFonts w:ascii="Arial" w:hAnsi="Arial"/>
          <w:b/>
          <w:sz w:val="22"/>
        </w:rPr>
        <w:t xml:space="preserve">Alice  </w:t>
      </w:r>
      <w:r>
        <w:rPr>
          <w:rFonts w:ascii="Arial" w:hAnsi="Arial"/>
          <w:color w:val="5D7284"/>
          <w:sz w:val="22"/>
        </w:rPr>
        <w:t>26:28</w:t>
      </w:r>
    </w:p>
    <w:p>
      <w:pPr>
        <w:spacing w:after="0"/>
      </w:pPr>
      <w:r>
        <w:rPr>
          <w:rFonts w:ascii="Arial" w:hAnsi="Arial"/>
          <w:sz w:val="22"/>
        </w:rPr>
        <w:t>It gives, you know, people who, you know, if you're not even necessarily kind of talking to other people on the internet, you're listening to other people talking on the internet. And there is a connection there that you can at least feel like you're... Yeah!</w:t>
      </w:r>
    </w:p>
    <w:p>
      <w:pPr>
        <w:spacing w:after="0"/>
      </w:pPr>
    </w:p>
    <w:p>
      <w:pPr>
        <w:spacing w:after="0"/>
      </w:pPr>
      <w:r>
        <w:rPr>
          <w:rFonts w:ascii="Arial" w:hAnsi="Arial"/>
          <w:b/>
          <w:sz w:val="22"/>
        </w:rPr>
        <w:t xml:space="preserve">Arevya  </w:t>
      </w:r>
      <w:r>
        <w:rPr>
          <w:rFonts w:ascii="Arial" w:hAnsi="Arial"/>
          <w:color w:val="5D7284"/>
          <w:sz w:val="22"/>
        </w:rPr>
        <w:t>26:44</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26:45</w:t>
      </w:r>
    </w:p>
    <w:p>
      <w:pPr>
        <w:spacing w:after="0"/>
      </w:pPr>
      <w:r>
        <w:rPr>
          <w:rFonts w:ascii="Arial" w:hAnsi="Arial"/>
          <w:sz w:val="22"/>
        </w:rPr>
        <w:t xml:space="preserve">Yes. </w:t>
      </w:r>
    </w:p>
    <w:p>
      <w:pPr>
        <w:spacing w:after="0"/>
      </w:pPr>
    </w:p>
    <w:p>
      <w:pPr>
        <w:spacing w:after="0"/>
      </w:pPr>
      <w:r>
        <w:rPr>
          <w:rFonts w:ascii="Arial" w:hAnsi="Arial"/>
          <w:b/>
          <w:sz w:val="22"/>
        </w:rPr>
        <w:t xml:space="preserve">Arevya  </w:t>
      </w:r>
      <w:r>
        <w:rPr>
          <w:rFonts w:ascii="Arial" w:hAnsi="Arial"/>
          <w:color w:val="5D7284"/>
          <w:sz w:val="22"/>
        </w:rPr>
        <w:t>26:45</w:t>
      </w:r>
    </w:p>
    <w:p>
      <w:pPr>
        <w:spacing w:after="0"/>
      </w:pPr>
      <w:r>
        <w:rPr>
          <w:rFonts w:ascii="Arial" w:hAnsi="Arial"/>
          <w:sz w:val="22"/>
        </w:rPr>
        <w:t>Yeah it is your everyday thing of talking about everyday things and friendship and stuff...</w:t>
      </w:r>
    </w:p>
    <w:p>
      <w:pPr>
        <w:spacing w:after="0"/>
      </w:pPr>
    </w:p>
    <w:p>
      <w:pPr>
        <w:spacing w:after="0"/>
      </w:pPr>
      <w:r>
        <w:rPr>
          <w:rFonts w:ascii="Arial" w:hAnsi="Arial"/>
          <w:b/>
          <w:sz w:val="22"/>
        </w:rPr>
        <w:t xml:space="preserve">Lucy  </w:t>
      </w:r>
      <w:r>
        <w:rPr>
          <w:rFonts w:ascii="Arial" w:hAnsi="Arial"/>
          <w:color w:val="5D7284"/>
          <w:sz w:val="22"/>
        </w:rPr>
        <w:t>26:50</w:t>
      </w:r>
    </w:p>
    <w:p>
      <w:pPr>
        <w:spacing w:after="0"/>
      </w:pPr>
      <w:r>
        <w:rPr>
          <w:rFonts w:ascii="Arial" w:hAnsi="Arial"/>
          <w:sz w:val="22"/>
        </w:rPr>
        <w:t>Yeah.</w:t>
      </w:r>
    </w:p>
    <w:p>
      <w:pPr>
        <w:spacing w:after="0"/>
      </w:pPr>
    </w:p>
    <w:p>
      <w:pPr>
        <w:spacing w:after="0"/>
      </w:pPr>
      <w:r>
        <w:rPr>
          <w:rFonts w:ascii="Arial" w:hAnsi="Arial"/>
          <w:b/>
          <w:sz w:val="22"/>
        </w:rPr>
        <w:t xml:space="preserve">Arevya  </w:t>
      </w:r>
      <w:r>
        <w:rPr>
          <w:rFonts w:ascii="Arial" w:hAnsi="Arial"/>
          <w:color w:val="5D7284"/>
          <w:sz w:val="22"/>
        </w:rPr>
        <w:t>26:50</w:t>
      </w:r>
    </w:p>
    <w:p>
      <w:pPr>
        <w:spacing w:after="0"/>
      </w:pPr>
      <w:r>
        <w:rPr>
          <w:rFonts w:ascii="Arial" w:hAnsi="Arial"/>
          <w:sz w:val="22"/>
        </w:rPr>
        <w:t xml:space="preserve">But also being able to drop things like "Oh, yeah, my shower chair. I didn't, I wasn't able to, to unfold my shower chair today." And nobody bats an eye. </w:t>
      </w:r>
    </w:p>
    <w:p>
      <w:pPr>
        <w:spacing w:after="0"/>
      </w:pPr>
    </w:p>
    <w:p>
      <w:pPr>
        <w:spacing w:after="0"/>
      </w:pPr>
      <w:r>
        <w:rPr>
          <w:rFonts w:ascii="Arial" w:hAnsi="Arial"/>
          <w:b/>
          <w:sz w:val="22"/>
        </w:rPr>
        <w:t xml:space="preserve">Alice  </w:t>
      </w:r>
      <w:r>
        <w:rPr>
          <w:rFonts w:ascii="Arial" w:hAnsi="Arial"/>
          <w:color w:val="5D7284"/>
          <w:sz w:val="22"/>
        </w:rPr>
        <w:t>27:00</w:t>
      </w:r>
    </w:p>
    <w:p>
      <w:pPr>
        <w:spacing w:after="0"/>
      </w:pPr>
      <w:r>
        <w:rPr>
          <w:rFonts w:ascii="Arial" w:hAnsi="Arial"/>
          <w:sz w:val="22"/>
        </w:rPr>
        <w:t>Mmm</w:t>
      </w:r>
    </w:p>
    <w:p>
      <w:pPr>
        <w:spacing w:after="0"/>
      </w:pPr>
    </w:p>
    <w:p>
      <w:pPr>
        <w:spacing w:after="0"/>
      </w:pPr>
      <w:r>
        <w:rPr>
          <w:rFonts w:ascii="Arial" w:hAnsi="Arial"/>
          <w:b/>
          <w:sz w:val="22"/>
        </w:rPr>
        <w:t xml:space="preserve">Lucy  </w:t>
      </w:r>
      <w:r>
        <w:rPr>
          <w:rFonts w:ascii="Arial" w:hAnsi="Arial"/>
          <w:color w:val="5D7284"/>
          <w:sz w:val="22"/>
        </w:rPr>
        <w:t>27:00</w:t>
      </w:r>
    </w:p>
    <w:p>
      <w:pPr>
        <w:spacing w:after="0"/>
      </w:pPr>
      <w:r>
        <w:rPr>
          <w:rFonts w:ascii="Arial" w:hAnsi="Arial"/>
          <w:sz w:val="22"/>
        </w:rPr>
        <w:t>No. Yeah. Exactly</w:t>
      </w:r>
    </w:p>
    <w:p>
      <w:pPr>
        <w:spacing w:after="0"/>
      </w:pPr>
    </w:p>
    <w:p>
      <w:pPr>
        <w:spacing w:after="0"/>
      </w:pPr>
      <w:r>
        <w:rPr>
          <w:rFonts w:ascii="Arial" w:hAnsi="Arial"/>
          <w:b/>
          <w:sz w:val="22"/>
        </w:rPr>
        <w:t xml:space="preserve">Arevya  </w:t>
      </w:r>
      <w:r>
        <w:rPr>
          <w:rFonts w:ascii="Arial" w:hAnsi="Arial"/>
          <w:color w:val="5D7284"/>
          <w:sz w:val="22"/>
        </w:rPr>
        <w:t>27:02</w:t>
      </w:r>
    </w:p>
    <w:p>
      <w:pPr>
        <w:spacing w:after="0"/>
      </w:pPr>
      <w:r>
        <w:rPr>
          <w:rFonts w:ascii="Arial" w:hAnsi="Arial"/>
          <w:sz w:val="22"/>
        </w:rPr>
        <w:t xml:space="preserve">It's like, normalization of feeling like you're, for once, not the odd one out. </w:t>
      </w:r>
    </w:p>
    <w:p>
      <w:pPr>
        <w:spacing w:after="0"/>
      </w:pPr>
    </w:p>
    <w:p>
      <w:pPr>
        <w:spacing w:after="0"/>
      </w:pPr>
      <w:r>
        <w:rPr>
          <w:rFonts w:ascii="Arial" w:hAnsi="Arial"/>
          <w:b/>
          <w:sz w:val="22"/>
        </w:rPr>
        <w:t xml:space="preserve">Arevya  </w:t>
      </w:r>
      <w:r>
        <w:rPr>
          <w:rFonts w:ascii="Arial" w:hAnsi="Arial"/>
          <w:color w:val="5D7284"/>
          <w:sz w:val="22"/>
        </w:rPr>
        <w:t>27:05</w:t>
      </w:r>
    </w:p>
    <w:p>
      <w:pPr>
        <w:spacing w:after="0"/>
      </w:pPr>
      <w:r>
        <w:rPr>
          <w:rFonts w:ascii="Arial" w:hAnsi="Arial"/>
          <w:sz w:val="22"/>
        </w:rPr>
        <w:t>And that is so important. Whenever I've been like, of course... When I got older, my new doctor were just like, "Oh, hold my horses and everything else! You should learn about your disability. No wonder you can't deal with anything in life. You are stressed out of your mind because you don't understand how your brain works. Let me send you to a million, trillion hospital stays and rehabilitation and stuff like that to actually learn to understand yourself." And being there, and just, like, talk to people just saying "Oh yeah." You talk about waking up in the morning and you're supposed to talk about something with your breakfast, but you just say you drop something because I always drop something and then nobody bats an eye. Everybody's just like "Oh yeah, I did that yesterday."</w:t>
      </w:r>
    </w:p>
    <w:p>
      <w:pPr>
        <w:spacing w:after="0"/>
      </w:pPr>
    </w:p>
    <w:p>
      <w:pPr>
        <w:spacing w:after="0"/>
      </w:pPr>
      <w:r>
        <w:rPr>
          <w:rFonts w:ascii="Arial" w:hAnsi="Arial"/>
          <w:b/>
          <w:sz w:val="22"/>
        </w:rPr>
        <w:t xml:space="preserve">Alice Evans &amp; Lucy Wood  </w:t>
      </w:r>
      <w:r>
        <w:rPr>
          <w:rFonts w:ascii="Arial" w:hAnsi="Arial"/>
          <w:color w:val="5D7284"/>
          <w:sz w:val="22"/>
        </w:rPr>
        <w:t>27:07</w:t>
      </w:r>
    </w:p>
    <w:p>
      <w:pPr>
        <w:spacing w:after="0"/>
      </w:pPr>
      <w:r>
        <w:rPr>
          <w:rFonts w:ascii="Arial" w:hAnsi="Arial"/>
          <w:sz w:val="22"/>
        </w:rPr>
        <w:t>[sounds of agreement]</w:t>
      </w:r>
    </w:p>
    <w:p>
      <w:pPr>
        <w:spacing w:after="0"/>
      </w:pPr>
    </w:p>
    <w:p>
      <w:pPr>
        <w:spacing w:after="0"/>
      </w:pPr>
      <w:r>
        <w:rPr>
          <w:rFonts w:ascii="Arial" w:hAnsi="Arial"/>
          <w:b/>
          <w:sz w:val="22"/>
        </w:rPr>
        <w:t xml:space="preserve">Lucy  </w:t>
      </w:r>
      <w:r>
        <w:rPr>
          <w:rFonts w:ascii="Arial" w:hAnsi="Arial"/>
          <w:color w:val="5D7284"/>
          <w:sz w:val="22"/>
        </w:rPr>
        <w:t>27:17</w:t>
      </w:r>
    </w:p>
    <w:p>
      <w:pPr>
        <w:spacing w:after="0"/>
      </w:pPr>
      <w:r>
        <w:rPr>
          <w:rFonts w:ascii="Arial" w:hAnsi="Arial"/>
          <w:sz w:val="22"/>
        </w:rPr>
        <w:t>Yeah.</w:t>
      </w:r>
    </w:p>
    <w:p>
      <w:pPr>
        <w:spacing w:after="0"/>
      </w:pPr>
    </w:p>
    <w:p>
      <w:pPr>
        <w:spacing w:after="0"/>
      </w:pPr>
      <w:r>
        <w:rPr>
          <w:rFonts w:ascii="Arial" w:hAnsi="Arial"/>
          <w:b/>
          <w:sz w:val="22"/>
        </w:rPr>
        <w:t xml:space="preserve">Arevya  </w:t>
      </w:r>
      <w:r>
        <w:rPr>
          <w:rFonts w:ascii="Arial" w:hAnsi="Arial"/>
          <w:color w:val="5D7284"/>
          <w:sz w:val="22"/>
        </w:rPr>
        <w:t>27:18</w:t>
      </w:r>
    </w:p>
    <w:p>
      <w:pPr>
        <w:spacing w:after="0"/>
      </w:pPr>
      <w:r>
        <w:rPr>
          <w:rFonts w:ascii="Arial" w:hAnsi="Arial"/>
          <w:sz w:val="22"/>
        </w:rPr>
        <w:t>I can remember you, Lucy, telling me about when, the first time... Your boss, who also has cerebral palsy, which is what Lucy's got that she... the first time you said something to her about...</w:t>
      </w:r>
    </w:p>
    <w:p>
      <w:pPr>
        <w:spacing w:after="0"/>
      </w:pPr>
    </w:p>
    <w:p>
      <w:pPr>
        <w:spacing w:after="0"/>
      </w:pPr>
      <w:r>
        <w:rPr>
          <w:rFonts w:ascii="Arial" w:hAnsi="Arial"/>
          <w:b/>
          <w:sz w:val="22"/>
        </w:rPr>
        <w:t xml:space="preserve">Lucy  </w:t>
      </w:r>
      <w:r>
        <w:rPr>
          <w:rFonts w:ascii="Arial" w:hAnsi="Arial"/>
          <w:color w:val="5D7284"/>
          <w:sz w:val="22"/>
        </w:rPr>
        <w:t>28:09</w:t>
      </w:r>
    </w:p>
    <w:p>
      <w:pPr>
        <w:spacing w:after="0"/>
      </w:pPr>
      <w:r>
        <w:rPr>
          <w:rFonts w:ascii="Arial" w:hAnsi="Arial"/>
          <w:sz w:val="22"/>
        </w:rPr>
        <w:t xml:space="preserve">My startle reflex? </w:t>
      </w:r>
    </w:p>
    <w:p>
      <w:pPr>
        <w:spacing w:after="0"/>
      </w:pPr>
    </w:p>
    <w:p>
      <w:pPr>
        <w:spacing w:after="0"/>
      </w:pPr>
      <w:r>
        <w:rPr>
          <w:rFonts w:ascii="Arial" w:hAnsi="Arial"/>
          <w:b/>
          <w:sz w:val="22"/>
        </w:rPr>
        <w:t xml:space="preserve">Alice  </w:t>
      </w:r>
      <w:r>
        <w:rPr>
          <w:rFonts w:ascii="Arial" w:hAnsi="Arial"/>
          <w:color w:val="5D7284"/>
          <w:sz w:val="22"/>
        </w:rPr>
        <w:t>28:11</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28:11</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28:12</w:t>
      </w:r>
    </w:p>
    <w:p>
      <w:pPr>
        <w:spacing w:after="0"/>
      </w:pPr>
      <w:r>
        <w:rPr>
          <w:rFonts w:ascii="Arial" w:hAnsi="Arial"/>
          <w:sz w:val="22"/>
        </w:rPr>
        <w:t>And she was just like, "Oh, that's what this is!"</w:t>
      </w:r>
    </w:p>
    <w:p>
      <w:pPr>
        <w:spacing w:after="0"/>
      </w:pPr>
    </w:p>
    <w:p>
      <w:pPr>
        <w:spacing w:after="0"/>
      </w:pPr>
      <w:r>
        <w:rPr>
          <w:rFonts w:ascii="Arial" w:hAnsi="Arial"/>
          <w:b/>
          <w:sz w:val="22"/>
        </w:rPr>
        <w:t xml:space="preserve">Lucy  </w:t>
      </w:r>
      <w:r>
        <w:rPr>
          <w:rFonts w:ascii="Arial" w:hAnsi="Arial"/>
          <w:color w:val="5D7284"/>
          <w:sz w:val="22"/>
        </w:rPr>
        <w:t>28:14</w:t>
      </w:r>
    </w:p>
    <w:p>
      <w:pPr>
        <w:spacing w:after="0"/>
      </w:pPr>
      <w:r>
        <w:rPr>
          <w:rFonts w:ascii="Arial" w:hAnsi="Arial"/>
          <w:sz w:val="22"/>
        </w:rPr>
        <w:t xml:space="preserve">I do. I jump at loud noises. </w:t>
      </w:r>
    </w:p>
    <w:p>
      <w:pPr>
        <w:spacing w:after="0"/>
      </w:pPr>
    </w:p>
    <w:p>
      <w:pPr>
        <w:spacing w:after="0"/>
      </w:pPr>
      <w:r>
        <w:rPr>
          <w:rFonts w:ascii="Arial" w:hAnsi="Arial"/>
          <w:b/>
          <w:sz w:val="22"/>
        </w:rPr>
        <w:t xml:space="preserve">Lucy  </w:t>
      </w:r>
      <w:r>
        <w:rPr>
          <w:rFonts w:ascii="Arial" w:hAnsi="Arial"/>
          <w:color w:val="5D7284"/>
          <w:sz w:val="22"/>
        </w:rPr>
        <w:t>28:16</w:t>
      </w:r>
    </w:p>
    <w:p>
      <w:pPr>
        <w:spacing w:after="0"/>
      </w:pPr>
      <w:r>
        <w:rPr>
          <w:rFonts w:ascii="Arial" w:hAnsi="Arial"/>
          <w:sz w:val="22"/>
        </w:rPr>
        <w:t>And I, for years, felt so embarrassed. I was like "For goodness sake!" Anyone would be like... Somebody coming over to me when I'm been sitting quiet for a while and going "Hello! Alright?" And I'm like "Stop it!" And I'd think "Why am I like this?" and I happen to say to my... once I started my job, said to my boss, like I jump at the slightest little thing and it's, I've never known what it is and she went "It's a cerebral palsy thing. You're not...there's nothing to worry about."</w:t>
      </w:r>
    </w:p>
    <w:p>
      <w:pPr>
        <w:spacing w:after="0"/>
      </w:pPr>
    </w:p>
    <w:p>
      <w:pPr>
        <w:spacing w:after="0"/>
      </w:pPr>
      <w:r>
        <w:rPr>
          <w:rFonts w:ascii="Arial" w:hAnsi="Arial"/>
          <w:b/>
          <w:sz w:val="22"/>
        </w:rPr>
        <w:t xml:space="preserve">Arevya  </w:t>
      </w:r>
      <w:r>
        <w:rPr>
          <w:rFonts w:ascii="Arial" w:hAnsi="Arial"/>
          <w:color w:val="5D7284"/>
          <w:sz w:val="22"/>
        </w:rPr>
        <w:t>28:16</w:t>
      </w:r>
    </w:p>
    <w:p>
      <w:pPr>
        <w:spacing w:after="0"/>
      </w:pPr>
      <w:r>
        <w:rPr>
          <w:rFonts w:ascii="Arial" w:hAnsi="Arial"/>
          <w:sz w:val="22"/>
        </w:rPr>
        <w:t>Yeah!</w:t>
      </w:r>
    </w:p>
    <w:p>
      <w:pPr>
        <w:spacing w:after="0"/>
      </w:pPr>
    </w:p>
    <w:p>
      <w:pPr>
        <w:spacing w:after="0"/>
      </w:pPr>
      <w:r>
        <w:rPr>
          <w:rFonts w:ascii="Arial" w:hAnsi="Arial"/>
          <w:b/>
          <w:sz w:val="22"/>
        </w:rPr>
        <w:t xml:space="preserve">Arevya  </w:t>
      </w:r>
      <w:r>
        <w:rPr>
          <w:rFonts w:ascii="Arial" w:hAnsi="Arial"/>
          <w:color w:val="5D7284"/>
          <w:sz w:val="22"/>
        </w:rPr>
        <w:t>28:16</w:t>
      </w:r>
    </w:p>
    <w:p>
      <w:pPr>
        <w:spacing w:after="0"/>
      </w:pPr>
      <w:r>
        <w:rPr>
          <w:rFonts w:ascii="Arial" w:hAnsi="Arial"/>
          <w:sz w:val="22"/>
        </w:rPr>
        <w:t xml:space="preserve">Yes. </w:t>
      </w:r>
    </w:p>
    <w:p>
      <w:pPr>
        <w:spacing w:after="0"/>
      </w:pPr>
    </w:p>
    <w:p>
      <w:pPr>
        <w:spacing w:after="0"/>
      </w:pPr>
      <w:r>
        <w:rPr>
          <w:rFonts w:ascii="Arial" w:hAnsi="Arial"/>
          <w:b/>
          <w:sz w:val="22"/>
        </w:rPr>
        <w:t xml:space="preserve">Lucy  </w:t>
      </w:r>
      <w:r>
        <w:rPr>
          <w:rFonts w:ascii="Arial" w:hAnsi="Arial"/>
          <w:color w:val="5D7284"/>
          <w:sz w:val="22"/>
        </w:rPr>
        <w:t>28:32</w:t>
      </w:r>
    </w:p>
    <w:p>
      <w:pPr>
        <w:spacing w:after="0"/>
      </w:pPr>
      <w:r>
        <w:rPr>
          <w:rFonts w:ascii="Arial" w:hAnsi="Arial"/>
          <w:sz w:val="22"/>
        </w:rPr>
        <w:t xml:space="preserve">It's just a cerebral palsy thing. </w:t>
      </w:r>
    </w:p>
    <w:p>
      <w:pPr>
        <w:spacing w:after="0"/>
      </w:pPr>
    </w:p>
    <w:p>
      <w:pPr>
        <w:spacing w:after="0"/>
      </w:pPr>
      <w:r>
        <w:rPr>
          <w:rFonts w:ascii="Arial" w:hAnsi="Arial"/>
          <w:b/>
          <w:sz w:val="22"/>
        </w:rPr>
        <w:t xml:space="preserve">Arevya  </w:t>
      </w:r>
      <w:r>
        <w:rPr>
          <w:rFonts w:ascii="Arial" w:hAnsi="Arial"/>
          <w:color w:val="5D7284"/>
          <w:sz w:val="22"/>
        </w:rPr>
        <w:t>28:42</w:t>
      </w:r>
    </w:p>
    <w:p>
      <w:pPr>
        <w:spacing w:after="0"/>
      </w:pPr>
      <w:r>
        <w:rPr>
          <w:rFonts w:ascii="Arial" w:hAnsi="Arial"/>
          <w:sz w:val="22"/>
        </w:rPr>
        <w:t>It's just how it is. Yeah.</w:t>
      </w:r>
    </w:p>
    <w:p>
      <w:pPr>
        <w:spacing w:after="0"/>
      </w:pPr>
    </w:p>
    <w:p>
      <w:pPr>
        <w:spacing w:after="0"/>
      </w:pPr>
      <w:r>
        <w:rPr>
          <w:rFonts w:ascii="Arial" w:hAnsi="Arial"/>
          <w:b/>
          <w:sz w:val="22"/>
        </w:rPr>
        <w:t xml:space="preserve">Lucy  </w:t>
      </w:r>
      <w:r>
        <w:rPr>
          <w:rFonts w:ascii="Arial" w:hAnsi="Arial"/>
          <w:color w:val="5D7284"/>
          <w:sz w:val="22"/>
        </w:rPr>
        <w:t>28:49</w:t>
      </w:r>
    </w:p>
    <w:p>
      <w:pPr>
        <w:spacing w:after="0"/>
      </w:pPr>
      <w:r>
        <w:rPr>
          <w:rFonts w:ascii="Arial" w:hAnsi="Arial"/>
          <w:sz w:val="22"/>
        </w:rPr>
        <w:t xml:space="preserve">Yeah. I think having, not necessarily either, there have been people with the same condition as you, having somebody who has also faced a relative amount of difficulty. </w:t>
      </w:r>
    </w:p>
    <w:p>
      <w:pPr>
        <w:spacing w:after="0"/>
      </w:pPr>
    </w:p>
    <w:p>
      <w:pPr>
        <w:spacing w:after="0"/>
      </w:pPr>
      <w:r>
        <w:rPr>
          <w:rFonts w:ascii="Arial" w:hAnsi="Arial"/>
          <w:b/>
          <w:sz w:val="22"/>
        </w:rPr>
        <w:t xml:space="preserve">Arevya  </w:t>
      </w:r>
      <w:r>
        <w:rPr>
          <w:rFonts w:ascii="Arial" w:hAnsi="Arial"/>
          <w:color w:val="5D7284"/>
          <w:sz w:val="22"/>
        </w:rPr>
        <w:t>29:03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29:03</w:t>
      </w:r>
    </w:p>
    <w:p>
      <w:pPr>
        <w:spacing w:after="0"/>
      </w:pPr>
      <w:r>
        <w:rPr>
          <w:rFonts w:ascii="Arial" w:hAnsi="Arial"/>
          <w:sz w:val="22"/>
        </w:rPr>
        <w:t>There is a level of bit of, like, almost relief when you're talking to people they go. Like when I'm talking to Alice about something and Alice'll go "Yeah, no, that, that's... Yeah, that happens to me." I'm like, "Oh, okay." And breathe. Calm down. My hypochondria...</w:t>
      </w:r>
    </w:p>
    <w:p>
      <w:pPr>
        <w:spacing w:after="0"/>
      </w:pPr>
    </w:p>
    <w:p>
      <w:pPr>
        <w:spacing w:after="0"/>
      </w:pPr>
      <w:r>
        <w:rPr>
          <w:rFonts w:ascii="Arial" w:hAnsi="Arial"/>
          <w:b/>
          <w:sz w:val="22"/>
        </w:rPr>
        <w:t xml:space="preserve">Arevya  </w:t>
      </w:r>
      <w:r>
        <w:rPr>
          <w:rFonts w:ascii="Arial" w:hAnsi="Arial"/>
          <w:color w:val="5D7284"/>
          <w:sz w:val="22"/>
        </w:rPr>
        <w:t>29:22</w:t>
      </w:r>
    </w:p>
    <w:p>
      <w:pPr>
        <w:spacing w:after="0"/>
      </w:pPr>
      <w:r>
        <w:rPr>
          <w:rFonts w:ascii="Arial" w:hAnsi="Arial"/>
          <w:sz w:val="22"/>
        </w:rPr>
        <w:t xml:space="preserve">Feels good to be understood. Like I was on holiday now, in Spain. And my sister was there and she said... My sister's ADHD and I don't have any of those diagnostic, but something might be there. We are genetically... </w:t>
      </w:r>
    </w:p>
    <w:p>
      <w:pPr>
        <w:spacing w:after="0"/>
      </w:pPr>
    </w:p>
    <w:p>
      <w:pPr>
        <w:spacing w:after="0"/>
      </w:pPr>
      <w:r>
        <w:rPr>
          <w:rFonts w:ascii="Arial" w:hAnsi="Arial"/>
          <w:b/>
          <w:sz w:val="22"/>
        </w:rPr>
        <w:t xml:space="preserve">Lucy  </w:t>
      </w:r>
      <w:r>
        <w:rPr>
          <w:rFonts w:ascii="Arial" w:hAnsi="Arial"/>
          <w:color w:val="5D7284"/>
          <w:sz w:val="22"/>
        </w:rPr>
        <w:t>29:38</w:t>
      </w:r>
    </w:p>
    <w:p>
      <w:pPr>
        <w:spacing w:after="0"/>
      </w:pPr>
      <w:r>
        <w:rPr>
          <w:rFonts w:ascii="Arial" w:hAnsi="Arial"/>
          <w:sz w:val="22"/>
        </w:rPr>
        <w:t xml:space="preserve">Yeah. Yeah. </w:t>
      </w:r>
    </w:p>
    <w:p>
      <w:pPr>
        <w:spacing w:after="0"/>
      </w:pPr>
    </w:p>
    <w:p>
      <w:pPr>
        <w:spacing w:after="0"/>
      </w:pPr>
      <w:r>
        <w:rPr>
          <w:rFonts w:ascii="Arial" w:hAnsi="Arial"/>
          <w:b/>
          <w:sz w:val="22"/>
        </w:rPr>
        <w:t xml:space="preserve">Arevya  </w:t>
      </w:r>
      <w:r>
        <w:rPr>
          <w:rFonts w:ascii="Arial" w:hAnsi="Arial"/>
          <w:color w:val="5D7284"/>
          <w:sz w:val="22"/>
        </w:rPr>
        <w:t>29:40</w:t>
      </w:r>
    </w:p>
    <w:p>
      <w:pPr>
        <w:spacing w:after="0"/>
      </w:pPr>
      <w:r>
        <w:rPr>
          <w:rFonts w:ascii="Arial" w:hAnsi="Arial"/>
          <w:sz w:val="22"/>
        </w:rPr>
        <w:t>And we do the thing where she always needs to either whistle something or talk. She always needs to stim in some kind of way. She whistles and talk to stim. And the thing is that I respond to them. And it was, like, my dad and my fiance were just standing there like, "Why are your sister saying hello and wrong room and you say hello in the other room?" And I don't even hear it myself or my sister say. I make this noises with my mouth and it's just when I see other do it. My brain just...</w:t>
      </w:r>
    </w:p>
    <w:p>
      <w:pPr>
        <w:spacing w:after="0"/>
      </w:pPr>
    </w:p>
    <w:p>
      <w:pPr>
        <w:spacing w:after="0"/>
      </w:pPr>
      <w:r>
        <w:rPr>
          <w:rFonts w:ascii="Arial" w:hAnsi="Arial"/>
          <w:b/>
          <w:sz w:val="22"/>
        </w:rPr>
        <w:t xml:space="preserve">Lucy  </w:t>
      </w:r>
      <w:r>
        <w:rPr>
          <w:rFonts w:ascii="Arial" w:hAnsi="Arial"/>
          <w:color w:val="5D7284"/>
          <w:sz w:val="22"/>
        </w:rPr>
        <w:t>30:13</w:t>
      </w:r>
    </w:p>
    <w:p>
      <w:pPr>
        <w:spacing w:after="0"/>
      </w:pPr>
      <w:r>
        <w:rPr>
          <w:rFonts w:ascii="Arial" w:hAnsi="Arial"/>
          <w:sz w:val="22"/>
        </w:rPr>
        <w:t>Mimic!</w:t>
      </w:r>
    </w:p>
    <w:p>
      <w:pPr>
        <w:spacing w:after="0"/>
      </w:pPr>
    </w:p>
    <w:p>
      <w:pPr>
        <w:spacing w:after="0"/>
      </w:pPr>
      <w:r>
        <w:rPr>
          <w:rFonts w:ascii="Arial" w:hAnsi="Arial"/>
          <w:b/>
          <w:sz w:val="22"/>
        </w:rPr>
        <w:t xml:space="preserve">Arevya  </w:t>
      </w:r>
      <w:r>
        <w:rPr>
          <w:rFonts w:ascii="Arial" w:hAnsi="Arial"/>
          <w:color w:val="5D7284"/>
          <w:sz w:val="22"/>
        </w:rPr>
        <w:t>30:14</w:t>
      </w:r>
    </w:p>
    <w:p>
      <w:pPr>
        <w:spacing w:after="0"/>
      </w:pPr>
      <w:r>
        <w:rPr>
          <w:rFonts w:ascii="Arial" w:hAnsi="Arial"/>
          <w:sz w:val="22"/>
        </w:rPr>
        <w:t xml:space="preserve">Yeah, and I don't see... I do it myself or I do it before I think about it. It's just, it just comes out. My sister does it as well, so we just stand there like having this "Hello!" "Hello!" "Hello!" "Hello!" *all laugh* And it just feels so good being with her because she understood. Well, when I do that, when I'm with somebody who is completely healthy. They're just like, "Why are you, like... Are you like mocking me or something? </w:t>
      </w:r>
    </w:p>
    <w:p>
      <w:pPr>
        <w:spacing w:after="0"/>
      </w:pPr>
    </w:p>
    <w:p>
      <w:pPr>
        <w:spacing w:after="0"/>
      </w:pPr>
      <w:r>
        <w:rPr>
          <w:rFonts w:ascii="Arial" w:hAnsi="Arial"/>
          <w:b/>
          <w:sz w:val="22"/>
        </w:rPr>
        <w:t xml:space="preserve">Lucy  </w:t>
      </w:r>
      <w:r>
        <w:rPr>
          <w:rFonts w:ascii="Arial" w:hAnsi="Arial"/>
          <w:color w:val="5D7284"/>
          <w:sz w:val="22"/>
        </w:rPr>
        <w:t>30:45</w:t>
      </w:r>
    </w:p>
    <w:p>
      <w:pPr>
        <w:spacing w:after="0"/>
      </w:pPr>
      <w:r>
        <w:rPr>
          <w:rFonts w:ascii="Arial" w:hAnsi="Arial"/>
          <w:sz w:val="22"/>
        </w:rPr>
        <w:t xml:space="preserve">Yeah, exactly. </w:t>
      </w:r>
    </w:p>
    <w:p>
      <w:pPr>
        <w:spacing w:after="0"/>
      </w:pPr>
    </w:p>
    <w:p>
      <w:pPr>
        <w:spacing w:after="0"/>
      </w:pPr>
      <w:r>
        <w:rPr>
          <w:rFonts w:ascii="Arial" w:hAnsi="Arial"/>
          <w:b/>
          <w:sz w:val="22"/>
        </w:rPr>
        <w:t xml:space="preserve">Arevya  </w:t>
      </w:r>
      <w:r>
        <w:rPr>
          <w:rFonts w:ascii="Arial" w:hAnsi="Arial"/>
          <w:color w:val="5D7284"/>
          <w:sz w:val="22"/>
        </w:rPr>
        <w:t>30:46</w:t>
      </w:r>
    </w:p>
    <w:p>
      <w:pPr>
        <w:spacing w:after="0"/>
      </w:pPr>
      <w:r>
        <w:rPr>
          <w:rFonts w:ascii="Arial" w:hAnsi="Arial"/>
          <w:sz w:val="22"/>
        </w:rPr>
        <w:t>"Why are you? Why are you doing this?" And then, I just feel so freeing being with people who don't, you don't need to explain everything?</w:t>
      </w:r>
    </w:p>
    <w:p>
      <w:pPr>
        <w:spacing w:after="0"/>
      </w:pPr>
    </w:p>
    <w:p>
      <w:pPr>
        <w:spacing w:after="0"/>
      </w:pPr>
      <w:r>
        <w:rPr>
          <w:rFonts w:ascii="Arial" w:hAnsi="Arial"/>
          <w:b/>
          <w:sz w:val="22"/>
        </w:rPr>
        <w:t xml:space="preserve">Lucy  </w:t>
      </w:r>
      <w:r>
        <w:rPr>
          <w:rFonts w:ascii="Arial" w:hAnsi="Arial"/>
          <w:color w:val="5D7284"/>
          <w:sz w:val="22"/>
        </w:rPr>
        <w:t>30:55</w:t>
      </w:r>
    </w:p>
    <w:p>
      <w:pPr>
        <w:spacing w:after="0"/>
      </w:pPr>
      <w:r>
        <w:rPr>
          <w:rFonts w:ascii="Arial" w:hAnsi="Arial"/>
          <w:sz w:val="22"/>
        </w:rPr>
        <w:t>No, exactly. Arevya, you said that when you were sort of younger, they sort of said "Don't don't tell her about CP". Was it when you found out about your cerebral palsy that you sort of started taking an interest in "Well, how can I adapt things that I enjoy?" When did you get into gaming accessibility? And what kind of things, when we talk about gaming accessibility, do you cover in your social media posts and your streaming and things like that? Because I think that most people would think, "Oh, it's just like changing the controller?" if you don't know.</w:t>
      </w:r>
    </w:p>
    <w:p>
      <w:pPr>
        <w:spacing w:after="0"/>
      </w:pPr>
    </w:p>
    <w:p>
      <w:pPr>
        <w:spacing w:after="0"/>
      </w:pPr>
      <w:r>
        <w:rPr>
          <w:rFonts w:ascii="Arial" w:hAnsi="Arial"/>
          <w:b/>
          <w:sz w:val="22"/>
        </w:rPr>
        <w:t xml:space="preserve">Arevya  </w:t>
      </w:r>
      <w:r>
        <w:rPr>
          <w:rFonts w:ascii="Arial" w:hAnsi="Arial"/>
          <w:color w:val="5D7284"/>
          <w:sz w:val="22"/>
        </w:rPr>
        <w:t>31:34</w:t>
      </w:r>
    </w:p>
    <w:p>
      <w:pPr>
        <w:spacing w:after="0"/>
      </w:pPr>
      <w:r>
        <w:rPr>
          <w:rFonts w:ascii="Arial" w:hAnsi="Arial"/>
          <w:sz w:val="22"/>
        </w:rPr>
        <w:t>Yeah, so about that. Being a child first then. So I got to learn it when I was in, what we call in Norway, sixth grade. So around 13, 14 years old. I got to learn about my cerebral palsy, because my mom took me on a walk. And she told me, and she was really apologetic for keeping it away from her [sic: me], but she just followed... I don't have anything against them for doing that. They just listened to a doctor that should have known better. It's not their fault. They should have... They got bad information from somebody who... The 90s. We all went through... The 90s were weird. We did a lot of weird thing in the 90s. A lot of people, especially young people today, is like really shocked that they could do something like that. But in the 90s if you're just dangerous, like pretended... They were just like "Out of mind, out of sight".  "Out of sight, out of mind" was a big thing.</w:t>
      </w:r>
    </w:p>
    <w:p>
      <w:pPr>
        <w:spacing w:after="0"/>
      </w:pPr>
    </w:p>
    <w:p>
      <w:pPr>
        <w:spacing w:after="0"/>
      </w:pPr>
      <w:r>
        <w:rPr>
          <w:rFonts w:ascii="Arial" w:hAnsi="Arial"/>
          <w:b/>
          <w:sz w:val="22"/>
        </w:rPr>
        <w:t xml:space="preserve">Lucy  </w:t>
      </w:r>
      <w:r>
        <w:rPr>
          <w:rFonts w:ascii="Arial" w:hAnsi="Arial"/>
          <w:color w:val="5D7284"/>
          <w:sz w:val="22"/>
        </w:rPr>
        <w:t>32:31</w:t>
      </w:r>
    </w:p>
    <w:p>
      <w:pPr>
        <w:spacing w:after="0"/>
      </w:pPr>
      <w:r>
        <w:rPr>
          <w:rFonts w:ascii="Arial" w:hAnsi="Arial"/>
          <w:sz w:val="22"/>
        </w:rPr>
        <w:t>Yes, absolutely.</w:t>
      </w:r>
    </w:p>
    <w:p>
      <w:pPr>
        <w:spacing w:after="0"/>
      </w:pPr>
    </w:p>
    <w:p>
      <w:pPr>
        <w:spacing w:after="0"/>
      </w:pPr>
      <w:r>
        <w:rPr>
          <w:rFonts w:ascii="Arial" w:hAnsi="Arial"/>
          <w:b/>
          <w:sz w:val="22"/>
        </w:rPr>
        <w:t xml:space="preserve">Alice  </w:t>
      </w:r>
      <w:r>
        <w:rPr>
          <w:rFonts w:ascii="Arial" w:hAnsi="Arial"/>
          <w:color w:val="5D7284"/>
          <w:sz w:val="22"/>
        </w:rPr>
        <w:t>32:33</w:t>
      </w:r>
    </w:p>
    <w:p>
      <w:pPr>
        <w:spacing w:after="0"/>
      </w:pPr>
      <w:r>
        <w:rPr>
          <w:rFonts w:ascii="Arial" w:hAnsi="Arial"/>
          <w:sz w:val="22"/>
        </w:rPr>
        <w:t xml:space="preserve">I think anything pre-2004, it was just a fucking No Man's Land. </w:t>
      </w:r>
    </w:p>
    <w:p>
      <w:pPr>
        <w:spacing w:after="0"/>
      </w:pPr>
    </w:p>
    <w:p>
      <w:pPr>
        <w:spacing w:after="0"/>
      </w:pPr>
      <w:r>
        <w:rPr>
          <w:rFonts w:ascii="Arial" w:hAnsi="Arial"/>
          <w:b/>
          <w:sz w:val="22"/>
        </w:rPr>
        <w:t xml:space="preserve">Arevya  </w:t>
      </w:r>
      <w:r>
        <w:rPr>
          <w:rFonts w:ascii="Arial" w:hAnsi="Arial"/>
          <w:color w:val="5D7284"/>
          <w:sz w:val="22"/>
        </w:rPr>
        <w:t>32:40</w:t>
      </w:r>
    </w:p>
    <w:p>
      <w:pPr>
        <w:spacing w:after="0"/>
      </w:pPr>
      <w:r>
        <w:rPr>
          <w:rFonts w:ascii="Arial" w:hAnsi="Arial"/>
          <w:sz w:val="22"/>
        </w:rPr>
        <w:t>Yeah, it was like "Can you exist in this world and not bugger us than just exist. Don't bugger us!" That was just the norm. So when I got told it, to be honest, I got really sad. But the only thing I started thinking about was the fact that I needed like... I was angry because in gym class, PT, or whatever you call it, I got dropped down because I couldn't run as fast and my mom wanted to take it up with the school and say like, "It's a reason why she can't run as fast. Like, you should just be happy she can run, because a lot of people with cerebral palsy can't run. So just be happy. She's trying her best." So that was like where it started. But, to be honest, no. Because I, for many, many, many years, looked at myself as an able-bodied person because I look how I look. And I didn't start that mental change before I got older and, actually, after university, or in university, when I started to see that... No, it's unfair. Like I asked for accommodations in school, because I couldn't get up early. I struggled really with the mornings when I started to get my arthritis was when I started wanting to change. I couldn't get up in bed in early in the morning. I asked my professors to record their class, so that I can still have it. And they were just like "No, because if you start recording it, nobody wants to show up." And then I go out of university. Have to use twice as long time as everybody else but I got it and I did it. And then COVID came and then everybody got everything recorded and I was so angry!</w:t>
      </w:r>
    </w:p>
    <w:p>
      <w:pPr>
        <w:spacing w:after="0"/>
      </w:pPr>
    </w:p>
    <w:p>
      <w:pPr>
        <w:spacing w:after="0"/>
      </w:pPr>
      <w:r>
        <w:rPr>
          <w:rFonts w:ascii="Arial" w:hAnsi="Arial"/>
          <w:b/>
          <w:sz w:val="22"/>
        </w:rPr>
        <w:t xml:space="preserve">Lucy  </w:t>
      </w:r>
      <w:r>
        <w:rPr>
          <w:rFonts w:ascii="Arial" w:hAnsi="Arial"/>
          <w:color w:val="5D7284"/>
          <w:sz w:val="22"/>
        </w:rPr>
        <w:t>34:19</w:t>
      </w:r>
    </w:p>
    <w:p>
      <w:pPr>
        <w:spacing w:after="0"/>
      </w:pPr>
      <w:r>
        <w:rPr>
          <w:rFonts w:ascii="Arial" w:hAnsi="Arial"/>
          <w:sz w:val="22"/>
        </w:rPr>
        <w:t>So I agree. I think we all felt like that didn't wait when COVID appeared and then literally overnight "Everything's on Teams. Now stay at home!"</w:t>
      </w:r>
    </w:p>
    <w:p>
      <w:pPr>
        <w:spacing w:after="0"/>
      </w:pPr>
    </w:p>
    <w:p>
      <w:pPr>
        <w:spacing w:after="0"/>
      </w:pPr>
      <w:r>
        <w:rPr>
          <w:rFonts w:ascii="Arial" w:hAnsi="Arial"/>
          <w:b/>
          <w:sz w:val="22"/>
        </w:rPr>
        <w:t xml:space="preserve">Arevya  </w:t>
      </w:r>
      <w:r>
        <w:rPr>
          <w:rFonts w:ascii="Arial" w:hAnsi="Arial"/>
          <w:color w:val="5D7284"/>
          <w:sz w:val="22"/>
        </w:rPr>
        <w:t>34:30</w:t>
      </w:r>
    </w:p>
    <w:p>
      <w:pPr>
        <w:spacing w:after="0"/>
      </w:pPr>
      <w:r>
        <w:rPr>
          <w:rFonts w:ascii="Arial" w:hAnsi="Arial"/>
          <w:sz w:val="22"/>
        </w:rPr>
        <w:t>Yeah, *overlapping chatter* got accessibility and I was just like, "Uh!" and... But the thing was that I have been able to... So it is hard. It's always hard to pinpoint but I've been able to quote unquote live like I am not disabled a long time. I went to all of school and high school - no problem. University. I had to do half time and I got help from the government. Norway has a really good scheme with that. Government can help you get a medication. They helped me, because then was when my body was so tired. I hit 21, my body... arthritis started to come show itself. My body was so tired. For a year I had to move home. I had to live with my parents, they had to help me with everything because my body just shut down. My body was just like, "You have tried your whole life, living in a tempo that you're not able to do." And then I did my university. And then I started to be angry, because I didn't get accommodation because I didn't look ill. And they were just like, "You're just lazy." And then I have had gaming all that time. I gained a lot of times. I had my streaming. I started streaming, doing all of that, and had just fun with gaming. But I didn't talk about it because, in my head, I have learned my whole life you that you technically don't talk about it, if you can do it, then you just do it. Nobody technically learned me that there is something about having it comfortably also. It's okay, if you can only walk half the way and take the bus some parts of the way. *sounds of agreement*. You don't need to... I don't know what we could call it like it...</w:t>
      </w:r>
    </w:p>
    <w:p>
      <w:pPr>
        <w:spacing w:after="0"/>
      </w:pPr>
    </w:p>
    <w:p>
      <w:pPr>
        <w:spacing w:after="0"/>
      </w:pPr>
      <w:r>
        <w:rPr>
          <w:rFonts w:ascii="Arial" w:hAnsi="Arial"/>
          <w:b/>
          <w:sz w:val="22"/>
        </w:rPr>
        <w:t xml:space="preserve">Alice  </w:t>
      </w:r>
      <w:r>
        <w:rPr>
          <w:rFonts w:ascii="Arial" w:hAnsi="Arial"/>
          <w:color w:val="5D7284"/>
          <w:sz w:val="22"/>
        </w:rPr>
        <w:t>36:04</w:t>
      </w:r>
    </w:p>
    <w:p>
      <w:pPr>
        <w:spacing w:after="0"/>
      </w:pPr>
      <w:r>
        <w:rPr>
          <w:rFonts w:ascii="Arial" w:hAnsi="Arial"/>
          <w:sz w:val="22"/>
        </w:rPr>
        <w:t>It reminds me of... I use a guide dog, but I didn't get a guide dog till I was 23. And before that, I never used a white stick, because I just really hated using one. And so I just kind of managed *Arevya: Yeah.* and walked really slowly and was like, "Yeah, I can meet you guys in the pub."</w:t>
      </w:r>
    </w:p>
    <w:p>
      <w:pPr>
        <w:spacing w:after="0"/>
      </w:pPr>
    </w:p>
    <w:p>
      <w:pPr>
        <w:spacing w:after="0"/>
      </w:pPr>
      <w:r>
        <w:rPr>
          <w:rFonts w:ascii="Arial" w:hAnsi="Arial"/>
          <w:b/>
          <w:sz w:val="22"/>
        </w:rPr>
        <w:t xml:space="preserve">Lucy  </w:t>
      </w:r>
      <w:r>
        <w:rPr>
          <w:rFonts w:ascii="Arial" w:hAnsi="Arial"/>
          <w:color w:val="5D7284"/>
          <w:sz w:val="22"/>
        </w:rPr>
        <w:t>36:37</w:t>
      </w:r>
    </w:p>
    <w:p>
      <w:pPr>
        <w:spacing w:after="0"/>
      </w:pPr>
      <w:r>
        <w:rPr>
          <w:rFonts w:ascii="Arial" w:hAnsi="Arial"/>
          <w:sz w:val="22"/>
        </w:rPr>
        <w:t>After 2 hours or 4?</w:t>
      </w:r>
    </w:p>
    <w:p>
      <w:pPr>
        <w:spacing w:after="0"/>
      </w:pPr>
    </w:p>
    <w:p>
      <w:pPr>
        <w:spacing w:after="0"/>
      </w:pPr>
      <w:r>
        <w:rPr>
          <w:rFonts w:ascii="Arial" w:hAnsi="Arial"/>
          <w:b/>
          <w:sz w:val="22"/>
        </w:rPr>
        <w:t xml:space="preserve">Alice  </w:t>
      </w:r>
      <w:r>
        <w:rPr>
          <w:rFonts w:ascii="Arial" w:hAnsi="Arial"/>
          <w:color w:val="5D7284"/>
          <w:sz w:val="22"/>
        </w:rPr>
        <w:t>36:39</w:t>
      </w:r>
    </w:p>
    <w:p>
      <w:pPr>
        <w:spacing w:after="0"/>
      </w:pPr>
      <w:r>
        <w:rPr>
          <w:rFonts w:ascii="Arial" w:hAnsi="Arial"/>
          <w:sz w:val="22"/>
        </w:rPr>
        <w:t>Basically. And I take a long way round because it was a route I was more familiar with or, you know, it was just... I now look back on it. And I'm like...</w:t>
      </w:r>
    </w:p>
    <w:p>
      <w:pPr>
        <w:spacing w:after="0"/>
      </w:pPr>
    </w:p>
    <w:p>
      <w:pPr>
        <w:spacing w:after="0"/>
      </w:pPr>
      <w:r>
        <w:rPr>
          <w:rFonts w:ascii="Arial" w:hAnsi="Arial"/>
          <w:b/>
          <w:sz w:val="22"/>
        </w:rPr>
        <w:t xml:space="preserve">Arevya  </w:t>
      </w:r>
      <w:r>
        <w:rPr>
          <w:rFonts w:ascii="Arial" w:hAnsi="Arial"/>
          <w:color w:val="5D7284"/>
          <w:sz w:val="22"/>
        </w:rPr>
        <w:t>36:50</w:t>
      </w:r>
    </w:p>
    <w:p>
      <w:pPr>
        <w:spacing w:after="0"/>
      </w:pPr>
      <w:r>
        <w:rPr>
          <w:rFonts w:ascii="Arial" w:hAnsi="Arial"/>
          <w:sz w:val="22"/>
        </w:rPr>
        <w:t>Why did I do that?!</w:t>
      </w:r>
    </w:p>
    <w:p>
      <w:pPr>
        <w:spacing w:after="0"/>
      </w:pPr>
    </w:p>
    <w:p>
      <w:pPr>
        <w:spacing w:after="0"/>
      </w:pPr>
      <w:r>
        <w:rPr>
          <w:rFonts w:ascii="Arial" w:hAnsi="Arial"/>
          <w:b/>
          <w:sz w:val="22"/>
        </w:rPr>
        <w:t xml:space="preserve">Alice  </w:t>
      </w:r>
      <w:r>
        <w:rPr>
          <w:rFonts w:ascii="Arial" w:hAnsi="Arial"/>
          <w:color w:val="5D7284"/>
          <w:sz w:val="22"/>
        </w:rPr>
        <w:t>36:51</w:t>
      </w:r>
    </w:p>
    <w:p>
      <w:pPr>
        <w:spacing w:after="0"/>
      </w:pPr>
      <w:r>
        <w:rPr>
          <w:rFonts w:ascii="Arial" w:hAnsi="Arial"/>
          <w:sz w:val="22"/>
        </w:rPr>
        <w:t>The effort I had to put in to do that, because yeah...</w:t>
      </w:r>
    </w:p>
    <w:p>
      <w:pPr>
        <w:spacing w:after="0"/>
      </w:pPr>
    </w:p>
    <w:p>
      <w:pPr>
        <w:spacing w:after="0"/>
      </w:pPr>
      <w:r>
        <w:rPr>
          <w:rFonts w:ascii="Arial" w:hAnsi="Arial"/>
          <w:b/>
          <w:sz w:val="22"/>
        </w:rPr>
        <w:t xml:space="preserve">Arevya  </w:t>
      </w:r>
      <w:r>
        <w:rPr>
          <w:rFonts w:ascii="Arial" w:hAnsi="Arial"/>
          <w:color w:val="5D7284"/>
          <w:sz w:val="22"/>
        </w:rPr>
        <w:t>36:57</w:t>
      </w:r>
    </w:p>
    <w:p>
      <w:pPr>
        <w:spacing w:after="0"/>
      </w:pPr>
      <w:r>
        <w:rPr>
          <w:rFonts w:ascii="Arial" w:hAnsi="Arial"/>
          <w:sz w:val="22"/>
        </w:rPr>
        <w:t>And it's also internalized ableism. I went through all of my child school by school, up until high school, in high school, not getting any accommodation. Unless for my dyslexia, was the only accommodation I got. Because I was just like, "Yeah, but I'm not lazy. I don't need that accommodation. I'm better." That was totally, 100%... And because everybody around you, and this if you are disabled, you know this: everybody around you, when you start using any accommodation, or aid, or a wheelchair, and whatever it is, people are acting like you have given up instead of understanding that this is a way for you to be able to do more. They just act like "Oh, yeah, she now she's come so far she has given up." No, she'll come so far. So started respect herself and understand her time is valuable, *Alice &amp; Lucy: Yeah.* like the rest of people. And that was the change that happened around me started in gaming. And then I needed to do some change. I started not being able to do quick things with my hands anymore. Things started to go downwards. And I slowly started talking about it on stream. And then my chat was just like, "Oh my God, I've never heard anybody else talk about it." And people I have been friends with for years started telling me like, "Oh, yeah, my hands hurt. And seeing you play games on a lower difficulty on the stream just made me actually thinking like, "Hey, I can also do that.""</w:t>
      </w:r>
    </w:p>
    <w:p>
      <w:pPr>
        <w:spacing w:after="0"/>
      </w:pPr>
    </w:p>
    <w:p>
      <w:pPr>
        <w:spacing w:after="0"/>
      </w:pPr>
      <w:r>
        <w:rPr>
          <w:rFonts w:ascii="Arial" w:hAnsi="Arial"/>
          <w:b/>
          <w:sz w:val="22"/>
        </w:rPr>
        <w:t xml:space="preserve">Lucy  </w:t>
      </w:r>
      <w:r>
        <w:rPr>
          <w:rFonts w:ascii="Arial" w:hAnsi="Arial"/>
          <w:color w:val="5D7284"/>
          <w:sz w:val="22"/>
        </w:rPr>
        <w:t>38:25</w:t>
      </w:r>
    </w:p>
    <w:p>
      <w:pPr>
        <w:spacing w:after="0"/>
      </w:pPr>
      <w:r>
        <w:rPr>
          <w:rFonts w:ascii="Arial" w:hAnsi="Arial"/>
          <w:sz w:val="22"/>
        </w:rPr>
        <w:t>Wow, that's amazing!</w:t>
      </w:r>
    </w:p>
    <w:p>
      <w:pPr>
        <w:spacing w:after="0"/>
      </w:pPr>
    </w:p>
    <w:p>
      <w:pPr>
        <w:spacing w:after="0"/>
      </w:pPr>
      <w:r>
        <w:rPr>
          <w:rFonts w:ascii="Arial" w:hAnsi="Arial"/>
          <w:b/>
          <w:sz w:val="22"/>
        </w:rPr>
        <w:t xml:space="preserve">Arevya  </w:t>
      </w:r>
      <w:r>
        <w:rPr>
          <w:rFonts w:ascii="Arial" w:hAnsi="Arial"/>
          <w:color w:val="5D7284"/>
          <w:sz w:val="22"/>
        </w:rPr>
        <w:t>38:26</w:t>
      </w:r>
    </w:p>
    <w:p>
      <w:pPr>
        <w:spacing w:after="0"/>
      </w:pPr>
      <w:r>
        <w:rPr>
          <w:rFonts w:ascii="Arial" w:hAnsi="Arial"/>
          <w:sz w:val="22"/>
        </w:rPr>
        <w:t>Yeah. So it's like...</w:t>
      </w:r>
    </w:p>
    <w:p>
      <w:pPr>
        <w:spacing w:after="0"/>
      </w:pPr>
    </w:p>
    <w:p>
      <w:pPr>
        <w:spacing w:after="0"/>
      </w:pPr>
      <w:r>
        <w:rPr>
          <w:rFonts w:ascii="Arial" w:hAnsi="Arial"/>
          <w:b/>
          <w:sz w:val="22"/>
        </w:rPr>
        <w:t xml:space="preserve">Lucy  </w:t>
      </w:r>
      <w:r>
        <w:rPr>
          <w:rFonts w:ascii="Arial" w:hAnsi="Arial"/>
          <w:color w:val="5D7284"/>
          <w:sz w:val="22"/>
        </w:rPr>
        <w:t>38:28</w:t>
      </w:r>
    </w:p>
    <w:p>
      <w:pPr>
        <w:spacing w:after="0"/>
      </w:pPr>
      <w:r>
        <w:rPr>
          <w:rFonts w:ascii="Arial" w:hAnsi="Arial"/>
          <w:sz w:val="22"/>
        </w:rPr>
        <w:t>So cool!</w:t>
      </w:r>
    </w:p>
    <w:p>
      <w:pPr>
        <w:spacing w:after="0"/>
      </w:pPr>
    </w:p>
    <w:p>
      <w:pPr>
        <w:spacing w:after="0"/>
      </w:pPr>
      <w:r>
        <w:rPr>
          <w:rFonts w:ascii="Arial" w:hAnsi="Arial"/>
          <w:b/>
          <w:sz w:val="22"/>
        </w:rPr>
        <w:t xml:space="preserve">Arevya  </w:t>
      </w:r>
      <w:r>
        <w:rPr>
          <w:rFonts w:ascii="Arial" w:hAnsi="Arial"/>
          <w:color w:val="5D7284"/>
          <w:sz w:val="22"/>
        </w:rPr>
        <w:t>38:30</w:t>
      </w:r>
    </w:p>
    <w:p>
      <w:pPr>
        <w:spacing w:after="0"/>
      </w:pPr>
      <w:r>
        <w:rPr>
          <w:rFonts w:ascii="Arial" w:hAnsi="Arial"/>
          <w:sz w:val="22"/>
        </w:rPr>
        <w:t xml:space="preserve">It wasn't change, or me being one of the cool people who has been on top of everything and be a champion for disabled people for years. It was a gradual thing I did with my community. And then I saw that every time I talked about accessibility, I call it like a wall of posts of people going like "I feel seen." </w:t>
      </w:r>
    </w:p>
    <w:p>
      <w:pPr>
        <w:spacing w:after="0"/>
      </w:pPr>
    </w:p>
    <w:p>
      <w:pPr>
        <w:spacing w:after="0"/>
      </w:pPr>
      <w:r>
        <w:rPr>
          <w:rFonts w:ascii="Arial" w:hAnsi="Arial"/>
          <w:b/>
          <w:sz w:val="22"/>
        </w:rPr>
        <w:t xml:space="preserve">Alice  </w:t>
      </w:r>
      <w:r>
        <w:rPr>
          <w:rFonts w:ascii="Arial" w:hAnsi="Arial"/>
          <w:color w:val="5D7284"/>
          <w:sz w:val="22"/>
        </w:rPr>
        <w:t>38:51</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38:51</w:t>
      </w:r>
    </w:p>
    <w:p>
      <w:pPr>
        <w:spacing w:after="0"/>
      </w:pPr>
      <w:r>
        <w:rPr>
          <w:rFonts w:ascii="Arial" w:hAnsi="Arial"/>
          <w:sz w:val="22"/>
        </w:rPr>
        <w:t>How do you feel?</w:t>
      </w:r>
    </w:p>
    <w:p>
      <w:pPr>
        <w:spacing w:after="0"/>
      </w:pPr>
    </w:p>
    <w:p>
      <w:pPr>
        <w:spacing w:after="0"/>
      </w:pPr>
      <w:r>
        <w:rPr>
          <w:rFonts w:ascii="Arial" w:hAnsi="Arial"/>
          <w:b/>
          <w:sz w:val="22"/>
        </w:rPr>
        <w:t xml:space="preserve">Alice  </w:t>
      </w:r>
      <w:r>
        <w:rPr>
          <w:rFonts w:ascii="Arial" w:hAnsi="Arial"/>
          <w:color w:val="5D7284"/>
          <w:sz w:val="22"/>
        </w:rPr>
        <w:t>38:54</w:t>
      </w:r>
    </w:p>
    <w:p>
      <w:pPr>
        <w:spacing w:after="0"/>
      </w:pPr>
      <w:r>
        <w:rPr>
          <w:rFonts w:ascii="Arial" w:hAnsi="Arial"/>
          <w:sz w:val="22"/>
        </w:rPr>
        <w:t>That gets... You saying that... *overlapping chatter*</w:t>
      </w:r>
    </w:p>
    <w:p>
      <w:pPr>
        <w:spacing w:after="0"/>
      </w:pPr>
    </w:p>
    <w:p>
      <w:pPr>
        <w:spacing w:after="0"/>
      </w:pPr>
      <w:r>
        <w:rPr>
          <w:rFonts w:ascii="Arial" w:hAnsi="Arial"/>
          <w:b/>
          <w:sz w:val="22"/>
        </w:rPr>
        <w:t xml:space="preserve">Arevya  </w:t>
      </w:r>
      <w:r>
        <w:rPr>
          <w:rFonts w:ascii="Arial" w:hAnsi="Arial"/>
          <w:color w:val="5D7284"/>
          <w:sz w:val="22"/>
        </w:rPr>
        <w:t>38:57</w:t>
      </w:r>
    </w:p>
    <w:p>
      <w:pPr>
        <w:spacing w:after="0"/>
      </w:pPr>
      <w:r>
        <w:rPr>
          <w:rFonts w:ascii="Arial" w:hAnsi="Arial"/>
          <w:sz w:val="22"/>
        </w:rPr>
        <w:t xml:space="preserve">Yeah, that is the thing that would make communities say that they felt seen, made me question a lot of things in my childhood, and understanding that all my difficulty with my self esteem and stuff was because I have never feel seen. And my parents are the best. They tried their best, but they hadn't the resources to handle it. </w:t>
      </w:r>
    </w:p>
    <w:p>
      <w:pPr>
        <w:spacing w:after="0"/>
      </w:pPr>
    </w:p>
    <w:p>
      <w:pPr>
        <w:spacing w:after="0"/>
      </w:pPr>
      <w:r>
        <w:rPr>
          <w:rFonts w:ascii="Arial" w:hAnsi="Arial"/>
          <w:b/>
          <w:sz w:val="22"/>
        </w:rPr>
        <w:t xml:space="preserve">Lucy  </w:t>
      </w:r>
      <w:r>
        <w:rPr>
          <w:rFonts w:ascii="Arial" w:hAnsi="Arial"/>
          <w:color w:val="5D7284"/>
          <w:sz w:val="22"/>
        </w:rPr>
        <w:t>39:03</w:t>
      </w:r>
    </w:p>
    <w:p>
      <w:pPr>
        <w:spacing w:after="0"/>
      </w:pPr>
      <w:r>
        <w:rPr>
          <w:rFonts w:ascii="Arial" w:hAnsi="Arial"/>
          <w:sz w:val="22"/>
        </w:rPr>
        <w:t>No.</w:t>
      </w:r>
    </w:p>
    <w:p>
      <w:pPr>
        <w:spacing w:after="0"/>
      </w:pPr>
    </w:p>
    <w:p>
      <w:pPr>
        <w:spacing w:after="0"/>
      </w:pPr>
      <w:r>
        <w:rPr>
          <w:rFonts w:ascii="Arial" w:hAnsi="Arial"/>
          <w:b/>
          <w:sz w:val="22"/>
        </w:rPr>
        <w:t xml:space="preserve">Arevya  </w:t>
      </w:r>
      <w:r>
        <w:rPr>
          <w:rFonts w:ascii="Arial" w:hAnsi="Arial"/>
          <w:color w:val="5D7284"/>
          <w:sz w:val="22"/>
        </w:rPr>
        <w:t>39:06</w:t>
      </w:r>
    </w:p>
    <w:p>
      <w:pPr>
        <w:spacing w:after="0"/>
      </w:pPr>
      <w:r>
        <w:rPr>
          <w:rFonts w:ascii="Arial" w:hAnsi="Arial"/>
          <w:sz w:val="22"/>
        </w:rPr>
        <w:t>And when we were younger... certainly even still, we don't see disabled people on TV and in mainstream media.</w:t>
      </w:r>
    </w:p>
    <w:p>
      <w:pPr>
        <w:spacing w:after="0"/>
      </w:pPr>
    </w:p>
    <w:p>
      <w:pPr>
        <w:spacing w:after="0"/>
      </w:pPr>
      <w:r>
        <w:rPr>
          <w:rFonts w:ascii="Arial" w:hAnsi="Arial"/>
          <w:b/>
          <w:sz w:val="22"/>
        </w:rPr>
        <w:t xml:space="preserve">Lucy  </w:t>
      </w:r>
      <w:r>
        <w:rPr>
          <w:rFonts w:ascii="Arial" w:hAnsi="Arial"/>
          <w:color w:val="5D7284"/>
          <w:sz w:val="22"/>
        </w:rPr>
        <w:t>39:34</w:t>
      </w:r>
    </w:p>
    <w:p>
      <w:pPr>
        <w:spacing w:after="0"/>
      </w:pPr>
      <w:r>
        <w:rPr>
          <w:rFonts w:ascii="Arial" w:hAnsi="Arial"/>
          <w:sz w:val="22"/>
        </w:rPr>
        <w:t>If we do see them, *Alice: Why would..." it's within a certain realm, isn't it? There's a certain specific like, "That's their lane and they've got to stay in it, you know." *Arevya: Yeah, yeah.*</w:t>
      </w:r>
    </w:p>
    <w:p>
      <w:pPr>
        <w:spacing w:after="0"/>
      </w:pPr>
    </w:p>
    <w:p>
      <w:pPr>
        <w:spacing w:after="0"/>
      </w:pPr>
      <w:r>
        <w:rPr>
          <w:rFonts w:ascii="Arial" w:hAnsi="Arial"/>
          <w:b/>
          <w:sz w:val="22"/>
        </w:rPr>
        <w:t xml:space="preserve">Alice  </w:t>
      </w:r>
      <w:r>
        <w:rPr>
          <w:rFonts w:ascii="Arial" w:hAnsi="Arial"/>
          <w:color w:val="5D7284"/>
          <w:sz w:val="22"/>
        </w:rPr>
        <w:t>39:43</w:t>
      </w:r>
    </w:p>
    <w:p>
      <w:pPr>
        <w:spacing w:after="0"/>
      </w:pPr>
      <w:r>
        <w:rPr>
          <w:rFonts w:ascii="Arial" w:hAnsi="Arial"/>
          <w:sz w:val="22"/>
        </w:rPr>
        <w:t>And so why would our parents, and why would we, think that disability could be anything other than, "Oh, that person has to stay in bed all day or, isn't it sad this person's gotten poorly?"</w:t>
      </w:r>
    </w:p>
    <w:p>
      <w:pPr>
        <w:spacing w:after="0"/>
      </w:pPr>
    </w:p>
    <w:p>
      <w:pPr>
        <w:spacing w:after="0"/>
      </w:pPr>
      <w:r>
        <w:rPr>
          <w:rFonts w:ascii="Arial" w:hAnsi="Arial"/>
          <w:b/>
          <w:sz w:val="22"/>
        </w:rPr>
        <w:t xml:space="preserve">Arevya  </w:t>
      </w:r>
      <w:r>
        <w:rPr>
          <w:rFonts w:ascii="Arial" w:hAnsi="Arial"/>
          <w:color w:val="5D7284"/>
          <w:sz w:val="22"/>
        </w:rPr>
        <w:t>39:57</w:t>
      </w:r>
    </w:p>
    <w:p>
      <w:pPr>
        <w:spacing w:after="0"/>
      </w:pPr>
      <w:r>
        <w:rPr>
          <w:rFonts w:ascii="Arial" w:hAnsi="Arial"/>
          <w:sz w:val="22"/>
        </w:rPr>
        <w:t>Yes. And also they are from a generation where your value as a person is equal how much you can give to society *Lucy: Exactly.* And, of course, then they just want... because I don't think parents do... Some parents are just mean and horrible and all that, of course, but now I'm talking, none of them. But, in general, parents just want the best for their children. And if they think society wants you to work or act a certain way, they want to try and force you in that, because they just want to give you the best tools to be able to handle society in a way they know society. My parents aren't an oracle. They cannot watch the future. They don't know what will happen. *all laugh* They just handled it in the best way. But me getting older... then I started therapy, because I got PTSD after a lot of hospitalisation, gaslighting, and doctors sadly doing some abusing, I ended up getting PTSD. So I started to have to go to a psychologist. And that was a breaking point, because he started like... because it was hard for me to work with my PTSD, it's hard to work with that when it is... for being in a hospital because, if you have PTSD for other things, it's just like, "Well, that is not going to happen." Hospitals is going to happen with me for the rest of my life. *chuckles* It's hard</w:t>
      </w:r>
    </w:p>
    <w:p>
      <w:pPr>
        <w:spacing w:after="0"/>
      </w:pPr>
    </w:p>
    <w:p>
      <w:pPr>
        <w:spacing w:after="0"/>
      </w:pPr>
      <w:r>
        <w:rPr>
          <w:rFonts w:ascii="Arial" w:hAnsi="Arial"/>
          <w:b/>
          <w:sz w:val="22"/>
        </w:rPr>
        <w:t xml:space="preserve">Alice  </w:t>
      </w:r>
      <w:r>
        <w:rPr>
          <w:rFonts w:ascii="Arial" w:hAnsi="Arial"/>
          <w:color w:val="5D7284"/>
          <w:sz w:val="22"/>
        </w:rPr>
        <w:t>41:27</w:t>
      </w:r>
    </w:p>
    <w:p>
      <w:pPr>
        <w:spacing w:after="0"/>
      </w:pPr>
      <w:r>
        <w:rPr>
          <w:rFonts w:ascii="Arial" w:hAnsi="Arial"/>
          <w:sz w:val="22"/>
        </w:rPr>
        <w:t>It's not like you can just avoid it.</w:t>
      </w:r>
    </w:p>
    <w:p>
      <w:pPr>
        <w:spacing w:after="0"/>
      </w:pPr>
    </w:p>
    <w:p>
      <w:pPr>
        <w:spacing w:after="0"/>
      </w:pPr>
      <w:r>
        <w:rPr>
          <w:rFonts w:ascii="Arial" w:hAnsi="Arial"/>
          <w:b/>
          <w:sz w:val="22"/>
        </w:rPr>
        <w:t xml:space="preserve">Arevya  </w:t>
      </w:r>
      <w:r>
        <w:rPr>
          <w:rFonts w:ascii="Arial" w:hAnsi="Arial"/>
          <w:color w:val="5D7284"/>
          <w:sz w:val="22"/>
        </w:rPr>
        <w:t>41:28</w:t>
      </w:r>
    </w:p>
    <w:p>
      <w:pPr>
        <w:spacing w:after="0"/>
      </w:pPr>
      <w:r>
        <w:rPr>
          <w:rFonts w:ascii="Arial" w:hAnsi="Arial"/>
          <w:sz w:val="22"/>
        </w:rPr>
        <w:t>No. And it's not like I can demand doctors to be understanding if they aren't understanding. Like if they want to be a douchebag, they are going to be a douchebag whatever I say and do. So it's a hard thing to work with. So my psychologist was smart and just like "Ava, do you want to work with your low self-esteem? Do you want to work with the fact that you feel like it's okay to push yourself down, because you don't feel like a human?" And I was just like, "How dare you say I don't feel like a human?!" and he was just like, "But do you?" And I was just like, "Yes... I think...Maybe..." *all chuckle*</w:t>
      </w:r>
    </w:p>
    <w:p>
      <w:pPr>
        <w:spacing w:after="0"/>
      </w:pPr>
    </w:p>
    <w:p>
      <w:pPr>
        <w:spacing w:after="0"/>
      </w:pPr>
      <w:r>
        <w:rPr>
          <w:rFonts w:ascii="Arial" w:hAnsi="Arial"/>
          <w:b/>
          <w:sz w:val="22"/>
        </w:rPr>
        <w:t xml:space="preserve">Lucy  </w:t>
      </w:r>
      <w:r>
        <w:rPr>
          <w:rFonts w:ascii="Arial" w:hAnsi="Arial"/>
          <w:color w:val="5D7284"/>
          <w:sz w:val="22"/>
        </w:rPr>
        <w:t>42:03</w:t>
      </w:r>
    </w:p>
    <w:p>
      <w:pPr>
        <w:spacing w:after="0"/>
      </w:pPr>
      <w:r>
        <w:rPr>
          <w:rFonts w:ascii="Arial" w:hAnsi="Arial"/>
          <w:sz w:val="22"/>
        </w:rPr>
        <w:t>"You might have a point, but I want you to shut up anyway!"</w:t>
      </w:r>
    </w:p>
    <w:p>
      <w:pPr>
        <w:spacing w:after="0"/>
      </w:pPr>
    </w:p>
    <w:p>
      <w:pPr>
        <w:spacing w:after="0"/>
      </w:pPr>
      <w:r>
        <w:rPr>
          <w:rFonts w:ascii="Arial" w:hAnsi="Arial"/>
          <w:b/>
          <w:sz w:val="22"/>
        </w:rPr>
        <w:t xml:space="preserve">Arevya  </w:t>
      </w:r>
      <w:r>
        <w:rPr>
          <w:rFonts w:ascii="Arial" w:hAnsi="Arial"/>
          <w:color w:val="5D7284"/>
          <w:sz w:val="22"/>
        </w:rPr>
        <w:t>42:06</w:t>
      </w:r>
    </w:p>
    <w:p>
      <w:pPr>
        <w:spacing w:after="0"/>
      </w:pPr>
      <w:r>
        <w:rPr>
          <w:rFonts w:ascii="Arial" w:hAnsi="Arial"/>
          <w:sz w:val="22"/>
        </w:rPr>
        <w:t>Yeah. And then we started talking about that and working with that. And then he started asking me the really hard questions. He was just like, "Are you maybe a bit addicted to feeling bad? because that is at least something you know, and something you feel comfortably when the rest of the world feel so alienated to you?" *Lucy: Yeah, yeah.* And that was a hard thing to hear, because he was just like, "Yeah, if all of the world feels like you never being able to get a grip on the world, at least your soreness and your horrible illness and the horrible thing... you can grip on to that and feel a bit of comfort, because at least that is something you know, when everything else is yeah... you feel like an alien in your own world." And he was just like, "Yeah, maybe. Have you heard about accessibility?" And then he started to like, "Hey, maybe try and see if you can shower more if you get a chair. Have you thought about getting a cane, so you can go out and go to the parties with your friends. And like use a cane so that you can actually walk more? Have you tried all of these things?" And he's so slowly got them into me and then one day it clicked and I was just like, "Oh my God!" *laughs*</w:t>
      </w:r>
    </w:p>
    <w:p>
      <w:pPr>
        <w:spacing w:after="0"/>
      </w:pPr>
    </w:p>
    <w:p>
      <w:pPr>
        <w:spacing w:after="0"/>
      </w:pPr>
      <w:r>
        <w:rPr>
          <w:rFonts w:ascii="Arial" w:hAnsi="Arial"/>
          <w:b/>
          <w:sz w:val="22"/>
        </w:rPr>
        <w:t xml:space="preserve">Alice  </w:t>
      </w:r>
      <w:r>
        <w:rPr>
          <w:rFonts w:ascii="Arial" w:hAnsi="Arial"/>
          <w:color w:val="5D7284"/>
          <w:sz w:val="22"/>
        </w:rPr>
        <w:t>43:17</w:t>
      </w:r>
    </w:p>
    <w:p>
      <w:pPr>
        <w:spacing w:after="0"/>
      </w:pPr>
      <w:r>
        <w:rPr>
          <w:rFonts w:ascii="Arial" w:hAnsi="Arial"/>
          <w:sz w:val="22"/>
        </w:rPr>
        <w:t>Yeah. And it is incredible how having the access thing you need can just be the point that turns everything. For me, like, my mental health was really, really bad before I got my first guide dog and my therapist had been like, "I want you to start journaling. I want you to start keeping a food diary. I want you to start reflecting on your emotions when... just before meals, after meals, you know. Reflecting throughout the day and stuff like that..." and I was like "Can't do it. Can't do it. Can't do it. I hate you. How could you do this to me. Horrible woman." And then I got my dog and I was like "I have to walk this dog all the time." So I took her to a coffee shop and I wrote my journal. *Arevya: Yeah.* And...*Lucy: Boom!* Basically, yeah!</w:t>
      </w:r>
    </w:p>
    <w:p>
      <w:pPr>
        <w:spacing w:after="0"/>
      </w:pPr>
    </w:p>
    <w:p>
      <w:pPr>
        <w:spacing w:after="0"/>
      </w:pPr>
      <w:r>
        <w:rPr>
          <w:rFonts w:ascii="Arial" w:hAnsi="Arial"/>
          <w:b/>
          <w:sz w:val="22"/>
        </w:rPr>
        <w:t xml:space="preserve">Arevya  </w:t>
      </w:r>
      <w:r>
        <w:rPr>
          <w:rFonts w:ascii="Arial" w:hAnsi="Arial"/>
          <w:color w:val="5D7284"/>
          <w:sz w:val="22"/>
        </w:rPr>
        <w:t>44:05</w:t>
      </w:r>
    </w:p>
    <w:p>
      <w:pPr>
        <w:spacing w:after="0"/>
      </w:pPr>
      <w:r>
        <w:rPr>
          <w:rFonts w:ascii="Arial" w:hAnsi="Arial"/>
          <w:sz w:val="22"/>
        </w:rPr>
        <w:t>They have 12 years of education. Believe it or not, they know what they're talking about! *all laugh* No, but it is also the hard thing about it. It is also the fact that it's easy to see it now. It's easy for me now with the accommodation. I own my own apartment. We did things like Ikea. We have an Ikea kitchen and the countertop is my height... *Lucy: Yeah.* So I have the perfect for my shoulders and everything. Everything that is heavy is on top of things, so I can lift it out on top of my arms, instead of having to use my hands. I can use my arm strength. Everything is accessible for me and now I'm just like "Oh my God! Why didn't I do this before?"</w:t>
      </w:r>
    </w:p>
    <w:p>
      <w:pPr>
        <w:spacing w:after="0"/>
      </w:pPr>
    </w:p>
    <w:p>
      <w:pPr>
        <w:spacing w:after="0"/>
      </w:pPr>
      <w:r>
        <w:rPr>
          <w:rFonts w:ascii="Arial" w:hAnsi="Arial"/>
          <w:b/>
          <w:sz w:val="22"/>
        </w:rPr>
        <w:t xml:space="preserve">Lucy  </w:t>
      </w:r>
      <w:r>
        <w:rPr>
          <w:rFonts w:ascii="Arial" w:hAnsi="Arial"/>
          <w:color w:val="5D7284"/>
          <w:sz w:val="22"/>
        </w:rPr>
        <w:t>44:49</w:t>
      </w:r>
    </w:p>
    <w:p>
      <w:pPr>
        <w:spacing w:after="0"/>
      </w:pPr>
      <w:r>
        <w:rPr>
          <w:rFonts w:ascii="Arial" w:hAnsi="Arial"/>
          <w:sz w:val="22"/>
        </w:rPr>
        <w:t xml:space="preserve">So I suppose that translates into into gaming then, does it? And... *Arevya: Yeah." How the online world can be accessible to you. </w:t>
      </w:r>
    </w:p>
    <w:p>
      <w:pPr>
        <w:spacing w:after="0"/>
      </w:pPr>
    </w:p>
    <w:p>
      <w:pPr>
        <w:spacing w:after="0"/>
      </w:pPr>
      <w:r>
        <w:rPr>
          <w:rFonts w:ascii="Arial" w:hAnsi="Arial"/>
          <w:b/>
          <w:sz w:val="22"/>
        </w:rPr>
        <w:t xml:space="preserve">Arevya  </w:t>
      </w:r>
      <w:r>
        <w:rPr>
          <w:rFonts w:ascii="Arial" w:hAnsi="Arial"/>
          <w:color w:val="5D7284"/>
          <w:sz w:val="22"/>
        </w:rPr>
        <w:t>45:01</w:t>
      </w:r>
    </w:p>
    <w:p>
      <w:pPr>
        <w:spacing w:after="0"/>
      </w:pPr>
      <w:r>
        <w:rPr>
          <w:rFonts w:ascii="Arial" w:hAnsi="Arial"/>
          <w:sz w:val="22"/>
        </w:rPr>
        <w:t>I use it today in when I stream we look at every game... every game, we open up, we talk about the accessibility and that is like... think about texting. Yeah, a lot of us like that. Volume control because some of us can't handle when you hear walking, because it's overstimulating. So you need to slide down the walking, like the effects, but you still want to hear people talk. Or if you're having any hearing problems, that can be a smart thing, because then you can hear better what they're saying. Or you're deaf, and so you can't hear where things come from with something shooting or an explosion, so you need that being said on the screen. So every time I open up a game, I do that. We just look at what is accessible for everyone. And then I take it on to TikTok and Instagram and I start talking about it. I start showing off my controller. I have a controller, which I play with my feet, because my arms now, after arthritis for so many years, and cerebral palsy... when we get older with cerebral palsy, things are slowing down. And I can absolutely feel that. So I can't do quick movement in the same way with my hands, but my feet still have that possibility. So I play with a controller with my hands and a controller with my feet. And it's a controller with really big pads. So just like a drum with my feet, so I use my feet to play, and then I talk about it on TikTok. I normalize it. And I also make fun of people who tell like "You're only a true gamer, if you do hardcore mode." And I make fun of them so that people, who use easy mode or normal mode, for once, feel like they can laugh and be the one on top.</w:t>
      </w:r>
    </w:p>
    <w:p>
      <w:pPr>
        <w:spacing w:after="0"/>
      </w:pPr>
    </w:p>
    <w:p>
      <w:pPr>
        <w:spacing w:after="0"/>
      </w:pPr>
      <w:r>
        <w:rPr>
          <w:rFonts w:ascii="Arial" w:hAnsi="Arial"/>
          <w:b/>
          <w:sz w:val="22"/>
        </w:rPr>
        <w:t xml:space="preserve">Lucy  </w:t>
      </w:r>
      <w:r>
        <w:rPr>
          <w:rFonts w:ascii="Arial" w:hAnsi="Arial"/>
          <w:color w:val="5D7284"/>
          <w:sz w:val="22"/>
        </w:rPr>
        <w:t>46:53</w:t>
      </w:r>
    </w:p>
    <w:p>
      <w:pPr>
        <w:spacing w:after="0"/>
      </w:pPr>
      <w:r>
        <w:rPr>
          <w:rFonts w:ascii="Arial" w:hAnsi="Arial"/>
          <w:sz w:val="22"/>
        </w:rPr>
        <w:t>And the one that feels normal, quote unquote, normal, you know. Does it really matter what level of difficulty your game is set on, so long as you enjoy it. And, you know, you're having fun, it doesn't really matter, does it? I mean... *Arevya: No.*</w:t>
      </w:r>
    </w:p>
    <w:p>
      <w:pPr>
        <w:spacing w:after="0"/>
      </w:pPr>
    </w:p>
    <w:p>
      <w:pPr>
        <w:spacing w:after="0"/>
      </w:pPr>
      <w:r>
        <w:rPr>
          <w:rFonts w:ascii="Arial" w:hAnsi="Arial"/>
          <w:b/>
          <w:sz w:val="22"/>
        </w:rPr>
        <w:t xml:space="preserve">Alice  </w:t>
      </w:r>
      <w:r>
        <w:rPr>
          <w:rFonts w:ascii="Arial" w:hAnsi="Arial"/>
          <w:color w:val="5D7284"/>
          <w:sz w:val="22"/>
        </w:rPr>
        <w:t>47:09</w:t>
      </w:r>
    </w:p>
    <w:p>
      <w:pPr>
        <w:spacing w:after="0"/>
      </w:pPr>
      <w:r>
        <w:rPr>
          <w:rFonts w:ascii="Arial" w:hAnsi="Arial"/>
          <w:sz w:val="22"/>
        </w:rPr>
        <w:t>I think that's the biggest thing about the work that you do is content creation... And a little bit I think of what we're trying to do with this is just normalizing what life with a disability... I'm still doing all the shit you enjoy, and still having, you know, a husband and a job and all the stuff that people sort of think "A disabled person can't, you know, can't date. A disabled person can't hold down a job, can't go to gigs, or whatever." It's having that and normalizing it. Other people out there in the world is that exactly... that being seen, is seeing you and going, "Oh, there are people like that... That person's like me."</w:t>
      </w:r>
    </w:p>
    <w:p>
      <w:pPr>
        <w:spacing w:after="0"/>
      </w:pPr>
    </w:p>
    <w:p>
      <w:pPr>
        <w:spacing w:after="0"/>
      </w:pPr>
      <w:r>
        <w:rPr>
          <w:rFonts w:ascii="Arial" w:hAnsi="Arial"/>
          <w:b/>
          <w:sz w:val="22"/>
        </w:rPr>
        <w:t xml:space="preserve">Lucy  </w:t>
      </w:r>
      <w:r>
        <w:rPr>
          <w:rFonts w:ascii="Arial" w:hAnsi="Arial"/>
          <w:color w:val="5D7284"/>
          <w:sz w:val="22"/>
        </w:rPr>
        <w:t>47:54</w:t>
      </w:r>
    </w:p>
    <w:p>
      <w:pPr>
        <w:spacing w:after="0"/>
      </w:pPr>
      <w:r>
        <w:rPr>
          <w:rFonts w:ascii="Arial" w:hAnsi="Arial"/>
          <w:sz w:val="22"/>
        </w:rPr>
        <w:t>This is what I say about whether you feel happy about it or not. Every time a disabled person, a visibly disabled or invisibly disabled goes out of the house and it goes about their normal life. No matter what it is they're doing, to a certain extent, you are you are showing other people who may be like you that actually you can do it, you know. Just because you just got a disability, it doesn't mean it's the end of your life. It's just a different one, isn't it, really?</w:t>
      </w:r>
    </w:p>
    <w:p>
      <w:pPr>
        <w:spacing w:after="0"/>
      </w:pPr>
    </w:p>
    <w:p>
      <w:pPr>
        <w:spacing w:after="0"/>
      </w:pPr>
      <w:r>
        <w:rPr>
          <w:rFonts w:ascii="Arial" w:hAnsi="Arial"/>
          <w:b/>
          <w:sz w:val="22"/>
        </w:rPr>
        <w:t xml:space="preserve">Arevya  </w:t>
      </w:r>
      <w:r>
        <w:rPr>
          <w:rFonts w:ascii="Arial" w:hAnsi="Arial"/>
          <w:color w:val="5D7284"/>
          <w:sz w:val="22"/>
        </w:rPr>
        <w:t>48:34</w:t>
      </w:r>
    </w:p>
    <w:p>
      <w:pPr>
        <w:spacing w:after="0"/>
      </w:pPr>
      <w:r>
        <w:rPr>
          <w:rFonts w:ascii="Arial" w:hAnsi="Arial"/>
          <w:sz w:val="22"/>
        </w:rPr>
        <w:t>And I think also a lot of able-bodied people, and I am now putting people who have a disability but they don't want to think they have a disability into the able-bodied category as well. Analyzing, doing thing just for comfort... because if somebody had told me when I was young, that it's okay to sit and shower. I would have done that earlier. I literally had shower days before, like evenings I had to set off to just shower.</w:t>
      </w:r>
    </w:p>
    <w:p>
      <w:pPr>
        <w:spacing w:after="0"/>
      </w:pPr>
    </w:p>
    <w:p>
      <w:pPr>
        <w:spacing w:after="0"/>
      </w:pPr>
      <w:r>
        <w:rPr>
          <w:rFonts w:ascii="Arial" w:hAnsi="Arial"/>
          <w:b/>
          <w:sz w:val="22"/>
        </w:rPr>
        <w:t xml:space="preserve">Lucy  </w:t>
      </w:r>
      <w:r>
        <w:rPr>
          <w:rFonts w:ascii="Arial" w:hAnsi="Arial"/>
          <w:color w:val="5D7284"/>
          <w:sz w:val="22"/>
        </w:rPr>
        <w:t>49:09</w:t>
      </w:r>
    </w:p>
    <w:p>
      <w:pPr>
        <w:spacing w:after="0"/>
      </w:pPr>
      <w:r>
        <w:rPr>
          <w:rFonts w:ascii="Arial" w:hAnsi="Arial"/>
          <w:sz w:val="22"/>
        </w:rPr>
        <w:t>So really the term "I can't go out tonight, I'm washing my hair" was...</w:t>
      </w:r>
    </w:p>
    <w:p>
      <w:pPr>
        <w:spacing w:after="0"/>
      </w:pPr>
    </w:p>
    <w:p>
      <w:pPr>
        <w:spacing w:after="0"/>
      </w:pPr>
      <w:r>
        <w:rPr>
          <w:rFonts w:ascii="Arial" w:hAnsi="Arial"/>
          <w:b/>
          <w:sz w:val="22"/>
        </w:rPr>
        <w:t xml:space="preserve">Arevya  </w:t>
      </w:r>
      <w:r>
        <w:rPr>
          <w:rFonts w:ascii="Arial" w:hAnsi="Arial"/>
          <w:color w:val="5D7284"/>
          <w:sz w:val="22"/>
        </w:rPr>
        <w:t>49:12</w:t>
      </w:r>
    </w:p>
    <w:p>
      <w:pPr>
        <w:spacing w:after="0"/>
      </w:pPr>
      <w:r>
        <w:rPr>
          <w:rFonts w:ascii="Arial" w:hAnsi="Arial"/>
          <w:sz w:val="22"/>
        </w:rPr>
        <w:t>Was an actual thing. But if somebody had just normalized like... Because in my head, when I grew up, the only one who did that was old people. *Lucy: Yeah.* And really like older people. Not being ageist. But it was like this view of somebody who has just given up life. But today I know that is not true. So why if you play a game and you just are angry that day, you're just annoyed, why just don't put it on easy mode and have a good time? If you're just tired because your kids have been screaming all day, turn down the volume, put on text. If you have kids in the room, or they're sleeping in the other side, why not just turn like... can't have sound on, go to use text. Most of us when we get older, need bigger text. It's completely normal. Like just normalizing growing old, being human and being situational in situations where you just need help, or accessibility, or just comfort.</w:t>
      </w:r>
    </w:p>
    <w:p>
      <w:pPr>
        <w:spacing w:after="0"/>
      </w:pPr>
    </w:p>
    <w:p>
      <w:pPr>
        <w:spacing w:after="0"/>
      </w:pPr>
      <w:r>
        <w:rPr>
          <w:rFonts w:ascii="Arial" w:hAnsi="Arial"/>
          <w:b/>
          <w:sz w:val="22"/>
        </w:rPr>
        <w:t xml:space="preserve">Lucy  </w:t>
      </w:r>
      <w:r>
        <w:rPr>
          <w:rFonts w:ascii="Arial" w:hAnsi="Arial"/>
          <w:color w:val="5D7284"/>
          <w:sz w:val="22"/>
        </w:rPr>
        <w:t>50:26</w:t>
      </w:r>
    </w:p>
    <w:p>
      <w:pPr>
        <w:spacing w:after="0"/>
      </w:pPr>
      <w:r>
        <w:rPr>
          <w:rFonts w:ascii="Arial" w:hAnsi="Arial"/>
          <w:sz w:val="22"/>
        </w:rPr>
        <w:t xml:space="preserve">Yeah, exactly. I really do think that your approach to... I mean, because I've seen you on Twitter, and so I mean, I'm not... Like I said, I'm not a gamer, but I've seen you on Twitter and things like that posting about, like views and things like this. And I think the way you go about this is so refreshing I think, to make people... there's no, like... there's none of this like, "Oh, well, I'm doing it, why aren't you?" It's kind of like, if you can - have it, you know. Would you like to try this rather than, you know... because I think there is a small minority of disabled people that are influencers, content creators that kind of can give disabled people, if you are not able to do what they are able to do, it can make you feel a bit bad about yourself, because you're like "Well, if they're doing it, why can't I?", you know, whereas your approach, I think is quite refreshing, because it's like, you know, "If you struggle with this, have you tried this?" You don't push it on people, you're just highlighting what is there for them. Maybe they don't know is there. </w:t>
      </w:r>
    </w:p>
    <w:p>
      <w:pPr>
        <w:spacing w:after="0"/>
      </w:pPr>
    </w:p>
    <w:p>
      <w:pPr>
        <w:spacing w:after="0"/>
      </w:pPr>
      <w:r>
        <w:rPr>
          <w:rFonts w:ascii="Arial" w:hAnsi="Arial"/>
          <w:b/>
          <w:sz w:val="22"/>
        </w:rPr>
        <w:t xml:space="preserve">Alice  </w:t>
      </w:r>
      <w:r>
        <w:rPr>
          <w:rFonts w:ascii="Arial" w:hAnsi="Arial"/>
          <w:color w:val="5D7284"/>
          <w:sz w:val="22"/>
        </w:rPr>
        <w:t>51:38</w:t>
      </w:r>
    </w:p>
    <w:p>
      <w:pPr>
        <w:spacing w:after="0"/>
      </w:pPr>
      <w:r>
        <w:rPr>
          <w:rFonts w:ascii="Arial" w:hAnsi="Arial"/>
          <w:sz w:val="22"/>
        </w:rPr>
        <w:t>I think one of the really important things is that you're also reflecting things that aren't necessarily your access needs, but that are out there. You demonstrating inclusive gaming, for everybody, not just inclusive gaming for people who have the needs that you do.</w:t>
      </w:r>
    </w:p>
    <w:p>
      <w:pPr>
        <w:spacing w:after="0"/>
      </w:pPr>
    </w:p>
    <w:p>
      <w:pPr>
        <w:spacing w:after="0"/>
      </w:pPr>
      <w:r>
        <w:rPr>
          <w:rFonts w:ascii="Arial" w:hAnsi="Arial"/>
          <w:b/>
          <w:sz w:val="22"/>
        </w:rPr>
        <w:t xml:space="preserve">Arevya  </w:t>
      </w:r>
      <w:r>
        <w:rPr>
          <w:rFonts w:ascii="Arial" w:hAnsi="Arial"/>
          <w:color w:val="5D7284"/>
          <w:sz w:val="22"/>
        </w:rPr>
        <w:t>51:56</w:t>
      </w:r>
    </w:p>
    <w:p>
      <w:pPr>
        <w:spacing w:after="0"/>
      </w:pPr>
      <w:r>
        <w:rPr>
          <w:rFonts w:ascii="Arial" w:hAnsi="Arial"/>
          <w:sz w:val="22"/>
        </w:rPr>
        <w:t>Yeah, I normally say that I think disability gives you like those things that the horses have in their head and not see other horses. *all laugh* Blinders or whatever. Yeah. Because you view the world through your view of disability. But one of the things I learned really early on is that I just know my world, but my world is none others reality. Reality isn't actually a con-... Like it's a subjective concept. There is no objective reality. Everybody experiencing different... just, like, say, me and my fiance, who he is colorblind, you have no idea how long it took us to figure out which colors we're going to have on the wall in the apartment, because we don't see things the same. So like he wishes, like "We can't have this color on the wall, it doesn't match the bed." And I was just like, "Yes, it does!" And he was just like, "No!" [overlapping conversation] He was just like, "In my world, these two aren't the same." Who am I to say to him... that is his world, like literally his world, how he sees the world. So we had to find a compromise in the middle of like, "Oh, maybe the world can be... maybe two things can be true at the same time." And I have had to learn that the hard way. So I just try and give what I wish, Arevya, 12 years old had. And also I give people the freedom to actually go through, because I know I have internalized ableism. And I think everybody has it a bit still because it's hard to live in an able-bodied world and not get affected by it when society has these weird views of disability and chronic ailments. But I think I want to give others also the possibility to start a journey I had to go through and it took years. So just expecting people just like "Hey, you have a disability. Now you need to stand on the wall and fight for us." That is not... that will never happen. *Lucy: No.* And then they can feel alienated and then they don't feel like they connect to the disabled world, because they feel alienated because they were ill enough or they're not fighting enough and stuff like that. And then they feel alienated for the able-bodied world like "Nah, we need something in between."</w:t>
      </w:r>
    </w:p>
    <w:p>
      <w:pPr>
        <w:spacing w:after="0"/>
      </w:pPr>
    </w:p>
    <w:p>
      <w:pPr>
        <w:spacing w:after="0"/>
      </w:pPr>
      <w:r>
        <w:rPr>
          <w:rFonts w:ascii="Arial" w:hAnsi="Arial"/>
          <w:b/>
          <w:sz w:val="22"/>
        </w:rPr>
        <w:t xml:space="preserve">Lucy  </w:t>
      </w:r>
      <w:r>
        <w:rPr>
          <w:rFonts w:ascii="Arial" w:hAnsi="Arial"/>
          <w:color w:val="5D7284"/>
          <w:sz w:val="22"/>
        </w:rPr>
        <w:t>54:18</w:t>
      </w:r>
    </w:p>
    <w:p>
      <w:pPr>
        <w:spacing w:after="0"/>
      </w:pPr>
      <w:r>
        <w:rPr>
          <w:rFonts w:ascii="Arial" w:hAnsi="Arial"/>
          <w:sz w:val="22"/>
        </w:rPr>
        <w:t>I think it's a bit like Disability Pride Month. I think it can be very complicated for some people. For some people they're really really proud about being disabled and they want to shout it from the rooftops. All the people who are maybe newly diagnosed, or perhaps don't have the same relationship as I do with my disability, it can be very... like they can't correlate the feeling of pride and disability within the same sentence to them. They think that they're just two opposite ends of the spectrum and they don't go together. And that is also... I'm not ever going to tell anybody that it's wrong to think that, because who aren't... like who am I who am I to say you should be proud of your disability, because there are days that even when I'm proud of my disability, I hate it, you know, and that's perfectly fine, too. It's a very complex issue. But I really do like the way that you create your content to make everybody feel welcome, whether they're disabled or not. And I think it's great what you're doing.</w:t>
      </w:r>
    </w:p>
    <w:p>
      <w:pPr>
        <w:spacing w:after="0"/>
      </w:pPr>
    </w:p>
    <w:p>
      <w:pPr>
        <w:spacing w:after="0"/>
      </w:pPr>
      <w:r>
        <w:rPr>
          <w:rFonts w:ascii="Arial" w:hAnsi="Arial"/>
          <w:b/>
          <w:sz w:val="22"/>
        </w:rPr>
        <w:t xml:space="preserve">Arevya  </w:t>
      </w:r>
      <w:r>
        <w:rPr>
          <w:rFonts w:ascii="Arial" w:hAnsi="Arial"/>
          <w:color w:val="5D7284"/>
          <w:sz w:val="22"/>
        </w:rPr>
        <w:t>55:25</w:t>
      </w:r>
    </w:p>
    <w:p>
      <w:pPr>
        <w:spacing w:after="0"/>
      </w:pPr>
      <w:r>
        <w:rPr>
          <w:rFonts w:ascii="Arial" w:hAnsi="Arial"/>
          <w:sz w:val="22"/>
        </w:rPr>
        <w:t>Yeah, I think it's important. Like my first and foremost thought is always the disabled people, but I'm not going to alienate people. Because most of us are going to end up being disabled. There is the saying that says, "You're already going to die young or find yourself disabled". It's like, either or. [overlapping conversation] Yes. I don't need to alienate them. And, to be honest, a lot of my friends, my able-bodied friends now, it's just like, "Oh, I didn't need it, but I do it for comfort. Like, I didn't need to use contrast, but I just do it now because like..." They just...</w:t>
      </w:r>
    </w:p>
    <w:p>
      <w:pPr>
        <w:spacing w:after="0"/>
      </w:pPr>
    </w:p>
    <w:p>
      <w:pPr>
        <w:spacing w:after="0"/>
      </w:pPr>
      <w:r>
        <w:rPr>
          <w:rFonts w:ascii="Arial" w:hAnsi="Arial"/>
          <w:b/>
          <w:sz w:val="22"/>
        </w:rPr>
        <w:t xml:space="preserve">Lucy  </w:t>
      </w:r>
      <w:r>
        <w:rPr>
          <w:rFonts w:ascii="Arial" w:hAnsi="Arial"/>
          <w:color w:val="5D7284"/>
          <w:sz w:val="22"/>
        </w:rPr>
        <w:t>55:56</w:t>
      </w:r>
    </w:p>
    <w:p>
      <w:pPr>
        <w:spacing w:after="0"/>
      </w:pPr>
      <w:r>
        <w:rPr>
          <w:rFonts w:ascii="Arial" w:hAnsi="Arial"/>
          <w:sz w:val="22"/>
        </w:rPr>
        <w:t>Because it's more confortable. And you're like "Oh, really?"</w:t>
      </w:r>
    </w:p>
    <w:p>
      <w:pPr>
        <w:spacing w:after="0"/>
      </w:pPr>
    </w:p>
    <w:p>
      <w:pPr>
        <w:spacing w:after="0"/>
      </w:pPr>
      <w:r>
        <w:rPr>
          <w:rFonts w:ascii="Arial" w:hAnsi="Arial"/>
          <w:b/>
          <w:sz w:val="22"/>
        </w:rPr>
        <w:t xml:space="preserve">Arevya  </w:t>
      </w:r>
      <w:r>
        <w:rPr>
          <w:rFonts w:ascii="Arial" w:hAnsi="Arial"/>
          <w:color w:val="5D7284"/>
          <w:sz w:val="22"/>
        </w:rPr>
        <w:t>55:57</w:t>
      </w:r>
    </w:p>
    <w:p>
      <w:pPr>
        <w:spacing w:after="0"/>
      </w:pPr>
      <w:r>
        <w:rPr>
          <w:rFonts w:ascii="Arial" w:hAnsi="Arial"/>
          <w:sz w:val="22"/>
        </w:rPr>
        <w:t>Oh, really? You don't say?</w:t>
      </w:r>
    </w:p>
    <w:p>
      <w:pPr>
        <w:spacing w:after="0"/>
      </w:pPr>
    </w:p>
    <w:p>
      <w:pPr>
        <w:spacing w:after="0"/>
      </w:pPr>
      <w:r>
        <w:rPr>
          <w:rFonts w:ascii="Arial" w:hAnsi="Arial"/>
          <w:b/>
          <w:sz w:val="22"/>
        </w:rPr>
        <w:t xml:space="preserve">Alice  </w:t>
      </w:r>
      <w:r>
        <w:rPr>
          <w:rFonts w:ascii="Arial" w:hAnsi="Arial"/>
          <w:color w:val="5D7284"/>
          <w:sz w:val="22"/>
        </w:rPr>
        <w:t>56:01</w:t>
      </w:r>
    </w:p>
    <w:p>
      <w:pPr>
        <w:spacing w:after="0"/>
      </w:pPr>
      <w:r>
        <w:rPr>
          <w:rFonts w:ascii="Arial" w:hAnsi="Arial"/>
          <w:sz w:val="22"/>
        </w:rPr>
        <w:t>I love how many people look at my phone and are like, "Oh, my God, that's so much easier to see." And I'm like, "Yeah, fucking dark mode, mate!" "Duuuuuude." *all laugh*</w:t>
      </w:r>
    </w:p>
    <w:p>
      <w:pPr>
        <w:spacing w:after="0"/>
      </w:pPr>
    </w:p>
    <w:p>
      <w:pPr>
        <w:spacing w:after="0"/>
      </w:pPr>
      <w:r>
        <w:rPr>
          <w:rFonts w:ascii="Arial" w:hAnsi="Arial"/>
          <w:b/>
          <w:sz w:val="22"/>
        </w:rPr>
        <w:t xml:space="preserve">Lucy  </w:t>
      </w:r>
      <w:r>
        <w:rPr>
          <w:rFonts w:ascii="Arial" w:hAnsi="Arial"/>
          <w:color w:val="5D7284"/>
          <w:sz w:val="22"/>
        </w:rPr>
        <w:t>56:13</w:t>
      </w:r>
    </w:p>
    <w:p>
      <w:pPr>
        <w:spacing w:after="0"/>
      </w:pPr>
      <w:r>
        <w:rPr>
          <w:rFonts w:ascii="Arial" w:hAnsi="Arial"/>
          <w:sz w:val="22"/>
        </w:rPr>
        <w:t>I can see everything is brilliant. Not having to strain my eyes. *all laugh* *Arevya: This is magic!" Arevya, what would you say, like in the last bit of time we've got together, what would you say, are some of the best examples of accessibility in gaming, and maybe, possibly, some of the worst you've ever seen?</w:t>
      </w:r>
    </w:p>
    <w:p>
      <w:pPr>
        <w:spacing w:after="0"/>
      </w:pPr>
    </w:p>
    <w:p>
      <w:pPr>
        <w:spacing w:after="0"/>
      </w:pPr>
      <w:r>
        <w:rPr>
          <w:rFonts w:ascii="Arial" w:hAnsi="Arial"/>
          <w:b/>
          <w:sz w:val="22"/>
        </w:rPr>
        <w:t xml:space="preserve">Arevya  </w:t>
      </w:r>
      <w:r>
        <w:rPr>
          <w:rFonts w:ascii="Arial" w:hAnsi="Arial"/>
          <w:color w:val="5D7284"/>
          <w:sz w:val="22"/>
        </w:rPr>
        <w:t>56:37</w:t>
      </w:r>
    </w:p>
    <w:p>
      <w:pPr>
        <w:spacing w:after="0"/>
      </w:pPr>
      <w:r>
        <w:rPr>
          <w:rFonts w:ascii="Arial" w:hAnsi="Arial"/>
          <w:sz w:val="22"/>
        </w:rPr>
        <w:t>*laughs* Getting the tea! So I think when we come to best, we have like two categories. You have options, so things you can put on and we have God of War there. God of War is a lot, latest god of war game came out and it had over 60 options. it had everything you can like if you have a say you have some sort of your blind maybe. Or you have for some reason struggle to see the screen, you could put on something called a high contrast mode. Everything in the background, grayed out and your character got one color that you can choose, the enemies got one color that you can choose and everything you can interact with, depending on how you can interact with it got a color, so that you could just play it without a distraction to start for if you're blind, it can be really hard. And so those are like, Oh, that is like options. No, no, I give it to me, like let me run over and like run over an item and pick it off automatically. Like since I have arthritis, I I am D like anti gaming gamer because I don't want to move my hands when gaming because that hurts. So everything I can put on that makes me less have to push a button. I'm happy. So like, you can also pick up things. And I was just like, Ah, thank Give it to me. come on game. So everything like that. But then you have also disown I think the sign is really nice. So you have just dance had like some songs where the dancers were sitting, you were supposed to only do the dance with your offer, but I just dance if somebody no no. is there a game you dance, you dance and then you have a camera on you. And they see if you do the correct things. And then we get points. Yeah. And they have some sitting dance made for people who are in a wheelchair so that they can still join. And that is a brilliant design. it was made. Everybody wasn't told to be accessibility. it was just like this as part of it.</w:t>
      </w:r>
    </w:p>
    <w:p>
      <w:pPr>
        <w:spacing w:after="0"/>
      </w:pPr>
    </w:p>
    <w:p>
      <w:pPr>
        <w:spacing w:after="0"/>
      </w:pPr>
      <w:r>
        <w:rPr>
          <w:rFonts w:ascii="Arial" w:hAnsi="Arial"/>
          <w:b/>
          <w:sz w:val="22"/>
        </w:rPr>
        <w:t xml:space="preserve">Lucy  </w:t>
      </w:r>
      <w:r>
        <w:rPr>
          <w:rFonts w:ascii="Arial" w:hAnsi="Arial"/>
          <w:color w:val="5D7284"/>
          <w:sz w:val="22"/>
        </w:rPr>
        <w:t>58:35</w:t>
      </w:r>
    </w:p>
    <w:p>
      <w:pPr>
        <w:spacing w:after="0"/>
      </w:pPr>
      <w:r>
        <w:rPr>
          <w:rFonts w:ascii="Arial" w:hAnsi="Arial"/>
          <w:sz w:val="22"/>
        </w:rPr>
        <w:t>But also, as well, it helps granny at Christmas when she's like "Had too many sherry's" and she's got to have a dance about. We know... every move from the elbows. Brilliant. Inclusive.</w:t>
      </w:r>
    </w:p>
    <w:p>
      <w:pPr>
        <w:spacing w:after="0"/>
      </w:pPr>
    </w:p>
    <w:p>
      <w:pPr>
        <w:spacing w:after="0"/>
      </w:pPr>
      <w:r>
        <w:rPr>
          <w:rFonts w:ascii="Arial" w:hAnsi="Arial"/>
          <w:b/>
          <w:sz w:val="22"/>
        </w:rPr>
        <w:t xml:space="preserve">Arevya  </w:t>
      </w:r>
      <w:r>
        <w:rPr>
          <w:rFonts w:ascii="Arial" w:hAnsi="Arial"/>
          <w:color w:val="5D7284"/>
          <w:sz w:val="22"/>
        </w:rPr>
        <w:t>58:48</w:t>
      </w:r>
    </w:p>
    <w:p>
      <w:pPr>
        <w:spacing w:after="0"/>
      </w:pPr>
      <w:r>
        <w:rPr>
          <w:rFonts w:ascii="Arial" w:hAnsi="Arial"/>
          <w:sz w:val="22"/>
        </w:rPr>
        <w:t>Yeah. And so that I think is really, really, really cool. I think things like that it's like, "Let's go." And then you have games and I don't think I want to name things like... maybe I want to work with them in the future. And maybe I shouldn't like name and shame. But you have games that try to like remake the wheel and it's just like, come on. Like they, instead of calling things subtitles, they call it something different, just to try and be fancy. *Lucy: Yeah, yeah.* And it's just like, "Oh, yeah, thanks. That was..."</w:t>
      </w:r>
    </w:p>
    <w:p>
      <w:pPr>
        <w:spacing w:after="0"/>
      </w:pPr>
    </w:p>
    <w:p>
      <w:pPr>
        <w:spacing w:after="0"/>
      </w:pPr>
      <w:r>
        <w:rPr>
          <w:rFonts w:ascii="Arial" w:hAnsi="Arial"/>
          <w:b/>
          <w:sz w:val="22"/>
        </w:rPr>
        <w:t xml:space="preserve">Lucy  </w:t>
      </w:r>
      <w:r>
        <w:rPr>
          <w:rFonts w:ascii="Arial" w:hAnsi="Arial"/>
          <w:color w:val="5D7284"/>
          <w:sz w:val="22"/>
        </w:rPr>
        <w:t>59:19</w:t>
      </w:r>
    </w:p>
    <w:p>
      <w:pPr>
        <w:spacing w:after="0"/>
      </w:pPr>
      <w:r>
        <w:rPr>
          <w:rFonts w:ascii="Arial" w:hAnsi="Arial"/>
          <w:sz w:val="22"/>
        </w:rPr>
        <w:t>You don't know what that term means. Where the hell are the subtitles? And you know...</w:t>
      </w:r>
    </w:p>
    <w:p>
      <w:pPr>
        <w:spacing w:after="0"/>
      </w:pPr>
    </w:p>
    <w:p>
      <w:pPr>
        <w:spacing w:after="0"/>
      </w:pPr>
      <w:r>
        <w:rPr>
          <w:rFonts w:ascii="Arial" w:hAnsi="Arial"/>
          <w:b/>
          <w:sz w:val="22"/>
        </w:rPr>
        <w:t xml:space="preserve">Arevya  </w:t>
      </w:r>
      <w:r>
        <w:rPr>
          <w:rFonts w:ascii="Arial" w:hAnsi="Arial"/>
          <w:color w:val="5D7284"/>
          <w:sz w:val="22"/>
        </w:rPr>
        <w:t>59:26</w:t>
      </w:r>
    </w:p>
    <w:p>
      <w:pPr>
        <w:spacing w:after="0"/>
      </w:pPr>
      <w:r>
        <w:rPr>
          <w:rFonts w:ascii="Arial" w:hAnsi="Arial"/>
          <w:sz w:val="22"/>
        </w:rPr>
        <w:t>And it's sort of called like, flashy communication tool. And you're just like, "No!"</w:t>
      </w:r>
    </w:p>
    <w:p>
      <w:pPr>
        <w:spacing w:after="0"/>
      </w:pPr>
    </w:p>
    <w:p>
      <w:pPr>
        <w:spacing w:after="0"/>
      </w:pPr>
      <w:r>
        <w:rPr>
          <w:rFonts w:ascii="Arial" w:hAnsi="Arial"/>
          <w:b/>
          <w:sz w:val="22"/>
        </w:rPr>
        <w:t xml:space="preserve">Lucy  </w:t>
      </w:r>
      <w:r>
        <w:rPr>
          <w:rFonts w:ascii="Arial" w:hAnsi="Arial"/>
          <w:color w:val="5D7284"/>
          <w:sz w:val="22"/>
        </w:rPr>
        <w:t>59:34</w:t>
      </w:r>
    </w:p>
    <w:p>
      <w:pPr>
        <w:spacing w:after="0"/>
      </w:pPr>
      <w:r>
        <w:rPr>
          <w:rFonts w:ascii="Arial" w:hAnsi="Arial"/>
          <w:sz w:val="22"/>
        </w:rPr>
        <w:t>No, 'subtitles' will do, thank you. *laughs*</w:t>
      </w:r>
    </w:p>
    <w:p>
      <w:pPr>
        <w:spacing w:after="0"/>
      </w:pPr>
    </w:p>
    <w:p>
      <w:pPr>
        <w:spacing w:after="0"/>
      </w:pPr>
      <w:r>
        <w:rPr>
          <w:rFonts w:ascii="Arial" w:hAnsi="Arial"/>
          <w:b/>
          <w:sz w:val="22"/>
        </w:rPr>
        <w:t xml:space="preserve">Arevya  </w:t>
      </w:r>
      <w:r>
        <w:rPr>
          <w:rFonts w:ascii="Arial" w:hAnsi="Arial"/>
          <w:color w:val="5D7284"/>
          <w:sz w:val="22"/>
        </w:rPr>
        <w:t>59:37</w:t>
      </w:r>
    </w:p>
    <w:p>
      <w:pPr>
        <w:spacing w:after="0"/>
      </w:pPr>
      <w:r>
        <w:rPr>
          <w:rFonts w:ascii="Arial" w:hAnsi="Arial"/>
          <w:sz w:val="22"/>
        </w:rPr>
        <w:t>And also I get a bit like, with companies who just like [indecipherable]. It's like "Yeah, but only two of our gamers are going to like play this game and are disabled so I don't need it." And it's just like we're 15 to 25 of your game. Gamers so have some kind of disability. Come on. Like it's not the you don't need to add the wheel again, you can add the most basics. The bar is literal hell. If somebody adds like text size in games, like a million people on Twitter or X, or whatever letter we want to use for it this week, goes like "Yay, we have a text!" The bar is literally in hell! *Lucy: So low!* Yeah, so low! Like you can get some golden points for doing the bare minimum. Somebody can have an afternoon and add something and then people go like "Yeah..." Like, come on!</w:t>
      </w:r>
    </w:p>
    <w:p>
      <w:pPr>
        <w:spacing w:after="0"/>
      </w:pPr>
    </w:p>
    <w:p>
      <w:pPr>
        <w:spacing w:after="0"/>
      </w:pPr>
      <w:r>
        <w:rPr>
          <w:rFonts w:ascii="Arial" w:hAnsi="Arial"/>
          <w:b/>
          <w:sz w:val="22"/>
        </w:rPr>
        <w:t xml:space="preserve">Lucy  </w:t>
      </w:r>
      <w:r>
        <w:rPr>
          <w:rFonts w:ascii="Arial" w:hAnsi="Arial"/>
          <w:color w:val="5D7284"/>
          <w:sz w:val="22"/>
        </w:rPr>
        <w:t>1:00:41</w:t>
      </w:r>
    </w:p>
    <w:p>
      <w:pPr>
        <w:spacing w:after="0"/>
      </w:pPr>
      <w:r>
        <w:rPr>
          <w:rFonts w:ascii="Arial" w:hAnsi="Arial"/>
          <w:sz w:val="22"/>
        </w:rPr>
        <w:t>And everybody thinking, "Right! Quick! Press release with "We've changed the text size". Write a press release they're happy about it."</w:t>
      </w:r>
    </w:p>
    <w:p>
      <w:pPr>
        <w:spacing w:after="0"/>
      </w:pPr>
    </w:p>
    <w:p>
      <w:pPr>
        <w:spacing w:after="0"/>
      </w:pPr>
      <w:r>
        <w:rPr>
          <w:rFonts w:ascii="Arial" w:hAnsi="Arial"/>
          <w:b/>
          <w:sz w:val="22"/>
        </w:rPr>
        <w:t xml:space="preserve">Arevya  </w:t>
      </w:r>
      <w:r>
        <w:rPr>
          <w:rFonts w:ascii="Arial" w:hAnsi="Arial"/>
          <w:color w:val="5D7284"/>
          <w:sz w:val="22"/>
        </w:rPr>
        <w:t>1:00:49</w:t>
      </w:r>
    </w:p>
    <w:p>
      <w:pPr>
        <w:spacing w:after="0"/>
      </w:pPr>
      <w:r>
        <w:rPr>
          <w:rFonts w:ascii="Arial" w:hAnsi="Arial"/>
          <w:sz w:val="22"/>
        </w:rPr>
        <w:t>They don't even press release it. So nobody knows about it! They're just like, "Oh, but nobody wants to know about this." So they don't even talk about it.</w:t>
      </w:r>
    </w:p>
    <w:p>
      <w:pPr>
        <w:spacing w:after="0"/>
      </w:pPr>
    </w:p>
    <w:p>
      <w:pPr>
        <w:spacing w:after="0"/>
      </w:pPr>
      <w:r>
        <w:rPr>
          <w:rFonts w:ascii="Arial" w:hAnsi="Arial"/>
          <w:b/>
          <w:sz w:val="22"/>
        </w:rPr>
        <w:t xml:space="preserve">Alice  </w:t>
      </w:r>
      <w:r>
        <w:rPr>
          <w:rFonts w:ascii="Arial" w:hAnsi="Arial"/>
          <w:color w:val="5D7284"/>
          <w:sz w:val="22"/>
        </w:rPr>
        <w:t>1:00:58</w:t>
      </w:r>
    </w:p>
    <w:p>
      <w:pPr>
        <w:spacing w:after="0"/>
      </w:pPr>
      <w:r>
        <w:rPr>
          <w:rFonts w:ascii="Arial" w:hAnsi="Arial"/>
          <w:sz w:val="22"/>
        </w:rPr>
        <w:t>They've told the two disabled people they know who play the game. Like no one else who's...</w:t>
      </w:r>
    </w:p>
    <w:p>
      <w:pPr>
        <w:spacing w:after="0"/>
      </w:pPr>
    </w:p>
    <w:p>
      <w:pPr>
        <w:spacing w:after="0"/>
      </w:pPr>
      <w:r>
        <w:rPr>
          <w:rFonts w:ascii="Arial" w:hAnsi="Arial"/>
          <w:b/>
          <w:sz w:val="22"/>
        </w:rPr>
        <w:t xml:space="preserve">outro   </w:t>
      </w:r>
      <w:r>
        <w:rPr>
          <w:rFonts w:ascii="Arial" w:hAnsi="Arial"/>
          <w:color w:val="5D7284"/>
          <w:sz w:val="22"/>
        </w:rPr>
        <w:t>1:01:02</w:t>
      </w:r>
    </w:p>
    <w:p>
      <w:pPr>
        <w:spacing w:after="0"/>
      </w:pPr>
      <w:r>
        <w:rPr>
          <w:rFonts w:ascii="Arial" w:hAnsi="Arial"/>
          <w:sz w:val="22"/>
        </w:rPr>
        <w:t>They get a personalised email. *all laugh*</w:t>
      </w:r>
    </w:p>
    <w:p>
      <w:pPr>
        <w:spacing w:after="0"/>
      </w:pPr>
    </w:p>
    <w:p>
      <w:pPr>
        <w:spacing w:after="0"/>
      </w:pPr>
      <w:r>
        <w:rPr>
          <w:rFonts w:ascii="Arial" w:hAnsi="Arial"/>
          <w:b/>
          <w:sz w:val="22"/>
        </w:rPr>
        <w:t xml:space="preserve">Arevya  </w:t>
      </w:r>
      <w:r>
        <w:rPr>
          <w:rFonts w:ascii="Arial" w:hAnsi="Arial"/>
          <w:color w:val="5D7284"/>
          <w:sz w:val="22"/>
        </w:rPr>
        <w:t>1:01:06</w:t>
      </w:r>
    </w:p>
    <w:p>
      <w:pPr>
        <w:spacing w:after="0"/>
      </w:pPr>
      <w:r>
        <w:rPr>
          <w:rFonts w:ascii="Arial" w:hAnsi="Arial"/>
          <w:sz w:val="22"/>
        </w:rPr>
        <w:t>So yeah, that can be a bit hard to deal with, having to convince people of the same thing over and over and people like, "But it's too expensive." Then you show them numbers, then you show them researchers on how to add it and how to add it without extra cost. Then you show them resources of you don't lose money in the big and all you gain money. And then you show them resources on how to get grants and other stuff for people who send you money, so you have more money to use it and they still go like "Mehhh" and then I'm just like, "Oh God, I really really hope you like get bad eyesight!"</w:t>
      </w:r>
    </w:p>
    <w:p>
      <w:pPr>
        <w:spacing w:after="0"/>
      </w:pPr>
    </w:p>
    <w:p>
      <w:pPr>
        <w:spacing w:after="0"/>
      </w:pPr>
      <w:r>
        <w:rPr>
          <w:rFonts w:ascii="Arial" w:hAnsi="Arial"/>
          <w:b/>
          <w:sz w:val="22"/>
        </w:rPr>
        <w:t xml:space="preserve">Lucy  </w:t>
      </w:r>
      <w:r>
        <w:rPr>
          <w:rFonts w:ascii="Arial" w:hAnsi="Arial"/>
          <w:color w:val="5D7284"/>
          <w:sz w:val="22"/>
        </w:rPr>
        <w:t>1:01:46</w:t>
      </w:r>
    </w:p>
    <w:p>
      <w:pPr>
        <w:spacing w:after="0"/>
      </w:pPr>
      <w:r>
        <w:rPr>
          <w:rFonts w:ascii="Arial" w:hAnsi="Arial"/>
          <w:sz w:val="22"/>
        </w:rPr>
        <w:t>There are people in our job... we talk to companies in my job. We talk to companies about venues access and things like that. And they either go one of two ways. You go into a meeting and they get it straight away and understand what you've got to... like what the benefits are and the power of them. We call it the purple pound over here in the UK, and they understand it all and all that kind of thing. And yes, this is great idea. And then all the meetings you go into, like, "Yeah, it's gonna cost money and how many people are going to use this" and they are just so blinkered to the possibility.</w:t>
      </w:r>
    </w:p>
    <w:p>
      <w:pPr>
        <w:spacing w:after="0"/>
      </w:pPr>
    </w:p>
    <w:p>
      <w:pPr>
        <w:spacing w:after="0"/>
      </w:pPr>
      <w:r>
        <w:rPr>
          <w:rFonts w:ascii="Arial" w:hAnsi="Arial"/>
          <w:b/>
          <w:sz w:val="22"/>
        </w:rPr>
        <w:t xml:space="preserve">Alice  </w:t>
      </w:r>
      <w:r>
        <w:rPr>
          <w:rFonts w:ascii="Arial" w:hAnsi="Arial"/>
          <w:color w:val="5D7284"/>
          <w:sz w:val="22"/>
        </w:rPr>
        <w:t>1:02:22</w:t>
      </w:r>
    </w:p>
    <w:p>
      <w:pPr>
        <w:spacing w:after="0"/>
      </w:pPr>
      <w:r>
        <w:rPr>
          <w:rFonts w:ascii="Arial" w:hAnsi="Arial"/>
          <w:sz w:val="22"/>
        </w:rPr>
        <w:t xml:space="preserve">We've only got stairs up to our building, and you're like, "Have you thought about putting a ramp into that wheelchair users can get in and out." "But wheelchair users don't come here" *all laugh* Because you've already got set up your building. </w:t>
      </w:r>
    </w:p>
    <w:p>
      <w:pPr>
        <w:spacing w:after="0"/>
      </w:pPr>
    </w:p>
    <w:p>
      <w:pPr>
        <w:spacing w:after="0"/>
      </w:pPr>
      <w:r>
        <w:rPr>
          <w:rFonts w:ascii="Arial" w:hAnsi="Arial"/>
          <w:b/>
          <w:sz w:val="22"/>
        </w:rPr>
        <w:t xml:space="preserve">Lucy  </w:t>
      </w:r>
      <w:r>
        <w:rPr>
          <w:rFonts w:ascii="Arial" w:hAnsi="Arial"/>
          <w:color w:val="5D7284"/>
          <w:sz w:val="22"/>
        </w:rPr>
        <w:t>1:02:33</w:t>
      </w:r>
    </w:p>
    <w:p>
      <w:pPr>
        <w:spacing w:after="0"/>
      </w:pPr>
      <w:r>
        <w:rPr>
          <w:rFonts w:ascii="Arial" w:hAnsi="Arial"/>
          <w:sz w:val="22"/>
        </w:rPr>
        <w:t>It's accessibility, isn't it? You know, they're not seeing that? Well, they don't come here, so we don't need it. Well, have you thought about if maybe if you did, like, make these changes, *Arevya: Yeah", disabled people would come and they would keep coming back as well, because they're very loyal. Disabled people are very loyal when it comes to... if they know a space is accessible to them...</w:t>
      </w:r>
    </w:p>
    <w:p>
      <w:pPr>
        <w:spacing w:after="0"/>
      </w:pPr>
    </w:p>
    <w:p>
      <w:pPr>
        <w:spacing w:after="0"/>
      </w:pPr>
      <w:r>
        <w:rPr>
          <w:rFonts w:ascii="Arial" w:hAnsi="Arial"/>
          <w:b/>
          <w:sz w:val="22"/>
        </w:rPr>
        <w:t xml:space="preserve">Alice  </w:t>
      </w:r>
      <w:r>
        <w:rPr>
          <w:rFonts w:ascii="Arial" w:hAnsi="Arial"/>
          <w:color w:val="5D7284"/>
          <w:sz w:val="22"/>
        </w:rPr>
        <w:t>1:02:52</w:t>
      </w:r>
    </w:p>
    <w:p>
      <w:pPr>
        <w:spacing w:after="0"/>
      </w:pPr>
      <w:r>
        <w:rPr>
          <w:rFonts w:ascii="Arial" w:hAnsi="Arial"/>
          <w:sz w:val="22"/>
        </w:rPr>
        <w:t>Exactly. *Lucy: Yeah." Find somewhere we can go, "Well, I'm fucking coming here all the time!" *all chuckle*</w:t>
      </w:r>
    </w:p>
    <w:p>
      <w:pPr>
        <w:spacing w:after="0"/>
      </w:pPr>
    </w:p>
    <w:p>
      <w:pPr>
        <w:spacing w:after="0"/>
      </w:pPr>
      <w:r>
        <w:rPr>
          <w:rFonts w:ascii="Arial" w:hAnsi="Arial"/>
          <w:b/>
          <w:sz w:val="22"/>
        </w:rPr>
        <w:t xml:space="preserve">Arevya  </w:t>
      </w:r>
      <w:r>
        <w:rPr>
          <w:rFonts w:ascii="Arial" w:hAnsi="Arial"/>
          <w:color w:val="5D7284"/>
          <w:sz w:val="22"/>
        </w:rPr>
        <w:t>1:02:57</w:t>
      </w:r>
    </w:p>
    <w:p>
      <w:pPr>
        <w:spacing w:after="0"/>
      </w:pPr>
      <w:r>
        <w:rPr>
          <w:rFonts w:ascii="Arial" w:hAnsi="Arial"/>
          <w:sz w:val="22"/>
        </w:rPr>
        <w:t xml:space="preserve">I had somebody on my Tiktok, who they told me they'd been abstinent [sic: obstinate] against accessibility. It was no go. Accessibility is... no one wants it. Like they hated accessibility for some reason. And then they were in an accident, and their arm don't work like it used to. And then they just sent me a message and was like, "Okay, maybe you had a point." And it's hard that it needs to go that far, that people actually experience it themselves, but the thing is just that maybe just like, most of us are going to experience thing going bad. Like that is life. Sadly. In both good and bad, life just happens and it happens in hard ways. Why don't you just make things so you can make it... like play it and... Like, I want to play when I'm in the old folks home. Like, I want to have a nurse come in and go like, "[unintelligble] Playstation!" I want to scream! I'm still 14 years old when I'm 80-90. </w:t>
      </w:r>
    </w:p>
    <w:p>
      <w:pPr>
        <w:spacing w:after="0"/>
      </w:pPr>
    </w:p>
    <w:p>
      <w:pPr>
        <w:spacing w:after="0"/>
      </w:pPr>
      <w:r>
        <w:rPr>
          <w:rFonts w:ascii="Arial" w:hAnsi="Arial"/>
          <w:b/>
          <w:sz w:val="22"/>
        </w:rPr>
        <w:t xml:space="preserve">Lucy  </w:t>
      </w:r>
      <w:r>
        <w:rPr>
          <w:rFonts w:ascii="Arial" w:hAnsi="Arial"/>
          <w:color w:val="5D7284"/>
          <w:sz w:val="22"/>
        </w:rPr>
        <w:t>1:03:59</w:t>
      </w:r>
    </w:p>
    <w:p>
      <w:pPr>
        <w:spacing w:after="0"/>
      </w:pPr>
      <w:r>
        <w:rPr>
          <w:rFonts w:ascii="Arial" w:hAnsi="Arial"/>
          <w:sz w:val="22"/>
        </w:rPr>
        <w:t xml:space="preserve">Of course, of course. And that's the thing. Like, everybody, I think, should be able to hold on to joy for as long as they possibly can. And I think you know just make life easy for yourself. Just, you know. </w:t>
      </w:r>
    </w:p>
    <w:p>
      <w:pPr>
        <w:spacing w:after="0"/>
      </w:pPr>
    </w:p>
    <w:p>
      <w:pPr>
        <w:spacing w:after="0"/>
      </w:pPr>
      <w:r>
        <w:rPr>
          <w:rFonts w:ascii="Arial" w:hAnsi="Arial"/>
          <w:b/>
          <w:sz w:val="22"/>
        </w:rPr>
        <w:t xml:space="preserve">Arevya  </w:t>
      </w:r>
      <w:r>
        <w:rPr>
          <w:rFonts w:ascii="Arial" w:hAnsi="Arial"/>
          <w:color w:val="5D7284"/>
          <w:sz w:val="22"/>
        </w:rPr>
        <w:t>1:04:13</w:t>
      </w:r>
    </w:p>
    <w:p>
      <w:pPr>
        <w:spacing w:after="0"/>
      </w:pPr>
      <w:r>
        <w:rPr>
          <w:rFonts w:ascii="Arial" w:hAnsi="Arial"/>
          <w:sz w:val="22"/>
        </w:rPr>
        <w:t>Yeah. And like, it's just the game. Have fun. Everybody should just have fun. And let's make gaming for everyone.</w:t>
      </w:r>
    </w:p>
    <w:p>
      <w:pPr>
        <w:spacing w:after="0"/>
      </w:pPr>
    </w:p>
    <w:p>
      <w:pPr>
        <w:spacing w:after="0"/>
      </w:pPr>
      <w:r>
        <w:rPr>
          <w:rFonts w:ascii="Arial" w:hAnsi="Arial"/>
          <w:b/>
          <w:sz w:val="22"/>
        </w:rPr>
        <w:t xml:space="preserve">Alice  </w:t>
      </w:r>
      <w:r>
        <w:rPr>
          <w:rFonts w:ascii="Arial" w:hAnsi="Arial"/>
          <w:color w:val="5D7284"/>
          <w:sz w:val="22"/>
        </w:rPr>
        <w:t>1:04:23</w:t>
      </w:r>
    </w:p>
    <w:p>
      <w:pPr>
        <w:spacing w:after="0"/>
      </w:pPr>
      <w:r>
        <w:rPr>
          <w:rFonts w:ascii="Arial" w:hAnsi="Arial"/>
          <w:sz w:val="22"/>
        </w:rPr>
        <w:t>I will say though, having said all of that, that again if Warcraft have been accessible [overlapping speech]</w:t>
      </w:r>
    </w:p>
    <w:p>
      <w:pPr>
        <w:spacing w:after="0"/>
      </w:pPr>
    </w:p>
    <w:p>
      <w:pPr>
        <w:spacing w:after="0"/>
      </w:pPr>
      <w:r>
        <w:rPr>
          <w:rFonts w:ascii="Arial" w:hAnsi="Arial"/>
          <w:b/>
          <w:sz w:val="22"/>
        </w:rPr>
        <w:t xml:space="preserve">Lucy  </w:t>
      </w:r>
      <w:r>
        <w:rPr>
          <w:rFonts w:ascii="Arial" w:hAnsi="Arial"/>
          <w:color w:val="5D7284"/>
          <w:sz w:val="22"/>
        </w:rPr>
        <w:t>1:04:33</w:t>
      </w:r>
    </w:p>
    <w:p>
      <w:pPr>
        <w:spacing w:after="0"/>
      </w:pPr>
      <w:r>
        <w:rPr>
          <w:rFonts w:ascii="Arial" w:hAnsi="Arial"/>
          <w:sz w:val="22"/>
        </w:rPr>
        <w:t xml:space="preserve">I would be hosting a podcast with somebody called Janet because I wouldn't know Alice. </w:t>
      </w:r>
    </w:p>
    <w:p>
      <w:pPr>
        <w:spacing w:after="0"/>
      </w:pPr>
    </w:p>
    <w:p>
      <w:pPr>
        <w:spacing w:after="0"/>
      </w:pPr>
      <w:r>
        <w:rPr>
          <w:rFonts w:ascii="Arial" w:hAnsi="Arial"/>
          <w:b/>
          <w:sz w:val="22"/>
        </w:rPr>
        <w:t xml:space="preserve">Arevya  </w:t>
      </w:r>
      <w:r>
        <w:rPr>
          <w:rFonts w:ascii="Arial" w:hAnsi="Arial"/>
          <w:color w:val="5D7284"/>
          <w:sz w:val="22"/>
        </w:rPr>
        <w:t>1:04:38</w:t>
      </w:r>
    </w:p>
    <w:p>
      <w:pPr>
        <w:spacing w:after="0"/>
      </w:pPr>
      <w:r>
        <w:rPr>
          <w:rFonts w:ascii="Arial" w:hAnsi="Arial"/>
          <w:sz w:val="22"/>
        </w:rPr>
        <w:t xml:space="preserve">Or we would have Alice, who is now just like World of world champion. *Alice &amp; Lucy: Yeah" Like is leading world [overlapping conversation] leading role of accessibility and, like, you are the face of accessibility in 2023. </w:t>
      </w:r>
    </w:p>
    <w:p>
      <w:pPr>
        <w:spacing w:after="0"/>
      </w:pPr>
    </w:p>
    <w:p>
      <w:pPr>
        <w:spacing w:after="0"/>
      </w:pPr>
      <w:r>
        <w:rPr>
          <w:rFonts w:ascii="Arial" w:hAnsi="Arial"/>
          <w:b/>
          <w:sz w:val="22"/>
        </w:rPr>
        <w:t xml:space="preserve">Lucy  </w:t>
      </w:r>
      <w:r>
        <w:rPr>
          <w:rFonts w:ascii="Arial" w:hAnsi="Arial"/>
          <w:color w:val="5D7284"/>
          <w:sz w:val="22"/>
        </w:rPr>
        <w:t>1:04:54</w:t>
      </w:r>
    </w:p>
    <w:p>
      <w:pPr>
        <w:spacing w:after="0"/>
      </w:pPr>
      <w:r>
        <w:rPr>
          <w:rFonts w:ascii="Arial" w:hAnsi="Arial"/>
          <w:sz w:val="22"/>
        </w:rPr>
        <w:t>Yeah. In some alternate universe, Alice is like champion at eSports *all laugh* Arevya, it's been so so lovely to talk to you. I've really enjoyed this episode, coming from a non-gamer. I've really enjoyed this episode. So thank you so much for joining us. Where can people find you online if they want to join in in your club?</w:t>
      </w:r>
    </w:p>
    <w:p>
      <w:pPr>
        <w:spacing w:after="0"/>
      </w:pPr>
    </w:p>
    <w:p>
      <w:pPr>
        <w:spacing w:after="0"/>
      </w:pPr>
      <w:r>
        <w:rPr>
          <w:rFonts w:ascii="Arial" w:hAnsi="Arial"/>
          <w:b/>
          <w:sz w:val="22"/>
        </w:rPr>
        <w:t xml:space="preserve">Arevya  </w:t>
      </w:r>
      <w:r>
        <w:rPr>
          <w:rFonts w:ascii="Arial" w:hAnsi="Arial"/>
          <w:color w:val="5D7284"/>
          <w:sz w:val="22"/>
        </w:rPr>
        <w:t>1:05:20</w:t>
      </w:r>
    </w:p>
    <w:p>
      <w:pPr>
        <w:spacing w:after="0"/>
      </w:pPr>
      <w:r>
        <w:rPr>
          <w:rFonts w:ascii="Arial" w:hAnsi="Arial"/>
          <w:sz w:val="22"/>
        </w:rPr>
        <w:t>You can find me under the name Arevya. And if somebody else can spell it for me, because again, dyslexia. And do you know that spelling in another language than your own is really, really hard?</w:t>
      </w:r>
    </w:p>
    <w:p>
      <w:pPr>
        <w:spacing w:after="0"/>
      </w:pPr>
    </w:p>
    <w:p>
      <w:pPr>
        <w:spacing w:after="0"/>
      </w:pPr>
      <w:r>
        <w:rPr>
          <w:rFonts w:ascii="Arial" w:hAnsi="Arial"/>
          <w:b/>
          <w:sz w:val="22"/>
        </w:rPr>
        <w:t xml:space="preserve">Lucy  </w:t>
      </w:r>
      <w:r>
        <w:rPr>
          <w:rFonts w:ascii="Arial" w:hAnsi="Arial"/>
          <w:color w:val="5D7284"/>
          <w:sz w:val="22"/>
        </w:rPr>
        <w:t>1:05:32</w:t>
      </w:r>
    </w:p>
    <w:p>
      <w:pPr>
        <w:spacing w:after="0"/>
      </w:pPr>
      <w:r>
        <w:rPr>
          <w:rFonts w:ascii="Arial" w:hAnsi="Arial"/>
          <w:sz w:val="22"/>
        </w:rPr>
        <w:t xml:space="preserve">I can imagine. </w:t>
      </w:r>
    </w:p>
    <w:p>
      <w:pPr>
        <w:spacing w:after="0"/>
      </w:pPr>
    </w:p>
    <w:p>
      <w:pPr>
        <w:spacing w:after="0"/>
      </w:pPr>
      <w:r>
        <w:rPr>
          <w:rFonts w:ascii="Arial" w:hAnsi="Arial"/>
          <w:b/>
          <w:sz w:val="22"/>
        </w:rPr>
        <w:t xml:space="preserve">Alice  </w:t>
      </w:r>
      <w:r>
        <w:rPr>
          <w:rFonts w:ascii="Arial" w:hAnsi="Arial"/>
          <w:color w:val="5D7284"/>
          <w:sz w:val="22"/>
        </w:rPr>
        <w:t>1:05:33</w:t>
      </w:r>
    </w:p>
    <w:p>
      <w:pPr>
        <w:spacing w:after="0"/>
      </w:pPr>
      <w:r>
        <w:rPr>
          <w:rFonts w:ascii="Arial" w:hAnsi="Arial"/>
          <w:sz w:val="22"/>
        </w:rPr>
        <w:t>You've talked to us for over an hour in a second language, like, I couldn't. I couldn't. *Lucy: I'm really impressed." Yeah, my dad has lived in France for the last few years and the best I can do is "Where is the library?" *all laugh*</w:t>
      </w:r>
    </w:p>
    <w:p>
      <w:pPr>
        <w:spacing w:after="0"/>
      </w:pPr>
    </w:p>
    <w:p>
      <w:pPr>
        <w:spacing w:after="0"/>
      </w:pPr>
      <w:r>
        <w:rPr>
          <w:rFonts w:ascii="Arial" w:hAnsi="Arial"/>
          <w:b/>
          <w:sz w:val="22"/>
        </w:rPr>
        <w:t xml:space="preserve">Arevya  </w:t>
      </w:r>
      <w:r>
        <w:rPr>
          <w:rFonts w:ascii="Arial" w:hAnsi="Arial"/>
          <w:color w:val="5D7284"/>
          <w:sz w:val="22"/>
        </w:rPr>
        <w:t>1:05:52</w:t>
      </w:r>
    </w:p>
    <w:p>
      <w:pPr>
        <w:spacing w:after="0"/>
      </w:pPr>
      <w:r>
        <w:rPr>
          <w:rFonts w:ascii="Arial" w:hAnsi="Arial"/>
          <w:sz w:val="22"/>
        </w:rPr>
        <w:t>Already, I will just spell ohhh</w:t>
      </w:r>
    </w:p>
    <w:p>
      <w:pPr>
        <w:spacing w:after="0"/>
      </w:pPr>
    </w:p>
    <w:p>
      <w:pPr>
        <w:spacing w:after="0"/>
      </w:pPr>
      <w:r>
        <w:rPr>
          <w:rFonts w:ascii="Arial" w:hAnsi="Arial"/>
          <w:b/>
          <w:sz w:val="22"/>
        </w:rPr>
        <w:t xml:space="preserve">Alice  </w:t>
      </w:r>
      <w:r>
        <w:rPr>
          <w:rFonts w:ascii="Arial" w:hAnsi="Arial"/>
          <w:color w:val="5D7284"/>
          <w:sz w:val="22"/>
        </w:rPr>
        <w:t>1:05:54</w:t>
      </w:r>
    </w:p>
    <w:p>
      <w:pPr>
        <w:spacing w:after="0"/>
      </w:pPr>
      <w:r>
        <w:rPr>
          <w:rFonts w:ascii="Arial" w:hAnsi="Arial"/>
          <w:sz w:val="22"/>
        </w:rPr>
        <w:t>I can do it. I've Googled it. I just wanted to double check the spelling, but it is A-R-E-V-Y-A.</w:t>
      </w:r>
    </w:p>
    <w:p>
      <w:pPr>
        <w:spacing w:after="0"/>
      </w:pPr>
    </w:p>
    <w:p>
      <w:pPr>
        <w:spacing w:after="0"/>
      </w:pPr>
      <w:r>
        <w:rPr>
          <w:rFonts w:ascii="Arial" w:hAnsi="Arial"/>
          <w:b/>
          <w:sz w:val="22"/>
        </w:rPr>
        <w:t xml:space="preserve">Arevya  </w:t>
      </w:r>
      <w:r>
        <w:rPr>
          <w:rFonts w:ascii="Arial" w:hAnsi="Arial"/>
          <w:color w:val="5D7284"/>
          <w:sz w:val="22"/>
        </w:rPr>
        <w:t>1:06:00</w:t>
      </w:r>
    </w:p>
    <w:p>
      <w:pPr>
        <w:spacing w:after="0"/>
      </w:pPr>
      <w:r>
        <w:rPr>
          <w:rFonts w:ascii="Arial" w:hAnsi="Arial"/>
          <w:sz w:val="22"/>
        </w:rPr>
        <w:t>Thank you, because... Thank you, because E and I in Norwegian is the opposite. Yeah, so my brain just goes no!</w:t>
      </w:r>
    </w:p>
    <w:p>
      <w:pPr>
        <w:spacing w:after="0"/>
      </w:pPr>
    </w:p>
    <w:p>
      <w:pPr>
        <w:spacing w:after="0"/>
      </w:pPr>
      <w:r>
        <w:rPr>
          <w:rFonts w:ascii="Arial" w:hAnsi="Arial"/>
          <w:b/>
          <w:sz w:val="22"/>
        </w:rPr>
        <w:t xml:space="preserve">Lucy  </w:t>
      </w:r>
      <w:r>
        <w:rPr>
          <w:rFonts w:ascii="Arial" w:hAnsi="Arial"/>
          <w:color w:val="5D7284"/>
          <w:sz w:val="22"/>
        </w:rPr>
        <w:t>1:06:08</w:t>
      </w:r>
    </w:p>
    <w:p>
      <w:pPr>
        <w:spacing w:after="0"/>
      </w:pPr>
      <w:r>
        <w:rPr>
          <w:rFonts w:ascii="Arial" w:hAnsi="Arial"/>
          <w:sz w:val="22"/>
        </w:rPr>
        <w:t xml:space="preserve">Of course. </w:t>
      </w:r>
    </w:p>
    <w:p>
      <w:pPr>
        <w:spacing w:after="0"/>
      </w:pPr>
    </w:p>
    <w:p>
      <w:pPr>
        <w:spacing w:after="0"/>
      </w:pPr>
      <w:r>
        <w:rPr>
          <w:rFonts w:ascii="Arial" w:hAnsi="Arial"/>
          <w:b/>
          <w:sz w:val="22"/>
        </w:rPr>
        <w:t xml:space="preserve">Alice  </w:t>
      </w:r>
      <w:r>
        <w:rPr>
          <w:rFonts w:ascii="Arial" w:hAnsi="Arial"/>
          <w:color w:val="5D7284"/>
          <w:sz w:val="22"/>
        </w:rPr>
        <w:t>1:06:09</w:t>
      </w:r>
    </w:p>
    <w:p>
      <w:pPr>
        <w:spacing w:after="0"/>
      </w:pPr>
      <w:r>
        <w:rPr>
          <w:rFonts w:ascii="Arial" w:hAnsi="Arial"/>
          <w:sz w:val="22"/>
        </w:rPr>
        <w:t>Your website is arevya.tv *Arevya: Yeah." And you can find...</w:t>
      </w:r>
    </w:p>
    <w:p>
      <w:pPr>
        <w:spacing w:after="0"/>
      </w:pPr>
    </w:p>
    <w:p>
      <w:pPr>
        <w:spacing w:after="0"/>
      </w:pPr>
      <w:r>
        <w:rPr>
          <w:rFonts w:ascii="Arial" w:hAnsi="Arial"/>
          <w:b/>
          <w:sz w:val="22"/>
        </w:rPr>
        <w:t xml:space="preserve">Arevya  </w:t>
      </w:r>
      <w:r>
        <w:rPr>
          <w:rFonts w:ascii="Arial" w:hAnsi="Arial"/>
          <w:color w:val="5D7284"/>
          <w:sz w:val="22"/>
        </w:rPr>
        <w:t>1:06:15</w:t>
      </w:r>
    </w:p>
    <w:p>
      <w:pPr>
        <w:spacing w:after="0"/>
      </w:pPr>
      <w:r>
        <w:rPr>
          <w:rFonts w:ascii="Arial" w:hAnsi="Arial"/>
          <w:sz w:val="22"/>
        </w:rPr>
        <w:t>Google Arevya or like, wherever you find your social media, I am there, pestering the world about accessibility under the name Arevya.</w:t>
      </w:r>
    </w:p>
    <w:p>
      <w:pPr>
        <w:spacing w:after="0"/>
      </w:pPr>
    </w:p>
    <w:p>
      <w:pPr>
        <w:spacing w:after="0"/>
      </w:pPr>
      <w:r>
        <w:rPr>
          <w:rFonts w:ascii="Arial" w:hAnsi="Arial"/>
          <w:b/>
          <w:sz w:val="22"/>
        </w:rPr>
        <w:t xml:space="preserve">Lucy  </w:t>
      </w:r>
      <w:r>
        <w:rPr>
          <w:rFonts w:ascii="Arial" w:hAnsi="Arial"/>
          <w:color w:val="5D7284"/>
          <w:sz w:val="22"/>
        </w:rPr>
        <w:t>1:06:23</w:t>
      </w:r>
    </w:p>
    <w:p>
      <w:pPr>
        <w:spacing w:after="0"/>
      </w:pPr>
      <w:r>
        <w:rPr>
          <w:rFonts w:ascii="Arial" w:hAnsi="Arial"/>
          <w:sz w:val="22"/>
        </w:rPr>
        <w:t>We will make sure that all of that is linked in the show notes for this episode. So you can go and find Arevya wherever you are on social media. Thank you so much for joining us, Arevya.</w:t>
      </w:r>
    </w:p>
    <w:p>
      <w:pPr>
        <w:spacing w:after="0"/>
      </w:pPr>
    </w:p>
    <w:p>
      <w:pPr>
        <w:spacing w:after="0"/>
      </w:pPr>
      <w:r>
        <w:rPr>
          <w:rFonts w:ascii="Arial" w:hAnsi="Arial"/>
          <w:b/>
          <w:sz w:val="22"/>
        </w:rPr>
        <w:t xml:space="preserve">Arevya  </w:t>
      </w:r>
      <w:r>
        <w:rPr>
          <w:rFonts w:ascii="Arial" w:hAnsi="Arial"/>
          <w:color w:val="5D7284"/>
          <w:sz w:val="22"/>
        </w:rPr>
        <w:t>1:06:36</w:t>
      </w:r>
    </w:p>
    <w:p>
      <w:pPr>
        <w:spacing w:after="0"/>
      </w:pPr>
      <w:r>
        <w:rPr>
          <w:rFonts w:ascii="Arial" w:hAnsi="Arial"/>
          <w:sz w:val="22"/>
        </w:rPr>
        <w:t>Thank you so much for having me.</w:t>
      </w:r>
    </w:p>
    <w:p>
      <w:pPr>
        <w:spacing w:after="0"/>
      </w:pPr>
    </w:p>
    <w:p>
      <w:pPr>
        <w:spacing w:after="0"/>
      </w:pPr>
      <w:r>
        <w:rPr>
          <w:rFonts w:ascii="Arial" w:hAnsi="Arial"/>
          <w:b/>
          <w:sz w:val="22"/>
        </w:rPr>
        <w:t xml:space="preserve">Alice  </w:t>
      </w:r>
      <w:r>
        <w:rPr>
          <w:rFonts w:ascii="Arial" w:hAnsi="Arial"/>
          <w:color w:val="5D7284"/>
          <w:sz w:val="22"/>
        </w:rPr>
        <w:t>1:06:38</w:t>
      </w:r>
    </w:p>
    <w:p>
      <w:pPr>
        <w:spacing w:after="0"/>
      </w:pPr>
      <w:r>
        <w:rPr>
          <w:rFonts w:ascii="Arial" w:hAnsi="Arial"/>
          <w:sz w:val="22"/>
        </w:rPr>
        <w:t>If you enjoyed listening to this episode, please share it with your friends. It's a really good way to help us find new listeners. And you can also leave us a review on Apple podcasts, which is also really helpful. I don't think there's anything else other than to say we will see you next time. Bye bye!</w:t>
      </w:r>
    </w:p>
    <w:p>
      <w:pPr>
        <w:spacing w:after="0"/>
      </w:pPr>
    </w:p>
    <w:p>
      <w:pPr>
        <w:spacing w:after="0"/>
      </w:pPr>
      <w:r>
        <w:rPr>
          <w:rFonts w:ascii="Arial" w:hAnsi="Arial"/>
          <w:b/>
          <w:sz w:val="22"/>
        </w:rPr>
        <w:t xml:space="preserve">Lucy  </w:t>
      </w:r>
      <w:r>
        <w:rPr>
          <w:rFonts w:ascii="Arial" w:hAnsi="Arial"/>
          <w:color w:val="5D7284"/>
          <w:sz w:val="22"/>
        </w:rPr>
        <w:t>1:06:56</w:t>
      </w:r>
    </w:p>
    <w:p>
      <w:pPr>
        <w:spacing w:after="0"/>
      </w:pPr>
      <w:r>
        <w:rPr>
          <w:rFonts w:ascii="Arial" w:hAnsi="Arial"/>
          <w:sz w:val="22"/>
        </w:rPr>
        <w:t>Bye!</w:t>
      </w:r>
    </w:p>
    <w:p>
      <w:pPr>
        <w:spacing w:after="0"/>
      </w:pPr>
    </w:p>
    <w:p>
      <w:pPr>
        <w:spacing w:after="0"/>
      </w:pPr>
      <w:r>
        <w:rPr>
          <w:rFonts w:ascii="Arial" w:hAnsi="Arial"/>
          <w:b/>
          <w:sz w:val="22"/>
        </w:rPr>
        <w:t xml:space="preserve">outro   </w:t>
      </w:r>
      <w:r>
        <w:rPr>
          <w:rFonts w:ascii="Arial" w:hAnsi="Arial"/>
          <w:color w:val="5D7284"/>
          <w:sz w:val="22"/>
        </w:rPr>
        <w:t>1:06:57</w:t>
      </w:r>
    </w:p>
    <w:p>
      <w:pPr>
        <w:spacing w:after="0"/>
      </w:pPr>
      <w:r>
        <w:rPr>
          <w:rFonts w:ascii="Arial" w:hAnsi="Arial"/>
          <w:sz w:val="22"/>
        </w:rPr>
        <w:t>Shhh! Don't wake Dora.</w:t>
      </w:r>
    </w:p>
    <w:p>
      <w:pPr>
        <w:spacing w:after="0"/>
      </w:pPr>
    </w:p>
    <w:p>
      <w:pPr>
        <w:spacing w:after="0"/>
      </w:pPr>
      <w:r>
        <w:rPr>
          <w:rFonts w:ascii="Arial" w:hAnsi="Arial"/>
          <w:b/>
          <w:sz w:val="22"/>
        </w:rPr>
        <w:t xml:space="preserve">Alice  </w:t>
      </w:r>
      <w:r>
        <w:rPr>
          <w:rFonts w:ascii="Arial" w:hAnsi="Arial"/>
          <w:color w:val="5D7284"/>
          <w:sz w:val="22"/>
        </w:rPr>
        <w:t>1:07:04</w:t>
      </w:r>
    </w:p>
    <w:p>
      <w:pPr>
        <w:spacing w:after="0"/>
      </w:pPr>
      <w:r>
        <w:rPr>
          <w:rFonts w:ascii="Arial" w:hAnsi="Arial"/>
          <w:sz w:val="22"/>
        </w:rPr>
        <w:t>Thanks for listening to the lABLEd Podcast. If you liked the show, you can rate, review and subscribe and you can follow us on social media @labledpod.</w:t>
      </w:r>
    </w:p>
    <w:p>
      <w:pPr>
        <w:spacing w:after="0"/>
      </w:pPr>
    </w:p>
    <w:p>
      <w:pPr>
        <w:spacing w:after="0"/>
      </w:pPr>
      <w:r>
        <w:rPr>
          <w:rFonts w:ascii="Arial" w:hAnsi="Arial"/>
          <w:b/>
          <w:sz w:val="22"/>
        </w:rPr>
        <w:t xml:space="preserve">Lucy  </w:t>
      </w:r>
      <w:r>
        <w:rPr>
          <w:rFonts w:ascii="Arial" w:hAnsi="Arial"/>
          <w:color w:val="5D7284"/>
          <w:sz w:val="22"/>
        </w:rPr>
        <w:t>1:07:13</w:t>
      </w:r>
    </w:p>
    <w:p>
      <w:pPr>
        <w:spacing w:after="0"/>
      </w:pPr>
      <w:r>
        <w:rPr>
          <w:rFonts w:ascii="Arial" w:hAnsi="Arial"/>
          <w:sz w:val="22"/>
        </w:rPr>
        <w:t>This episode was edited by Adam Hull.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