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Podcast - Disability &amp; ...Series 5. With Damien Williams</w:t>
      </w:r>
    </w:p>
    <w:p>
      <w:r>
        <w:rPr>
          <w:rFonts w:ascii="Arial" w:hAnsi="Arial"/>
          <w:color w:val="4F6880"/>
          <w:sz w:val="22"/>
        </w:rPr>
        <w:t>Wed, Oct 25, 2023 11:07AM • 1:00:51</w:t>
      </w:r>
    </w:p>
    <w:p>
      <w:pPr>
        <w:spacing w:before="440" w:after="0"/>
      </w:pPr>
      <w:r>
        <w:rPr>
          <w:rFonts w:ascii="Arial" w:hAnsi="Arial"/>
          <w:b/>
          <w:color w:val="4F6880"/>
          <w:sz w:val="22"/>
        </w:rPr>
        <w:t>SUMMARY KEYWORDS</w:t>
      </w:r>
    </w:p>
    <w:p>
      <w:r>
        <w:rPr>
          <w:rFonts w:ascii="Arial" w:hAnsi="Arial"/>
          <w:color w:val="4F6880"/>
          <w:sz w:val="22"/>
        </w:rPr>
        <w:t>laughs, technology, toilet, space, disabled, people, talking, prosthetics, disability, wheelchair, sounds, accessibility, system, astronauts, idea, accessible, question, cyborgs, dog, built</w:t>
      </w:r>
    </w:p>
    <w:p>
      <w:pPr>
        <w:spacing w:before="440" w:after="0"/>
      </w:pPr>
      <w:r>
        <w:rPr>
          <w:rFonts w:ascii="Arial" w:hAnsi="Arial"/>
          <w:b/>
          <w:color w:val="4F6880"/>
          <w:sz w:val="22"/>
        </w:rPr>
        <w:t>SPEAKERS</w:t>
      </w:r>
    </w:p>
    <w:p>
      <w:r>
        <w:rPr>
          <w:rFonts w:ascii="Arial" w:hAnsi="Arial"/>
          <w:color w:val="4F6880"/>
          <w:sz w:val="22"/>
        </w:rPr>
        <w:t>all, Damien Williams, Alice Evans &amp; Lucy Wood, Lucy, Alice</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difference. I'm Lucy.</w:t>
      </w:r>
    </w:p>
    <w:p>
      <w:pPr>
        <w:spacing w:after="0"/>
      </w:pPr>
    </w:p>
    <w:p>
      <w:pPr>
        <w:spacing w:after="0"/>
      </w:pPr>
      <w:r>
        <w:rPr>
          <w:rFonts w:ascii="Arial" w:hAnsi="Arial"/>
          <w:b/>
          <w:sz w:val="22"/>
        </w:rPr>
        <w:t xml:space="preserve">Alice  </w:t>
      </w:r>
      <w:r>
        <w:rPr>
          <w:rFonts w:ascii="Arial" w:hAnsi="Arial"/>
          <w:color w:val="5D7284"/>
          <w:sz w:val="22"/>
        </w:rPr>
        <w:t>00:06</w:t>
      </w:r>
    </w:p>
    <w:p>
      <w:pPr>
        <w:spacing w:after="0"/>
      </w:pPr>
      <w:r>
        <w:rPr>
          <w:rFonts w:ascii="Arial" w:hAnsi="Arial"/>
          <w:sz w:val="22"/>
        </w:rPr>
        <w:t>And I'm Alice [dog barks] and that's Lola</w:t>
      </w:r>
    </w:p>
    <w:p>
      <w:pPr>
        <w:spacing w:after="0"/>
      </w:pPr>
    </w:p>
    <w:p>
      <w:pPr>
        <w:spacing w:after="0"/>
      </w:pPr>
      <w:r>
        <w:rPr>
          <w:rFonts w:ascii="Arial" w:hAnsi="Arial"/>
          <w:b/>
          <w:sz w:val="22"/>
        </w:rPr>
        <w:t xml:space="preserve">Alice  </w:t>
      </w:r>
      <w:r>
        <w:rPr>
          <w:rFonts w:ascii="Arial" w:hAnsi="Arial"/>
          <w:color w:val="5D7284"/>
          <w:sz w:val="22"/>
        </w:rPr>
        <w:t>00:07</w:t>
      </w:r>
    </w:p>
    <w:p>
      <w:pPr>
        <w:spacing w:after="0"/>
      </w:pPr>
      <w:r>
        <w:rPr>
          <w:rFonts w:ascii="Arial" w:hAnsi="Arial"/>
          <w:sz w:val="22"/>
        </w:rPr>
        <w:t>Though I might not fit in socially I'm so much more than what you see. We all live our lives differently, kalidescope identitiy, and this is who I@m meant to be, I'm just labelled me. I'm just labelled me.</w:t>
      </w:r>
    </w:p>
    <w:p>
      <w:pPr>
        <w:spacing w:after="0"/>
      </w:pPr>
    </w:p>
    <w:p>
      <w:pPr>
        <w:spacing w:after="0"/>
      </w:pPr>
      <w:r>
        <w:rPr>
          <w:rFonts w:ascii="Arial" w:hAnsi="Arial"/>
          <w:b/>
          <w:sz w:val="22"/>
        </w:rPr>
        <w:t xml:space="preserve">Alice  </w:t>
      </w:r>
      <w:r>
        <w:rPr>
          <w:rFonts w:ascii="Arial" w:hAnsi="Arial"/>
          <w:color w:val="5D7284"/>
          <w:sz w:val="22"/>
        </w:rPr>
        <w:t>00:36</w:t>
      </w:r>
    </w:p>
    <w:p>
      <w:pPr>
        <w:spacing w:after="0"/>
      </w:pPr>
      <w:r>
        <w:rPr>
          <w:rFonts w:ascii="Arial" w:hAnsi="Arial"/>
          <w:sz w:val="22"/>
        </w:rPr>
        <w:t xml:space="preserve">don't forget in this episode, I might swear, Lucy might cry, and you can check out details of the trigger warnings on our website.. Hello, everybody. Welcome to another episode of The lABLEd Podcast. Today is the final episode of our disability Technology Series. I can't believe that we finally got through it. </w:t>
      </w:r>
    </w:p>
    <w:p>
      <w:pPr>
        <w:spacing w:after="0"/>
      </w:pPr>
    </w:p>
    <w:p>
      <w:pPr>
        <w:spacing w:after="0"/>
      </w:pPr>
      <w:r>
        <w:rPr>
          <w:rFonts w:ascii="Arial" w:hAnsi="Arial"/>
          <w:b/>
          <w:sz w:val="22"/>
        </w:rPr>
        <w:t xml:space="preserve">Lucy  </w:t>
      </w:r>
      <w:r>
        <w:rPr>
          <w:rFonts w:ascii="Arial" w:hAnsi="Arial"/>
          <w:color w:val="5D7284"/>
          <w:sz w:val="22"/>
        </w:rPr>
        <w:t>00:58</w:t>
      </w:r>
    </w:p>
    <w:p>
      <w:pPr>
        <w:spacing w:after="0"/>
      </w:pPr>
      <w:r>
        <w:rPr>
          <w:rFonts w:ascii="Arial" w:hAnsi="Arial"/>
          <w:sz w:val="22"/>
        </w:rPr>
        <w:t>[laughs]</w:t>
      </w:r>
    </w:p>
    <w:p>
      <w:pPr>
        <w:spacing w:after="0"/>
      </w:pPr>
    </w:p>
    <w:p>
      <w:pPr>
        <w:spacing w:after="0"/>
      </w:pPr>
      <w:r>
        <w:rPr>
          <w:rFonts w:ascii="Arial" w:hAnsi="Arial"/>
          <w:b/>
          <w:sz w:val="22"/>
        </w:rPr>
        <w:t xml:space="preserve">Alice  </w:t>
      </w:r>
      <w:r>
        <w:rPr>
          <w:rFonts w:ascii="Arial" w:hAnsi="Arial"/>
          <w:color w:val="5D7284"/>
          <w:sz w:val="22"/>
        </w:rPr>
        <w:t>00:59</w:t>
      </w:r>
    </w:p>
    <w:p>
      <w:pPr>
        <w:spacing w:after="0"/>
      </w:pPr>
      <w:r>
        <w:rPr>
          <w:rFonts w:ascii="Arial" w:hAnsi="Arial"/>
          <w:sz w:val="22"/>
        </w:rPr>
        <w:t>It's been fantastic, but it's been a lot -</w:t>
      </w:r>
    </w:p>
    <w:p>
      <w:pPr>
        <w:spacing w:after="0"/>
      </w:pPr>
    </w:p>
    <w:p>
      <w:pPr>
        <w:spacing w:after="0"/>
      </w:pPr>
      <w:r>
        <w:rPr>
          <w:rFonts w:ascii="Arial" w:hAnsi="Arial"/>
          <w:b/>
          <w:sz w:val="22"/>
        </w:rPr>
        <w:t xml:space="preserve">Lucy  </w:t>
      </w:r>
      <w:r>
        <w:rPr>
          <w:rFonts w:ascii="Arial" w:hAnsi="Arial"/>
          <w:color w:val="5D7284"/>
          <w:sz w:val="22"/>
        </w:rPr>
        <w:t>01:00</w:t>
      </w:r>
    </w:p>
    <w:p>
      <w:pPr>
        <w:spacing w:after="0"/>
      </w:pPr>
      <w:r>
        <w:rPr>
          <w:rFonts w:ascii="Arial" w:hAnsi="Arial"/>
          <w:sz w:val="22"/>
        </w:rPr>
        <w:t>Well done everybody [laughs]</w:t>
      </w:r>
    </w:p>
    <w:p>
      <w:pPr>
        <w:spacing w:after="0"/>
      </w:pPr>
    </w:p>
    <w:p>
      <w:pPr>
        <w:spacing w:after="0"/>
      </w:pPr>
      <w:r>
        <w:rPr>
          <w:rFonts w:ascii="Arial" w:hAnsi="Arial"/>
          <w:b/>
          <w:sz w:val="22"/>
        </w:rPr>
        <w:t xml:space="preserve">Alice  </w:t>
      </w:r>
      <w:r>
        <w:rPr>
          <w:rFonts w:ascii="Arial" w:hAnsi="Arial"/>
          <w:color w:val="5D7284"/>
          <w:sz w:val="22"/>
        </w:rPr>
        <w:t>01:02</w:t>
      </w:r>
    </w:p>
    <w:p>
      <w:pPr>
        <w:spacing w:after="0"/>
      </w:pPr>
      <w:r>
        <w:rPr>
          <w:rFonts w:ascii="Arial" w:hAnsi="Arial"/>
          <w:sz w:val="22"/>
        </w:rPr>
        <w:t xml:space="preserve">A lot of work! I hope that you're not sick of the sound of us. </w:t>
      </w:r>
    </w:p>
    <w:p>
      <w:pPr>
        <w:spacing w:after="0"/>
      </w:pPr>
    </w:p>
    <w:p>
      <w:pPr>
        <w:spacing w:after="0"/>
      </w:pPr>
      <w:r>
        <w:rPr>
          <w:rFonts w:ascii="Arial" w:hAnsi="Arial"/>
          <w:b/>
          <w:sz w:val="22"/>
        </w:rPr>
        <w:t xml:space="preserve">Lucy  </w:t>
      </w:r>
      <w:r>
        <w:rPr>
          <w:rFonts w:ascii="Arial" w:hAnsi="Arial"/>
          <w:color w:val="5D7284"/>
          <w:sz w:val="22"/>
        </w:rPr>
        <w:t>01:07</w:t>
      </w:r>
    </w:p>
    <w:p>
      <w:pPr>
        <w:spacing w:after="0"/>
      </w:pPr>
      <w:r>
        <w:rPr>
          <w:rFonts w:ascii="Arial" w:hAnsi="Arial"/>
          <w:sz w:val="22"/>
        </w:rPr>
        <w:t>[laughs]</w:t>
      </w:r>
    </w:p>
    <w:p>
      <w:pPr>
        <w:spacing w:after="0"/>
      </w:pPr>
    </w:p>
    <w:p>
      <w:pPr>
        <w:spacing w:after="0"/>
      </w:pPr>
      <w:r>
        <w:rPr>
          <w:rFonts w:ascii="Arial" w:hAnsi="Arial"/>
          <w:b/>
          <w:sz w:val="22"/>
        </w:rPr>
        <w:t xml:space="preserve">Alice  </w:t>
      </w:r>
      <w:r>
        <w:rPr>
          <w:rFonts w:ascii="Arial" w:hAnsi="Arial"/>
          <w:color w:val="5D7284"/>
          <w:sz w:val="22"/>
        </w:rPr>
        <w:t>01:09</w:t>
      </w:r>
    </w:p>
    <w:p>
      <w:pPr>
        <w:spacing w:after="0"/>
      </w:pPr>
      <w:r>
        <w:rPr>
          <w:rFonts w:ascii="Arial" w:hAnsi="Arial"/>
          <w:sz w:val="22"/>
        </w:rPr>
        <w:t>I'm here with Lucy.</w:t>
      </w:r>
    </w:p>
    <w:p>
      <w:pPr>
        <w:spacing w:after="0"/>
      </w:pPr>
    </w:p>
    <w:p>
      <w:pPr>
        <w:spacing w:after="0"/>
      </w:pPr>
      <w:r>
        <w:rPr>
          <w:rFonts w:ascii="Arial" w:hAnsi="Arial"/>
          <w:b/>
          <w:sz w:val="22"/>
        </w:rPr>
        <w:t xml:space="preserve">Lucy  </w:t>
      </w:r>
      <w:r>
        <w:rPr>
          <w:rFonts w:ascii="Arial" w:hAnsi="Arial"/>
          <w:color w:val="5D7284"/>
          <w:sz w:val="22"/>
        </w:rPr>
        <w:t>01:11</w:t>
      </w:r>
    </w:p>
    <w:p>
      <w:pPr>
        <w:spacing w:after="0"/>
      </w:pPr>
      <w:r>
        <w:rPr>
          <w:rFonts w:ascii="Arial" w:hAnsi="Arial"/>
          <w:sz w:val="22"/>
        </w:rPr>
        <w:t>hello there. Hello everybody</w:t>
      </w:r>
    </w:p>
    <w:p>
      <w:pPr>
        <w:spacing w:after="0"/>
      </w:pPr>
    </w:p>
    <w:p>
      <w:pPr>
        <w:spacing w:after="0"/>
      </w:pPr>
      <w:r>
        <w:rPr>
          <w:rFonts w:ascii="Arial" w:hAnsi="Arial"/>
          <w:b/>
          <w:sz w:val="22"/>
        </w:rPr>
        <w:t xml:space="preserve">Alice  </w:t>
      </w:r>
      <w:r>
        <w:rPr>
          <w:rFonts w:ascii="Arial" w:hAnsi="Arial"/>
          <w:color w:val="5D7284"/>
          <w:sz w:val="22"/>
        </w:rPr>
        <w:t>01:13</w:t>
      </w:r>
    </w:p>
    <w:p>
      <w:pPr>
        <w:spacing w:after="0"/>
      </w:pPr>
      <w:r>
        <w:rPr>
          <w:rFonts w:ascii="Arial" w:hAnsi="Arial"/>
          <w:sz w:val="22"/>
        </w:rPr>
        <w:t xml:space="preserve">Hi. </w:t>
      </w:r>
    </w:p>
    <w:p>
      <w:pPr>
        <w:spacing w:after="0"/>
      </w:pPr>
    </w:p>
    <w:p>
      <w:pPr>
        <w:spacing w:after="0"/>
      </w:pPr>
      <w:r>
        <w:rPr>
          <w:rFonts w:ascii="Arial" w:hAnsi="Arial"/>
          <w:b/>
          <w:sz w:val="22"/>
        </w:rPr>
        <w:t xml:space="preserve">Lucy  </w:t>
      </w:r>
      <w:r>
        <w:rPr>
          <w:rFonts w:ascii="Arial" w:hAnsi="Arial"/>
          <w:color w:val="5D7284"/>
          <w:sz w:val="22"/>
        </w:rPr>
        <w:t>01:13</w:t>
      </w:r>
    </w:p>
    <w:p>
      <w:pPr>
        <w:spacing w:after="0"/>
      </w:pPr>
      <w:r>
        <w:rPr>
          <w:rFonts w:ascii="Arial" w:hAnsi="Arial"/>
          <w:sz w:val="22"/>
        </w:rPr>
        <w:t>Hi. How're you?</w:t>
      </w:r>
    </w:p>
    <w:p>
      <w:pPr>
        <w:spacing w:after="0"/>
      </w:pPr>
    </w:p>
    <w:p>
      <w:pPr>
        <w:spacing w:after="0"/>
      </w:pPr>
      <w:r>
        <w:rPr>
          <w:rFonts w:ascii="Arial" w:hAnsi="Arial"/>
          <w:b/>
          <w:sz w:val="22"/>
        </w:rPr>
        <w:t xml:space="preserve">Alice  </w:t>
      </w:r>
      <w:r>
        <w:rPr>
          <w:rFonts w:ascii="Arial" w:hAnsi="Arial"/>
          <w:color w:val="5D7284"/>
          <w:sz w:val="22"/>
        </w:rPr>
        <w:t>01:15</w:t>
      </w:r>
    </w:p>
    <w:p>
      <w:pPr>
        <w:spacing w:after="0"/>
      </w:pPr>
      <w:r>
        <w:rPr>
          <w:rFonts w:ascii="Arial" w:hAnsi="Arial"/>
          <w:sz w:val="22"/>
        </w:rPr>
        <w:t>I'm good. you?</w:t>
      </w:r>
    </w:p>
    <w:p>
      <w:pPr>
        <w:spacing w:after="0"/>
      </w:pPr>
    </w:p>
    <w:p>
      <w:pPr>
        <w:spacing w:after="0"/>
      </w:pPr>
      <w:r>
        <w:rPr>
          <w:rFonts w:ascii="Arial" w:hAnsi="Arial"/>
          <w:b/>
          <w:sz w:val="22"/>
        </w:rPr>
        <w:t xml:space="preserve">Lucy  </w:t>
      </w:r>
      <w:r>
        <w:rPr>
          <w:rFonts w:ascii="Arial" w:hAnsi="Arial"/>
          <w:color w:val="5D7284"/>
          <w:sz w:val="22"/>
        </w:rPr>
        <w:t>01:16</w:t>
      </w:r>
    </w:p>
    <w:p>
      <w:pPr>
        <w:spacing w:after="0"/>
      </w:pPr>
      <w:r>
        <w:rPr>
          <w:rFonts w:ascii="Arial" w:hAnsi="Arial"/>
          <w:sz w:val="22"/>
        </w:rPr>
        <w:t xml:space="preserve">Yes, I'm very relieved. I mean, I love the spotlights there is but I'm very relieved that I can have a little bit of a rest after this. It's it's quite a lot isn't it, of work goes on behind the scenes. </w:t>
      </w:r>
    </w:p>
    <w:p>
      <w:pPr>
        <w:spacing w:after="0"/>
      </w:pPr>
    </w:p>
    <w:p>
      <w:pPr>
        <w:spacing w:after="0"/>
      </w:pPr>
      <w:r>
        <w:rPr>
          <w:rFonts w:ascii="Arial" w:hAnsi="Arial"/>
          <w:b/>
          <w:sz w:val="22"/>
        </w:rPr>
        <w:t xml:space="preserve">Alice  </w:t>
      </w:r>
      <w:r>
        <w:rPr>
          <w:rFonts w:ascii="Arial" w:hAnsi="Arial"/>
          <w:color w:val="5D7284"/>
          <w:sz w:val="22"/>
        </w:rPr>
        <w:t>01:26</w:t>
      </w:r>
    </w:p>
    <w:p>
      <w:pPr>
        <w:spacing w:after="0"/>
      </w:pPr>
      <w:r>
        <w:rPr>
          <w:rFonts w:ascii="Arial" w:hAnsi="Arial"/>
          <w:sz w:val="22"/>
        </w:rPr>
        <w:t>Considering...</w:t>
      </w:r>
    </w:p>
    <w:p>
      <w:pPr>
        <w:spacing w:after="0"/>
      </w:pPr>
    </w:p>
    <w:p>
      <w:pPr>
        <w:spacing w:after="0"/>
      </w:pPr>
      <w:r>
        <w:rPr>
          <w:rFonts w:ascii="Arial" w:hAnsi="Arial"/>
          <w:b/>
          <w:sz w:val="22"/>
        </w:rPr>
        <w:t xml:space="preserve">Lucy  </w:t>
      </w:r>
      <w:r>
        <w:rPr>
          <w:rFonts w:ascii="Arial" w:hAnsi="Arial"/>
          <w:color w:val="5D7284"/>
          <w:sz w:val="22"/>
        </w:rPr>
        <w:t>01:27</w:t>
      </w:r>
    </w:p>
    <w:p>
      <w:pPr>
        <w:spacing w:after="0"/>
      </w:pPr>
      <w:r>
        <w:rPr>
          <w:rFonts w:ascii="Arial" w:hAnsi="Arial"/>
          <w:sz w:val="22"/>
        </w:rPr>
        <w:t>I don't know how people do episode podcast episodes every week is unbelievable. Isn't it?</w:t>
      </w:r>
    </w:p>
    <w:p>
      <w:pPr>
        <w:spacing w:after="0"/>
      </w:pPr>
    </w:p>
    <w:p>
      <w:pPr>
        <w:spacing w:after="0"/>
      </w:pPr>
      <w:r>
        <w:rPr>
          <w:rFonts w:ascii="Arial" w:hAnsi="Arial"/>
          <w:b/>
          <w:sz w:val="22"/>
        </w:rPr>
        <w:t xml:space="preserve">Alice  </w:t>
      </w:r>
      <w:r>
        <w:rPr>
          <w:rFonts w:ascii="Arial" w:hAnsi="Arial"/>
          <w:color w:val="5D7284"/>
          <w:sz w:val="22"/>
        </w:rPr>
        <w:t>01:33</w:t>
      </w:r>
    </w:p>
    <w:p>
      <w:pPr>
        <w:spacing w:after="0"/>
      </w:pPr>
      <w:r>
        <w:rPr>
          <w:rFonts w:ascii="Arial" w:hAnsi="Arial"/>
          <w:sz w:val="22"/>
        </w:rPr>
        <w:t xml:space="preserve">Considering that we started planning and preparing for this in July. </w:t>
      </w:r>
    </w:p>
    <w:p>
      <w:pPr>
        <w:spacing w:after="0"/>
      </w:pPr>
    </w:p>
    <w:p>
      <w:pPr>
        <w:spacing w:after="0"/>
      </w:pPr>
      <w:r>
        <w:rPr>
          <w:rFonts w:ascii="Arial" w:hAnsi="Arial"/>
          <w:b/>
          <w:sz w:val="22"/>
        </w:rPr>
        <w:t xml:space="preserve">Lucy  </w:t>
      </w:r>
      <w:r>
        <w:rPr>
          <w:rFonts w:ascii="Arial" w:hAnsi="Arial"/>
          <w:color w:val="5D7284"/>
          <w:sz w:val="22"/>
        </w:rPr>
        <w:t>01:36</w:t>
      </w:r>
    </w:p>
    <w:p>
      <w:pPr>
        <w:spacing w:after="0"/>
      </w:pPr>
      <w:r>
        <w:rPr>
          <w:rFonts w:ascii="Arial" w:hAnsi="Arial"/>
          <w:sz w:val="22"/>
        </w:rPr>
        <w:t>Yes</w:t>
      </w:r>
    </w:p>
    <w:p>
      <w:pPr>
        <w:spacing w:after="0"/>
      </w:pPr>
    </w:p>
    <w:p>
      <w:pPr>
        <w:spacing w:after="0"/>
      </w:pPr>
      <w:r>
        <w:rPr>
          <w:rFonts w:ascii="Arial" w:hAnsi="Arial"/>
          <w:b/>
          <w:sz w:val="22"/>
        </w:rPr>
        <w:t xml:space="preserve">Alice  </w:t>
      </w:r>
      <w:r>
        <w:rPr>
          <w:rFonts w:ascii="Arial" w:hAnsi="Arial"/>
          <w:color w:val="5D7284"/>
          <w:sz w:val="22"/>
        </w:rPr>
        <w:t>01:37</w:t>
      </w:r>
    </w:p>
    <w:p>
      <w:pPr>
        <w:spacing w:after="0"/>
      </w:pPr>
      <w:r>
        <w:rPr>
          <w:rFonts w:ascii="Arial" w:hAnsi="Arial"/>
          <w:sz w:val="22"/>
        </w:rPr>
        <w:t>I cannot believe that. It's like it's still so much really intense work. All of a sudden, Like how did it... [laughs]</w:t>
      </w:r>
    </w:p>
    <w:p>
      <w:pPr>
        <w:spacing w:after="0"/>
      </w:pPr>
    </w:p>
    <w:p>
      <w:pPr>
        <w:spacing w:after="0"/>
      </w:pPr>
      <w:r>
        <w:rPr>
          <w:rFonts w:ascii="Arial" w:hAnsi="Arial"/>
          <w:b/>
          <w:sz w:val="22"/>
        </w:rPr>
        <w:t xml:space="preserve">Lucy  </w:t>
      </w:r>
      <w:r>
        <w:rPr>
          <w:rFonts w:ascii="Arial" w:hAnsi="Arial"/>
          <w:color w:val="5D7284"/>
          <w:sz w:val="22"/>
        </w:rPr>
        <w:t>01:43</w:t>
      </w:r>
    </w:p>
    <w:p>
      <w:pPr>
        <w:spacing w:after="0"/>
      </w:pPr>
      <w:r>
        <w:rPr>
          <w:rFonts w:ascii="Arial" w:hAnsi="Arial"/>
          <w:sz w:val="22"/>
        </w:rPr>
        <w:t xml:space="preserve">And we knew it was coming. We were like, ooh, we'll prepare ourselves. We know it's coming. It's fine. But yes, so I'm fine. Thank you. </w:t>
      </w:r>
    </w:p>
    <w:p>
      <w:pPr>
        <w:spacing w:after="0"/>
      </w:pPr>
    </w:p>
    <w:p>
      <w:pPr>
        <w:spacing w:after="0"/>
      </w:pPr>
      <w:r>
        <w:rPr>
          <w:rFonts w:ascii="Arial" w:hAnsi="Arial"/>
          <w:b/>
          <w:sz w:val="22"/>
        </w:rPr>
        <w:t xml:space="preserve">Alice  </w:t>
      </w:r>
      <w:r>
        <w:rPr>
          <w:rFonts w:ascii="Arial" w:hAnsi="Arial"/>
          <w:color w:val="5D7284"/>
          <w:sz w:val="22"/>
        </w:rPr>
        <w:t>01:48</w:t>
      </w:r>
    </w:p>
    <w:p>
      <w:pPr>
        <w:spacing w:after="0"/>
      </w:pPr>
      <w:r>
        <w:rPr>
          <w:rFonts w:ascii="Arial" w:hAnsi="Arial"/>
          <w:sz w:val="22"/>
        </w:rPr>
        <w:t>[laughs]</w:t>
      </w:r>
    </w:p>
    <w:p>
      <w:pPr>
        <w:spacing w:after="0"/>
      </w:pPr>
    </w:p>
    <w:p>
      <w:pPr>
        <w:spacing w:after="0"/>
      </w:pPr>
      <w:r>
        <w:rPr>
          <w:rFonts w:ascii="Arial" w:hAnsi="Arial"/>
          <w:b/>
          <w:sz w:val="22"/>
        </w:rPr>
        <w:t xml:space="preserve">Lucy  </w:t>
      </w:r>
      <w:r>
        <w:rPr>
          <w:rFonts w:ascii="Arial" w:hAnsi="Arial"/>
          <w:color w:val="5D7284"/>
          <w:sz w:val="22"/>
        </w:rPr>
        <w:t>01:49</w:t>
      </w:r>
    </w:p>
    <w:p>
      <w:pPr>
        <w:spacing w:after="0"/>
      </w:pPr>
      <w:r>
        <w:rPr>
          <w:rFonts w:ascii="Arial" w:hAnsi="Arial"/>
          <w:sz w:val="22"/>
        </w:rPr>
        <w:t>I'm just very tired [chuckles]</w:t>
      </w:r>
    </w:p>
    <w:p>
      <w:pPr>
        <w:spacing w:after="0"/>
      </w:pPr>
    </w:p>
    <w:p>
      <w:pPr>
        <w:spacing w:after="0"/>
      </w:pPr>
      <w:r>
        <w:rPr>
          <w:rFonts w:ascii="Arial" w:hAnsi="Arial"/>
          <w:b/>
          <w:sz w:val="22"/>
        </w:rPr>
        <w:t xml:space="preserve">Alice  </w:t>
      </w:r>
      <w:r>
        <w:rPr>
          <w:rFonts w:ascii="Arial" w:hAnsi="Arial"/>
          <w:color w:val="5D7284"/>
          <w:sz w:val="22"/>
        </w:rPr>
        <w:t>01:55</w:t>
      </w:r>
    </w:p>
    <w:p>
      <w:pPr>
        <w:spacing w:after="0"/>
      </w:pPr>
      <w:r>
        <w:rPr>
          <w:rFonts w:ascii="Arial" w:hAnsi="Arial"/>
          <w:sz w:val="22"/>
        </w:rPr>
        <w:t xml:space="preserve">So our guest this week is Damian Williams. Damien, would you like to introduce your self and tell our listeners a little bit about what you're here to talk about today? </w:t>
      </w:r>
    </w:p>
    <w:p>
      <w:pPr>
        <w:spacing w:after="0"/>
      </w:pPr>
    </w:p>
    <w:p>
      <w:pPr>
        <w:spacing w:after="0"/>
      </w:pPr>
      <w:r>
        <w:rPr>
          <w:rFonts w:ascii="Arial" w:hAnsi="Arial"/>
          <w:b/>
          <w:sz w:val="22"/>
        </w:rPr>
        <w:t xml:space="preserve">Damien Williams  </w:t>
      </w:r>
      <w:r>
        <w:rPr>
          <w:rFonts w:ascii="Arial" w:hAnsi="Arial"/>
          <w:color w:val="5D7284"/>
          <w:sz w:val="22"/>
        </w:rPr>
        <w:t>02:05</w:t>
      </w:r>
    </w:p>
    <w:p>
      <w:pPr>
        <w:spacing w:after="0"/>
      </w:pPr>
      <w:r>
        <w:rPr>
          <w:rFonts w:ascii="Arial" w:hAnsi="Arial"/>
          <w:sz w:val="22"/>
        </w:rPr>
        <w:t>Yeah, sure. Hi. Great to be talking with y'all today. My name is Damian Patrick Williams, I am a an assistant professor of philosophy. And this is Professor of Data Science at the University of North Carolina at Charlotte. My background is in kind of PhD in science and technology studies also sometimes called Science, Technology and Society, from Virginia Tech, and have master's in Philosophy and Religious Studies. My work tends to focus on the intersection of human values and technology specifically thinking about how marginalised lived experiences and perspectives shape and affect technology as well as being affected by and shaped by technology. So I think about like how various human values like religious perspectives or ways that people think about other cultures, how all of those things kind of shape how we then go on to train ourselves to think about science, think about technology to build and design technology. And, in particular, today, a little bit of what I'm going to be talking about is how that plays out in a lot of present day, technological spaces and everything from how we think about assistive technologies, like artificial limbs, prosthetics, but even things like like algorithms, and even in terms of things like when we think about space, and the history of space travel and, and who gets to go to space and why, and how all of these things kind of tie together into this. you know, they're bound together and this history of marginalisation of certain types of people being used for but then excluded from being able to be a part of this technology.</w:t>
      </w:r>
    </w:p>
    <w:p>
      <w:pPr>
        <w:spacing w:after="0"/>
      </w:pPr>
    </w:p>
    <w:p>
      <w:pPr>
        <w:spacing w:after="0"/>
      </w:pPr>
      <w:r>
        <w:rPr>
          <w:rFonts w:ascii="Arial" w:hAnsi="Arial"/>
          <w:b/>
          <w:sz w:val="22"/>
        </w:rPr>
        <w:t xml:space="preserve">Alice  </w:t>
      </w:r>
      <w:r>
        <w:rPr>
          <w:rFonts w:ascii="Arial" w:hAnsi="Arial"/>
          <w:color w:val="5D7284"/>
          <w:sz w:val="22"/>
        </w:rPr>
        <w:t>04:01</w:t>
      </w:r>
    </w:p>
    <w:p>
      <w:pPr>
        <w:spacing w:after="0"/>
      </w:pPr>
      <w:r>
        <w:rPr>
          <w:rFonts w:ascii="Arial" w:hAnsi="Arial"/>
          <w:sz w:val="22"/>
        </w:rPr>
        <w:t>I'm so excited. It's sounds so interesting.[laughs] I'm such a nerd but I'm like Yeah!</w:t>
      </w:r>
    </w:p>
    <w:p>
      <w:pPr>
        <w:spacing w:after="0"/>
      </w:pPr>
    </w:p>
    <w:p>
      <w:pPr>
        <w:spacing w:after="0"/>
      </w:pPr>
      <w:r>
        <w:rPr>
          <w:rFonts w:ascii="Arial" w:hAnsi="Arial"/>
          <w:b/>
          <w:sz w:val="22"/>
        </w:rPr>
        <w:t xml:space="preserve">Lucy  </w:t>
      </w:r>
      <w:r>
        <w:rPr>
          <w:rFonts w:ascii="Arial" w:hAnsi="Arial"/>
          <w:color w:val="5D7284"/>
          <w:sz w:val="22"/>
        </w:rPr>
        <w:t>04:07</w:t>
      </w:r>
    </w:p>
    <w:p>
      <w:pPr>
        <w:spacing w:after="0"/>
      </w:pPr>
      <w:r>
        <w:rPr>
          <w:rFonts w:ascii="Arial" w:hAnsi="Arial"/>
          <w:sz w:val="22"/>
        </w:rPr>
        <w:t xml:space="preserve">I think Alice wants to go work for NASA. </w:t>
      </w:r>
    </w:p>
    <w:p>
      <w:pPr>
        <w:spacing w:after="0"/>
      </w:pPr>
    </w:p>
    <w:p>
      <w:pPr>
        <w:spacing w:after="0"/>
      </w:pPr>
      <w:r>
        <w:rPr>
          <w:rFonts w:ascii="Arial" w:hAnsi="Arial"/>
          <w:b/>
          <w:sz w:val="22"/>
        </w:rPr>
        <w:t xml:space="preserve">Damien Williams  </w:t>
      </w:r>
      <w:r>
        <w:rPr>
          <w:rFonts w:ascii="Arial" w:hAnsi="Arial"/>
          <w:color w:val="5D7284"/>
          <w:sz w:val="22"/>
        </w:rPr>
        <w:t>04:10</w:t>
      </w:r>
    </w:p>
    <w:p>
      <w:pPr>
        <w:spacing w:after="0"/>
      </w:pPr>
      <w:r>
        <w:rPr>
          <w:rFonts w:ascii="Arial" w:hAnsi="Arial"/>
          <w:sz w:val="22"/>
        </w:rPr>
        <w:t>We're all nerds. We're all nerds here. It's great. It's fantastic.</w:t>
      </w:r>
    </w:p>
    <w:p>
      <w:pPr>
        <w:spacing w:after="0"/>
      </w:pPr>
    </w:p>
    <w:p>
      <w:pPr>
        <w:spacing w:after="0"/>
      </w:pPr>
      <w:r>
        <w:rPr>
          <w:rFonts w:ascii="Arial" w:hAnsi="Arial"/>
          <w:b/>
          <w:sz w:val="22"/>
        </w:rPr>
        <w:t xml:space="preserve">Alice  </w:t>
      </w:r>
      <w:r>
        <w:rPr>
          <w:rFonts w:ascii="Arial" w:hAnsi="Arial"/>
          <w:color w:val="5D7284"/>
          <w:sz w:val="22"/>
        </w:rPr>
        <w:t>04:12</w:t>
      </w:r>
    </w:p>
    <w:p>
      <w:pPr>
        <w:spacing w:after="0"/>
      </w:pPr>
      <w:r>
        <w:rPr>
          <w:rFonts w:ascii="Arial" w:hAnsi="Arial"/>
          <w:sz w:val="22"/>
        </w:rPr>
        <w:t>[laughs] So we kicked off this series by talking to a historian who specialises in pre modern prostheses. So, she talked to us a lot about the the sort of people who lived at the intersection of finding themselves requiring a prosthesis and having the money to be able to have a prosthesis, which was obviously really interesting. And I suppose, you know, reflecting on on the modern day, prosthetics are generally more accessible, certainly in this country where we have something like the NHS. Those are the sorts of things that may well be provided if it's kind of A an absolute necessity. But I think that, you know, it sounds like your work is kind of really digging down into the way that these kind of life changing prosthetics -</w:t>
      </w:r>
    </w:p>
    <w:p>
      <w:pPr>
        <w:spacing w:after="0"/>
      </w:pPr>
    </w:p>
    <w:p>
      <w:pPr>
        <w:spacing w:after="0"/>
      </w:pPr>
      <w:r>
        <w:rPr>
          <w:rFonts w:ascii="Arial" w:hAnsi="Arial"/>
          <w:b/>
          <w:sz w:val="22"/>
        </w:rPr>
        <w:t xml:space="preserve">Lucy  </w:t>
      </w:r>
      <w:r>
        <w:rPr>
          <w:rFonts w:ascii="Arial" w:hAnsi="Arial"/>
          <w:color w:val="5D7284"/>
          <w:sz w:val="22"/>
        </w:rPr>
        <w:t>05:14</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05:14</w:t>
      </w:r>
    </w:p>
    <w:p>
      <w:pPr>
        <w:spacing w:after="0"/>
      </w:pPr>
      <w:r>
        <w:rPr>
          <w:rFonts w:ascii="Arial" w:hAnsi="Arial"/>
          <w:sz w:val="22"/>
        </w:rPr>
        <w:t xml:space="preserve">and kind of technologies can be. Almost what's the word I'm trying to look for? It's almost the, I suppose it's a sociological and economic kind of </w:t>
      </w:r>
    </w:p>
    <w:p>
      <w:pPr>
        <w:spacing w:after="0"/>
      </w:pPr>
    </w:p>
    <w:p>
      <w:pPr>
        <w:spacing w:after="0"/>
      </w:pPr>
      <w:r>
        <w:rPr>
          <w:rFonts w:ascii="Arial" w:hAnsi="Arial"/>
          <w:b/>
          <w:sz w:val="22"/>
        </w:rPr>
        <w:t xml:space="preserve">Lucy  </w:t>
      </w:r>
      <w:r>
        <w:rPr>
          <w:rFonts w:ascii="Arial" w:hAnsi="Arial"/>
          <w:color w:val="5D7284"/>
          <w:sz w:val="22"/>
        </w:rPr>
        <w:t>05:30</w:t>
      </w:r>
    </w:p>
    <w:p>
      <w:pPr>
        <w:spacing w:after="0"/>
      </w:pPr>
      <w:r>
        <w:rPr>
          <w:rFonts w:ascii="Arial" w:hAnsi="Arial"/>
          <w:sz w:val="22"/>
        </w:rPr>
        <w:t>I mean, and the, the</w:t>
      </w:r>
    </w:p>
    <w:p>
      <w:pPr>
        <w:spacing w:after="0"/>
      </w:pPr>
    </w:p>
    <w:p>
      <w:pPr>
        <w:spacing w:after="0"/>
      </w:pPr>
      <w:r>
        <w:rPr>
          <w:rFonts w:ascii="Arial" w:hAnsi="Arial"/>
          <w:b/>
          <w:sz w:val="22"/>
        </w:rPr>
        <w:t xml:space="preserve">Alice  </w:t>
      </w:r>
      <w:r>
        <w:rPr>
          <w:rFonts w:ascii="Arial" w:hAnsi="Arial"/>
          <w:color w:val="5D7284"/>
          <w:sz w:val="22"/>
        </w:rPr>
        <w:t>05:30</w:t>
      </w:r>
    </w:p>
    <w:p>
      <w:pPr>
        <w:spacing w:after="0"/>
      </w:pPr>
      <w:r>
        <w:rPr>
          <w:rFonts w:ascii="Arial" w:hAnsi="Arial"/>
          <w:sz w:val="22"/>
        </w:rPr>
        <w:t>restrictions around those things, isn't it? Yeah.</w:t>
      </w:r>
    </w:p>
    <w:p>
      <w:pPr>
        <w:spacing w:after="0"/>
      </w:pPr>
    </w:p>
    <w:p>
      <w:pPr>
        <w:spacing w:after="0"/>
      </w:pPr>
      <w:r>
        <w:rPr>
          <w:rFonts w:ascii="Arial" w:hAnsi="Arial"/>
          <w:b/>
          <w:sz w:val="22"/>
        </w:rPr>
        <w:t xml:space="preserve">Lucy  </w:t>
      </w:r>
      <w:r>
        <w:rPr>
          <w:rFonts w:ascii="Arial" w:hAnsi="Arial"/>
          <w:color w:val="5D7284"/>
          <w:sz w:val="22"/>
        </w:rPr>
        <w:t>05:33</w:t>
      </w:r>
    </w:p>
    <w:p>
      <w:pPr>
        <w:spacing w:after="0"/>
      </w:pPr>
      <w:r>
        <w:rPr>
          <w:rFonts w:ascii="Arial" w:hAnsi="Arial"/>
          <w:sz w:val="22"/>
        </w:rPr>
        <w:t xml:space="preserve">Yeah. And that there's, I was watching something on the telly the other day. And my jaw dropped on the floor when the woman said, she got a prosthetic arm. And like, up until sort of, I saw this thing on the telly, they've got this thing where they put the sensors on the stump of the arm so that if you want to move your fingers, you move your stump in a certain way and the fingers move. But they've got they've built this arm, and they've got A.I built into it. So basically, because she's just had to think I want to pick that cup up, and it did it. And I was like, how how, how is this </w:t>
      </w:r>
    </w:p>
    <w:p>
      <w:pPr>
        <w:spacing w:after="0"/>
      </w:pPr>
    </w:p>
    <w:p>
      <w:pPr>
        <w:spacing w:after="0"/>
      </w:pPr>
      <w:r>
        <w:rPr>
          <w:rFonts w:ascii="Arial" w:hAnsi="Arial"/>
          <w:b/>
          <w:sz w:val="22"/>
        </w:rPr>
        <w:t xml:space="preserve">Alice  </w:t>
      </w:r>
      <w:r>
        <w:rPr>
          <w:rFonts w:ascii="Arial" w:hAnsi="Arial"/>
          <w:color w:val="5D7284"/>
          <w:sz w:val="22"/>
        </w:rPr>
        <w:t>06:05</w:t>
      </w:r>
    </w:p>
    <w:p>
      <w:pPr>
        <w:spacing w:after="0"/>
      </w:pPr>
      <w:r>
        <w:rPr>
          <w:rFonts w:ascii="Arial" w:hAnsi="Arial"/>
          <w:sz w:val="22"/>
        </w:rPr>
        <w:t xml:space="preserve">It's like science fiction, isn't it? </w:t>
      </w:r>
    </w:p>
    <w:p>
      <w:pPr>
        <w:spacing w:after="0"/>
      </w:pPr>
    </w:p>
    <w:p>
      <w:pPr>
        <w:spacing w:after="0"/>
      </w:pPr>
      <w:r>
        <w:rPr>
          <w:rFonts w:ascii="Arial" w:hAnsi="Arial"/>
          <w:b/>
          <w:sz w:val="22"/>
        </w:rPr>
        <w:t xml:space="preserve">Lucy  </w:t>
      </w:r>
      <w:r>
        <w:rPr>
          <w:rFonts w:ascii="Arial" w:hAnsi="Arial"/>
          <w:color w:val="5D7284"/>
          <w:sz w:val="22"/>
        </w:rPr>
        <w:t>06:07</w:t>
      </w:r>
    </w:p>
    <w:p>
      <w:pPr>
        <w:spacing w:after="0"/>
      </w:pPr>
      <w:r>
        <w:rPr>
          <w:rFonts w:ascii="Arial" w:hAnsi="Arial"/>
          <w:sz w:val="22"/>
        </w:rPr>
        <w:t xml:space="preserve">Yeah it's like that is, that is cool. But also quite, like, I was amazed - </w:t>
      </w:r>
    </w:p>
    <w:p>
      <w:pPr>
        <w:spacing w:after="0"/>
      </w:pPr>
    </w:p>
    <w:p>
      <w:pPr>
        <w:spacing w:after="0"/>
      </w:pPr>
      <w:r>
        <w:rPr>
          <w:rFonts w:ascii="Arial" w:hAnsi="Arial"/>
          <w:b/>
          <w:sz w:val="22"/>
        </w:rPr>
        <w:t xml:space="preserve">Damien Williams  </w:t>
      </w:r>
      <w:r>
        <w:rPr>
          <w:rFonts w:ascii="Arial" w:hAnsi="Arial"/>
          <w:color w:val="5D7284"/>
          <w:sz w:val="22"/>
        </w:rPr>
        <w:t>06:07</w:t>
      </w:r>
    </w:p>
    <w:p>
      <w:pPr>
        <w:spacing w:after="0"/>
      </w:pPr>
      <w:r>
        <w:rPr>
          <w:rFonts w:ascii="Arial" w:hAnsi="Arial"/>
          <w:sz w:val="22"/>
        </w:rPr>
        <w:t xml:space="preserve">Yeah, </w:t>
      </w:r>
    </w:p>
    <w:p>
      <w:pPr>
        <w:spacing w:after="0"/>
      </w:pPr>
    </w:p>
    <w:p>
      <w:pPr>
        <w:spacing w:after="0"/>
      </w:pPr>
      <w:r>
        <w:rPr>
          <w:rFonts w:ascii="Arial" w:hAnsi="Arial"/>
          <w:b/>
          <w:sz w:val="22"/>
        </w:rPr>
        <w:t xml:space="preserve">Damien Williams  </w:t>
      </w:r>
      <w:r>
        <w:rPr>
          <w:rFonts w:ascii="Arial" w:hAnsi="Arial"/>
          <w:color w:val="5D7284"/>
          <w:sz w:val="22"/>
        </w:rPr>
        <w:t>06:13</w:t>
      </w:r>
    </w:p>
    <w:p>
      <w:pPr>
        <w:spacing w:after="0"/>
      </w:pPr>
      <w:r>
        <w:rPr>
          <w:rFonts w:ascii="Arial" w:hAnsi="Arial"/>
          <w:sz w:val="22"/>
        </w:rPr>
        <w:t xml:space="preserve">Yeah. The -  </w:t>
      </w:r>
    </w:p>
    <w:p>
      <w:pPr>
        <w:spacing w:after="0"/>
      </w:pPr>
    </w:p>
    <w:p>
      <w:pPr>
        <w:spacing w:after="0"/>
      </w:pPr>
      <w:r>
        <w:rPr>
          <w:rFonts w:ascii="Arial" w:hAnsi="Arial"/>
          <w:b/>
          <w:sz w:val="22"/>
        </w:rPr>
        <w:t xml:space="preserve">Lucy  </w:t>
      </w:r>
      <w:r>
        <w:rPr>
          <w:rFonts w:ascii="Arial" w:hAnsi="Arial"/>
          <w:color w:val="5D7284"/>
          <w:sz w:val="22"/>
        </w:rPr>
        <w:t>06:14</w:t>
      </w:r>
    </w:p>
    <w:p>
      <w:pPr>
        <w:spacing w:after="0"/>
      </w:pPr>
      <w:r>
        <w:rPr>
          <w:rFonts w:ascii="Arial" w:hAnsi="Arial"/>
          <w:sz w:val="22"/>
        </w:rPr>
        <w:t xml:space="preserve">At what technology can do these days. It's incredible. </w:t>
      </w:r>
    </w:p>
    <w:p>
      <w:pPr>
        <w:spacing w:after="0"/>
      </w:pPr>
    </w:p>
    <w:p>
      <w:pPr>
        <w:spacing w:after="0"/>
      </w:pPr>
      <w:r>
        <w:rPr>
          <w:rFonts w:ascii="Arial" w:hAnsi="Arial"/>
          <w:b/>
          <w:sz w:val="22"/>
        </w:rPr>
        <w:t xml:space="preserve">Lucy  </w:t>
      </w:r>
      <w:r>
        <w:rPr>
          <w:rFonts w:ascii="Arial" w:hAnsi="Arial"/>
          <w:color w:val="5D7284"/>
          <w:sz w:val="22"/>
        </w:rPr>
        <w:t>06:17</w:t>
      </w:r>
    </w:p>
    <w:p>
      <w:pPr>
        <w:spacing w:after="0"/>
      </w:pPr>
      <w:r>
        <w:rPr>
          <w:rFonts w:ascii="Arial" w:hAnsi="Arial"/>
          <w:sz w:val="22"/>
        </w:rPr>
        <w:t xml:space="preserve">Yeah </w:t>
      </w:r>
    </w:p>
    <w:p>
      <w:pPr>
        <w:spacing w:after="0"/>
      </w:pPr>
    </w:p>
    <w:p>
      <w:pPr>
        <w:spacing w:after="0"/>
      </w:pPr>
      <w:r>
        <w:rPr>
          <w:rFonts w:ascii="Arial" w:hAnsi="Arial"/>
          <w:b/>
          <w:sz w:val="22"/>
        </w:rPr>
        <w:t xml:space="preserve">Damien Williams  </w:t>
      </w:r>
      <w:r>
        <w:rPr>
          <w:rFonts w:ascii="Arial" w:hAnsi="Arial"/>
          <w:color w:val="5D7284"/>
          <w:sz w:val="22"/>
        </w:rPr>
        <w:t>06:17</w:t>
      </w:r>
    </w:p>
    <w:p>
      <w:pPr>
        <w:spacing w:after="0"/>
      </w:pPr>
      <w:r>
        <w:rPr>
          <w:rFonts w:ascii="Arial" w:hAnsi="Arial"/>
          <w:sz w:val="22"/>
        </w:rPr>
        <w:t xml:space="preserve">Yeah. Um. So like the majority of those kinds of those prostheses, you're looking at things that have some kind of brain computer interface, some kind of, you know, a way to read neuro electrical impulses, directly from either the skin or in some cases, they're transmitted. Actually transdermally they're actually like implanted in a number of ways, the sensors - </w:t>
      </w:r>
    </w:p>
    <w:p>
      <w:pPr>
        <w:spacing w:after="0"/>
      </w:pPr>
    </w:p>
    <w:p>
      <w:pPr>
        <w:spacing w:after="0"/>
      </w:pPr>
      <w:r>
        <w:rPr>
          <w:rFonts w:ascii="Arial" w:hAnsi="Arial"/>
          <w:b/>
          <w:sz w:val="22"/>
        </w:rPr>
        <w:t xml:space="preserve">Damien Williams  </w:t>
      </w:r>
      <w:r>
        <w:rPr>
          <w:rFonts w:ascii="Arial" w:hAnsi="Arial"/>
          <w:color w:val="5D7284"/>
          <w:sz w:val="22"/>
        </w:rPr>
        <w:t>06:20</w:t>
      </w:r>
    </w:p>
    <w:p>
      <w:pPr>
        <w:spacing w:after="0"/>
      </w:pPr>
      <w:r>
        <w:rPr>
          <w:rFonts w:ascii="Arial" w:hAnsi="Arial"/>
          <w:sz w:val="22"/>
        </w:rPr>
        <w:t xml:space="preserve">But sometimes you can just do a surface sensor, and you can have, you know, electrical controls and the same kinds of simulations that you would have when you think when you don't even really actively think I would like to pick up the cup, right? Like, you don't have that you have an intention, and you have a motor control. And all of that is kind of, like it's not even sub-conscious. </w:t>
      </w:r>
    </w:p>
    <w:p>
      <w:pPr>
        <w:spacing w:after="0"/>
      </w:pPr>
    </w:p>
    <w:p>
      <w:pPr>
        <w:spacing w:after="0"/>
      </w:pPr>
      <w:r>
        <w:rPr>
          <w:rFonts w:ascii="Arial" w:hAnsi="Arial"/>
          <w:b/>
          <w:sz w:val="22"/>
        </w:rPr>
        <w:t xml:space="preserve">Lucy  </w:t>
      </w:r>
      <w:r>
        <w:rPr>
          <w:rFonts w:ascii="Arial" w:hAnsi="Arial"/>
          <w:color w:val="5D7284"/>
          <w:sz w:val="22"/>
        </w:rPr>
        <w:t>07:03</w:t>
      </w:r>
    </w:p>
    <w:p>
      <w:pPr>
        <w:spacing w:after="0"/>
      </w:pPr>
      <w:r>
        <w:rPr>
          <w:rFonts w:ascii="Arial" w:hAnsi="Arial"/>
          <w:sz w:val="22"/>
        </w:rPr>
        <w:t>Automatic</w:t>
      </w:r>
    </w:p>
    <w:p>
      <w:pPr>
        <w:spacing w:after="0"/>
      </w:pPr>
    </w:p>
    <w:p>
      <w:pPr>
        <w:spacing w:after="0"/>
      </w:pPr>
      <w:r>
        <w:rPr>
          <w:rFonts w:ascii="Arial" w:hAnsi="Arial"/>
          <w:b/>
          <w:sz w:val="22"/>
        </w:rPr>
        <w:t xml:space="preserve">Damien Williams  </w:t>
      </w:r>
      <w:r>
        <w:rPr>
          <w:rFonts w:ascii="Arial" w:hAnsi="Arial"/>
          <w:color w:val="5D7284"/>
          <w:sz w:val="22"/>
        </w:rPr>
        <w:t>07:03</w:t>
      </w:r>
    </w:p>
    <w:p>
      <w:pPr>
        <w:spacing w:after="0"/>
      </w:pPr>
      <w:r>
        <w:rPr>
          <w:rFonts w:ascii="Arial" w:hAnsi="Arial"/>
          <w:sz w:val="22"/>
        </w:rPr>
        <w:t xml:space="preserve">It's it is it is an automatic process that you just kind of, it's integrated with you. And so those impulses and those, you know, I guess, intentionality states, can be read as electrical signals and potentialities through the body. And they've done a lot of work in training you know the sensors that prosthetics use to be able to read those kinds of electrical potentials. There is, however, a problem where in those kinds of very refined prosthetics, oftentimes are not accessible financially, in the way that we were just talking about, right, like there is, there's that barrier. </w:t>
      </w:r>
    </w:p>
    <w:p>
      <w:pPr>
        <w:spacing w:after="0"/>
      </w:pPr>
    </w:p>
    <w:p>
      <w:pPr>
        <w:spacing w:after="0"/>
      </w:pPr>
      <w:r>
        <w:rPr>
          <w:rFonts w:ascii="Arial" w:hAnsi="Arial"/>
          <w:b/>
          <w:sz w:val="22"/>
        </w:rPr>
        <w:t xml:space="preserve">Lucy  </w:t>
      </w:r>
      <w:r>
        <w:rPr>
          <w:rFonts w:ascii="Arial" w:hAnsi="Arial"/>
          <w:color w:val="5D7284"/>
          <w:sz w:val="22"/>
        </w:rPr>
        <w:t>07:04</w:t>
      </w:r>
    </w:p>
    <w:p>
      <w:pPr>
        <w:spacing w:after="0"/>
      </w:pPr>
      <w:r>
        <w:rPr>
          <w:rFonts w:ascii="Arial" w:hAnsi="Arial"/>
          <w:sz w:val="22"/>
        </w:rPr>
        <w:t>Yeah yeah</w:t>
      </w:r>
    </w:p>
    <w:p>
      <w:pPr>
        <w:spacing w:after="0"/>
      </w:pPr>
    </w:p>
    <w:p>
      <w:pPr>
        <w:spacing w:after="0"/>
      </w:pPr>
      <w:r>
        <w:rPr>
          <w:rFonts w:ascii="Arial" w:hAnsi="Arial"/>
          <w:b/>
          <w:sz w:val="22"/>
        </w:rPr>
        <w:t xml:space="preserve">Damien Williams  </w:t>
      </w:r>
      <w:r>
        <w:rPr>
          <w:rFonts w:ascii="Arial" w:hAnsi="Arial"/>
          <w:color w:val="5D7284"/>
          <w:sz w:val="22"/>
        </w:rPr>
        <w:t>07:04</w:t>
      </w:r>
    </w:p>
    <w:p>
      <w:pPr>
        <w:spacing w:after="0"/>
      </w:pPr>
      <w:r>
        <w:rPr>
          <w:rFonts w:ascii="Arial" w:hAnsi="Arial"/>
          <w:sz w:val="22"/>
        </w:rPr>
        <w:t xml:space="preserve">So one of the this is, you know, this is me speaking out of a United States context. So I just want to caveat that United States Medical Insurance, I don't know, if you're aware, not exactly great as a system. </w:t>
      </w:r>
    </w:p>
    <w:p>
      <w:pPr>
        <w:spacing w:after="0"/>
      </w:pPr>
    </w:p>
    <w:p>
      <w:pPr>
        <w:spacing w:after="0"/>
      </w:pPr>
      <w:r>
        <w:rPr>
          <w:rFonts w:ascii="Arial" w:hAnsi="Arial"/>
          <w:b/>
          <w:sz w:val="22"/>
        </w:rPr>
        <w:t xml:space="preserve">Alice  </w:t>
      </w:r>
      <w:r>
        <w:rPr>
          <w:rFonts w:ascii="Arial" w:hAnsi="Arial"/>
          <w:color w:val="5D7284"/>
          <w:sz w:val="22"/>
        </w:rPr>
        <w:t>08:03</w:t>
      </w:r>
    </w:p>
    <w:p>
      <w:pPr>
        <w:spacing w:after="0"/>
      </w:pPr>
      <w:r>
        <w:rPr>
          <w:rFonts w:ascii="Arial" w:hAnsi="Arial"/>
          <w:sz w:val="22"/>
        </w:rPr>
        <w:t>[laughs]</w:t>
      </w:r>
    </w:p>
    <w:p>
      <w:pPr>
        <w:spacing w:after="0"/>
      </w:pPr>
    </w:p>
    <w:p>
      <w:pPr>
        <w:spacing w:after="0"/>
      </w:pPr>
      <w:r>
        <w:rPr>
          <w:rFonts w:ascii="Arial" w:hAnsi="Arial"/>
          <w:b/>
          <w:sz w:val="22"/>
        </w:rPr>
        <w:t xml:space="preserve">Damien Williams  </w:t>
      </w:r>
      <w:r>
        <w:rPr>
          <w:rFonts w:ascii="Arial" w:hAnsi="Arial"/>
          <w:color w:val="5D7284"/>
          <w:sz w:val="22"/>
        </w:rPr>
        <w:t>08:05</w:t>
      </w:r>
    </w:p>
    <w:p>
      <w:pPr>
        <w:spacing w:after="0"/>
      </w:pPr>
      <w:r>
        <w:rPr>
          <w:rFonts w:ascii="Arial" w:hAnsi="Arial"/>
          <w:sz w:val="22"/>
        </w:rPr>
        <w:t xml:space="preserve">So certain things that people need to live lives are not always covered by insurance, certain types of wheelchairs, certain types of prosthetics, certain types of other assistive devices are not always necessarily covered by a person's insurance provider. And so the question of does this tool exist? is a different question from is this tool accessible and available? </w:t>
      </w:r>
    </w:p>
    <w:p>
      <w:pPr>
        <w:spacing w:after="0"/>
      </w:pPr>
    </w:p>
    <w:p>
      <w:pPr>
        <w:spacing w:after="0"/>
      </w:pPr>
      <w:r>
        <w:rPr>
          <w:rFonts w:ascii="Arial" w:hAnsi="Arial"/>
          <w:b/>
          <w:sz w:val="22"/>
        </w:rPr>
        <w:t xml:space="preserve">Alice  </w:t>
      </w:r>
      <w:r>
        <w:rPr>
          <w:rFonts w:ascii="Arial" w:hAnsi="Arial"/>
          <w:color w:val="5D7284"/>
          <w:sz w:val="22"/>
        </w:rPr>
        <w:t>08:33</w:t>
      </w:r>
    </w:p>
    <w:p>
      <w:pPr>
        <w:spacing w:after="0"/>
      </w:pPr>
      <w:r>
        <w:rPr>
          <w:rFonts w:ascii="Arial" w:hAnsi="Arial"/>
          <w:sz w:val="22"/>
        </w:rPr>
        <w:t>Mmm</w:t>
      </w:r>
    </w:p>
    <w:p>
      <w:pPr>
        <w:spacing w:after="0"/>
      </w:pPr>
    </w:p>
    <w:p>
      <w:pPr>
        <w:spacing w:after="0"/>
      </w:pPr>
      <w:r>
        <w:rPr>
          <w:rFonts w:ascii="Arial" w:hAnsi="Arial"/>
          <w:b/>
          <w:sz w:val="22"/>
        </w:rPr>
        <w:t xml:space="preserve">Lucy  </w:t>
      </w:r>
      <w:r>
        <w:rPr>
          <w:rFonts w:ascii="Arial" w:hAnsi="Arial"/>
          <w:color w:val="5D7284"/>
          <w:sz w:val="22"/>
        </w:rPr>
        <w:t>08:35</w:t>
      </w:r>
    </w:p>
    <w:p>
      <w:pPr>
        <w:spacing w:after="0"/>
      </w:pPr>
      <w:r>
        <w:rPr>
          <w:rFonts w:ascii="Arial" w:hAnsi="Arial"/>
          <w:sz w:val="22"/>
        </w:rPr>
        <w:t>Yeah yeah</w:t>
      </w:r>
    </w:p>
    <w:p>
      <w:pPr>
        <w:spacing w:after="0"/>
      </w:pPr>
    </w:p>
    <w:p>
      <w:pPr>
        <w:spacing w:after="0"/>
      </w:pPr>
      <w:r>
        <w:rPr>
          <w:rFonts w:ascii="Arial" w:hAnsi="Arial"/>
          <w:b/>
          <w:sz w:val="22"/>
        </w:rPr>
        <w:t xml:space="preserve">Damien Williams  </w:t>
      </w:r>
      <w:r>
        <w:rPr>
          <w:rFonts w:ascii="Arial" w:hAnsi="Arial"/>
          <w:color w:val="5D7284"/>
          <w:sz w:val="22"/>
        </w:rPr>
        <w:t>08:36</w:t>
      </w:r>
    </w:p>
    <w:p>
      <w:pPr>
        <w:spacing w:after="0"/>
      </w:pPr>
      <w:r>
        <w:rPr>
          <w:rFonts w:ascii="Arial" w:hAnsi="Arial"/>
          <w:sz w:val="22"/>
        </w:rPr>
        <w:t xml:space="preserve">And the idea that, that's an that then is even a separate idea. And a question from do the users of this technology do the people who might use this technology actually want this tool? In particular? </w:t>
      </w:r>
    </w:p>
    <w:p>
      <w:pPr>
        <w:spacing w:after="0"/>
      </w:pPr>
    </w:p>
    <w:p>
      <w:pPr>
        <w:spacing w:after="0"/>
      </w:pPr>
      <w:r>
        <w:rPr>
          <w:rFonts w:ascii="Arial" w:hAnsi="Arial"/>
          <w:b/>
          <w:sz w:val="22"/>
        </w:rPr>
        <w:t xml:space="preserve">Lucy  </w:t>
      </w:r>
      <w:r>
        <w:rPr>
          <w:rFonts w:ascii="Arial" w:hAnsi="Arial"/>
          <w:color w:val="5D7284"/>
          <w:sz w:val="22"/>
        </w:rPr>
        <w:t>08:51</w:t>
      </w:r>
    </w:p>
    <w:p>
      <w:pPr>
        <w:spacing w:after="0"/>
      </w:pPr>
      <w:r>
        <w:rPr>
          <w:rFonts w:ascii="Arial" w:hAnsi="Arial"/>
          <w:sz w:val="22"/>
        </w:rPr>
        <w:t xml:space="preserve">Yeah. </w:t>
      </w:r>
    </w:p>
    <w:p>
      <w:pPr>
        <w:spacing w:after="0"/>
      </w:pPr>
    </w:p>
    <w:p>
      <w:pPr>
        <w:spacing w:after="0"/>
      </w:pPr>
      <w:r>
        <w:rPr>
          <w:rFonts w:ascii="Arial" w:hAnsi="Arial"/>
          <w:b/>
          <w:sz w:val="22"/>
        </w:rPr>
        <w:t xml:space="preserve">Damien Williams  </w:t>
      </w:r>
      <w:r>
        <w:rPr>
          <w:rFonts w:ascii="Arial" w:hAnsi="Arial"/>
          <w:color w:val="5D7284"/>
          <w:sz w:val="22"/>
        </w:rPr>
        <w:t>08:52</w:t>
      </w:r>
    </w:p>
    <w:p>
      <w:pPr>
        <w:spacing w:after="0"/>
      </w:pPr>
      <w:r>
        <w:rPr>
          <w:rFonts w:ascii="Arial" w:hAnsi="Arial"/>
          <w:sz w:val="22"/>
        </w:rPr>
        <w:t>Right?</w:t>
      </w:r>
    </w:p>
    <w:p>
      <w:pPr>
        <w:spacing w:after="0"/>
      </w:pPr>
    </w:p>
    <w:p>
      <w:pPr>
        <w:spacing w:after="0"/>
      </w:pPr>
      <w:r>
        <w:rPr>
          <w:rFonts w:ascii="Arial" w:hAnsi="Arial"/>
          <w:b/>
          <w:sz w:val="22"/>
        </w:rPr>
        <w:t xml:space="preserve">Alice  </w:t>
      </w:r>
      <w:r>
        <w:rPr>
          <w:rFonts w:ascii="Arial" w:hAnsi="Arial"/>
          <w:color w:val="5D7284"/>
          <w:sz w:val="22"/>
        </w:rPr>
        <w:t>08:53</w:t>
      </w:r>
    </w:p>
    <w:p>
      <w:pPr>
        <w:spacing w:after="0"/>
      </w:pPr>
      <w:r>
        <w:rPr>
          <w:rFonts w:ascii="Arial" w:hAnsi="Arial"/>
          <w:sz w:val="22"/>
        </w:rPr>
        <w:t xml:space="preserve">That's, it sounds like the conversation that we had with Os, doesn't it? Whicht was about what was the emotional recognition AI technology, </w:t>
      </w:r>
    </w:p>
    <w:p>
      <w:pPr>
        <w:spacing w:after="0"/>
      </w:pPr>
    </w:p>
    <w:p>
      <w:pPr>
        <w:spacing w:after="0"/>
      </w:pPr>
      <w:r>
        <w:rPr>
          <w:rFonts w:ascii="Arial" w:hAnsi="Arial"/>
          <w:b/>
          <w:sz w:val="22"/>
        </w:rPr>
        <w:t xml:space="preserve">Alice  </w:t>
      </w:r>
      <w:r>
        <w:rPr>
          <w:rFonts w:ascii="Arial" w:hAnsi="Arial"/>
          <w:color w:val="5D7284"/>
          <w:sz w:val="22"/>
        </w:rPr>
        <w:t>09:02</w:t>
      </w:r>
    </w:p>
    <w:p>
      <w:pPr>
        <w:spacing w:after="0"/>
      </w:pPr>
      <w:r>
        <w:rPr>
          <w:rFonts w:ascii="Arial" w:hAnsi="Arial"/>
          <w:sz w:val="22"/>
        </w:rPr>
        <w:t>And we were just like, I don't think autistic people want this. I think non autistic people think autistic people want this.</w:t>
      </w:r>
    </w:p>
    <w:p>
      <w:pPr>
        <w:spacing w:after="0"/>
      </w:pPr>
    </w:p>
    <w:p>
      <w:pPr>
        <w:spacing w:after="0"/>
      </w:pPr>
      <w:r>
        <w:rPr>
          <w:rFonts w:ascii="Arial" w:hAnsi="Arial"/>
          <w:b/>
          <w:sz w:val="22"/>
        </w:rPr>
        <w:t xml:space="preserve">Damien Williams  </w:t>
      </w:r>
      <w:r>
        <w:rPr>
          <w:rFonts w:ascii="Arial" w:hAnsi="Arial"/>
          <w:color w:val="5D7284"/>
          <w:sz w:val="22"/>
        </w:rPr>
        <w:t>09:02</w:t>
      </w:r>
    </w:p>
    <w:p>
      <w:pPr>
        <w:spacing w:after="0"/>
      </w:pPr>
      <w:r>
        <w:rPr>
          <w:rFonts w:ascii="Arial" w:hAnsi="Arial"/>
          <w:sz w:val="22"/>
        </w:rPr>
        <w:t xml:space="preserve">Right right </w:t>
      </w:r>
    </w:p>
    <w:p>
      <w:pPr>
        <w:spacing w:after="0"/>
      </w:pPr>
    </w:p>
    <w:p>
      <w:pPr>
        <w:spacing w:after="0"/>
      </w:pPr>
      <w:r>
        <w:rPr>
          <w:rFonts w:ascii="Arial" w:hAnsi="Arial"/>
          <w:b/>
          <w:sz w:val="22"/>
        </w:rPr>
        <w:t xml:space="preserve">Lucy  </w:t>
      </w:r>
      <w:r>
        <w:rPr>
          <w:rFonts w:ascii="Arial" w:hAnsi="Arial"/>
          <w:color w:val="5D7284"/>
          <w:sz w:val="22"/>
        </w:rPr>
        <w:t>09:02</w:t>
      </w:r>
    </w:p>
    <w:p>
      <w:pPr>
        <w:spacing w:after="0"/>
      </w:pPr>
      <w:r>
        <w:rPr>
          <w:rFonts w:ascii="Arial" w:hAnsi="Arial"/>
          <w:sz w:val="22"/>
        </w:rPr>
        <w:t>Yeah yeah [chuckles]</w:t>
      </w:r>
    </w:p>
    <w:p>
      <w:pPr>
        <w:spacing w:after="0"/>
      </w:pPr>
    </w:p>
    <w:p>
      <w:pPr>
        <w:spacing w:after="0"/>
      </w:pPr>
      <w:r>
        <w:rPr>
          <w:rFonts w:ascii="Arial" w:hAnsi="Arial"/>
          <w:b/>
          <w:sz w:val="22"/>
        </w:rPr>
        <w:t xml:space="preserve">Lucy  </w:t>
      </w:r>
      <w:r>
        <w:rPr>
          <w:rFonts w:ascii="Arial" w:hAnsi="Arial"/>
          <w:color w:val="5D7284"/>
          <w:sz w:val="22"/>
        </w:rPr>
        <w:t>09:10</w:t>
      </w:r>
    </w:p>
    <w:p>
      <w:pPr>
        <w:spacing w:after="0"/>
      </w:pPr>
      <w:r>
        <w:rPr>
          <w:rFonts w:ascii="Arial" w:hAnsi="Arial"/>
          <w:sz w:val="22"/>
        </w:rPr>
        <w:t xml:space="preserve">but also as well, it's like, you see pictures of like, wheelchairs that walk up flgiths of stairs </w:t>
      </w:r>
    </w:p>
    <w:p>
      <w:pPr>
        <w:spacing w:after="0"/>
      </w:pPr>
    </w:p>
    <w:p>
      <w:pPr>
        <w:spacing w:after="0"/>
      </w:pPr>
      <w:r>
        <w:rPr>
          <w:rFonts w:ascii="Arial" w:hAnsi="Arial"/>
          <w:b/>
          <w:sz w:val="22"/>
        </w:rPr>
        <w:t xml:space="preserve">Alice  </w:t>
      </w:r>
      <w:r>
        <w:rPr>
          <w:rFonts w:ascii="Arial" w:hAnsi="Arial"/>
          <w:color w:val="5D7284"/>
          <w:sz w:val="22"/>
        </w:rPr>
        <w:t>09:17</w:t>
      </w:r>
    </w:p>
    <w:p>
      <w:pPr>
        <w:spacing w:after="0"/>
      </w:pPr>
      <w:r>
        <w:rPr>
          <w:rFonts w:ascii="Arial" w:hAnsi="Arial"/>
          <w:sz w:val="22"/>
        </w:rPr>
        <w:t>Yeah</w:t>
      </w:r>
    </w:p>
    <w:p>
      <w:pPr>
        <w:spacing w:after="0"/>
      </w:pPr>
    </w:p>
    <w:p>
      <w:pPr>
        <w:spacing w:after="0"/>
      </w:pPr>
      <w:r>
        <w:rPr>
          <w:rFonts w:ascii="Arial" w:hAnsi="Arial"/>
          <w:b/>
          <w:sz w:val="22"/>
        </w:rPr>
        <w:t xml:space="preserve">Lucy  </w:t>
      </w:r>
      <w:r>
        <w:rPr>
          <w:rFonts w:ascii="Arial" w:hAnsi="Arial"/>
          <w:color w:val="5D7284"/>
          <w:sz w:val="22"/>
        </w:rPr>
        <w:t>09:17</w:t>
      </w:r>
    </w:p>
    <w:p>
      <w:pPr>
        <w:spacing w:after="0"/>
      </w:pPr>
      <w:r>
        <w:rPr>
          <w:rFonts w:ascii="Arial" w:hAnsi="Arial"/>
          <w:sz w:val="22"/>
        </w:rPr>
        <w:t>I use a wheelchair. So and I look at them. and I'm like, just just put a ramp by the side of the stairs</w:t>
      </w:r>
    </w:p>
    <w:p>
      <w:pPr>
        <w:spacing w:after="0"/>
      </w:pPr>
    </w:p>
    <w:p>
      <w:pPr>
        <w:spacing w:after="0"/>
      </w:pPr>
      <w:r>
        <w:rPr>
          <w:rFonts w:ascii="Arial" w:hAnsi="Arial"/>
          <w:b/>
          <w:sz w:val="22"/>
        </w:rPr>
        <w:t xml:space="preserve">Damien Williams  </w:t>
      </w:r>
      <w:r>
        <w:rPr>
          <w:rFonts w:ascii="Arial" w:hAnsi="Arial"/>
          <w:color w:val="5D7284"/>
          <w:sz w:val="22"/>
        </w:rPr>
        <w:t>09:23</w:t>
      </w:r>
    </w:p>
    <w:p>
      <w:pPr>
        <w:spacing w:after="0"/>
      </w:pPr>
      <w:r>
        <w:rPr>
          <w:rFonts w:ascii="Arial" w:hAnsi="Arial"/>
          <w:sz w:val="22"/>
        </w:rPr>
        <w:t>Just put a ramp on it. Exactly, so that's exactly it. Just put a ramp on it. I don't need a chair,</w:t>
      </w:r>
    </w:p>
    <w:p>
      <w:pPr>
        <w:spacing w:after="0"/>
      </w:pPr>
    </w:p>
    <w:p>
      <w:pPr>
        <w:spacing w:after="0"/>
      </w:pPr>
      <w:r>
        <w:rPr>
          <w:rFonts w:ascii="Arial" w:hAnsi="Arial"/>
          <w:b/>
          <w:sz w:val="22"/>
        </w:rPr>
        <w:t xml:space="preserve">Lucy  </w:t>
      </w:r>
      <w:r>
        <w:rPr>
          <w:rFonts w:ascii="Arial" w:hAnsi="Arial"/>
          <w:color w:val="5D7284"/>
          <w:sz w:val="22"/>
        </w:rPr>
        <w:t>09:29</w:t>
      </w:r>
    </w:p>
    <w:p>
      <w:pPr>
        <w:spacing w:after="0"/>
      </w:pPr>
      <w:r>
        <w:rPr>
          <w:rFonts w:ascii="Arial" w:hAnsi="Arial"/>
          <w:sz w:val="22"/>
        </w:rPr>
        <w:t>I don't want a chair, no, that climbs because it's quite frightening to be up in the air and down and up again. And it's not not not not nice.</w:t>
      </w:r>
    </w:p>
    <w:p>
      <w:pPr>
        <w:spacing w:after="0"/>
      </w:pPr>
    </w:p>
    <w:p>
      <w:pPr>
        <w:spacing w:after="0"/>
      </w:pPr>
      <w:r>
        <w:rPr>
          <w:rFonts w:ascii="Arial" w:hAnsi="Arial"/>
          <w:b/>
          <w:sz w:val="22"/>
        </w:rPr>
        <w:t xml:space="preserve">Damien Williams  </w:t>
      </w:r>
      <w:r>
        <w:rPr>
          <w:rFonts w:ascii="Arial" w:hAnsi="Arial"/>
          <w:color w:val="5D7284"/>
          <w:sz w:val="22"/>
        </w:rPr>
        <w:t>09:37</w:t>
      </w:r>
    </w:p>
    <w:p>
      <w:pPr>
        <w:spacing w:after="0"/>
      </w:pPr>
      <w:r>
        <w:rPr>
          <w:rFonts w:ascii="Arial" w:hAnsi="Arial"/>
          <w:sz w:val="22"/>
        </w:rPr>
        <w:t xml:space="preserve">See and once again, to relate that back to the US context. Even if someone who uses a wheelchair does want for whatever reason, maybe they're you know, they have a sense of adventure and they want a chair </w:t>
      </w:r>
    </w:p>
    <w:p>
      <w:pPr>
        <w:spacing w:after="0"/>
      </w:pPr>
    </w:p>
    <w:p>
      <w:pPr>
        <w:spacing w:after="0"/>
      </w:pPr>
      <w:r>
        <w:rPr>
          <w:rFonts w:ascii="Arial" w:hAnsi="Arial"/>
          <w:b/>
          <w:sz w:val="22"/>
        </w:rPr>
        <w:t xml:space="preserve">Alice  </w:t>
      </w:r>
      <w:r>
        <w:rPr>
          <w:rFonts w:ascii="Arial" w:hAnsi="Arial"/>
          <w:color w:val="5D7284"/>
          <w:sz w:val="22"/>
        </w:rPr>
        <w:t>09:49</w:t>
      </w:r>
    </w:p>
    <w:p>
      <w:pPr>
        <w:spacing w:after="0"/>
      </w:pPr>
      <w:r>
        <w:rPr>
          <w:rFonts w:ascii="Arial" w:hAnsi="Arial"/>
          <w:sz w:val="22"/>
        </w:rPr>
        <w:t>Mmm</w:t>
      </w:r>
    </w:p>
    <w:p>
      <w:pPr>
        <w:spacing w:after="0"/>
      </w:pPr>
    </w:p>
    <w:p>
      <w:pPr>
        <w:spacing w:after="0"/>
      </w:pPr>
      <w:r>
        <w:rPr>
          <w:rFonts w:ascii="Arial" w:hAnsi="Arial"/>
          <w:b/>
          <w:sz w:val="22"/>
        </w:rPr>
        <w:t xml:space="preserve">Damien Williams  </w:t>
      </w:r>
      <w:r>
        <w:rPr>
          <w:rFonts w:ascii="Arial" w:hAnsi="Arial"/>
          <w:color w:val="5D7284"/>
          <w:sz w:val="22"/>
        </w:rPr>
        <w:t>09:49</w:t>
      </w:r>
    </w:p>
    <w:p>
      <w:pPr>
        <w:spacing w:after="0"/>
      </w:pPr>
      <w:r>
        <w:rPr>
          <w:rFonts w:ascii="Arial" w:hAnsi="Arial"/>
          <w:sz w:val="22"/>
        </w:rPr>
        <w:t xml:space="preserve">that just like jostles them around a lot and pulls them up the stairs in a weird way. I don't know I don't know people's lives. But let's say somebody actually does want that particular tool for whatever reason they want The categorization of that device might not simply be as a wheelchair anymore </w:t>
      </w:r>
    </w:p>
    <w:p>
      <w:pPr>
        <w:spacing w:after="0"/>
      </w:pPr>
    </w:p>
    <w:p>
      <w:pPr>
        <w:spacing w:after="0"/>
      </w:pPr>
      <w:r>
        <w:rPr>
          <w:rFonts w:ascii="Arial" w:hAnsi="Arial"/>
          <w:b/>
          <w:sz w:val="22"/>
        </w:rPr>
        <w:t xml:space="preserve">Lucy  </w:t>
      </w:r>
      <w:r>
        <w:rPr>
          <w:rFonts w:ascii="Arial" w:hAnsi="Arial"/>
          <w:color w:val="5D7284"/>
          <w:sz w:val="22"/>
        </w:rPr>
        <w:t>09:49</w:t>
      </w:r>
    </w:p>
    <w:p>
      <w:pPr>
        <w:spacing w:after="0"/>
      </w:pPr>
      <w:r>
        <w:rPr>
          <w:rFonts w:ascii="Arial" w:hAnsi="Arial"/>
          <w:sz w:val="22"/>
        </w:rPr>
        <w:t>Yeah [laughs]</w:t>
      </w:r>
    </w:p>
    <w:p>
      <w:pPr>
        <w:spacing w:after="0"/>
      </w:pPr>
    </w:p>
    <w:p>
      <w:pPr>
        <w:spacing w:after="0"/>
      </w:pPr>
      <w:r>
        <w:rPr>
          <w:rFonts w:ascii="Arial" w:hAnsi="Arial"/>
          <w:b/>
          <w:sz w:val="22"/>
        </w:rPr>
        <w:t xml:space="preserve">Lucy  </w:t>
      </w:r>
      <w:r>
        <w:rPr>
          <w:rFonts w:ascii="Arial" w:hAnsi="Arial"/>
          <w:color w:val="5D7284"/>
          <w:sz w:val="22"/>
        </w:rPr>
        <w:t>09:53</w:t>
      </w:r>
    </w:p>
    <w:p>
      <w:pPr>
        <w:spacing w:after="0"/>
      </w:pPr>
      <w:r>
        <w:rPr>
          <w:rFonts w:ascii="Arial" w:hAnsi="Arial"/>
          <w:sz w:val="22"/>
        </w:rPr>
        <w:t>No. It's a stair climber</w:t>
      </w:r>
    </w:p>
    <w:p>
      <w:pPr>
        <w:spacing w:after="0"/>
      </w:pPr>
    </w:p>
    <w:p>
      <w:pPr>
        <w:spacing w:after="0"/>
      </w:pPr>
      <w:r>
        <w:rPr>
          <w:rFonts w:ascii="Arial" w:hAnsi="Arial"/>
          <w:b/>
          <w:sz w:val="22"/>
        </w:rPr>
        <w:t xml:space="preserve">Damien Williams  </w:t>
      </w:r>
      <w:r>
        <w:rPr>
          <w:rFonts w:ascii="Arial" w:hAnsi="Arial"/>
          <w:color w:val="5D7284"/>
          <w:sz w:val="22"/>
        </w:rPr>
        <w:t>10:09</w:t>
      </w:r>
    </w:p>
    <w:p>
      <w:pPr>
        <w:spacing w:after="0"/>
      </w:pPr>
      <w:r>
        <w:rPr>
          <w:rFonts w:ascii="Arial" w:hAnsi="Arial"/>
          <w:sz w:val="22"/>
        </w:rPr>
        <w:t xml:space="preserve">It might exist stack like a stair climber or as a, you know, a small vehicle. </w:t>
      </w:r>
    </w:p>
    <w:p>
      <w:pPr>
        <w:spacing w:after="0"/>
      </w:pPr>
    </w:p>
    <w:p>
      <w:pPr>
        <w:spacing w:after="0"/>
      </w:pPr>
      <w:r>
        <w:rPr>
          <w:rFonts w:ascii="Arial" w:hAnsi="Arial"/>
          <w:b/>
          <w:sz w:val="22"/>
        </w:rPr>
        <w:t xml:space="preserve">Alice  </w:t>
      </w:r>
      <w:r>
        <w:rPr>
          <w:rFonts w:ascii="Arial" w:hAnsi="Arial"/>
          <w:color w:val="5D7284"/>
          <w:sz w:val="22"/>
        </w:rPr>
        <w:t>10:16</w:t>
      </w:r>
    </w:p>
    <w:p>
      <w:pPr>
        <w:spacing w:after="0"/>
      </w:pPr>
      <w:r>
        <w:rPr>
          <w:rFonts w:ascii="Arial" w:hAnsi="Arial"/>
          <w:sz w:val="22"/>
        </w:rPr>
        <w:t>Yeah</w:t>
      </w:r>
    </w:p>
    <w:p>
      <w:pPr>
        <w:spacing w:after="0"/>
      </w:pPr>
    </w:p>
    <w:p>
      <w:pPr>
        <w:spacing w:after="0"/>
      </w:pPr>
      <w:r>
        <w:rPr>
          <w:rFonts w:ascii="Arial" w:hAnsi="Arial"/>
          <w:b/>
          <w:sz w:val="22"/>
        </w:rPr>
        <w:t xml:space="preserve">Damien Williams  </w:t>
      </w:r>
      <w:r>
        <w:rPr>
          <w:rFonts w:ascii="Arial" w:hAnsi="Arial"/>
          <w:color w:val="5D7284"/>
          <w:sz w:val="22"/>
        </w:rPr>
        <w:t>10:17</w:t>
      </w:r>
    </w:p>
    <w:p>
      <w:pPr>
        <w:spacing w:after="0"/>
      </w:pPr>
      <w:r>
        <w:rPr>
          <w:rFonts w:ascii="Arial" w:hAnsi="Arial"/>
          <w:sz w:val="22"/>
        </w:rPr>
        <w:t xml:space="preserve">And so the insurance and the licencing, and the coverage of all of those categories are very different. </w:t>
      </w:r>
    </w:p>
    <w:p>
      <w:pPr>
        <w:spacing w:after="0"/>
      </w:pPr>
    </w:p>
    <w:p>
      <w:pPr>
        <w:spacing w:after="0"/>
      </w:pPr>
      <w:r>
        <w:rPr>
          <w:rFonts w:ascii="Arial" w:hAnsi="Arial"/>
          <w:b/>
          <w:sz w:val="22"/>
        </w:rPr>
        <w:t xml:space="preserve">Lucy  </w:t>
      </w:r>
      <w:r>
        <w:rPr>
          <w:rFonts w:ascii="Arial" w:hAnsi="Arial"/>
          <w:color w:val="5D7284"/>
          <w:sz w:val="22"/>
        </w:rPr>
        <w:t>10:25</w:t>
      </w:r>
    </w:p>
    <w:p>
      <w:pPr>
        <w:spacing w:after="0"/>
      </w:pPr>
      <w:r>
        <w:rPr>
          <w:rFonts w:ascii="Arial" w:hAnsi="Arial"/>
          <w:sz w:val="22"/>
        </w:rPr>
        <w:t>Mmhmm, yeah. Completely</w:t>
      </w:r>
    </w:p>
    <w:p>
      <w:pPr>
        <w:spacing w:after="0"/>
      </w:pPr>
    </w:p>
    <w:p>
      <w:pPr>
        <w:spacing w:after="0"/>
      </w:pPr>
      <w:r>
        <w:rPr>
          <w:rFonts w:ascii="Arial" w:hAnsi="Arial"/>
          <w:b/>
          <w:sz w:val="22"/>
        </w:rPr>
        <w:t xml:space="preserve">Damien Williams  </w:t>
      </w:r>
      <w:r>
        <w:rPr>
          <w:rFonts w:ascii="Arial" w:hAnsi="Arial"/>
          <w:color w:val="5D7284"/>
          <w:sz w:val="22"/>
        </w:rPr>
        <w:t>10:26</w:t>
      </w:r>
    </w:p>
    <w:p>
      <w:pPr>
        <w:spacing w:after="0"/>
      </w:pPr>
      <w:r>
        <w:rPr>
          <w:rFonts w:ascii="Arial" w:hAnsi="Arial"/>
          <w:sz w:val="22"/>
        </w:rPr>
        <w:t xml:space="preserve">And so how people can have access to even that tool if they do want it again, who knows whether they're actually going to get covered for it? Who knows whether it'll be approved? </w:t>
      </w:r>
    </w:p>
    <w:p>
      <w:pPr>
        <w:spacing w:after="0"/>
      </w:pPr>
    </w:p>
    <w:p>
      <w:pPr>
        <w:spacing w:after="0"/>
      </w:pPr>
      <w:r>
        <w:rPr>
          <w:rFonts w:ascii="Arial" w:hAnsi="Arial"/>
          <w:b/>
          <w:sz w:val="22"/>
        </w:rPr>
        <w:t xml:space="preserve">Lucy  </w:t>
      </w:r>
      <w:r>
        <w:rPr>
          <w:rFonts w:ascii="Arial" w:hAnsi="Arial"/>
          <w:color w:val="5D7284"/>
          <w:sz w:val="22"/>
        </w:rPr>
        <w:t>10:36</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10:36</w:t>
      </w:r>
    </w:p>
    <w:p>
      <w:pPr>
        <w:spacing w:after="0"/>
      </w:pPr>
      <w:r>
        <w:rPr>
          <w:rFonts w:ascii="Arial" w:hAnsi="Arial"/>
          <w:sz w:val="22"/>
        </w:rPr>
        <w:t>Yeah, I mean, it's, it's not entirely dissimilar over here, because I know Lucy, you've talked about needing to pay for your own wheelchair, because the standard NHS ones are just just unbearably uncomfortable.</w:t>
      </w:r>
    </w:p>
    <w:p>
      <w:pPr>
        <w:spacing w:after="0"/>
      </w:pPr>
    </w:p>
    <w:p>
      <w:pPr>
        <w:spacing w:after="0"/>
      </w:pPr>
      <w:r>
        <w:rPr>
          <w:rFonts w:ascii="Arial" w:hAnsi="Arial"/>
          <w:b/>
          <w:sz w:val="22"/>
        </w:rPr>
        <w:t xml:space="preserve">Alice  </w:t>
      </w:r>
      <w:r>
        <w:rPr>
          <w:rFonts w:ascii="Arial" w:hAnsi="Arial"/>
          <w:color w:val="5D7284"/>
          <w:sz w:val="22"/>
        </w:rPr>
        <w:t>10:49</w:t>
      </w:r>
    </w:p>
    <w:p>
      <w:pPr>
        <w:spacing w:after="0"/>
      </w:pPr>
      <w:r>
        <w:rPr>
          <w:rFonts w:ascii="Arial" w:hAnsi="Arial"/>
          <w:sz w:val="22"/>
        </w:rPr>
        <w:t>[laughs]</w:t>
      </w:r>
    </w:p>
    <w:p>
      <w:pPr>
        <w:spacing w:after="0"/>
      </w:pPr>
    </w:p>
    <w:p>
      <w:pPr>
        <w:spacing w:after="0"/>
      </w:pPr>
      <w:r>
        <w:rPr>
          <w:rFonts w:ascii="Arial" w:hAnsi="Arial"/>
          <w:b/>
          <w:sz w:val="22"/>
        </w:rPr>
        <w:t xml:space="preserve">Lucy  </w:t>
      </w:r>
      <w:r>
        <w:rPr>
          <w:rFonts w:ascii="Arial" w:hAnsi="Arial"/>
          <w:color w:val="5D7284"/>
          <w:sz w:val="22"/>
        </w:rPr>
        <w:t>10:49</w:t>
      </w:r>
    </w:p>
    <w:p>
      <w:pPr>
        <w:spacing w:after="0"/>
      </w:pPr>
      <w:r>
        <w:rPr>
          <w:rFonts w:ascii="Arial" w:hAnsi="Arial"/>
          <w:sz w:val="22"/>
        </w:rPr>
        <w:t>But I'm a very compact sack of potatoes in a wheelchair at the moment. But yeah, they're just horrible tears. And you think, well, I want to be comfortable, I sit in it.</w:t>
      </w:r>
    </w:p>
    <w:p>
      <w:pPr>
        <w:spacing w:after="0"/>
      </w:pPr>
    </w:p>
    <w:p>
      <w:pPr>
        <w:spacing w:after="0"/>
      </w:pPr>
      <w:r>
        <w:rPr>
          <w:rFonts w:ascii="Arial" w:hAnsi="Arial"/>
          <w:b/>
          <w:sz w:val="22"/>
        </w:rPr>
        <w:t xml:space="preserve">Lucy  </w:t>
      </w:r>
      <w:r>
        <w:rPr>
          <w:rFonts w:ascii="Arial" w:hAnsi="Arial"/>
          <w:color w:val="5D7284"/>
          <w:sz w:val="22"/>
        </w:rPr>
        <w:t>10:49</w:t>
      </w:r>
    </w:p>
    <w:p>
      <w:pPr>
        <w:spacing w:after="0"/>
      </w:pPr>
      <w:r>
        <w:rPr>
          <w:rFonts w:ascii="Arial" w:hAnsi="Arial"/>
          <w:sz w:val="22"/>
        </w:rPr>
        <w:t xml:space="preserve">Oh, it's a bone shaker. That's what I call it. It's just like he just not supported and he just move it around like a sack of potatoes. And, I mean, arguably, I am a sack of potatoes in a wheelchair. </w:t>
      </w:r>
    </w:p>
    <w:p>
      <w:pPr>
        <w:spacing w:after="0"/>
      </w:pPr>
    </w:p>
    <w:p>
      <w:pPr>
        <w:spacing w:after="0"/>
      </w:pPr>
      <w:r>
        <w:rPr>
          <w:rFonts w:ascii="Arial" w:hAnsi="Arial"/>
          <w:b/>
          <w:sz w:val="22"/>
        </w:rPr>
        <w:t xml:space="preserve">Damien Williams  </w:t>
      </w:r>
      <w:r>
        <w:rPr>
          <w:rFonts w:ascii="Arial" w:hAnsi="Arial"/>
          <w:color w:val="5D7284"/>
          <w:sz w:val="22"/>
        </w:rPr>
        <w:t>11:08</w:t>
      </w:r>
    </w:p>
    <w:p>
      <w:pPr>
        <w:spacing w:after="0"/>
      </w:pPr>
      <w:r>
        <w:rPr>
          <w:rFonts w:ascii="Arial" w:hAnsi="Arial"/>
          <w:sz w:val="22"/>
        </w:rPr>
        <w:t>Right</w:t>
      </w:r>
    </w:p>
    <w:p>
      <w:pPr>
        <w:spacing w:after="0"/>
      </w:pPr>
    </w:p>
    <w:p>
      <w:pPr>
        <w:spacing w:after="0"/>
      </w:pPr>
      <w:r>
        <w:rPr>
          <w:rFonts w:ascii="Arial" w:hAnsi="Arial"/>
          <w:b/>
          <w:sz w:val="22"/>
        </w:rPr>
        <w:t xml:space="preserve">Alice  </w:t>
      </w:r>
      <w:r>
        <w:rPr>
          <w:rFonts w:ascii="Arial" w:hAnsi="Arial"/>
          <w:color w:val="5D7284"/>
          <w:sz w:val="22"/>
        </w:rPr>
        <w:t>11:09</w:t>
      </w:r>
    </w:p>
    <w:p>
      <w:pPr>
        <w:spacing w:after="0"/>
      </w:pPr>
      <w:r>
        <w:rPr>
          <w:rFonts w:ascii="Arial" w:hAnsi="Arial"/>
          <w:sz w:val="22"/>
        </w:rPr>
        <w:t xml:space="preserve">And, and that's exactly kind of, you know, when it becomes a social issue is that? Well, the people who can afford to buy a comfortable wheelchair,  </w:t>
      </w:r>
    </w:p>
    <w:p>
      <w:pPr>
        <w:spacing w:after="0"/>
      </w:pPr>
    </w:p>
    <w:p>
      <w:pPr>
        <w:spacing w:after="0"/>
      </w:pPr>
      <w:r>
        <w:rPr>
          <w:rFonts w:ascii="Arial" w:hAnsi="Arial"/>
          <w:b/>
          <w:sz w:val="22"/>
        </w:rPr>
        <w:t xml:space="preserve">Damien Williams  </w:t>
      </w:r>
      <w:r>
        <w:rPr>
          <w:rFonts w:ascii="Arial" w:hAnsi="Arial"/>
          <w:color w:val="5D7284"/>
          <w:sz w:val="22"/>
        </w:rPr>
        <w:t>11:18</w:t>
      </w:r>
    </w:p>
    <w:p>
      <w:pPr>
        <w:spacing w:after="0"/>
      </w:pPr>
      <w:r>
        <w:rPr>
          <w:rFonts w:ascii="Arial" w:hAnsi="Arial"/>
          <w:sz w:val="22"/>
        </w:rPr>
        <w:t>Yes</w:t>
      </w:r>
    </w:p>
    <w:p>
      <w:pPr>
        <w:spacing w:after="0"/>
      </w:pPr>
    </w:p>
    <w:p>
      <w:pPr>
        <w:spacing w:after="0"/>
      </w:pPr>
      <w:r>
        <w:rPr>
          <w:rFonts w:ascii="Arial" w:hAnsi="Arial"/>
          <w:b/>
          <w:sz w:val="22"/>
        </w:rPr>
        <w:t xml:space="preserve">Alice  </w:t>
      </w:r>
      <w:r>
        <w:rPr>
          <w:rFonts w:ascii="Arial" w:hAnsi="Arial"/>
          <w:color w:val="5D7284"/>
          <w:sz w:val="22"/>
        </w:rPr>
        <w:t>11:18</w:t>
      </w:r>
    </w:p>
    <w:p>
      <w:pPr>
        <w:spacing w:after="0"/>
      </w:pPr>
      <w:r>
        <w:rPr>
          <w:rFonts w:ascii="Arial" w:hAnsi="Arial"/>
          <w:sz w:val="22"/>
        </w:rPr>
        <w:t xml:space="preserve">are the people who are in the economic situation where they can afford to buy a comfortable wheelchair. </w:t>
      </w:r>
    </w:p>
    <w:p>
      <w:pPr>
        <w:spacing w:after="0"/>
      </w:pPr>
    </w:p>
    <w:p>
      <w:pPr>
        <w:spacing w:after="0"/>
      </w:pPr>
      <w:r>
        <w:rPr>
          <w:rFonts w:ascii="Arial" w:hAnsi="Arial"/>
          <w:b/>
          <w:sz w:val="22"/>
        </w:rPr>
        <w:t xml:space="preserve">Lucy  </w:t>
      </w:r>
      <w:r>
        <w:rPr>
          <w:rFonts w:ascii="Arial" w:hAnsi="Arial"/>
          <w:color w:val="5D7284"/>
          <w:sz w:val="22"/>
        </w:rPr>
        <w:t>11:23</w:t>
      </w:r>
    </w:p>
    <w:p>
      <w:pPr>
        <w:spacing w:after="0"/>
      </w:pPr>
      <w:r>
        <w:rPr>
          <w:rFonts w:ascii="Arial" w:hAnsi="Arial"/>
          <w:sz w:val="22"/>
        </w:rPr>
        <w:t>I actually have a bank account that is just for like wheelchair, new wheelchair and wheelchair repairs. exactly.</w:t>
      </w:r>
    </w:p>
    <w:p>
      <w:pPr>
        <w:spacing w:after="0"/>
      </w:pPr>
    </w:p>
    <w:p>
      <w:pPr>
        <w:spacing w:after="0"/>
      </w:pPr>
      <w:r>
        <w:rPr>
          <w:rFonts w:ascii="Arial" w:hAnsi="Arial"/>
          <w:b/>
          <w:sz w:val="22"/>
        </w:rPr>
        <w:t xml:space="preserve">Damien Williams  </w:t>
      </w:r>
      <w:r>
        <w:rPr>
          <w:rFonts w:ascii="Arial" w:hAnsi="Arial"/>
          <w:color w:val="5D7284"/>
          <w:sz w:val="22"/>
        </w:rPr>
        <w:t>11:23</w:t>
      </w:r>
    </w:p>
    <w:p>
      <w:pPr>
        <w:spacing w:after="0"/>
      </w:pPr>
      <w:r>
        <w:rPr>
          <w:rFonts w:ascii="Arial" w:hAnsi="Arial"/>
          <w:sz w:val="22"/>
        </w:rPr>
        <w:t>Exactly</w:t>
      </w:r>
    </w:p>
    <w:p>
      <w:pPr>
        <w:spacing w:after="0"/>
      </w:pPr>
    </w:p>
    <w:p>
      <w:pPr>
        <w:spacing w:after="0"/>
      </w:pPr>
      <w:r>
        <w:rPr>
          <w:rFonts w:ascii="Arial" w:hAnsi="Arial"/>
          <w:b/>
          <w:sz w:val="22"/>
        </w:rPr>
        <w:t xml:space="preserve">Damien Williams  </w:t>
      </w:r>
      <w:r>
        <w:rPr>
          <w:rFonts w:ascii="Arial" w:hAnsi="Arial"/>
          <w:color w:val="5D7284"/>
          <w:sz w:val="22"/>
        </w:rPr>
        <w:t>11:29</w:t>
      </w:r>
    </w:p>
    <w:p>
      <w:pPr>
        <w:spacing w:after="0"/>
      </w:pPr>
      <w:r>
        <w:rPr>
          <w:rFonts w:ascii="Arial" w:hAnsi="Arial"/>
          <w:sz w:val="22"/>
        </w:rPr>
        <w:t xml:space="preserve">That's exaclty what I was about to say. That's exactly what was gonna say, if you don't have the economic means to just as needed on a whim, go out and purchase the kind of chair you want, you have to save for it, </w:t>
      </w:r>
    </w:p>
    <w:p>
      <w:pPr>
        <w:spacing w:after="0"/>
      </w:pPr>
    </w:p>
    <w:p>
      <w:pPr>
        <w:spacing w:after="0"/>
      </w:pPr>
      <w:r>
        <w:rPr>
          <w:rFonts w:ascii="Arial" w:hAnsi="Arial"/>
          <w:b/>
          <w:sz w:val="22"/>
        </w:rPr>
        <w:t xml:space="preserve">Alice Evans &amp; Lucy Wood  </w:t>
      </w:r>
      <w:r>
        <w:rPr>
          <w:rFonts w:ascii="Arial" w:hAnsi="Arial"/>
          <w:color w:val="5D7284"/>
          <w:sz w:val="22"/>
        </w:rPr>
        <w:t>11:40</w:t>
      </w:r>
    </w:p>
    <w:p>
      <w:pPr>
        <w:spacing w:after="0"/>
      </w:pPr>
      <w:r>
        <w:rPr>
          <w:rFonts w:ascii="Arial" w:hAnsi="Arial"/>
          <w:sz w:val="22"/>
        </w:rPr>
        <w:t>Yeah, yeah</w:t>
      </w:r>
    </w:p>
    <w:p>
      <w:pPr>
        <w:spacing w:after="0"/>
      </w:pPr>
    </w:p>
    <w:p>
      <w:pPr>
        <w:spacing w:after="0"/>
      </w:pPr>
      <w:r>
        <w:rPr>
          <w:rFonts w:ascii="Arial" w:hAnsi="Arial"/>
          <w:b/>
          <w:sz w:val="22"/>
        </w:rPr>
        <w:t xml:space="preserve">Damien Williams  </w:t>
      </w:r>
      <w:r>
        <w:rPr>
          <w:rFonts w:ascii="Arial" w:hAnsi="Arial"/>
          <w:color w:val="5D7284"/>
          <w:sz w:val="22"/>
        </w:rPr>
        <w:t>11:40</w:t>
      </w:r>
    </w:p>
    <w:p>
      <w:pPr>
        <w:spacing w:after="0"/>
      </w:pPr>
      <w:r>
        <w:rPr>
          <w:rFonts w:ascii="Arial" w:hAnsi="Arial"/>
          <w:sz w:val="22"/>
        </w:rPr>
        <w:t xml:space="preserve">You have to put out that money and set it aside in particular ways to be able to prep for that eventualities. right, and then what you can get is, you know, very likely not going to have those kinds of capabilities of like, warranty coverage, where anything that goes wrong is automatically going to get just taken care of by the manufacturer, right? Like that's not bundled in, you're gonna have to pay for that out of pocket. And then anything else that goes wrong after that anything maintenance, or any updates that are required, cares, you know, mechanical devices were out over time, they just do. </w:t>
      </w:r>
    </w:p>
    <w:p>
      <w:pPr>
        <w:spacing w:after="0"/>
      </w:pPr>
    </w:p>
    <w:p>
      <w:pPr>
        <w:spacing w:after="0"/>
      </w:pPr>
      <w:r>
        <w:rPr>
          <w:rFonts w:ascii="Arial" w:hAnsi="Arial"/>
          <w:b/>
          <w:sz w:val="22"/>
        </w:rPr>
        <w:t xml:space="preserve">Lucy  </w:t>
      </w:r>
      <w:r>
        <w:rPr>
          <w:rFonts w:ascii="Arial" w:hAnsi="Arial"/>
          <w:color w:val="5D7284"/>
          <w:sz w:val="22"/>
        </w:rPr>
        <w:t>11:40</w:t>
      </w:r>
    </w:p>
    <w:p>
      <w:pPr>
        <w:spacing w:after="0"/>
      </w:pPr>
      <w:r>
        <w:rPr>
          <w:rFonts w:ascii="Arial" w:hAnsi="Arial"/>
          <w:sz w:val="22"/>
        </w:rPr>
        <w:t>Yeah</w:t>
      </w:r>
    </w:p>
    <w:p>
      <w:pPr>
        <w:spacing w:after="0"/>
      </w:pPr>
    </w:p>
    <w:p>
      <w:pPr>
        <w:spacing w:after="0"/>
      </w:pPr>
      <w:r>
        <w:rPr>
          <w:rFonts w:ascii="Arial" w:hAnsi="Arial"/>
          <w:b/>
          <w:sz w:val="22"/>
        </w:rPr>
        <w:t xml:space="preserve">Damien Williams  </w:t>
      </w:r>
      <w:r>
        <w:rPr>
          <w:rFonts w:ascii="Arial" w:hAnsi="Arial"/>
          <w:color w:val="5D7284"/>
          <w:sz w:val="22"/>
        </w:rPr>
        <w:t>11:43</w:t>
      </w:r>
    </w:p>
    <w:p>
      <w:pPr>
        <w:spacing w:after="0"/>
      </w:pPr>
      <w:r>
        <w:rPr>
          <w:rFonts w:ascii="Arial" w:hAnsi="Arial"/>
          <w:sz w:val="22"/>
        </w:rPr>
        <w:t xml:space="preserve">So you're eventually going to have to replace something or repair something, no matter what </w:t>
      </w:r>
    </w:p>
    <w:p>
      <w:pPr>
        <w:spacing w:after="0"/>
      </w:pPr>
    </w:p>
    <w:p>
      <w:pPr>
        <w:spacing w:after="0"/>
      </w:pPr>
      <w:r>
        <w:rPr>
          <w:rFonts w:ascii="Arial" w:hAnsi="Arial"/>
          <w:b/>
          <w:sz w:val="22"/>
        </w:rPr>
        <w:t xml:space="preserve">Lucy  </w:t>
      </w:r>
      <w:r>
        <w:rPr>
          <w:rFonts w:ascii="Arial" w:hAnsi="Arial"/>
          <w:color w:val="5D7284"/>
          <w:sz w:val="22"/>
        </w:rPr>
        <w:t>12:21</w:t>
      </w:r>
    </w:p>
    <w:p>
      <w:pPr>
        <w:spacing w:after="0"/>
      </w:pPr>
      <w:r>
        <w:rPr>
          <w:rFonts w:ascii="Arial" w:hAnsi="Arial"/>
          <w:sz w:val="22"/>
        </w:rPr>
        <w:t>Or replace the whole thing</w:t>
      </w:r>
    </w:p>
    <w:p>
      <w:pPr>
        <w:spacing w:after="0"/>
      </w:pPr>
    </w:p>
    <w:p>
      <w:pPr>
        <w:spacing w:after="0"/>
      </w:pPr>
      <w:r>
        <w:rPr>
          <w:rFonts w:ascii="Arial" w:hAnsi="Arial"/>
          <w:b/>
          <w:sz w:val="22"/>
        </w:rPr>
        <w:t xml:space="preserve">Damien Williams  </w:t>
      </w:r>
      <w:r>
        <w:rPr>
          <w:rFonts w:ascii="Arial" w:hAnsi="Arial"/>
          <w:color w:val="5D7284"/>
          <w:sz w:val="22"/>
        </w:rPr>
        <w:t>12:22</w:t>
      </w:r>
    </w:p>
    <w:p>
      <w:pPr>
        <w:spacing w:after="0"/>
      </w:pPr>
      <w:r>
        <w:rPr>
          <w:rFonts w:ascii="Arial" w:hAnsi="Arial"/>
          <w:sz w:val="22"/>
        </w:rPr>
        <w:t xml:space="preserve">Or replace the entire device. exactly. </w:t>
      </w:r>
    </w:p>
    <w:p>
      <w:pPr>
        <w:spacing w:after="0"/>
      </w:pPr>
    </w:p>
    <w:p>
      <w:pPr>
        <w:spacing w:after="0"/>
      </w:pPr>
      <w:r>
        <w:rPr>
          <w:rFonts w:ascii="Arial" w:hAnsi="Arial"/>
          <w:b/>
          <w:sz w:val="22"/>
        </w:rPr>
        <w:t xml:space="preserve">Lucy  </w:t>
      </w:r>
      <w:r>
        <w:rPr>
          <w:rFonts w:ascii="Arial" w:hAnsi="Arial"/>
          <w:color w:val="5D7284"/>
          <w:sz w:val="22"/>
        </w:rPr>
        <w:t>12:24</w:t>
      </w:r>
    </w:p>
    <w:p>
      <w:pPr>
        <w:spacing w:after="0"/>
      </w:pPr>
      <w:r>
        <w:rPr>
          <w:rFonts w:ascii="Arial" w:hAnsi="Arial"/>
          <w:sz w:val="22"/>
        </w:rPr>
        <w:t>Yes</w:t>
      </w:r>
    </w:p>
    <w:p>
      <w:pPr>
        <w:spacing w:after="0"/>
      </w:pPr>
    </w:p>
    <w:p>
      <w:pPr>
        <w:spacing w:after="0"/>
      </w:pPr>
      <w:r>
        <w:rPr>
          <w:rFonts w:ascii="Arial" w:hAnsi="Arial"/>
          <w:b/>
          <w:sz w:val="22"/>
        </w:rPr>
        <w:t xml:space="preserve">Damien Williams  </w:t>
      </w:r>
      <w:r>
        <w:rPr>
          <w:rFonts w:ascii="Arial" w:hAnsi="Arial"/>
          <w:color w:val="5D7284"/>
          <w:sz w:val="22"/>
        </w:rPr>
        <w:t>12:24</w:t>
      </w:r>
    </w:p>
    <w:p>
      <w:pPr>
        <w:spacing w:after="0"/>
      </w:pPr>
      <w:r>
        <w:rPr>
          <w:rFonts w:ascii="Arial" w:hAnsi="Arial"/>
          <w:sz w:val="22"/>
        </w:rPr>
        <w:t xml:space="preserve">And so at a certain point, you know, how much money you can pay is going to really determine the quality of thing that you can have access to, but also how often you have to be thinking about your device, rather than simply being able to live your life. </w:t>
      </w:r>
    </w:p>
    <w:p>
      <w:pPr>
        <w:spacing w:after="0"/>
      </w:pPr>
    </w:p>
    <w:p>
      <w:pPr>
        <w:spacing w:after="0"/>
      </w:pPr>
      <w:r>
        <w:rPr>
          <w:rFonts w:ascii="Arial" w:hAnsi="Arial"/>
          <w:b/>
          <w:sz w:val="22"/>
        </w:rPr>
        <w:t xml:space="preserve">Alice  </w:t>
      </w:r>
      <w:r>
        <w:rPr>
          <w:rFonts w:ascii="Arial" w:hAnsi="Arial"/>
          <w:color w:val="5D7284"/>
          <w:sz w:val="22"/>
        </w:rPr>
        <w:t>12:39</w:t>
      </w:r>
    </w:p>
    <w:p>
      <w:pPr>
        <w:spacing w:after="0"/>
      </w:pPr>
      <w:r>
        <w:rPr>
          <w:rFonts w:ascii="Arial" w:hAnsi="Arial"/>
          <w:sz w:val="22"/>
        </w:rPr>
        <w:t xml:space="preserve">Mmm </w:t>
      </w:r>
    </w:p>
    <w:p>
      <w:pPr>
        <w:spacing w:after="0"/>
      </w:pPr>
    </w:p>
    <w:p>
      <w:pPr>
        <w:spacing w:after="0"/>
      </w:pPr>
      <w:r>
        <w:rPr>
          <w:rFonts w:ascii="Arial" w:hAnsi="Arial"/>
          <w:b/>
          <w:sz w:val="22"/>
        </w:rPr>
        <w:t xml:space="preserve">Lucy  </w:t>
      </w:r>
      <w:r>
        <w:rPr>
          <w:rFonts w:ascii="Arial" w:hAnsi="Arial"/>
          <w:color w:val="5D7284"/>
          <w:sz w:val="22"/>
        </w:rPr>
        <w:t>12:40</w:t>
      </w:r>
    </w:p>
    <w:p>
      <w:pPr>
        <w:spacing w:after="0"/>
      </w:pPr>
      <w:r>
        <w:rPr>
          <w:rFonts w:ascii="Arial" w:hAnsi="Arial"/>
          <w:sz w:val="22"/>
        </w:rPr>
        <w:t>Yeah</w:t>
      </w:r>
    </w:p>
    <w:p>
      <w:pPr>
        <w:spacing w:after="0"/>
      </w:pPr>
    </w:p>
    <w:p>
      <w:pPr>
        <w:spacing w:after="0"/>
      </w:pPr>
      <w:r>
        <w:rPr>
          <w:rFonts w:ascii="Arial" w:hAnsi="Arial"/>
          <w:b/>
          <w:sz w:val="22"/>
        </w:rPr>
        <w:t xml:space="preserve">Damien Williams  </w:t>
      </w:r>
      <w:r>
        <w:rPr>
          <w:rFonts w:ascii="Arial" w:hAnsi="Arial"/>
          <w:color w:val="5D7284"/>
          <w:sz w:val="22"/>
        </w:rPr>
        <w:t>12:41</w:t>
      </w:r>
    </w:p>
    <w:p>
      <w:pPr>
        <w:spacing w:after="0"/>
      </w:pPr>
      <w:r>
        <w:rPr>
          <w:rFonts w:ascii="Arial" w:hAnsi="Arial"/>
          <w:sz w:val="22"/>
        </w:rPr>
        <w:t xml:space="preserve">You know, like it's the it's the Terry Pratchett you know, Vimes boots model. </w:t>
      </w:r>
    </w:p>
    <w:p>
      <w:pPr>
        <w:spacing w:after="0"/>
      </w:pPr>
    </w:p>
    <w:p>
      <w:pPr>
        <w:spacing w:after="0"/>
      </w:pPr>
      <w:r>
        <w:rPr>
          <w:rFonts w:ascii="Arial" w:hAnsi="Arial"/>
          <w:b/>
          <w:sz w:val="22"/>
        </w:rPr>
        <w:t xml:space="preserve">Alice  </w:t>
      </w:r>
      <w:r>
        <w:rPr>
          <w:rFonts w:ascii="Arial" w:hAnsi="Arial"/>
          <w:color w:val="5D7284"/>
          <w:sz w:val="22"/>
        </w:rPr>
        <w:t>12:47</w:t>
      </w:r>
    </w:p>
    <w:p>
      <w:pPr>
        <w:spacing w:after="0"/>
      </w:pPr>
      <w:r>
        <w:rPr>
          <w:rFonts w:ascii="Arial" w:hAnsi="Arial"/>
          <w:sz w:val="22"/>
        </w:rPr>
        <w:t xml:space="preserve">Yes! </w:t>
      </w:r>
    </w:p>
    <w:p>
      <w:pPr>
        <w:spacing w:after="0"/>
      </w:pPr>
    </w:p>
    <w:p>
      <w:pPr>
        <w:spacing w:after="0"/>
      </w:pPr>
      <w:r>
        <w:rPr>
          <w:rFonts w:ascii="Arial" w:hAnsi="Arial"/>
          <w:b/>
          <w:sz w:val="22"/>
        </w:rPr>
        <w:t xml:space="preserve">Lucy  </w:t>
      </w:r>
      <w:r>
        <w:rPr>
          <w:rFonts w:ascii="Arial" w:hAnsi="Arial"/>
          <w:color w:val="5D7284"/>
          <w:sz w:val="22"/>
        </w:rPr>
        <w:t>12:47</w:t>
      </w:r>
    </w:p>
    <w:p>
      <w:pPr>
        <w:spacing w:after="0"/>
      </w:pPr>
      <w:r>
        <w:rPr>
          <w:rFonts w:ascii="Arial" w:hAnsi="Arial"/>
          <w:sz w:val="22"/>
        </w:rPr>
        <w:t xml:space="preserve">Yeah. </w:t>
      </w:r>
    </w:p>
    <w:p>
      <w:pPr>
        <w:spacing w:after="0"/>
      </w:pPr>
    </w:p>
    <w:p>
      <w:pPr>
        <w:spacing w:after="0"/>
      </w:pPr>
      <w:r>
        <w:rPr>
          <w:rFonts w:ascii="Arial" w:hAnsi="Arial"/>
          <w:b/>
          <w:sz w:val="22"/>
        </w:rPr>
        <w:t xml:space="preserve">Lucy  </w:t>
      </w:r>
      <w:r>
        <w:rPr>
          <w:rFonts w:ascii="Arial" w:hAnsi="Arial"/>
          <w:color w:val="5D7284"/>
          <w:sz w:val="22"/>
        </w:rPr>
        <w:t>12:48</w:t>
      </w:r>
    </w:p>
    <w:p>
      <w:pPr>
        <w:spacing w:after="0"/>
      </w:pPr>
      <w:r>
        <w:rPr>
          <w:rFonts w:ascii="Arial" w:hAnsi="Arial"/>
          <w:sz w:val="22"/>
        </w:rPr>
        <w:t>[laughs] Exaclty</w:t>
      </w:r>
    </w:p>
    <w:p>
      <w:pPr>
        <w:spacing w:after="0"/>
      </w:pPr>
    </w:p>
    <w:p>
      <w:pPr>
        <w:spacing w:after="0"/>
      </w:pPr>
      <w:r>
        <w:rPr>
          <w:rFonts w:ascii="Arial" w:hAnsi="Arial"/>
          <w:b/>
          <w:sz w:val="22"/>
        </w:rPr>
        <w:t xml:space="preserve">Damien Williams  </w:t>
      </w:r>
      <w:r>
        <w:rPr>
          <w:rFonts w:ascii="Arial" w:hAnsi="Arial"/>
          <w:color w:val="5D7284"/>
          <w:sz w:val="22"/>
        </w:rPr>
        <w:t>12:48</w:t>
      </w:r>
    </w:p>
    <w:p>
      <w:pPr>
        <w:spacing w:after="0"/>
      </w:pPr>
      <w:r>
        <w:rPr>
          <w:rFonts w:ascii="Arial" w:hAnsi="Arial"/>
          <w:sz w:val="22"/>
        </w:rPr>
        <w:t xml:space="preserve">Like how much money can you afford to spend - </w:t>
      </w:r>
    </w:p>
    <w:p>
      <w:pPr>
        <w:spacing w:after="0"/>
      </w:pPr>
    </w:p>
    <w:p>
      <w:pPr>
        <w:spacing w:after="0"/>
      </w:pPr>
      <w:r>
        <w:rPr>
          <w:rFonts w:ascii="Arial" w:hAnsi="Arial"/>
          <w:b/>
          <w:sz w:val="22"/>
        </w:rPr>
        <w:t xml:space="preserve">Damien Williams  </w:t>
      </w:r>
      <w:r>
        <w:rPr>
          <w:rFonts w:ascii="Arial" w:hAnsi="Arial"/>
          <w:color w:val="5D7284"/>
          <w:sz w:val="22"/>
        </w:rPr>
        <w:t>12:51</w:t>
      </w:r>
    </w:p>
    <w:p>
      <w:pPr>
        <w:spacing w:after="0"/>
      </w:pPr>
      <w:r>
        <w:rPr>
          <w:rFonts w:ascii="Arial" w:hAnsi="Arial"/>
          <w:sz w:val="22"/>
        </w:rPr>
        <w:t>to have a good pair of boots that last year forever, so that you don't have to spend that money on a recurring regular basis, to just be able to live your life.</w:t>
      </w:r>
    </w:p>
    <w:p>
      <w:pPr>
        <w:spacing w:after="0"/>
      </w:pPr>
    </w:p>
    <w:p>
      <w:pPr>
        <w:spacing w:after="0"/>
      </w:pPr>
      <w:r>
        <w:rPr>
          <w:rFonts w:ascii="Arial" w:hAnsi="Arial"/>
          <w:b/>
          <w:sz w:val="22"/>
        </w:rPr>
        <w:t xml:space="preserve">Alice  </w:t>
      </w:r>
      <w:r>
        <w:rPr>
          <w:rFonts w:ascii="Arial" w:hAnsi="Arial"/>
          <w:color w:val="5D7284"/>
          <w:sz w:val="22"/>
        </w:rPr>
        <w:t>13:02</w:t>
      </w:r>
    </w:p>
    <w:p>
      <w:pPr>
        <w:spacing w:after="0"/>
      </w:pPr>
      <w:r>
        <w:rPr>
          <w:rFonts w:ascii="Arial" w:hAnsi="Arial"/>
          <w:sz w:val="22"/>
        </w:rPr>
        <w:t xml:space="preserve">That gave me a like, although we're talking about a very depressing topic that Pratchett </w:t>
      </w:r>
    </w:p>
    <w:p>
      <w:pPr>
        <w:spacing w:after="0"/>
      </w:pPr>
    </w:p>
    <w:p>
      <w:pPr>
        <w:spacing w:after="0"/>
      </w:pPr>
      <w:r>
        <w:rPr>
          <w:rFonts w:ascii="Arial" w:hAnsi="Arial"/>
          <w:b/>
          <w:sz w:val="22"/>
        </w:rPr>
        <w:t xml:space="preserve">Lucy  </w:t>
      </w:r>
      <w:r>
        <w:rPr>
          <w:rFonts w:ascii="Arial" w:hAnsi="Arial"/>
          <w:color w:val="5D7284"/>
          <w:sz w:val="22"/>
        </w:rPr>
        <w:t>13:08</w:t>
      </w:r>
    </w:p>
    <w:p>
      <w:pPr>
        <w:spacing w:after="0"/>
      </w:pPr>
      <w:r>
        <w:rPr>
          <w:rFonts w:ascii="Arial" w:hAnsi="Arial"/>
          <w:sz w:val="22"/>
        </w:rPr>
        <w:t>[laughs]</w:t>
      </w:r>
    </w:p>
    <w:p>
      <w:pPr>
        <w:spacing w:after="0"/>
      </w:pPr>
    </w:p>
    <w:p>
      <w:pPr>
        <w:spacing w:after="0"/>
      </w:pPr>
      <w:r>
        <w:rPr>
          <w:rFonts w:ascii="Arial" w:hAnsi="Arial"/>
          <w:b/>
          <w:sz w:val="22"/>
        </w:rPr>
        <w:t xml:space="preserve">Alice  </w:t>
      </w:r>
      <w:r>
        <w:rPr>
          <w:rFonts w:ascii="Arial" w:hAnsi="Arial"/>
          <w:color w:val="5D7284"/>
          <w:sz w:val="22"/>
        </w:rPr>
        <w:t>13:08</w:t>
      </w:r>
    </w:p>
    <w:p>
      <w:pPr>
        <w:spacing w:after="0"/>
      </w:pPr>
      <w:r>
        <w:rPr>
          <w:rFonts w:ascii="Arial" w:hAnsi="Arial"/>
          <w:sz w:val="22"/>
        </w:rPr>
        <w:t>just gave me a really warm, like, late teenage throwback feeling. Like I need to take my Kindle out, read them all. Again,</w:t>
      </w:r>
    </w:p>
    <w:p>
      <w:pPr>
        <w:spacing w:after="0"/>
      </w:pPr>
    </w:p>
    <w:p>
      <w:pPr>
        <w:spacing w:after="0"/>
      </w:pPr>
      <w:r>
        <w:rPr>
          <w:rFonts w:ascii="Arial" w:hAnsi="Arial"/>
          <w:b/>
          <w:sz w:val="22"/>
        </w:rPr>
        <w:t xml:space="preserve">Damien Williams  </w:t>
      </w:r>
      <w:r>
        <w:rPr>
          <w:rFonts w:ascii="Arial" w:hAnsi="Arial"/>
          <w:color w:val="5D7284"/>
          <w:sz w:val="22"/>
        </w:rPr>
        <w:t>13:16</w:t>
      </w:r>
    </w:p>
    <w:p>
      <w:pPr>
        <w:spacing w:after="0"/>
      </w:pPr>
      <w:r>
        <w:rPr>
          <w:rFonts w:ascii="Arial" w:hAnsi="Arial"/>
          <w:sz w:val="22"/>
        </w:rPr>
        <w:t xml:space="preserve">If you could see over here on this side of my shelf, you would see all of my Terry Pratchett's. </w:t>
      </w:r>
    </w:p>
    <w:p>
      <w:pPr>
        <w:spacing w:after="0"/>
      </w:pPr>
    </w:p>
    <w:p>
      <w:pPr>
        <w:spacing w:after="0"/>
      </w:pPr>
      <w:r>
        <w:rPr>
          <w:rFonts w:ascii="Arial" w:hAnsi="Arial"/>
          <w:b/>
          <w:sz w:val="22"/>
        </w:rPr>
        <w:t xml:space="preserve">all  </w:t>
      </w:r>
      <w:r>
        <w:rPr>
          <w:rFonts w:ascii="Arial" w:hAnsi="Arial"/>
          <w:color w:val="5D7284"/>
          <w:sz w:val="22"/>
        </w:rPr>
        <w:t>13:21</w:t>
      </w:r>
    </w:p>
    <w:p>
      <w:pPr>
        <w:spacing w:after="0"/>
      </w:pPr>
      <w:r>
        <w:rPr>
          <w:rFonts w:ascii="Arial" w:hAnsi="Arial"/>
          <w:sz w:val="22"/>
        </w:rPr>
        <w:t>[laughing]</w:t>
      </w:r>
    </w:p>
    <w:p>
      <w:pPr>
        <w:spacing w:after="0"/>
      </w:pPr>
    </w:p>
    <w:p>
      <w:pPr>
        <w:spacing w:after="0"/>
      </w:pPr>
      <w:r>
        <w:rPr>
          <w:rFonts w:ascii="Arial" w:hAnsi="Arial"/>
          <w:b/>
          <w:sz w:val="22"/>
        </w:rPr>
        <w:t xml:space="preserve">Damien Williams  </w:t>
      </w:r>
      <w:r>
        <w:rPr>
          <w:rFonts w:ascii="Arial" w:hAnsi="Arial"/>
          <w:color w:val="5D7284"/>
          <w:sz w:val="22"/>
        </w:rPr>
        <w:t>13:27</w:t>
      </w:r>
    </w:p>
    <w:p>
      <w:pPr>
        <w:spacing w:after="0"/>
      </w:pPr>
      <w:r>
        <w:rPr>
          <w:rFonts w:ascii="Arial" w:hAnsi="Arial"/>
          <w:sz w:val="22"/>
        </w:rPr>
        <w:t>So, yeah, no it's one of those one of those problems where, yes, it is it's an economic barrier. It's a social barrier. It's a, it's a problem of access. And also, you know, in the construction and the design of the devices themselves, as we were talking about, how are they built? How are they? How are they designed? How, what structure and form do they take? And does that actually meet the needs of the people who are actually using them day in and day out?</w:t>
      </w:r>
    </w:p>
    <w:p>
      <w:pPr>
        <w:spacing w:after="0"/>
      </w:pPr>
    </w:p>
    <w:p>
      <w:pPr>
        <w:spacing w:after="0"/>
      </w:pPr>
      <w:r>
        <w:rPr>
          <w:rFonts w:ascii="Arial" w:hAnsi="Arial"/>
          <w:b/>
          <w:sz w:val="22"/>
        </w:rPr>
        <w:t xml:space="preserve">Lucy  </w:t>
      </w:r>
      <w:r>
        <w:rPr>
          <w:rFonts w:ascii="Arial" w:hAnsi="Arial"/>
          <w:color w:val="5D7284"/>
          <w:sz w:val="22"/>
        </w:rPr>
        <w:t>13:54</w:t>
      </w:r>
    </w:p>
    <w:p>
      <w:pPr>
        <w:spacing w:after="0"/>
      </w:pPr>
      <w:r>
        <w:rPr>
          <w:rFonts w:ascii="Arial" w:hAnsi="Arial"/>
          <w:sz w:val="22"/>
        </w:rPr>
        <w:t xml:space="preserve">This is the - </w:t>
      </w:r>
    </w:p>
    <w:p>
      <w:pPr>
        <w:spacing w:after="0"/>
      </w:pPr>
    </w:p>
    <w:p>
      <w:pPr>
        <w:spacing w:after="0"/>
      </w:pPr>
      <w:r>
        <w:rPr>
          <w:rFonts w:ascii="Arial" w:hAnsi="Arial"/>
          <w:b/>
          <w:sz w:val="22"/>
        </w:rPr>
        <w:t xml:space="preserve">Alice  </w:t>
      </w:r>
      <w:r>
        <w:rPr>
          <w:rFonts w:ascii="Arial" w:hAnsi="Arial"/>
          <w:color w:val="5D7284"/>
          <w:sz w:val="22"/>
        </w:rPr>
        <w:t>13:54</w:t>
      </w:r>
    </w:p>
    <w:p>
      <w:pPr>
        <w:spacing w:after="0"/>
      </w:pPr>
      <w:r>
        <w:rPr>
          <w:rFonts w:ascii="Arial" w:hAnsi="Arial"/>
          <w:sz w:val="22"/>
        </w:rPr>
        <w:t xml:space="preserve">That's true. Yeah, </w:t>
      </w:r>
    </w:p>
    <w:p>
      <w:pPr>
        <w:spacing w:after="0"/>
      </w:pPr>
    </w:p>
    <w:p>
      <w:pPr>
        <w:spacing w:after="0"/>
      </w:pPr>
      <w:r>
        <w:rPr>
          <w:rFonts w:ascii="Arial" w:hAnsi="Arial"/>
          <w:b/>
          <w:sz w:val="22"/>
        </w:rPr>
        <w:t xml:space="preserve">Lucy  </w:t>
      </w:r>
      <w:r>
        <w:rPr>
          <w:rFonts w:ascii="Arial" w:hAnsi="Arial"/>
          <w:color w:val="5D7284"/>
          <w:sz w:val="22"/>
        </w:rPr>
        <w:t>13:55</w:t>
      </w:r>
    </w:p>
    <w:p>
      <w:pPr>
        <w:spacing w:after="0"/>
      </w:pPr>
      <w:r>
        <w:rPr>
          <w:rFonts w:ascii="Arial" w:hAnsi="Arial"/>
          <w:sz w:val="22"/>
        </w:rPr>
        <w:t xml:space="preserve">Yeah I can see I can see new technology, I often look at new technology, just when I want to really depress myself and go that looks so cool, that looks, that'd, that'd be like really useful. And then I'll, then my brain goes, How much is it going to cost you? </w:t>
      </w:r>
    </w:p>
    <w:p>
      <w:pPr>
        <w:spacing w:after="0"/>
      </w:pPr>
    </w:p>
    <w:p>
      <w:pPr>
        <w:spacing w:after="0"/>
      </w:pPr>
      <w:r>
        <w:rPr>
          <w:rFonts w:ascii="Arial" w:hAnsi="Arial"/>
          <w:b/>
          <w:sz w:val="22"/>
        </w:rPr>
        <w:t xml:space="preserve">Damien Williams  </w:t>
      </w:r>
      <w:r>
        <w:rPr>
          <w:rFonts w:ascii="Arial" w:hAnsi="Arial"/>
          <w:color w:val="5D7284"/>
          <w:sz w:val="22"/>
        </w:rPr>
        <w:t>14:08</w:t>
      </w:r>
    </w:p>
    <w:p>
      <w:pPr>
        <w:spacing w:after="0"/>
      </w:pPr>
      <w:r>
        <w:rPr>
          <w:rFonts w:ascii="Arial" w:hAnsi="Arial"/>
          <w:sz w:val="22"/>
        </w:rPr>
        <w:t>Yep, yep</w:t>
      </w:r>
    </w:p>
    <w:p>
      <w:pPr>
        <w:spacing w:after="0"/>
      </w:pPr>
    </w:p>
    <w:p>
      <w:pPr>
        <w:spacing w:after="0"/>
      </w:pPr>
      <w:r>
        <w:rPr>
          <w:rFonts w:ascii="Arial" w:hAnsi="Arial"/>
          <w:b/>
          <w:sz w:val="22"/>
        </w:rPr>
        <w:t xml:space="preserve">Lucy  </w:t>
      </w:r>
      <w:r>
        <w:rPr>
          <w:rFonts w:ascii="Arial" w:hAnsi="Arial"/>
          <w:color w:val="5D7284"/>
          <w:sz w:val="22"/>
        </w:rPr>
        <w:t>14:08</w:t>
      </w:r>
    </w:p>
    <w:p>
      <w:pPr>
        <w:spacing w:after="0"/>
      </w:pPr>
      <w:r>
        <w:rPr>
          <w:rFonts w:ascii="Arial" w:hAnsi="Arial"/>
          <w:sz w:val="22"/>
        </w:rPr>
        <w:t>It's gonna cost you a small house.</w:t>
      </w:r>
    </w:p>
    <w:p>
      <w:pPr>
        <w:spacing w:after="0"/>
      </w:pPr>
    </w:p>
    <w:p>
      <w:pPr>
        <w:spacing w:after="0"/>
      </w:pPr>
      <w:r>
        <w:rPr>
          <w:rFonts w:ascii="Arial" w:hAnsi="Arial"/>
          <w:b/>
          <w:sz w:val="22"/>
        </w:rPr>
        <w:t xml:space="preserve">Damien Williams  </w:t>
      </w:r>
      <w:r>
        <w:rPr>
          <w:rFonts w:ascii="Arial" w:hAnsi="Arial"/>
          <w:color w:val="5D7284"/>
          <w:sz w:val="22"/>
        </w:rPr>
        <w:t>14:10</w:t>
      </w:r>
    </w:p>
    <w:p>
      <w:pPr>
        <w:spacing w:after="0"/>
      </w:pPr>
      <w:r>
        <w:rPr>
          <w:rFonts w:ascii="Arial" w:hAnsi="Arial"/>
          <w:sz w:val="22"/>
        </w:rPr>
        <w:t xml:space="preserve">RIght, right. Oh, no.literally that. </w:t>
      </w:r>
    </w:p>
    <w:p>
      <w:pPr>
        <w:spacing w:after="0"/>
      </w:pPr>
    </w:p>
    <w:p>
      <w:pPr>
        <w:spacing w:after="0"/>
      </w:pPr>
      <w:r>
        <w:rPr>
          <w:rFonts w:ascii="Arial" w:hAnsi="Arial"/>
          <w:b/>
          <w:sz w:val="22"/>
        </w:rPr>
        <w:t xml:space="preserve">Lucy  </w:t>
      </w:r>
      <w:r>
        <w:rPr>
          <w:rFonts w:ascii="Arial" w:hAnsi="Arial"/>
          <w:color w:val="5D7284"/>
          <w:sz w:val="22"/>
        </w:rPr>
        <w:t>14:13</w:t>
      </w:r>
    </w:p>
    <w:p>
      <w:pPr>
        <w:spacing w:after="0"/>
      </w:pPr>
      <w:r>
        <w:rPr>
          <w:rFonts w:ascii="Arial" w:hAnsi="Arial"/>
          <w:sz w:val="22"/>
        </w:rPr>
        <w:t>Yeah</w:t>
      </w:r>
    </w:p>
    <w:p>
      <w:pPr>
        <w:spacing w:after="0"/>
      </w:pPr>
    </w:p>
    <w:p>
      <w:pPr>
        <w:spacing w:after="0"/>
      </w:pPr>
      <w:r>
        <w:rPr>
          <w:rFonts w:ascii="Arial" w:hAnsi="Arial"/>
          <w:b/>
          <w:sz w:val="22"/>
        </w:rPr>
        <w:t xml:space="preserve">Damien Williams  </w:t>
      </w:r>
      <w:r>
        <w:rPr>
          <w:rFonts w:ascii="Arial" w:hAnsi="Arial"/>
          <w:color w:val="5D7284"/>
          <w:sz w:val="22"/>
        </w:rPr>
        <w:t>14:14</w:t>
      </w:r>
    </w:p>
    <w:p>
      <w:pPr>
        <w:spacing w:after="0"/>
      </w:pPr>
      <w:r>
        <w:rPr>
          <w:rFonts w:ascii="Arial" w:hAnsi="Arial"/>
          <w:sz w:val="22"/>
        </w:rPr>
        <w:t xml:space="preserve">So um, yeah. My advisor, Ashley Shew, my advisor from Virginia Tech and my collaborator and partner on a bunch of different projects currently. her work is specifically about looking at like, narratives of disability and disability and technology. right. And so she focuses on like, the difference between how technology is sold to disabled people, and how it's actually used by disabled people. </w:t>
      </w:r>
    </w:p>
    <w:p>
      <w:pPr>
        <w:spacing w:after="0"/>
      </w:pPr>
    </w:p>
    <w:p>
      <w:pPr>
        <w:spacing w:after="0"/>
      </w:pPr>
      <w:r>
        <w:rPr>
          <w:rFonts w:ascii="Arial" w:hAnsi="Arial"/>
          <w:b/>
          <w:sz w:val="22"/>
        </w:rPr>
        <w:t xml:space="preserve">Lucy  </w:t>
      </w:r>
      <w:r>
        <w:rPr>
          <w:rFonts w:ascii="Arial" w:hAnsi="Arial"/>
          <w:color w:val="5D7284"/>
          <w:sz w:val="22"/>
        </w:rPr>
        <w:t>14:42</w:t>
      </w:r>
    </w:p>
    <w:p>
      <w:pPr>
        <w:spacing w:after="0"/>
      </w:pPr>
      <w:r>
        <w:rPr>
          <w:rFonts w:ascii="Arial" w:hAnsi="Arial"/>
          <w:sz w:val="22"/>
        </w:rPr>
        <w:t xml:space="preserve">Yeah, yeah yeah. </w:t>
      </w:r>
    </w:p>
    <w:p>
      <w:pPr>
        <w:spacing w:after="0"/>
      </w:pPr>
    </w:p>
    <w:p>
      <w:pPr>
        <w:spacing w:after="0"/>
      </w:pPr>
      <w:r>
        <w:rPr>
          <w:rFonts w:ascii="Arial" w:hAnsi="Arial"/>
          <w:b/>
          <w:sz w:val="22"/>
        </w:rPr>
        <w:t xml:space="preserve">Damien Williams  </w:t>
      </w:r>
      <w:r>
        <w:rPr>
          <w:rFonts w:ascii="Arial" w:hAnsi="Arial"/>
          <w:color w:val="5D7284"/>
          <w:sz w:val="22"/>
        </w:rPr>
        <w:t>14:43</w:t>
      </w:r>
    </w:p>
    <w:p>
      <w:pPr>
        <w:spacing w:after="0"/>
      </w:pPr>
      <w:r>
        <w:rPr>
          <w:rFonts w:ascii="Arial" w:hAnsi="Arial"/>
          <w:sz w:val="22"/>
        </w:rPr>
        <w:t>And so she wrote a book that kind of encapsulates a lot of this just came out, it's called against techno ableism. And in the book, like, just right in the beginning, she talks about just a couple of various types of prosthetics, and this is Some devices. And I knew I knew because I know a lot of prosthetics users. I knew prosthetics were expensive. I know people who've had prosthetics that have cost upwards of like 40 and $50,000. U.S,</w:t>
      </w:r>
    </w:p>
    <w:p>
      <w:pPr>
        <w:spacing w:after="0"/>
      </w:pPr>
    </w:p>
    <w:p>
      <w:pPr>
        <w:spacing w:after="0"/>
      </w:pPr>
      <w:r>
        <w:rPr>
          <w:rFonts w:ascii="Arial" w:hAnsi="Arial"/>
          <w:b/>
          <w:sz w:val="22"/>
        </w:rPr>
        <w:t xml:space="preserve">Alice  </w:t>
      </w:r>
      <w:r>
        <w:rPr>
          <w:rFonts w:ascii="Arial" w:hAnsi="Arial"/>
          <w:color w:val="5D7284"/>
          <w:sz w:val="22"/>
        </w:rPr>
        <w:t>15:12</w:t>
      </w:r>
    </w:p>
    <w:p>
      <w:pPr>
        <w:spacing w:after="0"/>
      </w:pPr>
      <w:r>
        <w:rPr>
          <w:rFonts w:ascii="Arial" w:hAnsi="Arial"/>
          <w:sz w:val="22"/>
        </w:rPr>
        <w:t xml:space="preserve">Jesus Christ </w:t>
      </w:r>
    </w:p>
    <w:p>
      <w:pPr>
        <w:spacing w:after="0"/>
      </w:pPr>
    </w:p>
    <w:p>
      <w:pPr>
        <w:spacing w:after="0"/>
      </w:pPr>
      <w:r>
        <w:rPr>
          <w:rFonts w:ascii="Arial" w:hAnsi="Arial"/>
          <w:b/>
          <w:sz w:val="22"/>
        </w:rPr>
        <w:t xml:space="preserve">Lucy  </w:t>
      </w:r>
      <w:r>
        <w:rPr>
          <w:rFonts w:ascii="Arial" w:hAnsi="Arial"/>
          <w:color w:val="5D7284"/>
          <w:sz w:val="22"/>
        </w:rPr>
        <w:t>15:13</w:t>
      </w:r>
    </w:p>
    <w:p>
      <w:pPr>
        <w:spacing w:after="0"/>
      </w:pPr>
      <w:r>
        <w:rPr>
          <w:rFonts w:ascii="Arial" w:hAnsi="Arial"/>
          <w:sz w:val="22"/>
        </w:rPr>
        <w:t>Crazy</w:t>
      </w:r>
    </w:p>
    <w:p>
      <w:pPr>
        <w:spacing w:after="0"/>
      </w:pPr>
    </w:p>
    <w:p>
      <w:pPr>
        <w:spacing w:after="0"/>
      </w:pPr>
      <w:r>
        <w:rPr>
          <w:rFonts w:ascii="Arial" w:hAnsi="Arial"/>
          <w:b/>
          <w:sz w:val="22"/>
        </w:rPr>
        <w:t xml:space="preserve">Damien Williams  </w:t>
      </w:r>
      <w:r>
        <w:rPr>
          <w:rFonts w:ascii="Arial" w:hAnsi="Arial"/>
          <w:color w:val="5D7284"/>
          <w:sz w:val="22"/>
        </w:rPr>
        <w:t>15:14</w:t>
      </w:r>
    </w:p>
    <w:p>
      <w:pPr>
        <w:spacing w:after="0"/>
      </w:pPr>
      <w:r>
        <w:rPr>
          <w:rFonts w:ascii="Arial" w:hAnsi="Arial"/>
          <w:sz w:val="22"/>
        </w:rPr>
        <w:t xml:space="preserve">But she mentions one that she's aware of that, you know, a friend of hers was like was being pitched by a company that would have run them 100,000 plus dollars. </w:t>
      </w:r>
    </w:p>
    <w:p>
      <w:pPr>
        <w:spacing w:after="0"/>
      </w:pPr>
    </w:p>
    <w:p>
      <w:pPr>
        <w:spacing w:after="0"/>
      </w:pPr>
      <w:r>
        <w:rPr>
          <w:rFonts w:ascii="Arial" w:hAnsi="Arial"/>
          <w:b/>
          <w:sz w:val="22"/>
        </w:rPr>
        <w:t xml:space="preserve">Alice  </w:t>
      </w:r>
      <w:r>
        <w:rPr>
          <w:rFonts w:ascii="Arial" w:hAnsi="Arial"/>
          <w:color w:val="5D7284"/>
          <w:sz w:val="22"/>
        </w:rPr>
        <w:t>15:15</w:t>
      </w:r>
    </w:p>
    <w:p>
      <w:pPr>
        <w:spacing w:after="0"/>
      </w:pPr>
      <w:r>
        <w:rPr>
          <w:rFonts w:ascii="Arial" w:hAnsi="Arial"/>
          <w:sz w:val="22"/>
        </w:rPr>
        <w:t>Woah</w:t>
      </w:r>
    </w:p>
    <w:p>
      <w:pPr>
        <w:spacing w:after="0"/>
      </w:pPr>
    </w:p>
    <w:p>
      <w:pPr>
        <w:spacing w:after="0"/>
      </w:pPr>
      <w:r>
        <w:rPr>
          <w:rFonts w:ascii="Arial" w:hAnsi="Arial"/>
          <w:b/>
          <w:sz w:val="22"/>
        </w:rPr>
        <w:t xml:space="preserve">Damien Williams  </w:t>
      </w:r>
      <w:r>
        <w:rPr>
          <w:rFonts w:ascii="Arial" w:hAnsi="Arial"/>
          <w:color w:val="5D7284"/>
          <w:sz w:val="22"/>
        </w:rPr>
        <w:t>15:23</w:t>
      </w:r>
    </w:p>
    <w:p>
      <w:pPr>
        <w:spacing w:after="0"/>
      </w:pPr>
      <w:r>
        <w:rPr>
          <w:rFonts w:ascii="Arial" w:hAnsi="Arial"/>
          <w:sz w:val="22"/>
        </w:rPr>
        <w:t xml:space="preserve">That is literally the cost of a small fixer upper house,Right? Like - </w:t>
      </w:r>
    </w:p>
    <w:p>
      <w:pPr>
        <w:spacing w:after="0"/>
      </w:pPr>
    </w:p>
    <w:p>
      <w:pPr>
        <w:spacing w:after="0"/>
      </w:pPr>
      <w:r>
        <w:rPr>
          <w:rFonts w:ascii="Arial" w:hAnsi="Arial"/>
          <w:b/>
          <w:sz w:val="22"/>
        </w:rPr>
        <w:t xml:space="preserve">Lucy  </w:t>
      </w:r>
      <w:r>
        <w:rPr>
          <w:rFonts w:ascii="Arial" w:hAnsi="Arial"/>
          <w:color w:val="5D7284"/>
          <w:sz w:val="22"/>
        </w:rPr>
        <w:t>15:34</w:t>
      </w:r>
    </w:p>
    <w:p>
      <w:pPr>
        <w:spacing w:after="0"/>
      </w:pPr>
      <w:r>
        <w:rPr>
          <w:rFonts w:ascii="Arial" w:hAnsi="Arial"/>
          <w:sz w:val="22"/>
        </w:rPr>
        <w:t>Honeslty, Yeah, yeah.</w:t>
      </w:r>
    </w:p>
    <w:p>
      <w:pPr>
        <w:spacing w:after="0"/>
      </w:pPr>
    </w:p>
    <w:p>
      <w:pPr>
        <w:spacing w:after="0"/>
      </w:pPr>
      <w:r>
        <w:rPr>
          <w:rFonts w:ascii="Arial" w:hAnsi="Arial"/>
          <w:b/>
          <w:sz w:val="22"/>
        </w:rPr>
        <w:t xml:space="preserve">Damien Williams  </w:t>
      </w:r>
      <w:r>
        <w:rPr>
          <w:rFonts w:ascii="Arial" w:hAnsi="Arial"/>
          <w:color w:val="5D7284"/>
          <w:sz w:val="22"/>
        </w:rPr>
        <w:t>15:36</w:t>
      </w:r>
    </w:p>
    <w:p>
      <w:pPr>
        <w:spacing w:after="0"/>
      </w:pPr>
      <w:r>
        <w:rPr>
          <w:rFonts w:ascii="Arial" w:hAnsi="Arial"/>
          <w:sz w:val="22"/>
        </w:rPr>
        <w:t xml:space="preserve">Literally a house, </w:t>
      </w:r>
    </w:p>
    <w:p>
      <w:pPr>
        <w:spacing w:after="0"/>
      </w:pPr>
    </w:p>
    <w:p>
      <w:pPr>
        <w:spacing w:after="0"/>
      </w:pPr>
      <w:r>
        <w:rPr>
          <w:rFonts w:ascii="Arial" w:hAnsi="Arial"/>
          <w:b/>
          <w:sz w:val="22"/>
        </w:rPr>
        <w:t xml:space="preserve">Lucy  </w:t>
      </w:r>
      <w:r>
        <w:rPr>
          <w:rFonts w:ascii="Arial" w:hAnsi="Arial"/>
          <w:color w:val="5D7284"/>
          <w:sz w:val="22"/>
        </w:rPr>
        <w:t>15:37</w:t>
      </w:r>
    </w:p>
    <w:p>
      <w:pPr>
        <w:spacing w:after="0"/>
      </w:pPr>
      <w:r>
        <w:rPr>
          <w:rFonts w:ascii="Arial" w:hAnsi="Arial"/>
          <w:sz w:val="22"/>
        </w:rPr>
        <w:t xml:space="preserve">We've got, we have a disability Expo over here in England, it's probably the biggest in the country, I go because of my work and my field, my job. And when I went as like just a disabled person with wandering wound to have a look at this, like, wheelchair accessible vehicles or WAV's as they're called, and then there was like, hoists that can get you in and out of caravans. And there was caravans that you could get your wheelchair in with a wet room built in. And you just look at the price list of all the things and you think if I was a millionaire, it wouldn't matter whether my legs worked or not. </w:t>
      </w:r>
    </w:p>
    <w:p>
      <w:pPr>
        <w:spacing w:after="0"/>
      </w:pPr>
    </w:p>
    <w:p>
      <w:pPr>
        <w:spacing w:after="0"/>
      </w:pPr>
      <w:r>
        <w:rPr>
          <w:rFonts w:ascii="Arial" w:hAnsi="Arial"/>
          <w:b/>
          <w:sz w:val="22"/>
        </w:rPr>
        <w:t xml:space="preserve">Damien Williams  </w:t>
      </w:r>
      <w:r>
        <w:rPr>
          <w:rFonts w:ascii="Arial" w:hAnsi="Arial"/>
          <w:color w:val="5D7284"/>
          <w:sz w:val="22"/>
        </w:rPr>
        <w:t>16:13</w:t>
      </w:r>
    </w:p>
    <w:p>
      <w:pPr>
        <w:spacing w:after="0"/>
      </w:pPr>
      <w:r>
        <w:rPr>
          <w:rFonts w:ascii="Arial" w:hAnsi="Arial"/>
          <w:sz w:val="22"/>
        </w:rPr>
        <w:t>Right</w:t>
      </w:r>
    </w:p>
    <w:p>
      <w:pPr>
        <w:spacing w:after="0"/>
      </w:pPr>
    </w:p>
    <w:p>
      <w:pPr>
        <w:spacing w:after="0"/>
      </w:pPr>
      <w:r>
        <w:rPr>
          <w:rFonts w:ascii="Arial" w:hAnsi="Arial"/>
          <w:b/>
          <w:sz w:val="22"/>
        </w:rPr>
        <w:t xml:space="preserve">Lucy  </w:t>
      </w:r>
      <w:r>
        <w:rPr>
          <w:rFonts w:ascii="Arial" w:hAnsi="Arial"/>
          <w:color w:val="5D7284"/>
          <w:sz w:val="22"/>
        </w:rPr>
        <w:t>16:14</w:t>
      </w:r>
    </w:p>
    <w:p>
      <w:pPr>
        <w:spacing w:after="0"/>
      </w:pPr>
      <w:r>
        <w:rPr>
          <w:rFonts w:ascii="Arial" w:hAnsi="Arial"/>
          <w:sz w:val="22"/>
        </w:rPr>
        <w:t xml:space="preserve">Because you could get everything just for you. </w:t>
      </w:r>
    </w:p>
    <w:p>
      <w:pPr>
        <w:spacing w:after="0"/>
      </w:pPr>
    </w:p>
    <w:p>
      <w:pPr>
        <w:spacing w:after="0"/>
      </w:pPr>
      <w:r>
        <w:rPr>
          <w:rFonts w:ascii="Arial" w:hAnsi="Arial"/>
          <w:b/>
          <w:sz w:val="22"/>
        </w:rPr>
        <w:t xml:space="preserve">Damien Williams  </w:t>
      </w:r>
      <w:r>
        <w:rPr>
          <w:rFonts w:ascii="Arial" w:hAnsi="Arial"/>
          <w:color w:val="5D7284"/>
          <w:sz w:val="22"/>
        </w:rPr>
        <w:t>16:17</w:t>
      </w:r>
    </w:p>
    <w:p>
      <w:pPr>
        <w:spacing w:after="0"/>
      </w:pPr>
      <w:r>
        <w:rPr>
          <w:rFonts w:ascii="Arial" w:hAnsi="Arial"/>
          <w:sz w:val="22"/>
        </w:rPr>
        <w:t>Exactly</w:t>
      </w:r>
    </w:p>
    <w:p>
      <w:pPr>
        <w:spacing w:after="0"/>
      </w:pPr>
    </w:p>
    <w:p>
      <w:pPr>
        <w:spacing w:after="0"/>
      </w:pPr>
      <w:r>
        <w:rPr>
          <w:rFonts w:ascii="Arial" w:hAnsi="Arial"/>
          <w:b/>
          <w:sz w:val="22"/>
        </w:rPr>
        <w:t xml:space="preserve">Lucy  </w:t>
      </w:r>
      <w:r>
        <w:rPr>
          <w:rFonts w:ascii="Arial" w:hAnsi="Arial"/>
          <w:color w:val="5D7284"/>
          <w:sz w:val="22"/>
        </w:rPr>
        <w:t>16:18</w:t>
      </w:r>
    </w:p>
    <w:p>
      <w:pPr>
        <w:spacing w:after="0"/>
      </w:pPr>
      <w:r>
        <w:rPr>
          <w:rFonts w:ascii="Arial" w:hAnsi="Arial"/>
          <w:sz w:val="22"/>
        </w:rPr>
        <w:t>But you  come away and you feel like I am so depressed, and I'm so poor [chuckles]</w:t>
      </w:r>
    </w:p>
    <w:p>
      <w:pPr>
        <w:spacing w:after="0"/>
      </w:pPr>
    </w:p>
    <w:p>
      <w:pPr>
        <w:spacing w:after="0"/>
      </w:pPr>
      <w:r>
        <w:rPr>
          <w:rFonts w:ascii="Arial" w:hAnsi="Arial"/>
          <w:b/>
          <w:sz w:val="22"/>
        </w:rPr>
        <w:t xml:space="preserve">Alice  </w:t>
      </w:r>
      <w:r>
        <w:rPr>
          <w:rFonts w:ascii="Arial" w:hAnsi="Arial"/>
          <w:color w:val="5D7284"/>
          <w:sz w:val="22"/>
        </w:rPr>
        <w:t>16:22</w:t>
      </w:r>
    </w:p>
    <w:p>
      <w:pPr>
        <w:spacing w:after="0"/>
      </w:pPr>
      <w:r>
        <w:rPr>
          <w:rFonts w:ascii="Arial" w:hAnsi="Arial"/>
          <w:sz w:val="22"/>
        </w:rPr>
        <w:t xml:space="preserve">Exactly. What is the intersection of millionaire billionaire, disabled, and and disabled? Like I imagine, actually, </w:t>
      </w:r>
    </w:p>
    <w:p>
      <w:pPr>
        <w:spacing w:after="0"/>
      </w:pPr>
    </w:p>
    <w:p>
      <w:pPr>
        <w:spacing w:after="0"/>
      </w:pPr>
      <w:r>
        <w:rPr>
          <w:rFonts w:ascii="Arial" w:hAnsi="Arial"/>
          <w:b/>
          <w:sz w:val="22"/>
        </w:rPr>
        <w:t xml:space="preserve">Damien Williams  </w:t>
      </w:r>
      <w:r>
        <w:rPr>
          <w:rFonts w:ascii="Arial" w:hAnsi="Arial"/>
          <w:color w:val="5D7284"/>
          <w:sz w:val="22"/>
        </w:rPr>
        <w:t>16:30</w:t>
      </w:r>
    </w:p>
    <w:p>
      <w:pPr>
        <w:spacing w:after="0"/>
      </w:pPr>
      <w:r>
        <w:rPr>
          <w:rFonts w:ascii="Arial" w:hAnsi="Arial"/>
          <w:sz w:val="22"/>
        </w:rPr>
        <w:t>Yep, yep.</w:t>
      </w:r>
    </w:p>
    <w:p>
      <w:pPr>
        <w:spacing w:after="0"/>
      </w:pPr>
    </w:p>
    <w:p>
      <w:pPr>
        <w:spacing w:after="0"/>
      </w:pPr>
      <w:r>
        <w:rPr>
          <w:rFonts w:ascii="Arial" w:hAnsi="Arial"/>
          <w:b/>
          <w:sz w:val="22"/>
        </w:rPr>
        <w:t xml:space="preserve">Alice  </w:t>
      </w:r>
      <w:r>
        <w:rPr>
          <w:rFonts w:ascii="Arial" w:hAnsi="Arial"/>
          <w:color w:val="5D7284"/>
          <w:sz w:val="22"/>
        </w:rPr>
        <w:t>16:30</w:t>
      </w:r>
    </w:p>
    <w:p>
      <w:pPr>
        <w:spacing w:after="0"/>
      </w:pPr>
      <w:r>
        <w:rPr>
          <w:rFonts w:ascii="Arial" w:hAnsi="Arial"/>
          <w:sz w:val="22"/>
        </w:rPr>
        <w:t>That's a fairly slim margin, isn't it?</w:t>
      </w:r>
    </w:p>
    <w:p>
      <w:pPr>
        <w:spacing w:after="0"/>
      </w:pPr>
    </w:p>
    <w:p>
      <w:pPr>
        <w:spacing w:after="0"/>
      </w:pPr>
      <w:r>
        <w:rPr>
          <w:rFonts w:ascii="Arial" w:hAnsi="Arial"/>
          <w:b/>
          <w:sz w:val="22"/>
        </w:rPr>
        <w:t xml:space="preserve">Lucy  </w:t>
      </w:r>
      <w:r>
        <w:rPr>
          <w:rFonts w:ascii="Arial" w:hAnsi="Arial"/>
          <w:color w:val="5D7284"/>
          <w:sz w:val="22"/>
        </w:rPr>
        <w:t>16:33</w:t>
      </w:r>
    </w:p>
    <w:p>
      <w:pPr>
        <w:spacing w:after="0"/>
      </w:pPr>
      <w:r>
        <w:rPr>
          <w:rFonts w:ascii="Arial" w:hAnsi="Arial"/>
          <w:sz w:val="22"/>
        </w:rPr>
        <w:t>Very tiny, yeah yeah.</w:t>
      </w:r>
    </w:p>
    <w:p>
      <w:pPr>
        <w:spacing w:after="0"/>
      </w:pPr>
    </w:p>
    <w:p>
      <w:pPr>
        <w:spacing w:after="0"/>
      </w:pPr>
      <w:r>
        <w:rPr>
          <w:rFonts w:ascii="Arial" w:hAnsi="Arial"/>
          <w:b/>
          <w:sz w:val="22"/>
        </w:rPr>
        <w:t xml:space="preserve">Damien Williams  </w:t>
      </w:r>
      <w:r>
        <w:rPr>
          <w:rFonts w:ascii="Arial" w:hAnsi="Arial"/>
          <w:color w:val="5D7284"/>
          <w:sz w:val="22"/>
        </w:rPr>
        <w:t>16:34</w:t>
      </w:r>
    </w:p>
    <w:p>
      <w:pPr>
        <w:spacing w:after="0"/>
      </w:pPr>
      <w:r>
        <w:rPr>
          <w:rFonts w:ascii="Arial" w:hAnsi="Arial"/>
          <w:sz w:val="22"/>
        </w:rPr>
        <w:t>It is. I mean, even even thinking about when we think about the, the models of the various tropes of disability, right, and you think about the number of people who get held up as like the the inspiration porn about, you know, overcoming disability and all of that, you know, the number of prestigious, I guess, or even just famous in the public eye, disabled people</w:t>
      </w:r>
    </w:p>
    <w:p>
      <w:pPr>
        <w:spacing w:after="0"/>
      </w:pPr>
    </w:p>
    <w:p>
      <w:pPr>
        <w:spacing w:after="0"/>
      </w:pPr>
      <w:r>
        <w:rPr>
          <w:rFonts w:ascii="Arial" w:hAnsi="Arial"/>
          <w:b/>
          <w:sz w:val="22"/>
        </w:rPr>
        <w:t xml:space="preserve">Lucy  </w:t>
      </w:r>
      <w:r>
        <w:rPr>
          <w:rFonts w:ascii="Arial" w:hAnsi="Arial"/>
          <w:color w:val="5D7284"/>
          <w:sz w:val="22"/>
        </w:rPr>
        <w:t>17:00</w:t>
      </w:r>
    </w:p>
    <w:p>
      <w:pPr>
        <w:spacing w:after="0"/>
      </w:pPr>
      <w:r>
        <w:rPr>
          <w:rFonts w:ascii="Arial" w:hAnsi="Arial"/>
          <w:sz w:val="22"/>
        </w:rPr>
        <w:t>Yeah</w:t>
      </w:r>
    </w:p>
    <w:p>
      <w:pPr>
        <w:spacing w:after="0"/>
      </w:pPr>
    </w:p>
    <w:p>
      <w:pPr>
        <w:spacing w:after="0"/>
      </w:pPr>
      <w:r>
        <w:rPr>
          <w:rFonts w:ascii="Arial" w:hAnsi="Arial"/>
          <w:b/>
          <w:sz w:val="22"/>
        </w:rPr>
        <w:t xml:space="preserve">Damien Williams  </w:t>
      </w:r>
      <w:r>
        <w:rPr>
          <w:rFonts w:ascii="Arial" w:hAnsi="Arial"/>
          <w:color w:val="5D7284"/>
          <w:sz w:val="22"/>
        </w:rPr>
        <w:t>17:00</w:t>
      </w:r>
    </w:p>
    <w:p>
      <w:pPr>
        <w:spacing w:after="0"/>
      </w:pPr>
      <w:r>
        <w:rPr>
          <w:rFonts w:ascii="Arial" w:hAnsi="Arial"/>
          <w:sz w:val="22"/>
        </w:rPr>
        <w:t xml:space="preserve"> Is fairly low. right? And so to knowing that fame does not always correlate to wealth, to then extrapolate that even further and say, there's probably not, there's not that many people who are going to be meaningfully disabled by the society in which we live having accessibility issues that they need accommodated, who are wealthy enough to not have to think about that? That's not a large number.</w:t>
      </w:r>
    </w:p>
    <w:p>
      <w:pPr>
        <w:spacing w:after="0"/>
      </w:pPr>
    </w:p>
    <w:p>
      <w:pPr>
        <w:spacing w:after="0"/>
      </w:pPr>
      <w:r>
        <w:rPr>
          <w:rFonts w:ascii="Arial" w:hAnsi="Arial"/>
          <w:b/>
          <w:sz w:val="22"/>
        </w:rPr>
        <w:t xml:space="preserve">Alice  </w:t>
      </w:r>
      <w:r>
        <w:rPr>
          <w:rFonts w:ascii="Arial" w:hAnsi="Arial"/>
          <w:color w:val="5D7284"/>
          <w:sz w:val="22"/>
        </w:rPr>
        <w:t>17:31</w:t>
      </w:r>
    </w:p>
    <w:p>
      <w:pPr>
        <w:spacing w:after="0"/>
      </w:pPr>
      <w:r>
        <w:rPr>
          <w:rFonts w:ascii="Arial" w:hAnsi="Arial"/>
          <w:sz w:val="22"/>
        </w:rPr>
        <w:t xml:space="preserve">And, and so my question then is, you know, I'm not saying that tech companies and stuff shouldn't be making stuff for disabled people, but I'm a little bit like, I'm surprised anybody bothers </w:t>
      </w:r>
    </w:p>
    <w:p>
      <w:pPr>
        <w:spacing w:after="0"/>
      </w:pPr>
    </w:p>
    <w:p>
      <w:pPr>
        <w:spacing w:after="0"/>
      </w:pPr>
      <w:r>
        <w:rPr>
          <w:rFonts w:ascii="Arial" w:hAnsi="Arial"/>
          <w:b/>
          <w:sz w:val="22"/>
        </w:rPr>
        <w:t xml:space="preserve">Lucy  </w:t>
      </w:r>
      <w:r>
        <w:rPr>
          <w:rFonts w:ascii="Arial" w:hAnsi="Arial"/>
          <w:color w:val="5D7284"/>
          <w:sz w:val="22"/>
        </w:rPr>
        <w:t>17:41</w:t>
      </w:r>
    </w:p>
    <w:p>
      <w:pPr>
        <w:spacing w:after="0"/>
      </w:pPr>
      <w:r>
        <w:rPr>
          <w:rFonts w:ascii="Arial" w:hAnsi="Arial"/>
          <w:sz w:val="22"/>
        </w:rPr>
        <w:t>[laughs]</w:t>
      </w:r>
    </w:p>
    <w:p>
      <w:pPr>
        <w:spacing w:after="0"/>
      </w:pPr>
    </w:p>
    <w:p>
      <w:pPr>
        <w:spacing w:after="0"/>
      </w:pPr>
      <w:r>
        <w:rPr>
          <w:rFonts w:ascii="Arial" w:hAnsi="Arial"/>
          <w:b/>
          <w:sz w:val="22"/>
        </w:rPr>
        <w:t xml:space="preserve">Alice  </w:t>
      </w:r>
      <w:r>
        <w:rPr>
          <w:rFonts w:ascii="Arial" w:hAnsi="Arial"/>
          <w:color w:val="5D7284"/>
          <w:sz w:val="22"/>
        </w:rPr>
        <w:t>17:41</w:t>
      </w:r>
    </w:p>
    <w:p>
      <w:pPr>
        <w:spacing w:after="0"/>
      </w:pPr>
      <w:r>
        <w:rPr>
          <w:rFonts w:ascii="Arial" w:hAnsi="Arial"/>
          <w:sz w:val="22"/>
        </w:rPr>
        <w:t>Because I mean, I guess I guess that's the reason -</w:t>
      </w:r>
    </w:p>
    <w:p>
      <w:pPr>
        <w:spacing w:after="0"/>
      </w:pPr>
    </w:p>
    <w:p>
      <w:pPr>
        <w:spacing w:after="0"/>
      </w:pPr>
      <w:r>
        <w:rPr>
          <w:rFonts w:ascii="Arial" w:hAnsi="Arial"/>
          <w:b/>
          <w:sz w:val="22"/>
        </w:rPr>
        <w:t xml:space="preserve">Damien Williams  </w:t>
      </w:r>
      <w:r>
        <w:rPr>
          <w:rFonts w:ascii="Arial" w:hAnsi="Arial"/>
          <w:color w:val="5D7284"/>
          <w:sz w:val="22"/>
        </w:rPr>
        <w:t>17:45</w:t>
      </w:r>
    </w:p>
    <w:p>
      <w:pPr>
        <w:spacing w:after="0"/>
      </w:pPr>
      <w:r>
        <w:rPr>
          <w:rFonts w:ascii="Arial" w:hAnsi="Arial"/>
          <w:sz w:val="22"/>
        </w:rPr>
        <w:t>Who's buying it? [laughs]</w:t>
      </w:r>
    </w:p>
    <w:p>
      <w:pPr>
        <w:spacing w:after="0"/>
      </w:pPr>
    </w:p>
    <w:p>
      <w:pPr>
        <w:spacing w:after="0"/>
      </w:pPr>
      <w:r>
        <w:rPr>
          <w:rFonts w:ascii="Arial" w:hAnsi="Arial"/>
          <w:b/>
          <w:sz w:val="22"/>
        </w:rPr>
        <w:t xml:space="preserve">Alice  </w:t>
      </w:r>
      <w:r>
        <w:rPr>
          <w:rFonts w:ascii="Arial" w:hAnsi="Arial"/>
          <w:color w:val="5D7284"/>
          <w:sz w:val="22"/>
        </w:rPr>
        <w:t>17:45</w:t>
      </w:r>
    </w:p>
    <w:p>
      <w:pPr>
        <w:spacing w:after="0"/>
      </w:pPr>
      <w:r>
        <w:rPr>
          <w:rFonts w:ascii="Arial" w:hAnsi="Arial"/>
          <w:sz w:val="22"/>
        </w:rPr>
        <w:t xml:space="preserve"> They set their, yeah! The reason they set their prices so high is because there's only four people buy it. So you've got to charge $100,000.</w:t>
      </w:r>
    </w:p>
    <w:p>
      <w:pPr>
        <w:spacing w:after="0"/>
      </w:pPr>
    </w:p>
    <w:p>
      <w:pPr>
        <w:spacing w:after="0"/>
      </w:pPr>
      <w:r>
        <w:rPr>
          <w:rFonts w:ascii="Arial" w:hAnsi="Arial"/>
          <w:b/>
          <w:sz w:val="22"/>
        </w:rPr>
        <w:t xml:space="preserve">Lucy  </w:t>
      </w:r>
      <w:r>
        <w:rPr>
          <w:rFonts w:ascii="Arial" w:hAnsi="Arial"/>
          <w:color w:val="5D7284"/>
          <w:sz w:val="22"/>
        </w:rPr>
        <w:t>17:53</w:t>
      </w:r>
    </w:p>
    <w:p>
      <w:pPr>
        <w:spacing w:after="0"/>
      </w:pPr>
      <w:r>
        <w:rPr>
          <w:rFonts w:ascii="Arial" w:hAnsi="Arial"/>
          <w:sz w:val="22"/>
        </w:rPr>
        <w:t xml:space="preserve">It's a bit like I always think it's a bit like going into an airport, buying a sandwich. Once you get past that gate </w:t>
      </w:r>
    </w:p>
    <w:p>
      <w:pPr>
        <w:spacing w:after="0"/>
      </w:pPr>
    </w:p>
    <w:p>
      <w:pPr>
        <w:spacing w:after="0"/>
      </w:pPr>
      <w:r>
        <w:rPr>
          <w:rFonts w:ascii="Arial" w:hAnsi="Arial"/>
          <w:b/>
          <w:sz w:val="22"/>
        </w:rPr>
        <w:t xml:space="preserve">Damien Williams  </w:t>
      </w:r>
      <w:r>
        <w:rPr>
          <w:rFonts w:ascii="Arial" w:hAnsi="Arial"/>
          <w:color w:val="5D7284"/>
          <w:sz w:val="22"/>
        </w:rPr>
        <w:t>17:53</w:t>
      </w:r>
    </w:p>
    <w:p>
      <w:pPr>
        <w:spacing w:after="0"/>
      </w:pPr>
      <w:r>
        <w:rPr>
          <w:rFonts w:ascii="Arial" w:hAnsi="Arial"/>
          <w:sz w:val="22"/>
        </w:rPr>
        <w:t>Right, right.</w:t>
      </w:r>
    </w:p>
    <w:p>
      <w:pPr>
        <w:spacing w:after="0"/>
      </w:pPr>
    </w:p>
    <w:p>
      <w:pPr>
        <w:spacing w:after="0"/>
      </w:pPr>
      <w:r>
        <w:rPr>
          <w:rFonts w:ascii="Arial" w:hAnsi="Arial"/>
          <w:b/>
          <w:sz w:val="22"/>
        </w:rPr>
        <w:t xml:space="preserve">Damien Williams  </w:t>
      </w:r>
      <w:r>
        <w:rPr>
          <w:rFonts w:ascii="Arial" w:hAnsi="Arial"/>
          <w:color w:val="5D7284"/>
          <w:sz w:val="22"/>
        </w:rPr>
        <w:t>17:59</w:t>
      </w:r>
    </w:p>
    <w:p>
      <w:pPr>
        <w:spacing w:after="0"/>
      </w:pPr>
      <w:r>
        <w:rPr>
          <w:rFonts w:ascii="Arial" w:hAnsi="Arial"/>
          <w:sz w:val="22"/>
        </w:rPr>
        <w:t>Yep</w:t>
      </w:r>
    </w:p>
    <w:p>
      <w:pPr>
        <w:spacing w:after="0"/>
      </w:pPr>
    </w:p>
    <w:p>
      <w:pPr>
        <w:spacing w:after="0"/>
      </w:pPr>
      <w:r>
        <w:rPr>
          <w:rFonts w:ascii="Arial" w:hAnsi="Arial"/>
          <w:b/>
          <w:sz w:val="22"/>
        </w:rPr>
        <w:t xml:space="preserve">Lucy  </w:t>
      </w:r>
      <w:r>
        <w:rPr>
          <w:rFonts w:ascii="Arial" w:hAnsi="Arial"/>
          <w:color w:val="5D7284"/>
          <w:sz w:val="22"/>
        </w:rPr>
        <w:t>17:59</w:t>
      </w:r>
    </w:p>
    <w:p>
      <w:pPr>
        <w:spacing w:after="0"/>
      </w:pPr>
      <w:r>
        <w:rPr>
          <w:rFonts w:ascii="Arial" w:hAnsi="Arial"/>
          <w:sz w:val="22"/>
        </w:rPr>
        <w:t xml:space="preserve">They can charge you anything they like for that sandwich </w:t>
      </w:r>
    </w:p>
    <w:p>
      <w:pPr>
        <w:spacing w:after="0"/>
      </w:pPr>
    </w:p>
    <w:p>
      <w:pPr>
        <w:spacing w:after="0"/>
      </w:pPr>
      <w:r>
        <w:rPr>
          <w:rFonts w:ascii="Arial" w:hAnsi="Arial"/>
          <w:b/>
          <w:sz w:val="22"/>
        </w:rPr>
        <w:t xml:space="preserve">Damien Williams  </w:t>
      </w:r>
      <w:r>
        <w:rPr>
          <w:rFonts w:ascii="Arial" w:hAnsi="Arial"/>
          <w:color w:val="5D7284"/>
          <w:sz w:val="22"/>
        </w:rPr>
        <w:t>18:01</w:t>
      </w:r>
    </w:p>
    <w:p>
      <w:pPr>
        <w:spacing w:after="0"/>
      </w:pPr>
      <w:r>
        <w:rPr>
          <w:rFonts w:ascii="Arial" w:hAnsi="Arial"/>
          <w:sz w:val="22"/>
        </w:rPr>
        <w:t>Whatever you need</w:t>
      </w:r>
    </w:p>
    <w:p>
      <w:pPr>
        <w:spacing w:after="0"/>
      </w:pPr>
    </w:p>
    <w:p>
      <w:pPr>
        <w:spacing w:after="0"/>
      </w:pPr>
      <w:r>
        <w:rPr>
          <w:rFonts w:ascii="Arial" w:hAnsi="Arial"/>
          <w:b/>
          <w:sz w:val="22"/>
        </w:rPr>
        <w:t xml:space="preserve">Lucy  </w:t>
      </w:r>
      <w:r>
        <w:rPr>
          <w:rFonts w:ascii="Arial" w:hAnsi="Arial"/>
          <w:color w:val="5D7284"/>
          <w:sz w:val="22"/>
        </w:rPr>
        <w:t>18:01</w:t>
      </w:r>
    </w:p>
    <w:p>
      <w:pPr>
        <w:spacing w:after="0"/>
      </w:pPr>
      <w:r>
        <w:rPr>
          <w:rFonts w:ascii="Arial" w:hAnsi="Arial"/>
          <w:sz w:val="22"/>
        </w:rPr>
        <w:t>Because -</w:t>
      </w:r>
    </w:p>
    <w:p>
      <w:pPr>
        <w:spacing w:after="0"/>
      </w:pPr>
    </w:p>
    <w:p>
      <w:pPr>
        <w:spacing w:after="0"/>
      </w:pPr>
      <w:r>
        <w:rPr>
          <w:rFonts w:ascii="Arial" w:hAnsi="Arial"/>
          <w:b/>
          <w:sz w:val="22"/>
        </w:rPr>
        <w:t xml:space="preserve">Damien Williams  </w:t>
      </w:r>
      <w:r>
        <w:rPr>
          <w:rFonts w:ascii="Arial" w:hAnsi="Arial"/>
          <w:color w:val="5D7284"/>
          <w:sz w:val="22"/>
        </w:rPr>
        <w:t>18:02</w:t>
      </w:r>
    </w:p>
    <w:p>
      <w:pPr>
        <w:spacing w:after="0"/>
      </w:pPr>
      <w:r>
        <w:rPr>
          <w:rFonts w:ascii="Arial" w:hAnsi="Arial"/>
          <w:sz w:val="22"/>
        </w:rPr>
        <w:t>They've got you locked in</w:t>
      </w:r>
    </w:p>
    <w:p>
      <w:pPr>
        <w:spacing w:after="0"/>
      </w:pPr>
    </w:p>
    <w:p>
      <w:pPr>
        <w:spacing w:after="0"/>
      </w:pPr>
      <w:r>
        <w:rPr>
          <w:rFonts w:ascii="Arial" w:hAnsi="Arial"/>
          <w:b/>
          <w:sz w:val="22"/>
        </w:rPr>
        <w:t xml:space="preserve">Lucy  </w:t>
      </w:r>
      <w:r>
        <w:rPr>
          <w:rFonts w:ascii="Arial" w:hAnsi="Arial"/>
          <w:color w:val="5D7284"/>
          <w:sz w:val="22"/>
        </w:rPr>
        <w:t>18:03</w:t>
      </w:r>
    </w:p>
    <w:p>
      <w:pPr>
        <w:spacing w:after="0"/>
      </w:pPr>
      <w:r>
        <w:rPr>
          <w:rFonts w:ascii="Arial" w:hAnsi="Arial"/>
          <w:sz w:val="22"/>
        </w:rPr>
        <w:t xml:space="preserve">Because it's like. Yeah! You can't go anywhere else. I've got a flight to catch in fifteen minutes, I need a sandwich </w:t>
      </w:r>
    </w:p>
    <w:p>
      <w:pPr>
        <w:spacing w:after="0"/>
      </w:pPr>
    </w:p>
    <w:p>
      <w:pPr>
        <w:spacing w:after="0"/>
      </w:pPr>
      <w:r>
        <w:rPr>
          <w:rFonts w:ascii="Arial" w:hAnsi="Arial"/>
          <w:b/>
          <w:sz w:val="22"/>
        </w:rPr>
        <w:t xml:space="preserve">Alice  </w:t>
      </w:r>
      <w:r>
        <w:rPr>
          <w:rFonts w:ascii="Arial" w:hAnsi="Arial"/>
          <w:color w:val="5D7284"/>
          <w:sz w:val="22"/>
        </w:rPr>
        <w:t>18:03</w:t>
      </w:r>
    </w:p>
    <w:p>
      <w:pPr>
        <w:spacing w:after="0"/>
      </w:pPr>
      <w:r>
        <w:rPr>
          <w:rFonts w:ascii="Arial" w:hAnsi="Arial"/>
          <w:sz w:val="22"/>
        </w:rPr>
        <w:t>[laughs]</w:t>
      </w:r>
    </w:p>
    <w:p>
      <w:pPr>
        <w:spacing w:after="0"/>
      </w:pPr>
    </w:p>
    <w:p>
      <w:pPr>
        <w:spacing w:after="0"/>
      </w:pPr>
      <w:r>
        <w:rPr>
          <w:rFonts w:ascii="Arial" w:hAnsi="Arial"/>
          <w:b/>
          <w:sz w:val="22"/>
        </w:rPr>
        <w:t xml:space="preserve">Damien Williams  </w:t>
      </w:r>
      <w:r>
        <w:rPr>
          <w:rFonts w:ascii="Arial" w:hAnsi="Arial"/>
          <w:color w:val="5D7284"/>
          <w:sz w:val="22"/>
        </w:rPr>
        <w:t>18:09</w:t>
      </w:r>
    </w:p>
    <w:p>
      <w:pPr>
        <w:spacing w:after="0"/>
      </w:pPr>
      <w:r>
        <w:rPr>
          <w:rFonts w:ascii="Arial" w:hAnsi="Arial"/>
          <w:sz w:val="22"/>
        </w:rPr>
        <w:t>That's right</w:t>
      </w:r>
    </w:p>
    <w:p>
      <w:pPr>
        <w:spacing w:after="0"/>
      </w:pPr>
    </w:p>
    <w:p>
      <w:pPr>
        <w:spacing w:after="0"/>
      </w:pPr>
      <w:r>
        <w:rPr>
          <w:rFonts w:ascii="Arial" w:hAnsi="Arial"/>
          <w:b/>
          <w:sz w:val="22"/>
        </w:rPr>
        <w:t xml:space="preserve">Lucy  </w:t>
      </w:r>
      <w:r>
        <w:rPr>
          <w:rFonts w:ascii="Arial" w:hAnsi="Arial"/>
          <w:color w:val="5D7284"/>
          <w:sz w:val="22"/>
        </w:rPr>
        <w:t>18:09</w:t>
      </w:r>
    </w:p>
    <w:p>
      <w:pPr>
        <w:spacing w:after="0"/>
      </w:pPr>
      <w:r>
        <w:rPr>
          <w:rFonts w:ascii="Arial" w:hAnsi="Arial"/>
          <w:sz w:val="22"/>
        </w:rPr>
        <w:t xml:space="preserve">You know, they could, you know, it's I always think it's like that, isn't it that you can't, that you can't go anywhere else with this piece of kit? </w:t>
      </w:r>
    </w:p>
    <w:p>
      <w:pPr>
        <w:spacing w:after="0"/>
      </w:pPr>
    </w:p>
    <w:p>
      <w:pPr>
        <w:spacing w:after="0"/>
      </w:pPr>
      <w:r>
        <w:rPr>
          <w:rFonts w:ascii="Arial" w:hAnsi="Arial"/>
          <w:b/>
          <w:sz w:val="22"/>
        </w:rPr>
        <w:t xml:space="preserve">Damien Williams  </w:t>
      </w:r>
      <w:r>
        <w:rPr>
          <w:rFonts w:ascii="Arial" w:hAnsi="Arial"/>
          <w:color w:val="5D7284"/>
          <w:sz w:val="22"/>
        </w:rPr>
        <w:t>18:16</w:t>
      </w:r>
    </w:p>
    <w:p>
      <w:pPr>
        <w:spacing w:after="0"/>
      </w:pPr>
      <w:r>
        <w:rPr>
          <w:rFonts w:ascii="Arial" w:hAnsi="Arial"/>
          <w:sz w:val="22"/>
        </w:rPr>
        <w:t>No. Right. That's exactly it.</w:t>
      </w:r>
    </w:p>
    <w:p>
      <w:pPr>
        <w:spacing w:after="0"/>
      </w:pPr>
    </w:p>
    <w:p>
      <w:pPr>
        <w:spacing w:after="0"/>
      </w:pPr>
      <w:r>
        <w:rPr>
          <w:rFonts w:ascii="Arial" w:hAnsi="Arial"/>
          <w:b/>
          <w:sz w:val="22"/>
        </w:rPr>
        <w:t xml:space="preserve">Lucy  </w:t>
      </w:r>
      <w:r>
        <w:rPr>
          <w:rFonts w:ascii="Arial" w:hAnsi="Arial"/>
          <w:color w:val="5D7284"/>
          <w:sz w:val="22"/>
        </w:rPr>
        <w:t>18:18</w:t>
      </w:r>
    </w:p>
    <w:p>
      <w:pPr>
        <w:spacing w:after="0"/>
      </w:pPr>
      <w:r>
        <w:rPr>
          <w:rFonts w:ascii="Arial" w:hAnsi="Arial"/>
          <w:sz w:val="22"/>
        </w:rPr>
        <w:t>And there's no where cheaper.</w:t>
      </w:r>
    </w:p>
    <w:p>
      <w:pPr>
        <w:spacing w:after="0"/>
      </w:pPr>
    </w:p>
    <w:p>
      <w:pPr>
        <w:spacing w:after="0"/>
      </w:pPr>
      <w:r>
        <w:rPr>
          <w:rFonts w:ascii="Arial" w:hAnsi="Arial"/>
          <w:b/>
          <w:sz w:val="22"/>
        </w:rPr>
        <w:t xml:space="preserve">Damien Williams  </w:t>
      </w:r>
      <w:r>
        <w:rPr>
          <w:rFonts w:ascii="Arial" w:hAnsi="Arial"/>
          <w:color w:val="5D7284"/>
          <w:sz w:val="22"/>
        </w:rPr>
        <w:t>18:19</w:t>
      </w:r>
    </w:p>
    <w:p>
      <w:pPr>
        <w:spacing w:after="0"/>
      </w:pPr>
      <w:r>
        <w:rPr>
          <w:rFonts w:ascii="Arial" w:hAnsi="Arial"/>
          <w:sz w:val="22"/>
        </w:rPr>
        <w:t xml:space="preserve">Yeah, no, that's, that's precisely it. And so, once they do, have you, you know, kind of stapled in to that price, right? There's nothing that you can do about it. because as you said, you need it. you literally need it to live. So there's this constant framing of like, okay, so how do you afford it? How do you get it covered? How do you get, you know, can you survive on the bare minimum, from the NHS? Or can you actually afford to save up to get the tool that you need? </w:t>
      </w:r>
    </w:p>
    <w:p>
      <w:pPr>
        <w:spacing w:after="0"/>
      </w:pPr>
    </w:p>
    <w:p>
      <w:pPr>
        <w:spacing w:after="0"/>
      </w:pPr>
      <w:r>
        <w:rPr>
          <w:rFonts w:ascii="Arial" w:hAnsi="Arial"/>
          <w:b/>
          <w:sz w:val="22"/>
        </w:rPr>
        <w:t xml:space="preserve">Alice  </w:t>
      </w:r>
      <w:r>
        <w:rPr>
          <w:rFonts w:ascii="Arial" w:hAnsi="Arial"/>
          <w:color w:val="5D7284"/>
          <w:sz w:val="22"/>
        </w:rPr>
        <w:t>18:48</w:t>
      </w:r>
    </w:p>
    <w:p>
      <w:pPr>
        <w:spacing w:after="0"/>
      </w:pPr>
      <w:r>
        <w:rPr>
          <w:rFonts w:ascii="Arial" w:hAnsi="Arial"/>
          <w:sz w:val="22"/>
        </w:rPr>
        <w:t>Mmm</w:t>
      </w:r>
    </w:p>
    <w:p>
      <w:pPr>
        <w:spacing w:after="0"/>
      </w:pPr>
    </w:p>
    <w:p>
      <w:pPr>
        <w:spacing w:after="0"/>
      </w:pPr>
      <w:r>
        <w:rPr>
          <w:rFonts w:ascii="Arial" w:hAnsi="Arial"/>
          <w:b/>
          <w:sz w:val="22"/>
        </w:rPr>
        <w:t xml:space="preserve">Damien Williams  </w:t>
      </w:r>
      <w:r>
        <w:rPr>
          <w:rFonts w:ascii="Arial" w:hAnsi="Arial"/>
          <w:color w:val="5D7284"/>
          <w:sz w:val="22"/>
        </w:rPr>
        <w:t>18:48</w:t>
      </w:r>
    </w:p>
    <w:p>
      <w:pPr>
        <w:spacing w:after="0"/>
      </w:pPr>
      <w:r>
        <w:rPr>
          <w:rFonts w:ascii="Arial" w:hAnsi="Arial"/>
          <w:sz w:val="22"/>
        </w:rPr>
        <w:t>Or do you not have to think about it, because you know, you're wealthy enough to just do whatever and you have, whatever tools and accessibility, that you need to live your life? right. And so when we talk about the inequalities and disparities and disability, you know, we're always talking about the economic and socio disparities, right? Some people accessibility isn't a question. But accessibility for the vast majority of us who need accommodations, is, it's a question of time, it's a question of money of effort, how much we actually have to put into all of this. And like, when companies make these tools, when they make them at the outset, with this idea of who it's supposed to be for, or how it's, quote unquote, supposed to be used, but they're not actually consulting the people who might actually use it. That's another layer of accessibility. It's another layer of time for the person who then has to, you know, supposed to be using this thing has to hack it, right. They have to spend time making it work how they need it to work.</w:t>
      </w:r>
    </w:p>
    <w:p>
      <w:pPr>
        <w:spacing w:after="0"/>
      </w:pPr>
    </w:p>
    <w:p>
      <w:pPr>
        <w:spacing w:after="0"/>
      </w:pPr>
      <w:r>
        <w:rPr>
          <w:rFonts w:ascii="Arial" w:hAnsi="Arial"/>
          <w:b/>
          <w:sz w:val="22"/>
        </w:rPr>
        <w:t xml:space="preserve">Lucy  </w:t>
      </w:r>
      <w:r>
        <w:rPr>
          <w:rFonts w:ascii="Arial" w:hAnsi="Arial"/>
          <w:color w:val="5D7284"/>
          <w:sz w:val="22"/>
        </w:rPr>
        <w:t>19:57</w:t>
      </w:r>
    </w:p>
    <w:p>
      <w:pPr>
        <w:spacing w:after="0"/>
      </w:pPr>
      <w:r>
        <w:rPr>
          <w:rFonts w:ascii="Arial" w:hAnsi="Arial"/>
          <w:sz w:val="22"/>
        </w:rPr>
        <w:t>Yeah, do you think as well Damien, a lot of these companies, they start off with good intentions, a good idea with good intentions, and then it like spirals, the bill spirals out of control. And they're like, this's gonna have to cost this much because otherwise, we're going to bankrupt ourselves. do you, do you,  because I think sometimes that that is the case, I like to think so anyway.</w:t>
      </w:r>
    </w:p>
    <w:p>
      <w:pPr>
        <w:spacing w:after="0"/>
      </w:pPr>
    </w:p>
    <w:p>
      <w:pPr>
        <w:spacing w:after="0"/>
      </w:pPr>
      <w:r>
        <w:rPr>
          <w:rFonts w:ascii="Arial" w:hAnsi="Arial"/>
          <w:b/>
          <w:sz w:val="22"/>
        </w:rPr>
        <w:t xml:space="preserve">Damien Williams  </w:t>
      </w:r>
      <w:r>
        <w:rPr>
          <w:rFonts w:ascii="Arial" w:hAnsi="Arial"/>
          <w:color w:val="5D7284"/>
          <w:sz w:val="22"/>
        </w:rPr>
        <w:t>20:17</w:t>
      </w:r>
    </w:p>
    <w:p>
      <w:pPr>
        <w:spacing w:after="0"/>
      </w:pPr>
      <w:r>
        <w:rPr>
          <w:rFonts w:ascii="Arial" w:hAnsi="Arial"/>
          <w:sz w:val="22"/>
        </w:rPr>
        <w:t xml:space="preserve">unfortunately. I mean, the realities of cost and materiality, like how much things take, you know, how much effort, how much time how much money, how much resources it takes to build a thing, and to actually roll it out to a wide audience. Those are real concerns. And they can impact the bottom line of what gets built. But the same time, I think that so, another friend of mine, Natalie Kane, came up with this term called Means Well Technology, technology, that means well, right. </w:t>
      </w:r>
    </w:p>
    <w:p>
      <w:pPr>
        <w:spacing w:after="0"/>
      </w:pPr>
    </w:p>
    <w:p>
      <w:pPr>
        <w:spacing w:after="0"/>
      </w:pPr>
      <w:r>
        <w:rPr>
          <w:rFonts w:ascii="Arial" w:hAnsi="Arial"/>
          <w:b/>
          <w:sz w:val="22"/>
        </w:rPr>
        <w:t xml:space="preserve">Lucy  </w:t>
      </w:r>
      <w:r>
        <w:rPr>
          <w:rFonts w:ascii="Arial" w:hAnsi="Arial"/>
          <w:color w:val="5D7284"/>
          <w:sz w:val="22"/>
        </w:rPr>
        <w:t>20:57</w:t>
      </w:r>
    </w:p>
    <w:p>
      <w:pPr>
        <w:spacing w:after="0"/>
      </w:pPr>
      <w:r>
        <w:rPr>
          <w:rFonts w:ascii="Arial" w:hAnsi="Arial"/>
          <w:sz w:val="22"/>
        </w:rPr>
        <w:t>[chuckles]</w:t>
      </w:r>
    </w:p>
    <w:p>
      <w:pPr>
        <w:spacing w:after="0"/>
      </w:pPr>
    </w:p>
    <w:p>
      <w:pPr>
        <w:spacing w:after="0"/>
      </w:pPr>
      <w:r>
        <w:rPr>
          <w:rFonts w:ascii="Arial" w:hAnsi="Arial"/>
          <w:b/>
          <w:sz w:val="22"/>
        </w:rPr>
        <w:t xml:space="preserve">Damien Williams  </w:t>
      </w:r>
      <w:r>
        <w:rPr>
          <w:rFonts w:ascii="Arial" w:hAnsi="Arial"/>
          <w:color w:val="5D7284"/>
          <w:sz w:val="22"/>
        </w:rPr>
        <w:t>20:57</w:t>
      </w:r>
    </w:p>
    <w:p>
      <w:pPr>
        <w:spacing w:after="0"/>
      </w:pPr>
      <w:r>
        <w:rPr>
          <w:rFonts w:ascii="Arial" w:hAnsi="Arial"/>
          <w:sz w:val="22"/>
        </w:rPr>
        <w:t>And so we have this means well, attitude. And these are, and this is related to Liz Jackson's disability dongle. And like this notion of like, oh, this is this is a thing that disabled people will find very useful. And, you know, it'll, it'll help transform people's lives. And you know, it'll, it'll make things so much easier. And it's all of these these very good intentions. But through the gradual shaving down and attrition of cost of, of going back and forth on trying to get design specifications, right or just by the dint of not really understanding what it means to live life in that particular way  that you're trying to build a technology for that technology becomes superfluous, it becomes, in a very real way, it's just this little bit of gadgetry that doesn't actually end up doing anything for anyone, or is completely inaccessible to the people that could do something for.</w:t>
      </w:r>
    </w:p>
    <w:p>
      <w:pPr>
        <w:spacing w:after="0"/>
      </w:pPr>
    </w:p>
    <w:p>
      <w:pPr>
        <w:spacing w:after="0"/>
      </w:pPr>
      <w:r>
        <w:rPr>
          <w:rFonts w:ascii="Arial" w:hAnsi="Arial"/>
          <w:b/>
          <w:sz w:val="22"/>
        </w:rPr>
        <w:t xml:space="preserve">Alice  </w:t>
      </w:r>
      <w:r>
        <w:rPr>
          <w:rFonts w:ascii="Arial" w:hAnsi="Arial"/>
          <w:color w:val="5D7284"/>
          <w:sz w:val="22"/>
        </w:rPr>
        <w:t>22:01</w:t>
      </w:r>
    </w:p>
    <w:p>
      <w:pPr>
        <w:spacing w:after="0"/>
      </w:pPr>
      <w:r>
        <w:rPr>
          <w:rFonts w:ascii="Arial" w:hAnsi="Arial"/>
          <w:sz w:val="22"/>
        </w:rPr>
        <w:t>And I guess it boils down to the fact that disabled people were not involved in the development, creation, the ideas behind these technologies.</w:t>
      </w:r>
    </w:p>
    <w:p>
      <w:pPr>
        <w:spacing w:after="0"/>
      </w:pPr>
    </w:p>
    <w:p>
      <w:pPr>
        <w:spacing w:after="0"/>
      </w:pPr>
      <w:r>
        <w:rPr>
          <w:rFonts w:ascii="Arial" w:hAnsi="Arial"/>
          <w:b/>
          <w:sz w:val="22"/>
        </w:rPr>
        <w:t xml:space="preserve">Lucy  </w:t>
      </w:r>
      <w:r>
        <w:rPr>
          <w:rFonts w:ascii="Arial" w:hAnsi="Arial"/>
          <w:color w:val="5D7284"/>
          <w:sz w:val="22"/>
        </w:rPr>
        <w:t>22:09</w:t>
      </w:r>
    </w:p>
    <w:p>
      <w:pPr>
        <w:spacing w:after="0"/>
      </w:pPr>
      <w:r>
        <w:rPr>
          <w:rFonts w:ascii="Arial" w:hAnsi="Arial"/>
          <w:sz w:val="22"/>
        </w:rPr>
        <w:t>I just thinking that. I mean, a lot of disabled people can be very resourceful. And when they're presented with a problem, they go, have you tried that? Have you tried this? No, go people go? No. And then they try the suggestion that we offer, and it works. And we're like, Oh, there you go.</w:t>
      </w:r>
    </w:p>
    <w:p>
      <w:pPr>
        <w:spacing w:after="0"/>
      </w:pPr>
    </w:p>
    <w:p>
      <w:pPr>
        <w:spacing w:after="0"/>
      </w:pPr>
      <w:r>
        <w:rPr>
          <w:rFonts w:ascii="Arial" w:hAnsi="Arial"/>
          <w:b/>
          <w:sz w:val="22"/>
        </w:rPr>
        <w:t xml:space="preserve">Alice  </w:t>
      </w:r>
      <w:r>
        <w:rPr>
          <w:rFonts w:ascii="Arial" w:hAnsi="Arial"/>
          <w:color w:val="5D7284"/>
          <w:sz w:val="22"/>
        </w:rPr>
        <w:t>22:25</w:t>
      </w:r>
    </w:p>
    <w:p>
      <w:pPr>
        <w:spacing w:after="0"/>
      </w:pPr>
      <w:r>
        <w:rPr>
          <w:rFonts w:ascii="Arial" w:hAnsi="Arial"/>
          <w:sz w:val="22"/>
        </w:rPr>
        <w:t xml:space="preserve">And, and you know, it's the people you know, what Damien was talking about, with this kind of means well, it's people going well, this will help disabled people. Again, going back to disabled people being like, but that's not what we want what we want it to ramp </w:t>
      </w:r>
    </w:p>
    <w:p>
      <w:pPr>
        <w:spacing w:after="0"/>
      </w:pPr>
    </w:p>
    <w:p>
      <w:pPr>
        <w:spacing w:after="0"/>
      </w:pPr>
      <w:r>
        <w:rPr>
          <w:rFonts w:ascii="Arial" w:hAnsi="Arial"/>
          <w:b/>
          <w:sz w:val="22"/>
        </w:rPr>
        <w:t xml:space="preserve">Damien Williams  </w:t>
      </w:r>
      <w:r>
        <w:rPr>
          <w:rFonts w:ascii="Arial" w:hAnsi="Arial"/>
          <w:color w:val="5D7284"/>
          <w:sz w:val="22"/>
        </w:rPr>
        <w:t>22:37</w:t>
      </w:r>
    </w:p>
    <w:p>
      <w:pPr>
        <w:spacing w:after="0"/>
      </w:pPr>
      <w:r>
        <w:rPr>
          <w:rFonts w:ascii="Arial" w:hAnsi="Arial"/>
          <w:sz w:val="22"/>
        </w:rPr>
        <w:t>Right, just need a ramp. Don't need -</w:t>
      </w:r>
    </w:p>
    <w:p>
      <w:pPr>
        <w:spacing w:after="0"/>
      </w:pPr>
    </w:p>
    <w:p>
      <w:pPr>
        <w:spacing w:after="0"/>
      </w:pPr>
      <w:r>
        <w:rPr>
          <w:rFonts w:ascii="Arial" w:hAnsi="Arial"/>
          <w:b/>
          <w:sz w:val="22"/>
        </w:rPr>
        <w:t xml:space="preserve">Lucy  </w:t>
      </w:r>
      <w:r>
        <w:rPr>
          <w:rFonts w:ascii="Arial" w:hAnsi="Arial"/>
          <w:color w:val="5D7284"/>
          <w:sz w:val="22"/>
        </w:rPr>
        <w:t>22:39</w:t>
      </w:r>
    </w:p>
    <w:p>
      <w:pPr>
        <w:spacing w:after="0"/>
      </w:pPr>
      <w:r>
        <w:rPr>
          <w:rFonts w:ascii="Arial" w:hAnsi="Arial"/>
          <w:sz w:val="22"/>
        </w:rPr>
        <w:t>Please don't put me on a roller coaster to get me up that staircase it's fine.</w:t>
      </w:r>
    </w:p>
    <w:p>
      <w:pPr>
        <w:spacing w:after="0"/>
      </w:pPr>
    </w:p>
    <w:p>
      <w:pPr>
        <w:spacing w:after="0"/>
      </w:pPr>
      <w:r>
        <w:rPr>
          <w:rFonts w:ascii="Arial" w:hAnsi="Arial"/>
          <w:b/>
          <w:sz w:val="22"/>
        </w:rPr>
        <w:t xml:space="preserve">Damien Williams  </w:t>
      </w:r>
      <w:r>
        <w:rPr>
          <w:rFonts w:ascii="Arial" w:hAnsi="Arial"/>
          <w:color w:val="5D7284"/>
          <w:sz w:val="22"/>
        </w:rPr>
        <w:t>22:43</w:t>
      </w:r>
    </w:p>
    <w:p>
      <w:pPr>
        <w:spacing w:after="0"/>
      </w:pPr>
      <w:r>
        <w:rPr>
          <w:rFonts w:ascii="Arial" w:hAnsi="Arial"/>
          <w:sz w:val="22"/>
        </w:rPr>
        <w:t>Precisely,you know. I saw the picture of the what are often called stramps, the stair ramp inter woven capabilities. And they look really cool. Like they have like, they're just usually like very interesting looking. But then if you think about actually trying to either take a wheelchair down them or take the stairs on them, the idea of it is just so disorienting.</w:t>
      </w:r>
    </w:p>
    <w:p>
      <w:pPr>
        <w:spacing w:after="0"/>
      </w:pPr>
    </w:p>
    <w:p>
      <w:pPr>
        <w:spacing w:after="0"/>
      </w:pPr>
      <w:r>
        <w:rPr>
          <w:rFonts w:ascii="Arial" w:hAnsi="Arial"/>
          <w:b/>
          <w:sz w:val="22"/>
        </w:rPr>
        <w:t xml:space="preserve">Lucy  </w:t>
      </w:r>
      <w:r>
        <w:rPr>
          <w:rFonts w:ascii="Arial" w:hAnsi="Arial"/>
          <w:color w:val="5D7284"/>
          <w:sz w:val="22"/>
        </w:rPr>
        <w:t>23:06</w:t>
      </w:r>
    </w:p>
    <w:p>
      <w:pPr>
        <w:spacing w:after="0"/>
      </w:pPr>
      <w:r>
        <w:rPr>
          <w:rFonts w:ascii="Arial" w:hAnsi="Arial"/>
          <w:sz w:val="22"/>
        </w:rPr>
        <w:t>I can imagine that something like that for both me and you Alice would be an absolute nightmare, because you're having to work out where the step is.</w:t>
      </w:r>
    </w:p>
    <w:p>
      <w:pPr>
        <w:spacing w:after="0"/>
      </w:pPr>
    </w:p>
    <w:p>
      <w:pPr>
        <w:spacing w:after="0"/>
      </w:pPr>
      <w:r>
        <w:rPr>
          <w:rFonts w:ascii="Arial" w:hAnsi="Arial"/>
          <w:b/>
          <w:sz w:val="22"/>
        </w:rPr>
        <w:t xml:space="preserve">Damien Williams  </w:t>
      </w:r>
      <w:r>
        <w:rPr>
          <w:rFonts w:ascii="Arial" w:hAnsi="Arial"/>
          <w:color w:val="5D7284"/>
          <w:sz w:val="22"/>
        </w:rPr>
        <w:t>23:14</w:t>
      </w:r>
    </w:p>
    <w:p>
      <w:pPr>
        <w:spacing w:after="0"/>
      </w:pPr>
      <w:r>
        <w:rPr>
          <w:rFonts w:ascii="Arial" w:hAnsi="Arial"/>
          <w:sz w:val="22"/>
        </w:rPr>
        <w:t>Right</w:t>
      </w:r>
    </w:p>
    <w:p>
      <w:pPr>
        <w:spacing w:after="0"/>
      </w:pPr>
    </w:p>
    <w:p>
      <w:pPr>
        <w:spacing w:after="0"/>
      </w:pPr>
      <w:r>
        <w:rPr>
          <w:rFonts w:ascii="Arial" w:hAnsi="Arial"/>
          <w:b/>
          <w:sz w:val="22"/>
        </w:rPr>
        <w:t xml:space="preserve">Lucy  </w:t>
      </w:r>
      <w:r>
        <w:rPr>
          <w:rFonts w:ascii="Arial" w:hAnsi="Arial"/>
          <w:color w:val="5D7284"/>
          <w:sz w:val="22"/>
        </w:rPr>
        <w:t>23:14</w:t>
      </w:r>
    </w:p>
    <w:p>
      <w:pPr>
        <w:spacing w:after="0"/>
      </w:pPr>
      <w:r>
        <w:rPr>
          <w:rFonts w:ascii="Arial" w:hAnsi="Arial"/>
          <w:sz w:val="22"/>
        </w:rPr>
        <w:t xml:space="preserve"> And I'm having rto work out where the ramp is.</w:t>
      </w:r>
    </w:p>
    <w:p>
      <w:pPr>
        <w:spacing w:after="0"/>
      </w:pPr>
    </w:p>
    <w:p>
      <w:pPr>
        <w:spacing w:after="0"/>
      </w:pPr>
      <w:r>
        <w:rPr>
          <w:rFonts w:ascii="Arial" w:hAnsi="Arial"/>
          <w:b/>
          <w:sz w:val="22"/>
        </w:rPr>
        <w:t xml:space="preserve">Alice  </w:t>
      </w:r>
      <w:r>
        <w:rPr>
          <w:rFonts w:ascii="Arial" w:hAnsi="Arial"/>
          <w:color w:val="5D7284"/>
          <w:sz w:val="22"/>
        </w:rPr>
        <w:t>23:15</w:t>
      </w:r>
    </w:p>
    <w:p>
      <w:pPr>
        <w:spacing w:after="0"/>
      </w:pPr>
      <w:r>
        <w:rPr>
          <w:rFonts w:ascii="Arial" w:hAnsi="Arial"/>
          <w:sz w:val="22"/>
        </w:rPr>
        <w:t>Well and I, I can't, my dogs can't go on like escalators.</w:t>
      </w:r>
    </w:p>
    <w:p>
      <w:pPr>
        <w:spacing w:after="0"/>
      </w:pPr>
    </w:p>
    <w:p>
      <w:pPr>
        <w:spacing w:after="0"/>
      </w:pPr>
      <w:r>
        <w:rPr>
          <w:rFonts w:ascii="Arial" w:hAnsi="Arial"/>
          <w:b/>
          <w:sz w:val="22"/>
        </w:rPr>
        <w:t xml:space="preserve">Damien Williams  </w:t>
      </w:r>
      <w:r>
        <w:rPr>
          <w:rFonts w:ascii="Arial" w:hAnsi="Arial"/>
          <w:color w:val="5D7284"/>
          <w:sz w:val="22"/>
        </w:rPr>
        <w:t>23:19</w:t>
      </w:r>
    </w:p>
    <w:p>
      <w:pPr>
        <w:spacing w:after="0"/>
      </w:pPr>
      <w:r>
        <w:rPr>
          <w:rFonts w:ascii="Arial" w:hAnsi="Arial"/>
          <w:sz w:val="22"/>
        </w:rPr>
        <w:t xml:space="preserve"> Right</w:t>
      </w:r>
    </w:p>
    <w:p>
      <w:pPr>
        <w:spacing w:after="0"/>
      </w:pPr>
    </w:p>
    <w:p>
      <w:pPr>
        <w:spacing w:after="0"/>
      </w:pPr>
      <w:r>
        <w:rPr>
          <w:rFonts w:ascii="Arial" w:hAnsi="Arial"/>
          <w:b/>
          <w:sz w:val="22"/>
        </w:rPr>
        <w:t xml:space="preserve">Alice  </w:t>
      </w:r>
      <w:r>
        <w:rPr>
          <w:rFonts w:ascii="Arial" w:hAnsi="Arial"/>
          <w:color w:val="5D7284"/>
          <w:sz w:val="22"/>
        </w:rPr>
        <w:t>23:19</w:t>
      </w:r>
    </w:p>
    <w:p>
      <w:pPr>
        <w:spacing w:after="0"/>
      </w:pPr>
      <w:r>
        <w:rPr>
          <w:rFonts w:ascii="Arial" w:hAnsi="Arial"/>
          <w:sz w:val="22"/>
        </w:rPr>
        <w:t xml:space="preserve">You know, like typical escalators have got the slatted things. </w:t>
      </w:r>
    </w:p>
    <w:p>
      <w:pPr>
        <w:spacing w:after="0"/>
      </w:pPr>
    </w:p>
    <w:p>
      <w:pPr>
        <w:spacing w:after="0"/>
      </w:pPr>
      <w:r>
        <w:rPr>
          <w:rFonts w:ascii="Arial" w:hAnsi="Arial"/>
          <w:b/>
          <w:sz w:val="22"/>
        </w:rPr>
        <w:t xml:space="preserve">Alice  </w:t>
      </w:r>
      <w:r>
        <w:rPr>
          <w:rFonts w:ascii="Arial" w:hAnsi="Arial"/>
          <w:color w:val="5D7284"/>
          <w:sz w:val="22"/>
        </w:rPr>
        <w:t>23:21</w:t>
      </w:r>
    </w:p>
    <w:p>
      <w:pPr>
        <w:spacing w:after="0"/>
      </w:pPr>
      <w:r>
        <w:rPr>
          <w:rFonts w:ascii="Arial" w:hAnsi="Arial"/>
          <w:sz w:val="22"/>
        </w:rPr>
        <w:t xml:space="preserve">I have to I have to lift my dog. My previous dog, she only weighed like 20- something 20 kilos-ish. So I could just about lift her. My new dogs really hench. </w:t>
      </w:r>
    </w:p>
    <w:p>
      <w:pPr>
        <w:spacing w:after="0"/>
      </w:pPr>
    </w:p>
    <w:p>
      <w:pPr>
        <w:spacing w:after="0"/>
      </w:pPr>
      <w:r>
        <w:rPr>
          <w:rFonts w:ascii="Arial" w:hAnsi="Arial"/>
          <w:b/>
          <w:sz w:val="22"/>
        </w:rPr>
        <w:t xml:space="preserve">Damien Williams  </w:t>
      </w:r>
      <w:r>
        <w:rPr>
          <w:rFonts w:ascii="Arial" w:hAnsi="Arial"/>
          <w:color w:val="5D7284"/>
          <w:sz w:val="22"/>
        </w:rPr>
        <w:t>23:21</w:t>
      </w:r>
    </w:p>
    <w:p>
      <w:pPr>
        <w:spacing w:after="0"/>
      </w:pPr>
      <w:r>
        <w:rPr>
          <w:rFonts w:ascii="Arial" w:hAnsi="Arial"/>
          <w:sz w:val="22"/>
        </w:rPr>
        <w:t xml:space="preserve">Yes, </w:t>
      </w:r>
    </w:p>
    <w:p>
      <w:pPr>
        <w:spacing w:after="0"/>
      </w:pPr>
    </w:p>
    <w:p>
      <w:pPr>
        <w:spacing w:after="0"/>
      </w:pPr>
      <w:r>
        <w:rPr>
          <w:rFonts w:ascii="Arial" w:hAnsi="Arial"/>
          <w:b/>
          <w:sz w:val="22"/>
        </w:rPr>
        <w:t xml:space="preserve">Lucy  </w:t>
      </w:r>
      <w:r>
        <w:rPr>
          <w:rFonts w:ascii="Arial" w:hAnsi="Arial"/>
          <w:color w:val="5D7284"/>
          <w:sz w:val="22"/>
        </w:rPr>
        <w:t>23:33</w:t>
      </w:r>
    </w:p>
    <w:p>
      <w:pPr>
        <w:spacing w:after="0"/>
      </w:pPr>
      <w:r>
        <w:rPr>
          <w:rFonts w:ascii="Arial" w:hAnsi="Arial"/>
          <w:sz w:val="22"/>
        </w:rPr>
        <w:t>[laughs]</w:t>
      </w:r>
    </w:p>
    <w:p>
      <w:pPr>
        <w:spacing w:after="0"/>
      </w:pPr>
    </w:p>
    <w:p>
      <w:pPr>
        <w:spacing w:after="0"/>
      </w:pPr>
      <w:r>
        <w:rPr>
          <w:rFonts w:ascii="Arial" w:hAnsi="Arial"/>
          <w:b/>
          <w:sz w:val="22"/>
        </w:rPr>
        <w:t xml:space="preserve">Alice  </w:t>
      </w:r>
      <w:r>
        <w:rPr>
          <w:rFonts w:ascii="Arial" w:hAnsi="Arial"/>
          <w:color w:val="5D7284"/>
          <w:sz w:val="22"/>
        </w:rPr>
        <w:t>23:33</w:t>
      </w:r>
    </w:p>
    <w:p>
      <w:pPr>
        <w:spacing w:after="0"/>
      </w:pPr>
      <w:r>
        <w:rPr>
          <w:rFonts w:ascii="Arial" w:hAnsi="Arial"/>
          <w:sz w:val="22"/>
        </w:rPr>
        <w:t xml:space="preserve">She's all muscle. </w:t>
      </w:r>
    </w:p>
    <w:p>
      <w:pPr>
        <w:spacing w:after="0"/>
      </w:pPr>
    </w:p>
    <w:p>
      <w:pPr>
        <w:spacing w:after="0"/>
      </w:pPr>
      <w:r>
        <w:rPr>
          <w:rFonts w:ascii="Arial" w:hAnsi="Arial"/>
          <w:b/>
          <w:sz w:val="22"/>
        </w:rPr>
        <w:t xml:space="preserve">Damien Williams  </w:t>
      </w:r>
      <w:r>
        <w:rPr>
          <w:rFonts w:ascii="Arial" w:hAnsi="Arial"/>
          <w:color w:val="5D7284"/>
          <w:sz w:val="22"/>
        </w:rPr>
        <w:t>23:34</w:t>
      </w:r>
    </w:p>
    <w:p>
      <w:pPr>
        <w:spacing w:after="0"/>
      </w:pPr>
      <w:r>
        <w:rPr>
          <w:rFonts w:ascii="Arial" w:hAnsi="Arial"/>
          <w:sz w:val="22"/>
        </w:rPr>
        <w:t>Nice.</w:t>
      </w:r>
    </w:p>
    <w:p>
      <w:pPr>
        <w:spacing w:after="0"/>
      </w:pPr>
    </w:p>
    <w:p>
      <w:pPr>
        <w:spacing w:after="0"/>
      </w:pPr>
      <w:r>
        <w:rPr>
          <w:rFonts w:ascii="Arial" w:hAnsi="Arial"/>
          <w:b/>
          <w:sz w:val="22"/>
        </w:rPr>
        <w:t xml:space="preserve">Alice  </w:t>
      </w:r>
      <w:r>
        <w:rPr>
          <w:rFonts w:ascii="Arial" w:hAnsi="Arial"/>
          <w:color w:val="5D7284"/>
          <w:sz w:val="22"/>
        </w:rPr>
        <w:t>23:35</w:t>
      </w:r>
    </w:p>
    <w:p>
      <w:pPr>
        <w:spacing w:after="0"/>
      </w:pPr>
      <w:r>
        <w:rPr>
          <w:rFonts w:ascii="Arial" w:hAnsi="Arial"/>
          <w:sz w:val="22"/>
        </w:rPr>
        <w:t>I couldn't, I couldn't carry that dog.</w:t>
      </w:r>
    </w:p>
    <w:p>
      <w:pPr>
        <w:spacing w:after="0"/>
      </w:pPr>
    </w:p>
    <w:p>
      <w:pPr>
        <w:spacing w:after="0"/>
      </w:pPr>
      <w:r>
        <w:rPr>
          <w:rFonts w:ascii="Arial" w:hAnsi="Arial"/>
          <w:b/>
          <w:sz w:val="22"/>
        </w:rPr>
        <w:t xml:space="preserve">Damien Williams  </w:t>
      </w:r>
      <w:r>
        <w:rPr>
          <w:rFonts w:ascii="Arial" w:hAnsi="Arial"/>
          <w:color w:val="5D7284"/>
          <w:sz w:val="22"/>
        </w:rPr>
        <w:t>23:37</w:t>
      </w:r>
    </w:p>
    <w:p>
      <w:pPr>
        <w:spacing w:after="0"/>
      </w:pPr>
      <w:r>
        <w:rPr>
          <w:rFonts w:ascii="Arial" w:hAnsi="Arial"/>
          <w:sz w:val="22"/>
        </w:rPr>
        <w:t>[laughs]</w:t>
      </w:r>
    </w:p>
    <w:p>
      <w:pPr>
        <w:spacing w:after="0"/>
      </w:pPr>
    </w:p>
    <w:p>
      <w:pPr>
        <w:spacing w:after="0"/>
      </w:pPr>
      <w:r>
        <w:rPr>
          <w:rFonts w:ascii="Arial" w:hAnsi="Arial"/>
          <w:b/>
          <w:sz w:val="22"/>
        </w:rPr>
        <w:t xml:space="preserve">Lucy  </w:t>
      </w:r>
      <w:r>
        <w:rPr>
          <w:rFonts w:ascii="Arial" w:hAnsi="Arial"/>
          <w:color w:val="5D7284"/>
          <w:sz w:val="22"/>
        </w:rPr>
        <w:t>23:39</w:t>
      </w:r>
    </w:p>
    <w:p>
      <w:pPr>
        <w:spacing w:after="0"/>
      </w:pPr>
      <w:r>
        <w:rPr>
          <w:rFonts w:ascii="Arial" w:hAnsi="Arial"/>
          <w:sz w:val="22"/>
        </w:rPr>
        <w:t xml:space="preserve"> You could have a like a backpack.</w:t>
      </w:r>
    </w:p>
    <w:p>
      <w:pPr>
        <w:spacing w:after="0"/>
      </w:pPr>
    </w:p>
    <w:p>
      <w:pPr>
        <w:spacing w:after="0"/>
      </w:pPr>
      <w:r>
        <w:rPr>
          <w:rFonts w:ascii="Arial" w:hAnsi="Arial"/>
          <w:b/>
          <w:sz w:val="22"/>
        </w:rPr>
        <w:t xml:space="preserve">Damien Williams  </w:t>
      </w:r>
      <w:r>
        <w:rPr>
          <w:rFonts w:ascii="Arial" w:hAnsi="Arial"/>
          <w:color w:val="5D7284"/>
          <w:sz w:val="22"/>
        </w:rPr>
        <w:t>23:41</w:t>
      </w:r>
    </w:p>
    <w:p>
      <w:pPr>
        <w:spacing w:after="0"/>
      </w:pPr>
      <w:r>
        <w:rPr>
          <w:rFonts w:ascii="Arial" w:hAnsi="Arial"/>
          <w:sz w:val="22"/>
        </w:rPr>
        <w:t>Yeah, right yeah. Get one of those toddler carriers.</w:t>
      </w:r>
    </w:p>
    <w:p>
      <w:pPr>
        <w:spacing w:after="0"/>
      </w:pPr>
    </w:p>
    <w:p>
      <w:pPr>
        <w:spacing w:after="0"/>
      </w:pPr>
      <w:r>
        <w:rPr>
          <w:rFonts w:ascii="Arial" w:hAnsi="Arial"/>
          <w:b/>
          <w:sz w:val="22"/>
        </w:rPr>
        <w:t xml:space="preserve">all  </w:t>
      </w:r>
      <w:r>
        <w:rPr>
          <w:rFonts w:ascii="Arial" w:hAnsi="Arial"/>
          <w:color w:val="5D7284"/>
          <w:sz w:val="22"/>
        </w:rPr>
        <w:t>23:46</w:t>
      </w:r>
    </w:p>
    <w:p>
      <w:pPr>
        <w:spacing w:after="0"/>
      </w:pPr>
      <w:r>
        <w:rPr>
          <w:rFonts w:ascii="Arial" w:hAnsi="Arial"/>
          <w:sz w:val="22"/>
        </w:rPr>
        <w:t>[laughing]</w:t>
      </w:r>
    </w:p>
    <w:p>
      <w:pPr>
        <w:spacing w:after="0"/>
      </w:pPr>
    </w:p>
    <w:p>
      <w:pPr>
        <w:spacing w:after="0"/>
      </w:pPr>
      <w:r>
        <w:rPr>
          <w:rFonts w:ascii="Arial" w:hAnsi="Arial"/>
          <w:b/>
          <w:sz w:val="22"/>
        </w:rPr>
        <w:t xml:space="preserve">Alice  </w:t>
      </w:r>
      <w:r>
        <w:rPr>
          <w:rFonts w:ascii="Arial" w:hAnsi="Arial"/>
          <w:color w:val="5D7284"/>
          <w:sz w:val="22"/>
        </w:rPr>
        <w:t>23:46</w:t>
      </w:r>
    </w:p>
    <w:p>
      <w:pPr>
        <w:spacing w:after="0"/>
      </w:pPr>
      <w:r>
        <w:rPr>
          <w:rFonts w:ascii="Arial" w:hAnsi="Arial"/>
          <w:sz w:val="22"/>
        </w:rPr>
        <w:t>I just I just need to start like benching stuff myself. So I can just play it, I can do this. So I'm just massive on top. So I can carry my dog.</w:t>
      </w:r>
    </w:p>
    <w:p>
      <w:pPr>
        <w:spacing w:after="0"/>
      </w:pPr>
    </w:p>
    <w:p>
      <w:pPr>
        <w:spacing w:after="0"/>
      </w:pPr>
      <w:r>
        <w:rPr>
          <w:rFonts w:ascii="Arial" w:hAnsi="Arial"/>
          <w:b/>
          <w:sz w:val="22"/>
        </w:rPr>
        <w:t xml:space="preserve">Lucy  </w:t>
      </w:r>
      <w:r>
        <w:rPr>
          <w:rFonts w:ascii="Arial" w:hAnsi="Arial"/>
          <w:color w:val="5D7284"/>
          <w:sz w:val="22"/>
        </w:rPr>
        <w:t>23:53</w:t>
      </w:r>
    </w:p>
    <w:p>
      <w:pPr>
        <w:spacing w:after="0"/>
      </w:pPr>
      <w:r>
        <w:rPr>
          <w:rFonts w:ascii="Arial" w:hAnsi="Arial"/>
          <w:sz w:val="22"/>
        </w:rPr>
        <w:t>[laughs]</w:t>
      </w:r>
    </w:p>
    <w:p>
      <w:pPr>
        <w:spacing w:after="0"/>
      </w:pPr>
    </w:p>
    <w:p>
      <w:pPr>
        <w:spacing w:after="0"/>
      </w:pPr>
      <w:r>
        <w:rPr>
          <w:rFonts w:ascii="Arial" w:hAnsi="Arial"/>
          <w:b/>
          <w:sz w:val="22"/>
        </w:rPr>
        <w:t xml:space="preserve">Damien Williams  </w:t>
      </w:r>
      <w:r>
        <w:rPr>
          <w:rFonts w:ascii="Arial" w:hAnsi="Arial"/>
          <w:color w:val="5D7284"/>
          <w:sz w:val="22"/>
        </w:rPr>
        <w:t>23:55</w:t>
      </w:r>
    </w:p>
    <w:p>
      <w:pPr>
        <w:spacing w:after="0"/>
      </w:pPr>
      <w:r>
        <w:rPr>
          <w:rFonts w:ascii="Arial" w:hAnsi="Arial"/>
          <w:sz w:val="22"/>
        </w:rPr>
        <w:t>I mean but that's exactly right. And so like those those, you get those problems like this is supposed to be for everyone. And yet it ends up being for note one, right? [laughs] It helps, because the actual like questions of whose needs are we trying to lead was like a projection. it was an assumption. it was not actually like a direct engagement with the people in question.</w:t>
      </w:r>
    </w:p>
    <w:p>
      <w:pPr>
        <w:spacing w:after="0"/>
      </w:pPr>
    </w:p>
    <w:p>
      <w:pPr>
        <w:spacing w:after="0"/>
      </w:pPr>
      <w:r>
        <w:rPr>
          <w:rFonts w:ascii="Arial" w:hAnsi="Arial"/>
          <w:b/>
          <w:sz w:val="22"/>
        </w:rPr>
        <w:t xml:space="preserve">Lucy  </w:t>
      </w:r>
      <w:r>
        <w:rPr>
          <w:rFonts w:ascii="Arial" w:hAnsi="Arial"/>
          <w:color w:val="5D7284"/>
          <w:sz w:val="22"/>
        </w:rPr>
        <w:t>24:21</w:t>
      </w:r>
    </w:p>
    <w:p>
      <w:pPr>
        <w:spacing w:after="0"/>
      </w:pPr>
      <w:r>
        <w:rPr>
          <w:rFonts w:ascii="Arial" w:hAnsi="Arial"/>
          <w:sz w:val="22"/>
        </w:rPr>
        <w:t>And you feel like you can't really you well you feel really mean when you're sort of pointing out what's wrong with it because you think these people -</w:t>
      </w:r>
    </w:p>
    <w:p>
      <w:pPr>
        <w:spacing w:after="0"/>
      </w:pPr>
    </w:p>
    <w:p>
      <w:pPr>
        <w:spacing w:after="0"/>
      </w:pPr>
      <w:r>
        <w:rPr>
          <w:rFonts w:ascii="Arial" w:hAnsi="Arial"/>
          <w:b/>
          <w:sz w:val="22"/>
        </w:rPr>
        <w:t xml:space="preserve">Alice  </w:t>
      </w:r>
      <w:r>
        <w:rPr>
          <w:rFonts w:ascii="Arial" w:hAnsi="Arial"/>
          <w:color w:val="5D7284"/>
          <w:sz w:val="22"/>
        </w:rPr>
        <w:t>24:30</w:t>
      </w:r>
    </w:p>
    <w:p>
      <w:pPr>
        <w:spacing w:after="0"/>
      </w:pPr>
      <w:r>
        <w:rPr>
          <w:rFonts w:ascii="Arial" w:hAnsi="Arial"/>
          <w:sz w:val="22"/>
        </w:rPr>
        <w:t xml:space="preserve">I don't. </w:t>
      </w:r>
    </w:p>
    <w:p>
      <w:pPr>
        <w:spacing w:after="0"/>
      </w:pPr>
    </w:p>
    <w:p>
      <w:pPr>
        <w:spacing w:after="0"/>
      </w:pPr>
      <w:r>
        <w:rPr>
          <w:rFonts w:ascii="Arial" w:hAnsi="Arial"/>
          <w:b/>
          <w:sz w:val="22"/>
        </w:rPr>
        <w:t xml:space="preserve">Lucy  </w:t>
      </w:r>
      <w:r>
        <w:rPr>
          <w:rFonts w:ascii="Arial" w:hAnsi="Arial"/>
          <w:color w:val="5D7284"/>
          <w:sz w:val="22"/>
        </w:rPr>
        <w:t>24:31</w:t>
      </w:r>
    </w:p>
    <w:p>
      <w:pPr>
        <w:spacing w:after="0"/>
      </w:pPr>
      <w:r>
        <w:rPr>
          <w:rFonts w:ascii="Arial" w:hAnsi="Arial"/>
          <w:sz w:val="22"/>
        </w:rPr>
        <w:t xml:space="preserve">Built this </w:t>
      </w:r>
    </w:p>
    <w:p>
      <w:pPr>
        <w:spacing w:after="0"/>
      </w:pPr>
    </w:p>
    <w:p>
      <w:pPr>
        <w:spacing w:after="0"/>
      </w:pPr>
      <w:r>
        <w:rPr>
          <w:rFonts w:ascii="Arial" w:hAnsi="Arial"/>
          <w:b/>
          <w:sz w:val="22"/>
        </w:rPr>
        <w:t xml:space="preserve">Alice  </w:t>
      </w:r>
      <w:r>
        <w:rPr>
          <w:rFonts w:ascii="Arial" w:hAnsi="Arial"/>
          <w:color w:val="5D7284"/>
          <w:sz w:val="22"/>
        </w:rPr>
        <w:t>24:32</w:t>
      </w:r>
    </w:p>
    <w:p>
      <w:pPr>
        <w:spacing w:after="0"/>
      </w:pPr>
      <w:r>
        <w:rPr>
          <w:rFonts w:ascii="Arial" w:hAnsi="Arial"/>
          <w:sz w:val="22"/>
        </w:rPr>
        <w:t>Exaclty, because those people have built it without consideration or consulting anybody.</w:t>
      </w:r>
    </w:p>
    <w:p>
      <w:pPr>
        <w:spacing w:after="0"/>
      </w:pPr>
    </w:p>
    <w:p>
      <w:pPr>
        <w:spacing w:after="0"/>
      </w:pPr>
      <w:r>
        <w:rPr>
          <w:rFonts w:ascii="Arial" w:hAnsi="Arial"/>
          <w:b/>
          <w:sz w:val="22"/>
        </w:rPr>
        <w:t xml:space="preserve">Lucy  </w:t>
      </w:r>
      <w:r>
        <w:rPr>
          <w:rFonts w:ascii="Arial" w:hAnsi="Arial"/>
          <w:color w:val="5D7284"/>
          <w:sz w:val="22"/>
        </w:rPr>
        <w:t>24:36</w:t>
      </w:r>
    </w:p>
    <w:p>
      <w:pPr>
        <w:spacing w:after="0"/>
      </w:pPr>
      <w:r>
        <w:rPr>
          <w:rFonts w:ascii="Arial" w:hAnsi="Arial"/>
          <w:sz w:val="22"/>
        </w:rPr>
        <w:t>You see you are far more direct than I am, Alice. I am like, Well, thank you very much. This has really slowed me down by 20 minutes.</w:t>
      </w:r>
    </w:p>
    <w:p>
      <w:pPr>
        <w:spacing w:after="0"/>
      </w:pPr>
    </w:p>
    <w:p>
      <w:pPr>
        <w:spacing w:after="0"/>
      </w:pPr>
      <w:r>
        <w:rPr>
          <w:rFonts w:ascii="Arial" w:hAnsi="Arial"/>
          <w:b/>
          <w:sz w:val="22"/>
        </w:rPr>
        <w:t xml:space="preserve">Alice  </w:t>
      </w:r>
      <w:r>
        <w:rPr>
          <w:rFonts w:ascii="Arial" w:hAnsi="Arial"/>
          <w:color w:val="5D7284"/>
          <w:sz w:val="22"/>
        </w:rPr>
        <w:t>24:45</w:t>
      </w:r>
    </w:p>
    <w:p>
      <w:pPr>
        <w:spacing w:after="0"/>
      </w:pPr>
      <w:r>
        <w:rPr>
          <w:rFonts w:ascii="Arial" w:hAnsi="Arial"/>
          <w:sz w:val="22"/>
        </w:rPr>
        <w:t>[laughing]</w:t>
      </w:r>
    </w:p>
    <w:p>
      <w:pPr>
        <w:spacing w:after="0"/>
      </w:pPr>
    </w:p>
    <w:p>
      <w:pPr>
        <w:spacing w:after="0"/>
      </w:pPr>
      <w:r>
        <w:rPr>
          <w:rFonts w:ascii="Arial" w:hAnsi="Arial"/>
          <w:b/>
          <w:sz w:val="22"/>
        </w:rPr>
        <w:t xml:space="preserve">Damien Williams  </w:t>
      </w:r>
      <w:r>
        <w:rPr>
          <w:rFonts w:ascii="Arial" w:hAnsi="Arial"/>
          <w:color w:val="5D7284"/>
          <w:sz w:val="22"/>
        </w:rPr>
        <w:t>24:45</w:t>
      </w:r>
    </w:p>
    <w:p>
      <w:pPr>
        <w:spacing w:after="0"/>
      </w:pPr>
      <w:r>
        <w:rPr>
          <w:rFonts w:ascii="Arial" w:hAnsi="Arial"/>
          <w:sz w:val="22"/>
        </w:rPr>
        <w:t>[laughs] But I think that's exactly it though. It's like you do you like at a certain level you feel like okay, somebody had very good intentions and they poured their time and their effort and their considerable education and skills into this thing. However, They never actually did the work that would have made this turn out well, so you can only feel so bad for them.</w:t>
      </w:r>
    </w:p>
    <w:p>
      <w:pPr>
        <w:spacing w:after="0"/>
      </w:pPr>
    </w:p>
    <w:p>
      <w:pPr>
        <w:spacing w:after="0"/>
      </w:pPr>
      <w:r>
        <w:rPr>
          <w:rFonts w:ascii="Arial" w:hAnsi="Arial"/>
          <w:b/>
          <w:sz w:val="22"/>
        </w:rPr>
        <w:t xml:space="preserve">Lucy  </w:t>
      </w:r>
      <w:r>
        <w:rPr>
          <w:rFonts w:ascii="Arial" w:hAnsi="Arial"/>
          <w:color w:val="5D7284"/>
          <w:sz w:val="22"/>
        </w:rPr>
        <w:t>25:08</w:t>
      </w:r>
    </w:p>
    <w:p>
      <w:pPr>
        <w:spacing w:after="0"/>
      </w:pPr>
      <w:r>
        <w:rPr>
          <w:rFonts w:ascii="Arial" w:hAnsi="Arial"/>
          <w:sz w:val="22"/>
        </w:rPr>
        <w:t xml:space="preserve">I often feel like that when you go into an accessible toilet and you think, what? Why have you put that sink - </w:t>
      </w:r>
    </w:p>
    <w:p>
      <w:pPr>
        <w:spacing w:after="0"/>
      </w:pPr>
    </w:p>
    <w:p>
      <w:pPr>
        <w:spacing w:after="0"/>
      </w:pPr>
      <w:r>
        <w:rPr>
          <w:rFonts w:ascii="Arial" w:hAnsi="Arial"/>
          <w:b/>
          <w:sz w:val="22"/>
        </w:rPr>
        <w:t xml:space="preserve">Damien Williams  </w:t>
      </w:r>
      <w:r>
        <w:rPr>
          <w:rFonts w:ascii="Arial" w:hAnsi="Arial"/>
          <w:color w:val="5D7284"/>
          <w:sz w:val="22"/>
        </w:rPr>
        <w:t>25:15</w:t>
      </w:r>
    </w:p>
    <w:p>
      <w:pPr>
        <w:spacing w:after="0"/>
      </w:pPr>
      <w:r>
        <w:rPr>
          <w:rFonts w:ascii="Arial" w:hAnsi="Arial"/>
          <w:sz w:val="22"/>
        </w:rPr>
        <w:t xml:space="preserve">Right </w:t>
      </w:r>
    </w:p>
    <w:p>
      <w:pPr>
        <w:spacing w:after="0"/>
      </w:pPr>
    </w:p>
    <w:p>
      <w:pPr>
        <w:spacing w:after="0"/>
      </w:pPr>
      <w:r>
        <w:rPr>
          <w:rFonts w:ascii="Arial" w:hAnsi="Arial"/>
          <w:b/>
          <w:sz w:val="22"/>
        </w:rPr>
        <w:t xml:space="preserve">Lucy  </w:t>
      </w:r>
      <w:r>
        <w:rPr>
          <w:rFonts w:ascii="Arial" w:hAnsi="Arial"/>
          <w:color w:val="5D7284"/>
          <w:sz w:val="22"/>
        </w:rPr>
        <w:t>25:15</w:t>
      </w:r>
    </w:p>
    <w:p>
      <w:pPr>
        <w:spacing w:after="0"/>
      </w:pPr>
      <w:r>
        <w:rPr>
          <w:rFonts w:ascii="Arial" w:hAnsi="Arial"/>
          <w:sz w:val="22"/>
        </w:rPr>
        <w:t>Right where I need to turn to get onto the toilet? Where was the thought process?</w:t>
      </w:r>
    </w:p>
    <w:p>
      <w:pPr>
        <w:spacing w:after="0"/>
      </w:pPr>
    </w:p>
    <w:p>
      <w:pPr>
        <w:spacing w:after="0"/>
      </w:pPr>
      <w:r>
        <w:rPr>
          <w:rFonts w:ascii="Arial" w:hAnsi="Arial"/>
          <w:b/>
          <w:sz w:val="22"/>
        </w:rPr>
        <w:t xml:space="preserve">Damien Williams  </w:t>
      </w:r>
      <w:r>
        <w:rPr>
          <w:rFonts w:ascii="Arial" w:hAnsi="Arial"/>
          <w:color w:val="5D7284"/>
          <w:sz w:val="22"/>
        </w:rPr>
        <w:t>25:18</w:t>
      </w:r>
    </w:p>
    <w:p>
      <w:pPr>
        <w:spacing w:after="0"/>
      </w:pPr>
      <w:r>
        <w:rPr>
          <w:rFonts w:ascii="Arial" w:hAnsi="Arial"/>
          <w:sz w:val="22"/>
        </w:rPr>
        <w:t>Right, like the levels, the angles and the height levels on these are bad</w:t>
      </w:r>
    </w:p>
    <w:p>
      <w:pPr>
        <w:spacing w:after="0"/>
      </w:pPr>
    </w:p>
    <w:p>
      <w:pPr>
        <w:spacing w:after="0"/>
      </w:pPr>
      <w:r>
        <w:rPr>
          <w:rFonts w:ascii="Arial" w:hAnsi="Arial"/>
          <w:b/>
          <w:sz w:val="22"/>
        </w:rPr>
        <w:t xml:space="preserve">Lucy  </w:t>
      </w:r>
      <w:r>
        <w:rPr>
          <w:rFonts w:ascii="Arial" w:hAnsi="Arial"/>
          <w:color w:val="5D7284"/>
          <w:sz w:val="22"/>
        </w:rPr>
        <w:t>25:22</w:t>
      </w:r>
    </w:p>
    <w:p>
      <w:pPr>
        <w:spacing w:after="0"/>
      </w:pPr>
      <w:r>
        <w:rPr>
          <w:rFonts w:ascii="Arial" w:hAnsi="Arial"/>
          <w:sz w:val="22"/>
        </w:rPr>
        <w:t xml:space="preserve">Yeah. </w:t>
      </w:r>
    </w:p>
    <w:p>
      <w:pPr>
        <w:spacing w:after="0"/>
      </w:pPr>
    </w:p>
    <w:p>
      <w:pPr>
        <w:spacing w:after="0"/>
      </w:pPr>
      <w:r>
        <w:rPr>
          <w:rFonts w:ascii="Arial" w:hAnsi="Arial"/>
          <w:b/>
          <w:sz w:val="22"/>
        </w:rPr>
        <w:t xml:space="preserve">Damien Williams  </w:t>
      </w:r>
      <w:r>
        <w:rPr>
          <w:rFonts w:ascii="Arial" w:hAnsi="Arial"/>
          <w:color w:val="5D7284"/>
          <w:sz w:val="22"/>
        </w:rPr>
        <w:t>25:23</w:t>
      </w:r>
    </w:p>
    <w:p>
      <w:pPr>
        <w:spacing w:after="0"/>
      </w:pPr>
      <w:r>
        <w:rPr>
          <w:rFonts w:ascii="Arial" w:hAnsi="Arial"/>
          <w:sz w:val="22"/>
        </w:rPr>
        <w:t>Like, what are you doing?</w:t>
      </w:r>
    </w:p>
    <w:p>
      <w:pPr>
        <w:spacing w:after="0"/>
      </w:pPr>
    </w:p>
    <w:p>
      <w:pPr>
        <w:spacing w:after="0"/>
      </w:pPr>
      <w:r>
        <w:rPr>
          <w:rFonts w:ascii="Arial" w:hAnsi="Arial"/>
          <w:b/>
          <w:sz w:val="22"/>
        </w:rPr>
        <w:t xml:space="preserve">Lucy  </w:t>
      </w:r>
      <w:r>
        <w:rPr>
          <w:rFonts w:ascii="Arial" w:hAnsi="Arial"/>
          <w:color w:val="5D7284"/>
          <w:sz w:val="22"/>
        </w:rPr>
        <w:t>25:25</w:t>
      </w:r>
    </w:p>
    <w:p>
      <w:pPr>
        <w:spacing w:after="0"/>
      </w:pPr>
      <w:r>
        <w:rPr>
          <w:rFonts w:ascii="Arial" w:hAnsi="Arial"/>
          <w:sz w:val="22"/>
        </w:rPr>
        <w:t>This this sink -  I went in one I went in one toilet, I think it was in a museum somewhere and the sink was like, massively wide. it was like huge, and it was like a kitchen countertop. And I'm like, Okay, how do I get on the actual toilet? How can I hold on to the wall and sort of move around with my carrot in the toilet with me? it was ridiculous.</w:t>
      </w:r>
    </w:p>
    <w:p>
      <w:pPr>
        <w:spacing w:after="0"/>
      </w:pPr>
    </w:p>
    <w:p>
      <w:pPr>
        <w:spacing w:after="0"/>
      </w:pPr>
      <w:r>
        <w:rPr>
          <w:rFonts w:ascii="Arial" w:hAnsi="Arial"/>
          <w:b/>
          <w:sz w:val="22"/>
        </w:rPr>
        <w:t xml:space="preserve">Alice  </w:t>
      </w:r>
      <w:r>
        <w:rPr>
          <w:rFonts w:ascii="Arial" w:hAnsi="Arial"/>
          <w:color w:val="5D7284"/>
          <w:sz w:val="22"/>
        </w:rPr>
        <w:t>25:46</w:t>
      </w:r>
    </w:p>
    <w:p>
      <w:pPr>
        <w:spacing w:after="0"/>
      </w:pPr>
      <w:r>
        <w:rPr>
          <w:rFonts w:ascii="Arial" w:hAnsi="Arial"/>
          <w:sz w:val="22"/>
        </w:rPr>
        <w:t xml:space="preserve">Did I you about the toilets in my local swimming pool, the accessible toilet?  </w:t>
      </w:r>
    </w:p>
    <w:p>
      <w:pPr>
        <w:spacing w:after="0"/>
      </w:pPr>
    </w:p>
    <w:p>
      <w:pPr>
        <w:spacing w:after="0"/>
      </w:pPr>
      <w:r>
        <w:rPr>
          <w:rFonts w:ascii="Arial" w:hAnsi="Arial"/>
          <w:b/>
          <w:sz w:val="22"/>
        </w:rPr>
        <w:t xml:space="preserve">Lucy  </w:t>
      </w:r>
      <w:r>
        <w:rPr>
          <w:rFonts w:ascii="Arial" w:hAnsi="Arial"/>
          <w:color w:val="5D7284"/>
          <w:sz w:val="22"/>
        </w:rPr>
        <w:t>25:51</w:t>
      </w:r>
    </w:p>
    <w:p>
      <w:pPr>
        <w:spacing w:after="0"/>
      </w:pPr>
      <w:r>
        <w:rPr>
          <w:rFonts w:ascii="Arial" w:hAnsi="Arial"/>
          <w:sz w:val="22"/>
        </w:rPr>
        <w:t>No</w:t>
      </w:r>
    </w:p>
    <w:p>
      <w:pPr>
        <w:spacing w:after="0"/>
      </w:pPr>
    </w:p>
    <w:p>
      <w:pPr>
        <w:spacing w:after="0"/>
      </w:pPr>
      <w:r>
        <w:rPr>
          <w:rFonts w:ascii="Arial" w:hAnsi="Arial"/>
          <w:b/>
          <w:sz w:val="22"/>
        </w:rPr>
        <w:t xml:space="preserve">Alice  </w:t>
      </w:r>
      <w:r>
        <w:rPr>
          <w:rFonts w:ascii="Arial" w:hAnsi="Arial"/>
          <w:color w:val="5D7284"/>
          <w:sz w:val="22"/>
        </w:rPr>
        <w:t>25:51</w:t>
      </w:r>
    </w:p>
    <w:p>
      <w:pPr>
        <w:spacing w:after="0"/>
      </w:pPr>
      <w:r>
        <w:rPr>
          <w:rFonts w:ascii="Arial" w:hAnsi="Arial"/>
          <w:sz w:val="22"/>
        </w:rPr>
        <w:t>It's got like an accessible shower and everything in it. But it's got a sensor light that takes about four or five minutes to warm up. So I just got changed in the dark.</w:t>
      </w:r>
    </w:p>
    <w:p>
      <w:pPr>
        <w:spacing w:after="0"/>
      </w:pPr>
    </w:p>
    <w:p>
      <w:pPr>
        <w:spacing w:after="0"/>
      </w:pPr>
      <w:r>
        <w:rPr>
          <w:rFonts w:ascii="Arial" w:hAnsi="Arial"/>
          <w:b/>
          <w:sz w:val="22"/>
        </w:rPr>
        <w:t xml:space="preserve">all  </w:t>
      </w:r>
      <w:r>
        <w:rPr>
          <w:rFonts w:ascii="Arial" w:hAnsi="Arial"/>
          <w:color w:val="5D7284"/>
          <w:sz w:val="22"/>
        </w:rPr>
        <w:t>26:01</w:t>
      </w:r>
    </w:p>
    <w:p>
      <w:pPr>
        <w:spacing w:after="0"/>
      </w:pPr>
      <w:r>
        <w:rPr>
          <w:rFonts w:ascii="Arial" w:hAnsi="Arial"/>
          <w:sz w:val="22"/>
        </w:rPr>
        <w:t>[laughing]</w:t>
      </w:r>
    </w:p>
    <w:p>
      <w:pPr>
        <w:spacing w:after="0"/>
      </w:pPr>
    </w:p>
    <w:p>
      <w:pPr>
        <w:spacing w:after="0"/>
      </w:pPr>
      <w:r>
        <w:rPr>
          <w:rFonts w:ascii="Arial" w:hAnsi="Arial"/>
          <w:b/>
          <w:sz w:val="22"/>
        </w:rPr>
        <w:t xml:space="preserve">Alice  </w:t>
      </w:r>
      <w:r>
        <w:rPr>
          <w:rFonts w:ascii="Arial" w:hAnsi="Arial"/>
          <w:color w:val="5D7284"/>
          <w:sz w:val="22"/>
        </w:rPr>
        <w:t>26:01</w:t>
      </w:r>
    </w:p>
    <w:p>
      <w:pPr>
        <w:spacing w:after="0"/>
      </w:pPr>
      <w:r>
        <w:rPr>
          <w:rFonts w:ascii="Arial" w:hAnsi="Arial"/>
          <w:sz w:val="22"/>
        </w:rPr>
        <w:t>Cuase I was like, well this is the accessible toilet but I can't fucking see anything. So I could just be in a regular toilet. It's my eyes with your</w:t>
      </w:r>
    </w:p>
    <w:p>
      <w:pPr>
        <w:spacing w:after="0"/>
      </w:pPr>
    </w:p>
    <w:p>
      <w:pPr>
        <w:spacing w:after="0"/>
      </w:pPr>
      <w:r>
        <w:rPr>
          <w:rFonts w:ascii="Arial" w:hAnsi="Arial"/>
          <w:b/>
          <w:sz w:val="22"/>
        </w:rPr>
        <w:t xml:space="preserve">Damien Williams  </w:t>
      </w:r>
      <w:r>
        <w:rPr>
          <w:rFonts w:ascii="Arial" w:hAnsi="Arial"/>
          <w:color w:val="5D7284"/>
          <w:sz w:val="22"/>
        </w:rPr>
        <w:t>26:12</w:t>
      </w:r>
    </w:p>
    <w:p>
      <w:pPr>
        <w:spacing w:after="0"/>
      </w:pPr>
      <w:r>
        <w:rPr>
          <w:rFonts w:ascii="Arial" w:hAnsi="Arial"/>
          <w:sz w:val="22"/>
        </w:rPr>
        <w:t xml:space="preserve">With your eyes closed. exactly, </w:t>
      </w:r>
    </w:p>
    <w:p>
      <w:pPr>
        <w:spacing w:after="0"/>
      </w:pPr>
    </w:p>
    <w:p>
      <w:pPr>
        <w:spacing w:after="0"/>
      </w:pPr>
      <w:r>
        <w:rPr>
          <w:rFonts w:ascii="Arial" w:hAnsi="Arial"/>
          <w:b/>
          <w:sz w:val="22"/>
        </w:rPr>
        <w:t xml:space="preserve">Alice  </w:t>
      </w:r>
      <w:r>
        <w:rPr>
          <w:rFonts w:ascii="Arial" w:hAnsi="Arial"/>
          <w:color w:val="5D7284"/>
          <w:sz w:val="22"/>
        </w:rPr>
        <w:t>26:14</w:t>
      </w:r>
    </w:p>
    <w:p>
      <w:pPr>
        <w:spacing w:after="0"/>
      </w:pPr>
      <w:r>
        <w:rPr>
          <w:rFonts w:ascii="Arial" w:hAnsi="Arial"/>
          <w:sz w:val="22"/>
        </w:rPr>
        <w:t>Yeah [laughing]</w:t>
      </w:r>
    </w:p>
    <w:p>
      <w:pPr>
        <w:spacing w:after="0"/>
      </w:pPr>
    </w:p>
    <w:p>
      <w:pPr>
        <w:spacing w:after="0"/>
      </w:pPr>
      <w:r>
        <w:rPr>
          <w:rFonts w:ascii="Arial" w:hAnsi="Arial"/>
          <w:b/>
          <w:sz w:val="22"/>
        </w:rPr>
        <w:t xml:space="preserve">Damien Williams  </w:t>
      </w:r>
      <w:r>
        <w:rPr>
          <w:rFonts w:ascii="Arial" w:hAnsi="Arial"/>
          <w:color w:val="5D7284"/>
          <w:sz w:val="22"/>
        </w:rPr>
        <w:t>26:14</w:t>
      </w:r>
    </w:p>
    <w:p>
      <w:pPr>
        <w:spacing w:after="0"/>
      </w:pPr>
      <w:r>
        <w:rPr>
          <w:rFonts w:ascii="Arial" w:hAnsi="Arial"/>
          <w:sz w:val="22"/>
        </w:rPr>
        <w:t>You'd have no idea.</w:t>
      </w:r>
    </w:p>
    <w:p>
      <w:pPr>
        <w:spacing w:after="0"/>
      </w:pPr>
    </w:p>
    <w:p>
      <w:pPr>
        <w:spacing w:after="0"/>
      </w:pPr>
      <w:r>
        <w:rPr>
          <w:rFonts w:ascii="Arial" w:hAnsi="Arial"/>
          <w:b/>
          <w:sz w:val="22"/>
        </w:rPr>
        <w:t xml:space="preserve">Alice  </w:t>
      </w:r>
      <w:r>
        <w:rPr>
          <w:rFonts w:ascii="Arial" w:hAnsi="Arial"/>
          <w:color w:val="5D7284"/>
          <w:sz w:val="22"/>
        </w:rPr>
        <w:t>26:16</w:t>
      </w:r>
    </w:p>
    <w:p>
      <w:pPr>
        <w:spacing w:after="0"/>
      </w:pPr>
      <w:r>
        <w:rPr>
          <w:rFonts w:ascii="Arial" w:hAnsi="Arial"/>
          <w:sz w:val="22"/>
        </w:rPr>
        <w:t>Makes fuck all difference. Who's gone to the effort have been like, right, we're gonna make sure we've got an accessible toilet. And it's all fine for wheelchair users, but you can't actually see what you're doing in there?</w:t>
      </w:r>
    </w:p>
    <w:p>
      <w:pPr>
        <w:spacing w:after="0"/>
      </w:pPr>
    </w:p>
    <w:p>
      <w:pPr>
        <w:spacing w:after="0"/>
      </w:pPr>
      <w:r>
        <w:rPr>
          <w:rFonts w:ascii="Arial" w:hAnsi="Arial"/>
          <w:b/>
          <w:sz w:val="22"/>
        </w:rPr>
        <w:t xml:space="preserve">Lucy  </w:t>
      </w:r>
      <w:r>
        <w:rPr>
          <w:rFonts w:ascii="Arial" w:hAnsi="Arial"/>
          <w:color w:val="5D7284"/>
          <w:sz w:val="22"/>
        </w:rPr>
        <w:t>26:27</w:t>
      </w:r>
    </w:p>
    <w:p>
      <w:pPr>
        <w:spacing w:after="0"/>
      </w:pPr>
      <w:r>
        <w:rPr>
          <w:rFonts w:ascii="Arial" w:hAnsi="Arial"/>
          <w:sz w:val="22"/>
        </w:rPr>
        <w:t xml:space="preserve">Honestly, like my job. We have surveyors that go out and like review venues. And so we basically don't tell you whether it's good access or bad access, we tell you what you've got when you get there </w:t>
      </w:r>
    </w:p>
    <w:p>
      <w:pPr>
        <w:spacing w:after="0"/>
      </w:pPr>
    </w:p>
    <w:p>
      <w:pPr>
        <w:spacing w:after="0"/>
      </w:pPr>
      <w:r>
        <w:rPr>
          <w:rFonts w:ascii="Arial" w:hAnsi="Arial"/>
          <w:b/>
          <w:sz w:val="22"/>
        </w:rPr>
        <w:t xml:space="preserve">Alice  </w:t>
      </w:r>
      <w:r>
        <w:rPr>
          <w:rFonts w:ascii="Arial" w:hAnsi="Arial"/>
          <w:color w:val="5D7284"/>
          <w:sz w:val="22"/>
        </w:rPr>
        <w:t>26:40</w:t>
      </w:r>
    </w:p>
    <w:p>
      <w:pPr>
        <w:spacing w:after="0"/>
      </w:pPr>
      <w:r>
        <w:rPr>
          <w:rFonts w:ascii="Arial" w:hAnsi="Arial"/>
          <w:sz w:val="22"/>
        </w:rPr>
        <w:t>Spare filing cabinet and mop</w:t>
      </w:r>
    </w:p>
    <w:p>
      <w:pPr>
        <w:spacing w:after="0"/>
      </w:pPr>
    </w:p>
    <w:p>
      <w:pPr>
        <w:spacing w:after="0"/>
      </w:pPr>
      <w:r>
        <w:rPr>
          <w:rFonts w:ascii="Arial" w:hAnsi="Arial"/>
          <w:b/>
          <w:sz w:val="22"/>
        </w:rPr>
        <w:t xml:space="preserve">Damien Williams  </w:t>
      </w:r>
      <w:r>
        <w:rPr>
          <w:rFonts w:ascii="Arial" w:hAnsi="Arial"/>
          <w:color w:val="5D7284"/>
          <w:sz w:val="22"/>
        </w:rPr>
        <w:t>26:40</w:t>
      </w:r>
    </w:p>
    <w:p>
      <w:pPr>
        <w:spacing w:after="0"/>
      </w:pPr>
      <w:r>
        <w:rPr>
          <w:rFonts w:ascii="Arial" w:hAnsi="Arial"/>
          <w:sz w:val="22"/>
        </w:rPr>
        <w:t>Yeah, yeah</w:t>
      </w:r>
    </w:p>
    <w:p>
      <w:pPr>
        <w:spacing w:after="0"/>
      </w:pPr>
    </w:p>
    <w:p>
      <w:pPr>
        <w:spacing w:after="0"/>
      </w:pPr>
      <w:r>
        <w:rPr>
          <w:rFonts w:ascii="Arial" w:hAnsi="Arial"/>
          <w:b/>
          <w:sz w:val="22"/>
        </w:rPr>
        <w:t xml:space="preserve">Lucy  </w:t>
      </w:r>
      <w:r>
        <w:rPr>
          <w:rFonts w:ascii="Arial" w:hAnsi="Arial"/>
          <w:color w:val="5D7284"/>
          <w:sz w:val="22"/>
        </w:rPr>
        <w:t>26:40</w:t>
      </w:r>
    </w:p>
    <w:p>
      <w:pPr>
        <w:spacing w:after="0"/>
      </w:pPr>
      <w:r>
        <w:rPr>
          <w:rFonts w:ascii="Arial" w:hAnsi="Arial"/>
          <w:sz w:val="22"/>
        </w:rPr>
        <w:t xml:space="preserve">And you make the decision yourself. And the amount of like, every time I see this one person at work, he tells me about these toilets. he goes, What's the toilets like here Luce? Did you manage? Do I need to go and have a word? Like this, And he was telling me that he went to a venue somewhere I can't remember where exactly where it was. But he said, he said to the people that were in this like office, Where's the disabled toilet and they went Oh it's there, it's just there. And he first of all, he opened it and there was all sorts of paraphernalia in the toilet and he was like, well, first of all, you need to take that out really? </w:t>
      </w:r>
    </w:p>
    <w:p>
      <w:pPr>
        <w:spacing w:after="0"/>
      </w:pPr>
    </w:p>
    <w:p>
      <w:pPr>
        <w:spacing w:after="0"/>
      </w:pPr>
      <w:r>
        <w:rPr>
          <w:rFonts w:ascii="Arial" w:hAnsi="Arial"/>
          <w:b/>
          <w:sz w:val="22"/>
        </w:rPr>
        <w:t xml:space="preserve">Lucy  </w:t>
      </w:r>
      <w:r>
        <w:rPr>
          <w:rFonts w:ascii="Arial" w:hAnsi="Arial"/>
          <w:color w:val="5D7284"/>
          <w:sz w:val="22"/>
        </w:rPr>
        <w:t>26:45</w:t>
      </w:r>
    </w:p>
    <w:p>
      <w:pPr>
        <w:spacing w:after="0"/>
      </w:pPr>
      <w:r>
        <w:rPr>
          <w:rFonts w:ascii="Arial" w:hAnsi="Arial"/>
          <w:sz w:val="22"/>
        </w:rPr>
        <w:t xml:space="preserve">Because it's not a useable space. </w:t>
      </w:r>
    </w:p>
    <w:p>
      <w:pPr>
        <w:spacing w:after="0"/>
      </w:pPr>
    </w:p>
    <w:p>
      <w:pPr>
        <w:spacing w:after="0"/>
      </w:pPr>
      <w:r>
        <w:rPr>
          <w:rFonts w:ascii="Arial" w:hAnsi="Arial"/>
          <w:b/>
          <w:sz w:val="22"/>
        </w:rPr>
        <w:t xml:space="preserve">Damien Williams  </w:t>
      </w:r>
      <w:r>
        <w:rPr>
          <w:rFonts w:ascii="Arial" w:hAnsi="Arial"/>
          <w:color w:val="5D7284"/>
          <w:sz w:val="22"/>
        </w:rPr>
        <w:t>26:47</w:t>
      </w:r>
    </w:p>
    <w:p>
      <w:pPr>
        <w:spacing w:after="0"/>
      </w:pPr>
      <w:r>
        <w:rPr>
          <w:rFonts w:ascii="Arial" w:hAnsi="Arial"/>
          <w:sz w:val="22"/>
        </w:rPr>
        <w:t>[laughs]</w:t>
      </w:r>
    </w:p>
    <w:p>
      <w:pPr>
        <w:spacing w:after="0"/>
      </w:pPr>
    </w:p>
    <w:p>
      <w:pPr>
        <w:spacing w:after="0"/>
      </w:pPr>
      <w:r>
        <w:rPr>
          <w:rFonts w:ascii="Arial" w:hAnsi="Arial"/>
          <w:b/>
          <w:sz w:val="22"/>
        </w:rPr>
        <w:t xml:space="preserve">Lucy  </w:t>
      </w:r>
      <w:r>
        <w:rPr>
          <w:rFonts w:ascii="Arial" w:hAnsi="Arial"/>
          <w:color w:val="5D7284"/>
          <w:sz w:val="22"/>
        </w:rPr>
        <w:t>26:48</w:t>
      </w:r>
    </w:p>
    <w:p>
      <w:pPr>
        <w:spacing w:after="0"/>
      </w:pPr>
      <w:r>
        <w:rPr>
          <w:rFonts w:ascii="Arial" w:hAnsi="Arial"/>
          <w:sz w:val="22"/>
        </w:rPr>
        <w:t xml:space="preserve">Yeah, yeah. And then he was looking at the toilet. And he went, you do realise that this toilet is not plumbed into anything? </w:t>
      </w:r>
    </w:p>
    <w:p>
      <w:pPr>
        <w:spacing w:after="0"/>
      </w:pPr>
    </w:p>
    <w:p>
      <w:pPr>
        <w:spacing w:after="0"/>
      </w:pPr>
      <w:r>
        <w:rPr>
          <w:rFonts w:ascii="Arial" w:hAnsi="Arial"/>
          <w:b/>
          <w:sz w:val="22"/>
        </w:rPr>
        <w:t xml:space="preserve">Alice  </w:t>
      </w:r>
      <w:r>
        <w:rPr>
          <w:rFonts w:ascii="Arial" w:hAnsi="Arial"/>
          <w:color w:val="5D7284"/>
          <w:sz w:val="22"/>
        </w:rPr>
        <w:t>27:29</w:t>
      </w:r>
    </w:p>
    <w:p>
      <w:pPr>
        <w:spacing w:after="0"/>
      </w:pPr>
      <w:r>
        <w:rPr>
          <w:rFonts w:ascii="Arial" w:hAnsi="Arial"/>
          <w:sz w:val="22"/>
        </w:rPr>
        <w:t>[gasps and laughs]</w:t>
      </w:r>
    </w:p>
    <w:p>
      <w:pPr>
        <w:spacing w:after="0"/>
      </w:pPr>
    </w:p>
    <w:p>
      <w:pPr>
        <w:spacing w:after="0"/>
      </w:pPr>
      <w:r>
        <w:rPr>
          <w:rFonts w:ascii="Arial" w:hAnsi="Arial"/>
          <w:b/>
          <w:sz w:val="22"/>
        </w:rPr>
        <w:t xml:space="preserve">Lucy  </w:t>
      </w:r>
      <w:r>
        <w:rPr>
          <w:rFonts w:ascii="Arial" w:hAnsi="Arial"/>
          <w:color w:val="5D7284"/>
          <w:sz w:val="22"/>
        </w:rPr>
        <w:t>27:29</w:t>
      </w:r>
    </w:p>
    <w:p>
      <w:pPr>
        <w:spacing w:after="0"/>
      </w:pPr>
      <w:r>
        <w:rPr>
          <w:rFonts w:ascii="Arial" w:hAnsi="Arial"/>
          <w:sz w:val="22"/>
        </w:rPr>
        <w:t>It's basically just like against - he goes when have you all been going to the toilet?</w:t>
      </w:r>
    </w:p>
    <w:p>
      <w:pPr>
        <w:spacing w:after="0"/>
      </w:pPr>
    </w:p>
    <w:p>
      <w:pPr>
        <w:spacing w:after="0"/>
      </w:pPr>
      <w:r>
        <w:rPr>
          <w:rFonts w:ascii="Arial" w:hAnsi="Arial"/>
          <w:b/>
          <w:sz w:val="22"/>
        </w:rPr>
        <w:t xml:space="preserve">Damien Williams  </w:t>
      </w:r>
      <w:r>
        <w:rPr>
          <w:rFonts w:ascii="Arial" w:hAnsi="Arial"/>
          <w:color w:val="5D7284"/>
          <w:sz w:val="22"/>
        </w:rPr>
        <w:t>27:34</w:t>
      </w:r>
    </w:p>
    <w:p>
      <w:pPr>
        <w:spacing w:after="0"/>
      </w:pPr>
      <w:r>
        <w:rPr>
          <w:rFonts w:ascii="Arial" w:hAnsi="Arial"/>
          <w:sz w:val="22"/>
        </w:rPr>
        <w:t>No!</w:t>
      </w:r>
    </w:p>
    <w:p>
      <w:pPr>
        <w:spacing w:after="0"/>
      </w:pPr>
    </w:p>
    <w:p>
      <w:pPr>
        <w:spacing w:after="0"/>
      </w:pPr>
      <w:r>
        <w:rPr>
          <w:rFonts w:ascii="Arial" w:hAnsi="Arial"/>
          <w:b/>
          <w:sz w:val="22"/>
        </w:rPr>
        <w:t xml:space="preserve">Alice  </w:t>
      </w:r>
      <w:r>
        <w:rPr>
          <w:rFonts w:ascii="Arial" w:hAnsi="Arial"/>
          <w:color w:val="5D7284"/>
          <w:sz w:val="22"/>
        </w:rPr>
        <w:t>27:34</w:t>
      </w:r>
    </w:p>
    <w:p>
      <w:pPr>
        <w:spacing w:after="0"/>
      </w:pPr>
      <w:r>
        <w:rPr>
          <w:rFonts w:ascii="Arial" w:hAnsi="Arial"/>
          <w:sz w:val="22"/>
        </w:rPr>
        <w:t>[laughing]</w:t>
      </w:r>
    </w:p>
    <w:p>
      <w:pPr>
        <w:spacing w:after="0"/>
      </w:pPr>
    </w:p>
    <w:p>
      <w:pPr>
        <w:spacing w:after="0"/>
      </w:pPr>
      <w:r>
        <w:rPr>
          <w:rFonts w:ascii="Arial" w:hAnsi="Arial"/>
          <w:b/>
          <w:sz w:val="22"/>
        </w:rPr>
        <w:t xml:space="preserve">Lucy  </w:t>
      </w:r>
      <w:r>
        <w:rPr>
          <w:rFonts w:ascii="Arial" w:hAnsi="Arial"/>
          <w:color w:val="5D7284"/>
          <w:sz w:val="22"/>
        </w:rPr>
        <w:t>27:36</w:t>
      </w:r>
    </w:p>
    <w:p>
      <w:pPr>
        <w:spacing w:after="0"/>
      </w:pPr>
      <w:r>
        <w:rPr>
          <w:rFonts w:ascii="Arial" w:hAnsi="Arial"/>
          <w:sz w:val="22"/>
        </w:rPr>
        <w:t xml:space="preserve">He siad you could move it with your own hands. </w:t>
      </w:r>
    </w:p>
    <w:p>
      <w:pPr>
        <w:spacing w:after="0"/>
      </w:pPr>
    </w:p>
    <w:p>
      <w:pPr>
        <w:spacing w:after="0"/>
      </w:pPr>
      <w:r>
        <w:rPr>
          <w:rFonts w:ascii="Arial" w:hAnsi="Arial"/>
          <w:b/>
          <w:sz w:val="22"/>
        </w:rPr>
        <w:t xml:space="preserve">Damien Williams  </w:t>
      </w:r>
      <w:r>
        <w:rPr>
          <w:rFonts w:ascii="Arial" w:hAnsi="Arial"/>
          <w:color w:val="5D7284"/>
          <w:sz w:val="22"/>
        </w:rPr>
        <w:t>27:39</w:t>
      </w:r>
    </w:p>
    <w:p>
      <w:pPr>
        <w:spacing w:after="0"/>
      </w:pPr>
      <w:r>
        <w:rPr>
          <w:rFonts w:ascii="Arial" w:hAnsi="Arial"/>
          <w:sz w:val="22"/>
        </w:rPr>
        <w:t>Oh that's horrifying.</w:t>
      </w:r>
    </w:p>
    <w:p>
      <w:pPr>
        <w:spacing w:after="0"/>
      </w:pPr>
    </w:p>
    <w:p>
      <w:pPr>
        <w:spacing w:after="0"/>
      </w:pPr>
      <w:r>
        <w:rPr>
          <w:rFonts w:ascii="Arial" w:hAnsi="Arial"/>
          <w:b/>
          <w:sz w:val="22"/>
        </w:rPr>
        <w:t xml:space="preserve">Lucy  </w:t>
      </w:r>
      <w:r>
        <w:rPr>
          <w:rFonts w:ascii="Arial" w:hAnsi="Arial"/>
          <w:color w:val="5D7284"/>
          <w:sz w:val="22"/>
        </w:rPr>
        <w:t>27:39</w:t>
      </w:r>
    </w:p>
    <w:p>
      <w:pPr>
        <w:spacing w:after="0"/>
      </w:pPr>
      <w:r>
        <w:rPr>
          <w:rFonts w:ascii="Arial" w:hAnsi="Arial"/>
          <w:sz w:val="22"/>
        </w:rPr>
        <w:t xml:space="preserve">Unbelievable. Could you imagine? Could you, like - </w:t>
      </w:r>
    </w:p>
    <w:p>
      <w:pPr>
        <w:spacing w:after="0"/>
      </w:pPr>
    </w:p>
    <w:p>
      <w:pPr>
        <w:spacing w:after="0"/>
      </w:pPr>
      <w:r>
        <w:rPr>
          <w:rFonts w:ascii="Arial" w:hAnsi="Arial"/>
          <w:b/>
          <w:sz w:val="22"/>
        </w:rPr>
        <w:t xml:space="preserve">Damien Williams  </w:t>
      </w:r>
      <w:r>
        <w:rPr>
          <w:rFonts w:ascii="Arial" w:hAnsi="Arial"/>
          <w:color w:val="5D7284"/>
          <w:sz w:val="22"/>
        </w:rPr>
        <w:t>27:40</w:t>
      </w:r>
    </w:p>
    <w:p>
      <w:pPr>
        <w:spacing w:after="0"/>
      </w:pPr>
      <w:r>
        <w:rPr>
          <w:rFonts w:ascii="Arial" w:hAnsi="Arial"/>
          <w:sz w:val="22"/>
        </w:rPr>
        <w:t>[laughs]</w:t>
      </w:r>
    </w:p>
    <w:p>
      <w:pPr>
        <w:spacing w:after="0"/>
      </w:pPr>
    </w:p>
    <w:p>
      <w:pPr>
        <w:spacing w:after="0"/>
      </w:pPr>
      <w:r>
        <w:rPr>
          <w:rFonts w:ascii="Arial" w:hAnsi="Arial"/>
          <w:b/>
          <w:sz w:val="22"/>
        </w:rPr>
        <w:t xml:space="preserve">Lucy  </w:t>
      </w:r>
      <w:r>
        <w:rPr>
          <w:rFonts w:ascii="Arial" w:hAnsi="Arial"/>
          <w:color w:val="5D7284"/>
          <w:sz w:val="22"/>
        </w:rPr>
        <w:t>27:40</w:t>
      </w:r>
    </w:p>
    <w:p>
      <w:pPr>
        <w:spacing w:after="0"/>
      </w:pPr>
      <w:r>
        <w:rPr>
          <w:rFonts w:ascii="Arial" w:hAnsi="Arial"/>
          <w:sz w:val="22"/>
        </w:rPr>
        <w:t>It's like when you go to like a bathroom showroom and there's always a kid that sort of sat on the toilet and wet themselves because they've seen a toilet and just gone Oh, I could go to the toilet.</w:t>
      </w:r>
    </w:p>
    <w:p>
      <w:pPr>
        <w:spacing w:after="0"/>
      </w:pPr>
    </w:p>
    <w:p>
      <w:pPr>
        <w:spacing w:after="0"/>
      </w:pPr>
      <w:r>
        <w:rPr>
          <w:rFonts w:ascii="Arial" w:hAnsi="Arial"/>
          <w:b/>
          <w:sz w:val="22"/>
        </w:rPr>
        <w:t xml:space="preserve">Alice  </w:t>
      </w:r>
      <w:r>
        <w:rPr>
          <w:rFonts w:ascii="Arial" w:hAnsi="Arial"/>
          <w:color w:val="5D7284"/>
          <w:sz w:val="22"/>
        </w:rPr>
        <w:t>27:42</w:t>
      </w:r>
    </w:p>
    <w:p>
      <w:pPr>
        <w:spacing w:after="0"/>
      </w:pPr>
      <w:r>
        <w:rPr>
          <w:rFonts w:ascii="Arial" w:hAnsi="Arial"/>
          <w:sz w:val="22"/>
        </w:rPr>
        <w:t>[laughing]</w:t>
      </w:r>
    </w:p>
    <w:p>
      <w:pPr>
        <w:spacing w:after="0"/>
      </w:pPr>
    </w:p>
    <w:p>
      <w:pPr>
        <w:spacing w:after="0"/>
      </w:pPr>
      <w:r>
        <w:rPr>
          <w:rFonts w:ascii="Arial" w:hAnsi="Arial"/>
          <w:b/>
          <w:sz w:val="22"/>
        </w:rPr>
        <w:t xml:space="preserve">Alice  </w:t>
      </w:r>
      <w:r>
        <w:rPr>
          <w:rFonts w:ascii="Arial" w:hAnsi="Arial"/>
          <w:color w:val="5D7284"/>
          <w:sz w:val="22"/>
        </w:rPr>
        <w:t>27:51</w:t>
      </w:r>
    </w:p>
    <w:p>
      <w:pPr>
        <w:spacing w:after="0"/>
      </w:pPr>
      <w:r>
        <w:rPr>
          <w:rFonts w:ascii="Arial" w:hAnsi="Arial"/>
          <w:sz w:val="22"/>
        </w:rPr>
        <w:t>That's so funny.</w:t>
      </w:r>
    </w:p>
    <w:p>
      <w:pPr>
        <w:spacing w:after="0"/>
      </w:pPr>
    </w:p>
    <w:p>
      <w:pPr>
        <w:spacing w:after="0"/>
      </w:pPr>
      <w:r>
        <w:rPr>
          <w:rFonts w:ascii="Arial" w:hAnsi="Arial"/>
          <w:b/>
          <w:sz w:val="22"/>
        </w:rPr>
        <w:t xml:space="preserve">Lucy  </w:t>
      </w:r>
      <w:r>
        <w:rPr>
          <w:rFonts w:ascii="Arial" w:hAnsi="Arial"/>
          <w:color w:val="5D7284"/>
          <w:sz w:val="22"/>
        </w:rPr>
        <w:t>27:57</w:t>
      </w:r>
    </w:p>
    <w:p>
      <w:pPr>
        <w:spacing w:after="0"/>
      </w:pPr>
      <w:r>
        <w:rPr>
          <w:rFonts w:ascii="Arial" w:hAnsi="Arial"/>
          <w:sz w:val="22"/>
        </w:rPr>
        <w:t xml:space="preserve">I can't believe I've never told you that story Alice. Unbelieve </w:t>
      </w:r>
    </w:p>
    <w:p>
      <w:pPr>
        <w:spacing w:after="0"/>
      </w:pPr>
    </w:p>
    <w:p>
      <w:pPr>
        <w:spacing w:after="0"/>
      </w:pPr>
      <w:r>
        <w:rPr>
          <w:rFonts w:ascii="Arial" w:hAnsi="Arial"/>
          <w:b/>
          <w:sz w:val="22"/>
        </w:rPr>
        <w:t xml:space="preserve">Damien Williams  </w:t>
      </w:r>
      <w:r>
        <w:rPr>
          <w:rFonts w:ascii="Arial" w:hAnsi="Arial"/>
          <w:color w:val="5D7284"/>
          <w:sz w:val="22"/>
        </w:rPr>
        <w:t>28:05</w:t>
      </w:r>
    </w:p>
    <w:p>
      <w:pPr>
        <w:spacing w:after="0"/>
      </w:pPr>
      <w:r>
        <w:rPr>
          <w:rFonts w:ascii="Arial" w:hAnsi="Arial"/>
          <w:sz w:val="22"/>
        </w:rPr>
        <w:t xml:space="preserve">Wow, </w:t>
      </w:r>
    </w:p>
    <w:p>
      <w:pPr>
        <w:spacing w:after="0"/>
      </w:pPr>
    </w:p>
    <w:p>
      <w:pPr>
        <w:spacing w:after="0"/>
      </w:pPr>
      <w:r>
        <w:rPr>
          <w:rFonts w:ascii="Arial" w:hAnsi="Arial"/>
          <w:b/>
          <w:sz w:val="22"/>
        </w:rPr>
        <w:t xml:space="preserve">Lucy  </w:t>
      </w:r>
      <w:r>
        <w:rPr>
          <w:rFonts w:ascii="Arial" w:hAnsi="Arial"/>
          <w:color w:val="5D7284"/>
          <w:sz w:val="22"/>
        </w:rPr>
        <w:t>28:06</w:t>
      </w:r>
    </w:p>
    <w:p>
      <w:pPr>
        <w:spacing w:after="0"/>
      </w:pPr>
      <w:r>
        <w:rPr>
          <w:rFonts w:ascii="Arial" w:hAnsi="Arial"/>
          <w:sz w:val="22"/>
        </w:rPr>
        <w:t xml:space="preserve">I was open mouthed. We were this like staff meeting. </w:t>
      </w:r>
    </w:p>
    <w:p>
      <w:pPr>
        <w:spacing w:after="0"/>
      </w:pPr>
    </w:p>
    <w:p>
      <w:pPr>
        <w:spacing w:after="0"/>
      </w:pPr>
      <w:r>
        <w:rPr>
          <w:rFonts w:ascii="Arial" w:hAnsi="Arial"/>
          <w:b/>
          <w:sz w:val="22"/>
        </w:rPr>
        <w:t xml:space="preserve">Damien Williams  </w:t>
      </w:r>
      <w:r>
        <w:rPr>
          <w:rFonts w:ascii="Arial" w:hAnsi="Arial"/>
          <w:color w:val="5D7284"/>
          <w:sz w:val="22"/>
        </w:rPr>
        <w:t>28:09</w:t>
      </w:r>
    </w:p>
    <w:p>
      <w:pPr>
        <w:spacing w:after="0"/>
      </w:pPr>
      <w:r>
        <w:rPr>
          <w:rFonts w:ascii="Arial" w:hAnsi="Arial"/>
          <w:sz w:val="22"/>
        </w:rPr>
        <w:t xml:space="preserve">Wow </w:t>
      </w:r>
    </w:p>
    <w:p>
      <w:pPr>
        <w:spacing w:after="0"/>
      </w:pPr>
    </w:p>
    <w:p>
      <w:pPr>
        <w:spacing w:after="0"/>
      </w:pPr>
      <w:r>
        <w:rPr>
          <w:rFonts w:ascii="Arial" w:hAnsi="Arial"/>
          <w:b/>
          <w:sz w:val="22"/>
        </w:rPr>
        <w:t xml:space="preserve">Lucy  </w:t>
      </w:r>
      <w:r>
        <w:rPr>
          <w:rFonts w:ascii="Arial" w:hAnsi="Arial"/>
          <w:color w:val="5D7284"/>
          <w:sz w:val="22"/>
        </w:rPr>
        <w:t>28:09</w:t>
      </w:r>
    </w:p>
    <w:p>
      <w:pPr>
        <w:spacing w:after="0"/>
      </w:pPr>
      <w:r>
        <w:rPr>
          <w:rFonts w:ascii="Arial" w:hAnsi="Arial"/>
          <w:sz w:val="22"/>
        </w:rPr>
        <w:t>I was just open mouthed. He said it wasn't plumped in. I said when did you realise? He goes when I was looking down the toilet it was carpet underneath.</w:t>
      </w:r>
    </w:p>
    <w:p>
      <w:pPr>
        <w:spacing w:after="0"/>
      </w:pPr>
    </w:p>
    <w:p>
      <w:pPr>
        <w:spacing w:after="0"/>
      </w:pPr>
      <w:r>
        <w:rPr>
          <w:rFonts w:ascii="Arial" w:hAnsi="Arial"/>
          <w:b/>
          <w:sz w:val="22"/>
        </w:rPr>
        <w:t xml:space="preserve">Lucy  </w:t>
      </w:r>
      <w:r>
        <w:rPr>
          <w:rFonts w:ascii="Arial" w:hAnsi="Arial"/>
          <w:color w:val="5D7284"/>
          <w:sz w:val="22"/>
        </w:rPr>
        <w:t>28:17</w:t>
      </w:r>
    </w:p>
    <w:p>
      <w:pPr>
        <w:spacing w:after="0"/>
      </w:pPr>
      <w:r>
        <w:rPr>
          <w:rFonts w:ascii="Arial" w:hAnsi="Arial"/>
          <w:sz w:val="22"/>
        </w:rPr>
        <w:t>[laughing]</w:t>
      </w:r>
    </w:p>
    <w:p>
      <w:pPr>
        <w:spacing w:after="0"/>
      </w:pPr>
    </w:p>
    <w:p>
      <w:pPr>
        <w:spacing w:after="0"/>
      </w:pPr>
      <w:r>
        <w:rPr>
          <w:rFonts w:ascii="Arial" w:hAnsi="Arial"/>
          <w:b/>
          <w:sz w:val="22"/>
        </w:rPr>
        <w:t xml:space="preserve">Damien Williams  </w:t>
      </w:r>
      <w:r>
        <w:rPr>
          <w:rFonts w:ascii="Arial" w:hAnsi="Arial"/>
          <w:color w:val="5D7284"/>
          <w:sz w:val="22"/>
        </w:rPr>
        <w:t>28:18</w:t>
      </w:r>
    </w:p>
    <w:p>
      <w:pPr>
        <w:spacing w:after="0"/>
      </w:pPr>
      <w:r>
        <w:rPr>
          <w:rFonts w:ascii="Arial" w:hAnsi="Arial"/>
          <w:sz w:val="22"/>
        </w:rPr>
        <w:t xml:space="preserve"> This is carpet, there's just floor under there.Like that's a toilet on top of a floor. Okay, okay.</w:t>
      </w:r>
    </w:p>
    <w:p>
      <w:pPr>
        <w:spacing w:after="0"/>
      </w:pPr>
    </w:p>
    <w:p>
      <w:pPr>
        <w:spacing w:after="0"/>
      </w:pPr>
      <w:r>
        <w:rPr>
          <w:rFonts w:ascii="Arial" w:hAnsi="Arial"/>
          <w:b/>
          <w:sz w:val="22"/>
        </w:rPr>
        <w:t xml:space="preserve">Lucy  </w:t>
      </w:r>
      <w:r>
        <w:rPr>
          <w:rFonts w:ascii="Arial" w:hAnsi="Arial"/>
          <w:color w:val="5D7284"/>
          <w:sz w:val="22"/>
        </w:rPr>
        <w:t>28:25</w:t>
      </w:r>
    </w:p>
    <w:p>
      <w:pPr>
        <w:spacing w:after="0"/>
      </w:pPr>
      <w:r>
        <w:rPr>
          <w:rFonts w:ascii="Arial" w:hAnsi="Arial"/>
          <w:sz w:val="22"/>
        </w:rPr>
        <w:t>Honestly, I don't know how many staff meetings they'd have in their office to go, have we got an accessible toilet? Yeah, we've sorted it. Like, you haven't sorted it. Nigel. you haven't sorted it</w:t>
      </w:r>
    </w:p>
    <w:p>
      <w:pPr>
        <w:spacing w:after="0"/>
      </w:pPr>
    </w:p>
    <w:p>
      <w:pPr>
        <w:spacing w:after="0"/>
      </w:pPr>
      <w:r>
        <w:rPr>
          <w:rFonts w:ascii="Arial" w:hAnsi="Arial"/>
          <w:b/>
          <w:sz w:val="22"/>
        </w:rPr>
        <w:t xml:space="preserve">Damien Williams  </w:t>
      </w:r>
      <w:r>
        <w:rPr>
          <w:rFonts w:ascii="Arial" w:hAnsi="Arial"/>
          <w:color w:val="5D7284"/>
          <w:sz w:val="22"/>
        </w:rPr>
        <w:t>28:37</w:t>
      </w:r>
    </w:p>
    <w:p>
      <w:pPr>
        <w:spacing w:after="0"/>
      </w:pPr>
      <w:r>
        <w:rPr>
          <w:rFonts w:ascii="Arial" w:hAnsi="Arial"/>
          <w:sz w:val="22"/>
        </w:rPr>
        <w:t>That's not sorted at all.</w:t>
      </w:r>
    </w:p>
    <w:p>
      <w:pPr>
        <w:spacing w:after="0"/>
      </w:pPr>
    </w:p>
    <w:p>
      <w:pPr>
        <w:spacing w:after="0"/>
      </w:pPr>
      <w:r>
        <w:rPr>
          <w:rFonts w:ascii="Arial" w:hAnsi="Arial"/>
          <w:b/>
          <w:sz w:val="22"/>
        </w:rPr>
        <w:t xml:space="preserve">Lucy  </w:t>
      </w:r>
      <w:r>
        <w:rPr>
          <w:rFonts w:ascii="Arial" w:hAnsi="Arial"/>
          <w:color w:val="5D7284"/>
          <w:sz w:val="22"/>
        </w:rPr>
        <w:t>28:40</w:t>
      </w:r>
    </w:p>
    <w:p>
      <w:pPr>
        <w:spacing w:after="0"/>
      </w:pPr>
      <w:r>
        <w:rPr>
          <w:rFonts w:ascii="Arial" w:hAnsi="Arial"/>
          <w:sz w:val="22"/>
        </w:rPr>
        <w:t>Oh, unbelievable.</w:t>
      </w:r>
    </w:p>
    <w:p>
      <w:pPr>
        <w:spacing w:after="0"/>
      </w:pPr>
    </w:p>
    <w:p>
      <w:pPr>
        <w:spacing w:after="0"/>
      </w:pPr>
      <w:r>
        <w:rPr>
          <w:rFonts w:ascii="Arial" w:hAnsi="Arial"/>
          <w:b/>
          <w:sz w:val="22"/>
        </w:rPr>
        <w:t xml:space="preserve">Damien Williams  </w:t>
      </w:r>
      <w:r>
        <w:rPr>
          <w:rFonts w:ascii="Arial" w:hAnsi="Arial"/>
          <w:color w:val="5D7284"/>
          <w:sz w:val="22"/>
        </w:rPr>
        <w:t>28:42</w:t>
      </w:r>
    </w:p>
    <w:p>
      <w:pPr>
        <w:spacing w:after="0"/>
      </w:pPr>
      <w:r>
        <w:rPr>
          <w:rFonts w:ascii="Arial" w:hAnsi="Arial"/>
          <w:sz w:val="22"/>
        </w:rPr>
        <w:t>Wow, that's horrifying. Yeah.</w:t>
      </w:r>
    </w:p>
    <w:p>
      <w:pPr>
        <w:spacing w:after="0"/>
      </w:pPr>
    </w:p>
    <w:p>
      <w:pPr>
        <w:spacing w:after="0"/>
      </w:pPr>
      <w:r>
        <w:rPr>
          <w:rFonts w:ascii="Arial" w:hAnsi="Arial"/>
          <w:b/>
          <w:sz w:val="22"/>
        </w:rPr>
        <w:t xml:space="preserve">Lucy  </w:t>
      </w:r>
      <w:r>
        <w:rPr>
          <w:rFonts w:ascii="Arial" w:hAnsi="Arial"/>
          <w:color w:val="5D7284"/>
          <w:sz w:val="22"/>
        </w:rPr>
        <w:t>28:44</w:t>
      </w:r>
    </w:p>
    <w:p>
      <w:pPr>
        <w:spacing w:after="0"/>
      </w:pPr>
      <w:r>
        <w:rPr>
          <w:rFonts w:ascii="Arial" w:hAnsi="Arial"/>
          <w:sz w:val="22"/>
        </w:rPr>
        <w:t>I mean, that's not that there's no there's no sort of forethought for accessibility there at all is there?  Stick a toilet in there it'll be fine.</w:t>
      </w:r>
    </w:p>
    <w:p>
      <w:pPr>
        <w:spacing w:after="0"/>
      </w:pPr>
    </w:p>
    <w:p>
      <w:pPr>
        <w:spacing w:after="0"/>
      </w:pPr>
      <w:r>
        <w:rPr>
          <w:rFonts w:ascii="Arial" w:hAnsi="Arial"/>
          <w:b/>
          <w:sz w:val="22"/>
        </w:rPr>
        <w:t xml:space="preserve">Alice  </w:t>
      </w:r>
      <w:r>
        <w:rPr>
          <w:rFonts w:ascii="Arial" w:hAnsi="Arial"/>
          <w:color w:val="5D7284"/>
          <w:sz w:val="22"/>
        </w:rPr>
        <w:t>28:52</w:t>
      </w:r>
    </w:p>
    <w:p>
      <w:pPr>
        <w:spacing w:after="0"/>
      </w:pPr>
      <w:r>
        <w:rPr>
          <w:rFonts w:ascii="Arial" w:hAnsi="Arial"/>
          <w:sz w:val="22"/>
        </w:rPr>
        <w:t>I mean, that is that is the most tick box exercise anybody's ever done isn't it?. Yeah we've done it. There's a toilet. There is a toilet that you can get to with a wheelchair</w:t>
      </w:r>
    </w:p>
    <w:p>
      <w:pPr>
        <w:spacing w:after="0"/>
      </w:pPr>
    </w:p>
    <w:p>
      <w:pPr>
        <w:spacing w:after="0"/>
      </w:pPr>
      <w:r>
        <w:rPr>
          <w:rFonts w:ascii="Arial" w:hAnsi="Arial"/>
          <w:b/>
          <w:sz w:val="22"/>
        </w:rPr>
        <w:t xml:space="preserve">Damien Williams  </w:t>
      </w:r>
      <w:r>
        <w:rPr>
          <w:rFonts w:ascii="Arial" w:hAnsi="Arial"/>
          <w:color w:val="5D7284"/>
          <w:sz w:val="22"/>
        </w:rPr>
        <w:t>28:52</w:t>
      </w:r>
    </w:p>
    <w:p>
      <w:pPr>
        <w:spacing w:after="0"/>
      </w:pPr>
      <w:r>
        <w:rPr>
          <w:rFonts w:ascii="Arial" w:hAnsi="Arial"/>
          <w:sz w:val="22"/>
        </w:rPr>
        <w:t>Yeah.</w:t>
      </w:r>
    </w:p>
    <w:p>
      <w:pPr>
        <w:spacing w:after="0"/>
      </w:pPr>
    </w:p>
    <w:p>
      <w:pPr>
        <w:spacing w:after="0"/>
      </w:pPr>
      <w:r>
        <w:rPr>
          <w:rFonts w:ascii="Arial" w:hAnsi="Arial"/>
          <w:b/>
          <w:sz w:val="22"/>
        </w:rPr>
        <w:t xml:space="preserve">Damien Williams  </w:t>
      </w:r>
      <w:r>
        <w:rPr>
          <w:rFonts w:ascii="Arial" w:hAnsi="Arial"/>
          <w:color w:val="5D7284"/>
          <w:sz w:val="22"/>
        </w:rPr>
        <w:t>29:01</w:t>
      </w:r>
    </w:p>
    <w:p>
      <w:pPr>
        <w:spacing w:after="0"/>
      </w:pPr>
      <w:r>
        <w:rPr>
          <w:rFonts w:ascii="Arial" w:hAnsi="Arial"/>
          <w:sz w:val="22"/>
        </w:rPr>
        <w:t>Right, we have placed it in a room that is wheelchair accessible. Is it connected to anything? That's not the question you asked me. you asked me was there a wheelchair accessible toilet. That's the question I was asked. That's problem that I have solved. Like what?</w:t>
      </w:r>
    </w:p>
    <w:p>
      <w:pPr>
        <w:spacing w:after="0"/>
      </w:pPr>
    </w:p>
    <w:p>
      <w:pPr>
        <w:spacing w:after="0"/>
      </w:pPr>
      <w:r>
        <w:rPr>
          <w:rFonts w:ascii="Arial" w:hAnsi="Arial"/>
          <w:b/>
          <w:sz w:val="22"/>
        </w:rPr>
        <w:t xml:space="preserve">Lucy  </w:t>
      </w:r>
      <w:r>
        <w:rPr>
          <w:rFonts w:ascii="Arial" w:hAnsi="Arial"/>
          <w:color w:val="5D7284"/>
          <w:sz w:val="22"/>
        </w:rPr>
        <w:t>29:17</w:t>
      </w:r>
    </w:p>
    <w:p>
      <w:pPr>
        <w:spacing w:after="0"/>
      </w:pPr>
      <w:r>
        <w:rPr>
          <w:rFonts w:ascii="Arial" w:hAnsi="Arial"/>
          <w:sz w:val="22"/>
        </w:rPr>
        <w:t>I can't believe we've gone from talking about technology and AI to a toilet that's not plumbed in into a cupboard.</w:t>
      </w:r>
    </w:p>
    <w:p>
      <w:pPr>
        <w:spacing w:after="0"/>
      </w:pPr>
    </w:p>
    <w:p>
      <w:pPr>
        <w:spacing w:after="0"/>
      </w:pPr>
      <w:r>
        <w:rPr>
          <w:rFonts w:ascii="Arial" w:hAnsi="Arial"/>
          <w:b/>
          <w:sz w:val="22"/>
        </w:rPr>
        <w:t xml:space="preserve">all  </w:t>
      </w:r>
      <w:r>
        <w:rPr>
          <w:rFonts w:ascii="Arial" w:hAnsi="Arial"/>
          <w:color w:val="5D7284"/>
          <w:sz w:val="22"/>
        </w:rPr>
        <w:t>29:17</w:t>
      </w:r>
    </w:p>
    <w:p>
      <w:pPr>
        <w:spacing w:after="0"/>
      </w:pPr>
      <w:r>
        <w:rPr>
          <w:rFonts w:ascii="Arial" w:hAnsi="Arial"/>
          <w:sz w:val="22"/>
        </w:rPr>
        <w:t>[laughing]</w:t>
      </w:r>
    </w:p>
    <w:p>
      <w:pPr>
        <w:spacing w:after="0"/>
      </w:pPr>
    </w:p>
    <w:p>
      <w:pPr>
        <w:spacing w:after="0"/>
      </w:pPr>
      <w:r>
        <w:rPr>
          <w:rFonts w:ascii="Arial" w:hAnsi="Arial"/>
          <w:b/>
          <w:sz w:val="22"/>
        </w:rPr>
        <w:t xml:space="preserve">Alice  </w:t>
      </w:r>
      <w:r>
        <w:rPr>
          <w:rFonts w:ascii="Arial" w:hAnsi="Arial"/>
          <w:color w:val="5D7284"/>
          <w:sz w:val="22"/>
        </w:rPr>
        <w:t>29:24</w:t>
      </w:r>
    </w:p>
    <w:p>
      <w:pPr>
        <w:spacing w:after="0"/>
      </w:pPr>
      <w:r>
        <w:rPr>
          <w:rFonts w:ascii="Arial" w:hAnsi="Arial"/>
          <w:sz w:val="22"/>
        </w:rPr>
        <w:t xml:space="preserve">I was - </w:t>
      </w:r>
    </w:p>
    <w:p>
      <w:pPr>
        <w:spacing w:after="0"/>
      </w:pPr>
    </w:p>
    <w:p>
      <w:pPr>
        <w:spacing w:after="0"/>
      </w:pPr>
      <w:r>
        <w:rPr>
          <w:rFonts w:ascii="Arial" w:hAnsi="Arial"/>
          <w:b/>
          <w:sz w:val="22"/>
        </w:rPr>
        <w:t xml:space="preserve">Damien Williams  </w:t>
      </w:r>
      <w:r>
        <w:rPr>
          <w:rFonts w:ascii="Arial" w:hAnsi="Arial"/>
          <w:color w:val="5D7284"/>
          <w:sz w:val="22"/>
        </w:rPr>
        <w:t>29:24</w:t>
      </w:r>
    </w:p>
    <w:p>
      <w:pPr>
        <w:spacing w:after="0"/>
      </w:pPr>
      <w:r>
        <w:rPr>
          <w:rFonts w:ascii="Arial" w:hAnsi="Arial"/>
          <w:sz w:val="22"/>
        </w:rPr>
        <w:t>Those things, they are all connected</w:t>
      </w:r>
    </w:p>
    <w:p>
      <w:pPr>
        <w:spacing w:after="0"/>
      </w:pPr>
    </w:p>
    <w:p>
      <w:pPr>
        <w:spacing w:after="0"/>
      </w:pPr>
      <w:r>
        <w:rPr>
          <w:rFonts w:ascii="Arial" w:hAnsi="Arial"/>
          <w:b/>
          <w:sz w:val="22"/>
        </w:rPr>
        <w:t xml:space="preserve">Alice  </w:t>
      </w:r>
      <w:r>
        <w:rPr>
          <w:rFonts w:ascii="Arial" w:hAnsi="Arial"/>
          <w:color w:val="5D7284"/>
          <w:sz w:val="22"/>
        </w:rPr>
        <w:t>29:34</w:t>
      </w:r>
    </w:p>
    <w:p>
      <w:pPr>
        <w:spacing w:after="0"/>
      </w:pPr>
      <w:r>
        <w:rPr>
          <w:rFonts w:ascii="Arial" w:hAnsi="Arial"/>
          <w:sz w:val="22"/>
        </w:rPr>
        <w:t xml:space="preserve">I was just about to kind of smoothly ease into talk. you know Damien wants to talk a bit about how disabled people have been involved in tech development. </w:t>
      </w:r>
    </w:p>
    <w:p>
      <w:pPr>
        <w:spacing w:after="0"/>
      </w:pPr>
    </w:p>
    <w:p>
      <w:pPr>
        <w:spacing w:after="0"/>
      </w:pPr>
      <w:r>
        <w:rPr>
          <w:rFonts w:ascii="Arial" w:hAnsi="Arial"/>
          <w:b/>
          <w:sz w:val="22"/>
        </w:rPr>
        <w:t xml:space="preserve">Damien Williams  </w:t>
      </w:r>
      <w:r>
        <w:rPr>
          <w:rFonts w:ascii="Arial" w:hAnsi="Arial"/>
          <w:color w:val="5D7284"/>
          <w:sz w:val="22"/>
        </w:rPr>
        <w:t>29:43</w:t>
      </w:r>
    </w:p>
    <w:p>
      <w:pPr>
        <w:spacing w:after="0"/>
      </w:pPr>
      <w:r>
        <w:rPr>
          <w:rFonts w:ascii="Arial" w:hAnsi="Arial"/>
          <w:sz w:val="22"/>
        </w:rPr>
        <w:t>Yes.</w:t>
      </w:r>
    </w:p>
    <w:p>
      <w:pPr>
        <w:spacing w:after="0"/>
      </w:pPr>
    </w:p>
    <w:p>
      <w:pPr>
        <w:spacing w:after="0"/>
      </w:pPr>
      <w:r>
        <w:rPr>
          <w:rFonts w:ascii="Arial" w:hAnsi="Arial"/>
          <w:b/>
          <w:sz w:val="22"/>
        </w:rPr>
        <w:t xml:space="preserve">Alice  </w:t>
      </w:r>
      <w:r>
        <w:rPr>
          <w:rFonts w:ascii="Arial" w:hAnsi="Arial"/>
          <w:color w:val="5D7284"/>
          <w:sz w:val="22"/>
        </w:rPr>
        <w:t>29:44</w:t>
      </w:r>
    </w:p>
    <w:p>
      <w:pPr>
        <w:spacing w:after="0"/>
      </w:pPr>
      <w:r>
        <w:rPr>
          <w:rFonts w:ascii="Arial" w:hAnsi="Arial"/>
          <w:sz w:val="22"/>
        </w:rPr>
        <w:t xml:space="preserve"> And now we're just on toilet. So my nice gentle segue has changed.</w:t>
      </w:r>
    </w:p>
    <w:p>
      <w:pPr>
        <w:spacing w:after="0"/>
      </w:pPr>
    </w:p>
    <w:p>
      <w:pPr>
        <w:spacing w:after="0"/>
      </w:pPr>
      <w:r>
        <w:rPr>
          <w:rFonts w:ascii="Arial" w:hAnsi="Arial"/>
          <w:b/>
          <w:sz w:val="22"/>
        </w:rPr>
        <w:t xml:space="preserve">Damien Williams  </w:t>
      </w:r>
      <w:r>
        <w:rPr>
          <w:rFonts w:ascii="Arial" w:hAnsi="Arial"/>
          <w:color w:val="5D7284"/>
          <w:sz w:val="22"/>
        </w:rPr>
        <w:t>29:48</w:t>
      </w:r>
    </w:p>
    <w:p>
      <w:pPr>
        <w:spacing w:after="0"/>
      </w:pPr>
      <w:r>
        <w:rPr>
          <w:rFonts w:ascii="Arial" w:hAnsi="Arial"/>
          <w:sz w:val="22"/>
        </w:rPr>
        <w:t xml:space="preserve">Well, well I think. Honestly, this is a perfect segue for me because one of the things that I have been working on recently though, one of the groups I've been working with, one of the things we do is do we I try to bring disabled consultants into a space. Not as like research subjects, but as co researchers, and to show research teams, what that looks like, and what it feels like to have disabled people on your research team, and the kinds of interventions that can be done. And so we've been doing, you know, a couple of run throughs, we've done some work you know, at er, Virginia Tech with one of the robotics labs there, but like, this couldn't be a model for everything that is, you know, in any way, shape, or form being built in technology, right? Like this can be about making sure that people have proper disability consultants on staff when they go to build a bathroom, right, like, so you can actually have somebody that's not just like, you know, off handedly taking a measurement of what the door width should be, not just off handedly, like, oh, we put a toilet in the room that's accessible to a wheelchair. And that's the end of it </w:t>
      </w:r>
    </w:p>
    <w:p>
      <w:pPr>
        <w:spacing w:after="0"/>
      </w:pPr>
    </w:p>
    <w:p>
      <w:pPr>
        <w:spacing w:after="0"/>
      </w:pPr>
      <w:r>
        <w:rPr>
          <w:rFonts w:ascii="Arial" w:hAnsi="Arial"/>
          <w:b/>
          <w:sz w:val="22"/>
        </w:rPr>
        <w:t xml:space="preserve">Lucy  </w:t>
      </w:r>
      <w:r>
        <w:rPr>
          <w:rFonts w:ascii="Arial" w:hAnsi="Arial"/>
          <w:color w:val="5D7284"/>
          <w:sz w:val="22"/>
        </w:rPr>
        <w:t>30:35</w:t>
      </w:r>
    </w:p>
    <w:p>
      <w:pPr>
        <w:spacing w:after="0"/>
      </w:pPr>
      <w:r>
        <w:rPr>
          <w:rFonts w:ascii="Arial" w:hAnsi="Arial"/>
          <w:sz w:val="22"/>
        </w:rPr>
        <w:t>[laughs]</w:t>
      </w:r>
    </w:p>
    <w:p>
      <w:pPr>
        <w:spacing w:after="0"/>
      </w:pPr>
    </w:p>
    <w:p>
      <w:pPr>
        <w:spacing w:after="0"/>
      </w:pPr>
      <w:r>
        <w:rPr>
          <w:rFonts w:ascii="Arial" w:hAnsi="Arial"/>
          <w:b/>
          <w:sz w:val="22"/>
        </w:rPr>
        <w:t xml:space="preserve">Damien Williams  </w:t>
      </w:r>
      <w:r>
        <w:rPr>
          <w:rFonts w:ascii="Arial" w:hAnsi="Arial"/>
          <w:color w:val="5D7284"/>
          <w:sz w:val="22"/>
        </w:rPr>
        <w:t>30:41</w:t>
      </w:r>
    </w:p>
    <w:p>
      <w:pPr>
        <w:spacing w:after="0"/>
      </w:pPr>
      <w:r>
        <w:rPr>
          <w:rFonts w:ascii="Arial" w:hAnsi="Arial"/>
          <w:sz w:val="22"/>
        </w:rPr>
        <w:t xml:space="preserve">But actually, like checking things, and like actually asked - </w:t>
      </w:r>
    </w:p>
    <w:p>
      <w:pPr>
        <w:spacing w:after="0"/>
      </w:pPr>
    </w:p>
    <w:p>
      <w:pPr>
        <w:spacing w:after="0"/>
      </w:pPr>
      <w:r>
        <w:rPr>
          <w:rFonts w:ascii="Arial" w:hAnsi="Arial"/>
          <w:b/>
          <w:sz w:val="22"/>
        </w:rPr>
        <w:t xml:space="preserve">Alice  </w:t>
      </w:r>
      <w:r>
        <w:rPr>
          <w:rFonts w:ascii="Arial" w:hAnsi="Arial"/>
          <w:color w:val="5D7284"/>
          <w:sz w:val="22"/>
        </w:rPr>
        <w:t>31:06</w:t>
      </w:r>
    </w:p>
    <w:p>
      <w:pPr>
        <w:spacing w:after="0"/>
      </w:pPr>
      <w:r>
        <w:rPr>
          <w:rFonts w:ascii="Arial" w:hAnsi="Arial"/>
          <w:sz w:val="22"/>
        </w:rPr>
        <w:t>Does this actually fucntion?</w:t>
      </w:r>
    </w:p>
    <w:p>
      <w:pPr>
        <w:spacing w:after="0"/>
      </w:pPr>
    </w:p>
    <w:p>
      <w:pPr>
        <w:spacing w:after="0"/>
      </w:pPr>
      <w:r>
        <w:rPr>
          <w:rFonts w:ascii="Arial" w:hAnsi="Arial"/>
          <w:b/>
          <w:sz w:val="22"/>
        </w:rPr>
        <w:t xml:space="preserve">Damien Williams  </w:t>
      </w:r>
      <w:r>
        <w:rPr>
          <w:rFonts w:ascii="Arial" w:hAnsi="Arial"/>
          <w:color w:val="5D7284"/>
          <w:sz w:val="22"/>
        </w:rPr>
        <w:t>31:07</w:t>
      </w:r>
    </w:p>
    <w:p>
      <w:pPr>
        <w:spacing w:after="0"/>
      </w:pPr>
      <w:r>
        <w:rPr>
          <w:rFonts w:ascii="Arial" w:hAnsi="Arial"/>
          <w:sz w:val="22"/>
        </w:rPr>
        <w:t>Does it function? Is the sink in the way?</w:t>
      </w:r>
    </w:p>
    <w:p>
      <w:pPr>
        <w:spacing w:after="0"/>
      </w:pPr>
    </w:p>
    <w:p>
      <w:pPr>
        <w:spacing w:after="0"/>
      </w:pPr>
      <w:r>
        <w:rPr>
          <w:rFonts w:ascii="Arial" w:hAnsi="Arial"/>
          <w:b/>
          <w:sz w:val="22"/>
        </w:rPr>
        <w:t xml:space="preserve">Lucy  </w:t>
      </w:r>
      <w:r>
        <w:rPr>
          <w:rFonts w:ascii="Arial" w:hAnsi="Arial"/>
          <w:color w:val="5D7284"/>
          <w:sz w:val="22"/>
        </w:rPr>
        <w:t>31:09</w:t>
      </w:r>
    </w:p>
    <w:p>
      <w:pPr>
        <w:spacing w:after="0"/>
      </w:pPr>
      <w:r>
        <w:rPr>
          <w:rFonts w:ascii="Arial" w:hAnsi="Arial"/>
          <w:sz w:val="22"/>
        </w:rPr>
        <w:t>can I flush this?</w:t>
      </w:r>
    </w:p>
    <w:p>
      <w:pPr>
        <w:spacing w:after="0"/>
      </w:pPr>
    </w:p>
    <w:p>
      <w:pPr>
        <w:spacing w:after="0"/>
      </w:pPr>
      <w:r>
        <w:rPr>
          <w:rFonts w:ascii="Arial" w:hAnsi="Arial"/>
          <w:b/>
          <w:sz w:val="22"/>
        </w:rPr>
        <w:t xml:space="preserve">Damien Williams  </w:t>
      </w:r>
      <w:r>
        <w:rPr>
          <w:rFonts w:ascii="Arial" w:hAnsi="Arial"/>
          <w:color w:val="5D7284"/>
          <w:sz w:val="22"/>
        </w:rPr>
        <w:t>31:10</w:t>
      </w:r>
    </w:p>
    <w:p>
      <w:pPr>
        <w:spacing w:after="0"/>
      </w:pPr>
      <w:r>
        <w:rPr>
          <w:rFonts w:ascii="Arial" w:hAnsi="Arial"/>
          <w:sz w:val="22"/>
        </w:rPr>
        <w:t xml:space="preserve"> is there a handrail? Like all of those things can be, you know, asked better by people who live that day to day than by the people who are just trying to like, check a box and move on, right? </w:t>
      </w:r>
    </w:p>
    <w:p>
      <w:pPr>
        <w:spacing w:after="0"/>
      </w:pPr>
    </w:p>
    <w:p>
      <w:pPr>
        <w:spacing w:after="0"/>
      </w:pPr>
      <w:r>
        <w:rPr>
          <w:rFonts w:ascii="Arial" w:hAnsi="Arial"/>
          <w:b/>
          <w:sz w:val="22"/>
        </w:rPr>
        <w:t xml:space="preserve">Alice  </w:t>
      </w:r>
      <w:r>
        <w:rPr>
          <w:rFonts w:ascii="Arial" w:hAnsi="Arial"/>
          <w:color w:val="5D7284"/>
          <w:sz w:val="22"/>
        </w:rPr>
        <w:t>31:24</w:t>
      </w:r>
    </w:p>
    <w:p>
      <w:pPr>
        <w:spacing w:after="0"/>
      </w:pPr>
      <w:r>
        <w:rPr>
          <w:rFonts w:ascii="Arial" w:hAnsi="Arial"/>
          <w:sz w:val="22"/>
        </w:rPr>
        <w:t>Mmm</w:t>
      </w:r>
    </w:p>
    <w:p>
      <w:pPr>
        <w:spacing w:after="0"/>
      </w:pPr>
    </w:p>
    <w:p>
      <w:pPr>
        <w:spacing w:after="0"/>
      </w:pPr>
      <w:r>
        <w:rPr>
          <w:rFonts w:ascii="Arial" w:hAnsi="Arial"/>
          <w:b/>
          <w:sz w:val="22"/>
        </w:rPr>
        <w:t xml:space="preserve">Damien Williams  </w:t>
      </w:r>
      <w:r>
        <w:rPr>
          <w:rFonts w:ascii="Arial" w:hAnsi="Arial"/>
          <w:color w:val="5D7284"/>
          <w:sz w:val="22"/>
        </w:rPr>
        <w:t>31:25</w:t>
      </w:r>
    </w:p>
    <w:p>
      <w:pPr>
        <w:spacing w:after="0"/>
      </w:pPr>
      <w:r>
        <w:rPr>
          <w:rFonts w:ascii="Arial" w:hAnsi="Arial"/>
          <w:sz w:val="22"/>
        </w:rPr>
        <w:t xml:space="preserve">And so one of the things that we saw, we're doing really good work with people who have experience of working with technology, but haven't necessarily thought about it in the disability, design space, right, haven't thought about it in terms of accessibility and what it could be done. And so one of the things that we saw is that it wasn't just a matter of people going, Oh, how could this be used for accessibility, but it was a matter of realising that the technology that they had built could do different jobs better. when disabled perspectives were included into how they were thinking about their design parameters and their operations. They were thinking about more and different situations and more and different possible pitfalls, possible challenges, ways to overcome challenges that already existed with the technology that they're trying to use. And all of these things came specifically from the disabled consultants who had something that they were experiencing in their lives that were very relevant to the technology that they were helping to review. Those perspectives are not just an add on an accessibility afterthought, right? They enrich the actual building of the design of the technology, even when the technology is not specifically quote unquote, accessibility technology. </w:t>
      </w:r>
    </w:p>
    <w:p>
      <w:pPr>
        <w:spacing w:after="0"/>
      </w:pPr>
    </w:p>
    <w:p>
      <w:pPr>
        <w:spacing w:after="0"/>
      </w:pPr>
      <w:r>
        <w:rPr>
          <w:rFonts w:ascii="Arial" w:hAnsi="Arial"/>
          <w:b/>
          <w:sz w:val="22"/>
        </w:rPr>
        <w:t xml:space="preserve">Lucy  </w:t>
      </w:r>
      <w:r>
        <w:rPr>
          <w:rFonts w:ascii="Arial" w:hAnsi="Arial"/>
          <w:color w:val="5D7284"/>
          <w:sz w:val="22"/>
        </w:rPr>
        <w:t>32:51</w:t>
      </w:r>
    </w:p>
    <w:p>
      <w:pPr>
        <w:spacing w:after="0"/>
      </w:pPr>
      <w:r>
        <w:rPr>
          <w:rFonts w:ascii="Arial" w:hAnsi="Arial"/>
          <w:sz w:val="22"/>
        </w:rPr>
        <w:t xml:space="preserve">Yeah, yeah. </w:t>
      </w:r>
    </w:p>
    <w:p>
      <w:pPr>
        <w:spacing w:after="0"/>
      </w:pPr>
    </w:p>
    <w:p>
      <w:pPr>
        <w:spacing w:after="0"/>
      </w:pPr>
      <w:r>
        <w:rPr>
          <w:rFonts w:ascii="Arial" w:hAnsi="Arial"/>
          <w:b/>
          <w:sz w:val="22"/>
        </w:rPr>
        <w:t xml:space="preserve">Damien Williams  </w:t>
      </w:r>
      <w:r>
        <w:rPr>
          <w:rFonts w:ascii="Arial" w:hAnsi="Arial"/>
          <w:color w:val="5D7284"/>
          <w:sz w:val="22"/>
        </w:rPr>
        <w:t>32:53</w:t>
      </w:r>
    </w:p>
    <w:p>
      <w:pPr>
        <w:spacing w:after="0"/>
      </w:pPr>
      <w:r>
        <w:rPr>
          <w:rFonts w:ascii="Arial" w:hAnsi="Arial"/>
          <w:sz w:val="22"/>
        </w:rPr>
        <w:t>And that's something I think that we can really kind of understanding that, I guess, is something that helps to kind of really repair a lot of the long history of the way that people, disabled people especially, have been misused, extracted from in the history of technology. Alice Wong talks about, you know, disabled people are designers. In every step of the way, in every technology that a disabled person uses throughout the day, you have to design something, you have to do some piece of mod or repair, to get it to work the way it's supposed to.</w:t>
      </w:r>
    </w:p>
    <w:p>
      <w:pPr>
        <w:spacing w:after="0"/>
      </w:pPr>
    </w:p>
    <w:p>
      <w:pPr>
        <w:spacing w:after="0"/>
      </w:pPr>
      <w:r>
        <w:rPr>
          <w:rFonts w:ascii="Arial" w:hAnsi="Arial"/>
          <w:b/>
          <w:sz w:val="22"/>
        </w:rPr>
        <w:t xml:space="preserve">Lucy  </w:t>
      </w:r>
      <w:r>
        <w:rPr>
          <w:rFonts w:ascii="Arial" w:hAnsi="Arial"/>
          <w:color w:val="5D7284"/>
          <w:sz w:val="22"/>
        </w:rPr>
        <w:t>33:34</w:t>
      </w:r>
    </w:p>
    <w:p>
      <w:pPr>
        <w:spacing w:after="0"/>
      </w:pPr>
      <w:r>
        <w:rPr>
          <w:rFonts w:ascii="Arial" w:hAnsi="Arial"/>
          <w:sz w:val="22"/>
        </w:rPr>
        <w:t xml:space="preserve">It's really powerful when you put it like that, isn't it? It's a really powerful statement. And I like the old adage, you design with disability in mind </w:t>
      </w:r>
    </w:p>
    <w:p>
      <w:pPr>
        <w:spacing w:after="0"/>
      </w:pPr>
    </w:p>
    <w:p>
      <w:pPr>
        <w:spacing w:after="0"/>
      </w:pPr>
      <w:r>
        <w:rPr>
          <w:rFonts w:ascii="Arial" w:hAnsi="Arial"/>
          <w:b/>
          <w:sz w:val="22"/>
        </w:rPr>
        <w:t xml:space="preserve">Damien Williams  </w:t>
      </w:r>
      <w:r>
        <w:rPr>
          <w:rFonts w:ascii="Arial" w:hAnsi="Arial"/>
          <w:color w:val="5D7284"/>
          <w:sz w:val="22"/>
        </w:rPr>
        <w:t>33:43</w:t>
      </w:r>
    </w:p>
    <w:p>
      <w:pPr>
        <w:spacing w:after="0"/>
      </w:pPr>
      <w:r>
        <w:rPr>
          <w:rFonts w:ascii="Arial" w:hAnsi="Arial"/>
          <w:sz w:val="22"/>
        </w:rPr>
        <w:t xml:space="preserve">Yes </w:t>
      </w:r>
    </w:p>
    <w:p>
      <w:pPr>
        <w:spacing w:after="0"/>
      </w:pPr>
    </w:p>
    <w:p>
      <w:pPr>
        <w:spacing w:after="0"/>
      </w:pPr>
      <w:r>
        <w:rPr>
          <w:rFonts w:ascii="Arial" w:hAnsi="Arial"/>
          <w:b/>
          <w:sz w:val="22"/>
        </w:rPr>
        <w:t xml:space="preserve">Lucy  </w:t>
      </w:r>
      <w:r>
        <w:rPr>
          <w:rFonts w:ascii="Arial" w:hAnsi="Arial"/>
          <w:color w:val="5D7284"/>
          <w:sz w:val="22"/>
        </w:rPr>
        <w:t>33:43</w:t>
      </w:r>
    </w:p>
    <w:p>
      <w:pPr>
        <w:spacing w:after="0"/>
      </w:pPr>
      <w:r>
        <w:rPr>
          <w:rFonts w:ascii="Arial" w:hAnsi="Arial"/>
          <w:sz w:val="22"/>
        </w:rPr>
        <w:t xml:space="preserve">You, it benefits everybody </w:t>
      </w:r>
    </w:p>
    <w:p>
      <w:pPr>
        <w:spacing w:after="0"/>
      </w:pPr>
    </w:p>
    <w:p>
      <w:pPr>
        <w:spacing w:after="0"/>
      </w:pPr>
      <w:r>
        <w:rPr>
          <w:rFonts w:ascii="Arial" w:hAnsi="Arial"/>
          <w:b/>
          <w:sz w:val="22"/>
        </w:rPr>
        <w:t xml:space="preserve">Damien Williams  </w:t>
      </w:r>
      <w:r>
        <w:rPr>
          <w:rFonts w:ascii="Arial" w:hAnsi="Arial"/>
          <w:color w:val="5D7284"/>
          <w:sz w:val="22"/>
        </w:rPr>
        <w:t>33:45</w:t>
      </w:r>
    </w:p>
    <w:p>
      <w:pPr>
        <w:spacing w:after="0"/>
      </w:pPr>
      <w:r>
        <w:rPr>
          <w:rFonts w:ascii="Arial" w:hAnsi="Arial"/>
          <w:sz w:val="22"/>
        </w:rPr>
        <w:t xml:space="preserve">Absolutely. </w:t>
      </w:r>
    </w:p>
    <w:p>
      <w:pPr>
        <w:spacing w:after="0"/>
      </w:pPr>
    </w:p>
    <w:p>
      <w:pPr>
        <w:spacing w:after="0"/>
      </w:pPr>
      <w:r>
        <w:rPr>
          <w:rFonts w:ascii="Arial" w:hAnsi="Arial"/>
          <w:b/>
          <w:sz w:val="22"/>
        </w:rPr>
        <w:t xml:space="preserve">Lucy  </w:t>
      </w:r>
      <w:r>
        <w:rPr>
          <w:rFonts w:ascii="Arial" w:hAnsi="Arial"/>
          <w:color w:val="5D7284"/>
          <w:sz w:val="22"/>
        </w:rPr>
        <w:t>33:45</w:t>
      </w:r>
    </w:p>
    <w:p>
      <w:pPr>
        <w:spacing w:after="0"/>
      </w:pPr>
      <w:r>
        <w:rPr>
          <w:rFonts w:ascii="Arial" w:hAnsi="Arial"/>
          <w:sz w:val="22"/>
        </w:rPr>
        <w:t>That's what I think so many people miss that point of, you know, you're helping mothers with prams</w:t>
      </w:r>
    </w:p>
    <w:p>
      <w:pPr>
        <w:spacing w:after="0"/>
      </w:pPr>
    </w:p>
    <w:p>
      <w:pPr>
        <w:spacing w:after="0"/>
      </w:pPr>
      <w:r>
        <w:rPr>
          <w:rFonts w:ascii="Arial" w:hAnsi="Arial"/>
          <w:b/>
          <w:sz w:val="22"/>
        </w:rPr>
        <w:t xml:space="preserve">Damien Williams  </w:t>
      </w:r>
      <w:r>
        <w:rPr>
          <w:rFonts w:ascii="Arial" w:hAnsi="Arial"/>
          <w:color w:val="5D7284"/>
          <w:sz w:val="22"/>
        </w:rPr>
        <w:t>33:52</w:t>
      </w:r>
    </w:p>
    <w:p>
      <w:pPr>
        <w:spacing w:after="0"/>
      </w:pPr>
      <w:r>
        <w:rPr>
          <w:rFonts w:ascii="Arial" w:hAnsi="Arial"/>
          <w:sz w:val="22"/>
        </w:rPr>
        <w:t>Yes</w:t>
      </w:r>
    </w:p>
    <w:p>
      <w:pPr>
        <w:spacing w:after="0"/>
      </w:pPr>
    </w:p>
    <w:p>
      <w:pPr>
        <w:spacing w:after="0"/>
      </w:pPr>
      <w:r>
        <w:rPr>
          <w:rFonts w:ascii="Arial" w:hAnsi="Arial"/>
          <w:b/>
          <w:sz w:val="22"/>
        </w:rPr>
        <w:t xml:space="preserve">Lucy  </w:t>
      </w:r>
      <w:r>
        <w:rPr>
          <w:rFonts w:ascii="Arial" w:hAnsi="Arial"/>
          <w:color w:val="5D7284"/>
          <w:sz w:val="22"/>
        </w:rPr>
        <w:t>33:52</w:t>
      </w:r>
    </w:p>
    <w:p>
      <w:pPr>
        <w:spacing w:after="0"/>
      </w:pPr>
      <w:r>
        <w:rPr>
          <w:rFonts w:ascii="Arial" w:hAnsi="Arial"/>
          <w:sz w:val="22"/>
        </w:rPr>
        <w:t xml:space="preserve">You're helping people who can't negotiate stairs </w:t>
      </w:r>
    </w:p>
    <w:p>
      <w:pPr>
        <w:spacing w:after="0"/>
      </w:pPr>
    </w:p>
    <w:p>
      <w:pPr>
        <w:spacing w:after="0"/>
      </w:pPr>
      <w:r>
        <w:rPr>
          <w:rFonts w:ascii="Arial" w:hAnsi="Arial"/>
          <w:b/>
          <w:sz w:val="22"/>
        </w:rPr>
        <w:t xml:space="preserve">Damien Williams  </w:t>
      </w:r>
      <w:r>
        <w:rPr>
          <w:rFonts w:ascii="Arial" w:hAnsi="Arial"/>
          <w:color w:val="5D7284"/>
          <w:sz w:val="22"/>
        </w:rPr>
        <w:t>33:57</w:t>
      </w:r>
    </w:p>
    <w:p>
      <w:pPr>
        <w:spacing w:after="0"/>
      </w:pPr>
      <w:r>
        <w:rPr>
          <w:rFonts w:ascii="Arial" w:hAnsi="Arial"/>
          <w:sz w:val="22"/>
        </w:rPr>
        <w:t>Yes, absolutely</w:t>
      </w:r>
    </w:p>
    <w:p>
      <w:pPr>
        <w:spacing w:after="0"/>
      </w:pPr>
    </w:p>
    <w:p>
      <w:pPr>
        <w:spacing w:after="0"/>
      </w:pPr>
      <w:r>
        <w:rPr>
          <w:rFonts w:ascii="Arial" w:hAnsi="Arial"/>
          <w:b/>
          <w:sz w:val="22"/>
        </w:rPr>
        <w:t xml:space="preserve">Damien Williams  </w:t>
      </w:r>
      <w:r>
        <w:rPr>
          <w:rFonts w:ascii="Arial" w:hAnsi="Arial"/>
          <w:color w:val="5D7284"/>
          <w:sz w:val="22"/>
        </w:rPr>
        <w:t>33:57</w:t>
      </w:r>
    </w:p>
    <w:p>
      <w:pPr>
        <w:spacing w:after="0"/>
      </w:pPr>
      <w:r>
        <w:rPr>
          <w:rFonts w:ascii="Arial" w:hAnsi="Arial"/>
          <w:sz w:val="22"/>
        </w:rPr>
        <w:t>Yes</w:t>
      </w:r>
    </w:p>
    <w:p>
      <w:pPr>
        <w:spacing w:after="0"/>
      </w:pPr>
    </w:p>
    <w:p>
      <w:pPr>
        <w:spacing w:after="0"/>
      </w:pPr>
      <w:r>
        <w:rPr>
          <w:rFonts w:ascii="Arial" w:hAnsi="Arial"/>
          <w:b/>
          <w:sz w:val="22"/>
        </w:rPr>
        <w:t xml:space="preserve">Lucy  </w:t>
      </w:r>
      <w:r>
        <w:rPr>
          <w:rFonts w:ascii="Arial" w:hAnsi="Arial"/>
          <w:color w:val="5D7284"/>
          <w:sz w:val="22"/>
        </w:rPr>
        <w:t>33:57</w:t>
      </w:r>
    </w:p>
    <w:p>
      <w:pPr>
        <w:spacing w:after="0"/>
      </w:pPr>
      <w:r>
        <w:rPr>
          <w:rFonts w:ascii="Arial" w:hAnsi="Arial"/>
          <w:sz w:val="22"/>
        </w:rPr>
        <w:t xml:space="preserve">Or just want a flat smooth surface to get in and out of a building. </w:t>
      </w:r>
    </w:p>
    <w:p>
      <w:pPr>
        <w:spacing w:after="0"/>
      </w:pPr>
    </w:p>
    <w:p>
      <w:pPr>
        <w:spacing w:after="0"/>
      </w:pPr>
      <w:r>
        <w:rPr>
          <w:rFonts w:ascii="Arial" w:hAnsi="Arial"/>
          <w:b/>
          <w:sz w:val="22"/>
        </w:rPr>
        <w:t xml:space="preserve">Lucy  </w:t>
      </w:r>
      <w:r>
        <w:rPr>
          <w:rFonts w:ascii="Arial" w:hAnsi="Arial"/>
          <w:color w:val="5D7284"/>
          <w:sz w:val="22"/>
        </w:rPr>
        <w:t>33:59</w:t>
      </w:r>
    </w:p>
    <w:p>
      <w:pPr>
        <w:spacing w:after="0"/>
      </w:pPr>
      <w:r>
        <w:rPr>
          <w:rFonts w:ascii="Arial" w:hAnsi="Arial"/>
          <w:sz w:val="22"/>
        </w:rPr>
        <w:t xml:space="preserve">And when you when you think about how innovative disabled people are, it makes me so proud to be a disabled person because you think that you know so many people society writes disabled people off in so many areas of living </w:t>
      </w:r>
    </w:p>
    <w:p>
      <w:pPr>
        <w:spacing w:after="0"/>
      </w:pPr>
    </w:p>
    <w:p>
      <w:pPr>
        <w:spacing w:after="0"/>
      </w:pPr>
      <w:r>
        <w:rPr>
          <w:rFonts w:ascii="Arial" w:hAnsi="Arial"/>
          <w:b/>
          <w:sz w:val="22"/>
        </w:rPr>
        <w:t xml:space="preserve">Damien Williams  </w:t>
      </w:r>
      <w:r>
        <w:rPr>
          <w:rFonts w:ascii="Arial" w:hAnsi="Arial"/>
          <w:color w:val="5D7284"/>
          <w:sz w:val="22"/>
        </w:rPr>
        <w:t>34:20</w:t>
      </w:r>
    </w:p>
    <w:p>
      <w:pPr>
        <w:spacing w:after="0"/>
      </w:pPr>
      <w:r>
        <w:rPr>
          <w:rFonts w:ascii="Arial" w:hAnsi="Arial"/>
          <w:sz w:val="22"/>
        </w:rPr>
        <w:t>Right, right</w:t>
      </w:r>
    </w:p>
    <w:p>
      <w:pPr>
        <w:spacing w:after="0"/>
      </w:pPr>
    </w:p>
    <w:p>
      <w:pPr>
        <w:spacing w:after="0"/>
      </w:pPr>
      <w:r>
        <w:rPr>
          <w:rFonts w:ascii="Arial" w:hAnsi="Arial"/>
          <w:b/>
          <w:sz w:val="22"/>
        </w:rPr>
        <w:t xml:space="preserve">Lucy  </w:t>
      </w:r>
      <w:r>
        <w:rPr>
          <w:rFonts w:ascii="Arial" w:hAnsi="Arial"/>
          <w:color w:val="5D7284"/>
          <w:sz w:val="22"/>
        </w:rPr>
        <w:t>34:20</w:t>
      </w:r>
    </w:p>
    <w:p>
      <w:pPr>
        <w:spacing w:after="0"/>
      </w:pPr>
      <w:r>
        <w:rPr>
          <w:rFonts w:ascii="Arial" w:hAnsi="Arial"/>
          <w:sz w:val="22"/>
        </w:rPr>
        <w:t xml:space="preserve"> You know, they just all the poor, disabled person </w:t>
      </w:r>
    </w:p>
    <w:p>
      <w:pPr>
        <w:spacing w:after="0"/>
      </w:pPr>
    </w:p>
    <w:p>
      <w:pPr>
        <w:spacing w:after="0"/>
      </w:pPr>
      <w:r>
        <w:rPr>
          <w:rFonts w:ascii="Arial" w:hAnsi="Arial"/>
          <w:b/>
          <w:sz w:val="22"/>
        </w:rPr>
        <w:t xml:space="preserve">Damien Williams  </w:t>
      </w:r>
      <w:r>
        <w:rPr>
          <w:rFonts w:ascii="Arial" w:hAnsi="Arial"/>
          <w:color w:val="5D7284"/>
          <w:sz w:val="22"/>
        </w:rPr>
        <w:t>34:23</w:t>
      </w:r>
    </w:p>
    <w:p>
      <w:pPr>
        <w:spacing w:after="0"/>
      </w:pPr>
      <w:r>
        <w:rPr>
          <w:rFonts w:ascii="Arial" w:hAnsi="Arial"/>
          <w:sz w:val="22"/>
        </w:rPr>
        <w:t>Yeah</w:t>
      </w:r>
    </w:p>
    <w:p>
      <w:pPr>
        <w:spacing w:after="0"/>
      </w:pPr>
    </w:p>
    <w:p>
      <w:pPr>
        <w:spacing w:after="0"/>
      </w:pPr>
      <w:r>
        <w:rPr>
          <w:rFonts w:ascii="Arial" w:hAnsi="Arial"/>
          <w:b/>
          <w:sz w:val="22"/>
        </w:rPr>
        <w:t xml:space="preserve">Damien Williams  </w:t>
      </w:r>
      <w:r>
        <w:rPr>
          <w:rFonts w:ascii="Arial" w:hAnsi="Arial"/>
          <w:color w:val="5D7284"/>
          <w:sz w:val="22"/>
        </w:rPr>
        <w:t>34:23</w:t>
      </w:r>
    </w:p>
    <w:p>
      <w:pPr>
        <w:spacing w:after="0"/>
      </w:pPr>
      <w:r>
        <w:rPr>
          <w:rFonts w:ascii="Arial" w:hAnsi="Arial"/>
          <w:sz w:val="22"/>
        </w:rPr>
        <w:t>Right</w:t>
      </w:r>
    </w:p>
    <w:p>
      <w:pPr>
        <w:spacing w:after="0"/>
      </w:pPr>
    </w:p>
    <w:p>
      <w:pPr>
        <w:spacing w:after="0"/>
      </w:pPr>
      <w:r>
        <w:rPr>
          <w:rFonts w:ascii="Arial" w:hAnsi="Arial"/>
          <w:b/>
          <w:sz w:val="22"/>
        </w:rPr>
        <w:t xml:space="preserve">Lucy  </w:t>
      </w:r>
      <w:r>
        <w:rPr>
          <w:rFonts w:ascii="Arial" w:hAnsi="Arial"/>
          <w:color w:val="5D7284"/>
          <w:sz w:val="22"/>
        </w:rPr>
        <w:t>34:23</w:t>
      </w:r>
    </w:p>
    <w:p>
      <w:pPr>
        <w:spacing w:after="0"/>
      </w:pPr>
      <w:r>
        <w:rPr>
          <w:rFonts w:ascii="Arial" w:hAnsi="Arial"/>
          <w:sz w:val="22"/>
        </w:rPr>
        <w:t xml:space="preserve">Just sitting at home watching the telly all the time and they don't get out muh and you think actually if you only you knew, you know you wouldn't feel so sad. </w:t>
      </w:r>
    </w:p>
    <w:p>
      <w:pPr>
        <w:spacing w:after="0"/>
      </w:pPr>
    </w:p>
    <w:p>
      <w:pPr>
        <w:spacing w:after="0"/>
      </w:pPr>
      <w:r>
        <w:rPr>
          <w:rFonts w:ascii="Arial" w:hAnsi="Arial"/>
          <w:b/>
          <w:sz w:val="22"/>
        </w:rPr>
        <w:t xml:space="preserve">Lucy  </w:t>
      </w:r>
      <w:r>
        <w:rPr>
          <w:rFonts w:ascii="Arial" w:hAnsi="Arial"/>
          <w:color w:val="5D7284"/>
          <w:sz w:val="22"/>
        </w:rPr>
        <w:t>34:32</w:t>
      </w:r>
    </w:p>
    <w:p>
      <w:pPr>
        <w:spacing w:after="0"/>
      </w:pPr>
      <w:r>
        <w:rPr>
          <w:rFonts w:ascii="Arial" w:hAnsi="Arial"/>
          <w:sz w:val="22"/>
        </w:rPr>
        <w:t xml:space="preserve">It's, it's, We are inventors and we are innovative and we are we think outside the box because we have to do every single day and that that is a strength that I think so many people miss completely and overlook. </w:t>
      </w:r>
    </w:p>
    <w:p>
      <w:pPr>
        <w:spacing w:after="0"/>
      </w:pPr>
    </w:p>
    <w:p>
      <w:pPr>
        <w:spacing w:after="0"/>
      </w:pPr>
      <w:r>
        <w:rPr>
          <w:rFonts w:ascii="Arial" w:hAnsi="Arial"/>
          <w:b/>
          <w:sz w:val="22"/>
        </w:rPr>
        <w:t xml:space="preserve">Damien Williams  </w:t>
      </w:r>
      <w:r>
        <w:rPr>
          <w:rFonts w:ascii="Arial" w:hAnsi="Arial"/>
          <w:color w:val="5D7284"/>
          <w:sz w:val="22"/>
        </w:rPr>
        <w:t>34:47</w:t>
      </w:r>
    </w:p>
    <w:p>
      <w:pPr>
        <w:spacing w:after="0"/>
      </w:pPr>
      <w:r>
        <w:rPr>
          <w:rFonts w:ascii="Arial" w:hAnsi="Arial"/>
          <w:sz w:val="22"/>
        </w:rPr>
        <w:t xml:space="preserve">Yes. Absolutely. </w:t>
      </w:r>
    </w:p>
    <w:p>
      <w:pPr>
        <w:spacing w:after="0"/>
      </w:pPr>
    </w:p>
    <w:p>
      <w:pPr>
        <w:spacing w:after="0"/>
      </w:pPr>
      <w:r>
        <w:rPr>
          <w:rFonts w:ascii="Arial" w:hAnsi="Arial"/>
          <w:b/>
          <w:sz w:val="22"/>
        </w:rPr>
        <w:t xml:space="preserve">Lucy  </w:t>
      </w:r>
      <w:r>
        <w:rPr>
          <w:rFonts w:ascii="Arial" w:hAnsi="Arial"/>
          <w:color w:val="5D7284"/>
          <w:sz w:val="22"/>
        </w:rPr>
        <w:t>34:48</w:t>
      </w:r>
    </w:p>
    <w:p>
      <w:pPr>
        <w:spacing w:after="0"/>
      </w:pPr>
      <w:r>
        <w:rPr>
          <w:rFonts w:ascii="Arial" w:hAnsi="Arial"/>
          <w:sz w:val="22"/>
        </w:rPr>
        <w:t xml:space="preserve">You know, our community, </w:t>
      </w:r>
    </w:p>
    <w:p>
      <w:pPr>
        <w:spacing w:after="0"/>
      </w:pPr>
    </w:p>
    <w:p>
      <w:pPr>
        <w:spacing w:after="0"/>
      </w:pPr>
      <w:r>
        <w:rPr>
          <w:rFonts w:ascii="Arial" w:hAnsi="Arial"/>
          <w:b/>
          <w:sz w:val="22"/>
        </w:rPr>
        <w:t xml:space="preserve">Damien Williams  </w:t>
      </w:r>
      <w:r>
        <w:rPr>
          <w:rFonts w:ascii="Arial" w:hAnsi="Arial"/>
          <w:color w:val="5D7284"/>
          <w:sz w:val="22"/>
        </w:rPr>
        <w:t>34:50</w:t>
      </w:r>
    </w:p>
    <w:p>
      <w:pPr>
        <w:spacing w:after="0"/>
      </w:pPr>
      <w:r>
        <w:rPr>
          <w:rFonts w:ascii="Arial" w:hAnsi="Arial"/>
          <w:sz w:val="22"/>
        </w:rPr>
        <w:t xml:space="preserve">It's one of those things where it's like, if they do go past the pity, it goes into Oh, you're you're such an inspiration you've overcome so much It's like, look at what you've done in spite of your disability. </w:t>
      </w:r>
    </w:p>
    <w:p>
      <w:pPr>
        <w:spacing w:after="0"/>
      </w:pPr>
    </w:p>
    <w:p>
      <w:pPr>
        <w:spacing w:after="0"/>
      </w:pPr>
      <w:r>
        <w:rPr>
          <w:rFonts w:ascii="Arial" w:hAnsi="Arial"/>
          <w:b/>
          <w:sz w:val="22"/>
        </w:rPr>
        <w:t xml:space="preserve">Lucy  </w:t>
      </w:r>
      <w:r>
        <w:rPr>
          <w:rFonts w:ascii="Arial" w:hAnsi="Arial"/>
          <w:color w:val="5D7284"/>
          <w:sz w:val="22"/>
        </w:rPr>
        <w:t>35:02</w:t>
      </w:r>
    </w:p>
    <w:p>
      <w:pPr>
        <w:spacing w:after="0"/>
      </w:pPr>
      <w:r>
        <w:rPr>
          <w:rFonts w:ascii="Arial" w:hAnsi="Arial"/>
          <w:sz w:val="22"/>
        </w:rPr>
        <w:t>Yes</w:t>
      </w:r>
    </w:p>
    <w:p>
      <w:pPr>
        <w:spacing w:after="0"/>
      </w:pPr>
    </w:p>
    <w:p>
      <w:pPr>
        <w:spacing w:after="0"/>
      </w:pPr>
      <w:r>
        <w:rPr>
          <w:rFonts w:ascii="Arial" w:hAnsi="Arial"/>
          <w:b/>
          <w:sz w:val="22"/>
        </w:rPr>
        <w:t xml:space="preserve">Damien Williams  </w:t>
      </w:r>
      <w:r>
        <w:rPr>
          <w:rFonts w:ascii="Arial" w:hAnsi="Arial"/>
          <w:color w:val="5D7284"/>
          <w:sz w:val="22"/>
        </w:rPr>
        <w:t>35:03</w:t>
      </w:r>
    </w:p>
    <w:p>
      <w:pPr>
        <w:spacing w:after="0"/>
      </w:pPr>
      <w:r>
        <w:rPr>
          <w:rFonts w:ascii="Arial" w:hAnsi="Arial"/>
          <w:sz w:val="22"/>
        </w:rPr>
        <w:t xml:space="preserve">And it's not in spite of right? </w:t>
      </w:r>
    </w:p>
    <w:p>
      <w:pPr>
        <w:spacing w:after="0"/>
      </w:pPr>
    </w:p>
    <w:p>
      <w:pPr>
        <w:spacing w:after="0"/>
      </w:pPr>
      <w:r>
        <w:rPr>
          <w:rFonts w:ascii="Arial" w:hAnsi="Arial"/>
          <w:b/>
          <w:sz w:val="22"/>
        </w:rPr>
        <w:t xml:space="preserve">Lucy  </w:t>
      </w:r>
      <w:r>
        <w:rPr>
          <w:rFonts w:ascii="Arial" w:hAnsi="Arial"/>
          <w:color w:val="5D7284"/>
          <w:sz w:val="22"/>
        </w:rPr>
        <w:t>35:06</w:t>
      </w:r>
    </w:p>
    <w:p>
      <w:pPr>
        <w:spacing w:after="0"/>
      </w:pPr>
      <w:r>
        <w:rPr>
          <w:rFonts w:ascii="Arial" w:hAnsi="Arial"/>
          <w:sz w:val="22"/>
        </w:rPr>
        <w:t xml:space="preserve">No </w:t>
      </w:r>
    </w:p>
    <w:p>
      <w:pPr>
        <w:spacing w:after="0"/>
      </w:pPr>
    </w:p>
    <w:p>
      <w:pPr>
        <w:spacing w:after="0"/>
      </w:pPr>
      <w:r>
        <w:rPr>
          <w:rFonts w:ascii="Arial" w:hAnsi="Arial"/>
          <w:b/>
          <w:sz w:val="22"/>
        </w:rPr>
        <w:t xml:space="preserve">Damien Williams  </w:t>
      </w:r>
      <w:r>
        <w:rPr>
          <w:rFonts w:ascii="Arial" w:hAnsi="Arial"/>
          <w:color w:val="5D7284"/>
          <w:sz w:val="22"/>
        </w:rPr>
        <w:t>35:06</w:t>
      </w:r>
    </w:p>
    <w:p>
      <w:pPr>
        <w:spacing w:after="0"/>
      </w:pPr>
      <w:r>
        <w:rPr>
          <w:rFonts w:ascii="Arial" w:hAnsi="Arial"/>
          <w:sz w:val="22"/>
        </w:rPr>
        <w:t xml:space="preserve">It's through its with its it's because of it's not an overcoming it's a it's a way of living, it's a way of being. And you know thinking of somebody as an inspiration as an overcomer, sets them apart, it sets them as other. right? </w:t>
      </w:r>
    </w:p>
    <w:p>
      <w:pPr>
        <w:spacing w:after="0"/>
      </w:pPr>
    </w:p>
    <w:p>
      <w:pPr>
        <w:spacing w:after="0"/>
      </w:pPr>
      <w:r>
        <w:rPr>
          <w:rFonts w:ascii="Arial" w:hAnsi="Arial"/>
          <w:b/>
          <w:sz w:val="22"/>
        </w:rPr>
        <w:t xml:space="preserve">Lucy  </w:t>
      </w:r>
      <w:r>
        <w:rPr>
          <w:rFonts w:ascii="Arial" w:hAnsi="Arial"/>
          <w:color w:val="5D7284"/>
          <w:sz w:val="22"/>
        </w:rPr>
        <w:t>35:19</w:t>
      </w:r>
    </w:p>
    <w:p>
      <w:pPr>
        <w:spacing w:after="0"/>
      </w:pPr>
      <w:r>
        <w:rPr>
          <w:rFonts w:ascii="Arial" w:hAnsi="Arial"/>
          <w:sz w:val="22"/>
        </w:rPr>
        <w:t>Yeah</w:t>
      </w:r>
    </w:p>
    <w:p>
      <w:pPr>
        <w:spacing w:after="0"/>
      </w:pPr>
    </w:p>
    <w:p>
      <w:pPr>
        <w:spacing w:after="0"/>
      </w:pPr>
      <w:r>
        <w:rPr>
          <w:rFonts w:ascii="Arial" w:hAnsi="Arial"/>
          <w:b/>
          <w:sz w:val="22"/>
        </w:rPr>
        <w:t xml:space="preserve">Damien Williams  </w:t>
      </w:r>
      <w:r>
        <w:rPr>
          <w:rFonts w:ascii="Arial" w:hAnsi="Arial"/>
          <w:color w:val="5D7284"/>
          <w:sz w:val="22"/>
        </w:rPr>
        <w:t>35:25</w:t>
      </w:r>
    </w:p>
    <w:p>
      <w:pPr>
        <w:spacing w:after="0"/>
      </w:pPr>
      <w:r>
        <w:rPr>
          <w:rFonts w:ascii="Arial" w:hAnsi="Arial"/>
          <w:sz w:val="22"/>
        </w:rPr>
        <w:t>But recognising that this is just another way to live your life. This is another way to be another way to know and exist in the world, comes with knowledge. And it comes with expertise. it comes with a sense of how you can learn from and experience life and reality in a way that we can all gain from, that weaves us together, instead of setting us apart. it ties different ways of being together.</w:t>
      </w:r>
    </w:p>
    <w:p>
      <w:pPr>
        <w:spacing w:after="0"/>
      </w:pPr>
    </w:p>
    <w:p>
      <w:pPr>
        <w:spacing w:after="0"/>
      </w:pPr>
      <w:r>
        <w:rPr>
          <w:rFonts w:ascii="Arial" w:hAnsi="Arial"/>
          <w:b/>
          <w:sz w:val="22"/>
        </w:rPr>
        <w:t xml:space="preserve">Alice  </w:t>
      </w:r>
      <w:r>
        <w:rPr>
          <w:rFonts w:ascii="Arial" w:hAnsi="Arial"/>
          <w:color w:val="5D7284"/>
          <w:sz w:val="22"/>
        </w:rPr>
        <w:t>35:54</w:t>
      </w:r>
    </w:p>
    <w:p>
      <w:pPr>
        <w:spacing w:after="0"/>
      </w:pPr>
      <w:r>
        <w:rPr>
          <w:rFonts w:ascii="Arial" w:hAnsi="Arial"/>
          <w:sz w:val="22"/>
        </w:rPr>
        <w:t>That's really beautiful Damien</w:t>
      </w:r>
    </w:p>
    <w:p>
      <w:pPr>
        <w:spacing w:after="0"/>
      </w:pPr>
    </w:p>
    <w:p>
      <w:pPr>
        <w:spacing w:after="0"/>
      </w:pPr>
      <w:r>
        <w:rPr>
          <w:rFonts w:ascii="Arial" w:hAnsi="Arial"/>
          <w:b/>
          <w:sz w:val="22"/>
        </w:rPr>
        <w:t xml:space="preserve">Lucy  </w:t>
      </w:r>
      <w:r>
        <w:rPr>
          <w:rFonts w:ascii="Arial" w:hAnsi="Arial"/>
          <w:color w:val="5D7284"/>
          <w:sz w:val="22"/>
        </w:rPr>
        <w:t>35:56</w:t>
      </w:r>
    </w:p>
    <w:p>
      <w:pPr>
        <w:spacing w:after="0"/>
      </w:pPr>
      <w:r>
        <w:rPr>
          <w:rFonts w:ascii="Arial" w:hAnsi="Arial"/>
          <w:sz w:val="22"/>
        </w:rPr>
        <w:t>Really good. That's really great stuff. What quote, I'm gonna put that on my wall,</w:t>
      </w:r>
    </w:p>
    <w:p>
      <w:pPr>
        <w:spacing w:after="0"/>
      </w:pPr>
    </w:p>
    <w:p>
      <w:pPr>
        <w:spacing w:after="0"/>
      </w:pPr>
      <w:r>
        <w:rPr>
          <w:rFonts w:ascii="Arial" w:hAnsi="Arial"/>
          <w:b/>
          <w:sz w:val="22"/>
        </w:rPr>
        <w:t xml:space="preserve">Alice  </w:t>
      </w:r>
      <w:r>
        <w:rPr>
          <w:rFonts w:ascii="Arial" w:hAnsi="Arial"/>
          <w:color w:val="5D7284"/>
          <w:sz w:val="22"/>
        </w:rPr>
        <w:t>36:00</w:t>
      </w:r>
    </w:p>
    <w:p>
      <w:pPr>
        <w:spacing w:after="0"/>
      </w:pPr>
      <w:r>
        <w:rPr>
          <w:rFonts w:ascii="Arial" w:hAnsi="Arial"/>
          <w:sz w:val="22"/>
        </w:rPr>
        <w:t xml:space="preserve">I've got to say that that quote is inspirational </w:t>
      </w:r>
    </w:p>
    <w:p>
      <w:pPr>
        <w:spacing w:after="0"/>
      </w:pPr>
    </w:p>
    <w:p>
      <w:pPr>
        <w:spacing w:after="0"/>
      </w:pPr>
      <w:r>
        <w:rPr>
          <w:rFonts w:ascii="Arial" w:hAnsi="Arial"/>
          <w:b/>
          <w:sz w:val="22"/>
        </w:rPr>
        <w:t xml:space="preserve">Damien Williams  </w:t>
      </w:r>
      <w:r>
        <w:rPr>
          <w:rFonts w:ascii="Arial" w:hAnsi="Arial"/>
          <w:color w:val="5D7284"/>
          <w:sz w:val="22"/>
        </w:rPr>
        <w:t>36:03</w:t>
      </w:r>
    </w:p>
    <w:p>
      <w:pPr>
        <w:spacing w:after="0"/>
      </w:pPr>
      <w:r>
        <w:rPr>
          <w:rFonts w:ascii="Arial" w:hAnsi="Arial"/>
          <w:sz w:val="22"/>
        </w:rPr>
        <w:t xml:space="preserve">Damn! like I said, you know, this ties to, like, a history of these kinds of problems, though, right, like, so you've got disabled people who work to live their lives and, and make the tools that they need or mod the tools that we need in order to live, right. But like, there's also the people who are like, looking at disabled people and going, I think I know what that's about. right? Like, that's another thing that we've kind of referenced a bunch of times. </w:t>
      </w:r>
    </w:p>
    <w:p>
      <w:pPr>
        <w:spacing w:after="0"/>
      </w:pPr>
    </w:p>
    <w:p>
      <w:pPr>
        <w:spacing w:after="0"/>
      </w:pPr>
      <w:r>
        <w:rPr>
          <w:rFonts w:ascii="Arial" w:hAnsi="Arial"/>
          <w:b/>
          <w:sz w:val="22"/>
        </w:rPr>
        <w:t xml:space="preserve">all  </w:t>
      </w:r>
      <w:r>
        <w:rPr>
          <w:rFonts w:ascii="Arial" w:hAnsi="Arial"/>
          <w:color w:val="5D7284"/>
          <w:sz w:val="22"/>
        </w:rPr>
        <w:t>36:03</w:t>
      </w:r>
    </w:p>
    <w:p>
      <w:pPr>
        <w:spacing w:after="0"/>
      </w:pPr>
      <w:r>
        <w:rPr>
          <w:rFonts w:ascii="Arial" w:hAnsi="Arial"/>
          <w:sz w:val="22"/>
        </w:rPr>
        <w:t>[laughs]</w:t>
      </w:r>
    </w:p>
    <w:p>
      <w:pPr>
        <w:spacing w:after="0"/>
      </w:pPr>
    </w:p>
    <w:p>
      <w:pPr>
        <w:spacing w:after="0"/>
      </w:pPr>
      <w:r>
        <w:rPr>
          <w:rFonts w:ascii="Arial" w:hAnsi="Arial"/>
          <w:b/>
          <w:sz w:val="22"/>
        </w:rPr>
        <w:t xml:space="preserve">Damien Williams  </w:t>
      </w:r>
      <w:r>
        <w:rPr>
          <w:rFonts w:ascii="Arial" w:hAnsi="Arial"/>
          <w:color w:val="5D7284"/>
          <w:sz w:val="22"/>
        </w:rPr>
        <w:t>36:44</w:t>
      </w:r>
    </w:p>
    <w:p>
      <w:pPr>
        <w:spacing w:after="0"/>
      </w:pPr>
      <w:r>
        <w:rPr>
          <w:rFonts w:ascii="Arial" w:hAnsi="Arial"/>
          <w:sz w:val="22"/>
        </w:rPr>
        <w:t>I think I know what they need. I think I know what it's like to be like that and think I think I can solve fix that. That's like, like, that kind of undercurrent is like, old old old. it has existed in how people think about disability for a very, very long time. But like one of the weird places that it shows up, like we're looking currently at a whole new crop of like human centred space exploration right now, right? There's a whole bunch of missions to the moon and people are talking about missions to Mars, and people are doing more visits to the International Space Station. We've just had in 2020 20, no 2021. The first crop of disabled no one's disabled, astronauts and space explorers go to space.</w:t>
      </w:r>
    </w:p>
    <w:p>
      <w:pPr>
        <w:spacing w:after="0"/>
      </w:pPr>
    </w:p>
    <w:p>
      <w:pPr>
        <w:spacing w:after="0"/>
      </w:pPr>
      <w:r>
        <w:rPr>
          <w:rFonts w:ascii="Arial" w:hAnsi="Arial"/>
          <w:b/>
          <w:sz w:val="22"/>
        </w:rPr>
        <w:t xml:space="preserve">Alice  </w:t>
      </w:r>
      <w:r>
        <w:rPr>
          <w:rFonts w:ascii="Arial" w:hAnsi="Arial"/>
          <w:color w:val="5D7284"/>
          <w:sz w:val="22"/>
        </w:rPr>
        <w:t>36:44</w:t>
      </w:r>
    </w:p>
    <w:p>
      <w:pPr>
        <w:spacing w:after="0"/>
      </w:pPr>
      <w:r>
        <w:rPr>
          <w:rFonts w:ascii="Arial" w:hAnsi="Arial"/>
          <w:sz w:val="22"/>
        </w:rPr>
        <w:t>Mmmhmm</w:t>
      </w:r>
    </w:p>
    <w:p>
      <w:pPr>
        <w:spacing w:after="0"/>
      </w:pPr>
    </w:p>
    <w:p>
      <w:pPr>
        <w:spacing w:after="0"/>
      </w:pPr>
      <w:r>
        <w:rPr>
          <w:rFonts w:ascii="Arial" w:hAnsi="Arial"/>
          <w:b/>
          <w:sz w:val="22"/>
        </w:rPr>
        <w:t xml:space="preserve">Lucy  </w:t>
      </w:r>
      <w:r>
        <w:rPr>
          <w:rFonts w:ascii="Arial" w:hAnsi="Arial"/>
          <w:color w:val="5D7284"/>
          <w:sz w:val="22"/>
        </w:rPr>
        <w:t>37:40</w:t>
      </w:r>
    </w:p>
    <w:p>
      <w:pPr>
        <w:spacing w:after="0"/>
      </w:pPr>
      <w:r>
        <w:rPr>
          <w:rFonts w:ascii="Arial" w:hAnsi="Arial"/>
          <w:sz w:val="22"/>
        </w:rPr>
        <w:t>Yeah, yeah.</w:t>
      </w:r>
    </w:p>
    <w:p>
      <w:pPr>
        <w:spacing w:after="0"/>
      </w:pPr>
    </w:p>
    <w:p>
      <w:pPr>
        <w:spacing w:after="0"/>
      </w:pPr>
      <w:r>
        <w:rPr>
          <w:rFonts w:ascii="Arial" w:hAnsi="Arial"/>
          <w:b/>
          <w:sz w:val="22"/>
        </w:rPr>
        <w:t xml:space="preserve">Alice  </w:t>
      </w:r>
      <w:r>
        <w:rPr>
          <w:rFonts w:ascii="Arial" w:hAnsi="Arial"/>
          <w:color w:val="5D7284"/>
          <w:sz w:val="22"/>
        </w:rPr>
        <w:t>37:42</w:t>
      </w:r>
    </w:p>
    <w:p>
      <w:pPr>
        <w:spacing w:after="0"/>
      </w:pPr>
      <w:r>
        <w:rPr>
          <w:rFonts w:ascii="Arial" w:hAnsi="Arial"/>
          <w:sz w:val="22"/>
        </w:rPr>
        <w:t>That's cool. I didn't know that</w:t>
      </w:r>
    </w:p>
    <w:p>
      <w:pPr>
        <w:spacing w:after="0"/>
      </w:pPr>
    </w:p>
    <w:p>
      <w:pPr>
        <w:spacing w:after="0"/>
      </w:pPr>
      <w:r>
        <w:rPr>
          <w:rFonts w:ascii="Arial" w:hAnsi="Arial"/>
          <w:b/>
          <w:sz w:val="22"/>
        </w:rPr>
        <w:t xml:space="preserve">Damien Williams  </w:t>
      </w:r>
      <w:r>
        <w:rPr>
          <w:rFonts w:ascii="Arial" w:hAnsi="Arial"/>
          <w:color w:val="5D7284"/>
          <w:sz w:val="22"/>
        </w:rPr>
        <w:t>37:43</w:t>
      </w:r>
    </w:p>
    <w:p>
      <w:pPr>
        <w:spacing w:after="0"/>
      </w:pPr>
      <w:r>
        <w:rPr>
          <w:rFonts w:ascii="Arial" w:hAnsi="Arial"/>
          <w:sz w:val="22"/>
        </w:rPr>
        <w:t xml:space="preserve">Yeah. So one was Hayley Arceneaux and Hayley Arceneaux is a paediatric bone cancer survivor. With prosthetic I believe hip replacement. </w:t>
      </w:r>
    </w:p>
    <w:p>
      <w:pPr>
        <w:spacing w:after="0"/>
      </w:pPr>
    </w:p>
    <w:p>
      <w:pPr>
        <w:spacing w:after="0"/>
      </w:pPr>
      <w:r>
        <w:rPr>
          <w:rFonts w:ascii="Arial" w:hAnsi="Arial"/>
          <w:b/>
          <w:sz w:val="22"/>
        </w:rPr>
        <w:t xml:space="preserve">Lucy  </w:t>
      </w:r>
      <w:r>
        <w:rPr>
          <w:rFonts w:ascii="Arial" w:hAnsi="Arial"/>
          <w:color w:val="5D7284"/>
          <w:sz w:val="22"/>
        </w:rPr>
        <w:t>37:54</w:t>
      </w:r>
    </w:p>
    <w:p>
      <w:pPr>
        <w:spacing w:after="0"/>
      </w:pPr>
      <w:r>
        <w:rPr>
          <w:rFonts w:ascii="Arial" w:hAnsi="Arial"/>
          <w:sz w:val="22"/>
        </w:rPr>
        <w:t>Okay</w:t>
      </w:r>
    </w:p>
    <w:p>
      <w:pPr>
        <w:spacing w:after="0"/>
      </w:pPr>
    </w:p>
    <w:p>
      <w:pPr>
        <w:spacing w:after="0"/>
      </w:pPr>
      <w:r>
        <w:rPr>
          <w:rFonts w:ascii="Arial" w:hAnsi="Arial"/>
          <w:b/>
          <w:sz w:val="22"/>
        </w:rPr>
        <w:t xml:space="preserve">Damien Williams  </w:t>
      </w:r>
      <w:r>
        <w:rPr>
          <w:rFonts w:ascii="Arial" w:hAnsi="Arial"/>
          <w:color w:val="5D7284"/>
          <w:sz w:val="22"/>
        </w:rPr>
        <w:t>37:54</w:t>
      </w:r>
    </w:p>
    <w:p>
      <w:pPr>
        <w:spacing w:after="0"/>
      </w:pPr>
      <w:r>
        <w:rPr>
          <w:rFonts w:ascii="Arial" w:hAnsi="Arial"/>
          <w:sz w:val="22"/>
        </w:rPr>
        <w:t xml:space="preserve">Yeah I believe it's a hip replacement. I might be wrong. I might be. it might be, a lower limb. But she's got a prosthetic. She's a bone cancer survivor. And she is the first known disabled person to go to space </w:t>
      </w:r>
    </w:p>
    <w:p>
      <w:pPr>
        <w:spacing w:after="0"/>
      </w:pPr>
    </w:p>
    <w:p>
      <w:pPr>
        <w:spacing w:after="0"/>
      </w:pPr>
      <w:r>
        <w:rPr>
          <w:rFonts w:ascii="Arial" w:hAnsi="Arial"/>
          <w:b/>
          <w:sz w:val="22"/>
        </w:rPr>
        <w:t xml:space="preserve">Alice  </w:t>
      </w:r>
      <w:r>
        <w:rPr>
          <w:rFonts w:ascii="Arial" w:hAnsi="Arial"/>
          <w:color w:val="5D7284"/>
          <w:sz w:val="22"/>
        </w:rPr>
        <w:t>38:11</w:t>
      </w:r>
    </w:p>
    <w:p>
      <w:pPr>
        <w:spacing w:after="0"/>
      </w:pPr>
      <w:r>
        <w:rPr>
          <w:rFonts w:ascii="Arial" w:hAnsi="Arial"/>
          <w:sz w:val="22"/>
        </w:rPr>
        <w:t>That's incredible.</w:t>
      </w:r>
    </w:p>
    <w:p>
      <w:pPr>
        <w:spacing w:after="0"/>
      </w:pPr>
    </w:p>
    <w:p>
      <w:pPr>
        <w:spacing w:after="0"/>
      </w:pPr>
      <w:r>
        <w:rPr>
          <w:rFonts w:ascii="Arial" w:hAnsi="Arial"/>
          <w:b/>
          <w:sz w:val="22"/>
        </w:rPr>
        <w:t xml:space="preserve">Lucy  </w:t>
      </w:r>
      <w:r>
        <w:rPr>
          <w:rFonts w:ascii="Arial" w:hAnsi="Arial"/>
          <w:color w:val="5D7284"/>
          <w:sz w:val="22"/>
        </w:rPr>
        <w:t>38:12</w:t>
      </w:r>
    </w:p>
    <w:p>
      <w:pPr>
        <w:spacing w:after="0"/>
      </w:pPr>
      <w:r>
        <w:rPr>
          <w:rFonts w:ascii="Arial" w:hAnsi="Arial"/>
          <w:sz w:val="22"/>
        </w:rPr>
        <w:t xml:space="preserve">That's really incredible. </w:t>
      </w:r>
    </w:p>
    <w:p>
      <w:pPr>
        <w:spacing w:after="0"/>
      </w:pPr>
    </w:p>
    <w:p>
      <w:pPr>
        <w:spacing w:after="0"/>
      </w:pPr>
      <w:r>
        <w:rPr>
          <w:rFonts w:ascii="Arial" w:hAnsi="Arial"/>
          <w:b/>
          <w:sz w:val="22"/>
        </w:rPr>
        <w:t xml:space="preserve">Alice  </w:t>
      </w:r>
      <w:r>
        <w:rPr>
          <w:rFonts w:ascii="Arial" w:hAnsi="Arial"/>
          <w:color w:val="5D7284"/>
          <w:sz w:val="22"/>
        </w:rPr>
        <w:t>38:14</w:t>
      </w:r>
    </w:p>
    <w:p>
      <w:pPr>
        <w:spacing w:after="0"/>
      </w:pPr>
      <w:r>
        <w:rPr>
          <w:rFonts w:ascii="Arial" w:hAnsi="Arial"/>
          <w:sz w:val="22"/>
        </w:rPr>
        <w:t>Like going to space is just like I cannot get my head around that.</w:t>
      </w:r>
    </w:p>
    <w:p>
      <w:pPr>
        <w:spacing w:after="0"/>
      </w:pPr>
    </w:p>
    <w:p>
      <w:pPr>
        <w:spacing w:after="0"/>
      </w:pPr>
      <w:r>
        <w:rPr>
          <w:rFonts w:ascii="Arial" w:hAnsi="Arial"/>
          <w:b/>
          <w:sz w:val="22"/>
        </w:rPr>
        <w:t xml:space="preserve">Damien Williams  </w:t>
      </w:r>
      <w:r>
        <w:rPr>
          <w:rFonts w:ascii="Arial" w:hAnsi="Arial"/>
          <w:color w:val="5D7284"/>
          <w:sz w:val="22"/>
        </w:rPr>
        <w:t>38:19</w:t>
      </w:r>
    </w:p>
    <w:p>
      <w:pPr>
        <w:spacing w:after="0"/>
      </w:pPr>
      <w:r>
        <w:rPr>
          <w:rFonts w:ascii="Arial" w:hAnsi="Arial"/>
          <w:sz w:val="22"/>
        </w:rPr>
        <w:t>It's a lot.</w:t>
      </w:r>
    </w:p>
    <w:p>
      <w:pPr>
        <w:spacing w:after="0"/>
      </w:pPr>
    </w:p>
    <w:p>
      <w:pPr>
        <w:spacing w:after="0"/>
      </w:pPr>
      <w:r>
        <w:rPr>
          <w:rFonts w:ascii="Arial" w:hAnsi="Arial"/>
          <w:b/>
          <w:sz w:val="22"/>
        </w:rPr>
        <w:t xml:space="preserve">Lucy  </w:t>
      </w:r>
      <w:r>
        <w:rPr>
          <w:rFonts w:ascii="Arial" w:hAnsi="Arial"/>
          <w:color w:val="5D7284"/>
          <w:sz w:val="22"/>
        </w:rPr>
        <w:t>38:19</w:t>
      </w:r>
    </w:p>
    <w:p>
      <w:pPr>
        <w:spacing w:after="0"/>
      </w:pPr>
      <w:r>
        <w:rPr>
          <w:rFonts w:ascii="Arial" w:hAnsi="Arial"/>
          <w:sz w:val="22"/>
        </w:rPr>
        <w:t>No I would be, I would bein a constant state of panic</w:t>
      </w:r>
    </w:p>
    <w:p>
      <w:pPr>
        <w:spacing w:after="0"/>
      </w:pPr>
    </w:p>
    <w:p>
      <w:pPr>
        <w:spacing w:after="0"/>
      </w:pPr>
      <w:r>
        <w:rPr>
          <w:rFonts w:ascii="Arial" w:hAnsi="Arial"/>
          <w:b/>
          <w:sz w:val="22"/>
        </w:rPr>
        <w:t xml:space="preserve">Alice  </w:t>
      </w:r>
      <w:r>
        <w:rPr>
          <w:rFonts w:ascii="Arial" w:hAnsi="Arial"/>
          <w:color w:val="5D7284"/>
          <w:sz w:val="22"/>
        </w:rPr>
        <w:t>38:23</w:t>
      </w:r>
    </w:p>
    <w:p>
      <w:pPr>
        <w:spacing w:after="0"/>
      </w:pPr>
      <w:r>
        <w:rPr>
          <w:rFonts w:ascii="Arial" w:hAnsi="Arial"/>
          <w:sz w:val="22"/>
        </w:rPr>
        <w:t xml:space="preserve">- And the the skills that you need to be an astro -  like, like me and you like, you know, these sacks of potatoes over here Luce we got no fucking chance. </w:t>
      </w:r>
    </w:p>
    <w:p>
      <w:pPr>
        <w:spacing w:after="0"/>
      </w:pPr>
    </w:p>
    <w:p>
      <w:pPr>
        <w:spacing w:after="0"/>
      </w:pPr>
      <w:r>
        <w:rPr>
          <w:rFonts w:ascii="Arial" w:hAnsi="Arial"/>
          <w:b/>
          <w:sz w:val="22"/>
        </w:rPr>
        <w:t xml:space="preserve">Lucy  </w:t>
      </w:r>
      <w:r>
        <w:rPr>
          <w:rFonts w:ascii="Arial" w:hAnsi="Arial"/>
          <w:color w:val="5D7284"/>
          <w:sz w:val="22"/>
        </w:rPr>
        <w:t>38:32</w:t>
      </w:r>
    </w:p>
    <w:p>
      <w:pPr>
        <w:spacing w:after="0"/>
      </w:pPr>
      <w:r>
        <w:rPr>
          <w:rFonts w:ascii="Arial" w:hAnsi="Arial"/>
          <w:sz w:val="22"/>
        </w:rPr>
        <w:t xml:space="preserve">No exactly. </w:t>
      </w:r>
    </w:p>
    <w:p>
      <w:pPr>
        <w:spacing w:after="0"/>
      </w:pPr>
    </w:p>
    <w:p>
      <w:pPr>
        <w:spacing w:after="0"/>
      </w:pPr>
      <w:r>
        <w:rPr>
          <w:rFonts w:ascii="Arial" w:hAnsi="Arial"/>
          <w:b/>
          <w:sz w:val="22"/>
        </w:rPr>
        <w:t xml:space="preserve">Alice  </w:t>
      </w:r>
      <w:r>
        <w:rPr>
          <w:rFonts w:ascii="Arial" w:hAnsi="Arial"/>
          <w:color w:val="5D7284"/>
          <w:sz w:val="22"/>
        </w:rPr>
        <w:t>38:34</w:t>
      </w:r>
    </w:p>
    <w:p>
      <w:pPr>
        <w:spacing w:after="0"/>
      </w:pPr>
      <w:r>
        <w:rPr>
          <w:rFonts w:ascii="Arial" w:hAnsi="Arial"/>
          <w:sz w:val="22"/>
        </w:rPr>
        <w:t>But you know, you're you're, it's the most kind of elite that you can be. You have to be -</w:t>
      </w:r>
    </w:p>
    <w:p>
      <w:pPr>
        <w:spacing w:after="0"/>
      </w:pPr>
    </w:p>
    <w:p>
      <w:pPr>
        <w:spacing w:after="0"/>
      </w:pPr>
      <w:r>
        <w:rPr>
          <w:rFonts w:ascii="Arial" w:hAnsi="Arial"/>
          <w:b/>
          <w:sz w:val="22"/>
        </w:rPr>
        <w:t xml:space="preserve">Lucy  </w:t>
      </w:r>
      <w:r>
        <w:rPr>
          <w:rFonts w:ascii="Arial" w:hAnsi="Arial"/>
          <w:color w:val="5D7284"/>
          <w:sz w:val="22"/>
        </w:rPr>
        <w:t>38:41</w:t>
      </w:r>
    </w:p>
    <w:p>
      <w:pPr>
        <w:spacing w:after="0"/>
      </w:pPr>
      <w:r>
        <w:rPr>
          <w:rFonts w:ascii="Arial" w:hAnsi="Arial"/>
          <w:sz w:val="22"/>
        </w:rPr>
        <w:t>Oh yeah proper superhuman.</w:t>
      </w:r>
    </w:p>
    <w:p>
      <w:pPr>
        <w:spacing w:after="0"/>
      </w:pPr>
    </w:p>
    <w:p>
      <w:pPr>
        <w:spacing w:after="0"/>
      </w:pPr>
      <w:r>
        <w:rPr>
          <w:rFonts w:ascii="Arial" w:hAnsi="Arial"/>
          <w:b/>
          <w:sz w:val="22"/>
        </w:rPr>
        <w:t xml:space="preserve">Alice  </w:t>
      </w:r>
      <w:r>
        <w:rPr>
          <w:rFonts w:ascii="Arial" w:hAnsi="Arial"/>
          <w:color w:val="5D7284"/>
          <w:sz w:val="22"/>
        </w:rPr>
        <w:t>38:43</w:t>
      </w:r>
    </w:p>
    <w:p>
      <w:pPr>
        <w:spacing w:after="0"/>
      </w:pPr>
      <w:r>
        <w:rPr>
          <w:rFonts w:ascii="Arial" w:hAnsi="Arial"/>
          <w:sz w:val="22"/>
        </w:rPr>
        <w:t xml:space="preserve"> Yeah, exactly. To go into space, they don't just let any fucker do that.</w:t>
      </w:r>
    </w:p>
    <w:p>
      <w:pPr>
        <w:spacing w:after="0"/>
      </w:pPr>
    </w:p>
    <w:p>
      <w:pPr>
        <w:spacing w:after="0"/>
      </w:pPr>
      <w:r>
        <w:rPr>
          <w:rFonts w:ascii="Arial" w:hAnsi="Arial"/>
          <w:b/>
          <w:sz w:val="22"/>
        </w:rPr>
        <w:t xml:space="preserve">Damien Williams  </w:t>
      </w:r>
      <w:r>
        <w:rPr>
          <w:rFonts w:ascii="Arial" w:hAnsi="Arial"/>
          <w:color w:val="5D7284"/>
          <w:sz w:val="22"/>
        </w:rPr>
        <w:t>38:46</w:t>
      </w:r>
    </w:p>
    <w:p>
      <w:pPr>
        <w:spacing w:after="0"/>
      </w:pPr>
      <w:r>
        <w:rPr>
          <w:rFonts w:ascii="Arial" w:hAnsi="Arial"/>
          <w:sz w:val="22"/>
        </w:rPr>
        <w:t xml:space="preserve">But that's exactly the thing, right? We have this idea about what it means to go to space, and what it means to be the kind of person who gets to go to space. you have to be superhuman, you've got to have the quote unquote, right stuff, right? Like that idea of an astronaut as having,. Like they check all the boxes. They're like they're physically fit. They're really smart. They're ridiculously good looking. They got a strong jaw line, like all of those, like astronaut stuff, right? </w:t>
      </w:r>
    </w:p>
    <w:p>
      <w:pPr>
        <w:spacing w:after="0"/>
      </w:pPr>
    </w:p>
    <w:p>
      <w:pPr>
        <w:spacing w:after="0"/>
      </w:pPr>
      <w:r>
        <w:rPr>
          <w:rFonts w:ascii="Arial" w:hAnsi="Arial"/>
          <w:b/>
          <w:sz w:val="22"/>
        </w:rPr>
        <w:t xml:space="preserve">Lucy  </w:t>
      </w:r>
      <w:r>
        <w:rPr>
          <w:rFonts w:ascii="Arial" w:hAnsi="Arial"/>
          <w:color w:val="5D7284"/>
          <w:sz w:val="22"/>
        </w:rPr>
        <w:t>39:14</w:t>
      </w:r>
    </w:p>
    <w:p>
      <w:pPr>
        <w:spacing w:after="0"/>
      </w:pPr>
      <w:r>
        <w:rPr>
          <w:rFonts w:ascii="Arial" w:hAnsi="Arial"/>
          <w:sz w:val="22"/>
        </w:rPr>
        <w:t>[laughs]</w:t>
      </w:r>
    </w:p>
    <w:p>
      <w:pPr>
        <w:spacing w:after="0"/>
      </w:pPr>
    </w:p>
    <w:p>
      <w:pPr>
        <w:spacing w:after="0"/>
      </w:pPr>
      <w:r>
        <w:rPr>
          <w:rFonts w:ascii="Arial" w:hAnsi="Arial"/>
          <w:b/>
          <w:sz w:val="22"/>
        </w:rPr>
        <w:t xml:space="preserve">Alice  </w:t>
      </w:r>
      <w:r>
        <w:rPr>
          <w:rFonts w:ascii="Arial" w:hAnsi="Arial"/>
          <w:color w:val="5D7284"/>
          <w:sz w:val="22"/>
        </w:rPr>
        <w:t>39:15</w:t>
      </w:r>
    </w:p>
    <w:p>
      <w:pPr>
        <w:spacing w:after="0"/>
      </w:pPr>
      <w:r>
        <w:rPr>
          <w:rFonts w:ascii="Arial" w:hAnsi="Arial"/>
          <w:sz w:val="22"/>
        </w:rPr>
        <w:t>Yeah, yeah</w:t>
      </w:r>
    </w:p>
    <w:p>
      <w:pPr>
        <w:spacing w:after="0"/>
      </w:pPr>
    </w:p>
    <w:p>
      <w:pPr>
        <w:spacing w:after="0"/>
      </w:pPr>
      <w:r>
        <w:rPr>
          <w:rFonts w:ascii="Arial" w:hAnsi="Arial"/>
          <w:b/>
          <w:sz w:val="22"/>
        </w:rPr>
        <w:t xml:space="preserve">Damien Williams  </w:t>
      </w:r>
      <w:r>
        <w:rPr>
          <w:rFonts w:ascii="Arial" w:hAnsi="Arial"/>
          <w:color w:val="5D7284"/>
          <w:sz w:val="22"/>
        </w:rPr>
        <w:t>39:16</w:t>
      </w:r>
    </w:p>
    <w:p>
      <w:pPr>
        <w:spacing w:after="0"/>
      </w:pPr>
      <w:r>
        <w:rPr>
          <w:rFonts w:ascii="Arial" w:hAnsi="Arial"/>
          <w:sz w:val="22"/>
        </w:rPr>
        <w:t>Like, when we look at the history of space travel, human exploration of space. One of the very first papers like public papers, by scientists thinking about what it would mean for human beings to go to space. it was written in 1960 is written by a guy named Manfred E.Clynes and Nathan s. Kline. They were a team. They had done a bunch of research prior to this, working on various psychiatric treatments. One of them was a musicologist at one point, a lot of very diverse interests.</w:t>
      </w:r>
    </w:p>
    <w:p>
      <w:pPr>
        <w:spacing w:after="0"/>
      </w:pPr>
    </w:p>
    <w:p>
      <w:pPr>
        <w:spacing w:after="0"/>
      </w:pPr>
      <w:r>
        <w:rPr>
          <w:rFonts w:ascii="Arial" w:hAnsi="Arial"/>
          <w:b/>
          <w:sz w:val="22"/>
        </w:rPr>
        <w:t xml:space="preserve">Alice  </w:t>
      </w:r>
      <w:r>
        <w:rPr>
          <w:rFonts w:ascii="Arial" w:hAnsi="Arial"/>
          <w:color w:val="5D7284"/>
          <w:sz w:val="22"/>
        </w:rPr>
        <w:t>39:57</w:t>
      </w:r>
    </w:p>
    <w:p>
      <w:pPr>
        <w:spacing w:after="0"/>
      </w:pPr>
      <w:r>
        <w:rPr>
          <w:rFonts w:ascii="Arial" w:hAnsi="Arial"/>
          <w:sz w:val="22"/>
        </w:rPr>
        <w:t>I was gonna say not what you would expect for somebody to Be like, hey, I'm gonna write about space.</w:t>
      </w:r>
    </w:p>
    <w:p>
      <w:pPr>
        <w:spacing w:after="0"/>
      </w:pPr>
    </w:p>
    <w:p>
      <w:pPr>
        <w:spacing w:after="0"/>
      </w:pPr>
      <w:r>
        <w:rPr>
          <w:rFonts w:ascii="Arial" w:hAnsi="Arial"/>
          <w:b/>
          <w:sz w:val="22"/>
        </w:rPr>
        <w:t xml:space="preserve">Damien Williams  </w:t>
      </w:r>
      <w:r>
        <w:rPr>
          <w:rFonts w:ascii="Arial" w:hAnsi="Arial"/>
          <w:color w:val="5D7284"/>
          <w:sz w:val="22"/>
        </w:rPr>
        <w:t>40:01</w:t>
      </w:r>
    </w:p>
    <w:p>
      <w:pPr>
        <w:spacing w:after="0"/>
      </w:pPr>
      <w:r>
        <w:rPr>
          <w:rFonts w:ascii="Arial" w:hAnsi="Arial"/>
          <w:sz w:val="22"/>
        </w:rPr>
        <w:t>right</w:t>
      </w:r>
    </w:p>
    <w:p>
      <w:pPr>
        <w:spacing w:after="0"/>
      </w:pPr>
    </w:p>
    <w:p>
      <w:pPr>
        <w:spacing w:after="0"/>
      </w:pPr>
      <w:r>
        <w:rPr>
          <w:rFonts w:ascii="Arial" w:hAnsi="Arial"/>
          <w:b/>
          <w:sz w:val="22"/>
        </w:rPr>
        <w:t xml:space="preserve">Lucy  </w:t>
      </w:r>
      <w:r>
        <w:rPr>
          <w:rFonts w:ascii="Arial" w:hAnsi="Arial"/>
          <w:color w:val="5D7284"/>
          <w:sz w:val="22"/>
        </w:rPr>
        <w:t>40:01</w:t>
      </w:r>
    </w:p>
    <w:p>
      <w:pPr>
        <w:spacing w:after="0"/>
      </w:pPr>
      <w:r>
        <w:rPr>
          <w:rFonts w:ascii="Arial" w:hAnsi="Arial"/>
          <w:sz w:val="22"/>
        </w:rPr>
        <w:t>Yeah, it's not like Brian May is it? [laughs]</w:t>
      </w:r>
    </w:p>
    <w:p>
      <w:pPr>
        <w:spacing w:after="0"/>
      </w:pPr>
    </w:p>
    <w:p>
      <w:pPr>
        <w:spacing w:after="0"/>
      </w:pPr>
      <w:r>
        <w:rPr>
          <w:rFonts w:ascii="Arial" w:hAnsi="Arial"/>
          <w:b/>
          <w:sz w:val="22"/>
        </w:rPr>
        <w:t xml:space="preserve">Damien Williams  </w:t>
      </w:r>
      <w:r>
        <w:rPr>
          <w:rFonts w:ascii="Arial" w:hAnsi="Arial"/>
          <w:color w:val="5D7284"/>
          <w:sz w:val="22"/>
        </w:rPr>
        <w:t>40:03</w:t>
      </w:r>
    </w:p>
    <w:p>
      <w:pPr>
        <w:spacing w:after="0"/>
      </w:pPr>
      <w:r>
        <w:rPr>
          <w:rFonts w:ascii="Arial" w:hAnsi="Arial"/>
          <w:sz w:val="22"/>
        </w:rPr>
        <w:t xml:space="preserve">Right so these guys. And they're talking about this paper. right. And this journal astronautics. it is. It's called cyborgs In Space. </w:t>
      </w:r>
    </w:p>
    <w:p>
      <w:pPr>
        <w:spacing w:after="0"/>
      </w:pPr>
    </w:p>
    <w:p>
      <w:pPr>
        <w:spacing w:after="0"/>
      </w:pPr>
      <w:r>
        <w:rPr>
          <w:rFonts w:ascii="Arial" w:hAnsi="Arial"/>
          <w:b/>
          <w:sz w:val="22"/>
        </w:rPr>
        <w:t xml:space="preserve">Lucy  </w:t>
      </w:r>
      <w:r>
        <w:rPr>
          <w:rFonts w:ascii="Arial" w:hAnsi="Arial"/>
          <w:color w:val="5D7284"/>
          <w:sz w:val="22"/>
        </w:rPr>
        <w:t>40:07</w:t>
      </w:r>
    </w:p>
    <w:p>
      <w:pPr>
        <w:spacing w:after="0"/>
      </w:pPr>
      <w:r>
        <w:rPr>
          <w:rFonts w:ascii="Arial" w:hAnsi="Arial"/>
          <w:sz w:val="22"/>
        </w:rPr>
        <w:t xml:space="preserve">right. </w:t>
      </w:r>
    </w:p>
    <w:p>
      <w:pPr>
        <w:spacing w:after="0"/>
      </w:pPr>
    </w:p>
    <w:p>
      <w:pPr>
        <w:spacing w:after="0"/>
      </w:pPr>
      <w:r>
        <w:rPr>
          <w:rFonts w:ascii="Arial" w:hAnsi="Arial"/>
          <w:b/>
          <w:sz w:val="22"/>
        </w:rPr>
        <w:t xml:space="preserve">Damien Williams  </w:t>
      </w:r>
      <w:r>
        <w:rPr>
          <w:rFonts w:ascii="Arial" w:hAnsi="Arial"/>
          <w:color w:val="5D7284"/>
          <w:sz w:val="22"/>
        </w:rPr>
        <w:t>40:08</w:t>
      </w:r>
    </w:p>
    <w:p>
      <w:pPr>
        <w:spacing w:after="0"/>
      </w:pPr>
      <w:r>
        <w:rPr>
          <w:rFonts w:ascii="Arial" w:hAnsi="Arial"/>
          <w:sz w:val="22"/>
        </w:rPr>
        <w:t>And this is the first</w:t>
      </w:r>
    </w:p>
    <w:p>
      <w:pPr>
        <w:spacing w:after="0"/>
      </w:pPr>
    </w:p>
    <w:p>
      <w:pPr>
        <w:spacing w:after="0"/>
      </w:pPr>
      <w:r>
        <w:rPr>
          <w:rFonts w:ascii="Arial" w:hAnsi="Arial"/>
          <w:b/>
          <w:sz w:val="22"/>
        </w:rPr>
        <w:t xml:space="preserve">Alice  </w:t>
      </w:r>
      <w:r>
        <w:rPr>
          <w:rFonts w:ascii="Arial" w:hAnsi="Arial"/>
          <w:color w:val="5D7284"/>
          <w:sz w:val="22"/>
        </w:rPr>
        <w:t>40:23</w:t>
      </w:r>
    </w:p>
    <w:p>
      <w:pPr>
        <w:spacing w:after="0"/>
      </w:pPr>
      <w:r>
        <w:rPr>
          <w:rFonts w:ascii="Arial" w:hAnsi="Arial"/>
          <w:sz w:val="22"/>
        </w:rPr>
        <w:t xml:space="preserve">it sounds like a bit like a piece of like fantasy fiction that they've written. </w:t>
      </w:r>
    </w:p>
    <w:p>
      <w:pPr>
        <w:spacing w:after="0"/>
      </w:pPr>
    </w:p>
    <w:p>
      <w:pPr>
        <w:spacing w:after="0"/>
      </w:pPr>
      <w:r>
        <w:rPr>
          <w:rFonts w:ascii="Arial" w:hAnsi="Arial"/>
          <w:b/>
          <w:sz w:val="22"/>
        </w:rPr>
        <w:t xml:space="preserve">Damien Williams  </w:t>
      </w:r>
      <w:r>
        <w:rPr>
          <w:rFonts w:ascii="Arial" w:hAnsi="Arial"/>
          <w:color w:val="5D7284"/>
          <w:sz w:val="22"/>
        </w:rPr>
        <w:t>40:27</w:t>
      </w:r>
    </w:p>
    <w:p>
      <w:pPr>
        <w:spacing w:after="0"/>
      </w:pPr>
      <w:r>
        <w:rPr>
          <w:rFonts w:ascii="Arial" w:hAnsi="Arial"/>
          <w:sz w:val="22"/>
        </w:rPr>
        <w:t>Right!</w:t>
      </w:r>
    </w:p>
    <w:p>
      <w:pPr>
        <w:spacing w:after="0"/>
      </w:pPr>
    </w:p>
    <w:p>
      <w:pPr>
        <w:spacing w:after="0"/>
      </w:pPr>
      <w:r>
        <w:rPr>
          <w:rFonts w:ascii="Arial" w:hAnsi="Arial"/>
          <w:b/>
          <w:sz w:val="22"/>
        </w:rPr>
        <w:t xml:space="preserve">Lucy  </w:t>
      </w:r>
      <w:r>
        <w:rPr>
          <w:rFonts w:ascii="Arial" w:hAnsi="Arial"/>
          <w:color w:val="5D7284"/>
          <w:sz w:val="22"/>
        </w:rPr>
        <w:t>40:27</w:t>
      </w:r>
    </w:p>
    <w:p>
      <w:pPr>
        <w:spacing w:after="0"/>
      </w:pPr>
      <w:r>
        <w:rPr>
          <w:rFonts w:ascii="Arial" w:hAnsi="Arial"/>
          <w:sz w:val="22"/>
        </w:rPr>
        <w:t>Yeah I was gonna say like a movie</w:t>
      </w:r>
    </w:p>
    <w:p>
      <w:pPr>
        <w:spacing w:after="0"/>
      </w:pPr>
    </w:p>
    <w:p>
      <w:pPr>
        <w:spacing w:after="0"/>
      </w:pPr>
      <w:r>
        <w:rPr>
          <w:rFonts w:ascii="Arial" w:hAnsi="Arial"/>
          <w:b/>
          <w:sz w:val="22"/>
        </w:rPr>
        <w:t xml:space="preserve">Alice  </w:t>
      </w:r>
      <w:r>
        <w:rPr>
          <w:rFonts w:ascii="Arial" w:hAnsi="Arial"/>
          <w:color w:val="5D7284"/>
          <w:sz w:val="22"/>
        </w:rPr>
        <w:t>40:27</w:t>
      </w:r>
    </w:p>
    <w:p>
      <w:pPr>
        <w:spacing w:after="0"/>
      </w:pPr>
      <w:r>
        <w:rPr>
          <w:rFonts w:ascii="Arial" w:hAnsi="Arial"/>
          <w:sz w:val="22"/>
        </w:rPr>
        <w:t>They've just sent it to the wrong publisher.</w:t>
      </w:r>
    </w:p>
    <w:p>
      <w:pPr>
        <w:spacing w:after="0"/>
      </w:pPr>
    </w:p>
    <w:p>
      <w:pPr>
        <w:spacing w:after="0"/>
      </w:pPr>
      <w:r>
        <w:rPr>
          <w:rFonts w:ascii="Arial" w:hAnsi="Arial"/>
          <w:b/>
          <w:sz w:val="22"/>
        </w:rPr>
        <w:t xml:space="preserve">Damien Williams  </w:t>
      </w:r>
      <w:r>
        <w:rPr>
          <w:rFonts w:ascii="Arial" w:hAnsi="Arial"/>
          <w:color w:val="5D7284"/>
          <w:sz w:val="22"/>
        </w:rPr>
        <w:t>40:29</w:t>
      </w:r>
    </w:p>
    <w:p>
      <w:pPr>
        <w:spacing w:after="0"/>
      </w:pPr>
      <w:r>
        <w:rPr>
          <w:rFonts w:ascii="Arial" w:hAnsi="Arial"/>
          <w:sz w:val="22"/>
        </w:rPr>
        <w:t xml:space="preserve">Right. But no </w:t>
      </w:r>
    </w:p>
    <w:p>
      <w:pPr>
        <w:spacing w:after="0"/>
      </w:pPr>
    </w:p>
    <w:p>
      <w:pPr>
        <w:spacing w:after="0"/>
      </w:pPr>
      <w:r>
        <w:rPr>
          <w:rFonts w:ascii="Arial" w:hAnsi="Arial"/>
          <w:b/>
          <w:sz w:val="22"/>
        </w:rPr>
        <w:t xml:space="preserve">Lucy  </w:t>
      </w:r>
      <w:r>
        <w:rPr>
          <w:rFonts w:ascii="Arial" w:hAnsi="Arial"/>
          <w:color w:val="5D7284"/>
          <w:sz w:val="22"/>
        </w:rPr>
        <w:t>40:31</w:t>
      </w:r>
    </w:p>
    <w:p>
      <w:pPr>
        <w:spacing w:after="0"/>
      </w:pPr>
      <w:r>
        <w:rPr>
          <w:rFonts w:ascii="Arial" w:hAnsi="Arial"/>
          <w:sz w:val="22"/>
        </w:rPr>
        <w:t>Terribly sorry. I got your email address wrong. This is this is exactly.</w:t>
      </w:r>
    </w:p>
    <w:p>
      <w:pPr>
        <w:spacing w:after="0"/>
      </w:pPr>
    </w:p>
    <w:p>
      <w:pPr>
        <w:spacing w:after="0"/>
      </w:pPr>
      <w:r>
        <w:rPr>
          <w:rFonts w:ascii="Arial" w:hAnsi="Arial"/>
          <w:b/>
          <w:sz w:val="22"/>
        </w:rPr>
        <w:t xml:space="preserve">Damien Williams  </w:t>
      </w:r>
      <w:r>
        <w:rPr>
          <w:rFonts w:ascii="Arial" w:hAnsi="Arial"/>
          <w:color w:val="5D7284"/>
          <w:sz w:val="22"/>
        </w:rPr>
        <w:t>40:34</w:t>
      </w:r>
    </w:p>
    <w:p>
      <w:pPr>
        <w:spacing w:after="0"/>
      </w:pPr>
      <w:r>
        <w:rPr>
          <w:rFonts w:ascii="Arial" w:hAnsi="Arial"/>
          <w:sz w:val="22"/>
        </w:rPr>
        <w:t xml:space="preserve">No, like, no. This is exactly it right. this is the first known use of the word cyborg. </w:t>
      </w:r>
    </w:p>
    <w:p>
      <w:pPr>
        <w:spacing w:after="0"/>
      </w:pPr>
    </w:p>
    <w:p>
      <w:pPr>
        <w:spacing w:after="0"/>
      </w:pPr>
      <w:r>
        <w:rPr>
          <w:rFonts w:ascii="Arial" w:hAnsi="Arial"/>
          <w:b/>
          <w:sz w:val="22"/>
        </w:rPr>
        <w:t xml:space="preserve">Lucy  </w:t>
      </w:r>
      <w:r>
        <w:rPr>
          <w:rFonts w:ascii="Arial" w:hAnsi="Arial"/>
          <w:color w:val="5D7284"/>
          <w:sz w:val="22"/>
        </w:rPr>
        <w:t>40:40</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40:40</w:t>
      </w:r>
    </w:p>
    <w:p>
      <w:pPr>
        <w:spacing w:after="0"/>
      </w:pPr>
      <w:r>
        <w:rPr>
          <w:rFonts w:ascii="Arial" w:hAnsi="Arial"/>
          <w:sz w:val="22"/>
        </w:rPr>
        <w:t xml:space="preserve">Oh wow. </w:t>
      </w:r>
    </w:p>
    <w:p>
      <w:pPr>
        <w:spacing w:after="0"/>
      </w:pPr>
    </w:p>
    <w:p>
      <w:pPr>
        <w:spacing w:after="0"/>
      </w:pPr>
      <w:r>
        <w:rPr>
          <w:rFonts w:ascii="Arial" w:hAnsi="Arial"/>
          <w:b/>
          <w:sz w:val="22"/>
        </w:rPr>
        <w:t xml:space="preserve">Damien Williams  </w:t>
      </w:r>
      <w:r>
        <w:rPr>
          <w:rFonts w:ascii="Arial" w:hAnsi="Arial"/>
          <w:color w:val="5D7284"/>
          <w:sz w:val="22"/>
        </w:rPr>
        <w:t>40:41</w:t>
      </w:r>
    </w:p>
    <w:p>
      <w:pPr>
        <w:spacing w:after="0"/>
      </w:pPr>
      <w:r>
        <w:rPr>
          <w:rFonts w:ascii="Arial" w:hAnsi="Arial"/>
          <w:sz w:val="22"/>
        </w:rPr>
        <w:t xml:space="preserve">And cyborgs in space. 1960 specifically talks about that if human beings are going to go to space, what's going to need to happen for human beings to survive the rigours of space, zero gravity, no air lightless environment. Radiation changes that we're not aware of. All of these things are going to require massive changes to the human body, they're going to cause massive changes to the human body, they're going to require us to take steps to adapt to those changes. We're gonna have to build autonomic systems, artificial, autonomic regulated systems that we can use to chemically regulate our bodies to adapt to space, we will have to become cybernetic organisms, cyborgs. </w:t>
      </w:r>
    </w:p>
    <w:p>
      <w:pPr>
        <w:spacing w:after="0"/>
      </w:pPr>
    </w:p>
    <w:p>
      <w:pPr>
        <w:spacing w:after="0"/>
      </w:pPr>
      <w:r>
        <w:rPr>
          <w:rFonts w:ascii="Arial" w:hAnsi="Arial"/>
          <w:b/>
          <w:sz w:val="22"/>
        </w:rPr>
        <w:t xml:space="preserve">Lucy  </w:t>
      </w:r>
      <w:r>
        <w:rPr>
          <w:rFonts w:ascii="Arial" w:hAnsi="Arial"/>
          <w:color w:val="5D7284"/>
          <w:sz w:val="22"/>
        </w:rPr>
        <w:t>41:35</w:t>
      </w:r>
    </w:p>
    <w:p>
      <w:pPr>
        <w:spacing w:after="0"/>
      </w:pPr>
      <w:r>
        <w:rPr>
          <w:rFonts w:ascii="Arial" w:hAnsi="Arial"/>
          <w:sz w:val="22"/>
        </w:rPr>
        <w:t>Ahhh</w:t>
      </w:r>
    </w:p>
    <w:p>
      <w:pPr>
        <w:spacing w:after="0"/>
      </w:pPr>
    </w:p>
    <w:p>
      <w:pPr>
        <w:spacing w:after="0"/>
      </w:pPr>
      <w:r>
        <w:rPr>
          <w:rFonts w:ascii="Arial" w:hAnsi="Arial"/>
          <w:b/>
          <w:sz w:val="22"/>
        </w:rPr>
        <w:t xml:space="preserve">Alice  </w:t>
      </w:r>
      <w:r>
        <w:rPr>
          <w:rFonts w:ascii="Arial" w:hAnsi="Arial"/>
          <w:color w:val="5D7284"/>
          <w:sz w:val="22"/>
        </w:rPr>
        <w:t>41:36</w:t>
      </w:r>
    </w:p>
    <w:p>
      <w:pPr>
        <w:spacing w:after="0"/>
      </w:pPr>
      <w:r>
        <w:rPr>
          <w:rFonts w:ascii="Arial" w:hAnsi="Arial"/>
          <w:sz w:val="22"/>
        </w:rPr>
        <w:t xml:space="preserve">So I guess instead of using a suit, to protect you out there, and it's making you the suit. </w:t>
      </w:r>
    </w:p>
    <w:p>
      <w:pPr>
        <w:spacing w:after="0"/>
      </w:pPr>
    </w:p>
    <w:p>
      <w:pPr>
        <w:spacing w:after="0"/>
      </w:pPr>
      <w:r>
        <w:rPr>
          <w:rFonts w:ascii="Arial" w:hAnsi="Arial"/>
          <w:b/>
          <w:sz w:val="22"/>
        </w:rPr>
        <w:t xml:space="preserve">Damien Williams  </w:t>
      </w:r>
      <w:r>
        <w:rPr>
          <w:rFonts w:ascii="Arial" w:hAnsi="Arial"/>
          <w:color w:val="5D7284"/>
          <w:sz w:val="22"/>
        </w:rPr>
        <w:t>41:43</w:t>
      </w:r>
    </w:p>
    <w:p>
      <w:pPr>
        <w:spacing w:after="0"/>
      </w:pPr>
      <w:r>
        <w:rPr>
          <w:rFonts w:ascii="Arial" w:hAnsi="Arial"/>
          <w:sz w:val="22"/>
        </w:rPr>
        <w:t xml:space="preserve">Exactly, </w:t>
      </w:r>
    </w:p>
    <w:p>
      <w:pPr>
        <w:spacing w:after="0"/>
      </w:pPr>
    </w:p>
    <w:p>
      <w:pPr>
        <w:spacing w:after="0"/>
      </w:pPr>
      <w:r>
        <w:rPr>
          <w:rFonts w:ascii="Arial" w:hAnsi="Arial"/>
          <w:b/>
          <w:sz w:val="22"/>
        </w:rPr>
        <w:t xml:space="preserve">Alice  </w:t>
      </w:r>
      <w:r>
        <w:rPr>
          <w:rFonts w:ascii="Arial" w:hAnsi="Arial"/>
          <w:color w:val="5D7284"/>
          <w:sz w:val="22"/>
        </w:rPr>
        <w:t>41:43</w:t>
      </w:r>
    </w:p>
    <w:p>
      <w:pPr>
        <w:spacing w:after="0"/>
      </w:pPr>
      <w:r>
        <w:rPr>
          <w:rFonts w:ascii="Arial" w:hAnsi="Arial"/>
          <w:sz w:val="22"/>
        </w:rPr>
        <w:t xml:space="preserve">I guess what they had in mind </w:t>
      </w:r>
    </w:p>
    <w:p>
      <w:pPr>
        <w:spacing w:after="0"/>
      </w:pPr>
    </w:p>
    <w:p>
      <w:pPr>
        <w:spacing w:after="0"/>
      </w:pPr>
      <w:r>
        <w:rPr>
          <w:rFonts w:ascii="Arial" w:hAnsi="Arial"/>
          <w:b/>
          <w:sz w:val="22"/>
        </w:rPr>
        <w:t xml:space="preserve">Lucy  </w:t>
      </w:r>
      <w:r>
        <w:rPr>
          <w:rFonts w:ascii="Arial" w:hAnsi="Arial"/>
          <w:color w:val="5D7284"/>
          <w:sz w:val="22"/>
        </w:rPr>
        <w:t>41:44</w:t>
      </w:r>
    </w:p>
    <w:p>
      <w:pPr>
        <w:spacing w:after="0"/>
      </w:pPr>
      <w:r>
        <w:rPr>
          <w:rFonts w:ascii="Arial" w:hAnsi="Arial"/>
          <w:sz w:val="22"/>
        </w:rPr>
        <w:t>Yeah it sounds a bit -</w:t>
      </w:r>
    </w:p>
    <w:p>
      <w:pPr>
        <w:spacing w:after="0"/>
      </w:pPr>
    </w:p>
    <w:p>
      <w:pPr>
        <w:spacing w:after="0"/>
      </w:pPr>
      <w:r>
        <w:rPr>
          <w:rFonts w:ascii="Arial" w:hAnsi="Arial"/>
          <w:b/>
          <w:sz w:val="22"/>
        </w:rPr>
        <w:t xml:space="preserve">Damien Williams  </w:t>
      </w:r>
      <w:r>
        <w:rPr>
          <w:rFonts w:ascii="Arial" w:hAnsi="Arial"/>
          <w:color w:val="5D7284"/>
          <w:sz w:val="22"/>
        </w:rPr>
        <w:t>41:44</w:t>
      </w:r>
    </w:p>
    <w:p>
      <w:pPr>
        <w:spacing w:after="0"/>
      </w:pPr>
      <w:r>
        <w:rPr>
          <w:rFonts w:ascii="Arial" w:hAnsi="Arial"/>
          <w:sz w:val="22"/>
        </w:rPr>
        <w:t>Their idea was that there would be a system of chemical regulators that would be directly implanted and integrated with humans that would allow them to change the nature of their biochemical makeup in order to survive what space does to you, because space does a lot of messed up stuff to you.</w:t>
      </w:r>
    </w:p>
    <w:p>
      <w:pPr>
        <w:spacing w:after="0"/>
      </w:pPr>
    </w:p>
    <w:p>
      <w:pPr>
        <w:spacing w:after="0"/>
      </w:pPr>
      <w:r>
        <w:rPr>
          <w:rFonts w:ascii="Arial" w:hAnsi="Arial"/>
          <w:b/>
          <w:sz w:val="22"/>
        </w:rPr>
        <w:t xml:space="preserve">Alice  </w:t>
      </w:r>
      <w:r>
        <w:rPr>
          <w:rFonts w:ascii="Arial" w:hAnsi="Arial"/>
          <w:color w:val="5D7284"/>
          <w:sz w:val="22"/>
        </w:rPr>
        <w:t>42:01</w:t>
      </w:r>
    </w:p>
    <w:p>
      <w:pPr>
        <w:spacing w:after="0"/>
      </w:pPr>
      <w:r>
        <w:rPr>
          <w:rFonts w:ascii="Arial" w:hAnsi="Arial"/>
          <w:sz w:val="22"/>
        </w:rPr>
        <w:t>[laughs]</w:t>
      </w:r>
    </w:p>
    <w:p>
      <w:pPr>
        <w:spacing w:after="0"/>
      </w:pPr>
    </w:p>
    <w:p>
      <w:pPr>
        <w:spacing w:after="0"/>
      </w:pPr>
      <w:r>
        <w:rPr>
          <w:rFonts w:ascii="Arial" w:hAnsi="Arial"/>
          <w:b/>
          <w:sz w:val="22"/>
        </w:rPr>
        <w:t xml:space="preserve">Lucy  </w:t>
      </w:r>
      <w:r>
        <w:rPr>
          <w:rFonts w:ascii="Arial" w:hAnsi="Arial"/>
          <w:color w:val="5D7284"/>
          <w:sz w:val="22"/>
        </w:rPr>
        <w:t>42:01</w:t>
      </w:r>
    </w:p>
    <w:p>
      <w:pPr>
        <w:spacing w:after="0"/>
      </w:pPr>
      <w:r>
        <w:rPr>
          <w:rFonts w:ascii="Arial" w:hAnsi="Arial"/>
          <w:sz w:val="22"/>
        </w:rPr>
        <w:t>Have you seen the  Martian? [laughs]</w:t>
      </w:r>
    </w:p>
    <w:p>
      <w:pPr>
        <w:spacing w:after="0"/>
      </w:pPr>
    </w:p>
    <w:p>
      <w:pPr>
        <w:spacing w:after="0"/>
      </w:pPr>
      <w:r>
        <w:rPr>
          <w:rFonts w:ascii="Arial" w:hAnsi="Arial"/>
          <w:b/>
          <w:sz w:val="22"/>
        </w:rPr>
        <w:t xml:space="preserve">Damien Williams  </w:t>
      </w:r>
      <w:r>
        <w:rPr>
          <w:rFonts w:ascii="Arial" w:hAnsi="Arial"/>
          <w:color w:val="5D7284"/>
          <w:sz w:val="22"/>
        </w:rPr>
        <w:t>42:05</w:t>
      </w:r>
    </w:p>
    <w:p>
      <w:pPr>
        <w:spacing w:after="0"/>
      </w:pPr>
      <w:r>
        <w:rPr>
          <w:rFonts w:ascii="Arial" w:hAnsi="Arial"/>
          <w:sz w:val="22"/>
        </w:rPr>
        <w:t xml:space="preserve">Right, it's dark, it can get pretty bleak. And it actually kind of - </w:t>
      </w:r>
    </w:p>
    <w:p>
      <w:pPr>
        <w:spacing w:after="0"/>
      </w:pPr>
    </w:p>
    <w:p>
      <w:pPr>
        <w:spacing w:after="0"/>
      </w:pPr>
      <w:r>
        <w:rPr>
          <w:rFonts w:ascii="Arial" w:hAnsi="Arial"/>
          <w:b/>
          <w:sz w:val="22"/>
        </w:rPr>
        <w:t xml:space="preserve">Alice  </w:t>
      </w:r>
      <w:r>
        <w:rPr>
          <w:rFonts w:ascii="Arial" w:hAnsi="Arial"/>
          <w:color w:val="5D7284"/>
          <w:sz w:val="22"/>
        </w:rPr>
        <w:t>42:10</w:t>
      </w:r>
    </w:p>
    <w:p>
      <w:pPr>
        <w:spacing w:after="0"/>
      </w:pPr>
      <w:r>
        <w:rPr>
          <w:rFonts w:ascii="Arial" w:hAnsi="Arial"/>
          <w:sz w:val="22"/>
        </w:rPr>
        <w:t xml:space="preserve">Oh, yeah. We all saw how bad Sandra Bullock was getting  on up there. Fucking hell love. </w:t>
      </w:r>
    </w:p>
    <w:p>
      <w:pPr>
        <w:spacing w:after="0"/>
      </w:pPr>
    </w:p>
    <w:p>
      <w:pPr>
        <w:spacing w:after="0"/>
      </w:pPr>
      <w:r>
        <w:rPr>
          <w:rFonts w:ascii="Arial" w:hAnsi="Arial"/>
          <w:b/>
          <w:sz w:val="22"/>
        </w:rPr>
        <w:t xml:space="preserve">Damien Williams  </w:t>
      </w:r>
      <w:r>
        <w:rPr>
          <w:rFonts w:ascii="Arial" w:hAnsi="Arial"/>
          <w:color w:val="5D7284"/>
          <w:sz w:val="22"/>
        </w:rPr>
        <w:t>42:15</w:t>
      </w:r>
    </w:p>
    <w:p>
      <w:pPr>
        <w:spacing w:after="0"/>
      </w:pPr>
      <w:r>
        <w:rPr>
          <w:rFonts w:ascii="Arial" w:hAnsi="Arial"/>
          <w:sz w:val="22"/>
        </w:rPr>
        <w:t>[laughs]</w:t>
      </w:r>
    </w:p>
    <w:p>
      <w:pPr>
        <w:spacing w:after="0"/>
      </w:pPr>
    </w:p>
    <w:p>
      <w:pPr>
        <w:spacing w:after="0"/>
      </w:pPr>
      <w:r>
        <w:rPr>
          <w:rFonts w:ascii="Arial" w:hAnsi="Arial"/>
          <w:b/>
          <w:sz w:val="22"/>
        </w:rPr>
        <w:t xml:space="preserve">Lucy  </w:t>
      </w:r>
      <w:r>
        <w:rPr>
          <w:rFonts w:ascii="Arial" w:hAnsi="Arial"/>
          <w:color w:val="5D7284"/>
          <w:sz w:val="22"/>
        </w:rPr>
        <w:t>42:15</w:t>
      </w:r>
    </w:p>
    <w:p>
      <w:pPr>
        <w:spacing w:after="0"/>
      </w:pPr>
      <w:r>
        <w:rPr>
          <w:rFonts w:ascii="Arial" w:hAnsi="Arial"/>
          <w:sz w:val="22"/>
        </w:rPr>
        <w:t>She was just floating around, like, having a panic attack</w:t>
      </w:r>
    </w:p>
    <w:p>
      <w:pPr>
        <w:spacing w:after="0"/>
      </w:pPr>
    </w:p>
    <w:p>
      <w:pPr>
        <w:spacing w:after="0"/>
      </w:pPr>
      <w:r>
        <w:rPr>
          <w:rFonts w:ascii="Arial" w:hAnsi="Arial"/>
          <w:b/>
          <w:sz w:val="22"/>
        </w:rPr>
        <w:t xml:space="preserve">Damien Williams  </w:t>
      </w:r>
      <w:r>
        <w:rPr>
          <w:rFonts w:ascii="Arial" w:hAnsi="Arial"/>
          <w:color w:val="5D7284"/>
          <w:sz w:val="22"/>
        </w:rPr>
        <w:t>42:19</w:t>
      </w:r>
    </w:p>
    <w:p>
      <w:pPr>
        <w:spacing w:after="0"/>
      </w:pPr>
      <w:r>
        <w:rPr>
          <w:rFonts w:ascii="Arial" w:hAnsi="Arial"/>
          <w:sz w:val="22"/>
        </w:rPr>
        <w:t xml:space="preserve">Spinning in circles, zero G panic attacks.  But like, you know, low light environment has direct effect on mood, </w:t>
      </w:r>
    </w:p>
    <w:p>
      <w:pPr>
        <w:spacing w:after="0"/>
      </w:pPr>
    </w:p>
    <w:p>
      <w:pPr>
        <w:spacing w:after="0"/>
      </w:pPr>
      <w:r>
        <w:rPr>
          <w:rFonts w:ascii="Arial" w:hAnsi="Arial"/>
          <w:b/>
          <w:sz w:val="22"/>
        </w:rPr>
        <w:t xml:space="preserve">Lucy  </w:t>
      </w:r>
      <w:r>
        <w:rPr>
          <w:rFonts w:ascii="Arial" w:hAnsi="Arial"/>
          <w:color w:val="5D7284"/>
          <w:sz w:val="22"/>
        </w:rPr>
        <w:t>42:26</w:t>
      </w:r>
    </w:p>
    <w:p>
      <w:pPr>
        <w:spacing w:after="0"/>
      </w:pPr>
      <w:r>
        <w:rPr>
          <w:rFonts w:ascii="Arial" w:hAnsi="Arial"/>
          <w:sz w:val="22"/>
        </w:rPr>
        <w:t>Yeah</w:t>
      </w:r>
    </w:p>
    <w:p>
      <w:pPr>
        <w:spacing w:after="0"/>
      </w:pPr>
    </w:p>
    <w:p>
      <w:pPr>
        <w:spacing w:after="0"/>
      </w:pPr>
      <w:r>
        <w:rPr>
          <w:rFonts w:ascii="Arial" w:hAnsi="Arial"/>
          <w:b/>
          <w:sz w:val="22"/>
        </w:rPr>
        <w:t xml:space="preserve">Damien Williams  </w:t>
      </w:r>
      <w:r>
        <w:rPr>
          <w:rFonts w:ascii="Arial" w:hAnsi="Arial"/>
          <w:color w:val="5D7284"/>
          <w:sz w:val="22"/>
        </w:rPr>
        <w:t>42:26</w:t>
      </w:r>
    </w:p>
    <w:p>
      <w:pPr>
        <w:spacing w:after="0"/>
      </w:pPr>
      <w:r>
        <w:rPr>
          <w:rFonts w:ascii="Arial" w:hAnsi="Arial"/>
          <w:sz w:val="22"/>
        </w:rPr>
        <w:t>longterm mood stabilisation and depression is a thing that you have to account for in long space trips, zero G, your metabolism doesn't work the same as you think it does, like the majority of your food processing is in some large way dependent on gravity</w:t>
      </w:r>
    </w:p>
    <w:p>
      <w:pPr>
        <w:spacing w:after="0"/>
      </w:pPr>
    </w:p>
    <w:p>
      <w:pPr>
        <w:spacing w:after="0"/>
      </w:pPr>
      <w:r>
        <w:rPr>
          <w:rFonts w:ascii="Arial" w:hAnsi="Arial"/>
          <w:b/>
          <w:sz w:val="22"/>
        </w:rPr>
        <w:t xml:space="preserve">Lucy  </w:t>
      </w:r>
      <w:r>
        <w:rPr>
          <w:rFonts w:ascii="Arial" w:hAnsi="Arial"/>
          <w:color w:val="5D7284"/>
          <w:sz w:val="22"/>
        </w:rPr>
        <w:t>42:41</w:t>
      </w:r>
    </w:p>
    <w:p>
      <w:pPr>
        <w:spacing w:after="0"/>
      </w:pPr>
      <w:r>
        <w:rPr>
          <w:rFonts w:ascii="Arial" w:hAnsi="Arial"/>
          <w:sz w:val="22"/>
        </w:rPr>
        <w:t>Does that mean like, complete heartburn all of the time, because I don't think I could cope</w:t>
      </w:r>
    </w:p>
    <w:p>
      <w:pPr>
        <w:spacing w:after="0"/>
      </w:pPr>
    </w:p>
    <w:p>
      <w:pPr>
        <w:spacing w:after="0"/>
      </w:pPr>
      <w:r>
        <w:rPr>
          <w:rFonts w:ascii="Arial" w:hAnsi="Arial"/>
          <w:b/>
          <w:sz w:val="22"/>
        </w:rPr>
        <w:t xml:space="preserve">Damien Williams  </w:t>
      </w:r>
      <w:r>
        <w:rPr>
          <w:rFonts w:ascii="Arial" w:hAnsi="Arial"/>
          <w:color w:val="5D7284"/>
          <w:sz w:val="22"/>
        </w:rPr>
        <w:t>42:45</w:t>
      </w:r>
    </w:p>
    <w:p>
      <w:pPr>
        <w:spacing w:after="0"/>
      </w:pPr>
      <w:r>
        <w:rPr>
          <w:rFonts w:ascii="Arial" w:hAnsi="Arial"/>
          <w:sz w:val="22"/>
        </w:rPr>
        <w:t xml:space="preserve">That's one of the things that can happen. </w:t>
      </w:r>
    </w:p>
    <w:p>
      <w:pPr>
        <w:spacing w:after="0"/>
      </w:pPr>
    </w:p>
    <w:p>
      <w:pPr>
        <w:spacing w:after="0"/>
      </w:pPr>
      <w:r>
        <w:rPr>
          <w:rFonts w:ascii="Arial" w:hAnsi="Arial"/>
          <w:b/>
          <w:sz w:val="22"/>
        </w:rPr>
        <w:t xml:space="preserve">Lucy  </w:t>
      </w:r>
      <w:r>
        <w:rPr>
          <w:rFonts w:ascii="Arial" w:hAnsi="Arial"/>
          <w:color w:val="5D7284"/>
          <w:sz w:val="22"/>
        </w:rPr>
        <w:t>42:47</w:t>
      </w:r>
    </w:p>
    <w:p>
      <w:pPr>
        <w:spacing w:after="0"/>
      </w:pPr>
      <w:r>
        <w:rPr>
          <w:rFonts w:ascii="Arial" w:hAnsi="Arial"/>
          <w:sz w:val="22"/>
        </w:rPr>
        <w:t>Yeah no</w:t>
      </w:r>
    </w:p>
    <w:p>
      <w:pPr>
        <w:spacing w:after="0"/>
      </w:pPr>
    </w:p>
    <w:p>
      <w:pPr>
        <w:spacing w:after="0"/>
      </w:pPr>
      <w:r>
        <w:rPr>
          <w:rFonts w:ascii="Arial" w:hAnsi="Arial"/>
          <w:b/>
          <w:sz w:val="22"/>
        </w:rPr>
        <w:t xml:space="preserve">Damien Williams  </w:t>
      </w:r>
      <w:r>
        <w:rPr>
          <w:rFonts w:ascii="Arial" w:hAnsi="Arial"/>
          <w:color w:val="5D7284"/>
          <w:sz w:val="22"/>
        </w:rPr>
        <w:t>42:48</w:t>
      </w:r>
    </w:p>
    <w:p>
      <w:pPr>
        <w:spacing w:after="0"/>
      </w:pPr>
      <w:r>
        <w:rPr>
          <w:rFonts w:ascii="Arial" w:hAnsi="Arial"/>
          <w:sz w:val="22"/>
        </w:rPr>
        <w:t>It's one of the things that you can deal with like acid reflux at a higher rate, like heartburn, you can deal with things not digesting properly. To get back to our toilet conversation, you know, you have to have very special...</w:t>
      </w:r>
    </w:p>
    <w:p>
      <w:pPr>
        <w:spacing w:after="0"/>
      </w:pPr>
    </w:p>
    <w:p>
      <w:pPr>
        <w:spacing w:after="0"/>
      </w:pPr>
      <w:r>
        <w:rPr>
          <w:rFonts w:ascii="Arial" w:hAnsi="Arial"/>
          <w:b/>
          <w:sz w:val="22"/>
        </w:rPr>
        <w:t xml:space="preserve">Lucy  </w:t>
      </w:r>
      <w:r>
        <w:rPr>
          <w:rFonts w:ascii="Arial" w:hAnsi="Arial"/>
          <w:color w:val="5D7284"/>
          <w:sz w:val="22"/>
        </w:rPr>
        <w:t>43:01</w:t>
      </w:r>
    </w:p>
    <w:p>
      <w:pPr>
        <w:spacing w:after="0"/>
      </w:pPr>
      <w:r>
        <w:rPr>
          <w:rFonts w:ascii="Arial" w:hAnsi="Arial"/>
          <w:sz w:val="22"/>
        </w:rPr>
        <w:t>[laughs]</w:t>
      </w:r>
    </w:p>
    <w:p>
      <w:pPr>
        <w:spacing w:after="0"/>
      </w:pPr>
    </w:p>
    <w:p>
      <w:pPr>
        <w:spacing w:after="0"/>
      </w:pPr>
      <w:r>
        <w:rPr>
          <w:rFonts w:ascii="Arial" w:hAnsi="Arial"/>
          <w:b/>
          <w:sz w:val="22"/>
        </w:rPr>
        <w:t xml:space="preserve">Alice  </w:t>
      </w:r>
      <w:r>
        <w:rPr>
          <w:rFonts w:ascii="Arial" w:hAnsi="Arial"/>
          <w:color w:val="5D7284"/>
          <w:sz w:val="22"/>
        </w:rPr>
        <w:t>43:01</w:t>
      </w:r>
    </w:p>
    <w:p>
      <w:pPr>
        <w:spacing w:after="0"/>
      </w:pPr>
      <w:r>
        <w:rPr>
          <w:rFonts w:ascii="Arial" w:hAnsi="Arial"/>
          <w:sz w:val="22"/>
        </w:rPr>
        <w:t>oh, that that fucker has got to be plumbed in properly.</w:t>
      </w:r>
    </w:p>
    <w:p>
      <w:pPr>
        <w:spacing w:after="0"/>
      </w:pPr>
    </w:p>
    <w:p>
      <w:pPr>
        <w:spacing w:after="0"/>
      </w:pPr>
      <w:r>
        <w:rPr>
          <w:rFonts w:ascii="Arial" w:hAnsi="Arial"/>
          <w:b/>
          <w:sz w:val="22"/>
        </w:rPr>
        <w:t xml:space="preserve">Lucy  </w:t>
      </w:r>
      <w:r>
        <w:rPr>
          <w:rFonts w:ascii="Arial" w:hAnsi="Arial"/>
          <w:color w:val="5D7284"/>
          <w:sz w:val="22"/>
        </w:rPr>
        <w:t>43:04</w:t>
      </w:r>
    </w:p>
    <w:p>
      <w:pPr>
        <w:spacing w:after="0"/>
      </w:pPr>
      <w:r>
        <w:rPr>
          <w:rFonts w:ascii="Arial" w:hAnsi="Arial"/>
          <w:sz w:val="22"/>
        </w:rPr>
        <w:t>[laughing]</w:t>
      </w:r>
    </w:p>
    <w:p>
      <w:pPr>
        <w:spacing w:after="0"/>
      </w:pPr>
    </w:p>
    <w:p>
      <w:pPr>
        <w:spacing w:after="0"/>
      </w:pPr>
      <w:r>
        <w:rPr>
          <w:rFonts w:ascii="Arial" w:hAnsi="Arial"/>
          <w:b/>
          <w:sz w:val="22"/>
        </w:rPr>
        <w:t xml:space="preserve">Damien Williams  </w:t>
      </w:r>
      <w:r>
        <w:rPr>
          <w:rFonts w:ascii="Arial" w:hAnsi="Arial"/>
          <w:color w:val="5D7284"/>
          <w:sz w:val="22"/>
        </w:rPr>
        <w:t>43:05</w:t>
      </w:r>
    </w:p>
    <w:p>
      <w:pPr>
        <w:spacing w:after="0"/>
      </w:pPr>
      <w:r>
        <w:rPr>
          <w:rFonts w:ascii="Arial" w:hAnsi="Arial"/>
          <w:sz w:val="22"/>
        </w:rPr>
        <w:t xml:space="preserve">And that's exactly it, because you have to have a toilet setup that actually like </w:t>
      </w:r>
    </w:p>
    <w:p>
      <w:pPr>
        <w:spacing w:after="0"/>
      </w:pPr>
    </w:p>
    <w:p>
      <w:pPr>
        <w:spacing w:after="0"/>
      </w:pPr>
      <w:r>
        <w:rPr>
          <w:rFonts w:ascii="Arial" w:hAnsi="Arial"/>
          <w:b/>
          <w:sz w:val="22"/>
        </w:rPr>
        <w:t xml:space="preserve">Lucy  </w:t>
      </w:r>
      <w:r>
        <w:rPr>
          <w:rFonts w:ascii="Arial" w:hAnsi="Arial"/>
          <w:color w:val="5D7284"/>
          <w:sz w:val="22"/>
        </w:rPr>
        <w:t>43:10</w:t>
      </w:r>
    </w:p>
    <w:p>
      <w:pPr>
        <w:spacing w:after="0"/>
      </w:pPr>
      <w:r>
        <w:rPr>
          <w:rFonts w:ascii="Arial" w:hAnsi="Arial"/>
          <w:sz w:val="22"/>
        </w:rPr>
        <w:t>Gets rid of it</w:t>
      </w:r>
    </w:p>
    <w:p>
      <w:pPr>
        <w:spacing w:after="0"/>
      </w:pPr>
    </w:p>
    <w:p>
      <w:pPr>
        <w:spacing w:after="0"/>
      </w:pPr>
      <w:r>
        <w:rPr>
          <w:rFonts w:ascii="Arial" w:hAnsi="Arial"/>
          <w:b/>
          <w:sz w:val="22"/>
        </w:rPr>
        <w:t xml:space="preserve">Damien Williams  </w:t>
      </w:r>
      <w:r>
        <w:rPr>
          <w:rFonts w:ascii="Arial" w:hAnsi="Arial"/>
          <w:color w:val="5D7284"/>
          <w:sz w:val="22"/>
        </w:rPr>
        <w:t>43:10</w:t>
      </w:r>
    </w:p>
    <w:p>
      <w:pPr>
        <w:spacing w:after="0"/>
      </w:pPr>
      <w:r>
        <w:rPr>
          <w:rFonts w:ascii="Arial" w:hAnsi="Arial"/>
          <w:sz w:val="22"/>
        </w:rPr>
        <w:t xml:space="preserve">Pulls things away from you </w:t>
      </w:r>
    </w:p>
    <w:p>
      <w:pPr>
        <w:spacing w:after="0"/>
      </w:pPr>
    </w:p>
    <w:p>
      <w:pPr>
        <w:spacing w:after="0"/>
      </w:pPr>
      <w:r>
        <w:rPr>
          <w:rFonts w:ascii="Arial" w:hAnsi="Arial"/>
          <w:b/>
          <w:sz w:val="22"/>
        </w:rPr>
        <w:t xml:space="preserve">Alice Evans &amp; Lucy Wood  </w:t>
      </w:r>
      <w:r>
        <w:rPr>
          <w:rFonts w:ascii="Arial" w:hAnsi="Arial"/>
          <w:color w:val="5D7284"/>
          <w:sz w:val="22"/>
        </w:rPr>
        <w:t>43:12</w:t>
      </w:r>
    </w:p>
    <w:p>
      <w:pPr>
        <w:spacing w:after="0"/>
      </w:pPr>
      <w:r>
        <w:rPr>
          <w:rFonts w:ascii="Arial" w:hAnsi="Arial"/>
          <w:sz w:val="22"/>
        </w:rPr>
        <w:t>[disgusted noises]</w:t>
      </w:r>
    </w:p>
    <w:p>
      <w:pPr>
        <w:spacing w:after="0"/>
      </w:pPr>
    </w:p>
    <w:p>
      <w:pPr>
        <w:spacing w:after="0"/>
      </w:pPr>
      <w:r>
        <w:rPr>
          <w:rFonts w:ascii="Arial" w:hAnsi="Arial"/>
          <w:b/>
          <w:sz w:val="22"/>
        </w:rPr>
        <w:t xml:space="preserve">Damien Williams  </w:t>
      </w:r>
      <w:r>
        <w:rPr>
          <w:rFonts w:ascii="Arial" w:hAnsi="Arial"/>
          <w:color w:val="5D7284"/>
          <w:sz w:val="22"/>
        </w:rPr>
        <w:t>43:12</w:t>
      </w:r>
    </w:p>
    <w:p>
      <w:pPr>
        <w:spacing w:after="0"/>
      </w:pPr>
      <w:r>
        <w:rPr>
          <w:rFonts w:ascii="Arial" w:hAnsi="Arial"/>
          <w:sz w:val="22"/>
        </w:rPr>
        <w:t xml:space="preserve">Because otherwise you just have stuff kind of floating around. Like there's a reason that astronaut suits are self contained in the way that they are. </w:t>
      </w:r>
    </w:p>
    <w:p>
      <w:pPr>
        <w:spacing w:after="0"/>
      </w:pPr>
    </w:p>
    <w:p>
      <w:pPr>
        <w:spacing w:after="0"/>
      </w:pPr>
      <w:r>
        <w:rPr>
          <w:rFonts w:ascii="Arial" w:hAnsi="Arial"/>
          <w:b/>
          <w:sz w:val="22"/>
        </w:rPr>
        <w:t xml:space="preserve">Lucy  </w:t>
      </w:r>
      <w:r>
        <w:rPr>
          <w:rFonts w:ascii="Arial" w:hAnsi="Arial"/>
          <w:color w:val="5D7284"/>
          <w:sz w:val="22"/>
        </w:rPr>
        <w:t>43:21</w:t>
      </w:r>
    </w:p>
    <w:p>
      <w:pPr>
        <w:spacing w:after="0"/>
      </w:pPr>
      <w:r>
        <w:rPr>
          <w:rFonts w:ascii="Arial" w:hAnsi="Arial"/>
          <w:sz w:val="22"/>
        </w:rPr>
        <w:t>Yeah!</w:t>
      </w:r>
    </w:p>
    <w:p>
      <w:pPr>
        <w:spacing w:after="0"/>
      </w:pPr>
    </w:p>
    <w:p>
      <w:pPr>
        <w:spacing w:after="0"/>
      </w:pPr>
      <w:r>
        <w:rPr>
          <w:rFonts w:ascii="Arial" w:hAnsi="Arial"/>
          <w:b/>
          <w:sz w:val="22"/>
        </w:rPr>
        <w:t xml:space="preserve">Alice Evans &amp; Lucy Wood  </w:t>
      </w:r>
      <w:r>
        <w:rPr>
          <w:rFonts w:ascii="Arial" w:hAnsi="Arial"/>
          <w:color w:val="5D7284"/>
          <w:sz w:val="22"/>
        </w:rPr>
        <w:t>43:21</w:t>
      </w:r>
    </w:p>
    <w:p>
      <w:pPr>
        <w:spacing w:after="0"/>
      </w:pPr>
      <w:r>
        <w:rPr>
          <w:rFonts w:ascii="Arial" w:hAnsi="Arial"/>
          <w:sz w:val="22"/>
        </w:rPr>
        <w:t>[disgusted sounds]</w:t>
      </w:r>
    </w:p>
    <w:p>
      <w:pPr>
        <w:spacing w:after="0"/>
      </w:pPr>
    </w:p>
    <w:p>
      <w:pPr>
        <w:spacing w:after="0"/>
      </w:pPr>
      <w:r>
        <w:rPr>
          <w:rFonts w:ascii="Arial" w:hAnsi="Arial"/>
          <w:b/>
          <w:sz w:val="22"/>
        </w:rPr>
        <w:t xml:space="preserve">Damien Williams  </w:t>
      </w:r>
      <w:r>
        <w:rPr>
          <w:rFonts w:ascii="Arial" w:hAnsi="Arial"/>
          <w:color w:val="5D7284"/>
          <w:sz w:val="22"/>
        </w:rPr>
        <w:t>43:21</w:t>
      </w:r>
    </w:p>
    <w:p>
      <w:pPr>
        <w:spacing w:after="0"/>
      </w:pPr>
      <w:r>
        <w:rPr>
          <w:rFonts w:ascii="Arial" w:hAnsi="Arial"/>
          <w:sz w:val="22"/>
        </w:rPr>
        <w:t>Because, those suits! and so, in cyborgs in space, let's get back to that, for a second [laughs]</w:t>
      </w:r>
    </w:p>
    <w:p>
      <w:pPr>
        <w:spacing w:after="0"/>
      </w:pPr>
    </w:p>
    <w:p>
      <w:pPr>
        <w:spacing w:after="0"/>
      </w:pPr>
      <w:r>
        <w:rPr>
          <w:rFonts w:ascii="Arial" w:hAnsi="Arial"/>
          <w:b/>
          <w:sz w:val="22"/>
        </w:rPr>
        <w:t xml:space="preserve">Lucy  </w:t>
      </w:r>
      <w:r>
        <w:rPr>
          <w:rFonts w:ascii="Arial" w:hAnsi="Arial"/>
          <w:color w:val="5D7284"/>
          <w:sz w:val="22"/>
        </w:rPr>
        <w:t>43:27</w:t>
      </w:r>
    </w:p>
    <w:p>
      <w:pPr>
        <w:spacing w:after="0"/>
      </w:pPr>
      <w:r>
        <w:rPr>
          <w:rFonts w:ascii="Arial" w:hAnsi="Arial"/>
          <w:sz w:val="22"/>
        </w:rPr>
        <w:t xml:space="preserve">Yes I've decided I don't wanna go to space it's fine. </w:t>
      </w:r>
    </w:p>
    <w:p>
      <w:pPr>
        <w:spacing w:after="0"/>
      </w:pPr>
    </w:p>
    <w:p>
      <w:pPr>
        <w:spacing w:after="0"/>
      </w:pPr>
      <w:r>
        <w:rPr>
          <w:rFonts w:ascii="Arial" w:hAnsi="Arial"/>
          <w:b/>
          <w:sz w:val="22"/>
        </w:rPr>
        <w:t xml:space="preserve">Alice  </w:t>
      </w:r>
      <w:r>
        <w:rPr>
          <w:rFonts w:ascii="Arial" w:hAnsi="Arial"/>
          <w:color w:val="5D7284"/>
          <w:sz w:val="22"/>
        </w:rPr>
        <w:t>43:31</w:t>
      </w:r>
    </w:p>
    <w:p>
      <w:pPr>
        <w:spacing w:after="0"/>
      </w:pPr>
      <w:r>
        <w:rPr>
          <w:rFonts w:ascii="Arial" w:hAnsi="Arial"/>
          <w:sz w:val="22"/>
        </w:rPr>
        <w:t>Yeah I was gonna say Tim Peake can keep it.</w:t>
      </w:r>
    </w:p>
    <w:p>
      <w:pPr>
        <w:spacing w:after="0"/>
      </w:pPr>
    </w:p>
    <w:p>
      <w:pPr>
        <w:spacing w:after="0"/>
      </w:pPr>
      <w:r>
        <w:rPr>
          <w:rFonts w:ascii="Arial" w:hAnsi="Arial"/>
          <w:b/>
          <w:sz w:val="22"/>
        </w:rPr>
        <w:t xml:space="preserve">Damien Williams  </w:t>
      </w:r>
      <w:r>
        <w:rPr>
          <w:rFonts w:ascii="Arial" w:hAnsi="Arial"/>
          <w:color w:val="5D7284"/>
          <w:sz w:val="22"/>
        </w:rPr>
        <w:t>43:33</w:t>
      </w:r>
    </w:p>
    <w:p>
      <w:pPr>
        <w:spacing w:after="0"/>
      </w:pPr>
      <w:r>
        <w:rPr>
          <w:rFonts w:ascii="Arial" w:hAnsi="Arial"/>
          <w:sz w:val="22"/>
        </w:rPr>
        <w:t>Yeah right? so in cyborgs in space, like this chemical regulation processes meant to like to help a human body acclimates all of those kinds of things.</w:t>
      </w:r>
    </w:p>
    <w:p>
      <w:pPr>
        <w:spacing w:after="0"/>
      </w:pPr>
    </w:p>
    <w:p>
      <w:pPr>
        <w:spacing w:after="0"/>
      </w:pPr>
      <w:r>
        <w:rPr>
          <w:rFonts w:ascii="Arial" w:hAnsi="Arial"/>
          <w:b/>
          <w:sz w:val="22"/>
        </w:rPr>
        <w:t xml:space="preserve">Alice  </w:t>
      </w:r>
      <w:r>
        <w:rPr>
          <w:rFonts w:ascii="Arial" w:hAnsi="Arial"/>
          <w:color w:val="5D7284"/>
          <w:sz w:val="22"/>
        </w:rPr>
        <w:t>43:43</w:t>
      </w:r>
    </w:p>
    <w:p>
      <w:pPr>
        <w:spacing w:after="0"/>
      </w:pPr>
      <w:r>
        <w:rPr>
          <w:rFonts w:ascii="Arial" w:hAnsi="Arial"/>
          <w:sz w:val="22"/>
        </w:rPr>
        <w:t>So that they're gonna chemically stop you from pooping,</w:t>
      </w:r>
    </w:p>
    <w:p>
      <w:pPr>
        <w:spacing w:after="0"/>
      </w:pPr>
    </w:p>
    <w:p>
      <w:pPr>
        <w:spacing w:after="0"/>
      </w:pPr>
      <w:r>
        <w:rPr>
          <w:rFonts w:ascii="Arial" w:hAnsi="Arial"/>
          <w:b/>
          <w:sz w:val="22"/>
        </w:rPr>
        <w:t xml:space="preserve">Damien Williams  </w:t>
      </w:r>
      <w:r>
        <w:rPr>
          <w:rFonts w:ascii="Arial" w:hAnsi="Arial"/>
          <w:color w:val="5D7284"/>
          <w:sz w:val="22"/>
        </w:rPr>
        <w:t>43:46</w:t>
      </w:r>
    </w:p>
    <w:p>
      <w:pPr>
        <w:spacing w:after="0"/>
      </w:pPr>
      <w:r>
        <w:rPr>
          <w:rFonts w:ascii="Arial" w:hAnsi="Arial"/>
          <w:sz w:val="22"/>
        </w:rPr>
        <w:t xml:space="preserve">Or to change how you bo- your body produces and processes waste. </w:t>
      </w:r>
    </w:p>
    <w:p>
      <w:pPr>
        <w:spacing w:after="0"/>
      </w:pPr>
    </w:p>
    <w:p>
      <w:pPr>
        <w:spacing w:after="0"/>
      </w:pPr>
      <w:r>
        <w:rPr>
          <w:rFonts w:ascii="Arial" w:hAnsi="Arial"/>
          <w:b/>
          <w:sz w:val="22"/>
        </w:rPr>
        <w:t xml:space="preserve">Lucy  </w:t>
      </w:r>
      <w:r>
        <w:rPr>
          <w:rFonts w:ascii="Arial" w:hAnsi="Arial"/>
          <w:color w:val="5D7284"/>
          <w:sz w:val="22"/>
        </w:rPr>
        <w:t>43:51</w:t>
      </w:r>
    </w:p>
    <w:p>
      <w:pPr>
        <w:spacing w:after="0"/>
      </w:pPr>
      <w:r>
        <w:rPr>
          <w:rFonts w:ascii="Arial" w:hAnsi="Arial"/>
          <w:sz w:val="22"/>
        </w:rPr>
        <w:t>Oh no</w:t>
      </w:r>
    </w:p>
    <w:p>
      <w:pPr>
        <w:spacing w:after="0"/>
      </w:pPr>
    </w:p>
    <w:p>
      <w:pPr>
        <w:spacing w:after="0"/>
      </w:pPr>
      <w:r>
        <w:rPr>
          <w:rFonts w:ascii="Arial" w:hAnsi="Arial"/>
          <w:b/>
          <w:sz w:val="22"/>
        </w:rPr>
        <w:t xml:space="preserve">Damien Williams  </w:t>
      </w:r>
      <w:r>
        <w:rPr>
          <w:rFonts w:ascii="Arial" w:hAnsi="Arial"/>
          <w:color w:val="5D7284"/>
          <w:sz w:val="22"/>
        </w:rPr>
        <w:t>43:52</w:t>
      </w:r>
    </w:p>
    <w:p>
      <w:pPr>
        <w:spacing w:after="0"/>
      </w:pPr>
      <w:r>
        <w:rPr>
          <w:rFonts w:ascii="Arial" w:hAnsi="Arial"/>
          <w:sz w:val="22"/>
        </w:rPr>
        <w:t>And so</w:t>
      </w:r>
    </w:p>
    <w:p>
      <w:pPr>
        <w:spacing w:after="0"/>
      </w:pPr>
    </w:p>
    <w:p>
      <w:pPr>
        <w:spacing w:after="0"/>
      </w:pPr>
      <w:r>
        <w:rPr>
          <w:rFonts w:ascii="Arial" w:hAnsi="Arial"/>
          <w:b/>
          <w:sz w:val="22"/>
        </w:rPr>
        <w:t xml:space="preserve">Lucy  </w:t>
      </w:r>
      <w:r>
        <w:rPr>
          <w:rFonts w:ascii="Arial" w:hAnsi="Arial"/>
          <w:color w:val="5D7284"/>
          <w:sz w:val="22"/>
        </w:rPr>
        <w:t>43:52</w:t>
      </w:r>
    </w:p>
    <w:p>
      <w:pPr>
        <w:spacing w:after="0"/>
      </w:pPr>
      <w:r>
        <w:rPr>
          <w:rFonts w:ascii="Arial" w:hAnsi="Arial"/>
          <w:sz w:val="22"/>
        </w:rPr>
        <w:t xml:space="preserve">Could you imagine that you'd eventually get bad breath, wouldn't you? </w:t>
      </w:r>
    </w:p>
    <w:p>
      <w:pPr>
        <w:spacing w:after="0"/>
      </w:pPr>
    </w:p>
    <w:p>
      <w:pPr>
        <w:spacing w:after="0"/>
      </w:pPr>
      <w:r>
        <w:rPr>
          <w:rFonts w:ascii="Arial" w:hAnsi="Arial"/>
          <w:b/>
          <w:sz w:val="22"/>
        </w:rPr>
        <w:t xml:space="preserve">Damien Williams  </w:t>
      </w:r>
      <w:r>
        <w:rPr>
          <w:rFonts w:ascii="Arial" w:hAnsi="Arial"/>
          <w:color w:val="5D7284"/>
          <w:sz w:val="22"/>
        </w:rPr>
        <w:t>43:55</w:t>
      </w:r>
    </w:p>
    <w:p>
      <w:pPr>
        <w:spacing w:after="0"/>
      </w:pPr>
      <w:r>
        <w:rPr>
          <w:rFonts w:ascii="Arial" w:hAnsi="Arial"/>
          <w:sz w:val="22"/>
        </w:rPr>
        <w:t xml:space="preserve">Oh absolutely. Like it changes everything about the internal system of the human being. And that's what they were envisioning would be necessary for human beings to go to space. Now we've done a bunch of various workarounds. And I'll get to some of how those workarounds came up in a second, because that's kind of pertinent to. But the the idea of chemically regulating and adapting these systems wasn't out of nowhere. Like when we were saying, like, it's we haven't like, oh, isn't that kind of weird that it like this musicologist. And the psychiatrists did this work. I left that deliberately vague. </w:t>
      </w:r>
    </w:p>
    <w:p>
      <w:pPr>
        <w:spacing w:after="0"/>
      </w:pPr>
    </w:p>
    <w:p>
      <w:pPr>
        <w:spacing w:after="0"/>
      </w:pPr>
      <w:r>
        <w:rPr>
          <w:rFonts w:ascii="Arial" w:hAnsi="Arial"/>
          <w:b/>
          <w:sz w:val="22"/>
        </w:rPr>
        <w:t xml:space="preserve">Lucy  </w:t>
      </w:r>
      <w:r>
        <w:rPr>
          <w:rFonts w:ascii="Arial" w:hAnsi="Arial"/>
          <w:color w:val="5D7284"/>
          <w:sz w:val="22"/>
        </w:rPr>
        <w:t>44:30</w:t>
      </w:r>
    </w:p>
    <w:p>
      <w:pPr>
        <w:spacing w:after="0"/>
      </w:pPr>
      <w:r>
        <w:rPr>
          <w:rFonts w:ascii="Arial" w:hAnsi="Arial"/>
          <w:sz w:val="22"/>
        </w:rPr>
        <w:t>Yeah [laughs]</w:t>
      </w:r>
    </w:p>
    <w:p>
      <w:pPr>
        <w:spacing w:after="0"/>
      </w:pPr>
    </w:p>
    <w:p>
      <w:pPr>
        <w:spacing w:after="0"/>
      </w:pPr>
      <w:r>
        <w:rPr>
          <w:rFonts w:ascii="Arial" w:hAnsi="Arial"/>
          <w:b/>
          <w:sz w:val="22"/>
        </w:rPr>
        <w:t xml:space="preserve">Damien Williams  </w:t>
      </w:r>
      <w:r>
        <w:rPr>
          <w:rFonts w:ascii="Arial" w:hAnsi="Arial"/>
          <w:color w:val="5D7284"/>
          <w:sz w:val="22"/>
        </w:rPr>
        <w:t>44:31</w:t>
      </w:r>
    </w:p>
    <w:p>
      <w:pPr>
        <w:spacing w:after="0"/>
      </w:pPr>
      <w:r>
        <w:rPr>
          <w:rFonts w:ascii="Arial" w:hAnsi="Arial"/>
          <w:sz w:val="22"/>
        </w:rPr>
        <w:t>Because they weren't just any old psychiatrists. They were actually the original developers of antidepressants.</w:t>
      </w:r>
    </w:p>
    <w:p>
      <w:pPr>
        <w:spacing w:after="0"/>
      </w:pPr>
    </w:p>
    <w:p>
      <w:pPr>
        <w:spacing w:after="0"/>
      </w:pPr>
      <w:r>
        <w:rPr>
          <w:rFonts w:ascii="Arial" w:hAnsi="Arial"/>
          <w:b/>
          <w:sz w:val="22"/>
        </w:rPr>
        <w:t xml:space="preserve">Lucy  </w:t>
      </w:r>
      <w:r>
        <w:rPr>
          <w:rFonts w:ascii="Arial" w:hAnsi="Arial"/>
          <w:color w:val="5D7284"/>
          <w:sz w:val="22"/>
        </w:rPr>
        <w:t>44:40</w:t>
      </w:r>
    </w:p>
    <w:p>
      <w:pPr>
        <w:spacing w:after="0"/>
      </w:pPr>
      <w:r>
        <w:rPr>
          <w:rFonts w:ascii="Arial" w:hAnsi="Arial"/>
          <w:sz w:val="22"/>
        </w:rPr>
        <w:t>No way</w:t>
      </w:r>
    </w:p>
    <w:p>
      <w:pPr>
        <w:spacing w:after="0"/>
      </w:pPr>
    </w:p>
    <w:p>
      <w:pPr>
        <w:spacing w:after="0"/>
      </w:pPr>
      <w:r>
        <w:rPr>
          <w:rFonts w:ascii="Arial" w:hAnsi="Arial"/>
          <w:b/>
          <w:sz w:val="22"/>
        </w:rPr>
        <w:t xml:space="preserve">Alice  </w:t>
      </w:r>
      <w:r>
        <w:rPr>
          <w:rFonts w:ascii="Arial" w:hAnsi="Arial"/>
          <w:color w:val="5D7284"/>
          <w:sz w:val="22"/>
        </w:rPr>
        <w:t>44:42</w:t>
      </w:r>
    </w:p>
    <w:p>
      <w:pPr>
        <w:spacing w:after="0"/>
      </w:pPr>
      <w:r>
        <w:rPr>
          <w:rFonts w:ascii="Arial" w:hAnsi="Arial"/>
          <w:sz w:val="22"/>
        </w:rPr>
        <w:t>That's so interesting</w:t>
      </w:r>
    </w:p>
    <w:p>
      <w:pPr>
        <w:spacing w:after="0"/>
      </w:pPr>
    </w:p>
    <w:p>
      <w:pPr>
        <w:spacing w:after="0"/>
      </w:pPr>
      <w:r>
        <w:rPr>
          <w:rFonts w:ascii="Arial" w:hAnsi="Arial"/>
          <w:b/>
          <w:sz w:val="22"/>
        </w:rPr>
        <w:t xml:space="preserve">Damien Williams  </w:t>
      </w:r>
      <w:r>
        <w:rPr>
          <w:rFonts w:ascii="Arial" w:hAnsi="Arial"/>
          <w:color w:val="5D7284"/>
          <w:sz w:val="22"/>
        </w:rPr>
        <w:t>44:43</w:t>
      </w:r>
    </w:p>
    <w:p>
      <w:pPr>
        <w:spacing w:after="0"/>
      </w:pPr>
      <w:r>
        <w:rPr>
          <w:rFonts w:ascii="Arial" w:hAnsi="Arial"/>
          <w:sz w:val="22"/>
        </w:rPr>
        <w:t>They had the historical background of working on external chemical regulators to help people adapt, change their internal neuro chemistry.</w:t>
      </w:r>
    </w:p>
    <w:p>
      <w:pPr>
        <w:spacing w:after="0"/>
      </w:pPr>
    </w:p>
    <w:p>
      <w:pPr>
        <w:spacing w:after="0"/>
      </w:pPr>
      <w:r>
        <w:rPr>
          <w:rFonts w:ascii="Arial" w:hAnsi="Arial"/>
          <w:b/>
          <w:sz w:val="22"/>
        </w:rPr>
        <w:t xml:space="preserve">Alice  </w:t>
      </w:r>
      <w:r>
        <w:rPr>
          <w:rFonts w:ascii="Arial" w:hAnsi="Arial"/>
          <w:color w:val="5D7284"/>
          <w:sz w:val="22"/>
        </w:rPr>
        <w:t>44:51</w:t>
      </w:r>
    </w:p>
    <w:p>
      <w:pPr>
        <w:spacing w:after="0"/>
      </w:pPr>
      <w:r>
        <w:rPr>
          <w:rFonts w:ascii="Arial" w:hAnsi="Arial"/>
          <w:sz w:val="22"/>
        </w:rPr>
        <w:t>as you were saying, I was like, This sounds weirdly like how antidepressants work. isn't that interesting?</w:t>
      </w:r>
    </w:p>
    <w:p>
      <w:pPr>
        <w:spacing w:after="0"/>
      </w:pPr>
    </w:p>
    <w:p>
      <w:pPr>
        <w:spacing w:after="0"/>
      </w:pPr>
      <w:r>
        <w:rPr>
          <w:rFonts w:ascii="Arial" w:hAnsi="Arial"/>
          <w:b/>
          <w:sz w:val="22"/>
        </w:rPr>
        <w:t xml:space="preserve">Damien Williams  </w:t>
      </w:r>
      <w:r>
        <w:rPr>
          <w:rFonts w:ascii="Arial" w:hAnsi="Arial"/>
          <w:color w:val="5D7284"/>
          <w:sz w:val="22"/>
        </w:rPr>
        <w:t>44:58</w:t>
      </w:r>
    </w:p>
    <w:p>
      <w:pPr>
        <w:spacing w:after="0"/>
      </w:pPr>
      <w:r>
        <w:rPr>
          <w:rFonts w:ascii="Arial" w:hAnsi="Arial"/>
          <w:sz w:val="22"/>
        </w:rPr>
        <w:t>That's exactly how anti-depressants work. And so when they were thinking about what a human being would need to do to go to space, they were already thinking and they were already thinking about this context of disability of neurodiversity of the alteration and the intentional adaptation of through technology, the use of technology to adapt ourselves to a world, an environment that will not adapt itself to us.</w:t>
      </w:r>
    </w:p>
    <w:p>
      <w:pPr>
        <w:spacing w:after="0"/>
      </w:pPr>
    </w:p>
    <w:p>
      <w:pPr>
        <w:spacing w:after="0"/>
      </w:pPr>
      <w:r>
        <w:rPr>
          <w:rFonts w:ascii="Arial" w:hAnsi="Arial"/>
          <w:b/>
          <w:sz w:val="22"/>
        </w:rPr>
        <w:t xml:space="preserve">Alice  </w:t>
      </w:r>
      <w:r>
        <w:rPr>
          <w:rFonts w:ascii="Arial" w:hAnsi="Arial"/>
          <w:color w:val="5D7284"/>
          <w:sz w:val="22"/>
        </w:rPr>
        <w:t>45:27</w:t>
      </w:r>
    </w:p>
    <w:p>
      <w:pPr>
        <w:spacing w:after="0"/>
      </w:pPr>
      <w:r>
        <w:rPr>
          <w:rFonts w:ascii="Arial" w:hAnsi="Arial"/>
          <w:sz w:val="22"/>
        </w:rPr>
        <w:t xml:space="preserve">It's something and we touched briefly on this when we were talking to Racheal in the first episode, about kind of prosthetics and the development of prosthetics. you don't think of medication as a technology. </w:t>
      </w:r>
    </w:p>
    <w:p>
      <w:pPr>
        <w:spacing w:after="0"/>
      </w:pPr>
    </w:p>
    <w:p>
      <w:pPr>
        <w:spacing w:after="0"/>
      </w:pPr>
      <w:r>
        <w:rPr>
          <w:rFonts w:ascii="Arial" w:hAnsi="Arial"/>
          <w:b/>
          <w:sz w:val="22"/>
        </w:rPr>
        <w:t xml:space="preserve">Lucy  </w:t>
      </w:r>
      <w:r>
        <w:rPr>
          <w:rFonts w:ascii="Arial" w:hAnsi="Arial"/>
          <w:color w:val="5D7284"/>
          <w:sz w:val="22"/>
        </w:rPr>
        <w:t>45:40</w:t>
      </w:r>
    </w:p>
    <w:p>
      <w:pPr>
        <w:spacing w:after="0"/>
      </w:pPr>
      <w:r>
        <w:rPr>
          <w:rFonts w:ascii="Arial" w:hAnsi="Arial"/>
          <w:sz w:val="22"/>
        </w:rPr>
        <w:t>No</w:t>
      </w:r>
    </w:p>
    <w:p>
      <w:pPr>
        <w:spacing w:after="0"/>
      </w:pPr>
    </w:p>
    <w:p>
      <w:pPr>
        <w:spacing w:after="0"/>
      </w:pPr>
      <w:r>
        <w:rPr>
          <w:rFonts w:ascii="Arial" w:hAnsi="Arial"/>
          <w:b/>
          <w:sz w:val="22"/>
        </w:rPr>
        <w:t xml:space="preserve">Alice  </w:t>
      </w:r>
      <w:r>
        <w:rPr>
          <w:rFonts w:ascii="Arial" w:hAnsi="Arial"/>
          <w:color w:val="5D7284"/>
          <w:sz w:val="22"/>
        </w:rPr>
        <w:t>45:41</w:t>
      </w:r>
    </w:p>
    <w:p>
      <w:pPr>
        <w:spacing w:after="0"/>
      </w:pPr>
      <w:r>
        <w:rPr>
          <w:rFonts w:ascii="Arial" w:hAnsi="Arial"/>
          <w:sz w:val="22"/>
        </w:rPr>
        <w:t xml:space="preserve">But actually, in the same way that with Racheal, we talked about spectacles </w:t>
      </w:r>
    </w:p>
    <w:p>
      <w:pPr>
        <w:spacing w:after="0"/>
      </w:pPr>
    </w:p>
    <w:p>
      <w:pPr>
        <w:spacing w:after="0"/>
      </w:pPr>
      <w:r>
        <w:rPr>
          <w:rFonts w:ascii="Arial" w:hAnsi="Arial"/>
          <w:b/>
          <w:sz w:val="22"/>
        </w:rPr>
        <w:t xml:space="preserve">Damien Williams  </w:t>
      </w:r>
      <w:r>
        <w:rPr>
          <w:rFonts w:ascii="Arial" w:hAnsi="Arial"/>
          <w:color w:val="5D7284"/>
          <w:sz w:val="22"/>
        </w:rPr>
        <w:t>45:47</w:t>
      </w:r>
    </w:p>
    <w:p>
      <w:pPr>
        <w:spacing w:after="0"/>
      </w:pPr>
      <w:r>
        <w:rPr>
          <w:rFonts w:ascii="Arial" w:hAnsi="Arial"/>
          <w:sz w:val="22"/>
        </w:rPr>
        <w:t xml:space="preserve">Yes,  </w:t>
      </w:r>
    </w:p>
    <w:p>
      <w:pPr>
        <w:spacing w:after="0"/>
      </w:pPr>
    </w:p>
    <w:p>
      <w:pPr>
        <w:spacing w:after="0"/>
      </w:pPr>
      <w:r>
        <w:rPr>
          <w:rFonts w:ascii="Arial" w:hAnsi="Arial"/>
          <w:b/>
          <w:sz w:val="22"/>
        </w:rPr>
        <w:t xml:space="preserve">Alice  </w:t>
      </w:r>
      <w:r>
        <w:rPr>
          <w:rFonts w:ascii="Arial" w:hAnsi="Arial"/>
          <w:color w:val="5D7284"/>
          <w:sz w:val="22"/>
        </w:rPr>
        <w:t>45:47</w:t>
      </w:r>
    </w:p>
    <w:p>
      <w:pPr>
        <w:spacing w:after="0"/>
      </w:pPr>
      <w:r>
        <w:rPr>
          <w:rFonts w:ascii="Arial" w:hAnsi="Arial"/>
          <w:sz w:val="22"/>
        </w:rPr>
        <w:t>You know, one doesn't think of stuff like yeah, as as a technology, but actually, they are just, but but they've just become so widely used and diverse</w:t>
      </w:r>
    </w:p>
    <w:p>
      <w:pPr>
        <w:spacing w:after="0"/>
      </w:pPr>
    </w:p>
    <w:p>
      <w:pPr>
        <w:spacing w:after="0"/>
      </w:pPr>
      <w:r>
        <w:rPr>
          <w:rFonts w:ascii="Arial" w:hAnsi="Arial"/>
          <w:b/>
          <w:sz w:val="22"/>
        </w:rPr>
        <w:t xml:space="preserve">Lucy  </w:t>
      </w:r>
      <w:r>
        <w:rPr>
          <w:rFonts w:ascii="Arial" w:hAnsi="Arial"/>
          <w:color w:val="5D7284"/>
          <w:sz w:val="22"/>
        </w:rPr>
        <w:t>45:47</w:t>
      </w:r>
    </w:p>
    <w:p>
      <w:pPr>
        <w:spacing w:after="0"/>
      </w:pPr>
      <w:r>
        <w:rPr>
          <w:rFonts w:ascii="Arial" w:hAnsi="Arial"/>
          <w:sz w:val="22"/>
        </w:rPr>
        <w:t>Yes. Dentures</w:t>
      </w:r>
    </w:p>
    <w:p>
      <w:pPr>
        <w:spacing w:after="0"/>
      </w:pPr>
    </w:p>
    <w:p>
      <w:pPr>
        <w:spacing w:after="0"/>
      </w:pPr>
      <w:r>
        <w:rPr>
          <w:rFonts w:ascii="Arial" w:hAnsi="Arial"/>
          <w:b/>
          <w:sz w:val="22"/>
        </w:rPr>
        <w:t xml:space="preserve">Damien Williams  </w:t>
      </w:r>
      <w:r>
        <w:rPr>
          <w:rFonts w:ascii="Arial" w:hAnsi="Arial"/>
          <w:color w:val="5D7284"/>
          <w:sz w:val="22"/>
        </w:rPr>
        <w:t>45:48</w:t>
      </w:r>
    </w:p>
    <w:p>
      <w:pPr>
        <w:spacing w:after="0"/>
      </w:pPr>
      <w:r>
        <w:rPr>
          <w:rFonts w:ascii="Arial" w:hAnsi="Arial"/>
          <w:sz w:val="22"/>
        </w:rPr>
        <w:t xml:space="preserve">Yes </w:t>
      </w:r>
    </w:p>
    <w:p>
      <w:pPr>
        <w:spacing w:after="0"/>
      </w:pPr>
    </w:p>
    <w:p>
      <w:pPr>
        <w:spacing w:after="0"/>
      </w:pPr>
      <w:r>
        <w:rPr>
          <w:rFonts w:ascii="Arial" w:hAnsi="Arial"/>
          <w:b/>
          <w:sz w:val="22"/>
        </w:rPr>
        <w:t xml:space="preserve">Alice  </w:t>
      </w:r>
      <w:r>
        <w:rPr>
          <w:rFonts w:ascii="Arial" w:hAnsi="Arial"/>
          <w:color w:val="5D7284"/>
          <w:sz w:val="22"/>
        </w:rPr>
        <w:t>45:57</w:t>
      </w:r>
    </w:p>
    <w:p>
      <w:pPr>
        <w:spacing w:after="0"/>
      </w:pPr>
      <w:r>
        <w:rPr>
          <w:rFonts w:ascii="Arial" w:hAnsi="Arial"/>
          <w:sz w:val="22"/>
        </w:rPr>
        <w:t>And sort of diversity used?</w:t>
      </w:r>
    </w:p>
    <w:p>
      <w:pPr>
        <w:spacing w:after="0"/>
      </w:pPr>
    </w:p>
    <w:p>
      <w:pPr>
        <w:spacing w:after="0"/>
      </w:pPr>
      <w:r>
        <w:rPr>
          <w:rFonts w:ascii="Arial" w:hAnsi="Arial"/>
          <w:b/>
          <w:sz w:val="22"/>
        </w:rPr>
        <w:t xml:space="preserve">Damien Williams  </w:t>
      </w:r>
      <w:r>
        <w:rPr>
          <w:rFonts w:ascii="Arial" w:hAnsi="Arial"/>
          <w:color w:val="5D7284"/>
          <w:sz w:val="22"/>
        </w:rPr>
        <w:t>46:00</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46:00</w:t>
      </w:r>
    </w:p>
    <w:p>
      <w:pPr>
        <w:spacing w:after="0"/>
      </w:pPr>
      <w:r>
        <w:rPr>
          <w:rFonts w:ascii="Arial" w:hAnsi="Arial"/>
          <w:sz w:val="22"/>
        </w:rPr>
        <w:t xml:space="preserve"> It's it's not we've kind of de-categorised Them </w:t>
      </w:r>
    </w:p>
    <w:p>
      <w:pPr>
        <w:spacing w:after="0"/>
      </w:pPr>
    </w:p>
    <w:p>
      <w:pPr>
        <w:spacing w:after="0"/>
      </w:pPr>
      <w:r>
        <w:rPr>
          <w:rFonts w:ascii="Arial" w:hAnsi="Arial"/>
          <w:b/>
          <w:sz w:val="22"/>
        </w:rPr>
        <w:t xml:space="preserve">Damien Williams  </w:t>
      </w:r>
      <w:r>
        <w:rPr>
          <w:rFonts w:ascii="Arial" w:hAnsi="Arial"/>
          <w:color w:val="5D7284"/>
          <w:sz w:val="22"/>
        </w:rPr>
        <w:t>46:03</w:t>
      </w:r>
    </w:p>
    <w:p>
      <w:pPr>
        <w:spacing w:after="0"/>
      </w:pPr>
      <w:r>
        <w:rPr>
          <w:rFonts w:ascii="Arial" w:hAnsi="Arial"/>
          <w:sz w:val="22"/>
        </w:rPr>
        <w:t xml:space="preserve">Exactly, </w:t>
      </w:r>
    </w:p>
    <w:p>
      <w:pPr>
        <w:spacing w:after="0"/>
      </w:pPr>
    </w:p>
    <w:p>
      <w:pPr>
        <w:spacing w:after="0"/>
      </w:pPr>
      <w:r>
        <w:rPr>
          <w:rFonts w:ascii="Arial" w:hAnsi="Arial"/>
          <w:b/>
          <w:sz w:val="22"/>
        </w:rPr>
        <w:t xml:space="preserve">Alice  </w:t>
      </w:r>
      <w:r>
        <w:rPr>
          <w:rFonts w:ascii="Arial" w:hAnsi="Arial"/>
          <w:color w:val="5D7284"/>
          <w:sz w:val="22"/>
        </w:rPr>
        <w:t>46:04</w:t>
      </w:r>
    </w:p>
    <w:p>
      <w:pPr>
        <w:spacing w:after="0"/>
      </w:pPr>
      <w:r>
        <w:rPr>
          <w:rFonts w:ascii="Arial" w:hAnsi="Arial"/>
          <w:sz w:val="22"/>
        </w:rPr>
        <w:t>No, it's It's fas- It's fascinating.</w:t>
      </w:r>
    </w:p>
    <w:p>
      <w:pPr>
        <w:spacing w:after="0"/>
      </w:pPr>
    </w:p>
    <w:p>
      <w:pPr>
        <w:spacing w:after="0"/>
      </w:pPr>
      <w:r>
        <w:rPr>
          <w:rFonts w:ascii="Arial" w:hAnsi="Arial"/>
          <w:b/>
          <w:sz w:val="22"/>
        </w:rPr>
        <w:t xml:space="preserve">Damien Williams  </w:t>
      </w:r>
      <w:r>
        <w:rPr>
          <w:rFonts w:ascii="Arial" w:hAnsi="Arial"/>
          <w:color w:val="5D7284"/>
          <w:sz w:val="22"/>
        </w:rPr>
        <w:t>46:06</w:t>
      </w:r>
    </w:p>
    <w:p>
      <w:pPr>
        <w:spacing w:after="0"/>
      </w:pPr>
      <w:r>
        <w:rPr>
          <w:rFonts w:ascii="Arial" w:hAnsi="Arial"/>
          <w:sz w:val="22"/>
        </w:rPr>
        <w:t xml:space="preserve">There's this, within philosophy of technology, there's this process that happens. It's called the transparency of a tool, the transparency of a technology. And it's a situation in which a piece of technology becomes transparent to us, when we are so accustomed to its functioning, when we are so accustomed to its presence, that it no longer exists as itself. It's just assumed and taken for granted. And the transparency of a tool means that it's functioning correctly, right? It's so transparent, it's so just a part of our everyday lives, that it's just there, and it just works. However, the downsides, the transparency of technology means that we stopped, we stop thinking about what it means to maintain that technology. We stop thinking about what it takes to have the infrastructure to provide that technology. In 2016, I was in Geneva, Geneva, Switzerland, for a bicentennial Frankenstein symposium. </w:t>
      </w:r>
    </w:p>
    <w:p>
      <w:pPr>
        <w:spacing w:after="0"/>
      </w:pPr>
    </w:p>
    <w:p>
      <w:pPr>
        <w:spacing w:after="0"/>
      </w:pPr>
      <w:r>
        <w:rPr>
          <w:rFonts w:ascii="Arial" w:hAnsi="Arial"/>
          <w:b/>
          <w:sz w:val="22"/>
        </w:rPr>
        <w:t xml:space="preserve">Alice  </w:t>
      </w:r>
      <w:r>
        <w:rPr>
          <w:rFonts w:ascii="Arial" w:hAnsi="Arial"/>
          <w:color w:val="5D7284"/>
          <w:sz w:val="22"/>
        </w:rPr>
        <w:t>47:11</w:t>
      </w:r>
    </w:p>
    <w:p>
      <w:pPr>
        <w:spacing w:after="0"/>
      </w:pPr>
      <w:r>
        <w:rPr>
          <w:rFonts w:ascii="Arial" w:hAnsi="Arial"/>
          <w:sz w:val="22"/>
        </w:rPr>
        <w:t>Right</w:t>
      </w:r>
    </w:p>
    <w:p>
      <w:pPr>
        <w:spacing w:after="0"/>
      </w:pPr>
    </w:p>
    <w:p>
      <w:pPr>
        <w:spacing w:after="0"/>
      </w:pPr>
      <w:r>
        <w:rPr>
          <w:rFonts w:ascii="Arial" w:hAnsi="Arial"/>
          <w:b/>
          <w:sz w:val="22"/>
        </w:rPr>
        <w:t xml:space="preserve">Damien Williams  </w:t>
      </w:r>
      <w:r>
        <w:rPr>
          <w:rFonts w:ascii="Arial" w:hAnsi="Arial"/>
          <w:color w:val="5D7284"/>
          <w:sz w:val="22"/>
        </w:rPr>
        <w:t>47:12</w:t>
      </w:r>
    </w:p>
    <w:p>
      <w:pPr>
        <w:spacing w:after="0"/>
      </w:pPr>
      <w:r>
        <w:rPr>
          <w:rFonts w:ascii="Arial" w:hAnsi="Arial"/>
          <w:sz w:val="22"/>
        </w:rPr>
        <w:t xml:space="preserve">And one of I was writing in from the airport. And one of my co panellists was was with me on a trip. And on the trip, their classes broke. And they knew they were going to have to try to find an optometrist in Geneva, </w:t>
      </w:r>
    </w:p>
    <w:p>
      <w:pPr>
        <w:spacing w:after="0"/>
      </w:pPr>
    </w:p>
    <w:p>
      <w:pPr>
        <w:spacing w:after="0"/>
      </w:pPr>
      <w:r>
        <w:rPr>
          <w:rFonts w:ascii="Arial" w:hAnsi="Arial"/>
          <w:b/>
          <w:sz w:val="22"/>
        </w:rPr>
        <w:t xml:space="preserve">Lucy  </w:t>
      </w:r>
      <w:r>
        <w:rPr>
          <w:rFonts w:ascii="Arial" w:hAnsi="Arial"/>
          <w:color w:val="5D7284"/>
          <w:sz w:val="22"/>
        </w:rPr>
        <w:t>47:35</w:t>
      </w:r>
    </w:p>
    <w:p>
      <w:pPr>
        <w:spacing w:after="0"/>
      </w:pPr>
      <w:r>
        <w:rPr>
          <w:rFonts w:ascii="Arial" w:hAnsi="Arial"/>
          <w:sz w:val="22"/>
        </w:rPr>
        <w:t>Yeah</w:t>
      </w:r>
    </w:p>
    <w:p>
      <w:pPr>
        <w:spacing w:after="0"/>
      </w:pPr>
    </w:p>
    <w:p>
      <w:pPr>
        <w:spacing w:after="0"/>
      </w:pPr>
      <w:r>
        <w:rPr>
          <w:rFonts w:ascii="Arial" w:hAnsi="Arial"/>
          <w:b/>
          <w:sz w:val="22"/>
        </w:rPr>
        <w:t xml:space="preserve">Damien Williams  </w:t>
      </w:r>
      <w:r>
        <w:rPr>
          <w:rFonts w:ascii="Arial" w:hAnsi="Arial"/>
          <w:color w:val="5D7284"/>
          <w:sz w:val="22"/>
        </w:rPr>
        <w:t>47:35</w:t>
      </w:r>
    </w:p>
    <w:p>
      <w:pPr>
        <w:spacing w:after="0"/>
      </w:pPr>
      <w:r>
        <w:rPr>
          <w:rFonts w:ascii="Arial" w:hAnsi="Arial"/>
          <w:sz w:val="22"/>
        </w:rPr>
        <w:t xml:space="preserve"> To fill their prescription and get a new pair of glasses. And so this literal question of like, how does optometry as a system as a tool as a set of technologies function within society in a way that will allow for this person across the ocean from home to get this thing that they need in the timeframe that they need it?</w:t>
      </w:r>
    </w:p>
    <w:p>
      <w:pPr>
        <w:spacing w:after="0"/>
      </w:pPr>
    </w:p>
    <w:p>
      <w:pPr>
        <w:spacing w:after="0"/>
      </w:pPr>
      <w:r>
        <w:rPr>
          <w:rFonts w:ascii="Arial" w:hAnsi="Arial"/>
          <w:b/>
          <w:sz w:val="22"/>
        </w:rPr>
        <w:t xml:space="preserve">Alice  </w:t>
      </w:r>
      <w:r>
        <w:rPr>
          <w:rFonts w:ascii="Arial" w:hAnsi="Arial"/>
          <w:color w:val="5D7284"/>
          <w:sz w:val="22"/>
        </w:rPr>
        <w:t>48:05</w:t>
      </w:r>
    </w:p>
    <w:p>
      <w:pPr>
        <w:spacing w:after="0"/>
      </w:pPr>
      <w:r>
        <w:rPr>
          <w:rFonts w:ascii="Arial" w:hAnsi="Arial"/>
          <w:sz w:val="22"/>
        </w:rPr>
        <w:t xml:space="preserve">And it's even sort of boiling it down to an almost an example I'm gonna give makes it sound really terrible that I'm about to describe it as ignorance but almost a level of ignorance around just how basic and and taking for granted things - it makes me think about my husband is a can't, wears contact lenses and has glasses. And we've had a couple of times where it's like a six hour journey drive from his dad's and back to our house. And we've had several times where it's been getting on for midnight and he's been driving four and a half hours and his contact lenses dried out. </w:t>
      </w:r>
    </w:p>
    <w:p>
      <w:pPr>
        <w:spacing w:after="0"/>
      </w:pPr>
    </w:p>
    <w:p>
      <w:pPr>
        <w:spacing w:after="0"/>
      </w:pPr>
      <w:r>
        <w:rPr>
          <w:rFonts w:ascii="Arial" w:hAnsi="Arial"/>
          <w:b/>
          <w:sz w:val="22"/>
        </w:rPr>
        <w:t xml:space="preserve">Damien Williams  </w:t>
      </w:r>
      <w:r>
        <w:rPr>
          <w:rFonts w:ascii="Arial" w:hAnsi="Arial"/>
          <w:color w:val="5D7284"/>
          <w:sz w:val="22"/>
        </w:rPr>
        <w:t>48:46</w:t>
      </w:r>
    </w:p>
    <w:p>
      <w:pPr>
        <w:spacing w:after="0"/>
      </w:pPr>
      <w:r>
        <w:rPr>
          <w:rFonts w:ascii="Arial" w:hAnsi="Arial"/>
          <w:sz w:val="22"/>
        </w:rPr>
        <w:t>Oh</w:t>
      </w:r>
    </w:p>
    <w:p>
      <w:pPr>
        <w:spacing w:after="0"/>
      </w:pPr>
    </w:p>
    <w:p>
      <w:pPr>
        <w:spacing w:after="0"/>
      </w:pPr>
      <w:r>
        <w:rPr>
          <w:rFonts w:ascii="Arial" w:hAnsi="Arial"/>
          <w:b/>
          <w:sz w:val="22"/>
        </w:rPr>
        <w:t xml:space="preserve">Alice  </w:t>
      </w:r>
      <w:r>
        <w:rPr>
          <w:rFonts w:ascii="Arial" w:hAnsi="Arial"/>
          <w:color w:val="5D7284"/>
          <w:sz w:val="22"/>
        </w:rPr>
        <w:t>48:47</w:t>
      </w:r>
    </w:p>
    <w:p>
      <w:pPr>
        <w:spacing w:after="0"/>
      </w:pPr>
      <w:r>
        <w:rPr>
          <w:rFonts w:ascii="Arial" w:hAnsi="Arial"/>
          <w:sz w:val="22"/>
        </w:rPr>
        <w:t>And my question is always have you got a pair of glasses with you? And he's like, why would I? Why would I bring glasses because he takes his contact lenses out, he puts his contact lenses new ones in in the morning.  Just doesn't -</w:t>
      </w:r>
    </w:p>
    <w:p>
      <w:pPr>
        <w:spacing w:after="0"/>
      </w:pPr>
    </w:p>
    <w:p>
      <w:pPr>
        <w:spacing w:after="0"/>
      </w:pPr>
      <w:r>
        <w:rPr>
          <w:rFonts w:ascii="Arial" w:hAnsi="Arial"/>
          <w:b/>
          <w:sz w:val="22"/>
        </w:rPr>
        <w:t xml:space="preserve">Lucy  </w:t>
      </w:r>
      <w:r>
        <w:rPr>
          <w:rFonts w:ascii="Arial" w:hAnsi="Arial"/>
          <w:color w:val="5D7284"/>
          <w:sz w:val="22"/>
        </w:rPr>
        <w:t>48:57</w:t>
      </w:r>
    </w:p>
    <w:p>
      <w:pPr>
        <w:spacing w:after="0"/>
      </w:pPr>
      <w:r>
        <w:rPr>
          <w:rFonts w:ascii="Arial" w:hAnsi="Arial"/>
          <w:sz w:val="22"/>
        </w:rPr>
        <w:t>Keep a pair of glasses in the car!</w:t>
      </w:r>
    </w:p>
    <w:p>
      <w:pPr>
        <w:spacing w:after="0"/>
      </w:pPr>
    </w:p>
    <w:p>
      <w:pPr>
        <w:spacing w:after="0"/>
      </w:pPr>
      <w:r>
        <w:rPr>
          <w:rFonts w:ascii="Arial" w:hAnsi="Arial"/>
          <w:b/>
          <w:sz w:val="22"/>
        </w:rPr>
        <w:t xml:space="preserve">Alice  </w:t>
      </w:r>
      <w:r>
        <w:rPr>
          <w:rFonts w:ascii="Arial" w:hAnsi="Arial"/>
          <w:color w:val="5D7284"/>
          <w:sz w:val="22"/>
        </w:rPr>
        <w:t>48:59</w:t>
      </w:r>
    </w:p>
    <w:p>
      <w:pPr>
        <w:spacing w:after="0"/>
      </w:pPr>
      <w:r>
        <w:rPr>
          <w:rFonts w:ascii="Arial" w:hAnsi="Arial"/>
          <w:sz w:val="22"/>
        </w:rPr>
        <w:t xml:space="preserve">Yes. </w:t>
      </w:r>
    </w:p>
    <w:p>
      <w:pPr>
        <w:spacing w:after="0"/>
      </w:pPr>
    </w:p>
    <w:p>
      <w:pPr>
        <w:spacing w:after="0"/>
      </w:pPr>
      <w:r>
        <w:rPr>
          <w:rFonts w:ascii="Arial" w:hAnsi="Arial"/>
          <w:b/>
          <w:sz w:val="22"/>
        </w:rPr>
        <w:t xml:space="preserve">Damien Williams  </w:t>
      </w:r>
      <w:r>
        <w:rPr>
          <w:rFonts w:ascii="Arial" w:hAnsi="Arial"/>
          <w:color w:val="5D7284"/>
          <w:sz w:val="22"/>
        </w:rPr>
        <w:t>49:00</w:t>
      </w:r>
    </w:p>
    <w:p>
      <w:pPr>
        <w:spacing w:after="0"/>
      </w:pPr>
      <w:r>
        <w:rPr>
          <w:rFonts w:ascii="Arial" w:hAnsi="Arial"/>
          <w:sz w:val="22"/>
        </w:rPr>
        <w:t xml:space="preserve">Because yeah, lenses to allow you to see&gt; </w:t>
      </w:r>
    </w:p>
    <w:p>
      <w:pPr>
        <w:spacing w:after="0"/>
      </w:pPr>
    </w:p>
    <w:p>
      <w:pPr>
        <w:spacing w:after="0"/>
      </w:pPr>
      <w:r>
        <w:rPr>
          <w:rFonts w:ascii="Arial" w:hAnsi="Arial"/>
          <w:b/>
          <w:sz w:val="22"/>
        </w:rPr>
        <w:t xml:space="preserve">Lucy  </w:t>
      </w:r>
      <w:r>
        <w:rPr>
          <w:rFonts w:ascii="Arial" w:hAnsi="Arial"/>
          <w:color w:val="5D7284"/>
          <w:sz w:val="22"/>
        </w:rPr>
        <w:t>49:04</w:t>
      </w:r>
    </w:p>
    <w:p>
      <w:pPr>
        <w:spacing w:after="0"/>
      </w:pPr>
      <w:r>
        <w:rPr>
          <w:rFonts w:ascii="Arial" w:hAnsi="Arial"/>
          <w:sz w:val="22"/>
        </w:rPr>
        <w:t>Can we play this back to him?</w:t>
      </w:r>
    </w:p>
    <w:p>
      <w:pPr>
        <w:spacing w:after="0"/>
      </w:pPr>
    </w:p>
    <w:p>
      <w:pPr>
        <w:spacing w:after="0"/>
      </w:pPr>
      <w:r>
        <w:rPr>
          <w:rFonts w:ascii="Arial" w:hAnsi="Arial"/>
          <w:b/>
          <w:sz w:val="22"/>
        </w:rPr>
        <w:t xml:space="preserve">Damien Williams  </w:t>
      </w:r>
      <w:r>
        <w:rPr>
          <w:rFonts w:ascii="Arial" w:hAnsi="Arial"/>
          <w:color w:val="5D7284"/>
          <w:sz w:val="22"/>
        </w:rPr>
        <w:t>49:06</w:t>
      </w:r>
    </w:p>
    <w:p>
      <w:pPr>
        <w:spacing w:after="0"/>
      </w:pPr>
      <w:r>
        <w:rPr>
          <w:rFonts w:ascii="Arial" w:hAnsi="Arial"/>
          <w:sz w:val="22"/>
        </w:rPr>
        <w:t>Whether they go into your eyes or on to them. You need the lenses.</w:t>
      </w:r>
    </w:p>
    <w:p>
      <w:pPr>
        <w:spacing w:after="0"/>
      </w:pPr>
    </w:p>
    <w:p>
      <w:pPr>
        <w:spacing w:after="0"/>
      </w:pPr>
      <w:r>
        <w:rPr>
          <w:rFonts w:ascii="Arial" w:hAnsi="Arial"/>
          <w:b/>
          <w:sz w:val="22"/>
        </w:rPr>
        <w:t xml:space="preserve">Alice  </w:t>
      </w:r>
      <w:r>
        <w:rPr>
          <w:rFonts w:ascii="Arial" w:hAnsi="Arial"/>
          <w:color w:val="5D7284"/>
          <w:sz w:val="22"/>
        </w:rPr>
        <w:t>49:13</w:t>
      </w:r>
    </w:p>
    <w:p>
      <w:pPr>
        <w:spacing w:after="0"/>
      </w:pPr>
      <w:r>
        <w:rPr>
          <w:rFonts w:ascii="Arial" w:hAnsi="Arial"/>
          <w:sz w:val="22"/>
        </w:rPr>
        <w:t xml:space="preserve">But joke is always It's fine. I'll stear and my guide dog can sit on my lap and and just do the guiding from there. We'll drive, you have a rest. </w:t>
      </w:r>
    </w:p>
    <w:p>
      <w:pPr>
        <w:spacing w:after="0"/>
      </w:pPr>
    </w:p>
    <w:p>
      <w:pPr>
        <w:spacing w:after="0"/>
      </w:pPr>
      <w:r>
        <w:rPr>
          <w:rFonts w:ascii="Arial" w:hAnsi="Arial"/>
          <w:b/>
          <w:sz w:val="22"/>
        </w:rPr>
        <w:t xml:space="preserve">Damien Williams  </w:t>
      </w:r>
      <w:r>
        <w:rPr>
          <w:rFonts w:ascii="Arial" w:hAnsi="Arial"/>
          <w:color w:val="5D7284"/>
          <w:sz w:val="22"/>
        </w:rPr>
        <w:t>49:21</w:t>
      </w:r>
    </w:p>
    <w:p>
      <w:pPr>
        <w:spacing w:after="0"/>
      </w:pPr>
      <w:r>
        <w:rPr>
          <w:rFonts w:ascii="Arial" w:hAnsi="Arial"/>
          <w:sz w:val="22"/>
        </w:rPr>
        <w:t>Do some nudging directions. And make sure we're going in the right way. It'll be fine.</w:t>
      </w:r>
    </w:p>
    <w:p>
      <w:pPr>
        <w:spacing w:after="0"/>
      </w:pPr>
    </w:p>
    <w:p>
      <w:pPr>
        <w:spacing w:after="0"/>
      </w:pPr>
      <w:r>
        <w:rPr>
          <w:rFonts w:ascii="Arial" w:hAnsi="Arial"/>
          <w:b/>
          <w:sz w:val="22"/>
        </w:rPr>
        <w:t xml:space="preserve">Alice  </w:t>
      </w:r>
      <w:r>
        <w:rPr>
          <w:rFonts w:ascii="Arial" w:hAnsi="Arial"/>
          <w:color w:val="5D7284"/>
          <w:sz w:val="22"/>
        </w:rPr>
        <w:t>49:26</w:t>
      </w:r>
    </w:p>
    <w:p>
      <w:pPr>
        <w:spacing w:after="0"/>
      </w:pPr>
      <w:r>
        <w:rPr>
          <w:rFonts w:ascii="Arial" w:hAnsi="Arial"/>
          <w:sz w:val="22"/>
        </w:rPr>
        <w:t>Yeah, my feet can touch the pedals. The dog can use the gear stick it'd be fine</w:t>
      </w:r>
    </w:p>
    <w:p>
      <w:pPr>
        <w:spacing w:after="0"/>
      </w:pPr>
    </w:p>
    <w:p>
      <w:pPr>
        <w:spacing w:after="0"/>
      </w:pPr>
      <w:r>
        <w:rPr>
          <w:rFonts w:ascii="Arial" w:hAnsi="Arial"/>
          <w:b/>
          <w:sz w:val="22"/>
        </w:rPr>
        <w:t xml:space="preserve">Lucy  </w:t>
      </w:r>
      <w:r>
        <w:rPr>
          <w:rFonts w:ascii="Arial" w:hAnsi="Arial"/>
          <w:color w:val="5D7284"/>
          <w:sz w:val="22"/>
        </w:rPr>
        <w:t>49:29</w:t>
      </w:r>
    </w:p>
    <w:p>
      <w:pPr>
        <w:spacing w:after="0"/>
      </w:pPr>
      <w:r>
        <w:rPr>
          <w:rFonts w:ascii="Arial" w:hAnsi="Arial"/>
          <w:sz w:val="22"/>
        </w:rPr>
        <w:t>Yeah it'll be fine, okay. Okay. All right.</w:t>
      </w:r>
    </w:p>
    <w:p>
      <w:pPr>
        <w:spacing w:after="0"/>
      </w:pPr>
    </w:p>
    <w:p>
      <w:pPr>
        <w:spacing w:after="0"/>
      </w:pPr>
      <w:r>
        <w:rPr>
          <w:rFonts w:ascii="Arial" w:hAnsi="Arial"/>
          <w:b/>
          <w:sz w:val="22"/>
        </w:rPr>
        <w:t xml:space="preserve">all  </w:t>
      </w:r>
      <w:r>
        <w:rPr>
          <w:rFonts w:ascii="Arial" w:hAnsi="Arial"/>
          <w:color w:val="5D7284"/>
          <w:sz w:val="22"/>
        </w:rPr>
        <w:t>49:34</w:t>
      </w:r>
    </w:p>
    <w:p>
      <w:pPr>
        <w:spacing w:after="0"/>
      </w:pPr>
      <w:r>
        <w:rPr>
          <w:rFonts w:ascii="Arial" w:hAnsi="Arial"/>
          <w:sz w:val="22"/>
        </w:rPr>
        <w:t>[laughing]</w:t>
      </w:r>
    </w:p>
    <w:p>
      <w:pPr>
        <w:spacing w:after="0"/>
      </w:pPr>
    </w:p>
    <w:p>
      <w:pPr>
        <w:spacing w:after="0"/>
      </w:pPr>
      <w:r>
        <w:rPr>
          <w:rFonts w:ascii="Arial" w:hAnsi="Arial"/>
          <w:b/>
          <w:sz w:val="22"/>
        </w:rPr>
        <w:t xml:space="preserve">Damien Williams  </w:t>
      </w:r>
      <w:r>
        <w:rPr>
          <w:rFonts w:ascii="Arial" w:hAnsi="Arial"/>
          <w:color w:val="5D7284"/>
          <w:sz w:val="22"/>
        </w:rPr>
        <w:t>49:34</w:t>
      </w:r>
    </w:p>
    <w:p>
      <w:pPr>
        <w:spacing w:after="0"/>
      </w:pPr>
      <w:r>
        <w:rPr>
          <w:rFonts w:ascii="Arial" w:hAnsi="Arial"/>
          <w:sz w:val="22"/>
        </w:rPr>
        <w:t xml:space="preserve">But no. So that question of, of how we think about what happens when a piece of technology stops being thought of as technology right and doesn't get categorised in the way of you know that we think of other technologies. And like that can happen through long term use, but it can happen in advance, right, like the way that we think about technological systems. when we think about the Social media, thinking of those as technologies, like they're not technology is like a pair of glasses is a technology. And there's not one single site of like, where that thing exists as a as an artefact. Glasses are a technology they are an artefact, but they have a whole host of like structures that support them and make them possible. There's a whole lineage of education that goes into like the history of optometry of how we grind lenses of how we learn how to bend the glass, and just the right way to make different strengths of vision. right, like, like this has a deep and very intricate past that's bundled up in being able to go down to the shop in any strip mall and get yourself a pair of glasses. </w:t>
      </w:r>
    </w:p>
    <w:p>
      <w:pPr>
        <w:spacing w:after="0"/>
      </w:pPr>
    </w:p>
    <w:p>
      <w:pPr>
        <w:spacing w:after="0"/>
      </w:pPr>
      <w:r>
        <w:rPr>
          <w:rFonts w:ascii="Arial" w:hAnsi="Arial"/>
          <w:b/>
          <w:sz w:val="22"/>
        </w:rPr>
        <w:t xml:space="preserve">Lucy  </w:t>
      </w:r>
      <w:r>
        <w:rPr>
          <w:rFonts w:ascii="Arial" w:hAnsi="Arial"/>
          <w:color w:val="5D7284"/>
          <w:sz w:val="22"/>
        </w:rPr>
        <w:t>50:51</w:t>
      </w:r>
    </w:p>
    <w:p>
      <w:pPr>
        <w:spacing w:after="0"/>
      </w:pPr>
      <w:r>
        <w:rPr>
          <w:rFonts w:ascii="Arial" w:hAnsi="Arial"/>
          <w:sz w:val="22"/>
        </w:rPr>
        <w:t>Yeah</w:t>
      </w:r>
    </w:p>
    <w:p>
      <w:pPr>
        <w:spacing w:after="0"/>
      </w:pPr>
    </w:p>
    <w:p>
      <w:pPr>
        <w:spacing w:after="0"/>
      </w:pPr>
      <w:r>
        <w:rPr>
          <w:rFonts w:ascii="Arial" w:hAnsi="Arial"/>
          <w:b/>
          <w:sz w:val="22"/>
        </w:rPr>
        <w:t xml:space="preserve">Damien Williams  </w:t>
      </w:r>
      <w:r>
        <w:rPr>
          <w:rFonts w:ascii="Arial" w:hAnsi="Arial"/>
          <w:color w:val="5D7284"/>
          <w:sz w:val="22"/>
        </w:rPr>
        <w:t>50:51</w:t>
      </w:r>
    </w:p>
    <w:p>
      <w:pPr>
        <w:spacing w:after="0"/>
      </w:pPr>
      <w:r>
        <w:rPr>
          <w:rFonts w:ascii="Arial" w:hAnsi="Arial"/>
          <w:sz w:val="22"/>
        </w:rPr>
        <w:t>Like, yeah it'll, cost you a couple $100 but it will happen in a couple of days. And it's actually kind of a mircale right? Like [laughs] it's, it's kind of ridiculous.</w:t>
      </w:r>
    </w:p>
    <w:p>
      <w:pPr>
        <w:spacing w:after="0"/>
      </w:pPr>
    </w:p>
    <w:p>
      <w:pPr>
        <w:spacing w:after="0"/>
      </w:pPr>
      <w:r>
        <w:rPr>
          <w:rFonts w:ascii="Arial" w:hAnsi="Arial"/>
          <w:b/>
          <w:sz w:val="22"/>
        </w:rPr>
        <w:t xml:space="preserve">Lucy  </w:t>
      </w:r>
      <w:r>
        <w:rPr>
          <w:rFonts w:ascii="Arial" w:hAnsi="Arial"/>
          <w:color w:val="5D7284"/>
          <w:sz w:val="22"/>
        </w:rPr>
        <w:t>50:59</w:t>
      </w:r>
    </w:p>
    <w:p>
      <w:pPr>
        <w:spacing w:after="0"/>
      </w:pPr>
      <w:r>
        <w:rPr>
          <w:rFonts w:ascii="Arial" w:hAnsi="Arial"/>
          <w:sz w:val="22"/>
        </w:rPr>
        <w:t xml:space="preserve">Yeah, yeah go back a few 100 years and you've got like, you know, bottle bottom glasses </w:t>
      </w:r>
    </w:p>
    <w:p>
      <w:pPr>
        <w:spacing w:after="0"/>
      </w:pPr>
    </w:p>
    <w:p>
      <w:pPr>
        <w:spacing w:after="0"/>
      </w:pPr>
      <w:r>
        <w:rPr>
          <w:rFonts w:ascii="Arial" w:hAnsi="Arial"/>
          <w:b/>
          <w:sz w:val="22"/>
        </w:rPr>
        <w:t xml:space="preserve">Damien Williams  </w:t>
      </w:r>
      <w:r>
        <w:rPr>
          <w:rFonts w:ascii="Arial" w:hAnsi="Arial"/>
          <w:color w:val="5D7284"/>
          <w:sz w:val="22"/>
        </w:rPr>
        <w:t>51:05</w:t>
      </w:r>
    </w:p>
    <w:p>
      <w:pPr>
        <w:spacing w:after="0"/>
      </w:pPr>
      <w:r>
        <w:rPr>
          <w:rFonts w:ascii="Arial" w:hAnsi="Arial"/>
          <w:sz w:val="22"/>
        </w:rPr>
        <w:t xml:space="preserve">Right </w:t>
      </w:r>
    </w:p>
    <w:p>
      <w:pPr>
        <w:spacing w:after="0"/>
      </w:pPr>
    </w:p>
    <w:p>
      <w:pPr>
        <w:spacing w:after="0"/>
      </w:pPr>
      <w:r>
        <w:rPr>
          <w:rFonts w:ascii="Arial" w:hAnsi="Arial"/>
          <w:b/>
          <w:sz w:val="22"/>
        </w:rPr>
        <w:t xml:space="preserve">Lucy  </w:t>
      </w:r>
      <w:r>
        <w:rPr>
          <w:rFonts w:ascii="Arial" w:hAnsi="Arial"/>
          <w:color w:val="5D7284"/>
          <w:sz w:val="22"/>
        </w:rPr>
        <w:t>51:05</w:t>
      </w:r>
    </w:p>
    <w:p>
      <w:pPr>
        <w:spacing w:after="0"/>
      </w:pPr>
      <w:r>
        <w:rPr>
          <w:rFonts w:ascii="Arial" w:hAnsi="Arial"/>
          <w:sz w:val="22"/>
        </w:rPr>
        <w:t>Or no glasses at all and you think Yeah, okay.we are quite technolo - technology - technologically advanced. I can't say it. But you know what I mean?</w:t>
      </w:r>
    </w:p>
    <w:p>
      <w:pPr>
        <w:spacing w:after="0"/>
      </w:pPr>
    </w:p>
    <w:p>
      <w:pPr>
        <w:spacing w:after="0"/>
      </w:pPr>
      <w:r>
        <w:rPr>
          <w:rFonts w:ascii="Arial" w:hAnsi="Arial"/>
          <w:b/>
          <w:sz w:val="22"/>
        </w:rPr>
        <w:t xml:space="preserve">Damien Williams  </w:t>
      </w:r>
      <w:r>
        <w:rPr>
          <w:rFonts w:ascii="Arial" w:hAnsi="Arial"/>
          <w:color w:val="5D7284"/>
          <w:sz w:val="22"/>
        </w:rPr>
        <w:t>51:13</w:t>
      </w:r>
    </w:p>
    <w:p>
      <w:pPr>
        <w:spacing w:after="0"/>
      </w:pPr>
      <w:r>
        <w:rPr>
          <w:rFonts w:ascii="Arial" w:hAnsi="Arial"/>
          <w:sz w:val="22"/>
        </w:rPr>
        <w:t>Yeah</w:t>
      </w:r>
    </w:p>
    <w:p>
      <w:pPr>
        <w:spacing w:after="0"/>
      </w:pPr>
    </w:p>
    <w:p>
      <w:pPr>
        <w:spacing w:after="0"/>
      </w:pPr>
      <w:r>
        <w:rPr>
          <w:rFonts w:ascii="Arial" w:hAnsi="Arial"/>
          <w:b/>
          <w:sz w:val="22"/>
        </w:rPr>
        <w:t xml:space="preserve">Lucy  </w:t>
      </w:r>
      <w:r>
        <w:rPr>
          <w:rFonts w:ascii="Arial" w:hAnsi="Arial"/>
          <w:color w:val="5D7284"/>
          <w:sz w:val="22"/>
        </w:rPr>
        <w:t>51:13</w:t>
      </w:r>
    </w:p>
    <w:p>
      <w:pPr>
        <w:spacing w:after="0"/>
      </w:pPr>
      <w:r>
        <w:rPr>
          <w:rFonts w:ascii="Arial" w:hAnsi="Arial"/>
          <w:sz w:val="22"/>
        </w:rPr>
        <w:t xml:space="preserve"> It's like, we've come a long way. </w:t>
      </w:r>
    </w:p>
    <w:p>
      <w:pPr>
        <w:spacing w:after="0"/>
      </w:pPr>
    </w:p>
    <w:p>
      <w:pPr>
        <w:spacing w:after="0"/>
      </w:pPr>
      <w:r>
        <w:rPr>
          <w:rFonts w:ascii="Arial" w:hAnsi="Arial"/>
          <w:b/>
          <w:sz w:val="22"/>
        </w:rPr>
        <w:t xml:space="preserve">Damien Williams  </w:t>
      </w:r>
      <w:r>
        <w:rPr>
          <w:rFonts w:ascii="Arial" w:hAnsi="Arial"/>
          <w:color w:val="5D7284"/>
          <w:sz w:val="22"/>
        </w:rPr>
        <w:t>51:15</w:t>
      </w:r>
    </w:p>
    <w:p>
      <w:pPr>
        <w:spacing w:after="0"/>
      </w:pPr>
      <w:r>
        <w:rPr>
          <w:rFonts w:ascii="Arial" w:hAnsi="Arial"/>
          <w:sz w:val="22"/>
        </w:rPr>
        <w:t>Yeah</w:t>
      </w:r>
    </w:p>
    <w:p>
      <w:pPr>
        <w:spacing w:after="0"/>
      </w:pPr>
    </w:p>
    <w:p>
      <w:pPr>
        <w:spacing w:after="0"/>
      </w:pPr>
      <w:r>
        <w:rPr>
          <w:rFonts w:ascii="Arial" w:hAnsi="Arial"/>
          <w:b/>
          <w:sz w:val="22"/>
        </w:rPr>
        <w:t xml:space="preserve">Lucy  </w:t>
      </w:r>
      <w:r>
        <w:rPr>
          <w:rFonts w:ascii="Arial" w:hAnsi="Arial"/>
          <w:color w:val="5D7284"/>
          <w:sz w:val="22"/>
        </w:rPr>
        <w:t>51:15</w:t>
      </w:r>
    </w:p>
    <w:p>
      <w:pPr>
        <w:spacing w:after="0"/>
      </w:pPr>
      <w:r>
        <w:rPr>
          <w:rFonts w:ascii="Arial" w:hAnsi="Arial"/>
          <w:sz w:val="22"/>
        </w:rPr>
        <w:t xml:space="preserve">It's fine. </w:t>
      </w:r>
    </w:p>
    <w:p>
      <w:pPr>
        <w:spacing w:after="0"/>
      </w:pPr>
    </w:p>
    <w:p>
      <w:pPr>
        <w:spacing w:after="0"/>
      </w:pPr>
      <w:r>
        <w:rPr>
          <w:rFonts w:ascii="Arial" w:hAnsi="Arial"/>
          <w:b/>
          <w:sz w:val="22"/>
        </w:rPr>
        <w:t xml:space="preserve">Damien Williams  </w:t>
      </w:r>
      <w:r>
        <w:rPr>
          <w:rFonts w:ascii="Arial" w:hAnsi="Arial"/>
          <w:color w:val="5D7284"/>
          <w:sz w:val="22"/>
        </w:rPr>
        <w:t>51:16</w:t>
      </w:r>
    </w:p>
    <w:p>
      <w:pPr>
        <w:spacing w:after="0"/>
      </w:pPr>
      <w:r>
        <w:rPr>
          <w:rFonts w:ascii="Arial" w:hAnsi="Arial"/>
          <w:sz w:val="22"/>
        </w:rPr>
        <w:t xml:space="preserve">And so on the other side of that, though, you have social media, which is just the distributed infrastructure of the thing. </w:t>
      </w:r>
    </w:p>
    <w:p>
      <w:pPr>
        <w:spacing w:after="0"/>
      </w:pPr>
    </w:p>
    <w:p>
      <w:pPr>
        <w:spacing w:after="0"/>
      </w:pPr>
      <w:r>
        <w:rPr>
          <w:rFonts w:ascii="Arial" w:hAnsi="Arial"/>
          <w:b/>
          <w:sz w:val="22"/>
        </w:rPr>
        <w:t xml:space="preserve">Lucy  </w:t>
      </w:r>
      <w:r>
        <w:rPr>
          <w:rFonts w:ascii="Arial" w:hAnsi="Arial"/>
          <w:color w:val="5D7284"/>
          <w:sz w:val="22"/>
        </w:rPr>
        <w:t>51:24</w:t>
      </w:r>
    </w:p>
    <w:p>
      <w:pPr>
        <w:spacing w:after="0"/>
      </w:pPr>
      <w:r>
        <w:rPr>
          <w:rFonts w:ascii="Arial" w:hAnsi="Arial"/>
          <w:sz w:val="22"/>
        </w:rPr>
        <w:t xml:space="preserve">Yeah </w:t>
      </w:r>
    </w:p>
    <w:p>
      <w:pPr>
        <w:spacing w:after="0"/>
      </w:pPr>
    </w:p>
    <w:p>
      <w:pPr>
        <w:spacing w:after="0"/>
      </w:pPr>
      <w:r>
        <w:rPr>
          <w:rFonts w:ascii="Arial" w:hAnsi="Arial"/>
          <w:b/>
          <w:sz w:val="22"/>
        </w:rPr>
        <w:t xml:space="preserve">Damien Williams  </w:t>
      </w:r>
      <w:r>
        <w:rPr>
          <w:rFonts w:ascii="Arial" w:hAnsi="Arial"/>
          <w:color w:val="5D7284"/>
          <w:sz w:val="22"/>
        </w:rPr>
        <w:t>51:25</w:t>
      </w:r>
    </w:p>
    <w:p>
      <w:pPr>
        <w:spacing w:after="0"/>
      </w:pPr>
      <w:r>
        <w:rPr>
          <w:rFonts w:ascii="Arial" w:hAnsi="Arial"/>
          <w:sz w:val="22"/>
        </w:rPr>
        <w:t xml:space="preserve">Without the artefact at its forefront, right. Like, we cover our own instance of a window that we go to to get to TikTok or to get to Facebook or Instagram or, you know, to get on whatever apps we're using. But those are not the they're not a thing. They're not an artefact in and of themselves. </w:t>
      </w:r>
    </w:p>
    <w:p>
      <w:pPr>
        <w:spacing w:after="0"/>
      </w:pPr>
    </w:p>
    <w:p>
      <w:pPr>
        <w:spacing w:after="0"/>
      </w:pPr>
      <w:r>
        <w:rPr>
          <w:rFonts w:ascii="Arial" w:hAnsi="Arial"/>
          <w:b/>
          <w:sz w:val="22"/>
        </w:rPr>
        <w:t xml:space="preserve">Lucy  </w:t>
      </w:r>
      <w:r>
        <w:rPr>
          <w:rFonts w:ascii="Arial" w:hAnsi="Arial"/>
          <w:color w:val="5D7284"/>
          <w:sz w:val="22"/>
        </w:rPr>
        <w:t>51:30</w:t>
      </w:r>
    </w:p>
    <w:p>
      <w:pPr>
        <w:spacing w:after="0"/>
      </w:pPr>
      <w:r>
        <w:rPr>
          <w:rFonts w:ascii="Arial" w:hAnsi="Arial"/>
          <w:sz w:val="22"/>
        </w:rPr>
        <w:t>No.</w:t>
      </w:r>
    </w:p>
    <w:p>
      <w:pPr>
        <w:spacing w:after="0"/>
      </w:pPr>
    </w:p>
    <w:p>
      <w:pPr>
        <w:spacing w:after="0"/>
      </w:pPr>
      <w:r>
        <w:rPr>
          <w:rFonts w:ascii="Arial" w:hAnsi="Arial"/>
          <w:b/>
          <w:sz w:val="22"/>
        </w:rPr>
        <w:t xml:space="preserve">Damien Williams  </w:t>
      </w:r>
      <w:r>
        <w:rPr>
          <w:rFonts w:ascii="Arial" w:hAnsi="Arial"/>
          <w:color w:val="5D7284"/>
          <w:sz w:val="22"/>
        </w:rPr>
        <w:t>51:43</w:t>
      </w:r>
    </w:p>
    <w:p>
      <w:pPr>
        <w:spacing w:after="0"/>
      </w:pPr>
      <w:r>
        <w:rPr>
          <w:rFonts w:ascii="Arial" w:hAnsi="Arial"/>
          <w:sz w:val="22"/>
        </w:rPr>
        <w:t>They are a window onto the system.</w:t>
      </w:r>
    </w:p>
    <w:p>
      <w:pPr>
        <w:spacing w:after="0"/>
      </w:pPr>
    </w:p>
    <w:p>
      <w:pPr>
        <w:spacing w:after="0"/>
      </w:pPr>
      <w:r>
        <w:rPr>
          <w:rFonts w:ascii="Arial" w:hAnsi="Arial"/>
          <w:b/>
          <w:sz w:val="22"/>
        </w:rPr>
        <w:t xml:space="preserve">Lucy  </w:t>
      </w:r>
      <w:r>
        <w:rPr>
          <w:rFonts w:ascii="Arial" w:hAnsi="Arial"/>
          <w:color w:val="5D7284"/>
          <w:sz w:val="22"/>
        </w:rPr>
        <w:t>51:52</w:t>
      </w:r>
    </w:p>
    <w:p>
      <w:pPr>
        <w:spacing w:after="0"/>
      </w:pPr>
      <w:r>
        <w:rPr>
          <w:rFonts w:ascii="Arial" w:hAnsi="Arial"/>
          <w:sz w:val="22"/>
        </w:rPr>
        <w:t>This chat has been absolutely fascinating, Damien. I've really like got a lot out -</w:t>
      </w:r>
    </w:p>
    <w:p>
      <w:pPr>
        <w:spacing w:after="0"/>
      </w:pPr>
    </w:p>
    <w:p>
      <w:pPr>
        <w:spacing w:after="0"/>
      </w:pPr>
      <w:r>
        <w:rPr>
          <w:rFonts w:ascii="Arial" w:hAnsi="Arial"/>
          <w:b/>
          <w:sz w:val="22"/>
        </w:rPr>
        <w:t xml:space="preserve">Alice  </w:t>
      </w:r>
      <w:r>
        <w:rPr>
          <w:rFonts w:ascii="Arial" w:hAnsi="Arial"/>
          <w:color w:val="5D7284"/>
          <w:sz w:val="22"/>
        </w:rPr>
        <w:t>51:57</w:t>
      </w:r>
    </w:p>
    <w:p>
      <w:pPr>
        <w:spacing w:after="0"/>
      </w:pPr>
      <w:r>
        <w:rPr>
          <w:rFonts w:ascii="Arial" w:hAnsi="Arial"/>
          <w:sz w:val="22"/>
        </w:rPr>
        <w:t>I feel like we've covered a lot of -</w:t>
      </w:r>
    </w:p>
    <w:p>
      <w:pPr>
        <w:spacing w:after="0"/>
      </w:pPr>
    </w:p>
    <w:p>
      <w:pPr>
        <w:spacing w:after="0"/>
      </w:pPr>
      <w:r>
        <w:rPr>
          <w:rFonts w:ascii="Arial" w:hAnsi="Arial"/>
          <w:b/>
          <w:sz w:val="22"/>
        </w:rPr>
        <w:t xml:space="preserve">Lucy  </w:t>
      </w:r>
      <w:r>
        <w:rPr>
          <w:rFonts w:ascii="Arial" w:hAnsi="Arial"/>
          <w:color w:val="5D7284"/>
          <w:sz w:val="22"/>
        </w:rPr>
        <w:t>51:58</w:t>
      </w:r>
    </w:p>
    <w:p>
      <w:pPr>
        <w:spacing w:after="0"/>
      </w:pPr>
      <w:r>
        <w:rPr>
          <w:rFonts w:ascii="Arial" w:hAnsi="Arial"/>
          <w:sz w:val="22"/>
        </w:rPr>
        <w:t>We've covered a lot of ground</w:t>
      </w:r>
    </w:p>
    <w:p>
      <w:pPr>
        <w:spacing w:after="0"/>
      </w:pPr>
    </w:p>
    <w:p>
      <w:pPr>
        <w:spacing w:after="0"/>
      </w:pPr>
      <w:r>
        <w:rPr>
          <w:rFonts w:ascii="Arial" w:hAnsi="Arial"/>
          <w:b/>
          <w:sz w:val="22"/>
        </w:rPr>
        <w:t xml:space="preserve">Alice  </w:t>
      </w:r>
      <w:r>
        <w:rPr>
          <w:rFonts w:ascii="Arial" w:hAnsi="Arial"/>
          <w:color w:val="5D7284"/>
          <w:sz w:val="22"/>
        </w:rPr>
        <w:t>52:00</w:t>
      </w:r>
    </w:p>
    <w:p>
      <w:pPr>
        <w:spacing w:after="0"/>
      </w:pPr>
      <w:r>
        <w:rPr>
          <w:rFonts w:ascii="Arial" w:hAnsi="Arial"/>
          <w:sz w:val="22"/>
        </w:rPr>
        <w:t>A lot of a lot of really strange things have come up</w:t>
      </w:r>
    </w:p>
    <w:p>
      <w:pPr>
        <w:spacing w:after="0"/>
      </w:pPr>
    </w:p>
    <w:p>
      <w:pPr>
        <w:spacing w:after="0"/>
      </w:pPr>
      <w:r>
        <w:rPr>
          <w:rFonts w:ascii="Arial" w:hAnsi="Arial"/>
          <w:b/>
          <w:sz w:val="22"/>
        </w:rPr>
        <w:t xml:space="preserve">Damien Williams  </w:t>
      </w:r>
      <w:r>
        <w:rPr>
          <w:rFonts w:ascii="Arial" w:hAnsi="Arial"/>
          <w:color w:val="5D7284"/>
          <w:sz w:val="22"/>
        </w:rPr>
        <w:t>52:03</w:t>
      </w:r>
    </w:p>
    <w:p>
      <w:pPr>
        <w:spacing w:after="0"/>
      </w:pPr>
      <w:r>
        <w:rPr>
          <w:rFonts w:ascii="Arial" w:hAnsi="Arial"/>
          <w:sz w:val="22"/>
        </w:rPr>
        <w:t xml:space="preserve">Strange but all very interconnected. </w:t>
      </w:r>
    </w:p>
    <w:p>
      <w:pPr>
        <w:spacing w:after="0"/>
      </w:pPr>
    </w:p>
    <w:p>
      <w:pPr>
        <w:spacing w:after="0"/>
      </w:pPr>
      <w:r>
        <w:rPr>
          <w:rFonts w:ascii="Arial" w:hAnsi="Arial"/>
          <w:b/>
          <w:sz w:val="22"/>
        </w:rPr>
        <w:t xml:space="preserve">Alice Evans &amp; Lucy Wood  </w:t>
      </w:r>
      <w:r>
        <w:rPr>
          <w:rFonts w:ascii="Arial" w:hAnsi="Arial"/>
          <w:color w:val="5D7284"/>
          <w:sz w:val="22"/>
        </w:rPr>
        <w:t>52:07</w:t>
      </w:r>
    </w:p>
    <w:p>
      <w:pPr>
        <w:spacing w:after="0"/>
      </w:pPr>
      <w:r>
        <w:rPr>
          <w:rFonts w:ascii="Arial" w:hAnsi="Arial"/>
          <w:sz w:val="22"/>
        </w:rPr>
        <w:t>[laughing]</w:t>
      </w:r>
    </w:p>
    <w:p>
      <w:pPr>
        <w:spacing w:after="0"/>
      </w:pPr>
    </w:p>
    <w:p>
      <w:pPr>
        <w:spacing w:after="0"/>
      </w:pPr>
      <w:r>
        <w:rPr>
          <w:rFonts w:ascii="Arial" w:hAnsi="Arial"/>
          <w:b/>
          <w:sz w:val="22"/>
        </w:rPr>
        <w:t xml:space="preserve">Lucy  </w:t>
      </w:r>
      <w:r>
        <w:rPr>
          <w:rFonts w:ascii="Arial" w:hAnsi="Arial"/>
          <w:color w:val="5D7284"/>
          <w:sz w:val="22"/>
        </w:rPr>
        <w:t>52:07</w:t>
      </w:r>
    </w:p>
    <w:p>
      <w:pPr>
        <w:spacing w:after="0"/>
      </w:pPr>
      <w:r>
        <w:rPr>
          <w:rFonts w:ascii="Arial" w:hAnsi="Arial"/>
          <w:sz w:val="22"/>
        </w:rPr>
        <w:t xml:space="preserve">Absolutely! I don't know how you've done it. you're an expert in podcast structure. Let's take this random conversation and bring it full circle. </w:t>
      </w:r>
    </w:p>
    <w:p>
      <w:pPr>
        <w:spacing w:after="0"/>
      </w:pPr>
    </w:p>
    <w:p>
      <w:pPr>
        <w:spacing w:after="0"/>
      </w:pPr>
      <w:r>
        <w:rPr>
          <w:rFonts w:ascii="Arial" w:hAnsi="Arial"/>
          <w:b/>
          <w:sz w:val="22"/>
        </w:rPr>
        <w:t xml:space="preserve">Damien Williams  </w:t>
      </w:r>
      <w:r>
        <w:rPr>
          <w:rFonts w:ascii="Arial" w:hAnsi="Arial"/>
          <w:color w:val="5D7284"/>
          <w:sz w:val="22"/>
        </w:rPr>
        <w:t>52:16</w:t>
      </w:r>
    </w:p>
    <w:p>
      <w:pPr>
        <w:spacing w:after="0"/>
      </w:pPr>
      <w:r>
        <w:rPr>
          <w:rFonts w:ascii="Arial" w:hAnsi="Arial"/>
          <w:sz w:val="22"/>
        </w:rPr>
        <w:t>It's called ADHD</w:t>
      </w:r>
    </w:p>
    <w:p>
      <w:pPr>
        <w:spacing w:after="0"/>
      </w:pPr>
    </w:p>
    <w:p>
      <w:pPr>
        <w:spacing w:after="0"/>
      </w:pPr>
      <w:r>
        <w:rPr>
          <w:rFonts w:ascii="Arial" w:hAnsi="Arial"/>
          <w:b/>
          <w:sz w:val="22"/>
        </w:rPr>
        <w:t xml:space="preserve">all  </w:t>
      </w:r>
      <w:r>
        <w:rPr>
          <w:rFonts w:ascii="Arial" w:hAnsi="Arial"/>
          <w:color w:val="5D7284"/>
          <w:sz w:val="22"/>
        </w:rPr>
        <w:t>52:17</w:t>
      </w:r>
    </w:p>
    <w:p>
      <w:pPr>
        <w:spacing w:after="0"/>
      </w:pPr>
      <w:r>
        <w:rPr>
          <w:rFonts w:ascii="Arial" w:hAnsi="Arial"/>
          <w:sz w:val="22"/>
        </w:rPr>
        <w:t>[laughing]</w:t>
      </w:r>
    </w:p>
    <w:p>
      <w:pPr>
        <w:spacing w:after="0"/>
      </w:pPr>
    </w:p>
    <w:p>
      <w:pPr>
        <w:spacing w:after="0"/>
      </w:pPr>
      <w:r>
        <w:rPr>
          <w:rFonts w:ascii="Arial" w:hAnsi="Arial"/>
          <w:b/>
          <w:sz w:val="22"/>
        </w:rPr>
        <w:t xml:space="preserve">Lucy  </w:t>
      </w:r>
      <w:r>
        <w:rPr>
          <w:rFonts w:ascii="Arial" w:hAnsi="Arial"/>
          <w:color w:val="5D7284"/>
          <w:sz w:val="22"/>
        </w:rPr>
        <w:t>52:17</w:t>
      </w:r>
    </w:p>
    <w:p>
      <w:pPr>
        <w:spacing w:after="0"/>
      </w:pPr>
      <w:r>
        <w:rPr>
          <w:rFonts w:ascii="Arial" w:hAnsi="Arial"/>
          <w:sz w:val="22"/>
        </w:rPr>
        <w:t>No, I really enjoyed it. Fabulous. you can call it whatever, you know, I hope you've enjoyed it as much as we</w:t>
      </w:r>
    </w:p>
    <w:p>
      <w:pPr>
        <w:spacing w:after="0"/>
      </w:pPr>
    </w:p>
    <w:p>
      <w:pPr>
        <w:spacing w:after="0"/>
      </w:pPr>
      <w:r>
        <w:rPr>
          <w:rFonts w:ascii="Arial" w:hAnsi="Arial"/>
          <w:b/>
          <w:sz w:val="22"/>
        </w:rPr>
        <w:t xml:space="preserve">Damien Williams  </w:t>
      </w:r>
      <w:r>
        <w:rPr>
          <w:rFonts w:ascii="Arial" w:hAnsi="Arial"/>
          <w:color w:val="5D7284"/>
          <w:sz w:val="22"/>
        </w:rPr>
        <w:t>52:30</w:t>
      </w:r>
    </w:p>
    <w:p>
      <w:pPr>
        <w:spacing w:after="0"/>
      </w:pPr>
      <w:r>
        <w:rPr>
          <w:rFonts w:ascii="Arial" w:hAnsi="Arial"/>
          <w:sz w:val="22"/>
        </w:rPr>
        <w:t xml:space="preserve">I very much have. It's been it's been an absolute pleasure talking to you. Oh, but do, before we go, there was one thing that I wanted to mention, </w:t>
      </w:r>
    </w:p>
    <w:p>
      <w:pPr>
        <w:spacing w:after="0"/>
      </w:pPr>
    </w:p>
    <w:p>
      <w:pPr>
        <w:spacing w:after="0"/>
      </w:pPr>
      <w:r>
        <w:rPr>
          <w:rFonts w:ascii="Arial" w:hAnsi="Arial"/>
          <w:b/>
          <w:sz w:val="22"/>
        </w:rPr>
        <w:t xml:space="preserve">Lucy  </w:t>
      </w:r>
      <w:r>
        <w:rPr>
          <w:rFonts w:ascii="Arial" w:hAnsi="Arial"/>
          <w:color w:val="5D7284"/>
          <w:sz w:val="22"/>
        </w:rPr>
        <w:t>52:37</w:t>
      </w:r>
    </w:p>
    <w:p>
      <w:pPr>
        <w:spacing w:after="0"/>
      </w:pPr>
      <w:r>
        <w:rPr>
          <w:rFonts w:ascii="Arial" w:hAnsi="Arial"/>
          <w:sz w:val="22"/>
        </w:rPr>
        <w:t>Yeah, yeah?</w:t>
      </w:r>
    </w:p>
    <w:p>
      <w:pPr>
        <w:spacing w:after="0"/>
      </w:pPr>
    </w:p>
    <w:p>
      <w:pPr>
        <w:spacing w:after="0"/>
      </w:pPr>
      <w:r>
        <w:rPr>
          <w:rFonts w:ascii="Arial" w:hAnsi="Arial"/>
          <w:b/>
          <w:sz w:val="22"/>
        </w:rPr>
        <w:t xml:space="preserve">Damien Williams  </w:t>
      </w:r>
      <w:r>
        <w:rPr>
          <w:rFonts w:ascii="Arial" w:hAnsi="Arial"/>
          <w:color w:val="5D7284"/>
          <w:sz w:val="22"/>
        </w:rPr>
        <w:t>52:37</w:t>
      </w:r>
    </w:p>
    <w:p>
      <w:pPr>
        <w:spacing w:after="0"/>
      </w:pPr>
      <w:r>
        <w:rPr>
          <w:rFonts w:ascii="Arial" w:hAnsi="Arial"/>
          <w:sz w:val="22"/>
        </w:rPr>
        <w:t xml:space="preserve">I said that I was going to talk about another thing about the extraction of disabled people's experiences. There's the fact that like the entire structure of how we think about prepping for zero G </w:t>
      </w:r>
    </w:p>
    <w:p>
      <w:pPr>
        <w:spacing w:after="0"/>
      </w:pPr>
    </w:p>
    <w:p>
      <w:pPr>
        <w:spacing w:after="0"/>
      </w:pPr>
      <w:r>
        <w:rPr>
          <w:rFonts w:ascii="Arial" w:hAnsi="Arial"/>
          <w:b/>
          <w:sz w:val="22"/>
        </w:rPr>
        <w:t xml:space="preserve">Damien Williams  </w:t>
      </w:r>
      <w:r>
        <w:rPr>
          <w:rFonts w:ascii="Arial" w:hAnsi="Arial"/>
          <w:color w:val="5D7284"/>
          <w:sz w:val="22"/>
        </w:rPr>
        <w:t>52:55</w:t>
      </w:r>
    </w:p>
    <w:p>
      <w:pPr>
        <w:spacing w:after="0"/>
      </w:pPr>
      <w:r>
        <w:rPr>
          <w:rFonts w:ascii="Arial" w:hAnsi="Arial"/>
          <w:sz w:val="22"/>
        </w:rPr>
        <w:t>The prep for what it means to be weightless, and for what that can do to your sense of equilibrium. That comes directly from data that was gathered off of the testing of these systems on deaf people</w:t>
      </w:r>
    </w:p>
    <w:p>
      <w:pPr>
        <w:spacing w:after="0"/>
      </w:pPr>
    </w:p>
    <w:p>
      <w:pPr>
        <w:spacing w:after="0"/>
      </w:pPr>
      <w:r>
        <w:rPr>
          <w:rFonts w:ascii="Arial" w:hAnsi="Arial"/>
          <w:b/>
          <w:sz w:val="22"/>
        </w:rPr>
        <w:t xml:space="preserve">Damien Williams  </w:t>
      </w:r>
      <w:r>
        <w:rPr>
          <w:rFonts w:ascii="Arial" w:hAnsi="Arial"/>
          <w:color w:val="5D7284"/>
          <w:sz w:val="22"/>
        </w:rPr>
        <w:t>52:55</w:t>
      </w:r>
    </w:p>
    <w:p>
      <w:pPr>
        <w:spacing w:after="0"/>
      </w:pPr>
      <w:r>
        <w:rPr>
          <w:rFonts w:ascii="Arial" w:hAnsi="Arial"/>
          <w:sz w:val="22"/>
        </w:rPr>
        <w:t>I knew you were gonna say something like that. I knew I could feel it.</w:t>
      </w:r>
    </w:p>
    <w:p>
      <w:pPr>
        <w:spacing w:after="0"/>
      </w:pPr>
    </w:p>
    <w:p>
      <w:pPr>
        <w:spacing w:after="0"/>
      </w:pPr>
      <w:r>
        <w:rPr>
          <w:rFonts w:ascii="Arial" w:hAnsi="Arial"/>
          <w:b/>
          <w:sz w:val="22"/>
        </w:rPr>
        <w:t xml:space="preserve">Alice Evans &amp; Lucy Wood  </w:t>
      </w:r>
      <w:r>
        <w:rPr>
          <w:rFonts w:ascii="Arial" w:hAnsi="Arial"/>
          <w:color w:val="5D7284"/>
          <w:sz w:val="22"/>
        </w:rPr>
        <w:t>52:55</w:t>
      </w:r>
    </w:p>
    <w:p>
      <w:pPr>
        <w:spacing w:after="0"/>
      </w:pPr>
      <w:r>
        <w:rPr>
          <w:rFonts w:ascii="Arial" w:hAnsi="Arial"/>
          <w:sz w:val="22"/>
        </w:rPr>
        <w:t>[sounds of assent]</w:t>
      </w:r>
    </w:p>
    <w:p>
      <w:pPr>
        <w:spacing w:after="0"/>
      </w:pPr>
    </w:p>
    <w:p>
      <w:pPr>
        <w:spacing w:after="0"/>
      </w:pPr>
      <w:r>
        <w:rPr>
          <w:rFonts w:ascii="Arial" w:hAnsi="Arial"/>
          <w:b/>
          <w:sz w:val="22"/>
        </w:rPr>
        <w:t xml:space="preserve">Damien Williams  </w:t>
      </w:r>
      <w:r>
        <w:rPr>
          <w:rFonts w:ascii="Arial" w:hAnsi="Arial"/>
          <w:color w:val="5D7284"/>
          <w:sz w:val="22"/>
        </w:rPr>
        <w:t>53:04</w:t>
      </w:r>
    </w:p>
    <w:p>
      <w:pPr>
        <w:spacing w:after="0"/>
      </w:pPr>
      <w:r>
        <w:rPr>
          <w:rFonts w:ascii="Arial" w:hAnsi="Arial"/>
          <w:sz w:val="22"/>
        </w:rPr>
        <w:t xml:space="preserve">Yep! And so the Gallaudet 11, Gallaudet University in Washington DC is a primarily Deaf and Hard of Hearing University. That is the primary you know, population of that university. And in the 60s, the Gallaudet 11 were 11 congenitally deaf men, and the form of their deafness meant that they did not have inner equilibrium difficulties, that vertigo was not something that they would suffer from the disequilibrium was not something they would suffer from in the same way. So high stress, multi G zero G, that wouldn't bother them in the same way as it does for people who don't have that same inner ear setup. And so they were tested and they were put through their paces, they were put through astronaut training, they went through the entirety of what astronaut training would be. And then the data that was gathered on their experiences, was used to create tools and systems was used to create technologies that would help astronauts hearing astronauts go to space and not suffer the effects of hi and zero G stresses as much. However, </w:t>
      </w:r>
    </w:p>
    <w:p>
      <w:pPr>
        <w:spacing w:after="0"/>
      </w:pPr>
    </w:p>
    <w:p>
      <w:pPr>
        <w:spacing w:after="0"/>
      </w:pPr>
      <w:r>
        <w:rPr>
          <w:rFonts w:ascii="Arial" w:hAnsi="Arial"/>
          <w:b/>
          <w:sz w:val="22"/>
        </w:rPr>
        <w:t xml:space="preserve">Alice  </w:t>
      </w:r>
      <w:r>
        <w:rPr>
          <w:rFonts w:ascii="Arial" w:hAnsi="Arial"/>
          <w:color w:val="5D7284"/>
          <w:sz w:val="22"/>
        </w:rPr>
        <w:t>54:29</w:t>
      </w:r>
    </w:p>
    <w:p>
      <w:pPr>
        <w:spacing w:after="0"/>
      </w:pPr>
      <w:r>
        <w:rPr>
          <w:rFonts w:ascii="Arial" w:hAnsi="Arial"/>
          <w:sz w:val="22"/>
        </w:rPr>
        <w:t>God so interesting,</w:t>
      </w:r>
    </w:p>
    <w:p>
      <w:pPr>
        <w:spacing w:after="0"/>
      </w:pPr>
    </w:p>
    <w:p>
      <w:pPr>
        <w:spacing w:after="0"/>
      </w:pPr>
      <w:r>
        <w:rPr>
          <w:rFonts w:ascii="Arial" w:hAnsi="Arial"/>
          <w:b/>
          <w:sz w:val="22"/>
        </w:rPr>
        <w:t xml:space="preserve">Lucy  </w:t>
      </w:r>
      <w:r>
        <w:rPr>
          <w:rFonts w:ascii="Arial" w:hAnsi="Arial"/>
          <w:color w:val="5D7284"/>
          <w:sz w:val="22"/>
        </w:rPr>
        <w:t>54:30</w:t>
      </w:r>
    </w:p>
    <w:p>
      <w:pPr>
        <w:spacing w:after="0"/>
      </w:pPr>
      <w:r>
        <w:rPr>
          <w:rFonts w:ascii="Arial" w:hAnsi="Arial"/>
          <w:sz w:val="22"/>
        </w:rPr>
        <w:t xml:space="preserve">I don't know whether that is really cool or like makes me really cross </w:t>
      </w:r>
    </w:p>
    <w:p>
      <w:pPr>
        <w:spacing w:after="0"/>
      </w:pPr>
    </w:p>
    <w:p>
      <w:pPr>
        <w:spacing w:after="0"/>
      </w:pPr>
      <w:r>
        <w:rPr>
          <w:rFonts w:ascii="Arial" w:hAnsi="Arial"/>
          <w:b/>
          <w:sz w:val="22"/>
        </w:rPr>
        <w:t xml:space="preserve">Lucy  </w:t>
      </w:r>
      <w:r>
        <w:rPr>
          <w:rFonts w:ascii="Arial" w:hAnsi="Arial"/>
          <w:color w:val="5D7284"/>
          <w:sz w:val="22"/>
        </w:rPr>
        <w:t>54:34</w:t>
      </w:r>
    </w:p>
    <w:p>
      <w:pPr>
        <w:spacing w:after="0"/>
      </w:pPr>
      <w:r>
        <w:rPr>
          <w:rFonts w:ascii="Arial" w:hAnsi="Arial"/>
          <w:sz w:val="22"/>
        </w:rPr>
        <w:t xml:space="preserve">I don't know, like I've got - </w:t>
      </w:r>
    </w:p>
    <w:p>
      <w:pPr>
        <w:spacing w:after="0"/>
      </w:pPr>
    </w:p>
    <w:p>
      <w:pPr>
        <w:spacing w:after="0"/>
      </w:pPr>
      <w:r>
        <w:rPr>
          <w:rFonts w:ascii="Arial" w:hAnsi="Arial"/>
          <w:b/>
          <w:sz w:val="22"/>
        </w:rPr>
        <w:t xml:space="preserve">Damien Williams  </w:t>
      </w:r>
      <w:r>
        <w:rPr>
          <w:rFonts w:ascii="Arial" w:hAnsi="Arial"/>
          <w:color w:val="5D7284"/>
          <w:sz w:val="22"/>
        </w:rPr>
        <w:t>54:34</w:t>
      </w:r>
    </w:p>
    <w:p>
      <w:pPr>
        <w:spacing w:after="0"/>
      </w:pPr>
      <w:r>
        <w:rPr>
          <w:rFonts w:ascii="Arial" w:hAnsi="Arial"/>
          <w:sz w:val="22"/>
        </w:rPr>
        <w:t xml:space="preserve">Both! </w:t>
      </w:r>
    </w:p>
    <w:p>
      <w:pPr>
        <w:spacing w:after="0"/>
      </w:pPr>
    </w:p>
    <w:p>
      <w:pPr>
        <w:spacing w:after="0"/>
      </w:pPr>
      <w:r>
        <w:rPr>
          <w:rFonts w:ascii="Arial" w:hAnsi="Arial"/>
          <w:b/>
          <w:sz w:val="22"/>
        </w:rPr>
        <w:t xml:space="preserve">Damien Williams  </w:t>
      </w:r>
      <w:r>
        <w:rPr>
          <w:rFonts w:ascii="Arial" w:hAnsi="Arial"/>
          <w:color w:val="5D7284"/>
          <w:sz w:val="22"/>
        </w:rPr>
        <w:t>54:36</w:t>
      </w:r>
    </w:p>
    <w:p>
      <w:pPr>
        <w:spacing w:after="0"/>
      </w:pPr>
      <w:r>
        <w:rPr>
          <w:rFonts w:ascii="Arial" w:hAnsi="Arial"/>
          <w:sz w:val="22"/>
        </w:rPr>
        <w:t xml:space="preserve">For me it's always both of those things </w:t>
      </w:r>
    </w:p>
    <w:p>
      <w:pPr>
        <w:spacing w:after="0"/>
      </w:pPr>
    </w:p>
    <w:p>
      <w:pPr>
        <w:spacing w:after="0"/>
      </w:pPr>
      <w:r>
        <w:rPr>
          <w:rFonts w:ascii="Arial" w:hAnsi="Arial"/>
          <w:b/>
          <w:sz w:val="22"/>
        </w:rPr>
        <w:t xml:space="preserve">Alice  </w:t>
      </w:r>
      <w:r>
        <w:rPr>
          <w:rFonts w:ascii="Arial" w:hAnsi="Arial"/>
          <w:color w:val="5D7284"/>
          <w:sz w:val="22"/>
        </w:rPr>
        <w:t>54:37</w:t>
      </w:r>
    </w:p>
    <w:p>
      <w:pPr>
        <w:spacing w:after="0"/>
      </w:pPr>
      <w:r>
        <w:rPr>
          <w:rFonts w:ascii="Arial" w:hAnsi="Arial"/>
          <w:sz w:val="22"/>
        </w:rPr>
        <w:t>Yeah, yeah.</w:t>
      </w:r>
    </w:p>
    <w:p>
      <w:pPr>
        <w:spacing w:after="0"/>
      </w:pPr>
    </w:p>
    <w:p>
      <w:pPr>
        <w:spacing w:after="0"/>
      </w:pPr>
      <w:r>
        <w:rPr>
          <w:rFonts w:ascii="Arial" w:hAnsi="Arial"/>
          <w:b/>
          <w:sz w:val="22"/>
        </w:rPr>
        <w:t xml:space="preserve">Lucy  </w:t>
      </w:r>
      <w:r>
        <w:rPr>
          <w:rFonts w:ascii="Arial" w:hAnsi="Arial"/>
          <w:color w:val="5D7284"/>
          <w:sz w:val="22"/>
        </w:rPr>
        <w:t>54:38</w:t>
      </w:r>
    </w:p>
    <w:p>
      <w:pPr>
        <w:spacing w:after="0"/>
      </w:pPr>
      <w:r>
        <w:rPr>
          <w:rFonts w:ascii="Arial" w:hAnsi="Arial"/>
          <w:sz w:val="22"/>
        </w:rPr>
        <w:t>Yeah it is</w:t>
      </w:r>
    </w:p>
    <w:p>
      <w:pPr>
        <w:spacing w:after="0"/>
      </w:pPr>
    </w:p>
    <w:p>
      <w:pPr>
        <w:spacing w:after="0"/>
      </w:pPr>
      <w:r>
        <w:rPr>
          <w:rFonts w:ascii="Arial" w:hAnsi="Arial"/>
          <w:b/>
          <w:sz w:val="22"/>
        </w:rPr>
        <w:t xml:space="preserve">Damien Williams  </w:t>
      </w:r>
      <w:r>
        <w:rPr>
          <w:rFonts w:ascii="Arial" w:hAnsi="Arial"/>
          <w:color w:val="5D7284"/>
          <w:sz w:val="22"/>
        </w:rPr>
        <w:t>54:39</w:t>
      </w:r>
    </w:p>
    <w:p>
      <w:pPr>
        <w:spacing w:after="0"/>
      </w:pPr>
      <w:r>
        <w:rPr>
          <w:rFonts w:ascii="Arial" w:hAnsi="Arial"/>
          <w:sz w:val="22"/>
        </w:rPr>
        <w:t xml:space="preserve">Because at present though we have had previously mentioned, Haley Arceneaux our amputee astronaut, that we have had Sheri Wells-Jensen, who wrote the case for disabled astronauts is one of the best pieces on all of this conversation. She is blind, and she has gone on a zero G long term flight. We have had a couple of calls for disabled astronauts. We still haven't had a deaf astronaut. </w:t>
      </w:r>
    </w:p>
    <w:p>
      <w:pPr>
        <w:spacing w:after="0"/>
      </w:pPr>
    </w:p>
    <w:p>
      <w:pPr>
        <w:spacing w:after="0"/>
      </w:pPr>
      <w:r>
        <w:rPr>
          <w:rFonts w:ascii="Arial" w:hAnsi="Arial"/>
          <w:b/>
          <w:sz w:val="22"/>
        </w:rPr>
        <w:t xml:space="preserve">Alice  </w:t>
      </w:r>
      <w:r>
        <w:rPr>
          <w:rFonts w:ascii="Arial" w:hAnsi="Arial"/>
          <w:color w:val="5D7284"/>
          <w:sz w:val="22"/>
        </w:rPr>
        <w:t>54:39</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54:41</w:t>
      </w:r>
    </w:p>
    <w:p>
      <w:pPr>
        <w:spacing w:after="0"/>
      </w:pPr>
      <w:r>
        <w:rPr>
          <w:rFonts w:ascii="Arial" w:hAnsi="Arial"/>
          <w:sz w:val="22"/>
        </w:rPr>
        <w:t xml:space="preserve">That's - </w:t>
      </w:r>
    </w:p>
    <w:p>
      <w:pPr>
        <w:spacing w:after="0"/>
      </w:pPr>
    </w:p>
    <w:p>
      <w:pPr>
        <w:spacing w:after="0"/>
      </w:pPr>
      <w:r>
        <w:rPr>
          <w:rFonts w:ascii="Arial" w:hAnsi="Arial"/>
          <w:b/>
          <w:sz w:val="22"/>
        </w:rPr>
        <w:t xml:space="preserve">Lucy  </w:t>
      </w:r>
      <w:r>
        <w:rPr>
          <w:rFonts w:ascii="Arial" w:hAnsi="Arial"/>
          <w:color w:val="5D7284"/>
          <w:sz w:val="22"/>
        </w:rPr>
        <w:t>54:50</w:t>
      </w:r>
    </w:p>
    <w:p>
      <w:pPr>
        <w:spacing w:after="0"/>
      </w:pPr>
      <w:r>
        <w:rPr>
          <w:rFonts w:ascii="Arial" w:hAnsi="Arial"/>
          <w:sz w:val="22"/>
        </w:rPr>
        <w:t>See that's, that's...</w:t>
      </w:r>
    </w:p>
    <w:p>
      <w:pPr>
        <w:spacing w:after="0"/>
      </w:pPr>
    </w:p>
    <w:p>
      <w:pPr>
        <w:spacing w:after="0"/>
      </w:pPr>
      <w:r>
        <w:rPr>
          <w:rFonts w:ascii="Arial" w:hAnsi="Arial"/>
          <w:b/>
          <w:sz w:val="22"/>
        </w:rPr>
        <w:t xml:space="preserve">Damien Williams  </w:t>
      </w:r>
      <w:r>
        <w:rPr>
          <w:rFonts w:ascii="Arial" w:hAnsi="Arial"/>
          <w:color w:val="5D7284"/>
          <w:sz w:val="22"/>
        </w:rPr>
        <w:t>54:54</w:t>
      </w:r>
    </w:p>
    <w:p>
      <w:pPr>
        <w:spacing w:after="0"/>
      </w:pPr>
      <w:r>
        <w:rPr>
          <w:rFonts w:ascii="Arial" w:hAnsi="Arial"/>
          <w:sz w:val="22"/>
        </w:rPr>
        <w:t>Sixty years on [laugh]</w:t>
      </w:r>
    </w:p>
    <w:p>
      <w:pPr>
        <w:spacing w:after="0"/>
      </w:pPr>
    </w:p>
    <w:p>
      <w:pPr>
        <w:spacing w:after="0"/>
      </w:pPr>
      <w:r>
        <w:rPr>
          <w:rFonts w:ascii="Arial" w:hAnsi="Arial"/>
          <w:b/>
          <w:sz w:val="22"/>
        </w:rPr>
        <w:t xml:space="preserve">Damien Williams  </w:t>
      </w:r>
      <w:r>
        <w:rPr>
          <w:rFonts w:ascii="Arial" w:hAnsi="Arial"/>
          <w:color w:val="5D7284"/>
          <w:sz w:val="22"/>
        </w:rPr>
        <w:t>54:59</w:t>
      </w:r>
    </w:p>
    <w:p>
      <w:pPr>
        <w:spacing w:after="0"/>
      </w:pPr>
      <w:r>
        <w:rPr>
          <w:rFonts w:ascii="Arial" w:hAnsi="Arial"/>
          <w:sz w:val="22"/>
        </w:rPr>
        <w:t>And we still haven't had...</w:t>
      </w:r>
    </w:p>
    <w:p>
      <w:pPr>
        <w:spacing w:after="0"/>
      </w:pPr>
    </w:p>
    <w:p>
      <w:pPr>
        <w:spacing w:after="0"/>
      </w:pPr>
      <w:r>
        <w:rPr>
          <w:rFonts w:ascii="Arial" w:hAnsi="Arial"/>
          <w:b/>
          <w:sz w:val="22"/>
        </w:rPr>
        <w:t xml:space="preserve">Alice  </w:t>
      </w:r>
      <w:r>
        <w:rPr>
          <w:rFonts w:ascii="Arial" w:hAnsi="Arial"/>
          <w:color w:val="5D7284"/>
          <w:sz w:val="22"/>
        </w:rPr>
        <w:t>54:59</w:t>
      </w:r>
    </w:p>
    <w:p>
      <w:pPr>
        <w:spacing w:after="0"/>
      </w:pPr>
      <w:r>
        <w:rPr>
          <w:rFonts w:ascii="Arial" w:hAnsi="Arial"/>
          <w:sz w:val="22"/>
        </w:rPr>
        <w:t>Yeah.</w:t>
      </w:r>
    </w:p>
    <w:p>
      <w:pPr>
        <w:spacing w:after="0"/>
      </w:pPr>
    </w:p>
    <w:p>
      <w:pPr>
        <w:spacing w:after="0"/>
      </w:pPr>
      <w:r>
        <w:rPr>
          <w:rFonts w:ascii="Arial" w:hAnsi="Arial"/>
          <w:b/>
          <w:sz w:val="22"/>
        </w:rPr>
        <w:t xml:space="preserve">Lucy  </w:t>
      </w:r>
      <w:r>
        <w:rPr>
          <w:rFonts w:ascii="Arial" w:hAnsi="Arial"/>
          <w:color w:val="5D7284"/>
          <w:sz w:val="22"/>
        </w:rPr>
        <w:t>55:07</w:t>
      </w:r>
    </w:p>
    <w:p>
      <w:pPr>
        <w:spacing w:after="0"/>
      </w:pPr>
      <w:r>
        <w:rPr>
          <w:rFonts w:ascii="Arial" w:hAnsi="Arial"/>
          <w:sz w:val="22"/>
        </w:rPr>
        <w:t xml:space="preserve"> I don't know why. I don't know why either, because it's just that they can't hear. </w:t>
      </w:r>
    </w:p>
    <w:p>
      <w:pPr>
        <w:spacing w:after="0"/>
      </w:pPr>
    </w:p>
    <w:p>
      <w:pPr>
        <w:spacing w:after="0"/>
      </w:pPr>
      <w:r>
        <w:rPr>
          <w:rFonts w:ascii="Arial" w:hAnsi="Arial"/>
          <w:b/>
          <w:sz w:val="22"/>
        </w:rPr>
        <w:t xml:space="preserve">Damien Williams  </w:t>
      </w:r>
      <w:r>
        <w:rPr>
          <w:rFonts w:ascii="Arial" w:hAnsi="Arial"/>
          <w:color w:val="5D7284"/>
          <w:sz w:val="22"/>
        </w:rPr>
        <w:t>55:18</w:t>
      </w:r>
    </w:p>
    <w:p>
      <w:pPr>
        <w:spacing w:after="0"/>
      </w:pPr>
      <w:r>
        <w:rPr>
          <w:rFonts w:ascii="Arial" w:hAnsi="Arial"/>
          <w:sz w:val="22"/>
        </w:rPr>
        <w:t xml:space="preserve">Right.  </w:t>
      </w:r>
    </w:p>
    <w:p>
      <w:pPr>
        <w:spacing w:after="0"/>
      </w:pPr>
    </w:p>
    <w:p>
      <w:pPr>
        <w:spacing w:after="0"/>
      </w:pPr>
      <w:r>
        <w:rPr>
          <w:rFonts w:ascii="Arial" w:hAnsi="Arial"/>
          <w:b/>
          <w:sz w:val="22"/>
        </w:rPr>
        <w:t xml:space="preserve">Alice  </w:t>
      </w:r>
      <w:r>
        <w:rPr>
          <w:rFonts w:ascii="Arial" w:hAnsi="Arial"/>
          <w:color w:val="5D7284"/>
          <w:sz w:val="22"/>
        </w:rPr>
        <w:t>55:19</w:t>
      </w:r>
    </w:p>
    <w:p>
      <w:pPr>
        <w:spacing w:after="0"/>
      </w:pPr>
      <w:r>
        <w:rPr>
          <w:rFonts w:ascii="Arial" w:hAnsi="Arial"/>
          <w:sz w:val="22"/>
        </w:rPr>
        <w:t>[laughs] Yeah</w:t>
      </w:r>
    </w:p>
    <w:p>
      <w:pPr>
        <w:spacing w:after="0"/>
      </w:pPr>
    </w:p>
    <w:p>
      <w:pPr>
        <w:spacing w:after="0"/>
      </w:pPr>
      <w:r>
        <w:rPr>
          <w:rFonts w:ascii="Arial" w:hAnsi="Arial"/>
          <w:b/>
          <w:sz w:val="22"/>
        </w:rPr>
        <w:t xml:space="preserve">Damien Williams  </w:t>
      </w:r>
      <w:r>
        <w:rPr>
          <w:rFonts w:ascii="Arial" w:hAnsi="Arial"/>
          <w:color w:val="5D7284"/>
          <w:sz w:val="22"/>
        </w:rPr>
        <w:t>55:20</w:t>
      </w:r>
    </w:p>
    <w:p>
      <w:pPr>
        <w:spacing w:after="0"/>
      </w:pPr>
      <w:r>
        <w:rPr>
          <w:rFonts w:ascii="Arial" w:hAnsi="Arial"/>
          <w:sz w:val="22"/>
        </w:rPr>
        <w:t>And -</w:t>
      </w:r>
    </w:p>
    <w:p>
      <w:pPr>
        <w:spacing w:after="0"/>
      </w:pPr>
    </w:p>
    <w:p>
      <w:pPr>
        <w:spacing w:after="0"/>
      </w:pPr>
      <w:r>
        <w:rPr>
          <w:rFonts w:ascii="Arial" w:hAnsi="Arial"/>
          <w:b/>
          <w:sz w:val="22"/>
        </w:rPr>
        <w:t xml:space="preserve">Lucy  </w:t>
      </w:r>
      <w:r>
        <w:rPr>
          <w:rFonts w:ascii="Arial" w:hAnsi="Arial"/>
          <w:color w:val="5D7284"/>
          <w:sz w:val="22"/>
        </w:rPr>
        <w:t>55:20</w:t>
      </w:r>
    </w:p>
    <w:p>
      <w:pPr>
        <w:spacing w:after="0"/>
      </w:pPr>
      <w:r>
        <w:rPr>
          <w:rFonts w:ascii="Arial" w:hAnsi="Arial"/>
          <w:sz w:val="22"/>
        </w:rPr>
        <w:t>You know what I mean? It's not like, it's not like it affects any of their physical...</w:t>
      </w:r>
    </w:p>
    <w:p>
      <w:pPr>
        <w:spacing w:after="0"/>
      </w:pPr>
    </w:p>
    <w:p>
      <w:pPr>
        <w:spacing w:after="0"/>
      </w:pPr>
      <w:r>
        <w:rPr>
          <w:rFonts w:ascii="Arial" w:hAnsi="Arial"/>
          <w:b/>
          <w:sz w:val="22"/>
        </w:rPr>
        <w:t xml:space="preserve">Damien Williams  </w:t>
      </w:r>
      <w:r>
        <w:rPr>
          <w:rFonts w:ascii="Arial" w:hAnsi="Arial"/>
          <w:color w:val="5D7284"/>
          <w:sz w:val="22"/>
        </w:rPr>
        <w:t>55:24</w:t>
      </w:r>
    </w:p>
    <w:p>
      <w:pPr>
        <w:spacing w:after="0"/>
      </w:pPr>
      <w:r>
        <w:rPr>
          <w:rFonts w:ascii="Arial" w:hAnsi="Arial"/>
          <w:sz w:val="22"/>
        </w:rPr>
        <w:t xml:space="preserve">Right. That's exactly it. But think about it. It's not just that it's like a It's not just a, why not? It's a no, really, why have we not done this specifically? </w:t>
      </w:r>
    </w:p>
    <w:p>
      <w:pPr>
        <w:spacing w:after="0"/>
      </w:pPr>
    </w:p>
    <w:p>
      <w:pPr>
        <w:spacing w:after="0"/>
      </w:pPr>
      <w:r>
        <w:rPr>
          <w:rFonts w:ascii="Arial" w:hAnsi="Arial"/>
          <w:b/>
          <w:sz w:val="22"/>
        </w:rPr>
        <w:t xml:space="preserve">Lucy  </w:t>
      </w:r>
      <w:r>
        <w:rPr>
          <w:rFonts w:ascii="Arial" w:hAnsi="Arial"/>
          <w:color w:val="5D7284"/>
          <w:sz w:val="22"/>
        </w:rPr>
        <w:t>55:33</w:t>
      </w:r>
    </w:p>
    <w:p>
      <w:pPr>
        <w:spacing w:after="0"/>
      </w:pPr>
      <w:r>
        <w:rPr>
          <w:rFonts w:ascii="Arial" w:hAnsi="Arial"/>
          <w:sz w:val="22"/>
        </w:rPr>
        <w:t>Yeah!</w:t>
      </w:r>
    </w:p>
    <w:p>
      <w:pPr>
        <w:spacing w:after="0"/>
      </w:pPr>
    </w:p>
    <w:p>
      <w:pPr>
        <w:spacing w:after="0"/>
      </w:pPr>
      <w:r>
        <w:rPr>
          <w:rFonts w:ascii="Arial" w:hAnsi="Arial"/>
          <w:b/>
          <w:sz w:val="22"/>
        </w:rPr>
        <w:t xml:space="preserve">Damien Williams  </w:t>
      </w:r>
      <w:r>
        <w:rPr>
          <w:rFonts w:ascii="Arial" w:hAnsi="Arial"/>
          <w:color w:val="5D7284"/>
          <w:sz w:val="22"/>
        </w:rPr>
        <w:t>55:34</w:t>
      </w:r>
    </w:p>
    <w:p>
      <w:pPr>
        <w:spacing w:after="0"/>
      </w:pPr>
      <w:r>
        <w:rPr>
          <w:rFonts w:ascii="Arial" w:hAnsi="Arial"/>
          <w:sz w:val="22"/>
        </w:rPr>
        <w:t xml:space="preserve">Because if you think about what space and what being in space means and what it needs, oftentimes, a lot of times in space, you're on a spacewalk, or you're doing something on another side of a piece of divider that block sound, you have to communicate through digital audio communicated through a comm system. And if that comm system goes out, you have to communicate with...? </w:t>
      </w:r>
    </w:p>
    <w:p>
      <w:pPr>
        <w:spacing w:after="0"/>
      </w:pPr>
    </w:p>
    <w:p>
      <w:pPr>
        <w:spacing w:after="0"/>
      </w:pPr>
      <w:r>
        <w:rPr>
          <w:rFonts w:ascii="Arial" w:hAnsi="Arial"/>
          <w:b/>
          <w:sz w:val="22"/>
        </w:rPr>
        <w:t xml:space="preserve">Lucy  </w:t>
      </w:r>
      <w:r>
        <w:rPr>
          <w:rFonts w:ascii="Arial" w:hAnsi="Arial"/>
          <w:color w:val="5D7284"/>
          <w:sz w:val="22"/>
        </w:rPr>
        <w:t>56:05</w:t>
      </w:r>
    </w:p>
    <w:p>
      <w:pPr>
        <w:spacing w:after="0"/>
      </w:pPr>
      <w:r>
        <w:rPr>
          <w:rFonts w:ascii="Arial" w:hAnsi="Arial"/>
          <w:sz w:val="22"/>
        </w:rPr>
        <w:t>Sign language!</w:t>
      </w:r>
    </w:p>
    <w:p>
      <w:pPr>
        <w:spacing w:after="0"/>
      </w:pPr>
    </w:p>
    <w:p>
      <w:pPr>
        <w:spacing w:after="0"/>
      </w:pPr>
      <w:r>
        <w:rPr>
          <w:rFonts w:ascii="Arial" w:hAnsi="Arial"/>
          <w:b/>
          <w:sz w:val="22"/>
        </w:rPr>
        <w:t xml:space="preserve">Damien Williams  </w:t>
      </w:r>
      <w:r>
        <w:rPr>
          <w:rFonts w:ascii="Arial" w:hAnsi="Arial"/>
          <w:color w:val="5D7284"/>
          <w:sz w:val="22"/>
        </w:rPr>
        <w:t>56:05</w:t>
      </w:r>
    </w:p>
    <w:p>
      <w:pPr>
        <w:spacing w:after="0"/>
      </w:pPr>
      <w:r>
        <w:rPr>
          <w:rFonts w:ascii="Arial" w:hAnsi="Arial"/>
          <w:sz w:val="22"/>
        </w:rPr>
        <w:t xml:space="preserve">Yeah, you have to use hand signals to communicate. </w:t>
      </w:r>
    </w:p>
    <w:p>
      <w:pPr>
        <w:spacing w:after="0"/>
      </w:pPr>
    </w:p>
    <w:p>
      <w:pPr>
        <w:spacing w:after="0"/>
      </w:pPr>
      <w:r>
        <w:rPr>
          <w:rFonts w:ascii="Arial" w:hAnsi="Arial"/>
          <w:b/>
          <w:sz w:val="22"/>
        </w:rPr>
        <w:t xml:space="preserve">Alice Evans &amp; Lucy Wood  </w:t>
      </w:r>
      <w:r>
        <w:rPr>
          <w:rFonts w:ascii="Arial" w:hAnsi="Arial"/>
          <w:color w:val="5D7284"/>
          <w:sz w:val="22"/>
        </w:rPr>
        <w:t>56:09</w:t>
      </w:r>
    </w:p>
    <w:p>
      <w:pPr>
        <w:spacing w:after="0"/>
      </w:pPr>
      <w:r>
        <w:rPr>
          <w:rFonts w:ascii="Arial" w:hAnsi="Arial"/>
          <w:sz w:val="22"/>
        </w:rPr>
        <w:t>[laughing]</w:t>
      </w:r>
    </w:p>
    <w:p>
      <w:pPr>
        <w:spacing w:after="0"/>
      </w:pPr>
    </w:p>
    <w:p>
      <w:pPr>
        <w:spacing w:after="0"/>
      </w:pPr>
      <w:r>
        <w:rPr>
          <w:rFonts w:ascii="Arial" w:hAnsi="Arial"/>
          <w:b/>
          <w:sz w:val="22"/>
        </w:rPr>
        <w:t xml:space="preserve">Damien Williams  </w:t>
      </w:r>
      <w:r>
        <w:rPr>
          <w:rFonts w:ascii="Arial" w:hAnsi="Arial"/>
          <w:color w:val="5D7284"/>
          <w:sz w:val="22"/>
        </w:rPr>
        <w:t>56:10</w:t>
      </w:r>
    </w:p>
    <w:p>
      <w:pPr>
        <w:spacing w:after="0"/>
      </w:pPr>
      <w:r>
        <w:rPr>
          <w:rFonts w:ascii="Arial" w:hAnsi="Arial"/>
          <w:sz w:val="22"/>
        </w:rPr>
        <w:t>Who has a full repertoire of hand signals? In fact a fuller repertoire of hand signals...</w:t>
      </w:r>
    </w:p>
    <w:p>
      <w:pPr>
        <w:spacing w:after="0"/>
      </w:pPr>
    </w:p>
    <w:p>
      <w:pPr>
        <w:spacing w:after="0"/>
      </w:pPr>
      <w:r>
        <w:rPr>
          <w:rFonts w:ascii="Arial" w:hAnsi="Arial"/>
          <w:b/>
          <w:sz w:val="22"/>
        </w:rPr>
        <w:t xml:space="preserve">Lucy  </w:t>
      </w:r>
      <w:r>
        <w:rPr>
          <w:rFonts w:ascii="Arial" w:hAnsi="Arial"/>
          <w:color w:val="5D7284"/>
          <w:sz w:val="22"/>
        </w:rPr>
        <w:t>56:17</w:t>
      </w:r>
    </w:p>
    <w:p>
      <w:pPr>
        <w:spacing w:after="0"/>
      </w:pPr>
      <w:r>
        <w:rPr>
          <w:rFonts w:ascii="Arial" w:hAnsi="Arial"/>
          <w:sz w:val="22"/>
        </w:rPr>
        <w:t>This is gonna keep up all night Damien! I'm gonna be wide awake all night thinking why haven't deaf people gone to space? If you see a change.org petition it's me!</w:t>
      </w:r>
    </w:p>
    <w:p>
      <w:pPr>
        <w:spacing w:after="0"/>
      </w:pPr>
    </w:p>
    <w:p>
      <w:pPr>
        <w:spacing w:after="0"/>
      </w:pPr>
      <w:r>
        <w:rPr>
          <w:rFonts w:ascii="Arial" w:hAnsi="Arial"/>
          <w:b/>
          <w:sz w:val="22"/>
        </w:rPr>
        <w:t xml:space="preserve">Alice  </w:t>
      </w:r>
      <w:r>
        <w:rPr>
          <w:rFonts w:ascii="Arial" w:hAnsi="Arial"/>
          <w:color w:val="5D7284"/>
          <w:sz w:val="22"/>
        </w:rPr>
        <w:t>56:26</w:t>
      </w:r>
    </w:p>
    <w:p>
      <w:pPr>
        <w:spacing w:after="0"/>
      </w:pPr>
      <w:r>
        <w:rPr>
          <w:rFonts w:ascii="Arial" w:hAnsi="Arial"/>
          <w:sz w:val="22"/>
        </w:rPr>
        <w:t xml:space="preserve">It does, I do think that there is definitely a joke in there somewhere about how in space, nobody can hear you scream, because they're all deaf. </w:t>
      </w:r>
    </w:p>
    <w:p>
      <w:pPr>
        <w:spacing w:after="0"/>
      </w:pPr>
    </w:p>
    <w:p>
      <w:pPr>
        <w:spacing w:after="0"/>
      </w:pPr>
      <w:r>
        <w:rPr>
          <w:rFonts w:ascii="Arial" w:hAnsi="Arial"/>
          <w:b/>
          <w:sz w:val="22"/>
        </w:rPr>
        <w:t xml:space="preserve">Damien Williams  </w:t>
      </w:r>
      <w:r>
        <w:rPr>
          <w:rFonts w:ascii="Arial" w:hAnsi="Arial"/>
          <w:color w:val="5D7284"/>
          <w:sz w:val="22"/>
        </w:rPr>
        <w:t>56:35</w:t>
      </w:r>
    </w:p>
    <w:p>
      <w:pPr>
        <w:spacing w:after="0"/>
      </w:pPr>
      <w:r>
        <w:rPr>
          <w:rFonts w:ascii="Arial" w:hAnsi="Arial"/>
          <w:sz w:val="22"/>
        </w:rPr>
        <w:t>They're all deaf! [laughs]</w:t>
      </w:r>
    </w:p>
    <w:p>
      <w:pPr>
        <w:spacing w:after="0"/>
      </w:pPr>
    </w:p>
    <w:p>
      <w:pPr>
        <w:spacing w:after="0"/>
      </w:pPr>
      <w:r>
        <w:rPr>
          <w:rFonts w:ascii="Arial" w:hAnsi="Arial"/>
          <w:b/>
          <w:sz w:val="22"/>
        </w:rPr>
        <w:t xml:space="preserve">Alice  </w:t>
      </w:r>
      <w:r>
        <w:rPr>
          <w:rFonts w:ascii="Arial" w:hAnsi="Arial"/>
          <w:color w:val="5D7284"/>
          <w:sz w:val="22"/>
        </w:rPr>
        <w:t>56:39</w:t>
      </w:r>
    </w:p>
    <w:p>
      <w:pPr>
        <w:spacing w:after="0"/>
      </w:pPr>
      <w:r>
        <w:rPr>
          <w:rFonts w:ascii="Arial" w:hAnsi="Arial"/>
          <w:sz w:val="22"/>
        </w:rPr>
        <w:t>So that's why nobody can hear you scream</w:t>
      </w:r>
    </w:p>
    <w:p>
      <w:pPr>
        <w:spacing w:after="0"/>
      </w:pPr>
    </w:p>
    <w:p>
      <w:pPr>
        <w:spacing w:after="0"/>
      </w:pPr>
      <w:r>
        <w:rPr>
          <w:rFonts w:ascii="Arial" w:hAnsi="Arial"/>
          <w:b/>
          <w:sz w:val="22"/>
        </w:rPr>
        <w:t xml:space="preserve">Damien Williams  </w:t>
      </w:r>
      <w:r>
        <w:rPr>
          <w:rFonts w:ascii="Arial" w:hAnsi="Arial"/>
          <w:color w:val="5D7284"/>
          <w:sz w:val="22"/>
        </w:rPr>
        <w:t>56:40</w:t>
      </w:r>
    </w:p>
    <w:p>
      <w:pPr>
        <w:spacing w:after="0"/>
      </w:pPr>
      <w:r>
        <w:rPr>
          <w:rFonts w:ascii="Arial" w:hAnsi="Arial"/>
          <w:sz w:val="22"/>
        </w:rPr>
        <w:t xml:space="preserve">That's why it should be like, </w:t>
      </w:r>
    </w:p>
    <w:p>
      <w:pPr>
        <w:spacing w:after="0"/>
      </w:pPr>
    </w:p>
    <w:p>
      <w:pPr>
        <w:spacing w:after="0"/>
      </w:pPr>
      <w:r>
        <w:rPr>
          <w:rFonts w:ascii="Arial" w:hAnsi="Arial"/>
          <w:b/>
          <w:sz w:val="22"/>
        </w:rPr>
        <w:t xml:space="preserve">Lucy  </w:t>
      </w:r>
      <w:r>
        <w:rPr>
          <w:rFonts w:ascii="Arial" w:hAnsi="Arial"/>
          <w:color w:val="5D7284"/>
          <w:sz w:val="22"/>
        </w:rPr>
        <w:t>56:42</w:t>
      </w:r>
    </w:p>
    <w:p>
      <w:pPr>
        <w:spacing w:after="0"/>
      </w:pPr>
      <w:r>
        <w:rPr>
          <w:rFonts w:ascii="Arial" w:hAnsi="Arial"/>
          <w:sz w:val="22"/>
        </w:rPr>
        <w:t>Yeah!</w:t>
      </w:r>
    </w:p>
    <w:p>
      <w:pPr>
        <w:spacing w:after="0"/>
      </w:pPr>
    </w:p>
    <w:p>
      <w:pPr>
        <w:spacing w:after="0"/>
      </w:pPr>
      <w:r>
        <w:rPr>
          <w:rFonts w:ascii="Arial" w:hAnsi="Arial"/>
          <w:b/>
          <w:sz w:val="22"/>
        </w:rPr>
        <w:t xml:space="preserve">Damien Williams  </w:t>
      </w:r>
      <w:r>
        <w:rPr>
          <w:rFonts w:ascii="Arial" w:hAnsi="Arial"/>
          <w:color w:val="5D7284"/>
          <w:sz w:val="22"/>
        </w:rPr>
        <w:t>56:43</w:t>
      </w:r>
    </w:p>
    <w:p>
      <w:pPr>
        <w:spacing w:after="0"/>
      </w:pPr>
      <w:r>
        <w:rPr>
          <w:rFonts w:ascii="Arial" w:hAnsi="Arial"/>
          <w:sz w:val="22"/>
        </w:rPr>
        <w:t>And like Ashley Shew, she points out a lot of times, you know, when thinking about space stuff as well, like when you think about who like disabled people in space, think about what you have to do to move in zero gravity, you know, you have to push your body off of surfaces, you have to make quick turns and changes. you have to, you know, possibly use your arm to turn a corner who has experience with that kind of mobility.</w:t>
      </w:r>
    </w:p>
    <w:p>
      <w:pPr>
        <w:spacing w:after="0"/>
      </w:pPr>
    </w:p>
    <w:p>
      <w:pPr>
        <w:spacing w:after="0"/>
      </w:pPr>
      <w:r>
        <w:rPr>
          <w:rFonts w:ascii="Arial" w:hAnsi="Arial"/>
          <w:b/>
          <w:sz w:val="22"/>
        </w:rPr>
        <w:t xml:space="preserve">Alice  </w:t>
      </w:r>
      <w:r>
        <w:rPr>
          <w:rFonts w:ascii="Arial" w:hAnsi="Arial"/>
          <w:color w:val="5D7284"/>
          <w:sz w:val="22"/>
        </w:rPr>
        <w:t>57:10</w:t>
      </w:r>
    </w:p>
    <w:p>
      <w:pPr>
        <w:spacing w:after="0"/>
      </w:pPr>
      <w:r>
        <w:rPr>
          <w:rFonts w:ascii="Arial" w:hAnsi="Arial"/>
          <w:sz w:val="22"/>
        </w:rPr>
        <w:t>[laughs]</w:t>
      </w:r>
    </w:p>
    <w:p>
      <w:pPr>
        <w:spacing w:after="0"/>
      </w:pPr>
    </w:p>
    <w:p>
      <w:pPr>
        <w:spacing w:after="0"/>
      </w:pPr>
      <w:r>
        <w:rPr>
          <w:rFonts w:ascii="Arial" w:hAnsi="Arial"/>
          <w:b/>
          <w:sz w:val="22"/>
        </w:rPr>
        <w:t xml:space="preserve">Lucy  </w:t>
      </w:r>
      <w:r>
        <w:rPr>
          <w:rFonts w:ascii="Arial" w:hAnsi="Arial"/>
          <w:color w:val="5D7284"/>
          <w:sz w:val="22"/>
        </w:rPr>
        <w:t>57:12</w:t>
      </w:r>
    </w:p>
    <w:p>
      <w:pPr>
        <w:spacing w:after="0"/>
      </w:pPr>
      <w:r>
        <w:rPr>
          <w:rFonts w:ascii="Arial" w:hAnsi="Arial"/>
          <w:sz w:val="22"/>
        </w:rPr>
        <w:t xml:space="preserve">Still don't going to space, Damien Still not - </w:t>
      </w:r>
    </w:p>
    <w:p>
      <w:pPr>
        <w:spacing w:after="0"/>
      </w:pPr>
    </w:p>
    <w:p>
      <w:pPr>
        <w:spacing w:after="0"/>
      </w:pPr>
      <w:r>
        <w:rPr>
          <w:rFonts w:ascii="Arial" w:hAnsi="Arial"/>
          <w:b/>
          <w:sz w:val="22"/>
        </w:rPr>
        <w:t xml:space="preserve">Damien Williams  </w:t>
      </w:r>
      <w:r>
        <w:rPr>
          <w:rFonts w:ascii="Arial" w:hAnsi="Arial"/>
          <w:color w:val="5D7284"/>
          <w:sz w:val="22"/>
        </w:rPr>
        <w:t>57:14</w:t>
      </w:r>
    </w:p>
    <w:p>
      <w:pPr>
        <w:spacing w:after="0"/>
      </w:pPr>
      <w:r>
        <w:rPr>
          <w:rFonts w:ascii="Arial" w:hAnsi="Arial"/>
          <w:sz w:val="22"/>
        </w:rPr>
        <w:t>I'm just saying, you would be perfectly suited to do so you have the relevant experience that would allow you to move in space in a way that would be much more facility that a lot of guys that got a train for years to kind of get in.</w:t>
      </w:r>
    </w:p>
    <w:p>
      <w:pPr>
        <w:spacing w:after="0"/>
      </w:pPr>
    </w:p>
    <w:p>
      <w:pPr>
        <w:spacing w:after="0"/>
      </w:pPr>
      <w:r>
        <w:rPr>
          <w:rFonts w:ascii="Arial" w:hAnsi="Arial"/>
          <w:b/>
          <w:sz w:val="22"/>
        </w:rPr>
        <w:t xml:space="preserve">Lucy  </w:t>
      </w:r>
      <w:r>
        <w:rPr>
          <w:rFonts w:ascii="Arial" w:hAnsi="Arial"/>
          <w:color w:val="5D7284"/>
          <w:sz w:val="22"/>
        </w:rPr>
        <w:t>57:29</w:t>
      </w:r>
    </w:p>
    <w:p>
      <w:pPr>
        <w:spacing w:after="0"/>
      </w:pPr>
      <w:r>
        <w:rPr>
          <w:rFonts w:ascii="Arial" w:hAnsi="Arial"/>
          <w:sz w:val="22"/>
        </w:rPr>
        <w:t>It makes me laugh. it just makes me laugh. if you see an article with me floating around in space, you'll be like, Yes! She's done it! The sack of potatoes in the air!</w:t>
      </w:r>
    </w:p>
    <w:p>
      <w:pPr>
        <w:spacing w:after="0"/>
      </w:pPr>
    </w:p>
    <w:p>
      <w:pPr>
        <w:spacing w:after="0"/>
      </w:pPr>
      <w:r>
        <w:rPr>
          <w:rFonts w:ascii="Arial" w:hAnsi="Arial"/>
          <w:b/>
          <w:sz w:val="22"/>
        </w:rPr>
        <w:t xml:space="preserve">Damien Williams  </w:t>
      </w:r>
      <w:r>
        <w:rPr>
          <w:rFonts w:ascii="Arial" w:hAnsi="Arial"/>
          <w:color w:val="5D7284"/>
          <w:sz w:val="22"/>
        </w:rPr>
        <w:t>57:40</w:t>
      </w:r>
    </w:p>
    <w:p>
      <w:pPr>
        <w:spacing w:after="0"/>
      </w:pPr>
      <w:r>
        <w:rPr>
          <w:rFonts w:ascii="Arial" w:hAnsi="Arial"/>
          <w:sz w:val="22"/>
        </w:rPr>
        <w:t>[laughs]</w:t>
      </w:r>
    </w:p>
    <w:p>
      <w:pPr>
        <w:spacing w:after="0"/>
      </w:pPr>
    </w:p>
    <w:p>
      <w:pPr>
        <w:spacing w:after="0"/>
      </w:pPr>
      <w:r>
        <w:rPr>
          <w:rFonts w:ascii="Arial" w:hAnsi="Arial"/>
          <w:b/>
          <w:sz w:val="22"/>
        </w:rPr>
        <w:t xml:space="preserve">Alice  </w:t>
      </w:r>
      <w:r>
        <w:rPr>
          <w:rFonts w:ascii="Arial" w:hAnsi="Arial"/>
          <w:color w:val="5D7284"/>
          <w:sz w:val="22"/>
        </w:rPr>
        <w:t>57:41</w:t>
      </w:r>
    </w:p>
    <w:p>
      <w:pPr>
        <w:spacing w:after="0"/>
      </w:pPr>
      <w:r>
        <w:rPr>
          <w:rFonts w:ascii="Arial" w:hAnsi="Arial"/>
          <w:sz w:val="22"/>
        </w:rPr>
        <w:t>We've got we've got pictures of you doing that skydive, we'll just Photoshop it in the middle of space</w:t>
      </w:r>
    </w:p>
    <w:p>
      <w:pPr>
        <w:spacing w:after="0"/>
      </w:pPr>
    </w:p>
    <w:p>
      <w:pPr>
        <w:spacing w:after="0"/>
      </w:pPr>
      <w:r>
        <w:rPr>
          <w:rFonts w:ascii="Arial" w:hAnsi="Arial"/>
          <w:b/>
          <w:sz w:val="22"/>
        </w:rPr>
        <w:t xml:space="preserve">Damien Williams  </w:t>
      </w:r>
      <w:r>
        <w:rPr>
          <w:rFonts w:ascii="Arial" w:hAnsi="Arial"/>
          <w:color w:val="5D7284"/>
          <w:sz w:val="22"/>
        </w:rPr>
        <w:t>57:46</w:t>
      </w:r>
    </w:p>
    <w:p>
      <w:pPr>
        <w:spacing w:after="0"/>
      </w:pPr>
      <w:r>
        <w:rPr>
          <w:rFonts w:ascii="Arial" w:hAnsi="Arial"/>
          <w:sz w:val="22"/>
        </w:rPr>
        <w:t>We'll put you in a station. It'll be great. I'm just saying.</w:t>
      </w:r>
    </w:p>
    <w:p>
      <w:pPr>
        <w:spacing w:after="0"/>
      </w:pPr>
    </w:p>
    <w:p>
      <w:pPr>
        <w:spacing w:after="0"/>
      </w:pPr>
      <w:r>
        <w:rPr>
          <w:rFonts w:ascii="Arial" w:hAnsi="Arial"/>
          <w:b/>
          <w:sz w:val="22"/>
        </w:rPr>
        <w:t xml:space="preserve">Lucy  </w:t>
      </w:r>
      <w:r>
        <w:rPr>
          <w:rFonts w:ascii="Arial" w:hAnsi="Arial"/>
          <w:color w:val="5D7284"/>
          <w:sz w:val="22"/>
        </w:rPr>
        <w:t>57:50</w:t>
      </w:r>
    </w:p>
    <w:p>
      <w:pPr>
        <w:spacing w:after="0"/>
      </w:pPr>
      <w:r>
        <w:rPr>
          <w:rFonts w:ascii="Arial" w:hAnsi="Arial"/>
          <w:sz w:val="22"/>
        </w:rPr>
        <w:t>Bit of Photoshop we'll be fine.</w:t>
      </w:r>
    </w:p>
    <w:p>
      <w:pPr>
        <w:spacing w:after="0"/>
      </w:pPr>
    </w:p>
    <w:p>
      <w:pPr>
        <w:spacing w:after="0"/>
      </w:pPr>
      <w:r>
        <w:rPr>
          <w:rFonts w:ascii="Arial" w:hAnsi="Arial"/>
          <w:b/>
          <w:sz w:val="22"/>
        </w:rPr>
        <w:t xml:space="preserve">Lucy  </w:t>
      </w:r>
      <w:r>
        <w:rPr>
          <w:rFonts w:ascii="Arial" w:hAnsi="Arial"/>
          <w:color w:val="5D7284"/>
          <w:sz w:val="22"/>
        </w:rPr>
        <w:t>57:51</w:t>
      </w:r>
    </w:p>
    <w:p>
      <w:pPr>
        <w:spacing w:after="0"/>
      </w:pPr>
      <w:r>
        <w:rPr>
          <w:rFonts w:ascii="Arial" w:hAnsi="Arial"/>
          <w:sz w:val="22"/>
        </w:rPr>
        <w:t xml:space="preserve">Shot we'll be fine. </w:t>
      </w:r>
    </w:p>
    <w:p>
      <w:pPr>
        <w:spacing w:after="0"/>
      </w:pPr>
    </w:p>
    <w:p>
      <w:pPr>
        <w:spacing w:after="0"/>
      </w:pPr>
      <w:r>
        <w:rPr>
          <w:rFonts w:ascii="Arial" w:hAnsi="Arial"/>
          <w:b/>
          <w:sz w:val="22"/>
        </w:rPr>
        <w:t xml:space="preserve">Damien Williams  </w:t>
      </w:r>
      <w:r>
        <w:rPr>
          <w:rFonts w:ascii="Arial" w:hAnsi="Arial"/>
          <w:color w:val="5D7284"/>
          <w:sz w:val="22"/>
        </w:rPr>
        <w:t>57:52</w:t>
      </w:r>
    </w:p>
    <w:p>
      <w:pPr>
        <w:spacing w:after="0"/>
      </w:pPr>
      <w:r>
        <w:rPr>
          <w:rFonts w:ascii="Arial" w:hAnsi="Arial"/>
          <w:sz w:val="22"/>
        </w:rPr>
        <w:t xml:space="preserve">Wheelchair users have those skills in abundance already. They already know what that movement is like. </w:t>
      </w:r>
    </w:p>
    <w:p>
      <w:pPr>
        <w:spacing w:after="0"/>
      </w:pPr>
    </w:p>
    <w:p>
      <w:pPr>
        <w:spacing w:after="0"/>
      </w:pPr>
      <w:r>
        <w:rPr>
          <w:rFonts w:ascii="Arial" w:hAnsi="Arial"/>
          <w:b/>
          <w:sz w:val="22"/>
        </w:rPr>
        <w:t xml:space="preserve">Lucy  </w:t>
      </w:r>
      <w:r>
        <w:rPr>
          <w:rFonts w:ascii="Arial" w:hAnsi="Arial"/>
          <w:color w:val="5D7284"/>
          <w:sz w:val="22"/>
        </w:rPr>
        <w:t>57:59</w:t>
      </w:r>
    </w:p>
    <w:p>
      <w:pPr>
        <w:spacing w:after="0"/>
      </w:pPr>
      <w:r>
        <w:rPr>
          <w:rFonts w:ascii="Arial" w:hAnsi="Arial"/>
          <w:sz w:val="22"/>
        </w:rPr>
        <w:t>Fantastic, Damien</w:t>
      </w:r>
    </w:p>
    <w:p>
      <w:pPr>
        <w:spacing w:after="0"/>
      </w:pPr>
    </w:p>
    <w:p>
      <w:pPr>
        <w:spacing w:after="0"/>
      </w:pPr>
      <w:r>
        <w:rPr>
          <w:rFonts w:ascii="Arial" w:hAnsi="Arial"/>
          <w:b/>
          <w:sz w:val="22"/>
        </w:rPr>
        <w:t xml:space="preserve">Lucy  </w:t>
      </w:r>
      <w:r>
        <w:rPr>
          <w:rFonts w:ascii="Arial" w:hAnsi="Arial"/>
          <w:color w:val="5D7284"/>
          <w:sz w:val="22"/>
        </w:rPr>
        <w:t>57:59</w:t>
      </w:r>
    </w:p>
    <w:p>
      <w:pPr>
        <w:spacing w:after="0"/>
      </w:pPr>
      <w:r>
        <w:rPr>
          <w:rFonts w:ascii="Arial" w:hAnsi="Arial"/>
          <w:sz w:val="22"/>
        </w:rPr>
        <w:t>This has been such a great conversation. We've gone from the sublime to the ridiculous Yeah, I feel like I've learned something it's brilliant.</w:t>
      </w:r>
    </w:p>
    <w:p>
      <w:pPr>
        <w:spacing w:after="0"/>
      </w:pPr>
    </w:p>
    <w:p>
      <w:pPr>
        <w:spacing w:after="0"/>
      </w:pPr>
      <w:r>
        <w:rPr>
          <w:rFonts w:ascii="Arial" w:hAnsi="Arial"/>
          <w:b/>
          <w:sz w:val="22"/>
        </w:rPr>
        <w:t xml:space="preserve">all  </w:t>
      </w:r>
      <w:r>
        <w:rPr>
          <w:rFonts w:ascii="Arial" w:hAnsi="Arial"/>
          <w:color w:val="5D7284"/>
          <w:sz w:val="22"/>
        </w:rPr>
        <w:t>58:00</w:t>
      </w:r>
    </w:p>
    <w:p>
      <w:pPr>
        <w:spacing w:after="0"/>
      </w:pPr>
      <w:r>
        <w:rPr>
          <w:rFonts w:ascii="Arial" w:hAnsi="Arial"/>
          <w:sz w:val="22"/>
        </w:rPr>
        <w:t>[laughing]</w:t>
      </w:r>
    </w:p>
    <w:p>
      <w:pPr>
        <w:spacing w:after="0"/>
      </w:pPr>
    </w:p>
    <w:p>
      <w:pPr>
        <w:spacing w:after="0"/>
      </w:pPr>
      <w:r>
        <w:rPr>
          <w:rFonts w:ascii="Arial" w:hAnsi="Arial"/>
          <w:b/>
          <w:sz w:val="22"/>
        </w:rPr>
        <w:t xml:space="preserve">Damien Williams  </w:t>
      </w:r>
      <w:r>
        <w:rPr>
          <w:rFonts w:ascii="Arial" w:hAnsi="Arial"/>
          <w:color w:val="5D7284"/>
          <w:sz w:val="22"/>
        </w:rPr>
        <w:t>58:00</w:t>
      </w:r>
    </w:p>
    <w:p>
      <w:pPr>
        <w:spacing w:after="0"/>
      </w:pPr>
      <w:r>
        <w:rPr>
          <w:rFonts w:ascii="Arial" w:hAnsi="Arial"/>
          <w:sz w:val="22"/>
        </w:rPr>
        <w:t xml:space="preserve">And yet! </w:t>
      </w:r>
    </w:p>
    <w:p>
      <w:pPr>
        <w:spacing w:after="0"/>
      </w:pPr>
    </w:p>
    <w:p>
      <w:pPr>
        <w:spacing w:after="0"/>
      </w:pPr>
      <w:r>
        <w:rPr>
          <w:rFonts w:ascii="Arial" w:hAnsi="Arial"/>
          <w:b/>
          <w:sz w:val="22"/>
        </w:rPr>
        <w:t xml:space="preserve">Lucy  </w:t>
      </w:r>
      <w:r>
        <w:rPr>
          <w:rFonts w:ascii="Arial" w:hAnsi="Arial"/>
          <w:color w:val="5D7284"/>
          <w:sz w:val="22"/>
        </w:rPr>
        <w:t>58:01</w:t>
      </w:r>
    </w:p>
    <w:p>
      <w:pPr>
        <w:spacing w:after="0"/>
      </w:pPr>
      <w:r>
        <w:rPr>
          <w:rFonts w:ascii="Arial" w:hAnsi="Arial"/>
          <w:sz w:val="22"/>
        </w:rPr>
        <w:t xml:space="preserve">That's my goal. </w:t>
      </w:r>
    </w:p>
    <w:p>
      <w:pPr>
        <w:spacing w:after="0"/>
      </w:pPr>
    </w:p>
    <w:p>
      <w:pPr>
        <w:spacing w:after="0"/>
      </w:pPr>
      <w:r>
        <w:rPr>
          <w:rFonts w:ascii="Arial" w:hAnsi="Arial"/>
          <w:b/>
          <w:sz w:val="22"/>
        </w:rPr>
        <w:t xml:space="preserve">Alice  </w:t>
      </w:r>
      <w:r>
        <w:rPr>
          <w:rFonts w:ascii="Arial" w:hAnsi="Arial"/>
          <w:color w:val="5D7284"/>
          <w:sz w:val="22"/>
        </w:rPr>
        <w:t>58:03</w:t>
      </w:r>
    </w:p>
    <w:p>
      <w:pPr>
        <w:spacing w:after="0"/>
      </w:pPr>
      <w:r>
        <w:rPr>
          <w:rFonts w:ascii="Arial" w:hAnsi="Arial"/>
          <w:sz w:val="22"/>
        </w:rPr>
        <w:t>I was gonna say your students must love you!</w:t>
      </w:r>
    </w:p>
    <w:p>
      <w:pPr>
        <w:spacing w:after="0"/>
      </w:pPr>
    </w:p>
    <w:p>
      <w:pPr>
        <w:spacing w:after="0"/>
      </w:pPr>
      <w:r>
        <w:rPr>
          <w:rFonts w:ascii="Arial" w:hAnsi="Arial"/>
          <w:b/>
          <w:sz w:val="22"/>
        </w:rPr>
        <w:t xml:space="preserve">Damien Williams  </w:t>
      </w:r>
      <w:r>
        <w:rPr>
          <w:rFonts w:ascii="Arial" w:hAnsi="Arial"/>
          <w:color w:val="5D7284"/>
          <w:sz w:val="22"/>
        </w:rPr>
        <w:t>58:09</w:t>
      </w:r>
    </w:p>
    <w:p>
      <w:pPr>
        <w:spacing w:after="0"/>
      </w:pPr>
      <w:r>
        <w:rPr>
          <w:rFonts w:ascii="Arial" w:hAnsi="Arial"/>
          <w:sz w:val="22"/>
        </w:rPr>
        <w:t>That is the strategy like in a nutshell, like that is exactly it. [laughs] Wonderful.</w:t>
      </w:r>
    </w:p>
    <w:p>
      <w:pPr>
        <w:spacing w:after="0"/>
      </w:pPr>
    </w:p>
    <w:p>
      <w:pPr>
        <w:spacing w:after="0"/>
      </w:pPr>
      <w:r>
        <w:rPr>
          <w:rFonts w:ascii="Arial" w:hAnsi="Arial"/>
          <w:b/>
          <w:sz w:val="22"/>
        </w:rPr>
        <w:t xml:space="preserve">Lucy  </w:t>
      </w:r>
      <w:r>
        <w:rPr>
          <w:rFonts w:ascii="Arial" w:hAnsi="Arial"/>
          <w:color w:val="5D7284"/>
          <w:sz w:val="22"/>
        </w:rPr>
        <w:t>58:18</w:t>
      </w:r>
    </w:p>
    <w:p>
      <w:pPr>
        <w:spacing w:after="0"/>
      </w:pPr>
      <w:r>
        <w:rPr>
          <w:rFonts w:ascii="Arial" w:hAnsi="Arial"/>
          <w:sz w:val="22"/>
        </w:rPr>
        <w:t xml:space="preserve">Yeah, there you go. Like Alice said I think your students must love you, it's been a delight. </w:t>
      </w:r>
    </w:p>
    <w:p>
      <w:pPr>
        <w:spacing w:after="0"/>
      </w:pPr>
    </w:p>
    <w:p>
      <w:pPr>
        <w:spacing w:after="0"/>
      </w:pPr>
      <w:r>
        <w:rPr>
          <w:rFonts w:ascii="Arial" w:hAnsi="Arial"/>
          <w:b/>
          <w:sz w:val="22"/>
        </w:rPr>
        <w:t xml:space="preserve">Lucy  </w:t>
      </w:r>
      <w:r>
        <w:rPr>
          <w:rFonts w:ascii="Arial" w:hAnsi="Arial"/>
          <w:color w:val="5D7284"/>
          <w:sz w:val="22"/>
        </w:rPr>
        <w:t>58:24</w:t>
      </w:r>
    </w:p>
    <w:p>
      <w:pPr>
        <w:spacing w:after="0"/>
      </w:pPr>
      <w:r>
        <w:rPr>
          <w:rFonts w:ascii="Arial" w:hAnsi="Arial"/>
          <w:sz w:val="22"/>
        </w:rPr>
        <w:t xml:space="preserve">To sit and listen to you. </w:t>
      </w:r>
    </w:p>
    <w:p>
      <w:pPr>
        <w:spacing w:after="0"/>
      </w:pPr>
    </w:p>
    <w:p>
      <w:pPr>
        <w:spacing w:after="0"/>
      </w:pPr>
      <w:r>
        <w:rPr>
          <w:rFonts w:ascii="Arial" w:hAnsi="Arial"/>
          <w:b/>
          <w:sz w:val="22"/>
        </w:rPr>
        <w:t xml:space="preserve">Damien Williams  </w:t>
      </w:r>
      <w:r>
        <w:rPr>
          <w:rFonts w:ascii="Arial" w:hAnsi="Arial"/>
          <w:color w:val="5D7284"/>
          <w:sz w:val="22"/>
        </w:rPr>
        <w:t>58:24</w:t>
      </w:r>
    </w:p>
    <w:p>
      <w:pPr>
        <w:spacing w:after="0"/>
      </w:pPr>
      <w:r>
        <w:rPr>
          <w:rFonts w:ascii="Arial" w:hAnsi="Arial"/>
          <w:sz w:val="22"/>
        </w:rPr>
        <w:t>I hope so</w:t>
      </w:r>
    </w:p>
    <w:p>
      <w:pPr>
        <w:spacing w:after="0"/>
      </w:pPr>
    </w:p>
    <w:p>
      <w:pPr>
        <w:spacing w:after="0"/>
      </w:pPr>
      <w:r>
        <w:rPr>
          <w:rFonts w:ascii="Arial" w:hAnsi="Arial"/>
          <w:b/>
          <w:sz w:val="22"/>
        </w:rPr>
        <w:t xml:space="preserve">Damien Williams  </w:t>
      </w:r>
      <w:r>
        <w:rPr>
          <w:rFonts w:ascii="Arial" w:hAnsi="Arial"/>
          <w:color w:val="5D7284"/>
          <w:sz w:val="22"/>
        </w:rPr>
        <w:t>58:25</w:t>
      </w:r>
    </w:p>
    <w:p>
      <w:pPr>
        <w:spacing w:after="0"/>
      </w:pPr>
      <w:r>
        <w:rPr>
          <w:rFonts w:ascii="Arial" w:hAnsi="Arial"/>
          <w:sz w:val="22"/>
        </w:rPr>
        <w:t xml:space="preserve">Thank you so much y'all. </w:t>
      </w:r>
    </w:p>
    <w:p>
      <w:pPr>
        <w:spacing w:after="0"/>
      </w:pPr>
    </w:p>
    <w:p>
      <w:pPr>
        <w:spacing w:after="0"/>
      </w:pPr>
      <w:r>
        <w:rPr>
          <w:rFonts w:ascii="Arial" w:hAnsi="Arial"/>
          <w:b/>
          <w:sz w:val="22"/>
        </w:rPr>
        <w:t xml:space="preserve">Lucy  </w:t>
      </w:r>
      <w:r>
        <w:rPr>
          <w:rFonts w:ascii="Arial" w:hAnsi="Arial"/>
          <w:color w:val="5D7284"/>
          <w:sz w:val="22"/>
        </w:rPr>
        <w:t>58:27</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58:27</w:t>
      </w:r>
    </w:p>
    <w:p>
      <w:pPr>
        <w:spacing w:after="0"/>
      </w:pPr>
      <w:r>
        <w:rPr>
          <w:rFonts w:ascii="Arial" w:hAnsi="Arial"/>
          <w:sz w:val="22"/>
        </w:rPr>
        <w:t>So, other than at the front of a lecture theatre, where can people find you Damien, anything on socials or anything you'd like to share?</w:t>
      </w:r>
    </w:p>
    <w:p>
      <w:pPr>
        <w:spacing w:after="0"/>
      </w:pPr>
    </w:p>
    <w:p>
      <w:pPr>
        <w:spacing w:after="0"/>
      </w:pPr>
      <w:r>
        <w:rPr>
          <w:rFonts w:ascii="Arial" w:hAnsi="Arial"/>
          <w:b/>
          <w:sz w:val="22"/>
        </w:rPr>
        <w:t xml:space="preserve">Damien Williams  </w:t>
      </w:r>
      <w:r>
        <w:rPr>
          <w:rFonts w:ascii="Arial" w:hAnsi="Arial"/>
          <w:color w:val="5D7284"/>
          <w:sz w:val="22"/>
        </w:rPr>
        <w:t>58:36</w:t>
      </w:r>
    </w:p>
    <w:p>
      <w:pPr>
        <w:spacing w:after="0"/>
      </w:pPr>
      <w:r>
        <w:rPr>
          <w:rFonts w:ascii="Arial" w:hAnsi="Arial"/>
          <w:sz w:val="22"/>
        </w:rPr>
        <w:t>I am, I'm online in a number of places you can find me the most easily and get access to the majority of those places at a future worth thinking about.com. That is my personal website. And it's got links to many of my papers, articles that are published interviews like this one. And it's got, just Random Ruminations and thoughts from various other perspectives on this as well. So yeah, that's the easiest place to find me.</w:t>
      </w:r>
    </w:p>
    <w:p>
      <w:pPr>
        <w:spacing w:after="0"/>
      </w:pPr>
    </w:p>
    <w:p>
      <w:pPr>
        <w:spacing w:after="0"/>
      </w:pPr>
      <w:r>
        <w:rPr>
          <w:rFonts w:ascii="Arial" w:hAnsi="Arial"/>
          <w:b/>
          <w:sz w:val="22"/>
        </w:rPr>
        <w:t xml:space="preserve">Alice  </w:t>
      </w:r>
      <w:r>
        <w:rPr>
          <w:rFonts w:ascii="Arial" w:hAnsi="Arial"/>
          <w:color w:val="5D7284"/>
          <w:sz w:val="22"/>
        </w:rPr>
        <w:t>59:09</w:t>
      </w:r>
    </w:p>
    <w:p>
      <w:pPr>
        <w:spacing w:after="0"/>
      </w:pPr>
      <w:r>
        <w:rPr>
          <w:rFonts w:ascii="Arial" w:hAnsi="Arial"/>
          <w:sz w:val="22"/>
        </w:rPr>
        <w:t>Beautiful</w:t>
      </w:r>
    </w:p>
    <w:p>
      <w:pPr>
        <w:spacing w:after="0"/>
      </w:pPr>
    </w:p>
    <w:p>
      <w:pPr>
        <w:spacing w:after="0"/>
      </w:pPr>
      <w:r>
        <w:rPr>
          <w:rFonts w:ascii="Arial" w:hAnsi="Arial"/>
          <w:b/>
          <w:sz w:val="22"/>
        </w:rPr>
        <w:t xml:space="preserve">Lucy  </w:t>
      </w:r>
      <w:r>
        <w:rPr>
          <w:rFonts w:ascii="Arial" w:hAnsi="Arial"/>
          <w:color w:val="5D7284"/>
          <w:sz w:val="22"/>
        </w:rPr>
        <w:t>59:10</w:t>
      </w:r>
    </w:p>
    <w:p>
      <w:pPr>
        <w:spacing w:after="0"/>
      </w:pPr>
      <w:r>
        <w:rPr>
          <w:rFonts w:ascii="Arial" w:hAnsi="Arial"/>
          <w:sz w:val="22"/>
        </w:rPr>
        <w:t xml:space="preserve">We'll make sure that we put all the links and everything, to everything we've talked about and whatnot, where people can find you on the show notes of this episode on our website so people be able to find you really easily. </w:t>
      </w:r>
    </w:p>
    <w:p>
      <w:pPr>
        <w:spacing w:after="0"/>
      </w:pPr>
    </w:p>
    <w:p>
      <w:pPr>
        <w:spacing w:after="0"/>
      </w:pPr>
      <w:r>
        <w:rPr>
          <w:rFonts w:ascii="Arial" w:hAnsi="Arial"/>
          <w:b/>
          <w:sz w:val="22"/>
        </w:rPr>
        <w:t xml:space="preserve">Damien Williams  </w:t>
      </w:r>
      <w:r>
        <w:rPr>
          <w:rFonts w:ascii="Arial" w:hAnsi="Arial"/>
          <w:color w:val="5D7284"/>
          <w:sz w:val="22"/>
        </w:rPr>
        <w:t>59:21</w:t>
      </w:r>
    </w:p>
    <w:p>
      <w:pPr>
        <w:spacing w:after="0"/>
      </w:pPr>
      <w:r>
        <w:rPr>
          <w:rFonts w:ascii="Arial" w:hAnsi="Arial"/>
          <w:sz w:val="22"/>
        </w:rPr>
        <w:t>Thank you so much</w:t>
      </w:r>
    </w:p>
    <w:p>
      <w:pPr>
        <w:spacing w:after="0"/>
      </w:pPr>
    </w:p>
    <w:p>
      <w:pPr>
        <w:spacing w:after="0"/>
      </w:pPr>
      <w:r>
        <w:rPr>
          <w:rFonts w:ascii="Arial" w:hAnsi="Arial"/>
          <w:b/>
          <w:sz w:val="22"/>
        </w:rPr>
        <w:t xml:space="preserve">Lucy  </w:t>
      </w:r>
      <w:r>
        <w:rPr>
          <w:rFonts w:ascii="Arial" w:hAnsi="Arial"/>
          <w:color w:val="5D7284"/>
          <w:sz w:val="22"/>
        </w:rPr>
        <w:t>59:21</w:t>
      </w:r>
    </w:p>
    <w:p>
      <w:pPr>
        <w:spacing w:after="0"/>
      </w:pPr>
      <w:r>
        <w:rPr>
          <w:rFonts w:ascii="Arial" w:hAnsi="Arial"/>
          <w:sz w:val="22"/>
        </w:rPr>
        <w:t xml:space="preserve">Thank you so much for joining us, Damien. if you're ever in England and fancy a pint in a pub there, give us a shout because I'll happily sit and listen to you all evening! </w:t>
      </w:r>
    </w:p>
    <w:p>
      <w:pPr>
        <w:spacing w:after="0"/>
      </w:pPr>
    </w:p>
    <w:p>
      <w:pPr>
        <w:spacing w:after="0"/>
      </w:pPr>
      <w:r>
        <w:rPr>
          <w:rFonts w:ascii="Arial" w:hAnsi="Arial"/>
          <w:b/>
          <w:sz w:val="22"/>
        </w:rPr>
        <w:t xml:space="preserve">Alice  </w:t>
      </w:r>
      <w:r>
        <w:rPr>
          <w:rFonts w:ascii="Arial" w:hAnsi="Arial"/>
          <w:color w:val="5D7284"/>
          <w:sz w:val="22"/>
        </w:rPr>
        <w:t>59:31</w:t>
      </w:r>
    </w:p>
    <w:p>
      <w:pPr>
        <w:spacing w:after="0"/>
      </w:pPr>
      <w:r>
        <w:rPr>
          <w:rFonts w:ascii="Arial" w:hAnsi="Arial"/>
          <w:sz w:val="22"/>
        </w:rPr>
        <w:t>Absolutely.</w:t>
      </w:r>
    </w:p>
    <w:p>
      <w:pPr>
        <w:spacing w:after="0"/>
      </w:pPr>
    </w:p>
    <w:p>
      <w:pPr>
        <w:spacing w:after="0"/>
      </w:pPr>
      <w:r>
        <w:rPr>
          <w:rFonts w:ascii="Arial" w:hAnsi="Arial"/>
          <w:b/>
          <w:sz w:val="22"/>
        </w:rPr>
        <w:t xml:space="preserve">Damien Williams  </w:t>
      </w:r>
      <w:r>
        <w:rPr>
          <w:rFonts w:ascii="Arial" w:hAnsi="Arial"/>
          <w:color w:val="5D7284"/>
          <w:sz w:val="22"/>
        </w:rPr>
        <w:t>59:32</w:t>
      </w:r>
    </w:p>
    <w:p>
      <w:pPr>
        <w:spacing w:after="0"/>
      </w:pPr>
      <w:r>
        <w:rPr>
          <w:rFonts w:ascii="Arial" w:hAnsi="Arial"/>
          <w:sz w:val="22"/>
        </w:rPr>
        <w:t>Absolultely, would love to do so absolutely.</w:t>
      </w:r>
    </w:p>
    <w:p>
      <w:pPr>
        <w:spacing w:after="0"/>
      </w:pPr>
    </w:p>
    <w:p>
      <w:pPr>
        <w:spacing w:after="0"/>
      </w:pPr>
      <w:r>
        <w:rPr>
          <w:rFonts w:ascii="Arial" w:hAnsi="Arial"/>
          <w:b/>
          <w:sz w:val="22"/>
        </w:rPr>
        <w:t xml:space="preserve">Lucy  </w:t>
      </w:r>
      <w:r>
        <w:rPr>
          <w:rFonts w:ascii="Arial" w:hAnsi="Arial"/>
          <w:color w:val="5D7284"/>
          <w:sz w:val="22"/>
        </w:rPr>
        <w:t>59:33</w:t>
      </w:r>
    </w:p>
    <w:p>
      <w:pPr>
        <w:spacing w:after="0"/>
      </w:pPr>
      <w:r>
        <w:rPr>
          <w:rFonts w:ascii="Arial" w:hAnsi="Arial"/>
          <w:sz w:val="22"/>
        </w:rPr>
        <w:t>Whether you like it or not. I'll be there going yeah tell me some more!</w:t>
      </w:r>
    </w:p>
    <w:p>
      <w:pPr>
        <w:spacing w:after="0"/>
      </w:pPr>
    </w:p>
    <w:p>
      <w:pPr>
        <w:spacing w:after="0"/>
      </w:pPr>
      <w:r>
        <w:rPr>
          <w:rFonts w:ascii="Arial" w:hAnsi="Arial"/>
          <w:b/>
          <w:sz w:val="22"/>
        </w:rPr>
        <w:t xml:space="preserve">Alice  </w:t>
      </w:r>
      <w:r>
        <w:rPr>
          <w:rFonts w:ascii="Arial" w:hAnsi="Arial"/>
          <w:color w:val="5D7284"/>
          <w:sz w:val="22"/>
        </w:rPr>
        <w:t>59:36</w:t>
      </w:r>
    </w:p>
    <w:p>
      <w:pPr>
        <w:spacing w:after="0"/>
      </w:pPr>
      <w:r>
        <w:rPr>
          <w:rFonts w:ascii="Arial" w:hAnsi="Arial"/>
          <w:sz w:val="22"/>
        </w:rPr>
        <w:t>[laughs]</w:t>
      </w:r>
    </w:p>
    <w:p>
      <w:pPr>
        <w:spacing w:after="0"/>
      </w:pPr>
    </w:p>
    <w:p>
      <w:pPr>
        <w:spacing w:after="0"/>
      </w:pPr>
      <w:r>
        <w:rPr>
          <w:rFonts w:ascii="Arial" w:hAnsi="Arial"/>
          <w:b/>
          <w:sz w:val="22"/>
        </w:rPr>
        <w:t xml:space="preserve">Damien Williams  </w:t>
      </w:r>
      <w:r>
        <w:rPr>
          <w:rFonts w:ascii="Arial" w:hAnsi="Arial"/>
          <w:color w:val="5D7284"/>
          <w:sz w:val="22"/>
        </w:rPr>
        <w:t>59:38</w:t>
      </w:r>
    </w:p>
    <w:p>
      <w:pPr>
        <w:spacing w:after="0"/>
      </w:pPr>
      <w:r>
        <w:rPr>
          <w:rFonts w:ascii="Arial" w:hAnsi="Arial"/>
          <w:sz w:val="22"/>
        </w:rPr>
        <w:t xml:space="preserve">[laughs] happy to do it. </w:t>
      </w:r>
    </w:p>
    <w:p>
      <w:pPr>
        <w:spacing w:after="0"/>
      </w:pPr>
    </w:p>
    <w:p>
      <w:pPr>
        <w:spacing w:after="0"/>
      </w:pPr>
      <w:r>
        <w:rPr>
          <w:rFonts w:ascii="Arial" w:hAnsi="Arial"/>
          <w:b/>
          <w:sz w:val="22"/>
        </w:rPr>
        <w:t xml:space="preserve">Lucy  </w:t>
      </w:r>
      <w:r>
        <w:rPr>
          <w:rFonts w:ascii="Arial" w:hAnsi="Arial"/>
          <w:color w:val="5D7284"/>
          <w:sz w:val="22"/>
        </w:rPr>
        <w:t>59:39</w:t>
      </w:r>
    </w:p>
    <w:p>
      <w:pPr>
        <w:spacing w:after="0"/>
      </w:pPr>
      <w:r>
        <w:rPr>
          <w:rFonts w:ascii="Arial" w:hAnsi="Arial"/>
          <w:sz w:val="22"/>
        </w:rPr>
        <w:t xml:space="preserve">Brilliant </w:t>
      </w:r>
    </w:p>
    <w:p>
      <w:pPr>
        <w:spacing w:after="0"/>
      </w:pPr>
    </w:p>
    <w:p>
      <w:pPr>
        <w:spacing w:after="0"/>
      </w:pPr>
      <w:r>
        <w:rPr>
          <w:rFonts w:ascii="Arial" w:hAnsi="Arial"/>
          <w:b/>
          <w:sz w:val="22"/>
        </w:rPr>
        <w:t xml:space="preserve">Damien Williams  </w:t>
      </w:r>
      <w:r>
        <w:rPr>
          <w:rFonts w:ascii="Arial" w:hAnsi="Arial"/>
          <w:color w:val="5D7284"/>
          <w:sz w:val="22"/>
        </w:rPr>
        <w:t>59:40</w:t>
      </w:r>
    </w:p>
    <w:p>
      <w:pPr>
        <w:spacing w:after="0"/>
      </w:pPr>
      <w:r>
        <w:rPr>
          <w:rFonts w:ascii="Arial" w:hAnsi="Arial"/>
          <w:sz w:val="22"/>
        </w:rPr>
        <w:t>This has been a fantastic -</w:t>
      </w:r>
    </w:p>
    <w:p>
      <w:pPr>
        <w:spacing w:after="0"/>
      </w:pPr>
    </w:p>
    <w:p>
      <w:pPr>
        <w:spacing w:after="0"/>
      </w:pPr>
      <w:r>
        <w:rPr>
          <w:rFonts w:ascii="Arial" w:hAnsi="Arial"/>
          <w:b/>
          <w:sz w:val="22"/>
        </w:rPr>
        <w:t xml:space="preserve">Lucy  </w:t>
      </w:r>
      <w:r>
        <w:rPr>
          <w:rFonts w:ascii="Arial" w:hAnsi="Arial"/>
          <w:color w:val="5D7284"/>
          <w:sz w:val="22"/>
        </w:rPr>
        <w:t>59:41</w:t>
      </w:r>
    </w:p>
    <w:p>
      <w:pPr>
        <w:spacing w:after="0"/>
      </w:pPr>
      <w:r>
        <w:rPr>
          <w:rFonts w:ascii="Arial" w:hAnsi="Arial"/>
          <w:sz w:val="22"/>
        </w:rPr>
        <w:t>Great stuff.</w:t>
      </w:r>
    </w:p>
    <w:p>
      <w:pPr>
        <w:spacing w:after="0"/>
      </w:pPr>
    </w:p>
    <w:p>
      <w:pPr>
        <w:spacing w:after="0"/>
      </w:pPr>
      <w:r>
        <w:rPr>
          <w:rFonts w:ascii="Arial" w:hAnsi="Arial"/>
          <w:b/>
          <w:sz w:val="22"/>
        </w:rPr>
        <w:t xml:space="preserve">Damien Williams  </w:t>
      </w:r>
      <w:r>
        <w:rPr>
          <w:rFonts w:ascii="Arial" w:hAnsi="Arial"/>
          <w:color w:val="5D7284"/>
          <w:sz w:val="22"/>
        </w:rPr>
        <w:t>59:42</w:t>
      </w:r>
    </w:p>
    <w:p>
      <w:pPr>
        <w:spacing w:after="0"/>
      </w:pPr>
      <w:r>
        <w:rPr>
          <w:rFonts w:ascii="Arial" w:hAnsi="Arial"/>
          <w:sz w:val="22"/>
        </w:rPr>
        <w:t>Thanks y'all</w:t>
      </w:r>
    </w:p>
    <w:p>
      <w:pPr>
        <w:spacing w:after="0"/>
      </w:pPr>
    </w:p>
    <w:p>
      <w:pPr>
        <w:spacing w:after="0"/>
      </w:pPr>
      <w:r>
        <w:rPr>
          <w:rFonts w:ascii="Arial" w:hAnsi="Arial"/>
          <w:b/>
          <w:sz w:val="22"/>
        </w:rPr>
        <w:t xml:space="preserve">Alice  </w:t>
      </w:r>
      <w:r>
        <w:rPr>
          <w:rFonts w:ascii="Arial" w:hAnsi="Arial"/>
          <w:color w:val="5D7284"/>
          <w:sz w:val="22"/>
        </w:rPr>
        <w:t>59:43</w:t>
      </w:r>
    </w:p>
    <w:p>
      <w:pPr>
        <w:spacing w:after="0"/>
      </w:pPr>
      <w:r>
        <w:rPr>
          <w:rFonts w:ascii="Arial" w:hAnsi="Arial"/>
          <w:sz w:val="22"/>
        </w:rPr>
        <w:t>Thank you. if you enjoyed this episode, you can leave us a review on Apple podcasts and you can rate us across most of the social media platforms and please also share the show with your friends because it's a really good way of helping us out build our listenership. I think that's everything Lucy -</w:t>
      </w:r>
    </w:p>
    <w:p>
      <w:pPr>
        <w:spacing w:after="0"/>
      </w:pPr>
    </w:p>
    <w:p>
      <w:pPr>
        <w:spacing w:after="0"/>
      </w:pPr>
      <w:r>
        <w:rPr>
          <w:rFonts w:ascii="Arial" w:hAnsi="Arial"/>
          <w:b/>
          <w:sz w:val="22"/>
        </w:rPr>
        <w:t xml:space="preserve">Lucy  </w:t>
      </w:r>
      <w:r>
        <w:rPr>
          <w:rFonts w:ascii="Arial" w:hAnsi="Arial"/>
          <w:color w:val="5D7284"/>
          <w:sz w:val="22"/>
        </w:rPr>
        <w:t>1:00:04</w:t>
      </w:r>
    </w:p>
    <w:p>
      <w:pPr>
        <w:spacing w:after="0"/>
      </w:pPr>
      <w:r>
        <w:rPr>
          <w:rFonts w:ascii="Arial" w:hAnsi="Arial"/>
          <w:sz w:val="22"/>
        </w:rPr>
        <w:t xml:space="preserve"> I think so</w:t>
      </w:r>
    </w:p>
    <w:p>
      <w:pPr>
        <w:spacing w:after="0"/>
      </w:pPr>
    </w:p>
    <w:p>
      <w:pPr>
        <w:spacing w:after="0"/>
      </w:pPr>
      <w:r>
        <w:rPr>
          <w:rFonts w:ascii="Arial" w:hAnsi="Arial"/>
          <w:b/>
          <w:sz w:val="22"/>
        </w:rPr>
        <w:t xml:space="preserve">Alice  </w:t>
      </w:r>
      <w:r>
        <w:rPr>
          <w:rFonts w:ascii="Arial" w:hAnsi="Arial"/>
          <w:color w:val="5D7284"/>
          <w:sz w:val="22"/>
        </w:rPr>
        <w:t>1:00:04</w:t>
      </w:r>
    </w:p>
    <w:p>
      <w:pPr>
        <w:spacing w:after="0"/>
      </w:pPr>
      <w:r>
        <w:rPr>
          <w:rFonts w:ascii="Arial" w:hAnsi="Arial"/>
          <w:sz w:val="22"/>
        </w:rPr>
        <w:t>This is. This is a wrap on the Technology Series.</w:t>
      </w:r>
    </w:p>
    <w:p>
      <w:pPr>
        <w:spacing w:after="0"/>
      </w:pPr>
    </w:p>
    <w:p>
      <w:pPr>
        <w:spacing w:after="0"/>
      </w:pPr>
      <w:r>
        <w:rPr>
          <w:rFonts w:ascii="Arial" w:hAnsi="Arial"/>
          <w:b/>
          <w:sz w:val="22"/>
        </w:rPr>
        <w:t xml:space="preserve">Lucy  </w:t>
      </w:r>
      <w:r>
        <w:rPr>
          <w:rFonts w:ascii="Arial" w:hAnsi="Arial"/>
          <w:color w:val="5D7284"/>
          <w:sz w:val="22"/>
        </w:rPr>
        <w:t>1:00:09</w:t>
      </w:r>
    </w:p>
    <w:p>
      <w:pPr>
        <w:spacing w:after="0"/>
      </w:pPr>
      <w:r>
        <w:rPr>
          <w:rFonts w:ascii="Arial" w:hAnsi="Arial"/>
          <w:sz w:val="22"/>
        </w:rPr>
        <w:t>I'm gonna go and lie down in a dark room</w:t>
      </w:r>
    </w:p>
    <w:p>
      <w:pPr>
        <w:spacing w:after="0"/>
      </w:pPr>
    </w:p>
    <w:p>
      <w:pPr>
        <w:spacing w:after="0"/>
      </w:pPr>
      <w:r>
        <w:rPr>
          <w:rFonts w:ascii="Arial" w:hAnsi="Arial"/>
          <w:b/>
          <w:sz w:val="22"/>
        </w:rPr>
        <w:t xml:space="preserve">all  </w:t>
      </w:r>
      <w:r>
        <w:rPr>
          <w:rFonts w:ascii="Arial" w:hAnsi="Arial"/>
          <w:color w:val="5D7284"/>
          <w:sz w:val="22"/>
        </w:rPr>
        <w:t>1:00:11</w:t>
      </w:r>
    </w:p>
    <w:p>
      <w:pPr>
        <w:spacing w:after="0"/>
      </w:pPr>
      <w:r>
        <w:rPr>
          <w:rFonts w:ascii="Arial" w:hAnsi="Arial"/>
          <w:sz w:val="22"/>
        </w:rPr>
        <w:t>[laughing]</w:t>
      </w:r>
    </w:p>
    <w:p>
      <w:pPr>
        <w:spacing w:after="0"/>
      </w:pPr>
    </w:p>
    <w:p>
      <w:pPr>
        <w:spacing w:after="0"/>
      </w:pPr>
      <w:r>
        <w:rPr>
          <w:rFonts w:ascii="Arial" w:hAnsi="Arial"/>
          <w:b/>
          <w:sz w:val="22"/>
        </w:rPr>
        <w:t xml:space="preserve">Alice  </w:t>
      </w:r>
      <w:r>
        <w:rPr>
          <w:rFonts w:ascii="Arial" w:hAnsi="Arial"/>
          <w:color w:val="5D7284"/>
          <w:sz w:val="22"/>
        </w:rPr>
        <w:t>1:00:14</w:t>
      </w:r>
    </w:p>
    <w:p>
      <w:pPr>
        <w:spacing w:after="0"/>
      </w:pPr>
      <w:r>
        <w:rPr>
          <w:rFonts w:ascii="Arial" w:hAnsi="Arial"/>
          <w:sz w:val="22"/>
        </w:rPr>
        <w:t xml:space="preserve">and we will see all of you in a couple of weeks. We'll see you then. Bye bye </w:t>
      </w:r>
    </w:p>
    <w:p>
      <w:pPr>
        <w:spacing w:after="0"/>
      </w:pPr>
    </w:p>
    <w:p>
      <w:pPr>
        <w:spacing w:after="0"/>
      </w:pPr>
      <w:r>
        <w:rPr>
          <w:rFonts w:ascii="Arial" w:hAnsi="Arial"/>
          <w:b/>
          <w:sz w:val="22"/>
        </w:rPr>
        <w:t xml:space="preserve">Alice  </w:t>
      </w:r>
      <w:r>
        <w:rPr>
          <w:rFonts w:ascii="Arial" w:hAnsi="Arial"/>
          <w:color w:val="5D7284"/>
          <w:sz w:val="22"/>
        </w:rPr>
        <w:t>1:00:20</w:t>
      </w:r>
    </w:p>
    <w:p>
      <w:pPr>
        <w:spacing w:after="0"/>
      </w:pPr>
      <w:r>
        <w:rPr>
          <w:rFonts w:ascii="Arial" w:hAnsi="Arial"/>
          <w:sz w:val="22"/>
        </w:rPr>
        <w:t>Bye bye!</w:t>
      </w:r>
    </w:p>
    <w:p>
      <w:pPr>
        <w:spacing w:after="0"/>
      </w:pPr>
    </w:p>
    <w:p>
      <w:pPr>
        <w:spacing w:after="0"/>
      </w:pPr>
      <w:r>
        <w:rPr>
          <w:rFonts w:ascii="Arial" w:hAnsi="Arial"/>
          <w:b/>
          <w:sz w:val="22"/>
        </w:rPr>
        <w:t xml:space="preserve">Alice  </w:t>
      </w:r>
      <w:r>
        <w:rPr>
          <w:rFonts w:ascii="Arial" w:hAnsi="Arial"/>
          <w:color w:val="5D7284"/>
          <w:sz w:val="22"/>
        </w:rPr>
        <w:t>1:00:21</w:t>
      </w:r>
    </w:p>
    <w:p>
      <w:pPr>
        <w:spacing w:after="0"/>
      </w:pPr>
      <w:r>
        <w:rPr>
          <w:rFonts w:ascii="Arial" w:hAnsi="Arial"/>
          <w:sz w:val="22"/>
        </w:rPr>
        <w:t>[dog snoring] Shh! Don't wake Dora. Thanks for listening to the lABLEd Podcast. if you liked the show, you can rate review and subscribe and you can follow us on social media at lABLEd Pod.</w:t>
      </w:r>
    </w:p>
    <w:p>
      <w:pPr>
        <w:spacing w:after="0"/>
      </w:pPr>
    </w:p>
    <w:p>
      <w:pPr>
        <w:spacing w:after="0"/>
      </w:pPr>
      <w:r>
        <w:rPr>
          <w:rFonts w:ascii="Arial" w:hAnsi="Arial"/>
          <w:b/>
          <w:sz w:val="22"/>
        </w:rPr>
        <w:t xml:space="preserve">Lucy  </w:t>
      </w:r>
      <w:r>
        <w:rPr>
          <w:rFonts w:ascii="Arial" w:hAnsi="Arial"/>
          <w:color w:val="5D7284"/>
          <w:sz w:val="22"/>
        </w:rPr>
        <w:t>1:00:36</w:t>
      </w:r>
    </w:p>
    <w:p>
      <w:pPr>
        <w:spacing w:after="0"/>
      </w:pPr>
      <w:r>
        <w:rPr>
          <w:rFonts w:ascii="Arial" w:hAnsi="Arial"/>
          <w:sz w:val="22"/>
        </w:rPr>
        <w:t>This episode was edited by Adam Hull music was by Maisie Crunden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