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 xml:space="preserve">fABLEd 8 Robocop </w:t>
      </w:r>
    </w:p>
    <w:p>
      <w:r>
        <w:rPr>
          <w:rFonts w:ascii="Arial" w:hAnsi="Arial"/>
          <w:color w:val="4F6880"/>
          <w:sz w:val="22"/>
        </w:rPr>
        <w:t>Mon, Nov 20, 2023 2:48PM • 56:24</w:t>
      </w:r>
    </w:p>
    <w:p>
      <w:pPr>
        <w:spacing w:before="440" w:after="0"/>
      </w:pPr>
      <w:r>
        <w:rPr>
          <w:rFonts w:ascii="Arial" w:hAnsi="Arial"/>
          <w:b/>
          <w:color w:val="4F6880"/>
          <w:sz w:val="22"/>
        </w:rPr>
        <w:t>SUMMARY KEYWORDS</w:t>
      </w:r>
    </w:p>
    <w:p>
      <w:r>
        <w:rPr>
          <w:rFonts w:ascii="Arial" w:hAnsi="Arial"/>
          <w:color w:val="4F6880"/>
          <w:sz w:val="22"/>
        </w:rPr>
        <w:t>robocop, disabled, disability, film, bit, people, robot, body, movie, murphy, violent, kill, feel, podcast, droid, cop, gun, humanity, starts, woman</w:t>
      </w:r>
    </w:p>
    <w:p>
      <w:pPr>
        <w:spacing w:before="440" w:after="0"/>
      </w:pPr>
      <w:r>
        <w:rPr>
          <w:rFonts w:ascii="Arial" w:hAnsi="Arial"/>
          <w:b/>
          <w:color w:val="4F6880"/>
          <w:sz w:val="22"/>
        </w:rPr>
        <w:t>SPEAKERS</w:t>
      </w:r>
    </w:p>
    <w:p>
      <w:r>
        <w:rPr>
          <w:rFonts w:ascii="Arial" w:hAnsi="Arial"/>
          <w:color w:val="4F6880"/>
          <w:sz w:val="22"/>
        </w:rPr>
        <w:t>introduction, Theme Tune, outro , Alice,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 And I'm Alice.</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I'm so much more than what you see, we all kive oue lives differently kaleidoscope identity, and this is who I meant to be, I'm  just labeledme. I just labeled me</w:t>
      </w:r>
    </w:p>
    <w:p>
      <w:pPr>
        <w:spacing w:after="0"/>
      </w:pPr>
    </w:p>
    <w:p>
      <w:pPr>
        <w:spacing w:after="0"/>
      </w:pPr>
      <w:r>
        <w:rPr>
          <w:rFonts w:ascii="Arial" w:hAnsi="Arial"/>
          <w:b/>
          <w:sz w:val="22"/>
        </w:rPr>
        <w:t xml:space="preserve">introduction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w:t>
      </w:r>
    </w:p>
    <w:p>
      <w:pPr>
        <w:spacing w:after="0"/>
      </w:pPr>
    </w:p>
    <w:p>
      <w:pPr>
        <w:spacing w:after="0"/>
      </w:pPr>
      <w:r>
        <w:rPr>
          <w:rFonts w:ascii="Arial" w:hAnsi="Arial"/>
          <w:b/>
          <w:sz w:val="22"/>
        </w:rPr>
        <w:t xml:space="preserve">Alice  </w:t>
      </w:r>
      <w:r>
        <w:rPr>
          <w:rFonts w:ascii="Arial" w:hAnsi="Arial"/>
          <w:color w:val="5D7284"/>
          <w:sz w:val="22"/>
        </w:rPr>
        <w:t>00:43</w:t>
      </w:r>
    </w:p>
    <w:p>
      <w:pPr>
        <w:spacing w:after="0"/>
      </w:pPr>
      <w:r>
        <w:rPr>
          <w:rFonts w:ascii="Arial" w:hAnsi="Arial"/>
          <w:sz w:val="22"/>
        </w:rPr>
        <w:t>(Lucy Laughing) I forgot to prep you and now we are recording!!!</w:t>
      </w:r>
    </w:p>
    <w:p>
      <w:pPr>
        <w:spacing w:after="0"/>
      </w:pPr>
    </w:p>
    <w:p>
      <w:pPr>
        <w:spacing w:after="0"/>
      </w:pPr>
      <w:r>
        <w:rPr>
          <w:rFonts w:ascii="Arial" w:hAnsi="Arial"/>
          <w:b/>
          <w:sz w:val="22"/>
        </w:rPr>
        <w:t xml:space="preserve">Lucy  </w:t>
      </w:r>
      <w:r>
        <w:rPr>
          <w:rFonts w:ascii="Arial" w:hAnsi="Arial"/>
          <w:color w:val="5D7284"/>
          <w:sz w:val="22"/>
        </w:rPr>
        <w:t>00:49</w:t>
      </w:r>
    </w:p>
    <w:p>
      <w:pPr>
        <w:spacing w:after="0"/>
      </w:pPr>
      <w:r>
        <w:rPr>
          <w:rFonts w:ascii="Arial" w:hAnsi="Arial"/>
          <w:sz w:val="22"/>
        </w:rPr>
        <w:t>yeah, we are so professional.</w:t>
      </w:r>
    </w:p>
    <w:p>
      <w:pPr>
        <w:spacing w:after="0"/>
      </w:pPr>
    </w:p>
    <w:p>
      <w:pPr>
        <w:spacing w:after="0"/>
      </w:pPr>
      <w:r>
        <w:rPr>
          <w:rFonts w:ascii="Arial" w:hAnsi="Arial"/>
          <w:b/>
          <w:sz w:val="22"/>
        </w:rPr>
        <w:t xml:space="preserve">Alice  </w:t>
      </w:r>
      <w:r>
        <w:rPr>
          <w:rFonts w:ascii="Arial" w:hAnsi="Arial"/>
          <w:color w:val="5D7284"/>
          <w:sz w:val="22"/>
        </w:rPr>
        <w:t>00:52</w:t>
      </w:r>
    </w:p>
    <w:p>
      <w:pPr>
        <w:spacing w:after="0"/>
      </w:pPr>
      <w:r>
        <w:rPr>
          <w:rFonts w:ascii="Arial" w:hAnsi="Arial"/>
          <w:sz w:val="22"/>
        </w:rPr>
        <w:t xml:space="preserve">This is the level podcast where everybody's always professional and on time and everything's well prepared and there's never any last minute panic. </w:t>
      </w:r>
    </w:p>
    <w:p>
      <w:pPr>
        <w:spacing w:after="0"/>
      </w:pPr>
    </w:p>
    <w:p>
      <w:pPr>
        <w:spacing w:after="0"/>
      </w:pPr>
      <w:r>
        <w:rPr>
          <w:rFonts w:ascii="Arial" w:hAnsi="Arial"/>
          <w:b/>
          <w:sz w:val="22"/>
        </w:rPr>
        <w:t xml:space="preserve">Lucy  </w:t>
      </w:r>
      <w:r>
        <w:rPr>
          <w:rFonts w:ascii="Arial" w:hAnsi="Arial"/>
          <w:color w:val="5D7284"/>
          <w:sz w:val="22"/>
        </w:rPr>
        <w:t>01:00</w:t>
      </w:r>
    </w:p>
    <w:p>
      <w:pPr>
        <w:spacing w:after="0"/>
      </w:pPr>
      <w:r>
        <w:rPr>
          <w:rFonts w:ascii="Arial" w:hAnsi="Arial"/>
          <w:sz w:val="22"/>
        </w:rPr>
        <w:t xml:space="preserve">I looked away from the screen back at the screen And I was like oh its counting down </w:t>
      </w:r>
    </w:p>
    <w:p>
      <w:pPr>
        <w:spacing w:after="0"/>
      </w:pPr>
    </w:p>
    <w:p>
      <w:pPr>
        <w:spacing w:after="0"/>
      </w:pPr>
      <w:r>
        <w:rPr>
          <w:rFonts w:ascii="Arial" w:hAnsi="Arial"/>
          <w:b/>
          <w:sz w:val="22"/>
        </w:rPr>
        <w:t xml:space="preserve">Alice  </w:t>
      </w:r>
      <w:r>
        <w:rPr>
          <w:rFonts w:ascii="Arial" w:hAnsi="Arial"/>
          <w:color w:val="5D7284"/>
          <w:sz w:val="22"/>
        </w:rPr>
        <w:t>01:05</w:t>
      </w:r>
    </w:p>
    <w:p>
      <w:pPr>
        <w:spacing w:after="0"/>
      </w:pPr>
      <w:r>
        <w:rPr>
          <w:rFonts w:ascii="Arial" w:hAnsi="Arial"/>
          <w:sz w:val="22"/>
        </w:rPr>
        <w:t xml:space="preserve">I think I meant to say, shall we start and then my fingers just click the button and I was like, Okay, off we go then </w:t>
      </w:r>
    </w:p>
    <w:p>
      <w:pPr>
        <w:spacing w:after="0"/>
      </w:pPr>
    </w:p>
    <w:p>
      <w:pPr>
        <w:spacing w:after="0"/>
      </w:pPr>
      <w:r>
        <w:rPr>
          <w:rFonts w:ascii="Arial" w:hAnsi="Arial"/>
          <w:b/>
          <w:sz w:val="22"/>
        </w:rPr>
        <w:t xml:space="preserve">Lucy  </w:t>
      </w:r>
      <w:r>
        <w:rPr>
          <w:rFonts w:ascii="Arial" w:hAnsi="Arial"/>
          <w:color w:val="5D7284"/>
          <w:sz w:val="22"/>
        </w:rPr>
        <w:t>01:15</w:t>
      </w:r>
    </w:p>
    <w:p>
      <w:pPr>
        <w:spacing w:after="0"/>
      </w:pPr>
      <w:r>
        <w:rPr>
          <w:rFonts w:ascii="Arial" w:hAnsi="Arial"/>
          <w:sz w:val="22"/>
        </w:rPr>
        <w:t xml:space="preserve">hello, everyone. </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Hi...yeah, as we said, lABLEd Podcast. I'm Alice. And</w:t>
      </w:r>
    </w:p>
    <w:p>
      <w:pPr>
        <w:spacing w:after="0"/>
      </w:pPr>
    </w:p>
    <w:p>
      <w:pPr>
        <w:spacing w:after="0"/>
      </w:pPr>
      <w:r>
        <w:rPr>
          <w:rFonts w:ascii="Arial" w:hAnsi="Arial"/>
          <w:b/>
          <w:sz w:val="22"/>
        </w:rPr>
        <w:t xml:space="preserve">Lucy  </w:t>
      </w:r>
      <w:r>
        <w:rPr>
          <w:rFonts w:ascii="Arial" w:hAnsi="Arial"/>
          <w:color w:val="5D7284"/>
          <w:sz w:val="22"/>
        </w:rPr>
        <w:t>01:25</w:t>
      </w:r>
    </w:p>
    <w:p>
      <w:pPr>
        <w:spacing w:after="0"/>
      </w:pPr>
      <w:r>
        <w:rPr>
          <w:rFonts w:ascii="Arial" w:hAnsi="Arial"/>
          <w:sz w:val="22"/>
        </w:rPr>
        <w:t>hello. We don't know how much of the original conversation you heard But you are listening to the lABLEd Podcast as Alice said, I have Lucy analysis over there. We're doing the fabled this week.</w:t>
      </w:r>
    </w:p>
    <w:p>
      <w:pPr>
        <w:spacing w:after="0"/>
      </w:pPr>
    </w:p>
    <w:p>
      <w:pPr>
        <w:spacing w:after="0"/>
      </w:pPr>
      <w:r>
        <w:rPr>
          <w:rFonts w:ascii="Arial" w:hAnsi="Arial"/>
          <w:b/>
          <w:sz w:val="22"/>
        </w:rPr>
        <w:t xml:space="preserve">Alice  </w:t>
      </w:r>
      <w:r>
        <w:rPr>
          <w:rFonts w:ascii="Arial" w:hAnsi="Arial"/>
          <w:color w:val="5D7284"/>
          <w:sz w:val="22"/>
        </w:rPr>
        <w:t>01:42</w:t>
      </w:r>
    </w:p>
    <w:p>
      <w:pPr>
        <w:spacing w:after="0"/>
      </w:pPr>
      <w:r>
        <w:rPr>
          <w:rFonts w:ascii="Arial" w:hAnsi="Arial"/>
          <w:sz w:val="22"/>
        </w:rPr>
        <w:t>Yes, this is the fabled I should have done for our disability Technology Series, rather than deciding I was going to do a James Bond villain, and then not doing any research until three days before the thing was due. I was like, oh, no, this isn't really disability technology at all. So what I did do was Doctor No, because like, I think we have to compensate you. And I may have had a conversation about it. And I just did a cursory googling of Bond villains because  Doctor No he's got a mechanical hand, he's obviously going to be super, super evil and like switches out his mechanical hand for like torture devices and stuff</w:t>
      </w:r>
    </w:p>
    <w:p>
      <w:pPr>
        <w:spacing w:after="0"/>
      </w:pPr>
    </w:p>
    <w:p>
      <w:pPr>
        <w:spacing w:after="0"/>
      </w:pPr>
      <w:r>
        <w:rPr>
          <w:rFonts w:ascii="Arial" w:hAnsi="Arial"/>
          <w:b/>
          <w:sz w:val="22"/>
        </w:rPr>
        <w:t xml:space="preserve">Lucy  </w:t>
      </w:r>
      <w:r>
        <w:rPr>
          <w:rFonts w:ascii="Arial" w:hAnsi="Arial"/>
          <w:color w:val="5D7284"/>
          <w:sz w:val="22"/>
        </w:rPr>
        <w:t>02:07</w:t>
      </w:r>
    </w:p>
    <w:p>
      <w:pPr>
        <w:spacing w:after="0"/>
      </w:pPr>
      <w:r>
        <w:rPr>
          <w:rFonts w:ascii="Arial" w:hAnsi="Arial"/>
          <w:sz w:val="22"/>
        </w:rPr>
        <w:t>like a gun from his hand</w:t>
      </w:r>
    </w:p>
    <w:p>
      <w:pPr>
        <w:spacing w:after="0"/>
      </w:pPr>
    </w:p>
    <w:p>
      <w:pPr>
        <w:spacing w:after="0"/>
      </w:pPr>
      <w:r>
        <w:rPr>
          <w:rFonts w:ascii="Arial" w:hAnsi="Arial"/>
          <w:b/>
          <w:sz w:val="22"/>
        </w:rPr>
        <w:t xml:space="preserve">Alice  </w:t>
      </w:r>
      <w:r>
        <w:rPr>
          <w:rFonts w:ascii="Arial" w:hAnsi="Arial"/>
          <w:color w:val="5D7284"/>
          <w:sz w:val="22"/>
        </w:rPr>
        <w:t>02:18</w:t>
      </w:r>
    </w:p>
    <w:p>
      <w:pPr>
        <w:spacing w:after="0"/>
      </w:pPr>
      <w:r>
        <w:rPr>
          <w:rFonts w:ascii="Arial" w:hAnsi="Arial"/>
          <w:sz w:val="22"/>
        </w:rPr>
        <w:t xml:space="preserve">Exactly Exactly But it is just a gentleman wearing a pair of gloves. </w:t>
      </w:r>
    </w:p>
    <w:p>
      <w:pPr>
        <w:spacing w:after="0"/>
      </w:pPr>
    </w:p>
    <w:p>
      <w:pPr>
        <w:spacing w:after="0"/>
      </w:pPr>
      <w:r>
        <w:rPr>
          <w:rFonts w:ascii="Arial" w:hAnsi="Arial"/>
          <w:b/>
          <w:sz w:val="22"/>
        </w:rPr>
        <w:t xml:space="preserve">Lucy  </w:t>
      </w:r>
      <w:r>
        <w:rPr>
          <w:rFonts w:ascii="Arial" w:hAnsi="Arial"/>
          <w:color w:val="5D7284"/>
          <w:sz w:val="22"/>
        </w:rPr>
        <w:t>02:29</w:t>
      </w:r>
    </w:p>
    <w:p>
      <w:pPr>
        <w:spacing w:after="0"/>
      </w:pPr>
      <w:r>
        <w:rPr>
          <w:rFonts w:ascii="Arial" w:hAnsi="Arial"/>
          <w:sz w:val="22"/>
        </w:rPr>
        <w:t>Nice that's as far as his disability.... laughing That's amazing...brilliant. like you know  those rumours you get when you're a teenager at school, and you're like, oh, yeah, I know some boy from the local school who did such and such. And it's like, it's never really see him, yeah, yeah, doctor knows got a mechanical hand because you never see.</w:t>
      </w:r>
    </w:p>
    <w:p>
      <w:pPr>
        <w:spacing w:after="0"/>
      </w:pPr>
    </w:p>
    <w:p>
      <w:pPr>
        <w:spacing w:after="0"/>
      </w:pPr>
      <w:r>
        <w:rPr>
          <w:rFonts w:ascii="Arial" w:hAnsi="Arial"/>
          <w:b/>
          <w:sz w:val="22"/>
        </w:rPr>
        <w:t xml:space="preserve">Alice  </w:t>
      </w:r>
      <w:r>
        <w:rPr>
          <w:rFonts w:ascii="Arial" w:hAnsi="Arial"/>
          <w:color w:val="5D7284"/>
          <w:sz w:val="22"/>
        </w:rPr>
        <w:t>02:59</w:t>
      </w:r>
    </w:p>
    <w:p>
      <w:pPr>
        <w:spacing w:after="0"/>
      </w:pPr>
      <w:r>
        <w:rPr>
          <w:rFonts w:ascii="Arial" w:hAnsi="Arial"/>
          <w:sz w:val="22"/>
        </w:rPr>
        <w:t>But I think I if you've not signed up to the mailing list, you can sign up, I go back and read the thing I wrote about Dr. No, I think I pulled out the bike in the end. Yeah. But yeah, that</w:t>
      </w:r>
    </w:p>
    <w:p>
      <w:pPr>
        <w:spacing w:after="0"/>
      </w:pPr>
    </w:p>
    <w:p>
      <w:pPr>
        <w:spacing w:after="0"/>
      </w:pPr>
      <w:r>
        <w:rPr>
          <w:rFonts w:ascii="Arial" w:hAnsi="Arial"/>
          <w:b/>
          <w:sz w:val="22"/>
        </w:rPr>
        <w:t xml:space="preserve">Lucy  </w:t>
      </w:r>
      <w:r>
        <w:rPr>
          <w:rFonts w:ascii="Arial" w:hAnsi="Arial"/>
          <w:color w:val="5D7284"/>
          <w:sz w:val="22"/>
        </w:rPr>
        <w:t>03:11</w:t>
      </w:r>
    </w:p>
    <w:p>
      <w:pPr>
        <w:spacing w:after="0"/>
      </w:pPr>
      <w:r>
        <w:rPr>
          <w:rFonts w:ascii="Arial" w:hAnsi="Arial"/>
          <w:sz w:val="22"/>
        </w:rPr>
        <w:t xml:space="preserve">ng was basically your little mermaid... gonna make this stick </w:t>
      </w:r>
    </w:p>
    <w:p>
      <w:pPr>
        <w:spacing w:after="0"/>
      </w:pPr>
    </w:p>
    <w:p>
      <w:pPr>
        <w:spacing w:after="0"/>
      </w:pPr>
      <w:r>
        <w:rPr>
          <w:rFonts w:ascii="Arial" w:hAnsi="Arial"/>
          <w:b/>
          <w:sz w:val="22"/>
        </w:rPr>
        <w:t xml:space="preserve">Alice  </w:t>
      </w:r>
      <w:r>
        <w:rPr>
          <w:rFonts w:ascii="Arial" w:hAnsi="Arial"/>
          <w:color w:val="5D7284"/>
          <w:sz w:val="22"/>
        </w:rPr>
        <w:t>03:17</w:t>
      </w:r>
    </w:p>
    <w:p>
      <w:pPr>
        <w:spacing w:after="0"/>
      </w:pPr>
      <w:r>
        <w:rPr>
          <w:rFonts w:ascii="Arial" w:hAnsi="Arial"/>
          <w:sz w:val="22"/>
        </w:rPr>
        <w:t>This is this one is still not in not certainly not as tenuous. But it is a little bit stretching, I think. So I think I talked about this actually, in my script. But the film that I'm going to talk about today generally is read as a kind of a commentary on capitalism. But I'm looking at it from a disability perspective, which it has been done from what I can see on the internet a little bit. But it's definitely, I think, a slightly unusual approach to take to it, but I think it'll work. I think you guys will find it interesting. I find it interesting. So and it's our podcast, so you have to listen.</w:t>
      </w:r>
    </w:p>
    <w:p>
      <w:pPr>
        <w:spacing w:after="0"/>
      </w:pPr>
    </w:p>
    <w:p>
      <w:pPr>
        <w:spacing w:after="0"/>
      </w:pPr>
      <w:r>
        <w:rPr>
          <w:rFonts w:ascii="Arial" w:hAnsi="Arial"/>
          <w:b/>
          <w:sz w:val="22"/>
        </w:rPr>
        <w:t xml:space="preserve">Lucy  </w:t>
      </w:r>
      <w:r>
        <w:rPr>
          <w:rFonts w:ascii="Arial" w:hAnsi="Arial"/>
          <w:color w:val="5D7284"/>
          <w:sz w:val="22"/>
        </w:rPr>
        <w:t>04:02</w:t>
      </w:r>
    </w:p>
    <w:p>
      <w:pPr>
        <w:spacing w:after="0"/>
      </w:pPr>
      <w:r>
        <w:rPr>
          <w:rFonts w:ascii="Arial" w:hAnsi="Arial"/>
          <w:sz w:val="22"/>
        </w:rPr>
        <w:t xml:space="preserve">I would just like to admit, I said, to Alice is this the the one with Arnold Schwarzenegger in, and was it directed by James Cameron, and she went, No, that's the Terminator. So I don't know anything. what's new? </w:t>
      </w:r>
    </w:p>
    <w:p>
      <w:pPr>
        <w:spacing w:after="0"/>
      </w:pPr>
    </w:p>
    <w:p>
      <w:pPr>
        <w:spacing w:after="0"/>
      </w:pPr>
      <w:r>
        <w:rPr>
          <w:rFonts w:ascii="Arial" w:hAnsi="Arial"/>
          <w:color w:val="5D7284"/>
          <w:sz w:val="22"/>
        </w:rPr>
        <w:t>04:14</w:t>
      </w:r>
    </w:p>
    <w:p>
      <w:pPr>
        <w:spacing w:after="0"/>
      </w:pPr>
      <w:r>
        <w:rPr>
          <w:rFonts w:ascii="Arial" w:hAnsi="Arial"/>
          <w:sz w:val="22"/>
        </w:rPr>
        <w:t>So today, we are talking about Robocop. but we are I need to clarify, we are talking about the original Robocop. Which I mean, I will just get us started. Robocop is a movie about a police officer who is whose life is saved after he's murdered by a gang during a violent shoot out. His whole body like is entirely replaced with robotic limbs.</w:t>
      </w:r>
    </w:p>
    <w:p>
      <w:pPr>
        <w:spacing w:after="0"/>
      </w:pPr>
    </w:p>
    <w:p>
      <w:pPr>
        <w:spacing w:after="0"/>
      </w:pPr>
      <w:r>
        <w:rPr>
          <w:rFonts w:ascii="Arial" w:hAnsi="Arial"/>
          <w:b/>
          <w:sz w:val="22"/>
        </w:rPr>
        <w:t xml:space="preserve">Lucy  </w:t>
      </w:r>
      <w:r>
        <w:rPr>
          <w:rFonts w:ascii="Arial" w:hAnsi="Arial"/>
          <w:color w:val="5D7284"/>
          <w:sz w:val="22"/>
        </w:rPr>
        <w:t>04:46</w:t>
      </w:r>
    </w:p>
    <w:p>
      <w:pPr>
        <w:spacing w:after="0"/>
      </w:pPr>
      <w:r>
        <w:rPr>
          <w:rFonts w:ascii="Arial" w:hAnsi="Arial"/>
          <w:sz w:val="22"/>
        </w:rPr>
        <w:t>So it's like the $6 million man</w:t>
      </w:r>
    </w:p>
    <w:p>
      <w:pPr>
        <w:spacing w:after="0"/>
      </w:pPr>
    </w:p>
    <w:p>
      <w:pPr>
        <w:spacing w:after="0"/>
      </w:pPr>
      <w:r>
        <w:rPr>
          <w:rFonts w:ascii="Arial" w:hAnsi="Arial"/>
          <w:b/>
          <w:sz w:val="22"/>
        </w:rPr>
        <w:t xml:space="preserve">Alice  </w:t>
      </w:r>
      <w:r>
        <w:rPr>
          <w:rFonts w:ascii="Arial" w:hAnsi="Arial"/>
          <w:color w:val="5D7284"/>
          <w:sz w:val="22"/>
        </w:rPr>
        <w:t>04:48</w:t>
      </w:r>
    </w:p>
    <w:p>
      <w:pPr>
        <w:spacing w:after="0"/>
      </w:pPr>
      <w:r>
        <w:rPr>
          <w:rFonts w:ascii="Arial" w:hAnsi="Arial"/>
          <w:sz w:val="22"/>
        </w:rPr>
        <w:t>Yeah, yeah. he's got like an exoskeleton and even like his eyes replaced and then sent out into the world to protect humanity</w:t>
      </w:r>
    </w:p>
    <w:p>
      <w:pPr>
        <w:spacing w:after="0"/>
      </w:pPr>
    </w:p>
    <w:p>
      <w:pPr>
        <w:spacing w:after="0"/>
      </w:pPr>
      <w:r>
        <w:rPr>
          <w:rFonts w:ascii="Arial" w:hAnsi="Arial"/>
          <w:b/>
          <w:sz w:val="22"/>
        </w:rPr>
        <w:t xml:space="preserve">Lucy  </w:t>
      </w:r>
      <w:r>
        <w:rPr>
          <w:rFonts w:ascii="Arial" w:hAnsi="Arial"/>
          <w:color w:val="5D7284"/>
          <w:sz w:val="22"/>
        </w:rPr>
        <w:t>05:00</w:t>
      </w:r>
    </w:p>
    <w:p>
      <w:pPr>
        <w:spacing w:after="0"/>
      </w:pPr>
      <w:r>
        <w:rPr>
          <w:rFonts w:ascii="Arial" w:hAnsi="Arial"/>
          <w:sz w:val="22"/>
        </w:rPr>
        <w:t xml:space="preserve"> So he's like a very early Ironman</w:t>
      </w:r>
    </w:p>
    <w:p>
      <w:pPr>
        <w:spacing w:after="0"/>
      </w:pPr>
    </w:p>
    <w:p>
      <w:pPr>
        <w:spacing w:after="0"/>
      </w:pPr>
      <w:r>
        <w:rPr>
          <w:rFonts w:ascii="Arial" w:hAnsi="Arial"/>
          <w:b/>
          <w:sz w:val="22"/>
        </w:rPr>
        <w:t xml:space="preserve">Alice  </w:t>
      </w:r>
      <w:r>
        <w:rPr>
          <w:rFonts w:ascii="Arial" w:hAnsi="Arial"/>
          <w:color w:val="5D7284"/>
          <w:sz w:val="22"/>
        </w:rPr>
        <w:t>05:04</w:t>
      </w:r>
    </w:p>
    <w:p>
      <w:pPr>
        <w:spacing w:after="0"/>
      </w:pPr>
      <w:r>
        <w:rPr>
          <w:rFonts w:ascii="Arial" w:hAnsi="Arial"/>
          <w:sz w:val="22"/>
        </w:rPr>
        <w:t>it is not dissimilar to Ironman like Ironman suit he gets into like is the suit? Yes. And I will tell you about my random fact about the first Robocop movie actually released on the day I was born.</w:t>
      </w:r>
    </w:p>
    <w:p>
      <w:pPr>
        <w:spacing w:after="0"/>
      </w:pPr>
    </w:p>
    <w:p>
      <w:pPr>
        <w:spacing w:after="0"/>
      </w:pPr>
      <w:r>
        <w:rPr>
          <w:rFonts w:ascii="Arial" w:hAnsi="Arial"/>
          <w:b/>
          <w:sz w:val="22"/>
        </w:rPr>
        <w:t xml:space="preserve">Lucy  </w:t>
      </w:r>
      <w:r>
        <w:rPr>
          <w:rFonts w:ascii="Arial" w:hAnsi="Arial"/>
          <w:color w:val="5D7284"/>
          <w:sz w:val="22"/>
        </w:rPr>
        <w:t>05:23</w:t>
      </w:r>
    </w:p>
    <w:p>
      <w:pPr>
        <w:spacing w:after="0"/>
      </w:pPr>
      <w:r>
        <w:rPr>
          <w:rFonts w:ascii="Arial" w:hAnsi="Arial"/>
          <w:sz w:val="22"/>
        </w:rPr>
        <w:t xml:space="preserve">Oh, really. </w:t>
      </w:r>
    </w:p>
    <w:p>
      <w:pPr>
        <w:spacing w:after="0"/>
      </w:pPr>
    </w:p>
    <w:p>
      <w:pPr>
        <w:spacing w:after="0"/>
      </w:pPr>
      <w:r>
        <w:rPr>
          <w:rFonts w:ascii="Arial" w:hAnsi="Arial"/>
          <w:b/>
          <w:sz w:val="22"/>
        </w:rPr>
        <w:t xml:space="preserve">Alice  </w:t>
      </w:r>
      <w:r>
        <w:rPr>
          <w:rFonts w:ascii="Arial" w:hAnsi="Arial"/>
          <w:color w:val="5D7284"/>
          <w:sz w:val="22"/>
        </w:rPr>
        <w:t>05:25</w:t>
      </w:r>
    </w:p>
    <w:p>
      <w:pPr>
        <w:spacing w:after="0"/>
      </w:pPr>
      <w:r>
        <w:rPr>
          <w:rFonts w:ascii="Arial" w:hAnsi="Arial"/>
          <w:sz w:val="22"/>
        </w:rPr>
        <w:t>So actually, like, I'm</w:t>
      </w:r>
    </w:p>
    <w:p>
      <w:pPr>
        <w:spacing w:after="0"/>
      </w:pPr>
    </w:p>
    <w:p>
      <w:pPr>
        <w:spacing w:after="0"/>
      </w:pPr>
      <w:r>
        <w:rPr>
          <w:rFonts w:ascii="Arial" w:hAnsi="Arial"/>
          <w:b/>
          <w:sz w:val="22"/>
        </w:rPr>
        <w:t xml:space="preserve">Lucy  </w:t>
      </w:r>
      <w:r>
        <w:rPr>
          <w:rFonts w:ascii="Arial" w:hAnsi="Arial"/>
          <w:color w:val="5D7284"/>
          <w:sz w:val="22"/>
        </w:rPr>
        <w:t>05:26</w:t>
      </w:r>
    </w:p>
    <w:p>
      <w:pPr>
        <w:spacing w:after="0"/>
      </w:pPr>
      <w:r>
        <w:rPr>
          <w:rFonts w:ascii="Arial" w:hAnsi="Arial"/>
          <w:sz w:val="22"/>
        </w:rPr>
        <w:t>happy birthday RoboCop.</w:t>
      </w:r>
    </w:p>
    <w:p>
      <w:pPr>
        <w:spacing w:after="0"/>
      </w:pPr>
    </w:p>
    <w:p>
      <w:pPr>
        <w:spacing w:after="0"/>
      </w:pPr>
      <w:r>
        <w:rPr>
          <w:rFonts w:ascii="Arial" w:hAnsi="Arial"/>
          <w:b/>
          <w:sz w:val="22"/>
        </w:rPr>
        <w:t xml:space="preserve">Alice  </w:t>
      </w:r>
      <w:r>
        <w:rPr>
          <w:rFonts w:ascii="Arial" w:hAnsi="Arial"/>
          <w:color w:val="5D7284"/>
          <w:sz w:val="22"/>
        </w:rPr>
        <w:t>05:27</w:t>
      </w:r>
    </w:p>
    <w:p>
      <w:pPr>
        <w:spacing w:after="0"/>
      </w:pPr>
      <w:r>
        <w:rPr>
          <w:rFonts w:ascii="Arial" w:hAnsi="Arial"/>
          <w:sz w:val="22"/>
        </w:rPr>
        <w:t>Yeah, he had the same birthday as me</w:t>
      </w:r>
    </w:p>
    <w:p>
      <w:pPr>
        <w:spacing w:after="0"/>
      </w:pPr>
    </w:p>
    <w:p>
      <w:pPr>
        <w:spacing w:after="0"/>
      </w:pPr>
      <w:r>
        <w:rPr>
          <w:rFonts w:ascii="Arial" w:hAnsi="Arial"/>
          <w:b/>
          <w:sz w:val="22"/>
        </w:rPr>
        <w:t xml:space="preserve">Lucy  </w:t>
      </w:r>
      <w:r>
        <w:rPr>
          <w:rFonts w:ascii="Arial" w:hAnsi="Arial"/>
          <w:color w:val="5D7284"/>
          <w:sz w:val="22"/>
        </w:rPr>
        <w:t>05:27</w:t>
      </w:r>
    </w:p>
    <w:p>
      <w:pPr>
        <w:spacing w:after="0"/>
      </w:pPr>
      <w:r>
        <w:rPr>
          <w:rFonts w:ascii="Arial" w:hAnsi="Arial"/>
          <w:sz w:val="22"/>
        </w:rPr>
        <w:t>I'm gonna get his quote that's got to be your nickname. Now</w:t>
      </w:r>
    </w:p>
    <w:p>
      <w:pPr>
        <w:spacing w:after="0"/>
      </w:pPr>
    </w:p>
    <w:p>
      <w:pPr>
        <w:spacing w:after="0"/>
      </w:pPr>
      <w:r>
        <w:rPr>
          <w:rFonts w:ascii="Arial" w:hAnsi="Arial"/>
          <w:b/>
          <w:sz w:val="22"/>
        </w:rPr>
        <w:t xml:space="preserve">Alice  </w:t>
      </w:r>
      <w:r>
        <w:rPr>
          <w:rFonts w:ascii="Arial" w:hAnsi="Arial"/>
          <w:color w:val="5D7284"/>
          <w:sz w:val="22"/>
        </w:rPr>
        <w:t>05:33</w:t>
      </w:r>
    </w:p>
    <w:p>
      <w:pPr>
        <w:spacing w:after="0"/>
      </w:pPr>
      <w:r>
        <w:rPr>
          <w:rFonts w:ascii="Arial" w:hAnsi="Arial"/>
          <w:sz w:val="22"/>
        </w:rPr>
        <w:t>Oh fun I mean, Dave has always said that, like, if it ever comes to a point where I can get like, cybernetic eyes, that you just gonna go around telling people that he's sleeping with a cyborg.</w:t>
      </w:r>
    </w:p>
    <w:p>
      <w:pPr>
        <w:spacing w:after="0"/>
      </w:pPr>
    </w:p>
    <w:p>
      <w:pPr>
        <w:spacing w:after="0"/>
      </w:pPr>
      <w:r>
        <w:rPr>
          <w:rFonts w:ascii="Arial" w:hAnsi="Arial"/>
          <w:b/>
          <w:sz w:val="22"/>
        </w:rPr>
        <w:t xml:space="preserve">Lucy  </w:t>
      </w:r>
      <w:r>
        <w:rPr>
          <w:rFonts w:ascii="Arial" w:hAnsi="Arial"/>
          <w:color w:val="5D7284"/>
          <w:sz w:val="22"/>
        </w:rPr>
        <w:t>05:49</w:t>
      </w:r>
    </w:p>
    <w:p>
      <w:pPr>
        <w:spacing w:after="0"/>
      </w:pPr>
      <w:r>
        <w:rPr>
          <w:rFonts w:ascii="Arial" w:hAnsi="Arial"/>
          <w:sz w:val="22"/>
        </w:rPr>
        <w:t>Like, with a switch in the back of your head. he can see stuff through like,</w:t>
      </w:r>
    </w:p>
    <w:p>
      <w:pPr>
        <w:spacing w:after="0"/>
      </w:pPr>
    </w:p>
    <w:p>
      <w:pPr>
        <w:spacing w:after="0"/>
      </w:pPr>
      <w:r>
        <w:rPr>
          <w:rFonts w:ascii="Arial" w:hAnsi="Arial"/>
          <w:b/>
          <w:sz w:val="22"/>
        </w:rPr>
        <w:t xml:space="preserve">Alice  </w:t>
      </w:r>
      <w:r>
        <w:rPr>
          <w:rFonts w:ascii="Arial" w:hAnsi="Arial"/>
          <w:color w:val="5D7284"/>
          <w:sz w:val="22"/>
        </w:rPr>
        <w:t>05:54</w:t>
      </w:r>
    </w:p>
    <w:p>
      <w:pPr>
        <w:spacing w:after="0"/>
      </w:pPr>
      <w:r>
        <w:rPr>
          <w:rFonts w:ascii="Arial" w:hAnsi="Arial"/>
          <w:sz w:val="22"/>
        </w:rPr>
        <w:t>I think he's just turning it into a weird sex thing. But yeah, that's boys</w:t>
      </w:r>
    </w:p>
    <w:p>
      <w:pPr>
        <w:spacing w:after="0"/>
      </w:pPr>
    </w:p>
    <w:p>
      <w:pPr>
        <w:spacing w:after="0"/>
      </w:pPr>
      <w:r>
        <w:rPr>
          <w:rFonts w:ascii="Arial" w:hAnsi="Arial"/>
          <w:b/>
          <w:sz w:val="22"/>
        </w:rPr>
        <w:t xml:space="preserve">Lucy  </w:t>
      </w:r>
      <w:r>
        <w:rPr>
          <w:rFonts w:ascii="Arial" w:hAnsi="Arial"/>
          <w:color w:val="5D7284"/>
          <w:sz w:val="22"/>
        </w:rPr>
        <w:t>06:00</w:t>
      </w:r>
    </w:p>
    <w:p>
      <w:pPr>
        <w:spacing w:after="0"/>
      </w:pPr>
      <w:r>
        <w:rPr>
          <w:rFonts w:ascii="Arial" w:hAnsi="Arial"/>
          <w:sz w:val="22"/>
        </w:rPr>
        <w:t xml:space="preserve"> Yeah, well done, boys.</w:t>
      </w:r>
    </w:p>
    <w:p>
      <w:pPr>
        <w:spacing w:after="0"/>
      </w:pPr>
    </w:p>
    <w:p>
      <w:pPr>
        <w:spacing w:after="0"/>
      </w:pPr>
      <w:r>
        <w:rPr>
          <w:rFonts w:ascii="Arial" w:hAnsi="Arial"/>
          <w:b/>
          <w:sz w:val="22"/>
        </w:rPr>
        <w:t xml:space="preserve">Alice  </w:t>
      </w:r>
      <w:r>
        <w:rPr>
          <w:rFonts w:ascii="Arial" w:hAnsi="Arial"/>
          <w:color w:val="5D7284"/>
          <w:sz w:val="22"/>
        </w:rPr>
        <w:t>06:03</w:t>
      </w:r>
    </w:p>
    <w:p>
      <w:pPr>
        <w:spacing w:after="0"/>
      </w:pPr>
      <w:r>
        <w:rPr>
          <w:rFonts w:ascii="Arial" w:hAnsi="Arial"/>
          <w:sz w:val="22"/>
        </w:rPr>
        <w:t>So the main character in the film is called Murphy. I have just noticed that I've caught him Marie. So if I make that mistake, whilst we're doing my script, just mentally insert the name Murphy. Will do. So yeah, things move quite quickly for Murphy. Like the film opens. It's just been moved to a new precinct.</w:t>
      </w:r>
    </w:p>
    <w:p>
      <w:pPr>
        <w:spacing w:after="0"/>
      </w:pPr>
    </w:p>
    <w:p>
      <w:pPr>
        <w:spacing w:after="0"/>
      </w:pPr>
      <w:r>
        <w:rPr>
          <w:rFonts w:ascii="Arial" w:hAnsi="Arial"/>
          <w:b/>
          <w:sz w:val="22"/>
        </w:rPr>
        <w:t xml:space="preserve">Lucy  </w:t>
      </w:r>
      <w:r>
        <w:rPr>
          <w:rFonts w:ascii="Arial" w:hAnsi="Arial"/>
          <w:color w:val="5D7284"/>
          <w:sz w:val="22"/>
        </w:rPr>
        <w:t>06:29</w:t>
      </w:r>
    </w:p>
    <w:p>
      <w:pPr>
        <w:spacing w:after="0"/>
      </w:pPr>
      <w:r>
        <w:rPr>
          <w:rFonts w:ascii="Arial" w:hAnsi="Arial"/>
          <w:sz w:val="22"/>
        </w:rPr>
        <w:t xml:space="preserve">And at this point, is it just like just just not your non disabled? </w:t>
      </w:r>
    </w:p>
    <w:p>
      <w:pPr>
        <w:spacing w:after="0"/>
      </w:pPr>
    </w:p>
    <w:p>
      <w:pPr>
        <w:spacing w:after="0"/>
      </w:pPr>
      <w:r>
        <w:rPr>
          <w:rFonts w:ascii="Arial" w:hAnsi="Arial"/>
          <w:b/>
          <w:sz w:val="22"/>
        </w:rPr>
        <w:t xml:space="preserve">Alice  </w:t>
      </w:r>
      <w:r>
        <w:rPr>
          <w:rFonts w:ascii="Arial" w:hAnsi="Arial"/>
          <w:color w:val="5D7284"/>
          <w:sz w:val="22"/>
        </w:rPr>
        <w:t>06:33</w:t>
      </w:r>
    </w:p>
    <w:p>
      <w:pPr>
        <w:spacing w:after="0"/>
      </w:pPr>
      <w:r>
        <w:rPr>
          <w:rFonts w:ascii="Arial" w:hAnsi="Arial"/>
          <w:sz w:val="22"/>
        </w:rPr>
        <w:t>yeah your your regular regular white man caught? Yeah. So when he arrives at this precinct, another officer has recently been killed by this violent gang. And Murphy and his new partner, I sort of set out on a beat, like encounter this same gang. So the film set in a sort of futuristic Detroit, where crime is just rife, and really, really violent. And it's literally like his first trip out that he and countless this gang, the gang are all really like, sort of psychotic and like loose cannons, and it's just, they're just violent for the sake of violence. Yeah, the film got a lot of criticism for for how how violent it isn't. it is. It's like it's sustained gratuitous violence. It's like it's really graphic considering it's 1987. Like, I'm surprised by how violent it is. But one of the things that I said to Dave, is that made me quite laugh at it, is that it's super super violent, but no one's does anybody say fuck? thier all like blimey...</w:t>
      </w:r>
    </w:p>
    <w:p>
      <w:pPr>
        <w:spacing w:after="0"/>
      </w:pPr>
    </w:p>
    <w:p>
      <w:pPr>
        <w:spacing w:after="0"/>
      </w:pPr>
      <w:r>
        <w:rPr>
          <w:rFonts w:ascii="Arial" w:hAnsi="Arial"/>
          <w:b/>
          <w:sz w:val="22"/>
        </w:rPr>
        <w:t xml:space="preserve">Lucy  </w:t>
      </w:r>
      <w:r>
        <w:rPr>
          <w:rFonts w:ascii="Arial" w:hAnsi="Arial"/>
          <w:color w:val="5D7284"/>
          <w:sz w:val="22"/>
        </w:rPr>
        <w:t>07:48</w:t>
      </w:r>
    </w:p>
    <w:p>
      <w:pPr>
        <w:spacing w:after="0"/>
      </w:pPr>
      <w:r>
        <w:rPr>
          <w:rFonts w:ascii="Arial" w:hAnsi="Arial"/>
          <w:sz w:val="22"/>
        </w:rPr>
        <w:t>Oh, goodness, me, you've got my toe.</w:t>
      </w:r>
    </w:p>
    <w:p>
      <w:pPr>
        <w:spacing w:after="0"/>
      </w:pPr>
    </w:p>
    <w:p>
      <w:pPr>
        <w:spacing w:after="0"/>
      </w:pPr>
      <w:r>
        <w:rPr>
          <w:rFonts w:ascii="Arial" w:hAnsi="Arial"/>
          <w:b/>
          <w:sz w:val="22"/>
        </w:rPr>
        <w:t xml:space="preserve">Alice  </w:t>
      </w:r>
      <w:r>
        <w:rPr>
          <w:rFonts w:ascii="Arial" w:hAnsi="Arial"/>
          <w:color w:val="5D7284"/>
          <w:sz w:val="22"/>
        </w:rPr>
        <w:t>07:51</w:t>
      </w:r>
    </w:p>
    <w:p>
      <w:pPr>
        <w:spacing w:after="0"/>
      </w:pPr>
      <w:r>
        <w:rPr>
          <w:rFonts w:ascii="Arial" w:hAnsi="Arial"/>
          <w:sz w:val="22"/>
        </w:rPr>
        <w:t>And like, you know, machine gunning children but but doesn't actually the day. Yeah, exactly. Anyway, after the attack, Murphy is taken off to this hospital where it's revealed that not only is he dead, which is like, so obvious, because there's no way that anybody would see</w:t>
      </w:r>
    </w:p>
    <w:p>
      <w:pPr>
        <w:spacing w:after="0"/>
      </w:pPr>
    </w:p>
    <w:p>
      <w:pPr>
        <w:spacing w:after="0"/>
      </w:pPr>
      <w:r>
        <w:rPr>
          <w:rFonts w:ascii="Arial" w:hAnsi="Arial"/>
          <w:b/>
          <w:sz w:val="22"/>
        </w:rPr>
        <w:t xml:space="preserve">Lucy  </w:t>
      </w:r>
      <w:r>
        <w:rPr>
          <w:rFonts w:ascii="Arial" w:hAnsi="Arial"/>
          <w:color w:val="5D7284"/>
          <w:sz w:val="22"/>
        </w:rPr>
        <w:t>07:56</w:t>
      </w:r>
    </w:p>
    <w:p>
      <w:pPr>
        <w:spacing w:after="0"/>
      </w:pPr>
      <w:r>
        <w:rPr>
          <w:rFonts w:ascii="Arial" w:hAnsi="Arial"/>
          <w:sz w:val="22"/>
        </w:rPr>
        <w:t>Oops a daisy</w:t>
      </w:r>
    </w:p>
    <w:p>
      <w:pPr>
        <w:spacing w:after="0"/>
      </w:pPr>
    </w:p>
    <w:p>
      <w:pPr>
        <w:spacing w:after="0"/>
      </w:pPr>
      <w:r>
        <w:rPr>
          <w:rFonts w:ascii="Arial" w:hAnsi="Arial"/>
          <w:b/>
          <w:sz w:val="22"/>
        </w:rPr>
        <w:t xml:space="preserve">Lucy  </w:t>
      </w:r>
      <w:r>
        <w:rPr>
          <w:rFonts w:ascii="Arial" w:hAnsi="Arial"/>
          <w:color w:val="5D7284"/>
          <w:sz w:val="22"/>
        </w:rPr>
        <w:t>08:13</w:t>
      </w:r>
    </w:p>
    <w:p>
      <w:pPr>
        <w:spacing w:after="0"/>
      </w:pPr>
      <w:r>
        <w:rPr>
          <w:rFonts w:ascii="Arial" w:hAnsi="Arial"/>
          <w:sz w:val="22"/>
        </w:rPr>
        <w:t>is he like mangled. is he like half face in Batman?</w:t>
      </w:r>
    </w:p>
    <w:p>
      <w:pPr>
        <w:spacing w:after="0"/>
      </w:pPr>
    </w:p>
    <w:p>
      <w:pPr>
        <w:spacing w:after="0"/>
      </w:pPr>
      <w:r>
        <w:rPr>
          <w:rFonts w:ascii="Arial" w:hAnsi="Arial"/>
          <w:b/>
          <w:sz w:val="22"/>
        </w:rPr>
        <w:t xml:space="preserve">Alice  </w:t>
      </w:r>
      <w:r>
        <w:rPr>
          <w:rFonts w:ascii="Arial" w:hAnsi="Arial"/>
          <w:color w:val="5D7284"/>
          <w:sz w:val="22"/>
        </w:rPr>
        <w:t>08:16</w:t>
      </w:r>
    </w:p>
    <w:p>
      <w:pPr>
        <w:spacing w:after="0"/>
      </w:pPr>
      <w:r>
        <w:rPr>
          <w:rFonts w:ascii="Arial" w:hAnsi="Arial"/>
          <w:sz w:val="22"/>
        </w:rPr>
        <w:t>The, the amount he shot is like, no one is surviving,</w:t>
      </w:r>
    </w:p>
    <w:p>
      <w:pPr>
        <w:spacing w:after="0"/>
      </w:pPr>
    </w:p>
    <w:p>
      <w:pPr>
        <w:spacing w:after="0"/>
      </w:pPr>
      <w:r>
        <w:rPr>
          <w:rFonts w:ascii="Arial" w:hAnsi="Arial"/>
          <w:b/>
          <w:sz w:val="22"/>
        </w:rPr>
        <w:t xml:space="preserve">Alice  </w:t>
      </w:r>
      <w:r>
        <w:rPr>
          <w:rFonts w:ascii="Arial" w:hAnsi="Arial"/>
          <w:color w:val="5D7284"/>
          <w:sz w:val="22"/>
        </w:rPr>
        <w:t>08:21</w:t>
      </w:r>
    </w:p>
    <w:p>
      <w:pPr>
        <w:spacing w:after="0"/>
      </w:pPr>
      <w:r>
        <w:rPr>
          <w:rFonts w:ascii="Arial" w:hAnsi="Arial"/>
          <w:sz w:val="22"/>
        </w:rPr>
        <w:t xml:space="preserve">like a collinander. Basically. </w:t>
      </w:r>
    </w:p>
    <w:p>
      <w:pPr>
        <w:spacing w:after="0"/>
      </w:pPr>
    </w:p>
    <w:p>
      <w:pPr>
        <w:spacing w:after="0"/>
      </w:pPr>
      <w:r>
        <w:rPr>
          <w:rFonts w:ascii="Arial" w:hAnsi="Arial"/>
          <w:b/>
          <w:sz w:val="22"/>
        </w:rPr>
        <w:t xml:space="preserve">Alice  </w:t>
      </w:r>
      <w:r>
        <w:rPr>
          <w:rFonts w:ascii="Arial" w:hAnsi="Arial"/>
          <w:color w:val="5D7284"/>
          <w:sz w:val="22"/>
        </w:rPr>
        <w:t>08:23</w:t>
      </w:r>
    </w:p>
    <w:p>
      <w:pPr>
        <w:spacing w:after="0"/>
      </w:pPr>
      <w:r>
        <w:rPr>
          <w:rFonts w:ascii="Arial" w:hAnsi="Arial"/>
          <w:sz w:val="22"/>
        </w:rPr>
        <w:t>basically Yeah. So he's, he's taken to this hospital already learned that the Detroit local government have awarded a private company funding to run the Detroit Police Department. So when Murphy arrives at hospital, he's it sort of is revealed that he's been he signed a consent form to put himself forward for this Robocop program, where basically, he's agreed that his body can be used by the facade, you know, like, used by the corporate company to launch up this Robocop force. So basically, that's where they what they do is they replace his physical body almost exclusively, with like, robotic parts and then his it's all sort of managed by the human brain.  so that's, that's what</w:t>
      </w:r>
    </w:p>
    <w:p>
      <w:pPr>
        <w:spacing w:after="0"/>
      </w:pPr>
    </w:p>
    <w:p>
      <w:pPr>
        <w:spacing w:after="0"/>
      </w:pPr>
      <w:r>
        <w:rPr>
          <w:rFonts w:ascii="Arial" w:hAnsi="Arial"/>
          <w:b/>
          <w:sz w:val="22"/>
        </w:rPr>
        <w:t xml:space="preserve">Lucy  </w:t>
      </w:r>
      <w:r>
        <w:rPr>
          <w:rFonts w:ascii="Arial" w:hAnsi="Arial"/>
          <w:color w:val="5D7284"/>
          <w:sz w:val="22"/>
        </w:rPr>
        <w:t>09:22</w:t>
      </w:r>
    </w:p>
    <w:p>
      <w:pPr>
        <w:spacing w:after="0"/>
      </w:pPr>
      <w:r>
        <w:rPr>
          <w:rFonts w:ascii="Arial" w:hAnsi="Arial"/>
          <w:sz w:val="22"/>
        </w:rPr>
        <w:t>everybody's bit but his brain is fine. They don't have to, like replace his brain or  because if he if he's dead, I mean, his brain</w:t>
      </w:r>
    </w:p>
    <w:p>
      <w:pPr>
        <w:spacing w:after="0"/>
      </w:pPr>
    </w:p>
    <w:p>
      <w:pPr>
        <w:spacing w:after="0"/>
      </w:pPr>
      <w:r>
        <w:rPr>
          <w:rFonts w:ascii="Arial" w:hAnsi="Arial"/>
          <w:b/>
          <w:sz w:val="22"/>
        </w:rPr>
        <w:t xml:space="preserve">Alice  </w:t>
      </w:r>
      <w:r>
        <w:rPr>
          <w:rFonts w:ascii="Arial" w:hAnsi="Arial"/>
          <w:color w:val="5D7284"/>
          <w:sz w:val="22"/>
        </w:rPr>
        <w:t>09:30</w:t>
      </w:r>
    </w:p>
    <w:p>
      <w:pPr>
        <w:spacing w:after="0"/>
      </w:pPr>
      <w:r>
        <w:rPr>
          <w:rFonts w:ascii="Arial" w:hAnsi="Arial"/>
          <w:sz w:val="22"/>
        </w:rPr>
        <w:t>i mean it's science fiction.</w:t>
      </w:r>
    </w:p>
    <w:p>
      <w:pPr>
        <w:spacing w:after="0"/>
      </w:pPr>
    </w:p>
    <w:p>
      <w:pPr>
        <w:spacing w:after="0"/>
      </w:pPr>
      <w:r>
        <w:rPr>
          <w:rFonts w:ascii="Arial" w:hAnsi="Arial"/>
          <w:b/>
          <w:sz w:val="22"/>
        </w:rPr>
        <w:t xml:space="preserve">Lucy  </w:t>
      </w:r>
      <w:r>
        <w:rPr>
          <w:rFonts w:ascii="Arial" w:hAnsi="Arial"/>
          <w:color w:val="5D7284"/>
          <w:sz w:val="22"/>
        </w:rPr>
        <w:t>09:32</w:t>
      </w:r>
    </w:p>
    <w:p>
      <w:pPr>
        <w:spacing w:after="0"/>
      </w:pPr>
      <w:r>
        <w:rPr>
          <w:rFonts w:ascii="Arial" w:hAnsi="Arial"/>
          <w:sz w:val="22"/>
        </w:rPr>
        <w:t>ok There's suspend disbelief a little bit</w:t>
      </w:r>
    </w:p>
    <w:p>
      <w:pPr>
        <w:spacing w:after="0"/>
      </w:pPr>
    </w:p>
    <w:p>
      <w:pPr>
        <w:spacing w:after="0"/>
      </w:pPr>
      <w:r>
        <w:rPr>
          <w:rFonts w:ascii="Arial" w:hAnsi="Arial"/>
          <w:b/>
          <w:sz w:val="22"/>
        </w:rPr>
        <w:t xml:space="preserve">Alice  </w:t>
      </w:r>
      <w:r>
        <w:rPr>
          <w:rFonts w:ascii="Arial" w:hAnsi="Arial"/>
          <w:color w:val="5D7284"/>
          <w:sz w:val="22"/>
        </w:rPr>
        <w:t>09:35</w:t>
      </w:r>
    </w:p>
    <w:p>
      <w:pPr>
        <w:spacing w:after="0"/>
      </w:pPr>
      <w:r>
        <w:rPr>
          <w:rFonts w:ascii="Arial" w:hAnsi="Arial"/>
          <w:sz w:val="22"/>
        </w:rPr>
        <w:t>, there's a bit in the in when he's in the hospital where they're like, Oh, we can save his left arm and the guy's like, no, Robocop like you're we're replacing their whole bodies take like lose the arm.</w:t>
      </w:r>
    </w:p>
    <w:p>
      <w:pPr>
        <w:spacing w:after="0"/>
      </w:pPr>
    </w:p>
    <w:p>
      <w:pPr>
        <w:spacing w:after="0"/>
      </w:pPr>
      <w:r>
        <w:rPr>
          <w:rFonts w:ascii="Arial" w:hAnsi="Arial"/>
          <w:b/>
          <w:sz w:val="22"/>
        </w:rPr>
        <w:t xml:space="preserve">Lucy  </w:t>
      </w:r>
      <w:r>
        <w:rPr>
          <w:rFonts w:ascii="Arial" w:hAnsi="Arial"/>
          <w:color w:val="5D7284"/>
          <w:sz w:val="22"/>
        </w:rPr>
        <w:t>09:50</w:t>
      </w:r>
    </w:p>
    <w:p>
      <w:pPr>
        <w:spacing w:after="0"/>
      </w:pPr>
      <w:r>
        <w:rPr>
          <w:rFonts w:ascii="Arial" w:hAnsi="Arial"/>
          <w:sz w:val="22"/>
        </w:rPr>
        <w:t xml:space="preserve">lose the one thing that makes him look not like ordinary </w:t>
      </w:r>
    </w:p>
    <w:p>
      <w:pPr>
        <w:spacing w:after="0"/>
      </w:pPr>
    </w:p>
    <w:p>
      <w:pPr>
        <w:spacing w:after="0"/>
      </w:pPr>
      <w:r>
        <w:rPr>
          <w:rFonts w:ascii="Arial" w:hAnsi="Arial"/>
          <w:b/>
          <w:sz w:val="22"/>
        </w:rPr>
        <w:t xml:space="preserve">Alice  </w:t>
      </w:r>
      <w:r>
        <w:rPr>
          <w:rFonts w:ascii="Arial" w:hAnsi="Arial"/>
          <w:color w:val="5D7284"/>
          <w:sz w:val="22"/>
        </w:rPr>
        <w:t>09:57</w:t>
      </w:r>
    </w:p>
    <w:p>
      <w:pPr>
        <w:spacing w:after="0"/>
      </w:pPr>
      <w:r>
        <w:rPr>
          <w:rFonts w:ascii="Arial" w:hAnsi="Arial"/>
          <w:sz w:val="22"/>
        </w:rPr>
        <w:t>Absolutely. And not like, you know, exactly the same way like we're not all like, Robocop prosthetic, like, bits.</w:t>
      </w:r>
    </w:p>
    <w:p>
      <w:pPr>
        <w:spacing w:after="0"/>
      </w:pPr>
    </w:p>
    <w:p>
      <w:pPr>
        <w:spacing w:after="0"/>
      </w:pPr>
      <w:r>
        <w:rPr>
          <w:rFonts w:ascii="Arial" w:hAnsi="Arial"/>
          <w:b/>
          <w:sz w:val="22"/>
        </w:rPr>
        <w:t xml:space="preserve">Lucy  </w:t>
      </w:r>
      <w:r>
        <w:rPr>
          <w:rFonts w:ascii="Arial" w:hAnsi="Arial"/>
          <w:color w:val="5D7284"/>
          <w:sz w:val="22"/>
        </w:rPr>
        <w:t>10:46</w:t>
      </w:r>
    </w:p>
    <w:p>
      <w:pPr>
        <w:spacing w:after="0"/>
      </w:pPr>
      <w:r>
        <w:rPr>
          <w:rFonts w:ascii="Arial" w:hAnsi="Arial"/>
          <w:sz w:val="22"/>
        </w:rPr>
        <w:t>No, I do sometimes think it'd be cool though. Yeah, like have a little bit of robotic a bit of like, not all of me. I don't want to be like, Robocop Robo mate. But like,</w:t>
      </w:r>
    </w:p>
    <w:p>
      <w:pPr>
        <w:spacing w:after="0"/>
      </w:pPr>
    </w:p>
    <w:p>
      <w:pPr>
        <w:spacing w:after="0"/>
      </w:pPr>
      <w:r>
        <w:rPr>
          <w:rFonts w:ascii="Arial" w:hAnsi="Arial"/>
          <w:b/>
          <w:sz w:val="22"/>
        </w:rPr>
        <w:t xml:space="preserve">Alice  </w:t>
      </w:r>
      <w:r>
        <w:rPr>
          <w:rFonts w:ascii="Arial" w:hAnsi="Arial"/>
          <w:color w:val="5D7284"/>
          <w:sz w:val="22"/>
        </w:rPr>
        <w:t>11:01</w:t>
      </w:r>
    </w:p>
    <w:p>
      <w:pPr>
        <w:spacing w:after="0"/>
      </w:pPr>
      <w:r>
        <w:rPr>
          <w:rFonts w:ascii="Arial" w:hAnsi="Arial"/>
          <w:sz w:val="22"/>
        </w:rPr>
        <w:t xml:space="preserve">i feel like thats the off brand version, like, like Tesco's ouwn brand, robomate </w:t>
      </w:r>
    </w:p>
    <w:p>
      <w:pPr>
        <w:spacing w:after="0"/>
      </w:pPr>
    </w:p>
    <w:p>
      <w:pPr>
        <w:spacing w:after="0"/>
      </w:pPr>
      <w:r>
        <w:rPr>
          <w:rFonts w:ascii="Arial" w:hAnsi="Arial"/>
          <w:b/>
          <w:sz w:val="22"/>
        </w:rPr>
        <w:t xml:space="preserve">Lucy  </w:t>
      </w:r>
      <w:r>
        <w:rPr>
          <w:rFonts w:ascii="Arial" w:hAnsi="Arial"/>
          <w:color w:val="5D7284"/>
          <w:sz w:val="22"/>
        </w:rPr>
        <w:t>11:09</w:t>
      </w:r>
    </w:p>
    <w:p>
      <w:pPr>
        <w:spacing w:after="0"/>
      </w:pPr>
      <w:r>
        <w:rPr>
          <w:rFonts w:ascii="Arial" w:hAnsi="Arial"/>
          <w:sz w:val="22"/>
        </w:rPr>
        <w:t>Yeah. Aldi! But like, sometimes I think, oh, wouldn't it be nice to have a pair of shoes that could like, help me get up to, like, I don't want to shoes all the time. But I could put the shoes on if I knew I was gonna be like going somewhere. Well, very hilly. Or there was a lot of stairs. do you know what I mean? That I could take them off and leave them in the cupboard.</w:t>
      </w:r>
    </w:p>
    <w:p>
      <w:pPr>
        <w:spacing w:after="0"/>
      </w:pPr>
    </w:p>
    <w:p>
      <w:pPr>
        <w:spacing w:after="0"/>
      </w:pPr>
      <w:r>
        <w:rPr>
          <w:rFonts w:ascii="Arial" w:hAnsi="Arial"/>
          <w:b/>
          <w:sz w:val="22"/>
        </w:rPr>
        <w:t xml:space="preserve">Alice  </w:t>
      </w:r>
      <w:r>
        <w:rPr>
          <w:rFonts w:ascii="Arial" w:hAnsi="Arial"/>
          <w:color w:val="5D7284"/>
          <w:sz w:val="22"/>
        </w:rPr>
        <w:t>11:31</w:t>
      </w:r>
    </w:p>
    <w:p>
      <w:pPr>
        <w:spacing w:after="0"/>
      </w:pPr>
      <w:r>
        <w:rPr>
          <w:rFonts w:ascii="Arial" w:hAnsi="Arial"/>
          <w:sz w:val="22"/>
        </w:rPr>
        <w:t>I think you kind of hit on what the thing is here. About Robocop is like, the film makes a him after he's made into Robocop, he just, he's just not Murphy anymore. he is Robocop he's got no human identity. He's not a person anymore. And like, you know, if you had your shoes you you said but I kind of not because you can take them off. But there is an element of being able to take them off means that your  sort of if we're comparing it to the Robocop movie, like you're not, you can still stay who you are. as this this movie, really. And it's you know, I'm not saying this is what I believe people with, you know, prosthetics and body augmentation or whatever it is, like you're still you but this film makes it seem like</w:t>
      </w:r>
    </w:p>
    <w:p>
      <w:pPr>
        <w:spacing w:after="0"/>
      </w:pPr>
    </w:p>
    <w:p>
      <w:pPr>
        <w:spacing w:after="0"/>
      </w:pPr>
      <w:r>
        <w:rPr>
          <w:rFonts w:ascii="Arial" w:hAnsi="Arial"/>
          <w:b/>
          <w:sz w:val="22"/>
        </w:rPr>
        <w:t xml:space="preserve">Lucy  </w:t>
      </w:r>
      <w:r>
        <w:rPr>
          <w:rFonts w:ascii="Arial" w:hAnsi="Arial"/>
          <w:color w:val="5D7284"/>
          <w:sz w:val="22"/>
        </w:rPr>
        <w:t>12:30</w:t>
      </w:r>
    </w:p>
    <w:p>
      <w:pPr>
        <w:spacing w:after="0"/>
      </w:pPr>
      <w:r>
        <w:rPr>
          <w:rFonts w:ascii="Arial" w:hAnsi="Arial"/>
          <w:sz w:val="22"/>
        </w:rPr>
        <w:t xml:space="preserve">they've gone completely like they've just put all the technology available in 1987 in this man, does he like remember what he was like before? Or do they wipe his memory? </w:t>
      </w:r>
    </w:p>
    <w:p>
      <w:pPr>
        <w:spacing w:after="0"/>
      </w:pPr>
    </w:p>
    <w:p>
      <w:pPr>
        <w:spacing w:after="0"/>
      </w:pPr>
      <w:r>
        <w:rPr>
          <w:rFonts w:ascii="Arial" w:hAnsi="Arial"/>
          <w:b/>
          <w:sz w:val="22"/>
        </w:rPr>
        <w:t xml:space="preserve">Alice  </w:t>
      </w:r>
      <w:r>
        <w:rPr>
          <w:rFonts w:ascii="Arial" w:hAnsi="Arial"/>
          <w:color w:val="5D7284"/>
          <w:sz w:val="22"/>
        </w:rPr>
        <w:t>12:43</w:t>
      </w:r>
    </w:p>
    <w:p>
      <w:pPr>
        <w:spacing w:after="0"/>
      </w:pPr>
      <w:r>
        <w:rPr>
          <w:rFonts w:ascii="Arial" w:hAnsi="Arial"/>
          <w:sz w:val="22"/>
        </w:rPr>
        <w:t>so not start with and that's kind of what the really what the story arc of the film is. is that okay? he starts to get his memory back and he starts to as such he starts to kind of get his humanity back.</w:t>
      </w:r>
    </w:p>
    <w:p>
      <w:pPr>
        <w:spacing w:after="0"/>
      </w:pPr>
    </w:p>
    <w:p>
      <w:pPr>
        <w:spacing w:after="0"/>
      </w:pPr>
      <w:r>
        <w:rPr>
          <w:rFonts w:ascii="Arial" w:hAnsi="Arial"/>
          <w:b/>
          <w:sz w:val="22"/>
        </w:rPr>
        <w:t xml:space="preserve">Lucy  </w:t>
      </w:r>
      <w:r>
        <w:rPr>
          <w:rFonts w:ascii="Arial" w:hAnsi="Arial"/>
          <w:color w:val="5D7284"/>
          <w:sz w:val="22"/>
        </w:rPr>
        <w:t>13:01</w:t>
      </w:r>
    </w:p>
    <w:p>
      <w:pPr>
        <w:spacing w:after="0"/>
      </w:pPr>
      <w:r>
        <w:rPr>
          <w:rFonts w:ascii="Arial" w:hAnsi="Arial"/>
          <w:sz w:val="22"/>
        </w:rPr>
        <w:t xml:space="preserve">is he happy about it? Sorry am I jumping ahead </w:t>
      </w:r>
    </w:p>
    <w:p>
      <w:pPr>
        <w:spacing w:after="0"/>
      </w:pPr>
    </w:p>
    <w:p>
      <w:pPr>
        <w:spacing w:after="0"/>
      </w:pPr>
      <w:r>
        <w:rPr>
          <w:rFonts w:ascii="Arial" w:hAnsi="Arial"/>
          <w:b/>
          <w:sz w:val="22"/>
        </w:rPr>
        <w:t xml:space="preserve">Alice  </w:t>
      </w:r>
      <w:r>
        <w:rPr>
          <w:rFonts w:ascii="Arial" w:hAnsi="Arial"/>
          <w:color w:val="5D7284"/>
          <w:sz w:val="22"/>
        </w:rPr>
        <w:t>13:04</w:t>
      </w:r>
    </w:p>
    <w:p>
      <w:pPr>
        <w:spacing w:after="0"/>
      </w:pPr>
      <w:r>
        <w:rPr>
          <w:rFonts w:ascii="Arial" w:hAnsi="Arial"/>
          <w:sz w:val="22"/>
        </w:rPr>
        <w:t>What about being a robot? a robot?</w:t>
      </w:r>
    </w:p>
    <w:p>
      <w:pPr>
        <w:spacing w:after="0"/>
      </w:pPr>
    </w:p>
    <w:p>
      <w:pPr>
        <w:spacing w:after="0"/>
      </w:pPr>
      <w:r>
        <w:rPr>
          <w:rFonts w:ascii="Arial" w:hAnsi="Arial"/>
          <w:b/>
          <w:sz w:val="22"/>
        </w:rPr>
        <w:t xml:space="preserve">Lucy  </w:t>
      </w:r>
      <w:r>
        <w:rPr>
          <w:rFonts w:ascii="Arial" w:hAnsi="Arial"/>
          <w:color w:val="5D7284"/>
          <w:sz w:val="22"/>
        </w:rPr>
        <w:t>13:07</w:t>
      </w:r>
    </w:p>
    <w:p>
      <w:pPr>
        <w:spacing w:after="0"/>
      </w:pPr>
      <w:r>
        <w:rPr>
          <w:rFonts w:ascii="Arial" w:hAnsi="Arial"/>
          <w:sz w:val="22"/>
        </w:rPr>
        <w:t>Yeah, no,</w:t>
      </w:r>
    </w:p>
    <w:p>
      <w:pPr>
        <w:spacing w:after="0"/>
      </w:pPr>
    </w:p>
    <w:p>
      <w:pPr>
        <w:spacing w:after="0"/>
      </w:pPr>
      <w:r>
        <w:rPr>
          <w:rFonts w:ascii="Arial" w:hAnsi="Arial"/>
          <w:b/>
          <w:sz w:val="22"/>
        </w:rPr>
        <w:t xml:space="preserve">Alice  </w:t>
      </w:r>
      <w:r>
        <w:rPr>
          <w:rFonts w:ascii="Arial" w:hAnsi="Arial"/>
          <w:color w:val="5D7284"/>
          <w:sz w:val="22"/>
        </w:rPr>
        <w:t>13:09</w:t>
      </w:r>
    </w:p>
    <w:p>
      <w:pPr>
        <w:spacing w:after="0"/>
      </w:pPr>
      <w:r>
        <w:rPr>
          <w:rFonts w:ascii="Arial" w:hAnsi="Arial"/>
          <w:sz w:val="22"/>
        </w:rPr>
        <w:t>I mean to start with you, he doesn't know</w:t>
      </w:r>
    </w:p>
    <w:p>
      <w:pPr>
        <w:spacing w:after="0"/>
      </w:pPr>
    </w:p>
    <w:p>
      <w:pPr>
        <w:spacing w:after="0"/>
      </w:pPr>
      <w:r>
        <w:rPr>
          <w:rFonts w:ascii="Arial" w:hAnsi="Arial"/>
          <w:b/>
          <w:sz w:val="22"/>
        </w:rPr>
        <w:t xml:space="preserve">Lucy  </w:t>
      </w:r>
      <w:r>
        <w:rPr>
          <w:rFonts w:ascii="Arial" w:hAnsi="Arial"/>
          <w:color w:val="5D7284"/>
          <w:sz w:val="22"/>
        </w:rPr>
        <w:t>13:12</w:t>
      </w:r>
    </w:p>
    <w:p>
      <w:pPr>
        <w:spacing w:after="0"/>
      </w:pPr>
      <w:r>
        <w:rPr>
          <w:rFonts w:ascii="Arial" w:hAnsi="Arial"/>
          <w:sz w:val="22"/>
        </w:rPr>
        <w:t xml:space="preserve">sort of if that makes sense it Yeah, he doesn't know that he's never been a robot </w:t>
      </w:r>
    </w:p>
    <w:p>
      <w:pPr>
        <w:spacing w:after="0"/>
      </w:pPr>
    </w:p>
    <w:p>
      <w:pPr>
        <w:spacing w:after="0"/>
      </w:pPr>
      <w:r>
        <w:rPr>
          <w:rFonts w:ascii="Arial" w:hAnsi="Arial"/>
          <w:b/>
          <w:sz w:val="22"/>
        </w:rPr>
        <w:t xml:space="preserve">Alice  </w:t>
      </w:r>
      <w:r>
        <w:rPr>
          <w:rFonts w:ascii="Arial" w:hAnsi="Arial"/>
          <w:color w:val="5D7284"/>
          <w:sz w:val="22"/>
        </w:rPr>
        <w:t>13:15</w:t>
      </w:r>
    </w:p>
    <w:p>
      <w:pPr>
        <w:spacing w:after="0"/>
      </w:pPr>
      <w:r>
        <w:rPr>
          <w:rFonts w:ascii="Arial" w:hAnsi="Arial"/>
          <w:sz w:val="22"/>
        </w:rPr>
        <w:t>he starts to remember he's pretty angry about it like what he does to the people who do this to him so that suggests is perhaps not best pleased.</w:t>
      </w:r>
    </w:p>
    <w:p>
      <w:pPr>
        <w:spacing w:after="0"/>
      </w:pPr>
    </w:p>
    <w:p>
      <w:pPr>
        <w:spacing w:after="0"/>
      </w:pPr>
      <w:r>
        <w:rPr>
          <w:rFonts w:ascii="Arial" w:hAnsi="Arial"/>
          <w:b/>
          <w:sz w:val="22"/>
        </w:rPr>
        <w:t xml:space="preserve">Lucy  </w:t>
      </w:r>
      <w:r>
        <w:rPr>
          <w:rFonts w:ascii="Arial" w:hAnsi="Arial"/>
          <w:color w:val="5D7284"/>
          <w:sz w:val="22"/>
        </w:rPr>
        <w:t>13:30</w:t>
      </w:r>
    </w:p>
    <w:p>
      <w:pPr>
        <w:spacing w:after="0"/>
      </w:pPr>
      <w:r>
        <w:rPr>
          <w:rFonts w:ascii="Arial" w:hAnsi="Arial"/>
          <w:sz w:val="22"/>
        </w:rPr>
        <w:t>is it a bit like oh golly gosh,</w:t>
      </w:r>
    </w:p>
    <w:p>
      <w:pPr>
        <w:spacing w:after="0"/>
      </w:pPr>
    </w:p>
    <w:p>
      <w:pPr>
        <w:spacing w:after="0"/>
      </w:pPr>
      <w:r>
        <w:rPr>
          <w:rFonts w:ascii="Arial" w:hAnsi="Arial"/>
          <w:b/>
          <w:sz w:val="22"/>
        </w:rPr>
        <w:t xml:space="preserve">Alice  </w:t>
      </w:r>
      <w:r>
        <w:rPr>
          <w:rFonts w:ascii="Arial" w:hAnsi="Arial"/>
          <w:color w:val="5D7284"/>
          <w:sz w:val="22"/>
        </w:rPr>
        <w:t>13:32</w:t>
      </w:r>
    </w:p>
    <w:p>
      <w:pPr>
        <w:spacing w:after="0"/>
      </w:pPr>
      <w:r>
        <w:rPr>
          <w:rFonts w:ascii="Arial" w:hAnsi="Arial"/>
          <w:sz w:val="22"/>
        </w:rPr>
        <w:t>yes. Yes, definitely. Crikey.</w:t>
      </w:r>
    </w:p>
    <w:p>
      <w:pPr>
        <w:spacing w:after="0"/>
      </w:pPr>
    </w:p>
    <w:p>
      <w:pPr>
        <w:spacing w:after="0"/>
      </w:pPr>
      <w:r>
        <w:rPr>
          <w:rFonts w:ascii="Arial" w:hAnsi="Arial"/>
          <w:b/>
          <w:sz w:val="22"/>
        </w:rPr>
        <w:t xml:space="preserve">Lucy  </w:t>
      </w:r>
      <w:r>
        <w:rPr>
          <w:rFonts w:ascii="Arial" w:hAnsi="Arial"/>
          <w:color w:val="5D7284"/>
          <w:sz w:val="22"/>
        </w:rPr>
        <w:t>13:36</w:t>
      </w:r>
    </w:p>
    <w:p>
      <w:pPr>
        <w:spacing w:after="0"/>
      </w:pPr>
      <w:r>
        <w:rPr>
          <w:rFonts w:ascii="Arial" w:hAnsi="Arial"/>
          <w:sz w:val="22"/>
        </w:rPr>
        <w:t>Oh, crumbs. I'm sorry.</w:t>
      </w:r>
    </w:p>
    <w:p>
      <w:pPr>
        <w:spacing w:after="0"/>
      </w:pPr>
    </w:p>
    <w:p>
      <w:pPr>
        <w:spacing w:after="0"/>
      </w:pPr>
      <w:r>
        <w:rPr>
          <w:rFonts w:ascii="Arial" w:hAnsi="Arial"/>
          <w:b/>
          <w:sz w:val="22"/>
        </w:rPr>
        <w:t xml:space="preserve">Alice  </w:t>
      </w:r>
      <w:r>
        <w:rPr>
          <w:rFonts w:ascii="Arial" w:hAnsi="Arial"/>
          <w:color w:val="5D7284"/>
          <w:sz w:val="22"/>
        </w:rPr>
        <w:t>13:38</w:t>
      </w:r>
    </w:p>
    <w:p>
      <w:pPr>
        <w:spacing w:after="0"/>
      </w:pPr>
      <w:r>
        <w:rPr>
          <w:rFonts w:ascii="Arial" w:hAnsi="Arial"/>
          <w:sz w:val="22"/>
        </w:rPr>
        <w:t xml:space="preserve">That reminds me of I said this to my friend and I used to I used to work out with a friend completely off topic. I used to work out with a friend of mine. And she commented on the fact that I swear like a trooper we all know I swear like we know that when I'm when there's something actually bad or actually difficult. I have a tendency not to use swear words but to say things like you know, oh crumbs and Oh, crikey. </w:t>
      </w:r>
    </w:p>
    <w:p>
      <w:pPr>
        <w:spacing w:after="0"/>
      </w:pPr>
    </w:p>
    <w:p>
      <w:pPr>
        <w:spacing w:after="0"/>
      </w:pPr>
      <w:r>
        <w:rPr>
          <w:rFonts w:ascii="Arial" w:hAnsi="Arial"/>
          <w:b/>
          <w:sz w:val="22"/>
        </w:rPr>
        <w:t xml:space="preserve">Lucy  </w:t>
      </w:r>
      <w:r>
        <w:rPr>
          <w:rFonts w:ascii="Arial" w:hAnsi="Arial"/>
          <w:color w:val="5D7284"/>
          <w:sz w:val="22"/>
        </w:rPr>
        <w:t>14:02</w:t>
      </w:r>
    </w:p>
    <w:p>
      <w:pPr>
        <w:spacing w:after="0"/>
      </w:pPr>
      <w:r>
        <w:rPr>
          <w:rFonts w:ascii="Arial" w:hAnsi="Arial"/>
          <w:sz w:val="22"/>
        </w:rPr>
        <w:t xml:space="preserve">i had a support worker at school that when she used to get really quite used to go Christopher Columbus. They used to tickle me me every time like, not Christ, Christopher. </w:t>
      </w:r>
    </w:p>
    <w:p>
      <w:pPr>
        <w:spacing w:after="0"/>
      </w:pPr>
    </w:p>
    <w:p>
      <w:pPr>
        <w:spacing w:after="0"/>
      </w:pPr>
      <w:r>
        <w:rPr>
          <w:rFonts w:ascii="Arial" w:hAnsi="Arial"/>
          <w:b/>
          <w:sz w:val="22"/>
        </w:rPr>
        <w:t xml:space="preserve">Alice  </w:t>
      </w:r>
      <w:r>
        <w:rPr>
          <w:rFonts w:ascii="Arial" w:hAnsi="Arial"/>
          <w:color w:val="5D7284"/>
          <w:sz w:val="22"/>
        </w:rPr>
        <w:t>14:16</w:t>
      </w:r>
    </w:p>
    <w:p>
      <w:pPr>
        <w:spacing w:after="0"/>
      </w:pPr>
      <w:r>
        <w:rPr>
          <w:rFonts w:ascii="Arial" w:hAnsi="Arial"/>
          <w:sz w:val="22"/>
        </w:rPr>
        <w:t>Yeah, well, it's like, you know, I'd be I'd be lifting a weight and if it was too heavy, instead of going oh, fuck, you know, I have like, just be like, oh Fiddlesticks Oh,</w:t>
      </w:r>
    </w:p>
    <w:p>
      <w:pPr>
        <w:spacing w:after="0"/>
      </w:pPr>
    </w:p>
    <w:p>
      <w:pPr>
        <w:spacing w:after="0"/>
      </w:pPr>
      <w:r>
        <w:rPr>
          <w:rFonts w:ascii="Arial" w:hAnsi="Arial"/>
          <w:b/>
          <w:sz w:val="22"/>
        </w:rPr>
        <w:t xml:space="preserve">Lucy  </w:t>
      </w:r>
      <w:r>
        <w:rPr>
          <w:rFonts w:ascii="Arial" w:hAnsi="Arial"/>
          <w:color w:val="5D7284"/>
          <w:sz w:val="22"/>
        </w:rPr>
        <w:t>14:28</w:t>
      </w:r>
    </w:p>
    <w:p>
      <w:pPr>
        <w:spacing w:after="0"/>
      </w:pPr>
      <w:r>
        <w:rPr>
          <w:rFonts w:ascii="Arial" w:hAnsi="Arial"/>
          <w:sz w:val="22"/>
        </w:rPr>
        <w:t xml:space="preserve">oh dear,I didn't realize that was heavy! </w:t>
      </w:r>
    </w:p>
    <w:p>
      <w:pPr>
        <w:spacing w:after="0"/>
      </w:pPr>
    </w:p>
    <w:p>
      <w:pPr>
        <w:spacing w:after="0"/>
      </w:pPr>
      <w:r>
        <w:rPr>
          <w:rFonts w:ascii="Arial" w:hAnsi="Arial"/>
          <w:b/>
          <w:sz w:val="22"/>
        </w:rPr>
        <w:t xml:space="preserve">Alice  </w:t>
      </w:r>
      <w:r>
        <w:rPr>
          <w:rFonts w:ascii="Arial" w:hAnsi="Arial"/>
          <w:color w:val="5D7284"/>
          <w:sz w:val="22"/>
        </w:rPr>
        <w:t>14:29</w:t>
      </w:r>
    </w:p>
    <w:p>
      <w:pPr>
        <w:spacing w:after="0"/>
      </w:pPr>
      <w:r>
        <w:rPr>
          <w:rFonts w:ascii="Arial" w:hAnsi="Arial"/>
          <w:sz w:val="22"/>
        </w:rPr>
        <w:t>it seems it's a very, I did it the other day when I was walking back home with Dora and I walked in a puddle that was full on so high. it went over my ankles. In the middle of the street went Crikey. And then afterwards, I was like, what?</w:t>
      </w:r>
    </w:p>
    <w:p>
      <w:pPr>
        <w:spacing w:after="0"/>
      </w:pPr>
    </w:p>
    <w:p>
      <w:pPr>
        <w:spacing w:after="0"/>
      </w:pPr>
      <w:r>
        <w:rPr>
          <w:rFonts w:ascii="Arial" w:hAnsi="Arial"/>
          <w:b/>
          <w:sz w:val="22"/>
        </w:rPr>
        <w:t xml:space="preserve">Lucy  </w:t>
      </w:r>
      <w:r>
        <w:rPr>
          <w:rFonts w:ascii="Arial" w:hAnsi="Arial"/>
          <w:color w:val="5D7284"/>
          <w:sz w:val="22"/>
        </w:rPr>
        <w:t>14:48</w:t>
      </w:r>
    </w:p>
    <w:p>
      <w:pPr>
        <w:spacing w:after="0"/>
      </w:pPr>
      <w:r>
        <w:rPr>
          <w:rFonts w:ascii="Arial" w:hAnsi="Arial"/>
          <w:sz w:val="22"/>
        </w:rPr>
        <w:t xml:space="preserve">You're  like a 1950s housewife We go from swearing like a sailor to 1950's housewife amazing </w:t>
      </w:r>
    </w:p>
    <w:p>
      <w:pPr>
        <w:spacing w:after="0"/>
      </w:pPr>
    </w:p>
    <w:p>
      <w:pPr>
        <w:spacing w:after="0"/>
      </w:pPr>
      <w:r>
        <w:rPr>
          <w:rFonts w:ascii="Arial" w:hAnsi="Arial"/>
          <w:b/>
          <w:sz w:val="22"/>
        </w:rPr>
        <w:t xml:space="preserve">Alice  </w:t>
      </w:r>
      <w:r>
        <w:rPr>
          <w:rFonts w:ascii="Arial" w:hAnsi="Arial"/>
          <w:color w:val="5D7284"/>
          <w:sz w:val="22"/>
        </w:rPr>
        <w:t>14:55</w:t>
      </w:r>
    </w:p>
    <w:p>
      <w:pPr>
        <w:spacing w:after="0"/>
      </w:pPr>
      <w:r>
        <w:rPr>
          <w:rFonts w:ascii="Arial" w:hAnsi="Arial"/>
          <w:sz w:val="22"/>
        </w:rPr>
        <w:t>thats me I'm I'm fertile. I think that Robocop has got quite a sort of difficult relationship with his body. And I think, again, I think there's something that perhaps, like trying to justify why I'm covering this as a on the disability podcast, but I think it's something that a lot of disabled people perhaps understand because</w:t>
      </w:r>
    </w:p>
    <w:p>
      <w:pPr>
        <w:spacing w:after="0"/>
      </w:pPr>
    </w:p>
    <w:p>
      <w:pPr>
        <w:spacing w:after="0"/>
      </w:pPr>
      <w:r>
        <w:rPr>
          <w:rFonts w:ascii="Arial" w:hAnsi="Arial"/>
          <w:b/>
          <w:sz w:val="22"/>
        </w:rPr>
        <w:t xml:space="preserve">Lucy  </w:t>
      </w:r>
      <w:r>
        <w:rPr>
          <w:rFonts w:ascii="Arial" w:hAnsi="Arial"/>
          <w:color w:val="5D7284"/>
          <w:sz w:val="22"/>
        </w:rPr>
        <w:t>15:12</w:t>
      </w:r>
    </w:p>
    <w:p>
      <w:pPr>
        <w:spacing w:after="0"/>
      </w:pPr>
      <w:r>
        <w:rPr>
          <w:rFonts w:ascii="Arial" w:hAnsi="Arial"/>
          <w:sz w:val="22"/>
        </w:rPr>
        <w:t>Oh, absolutely.</w:t>
      </w:r>
    </w:p>
    <w:p>
      <w:pPr>
        <w:spacing w:after="0"/>
      </w:pPr>
    </w:p>
    <w:p>
      <w:pPr>
        <w:spacing w:after="0"/>
      </w:pPr>
      <w:r>
        <w:rPr>
          <w:rFonts w:ascii="Arial" w:hAnsi="Arial"/>
          <w:b/>
          <w:sz w:val="22"/>
        </w:rPr>
        <w:t xml:space="preserve">Alice  </w:t>
      </w:r>
      <w:r>
        <w:rPr>
          <w:rFonts w:ascii="Arial" w:hAnsi="Arial"/>
          <w:color w:val="5D7284"/>
          <w:sz w:val="22"/>
        </w:rPr>
        <w:t>15:18</w:t>
      </w:r>
    </w:p>
    <w:p>
      <w:pPr>
        <w:spacing w:after="0"/>
      </w:pPr>
      <w:r>
        <w:rPr>
          <w:rFonts w:ascii="Arial" w:hAnsi="Arial"/>
          <w:sz w:val="22"/>
        </w:rPr>
        <w:t>Yeah. The company is called by the way I find I just find this really funny. It's good. It's called Omni consumer products.</w:t>
      </w:r>
    </w:p>
    <w:p>
      <w:pPr>
        <w:spacing w:after="0"/>
      </w:pPr>
    </w:p>
    <w:p>
      <w:pPr>
        <w:spacing w:after="0"/>
      </w:pPr>
      <w:r>
        <w:rPr>
          <w:rFonts w:ascii="Arial" w:hAnsi="Arial"/>
          <w:b/>
          <w:sz w:val="22"/>
        </w:rPr>
        <w:t xml:space="preserve">Lucy  </w:t>
      </w:r>
      <w:r>
        <w:rPr>
          <w:rFonts w:ascii="Arial" w:hAnsi="Arial"/>
          <w:color w:val="5D7284"/>
          <w:sz w:val="22"/>
        </w:rPr>
        <w:t>15:25</w:t>
      </w:r>
    </w:p>
    <w:p>
      <w:pPr>
        <w:spacing w:after="0"/>
      </w:pPr>
      <w:r>
        <w:rPr>
          <w:rFonts w:ascii="Arial" w:hAnsi="Arial"/>
          <w:sz w:val="22"/>
        </w:rPr>
        <w:t>know. My new saying is my body is an awesome, and we'll just act up whenever it feels like it. But um, yeah, you show me a disabled person that was completely happy with their body. Yeah. And that, to me raises a few questions like, are you sure? because you know, it's not it doesn't look to my body doesn't look the same as glory shifters or anybody that can walk rude, or mean. No, etc. Prime example. I'm not I'm not showing you my feet as bonus content, because that's where all the Windows Live. I'm not doing that. We're not that desperate.</w:t>
      </w:r>
    </w:p>
    <w:p>
      <w:pPr>
        <w:spacing w:after="0"/>
      </w:pPr>
    </w:p>
    <w:p>
      <w:pPr>
        <w:spacing w:after="0"/>
      </w:pPr>
      <w:r>
        <w:rPr>
          <w:rFonts w:ascii="Arial" w:hAnsi="Arial"/>
          <w:b/>
          <w:sz w:val="22"/>
        </w:rPr>
        <w:t xml:space="preserve">Alice  </w:t>
      </w:r>
      <w:r>
        <w:rPr>
          <w:rFonts w:ascii="Arial" w:hAnsi="Arial"/>
          <w:color w:val="5D7284"/>
          <w:sz w:val="22"/>
        </w:rPr>
        <w:t>16:05</w:t>
      </w:r>
    </w:p>
    <w:p>
      <w:pPr>
        <w:spacing w:after="0"/>
      </w:pPr>
      <w:r>
        <w:rPr>
          <w:rFonts w:ascii="Arial" w:hAnsi="Arial"/>
          <w:sz w:val="22"/>
        </w:rPr>
        <w:t>So, even Robocop Murphy's human body is treated like it's totally disposable. Yes, like, because, like, it's like I said, that bit about how his arm can be saved. And they're just like, now, we paid for this. get rid of it. Basically.</w:t>
      </w:r>
    </w:p>
    <w:p>
      <w:pPr>
        <w:spacing w:after="0"/>
      </w:pPr>
    </w:p>
    <w:p>
      <w:pPr>
        <w:spacing w:after="0"/>
      </w:pPr>
      <w:r>
        <w:rPr>
          <w:rFonts w:ascii="Arial" w:hAnsi="Arial"/>
          <w:b/>
          <w:sz w:val="22"/>
        </w:rPr>
        <w:t xml:space="preserve">Lucy  </w:t>
      </w:r>
      <w:r>
        <w:rPr>
          <w:rFonts w:ascii="Arial" w:hAnsi="Arial"/>
          <w:color w:val="5D7284"/>
          <w:sz w:val="22"/>
        </w:rPr>
        <w:t>16:22</w:t>
      </w:r>
    </w:p>
    <w:p>
      <w:pPr>
        <w:spacing w:after="0"/>
      </w:pPr>
      <w:r>
        <w:rPr>
          <w:rFonts w:ascii="Arial" w:hAnsi="Arial"/>
          <w:sz w:val="22"/>
        </w:rPr>
        <w:t>That's yeah.</w:t>
      </w:r>
    </w:p>
    <w:p>
      <w:pPr>
        <w:spacing w:after="0"/>
      </w:pPr>
    </w:p>
    <w:p>
      <w:pPr>
        <w:spacing w:after="0"/>
      </w:pPr>
      <w:r>
        <w:rPr>
          <w:rFonts w:ascii="Arial" w:hAnsi="Arial"/>
          <w:b/>
          <w:sz w:val="22"/>
        </w:rPr>
        <w:t xml:space="preserve">Alice  </w:t>
      </w:r>
      <w:r>
        <w:rPr>
          <w:rFonts w:ascii="Arial" w:hAnsi="Arial"/>
          <w:color w:val="5D7284"/>
          <w:sz w:val="22"/>
        </w:rPr>
        <w:t>16:24</w:t>
      </w:r>
    </w:p>
    <w:p>
      <w:pPr>
        <w:spacing w:after="0"/>
      </w:pPr>
      <w:r>
        <w:rPr>
          <w:rFonts w:ascii="Arial" w:hAnsi="Arial"/>
          <w:sz w:val="22"/>
        </w:rPr>
        <w:t xml:space="preserve">So he's replaced entirely. And he's now but he's got like a robot, sort of full body armor. And he's got like, a visor over his eyes. And big, like clumpy robot boots. But he's all like silver and stuff </w:t>
      </w:r>
    </w:p>
    <w:p>
      <w:pPr>
        <w:spacing w:after="0"/>
      </w:pPr>
    </w:p>
    <w:p>
      <w:pPr>
        <w:spacing w:after="0"/>
      </w:pPr>
      <w:r>
        <w:rPr>
          <w:rFonts w:ascii="Arial" w:hAnsi="Arial"/>
          <w:b/>
          <w:sz w:val="22"/>
        </w:rPr>
        <w:t xml:space="preserve">Lucy  </w:t>
      </w:r>
      <w:r>
        <w:rPr>
          <w:rFonts w:ascii="Arial" w:hAnsi="Arial"/>
          <w:color w:val="5D7284"/>
          <w:sz w:val="22"/>
        </w:rPr>
        <w:t>16:44</w:t>
      </w:r>
    </w:p>
    <w:p>
      <w:pPr>
        <w:spacing w:after="0"/>
      </w:pPr>
      <w:r>
        <w:rPr>
          <w:rFonts w:ascii="Arial" w:hAnsi="Arial"/>
          <w:sz w:val="22"/>
        </w:rPr>
        <w:t xml:space="preserve">Does he sound like a robot as well? have yhey changed his voice </w:t>
      </w:r>
    </w:p>
    <w:p>
      <w:pPr>
        <w:spacing w:after="0"/>
      </w:pPr>
    </w:p>
    <w:p>
      <w:pPr>
        <w:spacing w:after="0"/>
      </w:pPr>
      <w:r>
        <w:rPr>
          <w:rFonts w:ascii="Arial" w:hAnsi="Arial"/>
          <w:b/>
          <w:sz w:val="22"/>
        </w:rPr>
        <w:t xml:space="preserve">Alice  </w:t>
      </w:r>
      <w:r>
        <w:rPr>
          <w:rFonts w:ascii="Arial" w:hAnsi="Arial"/>
          <w:color w:val="5D7284"/>
          <w:sz w:val="22"/>
        </w:rPr>
        <w:t>16:46</w:t>
      </w:r>
    </w:p>
    <w:p>
      <w:pPr>
        <w:spacing w:after="0"/>
      </w:pPr>
      <w:r>
        <w:rPr>
          <w:rFonts w:ascii="Arial" w:hAnsi="Arial"/>
          <w:sz w:val="22"/>
        </w:rPr>
        <w:t>He's not got like a computery variable voice, but it's very like deadpan. Like, it's the actor's voiceSo we, when we it's like re fitted, we find out that he, although his brain is still in there, he's not kind of his it's not connected in terms of like emotions and memory. So we find out that he's got four, what do they call them? Objectives. He's got four objectives now that he's a Robocop. And the first one is to serve the public trust. The second one is to protect the innocent. The third one is to uphold the law. And then the fourth one is classified. But it's later revealed that he can't arrest or harm any of the senior members of the company that like Built him</w:t>
      </w:r>
    </w:p>
    <w:p>
      <w:pPr>
        <w:spacing w:after="0"/>
      </w:pPr>
    </w:p>
    <w:p>
      <w:pPr>
        <w:spacing w:after="0"/>
      </w:pPr>
      <w:r>
        <w:rPr>
          <w:rFonts w:ascii="Arial" w:hAnsi="Arial"/>
          <w:b/>
          <w:sz w:val="22"/>
        </w:rPr>
        <w:t xml:space="preserve">Alice  </w:t>
      </w:r>
      <w:r>
        <w:rPr>
          <w:rFonts w:ascii="Arial" w:hAnsi="Arial"/>
          <w:color w:val="5D7284"/>
          <w:sz w:val="22"/>
        </w:rPr>
        <w:t>17:47</w:t>
      </w:r>
    </w:p>
    <w:p>
      <w:pPr>
        <w:spacing w:after="0"/>
      </w:pPr>
      <w:r>
        <w:rPr>
          <w:rFonts w:ascii="Arial" w:hAnsi="Arial"/>
          <w:sz w:val="22"/>
        </w:rPr>
        <w:t>want to surprise Yeah. The company is called by the way I find I just find this really funny. It's good. It's called Omni consumer products.</w:t>
      </w:r>
    </w:p>
    <w:p>
      <w:pPr>
        <w:spacing w:after="0"/>
      </w:pPr>
    </w:p>
    <w:p>
      <w:pPr>
        <w:spacing w:after="0"/>
      </w:pPr>
      <w:r>
        <w:rPr>
          <w:rFonts w:ascii="Arial" w:hAnsi="Arial"/>
          <w:b/>
          <w:sz w:val="22"/>
        </w:rPr>
        <w:t xml:space="preserve">Lucy  </w:t>
      </w:r>
      <w:r>
        <w:rPr>
          <w:rFonts w:ascii="Arial" w:hAnsi="Arial"/>
          <w:color w:val="5D7284"/>
          <w:sz w:val="22"/>
        </w:rPr>
        <w:t>17:58</w:t>
      </w:r>
    </w:p>
    <w:p>
      <w:pPr>
        <w:spacing w:after="0"/>
      </w:pPr>
      <w:r>
        <w:rPr>
          <w:rFonts w:ascii="Arial" w:hAnsi="Arial"/>
          <w:sz w:val="22"/>
        </w:rPr>
        <w:t>Okay, do we have any backstory about the company? Like what did they make before they made robot robotic?</w:t>
      </w:r>
    </w:p>
    <w:p>
      <w:pPr>
        <w:spacing w:after="0"/>
      </w:pPr>
    </w:p>
    <w:p>
      <w:pPr>
        <w:spacing w:after="0"/>
      </w:pPr>
      <w:r>
        <w:rPr>
          <w:rFonts w:ascii="Arial" w:hAnsi="Arial"/>
          <w:b/>
          <w:sz w:val="22"/>
        </w:rPr>
        <w:t xml:space="preserve">Alice  </w:t>
      </w:r>
      <w:r>
        <w:rPr>
          <w:rFonts w:ascii="Arial" w:hAnsi="Arial"/>
          <w:color w:val="5D7284"/>
          <w:sz w:val="22"/>
        </w:rPr>
        <w:t>18:06</w:t>
      </w:r>
    </w:p>
    <w:p>
      <w:pPr>
        <w:spacing w:after="0"/>
      </w:pPr>
      <w:r>
        <w:rPr>
          <w:rFonts w:ascii="Arial" w:hAnsi="Arial"/>
          <w:sz w:val="22"/>
        </w:rPr>
        <w:t>I was gonna say, if you've read my review recently, I've got to give it a different angle, which a lot of people on the podcast might not agree with.</w:t>
      </w:r>
    </w:p>
    <w:p>
      <w:pPr>
        <w:spacing w:after="0"/>
      </w:pPr>
    </w:p>
    <w:p>
      <w:pPr>
        <w:spacing w:after="0"/>
      </w:pPr>
      <w:r>
        <w:rPr>
          <w:rFonts w:ascii="Arial" w:hAnsi="Arial"/>
          <w:b/>
          <w:sz w:val="22"/>
        </w:rPr>
        <w:t xml:space="preserve">Alice  </w:t>
      </w:r>
      <w:r>
        <w:rPr>
          <w:rFonts w:ascii="Arial" w:hAnsi="Arial"/>
          <w:color w:val="5D7284"/>
          <w:sz w:val="22"/>
        </w:rPr>
        <w:t>18:08</w:t>
      </w:r>
    </w:p>
    <w:p>
      <w:pPr>
        <w:spacing w:after="0"/>
      </w:pPr>
      <w:r>
        <w:rPr>
          <w:rFonts w:ascii="Arial" w:hAnsi="Arial"/>
          <w:sz w:val="22"/>
        </w:rPr>
        <w:t>I think everything I think that's what the Omni like Amazon, basically. I mean, Amazon sell everything this company it's Anyway, things almost like immediately start to go wrong, obviously. because Cause movie, Robocop comes across his former partner who was with him when he got gunned down. And she recognizes him  despite the fact that he's like, been augmented. Ing. And he's got a visor on his face. Yeah. Yeah. I mean, she, she recognizes his chin, essentially. But she says Murphy, is that you? right, it's later it's like, he, he hears her calling him by his name. And like recalling that interaction starts to spark his memory of who he was before becoming Robocop. It's when he starts to like, remember that, that he starts to remember that he had a wife and a son, and stuff like that. So that bit also got me thinking about like, the disabled experience because, for me, I feel like there's a question here about like, again, like whether we're still ourselves after having like, Major, like sometimes life saving work done on our bodies, you know, the film, like if you break the film down, what it's kind of what's really happening to Murphy is that he's, he's given a bunch of these fight prosthetics and his life is saved. But he then just stops like, being himself. He's, but he's still like he, he still uses his body the way like a non disabled person would so like, like Doctor No, he doesn't have like, you know, gun fingers and like, you know knives for toes like he's, he's still there's a bit where he spins a gun on his finger. So I would personally I feel like you know, if you're making a robotic, like Security Enforcer the you just save yourself the trouble and just make his hands for guns but that's</w:t>
      </w:r>
    </w:p>
    <w:p>
      <w:pPr>
        <w:spacing w:after="0"/>
      </w:pPr>
    </w:p>
    <w:p>
      <w:pPr>
        <w:spacing w:after="0"/>
      </w:pPr>
      <w:r>
        <w:rPr>
          <w:rFonts w:ascii="Arial" w:hAnsi="Arial"/>
          <w:b/>
          <w:sz w:val="22"/>
        </w:rPr>
        <w:t xml:space="preserve">Lucy  </w:t>
      </w:r>
      <w:r>
        <w:rPr>
          <w:rFonts w:ascii="Arial" w:hAnsi="Arial"/>
          <w:color w:val="5D7284"/>
          <w:sz w:val="22"/>
        </w:rPr>
        <w:t>20:26</w:t>
      </w:r>
    </w:p>
    <w:p>
      <w:pPr>
        <w:spacing w:after="0"/>
      </w:pPr>
      <w:r>
        <w:rPr>
          <w:rFonts w:ascii="Arial" w:hAnsi="Arial"/>
          <w:sz w:val="22"/>
        </w:rPr>
        <w:t>well, that's what I thought you were gonna say like he's got guns for hands and he's got eye balls that are like that laser. Gi Joe like do you know like that? That like I said before we switch in the back of the head and you can look through the bit like that, but it's not easy. He's got a human hand.</w:t>
      </w:r>
    </w:p>
    <w:p>
      <w:pPr>
        <w:spacing w:after="0"/>
      </w:pPr>
    </w:p>
    <w:p>
      <w:pPr>
        <w:spacing w:after="0"/>
      </w:pPr>
      <w:r>
        <w:rPr>
          <w:rFonts w:ascii="Arial" w:hAnsi="Arial"/>
          <w:b/>
          <w:sz w:val="22"/>
        </w:rPr>
        <w:t xml:space="preserve">Alice  </w:t>
      </w:r>
      <w:r>
        <w:rPr>
          <w:rFonts w:ascii="Arial" w:hAnsi="Arial"/>
          <w:color w:val="5D7284"/>
          <w:sz w:val="22"/>
        </w:rPr>
        <w:t>20:44</w:t>
      </w:r>
    </w:p>
    <w:p>
      <w:pPr>
        <w:spacing w:after="0"/>
      </w:pPr>
      <w:r>
        <w:rPr>
          <w:rFonts w:ascii="Arial" w:hAnsi="Arial"/>
          <w:sz w:val="22"/>
        </w:rPr>
        <w:t>He's human finger. Yeah, yeah. But like, he's just physically, like, a metal basically. But he pieced even though he still like, looks like a human. Nobody seem like he's a human. He's like a law enforcement like object now, you know? And</w:t>
      </w:r>
    </w:p>
    <w:p>
      <w:pPr>
        <w:spacing w:after="0"/>
      </w:pPr>
    </w:p>
    <w:p>
      <w:pPr>
        <w:spacing w:after="0"/>
      </w:pPr>
      <w:r>
        <w:rPr>
          <w:rFonts w:ascii="Arial" w:hAnsi="Arial"/>
          <w:b/>
          <w:sz w:val="22"/>
        </w:rPr>
        <w:t xml:space="preserve">Lucy  </w:t>
      </w:r>
      <w:r>
        <w:rPr>
          <w:rFonts w:ascii="Arial" w:hAnsi="Arial"/>
          <w:color w:val="5D7284"/>
          <w:sz w:val="22"/>
        </w:rPr>
        <w:t>21:13</w:t>
      </w:r>
    </w:p>
    <w:p>
      <w:pPr>
        <w:spacing w:after="0"/>
      </w:pPr>
      <w:r>
        <w:rPr>
          <w:rFonts w:ascii="Arial" w:hAnsi="Arial"/>
          <w:sz w:val="22"/>
        </w:rPr>
        <w:t>he's a he's an object rather than? person Yeah. And</w:t>
      </w:r>
    </w:p>
    <w:p>
      <w:pPr>
        <w:spacing w:after="0"/>
      </w:pPr>
    </w:p>
    <w:p>
      <w:pPr>
        <w:spacing w:after="0"/>
      </w:pPr>
      <w:r>
        <w:rPr>
          <w:rFonts w:ascii="Arial" w:hAnsi="Arial"/>
          <w:b/>
          <w:sz w:val="22"/>
        </w:rPr>
        <w:t xml:space="preserve">Alice  </w:t>
      </w:r>
      <w:r>
        <w:rPr>
          <w:rFonts w:ascii="Arial" w:hAnsi="Arial"/>
          <w:color w:val="5D7284"/>
          <w:sz w:val="22"/>
        </w:rPr>
        <w:t>21:17</w:t>
      </w:r>
    </w:p>
    <w:p>
      <w:pPr>
        <w:spacing w:after="0"/>
      </w:pPr>
      <w:r>
        <w:rPr>
          <w:rFonts w:ascii="Arial" w:hAnsi="Arial"/>
          <w:sz w:val="22"/>
        </w:rPr>
        <w:t xml:space="preserve">YeahI feel like that, that maybe the the film is saying something like, you know, you need flesh and blood limbs and like body parts. That's what makes you w human </w:t>
      </w:r>
    </w:p>
    <w:p>
      <w:pPr>
        <w:spacing w:after="0"/>
      </w:pPr>
    </w:p>
    <w:p>
      <w:pPr>
        <w:spacing w:after="0"/>
      </w:pPr>
      <w:r>
        <w:rPr>
          <w:rFonts w:ascii="Arial" w:hAnsi="Arial"/>
          <w:b/>
          <w:sz w:val="22"/>
        </w:rPr>
        <w:t xml:space="preserve">Lucy  </w:t>
      </w:r>
      <w:r>
        <w:rPr>
          <w:rFonts w:ascii="Arial" w:hAnsi="Arial"/>
          <w:color w:val="5D7284"/>
          <w:sz w:val="22"/>
        </w:rPr>
        <w:t>21:30</w:t>
      </w:r>
    </w:p>
    <w:p>
      <w:pPr>
        <w:spacing w:after="0"/>
      </w:pPr>
      <w:r>
        <w:rPr>
          <w:rFonts w:ascii="Arial" w:hAnsi="Arial"/>
          <w:sz w:val="22"/>
        </w:rPr>
        <w:t xml:space="preserve">Yeah. And also, when you when you say like, he's an object, not a person, if you think about people who, like maybe have had an accident, so I have never know what it's like to walk. I have always been in a wheelchair. But I think some people who may have had accidents, often  reticent towards a wheelchair or mobility aid, because they feel like it's taking a bit of them away. And they are because they become an object. I mean, how many times only at the weekend, somebody called me the wheelchair, like, do you know what I mean? It's like, and I think that to somebody who doesn't know what it's like to be in a wheelchair, and they're just like, you'll never never gonna walk again, here's a wheelchair get on with it, there is there must be a reticent feeling of, well, I don't want to be in a wheelchair because I don't just want to be a thing. I'm still me </w:t>
      </w:r>
    </w:p>
    <w:p>
      <w:pPr>
        <w:spacing w:after="0"/>
      </w:pPr>
    </w:p>
    <w:p>
      <w:pPr>
        <w:spacing w:after="0"/>
      </w:pPr>
      <w:r>
        <w:rPr>
          <w:rFonts w:ascii="Arial" w:hAnsi="Arial"/>
          <w:b/>
          <w:sz w:val="22"/>
        </w:rPr>
        <w:t xml:space="preserve">Alice  </w:t>
      </w:r>
      <w:r>
        <w:rPr>
          <w:rFonts w:ascii="Arial" w:hAnsi="Arial"/>
          <w:color w:val="5D7284"/>
          <w:sz w:val="22"/>
        </w:rPr>
        <w:t>22:24</w:t>
      </w:r>
    </w:p>
    <w:p>
      <w:pPr>
        <w:spacing w:after="0"/>
      </w:pPr>
      <w:r>
        <w:rPr>
          <w:rFonts w:ascii="Arial" w:hAnsi="Arial"/>
          <w:sz w:val="22"/>
        </w:rPr>
        <w:t>And I think that this film sort of reflects that socially like that. So yeah, societal sort of feeling is that, you know, he is just a, he's a robot. Now he's not a human anymore. And yeah, I that I think is, is problematic. But I'm gonna go on to talk a little bit about how I think that the Robocop tries to claw back his humanity. he tries to kind of, as the film progresses, he gets some of his memories back. And he goes back to the house that he left him with his, his wife and child and find out that it's for sale, and it's kind of he really starts to remember and it's, it's quite sad, you know, like, We literally don't, you know, we don't see anything of his wife, like, and I was sort of, as I was watching, I was like, a poor woman didn't even have any need to bury like, you know, her husband's dead, except she's not dead because he's out there, policing. And she, you know, he, but he's not her husband anymore. He's a robot. So, you know, what did? What did that woman and that child have to say goodbye to it really? Again, it just really dehumanizes him, I think.</w:t>
      </w:r>
    </w:p>
    <w:p>
      <w:pPr>
        <w:spacing w:after="0"/>
      </w:pPr>
    </w:p>
    <w:p>
      <w:pPr>
        <w:spacing w:after="0"/>
      </w:pPr>
      <w:r>
        <w:rPr>
          <w:rFonts w:ascii="Arial" w:hAnsi="Arial"/>
          <w:b/>
          <w:sz w:val="22"/>
        </w:rPr>
        <w:t xml:space="preserve">Alice  </w:t>
      </w:r>
      <w:r>
        <w:rPr>
          <w:rFonts w:ascii="Arial" w:hAnsi="Arial"/>
          <w:color w:val="5D7284"/>
          <w:sz w:val="22"/>
        </w:rPr>
        <w:t>23:40</w:t>
      </w:r>
    </w:p>
    <w:p>
      <w:pPr>
        <w:spacing w:after="0"/>
      </w:pPr>
      <w:r>
        <w:rPr>
          <w:rFonts w:ascii="Arial" w:hAnsi="Arial"/>
          <w:sz w:val="22"/>
        </w:rPr>
        <w:t>And also, how scary would that be if you went into town and suddenly bumped into a cop that looked exactly like your husband, but wasn't your husband</w:t>
      </w:r>
    </w:p>
    <w:p>
      <w:pPr>
        <w:spacing w:after="0"/>
      </w:pPr>
    </w:p>
    <w:p>
      <w:pPr>
        <w:spacing w:after="0"/>
      </w:pPr>
      <w:r>
        <w:rPr>
          <w:rFonts w:ascii="Arial" w:hAnsi="Arial"/>
          <w:b/>
          <w:sz w:val="22"/>
        </w:rPr>
        <w:t xml:space="preserve">Alice  </w:t>
      </w:r>
      <w:r>
        <w:rPr>
          <w:rFonts w:ascii="Arial" w:hAnsi="Arial"/>
          <w:color w:val="5D7284"/>
          <w:sz w:val="22"/>
        </w:rPr>
        <w:t>23:49</w:t>
      </w:r>
    </w:p>
    <w:p>
      <w:pPr>
        <w:spacing w:after="0"/>
      </w:pPr>
      <w:r>
        <w:rPr>
          <w:rFonts w:ascii="Arial" w:hAnsi="Arial"/>
          <w:sz w:val="22"/>
        </w:rPr>
        <w:t>I mean, I'd only be able to recognize him by his chair, and I suppose.</w:t>
      </w:r>
    </w:p>
    <w:p>
      <w:pPr>
        <w:spacing w:after="0"/>
      </w:pPr>
    </w:p>
    <w:p>
      <w:pPr>
        <w:spacing w:after="0"/>
      </w:pPr>
      <w:r>
        <w:rPr>
          <w:rFonts w:ascii="Arial" w:hAnsi="Arial"/>
          <w:b/>
          <w:sz w:val="22"/>
        </w:rPr>
        <w:t xml:space="preserve">Lucy  </w:t>
      </w:r>
      <w:r>
        <w:rPr>
          <w:rFonts w:ascii="Arial" w:hAnsi="Arial"/>
          <w:color w:val="5D7284"/>
          <w:sz w:val="22"/>
        </w:rPr>
        <w:t>23:50</w:t>
      </w:r>
    </w:p>
    <w:p>
      <w:pPr>
        <w:spacing w:after="0"/>
      </w:pPr>
      <w:r>
        <w:rPr>
          <w:rFonts w:ascii="Arial" w:hAnsi="Arial"/>
          <w:sz w:val="22"/>
        </w:rPr>
        <w:t xml:space="preserve">Oh, yeah. because he's got a visor on his face. But Phil, like, you'd be like, Oh my God, that's Derek or whatever. </w:t>
      </w:r>
    </w:p>
    <w:p>
      <w:pPr>
        <w:spacing w:after="0"/>
      </w:pPr>
    </w:p>
    <w:p>
      <w:pPr>
        <w:spacing w:after="0"/>
      </w:pPr>
      <w:r>
        <w:rPr>
          <w:rFonts w:ascii="Arial" w:hAnsi="Arial"/>
          <w:b/>
          <w:sz w:val="22"/>
        </w:rPr>
        <w:t xml:space="preserve">Alice  </w:t>
      </w:r>
      <w:r>
        <w:rPr>
          <w:rFonts w:ascii="Arial" w:hAnsi="Arial"/>
          <w:color w:val="5D7284"/>
          <w:sz w:val="22"/>
        </w:rPr>
        <w:t>24:09</w:t>
      </w:r>
    </w:p>
    <w:p>
      <w:pPr>
        <w:spacing w:after="0"/>
      </w:pPr>
      <w:r>
        <w:rPr>
          <w:rFonts w:ascii="Arial" w:hAnsi="Arial"/>
          <w:sz w:val="22"/>
        </w:rPr>
        <w:t>Um, so yeah, as, as like, whilst Murphy is off, like, starting to get his memory back, we learned that there's actually like a rivalry going on between two of the executives at omni consumer products. About, essentially about, like, the Robocop program, so one of them what he wanted to do. So there's one, the one that's behind the Robocop program, and then there's another one who's behind another program, which is called Edge 209, the enforcement droid, which is what the Edge for. And that is basically like, what we'd consider to be like a big shooty robot, like there's no, he's a bit Terminator II He's just yeah,</w:t>
      </w:r>
    </w:p>
    <w:p>
      <w:pPr>
        <w:spacing w:after="0"/>
      </w:pPr>
    </w:p>
    <w:p>
      <w:pPr>
        <w:spacing w:after="0"/>
      </w:pPr>
      <w:r>
        <w:rPr>
          <w:rFonts w:ascii="Arial" w:hAnsi="Arial"/>
          <w:b/>
          <w:sz w:val="22"/>
        </w:rPr>
        <w:t xml:space="preserve">Lucy  </w:t>
      </w:r>
      <w:r>
        <w:rPr>
          <w:rFonts w:ascii="Arial" w:hAnsi="Arial"/>
          <w:color w:val="5D7284"/>
          <w:sz w:val="22"/>
        </w:rPr>
        <w:t>25:01</w:t>
      </w:r>
    </w:p>
    <w:p>
      <w:pPr>
        <w:spacing w:after="0"/>
      </w:pPr>
      <w:r>
        <w:rPr>
          <w:rFonts w:ascii="Arial" w:hAnsi="Arial"/>
          <w:sz w:val="22"/>
        </w:rPr>
        <w:t>he's definitely got guns for hands.</w:t>
      </w:r>
    </w:p>
    <w:p>
      <w:pPr>
        <w:spacing w:after="0"/>
      </w:pPr>
    </w:p>
    <w:p>
      <w:pPr>
        <w:spacing w:after="0"/>
      </w:pPr>
      <w:r>
        <w:rPr>
          <w:rFonts w:ascii="Arial" w:hAnsi="Arial"/>
          <w:b/>
          <w:sz w:val="22"/>
        </w:rPr>
        <w:t xml:space="preserve">Alice  </w:t>
      </w:r>
      <w:r>
        <w:rPr>
          <w:rFonts w:ascii="Arial" w:hAnsi="Arial"/>
          <w:color w:val="5D7284"/>
          <w:sz w:val="22"/>
        </w:rPr>
        <w:t>25:03</w:t>
      </w:r>
    </w:p>
    <w:p>
      <w:pPr>
        <w:spacing w:after="0"/>
      </w:pPr>
      <w:r>
        <w:rPr>
          <w:rFonts w:ascii="Arial" w:hAnsi="Arial"/>
          <w:sz w:val="22"/>
        </w:rPr>
        <w:t>Yeah. And it's just like that he's his job is to stand there and go, don't do that. I'm gonna shoot you. And yeah, and again, the key. The big difference between the two is that the Robocop project is like powered by the human brain, whereas the enforcement dried, which I don't feel like you could say, without saying enforcement droid. Yeah. But again, in a bizarre twist of fate that you know, you would never predict. it turns out that the enforcement droids are not like able to properly recognize the nuances of human behavior.</w:t>
      </w:r>
    </w:p>
    <w:p>
      <w:pPr>
        <w:spacing w:after="0"/>
      </w:pPr>
    </w:p>
    <w:p>
      <w:pPr>
        <w:spacing w:after="0"/>
      </w:pPr>
      <w:r>
        <w:rPr>
          <w:rFonts w:ascii="Arial" w:hAnsi="Arial"/>
          <w:b/>
          <w:sz w:val="22"/>
        </w:rPr>
        <w:t xml:space="preserve">Lucy  </w:t>
      </w:r>
      <w:r>
        <w:rPr>
          <w:rFonts w:ascii="Arial" w:hAnsi="Arial"/>
          <w:color w:val="5D7284"/>
          <w:sz w:val="22"/>
        </w:rPr>
        <w:t>25:42</w:t>
      </w:r>
    </w:p>
    <w:p>
      <w:pPr>
        <w:spacing w:after="0"/>
      </w:pPr>
      <w:r>
        <w:rPr>
          <w:rFonts w:ascii="Arial" w:hAnsi="Arial"/>
          <w:sz w:val="22"/>
        </w:rPr>
        <w:t>That's basically like your smart speakers. Taking over the world a little bit. Yeah. So how dare you be so rude to me every single day. So</w:t>
      </w:r>
    </w:p>
    <w:p>
      <w:pPr>
        <w:spacing w:after="0"/>
      </w:pPr>
    </w:p>
    <w:p>
      <w:pPr>
        <w:spacing w:after="0"/>
      </w:pPr>
      <w:r>
        <w:rPr>
          <w:rFonts w:ascii="Arial" w:hAnsi="Arial"/>
          <w:b/>
          <w:sz w:val="22"/>
        </w:rPr>
        <w:t xml:space="preserve">Alice  </w:t>
      </w:r>
      <w:r>
        <w:rPr>
          <w:rFonts w:ascii="Arial" w:hAnsi="Arial"/>
          <w:color w:val="5D7284"/>
          <w:sz w:val="22"/>
        </w:rPr>
        <w:t>25:51</w:t>
      </w:r>
    </w:p>
    <w:p>
      <w:pPr>
        <w:spacing w:after="0"/>
      </w:pPr>
      <w:r>
        <w:rPr>
          <w:rFonts w:ascii="Arial" w:hAnsi="Arial"/>
          <w:sz w:val="22"/>
        </w:rPr>
        <w:t>what they what they ended up doing, like what the sort of the pilot robot does is, they're like, Oh, hey, look at this amazing robot that we've, that we've built, and they're like, showing it in like a board meeting. And then the guys like, oh, pretend, pretend to do something wrong. And so a guy pretends to do something rather than the inforcrment droid It's like, somebody will do it doing Put your hands up, you're under arrest. And so the guy stops what he's doing. he puts his hands up, and the droid like, put your hands up, you're under arrest. And he's like, my hands are up. And the droids like, put your hands up, or I will have to shoot the guy. But my hands are up, and it was. It's very, you know, stop resisting. Stop resisting while police officer punches you in the face? But it is like it. He's Yeah, it's a problem. So inevitably, they're like, hey, let's, let's not. Let's not do the enforcement droids through Robocop instead,</w:t>
      </w:r>
    </w:p>
    <w:p>
      <w:pPr>
        <w:spacing w:after="0"/>
      </w:pPr>
    </w:p>
    <w:p>
      <w:pPr>
        <w:spacing w:after="0"/>
      </w:pPr>
      <w:r>
        <w:rPr>
          <w:rFonts w:ascii="Arial" w:hAnsi="Arial"/>
          <w:b/>
          <w:sz w:val="22"/>
        </w:rPr>
        <w:t xml:space="preserve">Lucy  </w:t>
      </w:r>
      <w:r>
        <w:rPr>
          <w:rFonts w:ascii="Arial" w:hAnsi="Arial"/>
          <w:color w:val="5D7284"/>
          <w:sz w:val="22"/>
        </w:rPr>
        <w:t>26:51</w:t>
      </w:r>
    </w:p>
    <w:p>
      <w:pPr>
        <w:spacing w:after="0"/>
      </w:pPr>
      <w:r>
        <w:rPr>
          <w:rFonts w:ascii="Arial" w:hAnsi="Arial"/>
          <w:sz w:val="22"/>
        </w:rPr>
        <w:t xml:space="preserve">yeah. Well, personable. little bit. </w:t>
      </w:r>
    </w:p>
    <w:p>
      <w:pPr>
        <w:spacing w:after="0"/>
      </w:pPr>
    </w:p>
    <w:p>
      <w:pPr>
        <w:spacing w:after="0"/>
      </w:pPr>
      <w:r>
        <w:rPr>
          <w:rFonts w:ascii="Arial" w:hAnsi="Arial"/>
          <w:b/>
          <w:sz w:val="22"/>
        </w:rPr>
        <w:t xml:space="preserve">Alice  </w:t>
      </w:r>
      <w:r>
        <w:rPr>
          <w:rFonts w:ascii="Arial" w:hAnsi="Arial"/>
          <w:color w:val="5D7284"/>
          <w:sz w:val="22"/>
        </w:rPr>
        <w:t>26:56</w:t>
      </w:r>
    </w:p>
    <w:p>
      <w:pPr>
        <w:spacing w:after="0"/>
      </w:pPr>
      <w:r>
        <w:rPr>
          <w:rFonts w:ascii="Arial" w:hAnsi="Arial"/>
          <w:sz w:val="22"/>
        </w:rPr>
        <w:t>they've they've decided not to use the enforcement droids they're using the Robocop program. And like, in the meantime, if Robocop is off, like, he's, he's remembering his death. And so he's like, right. Well, I'm, I'm going to, I'm going to get me some revenge.</w:t>
      </w:r>
    </w:p>
    <w:p>
      <w:pPr>
        <w:spacing w:after="0"/>
      </w:pPr>
    </w:p>
    <w:p>
      <w:pPr>
        <w:spacing w:after="0"/>
      </w:pPr>
      <w:r>
        <w:rPr>
          <w:rFonts w:ascii="Arial" w:hAnsi="Arial"/>
          <w:b/>
          <w:sz w:val="22"/>
        </w:rPr>
        <w:t xml:space="preserve">Lucy  </w:t>
      </w:r>
      <w:r>
        <w:rPr>
          <w:rFonts w:ascii="Arial" w:hAnsi="Arial"/>
          <w:color w:val="5D7284"/>
          <w:sz w:val="22"/>
        </w:rPr>
        <w:t>27:14</w:t>
      </w:r>
    </w:p>
    <w:p>
      <w:pPr>
        <w:spacing w:after="0"/>
      </w:pPr>
      <w:r>
        <w:rPr>
          <w:rFonts w:ascii="Arial" w:hAnsi="Arial"/>
          <w:sz w:val="22"/>
        </w:rPr>
        <w:t>Yeah. And I would also argue with his therapist.</w:t>
      </w:r>
    </w:p>
    <w:p>
      <w:pPr>
        <w:spacing w:after="0"/>
      </w:pPr>
    </w:p>
    <w:p>
      <w:pPr>
        <w:spacing w:after="0"/>
      </w:pPr>
      <w:r>
        <w:rPr>
          <w:rFonts w:ascii="Arial" w:hAnsi="Arial"/>
          <w:b/>
          <w:sz w:val="22"/>
        </w:rPr>
        <w:t xml:space="preserve">Alice  </w:t>
      </w:r>
      <w:r>
        <w:rPr>
          <w:rFonts w:ascii="Arial" w:hAnsi="Arial"/>
          <w:color w:val="5D7284"/>
          <w:sz w:val="22"/>
        </w:rPr>
        <w:t>27:18</w:t>
      </w:r>
    </w:p>
    <w:p>
      <w:pPr>
        <w:spacing w:after="0"/>
      </w:pPr>
      <w:r>
        <w:rPr>
          <w:rFonts w:ascii="Arial" w:hAnsi="Arial"/>
          <w:sz w:val="22"/>
        </w:rPr>
        <w:t>Yeah, I personally feel as though some therapy would probably be a better way of working through this difficult time. Yeah, but that is not what Robocop does. So we also learned that again, unsurprisingly, the other executive who's behind the enforcement droid stuff. Turns out he's paying off the gang leader who's like the guy behind Robocop death. He's paying him off.</w:t>
      </w:r>
    </w:p>
    <w:p>
      <w:pPr>
        <w:spacing w:after="0"/>
      </w:pPr>
    </w:p>
    <w:p>
      <w:pPr>
        <w:spacing w:after="0"/>
      </w:pPr>
      <w:r>
        <w:rPr>
          <w:rFonts w:ascii="Arial" w:hAnsi="Arial"/>
          <w:b/>
          <w:sz w:val="22"/>
        </w:rPr>
        <w:t xml:space="preserve">Lucy  </w:t>
      </w:r>
      <w:r>
        <w:rPr>
          <w:rFonts w:ascii="Arial" w:hAnsi="Arial"/>
          <w:color w:val="5D7284"/>
          <w:sz w:val="22"/>
        </w:rPr>
        <w:t>27:50</w:t>
      </w:r>
    </w:p>
    <w:p>
      <w:pPr>
        <w:spacing w:after="0"/>
      </w:pPr>
      <w:r>
        <w:rPr>
          <w:rFonts w:ascii="Arial" w:hAnsi="Arial"/>
          <w:sz w:val="22"/>
        </w:rPr>
        <w:t xml:space="preserve">So did they do it? Wait a minute,  Did they? Purposely kill this cop fellas? </w:t>
      </w:r>
    </w:p>
    <w:p>
      <w:pPr>
        <w:spacing w:after="0"/>
      </w:pPr>
    </w:p>
    <w:p>
      <w:pPr>
        <w:spacing w:after="0"/>
      </w:pPr>
      <w:r>
        <w:rPr>
          <w:rFonts w:ascii="Arial" w:hAnsi="Arial"/>
          <w:b/>
          <w:sz w:val="22"/>
        </w:rPr>
        <w:t xml:space="preserve">Alice  </w:t>
      </w:r>
      <w:r>
        <w:rPr>
          <w:rFonts w:ascii="Arial" w:hAnsi="Arial"/>
          <w:color w:val="5D7284"/>
          <w:sz w:val="22"/>
        </w:rPr>
        <w:t>27:58</w:t>
      </w:r>
    </w:p>
    <w:p>
      <w:pPr>
        <w:spacing w:after="0"/>
      </w:pPr>
      <w:r>
        <w:rPr>
          <w:rFonts w:ascii="Arial" w:hAnsi="Arial"/>
          <w:sz w:val="22"/>
        </w:rPr>
        <w:t>so no, they killed him just cuz they like killing people. Okay, but it then sort of again, like the coincidences of movies. Turns out that they use him for the Robocop program. And the guy that is on the enforcement droid program is like, didn't want the Robocop program but he was already paying the guy leader off. because just because general corruption. Yeah. Does that make sense?</w:t>
      </w:r>
    </w:p>
    <w:p>
      <w:pPr>
        <w:spacing w:after="0"/>
      </w:pPr>
    </w:p>
    <w:p>
      <w:pPr>
        <w:spacing w:after="0"/>
      </w:pPr>
      <w:r>
        <w:rPr>
          <w:rFonts w:ascii="Arial" w:hAnsi="Arial"/>
          <w:b/>
          <w:sz w:val="22"/>
        </w:rPr>
        <w:t xml:space="preserve">Lucy  </w:t>
      </w:r>
      <w:r>
        <w:rPr>
          <w:rFonts w:ascii="Arial" w:hAnsi="Arial"/>
          <w:color w:val="5D7284"/>
          <w:sz w:val="22"/>
        </w:rPr>
        <w:t>28:29</w:t>
      </w:r>
    </w:p>
    <w:p>
      <w:pPr>
        <w:spacing w:after="0"/>
      </w:pPr>
      <w:r>
        <w:rPr>
          <w:rFonts w:ascii="Arial" w:hAnsi="Arial"/>
          <w:sz w:val="22"/>
        </w:rPr>
        <w:t xml:space="preserve">Yes, it does make sense. I just thought it was very coincidental like Oh, dear, he's dead. Here's the body they go do what you want with it </w:t>
      </w:r>
    </w:p>
    <w:p>
      <w:pPr>
        <w:spacing w:after="0"/>
      </w:pPr>
    </w:p>
    <w:p>
      <w:pPr>
        <w:spacing w:after="0"/>
      </w:pPr>
      <w:r>
        <w:rPr>
          <w:rFonts w:ascii="Arial" w:hAnsi="Arial"/>
          <w:b/>
          <w:sz w:val="22"/>
        </w:rPr>
        <w:t xml:space="preserve">Alice  </w:t>
      </w:r>
      <w:r>
        <w:rPr>
          <w:rFonts w:ascii="Arial" w:hAnsi="Arial"/>
          <w:color w:val="5D7284"/>
          <w:sz w:val="22"/>
        </w:rPr>
        <w:t>28:36</w:t>
      </w:r>
    </w:p>
    <w:p>
      <w:pPr>
        <w:spacing w:after="0"/>
      </w:pPr>
      <w:r>
        <w:rPr>
          <w:rFonts w:ascii="Arial" w:hAnsi="Arial"/>
          <w:sz w:val="22"/>
        </w:rPr>
        <w:t>Yeah, yeah. I mean, you know, that's that's movies.</w:t>
      </w:r>
    </w:p>
    <w:p>
      <w:pPr>
        <w:spacing w:after="0"/>
      </w:pPr>
    </w:p>
    <w:p>
      <w:pPr>
        <w:spacing w:after="0"/>
      </w:pPr>
      <w:r>
        <w:rPr>
          <w:rFonts w:ascii="Arial" w:hAnsi="Arial"/>
          <w:b/>
          <w:sz w:val="22"/>
        </w:rPr>
        <w:t xml:space="preserve">Lucy  </w:t>
      </w:r>
      <w:r>
        <w:rPr>
          <w:rFonts w:ascii="Arial" w:hAnsi="Arial"/>
          <w:color w:val="5D7284"/>
          <w:sz w:val="22"/>
        </w:rPr>
        <w:t>28:41</w:t>
      </w:r>
    </w:p>
    <w:p>
      <w:pPr>
        <w:spacing w:after="0"/>
      </w:pPr>
      <w:r>
        <w:rPr>
          <w:rFonts w:ascii="Arial" w:hAnsi="Arial"/>
          <w:sz w:val="22"/>
        </w:rPr>
        <w:t>Make sense? We've only got like, what two hours to get a whole store. Yeah, we can't wait to that backstory</w:t>
      </w:r>
    </w:p>
    <w:p>
      <w:pPr>
        <w:spacing w:after="0"/>
      </w:pPr>
    </w:p>
    <w:p>
      <w:pPr>
        <w:spacing w:after="0"/>
      </w:pPr>
      <w:r>
        <w:rPr>
          <w:rFonts w:ascii="Arial" w:hAnsi="Arial"/>
          <w:b/>
          <w:sz w:val="22"/>
        </w:rPr>
        <w:t xml:space="preserve">Alice  </w:t>
      </w:r>
      <w:r>
        <w:rPr>
          <w:rFonts w:ascii="Arial" w:hAnsi="Arial"/>
          <w:color w:val="5D7284"/>
          <w:sz w:val="22"/>
        </w:rPr>
        <w:t>28:46</w:t>
      </w:r>
    </w:p>
    <w:p>
      <w:pPr>
        <w:spacing w:after="0"/>
      </w:pPr>
      <w:r>
        <w:rPr>
          <w:rFonts w:ascii="Arial" w:hAnsi="Arial"/>
          <w:sz w:val="22"/>
        </w:rPr>
        <w:t>. Yeah, let's let's not worry about this random coincidence, which is fine.</w:t>
      </w:r>
    </w:p>
    <w:p>
      <w:pPr>
        <w:spacing w:after="0"/>
      </w:pPr>
    </w:p>
    <w:p>
      <w:pPr>
        <w:spacing w:after="0"/>
      </w:pPr>
      <w:r>
        <w:rPr>
          <w:rFonts w:ascii="Arial" w:hAnsi="Arial"/>
          <w:b/>
          <w:sz w:val="22"/>
        </w:rPr>
        <w:t xml:space="preserve">Lucy  </w:t>
      </w:r>
      <w:r>
        <w:rPr>
          <w:rFonts w:ascii="Arial" w:hAnsi="Arial"/>
          <w:color w:val="5D7284"/>
          <w:sz w:val="22"/>
        </w:rPr>
        <w:t>28:51</w:t>
      </w:r>
    </w:p>
    <w:p>
      <w:pPr>
        <w:spacing w:after="0"/>
      </w:pPr>
      <w:r>
        <w:rPr>
          <w:rFonts w:ascii="Arial" w:hAnsi="Arial"/>
          <w:sz w:val="22"/>
        </w:rPr>
        <w:t>That's just glaze over this. Yeah,</w:t>
      </w:r>
    </w:p>
    <w:p>
      <w:pPr>
        <w:spacing w:after="0"/>
      </w:pPr>
    </w:p>
    <w:p>
      <w:pPr>
        <w:spacing w:after="0"/>
      </w:pPr>
      <w:r>
        <w:rPr>
          <w:rFonts w:ascii="Arial" w:hAnsi="Arial"/>
          <w:b/>
          <w:sz w:val="22"/>
        </w:rPr>
        <w:t xml:space="preserve">Alice  </w:t>
      </w:r>
      <w:r>
        <w:rPr>
          <w:rFonts w:ascii="Arial" w:hAnsi="Arial"/>
          <w:color w:val="5D7284"/>
          <w:sz w:val="22"/>
        </w:rPr>
        <w:t>28:53</w:t>
      </w:r>
    </w:p>
    <w:p>
      <w:pPr>
        <w:spacing w:after="0"/>
      </w:pPr>
      <w:r>
        <w:rPr>
          <w:rFonts w:ascii="Arial" w:hAnsi="Arial"/>
          <w:sz w:val="22"/>
        </w:rPr>
        <w:t>yeah exactly. So yeah, like I said, Robocop is is remembering his death and instead of therapy, he's going off and getting himself some revenge. And in like, a very classic sort of, well, just in keeping with the rest of the movie, it's super violent. Like it's very graphic almost like it would almost be funny like if it was a cartoon but yeah, it's I know it's so there's so many bullets and shit like it's just a bit it's very over the top</w:t>
      </w:r>
    </w:p>
    <w:p>
      <w:pPr>
        <w:spacing w:after="0"/>
      </w:pPr>
    </w:p>
    <w:p>
      <w:pPr>
        <w:spacing w:after="0"/>
      </w:pPr>
      <w:r>
        <w:rPr>
          <w:rFonts w:ascii="Arial" w:hAnsi="Arial"/>
          <w:b/>
          <w:sz w:val="22"/>
        </w:rPr>
        <w:t xml:space="preserve">Lucy  </w:t>
      </w:r>
      <w:r>
        <w:rPr>
          <w:rFonts w:ascii="Arial" w:hAnsi="Arial"/>
          <w:color w:val="5D7284"/>
          <w:sz w:val="22"/>
        </w:rPr>
        <w:t>29:30</w:t>
      </w:r>
    </w:p>
    <w:p>
      <w:pPr>
        <w:spacing w:after="0"/>
      </w:pPr>
      <w:r>
        <w:rPr>
          <w:rFonts w:ascii="Arial" w:hAnsi="Arial"/>
          <w:sz w:val="22"/>
        </w:rPr>
        <w:t>oh fiddle sticks I'm in the way of you're gun i  do apologize.</w:t>
      </w:r>
    </w:p>
    <w:p>
      <w:pPr>
        <w:spacing w:after="0"/>
      </w:pPr>
    </w:p>
    <w:p>
      <w:pPr>
        <w:spacing w:after="0"/>
      </w:pPr>
      <w:r>
        <w:rPr>
          <w:rFonts w:ascii="Arial" w:hAnsi="Arial"/>
          <w:b/>
          <w:sz w:val="22"/>
        </w:rPr>
        <w:t xml:space="preserve">Alice  </w:t>
      </w:r>
      <w:r>
        <w:rPr>
          <w:rFonts w:ascii="Arial" w:hAnsi="Arial"/>
          <w:color w:val="5D7284"/>
          <w:sz w:val="22"/>
        </w:rPr>
        <w:t>29:36</w:t>
      </w:r>
    </w:p>
    <w:p>
      <w:pPr>
        <w:spacing w:after="0"/>
      </w:pPr>
      <w:r>
        <w:rPr>
          <w:rFonts w:ascii="Arial" w:hAnsi="Arial"/>
          <w:sz w:val="22"/>
        </w:rPr>
        <w:t>So I wanted to just talk a little bit about this like avenging the death element of Robocop because I think it's it's just was drilling down into like, what, what that is saying about the character and who the character is. So we've sort of already said that like, Murphy's been like he's been told don't be dehumanized by being given these prosthetics and turned into Robocop. And it's only that as he's recovering his memories, that kind of that helped him start to understand who he is, which is, you know, that, to me implies that he was no longer himself after having these, like prosthetics or, you know, augmentations. And that if this, like if his prosthetics mean that he sort of now questions who he is, then he's got to, as he gets starts to get his memories back, you know, he he wants to regain who he is, if that makes sense. And I think that the point that this like, as he starts going around to like, killing people and killing the people who killed him, it's sort of, to me, it's showing a, like a disabled character, trying to get his humanity back, and that the only way that he can do it is by being really violent. Like y and I think</w:t>
      </w:r>
    </w:p>
    <w:p>
      <w:pPr>
        <w:spacing w:after="0"/>
      </w:pPr>
    </w:p>
    <w:p>
      <w:pPr>
        <w:spacing w:after="0"/>
      </w:pPr>
      <w:r>
        <w:rPr>
          <w:rFonts w:ascii="Arial" w:hAnsi="Arial"/>
          <w:b/>
          <w:sz w:val="22"/>
        </w:rPr>
        <w:t xml:space="preserve">Lucy  </w:t>
      </w:r>
      <w:r>
        <w:rPr>
          <w:rFonts w:ascii="Arial" w:hAnsi="Arial"/>
          <w:color w:val="5D7284"/>
          <w:sz w:val="22"/>
        </w:rPr>
        <w:t>31:12</w:t>
      </w:r>
    </w:p>
    <w:p>
      <w:pPr>
        <w:spacing w:after="0"/>
      </w:pPr>
      <w:r>
        <w:rPr>
          <w:rFonts w:ascii="Arial" w:hAnsi="Arial"/>
          <w:sz w:val="22"/>
        </w:rPr>
        <w:t>I've got I probably wouldn't say it's humanity is humanity, but I think it's if you boil it right the way down it's a bit a sense of normality once normality back he wants to be the person he was before all these interferences.  it's not necessarily humanity. It's normal. He's normal. His, his</w:t>
      </w:r>
    </w:p>
    <w:p>
      <w:pPr>
        <w:spacing w:after="0"/>
      </w:pPr>
    </w:p>
    <w:p>
      <w:pPr>
        <w:spacing w:after="0"/>
      </w:pPr>
      <w:r>
        <w:rPr>
          <w:rFonts w:ascii="Arial" w:hAnsi="Arial"/>
          <w:b/>
          <w:sz w:val="22"/>
        </w:rPr>
        <w:t xml:space="preserve">Alice  </w:t>
      </w:r>
      <w:r>
        <w:rPr>
          <w:rFonts w:ascii="Arial" w:hAnsi="Arial"/>
          <w:color w:val="5D7284"/>
          <w:sz w:val="22"/>
        </w:rPr>
        <w:t>31:31</w:t>
      </w:r>
    </w:p>
    <w:p>
      <w:pPr>
        <w:spacing w:after="0"/>
      </w:pPr>
      <w:r>
        <w:rPr>
          <w:rFonts w:ascii="Arial" w:hAnsi="Arial"/>
          <w:sz w:val="22"/>
        </w:rPr>
        <w:t>his his quote, unquote, normal body, isn't it? That's what he wants back. And there's no way he's gonna get that back. because, you know, they probably flushed it after, like cutting off the bits that they didn't want anymore.</w:t>
      </w:r>
    </w:p>
    <w:p>
      <w:pPr>
        <w:spacing w:after="0"/>
      </w:pPr>
    </w:p>
    <w:p>
      <w:pPr>
        <w:spacing w:after="0"/>
      </w:pPr>
      <w:r>
        <w:rPr>
          <w:rFonts w:ascii="Arial" w:hAnsi="Arial"/>
          <w:b/>
          <w:sz w:val="22"/>
        </w:rPr>
        <w:t xml:space="preserve">Lucy  </w:t>
      </w:r>
      <w:r>
        <w:rPr>
          <w:rFonts w:ascii="Arial" w:hAnsi="Arial"/>
          <w:color w:val="5D7284"/>
          <w:sz w:val="22"/>
        </w:rPr>
        <w:t>31:43</w:t>
      </w:r>
    </w:p>
    <w:p>
      <w:pPr>
        <w:spacing w:after="0"/>
      </w:pPr>
      <w:r>
        <w:rPr>
          <w:rFonts w:ascii="Arial" w:hAnsi="Arial"/>
          <w:sz w:val="22"/>
        </w:rPr>
        <w:t>They gave it to the dog, probably.</w:t>
      </w:r>
    </w:p>
    <w:p>
      <w:pPr>
        <w:spacing w:after="0"/>
      </w:pPr>
    </w:p>
    <w:p>
      <w:pPr>
        <w:spacing w:after="0"/>
      </w:pPr>
      <w:r>
        <w:rPr>
          <w:rFonts w:ascii="Arial" w:hAnsi="Arial"/>
          <w:b/>
          <w:sz w:val="22"/>
        </w:rPr>
        <w:t xml:space="preserve">Alice  </w:t>
      </w:r>
      <w:r>
        <w:rPr>
          <w:rFonts w:ascii="Arial" w:hAnsi="Arial"/>
          <w:color w:val="5D7284"/>
          <w:sz w:val="22"/>
        </w:rPr>
        <w:t>31:46</w:t>
      </w:r>
    </w:p>
    <w:p>
      <w:pPr>
        <w:spacing w:after="0"/>
      </w:pPr>
      <w:r>
        <w:rPr>
          <w:rFonts w:ascii="Arial" w:hAnsi="Arial"/>
          <w:sz w:val="22"/>
        </w:rPr>
        <w:t xml:space="preserve">But I think that the fact that how angry and how violent he is, like, he's not just angry because these people killed him. But like, by killing him, they they made him a disabled person, they made him a person with a different body. And obviously, that that different bodies, what kind of dehumanizes him? </w:t>
      </w:r>
    </w:p>
    <w:p>
      <w:pPr>
        <w:spacing w:after="0"/>
      </w:pPr>
    </w:p>
    <w:p>
      <w:pPr>
        <w:spacing w:after="0"/>
      </w:pPr>
      <w:r>
        <w:rPr>
          <w:rFonts w:ascii="Arial" w:hAnsi="Arial"/>
          <w:b/>
          <w:sz w:val="22"/>
        </w:rPr>
        <w:t xml:space="preserve">Lucy  </w:t>
      </w:r>
      <w:r>
        <w:rPr>
          <w:rFonts w:ascii="Arial" w:hAnsi="Arial"/>
          <w:color w:val="5D7284"/>
          <w:sz w:val="22"/>
        </w:rPr>
        <w:t>32:10</w:t>
      </w:r>
    </w:p>
    <w:p>
      <w:pPr>
        <w:spacing w:after="0"/>
      </w:pPr>
      <w:r>
        <w:rPr>
          <w:rFonts w:ascii="Arial" w:hAnsi="Arial"/>
          <w:sz w:val="22"/>
        </w:rPr>
        <w:t>yes absolutely. And I think, again, we go back to like me, me and you, I think extremely lucky, in some respects, because we have never known any different. Like, my cerebral palsy, I've always had it. I've never, ever, ever know what it's like to walk and I never will do. So there is an element to my life where you think, Well, I'm just walking around in blissful ignorance aren't I really,It's fine. Only</w:t>
      </w:r>
    </w:p>
    <w:p>
      <w:pPr>
        <w:spacing w:after="0"/>
      </w:pPr>
    </w:p>
    <w:p>
      <w:pPr>
        <w:spacing w:after="0"/>
      </w:pPr>
      <w:r>
        <w:rPr>
          <w:rFonts w:ascii="Arial" w:hAnsi="Arial"/>
          <w:b/>
          <w:sz w:val="22"/>
        </w:rPr>
        <w:t xml:space="preserve">Alice  </w:t>
      </w:r>
      <w:r>
        <w:rPr>
          <w:rFonts w:ascii="Arial" w:hAnsi="Arial"/>
          <w:color w:val="5D7284"/>
          <w:sz w:val="22"/>
        </w:rPr>
        <w:t>32:36</w:t>
      </w:r>
    </w:p>
    <w:p>
      <w:pPr>
        <w:spacing w:after="0"/>
      </w:pPr>
      <w:r>
        <w:rPr>
          <w:rFonts w:ascii="Arial" w:hAnsi="Arial"/>
          <w:sz w:val="22"/>
        </w:rPr>
        <w:t xml:space="preserve">certainly, I think, you know, although, I can certainly say that I've had some trauma around coming. Coming to terms is not a phrase I like, but it's the best I can come up with, you know, accepting my disability, I suppose. you we haven't had a really traumatic event. </w:t>
      </w:r>
    </w:p>
    <w:p>
      <w:pPr>
        <w:spacing w:after="0"/>
      </w:pPr>
    </w:p>
    <w:p>
      <w:pPr>
        <w:spacing w:after="0"/>
      </w:pPr>
      <w:r>
        <w:rPr>
          <w:rFonts w:ascii="Arial" w:hAnsi="Arial"/>
          <w:b/>
          <w:sz w:val="22"/>
        </w:rPr>
        <w:t xml:space="preserve">Lucy  </w:t>
      </w:r>
      <w:r>
        <w:rPr>
          <w:rFonts w:ascii="Arial" w:hAnsi="Arial"/>
          <w:color w:val="5D7284"/>
          <w:sz w:val="22"/>
        </w:rPr>
        <w:t>32:56</w:t>
      </w:r>
    </w:p>
    <w:p>
      <w:pPr>
        <w:spacing w:after="0"/>
      </w:pPr>
      <w:r>
        <w:rPr>
          <w:rFonts w:ascii="Arial" w:hAnsi="Arial"/>
          <w:sz w:val="22"/>
        </w:rPr>
        <w:t>No i didn't woke up one Wednesday and was absolutely fine. And then by Wednesday evening, yeah, exactly. It's, it's never been like that sudden click of your fingers and oh, what</w:t>
      </w:r>
    </w:p>
    <w:p>
      <w:pPr>
        <w:spacing w:after="0"/>
      </w:pPr>
    </w:p>
    <w:p>
      <w:pPr>
        <w:spacing w:after="0"/>
      </w:pPr>
      <w:r>
        <w:rPr>
          <w:rFonts w:ascii="Arial" w:hAnsi="Arial"/>
          <w:b/>
          <w:sz w:val="22"/>
        </w:rPr>
        <w:t xml:space="preserve">Alice  </w:t>
      </w:r>
      <w:r>
        <w:rPr>
          <w:rFonts w:ascii="Arial" w:hAnsi="Arial"/>
          <w:color w:val="5D7284"/>
          <w:sz w:val="22"/>
        </w:rPr>
        <w:t>33:10</w:t>
      </w:r>
    </w:p>
    <w:p>
      <w:pPr>
        <w:spacing w:after="0"/>
      </w:pPr>
      <w:r>
        <w:rPr>
          <w:rFonts w:ascii="Arial" w:hAnsi="Arial"/>
          <w:sz w:val="22"/>
        </w:rPr>
        <w:t>well, and I think that that, you know, for people who do acquire disabilities through that pain, or through any event, or an illness or something that that changes their physical body. I think that you don't just have to learn to accept the fact that you're disabled. I think you have to deal with the incident, like the trauma of the incident, like if you're in a car accident, and you're fine afterwards, the car accident is still traumatizing. if you're in a car accident, and it leaves you in a wheelchair. you were in a car accident?</w:t>
      </w:r>
    </w:p>
    <w:p>
      <w:pPr>
        <w:spacing w:after="0"/>
      </w:pPr>
    </w:p>
    <w:p>
      <w:pPr>
        <w:spacing w:after="0"/>
      </w:pPr>
      <w:r>
        <w:rPr>
          <w:rFonts w:ascii="Arial" w:hAnsi="Arial"/>
          <w:b/>
          <w:sz w:val="22"/>
        </w:rPr>
        <w:t xml:space="preserve">Lucy  </w:t>
      </w:r>
      <w:r>
        <w:rPr>
          <w:rFonts w:ascii="Arial" w:hAnsi="Arial"/>
          <w:color w:val="5D7284"/>
          <w:sz w:val="22"/>
        </w:rPr>
        <w:t>33:44</w:t>
      </w:r>
    </w:p>
    <w:p>
      <w:pPr>
        <w:spacing w:after="0"/>
      </w:pPr>
      <w:r>
        <w:rPr>
          <w:rFonts w:ascii="Arial" w:hAnsi="Arial"/>
          <w:sz w:val="22"/>
        </w:rPr>
        <w:t>Yeah, it's a double whammy of everything, isn't it? And I think you're completely right with what you say about Robocop that you don't I think watching it other than that, I think maybe we're watching it as somebody who as people who are different  we are  seen as different in society. So we can see it with those eyes and go actually Yeah, I know. you know, we know of people we've spoken to people on this podcast who've had this, you know, had had accidents or like got to get through trauma to get to where they are now. It's not nobody's ever saying that suddenly having a disability is an easy thing to get to get to grips with. And I think that's because we know people we've spoken to people and we coan  see it where the pair off. We're actually looking through our lens at that film. you can you can sympathize with the main character, I think in a way that not many other non disabled people would be able to.</w:t>
      </w:r>
    </w:p>
    <w:p>
      <w:pPr>
        <w:spacing w:after="0"/>
      </w:pPr>
    </w:p>
    <w:p>
      <w:pPr>
        <w:spacing w:after="0"/>
      </w:pPr>
      <w:r>
        <w:rPr>
          <w:rFonts w:ascii="Arial" w:hAnsi="Arial"/>
          <w:b/>
          <w:sz w:val="22"/>
        </w:rPr>
        <w:t xml:space="preserve">Alice  </w:t>
      </w:r>
      <w:r>
        <w:rPr>
          <w:rFonts w:ascii="Arial" w:hAnsi="Arial"/>
          <w:color w:val="5D7284"/>
          <w:sz w:val="22"/>
        </w:rPr>
        <w:t>34:46</w:t>
      </w:r>
    </w:p>
    <w:p>
      <w:pPr>
        <w:spacing w:after="0"/>
      </w:pPr>
      <w:r>
        <w:rPr>
          <w:rFonts w:ascii="Arial" w:hAnsi="Arial"/>
          <w:sz w:val="22"/>
        </w:rPr>
        <w:t>And I think, you know, as much as I understand the, the feelings that he's having, I think, I think that there is a problem. With the way that he works through those feelings, and that's, that's the anger and the violence. And to me that it just smacks a little bit of that, like stereotypes that you see of the angry, bitter disabled person. Like the world did this to me.</w:t>
      </w:r>
    </w:p>
    <w:p>
      <w:pPr>
        <w:spacing w:after="0"/>
      </w:pPr>
    </w:p>
    <w:p>
      <w:pPr>
        <w:spacing w:after="0"/>
      </w:pPr>
      <w:r>
        <w:rPr>
          <w:rFonts w:ascii="Arial" w:hAnsi="Arial"/>
          <w:b/>
          <w:sz w:val="22"/>
        </w:rPr>
        <w:t xml:space="preserve">Lucy  </w:t>
      </w:r>
      <w:r>
        <w:rPr>
          <w:rFonts w:ascii="Arial" w:hAnsi="Arial"/>
          <w:color w:val="5D7284"/>
          <w:sz w:val="22"/>
        </w:rPr>
        <w:t>35:20</w:t>
      </w:r>
    </w:p>
    <w:p>
      <w:pPr>
        <w:spacing w:after="0"/>
      </w:pPr>
      <w:r>
        <w:rPr>
          <w:rFonts w:ascii="Arial" w:hAnsi="Arial"/>
          <w:sz w:val="22"/>
        </w:rPr>
        <w:t xml:space="preserve">Yeah, it's everybody else's fault. No, I didn't do anything wrong. </w:t>
      </w:r>
    </w:p>
    <w:p>
      <w:pPr>
        <w:spacing w:after="0"/>
      </w:pPr>
    </w:p>
    <w:p>
      <w:pPr>
        <w:spacing w:after="0"/>
      </w:pPr>
      <w:r>
        <w:rPr>
          <w:rFonts w:ascii="Arial" w:hAnsi="Arial"/>
          <w:b/>
          <w:sz w:val="22"/>
        </w:rPr>
        <w:t xml:space="preserve">Alice  </w:t>
      </w:r>
      <w:r>
        <w:rPr>
          <w:rFonts w:ascii="Arial" w:hAnsi="Arial"/>
          <w:color w:val="5D7284"/>
          <w:sz w:val="22"/>
        </w:rPr>
        <w:t>35:23</w:t>
      </w:r>
    </w:p>
    <w:p>
      <w:pPr>
        <w:spacing w:after="0"/>
      </w:pPr>
      <w:r>
        <w:rPr>
          <w:rFonts w:ascii="Arial" w:hAnsi="Arial"/>
          <w:sz w:val="22"/>
        </w:rPr>
        <w:t xml:space="preserve">and he literally has to get revenge against the people who did this to him you know, and I think it's also it also feels very, like problematic for male, like, disabled masculinity. Yeah, and that kind of, oh, if you can just get really angry and really fuck some people up, then you'll be you'll come to terms with the fact that you're just your disabled now </w:t>
      </w:r>
    </w:p>
    <w:p>
      <w:pPr>
        <w:spacing w:after="0"/>
      </w:pPr>
    </w:p>
    <w:p>
      <w:pPr>
        <w:spacing w:after="0"/>
      </w:pPr>
      <w:r>
        <w:rPr>
          <w:rFonts w:ascii="Arial" w:hAnsi="Arial"/>
          <w:b/>
          <w:sz w:val="22"/>
        </w:rPr>
        <w:t xml:space="preserve">Lucy  </w:t>
      </w:r>
      <w:r>
        <w:rPr>
          <w:rFonts w:ascii="Arial" w:hAnsi="Arial"/>
          <w:color w:val="5D7284"/>
          <w:sz w:val="22"/>
        </w:rPr>
        <w:t>35:49</w:t>
      </w:r>
    </w:p>
    <w:p>
      <w:pPr>
        <w:spacing w:after="0"/>
      </w:pPr>
      <w:r>
        <w:rPr>
          <w:rFonts w:ascii="Arial" w:hAnsi="Arial"/>
          <w:sz w:val="22"/>
        </w:rPr>
        <w:t>Get it out system and everything's gonna be alright. Yeah, it doesn't matter how many people you get angry with. It's not going to bring his arm back. It's not going to bring his you know, exactly, body. And yeah, I can completely understand why people, if you look at, like real life, I can completely understand why people who have accidents get angry and they get bitter. But then I think I mean, I'm saying this is somebody who's been disabled all their life. So you might come up me, I don't know. But I think there There must come a point in your recovery stage where you go, right and what, I'm stuck with this now, there's no way it can be reversed. what do I do?</w:t>
      </w:r>
    </w:p>
    <w:p>
      <w:pPr>
        <w:spacing w:after="0"/>
      </w:pPr>
    </w:p>
    <w:p>
      <w:pPr>
        <w:spacing w:after="0"/>
      </w:pPr>
      <w:r>
        <w:rPr>
          <w:rFonts w:ascii="Arial" w:hAnsi="Arial"/>
          <w:b/>
          <w:sz w:val="22"/>
        </w:rPr>
        <w:t xml:space="preserve">Alice  </w:t>
      </w:r>
      <w:r>
        <w:rPr>
          <w:rFonts w:ascii="Arial" w:hAnsi="Arial"/>
          <w:color w:val="5D7284"/>
          <w:sz w:val="22"/>
        </w:rPr>
        <w:t>36:34</w:t>
      </w:r>
    </w:p>
    <w:p>
      <w:pPr>
        <w:spacing w:after="0"/>
      </w:pPr>
      <w:r>
        <w:rPr>
          <w:rFonts w:ascii="Arial" w:hAnsi="Arial"/>
          <w:sz w:val="22"/>
        </w:rPr>
        <w:t xml:space="preserve"> I would argue that if we didn't make disability look like such a horrible, terrible thing, that maybe people wouldn't be so devastated if they became disabled. I'm not saying that, it would take that away completely. because any change to your body is difficult, you know, if it's an unwanted change, if it's a painful change, if it means that you can no longer do something that you used to be able to do like, as somebody with a deteriorating condition. I absolutely understand how frustrating and upsetting is to be like, I used to be able to do that. And now I can't.  but I do think that if we didn't make it seem like being disabled meant you weren't worth as much and you weren't as good a person, then perhaps that that pain and that frustration might not be so bad.</w:t>
      </w:r>
    </w:p>
    <w:p>
      <w:pPr>
        <w:spacing w:after="0"/>
      </w:pPr>
    </w:p>
    <w:p>
      <w:pPr>
        <w:spacing w:after="0"/>
      </w:pPr>
      <w:r>
        <w:rPr>
          <w:rFonts w:ascii="Arial" w:hAnsi="Arial"/>
          <w:b/>
          <w:sz w:val="22"/>
        </w:rPr>
        <w:t xml:space="preserve">Lucy  </w:t>
      </w:r>
      <w:r>
        <w:rPr>
          <w:rFonts w:ascii="Arial" w:hAnsi="Arial"/>
          <w:color w:val="5D7284"/>
          <w:sz w:val="22"/>
        </w:rPr>
        <w:t>37:29</w:t>
      </w:r>
    </w:p>
    <w:p>
      <w:pPr>
        <w:spacing w:after="0"/>
      </w:pPr>
      <w:r>
        <w:rPr>
          <w:rFonts w:ascii="Arial" w:hAnsi="Arial"/>
          <w:sz w:val="22"/>
        </w:rPr>
        <w:t xml:space="preserve">No, you'd still feel it, I think, but you definitely definitely wouldn't. maybe it's like a sense of get over the guilt, the right word, but you know what I mean? Like, kind of like, oh, this is it now. I'm feeling so bad about  yourself. Like, it shouldn't be a thing that you feel, I don't feel bad about my there are days where I get frustrated, and they are fleeting irritations with my disability, when it takes me longer to have a shower can't just jump out of bed or can't. Those are when it gets like, I'm tired, that's when it gets to me. But I wouldn't say that I feel bad about my disability at all. Really, it's just </w:t>
      </w:r>
    </w:p>
    <w:p>
      <w:pPr>
        <w:spacing w:after="0"/>
      </w:pPr>
    </w:p>
    <w:p>
      <w:pPr>
        <w:spacing w:after="0"/>
      </w:pPr>
      <w:r>
        <w:rPr>
          <w:rFonts w:ascii="Arial" w:hAnsi="Arial"/>
          <w:b/>
          <w:sz w:val="22"/>
        </w:rPr>
        <w:t xml:space="preserve">Alice  </w:t>
      </w:r>
      <w:r>
        <w:rPr>
          <w:rFonts w:ascii="Arial" w:hAnsi="Arial"/>
          <w:color w:val="5D7284"/>
          <w:sz w:val="22"/>
        </w:rPr>
        <w:t>38:12</w:t>
      </w:r>
    </w:p>
    <w:p>
      <w:pPr>
        <w:spacing w:after="0"/>
      </w:pPr>
      <w:r>
        <w:rPr>
          <w:rFonts w:ascii="Arial" w:hAnsi="Arial"/>
          <w:sz w:val="22"/>
        </w:rPr>
        <w:t xml:space="preserve">it's um </w:t>
      </w:r>
    </w:p>
    <w:p>
      <w:pPr>
        <w:spacing w:after="0"/>
      </w:pPr>
    </w:p>
    <w:p>
      <w:pPr>
        <w:spacing w:after="0"/>
      </w:pPr>
      <w:r>
        <w:rPr>
          <w:rFonts w:ascii="Arial" w:hAnsi="Arial"/>
          <w:b/>
          <w:sz w:val="22"/>
        </w:rPr>
        <w:t xml:space="preserve">Lucy  </w:t>
      </w:r>
      <w:r>
        <w:rPr>
          <w:rFonts w:ascii="Arial" w:hAnsi="Arial"/>
          <w:color w:val="5D7284"/>
          <w:sz w:val="22"/>
        </w:rPr>
        <w:t>38:13</w:t>
      </w:r>
    </w:p>
    <w:p>
      <w:pPr>
        <w:spacing w:after="0"/>
      </w:pPr>
      <w:r>
        <w:rPr>
          <w:rFonts w:ascii="Arial" w:hAnsi="Arial"/>
          <w:sz w:val="22"/>
        </w:rPr>
        <w:t>it's a complex thing isn't it?</w:t>
      </w:r>
    </w:p>
    <w:p>
      <w:pPr>
        <w:spacing w:after="0"/>
      </w:pPr>
    </w:p>
    <w:p>
      <w:pPr>
        <w:spacing w:after="0"/>
      </w:pPr>
      <w:r>
        <w:rPr>
          <w:rFonts w:ascii="Arial" w:hAnsi="Arial"/>
          <w:b/>
          <w:sz w:val="22"/>
        </w:rPr>
        <w:t xml:space="preserve">Alice  </w:t>
      </w:r>
      <w:r>
        <w:rPr>
          <w:rFonts w:ascii="Arial" w:hAnsi="Arial"/>
          <w:color w:val="5D7284"/>
          <w:sz w:val="22"/>
        </w:rPr>
        <w:t>38:15</w:t>
      </w:r>
    </w:p>
    <w:p>
      <w:pPr>
        <w:spacing w:after="0"/>
      </w:pPr>
      <w:r>
        <w:rPr>
          <w:rFonts w:ascii="Arial" w:hAnsi="Arial"/>
          <w:sz w:val="22"/>
        </w:rPr>
        <w:t>it is, it is actually like, watching Robocop made me think quite a lot about some of the stuff I've read during my master's degree about how we like depict disabled men, and disabled and different male bodies, there is this in film and in literature, this need to kind of, if you're disabled, if you particularly if you become disabled, you're very much depicted as now missing something.</w:t>
      </w:r>
    </w:p>
    <w:p>
      <w:pPr>
        <w:spacing w:after="0"/>
      </w:pPr>
    </w:p>
    <w:p>
      <w:pPr>
        <w:spacing w:after="0"/>
      </w:pPr>
      <w:r>
        <w:rPr>
          <w:rFonts w:ascii="Arial" w:hAnsi="Arial"/>
          <w:b/>
          <w:sz w:val="22"/>
        </w:rPr>
        <w:t xml:space="preserve">Lucy  </w:t>
      </w:r>
      <w:r>
        <w:rPr>
          <w:rFonts w:ascii="Arial" w:hAnsi="Arial"/>
          <w:color w:val="5D7284"/>
          <w:sz w:val="22"/>
        </w:rPr>
        <w:t>38:48</w:t>
      </w:r>
    </w:p>
    <w:p>
      <w:pPr>
        <w:spacing w:after="0"/>
      </w:pPr>
      <w:r>
        <w:rPr>
          <w:rFonts w:ascii="Arial" w:hAnsi="Arial"/>
          <w:sz w:val="22"/>
        </w:rPr>
        <w:t>Yeah, you're not a real man.</w:t>
      </w:r>
    </w:p>
    <w:p>
      <w:pPr>
        <w:spacing w:after="0"/>
      </w:pPr>
    </w:p>
    <w:p>
      <w:pPr>
        <w:spacing w:after="0"/>
      </w:pPr>
      <w:r>
        <w:rPr>
          <w:rFonts w:ascii="Arial" w:hAnsi="Arial"/>
          <w:b/>
          <w:sz w:val="22"/>
        </w:rPr>
        <w:t xml:space="preserve">Alice  </w:t>
      </w:r>
      <w:r>
        <w:rPr>
          <w:rFonts w:ascii="Arial" w:hAnsi="Arial"/>
          <w:color w:val="5D7284"/>
          <w:sz w:val="22"/>
        </w:rPr>
        <w:t>38:49</w:t>
      </w:r>
    </w:p>
    <w:p>
      <w:pPr>
        <w:spacing w:after="0"/>
      </w:pPr>
      <w:r>
        <w:rPr>
          <w:rFonts w:ascii="Arial" w:hAnsi="Arial"/>
          <w:sz w:val="22"/>
        </w:rPr>
        <w:t>Yeah. And it's, you know, and I think, you know, as a disabled person, that is something that I kind of understand in terms of, you know, again, it's a social construct your your left feeling like I will, because I'm disabled, I'm now no longer going to be able to work or whatever it is. I think it's interesting that one of the things we see a lot in like film and TV and stuff is that when a man becomes disabled, the way that he like makes up for this missing thing, this this. We talked about compensation in compensating for a lack of something. Whether it's like a missing body part or something, you they make up for it with extreme violence.</w:t>
      </w:r>
    </w:p>
    <w:p>
      <w:pPr>
        <w:spacing w:after="0"/>
      </w:pPr>
    </w:p>
    <w:p>
      <w:pPr>
        <w:spacing w:after="0"/>
      </w:pPr>
      <w:r>
        <w:rPr>
          <w:rFonts w:ascii="Arial" w:hAnsi="Arial"/>
          <w:b/>
          <w:sz w:val="22"/>
        </w:rPr>
        <w:t xml:space="preserve">Lucy  </w:t>
      </w:r>
      <w:r>
        <w:rPr>
          <w:rFonts w:ascii="Arial" w:hAnsi="Arial"/>
          <w:color w:val="5D7284"/>
          <w:sz w:val="22"/>
        </w:rPr>
        <w:t>39:40</w:t>
      </w:r>
    </w:p>
    <w:p>
      <w:pPr>
        <w:spacing w:after="0"/>
      </w:pPr>
      <w:r>
        <w:rPr>
          <w:rFonts w:ascii="Arial" w:hAnsi="Arial"/>
          <w:sz w:val="22"/>
        </w:rPr>
        <w:t>And also, if he's like, if we go back to bond for instance, how many Bond villains were, quote unquote, disabled, or disfigured? right? How many so 100 How many of those were men? Well, exactly.</w:t>
      </w:r>
    </w:p>
    <w:p>
      <w:pPr>
        <w:spacing w:after="0"/>
      </w:pPr>
    </w:p>
    <w:p>
      <w:pPr>
        <w:spacing w:after="0"/>
      </w:pPr>
      <w:r>
        <w:rPr>
          <w:rFonts w:ascii="Arial" w:hAnsi="Arial"/>
          <w:b/>
          <w:sz w:val="22"/>
        </w:rPr>
        <w:t xml:space="preserve">Alice  </w:t>
      </w:r>
      <w:r>
        <w:rPr>
          <w:rFonts w:ascii="Arial" w:hAnsi="Arial"/>
          <w:color w:val="5D7284"/>
          <w:sz w:val="22"/>
        </w:rPr>
        <w:t>39:55</w:t>
      </w:r>
    </w:p>
    <w:p>
      <w:pPr>
        <w:spacing w:after="0"/>
      </w:pPr>
      <w:r>
        <w:rPr>
          <w:rFonts w:ascii="Arial" w:hAnsi="Arial"/>
          <w:sz w:val="22"/>
        </w:rPr>
        <w:t>And it is that it's that I'm angry at the world because I I'm disabled. And so I am going to take it out on the world.</w:t>
      </w:r>
    </w:p>
    <w:p>
      <w:pPr>
        <w:spacing w:after="0"/>
      </w:pPr>
    </w:p>
    <w:p>
      <w:pPr>
        <w:spacing w:after="0"/>
      </w:pPr>
      <w:r>
        <w:rPr>
          <w:rFonts w:ascii="Arial" w:hAnsi="Arial"/>
          <w:b/>
          <w:sz w:val="22"/>
        </w:rPr>
        <w:t xml:space="preserve">Lucy  </w:t>
      </w:r>
      <w:r>
        <w:rPr>
          <w:rFonts w:ascii="Arial" w:hAnsi="Arial"/>
          <w:color w:val="5D7284"/>
          <w:sz w:val="22"/>
        </w:rPr>
        <w:t>40:03</w:t>
      </w:r>
    </w:p>
    <w:p>
      <w:pPr>
        <w:spacing w:after="0"/>
      </w:pPr>
      <w:r>
        <w:rPr>
          <w:rFonts w:ascii="Arial" w:hAnsi="Arial"/>
          <w:sz w:val="22"/>
        </w:rPr>
        <w:t xml:space="preserve">But you never see that with with women do you? i can't think if one? </w:t>
      </w:r>
    </w:p>
    <w:p>
      <w:pPr>
        <w:spacing w:after="0"/>
      </w:pPr>
    </w:p>
    <w:p>
      <w:pPr>
        <w:spacing w:after="0"/>
      </w:pPr>
      <w:r>
        <w:rPr>
          <w:rFonts w:ascii="Arial" w:hAnsi="Arial"/>
          <w:b/>
          <w:sz w:val="22"/>
        </w:rPr>
        <w:t xml:space="preserve">Alice  </w:t>
      </w:r>
      <w:r>
        <w:rPr>
          <w:rFonts w:ascii="Arial" w:hAnsi="Arial"/>
          <w:color w:val="5D7284"/>
          <w:sz w:val="22"/>
        </w:rPr>
        <w:t>40:09</w:t>
      </w:r>
    </w:p>
    <w:p>
      <w:pPr>
        <w:spacing w:after="0"/>
      </w:pPr>
      <w:r>
        <w:rPr>
          <w:rFonts w:ascii="Arial" w:hAnsi="Arial"/>
          <w:sz w:val="22"/>
        </w:rPr>
        <w:t>i was gonna say  I can't think of an example of hand. I would love. if there's anybody out there who can think of them, please let us know. because I really, you know, I'm sure that they're a much more intelligent people than just going, oh, this person, this person, this person, but for me, maybe they</w:t>
      </w:r>
    </w:p>
    <w:p>
      <w:pPr>
        <w:spacing w:after="0"/>
      </w:pPr>
    </w:p>
    <w:p>
      <w:pPr>
        <w:spacing w:after="0"/>
      </w:pPr>
      <w:r>
        <w:rPr>
          <w:rFonts w:ascii="Arial" w:hAnsi="Arial"/>
          <w:b/>
          <w:sz w:val="22"/>
        </w:rPr>
        <w:t xml:space="preserve">Lucy  </w:t>
      </w:r>
      <w:r>
        <w:rPr>
          <w:rFonts w:ascii="Arial" w:hAnsi="Arial"/>
          <w:color w:val="5D7284"/>
          <w:sz w:val="22"/>
        </w:rPr>
        <w:t>40:24</w:t>
      </w:r>
    </w:p>
    <w:p>
      <w:pPr>
        <w:spacing w:after="0"/>
      </w:pPr>
      <w:r>
        <w:rPr>
          <w:rFonts w:ascii="Arial" w:hAnsi="Arial"/>
          <w:sz w:val="22"/>
        </w:rPr>
        <w:t>maybe they just think that disabled women don't go out of the house and don't ever ever evil thought in their brain maybe I don't know, it</w:t>
      </w:r>
    </w:p>
    <w:p>
      <w:pPr>
        <w:spacing w:after="0"/>
      </w:pPr>
    </w:p>
    <w:p>
      <w:pPr>
        <w:spacing w:after="0"/>
      </w:pPr>
      <w:r>
        <w:rPr>
          <w:rFonts w:ascii="Arial" w:hAnsi="Arial"/>
          <w:b/>
          <w:sz w:val="22"/>
        </w:rPr>
        <w:t xml:space="preserve">Alice  </w:t>
      </w:r>
      <w:r>
        <w:rPr>
          <w:rFonts w:ascii="Arial" w:hAnsi="Arial"/>
          <w:color w:val="5D7284"/>
          <w:sz w:val="22"/>
        </w:rPr>
        <w:t>40:30</w:t>
      </w:r>
    </w:p>
    <w:p>
      <w:pPr>
        <w:spacing w:after="0"/>
      </w:pPr>
      <w:r>
        <w:rPr>
          <w:rFonts w:ascii="Arial" w:hAnsi="Arial"/>
          <w:sz w:val="22"/>
        </w:rPr>
        <w:t>just the rubber cops thing smacks a little bit of me that you know, when you see and like, films and stuff where somebody's got a really big gun, and people will be like, Oh, well, like he's trying to make up for something else. Or like if he's got, yeah, that kind of, it feels a bit like, that's what what they've done with Robocop is they've gone like, oh, well, you know, he's, he's not a person anymore. Like, he's, he can't be a man now that he's disabled. So let's make him super fat. And he's, he's like, he's, like, so accurate with his shots and stuff like that. he he murders people. he massacres the like, there's a scene right at the end where it's proper action movie, you know, where one guy kills, like, 15 people.</w:t>
      </w:r>
    </w:p>
    <w:p>
      <w:pPr>
        <w:spacing w:after="0"/>
      </w:pPr>
    </w:p>
    <w:p>
      <w:pPr>
        <w:spacing w:after="0"/>
      </w:pPr>
      <w:r>
        <w:rPr>
          <w:rFonts w:ascii="Arial" w:hAnsi="Arial"/>
          <w:b/>
          <w:sz w:val="22"/>
        </w:rPr>
        <w:t xml:space="preserve">Lucy  </w:t>
      </w:r>
      <w:r>
        <w:rPr>
          <w:rFonts w:ascii="Arial" w:hAnsi="Arial"/>
          <w:color w:val="5D7284"/>
          <w:sz w:val="22"/>
        </w:rPr>
        <w:t>41:24</w:t>
      </w:r>
    </w:p>
    <w:p>
      <w:pPr>
        <w:spacing w:after="0"/>
      </w:pPr>
      <w:r>
        <w:rPr>
          <w:rFonts w:ascii="Arial" w:hAnsi="Arial"/>
          <w:sz w:val="22"/>
        </w:rPr>
        <w:t xml:space="preserve">what did you do line them up in a row, just like one bullet through the head? </w:t>
      </w:r>
    </w:p>
    <w:p>
      <w:pPr>
        <w:spacing w:after="0"/>
      </w:pPr>
    </w:p>
    <w:p>
      <w:pPr>
        <w:spacing w:after="0"/>
      </w:pPr>
      <w:r>
        <w:rPr>
          <w:rFonts w:ascii="Arial" w:hAnsi="Arial"/>
          <w:b/>
          <w:sz w:val="22"/>
        </w:rPr>
        <w:t xml:space="preserve">Alice  </w:t>
      </w:r>
      <w:r>
        <w:rPr>
          <w:rFonts w:ascii="Arial" w:hAnsi="Arial"/>
          <w:color w:val="5D7284"/>
          <w:sz w:val="22"/>
        </w:rPr>
        <w:t>41:27</w:t>
      </w:r>
    </w:p>
    <w:p>
      <w:pPr>
        <w:spacing w:after="0"/>
      </w:pPr>
      <w:r>
        <w:rPr>
          <w:rFonts w:ascii="Arial" w:hAnsi="Arial"/>
          <w:sz w:val="22"/>
        </w:rPr>
        <w:t>not quite But there's a lot of like, it's it's a lot of sort of, you know, jumping on vehicles. And like, you know, it's all a bit. It's just, it's just very action match. Yeah, exactly. And, and you just think it's all just a bit dick swingy. And you just think like, like, Why? Why is this? Like, because I know, we don't? you know, you don't see that. Like, that's not an exclusive to disabled characters. Like you see that with action, male heroes all the time. But, again, something I sort of read in my master's research is that quite often, that's because something's been taken away from them. Like, whether it's what's his name with his specific set of skills and someone's kidnapped his daughter? Or</w:t>
      </w:r>
    </w:p>
    <w:p>
      <w:pPr>
        <w:spacing w:after="0"/>
      </w:pPr>
    </w:p>
    <w:p>
      <w:pPr>
        <w:spacing w:after="0"/>
      </w:pPr>
      <w:r>
        <w:rPr>
          <w:rFonts w:ascii="Arial" w:hAnsi="Arial"/>
          <w:b/>
          <w:sz w:val="22"/>
        </w:rPr>
        <w:t xml:space="preserve">Lucy  </w:t>
      </w:r>
      <w:r>
        <w:rPr>
          <w:rFonts w:ascii="Arial" w:hAnsi="Arial"/>
          <w:color w:val="5D7284"/>
          <w:sz w:val="22"/>
        </w:rPr>
        <w:t>42:24</w:t>
      </w:r>
    </w:p>
    <w:p>
      <w:pPr>
        <w:spacing w:after="0"/>
      </w:pPr>
      <w:r>
        <w:rPr>
          <w:rFonts w:ascii="Arial" w:hAnsi="Arial"/>
          <w:sz w:val="22"/>
        </w:rPr>
        <w:t>oh, Liam Neeson?</w:t>
      </w:r>
    </w:p>
    <w:p>
      <w:pPr>
        <w:spacing w:after="0"/>
      </w:pPr>
    </w:p>
    <w:p>
      <w:pPr>
        <w:spacing w:after="0"/>
      </w:pPr>
      <w:r>
        <w:rPr>
          <w:rFonts w:ascii="Arial" w:hAnsi="Arial"/>
          <w:b/>
          <w:sz w:val="22"/>
        </w:rPr>
        <w:t xml:space="preserve">Alice  </w:t>
      </w:r>
      <w:r>
        <w:rPr>
          <w:rFonts w:ascii="Arial" w:hAnsi="Arial"/>
          <w:color w:val="5D7284"/>
          <w:sz w:val="22"/>
        </w:rPr>
        <w:t>42:26</w:t>
      </w:r>
    </w:p>
    <w:p>
      <w:pPr>
        <w:spacing w:after="0"/>
      </w:pPr>
      <w:r>
        <w:rPr>
          <w:rFonts w:ascii="Arial" w:hAnsi="Arial"/>
          <w:sz w:val="22"/>
        </w:rPr>
        <w:t xml:space="preserve">yes, or </w:t>
      </w:r>
    </w:p>
    <w:p>
      <w:pPr>
        <w:spacing w:after="0"/>
      </w:pPr>
    </w:p>
    <w:p>
      <w:pPr>
        <w:spacing w:after="0"/>
      </w:pPr>
      <w:r>
        <w:rPr>
          <w:rFonts w:ascii="Arial" w:hAnsi="Arial"/>
          <w:b/>
          <w:sz w:val="22"/>
        </w:rPr>
        <w:t xml:space="preserve">Lucy  </w:t>
      </w:r>
      <w:r>
        <w:rPr>
          <w:rFonts w:ascii="Arial" w:hAnsi="Arial"/>
          <w:color w:val="5D7284"/>
          <w:sz w:val="22"/>
        </w:rPr>
        <w:t>42:27</w:t>
      </w:r>
    </w:p>
    <w:p>
      <w:pPr>
        <w:spacing w:after="0"/>
      </w:pPr>
      <w:r>
        <w:rPr>
          <w:rFonts w:ascii="Arial" w:hAnsi="Arial"/>
          <w:sz w:val="22"/>
        </w:rPr>
        <w:t xml:space="preserve">I will find you and I will kill you. That kind of Yeah. </w:t>
      </w:r>
    </w:p>
    <w:p>
      <w:pPr>
        <w:spacing w:after="0"/>
      </w:pPr>
    </w:p>
    <w:p>
      <w:pPr>
        <w:spacing w:after="0"/>
      </w:pPr>
      <w:r>
        <w:rPr>
          <w:rFonts w:ascii="Arial" w:hAnsi="Arial"/>
          <w:b/>
          <w:sz w:val="22"/>
        </w:rPr>
        <w:t xml:space="preserve">Alice  </w:t>
      </w:r>
      <w:r>
        <w:rPr>
          <w:rFonts w:ascii="Arial" w:hAnsi="Arial"/>
          <w:color w:val="5D7284"/>
          <w:sz w:val="22"/>
        </w:rPr>
        <w:t>42:30</w:t>
      </w:r>
    </w:p>
    <w:p>
      <w:pPr>
        <w:spacing w:after="0"/>
      </w:pPr>
      <w:r>
        <w:rPr>
          <w:rFonts w:ascii="Arial" w:hAnsi="Arial"/>
          <w:sz w:val="22"/>
        </w:rPr>
        <w:t>Or what's the one John Wick some motherfuckers? kills his dog?</w:t>
      </w:r>
    </w:p>
    <w:p>
      <w:pPr>
        <w:spacing w:after="0"/>
      </w:pPr>
    </w:p>
    <w:p>
      <w:pPr>
        <w:spacing w:after="0"/>
      </w:pPr>
      <w:r>
        <w:rPr>
          <w:rFonts w:ascii="Arial" w:hAnsi="Arial"/>
          <w:b/>
          <w:sz w:val="22"/>
        </w:rPr>
        <w:t xml:space="preserve">Alice  </w:t>
      </w:r>
      <w:r>
        <w:rPr>
          <w:rFonts w:ascii="Arial" w:hAnsi="Arial"/>
          <w:color w:val="5D7284"/>
          <w:sz w:val="22"/>
        </w:rPr>
        <w:t>42:36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42:40</w:t>
      </w:r>
    </w:p>
    <w:p>
      <w:pPr>
        <w:spacing w:after="0"/>
      </w:pPr>
      <w:r>
        <w:rPr>
          <w:rFonts w:ascii="Arial" w:hAnsi="Arial"/>
          <w:sz w:val="22"/>
        </w:rPr>
        <w:t xml:space="preserve"> don't kill my dog.</w:t>
      </w:r>
    </w:p>
    <w:p>
      <w:pPr>
        <w:spacing w:after="0"/>
      </w:pPr>
    </w:p>
    <w:p>
      <w:pPr>
        <w:spacing w:after="0"/>
      </w:pPr>
      <w:r>
        <w:rPr>
          <w:rFonts w:ascii="Arial" w:hAnsi="Arial"/>
          <w:b/>
          <w:sz w:val="22"/>
        </w:rPr>
        <w:t xml:space="preserve">Alice  </w:t>
      </w:r>
      <w:r>
        <w:rPr>
          <w:rFonts w:ascii="Arial" w:hAnsi="Arial"/>
          <w:color w:val="5D7284"/>
          <w:sz w:val="22"/>
        </w:rPr>
        <w:t>42:41</w:t>
      </w:r>
    </w:p>
    <w:p>
      <w:pPr>
        <w:spacing w:after="0"/>
      </w:pPr>
      <w:r>
        <w:rPr>
          <w:rFonts w:ascii="Arial" w:hAnsi="Arial"/>
          <w:sz w:val="22"/>
        </w:rPr>
        <w:t>Which to be fair, like, you touch my dog. I'm coming after you. maybe I'm the example of hyper violent. Joanna. exactly. But yeah, it's just, it just makes me feel like this movie is going oh, look at this disabled person. isn't it sad? The only way that he could stop being sad is by fucking some people up. And yeah, it just it. I think it's interesting. And I think it's something that we see in action films generally, particularly with characters who have different bodies, like whether they're disabled, whether they're getting older, whether it's also quite a trope of like 80s movies, generally. I just feel as though like ultimately robber cops not it's not really a great representation of disabled character because, like, what, like, I think I think it's absolutely fair to say that he is disabled because he has, you know, when you look he's got prosthetic, you know?</w:t>
      </w:r>
    </w:p>
    <w:p>
      <w:pPr>
        <w:spacing w:after="0"/>
      </w:pPr>
    </w:p>
    <w:p>
      <w:pPr>
        <w:spacing w:after="0"/>
      </w:pPr>
      <w:r>
        <w:rPr>
          <w:rFonts w:ascii="Arial" w:hAnsi="Arial"/>
          <w:b/>
          <w:sz w:val="22"/>
        </w:rPr>
        <w:t xml:space="preserve">Lucy  </w:t>
      </w:r>
      <w:r>
        <w:rPr>
          <w:rFonts w:ascii="Arial" w:hAnsi="Arial"/>
          <w:color w:val="5D7284"/>
          <w:sz w:val="22"/>
        </w:rPr>
        <w:t>43:52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43:53</w:t>
      </w:r>
    </w:p>
    <w:p>
      <w:pPr>
        <w:spacing w:after="0"/>
      </w:pPr>
      <w:r>
        <w:rPr>
          <w:rFonts w:ascii="Arial" w:hAnsi="Arial"/>
          <w:sz w:val="22"/>
        </w:rPr>
        <w:t>I don't you know, I think that it's not I think it's very fair to call him disabled but I just think the way that he becomes disabled and the way that he then makes it okay, that he's disabled. Just it's just not great for disabled people.</w:t>
      </w:r>
    </w:p>
    <w:p>
      <w:pPr>
        <w:spacing w:after="0"/>
      </w:pPr>
    </w:p>
    <w:p>
      <w:pPr>
        <w:spacing w:after="0"/>
      </w:pPr>
      <w:r>
        <w:rPr>
          <w:rFonts w:ascii="Arial" w:hAnsi="Arial"/>
          <w:b/>
          <w:sz w:val="22"/>
        </w:rPr>
        <w:t xml:space="preserve">Lucy  </w:t>
      </w:r>
      <w:r>
        <w:rPr>
          <w:rFonts w:ascii="Arial" w:hAnsi="Arial"/>
          <w:color w:val="5D7284"/>
          <w:sz w:val="22"/>
        </w:rPr>
        <w:t>44:11</w:t>
      </w:r>
    </w:p>
    <w:p>
      <w:pPr>
        <w:spacing w:after="0"/>
      </w:pPr>
      <w:r>
        <w:rPr>
          <w:rFonts w:ascii="Arial" w:hAnsi="Arial"/>
          <w:sz w:val="22"/>
        </w:rPr>
        <w:t xml:space="preserve">Towards the end of the film, what happened to him? Did he become human or does he stay Robot? , how does he make peace with the fact that he's Robot </w:t>
      </w:r>
    </w:p>
    <w:p>
      <w:pPr>
        <w:spacing w:after="0"/>
      </w:pPr>
    </w:p>
    <w:p>
      <w:pPr>
        <w:spacing w:after="0"/>
      </w:pPr>
      <w:r>
        <w:rPr>
          <w:rFonts w:ascii="Arial" w:hAnsi="Arial"/>
          <w:b/>
          <w:sz w:val="22"/>
        </w:rPr>
        <w:t xml:space="preserve">Alice  </w:t>
      </w:r>
      <w:r>
        <w:rPr>
          <w:rFonts w:ascii="Arial" w:hAnsi="Arial"/>
          <w:color w:val="5D7284"/>
          <w:sz w:val="22"/>
        </w:rPr>
        <w:t>44:22</w:t>
      </w:r>
    </w:p>
    <w:p>
      <w:pPr>
        <w:spacing w:after="0"/>
      </w:pPr>
      <w:r>
        <w:rPr>
          <w:rFonts w:ascii="Arial" w:hAnsi="Arial"/>
          <w:sz w:val="22"/>
        </w:rPr>
        <w:t>he kills everybody</w:t>
      </w:r>
    </w:p>
    <w:p>
      <w:pPr>
        <w:spacing w:after="0"/>
      </w:pPr>
    </w:p>
    <w:p>
      <w:pPr>
        <w:spacing w:after="0"/>
      </w:pPr>
      <w:r>
        <w:rPr>
          <w:rFonts w:ascii="Arial" w:hAnsi="Arial"/>
          <w:b/>
          <w:sz w:val="22"/>
        </w:rPr>
        <w:t xml:space="preserve">Alice  </w:t>
      </w:r>
      <w:r>
        <w:rPr>
          <w:rFonts w:ascii="Arial" w:hAnsi="Arial"/>
          <w:color w:val="5D7284"/>
          <w:sz w:val="22"/>
        </w:rPr>
        <w:t>44:24</w:t>
      </w:r>
    </w:p>
    <w:p>
      <w:pPr>
        <w:spacing w:after="0"/>
      </w:pPr>
      <w:r>
        <w:rPr>
          <w:rFonts w:ascii="Arial" w:hAnsi="Arial"/>
          <w:sz w:val="22"/>
        </w:rPr>
        <w:t xml:space="preserve">Oh is that it </w:t>
      </w:r>
    </w:p>
    <w:p>
      <w:pPr>
        <w:spacing w:after="0"/>
      </w:pPr>
    </w:p>
    <w:p>
      <w:pPr>
        <w:spacing w:after="0"/>
      </w:pPr>
      <w:r>
        <w:rPr>
          <w:rFonts w:ascii="Arial" w:hAnsi="Arial"/>
          <w:b/>
          <w:sz w:val="22"/>
        </w:rPr>
        <w:t xml:space="preserve">Alice  </w:t>
      </w:r>
      <w:r>
        <w:rPr>
          <w:rFonts w:ascii="Arial" w:hAnsi="Arial"/>
          <w:color w:val="5D7284"/>
          <w:sz w:val="22"/>
        </w:rPr>
        <w:t>44:25</w:t>
      </w:r>
    </w:p>
    <w:p>
      <w:pPr>
        <w:spacing w:after="0"/>
      </w:pPr>
      <w:r>
        <w:rPr>
          <w:rFonts w:ascii="Arial" w:hAnsi="Arial"/>
          <w:sz w:val="22"/>
        </w:rPr>
        <w:t>Yeah, he he gets</w:t>
      </w:r>
    </w:p>
    <w:p>
      <w:pPr>
        <w:spacing w:after="0"/>
      </w:pPr>
    </w:p>
    <w:p>
      <w:pPr>
        <w:spacing w:after="0"/>
      </w:pPr>
      <w:r>
        <w:rPr>
          <w:rFonts w:ascii="Arial" w:hAnsi="Arial"/>
          <w:b/>
          <w:sz w:val="22"/>
        </w:rPr>
        <w:t xml:space="preserve">Alice  </w:t>
      </w:r>
      <w:r>
        <w:rPr>
          <w:rFonts w:ascii="Arial" w:hAnsi="Arial"/>
          <w:color w:val="5D7284"/>
          <w:sz w:val="22"/>
        </w:rPr>
        <w:t>44:26</w:t>
      </w:r>
    </w:p>
    <w:p>
      <w:pPr>
        <w:spacing w:after="0"/>
      </w:pPr>
      <w:r>
        <w:rPr>
          <w:rFonts w:ascii="Arial" w:hAnsi="Arial"/>
          <w:sz w:val="22"/>
        </w:rPr>
        <w:t xml:space="preserve"> he even gets as far as the the OmniCorp executive.</w:t>
      </w:r>
    </w:p>
    <w:p>
      <w:pPr>
        <w:spacing w:after="0"/>
      </w:pPr>
    </w:p>
    <w:p>
      <w:pPr>
        <w:spacing w:after="0"/>
      </w:pPr>
      <w:r>
        <w:rPr>
          <w:rFonts w:ascii="Arial" w:hAnsi="Arial"/>
          <w:b/>
          <w:sz w:val="22"/>
        </w:rPr>
        <w:t xml:space="preserve">Lucy  </w:t>
      </w:r>
      <w:r>
        <w:rPr>
          <w:rFonts w:ascii="Arial" w:hAnsi="Arial"/>
          <w:color w:val="5D7284"/>
          <w:sz w:val="22"/>
        </w:rPr>
        <w:t>44:26</w:t>
      </w:r>
    </w:p>
    <w:p>
      <w:pPr>
        <w:spacing w:after="0"/>
      </w:pPr>
      <w:r>
        <w:rPr>
          <w:rFonts w:ascii="Arial" w:hAnsi="Arial"/>
          <w:sz w:val="22"/>
        </w:rPr>
        <w:t xml:space="preserve">there's no light happy ending where he goes and has a donut and a cuppa tea and siy down with a dog or something </w:t>
      </w:r>
    </w:p>
    <w:p>
      <w:pPr>
        <w:spacing w:after="0"/>
      </w:pPr>
    </w:p>
    <w:p>
      <w:pPr>
        <w:spacing w:after="0"/>
      </w:pPr>
      <w:r>
        <w:rPr>
          <w:rFonts w:ascii="Arial" w:hAnsi="Arial"/>
          <w:b/>
          <w:sz w:val="22"/>
        </w:rPr>
        <w:t xml:space="preserve">Lucy  </w:t>
      </w:r>
      <w:r>
        <w:rPr>
          <w:rFonts w:ascii="Arial" w:hAnsi="Arial"/>
          <w:color w:val="5D7284"/>
          <w:sz w:val="22"/>
        </w:rPr>
        <w:t>44:38</w:t>
      </w:r>
    </w:p>
    <w:p>
      <w:pPr>
        <w:spacing w:after="0"/>
      </w:pPr>
      <w:r>
        <w:rPr>
          <w:rFonts w:ascii="Arial" w:hAnsi="Arial"/>
          <w:sz w:val="22"/>
        </w:rPr>
        <w:t>He can't kill them though, because he's been switch in his head</w:t>
      </w:r>
    </w:p>
    <w:p>
      <w:pPr>
        <w:spacing w:after="0"/>
      </w:pPr>
    </w:p>
    <w:p>
      <w:pPr>
        <w:spacing w:after="0"/>
      </w:pPr>
      <w:r>
        <w:rPr>
          <w:rFonts w:ascii="Arial" w:hAnsi="Arial"/>
          <w:b/>
          <w:sz w:val="22"/>
        </w:rPr>
        <w:t xml:space="preserve">Alice  </w:t>
      </w:r>
      <w:r>
        <w:rPr>
          <w:rFonts w:ascii="Arial" w:hAnsi="Arial"/>
          <w:color w:val="5D7284"/>
          <w:sz w:val="22"/>
        </w:rPr>
        <w:t>44:42</w:t>
      </w:r>
    </w:p>
    <w:p>
      <w:pPr>
        <w:spacing w:after="0"/>
      </w:pPr>
      <w:r>
        <w:rPr>
          <w:rFonts w:ascii="Arial" w:hAnsi="Arial"/>
          <w:sz w:val="22"/>
        </w:rPr>
        <w:t>but he has regained enough of his humanity by this point to override his objective.</w:t>
      </w:r>
    </w:p>
    <w:p>
      <w:pPr>
        <w:spacing w:after="0"/>
      </w:pPr>
    </w:p>
    <w:p>
      <w:pPr>
        <w:spacing w:after="0"/>
      </w:pPr>
      <w:r>
        <w:rPr>
          <w:rFonts w:ascii="Arial" w:hAnsi="Arial"/>
          <w:b/>
          <w:sz w:val="22"/>
        </w:rPr>
        <w:t xml:space="preserve">Lucy  </w:t>
      </w:r>
      <w:r>
        <w:rPr>
          <w:rFonts w:ascii="Arial" w:hAnsi="Arial"/>
          <w:color w:val="5D7284"/>
          <w:sz w:val="22"/>
        </w:rPr>
        <w:t>44:46</w:t>
      </w:r>
    </w:p>
    <w:p>
      <w:pPr>
        <w:spacing w:after="0"/>
      </w:pPr>
      <w:r>
        <w:rPr>
          <w:rFonts w:ascii="Arial" w:hAnsi="Arial"/>
          <w:sz w:val="22"/>
        </w:rPr>
        <w:t xml:space="preserve">So basically, somebody's rebooted him in the car and hes gone in all guns blazing </w:t>
      </w:r>
    </w:p>
    <w:p>
      <w:pPr>
        <w:spacing w:after="0"/>
      </w:pPr>
    </w:p>
    <w:p>
      <w:pPr>
        <w:spacing w:after="0"/>
      </w:pPr>
      <w:r>
        <w:rPr>
          <w:rFonts w:ascii="Arial" w:hAnsi="Arial"/>
          <w:b/>
          <w:sz w:val="22"/>
        </w:rPr>
        <w:t xml:space="preserve">Alice  </w:t>
      </w:r>
      <w:r>
        <w:rPr>
          <w:rFonts w:ascii="Arial" w:hAnsi="Arial"/>
          <w:color w:val="5D7284"/>
          <w:sz w:val="22"/>
        </w:rPr>
        <w:t>44:50</w:t>
      </w:r>
    </w:p>
    <w:p>
      <w:pPr>
        <w:spacing w:after="0"/>
      </w:pPr>
      <w:r>
        <w:rPr>
          <w:rFonts w:ascii="Arial" w:hAnsi="Arial"/>
          <w:sz w:val="22"/>
        </w:rPr>
        <w:t>I mean, he's rebooted himself by murdering a bunch of fuckers</w:t>
      </w:r>
    </w:p>
    <w:p>
      <w:pPr>
        <w:spacing w:after="0"/>
      </w:pPr>
    </w:p>
    <w:p>
      <w:pPr>
        <w:spacing w:after="0"/>
      </w:pPr>
      <w:r>
        <w:rPr>
          <w:rFonts w:ascii="Arial" w:hAnsi="Arial"/>
          <w:b/>
          <w:sz w:val="22"/>
        </w:rPr>
        <w:t xml:space="preserve">Alice  </w:t>
      </w:r>
      <w:r>
        <w:rPr>
          <w:rFonts w:ascii="Arial" w:hAnsi="Arial"/>
          <w:color w:val="5D7284"/>
          <w:sz w:val="22"/>
        </w:rPr>
        <w:t>44:58</w:t>
      </w:r>
    </w:p>
    <w:p>
      <w:pPr>
        <w:spacing w:after="0"/>
      </w:pPr>
      <w:r>
        <w:rPr>
          <w:rFonts w:ascii="Arial" w:hAnsi="Arial"/>
          <w:sz w:val="22"/>
        </w:rPr>
        <w:t>Yeah. . Yeah, standard of course he has</w:t>
      </w:r>
    </w:p>
    <w:p>
      <w:pPr>
        <w:spacing w:after="0"/>
      </w:pPr>
    </w:p>
    <w:p>
      <w:pPr>
        <w:spacing w:after="0"/>
      </w:pPr>
      <w:r>
        <w:rPr>
          <w:rFonts w:ascii="Arial" w:hAnsi="Arial"/>
          <w:b/>
          <w:sz w:val="22"/>
        </w:rPr>
        <w:t xml:space="preserve">Alice  </w:t>
      </w:r>
      <w:r>
        <w:rPr>
          <w:rFonts w:ascii="Arial" w:hAnsi="Arial"/>
          <w:color w:val="5D7284"/>
          <w:sz w:val="22"/>
        </w:rPr>
        <w:t>45:02</w:t>
      </w:r>
    </w:p>
    <w:p>
      <w:pPr>
        <w:spacing w:after="0"/>
      </w:pPr>
      <w:r>
        <w:rPr>
          <w:rFonts w:ascii="Arial" w:hAnsi="Arial"/>
          <w:sz w:val="22"/>
        </w:rPr>
        <w:t xml:space="preserve">Yeah. And also like, spending a bit of time with his partner who I think it's interesting that you know, she's a woman. you know, she helps him find his masculinity </w:t>
      </w:r>
    </w:p>
    <w:p>
      <w:pPr>
        <w:spacing w:after="0"/>
      </w:pPr>
    </w:p>
    <w:p>
      <w:pPr>
        <w:spacing w:after="0"/>
      </w:pPr>
      <w:r>
        <w:rPr>
          <w:rFonts w:ascii="Arial" w:hAnsi="Arial"/>
          <w:b/>
          <w:sz w:val="22"/>
        </w:rPr>
        <w:t xml:space="preserve">Alice  </w:t>
      </w:r>
      <w:r>
        <w:rPr>
          <w:rFonts w:ascii="Arial" w:hAnsi="Arial"/>
          <w:color w:val="5D7284"/>
          <w:sz w:val="22"/>
        </w:rPr>
        <w:t>45:12</w:t>
      </w:r>
    </w:p>
    <w:p>
      <w:pPr>
        <w:spacing w:after="0"/>
      </w:pPr>
      <w:r>
        <w:rPr>
          <w:rFonts w:ascii="Arial" w:hAnsi="Arial"/>
          <w:sz w:val="22"/>
        </w:rPr>
        <w:t>calming situation, of course. Well, it just again, it feels a bit like a bit of a stereotype, doesn't it? Like a man couldn't possibly go to therapy and manage his emotions he needs a woman could do it.</w:t>
      </w:r>
    </w:p>
    <w:p>
      <w:pPr>
        <w:spacing w:after="0"/>
      </w:pPr>
    </w:p>
    <w:p>
      <w:pPr>
        <w:spacing w:after="0"/>
      </w:pPr>
      <w:r>
        <w:rPr>
          <w:rFonts w:ascii="Arial" w:hAnsi="Arial"/>
          <w:b/>
          <w:sz w:val="22"/>
        </w:rPr>
        <w:t xml:space="preserve">Lucy  </w:t>
      </w:r>
      <w:r>
        <w:rPr>
          <w:rFonts w:ascii="Arial" w:hAnsi="Arial"/>
          <w:color w:val="5D7284"/>
          <w:sz w:val="22"/>
        </w:rPr>
        <w:t>45:26</w:t>
      </w:r>
    </w:p>
    <w:p>
      <w:pPr>
        <w:spacing w:after="0"/>
      </w:pPr>
      <w:r>
        <w:rPr>
          <w:rFonts w:ascii="Arial" w:hAnsi="Arial"/>
          <w:sz w:val="22"/>
        </w:rPr>
        <w:t>of course, he does. cook a good meal and carbs. Yeah, exactly.</w:t>
      </w:r>
    </w:p>
    <w:p>
      <w:pPr>
        <w:spacing w:after="0"/>
      </w:pPr>
    </w:p>
    <w:p>
      <w:pPr>
        <w:spacing w:after="0"/>
      </w:pPr>
      <w:r>
        <w:rPr>
          <w:rFonts w:ascii="Arial" w:hAnsi="Arial"/>
          <w:b/>
          <w:sz w:val="22"/>
        </w:rPr>
        <w:t xml:space="preserve">Alice  </w:t>
      </w:r>
      <w:r>
        <w:rPr>
          <w:rFonts w:ascii="Arial" w:hAnsi="Arial"/>
          <w:color w:val="5D7284"/>
          <w:sz w:val="22"/>
        </w:rPr>
        <w:t>45:30</w:t>
      </w:r>
    </w:p>
    <w:p>
      <w:pPr>
        <w:spacing w:after="0"/>
      </w:pPr>
      <w:r>
        <w:rPr>
          <w:rFonts w:ascii="Arial" w:hAnsi="Arial"/>
          <w:sz w:val="22"/>
        </w:rPr>
        <w:t>exactly what this what this man really needs basically, is if you can't shoot people, like if a man can't prove he's a man by killing people, then he needs to fuck someone.</w:t>
      </w:r>
    </w:p>
    <w:p>
      <w:pPr>
        <w:spacing w:after="0"/>
      </w:pPr>
    </w:p>
    <w:p>
      <w:pPr>
        <w:spacing w:after="0"/>
      </w:pPr>
      <w:r>
        <w:rPr>
          <w:rFonts w:ascii="Arial" w:hAnsi="Arial"/>
          <w:b/>
          <w:sz w:val="22"/>
        </w:rPr>
        <w:t xml:space="preserve">Lucy  </w:t>
      </w:r>
      <w:r>
        <w:rPr>
          <w:rFonts w:ascii="Arial" w:hAnsi="Arial"/>
          <w:color w:val="5D7284"/>
          <w:sz w:val="22"/>
        </w:rPr>
        <w:t>45:39</w:t>
      </w:r>
    </w:p>
    <w:p>
      <w:pPr>
        <w:spacing w:after="0"/>
      </w:pPr>
      <w:r>
        <w:rPr>
          <w:rFonts w:ascii="Arial" w:hAnsi="Arial"/>
          <w:sz w:val="22"/>
        </w:rPr>
        <w:t>I knew you were gonna say that. I knew you were gonna say that.</w:t>
      </w:r>
    </w:p>
    <w:p>
      <w:pPr>
        <w:spacing w:after="0"/>
      </w:pPr>
    </w:p>
    <w:p>
      <w:pPr>
        <w:spacing w:after="0"/>
      </w:pPr>
      <w:r>
        <w:rPr>
          <w:rFonts w:ascii="Arial" w:hAnsi="Arial"/>
          <w:b/>
          <w:sz w:val="22"/>
        </w:rPr>
        <w:t xml:space="preserve">Alice  </w:t>
      </w:r>
      <w:r>
        <w:rPr>
          <w:rFonts w:ascii="Arial" w:hAnsi="Arial"/>
          <w:color w:val="5D7284"/>
          <w:sz w:val="22"/>
        </w:rPr>
        <w:t>45:43</w:t>
      </w:r>
    </w:p>
    <w:p>
      <w:pPr>
        <w:spacing w:after="0"/>
      </w:pPr>
      <w:r>
        <w:rPr>
          <w:rFonts w:ascii="Arial" w:hAnsi="Arial"/>
          <w:sz w:val="22"/>
        </w:rPr>
        <w:t xml:space="preserve">I mean, that was that was basically my master's thesis. Yeah. </w:t>
      </w:r>
    </w:p>
    <w:p>
      <w:pPr>
        <w:spacing w:after="0"/>
      </w:pPr>
    </w:p>
    <w:p>
      <w:pPr>
        <w:spacing w:after="0"/>
      </w:pPr>
      <w:r>
        <w:rPr>
          <w:rFonts w:ascii="Arial" w:hAnsi="Arial"/>
          <w:b/>
          <w:sz w:val="22"/>
        </w:rPr>
        <w:t xml:space="preserve">Lucy  </w:t>
      </w:r>
      <w:r>
        <w:rPr>
          <w:rFonts w:ascii="Arial" w:hAnsi="Arial"/>
          <w:color w:val="5D7284"/>
          <w:sz w:val="22"/>
        </w:rPr>
        <w:t>45:53</w:t>
      </w:r>
    </w:p>
    <w:p>
      <w:pPr>
        <w:spacing w:after="0"/>
      </w:pPr>
      <w:r>
        <w:rPr>
          <w:rFonts w:ascii="Arial" w:hAnsi="Arial"/>
          <w:sz w:val="22"/>
        </w:rPr>
        <w:t xml:space="preserve">where as me me like if I get sad and wound up i just have a plate of pasta </w:t>
      </w:r>
    </w:p>
    <w:p>
      <w:pPr>
        <w:spacing w:after="0"/>
      </w:pPr>
    </w:p>
    <w:p>
      <w:pPr>
        <w:spacing w:after="0"/>
      </w:pPr>
      <w:r>
        <w:rPr>
          <w:rFonts w:ascii="Arial" w:hAnsi="Arial"/>
          <w:b/>
          <w:sz w:val="22"/>
        </w:rPr>
        <w:t xml:space="preserve">Alice  </w:t>
      </w:r>
      <w:r>
        <w:rPr>
          <w:rFonts w:ascii="Arial" w:hAnsi="Arial"/>
          <w:color w:val="5D7284"/>
          <w:sz w:val="22"/>
        </w:rPr>
        <w:t>45:59</w:t>
      </w:r>
    </w:p>
    <w:p>
      <w:pPr>
        <w:spacing w:after="0"/>
      </w:pPr>
      <w:r>
        <w:rPr>
          <w:rFonts w:ascii="Arial" w:hAnsi="Arial"/>
          <w:sz w:val="22"/>
        </w:rPr>
        <w:t>pint of Ben Jerry's in a bath. you know? P</w:t>
      </w:r>
    </w:p>
    <w:p>
      <w:pPr>
        <w:spacing w:after="0"/>
      </w:pPr>
    </w:p>
    <w:p>
      <w:pPr>
        <w:spacing w:after="0"/>
      </w:pPr>
      <w:r>
        <w:rPr>
          <w:rFonts w:ascii="Arial" w:hAnsi="Arial"/>
          <w:b/>
          <w:sz w:val="22"/>
        </w:rPr>
        <w:t xml:space="preserve">Lucy  </w:t>
      </w:r>
      <w:r>
        <w:rPr>
          <w:rFonts w:ascii="Arial" w:hAnsi="Arial"/>
          <w:color w:val="5D7284"/>
          <w:sz w:val="22"/>
        </w:rPr>
        <w:t>46:02</w:t>
      </w:r>
    </w:p>
    <w:p>
      <w:pPr>
        <w:spacing w:after="0"/>
      </w:pPr>
      <w:r>
        <w:rPr>
          <w:rFonts w:ascii="Arial" w:hAnsi="Arial"/>
          <w:sz w:val="22"/>
        </w:rPr>
        <w:t>pasta, cheese bd. Possibly a rum. And I'm alright.</w:t>
      </w:r>
    </w:p>
    <w:p>
      <w:pPr>
        <w:spacing w:after="0"/>
      </w:pPr>
    </w:p>
    <w:p>
      <w:pPr>
        <w:spacing w:after="0"/>
      </w:pPr>
      <w:r>
        <w:rPr>
          <w:rFonts w:ascii="Arial" w:hAnsi="Arial"/>
          <w:b/>
          <w:sz w:val="22"/>
        </w:rPr>
        <w:t xml:space="preserve">Alice  </w:t>
      </w:r>
      <w:r>
        <w:rPr>
          <w:rFonts w:ascii="Arial" w:hAnsi="Arial"/>
          <w:color w:val="5D7284"/>
          <w:sz w:val="22"/>
        </w:rPr>
        <w:t>46:08</w:t>
      </w:r>
    </w:p>
    <w:p>
      <w:pPr>
        <w:spacing w:after="0"/>
      </w:pPr>
      <w:r>
        <w:rPr>
          <w:rFonts w:ascii="Arial" w:hAnsi="Arial"/>
          <w:sz w:val="22"/>
        </w:rPr>
        <w:t>so yeah, so he's in the film kind of ends where he's, he's sort of repositioned himself again as just like, he's just a cop again, with his partner. But he's</w:t>
      </w:r>
    </w:p>
    <w:p>
      <w:pPr>
        <w:spacing w:after="0"/>
      </w:pPr>
    </w:p>
    <w:p>
      <w:pPr>
        <w:spacing w:after="0"/>
      </w:pPr>
      <w:r>
        <w:rPr>
          <w:rFonts w:ascii="Arial" w:hAnsi="Arial"/>
          <w:b/>
          <w:sz w:val="22"/>
        </w:rPr>
        <w:t xml:space="preserve">Lucy  </w:t>
      </w:r>
      <w:r>
        <w:rPr>
          <w:rFonts w:ascii="Arial" w:hAnsi="Arial"/>
          <w:color w:val="5D7284"/>
          <w:sz w:val="22"/>
        </w:rPr>
        <w:t>46:19</w:t>
      </w:r>
    </w:p>
    <w:p>
      <w:pPr>
        <w:spacing w:after="0"/>
      </w:pPr>
      <w:r>
        <w:rPr>
          <w:rFonts w:ascii="Arial" w:hAnsi="Arial"/>
          <w:sz w:val="22"/>
        </w:rPr>
        <w:t xml:space="preserve">so does he kill the omni omni people </w:t>
      </w:r>
    </w:p>
    <w:p>
      <w:pPr>
        <w:spacing w:after="0"/>
      </w:pPr>
    </w:p>
    <w:p>
      <w:pPr>
        <w:spacing w:after="0"/>
      </w:pPr>
      <w:r>
        <w:rPr>
          <w:rFonts w:ascii="Arial" w:hAnsi="Arial"/>
          <w:b/>
          <w:sz w:val="22"/>
        </w:rPr>
        <w:t xml:space="preserve">Alice  </w:t>
      </w:r>
      <w:r>
        <w:rPr>
          <w:rFonts w:ascii="Arial" w:hAnsi="Arial"/>
          <w:color w:val="5D7284"/>
          <w:sz w:val="22"/>
        </w:rPr>
        <w:t>46:23</w:t>
      </w:r>
    </w:p>
    <w:p>
      <w:pPr>
        <w:spacing w:after="0"/>
      </w:pPr>
      <w:r>
        <w:rPr>
          <w:rFonts w:ascii="Arial" w:hAnsi="Arial"/>
          <w:sz w:val="22"/>
        </w:rPr>
        <w:t>he arrests him i think.</w:t>
      </w:r>
    </w:p>
    <w:p>
      <w:pPr>
        <w:spacing w:after="0"/>
      </w:pPr>
    </w:p>
    <w:p>
      <w:pPr>
        <w:spacing w:after="0"/>
      </w:pPr>
      <w:r>
        <w:rPr>
          <w:rFonts w:ascii="Arial" w:hAnsi="Arial"/>
          <w:b/>
          <w:sz w:val="22"/>
        </w:rPr>
        <w:t xml:space="preserve">Lucy  </w:t>
      </w:r>
      <w:r>
        <w:rPr>
          <w:rFonts w:ascii="Arial" w:hAnsi="Arial"/>
          <w:color w:val="5D7284"/>
          <w:sz w:val="22"/>
        </w:rPr>
        <w:t>46:25</w:t>
      </w:r>
    </w:p>
    <w:p>
      <w:pPr>
        <w:spacing w:after="0"/>
      </w:pPr>
      <w:r>
        <w:rPr>
          <w:rFonts w:ascii="Arial" w:hAnsi="Arial"/>
          <w:sz w:val="22"/>
        </w:rPr>
        <w:t>Okay. don't kill him. I maybe he's tired out because he's been killing everybody else. is Well, yeah.</w:t>
      </w:r>
    </w:p>
    <w:p>
      <w:pPr>
        <w:spacing w:after="0"/>
      </w:pPr>
    </w:p>
    <w:p>
      <w:pPr>
        <w:spacing w:after="0"/>
      </w:pPr>
      <w:r>
        <w:rPr>
          <w:rFonts w:ascii="Arial" w:hAnsi="Arial"/>
          <w:b/>
          <w:sz w:val="22"/>
        </w:rPr>
        <w:t xml:space="preserve">Alice  </w:t>
      </w:r>
      <w:r>
        <w:rPr>
          <w:rFonts w:ascii="Arial" w:hAnsi="Arial"/>
          <w:color w:val="5D7284"/>
          <w:sz w:val="22"/>
        </w:rPr>
        <w:t>46:35</w:t>
      </w:r>
    </w:p>
    <w:p>
      <w:pPr>
        <w:spacing w:after="0"/>
      </w:pPr>
      <w:r>
        <w:rPr>
          <w:rFonts w:ascii="Arial" w:hAnsi="Arial"/>
          <w:sz w:val="22"/>
        </w:rPr>
        <w:t>They've run out of bullets. Yeah,</w:t>
      </w:r>
    </w:p>
    <w:p>
      <w:pPr>
        <w:spacing w:after="0"/>
      </w:pPr>
    </w:p>
    <w:p>
      <w:pPr>
        <w:spacing w:after="0"/>
      </w:pPr>
      <w:r>
        <w:rPr>
          <w:rFonts w:ascii="Arial" w:hAnsi="Arial"/>
          <w:b/>
          <w:sz w:val="22"/>
        </w:rPr>
        <w:t xml:space="preserve">Lucy  </w:t>
      </w:r>
      <w:r>
        <w:rPr>
          <w:rFonts w:ascii="Arial" w:hAnsi="Arial"/>
          <w:color w:val="5D7284"/>
          <w:sz w:val="22"/>
        </w:rPr>
        <w:t>46:37</w:t>
      </w:r>
    </w:p>
    <w:p>
      <w:pPr>
        <w:spacing w:after="0"/>
      </w:pPr>
      <w:r>
        <w:rPr>
          <w:rFonts w:ascii="Arial" w:hAnsi="Arial"/>
          <w:sz w:val="22"/>
        </w:rPr>
        <w:t>can't it somebody needs to refill hid packet he dp he goes back to a normal cop Yeah,</w:t>
      </w:r>
    </w:p>
    <w:p>
      <w:pPr>
        <w:spacing w:after="0"/>
      </w:pPr>
    </w:p>
    <w:p>
      <w:pPr>
        <w:spacing w:after="0"/>
      </w:pPr>
      <w:r>
        <w:rPr>
          <w:rFonts w:ascii="Arial" w:hAnsi="Arial"/>
          <w:b/>
          <w:sz w:val="22"/>
        </w:rPr>
        <w:t xml:space="preserve">Alice  </w:t>
      </w:r>
      <w:r>
        <w:rPr>
          <w:rFonts w:ascii="Arial" w:hAnsi="Arial"/>
          <w:color w:val="5D7284"/>
          <w:sz w:val="22"/>
        </w:rPr>
        <w:t>46:46</w:t>
      </w:r>
    </w:p>
    <w:p>
      <w:pPr>
        <w:spacing w:after="0"/>
      </w:pPr>
      <w:r>
        <w:rPr>
          <w:rFonts w:ascii="Arial" w:hAnsi="Arial"/>
          <w:sz w:val="22"/>
        </w:rPr>
        <w:t>exactly. Still a robot. But</w:t>
      </w:r>
    </w:p>
    <w:p>
      <w:pPr>
        <w:spacing w:after="0"/>
      </w:pPr>
    </w:p>
    <w:p>
      <w:pPr>
        <w:spacing w:after="0"/>
      </w:pPr>
      <w:r>
        <w:rPr>
          <w:rFonts w:ascii="Arial" w:hAnsi="Arial"/>
          <w:b/>
          <w:sz w:val="22"/>
        </w:rPr>
        <w:t xml:space="preserve">Lucy  </w:t>
      </w:r>
      <w:r>
        <w:rPr>
          <w:rFonts w:ascii="Arial" w:hAnsi="Arial"/>
          <w:color w:val="5D7284"/>
          <w:sz w:val="22"/>
        </w:rPr>
        <w:t>46:49</w:t>
      </w:r>
    </w:p>
    <w:p>
      <w:pPr>
        <w:spacing w:after="0"/>
      </w:pPr>
      <w:r>
        <w:rPr>
          <w:rFonts w:ascii="Arial" w:hAnsi="Arial"/>
          <w:sz w:val="22"/>
        </w:rPr>
        <w:t xml:space="preserve">But is he calmer </w:t>
      </w:r>
    </w:p>
    <w:p>
      <w:pPr>
        <w:spacing w:after="0"/>
      </w:pPr>
    </w:p>
    <w:p>
      <w:pPr>
        <w:spacing w:after="0"/>
      </w:pPr>
      <w:r>
        <w:rPr>
          <w:rFonts w:ascii="Arial" w:hAnsi="Arial"/>
          <w:b/>
          <w:sz w:val="22"/>
        </w:rPr>
        <w:t xml:space="preserve">Alice  </w:t>
      </w:r>
      <w:r>
        <w:rPr>
          <w:rFonts w:ascii="Arial" w:hAnsi="Arial"/>
          <w:color w:val="5D7284"/>
          <w:sz w:val="22"/>
        </w:rPr>
        <w:t>46:51</w:t>
      </w:r>
    </w:p>
    <w:p>
      <w:pPr>
        <w:spacing w:after="0"/>
      </w:pPr>
      <w:r>
        <w:rPr>
          <w:rFonts w:ascii="Arial" w:hAnsi="Arial"/>
          <w:sz w:val="22"/>
        </w:rPr>
        <w:t xml:space="preserve">he Yeah, he's definitely more like, just more human again, you know, we're with his we, from everything that has happened, like we don't necessarily see him like go off into the sunset, but he, he is from from how he has developed. And I think that the thing, you know, we're with the the executive the way he overrides his objective and, like, takes him down is supposed to be kind of reflective of the fact that I'm a human now I've grown from like, </w:t>
      </w:r>
    </w:p>
    <w:p>
      <w:pPr>
        <w:spacing w:after="0"/>
      </w:pPr>
    </w:p>
    <w:p>
      <w:pPr>
        <w:spacing w:after="0"/>
      </w:pPr>
      <w:r>
        <w:rPr>
          <w:rFonts w:ascii="Arial" w:hAnsi="Arial"/>
          <w:b/>
          <w:sz w:val="22"/>
        </w:rPr>
        <w:t xml:space="preserve">Lucy  </w:t>
      </w:r>
      <w:r>
        <w:rPr>
          <w:rFonts w:ascii="Arial" w:hAnsi="Arial"/>
          <w:color w:val="5D7284"/>
          <w:sz w:val="22"/>
        </w:rPr>
        <w:t>47:26</w:t>
      </w:r>
    </w:p>
    <w:p>
      <w:pPr>
        <w:spacing w:after="0"/>
      </w:pPr>
      <w:r>
        <w:rPr>
          <w:rFonts w:ascii="Arial" w:hAnsi="Arial"/>
          <w:sz w:val="22"/>
        </w:rPr>
        <w:t xml:space="preserve">I'm not going to shoot you. But I will arrest you, because you're a bad man. But I'm not going to shoot you because I'm not a bad man. </w:t>
      </w:r>
    </w:p>
    <w:p>
      <w:pPr>
        <w:spacing w:after="0"/>
      </w:pPr>
    </w:p>
    <w:p>
      <w:pPr>
        <w:spacing w:after="0"/>
      </w:pPr>
      <w:r>
        <w:rPr>
          <w:rFonts w:ascii="Arial" w:hAnsi="Arial"/>
          <w:b/>
          <w:sz w:val="22"/>
        </w:rPr>
        <w:t xml:space="preserve">Alice  </w:t>
      </w:r>
      <w:r>
        <w:rPr>
          <w:rFonts w:ascii="Arial" w:hAnsi="Arial"/>
          <w:color w:val="5D7284"/>
          <w:sz w:val="22"/>
        </w:rPr>
        <w:t>47:33</w:t>
      </w:r>
    </w:p>
    <w:p>
      <w:pPr>
        <w:spacing w:after="0"/>
      </w:pPr>
      <w:r>
        <w:rPr>
          <w:rFonts w:ascii="Arial" w:hAnsi="Arial"/>
          <w:sz w:val="22"/>
        </w:rPr>
        <w:t>i want to say yes, but I am not 100% sure that he doesn't shoot him because I can't</w:t>
      </w:r>
    </w:p>
    <w:p>
      <w:pPr>
        <w:spacing w:after="0"/>
      </w:pPr>
    </w:p>
    <w:p>
      <w:pPr>
        <w:spacing w:after="0"/>
      </w:pPr>
      <w:r>
        <w:rPr>
          <w:rFonts w:ascii="Arial" w:hAnsi="Arial"/>
          <w:b/>
          <w:sz w:val="22"/>
        </w:rPr>
        <w:t xml:space="preserve">Lucy  </w:t>
      </w:r>
      <w:r>
        <w:rPr>
          <w:rFonts w:ascii="Arial" w:hAnsi="Arial"/>
          <w:color w:val="5D7284"/>
          <w:sz w:val="22"/>
        </w:rPr>
        <w:t>47:42</w:t>
      </w:r>
    </w:p>
    <w:p>
      <w:pPr>
        <w:spacing w:after="0"/>
      </w:pPr>
      <w:r>
        <w:rPr>
          <w:rFonts w:ascii="Arial" w:hAnsi="Arial"/>
          <w:sz w:val="22"/>
        </w:rPr>
        <w:t>I might just like, take him outside. And then rough him up behind the bushes</w:t>
      </w:r>
    </w:p>
    <w:p>
      <w:pPr>
        <w:spacing w:after="0"/>
      </w:pPr>
    </w:p>
    <w:p>
      <w:pPr>
        <w:spacing w:after="0"/>
      </w:pPr>
      <w:r>
        <w:rPr>
          <w:rFonts w:ascii="Arial" w:hAnsi="Arial"/>
          <w:b/>
          <w:sz w:val="22"/>
        </w:rPr>
        <w:t xml:space="preserve">Alice  </w:t>
      </w:r>
      <w:r>
        <w:rPr>
          <w:rFonts w:ascii="Arial" w:hAnsi="Arial"/>
          <w:color w:val="5D7284"/>
          <w:sz w:val="22"/>
        </w:rPr>
        <w:t>47:46</w:t>
      </w:r>
    </w:p>
    <w:p>
      <w:pPr>
        <w:spacing w:after="0"/>
      </w:pPr>
      <w:r>
        <w:rPr>
          <w:rFonts w:ascii="Arial" w:hAnsi="Arial"/>
          <w:sz w:val="22"/>
        </w:rPr>
        <w:t>that's it, then it's off</w:t>
      </w:r>
    </w:p>
    <w:p>
      <w:pPr>
        <w:spacing w:after="0"/>
      </w:pPr>
    </w:p>
    <w:p>
      <w:pPr>
        <w:spacing w:after="0"/>
      </w:pPr>
      <w:r>
        <w:rPr>
          <w:rFonts w:ascii="Arial" w:hAnsi="Arial"/>
          <w:b/>
          <w:sz w:val="22"/>
        </w:rPr>
        <w:t xml:space="preserve">Lucy  </w:t>
      </w:r>
      <w:r>
        <w:rPr>
          <w:rFonts w:ascii="Arial" w:hAnsi="Arial"/>
          <w:color w:val="5D7284"/>
          <w:sz w:val="22"/>
        </w:rPr>
        <w:t>47:49</w:t>
      </w:r>
    </w:p>
    <w:p>
      <w:pPr>
        <w:spacing w:after="0"/>
      </w:pPr>
      <w:r>
        <w:rPr>
          <w:rFonts w:ascii="Arial" w:hAnsi="Arial"/>
          <w:sz w:val="22"/>
        </w:rPr>
        <w:t>the record on officially, I just arrested him they were talking about Yeah, I don't know how we got that quote. And he said,</w:t>
      </w:r>
    </w:p>
    <w:p>
      <w:pPr>
        <w:spacing w:after="0"/>
      </w:pPr>
    </w:p>
    <w:p>
      <w:pPr>
        <w:spacing w:after="0"/>
      </w:pPr>
      <w:r>
        <w:rPr>
          <w:rFonts w:ascii="Arial" w:hAnsi="Arial"/>
          <w:b/>
          <w:sz w:val="22"/>
        </w:rPr>
        <w:t xml:space="preserve">Alice  </w:t>
      </w:r>
      <w:r>
        <w:rPr>
          <w:rFonts w:ascii="Arial" w:hAnsi="Arial"/>
          <w:color w:val="5D7284"/>
          <w:sz w:val="22"/>
        </w:rPr>
        <w:t>47:55</w:t>
      </w:r>
    </w:p>
    <w:p>
      <w:pPr>
        <w:spacing w:after="0"/>
      </w:pPr>
      <w:r>
        <w:rPr>
          <w:rFonts w:ascii="Arial" w:hAnsi="Arial"/>
          <w:sz w:val="22"/>
        </w:rPr>
        <w:t>just like a real policeman. Yeah.</w:t>
      </w:r>
    </w:p>
    <w:p>
      <w:pPr>
        <w:spacing w:after="0"/>
      </w:pPr>
    </w:p>
    <w:p>
      <w:pPr>
        <w:spacing w:after="0"/>
      </w:pPr>
      <w:r>
        <w:rPr>
          <w:rFonts w:ascii="Arial" w:hAnsi="Arial"/>
          <w:b/>
          <w:sz w:val="22"/>
        </w:rPr>
        <w:t xml:space="preserve">Lucy  </w:t>
      </w:r>
      <w:r>
        <w:rPr>
          <w:rFonts w:ascii="Arial" w:hAnsi="Arial"/>
          <w:color w:val="5D7284"/>
          <w:sz w:val="22"/>
        </w:rPr>
        <w:t>48:00</w:t>
      </w:r>
    </w:p>
    <w:p>
      <w:pPr>
        <w:spacing w:after="0"/>
      </w:pPr>
      <w:r>
        <w:rPr>
          <w:rFonts w:ascii="Arial" w:hAnsi="Arial"/>
          <w:sz w:val="22"/>
        </w:rPr>
        <w:t>Yeah, I don't know how we got that bruise.</w:t>
      </w:r>
    </w:p>
    <w:p>
      <w:pPr>
        <w:spacing w:after="0"/>
      </w:pPr>
    </w:p>
    <w:p>
      <w:pPr>
        <w:spacing w:after="0"/>
      </w:pPr>
      <w:r>
        <w:rPr>
          <w:rFonts w:ascii="Arial" w:hAnsi="Arial"/>
          <w:b/>
          <w:sz w:val="22"/>
        </w:rPr>
        <w:t xml:space="preserve">Alice  </w:t>
      </w:r>
      <w:r>
        <w:rPr>
          <w:rFonts w:ascii="Arial" w:hAnsi="Arial"/>
          <w:color w:val="5D7284"/>
          <w:sz w:val="22"/>
        </w:rPr>
        <w:t>48:02</w:t>
      </w:r>
    </w:p>
    <w:p>
      <w:pPr>
        <w:spacing w:after="0"/>
      </w:pPr>
      <w:r>
        <w:rPr>
          <w:rFonts w:ascii="Arial" w:hAnsi="Arial"/>
          <w:sz w:val="22"/>
        </w:rPr>
        <w:t>Sorry. Oh, I have to bring politics into everything.</w:t>
      </w:r>
    </w:p>
    <w:p>
      <w:pPr>
        <w:spacing w:after="0"/>
      </w:pPr>
    </w:p>
    <w:p>
      <w:pPr>
        <w:spacing w:after="0"/>
      </w:pPr>
      <w:r>
        <w:rPr>
          <w:rFonts w:ascii="Arial" w:hAnsi="Arial"/>
          <w:b/>
          <w:sz w:val="22"/>
        </w:rPr>
        <w:t xml:space="preserve">Lucy  </w:t>
      </w:r>
      <w:r>
        <w:rPr>
          <w:rFonts w:ascii="Arial" w:hAnsi="Arial"/>
          <w:color w:val="5D7284"/>
          <w:sz w:val="22"/>
        </w:rPr>
        <w:t>48:06</w:t>
      </w:r>
    </w:p>
    <w:p>
      <w:pPr>
        <w:spacing w:after="0"/>
      </w:pPr>
      <w:r>
        <w:rPr>
          <w:rFonts w:ascii="Arial" w:hAnsi="Arial"/>
          <w:sz w:val="22"/>
        </w:rPr>
        <w:t>Yeah, you do? Well, I'm</w:t>
      </w:r>
    </w:p>
    <w:p>
      <w:pPr>
        <w:spacing w:after="0"/>
      </w:pPr>
    </w:p>
    <w:p>
      <w:pPr>
        <w:spacing w:after="0"/>
      </w:pPr>
      <w:r>
        <w:rPr>
          <w:rFonts w:ascii="Arial" w:hAnsi="Arial"/>
          <w:b/>
          <w:sz w:val="22"/>
        </w:rPr>
        <w:t xml:space="preserve">Alice  </w:t>
      </w:r>
      <w:r>
        <w:rPr>
          <w:rFonts w:ascii="Arial" w:hAnsi="Arial"/>
          <w:color w:val="5D7284"/>
          <w:sz w:val="22"/>
        </w:rPr>
        <w:t>48:08</w:t>
      </w:r>
    </w:p>
    <w:p>
      <w:pPr>
        <w:spacing w:after="0"/>
      </w:pPr>
      <w:r>
        <w:rPr>
          <w:rFonts w:ascii="Arial" w:hAnsi="Arial"/>
          <w:sz w:val="22"/>
        </w:rPr>
        <w:t>sorry. But you know, impacts the whole world.</w:t>
      </w:r>
    </w:p>
    <w:p>
      <w:pPr>
        <w:spacing w:after="0"/>
      </w:pPr>
    </w:p>
    <w:p>
      <w:pPr>
        <w:spacing w:after="0"/>
      </w:pPr>
      <w:r>
        <w:rPr>
          <w:rFonts w:ascii="Arial" w:hAnsi="Arial"/>
          <w:b/>
          <w:sz w:val="22"/>
        </w:rPr>
        <w:t xml:space="preserve">Lucy  </w:t>
      </w:r>
      <w:r>
        <w:rPr>
          <w:rFonts w:ascii="Arial" w:hAnsi="Arial"/>
          <w:color w:val="5D7284"/>
          <w:sz w:val="22"/>
        </w:rPr>
        <w:t>48:13</w:t>
      </w:r>
    </w:p>
    <w:p>
      <w:pPr>
        <w:spacing w:after="0"/>
      </w:pPr>
      <w:r>
        <w:rPr>
          <w:rFonts w:ascii="Arial" w:hAnsi="Arial"/>
          <w:sz w:val="22"/>
        </w:rPr>
        <w:t>it does.</w:t>
      </w:r>
    </w:p>
    <w:p>
      <w:pPr>
        <w:spacing w:after="0"/>
      </w:pPr>
    </w:p>
    <w:p>
      <w:pPr>
        <w:spacing w:after="0"/>
      </w:pPr>
      <w:r>
        <w:rPr>
          <w:rFonts w:ascii="Arial" w:hAnsi="Arial"/>
          <w:b/>
          <w:sz w:val="22"/>
        </w:rPr>
        <w:t xml:space="preserve">Alice  </w:t>
      </w:r>
      <w:r>
        <w:rPr>
          <w:rFonts w:ascii="Arial" w:hAnsi="Arial"/>
          <w:color w:val="5D7284"/>
          <w:sz w:val="22"/>
        </w:rPr>
        <w:t>48:14</w:t>
      </w:r>
    </w:p>
    <w:p>
      <w:pPr>
        <w:spacing w:after="0"/>
      </w:pPr>
      <w:r>
        <w:rPr>
          <w:rFonts w:ascii="Arial" w:hAnsi="Arial"/>
          <w:sz w:val="22"/>
        </w:rPr>
        <w:t>So there's there's several sequels to this Robocop movie, but of course, it hasn't seen them, right. And there is also a remake that came out in 2014</w:t>
      </w:r>
    </w:p>
    <w:p>
      <w:pPr>
        <w:spacing w:after="0"/>
      </w:pPr>
    </w:p>
    <w:p>
      <w:pPr>
        <w:spacing w:after="0"/>
      </w:pPr>
      <w:r>
        <w:rPr>
          <w:rFonts w:ascii="Arial" w:hAnsi="Arial"/>
          <w:b/>
          <w:sz w:val="22"/>
        </w:rPr>
        <w:t xml:space="preserve">Lucy  </w:t>
      </w:r>
      <w:r>
        <w:rPr>
          <w:rFonts w:ascii="Arial" w:hAnsi="Arial"/>
          <w:color w:val="5D7284"/>
          <w:sz w:val="22"/>
        </w:rPr>
        <w:t>48:24</w:t>
      </w:r>
    </w:p>
    <w:p>
      <w:pPr>
        <w:spacing w:after="0"/>
      </w:pPr>
      <w:r>
        <w:rPr>
          <w:rFonts w:ascii="Arial" w:hAnsi="Arial"/>
          <w:sz w:val="22"/>
        </w:rPr>
        <w:t>14 Yeah, cuz you told me about it, which</w:t>
      </w:r>
    </w:p>
    <w:p>
      <w:pPr>
        <w:spacing w:after="0"/>
      </w:pPr>
    </w:p>
    <w:p>
      <w:pPr>
        <w:spacing w:after="0"/>
      </w:pPr>
      <w:r>
        <w:rPr>
          <w:rFonts w:ascii="Arial" w:hAnsi="Arial"/>
          <w:b/>
          <w:sz w:val="22"/>
        </w:rPr>
        <w:t xml:space="preserve">Alice  </w:t>
      </w:r>
      <w:r>
        <w:rPr>
          <w:rFonts w:ascii="Arial" w:hAnsi="Arial"/>
          <w:color w:val="5D7284"/>
          <w:sz w:val="22"/>
        </w:rPr>
        <w:t>48:28</w:t>
      </w:r>
    </w:p>
    <w:p>
      <w:pPr>
        <w:spacing w:after="0"/>
      </w:pPr>
      <w:r>
        <w:rPr>
          <w:rFonts w:ascii="Arial" w:hAnsi="Arial"/>
          <w:sz w:val="22"/>
        </w:rPr>
        <w:t>is quite different, but I haven't seen it. But my plan is that I'm going to watch it. And in the bonus content to go along with this episode is going to be an article about that version of the film, and maybe like comparing the two, but I'm not going to say for certain because I'm not going to do what I did with the disability technology thing. And so what I'm going to do before actually doing the research</w:t>
      </w:r>
    </w:p>
    <w:p>
      <w:pPr>
        <w:spacing w:after="0"/>
      </w:pPr>
    </w:p>
    <w:p>
      <w:pPr>
        <w:spacing w:after="0"/>
      </w:pPr>
      <w:r>
        <w:rPr>
          <w:rFonts w:ascii="Arial" w:hAnsi="Arial"/>
          <w:b/>
          <w:sz w:val="22"/>
        </w:rPr>
        <w:t xml:space="preserve">Lucy  </w:t>
      </w:r>
      <w:r>
        <w:rPr>
          <w:rFonts w:ascii="Arial" w:hAnsi="Arial"/>
          <w:color w:val="5D7284"/>
          <w:sz w:val="22"/>
        </w:rPr>
        <w:t>48:57</w:t>
      </w:r>
    </w:p>
    <w:p>
      <w:pPr>
        <w:spacing w:after="0"/>
      </w:pPr>
      <w:r>
        <w:rPr>
          <w:rFonts w:ascii="Arial" w:hAnsi="Arial"/>
          <w:sz w:val="22"/>
        </w:rPr>
        <w:t>i think we've learnt our lesson Oh god this is doing in three days. I've got no idea what basically it's like home work. So we'll just put pending on the spreadsheet shall we?</w:t>
      </w:r>
    </w:p>
    <w:p>
      <w:pPr>
        <w:spacing w:after="0"/>
      </w:pPr>
    </w:p>
    <w:p>
      <w:pPr>
        <w:spacing w:after="0"/>
      </w:pPr>
      <w:r>
        <w:rPr>
          <w:rFonts w:ascii="Arial" w:hAnsi="Arial"/>
          <w:b/>
          <w:sz w:val="22"/>
        </w:rPr>
        <w:t xml:space="preserve">Alice  </w:t>
      </w:r>
      <w:r>
        <w:rPr>
          <w:rFonts w:ascii="Arial" w:hAnsi="Arial"/>
          <w:color w:val="5D7284"/>
          <w:sz w:val="22"/>
        </w:rPr>
        <w:t>49:12</w:t>
      </w:r>
    </w:p>
    <w:p>
      <w:pPr>
        <w:spacing w:after="0"/>
      </w:pPr>
      <w:r>
        <w:rPr>
          <w:rFonts w:ascii="Arial" w:hAnsi="Arial"/>
          <w:sz w:val="22"/>
        </w:rPr>
        <w:t>Yeah, yeah. if if it's not that then, like, you know, maybe I'll share some cute pictures of Dora or something.</w:t>
      </w:r>
    </w:p>
    <w:p>
      <w:pPr>
        <w:spacing w:after="0"/>
      </w:pPr>
    </w:p>
    <w:p>
      <w:pPr>
        <w:spacing w:after="0"/>
      </w:pPr>
      <w:r>
        <w:rPr>
          <w:rFonts w:ascii="Arial" w:hAnsi="Arial"/>
          <w:b/>
          <w:sz w:val="22"/>
        </w:rPr>
        <w:t xml:space="preserve">Lucy  </w:t>
      </w:r>
      <w:r>
        <w:rPr>
          <w:rFonts w:ascii="Arial" w:hAnsi="Arial"/>
          <w:color w:val="5D7284"/>
          <w:sz w:val="22"/>
        </w:rPr>
        <w:t>49:19</w:t>
      </w:r>
    </w:p>
    <w:p>
      <w:pPr>
        <w:spacing w:after="0"/>
      </w:pPr>
      <w:r>
        <w:rPr>
          <w:rFonts w:ascii="Arial" w:hAnsi="Arial"/>
          <w:sz w:val="22"/>
        </w:rPr>
        <w:t xml:space="preserve">Dora dreased as Robocop </w:t>
      </w:r>
    </w:p>
    <w:p>
      <w:pPr>
        <w:spacing w:after="0"/>
      </w:pPr>
    </w:p>
    <w:p>
      <w:pPr>
        <w:spacing w:after="0"/>
      </w:pPr>
      <w:r>
        <w:rPr>
          <w:rFonts w:ascii="Arial" w:hAnsi="Arial"/>
          <w:b/>
          <w:sz w:val="22"/>
        </w:rPr>
        <w:t xml:space="preserve">Alice  </w:t>
      </w:r>
      <w:r>
        <w:rPr>
          <w:rFonts w:ascii="Arial" w:hAnsi="Arial"/>
          <w:color w:val="5D7284"/>
          <w:sz w:val="22"/>
        </w:rPr>
        <w:t>49:24</w:t>
      </w:r>
    </w:p>
    <w:p>
      <w:pPr>
        <w:spacing w:after="0"/>
      </w:pPr>
      <w:r>
        <w:rPr>
          <w:rFonts w:ascii="Arial" w:hAnsi="Arial"/>
          <w:sz w:val="22"/>
        </w:rPr>
        <w:t>Oh, she would hate that. She. She doesn't even like like if you put like a blanket over her. She just panics so.</w:t>
      </w:r>
    </w:p>
    <w:p>
      <w:pPr>
        <w:spacing w:after="0"/>
      </w:pPr>
    </w:p>
    <w:p>
      <w:pPr>
        <w:spacing w:after="0"/>
      </w:pPr>
      <w:r>
        <w:rPr>
          <w:rFonts w:ascii="Arial" w:hAnsi="Arial"/>
          <w:b/>
          <w:sz w:val="22"/>
        </w:rPr>
        <w:t xml:space="preserve">Lucy  </w:t>
      </w:r>
      <w:r>
        <w:rPr>
          <w:rFonts w:ascii="Arial" w:hAnsi="Arial"/>
          <w:color w:val="5D7284"/>
          <w:sz w:val="22"/>
        </w:rPr>
        <w:t>49:35</w:t>
      </w:r>
    </w:p>
    <w:p>
      <w:pPr>
        <w:spacing w:after="0"/>
      </w:pPr>
      <w:r>
        <w:rPr>
          <w:rFonts w:ascii="Arial" w:hAnsi="Arial"/>
          <w:sz w:val="22"/>
        </w:rPr>
        <w:t>I'll open in a blanket.</w:t>
      </w:r>
    </w:p>
    <w:p>
      <w:pPr>
        <w:spacing w:after="0"/>
      </w:pPr>
    </w:p>
    <w:p>
      <w:pPr>
        <w:spacing w:after="0"/>
      </w:pPr>
      <w:r>
        <w:rPr>
          <w:rFonts w:ascii="Arial" w:hAnsi="Arial"/>
          <w:b/>
          <w:sz w:val="22"/>
        </w:rPr>
        <w:t xml:space="preserve">Alice  </w:t>
      </w:r>
      <w:r>
        <w:rPr>
          <w:rFonts w:ascii="Arial" w:hAnsi="Arial"/>
          <w:color w:val="5D7284"/>
          <w:sz w:val="22"/>
        </w:rPr>
        <w:t>49:37</w:t>
      </w:r>
    </w:p>
    <w:p>
      <w:pPr>
        <w:spacing w:after="0"/>
      </w:pPr>
      <w:r>
        <w:rPr>
          <w:rFonts w:ascii="Arial" w:hAnsi="Arial"/>
          <w:sz w:val="22"/>
        </w:rPr>
        <w:t>I thought she's got to be snuggling. She did not like to be snuggling.</w:t>
      </w:r>
    </w:p>
    <w:p>
      <w:pPr>
        <w:spacing w:after="0"/>
      </w:pPr>
    </w:p>
    <w:p>
      <w:pPr>
        <w:spacing w:after="0"/>
      </w:pPr>
      <w:r>
        <w:rPr>
          <w:rFonts w:ascii="Arial" w:hAnsi="Arial"/>
          <w:b/>
          <w:sz w:val="22"/>
        </w:rPr>
        <w:t xml:space="preserve">Lucy  </w:t>
      </w:r>
      <w:r>
        <w:rPr>
          <w:rFonts w:ascii="Arial" w:hAnsi="Arial"/>
          <w:color w:val="5D7284"/>
          <w:sz w:val="22"/>
        </w:rPr>
        <w:t>49:46</w:t>
      </w:r>
    </w:p>
    <w:p>
      <w:pPr>
        <w:spacing w:after="0"/>
      </w:pPr>
      <w:r>
        <w:rPr>
          <w:rFonts w:ascii="Arial" w:hAnsi="Arial"/>
          <w:sz w:val="22"/>
        </w:rPr>
        <w:t>So it's blank. It's fine. Yeah, well, that was very interesting. And I love how I do think that having a disability I think with an affair to remember my mom was dead excited about it. And then I watched it. I was like, Oh, no. Oh, oh, oh, mum was loke this is nice and i went oh nl no, not I think having a disability does give you a skewed lens. Some not skewed lens, but</w:t>
      </w:r>
    </w:p>
    <w:p>
      <w:pPr>
        <w:spacing w:after="0"/>
      </w:pPr>
    </w:p>
    <w:p>
      <w:pPr>
        <w:spacing w:after="0"/>
      </w:pPr>
      <w:r>
        <w:rPr>
          <w:rFonts w:ascii="Arial" w:hAnsi="Arial"/>
          <w:b/>
          <w:sz w:val="22"/>
        </w:rPr>
        <w:t xml:space="preserve">Alice  </w:t>
      </w:r>
      <w:r>
        <w:rPr>
          <w:rFonts w:ascii="Arial" w:hAnsi="Arial"/>
          <w:color w:val="5D7284"/>
          <w:sz w:val="22"/>
        </w:rPr>
        <w:t>50:15</w:t>
      </w:r>
    </w:p>
    <w:p>
      <w:pPr>
        <w:spacing w:after="0"/>
      </w:pPr>
      <w:r>
        <w:rPr>
          <w:rFonts w:ascii="Arial" w:hAnsi="Arial"/>
          <w:sz w:val="22"/>
        </w:rPr>
        <w:t>you are a huge lens, isn't it? Yes, that's</w:t>
      </w:r>
    </w:p>
    <w:p>
      <w:pPr>
        <w:spacing w:after="0"/>
      </w:pPr>
    </w:p>
    <w:p>
      <w:pPr>
        <w:spacing w:after="0"/>
      </w:pPr>
      <w:r>
        <w:rPr>
          <w:rFonts w:ascii="Arial" w:hAnsi="Arial"/>
          <w:b/>
          <w:sz w:val="22"/>
        </w:rPr>
        <w:t xml:space="preserve">Lucy  </w:t>
      </w:r>
      <w:r>
        <w:rPr>
          <w:rFonts w:ascii="Arial" w:hAnsi="Arial"/>
          <w:color w:val="5D7284"/>
          <w:sz w:val="22"/>
        </w:rPr>
        <w:t>50:19</w:t>
      </w:r>
    </w:p>
    <w:p>
      <w:pPr>
        <w:spacing w:after="0"/>
      </w:pPr>
      <w:r>
        <w:rPr>
          <w:rFonts w:ascii="Arial" w:hAnsi="Arial"/>
          <w:sz w:val="22"/>
        </w:rPr>
        <w:t xml:space="preserve">it as you're watching it. Yeah. Oh, oh, no, that's not good. And I think it's a bit like if you study, film studies it like college or school or university or whatever. And you are taught about how stories are laid out within the first 20 minutes is your first turning point. And by the first 20 minutes, if you can't work out what's going to happen, then it's obviously a very unique story because films I've watched and gone. Oh, yeah. 20 minutes, like it does ruin it for you out when you're watching. I wouldn't say having a disability unique lens ruins films, but it kind of disappoints everybody around you because your like that is a  terrible film stop  it </w:t>
      </w:r>
    </w:p>
    <w:p>
      <w:pPr>
        <w:spacing w:after="0"/>
      </w:pPr>
    </w:p>
    <w:p>
      <w:pPr>
        <w:spacing w:after="0"/>
      </w:pPr>
      <w:r>
        <w:rPr>
          <w:rFonts w:ascii="Arial" w:hAnsi="Arial"/>
          <w:b/>
          <w:sz w:val="22"/>
        </w:rPr>
        <w:t xml:space="preserve">Alice  </w:t>
      </w:r>
      <w:r>
        <w:rPr>
          <w:rFonts w:ascii="Arial" w:hAnsi="Arial"/>
          <w:color w:val="5D7284"/>
          <w:sz w:val="22"/>
        </w:rPr>
        <w:t>51:13</w:t>
      </w:r>
    </w:p>
    <w:p>
      <w:pPr>
        <w:spacing w:after="0"/>
      </w:pPr>
      <w:r>
        <w:rPr>
          <w:rFonts w:ascii="Arial" w:hAnsi="Arial"/>
          <w:sz w:val="22"/>
        </w:rPr>
        <w:t>I made. So I made Dave sit and watch Robocop with me. And again, if we didn't, it didn't have audio description, because it's from 1987. So every now and then Dave would just be like, Oh, this just happened. And I'd be like, Cool. Interesting. And, but as we were watching it, he was just just like, this movies terrible. Like, he was like, I've seen this a bunch of times, but I just I forgot how terrible is. And there was also bit what made me laugh like a drain where he just went, you know, what is a really weird trope of 1980s movies. And I was like, what it was like, the way that they thought that by like the 2020s whenever you went into like a bar or club women would just have their tits out. And I was like, Yeah, listening to like, industrial music, like Yeah, like, like a bit of somebody hitting a bit of metal with a hammer. exactly, exactly. Like, it's a bit like Ramstein, or 99 inch nails or something. And she's just got a tits out on the dance floor.</w:t>
      </w:r>
    </w:p>
    <w:p>
      <w:pPr>
        <w:spacing w:after="0"/>
      </w:pPr>
    </w:p>
    <w:p>
      <w:pPr>
        <w:spacing w:after="0"/>
      </w:pPr>
      <w:r>
        <w:rPr>
          <w:rFonts w:ascii="Arial" w:hAnsi="Arial"/>
          <w:b/>
          <w:sz w:val="22"/>
        </w:rPr>
        <w:t xml:space="preserve">Lucy  </w:t>
      </w:r>
      <w:r>
        <w:rPr>
          <w:rFonts w:ascii="Arial" w:hAnsi="Arial"/>
          <w:color w:val="5D7284"/>
          <w:sz w:val="22"/>
        </w:rPr>
        <w:t>52:21</w:t>
      </w:r>
    </w:p>
    <w:p>
      <w:pPr>
        <w:spacing w:after="0"/>
      </w:pPr>
      <w:r>
        <w:rPr>
          <w:rFonts w:ascii="Arial" w:hAnsi="Arial"/>
          <w:sz w:val="22"/>
        </w:rPr>
        <w:t xml:space="preserve">Standard Saturday night </w:t>
      </w:r>
    </w:p>
    <w:p>
      <w:pPr>
        <w:spacing w:after="0"/>
      </w:pPr>
    </w:p>
    <w:p>
      <w:pPr>
        <w:spacing w:after="0"/>
      </w:pPr>
      <w:r>
        <w:rPr>
          <w:rFonts w:ascii="Arial" w:hAnsi="Arial"/>
          <w:b/>
          <w:sz w:val="22"/>
        </w:rPr>
        <w:t xml:space="preserve">Alice  </w:t>
      </w:r>
      <w:r>
        <w:rPr>
          <w:rFonts w:ascii="Arial" w:hAnsi="Arial"/>
          <w:color w:val="5D7284"/>
          <w:sz w:val="22"/>
        </w:rPr>
        <w:t>52:22</w:t>
      </w:r>
    </w:p>
    <w:p>
      <w:pPr>
        <w:spacing w:after="0"/>
      </w:pPr>
      <w:r>
        <w:rPr>
          <w:rFonts w:ascii="Arial" w:hAnsi="Arial"/>
          <w:sz w:val="22"/>
        </w:rPr>
        <w:t>That's exactly what you say. you're in the club in 2022.</w:t>
      </w:r>
    </w:p>
    <w:p>
      <w:pPr>
        <w:spacing w:after="0"/>
      </w:pPr>
    </w:p>
    <w:p>
      <w:pPr>
        <w:spacing w:after="0"/>
      </w:pPr>
      <w:r>
        <w:rPr>
          <w:rFonts w:ascii="Arial" w:hAnsi="Arial"/>
          <w:b/>
          <w:sz w:val="22"/>
        </w:rPr>
        <w:t xml:space="preserve">Lucy  </w:t>
      </w:r>
      <w:r>
        <w:rPr>
          <w:rFonts w:ascii="Arial" w:hAnsi="Arial"/>
          <w:color w:val="5D7284"/>
          <w:sz w:val="22"/>
        </w:rPr>
        <w:t>52:30</w:t>
      </w:r>
    </w:p>
    <w:p>
      <w:pPr>
        <w:spacing w:after="0"/>
      </w:pPr>
      <w:r>
        <w:rPr>
          <w:rFonts w:ascii="Arial" w:hAnsi="Arial"/>
          <w:sz w:val="22"/>
        </w:rPr>
        <w:t>Absolutely. Well, I'd also I want to know when my hoverboard is? I also it was all fake. It's hilarious that 980s films seem to think it was hilarious to put our reports and Danny DeVito together and they just thought it was funny.</w:t>
      </w:r>
    </w:p>
    <w:p>
      <w:pPr>
        <w:spacing w:after="0"/>
      </w:pPr>
    </w:p>
    <w:p>
      <w:pPr>
        <w:spacing w:after="0"/>
      </w:pPr>
      <w:r>
        <w:rPr>
          <w:rFonts w:ascii="Arial" w:hAnsi="Arial"/>
          <w:b/>
          <w:sz w:val="22"/>
        </w:rPr>
        <w:t xml:space="preserve">Alice  </w:t>
      </w:r>
      <w:r>
        <w:rPr>
          <w:rFonts w:ascii="Arial" w:hAnsi="Arial"/>
          <w:color w:val="5D7284"/>
          <w:sz w:val="22"/>
        </w:rPr>
        <w:t>52:44</w:t>
      </w:r>
    </w:p>
    <w:p>
      <w:pPr>
        <w:spacing w:after="0"/>
      </w:pPr>
      <w:r>
        <w:rPr>
          <w:rFonts w:ascii="Arial" w:hAnsi="Arial"/>
          <w:sz w:val="22"/>
        </w:rPr>
        <w:t xml:space="preserve">I mean, it's a big man and a little man. who knew thah Opposites was comedy. That's that's the premise of like, a bunch of those, like, is it the lethal weapon movies where it's just like, a white cop and a black cop? And everybody's like, and it's so funny. Just. hes black and he's white </w:t>
      </w:r>
    </w:p>
    <w:p>
      <w:pPr>
        <w:spacing w:after="0"/>
      </w:pPr>
    </w:p>
    <w:p>
      <w:pPr>
        <w:spacing w:after="0"/>
      </w:pPr>
      <w:r>
        <w:rPr>
          <w:rFonts w:ascii="Arial" w:hAnsi="Arial"/>
          <w:b/>
          <w:sz w:val="22"/>
        </w:rPr>
        <w:t xml:space="preserve">Lucy  </w:t>
      </w:r>
      <w:r>
        <w:rPr>
          <w:rFonts w:ascii="Arial" w:hAnsi="Arial"/>
          <w:color w:val="5D7284"/>
          <w:sz w:val="22"/>
        </w:rPr>
        <w:t>53:11</w:t>
      </w:r>
    </w:p>
    <w:p>
      <w:pPr>
        <w:spacing w:after="0"/>
      </w:pPr>
      <w:r>
        <w:rPr>
          <w:rFonts w:ascii="Arial" w:hAnsi="Arial"/>
          <w:sz w:val="22"/>
        </w:rPr>
        <w:t xml:space="preserve">Yeah, yeah. Yeah. Although I will say that Jr. is one of my favorite films. I just love it </w:t>
      </w:r>
    </w:p>
    <w:p>
      <w:pPr>
        <w:spacing w:after="0"/>
      </w:pPr>
    </w:p>
    <w:p>
      <w:pPr>
        <w:spacing w:after="0"/>
      </w:pPr>
      <w:r>
        <w:rPr>
          <w:rFonts w:ascii="Arial" w:hAnsi="Arial"/>
          <w:b/>
          <w:sz w:val="22"/>
        </w:rPr>
        <w:t xml:space="preserve">Alice  </w:t>
      </w:r>
      <w:r>
        <w:rPr>
          <w:rFonts w:ascii="Arial" w:hAnsi="Arial"/>
          <w:color w:val="5D7284"/>
          <w:sz w:val="22"/>
        </w:rPr>
        <w:t>53:18</w:t>
      </w:r>
    </w:p>
    <w:p>
      <w:pPr>
        <w:spacing w:after="0"/>
      </w:pPr>
      <w:r>
        <w:rPr>
          <w:rFonts w:ascii="Arial" w:hAnsi="Arial"/>
          <w:sz w:val="22"/>
        </w:rPr>
        <w:t>think COVID slightly scarred by that movie, because I can just picture on or just watching. It's just in my head. It's Arnold Schwarzenegger. He's wearing a suit, but he's pregnant. And he's just got a really shiny face. And I just remember being a bit like, I don't think this is something I want in my future.</w:t>
      </w:r>
    </w:p>
    <w:p>
      <w:pPr>
        <w:spacing w:after="0"/>
      </w:pPr>
    </w:p>
    <w:p>
      <w:pPr>
        <w:spacing w:after="0"/>
      </w:pPr>
      <w:r>
        <w:rPr>
          <w:rFonts w:ascii="Arial" w:hAnsi="Arial"/>
          <w:b/>
          <w:sz w:val="22"/>
        </w:rPr>
        <w:t xml:space="preserve">Lucy  </w:t>
      </w:r>
      <w:r>
        <w:rPr>
          <w:rFonts w:ascii="Arial" w:hAnsi="Arial"/>
          <w:color w:val="5D7284"/>
          <w:sz w:val="22"/>
        </w:rPr>
        <w:t>53:38</w:t>
      </w:r>
    </w:p>
    <w:p>
      <w:pPr>
        <w:spacing w:after="0"/>
      </w:pPr>
      <w:r>
        <w:rPr>
          <w:rFonts w:ascii="Arial" w:hAnsi="Arial"/>
          <w:sz w:val="22"/>
        </w:rPr>
        <w:t xml:space="preserve">No, the thing that always makes me giggle a little bit is when they dress him up as a woman they get he goes like this pregnancy retreat. And he's got like a blonde wig on and a cardigan and they're like, oh, yeah, that's not a man in any way, shape or form. That's not a woman. even you know, kind of like hilarious. Like, everybody thought that was hilarious. Yeah, so weird. was a weird time </w:t>
      </w:r>
    </w:p>
    <w:p>
      <w:pPr>
        <w:spacing w:after="0"/>
      </w:pPr>
    </w:p>
    <w:p>
      <w:pPr>
        <w:spacing w:after="0"/>
      </w:pPr>
      <w:r>
        <w:rPr>
          <w:rFonts w:ascii="Arial" w:hAnsi="Arial"/>
          <w:b/>
          <w:sz w:val="22"/>
        </w:rPr>
        <w:t xml:space="preserve">Lucy  </w:t>
      </w:r>
      <w:r>
        <w:rPr>
          <w:rFonts w:ascii="Arial" w:hAnsi="Arial"/>
          <w:color w:val="5D7284"/>
          <w:sz w:val="22"/>
        </w:rPr>
        <w:t>54:06</w:t>
      </w:r>
    </w:p>
    <w:p>
      <w:pPr>
        <w:spacing w:after="0"/>
      </w:pPr>
      <w:r>
        <w:rPr>
          <w:rFonts w:ascii="Arial" w:hAnsi="Arial"/>
          <w:sz w:val="22"/>
        </w:rPr>
        <w:t xml:space="preserve">hey, we need to write this new movie. Let's think of something funny. One second. Danny? Danny DeVito. Irish Schwarzenegger has a baby, write it down. See hoi in four months </w:t>
      </w:r>
    </w:p>
    <w:p>
      <w:pPr>
        <w:spacing w:after="0"/>
      </w:pPr>
    </w:p>
    <w:p>
      <w:pPr>
        <w:spacing w:after="0"/>
      </w:pPr>
      <w:r>
        <w:rPr>
          <w:rFonts w:ascii="Arial" w:hAnsi="Arial"/>
          <w:b/>
          <w:sz w:val="22"/>
        </w:rPr>
        <w:t xml:space="preserve">Alice  </w:t>
      </w:r>
      <w:r>
        <w:rPr>
          <w:rFonts w:ascii="Arial" w:hAnsi="Arial"/>
          <w:color w:val="5D7284"/>
          <w:sz w:val="22"/>
        </w:rPr>
        <w:t>54:06</w:t>
      </w:r>
    </w:p>
    <w:p>
      <w:pPr>
        <w:spacing w:after="0"/>
      </w:pPr>
      <w:r>
        <w:rPr>
          <w:rFonts w:ascii="Arial" w:hAnsi="Arial"/>
          <w:sz w:val="22"/>
        </w:rPr>
        <w:t>it time was a weird time. I think there was probably a lot of cocaine. Just  particularly within the film industry. I think there was just just small piles of cocaine every six feet that</w:t>
      </w:r>
    </w:p>
    <w:p>
      <w:pPr>
        <w:spacing w:after="0"/>
      </w:pPr>
    </w:p>
    <w:p>
      <w:pPr>
        <w:spacing w:after="0"/>
      </w:pPr>
      <w:r>
        <w:rPr>
          <w:rFonts w:ascii="Arial" w:hAnsi="Arial"/>
          <w:b/>
          <w:sz w:val="22"/>
        </w:rPr>
        <w:t xml:space="preserve">Alice  </w:t>
      </w:r>
      <w:r>
        <w:rPr>
          <w:rFonts w:ascii="Arial" w:hAnsi="Arial"/>
          <w:color w:val="5D7284"/>
          <w:sz w:val="22"/>
        </w:rPr>
        <w:t>54:37</w:t>
      </w:r>
    </w:p>
    <w:p>
      <w:pPr>
        <w:spacing w:after="0"/>
      </w:pPr>
      <w:r>
        <w:rPr>
          <w:rFonts w:ascii="Arial" w:hAnsi="Arial"/>
          <w:sz w:val="22"/>
        </w:rPr>
        <w:t>is what should have been in the disability Technology Series. But wasn't but everything else we didn't display technology series was really cool. So go back and listen to it.  and I'm done talking. Now. I've got to go and finish prepping a history lesson that we're recording this week. I'm really looking forward to so</w:t>
      </w:r>
    </w:p>
    <w:p>
      <w:pPr>
        <w:spacing w:after="0"/>
      </w:pPr>
    </w:p>
    <w:p>
      <w:pPr>
        <w:spacing w:after="0"/>
      </w:pPr>
      <w:r>
        <w:rPr>
          <w:rFonts w:ascii="Arial" w:hAnsi="Arial"/>
          <w:b/>
          <w:sz w:val="22"/>
        </w:rPr>
        <w:t xml:space="preserve">Alice  </w:t>
      </w:r>
      <w:r>
        <w:rPr>
          <w:rFonts w:ascii="Arial" w:hAnsi="Arial"/>
          <w:color w:val="5D7284"/>
          <w:sz w:val="22"/>
        </w:rPr>
        <w:t>54:59</w:t>
      </w:r>
    </w:p>
    <w:p>
      <w:pPr>
        <w:spacing w:after="0"/>
      </w:pPr>
      <w:r>
        <w:rPr>
          <w:rFonts w:ascii="Arial" w:hAnsi="Arial"/>
          <w:sz w:val="22"/>
        </w:rPr>
        <w:t xml:space="preserve"> I think It could be a little bit depressing but I am looking forward  I think we need to accept that I do the depressing history lessons, not just what I do. Usually the funny ones Daisy does the slightly weird ones.</w:t>
      </w:r>
    </w:p>
    <w:p>
      <w:pPr>
        <w:spacing w:after="0"/>
      </w:pPr>
    </w:p>
    <w:p>
      <w:pPr>
        <w:spacing w:after="0"/>
      </w:pPr>
      <w:r>
        <w:rPr>
          <w:rFonts w:ascii="Arial" w:hAnsi="Arial"/>
          <w:b/>
          <w:sz w:val="22"/>
        </w:rPr>
        <w:t xml:space="preserve">Lucy  </w:t>
      </w:r>
      <w:r>
        <w:rPr>
          <w:rFonts w:ascii="Arial" w:hAnsi="Arial"/>
          <w:color w:val="5D7284"/>
          <w:sz w:val="22"/>
        </w:rPr>
        <w:t>55:13</w:t>
      </w:r>
    </w:p>
    <w:p>
      <w:pPr>
        <w:spacing w:after="0"/>
      </w:pPr>
      <w:r>
        <w:rPr>
          <w:rFonts w:ascii="Arial" w:hAnsi="Arial"/>
          <w:sz w:val="22"/>
        </w:rPr>
        <w:t>I'm the light relief</w:t>
      </w:r>
    </w:p>
    <w:p>
      <w:pPr>
        <w:spacing w:after="0"/>
      </w:pPr>
    </w:p>
    <w:p>
      <w:pPr>
        <w:spacing w:after="0"/>
      </w:pPr>
      <w:r>
        <w:rPr>
          <w:rFonts w:ascii="Arial" w:hAnsi="Arial"/>
          <w:b/>
          <w:sz w:val="22"/>
        </w:rPr>
        <w:t xml:space="preserve">Alice  </w:t>
      </w:r>
      <w:r>
        <w:rPr>
          <w:rFonts w:ascii="Arial" w:hAnsi="Arial"/>
          <w:color w:val="5D7284"/>
          <w:sz w:val="22"/>
        </w:rPr>
        <w:t>55:14</w:t>
      </w:r>
    </w:p>
    <w:p>
      <w:pPr>
        <w:spacing w:after="0"/>
      </w:pPr>
      <w:r>
        <w:rPr>
          <w:rFonts w:ascii="Arial" w:hAnsi="Arial"/>
          <w:sz w:val="22"/>
        </w:rPr>
        <w:t>Yeah. It's just who I am fundamentally as a person..</w:t>
      </w:r>
    </w:p>
    <w:p>
      <w:pPr>
        <w:spacing w:after="0"/>
      </w:pPr>
    </w:p>
    <w:p>
      <w:pPr>
        <w:spacing w:after="0"/>
      </w:pPr>
      <w:r>
        <w:rPr>
          <w:rFonts w:ascii="Arial" w:hAnsi="Arial"/>
          <w:b/>
          <w:sz w:val="22"/>
        </w:rPr>
        <w:t xml:space="preserve">Lucy  </w:t>
      </w:r>
      <w:r>
        <w:rPr>
          <w:rFonts w:ascii="Arial" w:hAnsi="Arial"/>
          <w:color w:val="5D7284"/>
          <w:sz w:val="22"/>
        </w:rPr>
        <w:t>55:19</w:t>
      </w:r>
    </w:p>
    <w:p>
      <w:pPr>
        <w:spacing w:after="0"/>
      </w:pPr>
      <w:r>
        <w:rPr>
          <w:rFonts w:ascii="Arial" w:hAnsi="Arial"/>
          <w:sz w:val="22"/>
        </w:rPr>
        <w:t xml:space="preserve">Harbinger of Doom </w:t>
      </w:r>
    </w:p>
    <w:p>
      <w:pPr>
        <w:spacing w:after="0"/>
      </w:pPr>
    </w:p>
    <w:p>
      <w:pPr>
        <w:spacing w:after="0"/>
      </w:pPr>
      <w:r>
        <w:rPr>
          <w:rFonts w:ascii="Arial" w:hAnsi="Arial"/>
          <w:b/>
          <w:sz w:val="22"/>
        </w:rPr>
        <w:t xml:space="preserve">Alice  </w:t>
      </w:r>
      <w:r>
        <w:rPr>
          <w:rFonts w:ascii="Arial" w:hAnsi="Arial"/>
          <w:color w:val="5D7284"/>
          <w:sz w:val="22"/>
        </w:rPr>
        <w:t>55:22</w:t>
      </w:r>
    </w:p>
    <w:p>
      <w:pPr>
        <w:spacing w:after="0"/>
      </w:pPr>
      <w:r>
        <w:rPr>
          <w:rFonts w:ascii="Arial" w:hAnsi="Arial"/>
          <w:sz w:val="22"/>
        </w:rPr>
        <w:t>Im gonna get on a t shirt. On my business cards</w:t>
      </w:r>
    </w:p>
    <w:p>
      <w:pPr>
        <w:spacing w:after="0"/>
      </w:pPr>
    </w:p>
    <w:p>
      <w:pPr>
        <w:spacing w:after="0"/>
      </w:pPr>
      <w:r>
        <w:rPr>
          <w:rFonts w:ascii="Arial" w:hAnsi="Arial"/>
          <w:b/>
          <w:sz w:val="22"/>
        </w:rPr>
        <w:t xml:space="preserve">Alice  </w:t>
      </w:r>
      <w:r>
        <w:rPr>
          <w:rFonts w:ascii="Arial" w:hAnsi="Arial"/>
          <w:color w:val="5D7284"/>
          <w:sz w:val="22"/>
        </w:rPr>
        <w:t>55:41</w:t>
      </w:r>
    </w:p>
    <w:p>
      <w:pPr>
        <w:spacing w:after="0"/>
      </w:pPr>
      <w:r>
        <w:rPr>
          <w:rFonts w:ascii="Arial" w:hAnsi="Arial"/>
          <w:sz w:val="22"/>
        </w:rPr>
        <w:t>We will see you next time. I guess we shall. We shall see you next time. I'm going to be prepared to press the button. Please let me know next time should have a noise.</w:t>
      </w:r>
    </w:p>
    <w:p>
      <w:pPr>
        <w:spacing w:after="0"/>
      </w:pPr>
    </w:p>
    <w:p>
      <w:pPr>
        <w:spacing w:after="0"/>
      </w:pPr>
      <w:r>
        <w:rPr>
          <w:rFonts w:ascii="Arial" w:hAnsi="Arial"/>
          <w:b/>
          <w:sz w:val="22"/>
        </w:rPr>
        <w:t xml:space="preserve">Alice  </w:t>
      </w:r>
      <w:r>
        <w:rPr>
          <w:rFonts w:ascii="Arial" w:hAnsi="Arial"/>
          <w:color w:val="5D7284"/>
          <w:sz w:val="22"/>
        </w:rPr>
        <w:t>55:59</w:t>
      </w:r>
    </w:p>
    <w:p>
      <w:pPr>
        <w:spacing w:after="0"/>
      </w:pPr>
      <w:r>
        <w:rPr>
          <w:rFonts w:ascii="Arial" w:hAnsi="Arial"/>
          <w:sz w:val="22"/>
        </w:rPr>
        <w:t xml:space="preserve">Shhh don't wake Dora </w:t>
      </w:r>
    </w:p>
    <w:p>
      <w:pPr>
        <w:spacing w:after="0"/>
      </w:pPr>
    </w:p>
    <w:p>
      <w:pPr>
        <w:spacing w:after="0"/>
      </w:pPr>
      <w:r>
        <w:rPr>
          <w:rFonts w:ascii="Arial" w:hAnsi="Arial"/>
          <w:b/>
          <w:sz w:val="22"/>
        </w:rPr>
        <w:t xml:space="preserve">outro   </w:t>
      </w:r>
      <w:r>
        <w:rPr>
          <w:rFonts w:ascii="Arial" w:hAnsi="Arial"/>
          <w:color w:val="5D7284"/>
          <w:sz w:val="22"/>
        </w:rPr>
        <w:t>55:59</w:t>
      </w:r>
    </w:p>
    <w:p>
      <w:pPr>
        <w:spacing w:after="0"/>
      </w:pPr>
      <w:r>
        <w:rPr>
          <w:rFonts w:ascii="Arial" w:hAnsi="Arial"/>
          <w:sz w:val="22"/>
        </w:rPr>
        <w:t>Thanks for listening to the lABLEd Podcast. if you liked the show, you can rate review and subscribe and you can follow us on social media at lABLEd Podcast. This</w:t>
      </w:r>
    </w:p>
    <w:p>
      <w:pPr>
        <w:spacing w:after="0"/>
      </w:pPr>
    </w:p>
    <w:p>
      <w:pPr>
        <w:spacing w:after="0"/>
      </w:pPr>
      <w:r>
        <w:rPr>
          <w:rFonts w:ascii="Arial" w:hAnsi="Arial"/>
          <w:b/>
          <w:sz w:val="22"/>
        </w:rPr>
        <w:t xml:space="preserve">Lucy  </w:t>
      </w:r>
      <w:r>
        <w:rPr>
          <w:rFonts w:ascii="Arial" w:hAnsi="Arial"/>
          <w:color w:val="5D7284"/>
          <w:sz w:val="22"/>
        </w:rPr>
        <w:t>56:09</w:t>
      </w:r>
    </w:p>
    <w:p>
      <w:pPr>
        <w:spacing w:after="0"/>
      </w:pPr>
      <w:r>
        <w:rPr>
          <w:rFonts w:ascii="Arial" w:hAnsi="Arial"/>
          <w:sz w:val="22"/>
        </w:rPr>
        <w:t>episode was edited by Adam Paul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