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2023 Review of the year</w:t>
      </w:r>
    </w:p>
    <w:p>
      <w:r>
        <w:rPr>
          <w:rFonts w:ascii="Arial" w:hAnsi="Arial"/>
          <w:color w:val="4F6880"/>
          <w:sz w:val="22"/>
        </w:rPr>
        <w:t>Thu, Dec 14, 2023 2:58PM • 34:34</w:t>
      </w:r>
    </w:p>
    <w:p>
      <w:pPr>
        <w:spacing w:before="440" w:after="0"/>
      </w:pPr>
      <w:r>
        <w:rPr>
          <w:rFonts w:ascii="Arial" w:hAnsi="Arial"/>
          <w:b/>
          <w:color w:val="4F6880"/>
          <w:sz w:val="22"/>
        </w:rPr>
        <w:t>SUMMARY KEYWORDS</w:t>
      </w:r>
    </w:p>
    <w:p>
      <w:r>
        <w:rPr>
          <w:rFonts w:ascii="Arial" w:hAnsi="Arial"/>
          <w:color w:val="4F6880"/>
          <w:sz w:val="22"/>
        </w:rPr>
        <w:t>episode, lucy, disability, people, bit, year, work, panto, disabled, alice, podcast, nice, podcasts, guests, proud, listening, interesting, fabled, adam, bonus</w:t>
      </w:r>
    </w:p>
    <w:p>
      <w:pPr>
        <w:spacing w:before="440" w:after="0"/>
      </w:pPr>
      <w:r>
        <w:rPr>
          <w:rFonts w:ascii="Arial" w:hAnsi="Arial"/>
          <w:b/>
          <w:color w:val="4F6880"/>
          <w:sz w:val="22"/>
        </w:rPr>
        <w:t>SPEAKERS</w:t>
      </w:r>
    </w:p>
    <w:p>
      <w:r>
        <w:rPr>
          <w:rFonts w:ascii="Arial" w:hAnsi="Arial"/>
          <w:color w:val="4F6880"/>
          <w:sz w:val="22"/>
        </w:rPr>
        <w:t>Alice, outro , Disclaimer, Theme Tune, Lucy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 And (Dog Barks) I'm Alice</w:t>
      </w:r>
    </w:p>
    <w:p>
      <w:pPr>
        <w:spacing w:after="0"/>
      </w:pPr>
    </w:p>
    <w:p>
      <w:pPr>
        <w:spacing w:after="0"/>
      </w:pPr>
      <w:r>
        <w:rPr>
          <w:rFonts w:ascii="Arial" w:hAnsi="Arial"/>
          <w:b/>
          <w:sz w:val="22"/>
        </w:rPr>
        <w:t xml:space="preserve">Theme Tune  </w:t>
      </w:r>
      <w:r>
        <w:rPr>
          <w:rFonts w:ascii="Arial" w:hAnsi="Arial"/>
          <w:color w:val="5D7284"/>
          <w:sz w:val="22"/>
        </w:rPr>
        <w:t>00:08</w:t>
      </w:r>
    </w:p>
    <w:p>
      <w:pPr>
        <w:spacing w:after="0"/>
      </w:pPr>
      <w:r>
        <w:rPr>
          <w:rFonts w:ascii="Arial" w:hAnsi="Arial"/>
          <w:sz w:val="22"/>
        </w:rPr>
        <w:t>We all live our lives differently, Kaleidoscope identity and this who i'm meant to be, I'm just just labelled me. I just labelled me</w:t>
      </w:r>
    </w:p>
    <w:p>
      <w:pPr>
        <w:spacing w:after="0"/>
      </w:pPr>
    </w:p>
    <w:p>
      <w:pPr>
        <w:spacing w:after="0"/>
      </w:pPr>
      <w:r>
        <w:rPr>
          <w:rFonts w:ascii="Arial" w:hAnsi="Arial"/>
          <w:b/>
          <w:sz w:val="22"/>
        </w:rPr>
        <w:t xml:space="preserve">Disclaimer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00:43</w:t>
      </w:r>
    </w:p>
    <w:p>
      <w:pPr>
        <w:spacing w:after="0"/>
      </w:pPr>
      <w:r>
        <w:rPr>
          <w:rFonts w:ascii="Arial" w:hAnsi="Arial"/>
          <w:sz w:val="22"/>
        </w:rPr>
        <w:t>hello, everybody and welcome to a very festive, end of year, special episode of The lABLEd Podcast.</w:t>
      </w:r>
    </w:p>
    <w:p>
      <w:pPr>
        <w:spacing w:after="0"/>
      </w:pPr>
    </w:p>
    <w:p>
      <w:pPr>
        <w:spacing w:after="0"/>
      </w:pPr>
      <w:r>
        <w:rPr>
          <w:rFonts w:ascii="Arial" w:hAnsi="Arial"/>
          <w:b/>
          <w:sz w:val="22"/>
        </w:rPr>
        <w:t xml:space="preserve">Alice  </w:t>
      </w:r>
      <w:r>
        <w:rPr>
          <w:rFonts w:ascii="Arial" w:hAnsi="Arial"/>
          <w:color w:val="5D7284"/>
          <w:sz w:val="22"/>
        </w:rPr>
        <w:t>00:51</w:t>
      </w:r>
    </w:p>
    <w:p>
      <w:pPr>
        <w:spacing w:after="0"/>
      </w:pPr>
      <w:r>
        <w:rPr>
          <w:rFonts w:ascii="Arial" w:hAnsi="Arial"/>
          <w:sz w:val="22"/>
        </w:rPr>
        <w:t>Except that this is going out at the beginning of next year. So hello. Welcome to the New Year</w:t>
      </w:r>
    </w:p>
    <w:p>
      <w:pPr>
        <w:spacing w:after="0"/>
      </w:pPr>
    </w:p>
    <w:p>
      <w:pPr>
        <w:spacing w:after="0"/>
      </w:pPr>
      <w:r>
        <w:rPr>
          <w:rFonts w:ascii="Arial" w:hAnsi="Arial"/>
          <w:b/>
          <w:sz w:val="22"/>
        </w:rPr>
        <w:t xml:space="preserve">Lucy  </w:t>
      </w:r>
      <w:r>
        <w:rPr>
          <w:rFonts w:ascii="Arial" w:hAnsi="Arial"/>
          <w:color w:val="5D7284"/>
          <w:sz w:val="22"/>
        </w:rPr>
        <w:t>00:57</w:t>
      </w:r>
    </w:p>
    <w:p>
      <w:pPr>
        <w:spacing w:after="0"/>
      </w:pPr>
      <w:r>
        <w:rPr>
          <w:rFonts w:ascii="Arial" w:hAnsi="Arial"/>
          <w:sz w:val="22"/>
        </w:rPr>
        <w:t>Happy New Year.</w:t>
      </w:r>
    </w:p>
    <w:p>
      <w:pPr>
        <w:spacing w:after="0"/>
      </w:pPr>
    </w:p>
    <w:p>
      <w:pPr>
        <w:spacing w:after="0"/>
      </w:pPr>
      <w:r>
        <w:rPr>
          <w:rFonts w:ascii="Arial" w:hAnsi="Arial"/>
          <w:b/>
          <w:sz w:val="22"/>
        </w:rPr>
        <w:t xml:space="preserve">Alice  </w:t>
      </w:r>
      <w:r>
        <w:rPr>
          <w:rFonts w:ascii="Arial" w:hAnsi="Arial"/>
          <w:color w:val="5D7284"/>
          <w:sz w:val="22"/>
        </w:rPr>
        <w:t>01:00</w:t>
      </w:r>
    </w:p>
    <w:p>
      <w:pPr>
        <w:spacing w:after="0"/>
      </w:pPr>
      <w:r>
        <w:rPr>
          <w:rFonts w:ascii="Arial" w:hAnsi="Arial"/>
          <w:sz w:val="22"/>
        </w:rPr>
        <w:t>I thought that was very well picked up of you. We did not plan who was going to start.</w:t>
      </w:r>
    </w:p>
    <w:p>
      <w:pPr>
        <w:spacing w:after="0"/>
      </w:pPr>
    </w:p>
    <w:p>
      <w:pPr>
        <w:spacing w:after="0"/>
      </w:pPr>
      <w:r>
        <w:rPr>
          <w:rFonts w:ascii="Arial" w:hAnsi="Arial"/>
          <w:b/>
          <w:sz w:val="22"/>
        </w:rPr>
        <w:t xml:space="preserve">Lucy  </w:t>
      </w:r>
      <w:r>
        <w:rPr>
          <w:rFonts w:ascii="Arial" w:hAnsi="Arial"/>
          <w:color w:val="5D7284"/>
          <w:sz w:val="22"/>
        </w:rPr>
        <w:t>01:05</w:t>
      </w:r>
    </w:p>
    <w:p>
      <w:pPr>
        <w:spacing w:after="0"/>
      </w:pPr>
      <w:r>
        <w:rPr>
          <w:rFonts w:ascii="Arial" w:hAnsi="Arial"/>
          <w:sz w:val="22"/>
        </w:rPr>
        <w:t>You just kind of nodded that. I speak down I That</w:t>
      </w:r>
    </w:p>
    <w:p>
      <w:pPr>
        <w:spacing w:after="0"/>
      </w:pPr>
    </w:p>
    <w:p>
      <w:pPr>
        <w:spacing w:after="0"/>
      </w:pPr>
      <w:r>
        <w:rPr>
          <w:rFonts w:ascii="Arial" w:hAnsi="Arial"/>
          <w:b/>
          <w:sz w:val="22"/>
        </w:rPr>
        <w:t xml:space="preserve">Alice  </w:t>
      </w:r>
      <w:r>
        <w:rPr>
          <w:rFonts w:ascii="Arial" w:hAnsi="Arial"/>
          <w:color w:val="5D7284"/>
          <w:sz w:val="22"/>
        </w:rPr>
        <w:t>01:09</w:t>
      </w:r>
    </w:p>
    <w:p>
      <w:pPr>
        <w:spacing w:after="0"/>
      </w:pPr>
      <w:r>
        <w:rPr>
          <w:rFonts w:ascii="Arial" w:hAnsi="Arial"/>
          <w:sz w:val="22"/>
        </w:rPr>
        <w:t>that wasn't me nodding, that was just just a general Twitch itself. I guess. We are together. It's very exciting,</w:t>
      </w:r>
    </w:p>
    <w:p>
      <w:pPr>
        <w:spacing w:after="0"/>
      </w:pPr>
    </w:p>
    <w:p>
      <w:pPr>
        <w:spacing w:after="0"/>
      </w:pPr>
      <w:r>
        <w:rPr>
          <w:rFonts w:ascii="Arial" w:hAnsi="Arial"/>
          <w:b/>
          <w:sz w:val="22"/>
        </w:rPr>
        <w:t xml:space="preserve">Lucy  </w:t>
      </w:r>
      <w:r>
        <w:rPr>
          <w:rFonts w:ascii="Arial" w:hAnsi="Arial"/>
          <w:color w:val="5D7284"/>
          <w:sz w:val="22"/>
        </w:rPr>
        <w:t>01:19</w:t>
      </w:r>
    </w:p>
    <w:p>
      <w:pPr>
        <w:spacing w:after="0"/>
      </w:pPr>
      <w:r>
        <w:rPr>
          <w:rFonts w:ascii="Arial" w:hAnsi="Arial"/>
          <w:sz w:val="22"/>
        </w:rPr>
        <w:t>itisn't it? We don't do this very often. No. Which is very special occasions. Our annual get together? Yes. She usually the pub. We're not in a pub.</w:t>
      </w:r>
    </w:p>
    <w:p>
      <w:pPr>
        <w:spacing w:after="0"/>
      </w:pPr>
    </w:p>
    <w:p>
      <w:pPr>
        <w:spacing w:after="0"/>
      </w:pPr>
      <w:r>
        <w:rPr>
          <w:rFonts w:ascii="Arial" w:hAnsi="Arial"/>
          <w:b/>
          <w:sz w:val="22"/>
        </w:rPr>
        <w:t xml:space="preserve">Alice  </w:t>
      </w:r>
      <w:r>
        <w:rPr>
          <w:rFonts w:ascii="Arial" w:hAnsi="Arial"/>
          <w:color w:val="5D7284"/>
          <w:sz w:val="22"/>
        </w:rPr>
        <w:t>01:29</w:t>
      </w:r>
    </w:p>
    <w:p>
      <w:pPr>
        <w:spacing w:after="0"/>
      </w:pPr>
      <w:r>
        <w:rPr>
          <w:rFonts w:ascii="Arial" w:hAnsi="Arial"/>
          <w:sz w:val="22"/>
        </w:rPr>
        <w:t>No. But Lucy's mother has provided a vast quantity of snacks.</w:t>
      </w:r>
    </w:p>
    <w:p>
      <w:pPr>
        <w:spacing w:after="0"/>
      </w:pPr>
    </w:p>
    <w:p>
      <w:pPr>
        <w:spacing w:after="0"/>
      </w:pPr>
      <w:r>
        <w:rPr>
          <w:rFonts w:ascii="Arial" w:hAnsi="Arial"/>
          <w:b/>
          <w:sz w:val="22"/>
        </w:rPr>
        <w:t xml:space="preserve">Lucy  </w:t>
      </w:r>
      <w:r>
        <w:rPr>
          <w:rFonts w:ascii="Arial" w:hAnsi="Arial"/>
          <w:color w:val="5D7284"/>
          <w:sz w:val="22"/>
        </w:rPr>
        <w:t>01:35</w:t>
      </w:r>
    </w:p>
    <w:p>
      <w:pPr>
        <w:spacing w:after="0"/>
      </w:pPr>
      <w:r>
        <w:rPr>
          <w:rFonts w:ascii="Arial" w:hAnsi="Arial"/>
          <w:sz w:val="22"/>
        </w:rPr>
        <w:t>Alice told me before just before we hit record, that last piece of stollen is pushing near heartburn. So good luck, everybody.</w:t>
      </w:r>
    </w:p>
    <w:p>
      <w:pPr>
        <w:spacing w:after="0"/>
      </w:pPr>
    </w:p>
    <w:p>
      <w:pPr>
        <w:spacing w:after="0"/>
      </w:pPr>
      <w:r>
        <w:rPr>
          <w:rFonts w:ascii="Arial" w:hAnsi="Arial"/>
          <w:b/>
          <w:sz w:val="22"/>
        </w:rPr>
        <w:t xml:space="preserve">Alice  </w:t>
      </w:r>
      <w:r>
        <w:rPr>
          <w:rFonts w:ascii="Arial" w:hAnsi="Arial"/>
          <w:color w:val="5D7284"/>
          <w:sz w:val="22"/>
        </w:rPr>
        <w:t>01:44</w:t>
      </w:r>
    </w:p>
    <w:p>
      <w:pPr>
        <w:spacing w:after="0"/>
      </w:pPr>
      <w:r>
        <w:rPr>
          <w:rFonts w:ascii="Arial" w:hAnsi="Arial"/>
          <w:sz w:val="22"/>
        </w:rPr>
        <w:t>Like Lucy said, it's a very festive episode. I'm sure most people have spent the period from about like the 23rd of December till like the fourth of January, just generally feeling a bit nauseous.</w:t>
      </w:r>
    </w:p>
    <w:p>
      <w:pPr>
        <w:spacing w:after="0"/>
      </w:pPr>
    </w:p>
    <w:p>
      <w:pPr>
        <w:spacing w:after="0"/>
      </w:pPr>
      <w:r>
        <w:rPr>
          <w:rFonts w:ascii="Arial" w:hAnsi="Arial"/>
          <w:b/>
          <w:sz w:val="22"/>
        </w:rPr>
        <w:t xml:space="preserve">Lucy  </w:t>
      </w:r>
      <w:r>
        <w:rPr>
          <w:rFonts w:ascii="Arial" w:hAnsi="Arial"/>
          <w:color w:val="5D7284"/>
          <w:sz w:val="22"/>
        </w:rPr>
        <w:t>01:54</w:t>
      </w:r>
    </w:p>
    <w:p>
      <w:pPr>
        <w:spacing w:after="0"/>
      </w:pPr>
      <w:r>
        <w:rPr>
          <w:rFonts w:ascii="Arial" w:hAnsi="Arial"/>
          <w:sz w:val="22"/>
        </w:rPr>
        <w:t xml:space="preserve">Yes. The lABLEd Podcast, sponsored by Rennie </w:t>
      </w:r>
    </w:p>
    <w:p>
      <w:pPr>
        <w:spacing w:after="0"/>
      </w:pPr>
    </w:p>
    <w:p>
      <w:pPr>
        <w:spacing w:after="0"/>
      </w:pPr>
      <w:r>
        <w:rPr>
          <w:rFonts w:ascii="Arial" w:hAnsi="Arial"/>
          <w:b/>
          <w:sz w:val="22"/>
        </w:rPr>
        <w:t xml:space="preserve">Alice  </w:t>
      </w:r>
      <w:r>
        <w:rPr>
          <w:rFonts w:ascii="Arial" w:hAnsi="Arial"/>
          <w:color w:val="5D7284"/>
          <w:sz w:val="22"/>
        </w:rPr>
        <w:t>01:57</w:t>
      </w:r>
    </w:p>
    <w:p>
      <w:pPr>
        <w:spacing w:after="0"/>
      </w:pPr>
      <w:r>
        <w:rPr>
          <w:rFonts w:ascii="Arial" w:hAnsi="Arial"/>
          <w:sz w:val="22"/>
        </w:rPr>
        <w:t>(laughs) So we're getting together this year to talk well, we're getting together to talk about this year.</w:t>
      </w:r>
    </w:p>
    <w:p>
      <w:pPr>
        <w:spacing w:after="0"/>
      </w:pPr>
    </w:p>
    <w:p>
      <w:pPr>
        <w:spacing w:after="0"/>
      </w:pPr>
      <w:r>
        <w:rPr>
          <w:rFonts w:ascii="Arial" w:hAnsi="Arial"/>
          <w:b/>
          <w:sz w:val="22"/>
        </w:rPr>
        <w:t xml:space="preserve">Lucy  </w:t>
      </w:r>
      <w:r>
        <w:rPr>
          <w:rFonts w:ascii="Arial" w:hAnsi="Arial"/>
          <w:color w:val="5D7284"/>
          <w:sz w:val="22"/>
        </w:rPr>
        <w:t>02:06</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02:07</w:t>
      </w:r>
    </w:p>
    <w:p>
      <w:pPr>
        <w:spacing w:after="0"/>
      </w:pPr>
      <w:r>
        <w:rPr>
          <w:rFonts w:ascii="Arial" w:hAnsi="Arial"/>
          <w:sz w:val="22"/>
        </w:rPr>
        <w:t>It's gone already. where has it gone?</w:t>
      </w:r>
    </w:p>
    <w:p>
      <w:pPr>
        <w:spacing w:after="0"/>
      </w:pPr>
    </w:p>
    <w:p>
      <w:pPr>
        <w:spacing w:after="0"/>
      </w:pPr>
      <w:r>
        <w:rPr>
          <w:rFonts w:ascii="Arial" w:hAnsi="Arial"/>
          <w:b/>
          <w:sz w:val="22"/>
        </w:rPr>
        <w:t xml:space="preserve">Lucy  </w:t>
      </w:r>
      <w:r>
        <w:rPr>
          <w:rFonts w:ascii="Arial" w:hAnsi="Arial"/>
          <w:color w:val="5D7284"/>
          <w:sz w:val="22"/>
        </w:rPr>
        <w:t>02:09</w:t>
      </w:r>
    </w:p>
    <w:p>
      <w:pPr>
        <w:spacing w:after="0"/>
      </w:pPr>
      <w:r>
        <w:rPr>
          <w:rFonts w:ascii="Arial" w:hAnsi="Arial"/>
          <w:sz w:val="22"/>
        </w:rPr>
        <w:t>Well, I don't know. it did make me feel a little bit sick when you said, can you pick out your favorite episode? And I said, Yeah, The Little Mermaid because I was quite proud of that. I made it stick. And you went that was the year before Oh, okay. Yeah. So it seems to have gone by in a whirlwind really, doesn't it?</w:t>
      </w:r>
    </w:p>
    <w:p>
      <w:pPr>
        <w:spacing w:after="0"/>
      </w:pPr>
    </w:p>
    <w:p>
      <w:pPr>
        <w:spacing w:after="0"/>
      </w:pPr>
      <w:r>
        <w:rPr>
          <w:rFonts w:ascii="Arial" w:hAnsi="Arial"/>
          <w:b/>
          <w:sz w:val="22"/>
        </w:rPr>
        <w:t xml:space="preserve">Alice  </w:t>
      </w:r>
      <w:r>
        <w:rPr>
          <w:rFonts w:ascii="Arial" w:hAnsi="Arial"/>
          <w:color w:val="5D7284"/>
          <w:sz w:val="22"/>
        </w:rPr>
        <w:t>02:31</w:t>
      </w:r>
    </w:p>
    <w:p>
      <w:pPr>
        <w:spacing w:after="0"/>
      </w:pPr>
      <w:r>
        <w:rPr>
          <w:rFonts w:ascii="Arial" w:hAnsi="Arial"/>
          <w:sz w:val="22"/>
        </w:rPr>
        <w:t>Yeah. I don't know where this year has gone. It's it's a little bit sort of strange to be staring down the barrel of Christmas and sort of thinking like, but where was August? I don't I don't remember there being an August.</w:t>
      </w:r>
    </w:p>
    <w:p>
      <w:pPr>
        <w:spacing w:after="0"/>
      </w:pPr>
    </w:p>
    <w:p>
      <w:pPr>
        <w:spacing w:after="0"/>
      </w:pPr>
      <w:r>
        <w:rPr>
          <w:rFonts w:ascii="Arial" w:hAnsi="Arial"/>
          <w:b/>
          <w:sz w:val="22"/>
        </w:rPr>
        <w:t xml:space="preserve">Lucy  </w:t>
      </w:r>
      <w:r>
        <w:rPr>
          <w:rFonts w:ascii="Arial" w:hAnsi="Arial"/>
          <w:color w:val="5D7284"/>
          <w:sz w:val="22"/>
        </w:rPr>
        <w:t>02:43</w:t>
      </w:r>
    </w:p>
    <w:p>
      <w:pPr>
        <w:spacing w:after="0"/>
      </w:pPr>
      <w:r>
        <w:rPr>
          <w:rFonts w:ascii="Arial" w:hAnsi="Arial"/>
          <w:sz w:val="22"/>
        </w:rPr>
        <w:t>So we the beginning of the year was like we started off quite steady didn't we. And then obviously, things happened. And we had to leapfrog one another for various different reasons. And then when we came back together, from then on, it was like, oh, and now it's Christmas.</w:t>
      </w:r>
    </w:p>
    <w:p>
      <w:pPr>
        <w:spacing w:after="0"/>
      </w:pPr>
    </w:p>
    <w:p>
      <w:pPr>
        <w:spacing w:after="0"/>
      </w:pPr>
      <w:r>
        <w:rPr>
          <w:rFonts w:ascii="Arial" w:hAnsi="Arial"/>
          <w:b/>
          <w:sz w:val="22"/>
        </w:rPr>
        <w:t xml:space="preserve">Alice  </w:t>
      </w:r>
      <w:r>
        <w:rPr>
          <w:rFonts w:ascii="Arial" w:hAnsi="Arial"/>
          <w:color w:val="5D7284"/>
          <w:sz w:val="22"/>
        </w:rPr>
        <w:t>03:02</w:t>
      </w:r>
    </w:p>
    <w:p>
      <w:pPr>
        <w:spacing w:after="0"/>
      </w:pPr>
      <w:r>
        <w:rPr>
          <w:rFonts w:ascii="Arial" w:hAnsi="Arial"/>
          <w:sz w:val="22"/>
        </w:rPr>
        <w:t xml:space="preserve">it has it has been a a somewhat unpredictable year really. So for for the people out there who don't happen to follow me on Twitter. you may not know that. My husband and I became parents this year. I'm only saying this in this episode, because I'm going to talk about it in an episode we've already recorded that's going out next year, and I realized I didn't like announce it on the pod. And so people will be like, oh shit, really? </w:t>
      </w:r>
    </w:p>
    <w:p>
      <w:pPr>
        <w:spacing w:after="0"/>
      </w:pPr>
    </w:p>
    <w:p>
      <w:pPr>
        <w:spacing w:after="0"/>
      </w:pPr>
      <w:r>
        <w:rPr>
          <w:rFonts w:ascii="Arial" w:hAnsi="Arial"/>
          <w:b/>
          <w:sz w:val="22"/>
        </w:rPr>
        <w:t xml:space="preserve">Lucy  </w:t>
      </w:r>
      <w:r>
        <w:rPr>
          <w:rFonts w:ascii="Arial" w:hAnsi="Arial"/>
          <w:color w:val="5D7284"/>
          <w:sz w:val="22"/>
        </w:rPr>
        <w:t>03:28</w:t>
      </w:r>
    </w:p>
    <w:p>
      <w:pPr>
        <w:spacing w:after="0"/>
      </w:pPr>
      <w:r>
        <w:rPr>
          <w:rFonts w:ascii="Arial" w:hAnsi="Arial"/>
          <w:sz w:val="22"/>
        </w:rPr>
        <w:t>Really? i didn't when did this happen? So</w:t>
      </w:r>
    </w:p>
    <w:p>
      <w:pPr>
        <w:spacing w:after="0"/>
      </w:pPr>
    </w:p>
    <w:p>
      <w:pPr>
        <w:spacing w:after="0"/>
      </w:pPr>
      <w:r>
        <w:rPr>
          <w:rFonts w:ascii="Arial" w:hAnsi="Arial"/>
          <w:b/>
          <w:sz w:val="22"/>
        </w:rPr>
        <w:t xml:space="preserve">Alice  </w:t>
      </w:r>
      <w:r>
        <w:rPr>
          <w:rFonts w:ascii="Arial" w:hAnsi="Arial"/>
          <w:color w:val="5D7284"/>
          <w:sz w:val="22"/>
        </w:rPr>
        <w:t>03:31</w:t>
      </w:r>
    </w:p>
    <w:p>
      <w:pPr>
        <w:spacing w:after="0"/>
      </w:pPr>
      <w:r>
        <w:rPr>
          <w:rFonts w:ascii="Arial" w:hAnsi="Arial"/>
          <w:sz w:val="22"/>
        </w:rPr>
        <w:t>that was a big part of the reason why Lucy and I had to do some leap frogging because I was knee deep in nappies.</w:t>
      </w:r>
    </w:p>
    <w:p>
      <w:pPr>
        <w:spacing w:after="0"/>
      </w:pPr>
    </w:p>
    <w:p>
      <w:pPr>
        <w:spacing w:after="0"/>
      </w:pPr>
      <w:r>
        <w:rPr>
          <w:rFonts w:ascii="Arial" w:hAnsi="Arial"/>
          <w:b/>
          <w:sz w:val="22"/>
        </w:rPr>
        <w:t xml:space="preserve">Lucy  </w:t>
      </w:r>
      <w:r>
        <w:rPr>
          <w:rFonts w:ascii="Arial" w:hAnsi="Arial"/>
          <w:color w:val="5D7284"/>
          <w:sz w:val="22"/>
        </w:rPr>
        <w:t>03:39</w:t>
      </w:r>
    </w:p>
    <w:p>
      <w:pPr>
        <w:spacing w:after="0"/>
      </w:pPr>
      <w:r>
        <w:rPr>
          <w:rFonts w:ascii="Arial" w:hAnsi="Arial"/>
          <w:sz w:val="22"/>
        </w:rPr>
        <w:t>Yes. And it was kind of okay. All right. Well, we'll try and we'll try and work around this.</w:t>
      </w:r>
    </w:p>
    <w:p>
      <w:pPr>
        <w:spacing w:after="0"/>
      </w:pPr>
    </w:p>
    <w:p>
      <w:pPr>
        <w:spacing w:after="0"/>
      </w:pPr>
      <w:r>
        <w:rPr>
          <w:rFonts w:ascii="Arial" w:hAnsi="Arial"/>
          <w:b/>
          <w:sz w:val="22"/>
        </w:rPr>
        <w:t xml:space="preserve">Alice  </w:t>
      </w:r>
      <w:r>
        <w:rPr>
          <w:rFonts w:ascii="Arial" w:hAnsi="Arial"/>
          <w:color w:val="5D7284"/>
          <w:sz w:val="22"/>
        </w:rPr>
        <w:t>03:45</w:t>
      </w:r>
    </w:p>
    <w:p>
      <w:pPr>
        <w:spacing w:after="0"/>
      </w:pPr>
      <w:r>
        <w:rPr>
          <w:rFonts w:ascii="Arial" w:hAnsi="Arial"/>
          <w:sz w:val="22"/>
        </w:rPr>
        <w:t>Screaming babies don't make for great audio quality podcast.</w:t>
      </w:r>
    </w:p>
    <w:p>
      <w:pPr>
        <w:spacing w:after="0"/>
      </w:pPr>
    </w:p>
    <w:p>
      <w:pPr>
        <w:spacing w:after="0"/>
      </w:pPr>
      <w:r>
        <w:rPr>
          <w:rFonts w:ascii="Arial" w:hAnsi="Arial"/>
          <w:b/>
          <w:sz w:val="22"/>
        </w:rPr>
        <w:t xml:space="preserve">Lucy  </w:t>
      </w:r>
      <w:r>
        <w:rPr>
          <w:rFonts w:ascii="Arial" w:hAnsi="Arial"/>
          <w:color w:val="5D7284"/>
          <w:sz w:val="22"/>
        </w:rPr>
        <w:t>03:49</w:t>
      </w:r>
    </w:p>
    <w:p>
      <w:pPr>
        <w:spacing w:after="0"/>
      </w:pPr>
      <w:r>
        <w:rPr>
          <w:rFonts w:ascii="Arial" w:hAnsi="Arial"/>
          <w:sz w:val="22"/>
        </w:rPr>
        <w:t>No, they don't do they?</w:t>
      </w:r>
    </w:p>
    <w:p>
      <w:pPr>
        <w:spacing w:after="0"/>
      </w:pPr>
    </w:p>
    <w:p>
      <w:pPr>
        <w:spacing w:after="0"/>
      </w:pPr>
      <w:r>
        <w:rPr>
          <w:rFonts w:ascii="Arial" w:hAnsi="Arial"/>
          <w:b/>
          <w:sz w:val="22"/>
        </w:rPr>
        <w:t xml:space="preserve">Alice  </w:t>
      </w:r>
      <w:r>
        <w:rPr>
          <w:rFonts w:ascii="Arial" w:hAnsi="Arial"/>
          <w:color w:val="5D7284"/>
          <w:sz w:val="22"/>
        </w:rPr>
        <w:t>03:53</w:t>
      </w:r>
    </w:p>
    <w:p>
      <w:pPr>
        <w:spacing w:after="0"/>
      </w:pPr>
      <w:r>
        <w:rPr>
          <w:rFonts w:ascii="Arial" w:hAnsi="Arial"/>
          <w:sz w:val="22"/>
        </w:rPr>
        <w:t>But yeah, we're we're trying to get back into it. It's certainly harder coordinating time now around smalls and my recording studio. Ie my my office slash dumping ground at home is right next door to the baby's bedroom. So if you're recording an episode, this is because baby's asleep next door.</w:t>
      </w:r>
    </w:p>
    <w:p>
      <w:pPr>
        <w:spacing w:after="0"/>
      </w:pPr>
    </w:p>
    <w:p>
      <w:pPr>
        <w:spacing w:after="0"/>
      </w:pPr>
      <w:r>
        <w:rPr>
          <w:rFonts w:ascii="Arial" w:hAnsi="Arial"/>
          <w:b/>
          <w:sz w:val="22"/>
        </w:rPr>
        <w:t xml:space="preserve">Lucy  </w:t>
      </w:r>
      <w:r>
        <w:rPr>
          <w:rFonts w:ascii="Arial" w:hAnsi="Arial"/>
          <w:color w:val="5D7284"/>
          <w:sz w:val="22"/>
        </w:rPr>
        <w:t>04:17</w:t>
      </w:r>
    </w:p>
    <w:p>
      <w:pPr>
        <w:spacing w:after="0"/>
      </w:pPr>
      <w:r>
        <w:rPr>
          <w:rFonts w:ascii="Arial" w:hAnsi="Arial"/>
          <w:sz w:val="22"/>
        </w:rPr>
        <w:t>The other day, i was talking to Alice over the internet. All of a sudden she went really quiet and I was like, do you want, why are we whispering? The baby's asleep. And I don't want to wake him up. I was like do you want me to wear headphones she was like Luce I'm wearing headphones you don't need me to whisper then do you?</w:t>
      </w:r>
    </w:p>
    <w:p>
      <w:pPr>
        <w:spacing w:after="0"/>
      </w:pPr>
    </w:p>
    <w:p>
      <w:pPr>
        <w:spacing w:after="0"/>
      </w:pPr>
      <w:r>
        <w:rPr>
          <w:rFonts w:ascii="Arial" w:hAnsi="Arial"/>
          <w:b/>
          <w:sz w:val="22"/>
        </w:rPr>
        <w:t xml:space="preserve">Alice  </w:t>
      </w:r>
      <w:r>
        <w:rPr>
          <w:rFonts w:ascii="Arial" w:hAnsi="Arial"/>
          <w:color w:val="5D7284"/>
          <w:sz w:val="22"/>
        </w:rPr>
        <w:t>04:39</w:t>
      </w:r>
    </w:p>
    <w:p>
      <w:pPr>
        <w:spacing w:after="0"/>
      </w:pPr>
      <w:r>
        <w:rPr>
          <w:rFonts w:ascii="Arial" w:hAnsi="Arial"/>
          <w:sz w:val="22"/>
        </w:rPr>
        <w:t>so because we are together that may impact you. You'll probably hear a bit of sort of one another each other of us in each other's microphone. And also some tic Clippy clicky clicky claw sounds as Dora moves from me to Lucy to Adam round and round in a circle trying to get some fuss from different people. I've currently got a wet nose up my skirt. It's very, very festive of her But yeah, so we're here What would you say Lucy and answer to our questions some of your tell it tell me some of your podcasting highlights for the year.</w:t>
      </w:r>
    </w:p>
    <w:p>
      <w:pPr>
        <w:spacing w:after="0"/>
      </w:pPr>
    </w:p>
    <w:p>
      <w:pPr>
        <w:spacing w:after="0"/>
      </w:pPr>
      <w:r>
        <w:rPr>
          <w:rFonts w:ascii="Arial" w:hAnsi="Arial"/>
          <w:b/>
          <w:sz w:val="22"/>
        </w:rPr>
        <w:t xml:space="preserve">Lucy  </w:t>
      </w:r>
      <w:r>
        <w:rPr>
          <w:rFonts w:ascii="Arial" w:hAnsi="Arial"/>
          <w:color w:val="5D7284"/>
          <w:sz w:val="22"/>
        </w:rPr>
        <w:t>05:17</w:t>
      </w:r>
    </w:p>
    <w:p>
      <w:pPr>
        <w:spacing w:after="0"/>
      </w:pPr>
      <w:r>
        <w:rPr>
          <w:rFonts w:ascii="Arial" w:hAnsi="Arial"/>
          <w:sz w:val="22"/>
        </w:rPr>
        <w:t>So I would say that one of the like, this is going to sound very narcissistic of me. But there are times where I listen back to the episode for proof to make sure that sounds okay prove like proof listening. And we did the last episode before we were leapfrogging one another was a fabled Affair to Remember. And I'd watched  An Affair to Remember with my mom who was ecstatic that I was sitting down watching An Affair to Remember with her. And about I think, basically ruined it for. She was like, this is lovely, isn't it? This is a bit I was like, oh, no, oh, no. Oh, god. No. Yeah. And I did find listening back to the episode quite funny. I thought we were very funny. And I yeah, that was that was one of my favorites. And then, when we did the technology series, I was really proud of the episode that we decided to bump up to the main feed with Helen Hawson From  communication matters. She used a voice machine, an AAC to speak to us. So we sent the questions to her beforehand. And then she said, can you ask me some questions in real time so that people can see how long it takes me to communicate? So we did. And I was really proud of that episode. because what other podcasts do you know, that would allow somebody with an AAC machine to not only actively take part like, it was a challenge for us technically, to have Helen on because we had to, like, make sure the questions were, you know, sent in good time so she could program the answers in. But not only that, like, how many other podcasts would let her have the time and the spaceTo answer questions in her own way? I think I was really proud of that episode. So those are my top two. I think</w:t>
      </w:r>
    </w:p>
    <w:p>
      <w:pPr>
        <w:spacing w:after="0"/>
      </w:pPr>
    </w:p>
    <w:p>
      <w:pPr>
        <w:spacing w:after="0"/>
      </w:pPr>
      <w:r>
        <w:rPr>
          <w:rFonts w:ascii="Arial" w:hAnsi="Arial"/>
          <w:b/>
          <w:sz w:val="22"/>
        </w:rPr>
        <w:t xml:space="preserve">Alice  </w:t>
      </w:r>
      <w:r>
        <w:rPr>
          <w:rFonts w:ascii="Arial" w:hAnsi="Arial"/>
          <w:color w:val="5D7284"/>
          <w:sz w:val="22"/>
        </w:rPr>
        <w:t>07:25</w:t>
      </w:r>
    </w:p>
    <w:p>
      <w:pPr>
        <w:spacing w:after="0"/>
      </w:pPr>
      <w:r>
        <w:rPr>
          <w:rFonts w:ascii="Arial" w:hAnsi="Arial"/>
          <w:sz w:val="22"/>
        </w:rPr>
        <w:t>it's interesting, like I under absolutely understand why you're proud of us for doing it. There is a part of me that is a little bit like, well, of course, it's what you do. Yeah, that's what you do as a as a disabled podcaster. you make the space for disabled people, whatever their access needs are. And it's almost a kind of, like, What's the joke? where people say, like, oh, you know, I look after my kids. It's like, well, that's what you're supposed to do. That's not something to boast about, like well supposed to do. Yeah. It's, it's it sort of feels the same. To me. It's like, of course, we made the space for Helen and I am proud of us for doing it. I'm proud of us to put in the work and the timing, because you're right, lots of people wouldn't. Yeah. But I think that I mean, it's probably says more about me than it does about you that for me, my feelings about that are almost more like, I'm almost annoyed that we are proud of ourselves for doing it. because it's like, Why doesn't anybody else do</w:t>
      </w:r>
    </w:p>
    <w:p>
      <w:pPr>
        <w:spacing w:after="0"/>
      </w:pPr>
    </w:p>
    <w:p>
      <w:pPr>
        <w:spacing w:after="0"/>
      </w:pPr>
      <w:r>
        <w:rPr>
          <w:rFonts w:ascii="Arial" w:hAnsi="Arial"/>
          <w:b/>
          <w:sz w:val="22"/>
        </w:rPr>
        <w:t xml:space="preserve">Lucy  </w:t>
      </w:r>
      <w:r>
        <w:rPr>
          <w:rFonts w:ascii="Arial" w:hAnsi="Arial"/>
          <w:color w:val="5D7284"/>
          <w:sz w:val="22"/>
        </w:rPr>
        <w:t>08:20</w:t>
      </w:r>
    </w:p>
    <w:p>
      <w:pPr>
        <w:spacing w:after="0"/>
      </w:pPr>
      <w:r>
        <w:rPr>
          <w:rFonts w:ascii="Arial" w:hAnsi="Arial"/>
          <w:sz w:val="22"/>
        </w:rPr>
        <w:t>that? But I think it's I think accessibility is is has been ingrained in everything we do from the get go. We launched with transcripts. We've never missed an episode without and transcript if the transcripts not ready, We tell you it's not ready. It'll be like a few hours late. it's never all the transcription already. And you know, game one this week, it's</w:t>
      </w:r>
    </w:p>
    <w:p>
      <w:pPr>
        <w:spacing w:after="0"/>
      </w:pPr>
    </w:p>
    <w:p>
      <w:pPr>
        <w:spacing w:after="0"/>
      </w:pPr>
      <w:r>
        <w:rPr>
          <w:rFonts w:ascii="Arial" w:hAnsi="Arial"/>
          <w:b/>
          <w:sz w:val="22"/>
        </w:rPr>
        <w:t xml:space="preserve">Alice  </w:t>
      </w:r>
      <w:r>
        <w:rPr>
          <w:rFonts w:ascii="Arial" w:hAnsi="Arial"/>
          <w:color w:val="5D7284"/>
          <w:sz w:val="22"/>
        </w:rPr>
        <w:t>08:42</w:t>
      </w:r>
    </w:p>
    <w:p>
      <w:pPr>
        <w:spacing w:after="0"/>
      </w:pPr>
      <w:r>
        <w:rPr>
          <w:rFonts w:ascii="Arial" w:hAnsi="Arial"/>
          <w:sz w:val="22"/>
        </w:rPr>
        <w:t>and when we do have late transcripts, it's you know, it's half a day late. It's not a week</w:t>
      </w:r>
    </w:p>
    <w:p>
      <w:pPr>
        <w:spacing w:after="0"/>
      </w:pPr>
    </w:p>
    <w:p>
      <w:pPr>
        <w:spacing w:after="0"/>
      </w:pPr>
      <w:r>
        <w:rPr>
          <w:rFonts w:ascii="Arial" w:hAnsi="Arial"/>
          <w:b/>
          <w:sz w:val="22"/>
        </w:rPr>
        <w:t xml:space="preserve">Lucy  </w:t>
      </w:r>
      <w:r>
        <w:rPr>
          <w:rFonts w:ascii="Arial" w:hAnsi="Arial"/>
          <w:color w:val="5D7284"/>
          <w:sz w:val="22"/>
        </w:rPr>
        <w:t>08:47</w:t>
      </w:r>
    </w:p>
    <w:p>
      <w:pPr>
        <w:spacing w:after="0"/>
      </w:pPr>
      <w:r>
        <w:rPr>
          <w:rFonts w:ascii="Arial" w:hAnsi="Arial"/>
          <w:sz w:val="22"/>
        </w:rPr>
        <w:t>No. And I'm very proud of the fact that we released transcripts at the same time as an episode. So you're not having to, like you say wait a week for the transcript to be ready. It's it's there. And it's when it should be available</w:t>
      </w:r>
    </w:p>
    <w:p>
      <w:pPr>
        <w:spacing w:after="0"/>
      </w:pPr>
    </w:p>
    <w:p>
      <w:pPr>
        <w:spacing w:after="0"/>
      </w:pPr>
      <w:r>
        <w:rPr>
          <w:rFonts w:ascii="Arial" w:hAnsi="Arial"/>
          <w:b/>
          <w:sz w:val="22"/>
        </w:rPr>
        <w:t xml:space="preserve">Alice  </w:t>
      </w:r>
      <w:r>
        <w:rPr>
          <w:rFonts w:ascii="Arial" w:hAnsi="Arial"/>
          <w:color w:val="5D7284"/>
          <w:sz w:val="22"/>
        </w:rPr>
        <w:t>09:04</w:t>
      </w:r>
    </w:p>
    <w:p>
      <w:pPr>
        <w:spacing w:after="0"/>
      </w:pPr>
      <w:r>
        <w:rPr>
          <w:rFonts w:ascii="Arial" w:hAnsi="Arial"/>
          <w:sz w:val="22"/>
        </w:rPr>
        <w:t>tell you what has was was quite interesting, because obviously, we had that chat with Devin in the the bonus content for the technology series, where we talked about accessible podcasting. And there were elements to podcasting and making podcasts accessible that are things that we haven't necessarily sort of considered and talked about, the thing that really stands out for me is putting podcasts up on YouTube. And that's something that we've talked a bit more about, yeah, recently is to do is to offer that as a as something for people because for some people that actually might make a really big difference in terms of accessibility. So I know that's something we're going to try and look into as soon as we can as soon as we can kind of make the space and the time for it. And I think I'd really like to hear from people if that's something that they think they'd find helpful and kind of accessible.</w:t>
      </w:r>
    </w:p>
    <w:p>
      <w:pPr>
        <w:spacing w:after="0"/>
      </w:pPr>
    </w:p>
    <w:p>
      <w:pPr>
        <w:spacing w:after="0"/>
      </w:pPr>
      <w:r>
        <w:rPr>
          <w:rFonts w:ascii="Arial" w:hAnsi="Arial"/>
          <w:b/>
          <w:sz w:val="22"/>
        </w:rPr>
        <w:t xml:space="preserve">Lucy  </w:t>
      </w:r>
      <w:r>
        <w:rPr>
          <w:rFonts w:ascii="Arial" w:hAnsi="Arial"/>
          <w:color w:val="5D7284"/>
          <w:sz w:val="22"/>
        </w:rPr>
        <w:t>09:55</w:t>
      </w:r>
    </w:p>
    <w:p>
      <w:pPr>
        <w:spacing w:after="0"/>
      </w:pPr>
      <w:r>
        <w:rPr>
          <w:rFonts w:ascii="Arial" w:hAnsi="Arial"/>
          <w:sz w:val="22"/>
        </w:rPr>
        <w:t xml:space="preserve">We've all said Haven't we that if we if we can if we can do things to help you with accessibility that we're not already doing, then let us know. And we'll we'll try our best to add it to what we're already offering. And we can't always promise it, but we will try. </w:t>
      </w:r>
    </w:p>
    <w:p>
      <w:pPr>
        <w:spacing w:after="0"/>
      </w:pPr>
    </w:p>
    <w:p>
      <w:pPr>
        <w:spacing w:after="0"/>
      </w:pPr>
      <w:r>
        <w:rPr>
          <w:rFonts w:ascii="Arial" w:hAnsi="Arial"/>
          <w:b/>
          <w:sz w:val="22"/>
        </w:rPr>
        <w:t xml:space="preserve">Alice  </w:t>
      </w:r>
      <w:r>
        <w:rPr>
          <w:rFonts w:ascii="Arial" w:hAnsi="Arial"/>
          <w:color w:val="5D7284"/>
          <w:sz w:val="22"/>
        </w:rPr>
        <w:t>10:10</w:t>
      </w:r>
    </w:p>
    <w:p>
      <w:pPr>
        <w:spacing w:after="0"/>
      </w:pPr>
      <w:r>
        <w:rPr>
          <w:rFonts w:ascii="Arial" w:hAnsi="Arial"/>
          <w:sz w:val="22"/>
        </w:rPr>
        <w:t>Yeah. because even though we're three years in, we are still self funded. And so this is, you know, voluntary, Adam has come all of this way today driven me here and, you know, gives his time and stuff. All of that, you know, we couldn't do this without our volunteers. And so asking people to do more for us is asking people to do more for us for nothing, you know, we do that is something that is it's something we're conscious of, but it's in the same breath, you know, it's, it's about equality for us across the board and making, you know, the show as inclusive as possible.</w:t>
      </w:r>
    </w:p>
    <w:p>
      <w:pPr>
        <w:spacing w:after="0"/>
      </w:pPr>
    </w:p>
    <w:p>
      <w:pPr>
        <w:spacing w:after="0"/>
      </w:pPr>
      <w:r>
        <w:rPr>
          <w:rFonts w:ascii="Arial" w:hAnsi="Arial"/>
          <w:b/>
          <w:sz w:val="22"/>
        </w:rPr>
        <w:t xml:space="preserve">Lucy  </w:t>
      </w:r>
      <w:r>
        <w:rPr>
          <w:rFonts w:ascii="Arial" w:hAnsi="Arial"/>
          <w:color w:val="5D7284"/>
          <w:sz w:val="22"/>
        </w:rPr>
        <w:t>10:51</w:t>
      </w:r>
    </w:p>
    <w:p>
      <w:pPr>
        <w:spacing w:after="0"/>
      </w:pPr>
      <w:r>
        <w:rPr>
          <w:rFonts w:ascii="Arial" w:hAnsi="Arial"/>
          <w:sz w:val="22"/>
        </w:rPr>
        <w:t>Yeah, I think that as we put our money where our mouth is, so everybody that works on our show, has either has an interest in disability, or works around disability or is disabled themselves. And I think that it's something that I think really helps us remain authentic, because it's not just people just doing it, because it's always a nice little show to work on it, we are dealing with people with lived experiences of disability. And</w:t>
      </w:r>
    </w:p>
    <w:p>
      <w:pPr>
        <w:spacing w:after="0"/>
      </w:pPr>
    </w:p>
    <w:p>
      <w:pPr>
        <w:spacing w:after="0"/>
      </w:pPr>
      <w:r>
        <w:rPr>
          <w:rFonts w:ascii="Arial" w:hAnsi="Arial"/>
          <w:color w:val="5D7284"/>
          <w:sz w:val="22"/>
        </w:rPr>
        <w:t>11:24</w:t>
      </w:r>
    </w:p>
    <w:p>
      <w:pPr>
        <w:spacing w:after="0"/>
      </w:pPr>
      <w:r>
        <w:rPr>
          <w:rFonts w:ascii="Arial" w:hAnsi="Arial"/>
          <w:sz w:val="22"/>
        </w:rPr>
        <w:t>Sorry I'm grinning, because what you are saying there is just reminded me of the story you told on our episode with Damien, about the toilet in the cupboard. And it is exactly that. It's not a tick box excersise</w:t>
      </w:r>
    </w:p>
    <w:p>
      <w:pPr>
        <w:spacing w:after="0"/>
      </w:pPr>
    </w:p>
    <w:p>
      <w:pPr>
        <w:spacing w:after="0"/>
      </w:pPr>
      <w:r>
        <w:rPr>
          <w:rFonts w:ascii="Arial" w:hAnsi="Arial"/>
          <w:b/>
          <w:sz w:val="22"/>
        </w:rPr>
        <w:t xml:space="preserve">Lucy  </w:t>
      </w:r>
      <w:r>
        <w:rPr>
          <w:rFonts w:ascii="Arial" w:hAnsi="Arial"/>
          <w:color w:val="5D7284"/>
          <w:sz w:val="22"/>
        </w:rPr>
        <w:t>11:38</w:t>
      </w:r>
    </w:p>
    <w:p>
      <w:pPr>
        <w:spacing w:after="0"/>
      </w:pPr>
      <w:r>
        <w:rPr>
          <w:rFonts w:ascii="Arial" w:hAnsi="Arial"/>
          <w:sz w:val="22"/>
        </w:rPr>
        <w:t>exactly. Yeah, we put our money where our mouth is. And if there is, you know, we, I think as well, we are informed by our volunteers. So our volunteers if we're not doing so that would help them specifically, they will tell us, hey, have you thought about this? because disability is not one size fits all. And so that helps us I think, as well.</w:t>
      </w:r>
    </w:p>
    <w:p>
      <w:pPr>
        <w:spacing w:after="0"/>
      </w:pPr>
    </w:p>
    <w:p>
      <w:pPr>
        <w:spacing w:after="0"/>
      </w:pPr>
      <w:r>
        <w:rPr>
          <w:rFonts w:ascii="Arial" w:hAnsi="Arial"/>
          <w:b/>
          <w:sz w:val="22"/>
        </w:rPr>
        <w:t xml:space="preserve">Alice  </w:t>
      </w:r>
      <w:r>
        <w:rPr>
          <w:rFonts w:ascii="Arial" w:hAnsi="Arial"/>
          <w:color w:val="5D7284"/>
          <w:sz w:val="22"/>
        </w:rPr>
        <w:t>12:00</w:t>
      </w:r>
    </w:p>
    <w:p>
      <w:pPr>
        <w:spacing w:after="0"/>
      </w:pPr>
      <w:r>
        <w:rPr>
          <w:rFonts w:ascii="Arial" w:hAnsi="Arial"/>
          <w:sz w:val="22"/>
        </w:rPr>
        <w:t>And we've got we've had some sort of changes in our volunteer dynamic this year. So most excitingly, I think, we've got Emma Purcell from crip life and rock for disability has joined the show. She's going to be doing some guest booking for us, she's also going to be helping out with some bonus content stuff. And that's really exciting, because I think Emma has got some really great skills that that will be really valuable to us, sort of to help us with, with building and growing the show, we've also Carly who was doing transcripts for us, has now moved on to kind of managing our Facebook community and trying to help us uplift our Facebook community a little bit. So if you're not already in the Facebook group, go ahead and join it. We're, you know, working on starting conversations there about the show and just also about living with with disability. We had some nice comments back. So Lucy and I shared about what we do to make Christmas accessible and what our families do to make Christmas accessible for us. And we had some nice</w:t>
      </w:r>
    </w:p>
    <w:p>
      <w:pPr>
        <w:spacing w:after="0"/>
      </w:pPr>
    </w:p>
    <w:p>
      <w:pPr>
        <w:spacing w:after="0"/>
      </w:pPr>
      <w:r>
        <w:rPr>
          <w:rFonts w:ascii="Arial" w:hAnsi="Arial"/>
          <w:b/>
          <w:sz w:val="22"/>
        </w:rPr>
        <w:t xml:space="preserve">Lucy  </w:t>
      </w:r>
      <w:r>
        <w:rPr>
          <w:rFonts w:ascii="Arial" w:hAnsi="Arial"/>
          <w:color w:val="5D7284"/>
          <w:sz w:val="22"/>
        </w:rPr>
        <w:t>13:09</w:t>
      </w:r>
    </w:p>
    <w:p>
      <w:pPr>
        <w:spacing w:after="0"/>
      </w:pPr>
      <w:r>
        <w:rPr>
          <w:rFonts w:ascii="Arial" w:hAnsi="Arial"/>
          <w:sz w:val="22"/>
        </w:rPr>
        <w:t xml:space="preserve">yours was quite wholesome. mine was stemless Prosecco glasses that was mine </w:t>
      </w:r>
    </w:p>
    <w:p>
      <w:pPr>
        <w:spacing w:after="0"/>
      </w:pPr>
    </w:p>
    <w:p>
      <w:pPr>
        <w:spacing w:after="0"/>
      </w:pPr>
      <w:r>
        <w:rPr>
          <w:rFonts w:ascii="Arial" w:hAnsi="Arial"/>
          <w:b/>
          <w:sz w:val="22"/>
        </w:rPr>
        <w:t xml:space="preserve">Alice  </w:t>
      </w:r>
      <w:r>
        <w:rPr>
          <w:rFonts w:ascii="Arial" w:hAnsi="Arial"/>
          <w:color w:val="5D7284"/>
          <w:sz w:val="22"/>
        </w:rPr>
        <w:t>13:16</w:t>
      </w:r>
    </w:p>
    <w:p>
      <w:pPr>
        <w:spacing w:after="0"/>
      </w:pPr>
      <w:r>
        <w:rPr>
          <w:rFonts w:ascii="Arial" w:hAnsi="Arial"/>
          <w:sz w:val="22"/>
        </w:rPr>
        <w:t xml:space="preserve">Lucy's mom has facilitated the drinking. Yeah, thank you, mom. She's an in enabler if  ever I saw one </w:t>
      </w:r>
    </w:p>
    <w:p>
      <w:pPr>
        <w:spacing w:after="0"/>
      </w:pPr>
    </w:p>
    <w:p>
      <w:pPr>
        <w:spacing w:after="0"/>
      </w:pPr>
      <w:r>
        <w:rPr>
          <w:rFonts w:ascii="Arial" w:hAnsi="Arial"/>
          <w:b/>
          <w:sz w:val="22"/>
        </w:rPr>
        <w:t xml:space="preserve">Lucy  </w:t>
      </w:r>
      <w:r>
        <w:rPr>
          <w:rFonts w:ascii="Arial" w:hAnsi="Arial"/>
          <w:color w:val="5D7284"/>
          <w:sz w:val="22"/>
        </w:rPr>
        <w:t>13:22</w:t>
      </w:r>
    </w:p>
    <w:p>
      <w:pPr>
        <w:spacing w:after="0"/>
      </w:pPr>
      <w:r>
        <w:rPr>
          <w:rFonts w:ascii="Arial" w:hAnsi="Arial"/>
          <w:sz w:val="22"/>
        </w:rPr>
        <w:t>I tested them out, they work perfectly so well done, But yeah, it's, I think having that feedback from Facebook community. We are also going to share some bonus content for a little while on the Facebook group as well. So we'll say that if you're not part of the newsletter, if you're not part of the newsletter, why not? But if you aren't, then we will be sharing the odd bit of content over there as well. Just to get more eyes on it. Really.</w:t>
      </w:r>
    </w:p>
    <w:p>
      <w:pPr>
        <w:spacing w:after="0"/>
      </w:pPr>
    </w:p>
    <w:p>
      <w:pPr>
        <w:spacing w:after="0"/>
      </w:pPr>
      <w:r>
        <w:rPr>
          <w:rFonts w:ascii="Arial" w:hAnsi="Arial"/>
          <w:b/>
          <w:sz w:val="22"/>
        </w:rPr>
        <w:t xml:space="preserve">Alice  </w:t>
      </w:r>
      <w:r>
        <w:rPr>
          <w:rFonts w:ascii="Arial" w:hAnsi="Arial"/>
          <w:color w:val="5D7284"/>
          <w:sz w:val="22"/>
        </w:rPr>
        <w:t>13:52</w:t>
      </w:r>
    </w:p>
    <w:p>
      <w:pPr>
        <w:spacing w:after="0"/>
      </w:pPr>
      <w:r>
        <w:rPr>
          <w:rFonts w:ascii="Arial" w:hAnsi="Arial"/>
          <w:sz w:val="22"/>
        </w:rPr>
        <w:t>I think the the tech series was a bit a bit of a turning point for our mailing list bonus content because we got some really cool extra guests on to talk to us for bonus content. That was initially what Helen was going to be on as bonus content. But yeah, it's so it is if you're not signed up, go over to our website, sign up to the mailing list, it is free, it doesn't cost you anything and then with a with every episode, you get an extra bit. It's I think it's there's some really cool stuff. We've worked hard to make some really cool stuff.</w:t>
      </w:r>
    </w:p>
    <w:p>
      <w:pPr>
        <w:spacing w:after="0"/>
      </w:pPr>
    </w:p>
    <w:p>
      <w:pPr>
        <w:spacing w:after="0"/>
      </w:pPr>
      <w:r>
        <w:rPr>
          <w:rFonts w:ascii="Arial" w:hAnsi="Arial"/>
          <w:b/>
          <w:sz w:val="22"/>
        </w:rPr>
        <w:t xml:space="preserve">Lucy  </w:t>
      </w:r>
      <w:r>
        <w:rPr>
          <w:rFonts w:ascii="Arial" w:hAnsi="Arial"/>
          <w:color w:val="5D7284"/>
          <w:sz w:val="22"/>
        </w:rPr>
        <w:t>14:29</w:t>
      </w:r>
    </w:p>
    <w:p>
      <w:pPr>
        <w:spacing w:after="0"/>
      </w:pPr>
      <w:r>
        <w:rPr>
          <w:rFonts w:ascii="Arial" w:hAnsi="Arial"/>
          <w:sz w:val="22"/>
        </w:rPr>
        <w:t>Yeah. I mean, it's it is extra work. But like you say it's really, it's a really interesting conversation, I think blossom in there that we don't like it might be somebody who's got a little bit of a story that probably wouldn't add up to a full episode. But you know, they've got they have got valuable things to talk about. And I think there's some really good stuff coming out of it. So make sure you're signed up to it.</w:t>
      </w:r>
    </w:p>
    <w:p>
      <w:pPr>
        <w:spacing w:after="0"/>
      </w:pPr>
    </w:p>
    <w:p>
      <w:pPr>
        <w:spacing w:after="0"/>
      </w:pPr>
      <w:r>
        <w:rPr>
          <w:rFonts w:ascii="Arial" w:hAnsi="Arial"/>
          <w:b/>
          <w:sz w:val="22"/>
        </w:rPr>
        <w:t xml:space="preserve">Alice  </w:t>
      </w:r>
      <w:r>
        <w:rPr>
          <w:rFonts w:ascii="Arial" w:hAnsi="Arial"/>
          <w:color w:val="5D7284"/>
          <w:sz w:val="22"/>
        </w:rPr>
        <w:t>14:55</w:t>
      </w:r>
    </w:p>
    <w:p>
      <w:pPr>
        <w:spacing w:after="0"/>
      </w:pPr>
      <w:r>
        <w:rPr>
          <w:rFonts w:ascii="Arial" w:hAnsi="Arial"/>
          <w:sz w:val="22"/>
        </w:rPr>
        <w:t>Yes, and we're going to be getting some former guests back on to do some really cool ..</w:t>
      </w:r>
    </w:p>
    <w:p>
      <w:pPr>
        <w:spacing w:after="0"/>
      </w:pPr>
    </w:p>
    <w:p>
      <w:pPr>
        <w:spacing w:after="0"/>
      </w:pPr>
      <w:r>
        <w:rPr>
          <w:rFonts w:ascii="Arial" w:hAnsi="Arial"/>
          <w:b/>
          <w:sz w:val="22"/>
        </w:rPr>
        <w:t xml:space="preserve">Lucy  </w:t>
      </w:r>
      <w:r>
        <w:rPr>
          <w:rFonts w:ascii="Arial" w:hAnsi="Arial"/>
          <w:color w:val="5D7284"/>
          <w:sz w:val="22"/>
        </w:rPr>
        <w:t>14:59</w:t>
      </w:r>
    </w:p>
    <w:p>
      <w:pPr>
        <w:spacing w:after="0"/>
      </w:pPr>
      <w:r>
        <w:rPr>
          <w:rFonts w:ascii="Arial" w:hAnsi="Arial"/>
          <w:sz w:val="22"/>
        </w:rPr>
        <w:t>kicking And I'm screaming.</w:t>
      </w:r>
    </w:p>
    <w:p>
      <w:pPr>
        <w:spacing w:after="0"/>
      </w:pPr>
    </w:p>
    <w:p>
      <w:pPr>
        <w:spacing w:after="0"/>
      </w:pPr>
      <w:r>
        <w:rPr>
          <w:rFonts w:ascii="Arial" w:hAnsi="Arial"/>
          <w:color w:val="5D7284"/>
          <w:sz w:val="22"/>
        </w:rPr>
        <w:t>15:00</w:t>
      </w:r>
    </w:p>
    <w:p>
      <w:pPr>
        <w:spacing w:after="0"/>
      </w:pPr>
      <w:r>
        <w:rPr>
          <w:rFonts w:ascii="Arial" w:hAnsi="Arial"/>
          <w:sz w:val="22"/>
        </w:rPr>
        <w:t xml:space="preserve">We've got we've already recorded a fantastic piece of bonus that's coming out with Rae Gillibrand who did the who was our guest history lesson, historian for the technology series </w:t>
      </w:r>
    </w:p>
    <w:p>
      <w:pPr>
        <w:spacing w:after="0"/>
      </w:pPr>
    </w:p>
    <w:p>
      <w:pPr>
        <w:spacing w:after="0"/>
      </w:pPr>
      <w:r>
        <w:rPr>
          <w:rFonts w:ascii="Arial" w:hAnsi="Arial"/>
          <w:b/>
          <w:sz w:val="22"/>
        </w:rPr>
        <w:t xml:space="preserve">Lucy  </w:t>
      </w:r>
      <w:r>
        <w:rPr>
          <w:rFonts w:ascii="Arial" w:hAnsi="Arial"/>
          <w:color w:val="5D7284"/>
          <w:sz w:val="22"/>
        </w:rPr>
        <w:t>15:13</w:t>
      </w:r>
    </w:p>
    <w:p>
      <w:pPr>
        <w:spacing w:after="0"/>
      </w:pPr>
      <w:r>
        <w:rPr>
          <w:rFonts w:ascii="Arial" w:hAnsi="Arial"/>
          <w:sz w:val="22"/>
        </w:rPr>
        <w:t>She turned up with a PowerPoint. This is a thesis. So yeah, so no, I'm really excited about that one. Dan Metcalfe coming back to tell tell us a little bit about,....</w:t>
      </w:r>
    </w:p>
    <w:p>
      <w:pPr>
        <w:spacing w:after="0"/>
      </w:pPr>
    </w:p>
    <w:p>
      <w:pPr>
        <w:spacing w:after="0"/>
      </w:pPr>
      <w:r>
        <w:rPr>
          <w:rFonts w:ascii="Arial" w:hAnsi="Arial"/>
          <w:b/>
          <w:sz w:val="22"/>
        </w:rPr>
        <w:t xml:space="preserve">Alice  </w:t>
      </w:r>
      <w:r>
        <w:rPr>
          <w:rFonts w:ascii="Arial" w:hAnsi="Arial"/>
          <w:color w:val="5D7284"/>
          <w:sz w:val="22"/>
        </w:rPr>
        <w:t>15:28</w:t>
      </w:r>
    </w:p>
    <w:p>
      <w:pPr>
        <w:spacing w:after="0"/>
      </w:pPr>
      <w:r>
        <w:rPr>
          <w:rFonts w:ascii="Arial" w:hAnsi="Arial"/>
          <w:sz w:val="22"/>
        </w:rPr>
        <w:t xml:space="preserve">he's always up to something </w:t>
      </w:r>
    </w:p>
    <w:p>
      <w:pPr>
        <w:spacing w:after="0"/>
      </w:pPr>
    </w:p>
    <w:p>
      <w:pPr>
        <w:spacing w:after="0"/>
      </w:pPr>
      <w:r>
        <w:rPr>
          <w:rFonts w:ascii="Arial" w:hAnsi="Arial"/>
          <w:b/>
          <w:sz w:val="22"/>
        </w:rPr>
        <w:t xml:space="preserve">Lucy  </w:t>
      </w:r>
      <w:r>
        <w:rPr>
          <w:rFonts w:ascii="Arial" w:hAnsi="Arial"/>
          <w:color w:val="5D7284"/>
          <w:sz w:val="22"/>
        </w:rPr>
        <w:t>15:30</w:t>
      </w:r>
    </w:p>
    <w:p>
      <w:pPr>
        <w:spacing w:after="0"/>
      </w:pPr>
      <w:r>
        <w:rPr>
          <w:rFonts w:ascii="Arial" w:hAnsi="Arial"/>
          <w:sz w:val="22"/>
        </w:rPr>
        <w:t>he's always up to something. What he's been up to in regard to disability diving. He's got lots of fingers in lots of pies. And it's always nice to speak to Dan. So it was nice to have a chat with him</w:t>
      </w:r>
    </w:p>
    <w:p>
      <w:pPr>
        <w:spacing w:after="0"/>
      </w:pPr>
    </w:p>
    <w:p>
      <w:pPr>
        <w:spacing w:after="0"/>
      </w:pPr>
      <w:r>
        <w:rPr>
          <w:rFonts w:ascii="Arial" w:hAnsi="Arial"/>
          <w:b/>
          <w:sz w:val="22"/>
        </w:rPr>
        <w:t xml:space="preserve">Lucy  </w:t>
      </w:r>
      <w:r>
        <w:rPr>
          <w:rFonts w:ascii="Arial" w:hAnsi="Arial"/>
          <w:color w:val="5D7284"/>
          <w:sz w:val="22"/>
        </w:rPr>
        <w:t>15:43</w:t>
      </w:r>
    </w:p>
    <w:p>
      <w:pPr>
        <w:spacing w:after="0"/>
      </w:pPr>
      <w:r>
        <w:rPr>
          <w:rFonts w:ascii="Arial" w:hAnsi="Arial"/>
          <w:sz w:val="22"/>
        </w:rPr>
        <w:t xml:space="preserve">And as Lucy says, I've got some other people coming back kicking and screaming whether they like it or not, I'm going to make them talk to me because they were interesting. On the main feed, and I am not done with them. I will wring every, every little piece of interesting information out of them with my bare hands  </w:t>
      </w:r>
    </w:p>
    <w:p>
      <w:pPr>
        <w:spacing w:after="0"/>
      </w:pPr>
    </w:p>
    <w:p>
      <w:pPr>
        <w:spacing w:after="0"/>
      </w:pPr>
      <w:r>
        <w:rPr>
          <w:rFonts w:ascii="Arial" w:hAnsi="Arial"/>
          <w:b/>
          <w:sz w:val="22"/>
        </w:rPr>
        <w:t xml:space="preserve">Lucy  </w:t>
      </w:r>
      <w:r>
        <w:rPr>
          <w:rFonts w:ascii="Arial" w:hAnsi="Arial"/>
          <w:color w:val="5D7284"/>
          <w:sz w:val="22"/>
        </w:rPr>
        <w:t>15:59</w:t>
      </w:r>
    </w:p>
    <w:p>
      <w:pPr>
        <w:spacing w:after="0"/>
      </w:pPr>
      <w:r>
        <w:rPr>
          <w:rFonts w:ascii="Arial" w:hAnsi="Arial"/>
          <w:sz w:val="22"/>
        </w:rPr>
        <w:t>What do you mean, you've not been up to anything? Surely you have. But now I'm really excited about that. So,</w:t>
      </w:r>
    </w:p>
    <w:p>
      <w:pPr>
        <w:spacing w:after="0"/>
      </w:pPr>
    </w:p>
    <w:p>
      <w:pPr>
        <w:spacing w:after="0"/>
      </w:pPr>
      <w:r>
        <w:rPr>
          <w:rFonts w:ascii="Arial" w:hAnsi="Arial"/>
          <w:b/>
          <w:sz w:val="22"/>
        </w:rPr>
        <w:t xml:space="preserve">Alice  </w:t>
      </w:r>
      <w:r>
        <w:rPr>
          <w:rFonts w:ascii="Arial" w:hAnsi="Arial"/>
          <w:color w:val="5D7284"/>
          <w:sz w:val="22"/>
        </w:rPr>
        <w:t>16:06</w:t>
      </w:r>
    </w:p>
    <w:p>
      <w:pPr>
        <w:spacing w:after="0"/>
      </w:pPr>
      <w:r>
        <w:rPr>
          <w:rFonts w:ascii="Arial" w:hAnsi="Arial"/>
          <w:sz w:val="22"/>
        </w:rPr>
        <w:t>Yeah, we've got some we got some big stuff happening next year. Yeah, really big. Very, very exciting. We will be celebrating our 100th episode Next year. Well, this year now it will be it.</w:t>
      </w:r>
    </w:p>
    <w:p>
      <w:pPr>
        <w:spacing w:after="0"/>
      </w:pPr>
    </w:p>
    <w:p>
      <w:pPr>
        <w:spacing w:after="0"/>
      </w:pPr>
      <w:r>
        <w:rPr>
          <w:rFonts w:ascii="Arial" w:hAnsi="Arial"/>
          <w:b/>
          <w:sz w:val="22"/>
        </w:rPr>
        <w:t xml:space="preserve">Lucy  </w:t>
      </w:r>
      <w:r>
        <w:rPr>
          <w:rFonts w:ascii="Arial" w:hAnsi="Arial"/>
          <w:color w:val="5D7284"/>
          <w:sz w:val="22"/>
        </w:rPr>
        <w:t>16:20</w:t>
      </w:r>
    </w:p>
    <w:p>
      <w:pPr>
        <w:spacing w:after="0"/>
      </w:pPr>
      <w:r>
        <w:rPr>
          <w:rFonts w:ascii="Arial" w:hAnsi="Arial"/>
          <w:sz w:val="22"/>
        </w:rPr>
        <w:t>Yes. this year Yeah. Yeah. We will be bringing up the stemless processo glasses. Yeah, no, we we um and arred about what we should do to celebrate our 100th episode of me and Alice, we're both in agreement that we've worked so incredibly hard. I think it's about time we had a little bit of a party. So yeah, so that will be a live episode somewhere.</w:t>
      </w:r>
    </w:p>
    <w:p>
      <w:pPr>
        <w:spacing w:after="0"/>
      </w:pPr>
    </w:p>
    <w:p>
      <w:pPr>
        <w:spacing w:after="0"/>
      </w:pPr>
      <w:r>
        <w:rPr>
          <w:rFonts w:ascii="Arial" w:hAnsi="Arial"/>
          <w:b/>
          <w:sz w:val="22"/>
        </w:rPr>
        <w:t xml:space="preserve">Alice  </w:t>
      </w:r>
      <w:r>
        <w:rPr>
          <w:rFonts w:ascii="Arial" w:hAnsi="Arial"/>
          <w:color w:val="5D7284"/>
          <w:sz w:val="22"/>
        </w:rPr>
        <w:t>16:43</w:t>
      </w:r>
    </w:p>
    <w:p>
      <w:pPr>
        <w:spacing w:after="0"/>
      </w:pPr>
      <w:r>
        <w:rPr>
          <w:rFonts w:ascii="Arial" w:hAnsi="Arial"/>
          <w:sz w:val="22"/>
        </w:rPr>
        <w:t xml:space="preserve">Yeah, we are doing an episode, a live on location episode. And we will be inviting some of you out there to join us. Which is terrifying, because like, what if people hate us in real life and throw rotten vegetables </w:t>
      </w:r>
    </w:p>
    <w:p>
      <w:pPr>
        <w:spacing w:after="0"/>
      </w:pPr>
    </w:p>
    <w:p>
      <w:pPr>
        <w:spacing w:after="0"/>
      </w:pPr>
      <w:r>
        <w:rPr>
          <w:rFonts w:ascii="Arial" w:hAnsi="Arial"/>
          <w:b/>
          <w:sz w:val="22"/>
        </w:rPr>
        <w:t xml:space="preserve">Lucy  </w:t>
      </w:r>
      <w:r>
        <w:rPr>
          <w:rFonts w:ascii="Arial" w:hAnsi="Arial"/>
          <w:color w:val="5D7284"/>
          <w:sz w:val="22"/>
        </w:rPr>
        <w:t>16:58</w:t>
      </w:r>
    </w:p>
    <w:p>
      <w:pPr>
        <w:spacing w:after="0"/>
      </w:pPr>
      <w:r>
        <w:rPr>
          <w:rFonts w:ascii="Arial" w:hAnsi="Arial"/>
          <w:sz w:val="22"/>
        </w:rPr>
        <w:t>Yeah, well, yeah, we'll just have to do bag searches before the court gives you all these eggs doing in your  pocket?Take those away. Thank you. But yeah, it's always a bit nerve wracking because you don't know how many people are going to turn up and  we are considering venues and we're like, is it too, is it too small that if people turn up and its lots of people that is going to look like we are stingy, because like we can't afford a bigger room? Or and if we go for a bigger room? And nobody turns up? is it just</w:t>
      </w:r>
    </w:p>
    <w:p>
      <w:pPr>
        <w:spacing w:after="0"/>
      </w:pPr>
    </w:p>
    <w:p>
      <w:pPr>
        <w:spacing w:after="0"/>
      </w:pPr>
      <w:r>
        <w:rPr>
          <w:rFonts w:ascii="Arial" w:hAnsi="Arial"/>
          <w:b/>
          <w:sz w:val="22"/>
        </w:rPr>
        <w:t xml:space="preserve">Alice  </w:t>
      </w:r>
      <w:r>
        <w:rPr>
          <w:rFonts w:ascii="Arial" w:hAnsi="Arial"/>
          <w:color w:val="5D7284"/>
          <w:sz w:val="22"/>
        </w:rPr>
        <w:t>17:34</w:t>
      </w:r>
    </w:p>
    <w:p>
      <w:pPr>
        <w:spacing w:after="0"/>
      </w:pPr>
      <w:r>
        <w:rPr>
          <w:rFonts w:ascii="Arial" w:hAnsi="Arial"/>
          <w:sz w:val="22"/>
        </w:rPr>
        <w:t>four people in an echo, like, auditorium shouting across the room?</w:t>
      </w:r>
    </w:p>
    <w:p>
      <w:pPr>
        <w:spacing w:after="0"/>
      </w:pPr>
    </w:p>
    <w:p>
      <w:pPr>
        <w:spacing w:after="0"/>
      </w:pPr>
      <w:r>
        <w:rPr>
          <w:rFonts w:ascii="Arial" w:hAnsi="Arial"/>
          <w:b/>
          <w:sz w:val="22"/>
        </w:rPr>
        <w:t xml:space="preserve">Lucy  </w:t>
      </w:r>
      <w:r>
        <w:rPr>
          <w:rFonts w:ascii="Arial" w:hAnsi="Arial"/>
          <w:color w:val="5D7284"/>
          <w:sz w:val="22"/>
        </w:rPr>
        <w:t>17:40</w:t>
      </w:r>
    </w:p>
    <w:p>
      <w:pPr>
        <w:spacing w:after="0"/>
      </w:pPr>
      <w:r>
        <w:rPr>
          <w:rFonts w:ascii="Arial" w:hAnsi="Arial"/>
          <w:sz w:val="22"/>
        </w:rPr>
        <w:t>Flicking peanuts? Like, is it gonna look a bit pathetic? So I'm</w:t>
      </w:r>
    </w:p>
    <w:p>
      <w:pPr>
        <w:spacing w:after="0"/>
      </w:pPr>
    </w:p>
    <w:p>
      <w:pPr>
        <w:spacing w:after="0"/>
      </w:pPr>
      <w:r>
        <w:rPr>
          <w:rFonts w:ascii="Arial" w:hAnsi="Arial"/>
          <w:b/>
          <w:sz w:val="22"/>
        </w:rPr>
        <w:t xml:space="preserve">Alice  </w:t>
      </w:r>
      <w:r>
        <w:rPr>
          <w:rFonts w:ascii="Arial" w:hAnsi="Arial"/>
          <w:color w:val="5D7284"/>
          <w:sz w:val="22"/>
        </w:rPr>
        <w:t>17:45</w:t>
      </w:r>
    </w:p>
    <w:p>
      <w:pPr>
        <w:spacing w:after="0"/>
      </w:pPr>
      <w:r>
        <w:rPr>
          <w:rFonts w:ascii="Arial" w:hAnsi="Arial"/>
          <w:sz w:val="22"/>
        </w:rPr>
        <w:t>telling everybody to bring their family and friends and neighbors and that person who works in Tescos, who you see sometimes, yeah, just to go,</w:t>
      </w:r>
    </w:p>
    <w:p>
      <w:pPr>
        <w:spacing w:after="0"/>
      </w:pPr>
    </w:p>
    <w:p>
      <w:pPr>
        <w:spacing w:after="0"/>
      </w:pPr>
      <w:r>
        <w:rPr>
          <w:rFonts w:ascii="Arial" w:hAnsi="Arial"/>
          <w:b/>
          <w:sz w:val="22"/>
        </w:rPr>
        <w:t xml:space="preserve">Lucy  </w:t>
      </w:r>
      <w:r>
        <w:rPr>
          <w:rFonts w:ascii="Arial" w:hAnsi="Arial"/>
          <w:color w:val="5D7284"/>
          <w:sz w:val="22"/>
        </w:rPr>
        <w:t>17:53</w:t>
      </w:r>
    </w:p>
    <w:p>
      <w:pPr>
        <w:spacing w:after="0"/>
      </w:pPr>
      <w:r>
        <w:rPr>
          <w:rFonts w:ascii="Arial" w:hAnsi="Arial"/>
          <w:sz w:val="22"/>
        </w:rPr>
        <w:t>Tesco Sandra.</w:t>
      </w:r>
    </w:p>
    <w:p>
      <w:pPr>
        <w:spacing w:after="0"/>
      </w:pPr>
    </w:p>
    <w:p>
      <w:pPr>
        <w:spacing w:after="0"/>
      </w:pPr>
      <w:r>
        <w:rPr>
          <w:rFonts w:ascii="Arial" w:hAnsi="Arial"/>
          <w:b/>
          <w:sz w:val="22"/>
        </w:rPr>
        <w:t xml:space="preserve">Alice  </w:t>
      </w:r>
      <w:r>
        <w:rPr>
          <w:rFonts w:ascii="Arial" w:hAnsi="Arial"/>
          <w:color w:val="5D7284"/>
          <w:sz w:val="22"/>
        </w:rPr>
        <w:t>17:54</w:t>
      </w:r>
    </w:p>
    <w:p>
      <w:pPr>
        <w:spacing w:after="0"/>
      </w:pPr>
      <w:r>
        <w:rPr>
          <w:rFonts w:ascii="Arial" w:hAnsi="Arial"/>
          <w:sz w:val="22"/>
        </w:rPr>
        <w:t>But, yeah, we're doing that we're doing Oh, and there will be more details to come when we've got some stuff finalized. But we're gonna have a special guest which is exciting.</w:t>
      </w:r>
    </w:p>
    <w:p>
      <w:pPr>
        <w:spacing w:after="0"/>
      </w:pPr>
    </w:p>
    <w:p>
      <w:pPr>
        <w:spacing w:after="0"/>
      </w:pPr>
      <w:r>
        <w:rPr>
          <w:rFonts w:ascii="Arial" w:hAnsi="Arial"/>
          <w:b/>
          <w:sz w:val="22"/>
        </w:rPr>
        <w:t xml:space="preserve">Lucy  </w:t>
      </w:r>
      <w:r>
        <w:rPr>
          <w:rFonts w:ascii="Arial" w:hAnsi="Arial"/>
          <w:color w:val="5D7284"/>
          <w:sz w:val="22"/>
        </w:rPr>
        <w:t>18:07</w:t>
      </w:r>
    </w:p>
    <w:p>
      <w:pPr>
        <w:spacing w:after="0"/>
      </w:pPr>
      <w:r>
        <w:rPr>
          <w:rFonts w:ascii="Arial" w:hAnsi="Arial"/>
          <w:sz w:val="22"/>
        </w:rPr>
        <w:t>Yes, very exciting. I think 100 will be a huge turning point, because there's like, we know what we're doing now. We should know what would you find out? 100 episodes in?</w:t>
      </w:r>
    </w:p>
    <w:p>
      <w:pPr>
        <w:spacing w:after="0"/>
      </w:pPr>
    </w:p>
    <w:p>
      <w:pPr>
        <w:spacing w:after="0"/>
      </w:pPr>
      <w:r>
        <w:rPr>
          <w:rFonts w:ascii="Arial" w:hAnsi="Arial"/>
          <w:b/>
          <w:sz w:val="22"/>
        </w:rPr>
        <w:t xml:space="preserve">Alice  </w:t>
      </w:r>
      <w:r>
        <w:rPr>
          <w:rFonts w:ascii="Arial" w:hAnsi="Arial"/>
          <w:color w:val="5D7284"/>
          <w:sz w:val="22"/>
        </w:rPr>
        <w:t>18:20</w:t>
      </w:r>
    </w:p>
    <w:p>
      <w:pPr>
        <w:spacing w:after="0"/>
      </w:pPr>
      <w:r>
        <w:rPr>
          <w:rFonts w:ascii="Arial" w:hAnsi="Arial"/>
          <w:sz w:val="22"/>
        </w:rPr>
        <w:t>I was gonna say three years.</w:t>
      </w:r>
    </w:p>
    <w:p>
      <w:pPr>
        <w:spacing w:after="0"/>
      </w:pPr>
    </w:p>
    <w:p>
      <w:pPr>
        <w:spacing w:after="0"/>
      </w:pPr>
      <w:r>
        <w:rPr>
          <w:rFonts w:ascii="Arial" w:hAnsi="Arial"/>
          <w:b/>
          <w:sz w:val="22"/>
        </w:rPr>
        <w:t xml:space="preserve">Lucy  </w:t>
      </w:r>
      <w:r>
        <w:rPr>
          <w:rFonts w:ascii="Arial" w:hAnsi="Arial"/>
          <w:color w:val="5D7284"/>
          <w:sz w:val="22"/>
        </w:rPr>
        <w:t>18:22</w:t>
      </w:r>
    </w:p>
    <w:p>
      <w:pPr>
        <w:spacing w:after="0"/>
      </w:pPr>
      <w:r>
        <w:rPr>
          <w:rFonts w:ascii="Arial" w:hAnsi="Arial"/>
          <w:sz w:val="22"/>
        </w:rPr>
        <w:t>Wow.</w:t>
      </w:r>
    </w:p>
    <w:p>
      <w:pPr>
        <w:spacing w:after="0"/>
      </w:pPr>
    </w:p>
    <w:p>
      <w:pPr>
        <w:spacing w:after="0"/>
      </w:pPr>
      <w:r>
        <w:rPr>
          <w:rFonts w:ascii="Arial" w:hAnsi="Arial"/>
          <w:b/>
          <w:sz w:val="22"/>
        </w:rPr>
        <w:t xml:space="preserve">Alice  </w:t>
      </w:r>
      <w:r>
        <w:rPr>
          <w:rFonts w:ascii="Arial" w:hAnsi="Arial"/>
          <w:color w:val="5D7284"/>
          <w:sz w:val="22"/>
        </w:rPr>
        <w:t>18:24</w:t>
      </w:r>
    </w:p>
    <w:p>
      <w:pPr>
        <w:spacing w:after="0"/>
      </w:pPr>
      <w:r>
        <w:rPr>
          <w:rFonts w:ascii="Arial" w:hAnsi="Arial"/>
          <w:sz w:val="22"/>
        </w:rPr>
        <w:t>is it three years or is it two years? We</w:t>
      </w:r>
    </w:p>
    <w:p>
      <w:pPr>
        <w:spacing w:after="0"/>
      </w:pPr>
    </w:p>
    <w:p>
      <w:pPr>
        <w:spacing w:after="0"/>
      </w:pPr>
      <w:r>
        <w:rPr>
          <w:rFonts w:ascii="Arial" w:hAnsi="Arial"/>
          <w:b/>
          <w:sz w:val="22"/>
        </w:rPr>
        <w:t xml:space="preserve">Lucy  </w:t>
      </w:r>
      <w:r>
        <w:rPr>
          <w:rFonts w:ascii="Arial" w:hAnsi="Arial"/>
          <w:color w:val="5D7284"/>
          <w:sz w:val="22"/>
        </w:rPr>
        <w:t>18:26</w:t>
      </w:r>
    </w:p>
    <w:p>
      <w:pPr>
        <w:spacing w:after="0"/>
      </w:pPr>
      <w:r>
        <w:rPr>
          <w:rFonts w:ascii="Arial" w:hAnsi="Arial"/>
          <w:sz w:val="22"/>
        </w:rPr>
        <w:t xml:space="preserve"> 2020</w:t>
      </w:r>
    </w:p>
    <w:p>
      <w:pPr>
        <w:spacing w:after="0"/>
      </w:pPr>
    </w:p>
    <w:p>
      <w:pPr>
        <w:spacing w:after="0"/>
      </w:pPr>
      <w:r>
        <w:rPr>
          <w:rFonts w:ascii="Arial" w:hAnsi="Arial"/>
          <w:b/>
          <w:sz w:val="22"/>
        </w:rPr>
        <w:t xml:space="preserve">Alice  </w:t>
      </w:r>
      <w:r>
        <w:rPr>
          <w:rFonts w:ascii="Arial" w:hAnsi="Arial"/>
          <w:color w:val="5D7284"/>
          <w:sz w:val="22"/>
        </w:rPr>
        <w:t>18:26</w:t>
      </w:r>
    </w:p>
    <w:p>
      <w:pPr>
        <w:spacing w:after="0"/>
      </w:pPr>
      <w:r>
        <w:rPr>
          <w:rFonts w:ascii="Arial" w:hAnsi="Arial"/>
          <w:sz w:val="22"/>
        </w:rPr>
        <w:t>We started in November 2020. Different we.</w:t>
      </w:r>
    </w:p>
    <w:p>
      <w:pPr>
        <w:spacing w:after="0"/>
      </w:pPr>
    </w:p>
    <w:p>
      <w:pPr>
        <w:spacing w:after="0"/>
      </w:pPr>
      <w:r>
        <w:rPr>
          <w:rFonts w:ascii="Arial" w:hAnsi="Arial"/>
          <w:b/>
          <w:sz w:val="22"/>
        </w:rPr>
        <w:t xml:space="preserve">Lucy  </w:t>
      </w:r>
      <w:r>
        <w:rPr>
          <w:rFonts w:ascii="Arial" w:hAnsi="Arial"/>
          <w:color w:val="5D7284"/>
          <w:sz w:val="22"/>
        </w:rPr>
        <w:t>18:29</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18:30</w:t>
      </w:r>
    </w:p>
    <w:p>
      <w:pPr>
        <w:spacing w:after="0"/>
      </w:pPr>
      <w:r>
        <w:rPr>
          <w:rFonts w:ascii="Arial" w:hAnsi="Arial"/>
          <w:sz w:val="22"/>
        </w:rPr>
        <w:t>Wow.</w:t>
      </w:r>
    </w:p>
    <w:p>
      <w:pPr>
        <w:spacing w:after="0"/>
      </w:pPr>
    </w:p>
    <w:p>
      <w:pPr>
        <w:spacing w:after="0"/>
      </w:pPr>
      <w:r>
        <w:rPr>
          <w:rFonts w:ascii="Arial" w:hAnsi="Arial"/>
          <w:b/>
          <w:sz w:val="22"/>
        </w:rPr>
        <w:t xml:space="preserve">Lucy  </w:t>
      </w:r>
      <w:r>
        <w:rPr>
          <w:rFonts w:ascii="Arial" w:hAnsi="Arial"/>
          <w:color w:val="5D7284"/>
          <w:sz w:val="22"/>
        </w:rPr>
        <w:t>18:31</w:t>
      </w:r>
    </w:p>
    <w:p>
      <w:pPr>
        <w:spacing w:after="0"/>
      </w:pPr>
      <w:r>
        <w:rPr>
          <w:rFonts w:ascii="Arial" w:hAnsi="Arial"/>
          <w:sz w:val="22"/>
        </w:rPr>
        <w:t xml:space="preserve">i know </w:t>
      </w:r>
    </w:p>
    <w:p>
      <w:pPr>
        <w:spacing w:after="0"/>
      </w:pPr>
    </w:p>
    <w:p>
      <w:pPr>
        <w:spacing w:after="0"/>
      </w:pPr>
      <w:r>
        <w:rPr>
          <w:rFonts w:ascii="Arial" w:hAnsi="Arial"/>
          <w:b/>
          <w:sz w:val="22"/>
        </w:rPr>
        <w:t xml:space="preserve">Alice  </w:t>
      </w:r>
      <w:r>
        <w:rPr>
          <w:rFonts w:ascii="Arial" w:hAnsi="Arial"/>
          <w:color w:val="5D7284"/>
          <w:sz w:val="22"/>
        </w:rPr>
        <w:t>18:31</w:t>
      </w:r>
    </w:p>
    <w:p>
      <w:pPr>
        <w:spacing w:after="0"/>
      </w:pPr>
      <w:r>
        <w:rPr>
          <w:rFonts w:ascii="Arial" w:hAnsi="Arial"/>
          <w:sz w:val="22"/>
        </w:rPr>
        <w:t>God,</w:t>
      </w:r>
    </w:p>
    <w:p>
      <w:pPr>
        <w:spacing w:after="0"/>
      </w:pPr>
    </w:p>
    <w:p>
      <w:pPr>
        <w:spacing w:after="0"/>
      </w:pPr>
      <w:r>
        <w:rPr>
          <w:rFonts w:ascii="Arial" w:hAnsi="Arial"/>
          <w:b/>
          <w:sz w:val="22"/>
        </w:rPr>
        <w:t xml:space="preserve">Lucy  </w:t>
      </w:r>
      <w:r>
        <w:rPr>
          <w:rFonts w:ascii="Arial" w:hAnsi="Arial"/>
          <w:color w:val="5D7284"/>
          <w:sz w:val="22"/>
        </w:rPr>
        <w:t>18:32</w:t>
      </w:r>
    </w:p>
    <w:p>
      <w:pPr>
        <w:spacing w:after="0"/>
      </w:pPr>
      <w:r>
        <w:rPr>
          <w:rFonts w:ascii="Arial" w:hAnsi="Arial"/>
          <w:sz w:val="22"/>
        </w:rPr>
        <w:t>you're not sick of me yet. So that's always a good sign. Yeah,</w:t>
      </w:r>
    </w:p>
    <w:p>
      <w:pPr>
        <w:spacing w:after="0"/>
      </w:pPr>
    </w:p>
    <w:p>
      <w:pPr>
        <w:spacing w:after="0"/>
      </w:pPr>
      <w:r>
        <w:rPr>
          <w:rFonts w:ascii="Arial" w:hAnsi="Arial"/>
          <w:b/>
          <w:sz w:val="22"/>
        </w:rPr>
        <w:t xml:space="preserve">Alice  </w:t>
      </w:r>
      <w:r>
        <w:rPr>
          <w:rFonts w:ascii="Arial" w:hAnsi="Arial"/>
          <w:color w:val="5D7284"/>
          <w:sz w:val="22"/>
        </w:rPr>
        <w:t>18:38</w:t>
      </w:r>
    </w:p>
    <w:p>
      <w:pPr>
        <w:spacing w:after="0"/>
      </w:pPr>
      <w:r>
        <w:rPr>
          <w:rFonts w:ascii="Arial" w:hAnsi="Arial"/>
          <w:sz w:val="22"/>
        </w:rPr>
        <w:t xml:space="preserve">I'm, I'm a bit I'm a bit blown away by that really like that we've got this far. you know? </w:t>
      </w:r>
    </w:p>
    <w:p>
      <w:pPr>
        <w:spacing w:after="0"/>
      </w:pPr>
    </w:p>
    <w:p>
      <w:pPr>
        <w:spacing w:after="0"/>
      </w:pPr>
      <w:r>
        <w:rPr>
          <w:rFonts w:ascii="Arial" w:hAnsi="Arial"/>
          <w:b/>
          <w:sz w:val="22"/>
        </w:rPr>
        <w:t xml:space="preserve">Lucy  </w:t>
      </w:r>
      <w:r>
        <w:rPr>
          <w:rFonts w:ascii="Arial" w:hAnsi="Arial"/>
          <w:color w:val="5D7284"/>
          <w:sz w:val="22"/>
        </w:rPr>
        <w:t>18:43</w:t>
      </w:r>
    </w:p>
    <w:p>
      <w:pPr>
        <w:spacing w:after="0"/>
      </w:pPr>
      <w:r>
        <w:rPr>
          <w:rFonts w:ascii="Arial" w:hAnsi="Arial"/>
          <w:sz w:val="22"/>
        </w:rPr>
        <w:t>Yeah, I mean, that. I think as well. It's the it's it's weathered storms, hasn't it? So like we had to each take a bit of time off this year. And I think if it was, if it was going to like, fizzle out, it would have done then I think, but it didn't, we managed to keep going. And hold on. And yeah, we're still here. So there's no stopping. Somebody actually said to me a few months ago, I saw them in, in Primark and they were like, Oh, you can still do hospital right? I was like, No, but I have got a podcast so now nobody can shut me up which I thought was accurate. Now be something to be extremely proud of.</w:t>
      </w:r>
    </w:p>
    <w:p>
      <w:pPr>
        <w:spacing w:after="0"/>
      </w:pPr>
    </w:p>
    <w:p>
      <w:pPr>
        <w:spacing w:after="0"/>
      </w:pPr>
      <w:r>
        <w:rPr>
          <w:rFonts w:ascii="Arial" w:hAnsi="Arial"/>
          <w:b/>
          <w:sz w:val="22"/>
        </w:rPr>
        <w:t xml:space="preserve">Alice  </w:t>
      </w:r>
      <w:r>
        <w:rPr>
          <w:rFonts w:ascii="Arial" w:hAnsi="Arial"/>
          <w:color w:val="5D7284"/>
          <w:sz w:val="22"/>
        </w:rPr>
        <w:t>19:25</w:t>
      </w:r>
    </w:p>
    <w:p>
      <w:pPr>
        <w:spacing w:after="0"/>
      </w:pPr>
      <w:r>
        <w:rPr>
          <w:rFonts w:ascii="Arial" w:hAnsi="Arial"/>
          <w:sz w:val="22"/>
        </w:rPr>
        <w:t>yeah, I was I am proud of of where we've, of where we've come on. I sort of how far we've come and I'm really excited for where we're going. I think it'll be you know, it will be good.</w:t>
      </w:r>
    </w:p>
    <w:p>
      <w:pPr>
        <w:spacing w:after="0"/>
      </w:pPr>
    </w:p>
    <w:p>
      <w:pPr>
        <w:spacing w:after="0"/>
      </w:pPr>
      <w:r>
        <w:rPr>
          <w:rFonts w:ascii="Arial" w:hAnsi="Arial"/>
          <w:b/>
          <w:sz w:val="22"/>
        </w:rPr>
        <w:t xml:space="preserve">Lucy  </w:t>
      </w:r>
      <w:r>
        <w:rPr>
          <w:rFonts w:ascii="Arial" w:hAnsi="Arial"/>
          <w:color w:val="5D7284"/>
          <w:sz w:val="22"/>
        </w:rPr>
        <w:t>19:38</w:t>
      </w:r>
    </w:p>
    <w:p>
      <w:pPr>
        <w:spacing w:after="0"/>
      </w:pPr>
      <w:r>
        <w:rPr>
          <w:rFonts w:ascii="Arial" w:hAnsi="Arial"/>
          <w:sz w:val="22"/>
        </w:rPr>
        <w:t>What have been your favorite episodes of the year. So</w:t>
      </w:r>
    </w:p>
    <w:p>
      <w:pPr>
        <w:spacing w:after="0"/>
      </w:pPr>
    </w:p>
    <w:p>
      <w:pPr>
        <w:spacing w:after="0"/>
      </w:pPr>
      <w:r>
        <w:rPr>
          <w:rFonts w:ascii="Arial" w:hAnsi="Arial"/>
          <w:b/>
          <w:sz w:val="22"/>
        </w:rPr>
        <w:t xml:space="preserve">Lucy  </w:t>
      </w:r>
      <w:r>
        <w:rPr>
          <w:rFonts w:ascii="Arial" w:hAnsi="Arial"/>
          <w:color w:val="5D7284"/>
          <w:sz w:val="22"/>
        </w:rPr>
        <w:t>19:42</w:t>
      </w:r>
    </w:p>
    <w:p>
      <w:pPr>
        <w:spacing w:after="0"/>
      </w:pPr>
      <w:r>
        <w:rPr>
          <w:rFonts w:ascii="Arial" w:hAnsi="Arial"/>
          <w:sz w:val="22"/>
        </w:rPr>
        <w:t>Not necessarily No.</w:t>
      </w:r>
    </w:p>
    <w:p>
      <w:pPr>
        <w:spacing w:after="0"/>
      </w:pPr>
    </w:p>
    <w:p>
      <w:pPr>
        <w:spacing w:after="0"/>
      </w:pPr>
      <w:r>
        <w:rPr>
          <w:rFonts w:ascii="Arial" w:hAnsi="Arial"/>
          <w:color w:val="5D7284"/>
          <w:sz w:val="22"/>
        </w:rPr>
        <w:t>19:42</w:t>
      </w:r>
    </w:p>
    <w:p>
      <w:pPr>
        <w:spacing w:after="0"/>
      </w:pPr>
      <w:r>
        <w:rPr>
          <w:rFonts w:ascii="Arial" w:hAnsi="Arial"/>
          <w:sz w:val="22"/>
        </w:rPr>
        <w:t xml:space="preserve">this is this is tough. So I was I've been thinking about it. I really enjoyed having Leo Allen Allenach back on and Melissa Simmons when we were doing our leapfrog episodes and just kind of geeking out a little bit with them about Game of Thrones and fantasy fiction because it's not an interest you share with me, Lucy </w:t>
      </w:r>
    </w:p>
    <w:p>
      <w:pPr>
        <w:spacing w:after="0"/>
      </w:pPr>
    </w:p>
    <w:p>
      <w:pPr>
        <w:spacing w:after="0"/>
      </w:pPr>
      <w:r>
        <w:rPr>
          <w:rFonts w:ascii="Arial" w:hAnsi="Arial"/>
          <w:b/>
          <w:sz w:val="22"/>
        </w:rPr>
        <w:t xml:space="preserve">Alice  </w:t>
      </w:r>
      <w:r>
        <w:rPr>
          <w:rFonts w:ascii="Arial" w:hAnsi="Arial"/>
          <w:color w:val="5D7284"/>
          <w:sz w:val="22"/>
        </w:rPr>
        <w:t>19:43</w:t>
      </w:r>
    </w:p>
    <w:p>
      <w:pPr>
        <w:spacing w:after="0"/>
      </w:pPr>
      <w:r>
        <w:rPr>
          <w:rFonts w:ascii="Arial" w:hAnsi="Arial"/>
          <w:sz w:val="22"/>
        </w:rPr>
        <w:t>So it's I</w:t>
      </w:r>
    </w:p>
    <w:p>
      <w:pPr>
        <w:spacing w:after="0"/>
      </w:pPr>
    </w:p>
    <w:p>
      <w:pPr>
        <w:spacing w:after="0"/>
      </w:pPr>
      <w:r>
        <w:rPr>
          <w:rFonts w:ascii="Arial" w:hAnsi="Arial"/>
          <w:b/>
          <w:sz w:val="22"/>
        </w:rPr>
        <w:t xml:space="preserve">Lucy  </w:t>
      </w:r>
      <w:r>
        <w:rPr>
          <w:rFonts w:ascii="Arial" w:hAnsi="Arial"/>
          <w:color w:val="5D7284"/>
          <w:sz w:val="22"/>
        </w:rPr>
        <w:t>19:48</w:t>
      </w:r>
    </w:p>
    <w:p>
      <w:pPr>
        <w:spacing w:after="0"/>
      </w:pPr>
      <w:r>
        <w:rPr>
          <w:rFonts w:ascii="Arial" w:hAnsi="Arial"/>
          <w:sz w:val="22"/>
        </w:rPr>
        <w:t>mean, I will listen to you while you tell me about it. Yeah, I wouldn't go. Okay. I'm that interested in it now.</w:t>
      </w:r>
    </w:p>
    <w:p>
      <w:pPr>
        <w:spacing w:after="0"/>
      </w:pPr>
    </w:p>
    <w:p>
      <w:pPr>
        <w:spacing w:after="0"/>
      </w:pPr>
      <w:r>
        <w:rPr>
          <w:rFonts w:ascii="Arial" w:hAnsi="Arial"/>
          <w:b/>
          <w:sz w:val="22"/>
        </w:rPr>
        <w:t xml:space="preserve">Alice  </w:t>
      </w:r>
      <w:r>
        <w:rPr>
          <w:rFonts w:ascii="Arial" w:hAnsi="Arial"/>
          <w:color w:val="5D7284"/>
          <w:sz w:val="22"/>
        </w:rPr>
        <w:t>20:11</w:t>
      </w:r>
    </w:p>
    <w:p>
      <w:pPr>
        <w:spacing w:after="0"/>
      </w:pPr>
      <w:r>
        <w:rPr>
          <w:rFonts w:ascii="Arial" w:hAnsi="Arial"/>
          <w:sz w:val="22"/>
        </w:rPr>
        <w:t>So that was really fun. Just being able to kind of, yeah, talk to like minded people about the thing. Those things that I think are really interesting. I really enjoyed that. I loved chatting to Damien Williams and the technology series. That was really he was just so interesting, and intelligent. And yeah, really,</w:t>
      </w:r>
    </w:p>
    <w:p>
      <w:pPr>
        <w:spacing w:after="0"/>
      </w:pPr>
    </w:p>
    <w:p>
      <w:pPr>
        <w:spacing w:after="0"/>
      </w:pPr>
      <w:r>
        <w:rPr>
          <w:rFonts w:ascii="Arial" w:hAnsi="Arial"/>
          <w:b/>
          <w:sz w:val="22"/>
        </w:rPr>
        <w:t xml:space="preserve">Lucy  </w:t>
      </w:r>
      <w:r>
        <w:rPr>
          <w:rFonts w:ascii="Arial" w:hAnsi="Arial"/>
          <w:color w:val="5D7284"/>
          <w:sz w:val="22"/>
        </w:rPr>
        <w:t>20:34</w:t>
      </w:r>
    </w:p>
    <w:p>
      <w:pPr>
        <w:spacing w:after="0"/>
      </w:pPr>
      <w:r>
        <w:rPr>
          <w:rFonts w:ascii="Arial" w:hAnsi="Arial"/>
          <w:sz w:val="22"/>
        </w:rPr>
        <w:t>he really enjoyed himself, actually. because I think by the end of it, he was wanting to come to the pub with us. he was like, Yeah, I was like, if you ever if you ever been in, in town, he's like, yes. We'll go to the pub. What was that? Oh, okay. All right. I think</w:t>
      </w:r>
    </w:p>
    <w:p>
      <w:pPr>
        <w:spacing w:after="0"/>
      </w:pPr>
    </w:p>
    <w:p>
      <w:pPr>
        <w:spacing w:after="0"/>
      </w:pPr>
      <w:r>
        <w:rPr>
          <w:rFonts w:ascii="Arial" w:hAnsi="Arial"/>
          <w:b/>
          <w:sz w:val="22"/>
        </w:rPr>
        <w:t xml:space="preserve">Alice  </w:t>
      </w:r>
      <w:r>
        <w:rPr>
          <w:rFonts w:ascii="Arial" w:hAnsi="Arial"/>
          <w:color w:val="5D7284"/>
          <w:sz w:val="22"/>
        </w:rPr>
        <w:t>20:46</w:t>
      </w:r>
    </w:p>
    <w:p>
      <w:pPr>
        <w:spacing w:after="0"/>
      </w:pPr>
      <w:r>
        <w:rPr>
          <w:rFonts w:ascii="Arial" w:hAnsi="Arial"/>
          <w:sz w:val="22"/>
        </w:rPr>
        <w:t>so that was fantastic. Talking to Arevya was really interesting. Talking about again, I got it. Let me sort of let that little bit of geek out a little bit. And I really enjoyed that. So that was really nice. Yeah, I think, you know, I've had there's been some really, it has been I sort of, it's hard to pick an episode. There's bits in different episodes that I'm like, Oh, that wasn't like talking to Georgia was fantastic. She was so interesting. Yeah. So got a really healthy kind of accepting outlook and having a back on for the bonus content was great. She was really interesting. Then. I can remember talking to Louise Hickman, that was really interesting hearing her talk about, you know, the experience of being a deaf person in academics and a story about how she got roped into beings the vice president or something of that local disability union because she didn't have hearing aids in or something</w:t>
      </w:r>
    </w:p>
    <w:p>
      <w:pPr>
        <w:spacing w:after="0"/>
      </w:pPr>
    </w:p>
    <w:p>
      <w:pPr>
        <w:spacing w:after="0"/>
      </w:pPr>
      <w:r>
        <w:rPr>
          <w:rFonts w:ascii="Arial" w:hAnsi="Arial"/>
          <w:b/>
          <w:sz w:val="22"/>
        </w:rPr>
        <w:t xml:space="preserve">Lucy  </w:t>
      </w:r>
      <w:r>
        <w:rPr>
          <w:rFonts w:ascii="Arial" w:hAnsi="Arial"/>
          <w:color w:val="5D7284"/>
          <w:sz w:val="22"/>
        </w:rPr>
        <w:t>21:45</w:t>
      </w:r>
    </w:p>
    <w:p>
      <w:pPr>
        <w:spacing w:after="0"/>
      </w:pPr>
      <w:r>
        <w:rPr>
          <w:rFonts w:ascii="Arial" w:hAnsi="Arial"/>
          <w:sz w:val="22"/>
        </w:rPr>
        <w:t xml:space="preserve">She didn't understand what was going on and her PA said you don't do you realize what's just happened? abd she waa kike no, what? </w:t>
      </w:r>
    </w:p>
    <w:p>
      <w:pPr>
        <w:spacing w:after="0"/>
      </w:pPr>
    </w:p>
    <w:p>
      <w:pPr>
        <w:spacing w:after="0"/>
      </w:pPr>
      <w:r>
        <w:rPr>
          <w:rFonts w:ascii="Arial" w:hAnsi="Arial"/>
          <w:b/>
          <w:sz w:val="22"/>
        </w:rPr>
        <w:t xml:space="preserve">Alice  </w:t>
      </w:r>
      <w:r>
        <w:rPr>
          <w:rFonts w:ascii="Arial" w:hAnsi="Arial"/>
          <w:color w:val="5D7284"/>
          <w:sz w:val="22"/>
        </w:rPr>
        <w:t>21:53</w:t>
      </w:r>
    </w:p>
    <w:p>
      <w:pPr>
        <w:spacing w:after="0"/>
      </w:pPr>
      <w:r>
        <w:rPr>
          <w:rFonts w:ascii="Arial" w:hAnsi="Arial"/>
          <w:sz w:val="22"/>
        </w:rPr>
        <w:t>it just sounds like one of those like,</w:t>
      </w:r>
    </w:p>
    <w:p>
      <w:pPr>
        <w:spacing w:after="0"/>
      </w:pPr>
    </w:p>
    <w:p>
      <w:pPr>
        <w:spacing w:after="0"/>
      </w:pPr>
      <w:r>
        <w:rPr>
          <w:rFonts w:ascii="Arial" w:hAnsi="Arial"/>
          <w:b/>
          <w:sz w:val="22"/>
        </w:rPr>
        <w:t xml:space="preserve">Lucy  </w:t>
      </w:r>
      <w:r>
        <w:rPr>
          <w:rFonts w:ascii="Arial" w:hAnsi="Arial"/>
          <w:color w:val="5D7284"/>
          <w:sz w:val="22"/>
        </w:rPr>
        <w:t>21:55</w:t>
      </w:r>
    </w:p>
    <w:p>
      <w:pPr>
        <w:spacing w:after="0"/>
      </w:pPr>
      <w:r>
        <w:rPr>
          <w:rFonts w:ascii="Arial" w:hAnsi="Arial"/>
          <w:sz w:val="22"/>
        </w:rPr>
        <w:t>disability dinner party still. Yeah,</w:t>
      </w:r>
    </w:p>
    <w:p>
      <w:pPr>
        <w:spacing w:after="0"/>
      </w:pPr>
    </w:p>
    <w:p>
      <w:pPr>
        <w:spacing w:after="0"/>
      </w:pPr>
      <w:r>
        <w:rPr>
          <w:rFonts w:ascii="Arial" w:hAnsi="Arial"/>
          <w:b/>
          <w:sz w:val="22"/>
        </w:rPr>
        <w:t xml:space="preserve">Alice  </w:t>
      </w:r>
      <w:r>
        <w:rPr>
          <w:rFonts w:ascii="Arial" w:hAnsi="Arial"/>
          <w:color w:val="5D7284"/>
          <w:sz w:val="22"/>
        </w:rPr>
        <w:t>21:57</w:t>
      </w:r>
    </w:p>
    <w:p>
      <w:pPr>
        <w:spacing w:after="0"/>
      </w:pPr>
      <w:r>
        <w:rPr>
          <w:rFonts w:ascii="Arial" w:hAnsi="Arial"/>
          <w:sz w:val="22"/>
        </w:rPr>
        <w:t>exactly. Yeah, that's that's a joke. you can tell disabled people that they'll be like, that's really fun. Yeah, exactly. Yeah. So those some of those have been really cool. Yeah.</w:t>
      </w:r>
    </w:p>
    <w:p>
      <w:pPr>
        <w:spacing w:after="0"/>
      </w:pPr>
    </w:p>
    <w:p>
      <w:pPr>
        <w:spacing w:after="0"/>
      </w:pPr>
      <w:r>
        <w:rPr>
          <w:rFonts w:ascii="Arial" w:hAnsi="Arial"/>
          <w:b/>
          <w:sz w:val="22"/>
        </w:rPr>
        <w:t xml:space="preserve">Lucy  </w:t>
      </w:r>
      <w:r>
        <w:rPr>
          <w:rFonts w:ascii="Arial" w:hAnsi="Arial"/>
          <w:color w:val="5D7284"/>
          <w:sz w:val="22"/>
        </w:rPr>
        <w:t>22:08</w:t>
      </w:r>
    </w:p>
    <w:p>
      <w:pPr>
        <w:spacing w:after="0"/>
      </w:pPr>
      <w:r>
        <w:rPr>
          <w:rFonts w:ascii="Arial" w:hAnsi="Arial"/>
          <w:sz w:val="22"/>
        </w:rPr>
        <w:t>But it hasn't gone by in a flash. it really is absolutely. Unbelievable. That we are three years in. Yeah. Wow. Who would have thought we'd still have enough to talk about?</w:t>
      </w:r>
    </w:p>
    <w:p>
      <w:pPr>
        <w:spacing w:after="0"/>
      </w:pPr>
    </w:p>
    <w:p>
      <w:pPr>
        <w:spacing w:after="0"/>
      </w:pPr>
      <w:r>
        <w:rPr>
          <w:rFonts w:ascii="Arial" w:hAnsi="Arial"/>
          <w:b/>
          <w:sz w:val="22"/>
        </w:rPr>
        <w:t xml:space="preserve">Alice  </w:t>
      </w:r>
      <w:r>
        <w:rPr>
          <w:rFonts w:ascii="Arial" w:hAnsi="Arial"/>
          <w:color w:val="5D7284"/>
          <w:sz w:val="22"/>
        </w:rPr>
        <w:t>22:25</w:t>
      </w:r>
    </w:p>
    <w:p>
      <w:pPr>
        <w:spacing w:after="0"/>
      </w:pPr>
      <w:r>
        <w:rPr>
          <w:rFonts w:ascii="Arial" w:hAnsi="Arial"/>
          <w:sz w:val="22"/>
        </w:rPr>
        <w:t>Yeah, you sort of felt like you kind of, you know, first sort of three or four episodes you like so I can't see I can't walk. We done any anything else. Yeah.</w:t>
      </w:r>
    </w:p>
    <w:p>
      <w:pPr>
        <w:spacing w:after="0"/>
      </w:pPr>
    </w:p>
    <w:p>
      <w:pPr>
        <w:spacing w:after="0"/>
      </w:pPr>
      <w:r>
        <w:rPr>
          <w:rFonts w:ascii="Arial" w:hAnsi="Arial"/>
          <w:b/>
          <w:sz w:val="22"/>
        </w:rPr>
        <w:t xml:space="preserve">Lucy  </w:t>
      </w:r>
      <w:r>
        <w:rPr>
          <w:rFonts w:ascii="Arial" w:hAnsi="Arial"/>
          <w:color w:val="5D7284"/>
          <w:sz w:val="22"/>
        </w:rPr>
        <w:t>22:35</w:t>
      </w:r>
    </w:p>
    <w:p>
      <w:pPr>
        <w:spacing w:after="0"/>
      </w:pPr>
      <w:r>
        <w:rPr>
          <w:rFonts w:ascii="Arial" w:hAnsi="Arial"/>
          <w:sz w:val="22"/>
        </w:rPr>
        <w:t>And we I do feel like we've covered a vast array of topics as well. But it doesn't really matter whether we've repeated topics is always a guest on who can offer another angle, or opinion that makes the episode different. So I know that Alice and I are we're very keen on disability representation in the media, because that's our thing, isn't it? Really. And so we tend to have a lot of people join us talking about disability representation, immediate, but every time somebody comes on the show, it's always a different angle. And I that's what I really like about it, it just goes to show that not every disabled person thinks the same way absolutely has the same thing to say, you know?</w:t>
      </w:r>
    </w:p>
    <w:p>
      <w:pPr>
        <w:spacing w:after="0"/>
      </w:pPr>
    </w:p>
    <w:p>
      <w:pPr>
        <w:spacing w:after="0"/>
      </w:pPr>
      <w:r>
        <w:rPr>
          <w:rFonts w:ascii="Arial" w:hAnsi="Arial"/>
          <w:b/>
          <w:sz w:val="22"/>
        </w:rPr>
        <w:t xml:space="preserve">Alice  </w:t>
      </w:r>
      <w:r>
        <w:rPr>
          <w:rFonts w:ascii="Arial" w:hAnsi="Arial"/>
          <w:color w:val="5D7284"/>
          <w:sz w:val="22"/>
        </w:rPr>
        <w:t>23:21</w:t>
      </w:r>
    </w:p>
    <w:p>
      <w:pPr>
        <w:spacing w:after="0"/>
      </w:pPr>
      <w:r>
        <w:rPr>
          <w:rFonts w:ascii="Arial" w:hAnsi="Arial"/>
          <w:sz w:val="22"/>
        </w:rPr>
        <w:t>No, it's It's well, and that's why I you know, I love it's always great when we get somebody kind of well known and kind of high profile, and like, that's always very cool. And it's always very exciting. And like, you know, I've definitely like we've both fangirled a little bit over different guests that we've had on that we've been made suited. Yeah, yeah, it may seem</w:t>
      </w:r>
    </w:p>
    <w:p>
      <w:pPr>
        <w:spacing w:after="0"/>
      </w:pPr>
    </w:p>
    <w:p>
      <w:pPr>
        <w:spacing w:after="0"/>
      </w:pPr>
      <w:r>
        <w:rPr>
          <w:rFonts w:ascii="Arial" w:hAnsi="Arial"/>
          <w:b/>
          <w:sz w:val="22"/>
        </w:rPr>
        <w:t xml:space="preserve">Lucy  </w:t>
      </w:r>
      <w:r>
        <w:rPr>
          <w:rFonts w:ascii="Arial" w:hAnsi="Arial"/>
          <w:color w:val="5D7284"/>
          <w:sz w:val="22"/>
        </w:rPr>
        <w:t>23:43</w:t>
      </w:r>
    </w:p>
    <w:p>
      <w:pPr>
        <w:spacing w:after="0"/>
      </w:pPr>
      <w:r>
        <w:rPr>
          <w:rFonts w:ascii="Arial" w:hAnsi="Arial"/>
          <w:sz w:val="22"/>
        </w:rPr>
        <w:t>I mean, may suit you just went hello. Off. She went. We did have to do watch weren't there at all, really.</w:t>
      </w:r>
    </w:p>
    <w:p>
      <w:pPr>
        <w:spacing w:after="0"/>
      </w:pPr>
    </w:p>
    <w:p>
      <w:pPr>
        <w:spacing w:after="0"/>
      </w:pPr>
      <w:r>
        <w:rPr>
          <w:rFonts w:ascii="Arial" w:hAnsi="Arial"/>
          <w:b/>
          <w:sz w:val="22"/>
        </w:rPr>
        <w:t xml:space="preserve">Alice  </w:t>
      </w:r>
      <w:r>
        <w:rPr>
          <w:rFonts w:ascii="Arial" w:hAnsi="Arial"/>
          <w:color w:val="5D7284"/>
          <w:sz w:val="22"/>
        </w:rPr>
        <w:t>23:49</w:t>
      </w:r>
    </w:p>
    <w:p>
      <w:pPr>
        <w:spacing w:after="0"/>
      </w:pPr>
      <w:r>
        <w:rPr>
          <w:rFonts w:ascii="Arial" w:hAnsi="Arial"/>
          <w:sz w:val="22"/>
        </w:rPr>
        <w:t>And I mean, it was a over a year ago, it was back in 2022. But even having Emily Davison on for me was pretty exciting. because I've been following her beauty blog for years. Yeah. you know, and so that is always really cool. But also just like having really normal people on to talk about their really normal lives. Again, Dan Metcalf has done some incredible things. But he's also just like a normal nice guy. It's really nice to just talk to different people and see that the thing that we all always, you know, and the reason we call the podcasts labeled is because there is still this idea out there that we are our disability and there's not anything else to us, you know, and I think that that's the thing that we prove time and time again, on every episode is that, you know, there is more to talk about than just the fact that like, I still can't see and you still can't walk. Yeah, there's so much more going on in the world. Yeah. And with us and the disabled community.</w:t>
      </w:r>
    </w:p>
    <w:p>
      <w:pPr>
        <w:spacing w:after="0"/>
      </w:pPr>
    </w:p>
    <w:p>
      <w:pPr>
        <w:spacing w:after="0"/>
      </w:pPr>
      <w:r>
        <w:rPr>
          <w:rFonts w:ascii="Arial" w:hAnsi="Arial"/>
          <w:b/>
          <w:sz w:val="22"/>
        </w:rPr>
        <w:t xml:space="preserve">Lucy  </w:t>
      </w:r>
      <w:r>
        <w:rPr>
          <w:rFonts w:ascii="Arial" w:hAnsi="Arial"/>
          <w:color w:val="5D7284"/>
          <w:sz w:val="22"/>
        </w:rPr>
        <w:t>24:50</w:t>
      </w:r>
    </w:p>
    <w:p>
      <w:pPr>
        <w:spacing w:after="0"/>
      </w:pPr>
      <w:r>
        <w:rPr>
          <w:rFonts w:ascii="Arial" w:hAnsi="Arial"/>
          <w:sz w:val="22"/>
        </w:rPr>
        <w:t>Yeah, totally. And, you know, in the fact that we've got a sense of humors and we find things hilarious, not necessarily me Eight or less, but we find, you know, we disabled people that come on our show. They tell stories and it's funny. It's not necessarily. They're funny because they're disabled is funny. That's funny because it's funny. Yeah, it's something that I'm really proud of that we get lots of different voices as well, you says you sort of see quite a few people go on podcasts and stuff, and they're not doing the rounds. It's like, oh, they're on this pocket. And then they were on the podcast three weeks ago, this other podcast three weeks ago. And it might be that they've all been released at the same time, but I think we have quite a few. Like, I wouldn't say unknown, but like, not very well known guests.</w:t>
      </w:r>
    </w:p>
    <w:p>
      <w:pPr>
        <w:spacing w:after="0"/>
      </w:pPr>
    </w:p>
    <w:p>
      <w:pPr>
        <w:spacing w:after="0"/>
      </w:pPr>
      <w:r>
        <w:rPr>
          <w:rFonts w:ascii="Arial" w:hAnsi="Arial"/>
          <w:b/>
          <w:sz w:val="22"/>
        </w:rPr>
        <w:t xml:space="preserve">Alice  </w:t>
      </w:r>
      <w:r>
        <w:rPr>
          <w:rFonts w:ascii="Arial" w:hAnsi="Arial"/>
          <w:color w:val="5D7284"/>
          <w:sz w:val="22"/>
        </w:rPr>
        <w:t>25:43</w:t>
      </w:r>
    </w:p>
    <w:p>
      <w:pPr>
        <w:spacing w:after="0"/>
      </w:pPr>
      <w:r>
        <w:rPr>
          <w:rFonts w:ascii="Arial" w:hAnsi="Arial"/>
          <w:sz w:val="22"/>
        </w:rPr>
        <w:t>It's average Joe's. It's just your normal. It's not, they're not a celebrity, they haven't got a book out there that just they're not trying</w:t>
      </w:r>
    </w:p>
    <w:p>
      <w:pPr>
        <w:spacing w:after="0"/>
      </w:pPr>
    </w:p>
    <w:p>
      <w:pPr>
        <w:spacing w:after="0"/>
      </w:pPr>
      <w:r>
        <w:rPr>
          <w:rFonts w:ascii="Arial" w:hAnsi="Arial"/>
          <w:b/>
          <w:sz w:val="22"/>
        </w:rPr>
        <w:t xml:space="preserve">Lucy  </w:t>
      </w:r>
      <w:r>
        <w:rPr>
          <w:rFonts w:ascii="Arial" w:hAnsi="Arial"/>
          <w:color w:val="5D7284"/>
          <w:sz w:val="22"/>
        </w:rPr>
        <w:t>25:51</w:t>
      </w:r>
    </w:p>
    <w:p>
      <w:pPr>
        <w:spacing w:after="0"/>
      </w:pPr>
      <w:r>
        <w:rPr>
          <w:rFonts w:ascii="Arial" w:hAnsi="Arial"/>
          <w:sz w:val="22"/>
        </w:rPr>
        <w:t>to sell you something. don't try to peddle something there. They just want to chat, which I think is really nice.</w:t>
      </w:r>
    </w:p>
    <w:p>
      <w:pPr>
        <w:spacing w:after="0"/>
      </w:pPr>
    </w:p>
    <w:p>
      <w:pPr>
        <w:spacing w:after="0"/>
      </w:pPr>
      <w:r>
        <w:rPr>
          <w:rFonts w:ascii="Arial" w:hAnsi="Arial"/>
          <w:b/>
          <w:sz w:val="22"/>
        </w:rPr>
        <w:t xml:space="preserve">Alice  </w:t>
      </w:r>
      <w:r>
        <w:rPr>
          <w:rFonts w:ascii="Arial" w:hAnsi="Arial"/>
          <w:color w:val="5D7284"/>
          <w:sz w:val="22"/>
        </w:rPr>
        <w:t>25:56</w:t>
      </w:r>
    </w:p>
    <w:p>
      <w:pPr>
        <w:spacing w:after="0"/>
      </w:pPr>
      <w:r>
        <w:rPr>
          <w:rFonts w:ascii="Arial" w:hAnsi="Arial"/>
          <w:sz w:val="22"/>
        </w:rPr>
        <w:t>And that's, I think that's one of the things that you know, it's great, gonna be great getting Emma to kind of help us with getting some more well known people on to talk about what it is that they're doing at the moment. But I think that some of our best episodes are those episodes with your average Joes or your academics, people who have got that real passionate knowledge about something in particular, those are licking me. Those are our best to put out she's</w:t>
      </w:r>
    </w:p>
    <w:p>
      <w:pPr>
        <w:spacing w:after="0"/>
      </w:pPr>
    </w:p>
    <w:p>
      <w:pPr>
        <w:spacing w:after="0"/>
      </w:pPr>
      <w:r>
        <w:rPr>
          <w:rFonts w:ascii="Arial" w:hAnsi="Arial"/>
          <w:b/>
          <w:sz w:val="22"/>
        </w:rPr>
        <w:t xml:space="preserve">Lucy  </w:t>
      </w:r>
      <w:r>
        <w:rPr>
          <w:rFonts w:ascii="Arial" w:hAnsi="Arial"/>
          <w:color w:val="5D7284"/>
          <w:sz w:val="22"/>
        </w:rPr>
        <w:t>26:26</w:t>
      </w:r>
    </w:p>
    <w:p>
      <w:pPr>
        <w:spacing w:after="0"/>
      </w:pPr>
      <w:r>
        <w:rPr>
          <w:rFonts w:ascii="Arial" w:hAnsi="Arial"/>
          <w:sz w:val="22"/>
        </w:rPr>
        <w:t>talking to the dog.</w:t>
      </w:r>
    </w:p>
    <w:p>
      <w:pPr>
        <w:spacing w:after="0"/>
      </w:pPr>
    </w:p>
    <w:p>
      <w:pPr>
        <w:spacing w:after="0"/>
      </w:pPr>
      <w:r>
        <w:rPr>
          <w:rFonts w:ascii="Arial" w:hAnsi="Arial"/>
          <w:b/>
          <w:sz w:val="22"/>
        </w:rPr>
        <w:t xml:space="preserve">Alice  </w:t>
      </w:r>
      <w:r>
        <w:rPr>
          <w:rFonts w:ascii="Arial" w:hAnsi="Arial"/>
          <w:color w:val="5D7284"/>
          <w:sz w:val="22"/>
        </w:rPr>
        <w:t>26:30</w:t>
      </w:r>
    </w:p>
    <w:p>
      <w:pPr>
        <w:spacing w:after="0"/>
      </w:pPr>
      <w:r>
        <w:rPr>
          <w:rFonts w:ascii="Arial" w:hAnsi="Arial"/>
          <w:sz w:val="22"/>
        </w:rPr>
        <w:t>Yeah, those are some of our best episodes like the episodes where we've just talked to people even like some of the favorite episodes. I love</w:t>
      </w:r>
    </w:p>
    <w:p>
      <w:pPr>
        <w:spacing w:after="0"/>
      </w:pPr>
    </w:p>
    <w:p>
      <w:pPr>
        <w:spacing w:after="0"/>
      </w:pPr>
      <w:r>
        <w:rPr>
          <w:rFonts w:ascii="Arial" w:hAnsi="Arial"/>
          <w:b/>
          <w:sz w:val="22"/>
        </w:rPr>
        <w:t xml:space="preserve">Lucy  </w:t>
      </w:r>
      <w:r>
        <w:rPr>
          <w:rFonts w:ascii="Arial" w:hAnsi="Arial"/>
          <w:color w:val="5D7284"/>
          <w:sz w:val="22"/>
        </w:rPr>
        <w:t>26:39</w:t>
      </w:r>
    </w:p>
    <w:p>
      <w:pPr>
        <w:spacing w:after="0"/>
      </w:pPr>
      <w:r>
        <w:rPr>
          <w:rFonts w:ascii="Arial" w:hAnsi="Arial"/>
          <w:sz w:val="22"/>
        </w:rPr>
        <w:t>the favorite episodes a love affair with episodes. I absolutely love the history episodes. if you're listening to this, you will by now hopefully listen to physical Well, I won't give away the ending. But it was so tenuous to the point where both me and David I think towards the end of the episode you can hear how disappointed are you joking? are you joking? But no I do I love I love I absolutely love history lessons. I mean the history lessons with Ray for the Technology Series was right up my street</w:t>
      </w:r>
    </w:p>
    <w:p>
      <w:pPr>
        <w:spacing w:after="0"/>
      </w:pPr>
    </w:p>
    <w:p>
      <w:pPr>
        <w:spacing w:after="0"/>
      </w:pPr>
      <w:r>
        <w:rPr>
          <w:rFonts w:ascii="Arial" w:hAnsi="Arial"/>
          <w:b/>
          <w:sz w:val="22"/>
        </w:rPr>
        <w:t xml:space="preserve">Alice  </w:t>
      </w:r>
      <w:r>
        <w:rPr>
          <w:rFonts w:ascii="Arial" w:hAnsi="Arial"/>
          <w:color w:val="5D7284"/>
          <w:sz w:val="22"/>
        </w:rPr>
        <w:t>27:20</w:t>
      </w:r>
    </w:p>
    <w:p>
      <w:pPr>
        <w:spacing w:after="0"/>
      </w:pPr>
      <w:r>
        <w:rPr>
          <w:rFonts w:ascii="Arial" w:hAnsi="Arial"/>
          <w:sz w:val="22"/>
        </w:rPr>
        <w:t>blew my mind.</w:t>
      </w:r>
    </w:p>
    <w:p>
      <w:pPr>
        <w:spacing w:after="0"/>
      </w:pPr>
    </w:p>
    <w:p>
      <w:pPr>
        <w:spacing w:after="0"/>
      </w:pPr>
      <w:r>
        <w:rPr>
          <w:rFonts w:ascii="Arial" w:hAnsi="Arial"/>
          <w:b/>
          <w:sz w:val="22"/>
        </w:rPr>
        <w:t xml:space="preserve">Lucy  </w:t>
      </w:r>
      <w:r>
        <w:rPr>
          <w:rFonts w:ascii="Arial" w:hAnsi="Arial"/>
          <w:color w:val="5D7284"/>
          <w:sz w:val="22"/>
        </w:rPr>
        <w:t>27:22</w:t>
      </w:r>
    </w:p>
    <w:p>
      <w:pPr>
        <w:spacing w:after="0"/>
      </w:pPr>
      <w:r>
        <w:rPr>
          <w:rFonts w:ascii="Arial" w:hAnsi="Arial"/>
          <w:sz w:val="22"/>
        </w:rPr>
        <w:t>Like that is amazing. And then the favorite episodes they're right on my street anyway because like talking about films and books and literature it just make when you come away when you've done a research on a favorite do you think I feel really brainy? So it just gives you a boost of confidence. But I want to cover some artwork for fable in the new year which will be really excited how I'm going to describe artwork. I don't know.</w:t>
      </w:r>
    </w:p>
    <w:p>
      <w:pPr>
        <w:spacing w:after="0"/>
      </w:pPr>
    </w:p>
    <w:p>
      <w:pPr>
        <w:spacing w:after="0"/>
      </w:pPr>
      <w:r>
        <w:rPr>
          <w:rFonts w:ascii="Arial" w:hAnsi="Arial"/>
          <w:b/>
          <w:sz w:val="22"/>
        </w:rPr>
        <w:t xml:space="preserve">Alice  </w:t>
      </w:r>
      <w:r>
        <w:rPr>
          <w:rFonts w:ascii="Arial" w:hAnsi="Arial"/>
          <w:color w:val="5D7284"/>
          <w:sz w:val="22"/>
        </w:rPr>
        <w:t>27:52</w:t>
      </w:r>
    </w:p>
    <w:p>
      <w:pPr>
        <w:spacing w:after="0"/>
      </w:pPr>
      <w:r>
        <w:rPr>
          <w:rFonts w:ascii="Arial" w:hAnsi="Arial"/>
          <w:sz w:val="22"/>
        </w:rPr>
        <w:t>go I'm I've got a another history lesson idea. nice depressing one again. Yeah, me. Yeah. That I've I've had I thought oh, this will be good to do so. got that in my back pocket. Oh, well,</w:t>
      </w:r>
    </w:p>
    <w:p>
      <w:pPr>
        <w:spacing w:after="0"/>
      </w:pPr>
    </w:p>
    <w:p>
      <w:pPr>
        <w:spacing w:after="0"/>
      </w:pPr>
      <w:r>
        <w:rPr>
          <w:rFonts w:ascii="Arial" w:hAnsi="Arial"/>
          <w:b/>
          <w:sz w:val="22"/>
        </w:rPr>
        <w:t xml:space="preserve">Lucy  </w:t>
      </w:r>
      <w:r>
        <w:rPr>
          <w:rFonts w:ascii="Arial" w:hAnsi="Arial"/>
          <w:color w:val="5D7284"/>
          <w:sz w:val="22"/>
        </w:rPr>
        <w:t>28:07</w:t>
      </w:r>
    </w:p>
    <w:p>
      <w:pPr>
        <w:spacing w:after="0"/>
      </w:pPr>
      <w:r>
        <w:rPr>
          <w:rFonts w:ascii="Arial" w:hAnsi="Arial"/>
          <w:sz w:val="22"/>
        </w:rPr>
        <w:t>I've done a fabled as well for the New Year, which still really depressed. Really quite bad. Yeah,</w:t>
      </w:r>
    </w:p>
    <w:p>
      <w:pPr>
        <w:spacing w:after="0"/>
      </w:pPr>
    </w:p>
    <w:p>
      <w:pPr>
        <w:spacing w:after="0"/>
      </w:pPr>
      <w:r>
        <w:rPr>
          <w:rFonts w:ascii="Arial" w:hAnsi="Arial"/>
          <w:b/>
          <w:sz w:val="22"/>
        </w:rPr>
        <w:t xml:space="preserve">Alice  </w:t>
      </w:r>
      <w:r>
        <w:rPr>
          <w:rFonts w:ascii="Arial" w:hAnsi="Arial"/>
          <w:color w:val="5D7284"/>
          <w:sz w:val="22"/>
        </w:rPr>
        <w:t>28:16</w:t>
      </w:r>
    </w:p>
    <w:p>
      <w:pPr>
        <w:spacing w:after="0"/>
      </w:pPr>
      <w:r>
        <w:rPr>
          <w:rFonts w:ascii="Arial" w:hAnsi="Arial"/>
          <w:sz w:val="22"/>
        </w:rPr>
        <w:t>you did. you did sort of step on my toes with the depressing content on</w:t>
      </w:r>
    </w:p>
    <w:p>
      <w:pPr>
        <w:spacing w:after="0"/>
      </w:pPr>
    </w:p>
    <w:p>
      <w:pPr>
        <w:spacing w:after="0"/>
      </w:pPr>
      <w:r>
        <w:rPr>
          <w:rFonts w:ascii="Arial" w:hAnsi="Arial"/>
          <w:b/>
          <w:sz w:val="22"/>
        </w:rPr>
        <w:t xml:space="preserve">Lucy  </w:t>
      </w:r>
      <w:r>
        <w:rPr>
          <w:rFonts w:ascii="Arial" w:hAnsi="Arial"/>
          <w:color w:val="5D7284"/>
          <w:sz w:val="22"/>
        </w:rPr>
        <w:t>28:20</w:t>
      </w:r>
    </w:p>
    <w:p>
      <w:pPr>
        <w:spacing w:after="0"/>
      </w:pPr>
      <w:r>
        <w:rPr>
          <w:rFonts w:ascii="Arial" w:hAnsi="Arial"/>
          <w:sz w:val="22"/>
        </w:rPr>
        <w:t>normally I'm the comic relief of the peicr , Alice miserable ones. And I do that. It's funny, The Little Mermaid she was disabled because she's a fish. Alice, Alice just likes to have like, hey,</w:t>
      </w:r>
    </w:p>
    <w:p>
      <w:pPr>
        <w:spacing w:after="0"/>
      </w:pPr>
    </w:p>
    <w:p>
      <w:pPr>
        <w:spacing w:after="0"/>
      </w:pPr>
      <w:r>
        <w:rPr>
          <w:rFonts w:ascii="Arial" w:hAnsi="Arial"/>
          <w:b/>
          <w:sz w:val="22"/>
        </w:rPr>
        <w:t xml:space="preserve">Alice  </w:t>
      </w:r>
      <w:r>
        <w:rPr>
          <w:rFonts w:ascii="Arial" w:hAnsi="Arial"/>
          <w:color w:val="5D7284"/>
          <w:sz w:val="22"/>
        </w:rPr>
        <w:t>28:24</w:t>
      </w:r>
    </w:p>
    <w:p>
      <w:pPr>
        <w:spacing w:after="0"/>
      </w:pPr>
      <w:r>
        <w:rPr>
          <w:rFonts w:ascii="Arial" w:hAnsi="Arial"/>
          <w:sz w:val="22"/>
        </w:rPr>
        <w:t>did you hear about this terrible person and how they died?</w:t>
      </w:r>
    </w:p>
    <w:p>
      <w:pPr>
        <w:spacing w:after="0"/>
      </w:pPr>
    </w:p>
    <w:p>
      <w:pPr>
        <w:spacing w:after="0"/>
      </w:pPr>
      <w:r>
        <w:rPr>
          <w:rFonts w:ascii="Arial" w:hAnsi="Arial"/>
          <w:b/>
          <w:sz w:val="22"/>
        </w:rPr>
        <w:t xml:space="preserve">Lucy  </w:t>
      </w:r>
      <w:r>
        <w:rPr>
          <w:rFonts w:ascii="Arial" w:hAnsi="Arial"/>
          <w:color w:val="5D7284"/>
          <w:sz w:val="22"/>
        </w:rPr>
        <w:t>28:36</w:t>
      </w:r>
    </w:p>
    <w:p>
      <w:pPr>
        <w:spacing w:after="0"/>
      </w:pPr>
      <w:r>
        <w:rPr>
          <w:rFonts w:ascii="Arial" w:hAnsi="Arial"/>
          <w:sz w:val="22"/>
        </w:rPr>
        <w:t>Obviously is like the golf that sits in the corner ruining everybody's party.</w:t>
      </w:r>
    </w:p>
    <w:p>
      <w:pPr>
        <w:spacing w:after="0"/>
      </w:pPr>
    </w:p>
    <w:p>
      <w:pPr>
        <w:spacing w:after="0"/>
      </w:pPr>
      <w:r>
        <w:rPr>
          <w:rFonts w:ascii="Arial" w:hAnsi="Arial"/>
          <w:b/>
          <w:sz w:val="22"/>
        </w:rPr>
        <w:t xml:space="preserve">Alice  </w:t>
      </w:r>
      <w:r>
        <w:rPr>
          <w:rFonts w:ascii="Arial" w:hAnsi="Arial"/>
          <w:color w:val="5D7284"/>
          <w:sz w:val="22"/>
        </w:rPr>
        <w:t>28:39</w:t>
      </w:r>
    </w:p>
    <w:p>
      <w:pPr>
        <w:spacing w:after="0"/>
      </w:pPr>
      <w:r>
        <w:rPr>
          <w:rFonts w:ascii="Arial" w:hAnsi="Arial"/>
          <w:sz w:val="22"/>
        </w:rPr>
        <w:t>I mean that that was me until I was about 27</w:t>
      </w:r>
    </w:p>
    <w:p>
      <w:pPr>
        <w:spacing w:after="0"/>
      </w:pPr>
    </w:p>
    <w:p>
      <w:pPr>
        <w:spacing w:after="0"/>
      </w:pPr>
      <w:r>
        <w:rPr>
          <w:rFonts w:ascii="Arial" w:hAnsi="Arial"/>
          <w:b/>
          <w:sz w:val="22"/>
        </w:rPr>
        <w:t xml:space="preserve">Lucy  </w:t>
      </w:r>
      <w:r>
        <w:rPr>
          <w:rFonts w:ascii="Arial" w:hAnsi="Arial"/>
          <w:color w:val="5D7284"/>
          <w:sz w:val="22"/>
        </w:rPr>
        <w:t>28:44</w:t>
      </w:r>
    </w:p>
    <w:p>
      <w:pPr>
        <w:spacing w:after="0"/>
      </w:pPr>
      <w:r>
        <w:rPr>
          <w:rFonts w:ascii="Arial" w:hAnsi="Arial"/>
          <w:sz w:val="22"/>
        </w:rPr>
        <w:t xml:space="preserve">And then she got into Taylor Swift </w:t>
      </w:r>
    </w:p>
    <w:p>
      <w:pPr>
        <w:spacing w:after="0"/>
      </w:pPr>
    </w:p>
    <w:p>
      <w:pPr>
        <w:spacing w:after="0"/>
      </w:pPr>
      <w:r>
        <w:rPr>
          <w:rFonts w:ascii="Arial" w:hAnsi="Arial"/>
          <w:b/>
          <w:sz w:val="22"/>
        </w:rPr>
        <w:t xml:space="preserve">Alice  </w:t>
      </w:r>
      <w:r>
        <w:rPr>
          <w:rFonts w:ascii="Arial" w:hAnsi="Arial"/>
          <w:color w:val="5D7284"/>
          <w:sz w:val="22"/>
        </w:rPr>
        <w:t>28:49</w:t>
      </w:r>
    </w:p>
    <w:p>
      <w:pPr>
        <w:spacing w:after="0"/>
      </w:pPr>
      <w:r>
        <w:rPr>
          <w:rFonts w:ascii="Arial" w:hAnsi="Arial"/>
          <w:sz w:val="22"/>
        </w:rPr>
        <w:t>I was into Taylor Swift when I was at uni, I have very distinct memories of turning my computer speaker volume up as loud as it would go. So I could still hear it while I was in the shower. Just so that I can listen to Taylor Swift.</w:t>
      </w:r>
    </w:p>
    <w:p>
      <w:pPr>
        <w:spacing w:after="0"/>
      </w:pPr>
    </w:p>
    <w:p>
      <w:pPr>
        <w:spacing w:after="0"/>
      </w:pPr>
      <w:r>
        <w:rPr>
          <w:rFonts w:ascii="Arial" w:hAnsi="Arial"/>
          <w:b/>
          <w:sz w:val="22"/>
        </w:rPr>
        <w:t xml:space="preserve">Lucy  </w:t>
      </w:r>
      <w:r>
        <w:rPr>
          <w:rFonts w:ascii="Arial" w:hAnsi="Arial"/>
          <w:color w:val="5D7284"/>
          <w:sz w:val="22"/>
        </w:rPr>
        <w:t>29:02</w:t>
      </w:r>
    </w:p>
    <w:p>
      <w:pPr>
        <w:spacing w:after="0"/>
      </w:pPr>
      <w:r>
        <w:rPr>
          <w:rFonts w:ascii="Arial" w:hAnsi="Arial"/>
          <w:sz w:val="22"/>
        </w:rPr>
        <w:t>nice. nice. Yes. But anyway, going back to fabled history lessons. Yeah, there was one. There's one that we saved. it was that miserable. We thought we'll save this to the new year when everybody's been a little bit.  low. Yeah, yeah, I apologize. But yeah, it didn't matter what version of the story I was taking from as reference. They were all equally as bad. I</w:t>
      </w:r>
    </w:p>
    <w:p>
      <w:pPr>
        <w:spacing w:after="0"/>
      </w:pPr>
    </w:p>
    <w:p>
      <w:pPr>
        <w:spacing w:after="0"/>
      </w:pPr>
      <w:r>
        <w:rPr>
          <w:rFonts w:ascii="Arial" w:hAnsi="Arial"/>
          <w:b/>
          <w:sz w:val="22"/>
        </w:rPr>
        <w:t xml:space="preserve">Alice  </w:t>
      </w:r>
      <w:r>
        <w:rPr>
          <w:rFonts w:ascii="Arial" w:hAnsi="Arial"/>
          <w:color w:val="5D7284"/>
          <w:sz w:val="22"/>
        </w:rPr>
        <w:t>29:28</w:t>
      </w:r>
    </w:p>
    <w:p>
      <w:pPr>
        <w:spacing w:after="0"/>
      </w:pPr>
      <w:r>
        <w:rPr>
          <w:rFonts w:ascii="Arial" w:hAnsi="Arial"/>
          <w:sz w:val="22"/>
        </w:rPr>
        <w:t>Yeah, yeah,</w:t>
      </w:r>
    </w:p>
    <w:p>
      <w:pPr>
        <w:spacing w:after="0"/>
      </w:pPr>
    </w:p>
    <w:p>
      <w:pPr>
        <w:spacing w:after="0"/>
      </w:pPr>
      <w:r>
        <w:rPr>
          <w:rFonts w:ascii="Arial" w:hAnsi="Arial"/>
          <w:b/>
          <w:sz w:val="22"/>
        </w:rPr>
        <w:t xml:space="preserve">Alice  </w:t>
      </w:r>
      <w:r>
        <w:rPr>
          <w:rFonts w:ascii="Arial" w:hAnsi="Arial"/>
          <w:color w:val="5D7284"/>
          <w:sz w:val="22"/>
        </w:rPr>
        <w:t>29:28</w:t>
      </w:r>
    </w:p>
    <w:p>
      <w:pPr>
        <w:spacing w:after="0"/>
      </w:pPr>
      <w:r>
        <w:rPr>
          <w:rFonts w:ascii="Arial" w:hAnsi="Arial"/>
          <w:sz w:val="22"/>
        </w:rPr>
        <w:t xml:space="preserve">did. I didn't tell you that's the local panto on this year. I know, is that I know. My friend Mike. Apparently it was really bad as well. My friend went I was like, I wish I'd known I'd have dragged Lucy </w:t>
      </w:r>
    </w:p>
    <w:p>
      <w:pPr>
        <w:spacing w:after="0"/>
      </w:pPr>
    </w:p>
    <w:p>
      <w:pPr>
        <w:spacing w:after="0"/>
      </w:pPr>
      <w:r>
        <w:rPr>
          <w:rFonts w:ascii="Arial" w:hAnsi="Arial"/>
          <w:b/>
          <w:sz w:val="22"/>
        </w:rPr>
        <w:t xml:space="preserve">Lucy  </w:t>
      </w:r>
      <w:r>
        <w:rPr>
          <w:rFonts w:ascii="Arial" w:hAnsi="Arial"/>
          <w:color w:val="5D7284"/>
          <w:sz w:val="22"/>
        </w:rPr>
        <w:t>29:42</w:t>
      </w:r>
    </w:p>
    <w:p>
      <w:pPr>
        <w:spacing w:after="0"/>
      </w:pPr>
      <w:r>
        <w:rPr>
          <w:rFonts w:ascii="Arial" w:hAnsi="Arial"/>
          <w:sz w:val="22"/>
        </w:rPr>
        <w:t>You are coming to the Panto, Merry Christmas.</w:t>
      </w:r>
    </w:p>
    <w:p>
      <w:pPr>
        <w:spacing w:after="0"/>
      </w:pPr>
    </w:p>
    <w:p>
      <w:pPr>
        <w:spacing w:after="0"/>
      </w:pPr>
      <w:r>
        <w:rPr>
          <w:rFonts w:ascii="Arial" w:hAnsi="Arial"/>
          <w:b/>
          <w:sz w:val="22"/>
        </w:rPr>
        <w:t xml:space="preserve">Alice  </w:t>
      </w:r>
      <w:r>
        <w:rPr>
          <w:rFonts w:ascii="Arial" w:hAnsi="Arial"/>
          <w:color w:val="5D7284"/>
          <w:sz w:val="22"/>
        </w:rPr>
        <w:t>29:44</w:t>
      </w:r>
    </w:p>
    <w:p>
      <w:pPr>
        <w:spacing w:after="0"/>
      </w:pPr>
      <w:r>
        <w:rPr>
          <w:rFonts w:ascii="Arial" w:hAnsi="Arial"/>
          <w:sz w:val="22"/>
        </w:rPr>
        <w:t>We could have thrown eggs at that.</w:t>
      </w:r>
    </w:p>
    <w:p>
      <w:pPr>
        <w:spacing w:after="0"/>
      </w:pPr>
    </w:p>
    <w:p>
      <w:pPr>
        <w:spacing w:after="0"/>
      </w:pPr>
      <w:r>
        <w:rPr>
          <w:rFonts w:ascii="Arial" w:hAnsi="Arial"/>
          <w:b/>
          <w:sz w:val="22"/>
        </w:rPr>
        <w:t xml:space="preserve">Lucy  </w:t>
      </w:r>
      <w:r>
        <w:rPr>
          <w:rFonts w:ascii="Arial" w:hAnsi="Arial"/>
          <w:color w:val="5D7284"/>
          <w:sz w:val="22"/>
        </w:rPr>
        <w:t>29:46</w:t>
      </w:r>
    </w:p>
    <w:p>
      <w:pPr>
        <w:spacing w:after="0"/>
      </w:pPr>
      <w:r>
        <w:rPr>
          <w:rFonts w:ascii="Arial" w:hAnsi="Arial"/>
          <w:sz w:val="22"/>
        </w:rPr>
        <w:t>Yeah, booed. Blimey, that is that is not politically correct. At all. is it really</w:t>
      </w:r>
    </w:p>
    <w:p>
      <w:pPr>
        <w:spacing w:after="0"/>
      </w:pPr>
    </w:p>
    <w:p>
      <w:pPr>
        <w:spacing w:after="0"/>
      </w:pPr>
      <w:r>
        <w:rPr>
          <w:rFonts w:ascii="Arial" w:hAnsi="Arial"/>
          <w:b/>
          <w:sz w:val="22"/>
        </w:rPr>
        <w:t xml:space="preserve">Alice  </w:t>
      </w:r>
      <w:r>
        <w:rPr>
          <w:rFonts w:ascii="Arial" w:hAnsi="Arial"/>
          <w:color w:val="5D7284"/>
          <w:sz w:val="22"/>
        </w:rPr>
        <w:t>29:52</w:t>
      </w:r>
    </w:p>
    <w:p>
      <w:pPr>
        <w:spacing w:after="0"/>
      </w:pPr>
      <w:r>
        <w:rPr>
          <w:rFonts w:ascii="Arial" w:hAnsi="Arial"/>
          <w:sz w:val="22"/>
        </w:rPr>
        <w:t>just panto though innit? they still like Dames and stuff and you sort of look at that and you think it's just not incredibly offensive. Do you know the entire trans community?</w:t>
      </w:r>
    </w:p>
    <w:p>
      <w:pPr>
        <w:spacing w:after="0"/>
      </w:pPr>
    </w:p>
    <w:p>
      <w:pPr>
        <w:spacing w:after="0"/>
      </w:pPr>
      <w:r>
        <w:rPr>
          <w:rFonts w:ascii="Arial" w:hAnsi="Arial"/>
          <w:b/>
          <w:sz w:val="22"/>
        </w:rPr>
        <w:t xml:space="preserve">Lucy  </w:t>
      </w:r>
      <w:r>
        <w:rPr>
          <w:rFonts w:ascii="Arial" w:hAnsi="Arial"/>
          <w:color w:val="5D7284"/>
          <w:sz w:val="22"/>
        </w:rPr>
        <w:t>30:04</w:t>
      </w:r>
    </w:p>
    <w:p>
      <w:pPr>
        <w:spacing w:after="0"/>
      </w:pPr>
      <w:r>
        <w:rPr>
          <w:rFonts w:ascii="Arial" w:hAnsi="Arial"/>
          <w:sz w:val="22"/>
        </w:rPr>
        <w:t>maybe that's what we should do. Next year for Christmas episode, disability and panto</w:t>
      </w:r>
    </w:p>
    <w:p>
      <w:pPr>
        <w:spacing w:after="0"/>
      </w:pPr>
    </w:p>
    <w:p>
      <w:pPr>
        <w:spacing w:after="0"/>
      </w:pPr>
      <w:r>
        <w:rPr>
          <w:rFonts w:ascii="Arial" w:hAnsi="Arial"/>
          <w:b/>
          <w:sz w:val="22"/>
        </w:rPr>
        <w:t xml:space="preserve">Alice  </w:t>
      </w:r>
      <w:r>
        <w:rPr>
          <w:rFonts w:ascii="Arial" w:hAnsi="Arial"/>
          <w:color w:val="5D7284"/>
          <w:sz w:val="22"/>
        </w:rPr>
        <w:t>30:10</w:t>
      </w:r>
    </w:p>
    <w:p>
      <w:pPr>
        <w:spacing w:after="0"/>
      </w:pPr>
      <w:r>
        <w:rPr>
          <w:rFonts w:ascii="Arial" w:hAnsi="Arial"/>
          <w:sz w:val="22"/>
        </w:rPr>
        <w:t>Oh, yeah, we should absolutely go watch some panto next year.</w:t>
      </w:r>
    </w:p>
    <w:p>
      <w:pPr>
        <w:spacing w:after="0"/>
      </w:pPr>
    </w:p>
    <w:p>
      <w:pPr>
        <w:spacing w:after="0"/>
      </w:pPr>
      <w:r>
        <w:rPr>
          <w:rFonts w:ascii="Arial" w:hAnsi="Arial"/>
          <w:b/>
          <w:sz w:val="22"/>
        </w:rPr>
        <w:t xml:space="preserve">Lucy  </w:t>
      </w:r>
      <w:r>
        <w:rPr>
          <w:rFonts w:ascii="Arial" w:hAnsi="Arial"/>
          <w:color w:val="5D7284"/>
          <w:sz w:val="22"/>
        </w:rPr>
        <w:t>30:13</w:t>
      </w:r>
    </w:p>
    <w:p>
      <w:pPr>
        <w:spacing w:after="0"/>
      </w:pPr>
      <w:r>
        <w:rPr>
          <w:rFonts w:ascii="Arial" w:hAnsi="Arial"/>
          <w:sz w:val="22"/>
        </w:rPr>
        <w:t>Okay. We'll do that. penciling. Adam is nodding in the corner. Yes. I think I think that'd be good. To do that.</w:t>
      </w:r>
    </w:p>
    <w:p>
      <w:pPr>
        <w:spacing w:after="0"/>
      </w:pPr>
    </w:p>
    <w:p>
      <w:pPr>
        <w:spacing w:after="0"/>
      </w:pPr>
      <w:r>
        <w:rPr>
          <w:rFonts w:ascii="Arial" w:hAnsi="Arial"/>
          <w:b/>
          <w:sz w:val="22"/>
        </w:rPr>
        <w:t xml:space="preserve">Alice  </w:t>
      </w:r>
      <w:r>
        <w:rPr>
          <w:rFonts w:ascii="Arial" w:hAnsi="Arial"/>
          <w:color w:val="5D7284"/>
          <w:sz w:val="22"/>
        </w:rPr>
        <w:t>30:25</w:t>
      </w:r>
    </w:p>
    <w:p>
      <w:pPr>
        <w:spacing w:after="0"/>
      </w:pPr>
      <w:r>
        <w:rPr>
          <w:rFonts w:ascii="Arial" w:hAnsi="Arial"/>
          <w:sz w:val="22"/>
        </w:rPr>
        <w:t>you can look at us making plans for next Christmas.</w:t>
      </w:r>
    </w:p>
    <w:p>
      <w:pPr>
        <w:spacing w:after="0"/>
      </w:pPr>
    </w:p>
    <w:p>
      <w:pPr>
        <w:spacing w:after="0"/>
      </w:pPr>
      <w:r>
        <w:rPr>
          <w:rFonts w:ascii="Arial" w:hAnsi="Arial"/>
          <w:b/>
          <w:sz w:val="22"/>
        </w:rPr>
        <w:t xml:space="preserve">Lucy  </w:t>
      </w:r>
      <w:r>
        <w:rPr>
          <w:rFonts w:ascii="Arial" w:hAnsi="Arial"/>
          <w:color w:val="5D7284"/>
          <w:sz w:val="22"/>
        </w:rPr>
        <w:t>30:28</w:t>
      </w:r>
    </w:p>
    <w:p>
      <w:pPr>
        <w:spacing w:after="0"/>
      </w:pPr>
      <w:r>
        <w:rPr>
          <w:rFonts w:ascii="Arial" w:hAnsi="Arial"/>
          <w:sz w:val="22"/>
        </w:rPr>
        <w:t>We're still here. Who's gonna stop us?</w:t>
      </w:r>
    </w:p>
    <w:p>
      <w:pPr>
        <w:spacing w:after="0"/>
      </w:pPr>
    </w:p>
    <w:p>
      <w:pPr>
        <w:spacing w:after="0"/>
      </w:pPr>
      <w:r>
        <w:rPr>
          <w:rFonts w:ascii="Arial" w:hAnsi="Arial"/>
          <w:color w:val="5D7284"/>
          <w:sz w:val="22"/>
        </w:rPr>
        <w:t>30:30</w:t>
      </w:r>
    </w:p>
    <w:p>
      <w:pPr>
        <w:spacing w:after="0"/>
      </w:pPr>
      <w:r>
        <w:rPr>
          <w:rFonts w:ascii="Arial" w:hAnsi="Arial"/>
          <w:sz w:val="22"/>
        </w:rPr>
        <w:t xml:space="preserve">I The only thing that I can imagine stopping us is that like a steam train out of control, we will run off the tracks and collide with a small town but otherwise </w:t>
      </w:r>
    </w:p>
    <w:p>
      <w:pPr>
        <w:spacing w:after="0"/>
      </w:pPr>
    </w:p>
    <w:p>
      <w:pPr>
        <w:spacing w:after="0"/>
      </w:pPr>
      <w:r>
        <w:rPr>
          <w:rFonts w:ascii="Arial" w:hAnsi="Arial"/>
          <w:b/>
          <w:sz w:val="22"/>
        </w:rPr>
        <w:t xml:space="preserve">Lucy  </w:t>
      </w:r>
      <w:r>
        <w:rPr>
          <w:rFonts w:ascii="Arial" w:hAnsi="Arial"/>
          <w:color w:val="5D7284"/>
          <w:sz w:val="22"/>
        </w:rPr>
        <w:t>30:43</w:t>
      </w:r>
    </w:p>
    <w:p>
      <w:pPr>
        <w:spacing w:after="0"/>
      </w:pPr>
      <w:r>
        <w:rPr>
          <w:rFonts w:ascii="Arial" w:hAnsi="Arial"/>
          <w:sz w:val="22"/>
        </w:rPr>
        <w:t>One of those say something extremely offensive get cancelled,</w:t>
      </w:r>
    </w:p>
    <w:p>
      <w:pPr>
        <w:spacing w:after="0"/>
      </w:pPr>
    </w:p>
    <w:p>
      <w:pPr>
        <w:spacing w:after="0"/>
      </w:pPr>
      <w:r>
        <w:rPr>
          <w:rFonts w:ascii="Arial" w:hAnsi="Arial"/>
          <w:b/>
          <w:sz w:val="22"/>
        </w:rPr>
        <w:t xml:space="preserve">Alice  </w:t>
      </w:r>
      <w:r>
        <w:rPr>
          <w:rFonts w:ascii="Arial" w:hAnsi="Arial"/>
          <w:color w:val="5D7284"/>
          <w:sz w:val="22"/>
        </w:rPr>
        <w:t>30:46</w:t>
      </w:r>
    </w:p>
    <w:p>
      <w:pPr>
        <w:spacing w:after="0"/>
      </w:pPr>
      <w:r>
        <w:rPr>
          <w:rFonts w:ascii="Arial" w:hAnsi="Arial"/>
          <w:sz w:val="22"/>
        </w:rPr>
        <w:t xml:space="preserve">it will be me, its fine </w:t>
      </w:r>
    </w:p>
    <w:p>
      <w:pPr>
        <w:spacing w:after="0"/>
      </w:pPr>
    </w:p>
    <w:p>
      <w:pPr>
        <w:spacing w:after="0"/>
      </w:pPr>
      <w:r>
        <w:rPr>
          <w:rFonts w:ascii="Arial" w:hAnsi="Arial"/>
          <w:b/>
          <w:sz w:val="22"/>
        </w:rPr>
        <w:t xml:space="preserve">Lucy  </w:t>
      </w:r>
      <w:r>
        <w:rPr>
          <w:rFonts w:ascii="Arial" w:hAnsi="Arial"/>
          <w:color w:val="5D7284"/>
          <w:sz w:val="22"/>
        </w:rPr>
        <w:t>30:48</w:t>
      </w:r>
    </w:p>
    <w:p>
      <w:pPr>
        <w:spacing w:after="0"/>
      </w:pPr>
      <w:r>
        <w:rPr>
          <w:rFonts w:ascii="Arial" w:hAnsi="Arial"/>
          <w:sz w:val="22"/>
        </w:rPr>
        <w:t>Yeah, but there we go we can so yeah, I think I think panto disability. Okay, let us know if that's, in fact, let us know which panto we should cover.</w:t>
      </w:r>
    </w:p>
    <w:p>
      <w:pPr>
        <w:spacing w:after="0"/>
      </w:pPr>
    </w:p>
    <w:p>
      <w:pPr>
        <w:spacing w:after="0"/>
      </w:pPr>
      <w:r>
        <w:rPr>
          <w:rFonts w:ascii="Arial" w:hAnsi="Arial"/>
          <w:b/>
          <w:sz w:val="22"/>
        </w:rPr>
        <w:t xml:space="preserve">Alice  </w:t>
      </w:r>
      <w:r>
        <w:rPr>
          <w:rFonts w:ascii="Arial" w:hAnsi="Arial"/>
          <w:color w:val="5D7284"/>
          <w:sz w:val="22"/>
        </w:rPr>
        <w:t>30:57</w:t>
      </w:r>
    </w:p>
    <w:p>
      <w:pPr>
        <w:spacing w:after="0"/>
      </w:pPr>
      <w:r>
        <w:rPr>
          <w:rFonts w:ascii="Arial" w:hAnsi="Arial"/>
          <w:sz w:val="22"/>
        </w:rPr>
        <w:t>Yeah, because I mean, you sort of think I don't know Peter Pan person boots, maybe? maybe he's disabled because he's a cat.</w:t>
      </w:r>
    </w:p>
    <w:p>
      <w:pPr>
        <w:spacing w:after="0"/>
      </w:pPr>
    </w:p>
    <w:p>
      <w:pPr>
        <w:spacing w:after="0"/>
      </w:pPr>
      <w:r>
        <w:rPr>
          <w:rFonts w:ascii="Arial" w:hAnsi="Arial"/>
          <w:b/>
          <w:sz w:val="22"/>
        </w:rPr>
        <w:t xml:space="preserve">Lucy  </w:t>
      </w:r>
      <w:r>
        <w:rPr>
          <w:rFonts w:ascii="Arial" w:hAnsi="Arial"/>
          <w:color w:val="5D7284"/>
          <w:sz w:val="22"/>
        </w:rPr>
        <w:t>31:06</w:t>
      </w:r>
    </w:p>
    <w:p>
      <w:pPr>
        <w:spacing w:after="0"/>
      </w:pPr>
      <w:r>
        <w:rPr>
          <w:rFonts w:ascii="Arial" w:hAnsi="Arial"/>
          <w:sz w:val="22"/>
        </w:rPr>
        <w:t>what hes disabled because he can't get his cat feet and his boots?</w:t>
      </w:r>
    </w:p>
    <w:p>
      <w:pPr>
        <w:spacing w:after="0"/>
      </w:pPr>
    </w:p>
    <w:p>
      <w:pPr>
        <w:spacing w:after="0"/>
      </w:pPr>
      <w:r>
        <w:rPr>
          <w:rFonts w:ascii="Arial" w:hAnsi="Arial"/>
          <w:color w:val="5D7284"/>
          <w:sz w:val="22"/>
        </w:rPr>
        <w:t>31:09</w:t>
      </w:r>
    </w:p>
    <w:p>
      <w:pPr>
        <w:spacing w:after="0"/>
      </w:pPr>
      <w:r>
        <w:rPr>
          <w:rFonts w:ascii="Arial" w:hAnsi="Arial"/>
          <w:sz w:val="22"/>
        </w:rPr>
        <w:t>is not a story. I'm familiar with</w:t>
      </w:r>
    </w:p>
    <w:p>
      <w:pPr>
        <w:spacing w:after="0"/>
      </w:pPr>
    </w:p>
    <w:p>
      <w:pPr>
        <w:spacing w:after="0"/>
      </w:pPr>
      <w:r>
        <w:rPr>
          <w:rFonts w:ascii="Arial" w:hAnsi="Arial"/>
          <w:b/>
          <w:sz w:val="22"/>
        </w:rPr>
        <w:t xml:space="preserve">Lucy  </w:t>
      </w:r>
      <w:r>
        <w:rPr>
          <w:rFonts w:ascii="Arial" w:hAnsi="Arial"/>
          <w:color w:val="5D7284"/>
          <w:sz w:val="22"/>
        </w:rPr>
        <w:t>31:11</w:t>
      </w:r>
    </w:p>
    <w:p>
      <w:pPr>
        <w:spacing w:after="0"/>
      </w:pPr>
      <w:r>
        <w:rPr>
          <w:rFonts w:ascii="Arial" w:hAnsi="Arial"/>
          <w:sz w:val="22"/>
        </w:rPr>
        <w:t>are they orthopedic? Shoes?</w:t>
      </w:r>
    </w:p>
    <w:p>
      <w:pPr>
        <w:spacing w:after="0"/>
      </w:pPr>
    </w:p>
    <w:p>
      <w:pPr>
        <w:spacing w:after="0"/>
      </w:pPr>
      <w:r>
        <w:rPr>
          <w:rFonts w:ascii="Arial" w:hAnsi="Arial"/>
          <w:b/>
          <w:sz w:val="22"/>
        </w:rPr>
        <w:t xml:space="preserve">Alice  </w:t>
      </w:r>
      <w:r>
        <w:rPr>
          <w:rFonts w:ascii="Arial" w:hAnsi="Arial"/>
          <w:color w:val="5D7284"/>
          <w:sz w:val="22"/>
        </w:rPr>
        <w:t>31:16</w:t>
      </w:r>
    </w:p>
    <w:p>
      <w:pPr>
        <w:spacing w:after="0"/>
      </w:pPr>
      <w:r>
        <w:rPr>
          <w:rFonts w:ascii="Arial" w:hAnsi="Arial"/>
          <w:sz w:val="22"/>
        </w:rPr>
        <w:t xml:space="preserve">So yeah, it's the start of a new year, we're already planning for the end of it. if there are any fabled or history lessons that you think we should cover? Like, absolutely, let us know. because we think we're quite keen for. Not that we haven't got ideas, we have an idea it was coming out of ears </w:t>
      </w:r>
    </w:p>
    <w:p>
      <w:pPr>
        <w:spacing w:after="0"/>
      </w:pPr>
    </w:p>
    <w:p>
      <w:pPr>
        <w:spacing w:after="0"/>
      </w:pPr>
      <w:r>
        <w:rPr>
          <w:rFonts w:ascii="Arial" w:hAnsi="Arial"/>
          <w:b/>
          <w:sz w:val="22"/>
        </w:rPr>
        <w:t xml:space="preserve">Lucy  </w:t>
      </w:r>
      <w:r>
        <w:rPr>
          <w:rFonts w:ascii="Arial" w:hAnsi="Arial"/>
          <w:color w:val="5D7284"/>
          <w:sz w:val="22"/>
        </w:rPr>
        <w:t>31:31</w:t>
      </w:r>
    </w:p>
    <w:p>
      <w:pPr>
        <w:spacing w:after="0"/>
      </w:pPr>
      <w:r>
        <w:rPr>
          <w:rFonts w:ascii="Arial" w:hAnsi="Arial"/>
          <w:sz w:val="22"/>
        </w:rPr>
        <w:t>nice if we have some feedback from the audience so that we can go as your we weren't gonna do that one. people want us to do this one. So we'll do that instead.</w:t>
      </w:r>
    </w:p>
    <w:p>
      <w:pPr>
        <w:spacing w:after="0"/>
      </w:pPr>
    </w:p>
    <w:p>
      <w:pPr>
        <w:spacing w:after="0"/>
      </w:pPr>
      <w:r>
        <w:rPr>
          <w:rFonts w:ascii="Arial" w:hAnsi="Arial"/>
          <w:b/>
          <w:sz w:val="22"/>
        </w:rPr>
        <w:t xml:space="preserve">Alice  </w:t>
      </w:r>
      <w:r>
        <w:rPr>
          <w:rFonts w:ascii="Arial" w:hAnsi="Arial"/>
          <w:color w:val="5D7284"/>
          <w:sz w:val="22"/>
        </w:rPr>
        <w:t>31:40</w:t>
      </w:r>
    </w:p>
    <w:p>
      <w:pPr>
        <w:spacing w:after="0"/>
      </w:pPr>
      <w:r>
        <w:rPr>
          <w:rFonts w:ascii="Arial" w:hAnsi="Arial"/>
          <w:sz w:val="22"/>
        </w:rPr>
        <w:t>if it turns out that you really hate all of my really depressing history, lessons and fables? Well, I think well, then, yeah, let us know. And if you like the show, generally, you can also let us know you can leave a review on Apple podcasts, as I always say, is one of the best ways to help us grow as a show because the magic of Apple algorithm algorithms, you know, positive reviews get sent out into the world. And we get recommended to other people with similar listening habits. So please, please go and tell everybody, either on Apple podcasts, or you can share us on social media and talk about how nice</w:t>
      </w:r>
    </w:p>
    <w:p>
      <w:pPr>
        <w:spacing w:after="0"/>
      </w:pPr>
    </w:p>
    <w:p>
      <w:pPr>
        <w:spacing w:after="0"/>
      </w:pPr>
      <w:r>
        <w:rPr>
          <w:rFonts w:ascii="Arial" w:hAnsi="Arial"/>
          <w:b/>
          <w:sz w:val="22"/>
        </w:rPr>
        <w:t xml:space="preserve">Lucy  </w:t>
      </w:r>
      <w:r>
        <w:rPr>
          <w:rFonts w:ascii="Arial" w:hAnsi="Arial"/>
          <w:color w:val="5D7284"/>
          <w:sz w:val="22"/>
        </w:rPr>
        <w:t>32:02</w:t>
      </w:r>
    </w:p>
    <w:p>
      <w:pPr>
        <w:spacing w:after="0"/>
      </w:pPr>
      <w:r>
        <w:rPr>
          <w:rFonts w:ascii="Arial" w:hAnsi="Arial"/>
          <w:sz w:val="22"/>
        </w:rPr>
        <w:t>i can't think why?, I can't think why?</w:t>
      </w:r>
    </w:p>
    <w:p>
      <w:pPr>
        <w:spacing w:after="0"/>
      </w:pPr>
    </w:p>
    <w:p>
      <w:pPr>
        <w:spacing w:after="0"/>
      </w:pPr>
      <w:r>
        <w:rPr>
          <w:rFonts w:ascii="Arial" w:hAnsi="Arial"/>
          <w:b/>
          <w:sz w:val="22"/>
        </w:rPr>
        <w:t xml:space="preserve">Alice  </w:t>
      </w:r>
      <w:r>
        <w:rPr>
          <w:rFonts w:ascii="Arial" w:hAnsi="Arial"/>
          <w:color w:val="5D7284"/>
          <w:sz w:val="22"/>
        </w:rPr>
        <w:t>32:09</w:t>
      </w:r>
    </w:p>
    <w:p>
      <w:pPr>
        <w:spacing w:after="0"/>
      </w:pPr>
      <w:r>
        <w:rPr>
          <w:rFonts w:ascii="Arial" w:hAnsi="Arial"/>
          <w:sz w:val="22"/>
        </w:rPr>
        <w:t xml:space="preserve">Then, yeah, let us know. And if you like the show, generally, you can also let us know you can leave a review on Apple podcasts, as I always say, is one of the best ways to help us grow as a show because the magic of Apple algorithm algorithms, you know, positive reviews get sent out into the world. And we get recommended to other people with similar listening habits. So please, please go and tell everybody, either on Apple podcasts, or you can share us on social media and talk about how nice. we are </w:t>
      </w:r>
    </w:p>
    <w:p>
      <w:pPr>
        <w:spacing w:after="0"/>
      </w:pPr>
    </w:p>
    <w:p>
      <w:pPr>
        <w:spacing w:after="0"/>
      </w:pPr>
      <w:r>
        <w:rPr>
          <w:rFonts w:ascii="Arial" w:hAnsi="Arial"/>
          <w:b/>
          <w:sz w:val="22"/>
        </w:rPr>
        <w:t xml:space="preserve">Lucy  </w:t>
      </w:r>
      <w:r>
        <w:rPr>
          <w:rFonts w:ascii="Arial" w:hAnsi="Arial"/>
          <w:color w:val="5D7284"/>
          <w:sz w:val="22"/>
        </w:rPr>
        <w:t>32:22</w:t>
      </w:r>
    </w:p>
    <w:p>
      <w:pPr>
        <w:spacing w:after="0"/>
      </w:pPr>
      <w:r>
        <w:rPr>
          <w:rFonts w:ascii="Arial" w:hAnsi="Arial"/>
          <w:sz w:val="22"/>
        </w:rPr>
        <w:t>That will be nice. That's my wish for the new year.</w:t>
      </w:r>
    </w:p>
    <w:p>
      <w:pPr>
        <w:spacing w:after="0"/>
      </w:pPr>
    </w:p>
    <w:p>
      <w:pPr>
        <w:spacing w:after="0"/>
      </w:pPr>
      <w:r>
        <w:rPr>
          <w:rFonts w:ascii="Arial" w:hAnsi="Arial"/>
          <w:b/>
          <w:sz w:val="22"/>
        </w:rPr>
        <w:t xml:space="preserve">Alice  </w:t>
      </w:r>
      <w:r>
        <w:rPr>
          <w:rFonts w:ascii="Arial" w:hAnsi="Arial"/>
          <w:color w:val="5D7284"/>
          <w:sz w:val="22"/>
        </w:rPr>
        <w:t>32:25</w:t>
      </w:r>
    </w:p>
    <w:p>
      <w:pPr>
        <w:spacing w:after="0"/>
      </w:pPr>
      <w:r>
        <w:rPr>
          <w:rFonts w:ascii="Arial" w:hAnsi="Arial"/>
          <w:sz w:val="22"/>
        </w:rPr>
        <w:t xml:space="preserve">I mean, I can think of other wishes for the new year, but it podcast related </w:t>
      </w:r>
    </w:p>
    <w:p>
      <w:pPr>
        <w:spacing w:after="0"/>
      </w:pPr>
    </w:p>
    <w:p>
      <w:pPr>
        <w:spacing w:after="0"/>
      </w:pPr>
      <w:r>
        <w:rPr>
          <w:rFonts w:ascii="Arial" w:hAnsi="Arial"/>
          <w:b/>
          <w:sz w:val="22"/>
        </w:rPr>
        <w:t xml:space="preserve">Lucy  </w:t>
      </w:r>
      <w:r>
        <w:rPr>
          <w:rFonts w:ascii="Arial" w:hAnsi="Arial"/>
          <w:color w:val="5D7284"/>
          <w:sz w:val="22"/>
        </w:rPr>
        <w:t>32:30</w:t>
      </w:r>
    </w:p>
    <w:p>
      <w:pPr>
        <w:spacing w:after="0"/>
      </w:pPr>
      <w:r>
        <w:rPr>
          <w:rFonts w:ascii="Arial" w:hAnsi="Arial"/>
          <w:sz w:val="22"/>
        </w:rPr>
        <w:t>Podcast related witsh that Yeah. Yeah. for making me more specific.  right. is there anything else we need to cover?</w:t>
      </w:r>
    </w:p>
    <w:p>
      <w:pPr>
        <w:spacing w:after="0"/>
      </w:pPr>
    </w:p>
    <w:p>
      <w:pPr>
        <w:spacing w:after="0"/>
      </w:pPr>
      <w:r>
        <w:rPr>
          <w:rFonts w:ascii="Arial" w:hAnsi="Arial"/>
          <w:b/>
          <w:sz w:val="22"/>
        </w:rPr>
        <w:t xml:space="preserve">Alice  </w:t>
      </w:r>
      <w:r>
        <w:rPr>
          <w:rFonts w:ascii="Arial" w:hAnsi="Arial"/>
          <w:color w:val="5D7284"/>
          <w:sz w:val="22"/>
        </w:rPr>
        <w:t>32:40</w:t>
      </w:r>
    </w:p>
    <w:p>
      <w:pPr>
        <w:spacing w:after="0"/>
      </w:pPr>
      <w:r>
        <w:rPr>
          <w:rFonts w:ascii="Arial" w:hAnsi="Arial"/>
          <w:sz w:val="22"/>
        </w:rPr>
        <w:t>I don't think so. I think Dora is looking at us all longingly for some fuss so perhaps we should go and spend another 10 minutes telling her how beautiful she is. and we can get on with our lives.</w:t>
      </w:r>
    </w:p>
    <w:p>
      <w:pPr>
        <w:spacing w:after="0"/>
      </w:pPr>
    </w:p>
    <w:p>
      <w:pPr>
        <w:spacing w:after="0"/>
      </w:pPr>
      <w:r>
        <w:rPr>
          <w:rFonts w:ascii="Arial" w:hAnsi="Arial"/>
          <w:b/>
          <w:sz w:val="22"/>
        </w:rPr>
        <w:t xml:space="preserve">Lucy  </w:t>
      </w:r>
      <w:r>
        <w:rPr>
          <w:rFonts w:ascii="Arial" w:hAnsi="Arial"/>
          <w:color w:val="5D7284"/>
          <w:sz w:val="22"/>
        </w:rPr>
        <w:t>32:53</w:t>
      </w:r>
    </w:p>
    <w:p>
      <w:pPr>
        <w:spacing w:after="0"/>
      </w:pPr>
      <w:r>
        <w:rPr>
          <w:rFonts w:ascii="Arial" w:hAnsi="Arial"/>
          <w:sz w:val="22"/>
        </w:rPr>
        <w:t>Why not? hey, thank you for doing this with me for another year. Alice. It's been an absolute joy, privilege and a pleasure.</w:t>
      </w:r>
    </w:p>
    <w:p>
      <w:pPr>
        <w:spacing w:after="0"/>
      </w:pPr>
    </w:p>
    <w:p>
      <w:pPr>
        <w:spacing w:after="0"/>
      </w:pPr>
      <w:r>
        <w:rPr>
          <w:rFonts w:ascii="Arial" w:hAnsi="Arial"/>
          <w:b/>
          <w:sz w:val="22"/>
        </w:rPr>
        <w:t xml:space="preserve">Alice  </w:t>
      </w:r>
      <w:r>
        <w:rPr>
          <w:rFonts w:ascii="Arial" w:hAnsi="Arial"/>
          <w:color w:val="5D7284"/>
          <w:sz w:val="22"/>
        </w:rPr>
        <w:t>33:00</w:t>
      </w:r>
    </w:p>
    <w:p>
      <w:pPr>
        <w:spacing w:after="0"/>
      </w:pPr>
      <w:r>
        <w:rPr>
          <w:rFonts w:ascii="Arial" w:hAnsi="Arial"/>
          <w:sz w:val="22"/>
        </w:rPr>
        <w:t>Well, thank you very much for having me. Lucy. Thank you very much, Adam. for everything. Thank</w:t>
      </w:r>
    </w:p>
    <w:p>
      <w:pPr>
        <w:spacing w:after="0"/>
      </w:pPr>
    </w:p>
    <w:p>
      <w:pPr>
        <w:spacing w:after="0"/>
      </w:pPr>
      <w:r>
        <w:rPr>
          <w:rFonts w:ascii="Arial" w:hAnsi="Arial"/>
          <w:b/>
          <w:sz w:val="22"/>
        </w:rPr>
        <w:t xml:space="preserve">Lucy  </w:t>
      </w:r>
      <w:r>
        <w:rPr>
          <w:rFonts w:ascii="Arial" w:hAnsi="Arial"/>
          <w:color w:val="5D7284"/>
          <w:sz w:val="22"/>
        </w:rPr>
        <w:t>33:04</w:t>
      </w:r>
    </w:p>
    <w:p>
      <w:pPr>
        <w:spacing w:after="0"/>
      </w:pPr>
      <w:r>
        <w:rPr>
          <w:rFonts w:ascii="Arial" w:hAnsi="Arial"/>
          <w:sz w:val="22"/>
        </w:rPr>
        <w:t>Thank you for putting up with my voice. HIYA Yeah. Every other week.</w:t>
      </w:r>
    </w:p>
    <w:p>
      <w:pPr>
        <w:spacing w:after="0"/>
      </w:pPr>
    </w:p>
    <w:p>
      <w:pPr>
        <w:spacing w:after="0"/>
      </w:pPr>
      <w:r>
        <w:rPr>
          <w:rFonts w:ascii="Arial" w:hAnsi="Arial"/>
          <w:color w:val="5D7284"/>
          <w:sz w:val="22"/>
        </w:rPr>
        <w:t>33:11</w:t>
      </w:r>
    </w:p>
    <w:p>
      <w:pPr>
        <w:spacing w:after="0"/>
      </w:pPr>
      <w:r>
        <w:rPr>
          <w:rFonts w:ascii="Arial" w:hAnsi="Arial"/>
          <w:sz w:val="22"/>
        </w:rPr>
        <w:t xml:space="preserve">Yes. And all of your hard work and driving and everything. We really appreciate it. We wouldn't be here without you </w:t>
      </w:r>
    </w:p>
    <w:p>
      <w:pPr>
        <w:spacing w:after="0"/>
      </w:pPr>
    </w:p>
    <w:p>
      <w:pPr>
        <w:spacing w:after="0"/>
      </w:pPr>
      <w:r>
        <w:rPr>
          <w:rFonts w:ascii="Arial" w:hAnsi="Arial"/>
          <w:b/>
          <w:sz w:val="22"/>
        </w:rPr>
        <w:t xml:space="preserve">Lucy  </w:t>
      </w:r>
      <w:r>
        <w:rPr>
          <w:rFonts w:ascii="Arial" w:hAnsi="Arial"/>
          <w:color w:val="5D7284"/>
          <w:sz w:val="22"/>
        </w:rPr>
        <w:t>33:17</w:t>
      </w:r>
    </w:p>
    <w:p>
      <w:pPr>
        <w:spacing w:after="0"/>
      </w:pPr>
      <w:r>
        <w:rPr>
          <w:rFonts w:ascii="Arial" w:hAnsi="Arial"/>
          <w:sz w:val="22"/>
        </w:rPr>
        <w:t>No it's true. I mean, we would we would just be shouting at one another on zoom.</w:t>
      </w:r>
    </w:p>
    <w:p>
      <w:pPr>
        <w:spacing w:after="0"/>
      </w:pPr>
    </w:p>
    <w:p>
      <w:pPr>
        <w:spacing w:after="0"/>
      </w:pPr>
      <w:r>
        <w:rPr>
          <w:rFonts w:ascii="Arial" w:hAnsi="Arial"/>
          <w:b/>
          <w:sz w:val="22"/>
        </w:rPr>
        <w:t xml:space="preserve">Alice  </w:t>
      </w:r>
      <w:r>
        <w:rPr>
          <w:rFonts w:ascii="Arial" w:hAnsi="Arial"/>
          <w:color w:val="5D7284"/>
          <w:sz w:val="22"/>
        </w:rPr>
        <w:t>33:22</w:t>
      </w:r>
    </w:p>
    <w:p>
      <w:pPr>
        <w:spacing w:after="0"/>
      </w:pPr>
      <w:r>
        <w:rPr>
          <w:rFonts w:ascii="Arial" w:hAnsi="Arial"/>
          <w:sz w:val="22"/>
        </w:rPr>
        <w:t>Yeah. Just endless zoom calls.</w:t>
      </w:r>
    </w:p>
    <w:p>
      <w:pPr>
        <w:spacing w:after="0"/>
      </w:pPr>
    </w:p>
    <w:p>
      <w:pPr>
        <w:spacing w:after="0"/>
      </w:pPr>
      <w:r>
        <w:rPr>
          <w:rFonts w:ascii="Arial" w:hAnsi="Arial"/>
          <w:b/>
          <w:sz w:val="22"/>
        </w:rPr>
        <w:t xml:space="preserve">Lucy  </w:t>
      </w:r>
      <w:r>
        <w:rPr>
          <w:rFonts w:ascii="Arial" w:hAnsi="Arial"/>
          <w:color w:val="5D7284"/>
          <w:sz w:val="22"/>
        </w:rPr>
        <w:t>33:26</w:t>
      </w:r>
    </w:p>
    <w:p>
      <w:pPr>
        <w:spacing w:after="0"/>
      </w:pPr>
      <w:r>
        <w:rPr>
          <w:rFonts w:ascii="Arial" w:hAnsi="Arial"/>
          <w:sz w:val="22"/>
        </w:rPr>
        <w:t>This recording.</w:t>
      </w:r>
    </w:p>
    <w:p>
      <w:pPr>
        <w:spacing w:after="0"/>
      </w:pPr>
    </w:p>
    <w:p>
      <w:pPr>
        <w:spacing w:after="0"/>
      </w:pPr>
      <w:r>
        <w:rPr>
          <w:rFonts w:ascii="Arial" w:hAnsi="Arial"/>
          <w:color w:val="5D7284"/>
          <w:sz w:val="22"/>
        </w:rPr>
        <w:t>33:28</w:t>
      </w:r>
    </w:p>
    <w:p>
      <w:pPr>
        <w:spacing w:after="0"/>
      </w:pPr>
      <w:r>
        <w:rPr>
          <w:rFonts w:ascii="Arial" w:hAnsi="Arial"/>
          <w:sz w:val="22"/>
        </w:rPr>
        <w:t>Did you know that proper podcasts do this thing where like they clap together to mark the start of a show.</w:t>
      </w:r>
    </w:p>
    <w:p>
      <w:pPr>
        <w:spacing w:after="0"/>
      </w:pPr>
    </w:p>
    <w:p>
      <w:pPr>
        <w:spacing w:after="0"/>
      </w:pPr>
      <w:r>
        <w:rPr>
          <w:rFonts w:ascii="Arial" w:hAnsi="Arial"/>
          <w:b/>
          <w:sz w:val="22"/>
        </w:rPr>
        <w:t xml:space="preserve">Lucy  </w:t>
      </w:r>
      <w:r>
        <w:rPr>
          <w:rFonts w:ascii="Arial" w:hAnsi="Arial"/>
          <w:color w:val="5D7284"/>
          <w:sz w:val="22"/>
        </w:rPr>
        <w:t>33:35</w:t>
      </w:r>
    </w:p>
    <w:p>
      <w:pPr>
        <w:spacing w:after="0"/>
      </w:pPr>
      <w:r>
        <w:rPr>
          <w:rFonts w:ascii="Arial" w:hAnsi="Arial"/>
          <w:sz w:val="22"/>
        </w:rPr>
        <w:t>Adam, would you like to stop clapping together? you'd like us to stop I was just</w:t>
      </w:r>
    </w:p>
    <w:p>
      <w:pPr>
        <w:spacing w:after="0"/>
      </w:pPr>
    </w:p>
    <w:p>
      <w:pPr>
        <w:spacing w:after="0"/>
      </w:pPr>
      <w:r>
        <w:rPr>
          <w:rFonts w:ascii="Arial" w:hAnsi="Arial"/>
          <w:color w:val="5D7284"/>
          <w:sz w:val="22"/>
        </w:rPr>
        <w:t>33:40</w:t>
      </w:r>
    </w:p>
    <w:p>
      <w:pPr>
        <w:spacing w:after="0"/>
      </w:pPr>
      <w:r>
        <w:rPr>
          <w:rFonts w:ascii="Arial" w:hAnsi="Arial"/>
          <w:sz w:val="22"/>
        </w:rPr>
        <w:t>can you imagine us trying to time. Me with my eyes that don't work and do with your hands that don't work. You'll Slap yourself in the face. I won't know you've clapped until you're going ow my face.</w:t>
      </w:r>
    </w:p>
    <w:p>
      <w:pPr>
        <w:spacing w:after="0"/>
      </w:pPr>
    </w:p>
    <w:p>
      <w:pPr>
        <w:spacing w:after="0"/>
      </w:pPr>
      <w:r>
        <w:rPr>
          <w:rFonts w:ascii="Arial" w:hAnsi="Arial"/>
          <w:b/>
          <w:sz w:val="22"/>
        </w:rPr>
        <w:t xml:space="preserve">Lucy  </w:t>
      </w:r>
      <w:r>
        <w:rPr>
          <w:rFonts w:ascii="Arial" w:hAnsi="Arial"/>
          <w:color w:val="5D7284"/>
          <w:sz w:val="22"/>
        </w:rPr>
        <w:t>33:51</w:t>
      </w:r>
    </w:p>
    <w:p>
      <w:pPr>
        <w:spacing w:after="0"/>
      </w:pPr>
      <w:r>
        <w:rPr>
          <w:rFonts w:ascii="Arial" w:hAnsi="Arial"/>
          <w:sz w:val="22"/>
        </w:rPr>
        <w:t>We could just go three to one together. To do that. We'll work it out</w:t>
      </w:r>
    </w:p>
    <w:p>
      <w:pPr>
        <w:spacing w:after="0"/>
      </w:pPr>
    </w:p>
    <w:p>
      <w:pPr>
        <w:spacing w:after="0"/>
      </w:pPr>
      <w:r>
        <w:rPr>
          <w:rFonts w:ascii="Arial" w:hAnsi="Arial"/>
          <w:b/>
          <w:sz w:val="22"/>
        </w:rPr>
        <w:t xml:space="preserve">Lucy  </w:t>
      </w:r>
      <w:r>
        <w:rPr>
          <w:rFonts w:ascii="Arial" w:hAnsi="Arial"/>
          <w:color w:val="5D7284"/>
          <w:sz w:val="22"/>
        </w:rPr>
        <w:t>33:57</w:t>
      </w:r>
    </w:p>
    <w:p>
      <w:pPr>
        <w:spacing w:after="0"/>
      </w:pPr>
      <w:r>
        <w:rPr>
          <w:rFonts w:ascii="Arial" w:hAnsi="Arial"/>
          <w:sz w:val="22"/>
        </w:rPr>
        <w:t xml:space="preserve">we'll sort it out in post it's fine </w:t>
      </w:r>
    </w:p>
    <w:p>
      <w:pPr>
        <w:spacing w:after="0"/>
      </w:pPr>
    </w:p>
    <w:p>
      <w:pPr>
        <w:spacing w:after="0"/>
      </w:pPr>
      <w:r>
        <w:rPr>
          <w:rFonts w:ascii="Arial" w:hAnsi="Arial"/>
          <w:b/>
          <w:sz w:val="22"/>
        </w:rPr>
        <w:t xml:space="preserve">Alice  </w:t>
      </w:r>
      <w:r>
        <w:rPr>
          <w:rFonts w:ascii="Arial" w:hAnsi="Arial"/>
          <w:color w:val="5D7284"/>
          <w:sz w:val="22"/>
        </w:rPr>
        <w:t>34:00</w:t>
      </w:r>
    </w:p>
    <w:p>
      <w:pPr>
        <w:spacing w:after="0"/>
      </w:pPr>
      <w:r>
        <w:rPr>
          <w:rFonts w:ascii="Arial" w:hAnsi="Arial"/>
          <w:sz w:val="22"/>
        </w:rPr>
        <w:t>Thank you everybody. We will see you next time.</w:t>
      </w:r>
    </w:p>
    <w:p>
      <w:pPr>
        <w:spacing w:after="0"/>
      </w:pPr>
    </w:p>
    <w:p>
      <w:pPr>
        <w:spacing w:after="0"/>
      </w:pPr>
      <w:r>
        <w:rPr>
          <w:rFonts w:ascii="Arial" w:hAnsi="Arial"/>
          <w:b/>
          <w:sz w:val="22"/>
        </w:rPr>
        <w:t xml:space="preserve">Lucy  </w:t>
      </w:r>
      <w:r>
        <w:rPr>
          <w:rFonts w:ascii="Arial" w:hAnsi="Arial"/>
          <w:color w:val="5D7284"/>
          <w:sz w:val="22"/>
        </w:rPr>
        <w:t>34:02</w:t>
      </w:r>
    </w:p>
    <w:p>
      <w:pPr>
        <w:spacing w:after="0"/>
      </w:pPr>
      <w:r>
        <w:rPr>
          <w:rFonts w:ascii="Arial" w:hAnsi="Arial"/>
          <w:sz w:val="22"/>
        </w:rPr>
        <w:t>Happy New Year.</w:t>
      </w:r>
    </w:p>
    <w:p>
      <w:pPr>
        <w:spacing w:after="0"/>
      </w:pPr>
    </w:p>
    <w:p>
      <w:pPr>
        <w:spacing w:after="0"/>
      </w:pPr>
      <w:r>
        <w:rPr>
          <w:rFonts w:ascii="Arial" w:hAnsi="Arial"/>
          <w:b/>
          <w:sz w:val="22"/>
        </w:rPr>
        <w:t xml:space="preserve">Theme Tune  </w:t>
      </w:r>
      <w:r>
        <w:rPr>
          <w:rFonts w:ascii="Arial" w:hAnsi="Arial"/>
          <w:color w:val="5D7284"/>
          <w:sz w:val="22"/>
        </w:rPr>
        <w:t>34:03</w:t>
      </w:r>
    </w:p>
    <w:p>
      <w:pPr>
        <w:spacing w:after="0"/>
      </w:pPr>
      <w:r>
        <w:rPr>
          <w:rFonts w:ascii="Arial" w:hAnsi="Arial"/>
          <w:sz w:val="22"/>
        </w:rPr>
        <w:t>Bye.</w:t>
      </w:r>
    </w:p>
    <w:p>
      <w:pPr>
        <w:spacing w:after="0"/>
      </w:pPr>
    </w:p>
    <w:p>
      <w:pPr>
        <w:spacing w:after="0"/>
      </w:pPr>
      <w:r>
        <w:rPr>
          <w:rFonts w:ascii="Arial" w:hAnsi="Arial"/>
          <w:b/>
          <w:sz w:val="22"/>
        </w:rPr>
        <w:t xml:space="preserve">outro   </w:t>
      </w:r>
      <w:r>
        <w:rPr>
          <w:rFonts w:ascii="Arial" w:hAnsi="Arial"/>
          <w:color w:val="5D7284"/>
          <w:sz w:val="22"/>
        </w:rPr>
        <w:t>34:04</w:t>
      </w:r>
    </w:p>
    <w:p>
      <w:pPr>
        <w:spacing w:after="0"/>
      </w:pPr>
      <w:r>
        <w:rPr>
          <w:rFonts w:ascii="Arial" w:hAnsi="Arial"/>
          <w:sz w:val="22"/>
        </w:rPr>
        <w:t>Shhhh... don't wake Dora. Thanks for listening to the lABLEd Podcast. if you liked the show, you can rate review and subscribe and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34:19</w:t>
      </w:r>
    </w:p>
    <w:p>
      <w:pPr>
        <w:spacing w:after="0"/>
      </w:pPr>
      <w:r>
        <w:rPr>
          <w:rFonts w:ascii="Arial" w:hAnsi="Arial"/>
          <w:sz w:val="22"/>
        </w:rPr>
        <w:t>This episode was edited by Adam Hull our Music was by Maisie Cruden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