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Christmas History Lesso... the Russian Revolution Part 1</w:t>
      </w:r>
    </w:p>
    <w:p>
      <w:r>
        <w:rPr>
          <w:rFonts w:ascii="Arial" w:hAnsi="Arial"/>
          <w:color w:val="4F6880"/>
          <w:sz w:val="22"/>
        </w:rPr>
        <w:t>Thu, Nov 30, 2023 7:18PM • 1:37:54</w:t>
      </w:r>
    </w:p>
    <w:p>
      <w:pPr>
        <w:spacing w:before="440" w:after="0"/>
      </w:pPr>
      <w:r>
        <w:rPr>
          <w:rFonts w:ascii="Arial" w:hAnsi="Arial"/>
          <w:b/>
          <w:color w:val="4F6880"/>
          <w:sz w:val="22"/>
        </w:rPr>
        <w:t>SUMMARY KEYWORDS</w:t>
      </w:r>
    </w:p>
    <w:p>
      <w:r>
        <w:rPr>
          <w:rFonts w:ascii="Arial" w:hAnsi="Arial"/>
          <w:color w:val="4F6880"/>
          <w:sz w:val="22"/>
        </w:rPr>
        <w:t>lucy, laughs, alexei, alice, rasputin, haemophilia, bit, talk, people, russian, russia, daisy, alexandra, children, cousins, years, royal family, nice, happening, monastery</w:t>
      </w:r>
    </w:p>
    <w:p>
      <w:pPr>
        <w:spacing w:before="440" w:after="0"/>
      </w:pPr>
      <w:r>
        <w:rPr>
          <w:rFonts w:ascii="Arial" w:hAnsi="Arial"/>
          <w:b/>
          <w:color w:val="4F6880"/>
          <w:sz w:val="22"/>
        </w:rPr>
        <w:t>SPEAKERS</w:t>
      </w:r>
    </w:p>
    <w:p>
      <w:r>
        <w:rPr>
          <w:rFonts w:ascii="Arial" w:hAnsi="Arial"/>
          <w:color w:val="4F6880"/>
          <w:sz w:val="22"/>
        </w:rPr>
        <w:t>Alice, Theme Tune, Daisy, outro ,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 xml:space="preserve">Welcome to the lABLEd Podcast, a show about disability, illness. and difference. [Alice: And history!] I'm Lucy. </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*Though I might not fit in socially, there's so much more than what you see. We all live our lives differently, kaleidescope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00:38</w:t>
      </w:r>
    </w:p>
    <w:p>
      <w:pPr>
        <w:spacing w:after="0"/>
      </w:pPr>
      <w:r>
        <w:rPr>
          <w:rFonts w:ascii="Arial" w:hAnsi="Arial"/>
          <w:sz w:val="22"/>
        </w:rPr>
        <w:t>In this episode, along with Lucy crying and Alice swearing, there's going to be a number of historical terms for disability that are now considered *extremely* offensive.</w:t>
      </w:r>
    </w:p>
    <w:p>
      <w:pPr>
        <w:spacing w:after="0"/>
      </w:pPr>
    </w:p>
    <w:p>
      <w:pPr>
        <w:spacing w:after="0"/>
      </w:pPr>
      <w:r>
        <w:rPr>
          <w:rFonts w:ascii="Arial" w:hAnsi="Arial"/>
          <w:b/>
          <w:sz w:val="22"/>
        </w:rPr>
        <w:t xml:space="preserve">Lucy  </w:t>
      </w:r>
      <w:r>
        <w:rPr>
          <w:rFonts w:ascii="Arial" w:hAnsi="Arial"/>
          <w:color w:val="5D7284"/>
          <w:sz w:val="22"/>
        </w:rPr>
        <w:t>00:48</w:t>
      </w:r>
    </w:p>
    <w:p>
      <w:pPr>
        <w:spacing w:after="0"/>
      </w:pPr>
      <w:r>
        <w:rPr>
          <w:rFonts w:ascii="Arial" w:hAnsi="Arial"/>
          <w:sz w:val="22"/>
        </w:rPr>
        <w:t>Hello, everyone. And welcome to a very festive, first part of a two part edition of the Christmas lABLEd Podcast episode. It's very nice to have you here. Today we are doing a history lesson. And I am joined by Daisy. Hi, Daisy!</w:t>
      </w:r>
    </w:p>
    <w:p>
      <w:pPr>
        <w:spacing w:after="0"/>
      </w:pPr>
    </w:p>
    <w:p>
      <w:pPr>
        <w:spacing w:after="0"/>
      </w:pPr>
      <w:r>
        <w:rPr>
          <w:rFonts w:ascii="Arial" w:hAnsi="Arial"/>
          <w:b/>
          <w:sz w:val="22"/>
        </w:rPr>
        <w:t xml:space="preserve">Daisy  </w:t>
      </w:r>
      <w:r>
        <w:rPr>
          <w:rFonts w:ascii="Arial" w:hAnsi="Arial"/>
          <w:color w:val="5D7284"/>
          <w:sz w:val="22"/>
        </w:rPr>
        <w:t>00:48</w:t>
      </w:r>
    </w:p>
    <w:p>
      <w:pPr>
        <w:spacing w:after="0"/>
      </w:pPr>
      <w:r>
        <w:rPr>
          <w:rFonts w:ascii="Arial" w:hAnsi="Arial"/>
          <w:sz w:val="22"/>
        </w:rPr>
        <w:t xml:space="preserve">Hello! </w:t>
      </w:r>
    </w:p>
    <w:p>
      <w:pPr>
        <w:spacing w:after="0"/>
      </w:pPr>
    </w:p>
    <w:p>
      <w:pPr>
        <w:spacing w:after="0"/>
      </w:pPr>
      <w:r>
        <w:rPr>
          <w:rFonts w:ascii="Arial" w:hAnsi="Arial"/>
          <w:b/>
          <w:sz w:val="22"/>
        </w:rPr>
        <w:t xml:space="preserve">Lucy  </w:t>
      </w:r>
      <w:r>
        <w:rPr>
          <w:rFonts w:ascii="Arial" w:hAnsi="Arial"/>
          <w:color w:val="5D7284"/>
          <w:sz w:val="22"/>
        </w:rPr>
        <w:t>01:08</w:t>
      </w:r>
    </w:p>
    <w:p>
      <w:pPr>
        <w:spacing w:after="0"/>
      </w:pPr>
      <w:r>
        <w:rPr>
          <w:rFonts w:ascii="Arial" w:hAnsi="Arial"/>
          <w:sz w:val="22"/>
        </w:rPr>
        <w:t xml:space="preserve">And Alice. Hi, Alice! </w:t>
      </w:r>
    </w:p>
    <w:p>
      <w:pPr>
        <w:spacing w:after="0"/>
      </w:pPr>
    </w:p>
    <w:p>
      <w:pPr>
        <w:spacing w:after="0"/>
      </w:pPr>
      <w:r>
        <w:rPr>
          <w:rFonts w:ascii="Arial" w:hAnsi="Arial"/>
          <w:b/>
          <w:sz w:val="22"/>
        </w:rPr>
        <w:t xml:space="preserve">Alice  </w:t>
      </w:r>
      <w:r>
        <w:rPr>
          <w:rFonts w:ascii="Arial" w:hAnsi="Arial"/>
          <w:color w:val="5D7284"/>
          <w:sz w:val="22"/>
        </w:rPr>
        <w:t>01:10</w:t>
      </w:r>
    </w:p>
    <w:p>
      <w:pPr>
        <w:spacing w:after="0"/>
      </w:pPr>
      <w:r>
        <w:rPr>
          <w:rFonts w:ascii="Arial" w:hAnsi="Arial"/>
          <w:sz w:val="22"/>
        </w:rPr>
        <w:t xml:space="preserve">That's me! Hello. </w:t>
      </w:r>
    </w:p>
    <w:p>
      <w:pPr>
        <w:spacing w:after="0"/>
      </w:pPr>
    </w:p>
    <w:p>
      <w:pPr>
        <w:spacing w:after="0"/>
      </w:pPr>
      <w:r>
        <w:rPr>
          <w:rFonts w:ascii="Arial" w:hAnsi="Arial"/>
          <w:b/>
          <w:sz w:val="22"/>
        </w:rPr>
        <w:t xml:space="preserve">Lucy  </w:t>
      </w:r>
      <w:r>
        <w:rPr>
          <w:rFonts w:ascii="Arial" w:hAnsi="Arial"/>
          <w:color w:val="5D7284"/>
          <w:sz w:val="22"/>
        </w:rPr>
        <w:t>01:11</w:t>
      </w:r>
    </w:p>
    <w:p>
      <w:pPr>
        <w:spacing w:after="0"/>
      </w:pPr>
      <w:r>
        <w:rPr>
          <w:rFonts w:ascii="Arial" w:hAnsi="Arial"/>
          <w:sz w:val="22"/>
        </w:rPr>
        <w:t>Hello. How are you?</w:t>
      </w:r>
    </w:p>
    <w:p>
      <w:pPr>
        <w:spacing w:after="0"/>
      </w:pPr>
    </w:p>
    <w:p>
      <w:pPr>
        <w:spacing w:after="0"/>
      </w:pPr>
      <w:r>
        <w:rPr>
          <w:rFonts w:ascii="Arial" w:hAnsi="Arial"/>
          <w:b/>
          <w:sz w:val="22"/>
        </w:rPr>
        <w:t xml:space="preserve">Alice  </w:t>
      </w:r>
      <w:r>
        <w:rPr>
          <w:rFonts w:ascii="Arial" w:hAnsi="Arial"/>
          <w:color w:val="5D7284"/>
          <w:sz w:val="22"/>
        </w:rPr>
        <w:t>01:13</w:t>
      </w:r>
    </w:p>
    <w:p>
      <w:pPr>
        <w:spacing w:after="0"/>
      </w:pPr>
      <w:r>
        <w:rPr>
          <w:rFonts w:ascii="Arial" w:hAnsi="Arial"/>
          <w:sz w:val="22"/>
        </w:rPr>
        <w:t>I am very festively poorly.</w:t>
      </w:r>
    </w:p>
    <w:p>
      <w:pPr>
        <w:spacing w:after="0"/>
      </w:pPr>
    </w:p>
    <w:p>
      <w:pPr>
        <w:spacing w:after="0"/>
      </w:pPr>
      <w:r>
        <w:rPr>
          <w:rFonts w:ascii="Arial" w:hAnsi="Arial"/>
          <w:b/>
          <w:sz w:val="22"/>
        </w:rPr>
        <w:t xml:space="preserve">Lucy  </w:t>
      </w:r>
      <w:r>
        <w:rPr>
          <w:rFonts w:ascii="Arial" w:hAnsi="Arial"/>
          <w:color w:val="5D7284"/>
          <w:sz w:val="22"/>
        </w:rPr>
        <w:t>01:16</w:t>
      </w:r>
    </w:p>
    <w:p>
      <w:pPr>
        <w:spacing w:after="0"/>
      </w:pPr>
      <w:r>
        <w:rPr>
          <w:rFonts w:ascii="Arial" w:hAnsi="Arial"/>
          <w:sz w:val="22"/>
        </w:rPr>
        <w:t>Festively poorly! *laughs*</w:t>
      </w:r>
    </w:p>
    <w:p>
      <w:pPr>
        <w:spacing w:after="0"/>
      </w:pPr>
    </w:p>
    <w:p>
      <w:pPr>
        <w:spacing w:after="0"/>
      </w:pPr>
      <w:r>
        <w:rPr>
          <w:rFonts w:ascii="Arial" w:hAnsi="Arial"/>
          <w:b/>
          <w:sz w:val="22"/>
        </w:rPr>
        <w:t xml:space="preserve">Alice  </w:t>
      </w:r>
      <w:r>
        <w:rPr>
          <w:rFonts w:ascii="Arial" w:hAnsi="Arial"/>
          <w:color w:val="5D7284"/>
          <w:sz w:val="22"/>
        </w:rPr>
        <w:t>01:18</w:t>
      </w:r>
    </w:p>
    <w:p>
      <w:pPr>
        <w:spacing w:after="0"/>
      </w:pPr>
      <w:r>
        <w:rPr>
          <w:rFonts w:ascii="Arial" w:hAnsi="Arial"/>
          <w:sz w:val="22"/>
        </w:rPr>
        <w:t>Yup! My nose is red, just like Rudolph.</w:t>
      </w:r>
    </w:p>
    <w:p>
      <w:pPr>
        <w:spacing w:after="0"/>
      </w:pPr>
    </w:p>
    <w:p>
      <w:pPr>
        <w:spacing w:after="0"/>
      </w:pPr>
      <w:r>
        <w:rPr>
          <w:rFonts w:ascii="Arial" w:hAnsi="Arial"/>
          <w:b/>
          <w:sz w:val="22"/>
        </w:rPr>
        <w:t xml:space="preserve">Lucy  </w:t>
      </w:r>
      <w:r>
        <w:rPr>
          <w:rFonts w:ascii="Arial" w:hAnsi="Arial"/>
          <w:color w:val="5D7284"/>
          <w:sz w:val="22"/>
        </w:rPr>
        <w:t>01:20</w:t>
      </w:r>
    </w:p>
    <w:p>
      <w:pPr>
        <w:spacing w:after="0"/>
      </w:pPr>
      <w:r>
        <w:rPr>
          <w:rFonts w:ascii="Arial" w:hAnsi="Arial"/>
          <w:sz w:val="22"/>
        </w:rPr>
        <w:t xml:space="preserve">Rudolph. Yeah. </w:t>
      </w:r>
    </w:p>
    <w:p>
      <w:pPr>
        <w:spacing w:after="0"/>
      </w:pPr>
    </w:p>
    <w:p>
      <w:pPr>
        <w:spacing w:after="0"/>
      </w:pPr>
      <w:r>
        <w:rPr>
          <w:rFonts w:ascii="Arial" w:hAnsi="Arial"/>
          <w:b/>
          <w:sz w:val="22"/>
        </w:rPr>
        <w:t xml:space="preserve">Alice  </w:t>
      </w:r>
      <w:r>
        <w:rPr>
          <w:rFonts w:ascii="Arial" w:hAnsi="Arial"/>
          <w:color w:val="5D7284"/>
          <w:sz w:val="22"/>
        </w:rPr>
        <w:t>01:22</w:t>
      </w:r>
    </w:p>
    <w:p>
      <w:pPr>
        <w:spacing w:after="0"/>
      </w:pPr>
      <w:r>
        <w:rPr>
          <w:rFonts w:ascii="Arial" w:hAnsi="Arial"/>
          <w:sz w:val="22"/>
        </w:rPr>
        <w:t>It's just the theme for this winter, I think, is me being sick. So...</w:t>
      </w:r>
    </w:p>
    <w:p>
      <w:pPr>
        <w:spacing w:after="0"/>
      </w:pPr>
    </w:p>
    <w:p>
      <w:pPr>
        <w:spacing w:after="0"/>
      </w:pPr>
      <w:r>
        <w:rPr>
          <w:rFonts w:ascii="Arial" w:hAnsi="Arial"/>
          <w:b/>
          <w:sz w:val="22"/>
        </w:rPr>
        <w:t xml:space="preserve">Lucy  </w:t>
      </w:r>
      <w:r>
        <w:rPr>
          <w:rFonts w:ascii="Arial" w:hAnsi="Arial"/>
          <w:color w:val="5D7284"/>
          <w:sz w:val="22"/>
        </w:rPr>
        <w:t>01:27</w:t>
      </w:r>
    </w:p>
    <w:p>
      <w:pPr>
        <w:spacing w:after="0"/>
      </w:pPr>
      <w:r>
        <w:rPr>
          <w:rFonts w:ascii="Arial" w:hAnsi="Arial"/>
          <w:sz w:val="22"/>
        </w:rPr>
        <w:t>Well, hopefully, this will take your mind off your runny red nose. because you're going to talk about...</w:t>
      </w:r>
    </w:p>
    <w:p>
      <w:pPr>
        <w:spacing w:after="0"/>
      </w:pPr>
    </w:p>
    <w:p>
      <w:pPr>
        <w:spacing w:after="0"/>
      </w:pPr>
      <w:r>
        <w:rPr>
          <w:rFonts w:ascii="Arial" w:hAnsi="Arial"/>
          <w:b/>
          <w:sz w:val="22"/>
        </w:rPr>
        <w:t xml:space="preserve">Alice  </w:t>
      </w:r>
      <w:r>
        <w:rPr>
          <w:rFonts w:ascii="Arial" w:hAnsi="Arial"/>
          <w:color w:val="5D7284"/>
          <w:sz w:val="22"/>
        </w:rPr>
        <w:t>01:39</w:t>
      </w:r>
    </w:p>
    <w:p>
      <w:pPr>
        <w:spacing w:after="0"/>
      </w:pPr>
      <w:r>
        <w:rPr>
          <w:rFonts w:ascii="Arial" w:hAnsi="Arial"/>
          <w:sz w:val="22"/>
        </w:rPr>
        <w:t xml:space="preserve">I'm gonna talk about the Romanov family, and, specifically, Alexia Romanov, who was the last Crown Prince of Russia. </w:t>
      </w:r>
    </w:p>
    <w:p>
      <w:pPr>
        <w:spacing w:after="0"/>
      </w:pPr>
    </w:p>
    <w:p>
      <w:pPr>
        <w:spacing w:after="0"/>
      </w:pPr>
      <w:r>
        <w:rPr>
          <w:rFonts w:ascii="Arial" w:hAnsi="Arial"/>
          <w:b/>
          <w:sz w:val="22"/>
        </w:rPr>
        <w:t xml:space="preserve">Lucy  </w:t>
      </w:r>
      <w:r>
        <w:rPr>
          <w:rFonts w:ascii="Arial" w:hAnsi="Arial"/>
          <w:color w:val="5D7284"/>
          <w:sz w:val="22"/>
        </w:rPr>
        <w:t>01:51</w:t>
      </w:r>
    </w:p>
    <w:p>
      <w:pPr>
        <w:spacing w:after="0"/>
      </w:pPr>
      <w:r>
        <w:rPr>
          <w:rFonts w:ascii="Arial" w:hAnsi="Arial"/>
          <w:sz w:val="22"/>
        </w:rPr>
        <w:t>Great.</w:t>
      </w:r>
    </w:p>
    <w:p>
      <w:pPr>
        <w:spacing w:after="0"/>
      </w:pPr>
    </w:p>
    <w:p>
      <w:pPr>
        <w:spacing w:after="0"/>
      </w:pPr>
      <w:r>
        <w:rPr>
          <w:rFonts w:ascii="Arial" w:hAnsi="Arial"/>
          <w:b/>
          <w:sz w:val="22"/>
        </w:rPr>
        <w:t xml:space="preserve">Daisy  </w:t>
      </w:r>
      <w:r>
        <w:rPr>
          <w:rFonts w:ascii="Arial" w:hAnsi="Arial"/>
          <w:color w:val="5D7284"/>
          <w:sz w:val="22"/>
        </w:rPr>
        <w:t>01:52</w:t>
      </w:r>
    </w:p>
    <w:p>
      <w:pPr>
        <w:spacing w:after="0"/>
      </w:pPr>
      <w:r>
        <w:rPr>
          <w:rFonts w:ascii="Arial" w:hAnsi="Arial"/>
          <w:sz w:val="22"/>
        </w:rPr>
        <w:t>I'm very much surplus to requirements today. I just get to sit back.</w:t>
      </w:r>
    </w:p>
    <w:p>
      <w:pPr>
        <w:spacing w:after="0"/>
      </w:pPr>
    </w:p>
    <w:p>
      <w:pPr>
        <w:spacing w:after="0"/>
      </w:pPr>
      <w:r>
        <w:rPr>
          <w:rFonts w:ascii="Arial" w:hAnsi="Arial"/>
          <w:b/>
          <w:sz w:val="22"/>
        </w:rPr>
        <w:t xml:space="preserve">Lucy  </w:t>
      </w:r>
      <w:r>
        <w:rPr>
          <w:rFonts w:ascii="Arial" w:hAnsi="Arial"/>
          <w:color w:val="5D7284"/>
          <w:sz w:val="22"/>
        </w:rPr>
        <w:t>01:57</w:t>
      </w:r>
    </w:p>
    <w:p>
      <w:pPr>
        <w:spacing w:after="0"/>
      </w:pPr>
      <w:r>
        <w:rPr>
          <w:rFonts w:ascii="Arial" w:hAnsi="Arial"/>
          <w:sz w:val="22"/>
        </w:rPr>
        <w:t>Have you got your trumpet available? *Alice &amp; Lucy laugh*</w:t>
      </w:r>
    </w:p>
    <w:p>
      <w:pPr>
        <w:spacing w:after="0"/>
      </w:pPr>
    </w:p>
    <w:p>
      <w:pPr>
        <w:spacing w:after="0"/>
      </w:pPr>
      <w:r>
        <w:rPr>
          <w:rFonts w:ascii="Arial" w:hAnsi="Arial"/>
          <w:b/>
          <w:sz w:val="22"/>
        </w:rPr>
        <w:t xml:space="preserve">Daisy  </w:t>
      </w:r>
      <w:r>
        <w:rPr>
          <w:rFonts w:ascii="Arial" w:hAnsi="Arial"/>
          <w:color w:val="5D7284"/>
          <w:sz w:val="22"/>
        </w:rPr>
        <w:t>02:02</w:t>
      </w:r>
    </w:p>
    <w:p>
      <w:pPr>
        <w:spacing w:after="0"/>
      </w:pPr>
      <w:r>
        <w:rPr>
          <w:rFonts w:ascii="Arial" w:hAnsi="Arial"/>
          <w:sz w:val="22"/>
        </w:rPr>
        <w:t>You know what? I don't know if I do. I think I might have gotten rid of it. [Lucy: Oh!] I've got sparkly Elvis pig. Is that festive?</w:t>
      </w:r>
    </w:p>
    <w:p>
      <w:pPr>
        <w:spacing w:after="0"/>
      </w:pPr>
    </w:p>
    <w:p>
      <w:pPr>
        <w:spacing w:after="0"/>
      </w:pPr>
      <w:r>
        <w:rPr>
          <w:rFonts w:ascii="Arial" w:hAnsi="Arial"/>
          <w:b/>
          <w:sz w:val="22"/>
        </w:rPr>
        <w:t xml:space="preserve">Alice  </w:t>
      </w:r>
      <w:r>
        <w:rPr>
          <w:rFonts w:ascii="Arial" w:hAnsi="Arial"/>
          <w:color w:val="5D7284"/>
          <w:sz w:val="22"/>
        </w:rPr>
        <w:t>02:10</w:t>
      </w:r>
    </w:p>
    <w:p>
      <w:pPr>
        <w:spacing w:after="0"/>
      </w:pPr>
      <w:r>
        <w:rPr>
          <w:rFonts w:ascii="Arial" w:hAnsi="Arial"/>
          <w:sz w:val="22"/>
        </w:rPr>
        <w:t>Sparkly Elvis pig...</w:t>
      </w:r>
    </w:p>
    <w:p>
      <w:pPr>
        <w:spacing w:after="0"/>
      </w:pPr>
    </w:p>
    <w:p>
      <w:pPr>
        <w:spacing w:after="0"/>
      </w:pPr>
      <w:r>
        <w:rPr>
          <w:rFonts w:ascii="Arial" w:hAnsi="Arial"/>
          <w:b/>
          <w:sz w:val="22"/>
        </w:rPr>
        <w:t xml:space="preserve">Lucy  </w:t>
      </w:r>
      <w:r>
        <w:rPr>
          <w:rFonts w:ascii="Arial" w:hAnsi="Arial"/>
          <w:color w:val="5D7284"/>
          <w:sz w:val="22"/>
        </w:rPr>
        <w:t>02:12</w:t>
      </w:r>
    </w:p>
    <w:p>
      <w:pPr>
        <w:spacing w:after="0"/>
      </w:pPr>
      <w:r>
        <w:rPr>
          <w:rFonts w:ascii="Arial" w:hAnsi="Arial"/>
          <w:sz w:val="22"/>
        </w:rPr>
        <w:t>You might have to take a photograph of that so we can use as bonus content. *Alice laughs*</w:t>
      </w:r>
    </w:p>
    <w:p>
      <w:pPr>
        <w:spacing w:after="0"/>
      </w:pPr>
    </w:p>
    <w:p>
      <w:pPr>
        <w:spacing w:after="0"/>
      </w:pPr>
      <w:r>
        <w:rPr>
          <w:rFonts w:ascii="Arial" w:hAnsi="Arial"/>
          <w:b/>
          <w:sz w:val="22"/>
        </w:rPr>
        <w:t xml:space="preserve">Daisy  </w:t>
      </w:r>
      <w:r>
        <w:rPr>
          <w:rFonts w:ascii="Arial" w:hAnsi="Arial"/>
          <w:color w:val="5D7284"/>
          <w:sz w:val="22"/>
        </w:rPr>
        <w:t>02:17</w:t>
      </w:r>
    </w:p>
    <w:p>
      <w:pPr>
        <w:spacing w:after="0"/>
      </w:pPr>
      <w:r>
        <w:rPr>
          <w:rFonts w:ascii="Arial" w:hAnsi="Arial"/>
          <w:sz w:val="22"/>
        </w:rPr>
        <w:t xml:space="preserve">I won it in a pub quiz. </w:t>
      </w:r>
    </w:p>
    <w:p>
      <w:pPr>
        <w:spacing w:after="0"/>
      </w:pPr>
    </w:p>
    <w:p>
      <w:pPr>
        <w:spacing w:after="0"/>
      </w:pPr>
      <w:r>
        <w:rPr>
          <w:rFonts w:ascii="Arial" w:hAnsi="Arial"/>
          <w:b/>
          <w:sz w:val="22"/>
        </w:rPr>
        <w:t xml:space="preserve">Lucy  </w:t>
      </w:r>
      <w:r>
        <w:rPr>
          <w:rFonts w:ascii="Arial" w:hAnsi="Arial"/>
          <w:color w:val="5D7284"/>
          <w:sz w:val="22"/>
        </w:rPr>
        <w:t>02:19</w:t>
      </w:r>
    </w:p>
    <w:p>
      <w:pPr>
        <w:spacing w:after="0"/>
      </w:pPr>
      <w:r>
        <w:rPr>
          <w:rFonts w:ascii="Arial" w:hAnsi="Arial"/>
          <w:sz w:val="22"/>
        </w:rPr>
        <w:t xml:space="preserve">Oh did you? Nice! </w:t>
      </w:r>
    </w:p>
    <w:p>
      <w:pPr>
        <w:spacing w:after="0"/>
      </w:pPr>
    </w:p>
    <w:p>
      <w:pPr>
        <w:spacing w:after="0"/>
      </w:pPr>
      <w:r>
        <w:rPr>
          <w:rFonts w:ascii="Arial" w:hAnsi="Arial"/>
          <w:b/>
          <w:sz w:val="22"/>
        </w:rPr>
        <w:t xml:space="preserve">Alice  </w:t>
      </w:r>
      <w:r>
        <w:rPr>
          <w:rFonts w:ascii="Arial" w:hAnsi="Arial"/>
          <w:color w:val="5D7284"/>
          <w:sz w:val="22"/>
        </w:rPr>
        <w:t>02:20</w:t>
      </w:r>
    </w:p>
    <w:p>
      <w:pPr>
        <w:spacing w:after="0"/>
      </w:pPr>
      <w:r>
        <w:rPr>
          <w:rFonts w:ascii="Arial" w:hAnsi="Arial"/>
          <w:sz w:val="22"/>
        </w:rPr>
        <w:t>We can definitely get you a small novelty trumpet for Christmas. It's not too late. It's fine.</w:t>
      </w:r>
    </w:p>
    <w:p>
      <w:pPr>
        <w:spacing w:after="0"/>
      </w:pPr>
    </w:p>
    <w:p>
      <w:pPr>
        <w:spacing w:after="0"/>
      </w:pPr>
      <w:r>
        <w:rPr>
          <w:rFonts w:ascii="Arial" w:hAnsi="Arial"/>
          <w:b/>
          <w:sz w:val="22"/>
        </w:rPr>
        <w:t xml:space="preserve">Lucy  </w:t>
      </w:r>
      <w:r>
        <w:rPr>
          <w:rFonts w:ascii="Arial" w:hAnsi="Arial"/>
          <w:color w:val="5D7284"/>
          <w:sz w:val="22"/>
        </w:rPr>
        <w:t>02:26</w:t>
      </w:r>
    </w:p>
    <w:p>
      <w:pPr>
        <w:spacing w:after="0"/>
      </w:pPr>
      <w:r>
        <w:rPr>
          <w:rFonts w:ascii="Arial" w:hAnsi="Arial"/>
          <w:sz w:val="22"/>
        </w:rPr>
        <w:t>Yeah! I'll go down the Early Learning Centre. *All laugh*</w:t>
      </w:r>
    </w:p>
    <w:p>
      <w:pPr>
        <w:spacing w:after="0"/>
      </w:pPr>
    </w:p>
    <w:p>
      <w:pPr>
        <w:spacing w:after="0"/>
      </w:pPr>
      <w:r>
        <w:rPr>
          <w:rFonts w:ascii="Arial" w:hAnsi="Arial"/>
          <w:b/>
          <w:sz w:val="22"/>
        </w:rPr>
        <w:t xml:space="preserve">Alice  </w:t>
      </w:r>
      <w:r>
        <w:rPr>
          <w:rFonts w:ascii="Arial" w:hAnsi="Arial"/>
          <w:color w:val="5D7284"/>
          <w:sz w:val="22"/>
        </w:rPr>
        <w:t>02:31</w:t>
      </w:r>
    </w:p>
    <w:p>
      <w:pPr>
        <w:spacing w:after="0"/>
      </w:pPr>
      <w:r>
        <w:rPr>
          <w:rFonts w:ascii="Arial" w:hAnsi="Arial"/>
          <w:sz w:val="22"/>
        </w:rPr>
        <w:t xml:space="preserve">You know Adam who edits the show got banned from an Early Learning Centre? </w:t>
      </w:r>
    </w:p>
    <w:p>
      <w:pPr>
        <w:spacing w:after="0"/>
      </w:pPr>
    </w:p>
    <w:p>
      <w:pPr>
        <w:spacing w:after="0"/>
      </w:pPr>
      <w:r>
        <w:rPr>
          <w:rFonts w:ascii="Arial" w:hAnsi="Arial"/>
          <w:b/>
          <w:sz w:val="22"/>
        </w:rPr>
        <w:t xml:space="preserve">Lucy  </w:t>
      </w:r>
      <w:r>
        <w:rPr>
          <w:rFonts w:ascii="Arial" w:hAnsi="Arial"/>
          <w:color w:val="5D7284"/>
          <w:sz w:val="22"/>
        </w:rPr>
        <w:t>02:36</w:t>
      </w:r>
    </w:p>
    <w:p>
      <w:pPr>
        <w:spacing w:after="0"/>
      </w:pPr>
      <w:r>
        <w:rPr>
          <w:rFonts w:ascii="Arial" w:hAnsi="Arial"/>
          <w:sz w:val="22"/>
        </w:rPr>
        <w:t xml:space="preserve">What? </w:t>
      </w:r>
    </w:p>
    <w:p>
      <w:pPr>
        <w:spacing w:after="0"/>
      </w:pPr>
    </w:p>
    <w:p>
      <w:pPr>
        <w:spacing w:after="0"/>
      </w:pPr>
      <w:r>
        <w:rPr>
          <w:rFonts w:ascii="Arial" w:hAnsi="Arial"/>
          <w:b/>
          <w:sz w:val="22"/>
        </w:rPr>
        <w:t xml:space="preserve">Alice  </w:t>
      </w:r>
      <w:r>
        <w:rPr>
          <w:rFonts w:ascii="Arial" w:hAnsi="Arial"/>
          <w:color w:val="5D7284"/>
          <w:sz w:val="22"/>
        </w:rPr>
        <w:t>02:38</w:t>
      </w:r>
    </w:p>
    <w:p>
      <w:pPr>
        <w:spacing w:after="0"/>
      </w:pPr>
      <w:r>
        <w:rPr>
          <w:rFonts w:ascii="Arial" w:hAnsi="Arial"/>
          <w:sz w:val="22"/>
        </w:rPr>
        <w:t>He and one of my other friends drew penises on the on the little... You know the things where you twiddle the knobs to draw... [Lucy: Yeah, yeah, yeah] They drew penises on it and they were asked to leave the Early Learning Centre and not come back.</w:t>
      </w:r>
    </w:p>
    <w:p>
      <w:pPr>
        <w:spacing w:after="0"/>
      </w:pPr>
    </w:p>
    <w:p>
      <w:pPr>
        <w:spacing w:after="0"/>
      </w:pPr>
      <w:r>
        <w:rPr>
          <w:rFonts w:ascii="Arial" w:hAnsi="Arial"/>
          <w:b/>
          <w:sz w:val="22"/>
        </w:rPr>
        <w:t xml:space="preserve">Lucy  </w:t>
      </w:r>
      <w:r>
        <w:rPr>
          <w:rFonts w:ascii="Arial" w:hAnsi="Arial"/>
          <w:color w:val="5D7284"/>
          <w:sz w:val="22"/>
        </w:rPr>
        <w:t>02:52</w:t>
      </w:r>
    </w:p>
    <w:p>
      <w:pPr>
        <w:spacing w:after="0"/>
      </w:pPr>
      <w:r>
        <w:rPr>
          <w:rFonts w:ascii="Arial" w:hAnsi="Arial"/>
          <w:sz w:val="22"/>
        </w:rPr>
        <w:t>*laughs* Does that ban still stand? Should we just go... Like, send him into get Daisy's trumpet?</w:t>
      </w:r>
    </w:p>
    <w:p>
      <w:pPr>
        <w:spacing w:after="0"/>
      </w:pPr>
    </w:p>
    <w:p>
      <w:pPr>
        <w:spacing w:after="0"/>
      </w:pPr>
      <w:r>
        <w:rPr>
          <w:rFonts w:ascii="Arial" w:hAnsi="Arial"/>
          <w:b/>
          <w:sz w:val="22"/>
        </w:rPr>
        <w:t xml:space="preserve">Alice  </w:t>
      </w:r>
      <w:r>
        <w:rPr>
          <w:rFonts w:ascii="Arial" w:hAnsi="Arial"/>
          <w:color w:val="5D7284"/>
          <w:sz w:val="22"/>
        </w:rPr>
        <w:t>03:00</w:t>
      </w:r>
    </w:p>
    <w:p>
      <w:pPr>
        <w:spacing w:after="0"/>
      </w:pPr>
      <w:r>
        <w:rPr>
          <w:rFonts w:ascii="Arial" w:hAnsi="Arial"/>
          <w:sz w:val="22"/>
        </w:rPr>
        <w:t>I mean, I don't think that specific Early Learning Centre is still there anymore, so I don't think...</w:t>
      </w:r>
    </w:p>
    <w:p>
      <w:pPr>
        <w:spacing w:after="0"/>
      </w:pPr>
    </w:p>
    <w:p>
      <w:pPr>
        <w:spacing w:after="0"/>
      </w:pPr>
      <w:r>
        <w:rPr>
          <w:rFonts w:ascii="Arial" w:hAnsi="Arial"/>
          <w:b/>
          <w:sz w:val="22"/>
        </w:rPr>
        <w:t xml:space="preserve">Alice  </w:t>
      </w:r>
      <w:r>
        <w:rPr>
          <w:rFonts w:ascii="Arial" w:hAnsi="Arial"/>
          <w:color w:val="5D7284"/>
          <w:sz w:val="22"/>
        </w:rPr>
        <w:t>03:06</w:t>
      </w:r>
    </w:p>
    <w:p>
      <w:pPr>
        <w:spacing w:after="0"/>
      </w:pPr>
      <w:r>
        <w:rPr>
          <w:rFonts w:ascii="Arial" w:hAnsi="Arial"/>
          <w:sz w:val="22"/>
        </w:rPr>
        <w:t>We talked about you in our training. *All laugh*</w:t>
      </w:r>
    </w:p>
    <w:p>
      <w:pPr>
        <w:spacing w:after="0"/>
      </w:pPr>
    </w:p>
    <w:p>
      <w:pPr>
        <w:spacing w:after="0"/>
      </w:pPr>
      <w:r>
        <w:rPr>
          <w:rFonts w:ascii="Arial" w:hAnsi="Arial"/>
          <w:b/>
          <w:sz w:val="22"/>
        </w:rPr>
        <w:t xml:space="preserve">Daisy  </w:t>
      </w:r>
      <w:r>
        <w:rPr>
          <w:rFonts w:ascii="Arial" w:hAnsi="Arial"/>
          <w:color w:val="5D7284"/>
          <w:sz w:val="22"/>
        </w:rPr>
        <w:t>03:06</w:t>
      </w:r>
    </w:p>
    <w:p>
      <w:pPr>
        <w:spacing w:after="0"/>
      </w:pPr>
      <w:r>
        <w:rPr>
          <w:rFonts w:ascii="Arial" w:hAnsi="Arial"/>
          <w:sz w:val="22"/>
        </w:rPr>
        <w:t xml:space="preserve">*unintelligible* any Early Learning Centre, like, 15 year old behind the tills goes "You get out!" *All laugh* His photo is distributed to all new staff even years later. </w:t>
      </w:r>
    </w:p>
    <w:p>
      <w:pPr>
        <w:spacing w:after="0"/>
      </w:pPr>
    </w:p>
    <w:p>
      <w:pPr>
        <w:spacing w:after="0"/>
      </w:pPr>
      <w:r>
        <w:rPr>
          <w:rFonts w:ascii="Arial" w:hAnsi="Arial"/>
          <w:b/>
          <w:sz w:val="22"/>
        </w:rPr>
        <w:t xml:space="preserve">Lucy  </w:t>
      </w:r>
      <w:r>
        <w:rPr>
          <w:rFonts w:ascii="Arial" w:hAnsi="Arial"/>
          <w:color w:val="5D7284"/>
          <w:sz w:val="22"/>
        </w:rPr>
        <w:t>03:21</w:t>
      </w:r>
    </w:p>
    <w:p>
      <w:pPr>
        <w:spacing w:after="0"/>
      </w:pPr>
      <w:r>
        <w:rPr>
          <w:rFonts w:ascii="Arial" w:hAnsi="Arial"/>
          <w:sz w:val="22"/>
        </w:rPr>
        <w:t>Oh, no! It's him! I grew up in a time where I could only ever get my left handed scissors from the Early Learning Centre. This was the mid 90s where I needed some scissors and I couldn't find any anywhere. And the Early Learning Centre was the only place where I could purchase some left handed scissors.</w:t>
      </w:r>
    </w:p>
    <w:p>
      <w:pPr>
        <w:spacing w:after="0"/>
      </w:pPr>
    </w:p>
    <w:p>
      <w:pPr>
        <w:spacing w:after="0"/>
      </w:pPr>
      <w:r>
        <w:rPr>
          <w:rFonts w:ascii="Arial" w:hAnsi="Arial"/>
          <w:b/>
          <w:sz w:val="22"/>
        </w:rPr>
        <w:t xml:space="preserve">Alice  </w:t>
      </w:r>
      <w:r>
        <w:rPr>
          <w:rFonts w:ascii="Arial" w:hAnsi="Arial"/>
          <w:color w:val="5D7284"/>
          <w:sz w:val="22"/>
        </w:rPr>
        <w:t>03:40</w:t>
      </w:r>
    </w:p>
    <w:p>
      <w:pPr>
        <w:spacing w:after="0"/>
      </w:pPr>
      <w:r>
        <w:rPr>
          <w:rFonts w:ascii="Arial" w:hAnsi="Arial"/>
          <w:sz w:val="22"/>
        </w:rPr>
        <w:t>Because they didn't have the Ned Flanders Left Handed Emporium, where you live.</w:t>
      </w:r>
    </w:p>
    <w:p>
      <w:pPr>
        <w:spacing w:after="0"/>
      </w:pPr>
    </w:p>
    <w:p>
      <w:pPr>
        <w:spacing w:after="0"/>
      </w:pPr>
      <w:r>
        <w:rPr>
          <w:rFonts w:ascii="Arial" w:hAnsi="Arial"/>
          <w:b/>
          <w:sz w:val="22"/>
        </w:rPr>
        <w:t xml:space="preserve">Lucy  </w:t>
      </w:r>
      <w:r>
        <w:rPr>
          <w:rFonts w:ascii="Arial" w:hAnsi="Arial"/>
          <w:color w:val="5D7284"/>
          <w:sz w:val="22"/>
        </w:rPr>
        <w:t>03:44</w:t>
      </w:r>
    </w:p>
    <w:p>
      <w:pPr>
        <w:spacing w:after="0"/>
      </w:pPr>
      <w:r>
        <w:rPr>
          <w:rFonts w:ascii="Arial" w:hAnsi="Arial"/>
          <w:sz w:val="22"/>
        </w:rPr>
        <w:t>*chuckles* Exactly! Anyway. The Romanovs!</w:t>
      </w:r>
    </w:p>
    <w:p>
      <w:pPr>
        <w:spacing w:after="0"/>
      </w:pPr>
    </w:p>
    <w:p>
      <w:pPr>
        <w:spacing w:after="0"/>
      </w:pPr>
      <w:r>
        <w:rPr>
          <w:rFonts w:ascii="Arial" w:hAnsi="Arial"/>
          <w:b/>
          <w:sz w:val="22"/>
        </w:rPr>
        <w:t xml:space="preserve">Alice  </w:t>
      </w:r>
      <w:r>
        <w:rPr>
          <w:rFonts w:ascii="Arial" w:hAnsi="Arial"/>
          <w:color w:val="5D7284"/>
          <w:sz w:val="22"/>
        </w:rPr>
        <w:t>03:48</w:t>
      </w:r>
    </w:p>
    <w:p>
      <w:pPr>
        <w:spacing w:after="0"/>
      </w:pPr>
      <w:r>
        <w:rPr>
          <w:rFonts w:ascii="Arial" w:hAnsi="Arial"/>
          <w:sz w:val="22"/>
        </w:rPr>
        <w:t>Yes, the Romanovs. Okay, let me get my script. Alexei Nikolaevich was born on the 12th of August 1904, the fifth child and first son of Alexandra and Nicholas II, the Emperor of Russia. Before his birth, Alexandra had four daughters; Olga, Tatiana, Maria, and Anastasia. Because the family were leaders of the Russian Empire, the children were not known as Princes and Princesses, but they were actually called Grand Dukes and Grand Duchesses. And you might also hear Alexandra was Empress and Alexander (correction: Nicholas II) was Emperor, but you may also hear them called the Tsar and Tsarina, which is sort of the Russian equivalent of King and Queen.</w:t>
      </w:r>
    </w:p>
    <w:p>
      <w:pPr>
        <w:spacing w:after="0"/>
      </w:pPr>
    </w:p>
    <w:p>
      <w:pPr>
        <w:spacing w:after="0"/>
      </w:pPr>
      <w:r>
        <w:rPr>
          <w:rFonts w:ascii="Arial" w:hAnsi="Arial"/>
          <w:b/>
          <w:sz w:val="22"/>
        </w:rPr>
        <w:t xml:space="preserve">Lucy  </w:t>
      </w:r>
      <w:r>
        <w:rPr>
          <w:rFonts w:ascii="Arial" w:hAnsi="Arial"/>
          <w:color w:val="5D7284"/>
          <w:sz w:val="22"/>
        </w:rPr>
        <w:t>04:43</w:t>
      </w:r>
    </w:p>
    <w:p>
      <w:pPr>
        <w:spacing w:after="0"/>
      </w:pPr>
      <w:r>
        <w:rPr>
          <w:rFonts w:ascii="Arial" w:hAnsi="Arial"/>
          <w:sz w:val="22"/>
        </w:rPr>
        <w:t>I mean, that's a lot of titles to go off, isn't it really?</w:t>
      </w:r>
    </w:p>
    <w:p>
      <w:pPr>
        <w:spacing w:after="0"/>
      </w:pPr>
    </w:p>
    <w:p>
      <w:pPr>
        <w:spacing w:after="0"/>
      </w:pPr>
      <w:r>
        <w:rPr>
          <w:rFonts w:ascii="Arial" w:hAnsi="Arial"/>
          <w:b/>
          <w:sz w:val="22"/>
        </w:rPr>
        <w:t xml:space="preserve">Alice  </w:t>
      </w:r>
      <w:r>
        <w:rPr>
          <w:rFonts w:ascii="Arial" w:hAnsi="Arial"/>
          <w:color w:val="5D7284"/>
          <w:sz w:val="22"/>
        </w:rPr>
        <w:t>04:45</w:t>
      </w:r>
    </w:p>
    <w:p>
      <w:pPr>
        <w:spacing w:after="0"/>
      </w:pPr>
      <w:r>
        <w:rPr>
          <w:rFonts w:ascii="Arial" w:hAnsi="Arial"/>
          <w:sz w:val="22"/>
        </w:rPr>
        <w:t>I think it really is pretty standard for royalty in the Victorian times though. At the time of Alexis' birth, the Russian Empire was vast and covered 1/6 of the total global landmass at the time. That was like Russian rules.</w:t>
      </w:r>
    </w:p>
    <w:p>
      <w:pPr>
        <w:spacing w:after="0"/>
      </w:pPr>
    </w:p>
    <w:p>
      <w:pPr>
        <w:spacing w:after="0"/>
      </w:pPr>
      <w:r>
        <w:rPr>
          <w:rFonts w:ascii="Arial" w:hAnsi="Arial"/>
          <w:b/>
          <w:sz w:val="22"/>
        </w:rPr>
        <w:t xml:space="preserve">Lucy  </w:t>
      </w:r>
      <w:r>
        <w:rPr>
          <w:rFonts w:ascii="Arial" w:hAnsi="Arial"/>
          <w:color w:val="5D7284"/>
          <w:sz w:val="22"/>
        </w:rPr>
        <w:t>05:06</w:t>
      </w:r>
    </w:p>
    <w:p>
      <w:pPr>
        <w:spacing w:after="0"/>
      </w:pPr>
      <w:r>
        <w:rPr>
          <w:rFonts w:ascii="Arial" w:hAnsi="Arial"/>
          <w:sz w:val="22"/>
        </w:rPr>
        <w:t>Blimey, that is quite big.</w:t>
      </w:r>
    </w:p>
    <w:p>
      <w:pPr>
        <w:spacing w:after="0"/>
      </w:pPr>
    </w:p>
    <w:p>
      <w:pPr>
        <w:spacing w:after="0"/>
      </w:pPr>
      <w:r>
        <w:rPr>
          <w:rFonts w:ascii="Arial" w:hAnsi="Arial"/>
          <w:b/>
          <w:sz w:val="22"/>
        </w:rPr>
        <w:t xml:space="preserve">Alice  </w:t>
      </w:r>
      <w:r>
        <w:rPr>
          <w:rFonts w:ascii="Arial" w:hAnsi="Arial"/>
          <w:color w:val="5D7284"/>
          <w:sz w:val="22"/>
        </w:rPr>
        <w:t>05:08</w:t>
      </w:r>
    </w:p>
    <w:p>
      <w:pPr>
        <w:spacing w:after="0"/>
      </w:pPr>
      <w:r>
        <w:rPr>
          <w:rFonts w:ascii="Arial" w:hAnsi="Arial"/>
          <w:sz w:val="22"/>
        </w:rPr>
        <w:t>Yup. I mean, Russia itself - not small. But yeah.</w:t>
      </w:r>
    </w:p>
    <w:p>
      <w:pPr>
        <w:spacing w:after="0"/>
      </w:pPr>
    </w:p>
    <w:p>
      <w:pPr>
        <w:spacing w:after="0"/>
      </w:pPr>
      <w:r>
        <w:rPr>
          <w:rFonts w:ascii="Arial" w:hAnsi="Arial"/>
          <w:b/>
          <w:sz w:val="22"/>
        </w:rPr>
        <w:t xml:space="preserve">Lucy  </w:t>
      </w:r>
      <w:r>
        <w:rPr>
          <w:rFonts w:ascii="Arial" w:hAnsi="Arial"/>
          <w:color w:val="5D7284"/>
          <w:sz w:val="22"/>
        </w:rPr>
        <w:t>05:13</w:t>
      </w:r>
    </w:p>
    <w:p>
      <w:pPr>
        <w:spacing w:after="0"/>
      </w:pPr>
      <w:r>
        <w:rPr>
          <w:rFonts w:ascii="Arial" w:hAnsi="Arial"/>
          <w:sz w:val="22"/>
        </w:rPr>
        <w:t>Did you know I have a degree in stating the bleeding obvious? *All laugh*</w:t>
      </w:r>
    </w:p>
    <w:p>
      <w:pPr>
        <w:spacing w:after="0"/>
      </w:pPr>
    </w:p>
    <w:p>
      <w:pPr>
        <w:spacing w:after="0"/>
      </w:pPr>
      <w:r>
        <w:rPr>
          <w:rFonts w:ascii="Arial" w:hAnsi="Arial"/>
          <w:b/>
          <w:sz w:val="22"/>
        </w:rPr>
        <w:t xml:space="preserve">Alice  </w:t>
      </w:r>
      <w:r>
        <w:rPr>
          <w:rFonts w:ascii="Arial" w:hAnsi="Arial"/>
          <w:color w:val="5D7284"/>
          <w:sz w:val="22"/>
        </w:rPr>
        <w:t>05:18</w:t>
      </w:r>
    </w:p>
    <w:p>
      <w:pPr>
        <w:spacing w:after="0"/>
      </w:pPr>
      <w:r>
        <w:rPr>
          <w:rFonts w:ascii="Arial" w:hAnsi="Arial"/>
          <w:sz w:val="22"/>
        </w:rPr>
        <w:t>It had in the lead up to Alexis' birth, the Russian Empire had been expanding by 55 miles a day. [Lucy &amp; Daisy: Wow.] Yep. So just before we move forward to clarify some Russian naming conventions. Children were given a derivative of their father's last name for their sort of surname. And then they also, the Royals at least, would also have like a family name. So although Alexei, is Alexei Romanov, he's also Alexei Nikolayevich.</w:t>
      </w:r>
    </w:p>
    <w:p>
      <w:pPr>
        <w:spacing w:after="0"/>
      </w:pPr>
    </w:p>
    <w:p>
      <w:pPr>
        <w:spacing w:after="0"/>
      </w:pPr>
      <w:r>
        <w:rPr>
          <w:rFonts w:ascii="Arial" w:hAnsi="Arial"/>
          <w:b/>
          <w:sz w:val="22"/>
        </w:rPr>
        <w:t xml:space="preserve">Alice  </w:t>
      </w:r>
      <w:r>
        <w:rPr>
          <w:rFonts w:ascii="Arial" w:hAnsi="Arial"/>
          <w:color w:val="5D7284"/>
          <w:sz w:val="22"/>
        </w:rPr>
        <w:t>05:19</w:t>
      </w:r>
    </w:p>
    <w:p>
      <w:pPr>
        <w:spacing w:after="0"/>
      </w:pPr>
      <w:r>
        <w:rPr>
          <w:rFonts w:ascii="Arial" w:hAnsi="Arial"/>
          <w:sz w:val="22"/>
        </w:rPr>
        <w:t>What... So they take their father's first name.</w:t>
      </w:r>
    </w:p>
    <w:p>
      <w:pPr>
        <w:spacing w:after="0"/>
      </w:pPr>
    </w:p>
    <w:p>
      <w:pPr>
        <w:spacing w:after="0"/>
      </w:pPr>
      <w:r>
        <w:rPr>
          <w:rFonts w:ascii="Arial" w:hAnsi="Arial"/>
          <w:b/>
          <w:sz w:val="22"/>
        </w:rPr>
        <w:t xml:space="preserve">Alice  </w:t>
      </w:r>
      <w:r>
        <w:rPr>
          <w:rFonts w:ascii="Arial" w:hAnsi="Arial"/>
          <w:color w:val="5D7284"/>
          <w:sz w:val="22"/>
        </w:rPr>
        <w:t>06:00</w:t>
      </w:r>
    </w:p>
    <w:p>
      <w:pPr>
        <w:spacing w:after="0"/>
      </w:pPr>
      <w:r>
        <w:rPr>
          <w:rFonts w:ascii="Arial" w:hAnsi="Arial"/>
          <w:sz w:val="22"/>
        </w:rPr>
        <w:t>Yes. First name as their kind of surname. So...</w:t>
      </w:r>
    </w:p>
    <w:p>
      <w:pPr>
        <w:spacing w:after="0"/>
      </w:pPr>
    </w:p>
    <w:p>
      <w:pPr>
        <w:spacing w:after="0"/>
      </w:pPr>
      <w:r>
        <w:rPr>
          <w:rFonts w:ascii="Arial" w:hAnsi="Arial"/>
          <w:b/>
          <w:sz w:val="22"/>
        </w:rPr>
        <w:t xml:space="preserve">Lucy  </w:t>
      </w:r>
      <w:r>
        <w:rPr>
          <w:rFonts w:ascii="Arial" w:hAnsi="Arial"/>
          <w:color w:val="5D7284"/>
          <w:sz w:val="22"/>
        </w:rPr>
        <w:t>06:04</w:t>
      </w:r>
    </w:p>
    <w:p>
      <w:pPr>
        <w:spacing w:after="0"/>
      </w:pPr>
      <w:r>
        <w:rPr>
          <w:rFonts w:ascii="Arial" w:hAnsi="Arial"/>
          <w:sz w:val="22"/>
        </w:rPr>
        <w:t>Oh, this is confusing.</w:t>
      </w:r>
    </w:p>
    <w:p>
      <w:pPr>
        <w:spacing w:after="0"/>
      </w:pPr>
    </w:p>
    <w:p>
      <w:pPr>
        <w:spacing w:after="0"/>
      </w:pPr>
      <w:r>
        <w:rPr>
          <w:rFonts w:ascii="Arial" w:hAnsi="Arial"/>
          <w:b/>
          <w:sz w:val="22"/>
        </w:rPr>
        <w:t xml:space="preserve">Alice  </w:t>
      </w:r>
      <w:r>
        <w:rPr>
          <w:rFonts w:ascii="Arial" w:hAnsi="Arial"/>
          <w:color w:val="5D7284"/>
          <w:sz w:val="22"/>
        </w:rPr>
        <w:t>06:07</w:t>
      </w:r>
    </w:p>
    <w:p>
      <w:pPr>
        <w:spacing w:after="0"/>
      </w:pPr>
      <w:r>
        <w:rPr>
          <w:rFonts w:ascii="Arial" w:hAnsi="Arial"/>
          <w:sz w:val="22"/>
        </w:rPr>
        <w:t>It's not that simple.</w:t>
      </w:r>
    </w:p>
    <w:p>
      <w:pPr>
        <w:spacing w:after="0"/>
      </w:pPr>
    </w:p>
    <w:p>
      <w:pPr>
        <w:spacing w:after="0"/>
      </w:pPr>
      <w:r>
        <w:rPr>
          <w:rFonts w:ascii="Arial" w:hAnsi="Arial"/>
          <w:b/>
          <w:sz w:val="22"/>
        </w:rPr>
        <w:t xml:space="preserve">Daisy  </w:t>
      </w:r>
      <w:r>
        <w:rPr>
          <w:rFonts w:ascii="Arial" w:hAnsi="Arial"/>
          <w:color w:val="5D7284"/>
          <w:sz w:val="22"/>
        </w:rPr>
        <w:t>06:07</w:t>
      </w:r>
    </w:p>
    <w:p>
      <w:pPr>
        <w:spacing w:after="0"/>
      </w:pPr>
      <w:r>
        <w:rPr>
          <w:rFonts w:ascii="Arial" w:hAnsi="Arial"/>
          <w:sz w:val="22"/>
        </w:rPr>
        <w:t>It's not that. It's also not that uncommon. That's quite common thing is Scandinavia as well, isn't it? Like Jorgensen is... that's someone's surname.</w:t>
      </w:r>
    </w:p>
    <w:p>
      <w:pPr>
        <w:spacing w:after="0"/>
      </w:pPr>
    </w:p>
    <w:p>
      <w:pPr>
        <w:spacing w:after="0"/>
      </w:pPr>
      <w:r>
        <w:rPr>
          <w:rFonts w:ascii="Arial" w:hAnsi="Arial"/>
          <w:b/>
          <w:sz w:val="22"/>
        </w:rPr>
        <w:t xml:space="preserve">Alice  </w:t>
      </w:r>
      <w:r>
        <w:rPr>
          <w:rFonts w:ascii="Arial" w:hAnsi="Arial"/>
          <w:color w:val="5D7284"/>
          <w:sz w:val="22"/>
        </w:rPr>
        <w:t>06:17</w:t>
      </w:r>
    </w:p>
    <w:p>
      <w:pPr>
        <w:spacing w:after="0"/>
      </w:pPr>
      <w:r>
        <w:rPr>
          <w:rFonts w:ascii="Arial" w:hAnsi="Arial"/>
          <w:sz w:val="22"/>
        </w:rPr>
        <w:t>I mean, Evans means son of Evan, so. But just to confuse people who might decide to go off and do their own random googling about Alexei Romanov. There was also an Alexei Romanov about 200 years before the one that we're going to talk about, who was a Russian Tsar. But that's, again, just feels kind of classic royalty. Like, we've only got a handful of names. Let's just cycle through them in different orders.</w:t>
      </w:r>
    </w:p>
    <w:p>
      <w:pPr>
        <w:spacing w:after="0"/>
      </w:pPr>
    </w:p>
    <w:p>
      <w:pPr>
        <w:spacing w:after="0"/>
      </w:pPr>
      <w:r>
        <w:rPr>
          <w:rFonts w:ascii="Arial" w:hAnsi="Arial"/>
          <w:b/>
          <w:sz w:val="22"/>
        </w:rPr>
        <w:t xml:space="preserve">Lucy  </w:t>
      </w:r>
      <w:r>
        <w:rPr>
          <w:rFonts w:ascii="Arial" w:hAnsi="Arial"/>
          <w:color w:val="5D7284"/>
          <w:sz w:val="22"/>
        </w:rPr>
        <w:t>06:48</w:t>
      </w:r>
    </w:p>
    <w:p>
      <w:pPr>
        <w:spacing w:after="0"/>
      </w:pPr>
      <w:r>
        <w:rPr>
          <w:rFonts w:ascii="Arial" w:hAnsi="Arial"/>
          <w:sz w:val="22"/>
        </w:rPr>
        <w:t>Yeah, it's like you never get a King Jerry dear. It's always like George or, you know...</w:t>
      </w:r>
    </w:p>
    <w:p>
      <w:pPr>
        <w:spacing w:after="0"/>
      </w:pPr>
    </w:p>
    <w:p>
      <w:pPr>
        <w:spacing w:after="0"/>
      </w:pPr>
      <w:r>
        <w:rPr>
          <w:rFonts w:ascii="Arial" w:hAnsi="Arial"/>
          <w:b/>
          <w:sz w:val="22"/>
        </w:rPr>
        <w:t xml:space="preserve">Alice  </w:t>
      </w:r>
      <w:r>
        <w:rPr>
          <w:rFonts w:ascii="Arial" w:hAnsi="Arial"/>
          <w:color w:val="5D7284"/>
          <w:sz w:val="22"/>
        </w:rPr>
        <w:t>06:54</w:t>
      </w:r>
    </w:p>
    <w:p>
      <w:pPr>
        <w:spacing w:after="0"/>
      </w:pPr>
      <w:r>
        <w:rPr>
          <w:rFonts w:ascii="Arial" w:hAnsi="Arial"/>
          <w:sz w:val="22"/>
        </w:rPr>
        <w:t xml:space="preserve">I was gonna say we've had a fair few Edwards. So the Russian royal family believed in the divine right to rule. So that meant that not only did... were they autocratic, which meant that all of the decisions were made by Nikolai there was a government to sort of, he had advisors, but there was no like... </w:t>
      </w:r>
    </w:p>
    <w:p>
      <w:pPr>
        <w:spacing w:after="0"/>
      </w:pPr>
    </w:p>
    <w:p>
      <w:pPr>
        <w:spacing w:after="0"/>
      </w:pPr>
      <w:r>
        <w:rPr>
          <w:rFonts w:ascii="Arial" w:hAnsi="Arial"/>
          <w:b/>
          <w:sz w:val="22"/>
        </w:rPr>
        <w:t xml:space="preserve">Lucy  </w:t>
      </w:r>
      <w:r>
        <w:rPr>
          <w:rFonts w:ascii="Arial" w:hAnsi="Arial"/>
          <w:color w:val="5D7284"/>
          <w:sz w:val="22"/>
        </w:rPr>
        <w:t>07:23</w:t>
      </w:r>
    </w:p>
    <w:p>
      <w:pPr>
        <w:spacing w:after="0"/>
      </w:pPr>
      <w:r>
        <w:rPr>
          <w:rFonts w:ascii="Arial" w:hAnsi="Arial"/>
          <w:sz w:val="22"/>
        </w:rPr>
        <w:t xml:space="preserve">There's nobody to rein him in. </w:t>
      </w:r>
    </w:p>
    <w:p>
      <w:pPr>
        <w:spacing w:after="0"/>
      </w:pPr>
    </w:p>
    <w:p>
      <w:pPr>
        <w:spacing w:after="0"/>
      </w:pPr>
      <w:r>
        <w:rPr>
          <w:rFonts w:ascii="Arial" w:hAnsi="Arial"/>
          <w:b/>
          <w:sz w:val="22"/>
        </w:rPr>
        <w:t xml:space="preserve">Alice  </w:t>
      </w:r>
      <w:r>
        <w:rPr>
          <w:rFonts w:ascii="Arial" w:hAnsi="Arial"/>
          <w:color w:val="5D7284"/>
          <w:sz w:val="22"/>
        </w:rPr>
        <w:t>07:24</w:t>
      </w:r>
    </w:p>
    <w:p>
      <w:pPr>
        <w:spacing w:after="0"/>
      </w:pPr>
      <w:r>
        <w:rPr>
          <w:rFonts w:ascii="Arial" w:hAnsi="Arial"/>
          <w:sz w:val="22"/>
        </w:rPr>
        <w:t>Yeah. But they also believed that their like, right to rule was mandated by God.</w:t>
      </w:r>
    </w:p>
    <w:p>
      <w:pPr>
        <w:spacing w:after="0"/>
      </w:pPr>
    </w:p>
    <w:p>
      <w:pPr>
        <w:spacing w:after="0"/>
      </w:pPr>
      <w:r>
        <w:rPr>
          <w:rFonts w:ascii="Arial" w:hAnsi="Arial"/>
          <w:b/>
          <w:sz w:val="22"/>
        </w:rPr>
        <w:t xml:space="preserve">Lucy  </w:t>
      </w:r>
      <w:r>
        <w:rPr>
          <w:rFonts w:ascii="Arial" w:hAnsi="Arial"/>
          <w:color w:val="5D7284"/>
          <w:sz w:val="22"/>
        </w:rPr>
        <w:t>07:30</w:t>
      </w:r>
    </w:p>
    <w:p>
      <w:pPr>
        <w:spacing w:after="0"/>
      </w:pPr>
      <w:r>
        <w:rPr>
          <w:rFonts w:ascii="Arial" w:hAnsi="Arial"/>
          <w:sz w:val="22"/>
        </w:rPr>
        <w:t xml:space="preserve">That's a bit like King Charles I? The one that got his head chopped off... </w:t>
      </w:r>
    </w:p>
    <w:p>
      <w:pPr>
        <w:spacing w:after="0"/>
      </w:pPr>
    </w:p>
    <w:p>
      <w:pPr>
        <w:spacing w:after="0"/>
      </w:pPr>
      <w:r>
        <w:rPr>
          <w:rFonts w:ascii="Arial" w:hAnsi="Arial"/>
          <w:b/>
          <w:sz w:val="22"/>
        </w:rPr>
        <w:t xml:space="preserve">Alice  </w:t>
      </w:r>
      <w:r>
        <w:rPr>
          <w:rFonts w:ascii="Arial" w:hAnsi="Arial"/>
          <w:color w:val="5D7284"/>
          <w:sz w:val="22"/>
        </w:rPr>
        <w:t>07:41</w:t>
      </w:r>
    </w:p>
    <w:p>
      <w:pPr>
        <w:spacing w:after="0"/>
      </w:pPr>
      <w:r>
        <w:rPr>
          <w:rFonts w:ascii="Arial" w:hAnsi="Arial"/>
          <w:sz w:val="22"/>
        </w:rPr>
        <w:t>Pass. [with Lucy: Daisy?]</w:t>
      </w:r>
    </w:p>
    <w:p>
      <w:pPr>
        <w:spacing w:after="0"/>
      </w:pPr>
    </w:p>
    <w:p>
      <w:pPr>
        <w:spacing w:after="0"/>
      </w:pPr>
      <w:r>
        <w:rPr>
          <w:rFonts w:ascii="Arial" w:hAnsi="Arial"/>
          <w:b/>
          <w:sz w:val="22"/>
        </w:rPr>
        <w:t xml:space="preserve">Daisy  </w:t>
      </w:r>
      <w:r>
        <w:rPr>
          <w:rFonts w:ascii="Arial" w:hAnsi="Arial"/>
          <w:color w:val="5D7284"/>
          <w:sz w:val="22"/>
        </w:rPr>
        <w:t>07:44</w:t>
      </w:r>
    </w:p>
    <w:p>
      <w:pPr>
        <w:spacing w:after="0"/>
      </w:pPr>
      <w:r>
        <w:rPr>
          <w:rFonts w:ascii="Arial" w:hAnsi="Arial"/>
          <w:sz w:val="22"/>
        </w:rPr>
        <w:t>I mean, I think the the general rule of the monarchy in this country is that is that the kind of divine right of the monarchy is quite common to, you know, the, the defender of the faith and things like that. I don't think that was particularly exclusive to...</w:t>
      </w:r>
    </w:p>
    <w:p>
      <w:pPr>
        <w:spacing w:after="0"/>
      </w:pPr>
    </w:p>
    <w:p>
      <w:pPr>
        <w:spacing w:after="0"/>
      </w:pPr>
      <w:r>
        <w:rPr>
          <w:rFonts w:ascii="Arial" w:hAnsi="Arial"/>
          <w:b/>
          <w:sz w:val="22"/>
        </w:rPr>
        <w:t xml:space="preserve">Lucy  </w:t>
      </w:r>
      <w:r>
        <w:rPr>
          <w:rFonts w:ascii="Arial" w:hAnsi="Arial"/>
          <w:color w:val="5D7284"/>
          <w:sz w:val="22"/>
        </w:rPr>
        <w:t>08:01</w:t>
      </w:r>
    </w:p>
    <w:p>
      <w:pPr>
        <w:spacing w:after="0"/>
      </w:pPr>
      <w:r>
        <w:rPr>
          <w:rFonts w:ascii="Arial" w:hAnsi="Arial"/>
          <w:sz w:val="22"/>
        </w:rPr>
        <w:t>I'm sure, though, that one of the reasons that King Charles got his head chopped off was because he was getting a bit too big for his boots. Like I'm watering it down very simply. He was getting very big, too big for his boots. And he thought it was a God given right that he was king basically and it didn't end well.</w:t>
      </w:r>
    </w:p>
    <w:p>
      <w:pPr>
        <w:spacing w:after="0"/>
      </w:pPr>
    </w:p>
    <w:p>
      <w:pPr>
        <w:spacing w:after="0"/>
      </w:pPr>
      <w:r>
        <w:rPr>
          <w:rFonts w:ascii="Arial" w:hAnsi="Arial"/>
          <w:b/>
          <w:sz w:val="22"/>
        </w:rPr>
        <w:t xml:space="preserve">Alice  </w:t>
      </w:r>
      <w:r>
        <w:rPr>
          <w:rFonts w:ascii="Arial" w:hAnsi="Arial"/>
          <w:color w:val="5D7284"/>
          <w:sz w:val="22"/>
        </w:rPr>
        <w:t>08:18</w:t>
      </w:r>
    </w:p>
    <w:p>
      <w:pPr>
        <w:spacing w:after="0"/>
      </w:pPr>
      <w:r>
        <w:rPr>
          <w:rFonts w:ascii="Arial" w:hAnsi="Arial"/>
          <w:sz w:val="22"/>
        </w:rPr>
        <w:t>Was he the one who got executed just before the Civil War?</w:t>
      </w:r>
    </w:p>
    <w:p>
      <w:pPr>
        <w:spacing w:after="0"/>
      </w:pPr>
    </w:p>
    <w:p>
      <w:pPr>
        <w:spacing w:after="0"/>
      </w:pPr>
      <w:r>
        <w:rPr>
          <w:rFonts w:ascii="Arial" w:hAnsi="Arial"/>
          <w:b/>
          <w:sz w:val="22"/>
        </w:rPr>
        <w:t xml:space="preserve">Lucy  </w:t>
      </w:r>
      <w:r>
        <w:rPr>
          <w:rFonts w:ascii="Arial" w:hAnsi="Arial"/>
          <w:color w:val="5D7284"/>
          <w:sz w:val="22"/>
        </w:rPr>
        <w:t>08:24</w:t>
      </w:r>
    </w:p>
    <w:p>
      <w:pPr>
        <w:spacing w:after="0"/>
      </w:pPr>
      <w:r>
        <w:rPr>
          <w:rFonts w:ascii="Arial" w:hAnsi="Arial"/>
          <w:sz w:val="22"/>
        </w:rPr>
        <w:t>I think so.</w:t>
      </w:r>
    </w:p>
    <w:p>
      <w:pPr>
        <w:spacing w:after="0"/>
      </w:pPr>
    </w:p>
    <w:p>
      <w:pPr>
        <w:spacing w:after="0"/>
      </w:pPr>
      <w:r>
        <w:rPr>
          <w:rFonts w:ascii="Arial" w:hAnsi="Arial"/>
          <w:b/>
          <w:sz w:val="22"/>
        </w:rPr>
        <w:t xml:space="preserve">Alice  </w:t>
      </w:r>
      <w:r>
        <w:rPr>
          <w:rFonts w:ascii="Arial" w:hAnsi="Arial"/>
          <w:color w:val="5D7284"/>
          <w:sz w:val="22"/>
        </w:rPr>
        <w:t>08:25</w:t>
      </w:r>
    </w:p>
    <w:p>
      <w:pPr>
        <w:spacing w:after="0"/>
      </w:pPr>
      <w:r>
        <w:rPr>
          <w:rFonts w:ascii="Arial" w:hAnsi="Arial"/>
          <w:sz w:val="22"/>
        </w:rPr>
        <w:t>I mean, yeah, that...</w:t>
      </w:r>
    </w:p>
    <w:p>
      <w:pPr>
        <w:spacing w:after="0"/>
      </w:pPr>
    </w:p>
    <w:p>
      <w:pPr>
        <w:spacing w:after="0"/>
      </w:pPr>
      <w:r>
        <w:rPr>
          <w:rFonts w:ascii="Arial" w:hAnsi="Arial"/>
          <w:b/>
          <w:sz w:val="22"/>
        </w:rPr>
        <w:t xml:space="preserve">Daisy  </w:t>
      </w:r>
      <w:r>
        <w:rPr>
          <w:rFonts w:ascii="Arial" w:hAnsi="Arial"/>
          <w:color w:val="5D7284"/>
          <w:sz w:val="22"/>
        </w:rPr>
        <w:t>08:26</w:t>
      </w:r>
    </w:p>
    <w:p>
      <w:pPr>
        <w:spacing w:after="0"/>
      </w:pPr>
      <w:r>
        <w:rPr>
          <w:rFonts w:ascii="Arial" w:hAnsi="Arial"/>
          <w:sz w:val="22"/>
        </w:rPr>
        <w:t>I should know all of these things.</w:t>
      </w:r>
    </w:p>
    <w:p>
      <w:pPr>
        <w:spacing w:after="0"/>
      </w:pPr>
    </w:p>
    <w:p>
      <w:pPr>
        <w:spacing w:after="0"/>
      </w:pPr>
      <w:r>
        <w:rPr>
          <w:rFonts w:ascii="Arial" w:hAnsi="Arial"/>
          <w:b/>
          <w:sz w:val="22"/>
        </w:rPr>
        <w:t xml:space="preserve">Lucy  </w:t>
      </w:r>
      <w:r>
        <w:rPr>
          <w:rFonts w:ascii="Arial" w:hAnsi="Arial"/>
          <w:color w:val="5D7284"/>
          <w:sz w:val="22"/>
        </w:rPr>
        <w:t>08:28</w:t>
      </w:r>
    </w:p>
    <w:p>
      <w:pPr>
        <w:spacing w:after="0"/>
      </w:pPr>
      <w:r>
        <w:rPr>
          <w:rFonts w:ascii="Arial" w:hAnsi="Arial"/>
          <w:sz w:val="22"/>
        </w:rPr>
        <w:t>Yes. you should! *overlapping conversation* Hold the line, caller!</w:t>
      </w:r>
    </w:p>
    <w:p>
      <w:pPr>
        <w:spacing w:after="0"/>
      </w:pPr>
    </w:p>
    <w:p>
      <w:pPr>
        <w:spacing w:after="0"/>
      </w:pPr>
      <w:r>
        <w:rPr>
          <w:rFonts w:ascii="Arial" w:hAnsi="Arial"/>
          <w:b/>
          <w:sz w:val="22"/>
        </w:rPr>
        <w:t xml:space="preserve">Daisy  </w:t>
      </w:r>
      <w:r>
        <w:rPr>
          <w:rFonts w:ascii="Arial" w:hAnsi="Arial"/>
          <w:color w:val="5D7284"/>
          <w:sz w:val="22"/>
        </w:rPr>
        <w:t>08:38</w:t>
      </w:r>
    </w:p>
    <w:p>
      <w:pPr>
        <w:spacing w:after="0"/>
      </w:pPr>
      <w:r>
        <w:rPr>
          <w:rFonts w:ascii="Arial" w:hAnsi="Arial"/>
          <w:sz w:val="22"/>
        </w:rPr>
        <w:t>How long have you got for me to Google?</w:t>
      </w:r>
    </w:p>
    <w:p>
      <w:pPr>
        <w:spacing w:after="0"/>
      </w:pPr>
    </w:p>
    <w:p>
      <w:pPr>
        <w:spacing w:after="0"/>
      </w:pPr>
      <w:r>
        <w:rPr>
          <w:rFonts w:ascii="Arial" w:hAnsi="Arial"/>
          <w:b/>
          <w:sz w:val="22"/>
        </w:rPr>
        <w:t xml:space="preserve">Alice  </w:t>
      </w:r>
      <w:r>
        <w:rPr>
          <w:rFonts w:ascii="Arial" w:hAnsi="Arial"/>
          <w:color w:val="5D7284"/>
          <w:sz w:val="22"/>
        </w:rPr>
        <w:t>08:41</w:t>
      </w:r>
    </w:p>
    <w:p>
      <w:pPr>
        <w:spacing w:after="0"/>
      </w:pPr>
      <w:r>
        <w:rPr>
          <w:rFonts w:ascii="Arial" w:hAnsi="Arial"/>
          <w:sz w:val="22"/>
        </w:rPr>
        <w:t>I mean, you can spend...</w:t>
      </w:r>
    </w:p>
    <w:p>
      <w:pPr>
        <w:spacing w:after="0"/>
      </w:pPr>
    </w:p>
    <w:p>
      <w:pPr>
        <w:spacing w:after="0"/>
      </w:pPr>
      <w:r>
        <w:rPr>
          <w:rFonts w:ascii="Arial" w:hAnsi="Arial"/>
          <w:b/>
          <w:sz w:val="22"/>
        </w:rPr>
        <w:t xml:space="preserve">Lucy  </w:t>
      </w:r>
      <w:r>
        <w:rPr>
          <w:rFonts w:ascii="Arial" w:hAnsi="Arial"/>
          <w:color w:val="5D7284"/>
          <w:sz w:val="22"/>
        </w:rPr>
        <w:t>08:43</w:t>
      </w:r>
    </w:p>
    <w:p>
      <w:pPr>
        <w:spacing w:after="0"/>
      </w:pPr>
      <w:r>
        <w:rPr>
          <w:rFonts w:ascii="Arial" w:hAnsi="Arial"/>
          <w:sz w:val="22"/>
        </w:rPr>
        <w:t xml:space="preserve">We can edit it down. </w:t>
      </w:r>
    </w:p>
    <w:p>
      <w:pPr>
        <w:spacing w:after="0"/>
      </w:pPr>
    </w:p>
    <w:p>
      <w:pPr>
        <w:spacing w:after="0"/>
      </w:pPr>
      <w:r>
        <w:rPr>
          <w:rFonts w:ascii="Arial" w:hAnsi="Arial"/>
          <w:b/>
          <w:sz w:val="22"/>
        </w:rPr>
        <w:t xml:space="preserve">Alice  </w:t>
      </w:r>
      <w:r>
        <w:rPr>
          <w:rFonts w:ascii="Arial" w:hAnsi="Arial"/>
          <w:color w:val="5D7284"/>
          <w:sz w:val="22"/>
        </w:rPr>
        <w:t>08:43</w:t>
      </w:r>
    </w:p>
    <w:p>
      <w:pPr>
        <w:spacing w:after="0"/>
      </w:pPr>
      <w:r>
        <w:rPr>
          <w:rFonts w:ascii="Arial" w:hAnsi="Arial"/>
          <w:sz w:val="22"/>
        </w:rPr>
        <w:t>Yes. We'll fix it in post. It's fine. Or, we'll leave it.</w:t>
      </w:r>
    </w:p>
    <w:p>
      <w:pPr>
        <w:spacing w:after="0"/>
      </w:pPr>
    </w:p>
    <w:p>
      <w:pPr>
        <w:spacing w:after="0"/>
      </w:pPr>
      <w:r>
        <w:rPr>
          <w:rFonts w:ascii="Arial" w:hAnsi="Arial"/>
          <w:b/>
          <w:sz w:val="22"/>
        </w:rPr>
        <w:t xml:space="preserve">Lucy  </w:t>
      </w:r>
      <w:r>
        <w:rPr>
          <w:rFonts w:ascii="Arial" w:hAnsi="Arial"/>
          <w:color w:val="5D7284"/>
          <w:sz w:val="22"/>
        </w:rPr>
        <w:t>08:48</w:t>
      </w:r>
    </w:p>
    <w:p>
      <w:pPr>
        <w:spacing w:after="0"/>
      </w:pPr>
      <w:r>
        <w:rPr>
          <w:rFonts w:ascii="Arial" w:hAnsi="Arial"/>
          <w:sz w:val="22"/>
        </w:rPr>
        <w:t>Just put some on hold music. [Alice laughs]</w:t>
      </w:r>
    </w:p>
    <w:p>
      <w:pPr>
        <w:spacing w:after="0"/>
      </w:pPr>
    </w:p>
    <w:p>
      <w:pPr>
        <w:spacing w:after="0"/>
      </w:pPr>
      <w:r>
        <w:rPr>
          <w:rFonts w:ascii="Arial" w:hAnsi="Arial"/>
          <w:b/>
          <w:sz w:val="22"/>
        </w:rPr>
        <w:t xml:space="preserve">Daisy  </w:t>
      </w:r>
      <w:r>
        <w:rPr>
          <w:rFonts w:ascii="Arial" w:hAnsi="Arial"/>
          <w:color w:val="5D7284"/>
          <w:sz w:val="22"/>
        </w:rPr>
        <w:t>08:51</w:t>
      </w:r>
    </w:p>
    <w:p>
      <w:pPr>
        <w:spacing w:after="0"/>
      </w:pPr>
      <w:r>
        <w:rPr>
          <w:rFonts w:ascii="Arial" w:hAnsi="Arial"/>
          <w:sz w:val="22"/>
        </w:rPr>
        <w:t xml:space="preserve">I mean, he was executed as part of the Civil War. </w:t>
      </w:r>
    </w:p>
    <w:p>
      <w:pPr>
        <w:spacing w:after="0"/>
      </w:pPr>
    </w:p>
    <w:p>
      <w:pPr>
        <w:spacing w:after="0"/>
      </w:pPr>
      <w:r>
        <w:rPr>
          <w:rFonts w:ascii="Arial" w:hAnsi="Arial"/>
          <w:b/>
          <w:sz w:val="22"/>
        </w:rPr>
        <w:t xml:space="preserve">Lucy  </w:t>
      </w:r>
      <w:r>
        <w:rPr>
          <w:rFonts w:ascii="Arial" w:hAnsi="Arial"/>
          <w:color w:val="5D7284"/>
          <w:sz w:val="22"/>
        </w:rPr>
        <w:t>08:55</w:t>
      </w:r>
    </w:p>
    <w:p>
      <w:pPr>
        <w:spacing w:after="0"/>
      </w:pPr>
      <w:r>
        <w:rPr>
          <w:rFonts w:ascii="Arial" w:hAnsi="Arial"/>
          <w:sz w:val="22"/>
        </w:rPr>
        <w:t>Yeah, there you go.</w:t>
      </w:r>
    </w:p>
    <w:p>
      <w:pPr>
        <w:spacing w:after="0"/>
      </w:pPr>
    </w:p>
    <w:p>
      <w:pPr>
        <w:spacing w:after="0"/>
      </w:pPr>
      <w:r>
        <w:rPr>
          <w:rFonts w:ascii="Arial" w:hAnsi="Arial"/>
          <w:b/>
          <w:sz w:val="22"/>
        </w:rPr>
        <w:t xml:space="preserve">Alice  </w:t>
      </w:r>
      <w:r>
        <w:rPr>
          <w:rFonts w:ascii="Arial" w:hAnsi="Arial"/>
          <w:color w:val="5D7284"/>
          <w:sz w:val="22"/>
        </w:rPr>
        <w:t>08:59</w:t>
      </w:r>
    </w:p>
    <w:p>
      <w:pPr>
        <w:spacing w:after="0"/>
      </w:pPr>
      <w:r>
        <w:rPr>
          <w:rFonts w:ascii="Arial" w:hAnsi="Arial"/>
          <w:sz w:val="22"/>
        </w:rPr>
        <w:t>That was as much about the difference between Catholicism and Protestantism wasn't it, as it was.</w:t>
      </w:r>
    </w:p>
    <w:p>
      <w:pPr>
        <w:spacing w:after="0"/>
      </w:pPr>
    </w:p>
    <w:p>
      <w:pPr>
        <w:spacing w:after="0"/>
      </w:pPr>
      <w:r>
        <w:rPr>
          <w:rFonts w:ascii="Arial" w:hAnsi="Arial"/>
          <w:b/>
          <w:sz w:val="22"/>
        </w:rPr>
        <w:t xml:space="preserve">Daisy  </w:t>
      </w:r>
      <w:r>
        <w:rPr>
          <w:rFonts w:ascii="Arial" w:hAnsi="Arial"/>
          <w:color w:val="5D7284"/>
          <w:sz w:val="22"/>
        </w:rPr>
        <w:t>09:08</w:t>
      </w:r>
    </w:p>
    <w:p>
      <w:pPr>
        <w:spacing w:after="0"/>
      </w:pPr>
      <w:r>
        <w:rPr>
          <w:rFonts w:ascii="Arial" w:hAnsi="Arial"/>
          <w:sz w:val="22"/>
        </w:rPr>
        <w:t>Yeah, the whole kind of pendulum swinging back and forth between who's really right. This type of Christianity or this type of Christianity.</w:t>
      </w:r>
    </w:p>
    <w:p>
      <w:pPr>
        <w:spacing w:after="0"/>
      </w:pPr>
    </w:p>
    <w:p>
      <w:pPr>
        <w:spacing w:after="0"/>
      </w:pPr>
      <w:r>
        <w:rPr>
          <w:rFonts w:ascii="Arial" w:hAnsi="Arial"/>
          <w:b/>
          <w:sz w:val="22"/>
        </w:rPr>
        <w:t xml:space="preserve">Lucy  </w:t>
      </w:r>
      <w:r>
        <w:rPr>
          <w:rFonts w:ascii="Arial" w:hAnsi="Arial"/>
          <w:color w:val="5D7284"/>
          <w:sz w:val="22"/>
        </w:rPr>
        <w:t>09:17</w:t>
      </w:r>
    </w:p>
    <w:p>
      <w:pPr>
        <w:spacing w:after="0"/>
      </w:pPr>
      <w:r>
        <w:rPr>
          <w:rFonts w:ascii="Arial" w:hAnsi="Arial"/>
          <w:sz w:val="22"/>
        </w:rPr>
        <w:t>Yes. exactly. Yeah. Anyway, so yeah.</w:t>
      </w:r>
    </w:p>
    <w:p>
      <w:pPr>
        <w:spacing w:after="0"/>
      </w:pPr>
    </w:p>
    <w:p>
      <w:pPr>
        <w:spacing w:after="0"/>
      </w:pPr>
      <w:r>
        <w:rPr>
          <w:rFonts w:ascii="Arial" w:hAnsi="Arial"/>
          <w:b/>
          <w:sz w:val="22"/>
        </w:rPr>
        <w:t xml:space="preserve">Alice  </w:t>
      </w:r>
      <w:r>
        <w:rPr>
          <w:rFonts w:ascii="Arial" w:hAnsi="Arial"/>
          <w:color w:val="5D7284"/>
          <w:sz w:val="22"/>
        </w:rPr>
        <w:t>09:19</w:t>
      </w:r>
    </w:p>
    <w:p>
      <w:pPr>
        <w:spacing w:after="0"/>
      </w:pPr>
      <w:r>
        <w:rPr>
          <w:rFonts w:ascii="Arial" w:hAnsi="Arial"/>
          <w:sz w:val="22"/>
        </w:rPr>
        <w:t>Yeah, so they, because they believed that God made them king and queen, obviously they're meant that their children automatically inherited that right and that the people got no say on who was leading the country and questioning the right of the king and the commands of the king was just was the same as questioning God. So you know, it it made things probably really cool and calm and chill just in Russia.</w:t>
      </w:r>
    </w:p>
    <w:p>
      <w:pPr>
        <w:spacing w:after="0"/>
      </w:pPr>
    </w:p>
    <w:p>
      <w:pPr>
        <w:spacing w:after="0"/>
      </w:pPr>
      <w:r>
        <w:rPr>
          <w:rFonts w:ascii="Arial" w:hAnsi="Arial"/>
          <w:b/>
          <w:sz w:val="22"/>
        </w:rPr>
        <w:t xml:space="preserve">Lucy  </w:t>
      </w:r>
      <w:r>
        <w:rPr>
          <w:rFonts w:ascii="Arial" w:hAnsi="Arial"/>
          <w:color w:val="5D7284"/>
          <w:sz w:val="22"/>
        </w:rPr>
        <w:t>09:58</w:t>
      </w:r>
    </w:p>
    <w:p>
      <w:pPr>
        <w:spacing w:after="0"/>
      </w:pPr>
      <w:r>
        <w:rPr>
          <w:rFonts w:ascii="Arial" w:hAnsi="Arial"/>
          <w:sz w:val="22"/>
        </w:rPr>
        <w:t>Definitely this is going to end well.</w:t>
      </w:r>
    </w:p>
    <w:p>
      <w:pPr>
        <w:spacing w:after="0"/>
      </w:pPr>
    </w:p>
    <w:p>
      <w:pPr>
        <w:spacing w:after="0"/>
      </w:pPr>
      <w:r>
        <w:rPr>
          <w:rFonts w:ascii="Arial" w:hAnsi="Arial"/>
          <w:b/>
          <w:sz w:val="22"/>
        </w:rPr>
        <w:t xml:space="preserve">Alice  </w:t>
      </w:r>
      <w:r>
        <w:rPr>
          <w:rFonts w:ascii="Arial" w:hAnsi="Arial"/>
          <w:color w:val="5D7284"/>
          <w:sz w:val="22"/>
        </w:rPr>
        <w:t>10:01</w:t>
      </w:r>
    </w:p>
    <w:p>
      <w:pPr>
        <w:spacing w:after="0"/>
      </w:pPr>
      <w:r>
        <w:rPr>
          <w:rFonts w:ascii="Arial" w:hAnsi="Arial"/>
          <w:sz w:val="22"/>
        </w:rPr>
        <w:t>No. Fundamentally anybody who has a vain thing is destroyed. Just does not end well. As I said to Lucy in a meeting earlier this week, I think we just need to come to terms with the fact that I do the really sad history lessons, because that's just who I am as a person, so... [Lucy: and I am the light relief.] *both laugh* So the Romanovs were the religious heads of the Russian Orthodox Church, who, from what I understand it's kind of broadly Catholicism, but they have a different calendar, which made quite a lot of... made my research really confusing because stuff seemed to be happening on two different dates. So I did at first think that Alexei was born on 30th of July, but it wasn't. It was the 12th of August, but the two...</w:t>
      </w:r>
    </w:p>
    <w:p>
      <w:pPr>
        <w:spacing w:after="0"/>
      </w:pPr>
    </w:p>
    <w:p>
      <w:pPr>
        <w:spacing w:after="0"/>
      </w:pPr>
      <w:r>
        <w:rPr>
          <w:rFonts w:ascii="Arial" w:hAnsi="Arial"/>
          <w:b/>
          <w:sz w:val="22"/>
        </w:rPr>
        <w:t xml:space="preserve">Daisy  </w:t>
      </w:r>
      <w:r>
        <w:rPr>
          <w:rFonts w:ascii="Arial" w:hAnsi="Arial"/>
          <w:color w:val="5D7284"/>
          <w:sz w:val="22"/>
        </w:rPr>
        <w:t>10:53</w:t>
      </w:r>
    </w:p>
    <w:p>
      <w:pPr>
        <w:spacing w:after="0"/>
      </w:pPr>
      <w:r>
        <w:rPr>
          <w:rFonts w:ascii="Arial" w:hAnsi="Arial"/>
          <w:sz w:val="22"/>
        </w:rPr>
        <w:t xml:space="preserve">They're the same. </w:t>
      </w:r>
    </w:p>
    <w:p>
      <w:pPr>
        <w:spacing w:after="0"/>
      </w:pPr>
    </w:p>
    <w:p>
      <w:pPr>
        <w:spacing w:after="0"/>
      </w:pPr>
      <w:r>
        <w:rPr>
          <w:rFonts w:ascii="Arial" w:hAnsi="Arial"/>
          <w:b/>
          <w:sz w:val="22"/>
        </w:rPr>
        <w:t xml:space="preserve">Lucy  </w:t>
      </w:r>
      <w:r>
        <w:rPr>
          <w:rFonts w:ascii="Arial" w:hAnsi="Arial"/>
          <w:color w:val="5D7284"/>
          <w:sz w:val="22"/>
        </w:rPr>
        <w:t>10:54</w:t>
      </w:r>
    </w:p>
    <w:p>
      <w:pPr>
        <w:spacing w:after="0"/>
      </w:pPr>
      <w:r>
        <w:rPr>
          <w:rFonts w:ascii="Arial" w:hAnsi="Arial"/>
          <w:sz w:val="22"/>
        </w:rPr>
        <w:t>Yeah, similar. Similar.</w:t>
      </w:r>
    </w:p>
    <w:p>
      <w:pPr>
        <w:spacing w:after="0"/>
      </w:pPr>
    </w:p>
    <w:p>
      <w:pPr>
        <w:spacing w:after="0"/>
      </w:pPr>
      <w:r>
        <w:rPr>
          <w:rFonts w:ascii="Arial" w:hAnsi="Arial"/>
          <w:b/>
          <w:sz w:val="22"/>
        </w:rPr>
        <w:t xml:space="preserve">Alice  </w:t>
      </w:r>
      <w:r>
        <w:rPr>
          <w:rFonts w:ascii="Arial" w:hAnsi="Arial"/>
          <w:color w:val="5D7284"/>
          <w:sz w:val="22"/>
        </w:rPr>
        <w:t>10:57</w:t>
      </w:r>
    </w:p>
    <w:p>
      <w:pPr>
        <w:spacing w:after="0"/>
      </w:pPr>
      <w:r>
        <w:rPr>
          <w:rFonts w:ascii="Arial" w:hAnsi="Arial"/>
          <w:sz w:val="22"/>
        </w:rPr>
        <w:t>Obviously, because they are, you know, heads of the Orthodox Church, the Romanovs were very religious. But the family were also known to dabble in the occult and spiritualism which was, you know, quite normal and popular at that point in the Victorian times. So when Alexei was born, his parents had been trying to have a boy and an heir since they got married 10 years ago, it is reported that Alexandra felt a lot of pressure and guilt about not being able to provide her husband with an heir. People talk a lot of shit about Alexandra, and she's not a great person. [Lucy &amp; Daisy laugh] Like she's fully, openly antisemitic. But I think she also probably had some pretty significant like battles with depression in her life.</w:t>
      </w:r>
    </w:p>
    <w:p>
      <w:pPr>
        <w:spacing w:after="0"/>
      </w:pPr>
    </w:p>
    <w:p>
      <w:pPr>
        <w:spacing w:after="0"/>
      </w:pPr>
      <w:r>
        <w:rPr>
          <w:rFonts w:ascii="Arial" w:hAnsi="Arial"/>
          <w:b/>
          <w:sz w:val="22"/>
        </w:rPr>
        <w:t xml:space="preserve">Daisy  </w:t>
      </w:r>
      <w:r>
        <w:rPr>
          <w:rFonts w:ascii="Arial" w:hAnsi="Arial"/>
          <w:color w:val="5D7284"/>
          <w:sz w:val="22"/>
        </w:rPr>
        <w:t>11:58</w:t>
      </w:r>
    </w:p>
    <w:p>
      <w:pPr>
        <w:spacing w:after="0"/>
      </w:pPr>
      <w:r>
        <w:rPr>
          <w:rFonts w:ascii="Arial" w:hAnsi="Arial"/>
          <w:sz w:val="22"/>
        </w:rPr>
        <w:t>Merry Christmas! Don't worry, everybody, hang on. I'm gonna talk about something funny later. *All laugh*</w:t>
      </w:r>
    </w:p>
    <w:p>
      <w:pPr>
        <w:spacing w:after="0"/>
      </w:pPr>
    </w:p>
    <w:p>
      <w:pPr>
        <w:spacing w:after="0"/>
      </w:pPr>
      <w:r>
        <w:rPr>
          <w:rFonts w:ascii="Arial" w:hAnsi="Arial"/>
          <w:b/>
          <w:sz w:val="22"/>
        </w:rPr>
        <w:t xml:space="preserve">Lucy  </w:t>
      </w:r>
      <w:r>
        <w:rPr>
          <w:rFonts w:ascii="Arial" w:hAnsi="Arial"/>
          <w:color w:val="5D7284"/>
          <w:sz w:val="22"/>
        </w:rPr>
        <w:t>12:08</w:t>
      </w:r>
    </w:p>
    <w:p>
      <w:pPr>
        <w:spacing w:after="0"/>
      </w:pPr>
      <w:r>
        <w:rPr>
          <w:rFonts w:ascii="Arial" w:hAnsi="Arial"/>
          <w:sz w:val="22"/>
        </w:rPr>
        <w:t>Why do you think Daisy's here? *All laugh*</w:t>
      </w:r>
    </w:p>
    <w:p>
      <w:pPr>
        <w:spacing w:after="0"/>
      </w:pPr>
    </w:p>
    <w:p>
      <w:pPr>
        <w:spacing w:after="0"/>
      </w:pPr>
      <w:r>
        <w:rPr>
          <w:rFonts w:ascii="Arial" w:hAnsi="Arial"/>
          <w:b/>
          <w:sz w:val="22"/>
        </w:rPr>
        <w:t xml:space="preserve">Alice  </w:t>
      </w:r>
      <w:r>
        <w:rPr>
          <w:rFonts w:ascii="Arial" w:hAnsi="Arial"/>
          <w:color w:val="5D7284"/>
          <w:sz w:val="22"/>
        </w:rPr>
        <w:t>12:12</w:t>
      </w:r>
    </w:p>
    <w:p>
      <w:pPr>
        <w:spacing w:after="0"/>
      </w:pPr>
      <w:r>
        <w:rPr>
          <w:rFonts w:ascii="Arial" w:hAnsi="Arial"/>
          <w:sz w:val="22"/>
        </w:rPr>
        <w:t>Yeah, she was a little bit of... People call her a hypochondriac, but I think she had like migraine problems. And she talks a lot about her heart feeling weak. And so I think she was just really fucking sad a lot of the time. She had... Her mum died when she was quite young, one of her sisters died. I mean, it's classic Victorian stuff. But I think, like, I don't know. I'm not, like I said, I'd not say she's a great person, but I have a bit more sympathy for her than a lot of people. And I think that there's definitely an element of it, like being a bit of the patriarchy, and then it being a bit like, oh, well, it's her fault that there's, you know, they haven't had a son and it can't be anything to do with him (!) And she may also have lost a child during pregnancy, before Alexei was born, so she didn't have a great time of it. She was quite poorly herself after Alexei was born. But when he did arrive, obviously, it was a huge relief for her because finally they had a son. And there was like a huge state celebration thrown and newspapers in England and Germany were writing about how much the Russian people were celebrating. There were bells being rung. A noble woman named Baroness Sophie talks about how they were deafened from the ringing of the bells all day on the day that he was born. So there was definitely a lot of joy about the fact that he was born which, you know, that's nice. [Lucy: Sounds nice.] Yeah. So obviously, once Alexei was here, everybody thought that meant that the fate of the Russian throne was finally resolved and there was there was nothing for anybody to worry about anymore. But unfortunately, the future of the Romanov family and the Russian throne was definitely a little bit uncertain. In the years leading up to and just before Alexei's birth, there had been quite a lot of civil unrest across Russia. Obviously, as I said, for centuries, Russia had been led by an autocratic monarch and they'd had like a feudalist system with serfs working on the land basically being owned by nobles and then the nobles paying taxes to the Royals. I think I understood feudalism correctly there. Remembering back from like Year 8 history. But, and this is different. Obviously, it's not been great for the peasants, but everybody else was happy with it. But when industrialization came, a lot of the serfs were basically unable to get work now. And so there was a lot of violence and protests across Russia, because people were starving. And then in the cities, there was an increasingly violent campaign to install a constitutional government going on. So Britain had a constitutional government in the 1600s. So they're quite far behind, really. You know, it's 300 years later. So I'm not surprised that people were pissed off, because, there are machines taking their jobs. And they have no say in how the government [Lucy: Anything.] Yeah, well, anything. Exactly. So...</w:t>
      </w:r>
    </w:p>
    <w:p>
      <w:pPr>
        <w:spacing w:after="0"/>
      </w:pPr>
    </w:p>
    <w:p>
      <w:pPr>
        <w:spacing w:after="0"/>
      </w:pPr>
      <w:r>
        <w:rPr>
          <w:rFonts w:ascii="Arial" w:hAnsi="Arial"/>
          <w:b/>
          <w:sz w:val="22"/>
        </w:rPr>
        <w:t xml:space="preserve">Lucy  </w:t>
      </w:r>
      <w:r>
        <w:rPr>
          <w:rFonts w:ascii="Arial" w:hAnsi="Arial"/>
          <w:color w:val="5D7284"/>
          <w:sz w:val="22"/>
        </w:rPr>
        <w:t>16:00</w:t>
      </w:r>
    </w:p>
    <w:p>
      <w:pPr>
        <w:spacing w:after="0"/>
      </w:pPr>
      <w:r>
        <w:rPr>
          <w:rFonts w:ascii="Arial" w:hAnsi="Arial"/>
          <w:sz w:val="22"/>
        </w:rPr>
        <w:t>You can't do anything about it. You can't exercise the fact that you're unhappy about the fact that a machine has taken your job and you've got nothing to do, you know. You can't earn enough money, things like that, because they're not going to give a shit, are they? Really?</w:t>
      </w:r>
    </w:p>
    <w:p>
      <w:pPr>
        <w:spacing w:after="0"/>
      </w:pPr>
    </w:p>
    <w:p>
      <w:pPr>
        <w:spacing w:after="0"/>
      </w:pPr>
      <w:r>
        <w:rPr>
          <w:rFonts w:ascii="Arial" w:hAnsi="Arial"/>
          <w:b/>
          <w:sz w:val="22"/>
        </w:rPr>
        <w:t xml:space="preserve">Alice  </w:t>
      </w:r>
      <w:r>
        <w:rPr>
          <w:rFonts w:ascii="Arial" w:hAnsi="Arial"/>
          <w:color w:val="5D7284"/>
          <w:sz w:val="22"/>
        </w:rPr>
        <w:t>16:13</w:t>
      </w:r>
    </w:p>
    <w:p>
      <w:pPr>
        <w:spacing w:after="0"/>
      </w:pPr>
      <w:r>
        <w:rPr>
          <w:rFonts w:ascii="Arial" w:hAnsi="Arial"/>
          <w:sz w:val="22"/>
        </w:rPr>
        <w:t>And the Russian state response to the civil unrest was pretty ruthless violence, including a protest where Cossacks basically mowed down 100 odd people.</w:t>
      </w:r>
    </w:p>
    <w:p>
      <w:pPr>
        <w:spacing w:after="0"/>
      </w:pPr>
    </w:p>
    <w:p>
      <w:pPr>
        <w:spacing w:after="0"/>
      </w:pPr>
      <w:r>
        <w:rPr>
          <w:rFonts w:ascii="Arial" w:hAnsi="Arial"/>
          <w:b/>
          <w:sz w:val="22"/>
        </w:rPr>
        <w:t xml:space="preserve">Lucy  </w:t>
      </w:r>
      <w:r>
        <w:rPr>
          <w:rFonts w:ascii="Arial" w:hAnsi="Arial"/>
          <w:color w:val="5D7284"/>
          <w:sz w:val="22"/>
        </w:rPr>
        <w:t>16:34</w:t>
      </w:r>
    </w:p>
    <w:p>
      <w:pPr>
        <w:spacing w:after="0"/>
      </w:pPr>
      <w:r>
        <w:rPr>
          <w:rFonts w:ascii="Arial" w:hAnsi="Arial"/>
          <w:sz w:val="22"/>
        </w:rPr>
        <w:t>Cossacks are they people that kick their legs out? The Cossack dance? Are they related to in any way shape or form or am I being thick?</w:t>
      </w:r>
    </w:p>
    <w:p>
      <w:pPr>
        <w:spacing w:after="0"/>
      </w:pPr>
    </w:p>
    <w:p>
      <w:pPr>
        <w:spacing w:after="0"/>
      </w:pPr>
      <w:r>
        <w:rPr>
          <w:rFonts w:ascii="Arial" w:hAnsi="Arial"/>
          <w:b/>
          <w:sz w:val="22"/>
        </w:rPr>
        <w:t xml:space="preserve">Alice  </w:t>
      </w:r>
      <w:r>
        <w:rPr>
          <w:rFonts w:ascii="Arial" w:hAnsi="Arial"/>
          <w:color w:val="5D7284"/>
          <w:sz w:val="22"/>
        </w:rPr>
        <w:t>16:44</w:t>
      </w:r>
    </w:p>
    <w:p>
      <w:pPr>
        <w:spacing w:after="0"/>
      </w:pPr>
      <w:r>
        <w:rPr>
          <w:rFonts w:ascii="Arial" w:hAnsi="Arial"/>
          <w:sz w:val="22"/>
        </w:rPr>
        <w:t>I know the dance you're talking about. I didn't spend the time to go into understanding the different military regiments.</w:t>
      </w:r>
    </w:p>
    <w:p>
      <w:pPr>
        <w:spacing w:after="0"/>
      </w:pPr>
    </w:p>
    <w:p>
      <w:pPr>
        <w:spacing w:after="0"/>
      </w:pPr>
      <w:r>
        <w:rPr>
          <w:rFonts w:ascii="Arial" w:hAnsi="Arial"/>
          <w:b/>
          <w:sz w:val="22"/>
        </w:rPr>
        <w:t xml:space="preserve">Lucy  </w:t>
      </w:r>
      <w:r>
        <w:rPr>
          <w:rFonts w:ascii="Arial" w:hAnsi="Arial"/>
          <w:color w:val="5D7284"/>
          <w:sz w:val="22"/>
        </w:rPr>
        <w:t>16:54</w:t>
      </w:r>
    </w:p>
    <w:p>
      <w:pPr>
        <w:spacing w:after="0"/>
      </w:pPr>
      <w:r>
        <w:rPr>
          <w:rFonts w:ascii="Arial" w:hAnsi="Arial"/>
          <w:sz w:val="22"/>
        </w:rPr>
        <w:t>Daisy's doing it for me. *laughs*</w:t>
      </w:r>
    </w:p>
    <w:p>
      <w:pPr>
        <w:spacing w:after="0"/>
      </w:pPr>
    </w:p>
    <w:p>
      <w:pPr>
        <w:spacing w:after="0"/>
      </w:pPr>
      <w:r>
        <w:rPr>
          <w:rFonts w:ascii="Arial" w:hAnsi="Arial"/>
          <w:b/>
          <w:sz w:val="22"/>
        </w:rPr>
        <w:t xml:space="preserve">Daisy  </w:t>
      </w:r>
      <w:r>
        <w:rPr>
          <w:rFonts w:ascii="Arial" w:hAnsi="Arial"/>
          <w:color w:val="5D7284"/>
          <w:sz w:val="22"/>
        </w:rPr>
        <w:t>16:56</w:t>
      </w:r>
    </w:p>
    <w:p>
      <w:pPr>
        <w:spacing w:after="0"/>
      </w:pPr>
      <w:r>
        <w:rPr>
          <w:rFonts w:ascii="Arial" w:hAnsi="Arial"/>
          <w:sz w:val="22"/>
        </w:rPr>
        <w:t xml:space="preserve">Hang on. This is my area. </w:t>
      </w:r>
    </w:p>
    <w:p>
      <w:pPr>
        <w:spacing w:after="0"/>
      </w:pPr>
    </w:p>
    <w:p>
      <w:pPr>
        <w:spacing w:after="0"/>
      </w:pPr>
      <w:r>
        <w:rPr>
          <w:rFonts w:ascii="Arial" w:hAnsi="Arial"/>
          <w:b/>
          <w:sz w:val="22"/>
        </w:rPr>
        <w:t xml:space="preserve">Lucy  </w:t>
      </w:r>
      <w:r>
        <w:rPr>
          <w:rFonts w:ascii="Arial" w:hAnsi="Arial"/>
          <w:color w:val="5D7284"/>
          <w:sz w:val="22"/>
        </w:rPr>
        <w:t>17:01</w:t>
      </w:r>
    </w:p>
    <w:p>
      <w:pPr>
        <w:spacing w:after="0"/>
      </w:pPr>
      <w:r>
        <w:rPr>
          <w:rFonts w:ascii="Arial" w:hAnsi="Arial"/>
          <w:sz w:val="22"/>
        </w:rPr>
        <w:t>It does look like quite a violent sort of dance.</w:t>
      </w:r>
    </w:p>
    <w:p>
      <w:pPr>
        <w:spacing w:after="0"/>
      </w:pPr>
    </w:p>
    <w:p>
      <w:pPr>
        <w:spacing w:after="0"/>
      </w:pPr>
      <w:r>
        <w:rPr>
          <w:rFonts w:ascii="Arial" w:hAnsi="Arial"/>
          <w:b/>
          <w:sz w:val="22"/>
        </w:rPr>
        <w:t xml:space="preserve">Alice  </w:t>
      </w:r>
      <w:r>
        <w:rPr>
          <w:rFonts w:ascii="Arial" w:hAnsi="Arial"/>
          <w:color w:val="5D7284"/>
          <w:sz w:val="22"/>
        </w:rPr>
        <w:t>17:05</w:t>
      </w:r>
    </w:p>
    <w:p>
      <w:pPr>
        <w:spacing w:after="0"/>
      </w:pPr>
      <w:r>
        <w:rPr>
          <w:rFonts w:ascii="Arial" w:hAnsi="Arial"/>
          <w:sz w:val="22"/>
        </w:rPr>
        <w:t>They were certainly known as the most violent of the military regiments of the Russian military forces. They were supposed to be, I guess, like the elite forces. And I know that they had bayonets.</w:t>
      </w:r>
    </w:p>
    <w:p>
      <w:pPr>
        <w:spacing w:after="0"/>
      </w:pPr>
    </w:p>
    <w:p>
      <w:pPr>
        <w:spacing w:after="0"/>
      </w:pPr>
      <w:r>
        <w:rPr>
          <w:rFonts w:ascii="Arial" w:hAnsi="Arial"/>
          <w:b/>
          <w:sz w:val="22"/>
        </w:rPr>
        <w:t xml:space="preserve">Lucy  </w:t>
      </w:r>
      <w:r>
        <w:rPr>
          <w:rFonts w:ascii="Arial" w:hAnsi="Arial"/>
          <w:color w:val="5D7284"/>
          <w:sz w:val="22"/>
        </w:rPr>
        <w:t>17:26</w:t>
      </w:r>
    </w:p>
    <w:p>
      <w:pPr>
        <w:spacing w:after="0"/>
      </w:pPr>
      <w:r>
        <w:rPr>
          <w:rFonts w:ascii="Arial" w:hAnsi="Arial"/>
          <w:sz w:val="22"/>
        </w:rPr>
        <w:t>Yeah, and if you think about it, they will probably use hand to hand combat which included kicking, I would imagine. *Alice sniggers* I don't know. Daisy help me out.</w:t>
      </w:r>
    </w:p>
    <w:p>
      <w:pPr>
        <w:spacing w:after="0"/>
      </w:pPr>
    </w:p>
    <w:p>
      <w:pPr>
        <w:spacing w:after="0"/>
      </w:pPr>
      <w:r>
        <w:rPr>
          <w:rFonts w:ascii="Arial" w:hAnsi="Arial"/>
          <w:b/>
          <w:sz w:val="22"/>
        </w:rPr>
        <w:t xml:space="preserve">Daisy  </w:t>
      </w:r>
      <w:r>
        <w:rPr>
          <w:rFonts w:ascii="Arial" w:hAnsi="Arial"/>
          <w:color w:val="5D7284"/>
          <w:sz w:val="22"/>
        </w:rPr>
        <w:t>17:37</w:t>
      </w:r>
    </w:p>
    <w:p>
      <w:pPr>
        <w:spacing w:after="0"/>
      </w:pPr>
      <w:r>
        <w:rPr>
          <w:rFonts w:ascii="Arial" w:hAnsi="Arial"/>
          <w:sz w:val="22"/>
        </w:rPr>
        <w:t xml:space="preserve">It seems they are related. Yes. </w:t>
      </w:r>
    </w:p>
    <w:p>
      <w:pPr>
        <w:spacing w:after="0"/>
      </w:pPr>
    </w:p>
    <w:p>
      <w:pPr>
        <w:spacing w:after="0"/>
      </w:pPr>
      <w:r>
        <w:rPr>
          <w:rFonts w:ascii="Arial" w:hAnsi="Arial"/>
          <w:b/>
          <w:sz w:val="22"/>
        </w:rPr>
        <w:t xml:space="preserve">Lucy  </w:t>
      </w:r>
      <w:r>
        <w:rPr>
          <w:rFonts w:ascii="Arial" w:hAnsi="Arial"/>
          <w:color w:val="5D7284"/>
          <w:sz w:val="22"/>
        </w:rPr>
        <w:t>17:39</w:t>
      </w:r>
    </w:p>
    <w:p>
      <w:pPr>
        <w:spacing w:after="0"/>
      </w:pPr>
      <w:r>
        <w:rPr>
          <w:rFonts w:ascii="Arial" w:hAnsi="Arial"/>
          <w:sz w:val="22"/>
        </w:rPr>
        <w:t>Yeah! Good!</w:t>
      </w:r>
    </w:p>
    <w:p>
      <w:pPr>
        <w:spacing w:after="0"/>
      </w:pPr>
    </w:p>
    <w:p>
      <w:pPr>
        <w:spacing w:after="0"/>
      </w:pPr>
      <w:r>
        <w:rPr>
          <w:rFonts w:ascii="Arial" w:hAnsi="Arial"/>
          <w:b/>
          <w:sz w:val="22"/>
        </w:rPr>
        <w:t xml:space="preserve">Daisy  </w:t>
      </w:r>
      <w:r>
        <w:rPr>
          <w:rFonts w:ascii="Arial" w:hAnsi="Arial"/>
          <w:color w:val="5D7284"/>
          <w:sz w:val="22"/>
        </w:rPr>
        <w:t>17:43</w:t>
      </w:r>
    </w:p>
    <w:p>
      <w:pPr>
        <w:spacing w:after="0"/>
      </w:pPr>
      <w:r>
        <w:rPr>
          <w:rFonts w:ascii="Arial" w:hAnsi="Arial"/>
          <w:sz w:val="22"/>
        </w:rPr>
        <w:t xml:space="preserve">Specifically a folk dance and is now kind of seen as like, ethnically Ukrainian. </w:t>
      </w:r>
    </w:p>
    <w:p>
      <w:pPr>
        <w:spacing w:after="0"/>
      </w:pPr>
    </w:p>
    <w:p>
      <w:pPr>
        <w:spacing w:after="0"/>
      </w:pPr>
      <w:r>
        <w:rPr>
          <w:rFonts w:ascii="Arial" w:hAnsi="Arial"/>
          <w:b/>
          <w:sz w:val="22"/>
        </w:rPr>
        <w:t xml:space="preserve">Lucy  </w:t>
      </w:r>
      <w:r>
        <w:rPr>
          <w:rFonts w:ascii="Arial" w:hAnsi="Arial"/>
          <w:color w:val="5D7284"/>
          <w:sz w:val="22"/>
        </w:rPr>
        <w:t>17:50</w:t>
      </w:r>
    </w:p>
    <w:p>
      <w:pPr>
        <w:spacing w:after="0"/>
      </w:pPr>
      <w:r>
        <w:rPr>
          <w:rFonts w:ascii="Arial" w:hAnsi="Arial"/>
          <w:sz w:val="22"/>
        </w:rPr>
        <w:t>Right, okay.</w:t>
      </w:r>
    </w:p>
    <w:p>
      <w:pPr>
        <w:spacing w:after="0"/>
      </w:pPr>
    </w:p>
    <w:p>
      <w:pPr>
        <w:spacing w:after="0"/>
      </w:pPr>
      <w:r>
        <w:rPr>
          <w:rFonts w:ascii="Arial" w:hAnsi="Arial"/>
          <w:b/>
          <w:sz w:val="22"/>
        </w:rPr>
        <w:t xml:space="preserve">Daisy  </w:t>
      </w:r>
      <w:r>
        <w:rPr>
          <w:rFonts w:ascii="Arial" w:hAnsi="Arial"/>
          <w:color w:val="5D7284"/>
          <w:sz w:val="22"/>
        </w:rPr>
        <w:t>17:51</w:t>
      </w:r>
    </w:p>
    <w:p>
      <w:pPr>
        <w:spacing w:after="0"/>
      </w:pPr>
      <w:r>
        <w:rPr>
          <w:rFonts w:ascii="Arial" w:hAnsi="Arial"/>
          <w:sz w:val="22"/>
        </w:rPr>
        <w:t>Based on the area that...</w:t>
      </w:r>
    </w:p>
    <w:p>
      <w:pPr>
        <w:spacing w:after="0"/>
      </w:pPr>
    </w:p>
    <w:p>
      <w:pPr>
        <w:spacing w:after="0"/>
      </w:pPr>
      <w:r>
        <w:rPr>
          <w:rFonts w:ascii="Arial" w:hAnsi="Arial"/>
          <w:b/>
          <w:sz w:val="22"/>
        </w:rPr>
        <w:t xml:space="preserve">Alice  </w:t>
      </w:r>
      <w:r>
        <w:rPr>
          <w:rFonts w:ascii="Arial" w:hAnsi="Arial"/>
          <w:color w:val="5D7284"/>
          <w:sz w:val="22"/>
        </w:rPr>
        <w:t>17:52</w:t>
      </w:r>
    </w:p>
    <w:p>
      <w:pPr>
        <w:spacing w:after="0"/>
      </w:pPr>
      <w:r>
        <w:rPr>
          <w:rFonts w:ascii="Arial" w:hAnsi="Arial"/>
          <w:sz w:val="22"/>
        </w:rPr>
        <w:t>I mean, but considering the size of the Russian Empire, like Ukraine basically didn't exist, did it? It was just swallowed up. And Putin is trying to recapture that.</w:t>
      </w:r>
    </w:p>
    <w:p>
      <w:pPr>
        <w:spacing w:after="0"/>
      </w:pPr>
    </w:p>
    <w:p>
      <w:pPr>
        <w:spacing w:after="0"/>
      </w:pPr>
      <w:r>
        <w:rPr>
          <w:rFonts w:ascii="Arial" w:hAnsi="Arial"/>
          <w:b/>
          <w:sz w:val="22"/>
        </w:rPr>
        <w:t xml:space="preserve">Daisy  </w:t>
      </w:r>
      <w:r>
        <w:rPr>
          <w:rFonts w:ascii="Arial" w:hAnsi="Arial"/>
          <w:color w:val="5D7284"/>
          <w:sz w:val="22"/>
        </w:rPr>
        <w:t>18:06</w:t>
      </w:r>
    </w:p>
    <w:p>
      <w:pPr>
        <w:spacing w:after="0"/>
      </w:pPr>
      <w:r>
        <w:rPr>
          <w:rFonts w:ascii="Arial" w:hAnsi="Arial"/>
          <w:sz w:val="22"/>
        </w:rPr>
        <w:t>Apparently, it was originally frowned upon because it was an amusement and diversion from military training. *Lucy &amp; Alice laugh*</w:t>
      </w:r>
    </w:p>
    <w:p>
      <w:pPr>
        <w:spacing w:after="0"/>
      </w:pPr>
    </w:p>
    <w:p>
      <w:pPr>
        <w:spacing w:after="0"/>
      </w:pPr>
      <w:r>
        <w:rPr>
          <w:rFonts w:ascii="Arial" w:hAnsi="Arial"/>
          <w:b/>
          <w:sz w:val="22"/>
        </w:rPr>
        <w:t xml:space="preserve">Lucy  </w:t>
      </w:r>
      <w:r>
        <w:rPr>
          <w:rFonts w:ascii="Arial" w:hAnsi="Arial"/>
          <w:color w:val="5D7284"/>
          <w:sz w:val="22"/>
        </w:rPr>
        <w:t>18:13</w:t>
      </w:r>
    </w:p>
    <w:p>
      <w:pPr>
        <w:spacing w:after="0"/>
      </w:pPr>
      <w:r>
        <w:rPr>
          <w:rFonts w:ascii="Arial" w:hAnsi="Arial"/>
          <w:sz w:val="22"/>
        </w:rPr>
        <w:t>Amazing! Hey, the soldiers are kicking their legs about! *laughs*</w:t>
      </w:r>
    </w:p>
    <w:p>
      <w:pPr>
        <w:spacing w:after="0"/>
      </w:pPr>
    </w:p>
    <w:p>
      <w:pPr>
        <w:spacing w:after="0"/>
      </w:pPr>
      <w:r>
        <w:rPr>
          <w:rFonts w:ascii="Arial" w:hAnsi="Arial"/>
          <w:b/>
          <w:sz w:val="22"/>
        </w:rPr>
        <w:t xml:space="preserve">Daisy  </w:t>
      </w:r>
      <w:r>
        <w:rPr>
          <w:rFonts w:ascii="Arial" w:hAnsi="Arial"/>
          <w:color w:val="5D7284"/>
          <w:sz w:val="22"/>
        </w:rPr>
        <w:t>18:16</w:t>
      </w:r>
    </w:p>
    <w:p>
      <w:pPr>
        <w:spacing w:after="0"/>
      </w:pPr>
      <w:r>
        <w:rPr>
          <w:rFonts w:ascii="Arial" w:hAnsi="Arial"/>
          <w:sz w:val="22"/>
        </w:rPr>
        <w:t>They are having too much of a nice time!</w:t>
      </w:r>
    </w:p>
    <w:p>
      <w:pPr>
        <w:spacing w:after="0"/>
      </w:pPr>
    </w:p>
    <w:p>
      <w:pPr>
        <w:spacing w:after="0"/>
      </w:pPr>
      <w:r>
        <w:rPr>
          <w:rFonts w:ascii="Arial" w:hAnsi="Arial"/>
          <w:b/>
          <w:sz w:val="22"/>
        </w:rPr>
        <w:t xml:space="preserve">Alice  </w:t>
      </w:r>
      <w:r>
        <w:rPr>
          <w:rFonts w:ascii="Arial" w:hAnsi="Arial"/>
          <w:color w:val="5D7284"/>
          <w:sz w:val="22"/>
        </w:rPr>
        <w:t>18:22</w:t>
      </w:r>
    </w:p>
    <w:p>
      <w:pPr>
        <w:spacing w:after="0"/>
      </w:pPr>
      <w:r>
        <w:rPr>
          <w:rFonts w:ascii="Arial" w:hAnsi="Arial"/>
          <w:sz w:val="22"/>
        </w:rPr>
        <w:t xml:space="preserve">So back to the terrible stuff. As with pretty much all of the rest of both Eastern and Western Europe at this time, there was a very heavy sense of deeply entrenched antisemitism. So over the years, there was a great deal of anti-Jewish violence. I learned a new word in the research for this episode - a pogrom, which is basically super violent destruction of homes and businesses and the murder of (Jewish) people with racial motivation. This antisemitic attitude, and the pogroms were not necessarily sanctioned by the Russian state. </w:t>
      </w:r>
    </w:p>
    <w:p>
      <w:pPr>
        <w:spacing w:after="0"/>
      </w:pPr>
    </w:p>
    <w:p>
      <w:pPr>
        <w:spacing w:after="0"/>
      </w:pPr>
      <w:r>
        <w:rPr>
          <w:rFonts w:ascii="Arial" w:hAnsi="Arial"/>
          <w:b/>
          <w:sz w:val="22"/>
        </w:rPr>
        <w:t xml:space="preserve">Lucy  </w:t>
      </w:r>
      <w:r>
        <w:rPr>
          <w:rFonts w:ascii="Arial" w:hAnsi="Arial"/>
          <w:color w:val="5D7284"/>
          <w:sz w:val="22"/>
        </w:rPr>
        <w:t>19:25</w:t>
      </w:r>
    </w:p>
    <w:p>
      <w:pPr>
        <w:spacing w:after="0"/>
      </w:pPr>
      <w:r>
        <w:rPr>
          <w:rFonts w:ascii="Arial" w:hAnsi="Arial"/>
          <w:sz w:val="22"/>
        </w:rPr>
        <w:t>But they didn't say, oh, please stop it.</w:t>
      </w:r>
    </w:p>
    <w:p>
      <w:pPr>
        <w:spacing w:after="0"/>
      </w:pPr>
    </w:p>
    <w:p>
      <w:pPr>
        <w:spacing w:after="0"/>
      </w:pPr>
      <w:r>
        <w:rPr>
          <w:rFonts w:ascii="Arial" w:hAnsi="Arial"/>
          <w:b/>
          <w:sz w:val="22"/>
        </w:rPr>
        <w:t xml:space="preserve">Alice  </w:t>
      </w:r>
      <w:r>
        <w:rPr>
          <w:rFonts w:ascii="Arial" w:hAnsi="Arial"/>
          <w:color w:val="5D7284"/>
          <w:sz w:val="22"/>
        </w:rPr>
        <w:t>19:27</w:t>
      </w:r>
    </w:p>
    <w:p>
      <w:pPr>
        <w:spacing w:after="0"/>
      </w:pPr>
      <w:r>
        <w:rPr>
          <w:rFonts w:ascii="Arial" w:hAnsi="Arial"/>
          <w:sz w:val="22"/>
        </w:rPr>
        <w:t>It's very likely that even Nicholas II knew that they were happening and yeah, didn't do anything to try and protect Jewish citizens. As later in Nazi Germany, the Jewish people were very much blamed for all the terrible things that happened and all the things that went wrong, so that's nice.</w:t>
      </w:r>
    </w:p>
    <w:p>
      <w:pPr>
        <w:spacing w:after="0"/>
      </w:pPr>
    </w:p>
    <w:p>
      <w:pPr>
        <w:spacing w:after="0"/>
      </w:pPr>
      <w:r>
        <w:rPr>
          <w:rFonts w:ascii="Arial" w:hAnsi="Arial"/>
          <w:b/>
          <w:sz w:val="22"/>
        </w:rPr>
        <w:t xml:space="preserve">Lucy  </w:t>
      </w:r>
      <w:r>
        <w:rPr>
          <w:rFonts w:ascii="Arial" w:hAnsi="Arial"/>
          <w:color w:val="5D7284"/>
          <w:sz w:val="22"/>
        </w:rPr>
        <w:t>19:51</w:t>
      </w:r>
    </w:p>
    <w:p>
      <w:pPr>
        <w:spacing w:after="0"/>
      </w:pPr>
      <w:r>
        <w:rPr>
          <w:rFonts w:ascii="Arial" w:hAnsi="Arial"/>
          <w:sz w:val="22"/>
        </w:rPr>
        <w:t xml:space="preserve">Once again, Merry Christmas! </w:t>
      </w:r>
    </w:p>
    <w:p>
      <w:pPr>
        <w:spacing w:after="0"/>
      </w:pPr>
    </w:p>
    <w:p>
      <w:pPr>
        <w:spacing w:after="0"/>
      </w:pPr>
      <w:r>
        <w:rPr>
          <w:rFonts w:ascii="Arial" w:hAnsi="Arial"/>
          <w:b/>
          <w:sz w:val="22"/>
        </w:rPr>
        <w:t xml:space="preserve">Alice  </w:t>
      </w:r>
      <w:r>
        <w:rPr>
          <w:rFonts w:ascii="Arial" w:hAnsi="Arial"/>
          <w:color w:val="5D7284"/>
          <w:sz w:val="22"/>
        </w:rPr>
        <w:t>19:55</w:t>
      </w:r>
    </w:p>
    <w:p>
      <w:pPr>
        <w:spacing w:after="0"/>
      </w:pPr>
      <w:r>
        <w:rPr>
          <w:rFonts w:ascii="Arial" w:hAnsi="Arial"/>
          <w:sz w:val="22"/>
        </w:rPr>
        <w:t xml:space="preserve">So even though all of this was going on, like all over Russia, Nicholas and his wife were slightly more concerned about what was going on at home, because it had become almost immediately obvious after Alexei was born that all was not well with his health. They realized basically straightaway that Alexei had a bleeding disorder when the wound that was left after his umbilical cord was cut - which is like the second thing they do to you after you're born - just didn't stop bleeding for days. Alexei, like many members of the European royal family before him, had haemophilia. For those who don't know, haemophilia is a condition that means your blood doesn't clot properly. It means that either a scratch or graze can cause major blood loss, and even anything that would normally result in a small bruise for somebody without hemophilia could lead to major hemorrhaging, internal bleeding, and could kill you. And the Romanov family were obviously very afraid for Alexei, when they realized the implications of his condition. And people basically thought he wasn't going to live through infancy. Before the age of five, he actually became so poorly, that they had a priest administer last rites because they thought he was going to die. So, I mean, this umbilical cord thing he did provide that, but obviously, in 1904 haemophilia was was a life limiting condition. </w:t>
      </w:r>
    </w:p>
    <w:p>
      <w:pPr>
        <w:spacing w:after="0"/>
      </w:pPr>
    </w:p>
    <w:p>
      <w:pPr>
        <w:spacing w:after="0"/>
      </w:pPr>
      <w:r>
        <w:rPr>
          <w:rFonts w:ascii="Arial" w:hAnsi="Arial"/>
          <w:b/>
          <w:sz w:val="22"/>
        </w:rPr>
        <w:t xml:space="preserve">Lucy  </w:t>
      </w:r>
      <w:r>
        <w:rPr>
          <w:rFonts w:ascii="Arial" w:hAnsi="Arial"/>
          <w:color w:val="5D7284"/>
          <w:sz w:val="22"/>
        </w:rPr>
        <w:t>21:55</w:t>
      </w:r>
    </w:p>
    <w:p>
      <w:pPr>
        <w:spacing w:after="0"/>
      </w:pPr>
      <w:r>
        <w:rPr>
          <w:rFonts w:ascii="Arial" w:hAnsi="Arial"/>
          <w:sz w:val="22"/>
        </w:rPr>
        <w:t xml:space="preserve">Yes, of course. </w:t>
      </w:r>
    </w:p>
    <w:p>
      <w:pPr>
        <w:spacing w:after="0"/>
      </w:pPr>
    </w:p>
    <w:p>
      <w:pPr>
        <w:spacing w:after="0"/>
      </w:pPr>
      <w:r>
        <w:rPr>
          <w:rFonts w:ascii="Arial" w:hAnsi="Arial"/>
          <w:b/>
          <w:sz w:val="22"/>
        </w:rPr>
        <w:t xml:space="preserve">Alice  </w:t>
      </w:r>
      <w:r>
        <w:rPr>
          <w:rFonts w:ascii="Arial" w:hAnsi="Arial"/>
          <w:color w:val="5D7284"/>
          <w:sz w:val="22"/>
        </w:rPr>
        <w:t>21:56</w:t>
      </w:r>
    </w:p>
    <w:p>
      <w:pPr>
        <w:spacing w:after="0"/>
      </w:pPr>
      <w:r>
        <w:rPr>
          <w:rFonts w:ascii="Arial" w:hAnsi="Arial"/>
          <w:sz w:val="22"/>
        </w:rPr>
        <w:t xml:space="preserve">And it was pretty unlikely that Alexei was going to ever live long enough to inherit the throne. Obviously, he was the family's hope for the future and the stability of the Russian crown. But also because Alexandra had had such a hard time in the lead up to her pregnancy, and during her pregnancy with Alexei, she basically didn't feel that she could manage having another child. She didn't feel like her health was up to it. And because Nicholas really loved his wife, he didn't push her. He just said, that's fine. Whereas I think, probably a lot of royalty would have been like, no, I need a son. </w:t>
      </w:r>
    </w:p>
    <w:p>
      <w:pPr>
        <w:spacing w:after="0"/>
      </w:pPr>
    </w:p>
    <w:p>
      <w:pPr>
        <w:spacing w:after="0"/>
      </w:pPr>
      <w:r>
        <w:rPr>
          <w:rFonts w:ascii="Arial" w:hAnsi="Arial"/>
          <w:b/>
          <w:sz w:val="22"/>
        </w:rPr>
        <w:t xml:space="preserve">Lucy  </w:t>
      </w:r>
      <w:r>
        <w:rPr>
          <w:rFonts w:ascii="Arial" w:hAnsi="Arial"/>
          <w:color w:val="5D7284"/>
          <w:sz w:val="22"/>
        </w:rPr>
        <w:t>22:44</w:t>
      </w:r>
    </w:p>
    <w:p>
      <w:pPr>
        <w:spacing w:after="0"/>
      </w:pPr>
      <w:r>
        <w:rPr>
          <w:rFonts w:ascii="Arial" w:hAnsi="Arial"/>
          <w:sz w:val="22"/>
        </w:rPr>
        <w:t xml:space="preserve">Henry VIII? </w:t>
      </w:r>
    </w:p>
    <w:p>
      <w:pPr>
        <w:spacing w:after="0"/>
      </w:pPr>
    </w:p>
    <w:p>
      <w:pPr>
        <w:spacing w:after="0"/>
      </w:pPr>
      <w:r>
        <w:rPr>
          <w:rFonts w:ascii="Arial" w:hAnsi="Arial"/>
          <w:b/>
          <w:sz w:val="22"/>
        </w:rPr>
        <w:t xml:space="preserve">Alice  </w:t>
      </w:r>
      <w:r>
        <w:rPr>
          <w:rFonts w:ascii="Arial" w:hAnsi="Arial"/>
          <w:color w:val="5D7284"/>
          <w:sz w:val="22"/>
        </w:rPr>
        <w:t>22:45</w:t>
      </w:r>
    </w:p>
    <w:p>
      <w:pPr>
        <w:spacing w:after="0"/>
      </w:pPr>
      <w:r>
        <w:rPr>
          <w:rFonts w:ascii="Arial" w:hAnsi="Arial"/>
          <w:sz w:val="22"/>
        </w:rPr>
        <w:t>Yeah, exactly. So but because of the implications of what having haemophilia would mean for Alexei's future, the Russian royal family kept his health condition a really closely guarded secret.</w:t>
      </w:r>
    </w:p>
    <w:p>
      <w:pPr>
        <w:spacing w:after="0"/>
      </w:pPr>
    </w:p>
    <w:p>
      <w:pPr>
        <w:spacing w:after="0"/>
      </w:pPr>
      <w:r>
        <w:rPr>
          <w:rFonts w:ascii="Arial" w:hAnsi="Arial"/>
          <w:b/>
          <w:sz w:val="22"/>
        </w:rPr>
        <w:t xml:space="preserve">Daisy  </w:t>
      </w:r>
      <w:r>
        <w:rPr>
          <w:rFonts w:ascii="Arial" w:hAnsi="Arial"/>
          <w:color w:val="5D7284"/>
          <w:sz w:val="22"/>
        </w:rPr>
        <w:t>23:00</w:t>
      </w:r>
    </w:p>
    <w:p>
      <w:pPr>
        <w:spacing w:after="0"/>
      </w:pPr>
      <w:r>
        <w:rPr>
          <w:rFonts w:ascii="Arial" w:hAnsi="Arial"/>
          <w:sz w:val="22"/>
        </w:rPr>
        <w:t>It's also potentially worth noting that a lot of the public will probably already be aware of haemophilia on the basis that it spread through a number of royal families.</w:t>
      </w:r>
    </w:p>
    <w:p>
      <w:pPr>
        <w:spacing w:after="0"/>
      </w:pPr>
    </w:p>
    <w:p>
      <w:pPr>
        <w:spacing w:after="0"/>
      </w:pPr>
      <w:r>
        <w:rPr>
          <w:rFonts w:ascii="Arial" w:hAnsi="Arial"/>
          <w:b/>
          <w:sz w:val="22"/>
        </w:rPr>
        <w:t xml:space="preserve">Alice  </w:t>
      </w:r>
      <w:r>
        <w:rPr>
          <w:rFonts w:ascii="Arial" w:hAnsi="Arial"/>
          <w:color w:val="5D7284"/>
          <w:sz w:val="22"/>
        </w:rPr>
        <w:t>23:06</w:t>
      </w:r>
    </w:p>
    <w:p>
      <w:pPr>
        <w:spacing w:after="0"/>
      </w:pPr>
      <w:r>
        <w:rPr>
          <w:rFonts w:ascii="Arial" w:hAnsi="Arial"/>
          <w:sz w:val="22"/>
        </w:rPr>
        <w:t xml:space="preserve">Just about to talk about that. [Daisy: Oh, sorry.] It's okay. Yeah, that's how the Romanovs knew it was haemophilia straightaway because they were like, oh, shit, we've seen this before. It was so common that haemophilia was called the royal disease, or the English disease. </w:t>
      </w:r>
    </w:p>
    <w:p>
      <w:pPr>
        <w:spacing w:after="0"/>
      </w:pPr>
    </w:p>
    <w:p>
      <w:pPr>
        <w:spacing w:after="0"/>
      </w:pPr>
      <w:r>
        <w:rPr>
          <w:rFonts w:ascii="Arial" w:hAnsi="Arial"/>
          <w:b/>
          <w:sz w:val="22"/>
        </w:rPr>
        <w:t xml:space="preserve">Lucy  </w:t>
      </w:r>
      <w:r>
        <w:rPr>
          <w:rFonts w:ascii="Arial" w:hAnsi="Arial"/>
          <w:color w:val="5D7284"/>
          <w:sz w:val="22"/>
        </w:rPr>
        <w:t>23:34</w:t>
      </w:r>
    </w:p>
    <w:p>
      <w:pPr>
        <w:spacing w:after="0"/>
      </w:pPr>
      <w:r>
        <w:rPr>
          <w:rFonts w:ascii="Arial" w:hAnsi="Arial"/>
          <w:sz w:val="22"/>
        </w:rPr>
        <w:t xml:space="preserve">What, it was so common in the royal family? </w:t>
      </w:r>
    </w:p>
    <w:p>
      <w:pPr>
        <w:spacing w:after="0"/>
      </w:pPr>
    </w:p>
    <w:p>
      <w:pPr>
        <w:spacing w:after="0"/>
      </w:pPr>
      <w:r>
        <w:rPr>
          <w:rFonts w:ascii="Arial" w:hAnsi="Arial"/>
          <w:b/>
          <w:sz w:val="22"/>
        </w:rPr>
        <w:t xml:space="preserve">Alice  </w:t>
      </w:r>
      <w:r>
        <w:rPr>
          <w:rFonts w:ascii="Arial" w:hAnsi="Arial"/>
          <w:color w:val="5D7284"/>
          <w:sz w:val="22"/>
        </w:rPr>
        <w:t>23:36</w:t>
      </w:r>
    </w:p>
    <w:p>
      <w:pPr>
        <w:spacing w:after="0"/>
      </w:pPr>
      <w:r>
        <w:rPr>
          <w:rFonts w:ascii="Arial" w:hAnsi="Arial"/>
          <w:sz w:val="22"/>
        </w:rPr>
        <w:t>Yeah, in the royal families of Europe that they called it the royal disease.</w:t>
      </w:r>
    </w:p>
    <w:p>
      <w:pPr>
        <w:spacing w:after="0"/>
      </w:pPr>
    </w:p>
    <w:p>
      <w:pPr>
        <w:spacing w:after="0"/>
      </w:pPr>
      <w:r>
        <w:rPr>
          <w:rFonts w:ascii="Arial" w:hAnsi="Arial"/>
          <w:b/>
          <w:sz w:val="22"/>
        </w:rPr>
        <w:t xml:space="preserve">Lucy  </w:t>
      </w:r>
      <w:r>
        <w:rPr>
          <w:rFonts w:ascii="Arial" w:hAnsi="Arial"/>
          <w:color w:val="5D7284"/>
          <w:sz w:val="22"/>
        </w:rPr>
        <w:t>23:40</w:t>
      </w:r>
    </w:p>
    <w:p>
      <w:pPr>
        <w:spacing w:after="0"/>
      </w:pPr>
      <w:r>
        <w:rPr>
          <w:rFonts w:ascii="Arial" w:hAnsi="Arial"/>
          <w:sz w:val="22"/>
        </w:rPr>
        <w:t>Why? Why was it so common? Do we know why?</w:t>
      </w:r>
    </w:p>
    <w:p>
      <w:pPr>
        <w:spacing w:after="0"/>
      </w:pPr>
    </w:p>
    <w:p>
      <w:pPr>
        <w:spacing w:after="0"/>
      </w:pPr>
      <w:r>
        <w:rPr>
          <w:rFonts w:ascii="Arial" w:hAnsi="Arial"/>
          <w:b/>
          <w:sz w:val="22"/>
        </w:rPr>
        <w:t xml:space="preserve">Alice  </w:t>
      </w:r>
      <w:r>
        <w:rPr>
          <w:rFonts w:ascii="Arial" w:hAnsi="Arial"/>
          <w:color w:val="5D7284"/>
          <w:sz w:val="22"/>
        </w:rPr>
        <w:t>23:42</w:t>
      </w:r>
    </w:p>
    <w:p>
      <w:pPr>
        <w:spacing w:after="0"/>
      </w:pPr>
      <w:r>
        <w:rPr>
          <w:rFonts w:ascii="Arial" w:hAnsi="Arial"/>
          <w:sz w:val="22"/>
        </w:rPr>
        <w:t xml:space="preserve">I *do* know why. This is because so many members of the European royalty and nobility were at this time direct descendants of Queen Victoria. Historians have established that the royal disease started with Victoria. There's no evidence of it prior to her reign. </w:t>
      </w:r>
    </w:p>
    <w:p>
      <w:pPr>
        <w:spacing w:after="0"/>
      </w:pPr>
    </w:p>
    <w:p>
      <w:pPr>
        <w:spacing w:after="0"/>
      </w:pPr>
      <w:r>
        <w:rPr>
          <w:rFonts w:ascii="Arial" w:hAnsi="Arial"/>
          <w:b/>
          <w:sz w:val="22"/>
        </w:rPr>
        <w:t xml:space="preserve">Lucy  </w:t>
      </w:r>
      <w:r>
        <w:rPr>
          <w:rFonts w:ascii="Arial" w:hAnsi="Arial"/>
          <w:color w:val="5D7284"/>
          <w:sz w:val="22"/>
        </w:rPr>
        <w:t>24:04</w:t>
      </w:r>
    </w:p>
    <w:p>
      <w:pPr>
        <w:spacing w:after="0"/>
      </w:pPr>
      <w:r>
        <w:rPr>
          <w:rFonts w:ascii="Arial" w:hAnsi="Arial"/>
          <w:sz w:val="22"/>
        </w:rPr>
        <w:t xml:space="preserve">So she had haemophilia? </w:t>
      </w:r>
    </w:p>
    <w:p>
      <w:pPr>
        <w:spacing w:after="0"/>
      </w:pPr>
    </w:p>
    <w:p>
      <w:pPr>
        <w:spacing w:after="0"/>
      </w:pPr>
      <w:r>
        <w:rPr>
          <w:rFonts w:ascii="Arial" w:hAnsi="Arial"/>
          <w:b/>
          <w:sz w:val="22"/>
        </w:rPr>
        <w:t xml:space="preserve">Alice  </w:t>
      </w:r>
      <w:r>
        <w:rPr>
          <w:rFonts w:ascii="Arial" w:hAnsi="Arial"/>
          <w:color w:val="5D7284"/>
          <w:sz w:val="22"/>
        </w:rPr>
        <w:t>24:06</w:t>
      </w:r>
    </w:p>
    <w:p>
      <w:pPr>
        <w:spacing w:after="0"/>
      </w:pPr>
      <w:r>
        <w:rPr>
          <w:rFonts w:ascii="Arial" w:hAnsi="Arial"/>
          <w:sz w:val="22"/>
        </w:rPr>
        <w:t xml:space="preserve">She did not have haemophilia. </w:t>
      </w:r>
    </w:p>
    <w:p>
      <w:pPr>
        <w:spacing w:after="0"/>
      </w:pPr>
    </w:p>
    <w:p>
      <w:pPr>
        <w:spacing w:after="0"/>
      </w:pPr>
      <w:r>
        <w:rPr>
          <w:rFonts w:ascii="Arial" w:hAnsi="Arial"/>
          <w:b/>
          <w:sz w:val="22"/>
        </w:rPr>
        <w:t xml:space="preserve">Alice  </w:t>
      </w:r>
      <w:r>
        <w:rPr>
          <w:rFonts w:ascii="Arial" w:hAnsi="Arial"/>
          <w:color w:val="5D7284"/>
          <w:sz w:val="22"/>
        </w:rPr>
        <w:t>24:08</w:t>
      </w:r>
    </w:p>
    <w:p>
      <w:pPr>
        <w:spacing w:after="0"/>
      </w:pPr>
      <w:r>
        <w:rPr>
          <w:rFonts w:ascii="Arial" w:hAnsi="Arial"/>
          <w:sz w:val="22"/>
        </w:rPr>
        <w:t>Her son Leopold is one of the first cases of haemophilia where somebody died. And the two of her, I think his five daughters, Princess Alice and Princess Beatrice went on to pass haemophilia to the German, Russian and Spanish royal families through marriage.</w:t>
      </w:r>
    </w:p>
    <w:p>
      <w:pPr>
        <w:spacing w:after="0"/>
      </w:pPr>
    </w:p>
    <w:p>
      <w:pPr>
        <w:spacing w:after="0"/>
      </w:pPr>
      <w:r>
        <w:rPr>
          <w:rFonts w:ascii="Arial" w:hAnsi="Arial"/>
          <w:b/>
          <w:sz w:val="22"/>
        </w:rPr>
        <w:t xml:space="preserve">Lucy  </w:t>
      </w:r>
      <w:r>
        <w:rPr>
          <w:rFonts w:ascii="Arial" w:hAnsi="Arial"/>
          <w:color w:val="5D7284"/>
          <w:sz w:val="22"/>
        </w:rPr>
        <w:t>24:08</w:t>
      </w:r>
    </w:p>
    <w:p>
      <w:pPr>
        <w:spacing w:after="0"/>
      </w:pPr>
      <w:r>
        <w:rPr>
          <w:rFonts w:ascii="Arial" w:hAnsi="Arial"/>
          <w:sz w:val="22"/>
        </w:rPr>
        <w:t>She didn't.</w:t>
      </w:r>
    </w:p>
    <w:p>
      <w:pPr>
        <w:spacing w:after="0"/>
      </w:pPr>
    </w:p>
    <w:p>
      <w:pPr>
        <w:spacing w:after="0"/>
      </w:pPr>
      <w:r>
        <w:rPr>
          <w:rFonts w:ascii="Arial" w:hAnsi="Arial"/>
          <w:b/>
          <w:sz w:val="22"/>
        </w:rPr>
        <w:t xml:space="preserve">Daisy  </w:t>
      </w:r>
      <w:r>
        <w:rPr>
          <w:rFonts w:ascii="Arial" w:hAnsi="Arial"/>
          <w:color w:val="5D7284"/>
          <w:sz w:val="22"/>
        </w:rPr>
        <w:t>24:38</w:t>
      </w:r>
    </w:p>
    <w:p>
      <w:pPr>
        <w:spacing w:after="0"/>
      </w:pPr>
      <w:r>
        <w:rPr>
          <w:rFonts w:ascii="Arial" w:hAnsi="Arial"/>
          <w:sz w:val="22"/>
        </w:rPr>
        <w:t>It's really uncommon for females in general to have haemophilia, they tend to be carriers. It's often through the male line that it's passed down. Although I think there was a suggestion that the type of haemophilia that Queen Victoria had may well have been one of the rarer ones which women could get. In general, haemophilia is seen as like quite a male disease.</w:t>
      </w:r>
    </w:p>
    <w:p>
      <w:pPr>
        <w:spacing w:after="0"/>
      </w:pPr>
    </w:p>
    <w:p>
      <w:pPr>
        <w:spacing w:after="0"/>
      </w:pPr>
      <w:r>
        <w:rPr>
          <w:rFonts w:ascii="Arial" w:hAnsi="Arial"/>
          <w:b/>
          <w:sz w:val="22"/>
        </w:rPr>
        <w:t xml:space="preserve">Alice  </w:t>
      </w:r>
      <w:r>
        <w:rPr>
          <w:rFonts w:ascii="Arial" w:hAnsi="Arial"/>
          <w:color w:val="5D7284"/>
          <w:sz w:val="22"/>
        </w:rPr>
        <w:t>25:05</w:t>
      </w:r>
    </w:p>
    <w:p>
      <w:pPr>
        <w:spacing w:after="0"/>
      </w:pPr>
      <w:r>
        <w:rPr>
          <w:rFonts w:ascii="Arial" w:hAnsi="Arial"/>
          <w:sz w:val="22"/>
        </w:rPr>
        <w:t>And one of the things that didn't help it is that the royal family in the 19th and early 20th century was... it was less of a family tree and more like, you know those ivy vines that like wind up all up on in themselves and get all knotted up. So Alexandra and...</w:t>
      </w:r>
    </w:p>
    <w:p>
      <w:pPr>
        <w:spacing w:after="0"/>
      </w:pPr>
    </w:p>
    <w:p>
      <w:pPr>
        <w:spacing w:after="0"/>
      </w:pPr>
      <w:r>
        <w:rPr>
          <w:rFonts w:ascii="Arial" w:hAnsi="Arial"/>
          <w:b/>
          <w:sz w:val="22"/>
        </w:rPr>
        <w:t xml:space="preserve">Alice  </w:t>
      </w:r>
      <w:r>
        <w:rPr>
          <w:rFonts w:ascii="Arial" w:hAnsi="Arial"/>
          <w:color w:val="5D7284"/>
          <w:sz w:val="22"/>
        </w:rPr>
        <w:t>25:24</w:t>
      </w:r>
    </w:p>
    <w:p>
      <w:pPr>
        <w:spacing w:after="0"/>
      </w:pPr>
      <w:r>
        <w:rPr>
          <w:rFonts w:ascii="Arial" w:hAnsi="Arial"/>
          <w:sz w:val="22"/>
        </w:rPr>
        <w:t>A family clump. *Lucy laughs*</w:t>
      </w:r>
    </w:p>
    <w:p>
      <w:pPr>
        <w:spacing w:after="0"/>
      </w:pPr>
    </w:p>
    <w:p>
      <w:pPr>
        <w:spacing w:after="0"/>
      </w:pPr>
      <w:r>
        <w:rPr>
          <w:rFonts w:ascii="Arial" w:hAnsi="Arial"/>
          <w:b/>
          <w:sz w:val="22"/>
        </w:rPr>
        <w:t xml:space="preserve">Alice  </w:t>
      </w:r>
      <w:r>
        <w:rPr>
          <w:rFonts w:ascii="Arial" w:hAnsi="Arial"/>
          <w:color w:val="5D7284"/>
          <w:sz w:val="22"/>
        </w:rPr>
        <w:t>25:26</w:t>
      </w:r>
    </w:p>
    <w:p>
      <w:pPr>
        <w:spacing w:after="0"/>
      </w:pPr>
      <w:r>
        <w:rPr>
          <w:rFonts w:ascii="Arial" w:hAnsi="Arial"/>
          <w:sz w:val="22"/>
        </w:rPr>
        <w:t>Yeah, Alexandra and Nicholas II we're actually first cousins. Their mothers were sisters. So that is like you and Sophie having a son and a daughter. And they were both also first cousins of George VI and, also, of Kaiser Wilhelm.</w:t>
      </w:r>
    </w:p>
    <w:p>
      <w:pPr>
        <w:spacing w:after="0"/>
      </w:pPr>
    </w:p>
    <w:p>
      <w:pPr>
        <w:spacing w:after="0"/>
      </w:pPr>
      <w:r>
        <w:rPr>
          <w:rFonts w:ascii="Arial" w:hAnsi="Arial"/>
          <w:b/>
          <w:sz w:val="22"/>
        </w:rPr>
        <w:t xml:space="preserve">Lucy  </w:t>
      </w:r>
      <w:r>
        <w:rPr>
          <w:rFonts w:ascii="Arial" w:hAnsi="Arial"/>
          <w:color w:val="5D7284"/>
          <w:sz w:val="22"/>
        </w:rPr>
        <w:t>25:52</w:t>
      </w:r>
    </w:p>
    <w:p>
      <w:pPr>
        <w:spacing w:after="0"/>
      </w:pPr>
      <w:r>
        <w:rPr>
          <w:rFonts w:ascii="Arial" w:hAnsi="Arial"/>
          <w:sz w:val="22"/>
        </w:rPr>
        <w:t>Yeah. Now, that is a clump. That is a clump of family knot that, isn't it? I actually know somebody who married their cousin.</w:t>
      </w:r>
    </w:p>
    <w:p>
      <w:pPr>
        <w:spacing w:after="0"/>
      </w:pPr>
    </w:p>
    <w:p>
      <w:pPr>
        <w:spacing w:after="0"/>
      </w:pPr>
      <w:r>
        <w:rPr>
          <w:rFonts w:ascii="Arial" w:hAnsi="Arial"/>
          <w:b/>
          <w:sz w:val="22"/>
        </w:rPr>
        <w:t xml:space="preserve">Alice  </w:t>
      </w:r>
      <w:r>
        <w:rPr>
          <w:rFonts w:ascii="Arial" w:hAnsi="Arial"/>
          <w:color w:val="5D7284"/>
          <w:sz w:val="22"/>
        </w:rPr>
        <w:t>26:04</w:t>
      </w:r>
    </w:p>
    <w:p>
      <w:pPr>
        <w:spacing w:after="0"/>
      </w:pPr>
      <w:r>
        <w:rPr>
          <w:rFonts w:ascii="Arial" w:hAnsi="Arial"/>
          <w:sz w:val="22"/>
        </w:rPr>
        <w:t>Technically not illegal.</w:t>
      </w:r>
    </w:p>
    <w:p>
      <w:pPr>
        <w:spacing w:after="0"/>
      </w:pPr>
    </w:p>
    <w:p>
      <w:pPr>
        <w:spacing w:after="0"/>
      </w:pPr>
      <w:r>
        <w:rPr>
          <w:rFonts w:ascii="Arial" w:hAnsi="Arial"/>
          <w:b/>
          <w:sz w:val="22"/>
        </w:rPr>
        <w:t xml:space="preserve">Lucy  </w:t>
      </w:r>
      <w:r>
        <w:rPr>
          <w:rFonts w:ascii="Arial" w:hAnsi="Arial"/>
          <w:color w:val="5D7284"/>
          <w:sz w:val="22"/>
        </w:rPr>
        <w:t>26:06</w:t>
      </w:r>
    </w:p>
    <w:p>
      <w:pPr>
        <w:spacing w:after="0"/>
      </w:pPr>
      <w:r>
        <w:rPr>
          <w:rFonts w:ascii="Arial" w:hAnsi="Arial"/>
          <w:sz w:val="22"/>
        </w:rPr>
        <w:t>Technically not illegal. But also these two people did look alike, which I thought was very weird.</w:t>
      </w:r>
    </w:p>
    <w:p>
      <w:pPr>
        <w:spacing w:after="0"/>
      </w:pPr>
    </w:p>
    <w:p>
      <w:pPr>
        <w:spacing w:after="0"/>
      </w:pPr>
      <w:r>
        <w:rPr>
          <w:rFonts w:ascii="Arial" w:hAnsi="Arial"/>
          <w:b/>
          <w:sz w:val="22"/>
        </w:rPr>
        <w:t xml:space="preserve">Daisy  </w:t>
      </w:r>
      <w:r>
        <w:rPr>
          <w:rFonts w:ascii="Arial" w:hAnsi="Arial"/>
          <w:color w:val="5D7284"/>
          <w:sz w:val="22"/>
        </w:rPr>
        <w:t>26:13</w:t>
      </w:r>
    </w:p>
    <w:p>
      <w:pPr>
        <w:spacing w:after="0"/>
      </w:pPr>
      <w:r>
        <w:rPr>
          <w:rFonts w:ascii="Arial" w:hAnsi="Arial"/>
          <w:sz w:val="22"/>
        </w:rPr>
        <w:t>I've heard of people like not realizing that they're marrying... Is that what happened here? Or whether it was like, Oh, you're my cousin. That's fine. It's technically not illegal. The best kind of marriages are technically not illegal.</w:t>
      </w:r>
    </w:p>
    <w:p>
      <w:pPr>
        <w:spacing w:after="0"/>
      </w:pPr>
    </w:p>
    <w:p>
      <w:pPr>
        <w:spacing w:after="0"/>
      </w:pPr>
      <w:r>
        <w:rPr>
          <w:rFonts w:ascii="Arial" w:hAnsi="Arial"/>
          <w:b/>
          <w:sz w:val="22"/>
        </w:rPr>
        <w:t xml:space="preserve">Alice  </w:t>
      </w:r>
      <w:r>
        <w:rPr>
          <w:rFonts w:ascii="Arial" w:hAnsi="Arial"/>
          <w:color w:val="5D7284"/>
          <w:sz w:val="22"/>
        </w:rPr>
        <w:t>26:28</w:t>
      </w:r>
    </w:p>
    <w:p>
      <w:pPr>
        <w:spacing w:after="0"/>
      </w:pPr>
      <w:r>
        <w:rPr>
          <w:rFonts w:ascii="Arial" w:hAnsi="Arial"/>
          <w:sz w:val="22"/>
        </w:rPr>
        <w:t>It's just, it's just the... I know how close I am to my brother. The idea of my kid marrying his kid, it just feels like... I can I could sort of maybe understand if it was maybe a step further down. And you were a little bit more distant. But it's so close.</w:t>
      </w:r>
    </w:p>
    <w:p>
      <w:pPr>
        <w:spacing w:after="0"/>
      </w:pPr>
    </w:p>
    <w:p>
      <w:pPr>
        <w:spacing w:after="0"/>
      </w:pPr>
      <w:r>
        <w:rPr>
          <w:rFonts w:ascii="Arial" w:hAnsi="Arial"/>
          <w:b/>
          <w:sz w:val="22"/>
        </w:rPr>
        <w:t xml:space="preserve">Daisy  </w:t>
      </w:r>
      <w:r>
        <w:rPr>
          <w:rFonts w:ascii="Arial" w:hAnsi="Arial"/>
          <w:color w:val="5D7284"/>
          <w:sz w:val="22"/>
        </w:rPr>
        <w:t>26:50</w:t>
      </w:r>
    </w:p>
    <w:p>
      <w:pPr>
        <w:spacing w:after="0"/>
      </w:pPr>
      <w:r>
        <w:rPr>
          <w:rFonts w:ascii="Arial" w:hAnsi="Arial"/>
          <w:sz w:val="22"/>
        </w:rPr>
        <w:t>Yeah, I could also see it theoretically, if you had like, a really big family. And there were loads and loads and loads of cousins. And it was like you incredibly rarely saw your cousins.</w:t>
      </w:r>
    </w:p>
    <w:p>
      <w:pPr>
        <w:spacing w:after="0"/>
      </w:pPr>
    </w:p>
    <w:p>
      <w:pPr>
        <w:spacing w:after="0"/>
      </w:pPr>
      <w:r>
        <w:rPr>
          <w:rFonts w:ascii="Arial" w:hAnsi="Arial"/>
          <w:b/>
          <w:sz w:val="22"/>
        </w:rPr>
        <w:t xml:space="preserve">Alice  </w:t>
      </w:r>
      <w:r>
        <w:rPr>
          <w:rFonts w:ascii="Arial" w:hAnsi="Arial"/>
          <w:color w:val="5D7284"/>
          <w:sz w:val="22"/>
        </w:rPr>
        <w:t>27:01</w:t>
      </w:r>
    </w:p>
    <w:p>
      <w:pPr>
        <w:spacing w:after="0"/>
      </w:pPr>
      <w:r>
        <w:rPr>
          <w:rFonts w:ascii="Arial" w:hAnsi="Arial"/>
          <w:sz w:val="22"/>
        </w:rPr>
        <w:t>I don't know you say cousins. I've got 13 cousins. I don't want to marry any of them.</w:t>
      </w:r>
    </w:p>
    <w:p>
      <w:pPr>
        <w:spacing w:after="0"/>
      </w:pPr>
    </w:p>
    <w:p>
      <w:pPr>
        <w:spacing w:after="0"/>
      </w:pPr>
      <w:r>
        <w:rPr>
          <w:rFonts w:ascii="Arial" w:hAnsi="Arial"/>
          <w:b/>
          <w:sz w:val="22"/>
        </w:rPr>
        <w:t xml:space="preserve">Daisy  </w:t>
      </w:r>
      <w:r>
        <w:rPr>
          <w:rFonts w:ascii="Arial" w:hAnsi="Arial"/>
          <w:color w:val="5D7284"/>
          <w:sz w:val="22"/>
        </w:rPr>
        <w:t>27:07</w:t>
      </w:r>
    </w:p>
    <w:p>
      <w:pPr>
        <w:spacing w:after="0"/>
      </w:pPr>
      <w:r>
        <w:rPr>
          <w:rFonts w:ascii="Arial" w:hAnsi="Arial"/>
          <w:sz w:val="22"/>
        </w:rPr>
        <w:t>See, I'd speak as a person with zero cousins. So all of this is a bit weird.</w:t>
      </w:r>
    </w:p>
    <w:p>
      <w:pPr>
        <w:spacing w:after="0"/>
      </w:pPr>
    </w:p>
    <w:p>
      <w:pPr>
        <w:spacing w:after="0"/>
      </w:pPr>
      <w:r>
        <w:rPr>
          <w:rFonts w:ascii="Arial" w:hAnsi="Arial"/>
          <w:b/>
          <w:sz w:val="22"/>
        </w:rPr>
        <w:t xml:space="preserve">Lucy  </w:t>
      </w:r>
      <w:r>
        <w:rPr>
          <w:rFonts w:ascii="Arial" w:hAnsi="Arial"/>
          <w:color w:val="5D7284"/>
          <w:sz w:val="22"/>
        </w:rPr>
        <w:t>27:13</w:t>
      </w:r>
    </w:p>
    <w:p>
      <w:pPr>
        <w:spacing w:after="0"/>
      </w:pPr>
      <w:r>
        <w:rPr>
          <w:rFonts w:ascii="Arial" w:hAnsi="Arial"/>
          <w:sz w:val="22"/>
        </w:rPr>
        <w:t>I've got one and it took me ages to have a cousin. Like I was about 13 when she was born and it's a bit yeah, it does feel a little bit... Like I know it's not illegal, but it's a bit too close for comfort. Thank you very much.</w:t>
      </w:r>
    </w:p>
    <w:p>
      <w:pPr>
        <w:spacing w:after="0"/>
      </w:pPr>
    </w:p>
    <w:p>
      <w:pPr>
        <w:spacing w:after="0"/>
      </w:pPr>
      <w:r>
        <w:rPr>
          <w:rFonts w:ascii="Arial" w:hAnsi="Arial"/>
          <w:b/>
          <w:sz w:val="22"/>
        </w:rPr>
        <w:t xml:space="preserve">Alice  </w:t>
      </w:r>
      <w:r>
        <w:rPr>
          <w:rFonts w:ascii="Arial" w:hAnsi="Arial"/>
          <w:color w:val="5D7284"/>
          <w:sz w:val="22"/>
        </w:rPr>
        <w:t>27:26</w:t>
      </w:r>
    </w:p>
    <w:p>
      <w:pPr>
        <w:spacing w:after="0"/>
      </w:pPr>
      <w:r>
        <w:rPr>
          <w:rFonts w:ascii="Arial" w:hAnsi="Arial"/>
          <w:sz w:val="22"/>
        </w:rPr>
        <w:t>My cousins, because my dad's one of five and they like to fuck in South Wales because not a lot else to do. *Lucy laughs*</w:t>
      </w:r>
    </w:p>
    <w:p>
      <w:pPr>
        <w:spacing w:after="0"/>
      </w:pPr>
    </w:p>
    <w:p>
      <w:pPr>
        <w:spacing w:after="0"/>
      </w:pPr>
      <w:r>
        <w:rPr>
          <w:rFonts w:ascii="Arial" w:hAnsi="Arial"/>
          <w:b/>
          <w:sz w:val="22"/>
        </w:rPr>
        <w:t xml:space="preserve">Daisy  </w:t>
      </w:r>
      <w:r>
        <w:rPr>
          <w:rFonts w:ascii="Arial" w:hAnsi="Arial"/>
          <w:color w:val="5D7284"/>
          <w:sz w:val="22"/>
        </w:rPr>
        <w:t>27:38</w:t>
      </w:r>
    </w:p>
    <w:p>
      <w:pPr>
        <w:spacing w:after="0"/>
      </w:pPr>
      <w:r>
        <w:rPr>
          <w:rFonts w:ascii="Arial" w:hAnsi="Arial"/>
          <w:sz w:val="22"/>
        </w:rPr>
        <w:t>Where does this story go? *Lucy laughs*</w:t>
      </w:r>
    </w:p>
    <w:p>
      <w:pPr>
        <w:spacing w:after="0"/>
      </w:pPr>
    </w:p>
    <w:p>
      <w:pPr>
        <w:spacing w:after="0"/>
      </w:pPr>
      <w:r>
        <w:rPr>
          <w:rFonts w:ascii="Arial" w:hAnsi="Arial"/>
          <w:b/>
          <w:sz w:val="22"/>
        </w:rPr>
        <w:t xml:space="preserve">Alice  </w:t>
      </w:r>
      <w:r>
        <w:rPr>
          <w:rFonts w:ascii="Arial" w:hAnsi="Arial"/>
          <w:color w:val="5D7284"/>
          <w:sz w:val="22"/>
        </w:rPr>
        <w:t>27:40</w:t>
      </w:r>
    </w:p>
    <w:p>
      <w:pPr>
        <w:spacing w:after="0"/>
      </w:pPr>
      <w:r>
        <w:rPr>
          <w:rFonts w:ascii="Arial" w:hAnsi="Arial"/>
          <w:sz w:val="22"/>
        </w:rPr>
        <w:t>I'm just gonna say that I've got a cousin who's in her 50s Who's my eldest cousin. And then I've got a cousin who recently turned 21.</w:t>
      </w:r>
    </w:p>
    <w:p>
      <w:pPr>
        <w:spacing w:after="0"/>
      </w:pPr>
    </w:p>
    <w:p>
      <w:pPr>
        <w:spacing w:after="0"/>
      </w:pPr>
      <w:r>
        <w:rPr>
          <w:rFonts w:ascii="Arial" w:hAnsi="Arial"/>
          <w:b/>
          <w:sz w:val="22"/>
        </w:rPr>
        <w:t xml:space="preserve">Lucy  </w:t>
      </w:r>
      <w:r>
        <w:rPr>
          <w:rFonts w:ascii="Arial" w:hAnsi="Arial"/>
          <w:color w:val="5D7284"/>
          <w:sz w:val="22"/>
        </w:rPr>
        <w:t>27:51</w:t>
      </w:r>
    </w:p>
    <w:p>
      <w:pPr>
        <w:spacing w:after="0"/>
      </w:pPr>
      <w:r>
        <w:rPr>
          <w:rFonts w:ascii="Arial" w:hAnsi="Arial"/>
          <w:sz w:val="22"/>
        </w:rPr>
        <w:t>There's quite a few.</w:t>
      </w:r>
    </w:p>
    <w:p>
      <w:pPr>
        <w:spacing w:after="0"/>
      </w:pPr>
    </w:p>
    <w:p>
      <w:pPr>
        <w:spacing w:after="0"/>
      </w:pPr>
      <w:r>
        <w:rPr>
          <w:rFonts w:ascii="Arial" w:hAnsi="Arial"/>
          <w:b/>
          <w:sz w:val="22"/>
        </w:rPr>
        <w:t xml:space="preserve">Alice  </w:t>
      </w:r>
      <w:r>
        <w:rPr>
          <w:rFonts w:ascii="Arial" w:hAnsi="Arial"/>
          <w:color w:val="5D7284"/>
          <w:sz w:val="22"/>
        </w:rPr>
        <w:t>27:52</w:t>
      </w:r>
    </w:p>
    <w:p>
      <w:pPr>
        <w:spacing w:after="0"/>
      </w:pPr>
      <w:r>
        <w:rPr>
          <w:rFonts w:ascii="Arial" w:hAnsi="Arial"/>
          <w:sz w:val="22"/>
        </w:rPr>
        <w:t>There's a fuckton of us just spread out from like the mid 70s up until, like, 2009.</w:t>
      </w:r>
    </w:p>
    <w:p>
      <w:pPr>
        <w:spacing w:after="0"/>
      </w:pPr>
    </w:p>
    <w:p>
      <w:pPr>
        <w:spacing w:after="0"/>
      </w:pPr>
      <w:r>
        <w:rPr>
          <w:rFonts w:ascii="Arial" w:hAnsi="Arial"/>
          <w:b/>
          <w:sz w:val="22"/>
        </w:rPr>
        <w:t xml:space="preserve">Lucy  </w:t>
      </w:r>
      <w:r>
        <w:rPr>
          <w:rFonts w:ascii="Arial" w:hAnsi="Arial"/>
          <w:color w:val="5D7284"/>
          <w:sz w:val="22"/>
        </w:rPr>
        <w:t>28:03</w:t>
      </w:r>
    </w:p>
    <w:p>
      <w:pPr>
        <w:spacing w:after="0"/>
      </w:pPr>
      <w:r>
        <w:rPr>
          <w:rFonts w:ascii="Arial" w:hAnsi="Arial"/>
          <w:sz w:val="22"/>
        </w:rPr>
        <w:t>It is a bit...It is a bit weird.</w:t>
      </w:r>
    </w:p>
    <w:p>
      <w:pPr>
        <w:spacing w:after="0"/>
      </w:pPr>
    </w:p>
    <w:p>
      <w:pPr>
        <w:spacing w:after="0"/>
      </w:pPr>
      <w:r>
        <w:rPr>
          <w:rFonts w:ascii="Arial" w:hAnsi="Arial"/>
          <w:b/>
          <w:sz w:val="22"/>
        </w:rPr>
        <w:t xml:space="preserve">Daisy  </w:t>
      </w:r>
      <w:r>
        <w:rPr>
          <w:rFonts w:ascii="Arial" w:hAnsi="Arial"/>
          <w:color w:val="5D7284"/>
          <w:sz w:val="22"/>
        </w:rPr>
        <w:t>28:05</w:t>
      </w:r>
    </w:p>
    <w:p>
      <w:pPr>
        <w:spacing w:after="0"/>
      </w:pPr>
      <w:r>
        <w:rPr>
          <w:rFonts w:ascii="Arial" w:hAnsi="Arial"/>
          <w:sz w:val="22"/>
        </w:rPr>
        <w:t>Yeah, but also you can see why they would do that in the royal line. It's to you know, keep... keep it all close. So not getting any imposters.</w:t>
      </w:r>
    </w:p>
    <w:p>
      <w:pPr>
        <w:spacing w:after="0"/>
      </w:pPr>
    </w:p>
    <w:p>
      <w:pPr>
        <w:spacing w:after="0"/>
      </w:pPr>
      <w:r>
        <w:rPr>
          <w:rFonts w:ascii="Arial" w:hAnsi="Arial"/>
          <w:b/>
          <w:sz w:val="22"/>
        </w:rPr>
        <w:t xml:space="preserve">Lucy  </w:t>
      </w:r>
      <w:r>
        <w:rPr>
          <w:rFonts w:ascii="Arial" w:hAnsi="Arial"/>
          <w:color w:val="5D7284"/>
          <w:sz w:val="22"/>
        </w:rPr>
        <w:t>28:16</w:t>
      </w:r>
    </w:p>
    <w:p>
      <w:pPr>
        <w:spacing w:after="0"/>
      </w:pPr>
      <w:r>
        <w:rPr>
          <w:rFonts w:ascii="Arial" w:hAnsi="Arial"/>
          <w:sz w:val="22"/>
        </w:rPr>
        <w:t>It's definitely a talking point at dinner parties, isn't it?</w:t>
      </w:r>
    </w:p>
    <w:p>
      <w:pPr>
        <w:spacing w:after="0"/>
      </w:pPr>
    </w:p>
    <w:p>
      <w:pPr>
        <w:spacing w:after="0"/>
      </w:pPr>
      <w:r>
        <w:rPr>
          <w:rFonts w:ascii="Arial" w:hAnsi="Arial"/>
          <w:b/>
          <w:sz w:val="22"/>
        </w:rPr>
        <w:t xml:space="preserve">Alice  </w:t>
      </w:r>
      <w:r>
        <w:rPr>
          <w:rFonts w:ascii="Arial" w:hAnsi="Arial"/>
          <w:color w:val="5D7284"/>
          <w:sz w:val="22"/>
        </w:rPr>
        <w:t>28:19</w:t>
      </w:r>
    </w:p>
    <w:p>
      <w:pPr>
        <w:spacing w:after="0"/>
      </w:pPr>
      <w:r>
        <w:rPr>
          <w:rFonts w:ascii="Arial" w:hAnsi="Arial"/>
          <w:sz w:val="22"/>
        </w:rPr>
        <w:t>I heard it described as "Less of a gene pool and more of a gene puddle".</w:t>
      </w:r>
    </w:p>
    <w:p>
      <w:pPr>
        <w:spacing w:after="0"/>
      </w:pPr>
    </w:p>
    <w:p>
      <w:pPr>
        <w:spacing w:after="0"/>
      </w:pPr>
      <w:r>
        <w:rPr>
          <w:rFonts w:ascii="Arial" w:hAnsi="Arial"/>
          <w:b/>
          <w:sz w:val="22"/>
        </w:rPr>
        <w:t xml:space="preserve">Lucy  </w:t>
      </w:r>
      <w:r>
        <w:rPr>
          <w:rFonts w:ascii="Arial" w:hAnsi="Arial"/>
          <w:color w:val="5D7284"/>
          <w:sz w:val="22"/>
        </w:rPr>
        <w:t>28:24</w:t>
      </w:r>
    </w:p>
    <w:p>
      <w:pPr>
        <w:spacing w:after="0"/>
      </w:pPr>
      <w:r>
        <w:rPr>
          <w:rFonts w:ascii="Arial" w:hAnsi="Arial"/>
          <w:sz w:val="22"/>
        </w:rPr>
        <w:t>Yeah, yes, exactly.</w:t>
      </w:r>
    </w:p>
    <w:p>
      <w:pPr>
        <w:spacing w:after="0"/>
      </w:pPr>
    </w:p>
    <w:p>
      <w:pPr>
        <w:spacing w:after="0"/>
      </w:pPr>
      <w:r>
        <w:rPr>
          <w:rFonts w:ascii="Arial" w:hAnsi="Arial"/>
          <w:b/>
          <w:sz w:val="22"/>
        </w:rPr>
        <w:t xml:space="preserve">Daisy  </w:t>
      </w:r>
      <w:r>
        <w:rPr>
          <w:rFonts w:ascii="Arial" w:hAnsi="Arial"/>
          <w:color w:val="5D7284"/>
          <w:sz w:val="22"/>
        </w:rPr>
        <w:t>28:27</w:t>
      </w:r>
    </w:p>
    <w:p>
      <w:pPr>
        <w:spacing w:after="0"/>
      </w:pPr>
      <w:r>
        <w:rPr>
          <w:rFonts w:ascii="Arial" w:hAnsi="Arial"/>
          <w:sz w:val="22"/>
        </w:rPr>
        <w:t>It is quite, but it's nice to know that sticking with tradition, it was the English who caused all of these problems. It's like anytime you look into something bad that happened in history go "Oh, yeah."</w:t>
      </w:r>
    </w:p>
    <w:p>
      <w:pPr>
        <w:spacing w:after="0"/>
      </w:pPr>
    </w:p>
    <w:p>
      <w:pPr>
        <w:spacing w:after="0"/>
      </w:pPr>
      <w:r>
        <w:rPr>
          <w:rFonts w:ascii="Arial" w:hAnsi="Arial"/>
          <w:b/>
          <w:sz w:val="22"/>
        </w:rPr>
        <w:t xml:space="preserve">Lucy  </w:t>
      </w:r>
      <w:r>
        <w:rPr>
          <w:rFonts w:ascii="Arial" w:hAnsi="Arial"/>
          <w:color w:val="5D7284"/>
          <w:sz w:val="22"/>
        </w:rPr>
        <w:t>28:42</w:t>
      </w:r>
    </w:p>
    <w:p>
      <w:pPr>
        <w:spacing w:after="0"/>
      </w:pPr>
      <w:r>
        <w:rPr>
          <w:rFonts w:ascii="Arial" w:hAnsi="Arial"/>
          <w:sz w:val="22"/>
        </w:rPr>
        <w:t>There we are! *Alice laughs* Meddling again!</w:t>
      </w:r>
    </w:p>
    <w:p>
      <w:pPr>
        <w:spacing w:after="0"/>
      </w:pPr>
    </w:p>
    <w:p>
      <w:pPr>
        <w:spacing w:after="0"/>
      </w:pPr>
      <w:r>
        <w:rPr>
          <w:rFonts w:ascii="Arial" w:hAnsi="Arial"/>
          <w:b/>
          <w:sz w:val="22"/>
        </w:rPr>
        <w:t xml:space="preserve">Alice  </w:t>
      </w:r>
      <w:r>
        <w:rPr>
          <w:rFonts w:ascii="Arial" w:hAnsi="Arial"/>
          <w:color w:val="5D7284"/>
          <w:sz w:val="22"/>
        </w:rPr>
        <w:t>28:48</w:t>
      </w:r>
    </w:p>
    <w:p>
      <w:pPr>
        <w:spacing w:after="0"/>
      </w:pPr>
      <w:r>
        <w:rPr>
          <w:rFonts w:ascii="Arial" w:hAnsi="Arial"/>
          <w:sz w:val="22"/>
        </w:rPr>
        <w:t>Yeah, but this genetic inbreeding will actually turn out to be quite useful later on.</w:t>
      </w:r>
    </w:p>
    <w:p>
      <w:pPr>
        <w:spacing w:after="0"/>
      </w:pPr>
    </w:p>
    <w:p>
      <w:pPr>
        <w:spacing w:after="0"/>
      </w:pPr>
      <w:r>
        <w:rPr>
          <w:rFonts w:ascii="Arial" w:hAnsi="Arial"/>
          <w:b/>
          <w:sz w:val="22"/>
        </w:rPr>
        <w:t xml:space="preserve">Lucy  </w:t>
      </w:r>
      <w:r>
        <w:rPr>
          <w:rFonts w:ascii="Arial" w:hAnsi="Arial"/>
          <w:color w:val="5D7284"/>
          <w:sz w:val="22"/>
        </w:rPr>
        <w:t>29:00</w:t>
      </w:r>
    </w:p>
    <w:p>
      <w:pPr>
        <w:spacing w:after="0"/>
      </w:pPr>
      <w:r>
        <w:rPr>
          <w:rFonts w:ascii="Arial" w:hAnsi="Arial"/>
          <w:sz w:val="22"/>
        </w:rPr>
        <w:t>That's a good tease. We'll take that for social media. *Alice laughs*</w:t>
      </w:r>
    </w:p>
    <w:p>
      <w:pPr>
        <w:spacing w:after="0"/>
      </w:pPr>
    </w:p>
    <w:p>
      <w:pPr>
        <w:spacing w:after="0"/>
      </w:pPr>
      <w:r>
        <w:rPr>
          <w:rFonts w:ascii="Arial" w:hAnsi="Arial"/>
          <w:b/>
          <w:sz w:val="22"/>
        </w:rPr>
        <w:t xml:space="preserve">Daisy  </w:t>
      </w:r>
      <w:r>
        <w:rPr>
          <w:rFonts w:ascii="Arial" w:hAnsi="Arial"/>
          <w:color w:val="5D7284"/>
          <w:sz w:val="22"/>
        </w:rPr>
        <w:t>29:04</w:t>
      </w:r>
    </w:p>
    <w:p>
      <w:pPr>
        <w:spacing w:after="0"/>
      </w:pPr>
      <w:r>
        <w:rPr>
          <w:rFonts w:ascii="Arial" w:hAnsi="Arial"/>
          <w:sz w:val="22"/>
        </w:rPr>
        <w:t>What? This genetic inbreeding will be useful later one *all laugh*</w:t>
      </w:r>
    </w:p>
    <w:p>
      <w:pPr>
        <w:spacing w:after="0"/>
      </w:pPr>
    </w:p>
    <w:p>
      <w:pPr>
        <w:spacing w:after="0"/>
      </w:pPr>
      <w:r>
        <w:rPr>
          <w:rFonts w:ascii="Arial" w:hAnsi="Arial"/>
          <w:b/>
          <w:sz w:val="22"/>
        </w:rPr>
        <w:t xml:space="preserve">Lucy  </w:t>
      </w:r>
      <w:r>
        <w:rPr>
          <w:rFonts w:ascii="Arial" w:hAnsi="Arial"/>
          <w:color w:val="5D7284"/>
          <w:sz w:val="22"/>
        </w:rPr>
        <w:t>29:09</w:t>
      </w:r>
    </w:p>
    <w:p>
      <w:pPr>
        <w:spacing w:after="0"/>
      </w:pPr>
      <w:r>
        <w:rPr>
          <w:rFonts w:ascii="Arial" w:hAnsi="Arial"/>
          <w:sz w:val="22"/>
        </w:rPr>
        <w:t xml:space="preserve">Exactly! </w:t>
      </w:r>
    </w:p>
    <w:p>
      <w:pPr>
        <w:spacing w:after="0"/>
      </w:pPr>
    </w:p>
    <w:p>
      <w:pPr>
        <w:spacing w:after="0"/>
      </w:pPr>
      <w:r>
        <w:rPr>
          <w:rFonts w:ascii="Arial" w:hAnsi="Arial"/>
          <w:b/>
          <w:sz w:val="22"/>
        </w:rPr>
        <w:t xml:space="preserve">Daisy  </w:t>
      </w:r>
      <w:r>
        <w:rPr>
          <w:rFonts w:ascii="Arial" w:hAnsi="Arial"/>
          <w:color w:val="5D7284"/>
          <w:sz w:val="22"/>
        </w:rPr>
        <w:t>29:11</w:t>
      </w:r>
    </w:p>
    <w:p>
      <w:pPr>
        <w:spacing w:after="0"/>
      </w:pPr>
      <w:r>
        <w:rPr>
          <w:rFonts w:ascii="Arial" w:hAnsi="Arial"/>
          <w:sz w:val="22"/>
        </w:rPr>
        <w:t>Don't tell anyone it's about history lessons. *all laugh*</w:t>
      </w:r>
    </w:p>
    <w:p>
      <w:pPr>
        <w:spacing w:after="0"/>
      </w:pPr>
    </w:p>
    <w:p>
      <w:pPr>
        <w:spacing w:after="0"/>
      </w:pPr>
      <w:r>
        <w:rPr>
          <w:rFonts w:ascii="Arial" w:hAnsi="Arial"/>
          <w:b/>
          <w:sz w:val="22"/>
        </w:rPr>
        <w:t xml:space="preserve">Alice  </w:t>
      </w:r>
      <w:r>
        <w:rPr>
          <w:rFonts w:ascii="Arial" w:hAnsi="Arial"/>
          <w:color w:val="5D7284"/>
          <w:sz w:val="22"/>
        </w:rPr>
        <w:t>29:17</w:t>
      </w:r>
    </w:p>
    <w:p>
      <w:pPr>
        <w:spacing w:after="0"/>
      </w:pPr>
      <w:r>
        <w:rPr>
          <w:rFonts w:ascii="Arial" w:hAnsi="Arial"/>
          <w:sz w:val="22"/>
        </w:rPr>
        <w:t>Because of his bleeding disorder, Alexei was watched very closely by the royal family and their attendants. He came very close to death on several occasions, before he'd even turned five. And even the most mild of illnesses could have really serious impact on his health or even have life threatening implications for him. His dad writes in his diary about how when Alexei just has a cold, he then has a nosebleed that goes on for days. I know right? And when he was in those kind of primary school years, he jumped into a lake because, you know, kid. And caused a haemorrhage that caused pain and swelling in his groin, abdomen, ankles and legs for the rest of his life. Like just jumping in a lake caused that and gave him problems forever. Yeah. He would frequently complain of pain in his arms, legs, joints. You'd have bleeding around the joints quite a lot. He'd get swelling, bruising that lasted for days or even weeks. Sometimes, he'd be in so much pain, he couldn't get out of bed.</w:t>
      </w:r>
    </w:p>
    <w:p>
      <w:pPr>
        <w:spacing w:after="0"/>
      </w:pPr>
    </w:p>
    <w:p>
      <w:pPr>
        <w:spacing w:after="0"/>
      </w:pPr>
      <w:r>
        <w:rPr>
          <w:rFonts w:ascii="Arial" w:hAnsi="Arial"/>
          <w:b/>
          <w:sz w:val="22"/>
        </w:rPr>
        <w:t xml:space="preserve">Lucy  </w:t>
      </w:r>
      <w:r>
        <w:rPr>
          <w:rFonts w:ascii="Arial" w:hAnsi="Arial"/>
          <w:color w:val="5D7284"/>
          <w:sz w:val="22"/>
        </w:rPr>
        <w:t>30:51</w:t>
      </w:r>
    </w:p>
    <w:p>
      <w:pPr>
        <w:spacing w:after="0"/>
      </w:pPr>
      <w:r>
        <w:rPr>
          <w:rFonts w:ascii="Arial" w:hAnsi="Arial"/>
          <w:sz w:val="22"/>
        </w:rPr>
        <w:t>So were there any treatment for him?</w:t>
      </w:r>
    </w:p>
    <w:p>
      <w:pPr>
        <w:spacing w:after="0"/>
      </w:pPr>
    </w:p>
    <w:p>
      <w:pPr>
        <w:spacing w:after="0"/>
      </w:pPr>
      <w:r>
        <w:rPr>
          <w:rFonts w:ascii="Arial" w:hAnsi="Arial"/>
          <w:b/>
          <w:sz w:val="22"/>
        </w:rPr>
        <w:t xml:space="preserve">Alice  </w:t>
      </w:r>
      <w:r>
        <w:rPr>
          <w:rFonts w:ascii="Arial" w:hAnsi="Arial"/>
          <w:color w:val="5D7284"/>
          <w:sz w:val="22"/>
        </w:rPr>
        <w:t>30:54</w:t>
      </w:r>
    </w:p>
    <w:p>
      <w:pPr>
        <w:spacing w:after="0"/>
      </w:pPr>
      <w:r>
        <w:rPr>
          <w:rFonts w:ascii="Arial" w:hAnsi="Arial"/>
          <w:sz w:val="22"/>
        </w:rPr>
        <w:t>I am gonna talk about that. I mean... [Lucy: I'm sorry.] It's okay. One of the things that... because you can't cut into him suture him up.</w:t>
      </w:r>
    </w:p>
    <w:p>
      <w:pPr>
        <w:spacing w:after="0"/>
      </w:pPr>
    </w:p>
    <w:p>
      <w:pPr>
        <w:spacing w:after="0"/>
      </w:pPr>
      <w:r>
        <w:rPr>
          <w:rFonts w:ascii="Arial" w:hAnsi="Arial"/>
          <w:b/>
          <w:sz w:val="22"/>
        </w:rPr>
        <w:t xml:space="preserve">Lucy  </w:t>
      </w:r>
      <w:r>
        <w:rPr>
          <w:rFonts w:ascii="Arial" w:hAnsi="Arial"/>
          <w:color w:val="5D7284"/>
          <w:sz w:val="22"/>
        </w:rPr>
        <w:t>31:06</w:t>
      </w:r>
    </w:p>
    <w:p>
      <w:pPr>
        <w:spacing w:after="0"/>
      </w:pPr>
      <w:r>
        <w:rPr>
          <w:rFonts w:ascii="Arial" w:hAnsi="Arial"/>
          <w:sz w:val="22"/>
        </w:rPr>
        <w:t>Or an injection? Can't do that either.</w:t>
      </w:r>
    </w:p>
    <w:p>
      <w:pPr>
        <w:spacing w:after="0"/>
      </w:pPr>
    </w:p>
    <w:p>
      <w:pPr>
        <w:spacing w:after="0"/>
      </w:pPr>
      <w:r>
        <w:rPr>
          <w:rFonts w:ascii="Arial" w:hAnsi="Arial"/>
          <w:b/>
          <w:sz w:val="22"/>
        </w:rPr>
        <w:t xml:space="preserve">Alice  </w:t>
      </w:r>
      <w:r>
        <w:rPr>
          <w:rFonts w:ascii="Arial" w:hAnsi="Arial"/>
          <w:color w:val="5D7284"/>
          <w:sz w:val="22"/>
        </w:rPr>
        <w:t>31:08</w:t>
      </w:r>
    </w:p>
    <w:p>
      <w:pPr>
        <w:spacing w:after="0"/>
      </w:pPr>
      <w:r>
        <w:rPr>
          <w:rFonts w:ascii="Arial" w:hAnsi="Arial"/>
          <w:sz w:val="22"/>
        </w:rPr>
        <w:t>Yep. So he had a lot of cold compresses. Like when you go to the nurse in primary school.</w:t>
      </w:r>
    </w:p>
    <w:p>
      <w:pPr>
        <w:spacing w:after="0"/>
      </w:pPr>
    </w:p>
    <w:p>
      <w:pPr>
        <w:spacing w:after="0"/>
      </w:pPr>
      <w:r>
        <w:rPr>
          <w:rFonts w:ascii="Arial" w:hAnsi="Arial"/>
          <w:b/>
          <w:sz w:val="22"/>
        </w:rPr>
        <w:t xml:space="preserve">Lucy  </w:t>
      </w:r>
      <w:r>
        <w:rPr>
          <w:rFonts w:ascii="Arial" w:hAnsi="Arial"/>
          <w:color w:val="5D7284"/>
          <w:sz w:val="22"/>
        </w:rPr>
        <w:t>31:17</w:t>
      </w:r>
    </w:p>
    <w:p>
      <w:pPr>
        <w:spacing w:after="0"/>
      </w:pPr>
      <w:r>
        <w:rPr>
          <w:rFonts w:ascii="Arial" w:hAnsi="Arial"/>
          <w:sz w:val="22"/>
        </w:rPr>
        <w:t>They didn't use magnets did they? They did like doing that?</w:t>
      </w:r>
    </w:p>
    <w:p>
      <w:pPr>
        <w:spacing w:after="0"/>
      </w:pPr>
    </w:p>
    <w:p>
      <w:pPr>
        <w:spacing w:after="0"/>
      </w:pPr>
      <w:r>
        <w:rPr>
          <w:rFonts w:ascii="Arial" w:hAnsi="Arial"/>
          <w:b/>
          <w:sz w:val="22"/>
        </w:rPr>
        <w:t xml:space="preserve">Alice  </w:t>
      </w:r>
      <w:r>
        <w:rPr>
          <w:rFonts w:ascii="Arial" w:hAnsi="Arial"/>
          <w:color w:val="5D7284"/>
          <w:sz w:val="22"/>
        </w:rPr>
        <w:t>31:20</w:t>
      </w:r>
    </w:p>
    <w:p>
      <w:pPr>
        <w:spacing w:after="0"/>
      </w:pPr>
      <w:r>
        <w:rPr>
          <w:rFonts w:ascii="Arial" w:hAnsi="Arial"/>
          <w:sz w:val="22"/>
        </w:rPr>
        <w:t>There is something that I didn't fully understand the sounds a little bit like magic magnets.</w:t>
      </w:r>
    </w:p>
    <w:p>
      <w:pPr>
        <w:spacing w:after="0"/>
      </w:pPr>
    </w:p>
    <w:p>
      <w:pPr>
        <w:spacing w:after="0"/>
      </w:pPr>
      <w:r>
        <w:rPr>
          <w:rFonts w:ascii="Arial" w:hAnsi="Arial"/>
          <w:b/>
          <w:sz w:val="22"/>
        </w:rPr>
        <w:t xml:space="preserve">Lucy  </w:t>
      </w:r>
      <w:r>
        <w:rPr>
          <w:rFonts w:ascii="Arial" w:hAnsi="Arial"/>
          <w:color w:val="5D7284"/>
          <w:sz w:val="22"/>
        </w:rPr>
        <w:t>31:26</w:t>
      </w:r>
    </w:p>
    <w:p>
      <w:pPr>
        <w:spacing w:after="0"/>
      </w:pPr>
      <w:r>
        <w:rPr>
          <w:rFonts w:ascii="Arial" w:hAnsi="Arial"/>
          <w:sz w:val="22"/>
        </w:rPr>
        <w:t>Oh, not the magic magnets again!</w:t>
      </w:r>
    </w:p>
    <w:p>
      <w:pPr>
        <w:spacing w:after="0"/>
      </w:pPr>
    </w:p>
    <w:p>
      <w:pPr>
        <w:spacing w:after="0"/>
      </w:pPr>
      <w:r>
        <w:rPr>
          <w:rFonts w:ascii="Arial" w:hAnsi="Arial"/>
          <w:b/>
          <w:sz w:val="22"/>
        </w:rPr>
        <w:t xml:space="preserve">Alice  </w:t>
      </w:r>
      <w:r>
        <w:rPr>
          <w:rFonts w:ascii="Arial" w:hAnsi="Arial"/>
          <w:color w:val="5D7284"/>
          <w:sz w:val="22"/>
        </w:rPr>
        <w:t>31:31</w:t>
      </w:r>
    </w:p>
    <w:p>
      <w:pPr>
        <w:spacing w:after="0"/>
      </w:pPr>
      <w:r>
        <w:rPr>
          <w:rFonts w:ascii="Arial" w:hAnsi="Arial"/>
          <w:sz w:val="22"/>
        </w:rPr>
        <w:t>I think, unlike Mesmer, this wasn't performed by a sexual predator. So I think it's okay.</w:t>
      </w:r>
    </w:p>
    <w:p>
      <w:pPr>
        <w:spacing w:after="0"/>
      </w:pPr>
    </w:p>
    <w:p>
      <w:pPr>
        <w:spacing w:after="0"/>
      </w:pPr>
      <w:r>
        <w:rPr>
          <w:rFonts w:ascii="Arial" w:hAnsi="Arial"/>
          <w:b/>
          <w:sz w:val="22"/>
        </w:rPr>
        <w:t xml:space="preserve">Daisy  </w:t>
      </w:r>
      <w:r>
        <w:rPr>
          <w:rFonts w:ascii="Arial" w:hAnsi="Arial"/>
          <w:color w:val="5D7284"/>
          <w:sz w:val="22"/>
        </w:rPr>
        <w:t>31:38</w:t>
      </w:r>
    </w:p>
    <w:p>
      <w:pPr>
        <w:spacing w:after="0"/>
      </w:pPr>
      <w:r>
        <w:rPr>
          <w:rFonts w:ascii="Arial" w:hAnsi="Arial"/>
          <w:sz w:val="22"/>
        </w:rPr>
        <w:t>Well... *all laugh* In a certain time period kind of probably everything... *Lucy laughs*</w:t>
      </w:r>
    </w:p>
    <w:p>
      <w:pPr>
        <w:spacing w:after="0"/>
      </w:pPr>
    </w:p>
    <w:p>
      <w:pPr>
        <w:spacing w:after="0"/>
      </w:pPr>
      <w:r>
        <w:rPr>
          <w:rFonts w:ascii="Arial" w:hAnsi="Arial"/>
          <w:b/>
          <w:sz w:val="22"/>
        </w:rPr>
        <w:t xml:space="preserve">Alice  </w:t>
      </w:r>
      <w:r>
        <w:rPr>
          <w:rFonts w:ascii="Arial" w:hAnsi="Arial"/>
          <w:color w:val="5D7284"/>
          <w:sz w:val="22"/>
        </w:rPr>
        <w:t>31:45</w:t>
      </w:r>
    </w:p>
    <w:p>
      <w:pPr>
        <w:spacing w:after="0"/>
      </w:pPr>
      <w:r>
        <w:rPr>
          <w:rFonts w:ascii="Arial" w:hAnsi="Arial"/>
          <w:sz w:val="22"/>
        </w:rPr>
        <w:t>Couldn't swing a cat for all sexual predators.</w:t>
      </w:r>
    </w:p>
    <w:p>
      <w:pPr>
        <w:spacing w:after="0"/>
      </w:pPr>
    </w:p>
    <w:p>
      <w:pPr>
        <w:spacing w:after="0"/>
      </w:pPr>
      <w:r>
        <w:rPr>
          <w:rFonts w:ascii="Arial" w:hAnsi="Arial"/>
          <w:b/>
          <w:sz w:val="22"/>
        </w:rPr>
        <w:t xml:space="preserve">Lucy  </w:t>
      </w:r>
      <w:r>
        <w:rPr>
          <w:rFonts w:ascii="Arial" w:hAnsi="Arial"/>
          <w:color w:val="5D7284"/>
          <w:sz w:val="22"/>
        </w:rPr>
        <w:t>31:48</w:t>
      </w:r>
    </w:p>
    <w:p>
      <w:pPr>
        <w:spacing w:after="0"/>
      </w:pPr>
      <w:r>
        <w:rPr>
          <w:rFonts w:ascii="Arial" w:hAnsi="Arial"/>
          <w:sz w:val="22"/>
        </w:rPr>
        <w:t>I was trying to tell my mom about the whole sexual predators and magnet thing, because she was like, what? We've been talking about your history lesson. And her face was like, What? What? Doesn't matter mom. Listen to the episode like everybody else. *Alice laughs*</w:t>
      </w:r>
    </w:p>
    <w:p>
      <w:pPr>
        <w:spacing w:after="0"/>
      </w:pPr>
    </w:p>
    <w:p>
      <w:pPr>
        <w:spacing w:after="0"/>
      </w:pPr>
      <w:r>
        <w:rPr>
          <w:rFonts w:ascii="Arial" w:hAnsi="Arial"/>
          <w:b/>
          <w:sz w:val="22"/>
        </w:rPr>
        <w:t xml:space="preserve">Alice  </w:t>
      </w:r>
      <w:r>
        <w:rPr>
          <w:rFonts w:ascii="Arial" w:hAnsi="Arial"/>
          <w:color w:val="5D7284"/>
          <w:sz w:val="22"/>
        </w:rPr>
        <w:t>32:08</w:t>
      </w:r>
    </w:p>
    <w:p>
      <w:pPr>
        <w:spacing w:after="0"/>
      </w:pPr>
      <w:r>
        <w:rPr>
          <w:rFonts w:ascii="Arial" w:hAnsi="Arial"/>
          <w:sz w:val="22"/>
        </w:rPr>
        <w:t>I think that fundamentally, people who are unwell and afraid, a lot of them will buy stuff if people tell them it'll make them feel better. And when that happens, people take advantage of those people, whether it's for money, or you know, sex.</w:t>
      </w:r>
    </w:p>
    <w:p>
      <w:pPr>
        <w:spacing w:after="0"/>
      </w:pPr>
    </w:p>
    <w:p>
      <w:pPr>
        <w:spacing w:after="0"/>
      </w:pPr>
      <w:r>
        <w:rPr>
          <w:rFonts w:ascii="Arial" w:hAnsi="Arial"/>
          <w:b/>
          <w:sz w:val="22"/>
        </w:rPr>
        <w:t xml:space="preserve">Lucy  </w:t>
      </w:r>
      <w:r>
        <w:rPr>
          <w:rFonts w:ascii="Arial" w:hAnsi="Arial"/>
          <w:color w:val="5D7284"/>
          <w:sz w:val="22"/>
        </w:rPr>
        <w:t>32:25</w:t>
      </w:r>
    </w:p>
    <w:p>
      <w:pPr>
        <w:spacing w:after="0"/>
      </w:pPr>
      <w:r>
        <w:rPr>
          <w:rFonts w:ascii="Arial" w:hAnsi="Arial"/>
          <w:sz w:val="22"/>
        </w:rPr>
        <w:t>All you have to do is to look at like weight loss pills. In this day and age and apple cider vinegar gummies and stuff like that. And you're like...</w:t>
      </w:r>
    </w:p>
    <w:p>
      <w:pPr>
        <w:spacing w:after="0"/>
      </w:pPr>
    </w:p>
    <w:p>
      <w:pPr>
        <w:spacing w:after="0"/>
      </w:pPr>
      <w:r>
        <w:rPr>
          <w:rFonts w:ascii="Arial" w:hAnsi="Arial"/>
          <w:b/>
          <w:sz w:val="22"/>
        </w:rPr>
        <w:t xml:space="preserve">Alice  </w:t>
      </w:r>
      <w:r>
        <w:rPr>
          <w:rFonts w:ascii="Arial" w:hAnsi="Arial"/>
          <w:color w:val="5D7284"/>
          <w:sz w:val="22"/>
        </w:rPr>
        <w:t>32:31</w:t>
      </w:r>
    </w:p>
    <w:p>
      <w:pPr>
        <w:spacing w:after="0"/>
      </w:pPr>
      <w:r>
        <w:rPr>
          <w:rFonts w:ascii="Arial" w:hAnsi="Arial"/>
          <w:sz w:val="22"/>
        </w:rPr>
        <w:t>Oh, yeah, Gwyneth Paltrow has a lot to fucking answer for.</w:t>
      </w:r>
    </w:p>
    <w:p>
      <w:pPr>
        <w:spacing w:after="0"/>
      </w:pPr>
    </w:p>
    <w:p>
      <w:pPr>
        <w:spacing w:after="0"/>
      </w:pPr>
      <w:r>
        <w:rPr>
          <w:rFonts w:ascii="Arial" w:hAnsi="Arial"/>
          <w:b/>
          <w:sz w:val="22"/>
        </w:rPr>
        <w:t xml:space="preserve">Lucy  </w:t>
      </w:r>
      <w:r>
        <w:rPr>
          <w:rFonts w:ascii="Arial" w:hAnsi="Arial"/>
          <w:color w:val="5D7284"/>
          <w:sz w:val="22"/>
        </w:rPr>
        <w:t>32:35</w:t>
      </w:r>
    </w:p>
    <w:p>
      <w:pPr>
        <w:spacing w:after="0"/>
      </w:pPr>
      <w:r>
        <w:rPr>
          <w:rFonts w:ascii="Arial" w:hAnsi="Arial"/>
          <w:sz w:val="22"/>
        </w:rPr>
        <w:t>Yeah, absolutely.</w:t>
      </w:r>
    </w:p>
    <w:p>
      <w:pPr>
        <w:spacing w:after="0"/>
      </w:pPr>
    </w:p>
    <w:p>
      <w:pPr>
        <w:spacing w:after="0"/>
      </w:pPr>
      <w:r>
        <w:rPr>
          <w:rFonts w:ascii="Arial" w:hAnsi="Arial"/>
          <w:b/>
          <w:sz w:val="22"/>
        </w:rPr>
        <w:t xml:space="preserve">Alice  </w:t>
      </w:r>
      <w:r>
        <w:rPr>
          <w:rFonts w:ascii="Arial" w:hAnsi="Arial"/>
          <w:color w:val="5D7284"/>
          <w:sz w:val="22"/>
        </w:rPr>
        <w:t>32:38</w:t>
      </w:r>
    </w:p>
    <w:p>
      <w:pPr>
        <w:spacing w:after="0"/>
      </w:pPr>
      <w:r>
        <w:rPr>
          <w:rFonts w:ascii="Arial" w:hAnsi="Arial"/>
          <w:sz w:val="22"/>
        </w:rPr>
        <w:t>Anyway, so, Alexei would sometimes be in so much pain that he wasn't able to move his arms or legs. He wouldn't be able to walk. He'd be confined to his bed. Or he would need to be carried around by an adult.</w:t>
      </w:r>
    </w:p>
    <w:p>
      <w:pPr>
        <w:spacing w:after="0"/>
      </w:pPr>
    </w:p>
    <w:p>
      <w:pPr>
        <w:spacing w:after="0"/>
      </w:pPr>
      <w:r>
        <w:rPr>
          <w:rFonts w:ascii="Arial" w:hAnsi="Arial"/>
          <w:b/>
          <w:sz w:val="22"/>
        </w:rPr>
        <w:t xml:space="preserve">Lucy  </w:t>
      </w:r>
      <w:r>
        <w:rPr>
          <w:rFonts w:ascii="Arial" w:hAnsi="Arial"/>
          <w:color w:val="5D7284"/>
          <w:sz w:val="22"/>
        </w:rPr>
        <w:t>32:53</w:t>
      </w:r>
    </w:p>
    <w:p>
      <w:pPr>
        <w:spacing w:after="0"/>
      </w:pPr>
      <w:r>
        <w:rPr>
          <w:rFonts w:ascii="Arial" w:hAnsi="Arial"/>
          <w:sz w:val="22"/>
        </w:rPr>
        <w:t>Right. Did he have a wheelchair? Did they have a wheelchair?</w:t>
      </w:r>
    </w:p>
    <w:p>
      <w:pPr>
        <w:spacing w:after="0"/>
      </w:pPr>
    </w:p>
    <w:p>
      <w:pPr>
        <w:spacing w:after="0"/>
      </w:pPr>
      <w:r>
        <w:rPr>
          <w:rFonts w:ascii="Arial" w:hAnsi="Arial"/>
          <w:b/>
          <w:sz w:val="22"/>
        </w:rPr>
        <w:t xml:space="preserve">Alice  </w:t>
      </w:r>
      <w:r>
        <w:rPr>
          <w:rFonts w:ascii="Arial" w:hAnsi="Arial"/>
          <w:color w:val="5D7284"/>
          <w:sz w:val="22"/>
        </w:rPr>
        <w:t>32:57</w:t>
      </w:r>
    </w:p>
    <w:p>
      <w:pPr>
        <w:spacing w:after="0"/>
      </w:pPr>
      <w:r>
        <w:rPr>
          <w:rFonts w:ascii="Arial" w:hAnsi="Arial"/>
          <w:sz w:val="22"/>
        </w:rPr>
        <w:t xml:space="preserve">Yeah, so he did have a wheelchair. But you have to remember that his health condition was supposed to be secret. </w:t>
      </w:r>
    </w:p>
    <w:p>
      <w:pPr>
        <w:spacing w:after="0"/>
      </w:pPr>
    </w:p>
    <w:p>
      <w:pPr>
        <w:spacing w:after="0"/>
      </w:pPr>
      <w:r>
        <w:rPr>
          <w:rFonts w:ascii="Arial" w:hAnsi="Arial"/>
          <w:b/>
          <w:sz w:val="22"/>
        </w:rPr>
        <w:t xml:space="preserve">Lucy  </w:t>
      </w:r>
      <w:r>
        <w:rPr>
          <w:rFonts w:ascii="Arial" w:hAnsi="Arial"/>
          <w:color w:val="5D7284"/>
          <w:sz w:val="22"/>
        </w:rPr>
        <w:t>33:05</w:t>
      </w:r>
    </w:p>
    <w:p>
      <w:pPr>
        <w:spacing w:after="0"/>
      </w:pPr>
      <w:r>
        <w:rPr>
          <w:rFonts w:ascii="Arial" w:hAnsi="Arial"/>
          <w:sz w:val="22"/>
        </w:rPr>
        <w:t>Oh yes, I suppose.</w:t>
      </w:r>
    </w:p>
    <w:p>
      <w:pPr>
        <w:spacing w:after="0"/>
      </w:pPr>
    </w:p>
    <w:p>
      <w:pPr>
        <w:spacing w:after="0"/>
      </w:pPr>
      <w:r>
        <w:rPr>
          <w:rFonts w:ascii="Arial" w:hAnsi="Arial"/>
          <w:b/>
          <w:sz w:val="22"/>
        </w:rPr>
        <w:t xml:space="preserve">Alice  </w:t>
      </w:r>
      <w:r>
        <w:rPr>
          <w:rFonts w:ascii="Arial" w:hAnsi="Arial"/>
          <w:color w:val="5D7284"/>
          <w:sz w:val="22"/>
        </w:rPr>
        <w:t>33:06</w:t>
      </w:r>
    </w:p>
    <w:p>
      <w:pPr>
        <w:spacing w:after="0"/>
      </w:pPr>
      <w:r>
        <w:rPr>
          <w:rFonts w:ascii="Arial" w:hAnsi="Arial"/>
          <w:sz w:val="22"/>
        </w:rPr>
        <w:t>He couldn't just be like, you know, fucking around in a wheelchair all the time.</w:t>
      </w:r>
    </w:p>
    <w:p>
      <w:pPr>
        <w:spacing w:after="0"/>
      </w:pPr>
    </w:p>
    <w:p>
      <w:pPr>
        <w:spacing w:after="0"/>
      </w:pPr>
      <w:r>
        <w:rPr>
          <w:rFonts w:ascii="Arial" w:hAnsi="Arial"/>
          <w:b/>
          <w:sz w:val="22"/>
        </w:rPr>
        <w:t xml:space="preserve">Lucy  </w:t>
      </w:r>
      <w:r>
        <w:rPr>
          <w:rFonts w:ascii="Arial" w:hAnsi="Arial"/>
          <w:color w:val="5D7284"/>
          <w:sz w:val="22"/>
        </w:rPr>
        <w:t>33:11</w:t>
      </w:r>
    </w:p>
    <w:p>
      <w:pPr>
        <w:spacing w:after="0"/>
      </w:pPr>
      <w:r>
        <w:rPr>
          <w:rFonts w:ascii="Arial" w:hAnsi="Arial"/>
          <w:sz w:val="22"/>
        </w:rPr>
        <w:t>Yeah, they got... Like, stay away from the window.</w:t>
      </w:r>
    </w:p>
    <w:p>
      <w:pPr>
        <w:spacing w:after="0"/>
      </w:pPr>
    </w:p>
    <w:p>
      <w:pPr>
        <w:spacing w:after="0"/>
      </w:pPr>
      <w:r>
        <w:rPr>
          <w:rFonts w:ascii="Arial" w:hAnsi="Arial"/>
          <w:b/>
          <w:sz w:val="22"/>
        </w:rPr>
        <w:t xml:space="preserve">Alice  </w:t>
      </w:r>
      <w:r>
        <w:rPr>
          <w:rFonts w:ascii="Arial" w:hAnsi="Arial"/>
          <w:color w:val="5D7284"/>
          <w:sz w:val="22"/>
        </w:rPr>
        <w:t>33:14</w:t>
      </w:r>
    </w:p>
    <w:p>
      <w:pPr>
        <w:spacing w:after="0"/>
      </w:pPr>
      <w:r>
        <w:rPr>
          <w:rFonts w:ascii="Arial" w:hAnsi="Arial"/>
          <w:sz w:val="22"/>
        </w:rPr>
        <w:t xml:space="preserve">Yeah, it was. It was a little bit like that. And so </w:t>
      </w:r>
    </w:p>
    <w:p>
      <w:pPr>
        <w:spacing w:after="0"/>
      </w:pPr>
    </w:p>
    <w:p>
      <w:pPr>
        <w:spacing w:after="0"/>
      </w:pPr>
      <w:r>
        <w:rPr>
          <w:rFonts w:ascii="Arial" w:hAnsi="Arial"/>
          <w:b/>
          <w:sz w:val="22"/>
        </w:rPr>
        <w:t xml:space="preserve">Lucy  </w:t>
      </w:r>
      <w:r>
        <w:rPr>
          <w:rFonts w:ascii="Arial" w:hAnsi="Arial"/>
          <w:color w:val="5D7284"/>
          <w:sz w:val="22"/>
        </w:rPr>
        <w:t>33:18</w:t>
      </w:r>
    </w:p>
    <w:p>
      <w:pPr>
        <w:spacing w:after="0"/>
      </w:pPr>
      <w:r>
        <w:rPr>
          <w:rFonts w:ascii="Arial" w:hAnsi="Arial"/>
          <w:sz w:val="22"/>
        </w:rPr>
        <w:t xml:space="preserve">That's horrible. </w:t>
      </w:r>
    </w:p>
    <w:p>
      <w:pPr>
        <w:spacing w:after="0"/>
      </w:pPr>
    </w:p>
    <w:p>
      <w:pPr>
        <w:spacing w:after="0"/>
      </w:pPr>
      <w:r>
        <w:rPr>
          <w:rFonts w:ascii="Arial" w:hAnsi="Arial"/>
          <w:b/>
          <w:sz w:val="22"/>
        </w:rPr>
        <w:t xml:space="preserve">Alice  </w:t>
      </w:r>
      <w:r>
        <w:rPr>
          <w:rFonts w:ascii="Arial" w:hAnsi="Arial"/>
          <w:color w:val="5D7284"/>
          <w:sz w:val="22"/>
        </w:rPr>
        <w:t>33:19</w:t>
      </w:r>
    </w:p>
    <w:p>
      <w:pPr>
        <w:spacing w:after="0"/>
      </w:pPr>
      <w:r>
        <w:rPr>
          <w:rFonts w:ascii="Arial" w:hAnsi="Arial"/>
          <w:sz w:val="22"/>
        </w:rPr>
        <w:t>He spent a lot of time on his own. And he was quite lonely. It's really fucking sad. He was really close to his mum and his sisters. His sisters were really good. They'd come and, even though it was a reasonable age gap between him and his elder sister, they'd come and read to him and sit with him and play cards with him and stuff. The only sort of... I sort of hesitate to call them friends really. Playmates that he had as a child were the children of the royal staff. Who sort of... Yeah, it's sad.</w:t>
      </w:r>
    </w:p>
    <w:p>
      <w:pPr>
        <w:spacing w:after="0"/>
      </w:pPr>
    </w:p>
    <w:p>
      <w:pPr>
        <w:spacing w:after="0"/>
      </w:pPr>
      <w:r>
        <w:rPr>
          <w:rFonts w:ascii="Arial" w:hAnsi="Arial"/>
          <w:b/>
          <w:sz w:val="22"/>
        </w:rPr>
        <w:t xml:space="preserve">Lucy  </w:t>
      </w:r>
      <w:r>
        <w:rPr>
          <w:rFonts w:ascii="Arial" w:hAnsi="Arial"/>
          <w:color w:val="5D7284"/>
          <w:sz w:val="22"/>
        </w:rPr>
        <w:t>33:58</w:t>
      </w:r>
    </w:p>
    <w:p>
      <w:pPr>
        <w:spacing w:after="0"/>
      </w:pPr>
      <w:r>
        <w:rPr>
          <w:rFonts w:ascii="Arial" w:hAnsi="Arial"/>
          <w:sz w:val="22"/>
        </w:rPr>
        <w:t>It's almost like they're being paid to be there, isn't it? [Alice: Yep.] Go and sit with them.</w:t>
      </w:r>
    </w:p>
    <w:p>
      <w:pPr>
        <w:spacing w:after="0"/>
      </w:pPr>
    </w:p>
    <w:p>
      <w:pPr>
        <w:spacing w:after="0"/>
      </w:pPr>
      <w:r>
        <w:rPr>
          <w:rFonts w:ascii="Arial" w:hAnsi="Arial"/>
          <w:b/>
          <w:sz w:val="22"/>
        </w:rPr>
        <w:t xml:space="preserve">Alice  </w:t>
      </w:r>
      <w:r>
        <w:rPr>
          <w:rFonts w:ascii="Arial" w:hAnsi="Arial"/>
          <w:color w:val="5D7284"/>
          <w:sz w:val="22"/>
        </w:rPr>
        <w:t>34:05</w:t>
      </w:r>
    </w:p>
    <w:p>
      <w:pPr>
        <w:spacing w:after="0"/>
      </w:pPr>
      <w:r>
        <w:rPr>
          <w:rFonts w:ascii="Arial" w:hAnsi="Arial"/>
          <w:sz w:val="22"/>
        </w:rPr>
        <w:t>I know, so...</w:t>
      </w:r>
    </w:p>
    <w:p>
      <w:pPr>
        <w:spacing w:after="0"/>
      </w:pPr>
    </w:p>
    <w:p>
      <w:pPr>
        <w:spacing w:after="0"/>
      </w:pPr>
      <w:r>
        <w:rPr>
          <w:rFonts w:ascii="Arial" w:hAnsi="Arial"/>
          <w:b/>
          <w:sz w:val="22"/>
        </w:rPr>
        <w:t xml:space="preserve">Lucy  </w:t>
      </w:r>
      <w:r>
        <w:rPr>
          <w:rFonts w:ascii="Arial" w:hAnsi="Arial"/>
          <w:color w:val="5D7284"/>
          <w:sz w:val="22"/>
        </w:rPr>
        <w:t>34:07</w:t>
      </w:r>
    </w:p>
    <w:p>
      <w:pPr>
        <w:spacing w:after="0"/>
      </w:pPr>
      <w:r>
        <w:rPr>
          <w:rFonts w:ascii="Arial" w:hAnsi="Arial"/>
          <w:sz w:val="22"/>
        </w:rPr>
        <w:t>Merry Christmas! *all laugh*</w:t>
      </w:r>
    </w:p>
    <w:p>
      <w:pPr>
        <w:spacing w:after="0"/>
      </w:pPr>
    </w:p>
    <w:p>
      <w:pPr>
        <w:spacing w:after="0"/>
      </w:pPr>
      <w:r>
        <w:rPr>
          <w:rFonts w:ascii="Arial" w:hAnsi="Arial"/>
          <w:b/>
          <w:sz w:val="22"/>
        </w:rPr>
        <w:t xml:space="preserve">Alice  </w:t>
      </w:r>
      <w:r>
        <w:rPr>
          <w:rFonts w:ascii="Arial" w:hAnsi="Arial"/>
          <w:color w:val="5D7284"/>
          <w:sz w:val="22"/>
        </w:rPr>
        <w:t>34:08</w:t>
      </w:r>
    </w:p>
    <w:p>
      <w:pPr>
        <w:spacing w:after="0"/>
      </w:pPr>
      <w:r>
        <w:rPr>
          <w:rFonts w:ascii="Arial" w:hAnsi="Arial"/>
          <w:sz w:val="22"/>
        </w:rPr>
        <w:t>On more than one occasion, Alexei would be so unwell that his parents, as I said, legitimately feared that he was going to die. He'd sometimes be in so much pain that he couldn't even sit up in bed. He'd have to just literally be lying down. He'd get nauseous. And like I said, he'd have these horrible swellings. And it's not...</w:t>
      </w:r>
    </w:p>
    <w:p>
      <w:pPr>
        <w:spacing w:after="0"/>
      </w:pPr>
    </w:p>
    <w:p>
      <w:pPr>
        <w:spacing w:after="0"/>
      </w:pPr>
      <w:r>
        <w:rPr>
          <w:rFonts w:ascii="Arial" w:hAnsi="Arial"/>
          <w:b/>
          <w:sz w:val="22"/>
        </w:rPr>
        <w:t xml:space="preserve">Lucy  </w:t>
      </w:r>
      <w:r>
        <w:rPr>
          <w:rFonts w:ascii="Arial" w:hAnsi="Arial"/>
          <w:color w:val="5D7284"/>
          <w:sz w:val="22"/>
        </w:rPr>
        <w:t>34:41</w:t>
      </w:r>
    </w:p>
    <w:p>
      <w:pPr>
        <w:spacing w:after="0"/>
      </w:pPr>
      <w:r>
        <w:rPr>
          <w:rFonts w:ascii="Arial" w:hAnsi="Arial"/>
          <w:sz w:val="22"/>
        </w:rPr>
        <w:t>That's like proper chronic illness, isn't it?</w:t>
      </w:r>
    </w:p>
    <w:p>
      <w:pPr>
        <w:spacing w:after="0"/>
      </w:pPr>
    </w:p>
    <w:p>
      <w:pPr>
        <w:spacing w:after="0"/>
      </w:pPr>
      <w:r>
        <w:rPr>
          <w:rFonts w:ascii="Arial" w:hAnsi="Arial"/>
          <w:b/>
          <w:sz w:val="22"/>
        </w:rPr>
        <w:t xml:space="preserve">Alice  </w:t>
      </w:r>
      <w:r>
        <w:rPr>
          <w:rFonts w:ascii="Arial" w:hAnsi="Arial"/>
          <w:color w:val="5D7284"/>
          <w:sz w:val="22"/>
        </w:rPr>
        <w:t>34:43</w:t>
      </w:r>
    </w:p>
    <w:p>
      <w:pPr>
        <w:spacing w:after="0"/>
      </w:pPr>
      <w:r>
        <w:rPr>
          <w:rFonts w:ascii="Arial" w:hAnsi="Arial"/>
          <w:sz w:val="22"/>
        </w:rPr>
        <w:t>It's not what I expect. You hear about haemophilia and, you think, bleeding disorder. You think, you know, probably a person's got to stay in bed because it's just not fucking safe to get out of bed. But it sounds horrible.</w:t>
      </w:r>
    </w:p>
    <w:p>
      <w:pPr>
        <w:spacing w:after="0"/>
      </w:pPr>
    </w:p>
    <w:p>
      <w:pPr>
        <w:spacing w:after="0"/>
      </w:pPr>
      <w:r>
        <w:rPr>
          <w:rFonts w:ascii="Arial" w:hAnsi="Arial"/>
          <w:b/>
          <w:sz w:val="22"/>
        </w:rPr>
        <w:t xml:space="preserve">Lucy  </w:t>
      </w:r>
      <w:r>
        <w:rPr>
          <w:rFonts w:ascii="Arial" w:hAnsi="Arial"/>
          <w:color w:val="5D7284"/>
          <w:sz w:val="22"/>
        </w:rPr>
        <w:t>35:01</w:t>
      </w:r>
    </w:p>
    <w:p>
      <w:pPr>
        <w:spacing w:after="0"/>
      </w:pPr>
      <w:r>
        <w:rPr>
          <w:rFonts w:ascii="Arial" w:hAnsi="Arial"/>
          <w:sz w:val="22"/>
        </w:rPr>
        <w:t>It makes you wonder whether he had other underlying health conditions as well that nobody knew about.</w:t>
      </w:r>
    </w:p>
    <w:p>
      <w:pPr>
        <w:spacing w:after="0"/>
      </w:pPr>
    </w:p>
    <w:p>
      <w:pPr>
        <w:spacing w:after="0"/>
      </w:pPr>
      <w:r>
        <w:rPr>
          <w:rFonts w:ascii="Arial" w:hAnsi="Arial"/>
          <w:b/>
          <w:sz w:val="22"/>
        </w:rPr>
        <w:t xml:space="preserve">Alice  </w:t>
      </w:r>
      <w:r>
        <w:rPr>
          <w:rFonts w:ascii="Arial" w:hAnsi="Arial"/>
          <w:color w:val="5D7284"/>
          <w:sz w:val="22"/>
        </w:rPr>
        <w:t>35:05</w:t>
      </w:r>
    </w:p>
    <w:p>
      <w:pPr>
        <w:spacing w:after="0"/>
      </w:pPr>
      <w:r>
        <w:rPr>
          <w:rFonts w:ascii="Arial" w:hAnsi="Arial"/>
          <w:sz w:val="22"/>
        </w:rPr>
        <w:t>Maybe. But even though he was quite poorly, for a lot of the time. Like, he'd be fine, he'd be fine. He'd be out of action for six weeks. Like it was sort of like that. But he sounds like he was quite like an average kid. Like, he was quite precocious and sort of mischievous. He was definitely privileged and a bit entitled, but I think he was also quite playful and his teachers quite often describe him as silly and naughty. I read this book that was a collection of letters and writings and diary entries from the Romanovs basically anything that mentions Alexei. Some of it was literally just the fucking sentence, it was pointless. But we actually got Alexei's diaries about what he was up to and the diaries of his... The children had two tutors who were with them their entire childhoods. And they, you know, he's just a kid, the way they talk about him. He's just like, you sort of average down like, he's very he's a very a little boy, like he gets into shit and he like, winds his sisters up, and just fuck around</w:t>
      </w:r>
    </w:p>
    <w:p>
      <w:pPr>
        <w:spacing w:after="0"/>
      </w:pPr>
    </w:p>
    <w:p>
      <w:pPr>
        <w:spacing w:after="0"/>
      </w:pPr>
      <w:r>
        <w:rPr>
          <w:rFonts w:ascii="Arial" w:hAnsi="Arial"/>
          <w:b/>
          <w:sz w:val="22"/>
        </w:rPr>
        <w:t xml:space="preserve">Alice  </w:t>
      </w:r>
      <w:r>
        <w:rPr>
          <w:rFonts w:ascii="Arial" w:hAnsi="Arial"/>
          <w:color w:val="5D7284"/>
          <w:sz w:val="22"/>
        </w:rPr>
        <w:t>36:44</w:t>
      </w:r>
    </w:p>
    <w:p>
      <w:pPr>
        <w:spacing w:after="0"/>
      </w:pPr>
      <w:r>
        <w:rPr>
          <w:rFonts w:ascii="Arial" w:hAnsi="Arial"/>
          <w:sz w:val="22"/>
        </w:rPr>
        <w:t>Yeah, I was gonna say, it is that exactly sort of. I know I said he was a little boy, but it's the same sort of attributes. [Lucy: Yeah, relationship.] So he lived for most of his life in Alexander Palace. Not Alexandra Palace, which is in London. Alexander Palace was the family's favourite residence and it was situated on a plateau about 30 miles outside of St. Petersburg. It sounds like it was pretty beautiful. He did... Because Russia, lots of stuff like sledding. And, in the winter, they built like a snow hill and just like, fuck around, like throwing themselves down it and he had this naval officer called (Vladimir) Derevenko, who was like assigned to basically make sure he didn't fuck himself up too much.</w:t>
      </w:r>
    </w:p>
    <w:p>
      <w:pPr>
        <w:spacing w:after="0"/>
      </w:pPr>
    </w:p>
    <w:p>
      <w:pPr>
        <w:spacing w:after="0"/>
      </w:pPr>
      <w:r>
        <w:rPr>
          <w:rFonts w:ascii="Arial" w:hAnsi="Arial"/>
          <w:b/>
          <w:sz w:val="22"/>
        </w:rPr>
        <w:t xml:space="preserve">Lucy  </w:t>
      </w:r>
      <w:r>
        <w:rPr>
          <w:rFonts w:ascii="Arial" w:hAnsi="Arial"/>
          <w:color w:val="5D7284"/>
          <w:sz w:val="22"/>
        </w:rPr>
        <w:t>37:46</w:t>
      </w:r>
    </w:p>
    <w:p>
      <w:pPr>
        <w:spacing w:after="0"/>
      </w:pPr>
      <w:r>
        <w:rPr>
          <w:rFonts w:ascii="Arial" w:hAnsi="Arial"/>
          <w:sz w:val="22"/>
        </w:rPr>
        <w:t>Like to fall over and like make himself bleed.</w:t>
      </w:r>
    </w:p>
    <w:p>
      <w:pPr>
        <w:spacing w:after="0"/>
      </w:pPr>
    </w:p>
    <w:p>
      <w:pPr>
        <w:spacing w:after="0"/>
      </w:pPr>
      <w:r>
        <w:rPr>
          <w:rFonts w:ascii="Arial" w:hAnsi="Arial"/>
          <w:b/>
          <w:sz w:val="22"/>
        </w:rPr>
        <w:t xml:space="preserve">Alice  </w:t>
      </w:r>
      <w:r>
        <w:rPr>
          <w:rFonts w:ascii="Arial" w:hAnsi="Arial"/>
          <w:color w:val="5D7284"/>
          <w:sz w:val="22"/>
        </w:rPr>
        <w:t>37:49</w:t>
      </w:r>
    </w:p>
    <w:p>
      <w:pPr>
        <w:spacing w:after="0"/>
      </w:pPr>
      <w:r>
        <w:rPr>
          <w:rFonts w:ascii="Arial" w:hAnsi="Arial"/>
          <w:sz w:val="22"/>
        </w:rPr>
        <w:t>Yeah. And it was his kids who were the people that he played with the most. And they would do a lot of stuff like go fishing and, you know, just run around and do all the normal kids with money in the Victorian times stuff. After the outbreak of the First World War, Alexei went with his father to military general headquarters, because, of course, his dad, as you know, Russian Emperor, was leader of the Russian army. He'd regularly go with his dad to inspect the troops. Like, again, lots of little boys from nobility at that time. He'd been gifted with little mini military uniforms and a little sailor uniform, and like little toy guns and a little Cossack uniform, and he really enjoyed playing war. He was given toy soldiers and it's... I got the distinct impression from books I've read and like historical stuff I've read over the years about Victorian children, it's like Victorian children are supposed to be just little versions of Victorian grown people. But inevitably, they kind of fuck it up by just being kids. And it's like having a  ghost child...</w:t>
      </w:r>
    </w:p>
    <w:p>
      <w:pPr>
        <w:spacing w:after="0"/>
      </w:pPr>
    </w:p>
    <w:p>
      <w:pPr>
        <w:spacing w:after="0"/>
      </w:pPr>
      <w:r>
        <w:rPr>
          <w:rFonts w:ascii="Arial" w:hAnsi="Arial"/>
          <w:b/>
          <w:sz w:val="22"/>
        </w:rPr>
        <w:t xml:space="preserve">Lucy  </w:t>
      </w:r>
      <w:r>
        <w:rPr>
          <w:rFonts w:ascii="Arial" w:hAnsi="Arial"/>
          <w:color w:val="5D7284"/>
          <w:sz w:val="22"/>
        </w:rPr>
        <w:t>39:26</w:t>
      </w:r>
    </w:p>
    <w:p>
      <w:pPr>
        <w:spacing w:after="0"/>
      </w:pPr>
      <w:r>
        <w:rPr>
          <w:rFonts w:ascii="Arial" w:hAnsi="Arial"/>
          <w:sz w:val="22"/>
        </w:rPr>
        <w:t xml:space="preserve">Victorian ghost child. Do you remember when Prince George - was it Prince George? Modern day monarchy went through a period of being dressed like a Victorian ghost child. *Alice laughs* Do you remember that? </w:t>
      </w:r>
    </w:p>
    <w:p>
      <w:pPr>
        <w:spacing w:after="0"/>
      </w:pPr>
    </w:p>
    <w:p>
      <w:pPr>
        <w:spacing w:after="0"/>
      </w:pPr>
      <w:r>
        <w:rPr>
          <w:rFonts w:ascii="Arial" w:hAnsi="Arial"/>
          <w:b/>
          <w:sz w:val="22"/>
        </w:rPr>
        <w:t xml:space="preserve">Alice  </w:t>
      </w:r>
      <w:r>
        <w:rPr>
          <w:rFonts w:ascii="Arial" w:hAnsi="Arial"/>
          <w:color w:val="5D7284"/>
          <w:sz w:val="22"/>
        </w:rPr>
        <w:t>39:37</w:t>
      </w:r>
    </w:p>
    <w:p>
      <w:pPr>
        <w:spacing w:after="0"/>
      </w:pPr>
      <w:r>
        <w:rPr>
          <w:rFonts w:ascii="Arial" w:hAnsi="Arial"/>
          <w:sz w:val="22"/>
        </w:rPr>
        <w:t xml:space="preserve">I do remember that! </w:t>
      </w:r>
    </w:p>
    <w:p>
      <w:pPr>
        <w:spacing w:after="0"/>
      </w:pPr>
    </w:p>
    <w:p>
      <w:pPr>
        <w:spacing w:after="0"/>
      </w:pPr>
      <w:r>
        <w:rPr>
          <w:rFonts w:ascii="Arial" w:hAnsi="Arial"/>
          <w:b/>
          <w:sz w:val="22"/>
        </w:rPr>
        <w:t xml:space="preserve">Lucy  </w:t>
      </w:r>
      <w:r>
        <w:rPr>
          <w:rFonts w:ascii="Arial" w:hAnsi="Arial"/>
          <w:color w:val="5D7284"/>
          <w:sz w:val="22"/>
        </w:rPr>
        <w:t>39:39</w:t>
      </w:r>
    </w:p>
    <w:p>
      <w:pPr>
        <w:spacing w:after="0"/>
      </w:pPr>
      <w:r>
        <w:rPr>
          <w:rFonts w:ascii="Arial" w:hAnsi="Arial"/>
          <w:sz w:val="22"/>
        </w:rPr>
        <w:t>It was on TV. He got like shorts on all the time with socks off way up his knee and like these little sandal-y shoe type things. You just look like a Victorian ghost child.</w:t>
      </w:r>
    </w:p>
    <w:p>
      <w:pPr>
        <w:spacing w:after="0"/>
      </w:pPr>
    </w:p>
    <w:p>
      <w:pPr>
        <w:spacing w:after="0"/>
      </w:pPr>
      <w:r>
        <w:rPr>
          <w:rFonts w:ascii="Arial" w:hAnsi="Arial"/>
          <w:b/>
          <w:sz w:val="22"/>
        </w:rPr>
        <w:t xml:space="preserve">Daisy  </w:t>
      </w:r>
      <w:r>
        <w:rPr>
          <w:rFonts w:ascii="Arial" w:hAnsi="Arial"/>
          <w:color w:val="5D7284"/>
          <w:sz w:val="22"/>
        </w:rPr>
        <w:t>39:50</w:t>
      </w:r>
    </w:p>
    <w:p>
      <w:pPr>
        <w:spacing w:after="0"/>
      </w:pPr>
      <w:r>
        <w:rPr>
          <w:rFonts w:ascii="Arial" w:hAnsi="Arial"/>
          <w:sz w:val="22"/>
        </w:rPr>
        <w:t>It was it was very strange, yeah, because it was like, you know, it is the winter right? Well, you know like, autumn whatever, and he is still wearing shorts and long socks. It was very reminiscent of that era where trousers were a man's item of clothing and shorts were a boy's item of clothing and you wore shorts until you were of to the age to wear trousers.</w:t>
      </w:r>
    </w:p>
    <w:p>
      <w:pPr>
        <w:spacing w:after="0"/>
      </w:pPr>
    </w:p>
    <w:p>
      <w:pPr>
        <w:spacing w:after="0"/>
      </w:pPr>
      <w:r>
        <w:rPr>
          <w:rFonts w:ascii="Arial" w:hAnsi="Arial"/>
          <w:b/>
          <w:sz w:val="22"/>
        </w:rPr>
        <w:t xml:space="preserve">Lucy  </w:t>
      </w:r>
      <w:r>
        <w:rPr>
          <w:rFonts w:ascii="Arial" w:hAnsi="Arial"/>
          <w:color w:val="5D7284"/>
          <w:sz w:val="22"/>
        </w:rPr>
        <w:t>40:19</w:t>
      </w:r>
    </w:p>
    <w:p>
      <w:pPr>
        <w:spacing w:after="0"/>
      </w:pPr>
      <w:r>
        <w:rPr>
          <w:rFonts w:ascii="Arial" w:hAnsi="Arial"/>
          <w:sz w:val="22"/>
        </w:rPr>
        <w:t>A bit like a postman with the Royal Mail. *laughs*</w:t>
      </w:r>
    </w:p>
    <w:p>
      <w:pPr>
        <w:spacing w:after="0"/>
      </w:pPr>
    </w:p>
    <w:p>
      <w:pPr>
        <w:spacing w:after="0"/>
      </w:pPr>
      <w:r>
        <w:rPr>
          <w:rFonts w:ascii="Arial" w:hAnsi="Arial"/>
          <w:b/>
          <w:sz w:val="22"/>
        </w:rPr>
        <w:t xml:space="preserve">Alice  </w:t>
      </w:r>
      <w:r>
        <w:rPr>
          <w:rFonts w:ascii="Arial" w:hAnsi="Arial"/>
          <w:color w:val="5D7284"/>
          <w:sz w:val="22"/>
        </w:rPr>
        <w:t>40:22</w:t>
      </w:r>
    </w:p>
    <w:p>
      <w:pPr>
        <w:spacing w:after="0"/>
      </w:pPr>
      <w:r>
        <w:rPr>
          <w:rFonts w:ascii="Arial" w:hAnsi="Arial"/>
          <w:sz w:val="22"/>
        </w:rPr>
        <w:t xml:space="preserve">Yes, it is exactly like a postman. *all laugh* </w:t>
      </w:r>
    </w:p>
    <w:p>
      <w:pPr>
        <w:spacing w:after="0"/>
      </w:pPr>
    </w:p>
    <w:p>
      <w:pPr>
        <w:spacing w:after="0"/>
      </w:pPr>
      <w:r>
        <w:rPr>
          <w:rFonts w:ascii="Arial" w:hAnsi="Arial"/>
          <w:b/>
          <w:sz w:val="22"/>
        </w:rPr>
        <w:t xml:space="preserve">Daisy  </w:t>
      </w:r>
      <w:r>
        <w:rPr>
          <w:rFonts w:ascii="Arial" w:hAnsi="Arial"/>
          <w:color w:val="5D7284"/>
          <w:sz w:val="22"/>
        </w:rPr>
        <w:t>40:26</w:t>
      </w:r>
    </w:p>
    <w:p>
      <w:pPr>
        <w:spacing w:after="0"/>
      </w:pPr>
      <w:r>
        <w:rPr>
          <w:rFonts w:ascii="Arial" w:hAnsi="Arial"/>
          <w:sz w:val="22"/>
        </w:rPr>
        <w:t>It is quite an old fashioned thing. Like that. Yeah, I get I do get what you mean.</w:t>
      </w:r>
    </w:p>
    <w:p>
      <w:pPr>
        <w:spacing w:after="0"/>
      </w:pPr>
    </w:p>
    <w:p>
      <w:pPr>
        <w:spacing w:after="0"/>
      </w:pPr>
      <w:r>
        <w:rPr>
          <w:rFonts w:ascii="Arial" w:hAnsi="Arial"/>
          <w:b/>
          <w:sz w:val="22"/>
        </w:rPr>
        <w:t xml:space="preserve">Lucy  </w:t>
      </w:r>
      <w:r>
        <w:rPr>
          <w:rFonts w:ascii="Arial" w:hAnsi="Arial"/>
          <w:color w:val="5D7284"/>
          <w:sz w:val="22"/>
        </w:rPr>
        <w:t>40:35</w:t>
      </w:r>
    </w:p>
    <w:p>
      <w:pPr>
        <w:spacing w:after="0"/>
      </w:pPr>
      <w:r>
        <w:rPr>
          <w:rFonts w:ascii="Arial" w:hAnsi="Arial"/>
          <w:sz w:val="22"/>
        </w:rPr>
        <w:t>It is very weird. Very weird.</w:t>
      </w:r>
    </w:p>
    <w:p>
      <w:pPr>
        <w:spacing w:after="0"/>
      </w:pPr>
    </w:p>
    <w:p>
      <w:pPr>
        <w:spacing w:after="0"/>
      </w:pPr>
      <w:r>
        <w:rPr>
          <w:rFonts w:ascii="Arial" w:hAnsi="Arial"/>
          <w:b/>
          <w:sz w:val="22"/>
        </w:rPr>
        <w:t xml:space="preserve">Alice  </w:t>
      </w:r>
      <w:r>
        <w:rPr>
          <w:rFonts w:ascii="Arial" w:hAnsi="Arial"/>
          <w:color w:val="5D7284"/>
          <w:sz w:val="22"/>
        </w:rPr>
        <w:t>40:37</w:t>
      </w:r>
    </w:p>
    <w:p>
      <w:pPr>
        <w:spacing w:after="0"/>
      </w:pPr>
      <w:r>
        <w:rPr>
          <w:rFonts w:ascii="Arial" w:hAnsi="Arial"/>
          <w:sz w:val="22"/>
        </w:rPr>
        <w:t>But that's kind of the impression I got of Alexei was that everybody was like, oh, you know, you're gonna be Emperor one day, you need to be, you know, a grown up</w:t>
      </w:r>
    </w:p>
    <w:p>
      <w:pPr>
        <w:spacing w:after="0"/>
      </w:pPr>
    </w:p>
    <w:p>
      <w:pPr>
        <w:spacing w:after="0"/>
      </w:pPr>
      <w:r>
        <w:rPr>
          <w:rFonts w:ascii="Arial" w:hAnsi="Arial"/>
          <w:b/>
          <w:sz w:val="22"/>
        </w:rPr>
        <w:t xml:space="preserve">Lucy  </w:t>
      </w:r>
      <w:r>
        <w:rPr>
          <w:rFonts w:ascii="Arial" w:hAnsi="Arial"/>
          <w:color w:val="5D7284"/>
          <w:sz w:val="22"/>
        </w:rPr>
        <w:t>40:46</w:t>
      </w:r>
    </w:p>
    <w:p>
      <w:pPr>
        <w:spacing w:after="0"/>
      </w:pPr>
      <w:r>
        <w:rPr>
          <w:rFonts w:ascii="Arial" w:hAnsi="Arial"/>
          <w:sz w:val="22"/>
        </w:rPr>
        <w:t>You need to dress like one.</w:t>
      </w:r>
    </w:p>
    <w:p>
      <w:pPr>
        <w:spacing w:after="0"/>
      </w:pPr>
    </w:p>
    <w:p>
      <w:pPr>
        <w:spacing w:after="0"/>
      </w:pPr>
      <w:r>
        <w:rPr>
          <w:rFonts w:ascii="Arial" w:hAnsi="Arial"/>
          <w:b/>
          <w:sz w:val="22"/>
        </w:rPr>
        <w:t xml:space="preserve">Alice  </w:t>
      </w:r>
      <w:r>
        <w:rPr>
          <w:rFonts w:ascii="Arial" w:hAnsi="Arial"/>
          <w:color w:val="5D7284"/>
          <w:sz w:val="22"/>
        </w:rPr>
        <w:t>40:47</w:t>
      </w:r>
    </w:p>
    <w:p>
      <w:pPr>
        <w:spacing w:after="0"/>
      </w:pPr>
      <w:r>
        <w:rPr>
          <w:rFonts w:ascii="Arial" w:hAnsi="Arial"/>
          <w:sz w:val="22"/>
        </w:rPr>
        <w:t>Standard. Yep.</w:t>
      </w:r>
    </w:p>
    <w:p>
      <w:pPr>
        <w:spacing w:after="0"/>
      </w:pPr>
    </w:p>
    <w:p>
      <w:pPr>
        <w:spacing w:after="0"/>
      </w:pPr>
      <w:r>
        <w:rPr>
          <w:rFonts w:ascii="Arial" w:hAnsi="Arial"/>
          <w:b/>
          <w:sz w:val="22"/>
        </w:rPr>
        <w:t xml:space="preserve">Alice  </w:t>
      </w:r>
      <w:r>
        <w:rPr>
          <w:rFonts w:ascii="Arial" w:hAnsi="Arial"/>
          <w:color w:val="5D7284"/>
          <w:sz w:val="22"/>
        </w:rPr>
        <w:t>40:47</w:t>
      </w:r>
    </w:p>
    <w:p>
      <w:pPr>
        <w:spacing w:after="0"/>
      </w:pPr>
      <w:r>
        <w:rPr>
          <w:rFonts w:ascii="Arial" w:hAnsi="Arial"/>
          <w:sz w:val="22"/>
        </w:rPr>
        <w:t xml:space="preserve">Yeah, and you need to add that word. And he'd be like... So he'd be inspecting the troops or like, there'd be like a guard outside their house and the guards had to always bow to the royal family when they went past. And so Alexei used to sneak outside and hide and jump out at the guards. So they had to suddenly bow at him. </w:t>
      </w:r>
    </w:p>
    <w:p>
      <w:pPr>
        <w:spacing w:after="0"/>
      </w:pPr>
    </w:p>
    <w:p>
      <w:pPr>
        <w:spacing w:after="0"/>
      </w:pPr>
      <w:r>
        <w:rPr>
          <w:rFonts w:ascii="Arial" w:hAnsi="Arial"/>
          <w:b/>
          <w:sz w:val="22"/>
        </w:rPr>
        <w:t xml:space="preserve">Alice  </w:t>
      </w:r>
      <w:r>
        <w:rPr>
          <w:rFonts w:ascii="Arial" w:hAnsi="Arial"/>
          <w:color w:val="5D7284"/>
          <w:sz w:val="22"/>
        </w:rPr>
        <w:t>40:49</w:t>
      </w:r>
    </w:p>
    <w:p>
      <w:pPr>
        <w:spacing w:after="0"/>
      </w:pPr>
      <w:r>
        <w:rPr>
          <w:rFonts w:ascii="Arial" w:hAnsi="Arial"/>
          <w:sz w:val="22"/>
        </w:rPr>
        <w:t>Yeah, so it's just a little kid with too much privilege. A lot of people talk about, like... some historians call him really spoilt and...</w:t>
      </w:r>
    </w:p>
    <w:p>
      <w:pPr>
        <w:spacing w:after="0"/>
      </w:pPr>
    </w:p>
    <w:p>
      <w:pPr>
        <w:spacing w:after="0"/>
      </w:pPr>
      <w:r>
        <w:rPr>
          <w:rFonts w:ascii="Arial" w:hAnsi="Arial"/>
          <w:b/>
          <w:sz w:val="22"/>
        </w:rPr>
        <w:t xml:space="preserve">Lucy  </w:t>
      </w:r>
      <w:r>
        <w:rPr>
          <w:rFonts w:ascii="Arial" w:hAnsi="Arial"/>
          <w:color w:val="5D7284"/>
          <w:sz w:val="22"/>
        </w:rPr>
        <w:t>41:23</w:t>
      </w:r>
    </w:p>
    <w:p>
      <w:pPr>
        <w:spacing w:after="0"/>
      </w:pPr>
      <w:r>
        <w:rPr>
          <w:rFonts w:ascii="Arial" w:hAnsi="Arial"/>
          <w:sz w:val="22"/>
        </w:rPr>
        <w:t xml:space="preserve">Oh, no, no, no, I don't think he is. Like it's privilege. Yeah, I really don't think he is spoilt because he can't go out of the house. </w:t>
      </w:r>
    </w:p>
    <w:p>
      <w:pPr>
        <w:spacing w:after="0"/>
      </w:pPr>
    </w:p>
    <w:p>
      <w:pPr>
        <w:spacing w:after="0"/>
      </w:pPr>
      <w:r>
        <w:rPr>
          <w:rFonts w:ascii="Arial" w:hAnsi="Arial"/>
          <w:b/>
          <w:sz w:val="22"/>
        </w:rPr>
        <w:t xml:space="preserve">Daisy  </w:t>
      </w:r>
      <w:r>
        <w:rPr>
          <w:rFonts w:ascii="Arial" w:hAnsi="Arial"/>
          <w:color w:val="5D7284"/>
          <w:sz w:val="22"/>
        </w:rPr>
        <w:t>41:32</w:t>
      </w:r>
    </w:p>
    <w:p>
      <w:pPr>
        <w:spacing w:after="0"/>
      </w:pPr>
      <w:r>
        <w:rPr>
          <w:rFonts w:ascii="Arial" w:hAnsi="Arial"/>
          <w:sz w:val="22"/>
        </w:rPr>
        <w:t>That's what I was gonna say.</w:t>
      </w:r>
    </w:p>
    <w:p>
      <w:pPr>
        <w:spacing w:after="0"/>
      </w:pPr>
    </w:p>
    <w:p>
      <w:pPr>
        <w:spacing w:after="0"/>
      </w:pPr>
      <w:r>
        <w:rPr>
          <w:rFonts w:ascii="Arial" w:hAnsi="Arial"/>
          <w:b/>
          <w:sz w:val="22"/>
        </w:rPr>
        <w:t xml:space="preserve">Lucy  </w:t>
      </w:r>
      <w:r>
        <w:rPr>
          <w:rFonts w:ascii="Arial" w:hAnsi="Arial"/>
          <w:color w:val="5D7284"/>
          <w:sz w:val="22"/>
        </w:rPr>
        <w:t>41:33</w:t>
      </w:r>
    </w:p>
    <w:p>
      <w:pPr>
        <w:spacing w:after="0"/>
      </w:pPr>
      <w:r>
        <w:rPr>
          <w:rFonts w:ascii="Arial" w:hAnsi="Arial"/>
          <w:sz w:val="22"/>
        </w:rPr>
        <w:t>He's being monitored and all that though. I wouldn't call up spoilt. He's definitely privileged, but he's not spoilt. There's a different.</w:t>
      </w:r>
    </w:p>
    <w:p>
      <w:pPr>
        <w:spacing w:after="0"/>
      </w:pPr>
    </w:p>
    <w:p>
      <w:pPr>
        <w:spacing w:after="0"/>
      </w:pPr>
      <w:r>
        <w:rPr>
          <w:rFonts w:ascii="Arial" w:hAnsi="Arial"/>
          <w:b/>
          <w:sz w:val="22"/>
        </w:rPr>
        <w:t xml:space="preserve">Alice  </w:t>
      </w:r>
      <w:r>
        <w:rPr>
          <w:rFonts w:ascii="Arial" w:hAnsi="Arial"/>
          <w:color w:val="5D7284"/>
          <w:sz w:val="22"/>
        </w:rPr>
        <w:t>41:39</w:t>
      </w:r>
    </w:p>
    <w:p>
      <w:pPr>
        <w:spacing w:after="0"/>
      </w:pPr>
      <w:r>
        <w:rPr>
          <w:rFonts w:ascii="Arial" w:hAnsi="Arial"/>
          <w:sz w:val="22"/>
        </w:rPr>
        <w:t>Well, and, you sort of feel like, you know, if you could, like, drop dead before you're 15 like your parents are gonna give you whatever you want.</w:t>
      </w:r>
    </w:p>
    <w:p>
      <w:pPr>
        <w:spacing w:after="0"/>
      </w:pPr>
    </w:p>
    <w:p>
      <w:pPr>
        <w:spacing w:after="0"/>
      </w:pPr>
      <w:r>
        <w:rPr>
          <w:rFonts w:ascii="Arial" w:hAnsi="Arial"/>
          <w:b/>
          <w:sz w:val="22"/>
        </w:rPr>
        <w:t xml:space="preserve">Lucy  </w:t>
      </w:r>
      <w:r>
        <w:rPr>
          <w:rFonts w:ascii="Arial" w:hAnsi="Arial"/>
          <w:color w:val="5D7284"/>
          <w:sz w:val="22"/>
        </w:rPr>
        <w:t>41:48</w:t>
      </w:r>
    </w:p>
    <w:p>
      <w:pPr>
        <w:spacing w:after="0"/>
      </w:pPr>
      <w:r>
        <w:rPr>
          <w:rFonts w:ascii="Arial" w:hAnsi="Arial"/>
          <w:sz w:val="22"/>
        </w:rPr>
        <w:t>Yeah, of course, yeah. *unintelligible overlapping speech* pastels for breakfast. Crack on. Do you know what I mean?</w:t>
      </w:r>
    </w:p>
    <w:p>
      <w:pPr>
        <w:spacing w:after="0"/>
      </w:pPr>
    </w:p>
    <w:p>
      <w:pPr>
        <w:spacing w:after="0"/>
      </w:pPr>
      <w:r>
        <w:rPr>
          <w:rFonts w:ascii="Arial" w:hAnsi="Arial"/>
          <w:b/>
          <w:sz w:val="22"/>
        </w:rPr>
        <w:t xml:space="preserve">Alice  </w:t>
      </w:r>
      <w:r>
        <w:rPr>
          <w:rFonts w:ascii="Arial" w:hAnsi="Arial"/>
          <w:color w:val="5D7284"/>
          <w:sz w:val="22"/>
        </w:rPr>
        <w:t>41:54</w:t>
      </w:r>
    </w:p>
    <w:p>
      <w:pPr>
        <w:spacing w:after="0"/>
      </w:pPr>
      <w:r>
        <w:rPr>
          <w:rFonts w:ascii="Arial" w:hAnsi="Arial"/>
          <w:sz w:val="22"/>
        </w:rPr>
        <w:t>Exactly. He was also, like I said, he used to wind his siblings up. And there's even a bit in the last few months of their lives when they're imprisoned, I think they are still at Alexander Palace, he goes for a walk with his sisters. And then just for the fuck of it pushes one of his sisters fully clothed into a lake.*laughs* I just think [Lucy: Why not?] He's the sort of kid where you would laugh and call them a little shit at the same time.</w:t>
      </w:r>
    </w:p>
    <w:p>
      <w:pPr>
        <w:spacing w:after="0"/>
      </w:pPr>
    </w:p>
    <w:p>
      <w:pPr>
        <w:spacing w:after="0"/>
      </w:pPr>
      <w:r>
        <w:rPr>
          <w:rFonts w:ascii="Arial" w:hAnsi="Arial"/>
          <w:b/>
          <w:sz w:val="22"/>
        </w:rPr>
        <w:t xml:space="preserve">Lucy  </w:t>
      </w:r>
      <w:r>
        <w:rPr>
          <w:rFonts w:ascii="Arial" w:hAnsi="Arial"/>
          <w:color w:val="5D7284"/>
          <w:sz w:val="22"/>
        </w:rPr>
        <w:t>42:26</w:t>
      </w:r>
    </w:p>
    <w:p>
      <w:pPr>
        <w:spacing w:after="0"/>
      </w:pPr>
      <w:r>
        <w:rPr>
          <w:rFonts w:ascii="Arial" w:hAnsi="Arial"/>
          <w:sz w:val="22"/>
        </w:rPr>
        <w:t>Yeah. And I think you feel bad for laughing because you know it's just encouraging behaviour.</w:t>
      </w:r>
    </w:p>
    <w:p>
      <w:pPr>
        <w:spacing w:after="0"/>
      </w:pPr>
    </w:p>
    <w:p>
      <w:pPr>
        <w:spacing w:after="0"/>
      </w:pPr>
      <w:r>
        <w:rPr>
          <w:rFonts w:ascii="Arial" w:hAnsi="Arial"/>
          <w:b/>
          <w:sz w:val="22"/>
        </w:rPr>
        <w:t xml:space="preserve">Alice  </w:t>
      </w:r>
      <w:r>
        <w:rPr>
          <w:rFonts w:ascii="Arial" w:hAnsi="Arial"/>
          <w:color w:val="5D7284"/>
          <w:sz w:val="22"/>
        </w:rPr>
        <w:t>42:31</w:t>
      </w:r>
    </w:p>
    <w:p>
      <w:pPr>
        <w:spacing w:after="0"/>
      </w:pPr>
      <w:r>
        <w:rPr>
          <w:rFonts w:ascii="Arial" w:hAnsi="Arial"/>
          <w:sz w:val="22"/>
        </w:rPr>
        <w:t xml:space="preserve">Yeah, but also, it's just fucking funny, isn't it? So yeah. He got the quite frustrated that he couldn't go out and do all the stuff that other kids could do. </w:t>
      </w:r>
    </w:p>
    <w:p>
      <w:pPr>
        <w:spacing w:after="0"/>
      </w:pPr>
    </w:p>
    <w:p>
      <w:pPr>
        <w:spacing w:after="0"/>
      </w:pPr>
      <w:r>
        <w:rPr>
          <w:rFonts w:ascii="Arial" w:hAnsi="Arial"/>
          <w:b/>
          <w:sz w:val="22"/>
        </w:rPr>
        <w:t xml:space="preserve">Lucy  </w:t>
      </w:r>
      <w:r>
        <w:rPr>
          <w:rFonts w:ascii="Arial" w:hAnsi="Arial"/>
          <w:color w:val="5D7284"/>
          <w:sz w:val="22"/>
        </w:rPr>
        <w:t>42:43</w:t>
      </w:r>
    </w:p>
    <w:p>
      <w:pPr>
        <w:spacing w:after="0"/>
      </w:pPr>
      <w:r>
        <w:rPr>
          <w:rFonts w:ascii="Arial" w:hAnsi="Arial"/>
          <w:sz w:val="22"/>
        </w:rPr>
        <w:t>Again, I completely understand that.</w:t>
      </w:r>
    </w:p>
    <w:p>
      <w:pPr>
        <w:spacing w:after="0"/>
      </w:pPr>
    </w:p>
    <w:p>
      <w:pPr>
        <w:spacing w:after="0"/>
      </w:pPr>
      <w:r>
        <w:rPr>
          <w:rFonts w:ascii="Arial" w:hAnsi="Arial"/>
          <w:b/>
          <w:sz w:val="22"/>
        </w:rPr>
        <w:t xml:space="preserve">Alice  </w:t>
      </w:r>
      <w:r>
        <w:rPr>
          <w:rFonts w:ascii="Arial" w:hAnsi="Arial"/>
          <w:color w:val="5D7284"/>
          <w:sz w:val="22"/>
        </w:rPr>
        <w:t>42:45</w:t>
      </w:r>
    </w:p>
    <w:p>
      <w:pPr>
        <w:spacing w:after="0"/>
      </w:pPr>
      <w:r>
        <w:rPr>
          <w:rFonts w:ascii="Arial" w:hAnsi="Arial"/>
          <w:sz w:val="22"/>
        </w:rPr>
        <w:t>And I suspect from some of the things in the stories have said that he probably threw some tantrums about it. But again, like [Lucy: Understandable.] Yeah, exactly.</w:t>
      </w:r>
    </w:p>
    <w:p>
      <w:pPr>
        <w:spacing w:after="0"/>
      </w:pPr>
    </w:p>
    <w:p>
      <w:pPr>
        <w:spacing w:after="0"/>
      </w:pPr>
      <w:r>
        <w:rPr>
          <w:rFonts w:ascii="Arial" w:hAnsi="Arial"/>
          <w:b/>
          <w:sz w:val="22"/>
        </w:rPr>
        <w:t xml:space="preserve">Alice  </w:t>
      </w:r>
      <w:r>
        <w:rPr>
          <w:rFonts w:ascii="Arial" w:hAnsi="Arial"/>
          <w:color w:val="5D7284"/>
          <w:sz w:val="22"/>
        </w:rPr>
        <w:t>42:54</w:t>
      </w:r>
    </w:p>
    <w:p>
      <w:pPr>
        <w:spacing w:after="0"/>
      </w:pPr>
      <w:r>
        <w:rPr>
          <w:rFonts w:ascii="Arial" w:hAnsi="Arial"/>
          <w:sz w:val="22"/>
        </w:rPr>
        <w:t>Exactly. And you're not being raised as a Prince of the Russian Empire, you know.</w:t>
      </w:r>
    </w:p>
    <w:p>
      <w:pPr>
        <w:spacing w:after="0"/>
      </w:pPr>
    </w:p>
    <w:p>
      <w:pPr>
        <w:spacing w:after="0"/>
      </w:pPr>
      <w:r>
        <w:rPr>
          <w:rFonts w:ascii="Arial" w:hAnsi="Arial"/>
          <w:b/>
          <w:sz w:val="22"/>
        </w:rPr>
        <w:t xml:space="preserve">Lucy  </w:t>
      </w:r>
      <w:r>
        <w:rPr>
          <w:rFonts w:ascii="Arial" w:hAnsi="Arial"/>
          <w:color w:val="5D7284"/>
          <w:sz w:val="22"/>
        </w:rPr>
        <w:t>42:54</w:t>
      </w:r>
    </w:p>
    <w:p>
      <w:pPr>
        <w:spacing w:after="0"/>
      </w:pPr>
      <w:r>
        <w:rPr>
          <w:rFonts w:ascii="Arial" w:hAnsi="Arial"/>
          <w:sz w:val="22"/>
        </w:rPr>
        <w:t>I've thrown a tantrum when it takes me too long to get out of the shower.</w:t>
      </w:r>
    </w:p>
    <w:p>
      <w:pPr>
        <w:spacing w:after="0"/>
      </w:pPr>
    </w:p>
    <w:p>
      <w:pPr>
        <w:spacing w:after="0"/>
      </w:pPr>
      <w:r>
        <w:rPr>
          <w:rFonts w:ascii="Arial" w:hAnsi="Arial"/>
          <w:b/>
          <w:sz w:val="22"/>
        </w:rPr>
        <w:t xml:space="preserve">Lucy  </w:t>
      </w:r>
      <w:r>
        <w:rPr>
          <w:rFonts w:ascii="Arial" w:hAnsi="Arial"/>
          <w:color w:val="5D7284"/>
          <w:sz w:val="22"/>
        </w:rPr>
        <w:t>43:03</w:t>
      </w:r>
    </w:p>
    <w:p>
      <w:pPr>
        <w:spacing w:after="0"/>
      </w:pPr>
      <w:r>
        <w:rPr>
          <w:rFonts w:ascii="Arial" w:hAnsi="Arial"/>
          <w:sz w:val="22"/>
        </w:rPr>
        <w:t>*unintelligible* [Alice: Yeah, exactly.] I blame you for my increased vocabulary when it comes to dropping things. But yeah, I'll get annoyed and I'm not being on constant, oh watch that, don't do that, don't you got to stay, keep away from the window, because nobody can see you because you're not meant to be sick.</w:t>
      </w:r>
    </w:p>
    <w:p>
      <w:pPr>
        <w:spacing w:after="0"/>
      </w:pPr>
    </w:p>
    <w:p>
      <w:pPr>
        <w:spacing w:after="0"/>
      </w:pPr>
      <w:r>
        <w:rPr>
          <w:rFonts w:ascii="Arial" w:hAnsi="Arial"/>
          <w:b/>
          <w:sz w:val="22"/>
        </w:rPr>
        <w:t xml:space="preserve">Alice  </w:t>
      </w:r>
      <w:r>
        <w:rPr>
          <w:rFonts w:ascii="Arial" w:hAnsi="Arial"/>
          <w:color w:val="5D7284"/>
          <w:sz w:val="22"/>
        </w:rPr>
        <w:t>43:23</w:t>
      </w:r>
    </w:p>
    <w:p>
      <w:pPr>
        <w:spacing w:after="0"/>
      </w:pPr>
      <w:r>
        <w:rPr>
          <w:rFonts w:ascii="Arial" w:hAnsi="Arial"/>
          <w:sz w:val="22"/>
        </w:rPr>
        <w:t>There was a was a story about how his sisters were all really accomplished horse riders, but he wasn't allowed to even ride a bike. And so he nicked one of the bikes from one of the other children and was riding it around the palace and soldiers were like chasing him around trying to catch him.</w:t>
      </w:r>
    </w:p>
    <w:p>
      <w:pPr>
        <w:spacing w:after="0"/>
      </w:pPr>
    </w:p>
    <w:p>
      <w:pPr>
        <w:spacing w:after="0"/>
      </w:pPr>
      <w:r>
        <w:rPr>
          <w:rFonts w:ascii="Arial" w:hAnsi="Arial"/>
          <w:b/>
          <w:sz w:val="22"/>
        </w:rPr>
        <w:t xml:space="preserve">Lucy  </w:t>
      </w:r>
      <w:r>
        <w:rPr>
          <w:rFonts w:ascii="Arial" w:hAnsi="Arial"/>
          <w:color w:val="5D7284"/>
          <w:sz w:val="22"/>
        </w:rPr>
        <w:t>43:42</w:t>
      </w:r>
    </w:p>
    <w:p>
      <w:pPr>
        <w:spacing w:after="0"/>
      </w:pPr>
      <w:r>
        <w:rPr>
          <w:rFonts w:ascii="Arial" w:hAnsi="Arial"/>
          <w:sz w:val="22"/>
        </w:rPr>
        <w:t>Get off it!</w:t>
      </w:r>
    </w:p>
    <w:p>
      <w:pPr>
        <w:spacing w:after="0"/>
      </w:pPr>
    </w:p>
    <w:p>
      <w:pPr>
        <w:spacing w:after="0"/>
      </w:pPr>
      <w:r>
        <w:rPr>
          <w:rFonts w:ascii="Arial" w:hAnsi="Arial"/>
          <w:b/>
          <w:sz w:val="22"/>
        </w:rPr>
        <w:t xml:space="preserve">Alice  </w:t>
      </w:r>
      <w:r>
        <w:rPr>
          <w:rFonts w:ascii="Arial" w:hAnsi="Arial"/>
          <w:color w:val="5D7284"/>
          <w:sz w:val="22"/>
        </w:rPr>
        <w:t>43:43</w:t>
      </w:r>
    </w:p>
    <w:p>
      <w:pPr>
        <w:spacing w:after="0"/>
      </w:pPr>
      <w:r>
        <w:rPr>
          <w:rFonts w:ascii="Arial" w:hAnsi="Arial"/>
          <w:sz w:val="22"/>
        </w:rPr>
        <w:t>Exactly! I get it like because, you know if you fell off, it could be really dangerous, but also that's like</w:t>
      </w:r>
    </w:p>
    <w:p>
      <w:pPr>
        <w:spacing w:after="0"/>
      </w:pPr>
    </w:p>
    <w:p>
      <w:pPr>
        <w:spacing w:after="0"/>
      </w:pPr>
      <w:r>
        <w:rPr>
          <w:rFonts w:ascii="Arial" w:hAnsi="Arial"/>
          <w:b/>
          <w:sz w:val="22"/>
        </w:rPr>
        <w:t xml:space="preserve">Lucy  </w:t>
      </w:r>
      <w:r>
        <w:rPr>
          <w:rFonts w:ascii="Arial" w:hAnsi="Arial"/>
          <w:color w:val="5D7284"/>
          <w:sz w:val="22"/>
        </w:rPr>
        <w:t>43:51</w:t>
      </w:r>
    </w:p>
    <w:p>
      <w:pPr>
        <w:spacing w:after="0"/>
      </w:pPr>
      <w:r>
        <w:rPr>
          <w:rFonts w:ascii="Arial" w:hAnsi="Arial"/>
          <w:sz w:val="22"/>
        </w:rPr>
        <w:t>But I can imagine that sense of freedom he felt when he eventually got on that bike and was pedaling around. I bet he was like, woohoo! You know?</w:t>
      </w:r>
    </w:p>
    <w:p>
      <w:pPr>
        <w:spacing w:after="0"/>
      </w:pPr>
    </w:p>
    <w:p>
      <w:pPr>
        <w:spacing w:after="0"/>
      </w:pPr>
      <w:r>
        <w:rPr>
          <w:rFonts w:ascii="Arial" w:hAnsi="Arial"/>
          <w:b/>
          <w:sz w:val="22"/>
        </w:rPr>
        <w:t xml:space="preserve">Alice  </w:t>
      </w:r>
      <w:r>
        <w:rPr>
          <w:rFonts w:ascii="Arial" w:hAnsi="Arial"/>
          <w:color w:val="5D7284"/>
          <w:sz w:val="22"/>
        </w:rPr>
        <w:t>44:01</w:t>
      </w:r>
    </w:p>
    <w:p>
      <w:pPr>
        <w:spacing w:after="0"/>
      </w:pPr>
      <w:r>
        <w:rPr>
          <w:rFonts w:ascii="Arial" w:hAnsi="Arial"/>
          <w:sz w:val="22"/>
        </w:rPr>
        <w:t>He was really close to his mum. And he wrote to her almost every day like when he was off at the military headquarters with his dad. He had a lot of respect for his dad and his father was apparently the only person who could actually discipline him. His mother called him baby, and his dad referred to him as their treasure. [Lucy: Aww] I know.</w:t>
      </w:r>
    </w:p>
    <w:p>
      <w:pPr>
        <w:spacing w:after="0"/>
      </w:pPr>
    </w:p>
    <w:p>
      <w:pPr>
        <w:spacing w:after="0"/>
      </w:pPr>
      <w:r>
        <w:rPr>
          <w:rFonts w:ascii="Arial" w:hAnsi="Arial"/>
          <w:b/>
          <w:sz w:val="22"/>
        </w:rPr>
        <w:t xml:space="preserve">Lucy  </w:t>
      </w:r>
      <w:r>
        <w:rPr>
          <w:rFonts w:ascii="Arial" w:hAnsi="Arial"/>
          <w:color w:val="5D7284"/>
          <w:sz w:val="22"/>
        </w:rPr>
        <w:t>44:28</w:t>
      </w:r>
    </w:p>
    <w:p>
      <w:pPr>
        <w:spacing w:after="0"/>
      </w:pPr>
      <w:r>
        <w:rPr>
          <w:rFonts w:ascii="Arial" w:hAnsi="Arial"/>
          <w:sz w:val="22"/>
        </w:rPr>
        <w:t>Oh, this is gonna be sad. [Alice: Yeah, soz...] Merry Christmas! You just want to cry all over again!</w:t>
      </w:r>
    </w:p>
    <w:p>
      <w:pPr>
        <w:spacing w:after="0"/>
      </w:pPr>
    </w:p>
    <w:p>
      <w:pPr>
        <w:spacing w:after="0"/>
      </w:pPr>
      <w:r>
        <w:rPr>
          <w:rFonts w:ascii="Arial" w:hAnsi="Arial"/>
          <w:b/>
          <w:sz w:val="22"/>
        </w:rPr>
        <w:t xml:space="preserve">Alice  </w:t>
      </w:r>
      <w:r>
        <w:rPr>
          <w:rFonts w:ascii="Arial" w:hAnsi="Arial"/>
          <w:color w:val="5D7284"/>
          <w:sz w:val="22"/>
        </w:rPr>
        <w:t>44:38</w:t>
      </w:r>
    </w:p>
    <w:p>
      <w:pPr>
        <w:spacing w:after="0"/>
      </w:pPr>
      <w:r>
        <w:rPr>
          <w:rFonts w:ascii="Arial" w:hAnsi="Arial"/>
          <w:sz w:val="22"/>
        </w:rPr>
        <w:t>I feel like I've done a lot of work and research for this episode. If I wanted to make you cry, it would take me a lot less effort.</w:t>
      </w:r>
    </w:p>
    <w:p>
      <w:pPr>
        <w:spacing w:after="0"/>
      </w:pPr>
    </w:p>
    <w:p>
      <w:pPr>
        <w:spacing w:after="0"/>
      </w:pPr>
      <w:r>
        <w:rPr>
          <w:rFonts w:ascii="Arial" w:hAnsi="Arial"/>
          <w:b/>
          <w:sz w:val="22"/>
        </w:rPr>
        <w:t xml:space="preserve">Lucy  </w:t>
      </w:r>
      <w:r>
        <w:rPr>
          <w:rFonts w:ascii="Arial" w:hAnsi="Arial"/>
          <w:color w:val="5D7284"/>
          <w:sz w:val="22"/>
        </w:rPr>
        <w:t>44:46</w:t>
      </w:r>
    </w:p>
    <w:p>
      <w:pPr>
        <w:spacing w:after="0"/>
      </w:pPr>
      <w:r>
        <w:rPr>
          <w:rFonts w:ascii="Arial" w:hAnsi="Arial"/>
          <w:sz w:val="22"/>
        </w:rPr>
        <w:t>Listen, I make no apologies for showing my emotions.</w:t>
      </w:r>
    </w:p>
    <w:p>
      <w:pPr>
        <w:spacing w:after="0"/>
      </w:pPr>
    </w:p>
    <w:p>
      <w:pPr>
        <w:spacing w:after="0"/>
      </w:pPr>
      <w:r>
        <w:rPr>
          <w:rFonts w:ascii="Arial" w:hAnsi="Arial"/>
          <w:b/>
          <w:sz w:val="22"/>
        </w:rPr>
        <w:t xml:space="preserve">Alice  </w:t>
      </w:r>
      <w:r>
        <w:rPr>
          <w:rFonts w:ascii="Arial" w:hAnsi="Arial"/>
          <w:color w:val="5D7284"/>
          <w:sz w:val="22"/>
        </w:rPr>
        <w:t>44:50</w:t>
      </w:r>
    </w:p>
    <w:p>
      <w:pPr>
        <w:spacing w:after="0"/>
      </w:pPr>
      <w:r>
        <w:rPr>
          <w:rFonts w:ascii="Arial" w:hAnsi="Arial"/>
          <w:sz w:val="22"/>
        </w:rPr>
        <w:t>He also had a pet dog called Joy, a spaniel. He really loved animals. He brought Joy everywhere with him, even to the military headquarters. While he was at the military headquarters, he was given a stray baby crow that he raised. He adopted a kitten. And he'd also go and feed the rabbits and stuff in the afternoon. He's quite, I think, young for his age. So he's 10 years old when the First World War breaks out. And I think he's 11 when he goes to military headquarters. And he does seem quite young... Like the letters he writes to his mum and stuff. I think he's probably quite immature. I suspect, because of the circumstances, he was privileged, he was a bit kind of coddled. But again, you know, that's not his fault, it's just situation he was in. He used to get quite sulky about not being able to go out and do stuff when he was ill. But then, on the other hand, he would also want his mum to sit with him all the time when he was poorly, and he apparently at one point said to his mum, Will it stop hurting if I die?</w:t>
      </w:r>
    </w:p>
    <w:p>
      <w:pPr>
        <w:spacing w:after="0"/>
      </w:pPr>
    </w:p>
    <w:p>
      <w:pPr>
        <w:spacing w:after="0"/>
      </w:pPr>
      <w:r>
        <w:rPr>
          <w:rFonts w:ascii="Arial" w:hAnsi="Arial"/>
          <w:b/>
          <w:sz w:val="22"/>
        </w:rPr>
        <w:t xml:space="preserve">Lucy  </w:t>
      </w:r>
      <w:r>
        <w:rPr>
          <w:rFonts w:ascii="Arial" w:hAnsi="Arial"/>
          <w:color w:val="5D7284"/>
          <w:sz w:val="22"/>
        </w:rPr>
        <w:t>46:24</w:t>
      </w:r>
    </w:p>
    <w:p>
      <w:pPr>
        <w:spacing w:after="0"/>
      </w:pPr>
      <w:r>
        <w:rPr>
          <w:rFonts w:ascii="Arial" w:hAnsi="Arial"/>
          <w:sz w:val="22"/>
        </w:rPr>
        <w:t>Oh, no, no, no, no, no, don't do this to me now.</w:t>
      </w:r>
    </w:p>
    <w:p>
      <w:pPr>
        <w:spacing w:after="0"/>
      </w:pPr>
    </w:p>
    <w:p>
      <w:pPr>
        <w:spacing w:after="0"/>
      </w:pPr>
      <w:r>
        <w:rPr>
          <w:rFonts w:ascii="Arial" w:hAnsi="Arial"/>
          <w:b/>
          <w:sz w:val="22"/>
        </w:rPr>
        <w:t xml:space="preserve">Alice  </w:t>
      </w:r>
      <w:r>
        <w:rPr>
          <w:rFonts w:ascii="Arial" w:hAnsi="Arial"/>
          <w:color w:val="5D7284"/>
          <w:sz w:val="22"/>
        </w:rPr>
        <w:t>46:28</w:t>
      </w:r>
    </w:p>
    <w:p>
      <w:pPr>
        <w:spacing w:after="0"/>
      </w:pPr>
      <w:r>
        <w:rPr>
          <w:rFonts w:ascii="Arial" w:hAnsi="Arial"/>
          <w:sz w:val="22"/>
        </w:rPr>
        <w:t>So, he did obviously have some understanding of his illness and his condition and what that meant.</w:t>
      </w:r>
    </w:p>
    <w:p>
      <w:pPr>
        <w:spacing w:after="0"/>
      </w:pPr>
    </w:p>
    <w:p>
      <w:pPr>
        <w:spacing w:after="0"/>
      </w:pPr>
      <w:r>
        <w:rPr>
          <w:rFonts w:ascii="Arial" w:hAnsi="Arial"/>
          <w:b/>
          <w:sz w:val="22"/>
        </w:rPr>
        <w:t xml:space="preserve">Lucy  </w:t>
      </w:r>
      <w:r>
        <w:rPr>
          <w:rFonts w:ascii="Arial" w:hAnsi="Arial"/>
          <w:color w:val="5D7284"/>
          <w:sz w:val="22"/>
        </w:rPr>
        <w:t>46:38</w:t>
      </w:r>
    </w:p>
    <w:p>
      <w:pPr>
        <w:spacing w:after="0"/>
      </w:pPr>
      <w:r>
        <w:rPr>
          <w:rFonts w:ascii="Arial" w:hAnsi="Arial"/>
          <w:sz w:val="22"/>
        </w:rPr>
        <w:t>Will it stop hurting if I die. That's awful.</w:t>
      </w:r>
    </w:p>
    <w:p>
      <w:pPr>
        <w:spacing w:after="0"/>
      </w:pPr>
    </w:p>
    <w:p>
      <w:pPr>
        <w:spacing w:after="0"/>
      </w:pPr>
      <w:r>
        <w:rPr>
          <w:rFonts w:ascii="Arial" w:hAnsi="Arial"/>
          <w:b/>
          <w:sz w:val="22"/>
        </w:rPr>
        <w:t xml:space="preserve">Alice  </w:t>
      </w:r>
      <w:r>
        <w:rPr>
          <w:rFonts w:ascii="Arial" w:hAnsi="Arial"/>
          <w:color w:val="5D7284"/>
          <w:sz w:val="22"/>
        </w:rPr>
        <w:t>46:43</w:t>
      </w:r>
    </w:p>
    <w:p>
      <w:pPr>
        <w:spacing w:after="0"/>
      </w:pPr>
      <w:r>
        <w:rPr>
          <w:rFonts w:ascii="Arial" w:hAnsi="Arial"/>
          <w:sz w:val="22"/>
        </w:rPr>
        <w:t>I know. He told his mother that, when he passed, he wanted her to erect a pile of rocks. Not to do a big state funeral, but erect a pile of rocks for him in the forest. Just a little boy.</w:t>
      </w:r>
    </w:p>
    <w:p>
      <w:pPr>
        <w:spacing w:after="0"/>
      </w:pPr>
    </w:p>
    <w:p>
      <w:pPr>
        <w:spacing w:after="0"/>
      </w:pPr>
      <w:r>
        <w:rPr>
          <w:rFonts w:ascii="Arial" w:hAnsi="Arial"/>
          <w:b/>
          <w:sz w:val="22"/>
        </w:rPr>
        <w:t xml:space="preserve">Lucy  </w:t>
      </w:r>
      <w:r>
        <w:rPr>
          <w:rFonts w:ascii="Arial" w:hAnsi="Arial"/>
          <w:color w:val="5D7284"/>
          <w:sz w:val="22"/>
        </w:rPr>
        <w:t>47:01</w:t>
      </w:r>
    </w:p>
    <w:p>
      <w:pPr>
        <w:spacing w:after="0"/>
      </w:pPr>
      <w:r>
        <w:rPr>
          <w:rFonts w:ascii="Arial" w:hAnsi="Arial"/>
          <w:sz w:val="22"/>
        </w:rPr>
        <w:t>Why are we doing this as a Christmas episode? It's not that cheery...</w:t>
      </w:r>
    </w:p>
    <w:p>
      <w:pPr>
        <w:spacing w:after="0"/>
      </w:pPr>
    </w:p>
    <w:p>
      <w:pPr>
        <w:spacing w:after="0"/>
      </w:pPr>
      <w:r>
        <w:rPr>
          <w:rFonts w:ascii="Arial" w:hAnsi="Arial"/>
          <w:b/>
          <w:sz w:val="22"/>
        </w:rPr>
        <w:t xml:space="preserve">Alice  </w:t>
      </w:r>
      <w:r>
        <w:rPr>
          <w:rFonts w:ascii="Arial" w:hAnsi="Arial"/>
          <w:color w:val="5D7284"/>
          <w:sz w:val="22"/>
        </w:rPr>
        <w:t>47:05</w:t>
      </w:r>
    </w:p>
    <w:p>
      <w:pPr>
        <w:spacing w:after="0"/>
      </w:pPr>
      <w:r>
        <w:rPr>
          <w:rFonts w:ascii="Arial" w:hAnsi="Arial"/>
          <w:sz w:val="22"/>
        </w:rPr>
        <w:t xml:space="preserve">it's okay, don't worry. I'm going to talk about gay monks in a minute. </w:t>
      </w:r>
    </w:p>
    <w:p>
      <w:pPr>
        <w:spacing w:after="0"/>
      </w:pPr>
    </w:p>
    <w:p>
      <w:pPr>
        <w:spacing w:after="0"/>
      </w:pPr>
      <w:r>
        <w:rPr>
          <w:rFonts w:ascii="Arial" w:hAnsi="Arial"/>
          <w:b/>
          <w:sz w:val="22"/>
        </w:rPr>
        <w:t xml:space="preserve">Lucy  </w:t>
      </w:r>
      <w:r>
        <w:rPr>
          <w:rFonts w:ascii="Arial" w:hAnsi="Arial"/>
          <w:color w:val="5D7284"/>
          <w:sz w:val="22"/>
        </w:rPr>
        <w:t>47:08</w:t>
      </w:r>
    </w:p>
    <w:p>
      <w:pPr>
        <w:spacing w:after="0"/>
      </w:pPr>
      <w:r>
        <w:rPr>
          <w:rFonts w:ascii="Arial" w:hAnsi="Arial"/>
          <w:sz w:val="22"/>
        </w:rPr>
        <w:t>Yeah! *laughs*</w:t>
      </w:r>
    </w:p>
    <w:p>
      <w:pPr>
        <w:spacing w:after="0"/>
      </w:pPr>
    </w:p>
    <w:p>
      <w:pPr>
        <w:spacing w:after="0"/>
      </w:pPr>
      <w:r>
        <w:rPr>
          <w:rFonts w:ascii="Arial" w:hAnsi="Arial"/>
          <w:b/>
          <w:sz w:val="22"/>
        </w:rPr>
        <w:t xml:space="preserve">Alice  </w:t>
      </w:r>
      <w:r>
        <w:rPr>
          <w:rFonts w:ascii="Arial" w:hAnsi="Arial"/>
          <w:color w:val="5D7284"/>
          <w:sz w:val="22"/>
        </w:rPr>
        <w:t>47:10</w:t>
      </w:r>
    </w:p>
    <w:p>
      <w:pPr>
        <w:spacing w:after="0"/>
      </w:pPr>
      <w:r>
        <w:rPr>
          <w:rFonts w:ascii="Arial" w:hAnsi="Arial"/>
          <w:sz w:val="22"/>
        </w:rPr>
        <w:t>There is also a underlying Christmas link, but you're not going to hear about it until the very end.</w:t>
      </w:r>
    </w:p>
    <w:p>
      <w:pPr>
        <w:spacing w:after="0"/>
      </w:pPr>
    </w:p>
    <w:p>
      <w:pPr>
        <w:spacing w:after="0"/>
      </w:pPr>
      <w:r>
        <w:rPr>
          <w:rFonts w:ascii="Arial" w:hAnsi="Arial"/>
          <w:b/>
          <w:sz w:val="22"/>
        </w:rPr>
        <w:t xml:space="preserve">Lucy  </w:t>
      </w:r>
      <w:r>
        <w:rPr>
          <w:rFonts w:ascii="Arial" w:hAnsi="Arial"/>
          <w:color w:val="5D7284"/>
          <w:sz w:val="22"/>
        </w:rPr>
        <w:t>47:17</w:t>
      </w:r>
    </w:p>
    <w:p>
      <w:pPr>
        <w:spacing w:after="0"/>
      </w:pPr>
      <w:r>
        <w:rPr>
          <w:rFonts w:ascii="Arial" w:hAnsi="Arial"/>
          <w:sz w:val="22"/>
        </w:rPr>
        <w:t>I just thought we're talking about Russia as it's cold and snowy.</w:t>
      </w:r>
    </w:p>
    <w:p>
      <w:pPr>
        <w:spacing w:after="0"/>
      </w:pPr>
    </w:p>
    <w:p>
      <w:pPr>
        <w:spacing w:after="0"/>
      </w:pPr>
      <w:r>
        <w:rPr>
          <w:rFonts w:ascii="Arial" w:hAnsi="Arial"/>
          <w:b/>
          <w:sz w:val="22"/>
        </w:rPr>
        <w:t xml:space="preserve">Alice  </w:t>
      </w:r>
      <w:r>
        <w:rPr>
          <w:rFonts w:ascii="Arial" w:hAnsi="Arial"/>
          <w:color w:val="5D7284"/>
          <w:sz w:val="22"/>
        </w:rPr>
        <w:t>47:21</w:t>
      </w:r>
    </w:p>
    <w:p>
      <w:pPr>
        <w:spacing w:after="0"/>
      </w:pPr>
      <w:r>
        <w:rPr>
          <w:rFonts w:ascii="Arial" w:hAnsi="Arial"/>
          <w:sz w:val="22"/>
        </w:rPr>
        <w:t xml:space="preserve">But also isn't sad stories a bit of a Christmas theme like Tiny Tim and... </w:t>
      </w:r>
    </w:p>
    <w:p>
      <w:pPr>
        <w:spacing w:after="0"/>
      </w:pPr>
    </w:p>
    <w:p>
      <w:pPr>
        <w:spacing w:after="0"/>
      </w:pPr>
      <w:r>
        <w:rPr>
          <w:rFonts w:ascii="Arial" w:hAnsi="Arial"/>
          <w:b/>
          <w:sz w:val="22"/>
        </w:rPr>
        <w:t xml:space="preserve">Lucy  </w:t>
      </w:r>
      <w:r>
        <w:rPr>
          <w:rFonts w:ascii="Arial" w:hAnsi="Arial"/>
          <w:color w:val="5D7284"/>
          <w:sz w:val="22"/>
        </w:rPr>
        <w:t>47:26</w:t>
      </w:r>
    </w:p>
    <w:p>
      <w:pPr>
        <w:spacing w:after="0"/>
      </w:pPr>
      <w:r>
        <w:rPr>
          <w:rFonts w:ascii="Arial" w:hAnsi="Arial"/>
          <w:sz w:val="22"/>
        </w:rPr>
        <w:t>Not this sad though! I mean, it's sad. And then there's sad, sad.</w:t>
      </w:r>
    </w:p>
    <w:p>
      <w:pPr>
        <w:spacing w:after="0"/>
      </w:pPr>
    </w:p>
    <w:p>
      <w:pPr>
        <w:spacing w:after="0"/>
      </w:pPr>
      <w:r>
        <w:rPr>
          <w:rFonts w:ascii="Arial" w:hAnsi="Arial"/>
          <w:b/>
          <w:sz w:val="22"/>
        </w:rPr>
        <w:t xml:space="preserve">Alice  </w:t>
      </w:r>
      <w:r>
        <w:rPr>
          <w:rFonts w:ascii="Arial" w:hAnsi="Arial"/>
          <w:color w:val="5D7284"/>
          <w:sz w:val="22"/>
        </w:rPr>
        <w:t>47:32</w:t>
      </w:r>
    </w:p>
    <w:p>
      <w:pPr>
        <w:spacing w:after="0"/>
      </w:pPr>
      <w:r>
        <w:rPr>
          <w:rFonts w:ascii="Arial" w:hAnsi="Arial"/>
          <w:sz w:val="22"/>
        </w:rPr>
        <w:t>I mean, Tiny Tim's pretty sad is another sickly little *laughs*</w:t>
      </w:r>
    </w:p>
    <w:p>
      <w:pPr>
        <w:spacing w:after="0"/>
      </w:pPr>
    </w:p>
    <w:p>
      <w:pPr>
        <w:spacing w:after="0"/>
      </w:pPr>
      <w:r>
        <w:rPr>
          <w:rFonts w:ascii="Arial" w:hAnsi="Arial"/>
          <w:b/>
          <w:sz w:val="22"/>
        </w:rPr>
        <w:t xml:space="preserve">Alice  </w:t>
      </w:r>
      <w:r>
        <w:rPr>
          <w:rFonts w:ascii="Arial" w:hAnsi="Arial"/>
          <w:color w:val="5D7284"/>
          <w:sz w:val="22"/>
        </w:rPr>
        <w:t>47:49</w:t>
      </w:r>
    </w:p>
    <w:p>
      <w:pPr>
        <w:spacing w:after="0"/>
      </w:pPr>
      <w:r>
        <w:rPr>
          <w:rFonts w:ascii="Arial" w:hAnsi="Arial"/>
          <w:sz w:val="22"/>
        </w:rPr>
        <w:t>If you wpould like to hear a more indepth look at Charles Dickens and a christmas carol, you can go back and listen tolast years christmas episode....</w:t>
      </w:r>
    </w:p>
    <w:p>
      <w:pPr>
        <w:spacing w:after="0"/>
      </w:pPr>
    </w:p>
    <w:p>
      <w:pPr>
        <w:spacing w:after="0"/>
      </w:pPr>
      <w:r>
        <w:rPr>
          <w:rFonts w:ascii="Arial" w:hAnsi="Arial"/>
          <w:b/>
          <w:sz w:val="22"/>
        </w:rPr>
        <w:t xml:space="preserve">Alice  </w:t>
      </w:r>
      <w:r>
        <w:rPr>
          <w:rFonts w:ascii="Arial" w:hAnsi="Arial"/>
          <w:color w:val="5D7284"/>
          <w:sz w:val="22"/>
        </w:rPr>
        <w:t>48:10</w:t>
      </w:r>
    </w:p>
    <w:p>
      <w:pPr>
        <w:spacing w:after="0"/>
      </w:pPr>
      <w:r>
        <w:rPr>
          <w:rFonts w:ascii="Arial" w:hAnsi="Arial"/>
          <w:sz w:val="22"/>
        </w:rPr>
        <w:t>Obviously, Alexei had these health conditions, but there was quite a lot... They tried a lot of interesting treatments to try and sort of cure him or help him when he was doing poorly. So the main things that he did, that they did for him kind of regularly was a nightly massage. [Lucy: Nice.] I don't know if the pain and life limiting condition is worth it.</w:t>
      </w:r>
    </w:p>
    <w:p>
      <w:pPr>
        <w:spacing w:after="0"/>
      </w:pPr>
    </w:p>
    <w:p>
      <w:pPr>
        <w:spacing w:after="0"/>
      </w:pPr>
      <w:r>
        <w:rPr>
          <w:rFonts w:ascii="Arial" w:hAnsi="Arial"/>
          <w:b/>
          <w:sz w:val="22"/>
        </w:rPr>
        <w:t xml:space="preserve">Lucy  </w:t>
      </w:r>
      <w:r>
        <w:rPr>
          <w:rFonts w:ascii="Arial" w:hAnsi="Arial"/>
          <w:color w:val="5D7284"/>
          <w:sz w:val="22"/>
        </w:rPr>
        <w:t>48:49</w:t>
      </w:r>
    </w:p>
    <w:p>
      <w:pPr>
        <w:spacing w:after="0"/>
      </w:pPr>
      <w:r>
        <w:rPr>
          <w:rFonts w:ascii="Arial" w:hAnsi="Arial"/>
          <w:sz w:val="22"/>
        </w:rPr>
        <w:t xml:space="preserve"> Yeah. Yeah. Good idea. Yeah.</w:t>
      </w:r>
    </w:p>
    <w:p>
      <w:pPr>
        <w:spacing w:after="0"/>
      </w:pPr>
    </w:p>
    <w:p>
      <w:pPr>
        <w:spacing w:after="0"/>
      </w:pPr>
      <w:r>
        <w:rPr>
          <w:rFonts w:ascii="Arial" w:hAnsi="Arial"/>
          <w:b/>
          <w:sz w:val="22"/>
        </w:rPr>
        <w:t xml:space="preserve">Alice  </w:t>
      </w:r>
      <w:r>
        <w:rPr>
          <w:rFonts w:ascii="Arial" w:hAnsi="Arial"/>
          <w:color w:val="5D7284"/>
          <w:sz w:val="22"/>
        </w:rPr>
        <w:t>48:51</w:t>
      </w:r>
    </w:p>
    <w:p>
      <w:pPr>
        <w:spacing w:after="0"/>
      </w:pPr>
      <w:r>
        <w:rPr>
          <w:rFonts w:ascii="Arial" w:hAnsi="Arial"/>
          <w:sz w:val="22"/>
        </w:rPr>
        <w:t>Regular mudbaths. So this is the thing I was talking about earlier - it's not magnet. So something that's described in the diaries as electrophoresis, which, from what I could understand from Wikipedia, but I'm not 100% convinced I have understood this, is a method of administering medication through the skin using small electric currents, rather than an injection.</w:t>
      </w:r>
    </w:p>
    <w:p>
      <w:pPr>
        <w:spacing w:after="0"/>
      </w:pPr>
    </w:p>
    <w:p>
      <w:pPr>
        <w:spacing w:after="0"/>
      </w:pPr>
      <w:r>
        <w:rPr>
          <w:rFonts w:ascii="Arial" w:hAnsi="Arial"/>
          <w:b/>
          <w:sz w:val="22"/>
        </w:rPr>
        <w:t xml:space="preserve">Lucy  </w:t>
      </w:r>
      <w:r>
        <w:rPr>
          <w:rFonts w:ascii="Arial" w:hAnsi="Arial"/>
          <w:color w:val="5D7284"/>
          <w:sz w:val="22"/>
        </w:rPr>
        <w:t>49:21</w:t>
      </w:r>
    </w:p>
    <w:p>
      <w:pPr>
        <w:spacing w:after="0"/>
      </w:pPr>
      <w:r>
        <w:rPr>
          <w:rFonts w:ascii="Arial" w:hAnsi="Arial"/>
          <w:sz w:val="22"/>
        </w:rPr>
        <w:t>Yes, I understand why they would be implementing that system, because if they can't touch him, or...</w:t>
      </w:r>
    </w:p>
    <w:p>
      <w:pPr>
        <w:spacing w:after="0"/>
      </w:pPr>
    </w:p>
    <w:p>
      <w:pPr>
        <w:spacing w:after="0"/>
      </w:pPr>
      <w:r>
        <w:rPr>
          <w:rFonts w:ascii="Arial" w:hAnsi="Arial"/>
          <w:b/>
          <w:sz w:val="22"/>
        </w:rPr>
        <w:t xml:space="preserve">Alice  </w:t>
      </w:r>
      <w:r>
        <w:rPr>
          <w:rFonts w:ascii="Arial" w:hAnsi="Arial"/>
          <w:color w:val="5D7284"/>
          <w:sz w:val="22"/>
        </w:rPr>
        <w:t>49:27</w:t>
      </w:r>
    </w:p>
    <w:p>
      <w:pPr>
        <w:spacing w:after="0"/>
      </w:pPr>
      <w:r>
        <w:rPr>
          <w:rFonts w:ascii="Arial" w:hAnsi="Arial"/>
          <w:sz w:val="22"/>
        </w:rPr>
        <w:t>Yeah, exactly. They can't break the skin. Yeah. So</w:t>
      </w:r>
    </w:p>
    <w:p>
      <w:pPr>
        <w:spacing w:after="0"/>
      </w:pPr>
    </w:p>
    <w:p>
      <w:pPr>
        <w:spacing w:after="0"/>
      </w:pPr>
      <w:r>
        <w:rPr>
          <w:rFonts w:ascii="Arial" w:hAnsi="Arial"/>
          <w:b/>
          <w:sz w:val="22"/>
        </w:rPr>
        <w:t xml:space="preserve">Lucy  </w:t>
      </w:r>
      <w:r>
        <w:rPr>
          <w:rFonts w:ascii="Arial" w:hAnsi="Arial"/>
          <w:color w:val="5D7284"/>
          <w:sz w:val="22"/>
        </w:rPr>
        <w:t>49:30</w:t>
      </w:r>
    </w:p>
    <w:p>
      <w:pPr>
        <w:spacing w:after="0"/>
      </w:pPr>
      <w:r>
        <w:rPr>
          <w:rFonts w:ascii="Arial" w:hAnsi="Arial"/>
          <w:sz w:val="22"/>
        </w:rPr>
        <w:t>Yeah, so they will get in somehow.</w:t>
      </w:r>
    </w:p>
    <w:p>
      <w:pPr>
        <w:spacing w:after="0"/>
      </w:pPr>
    </w:p>
    <w:p>
      <w:pPr>
        <w:spacing w:after="0"/>
      </w:pPr>
      <w:r>
        <w:rPr>
          <w:rFonts w:ascii="Arial" w:hAnsi="Arial"/>
          <w:b/>
          <w:sz w:val="22"/>
        </w:rPr>
        <w:t xml:space="preserve">Alice  </w:t>
      </w:r>
      <w:r>
        <w:rPr>
          <w:rFonts w:ascii="Arial" w:hAnsi="Arial"/>
          <w:color w:val="5D7284"/>
          <w:sz w:val="22"/>
        </w:rPr>
        <w:t>49:32</w:t>
      </w:r>
    </w:p>
    <w:p>
      <w:pPr>
        <w:spacing w:after="0"/>
      </w:pPr>
      <w:r>
        <w:rPr>
          <w:rFonts w:ascii="Arial" w:hAnsi="Arial"/>
          <w:sz w:val="22"/>
        </w:rPr>
        <w:t>Yeah, he went for a lot of walks. He would also take a lot of rests, which I think they were prescribed by doctors, because I think old time-y doctors were like, well, we don't know what the fuck we're doing. Yeah, exactly. But I did also read one report that suggests that perhaps some of the doctors were prescribing Alexei, the person with the bleeding disorder, aspirin, which is a blood thinner.</w:t>
      </w:r>
    </w:p>
    <w:p>
      <w:pPr>
        <w:spacing w:after="0"/>
      </w:pPr>
    </w:p>
    <w:p>
      <w:pPr>
        <w:spacing w:after="0"/>
      </w:pPr>
      <w:r>
        <w:rPr>
          <w:rFonts w:ascii="Arial" w:hAnsi="Arial"/>
          <w:b/>
          <w:sz w:val="22"/>
        </w:rPr>
        <w:t xml:space="preserve">Lucy  </w:t>
      </w:r>
      <w:r>
        <w:rPr>
          <w:rFonts w:ascii="Arial" w:hAnsi="Arial"/>
          <w:color w:val="5D7284"/>
          <w:sz w:val="22"/>
        </w:rPr>
        <w:t>50:07</w:t>
      </w:r>
    </w:p>
    <w:p>
      <w:pPr>
        <w:spacing w:after="0"/>
      </w:pPr>
      <w:r>
        <w:rPr>
          <w:rFonts w:ascii="Arial" w:hAnsi="Arial"/>
          <w:sz w:val="22"/>
        </w:rPr>
        <w:t>Nice, yeah. Well done, fellas. That'll do it.</w:t>
      </w:r>
    </w:p>
    <w:p>
      <w:pPr>
        <w:spacing w:after="0"/>
      </w:pPr>
    </w:p>
    <w:p>
      <w:pPr>
        <w:spacing w:after="0"/>
      </w:pPr>
      <w:r>
        <w:rPr>
          <w:rFonts w:ascii="Arial" w:hAnsi="Arial"/>
          <w:b/>
          <w:sz w:val="22"/>
        </w:rPr>
        <w:t xml:space="preserve">Alice  </w:t>
      </w:r>
      <w:r>
        <w:rPr>
          <w:rFonts w:ascii="Arial" w:hAnsi="Arial"/>
          <w:color w:val="5D7284"/>
          <w:sz w:val="22"/>
        </w:rPr>
        <w:t>50:09</w:t>
      </w:r>
    </w:p>
    <w:p>
      <w:pPr>
        <w:spacing w:after="0"/>
      </w:pPr>
      <w:r>
        <w:rPr>
          <w:rFonts w:ascii="Arial" w:hAnsi="Arial"/>
          <w:sz w:val="22"/>
        </w:rPr>
        <w:t xml:space="preserve">*laughs* But there was one thing that seemed consistently to help Alexei feel better. And that was the presence of one Grigori Rasputin. </w:t>
      </w:r>
    </w:p>
    <w:p>
      <w:pPr>
        <w:spacing w:after="0"/>
      </w:pPr>
    </w:p>
    <w:p>
      <w:pPr>
        <w:spacing w:after="0"/>
      </w:pPr>
      <w:r>
        <w:rPr>
          <w:rFonts w:ascii="Arial" w:hAnsi="Arial"/>
          <w:b/>
          <w:sz w:val="22"/>
        </w:rPr>
        <w:t xml:space="preserve">Lucy  </w:t>
      </w:r>
      <w:r>
        <w:rPr>
          <w:rFonts w:ascii="Arial" w:hAnsi="Arial"/>
          <w:color w:val="5D7284"/>
          <w:sz w:val="22"/>
        </w:rPr>
        <w:t>50:23</w:t>
      </w:r>
    </w:p>
    <w:p>
      <w:pPr>
        <w:spacing w:after="0"/>
      </w:pPr>
      <w:r>
        <w:rPr>
          <w:rFonts w:ascii="Arial" w:hAnsi="Arial"/>
          <w:sz w:val="22"/>
        </w:rPr>
        <w:t>Queue Daisy.</w:t>
      </w:r>
    </w:p>
    <w:p>
      <w:pPr>
        <w:spacing w:after="0"/>
      </w:pPr>
    </w:p>
    <w:p>
      <w:pPr>
        <w:spacing w:after="0"/>
      </w:pPr>
      <w:r>
        <w:rPr>
          <w:rFonts w:ascii="Arial" w:hAnsi="Arial"/>
          <w:b/>
          <w:sz w:val="22"/>
        </w:rPr>
        <w:t xml:space="preserve">Daisy  </w:t>
      </w:r>
      <w:r>
        <w:rPr>
          <w:rFonts w:ascii="Arial" w:hAnsi="Arial"/>
          <w:color w:val="5D7284"/>
          <w:sz w:val="22"/>
        </w:rPr>
        <w:t>50:26</w:t>
      </w:r>
    </w:p>
    <w:p>
      <w:pPr>
        <w:spacing w:after="0"/>
      </w:pPr>
      <w:r>
        <w:rPr>
          <w:rFonts w:ascii="Arial" w:hAnsi="Arial"/>
          <w:sz w:val="22"/>
        </w:rPr>
        <w:t>All right, you're ready to cheer up. *all laugh*</w:t>
      </w:r>
    </w:p>
    <w:p>
      <w:pPr>
        <w:spacing w:after="0"/>
      </w:pPr>
    </w:p>
    <w:p>
      <w:pPr>
        <w:spacing w:after="0"/>
      </w:pPr>
      <w:r>
        <w:rPr>
          <w:rFonts w:ascii="Arial" w:hAnsi="Arial"/>
          <w:b/>
          <w:sz w:val="22"/>
        </w:rPr>
        <w:t xml:space="preserve">Lucy  </w:t>
      </w:r>
      <w:r>
        <w:rPr>
          <w:rFonts w:ascii="Arial" w:hAnsi="Arial"/>
          <w:color w:val="5D7284"/>
          <w:sz w:val="22"/>
        </w:rPr>
        <w:t>50:30</w:t>
      </w:r>
    </w:p>
    <w:p>
      <w:pPr>
        <w:spacing w:after="0"/>
      </w:pPr>
      <w:r>
        <w:rPr>
          <w:rFonts w:ascii="Arial" w:hAnsi="Arial"/>
          <w:sz w:val="22"/>
        </w:rPr>
        <w:t>I'm not gonna sing the song either. *Alice laughs*</w:t>
      </w:r>
    </w:p>
    <w:p>
      <w:pPr>
        <w:spacing w:after="0"/>
      </w:pPr>
    </w:p>
    <w:p>
      <w:pPr>
        <w:spacing w:after="0"/>
      </w:pPr>
      <w:r>
        <w:rPr>
          <w:rFonts w:ascii="Arial" w:hAnsi="Arial"/>
          <w:b/>
          <w:sz w:val="22"/>
        </w:rPr>
        <w:t xml:space="preserve">Daisy  </w:t>
      </w:r>
      <w:r>
        <w:rPr>
          <w:rFonts w:ascii="Arial" w:hAnsi="Arial"/>
          <w:color w:val="5D7284"/>
          <w:sz w:val="22"/>
        </w:rPr>
        <w:t>50:34</w:t>
      </w:r>
    </w:p>
    <w:p>
      <w:pPr>
        <w:spacing w:after="0"/>
      </w:pPr>
      <w:r>
        <w:rPr>
          <w:rFonts w:ascii="Arial" w:hAnsi="Arial"/>
          <w:sz w:val="22"/>
        </w:rPr>
        <w:t>Maybe that should be my jingle. *Lucy &amp; Alice laugh* If we can get the rights...</w:t>
      </w:r>
    </w:p>
    <w:p>
      <w:pPr>
        <w:spacing w:after="0"/>
      </w:pPr>
    </w:p>
    <w:p>
      <w:pPr>
        <w:spacing w:after="0"/>
      </w:pPr>
      <w:r>
        <w:rPr>
          <w:rFonts w:ascii="Arial" w:hAnsi="Arial"/>
          <w:b/>
          <w:sz w:val="22"/>
        </w:rPr>
        <w:t xml:space="preserve">Alice  </w:t>
      </w:r>
      <w:r>
        <w:rPr>
          <w:rFonts w:ascii="Arial" w:hAnsi="Arial"/>
          <w:color w:val="5D7284"/>
          <w:sz w:val="22"/>
        </w:rPr>
        <w:t>50:40</w:t>
      </w:r>
    </w:p>
    <w:p>
      <w:pPr>
        <w:spacing w:after="0"/>
      </w:pPr>
      <w:r>
        <w:rPr>
          <w:rFonts w:ascii="Arial" w:hAnsi="Arial"/>
          <w:sz w:val="22"/>
        </w:rPr>
        <w:t xml:space="preserve">We can get around it. We could go "Rah Rah Daisy Holder. Lover of history...." It's fine. We'll work on it. </w:t>
      </w:r>
    </w:p>
    <w:p>
      <w:pPr>
        <w:spacing w:after="0"/>
      </w:pPr>
    </w:p>
    <w:p>
      <w:pPr>
        <w:spacing w:after="0"/>
      </w:pPr>
      <w:r>
        <w:rPr>
          <w:rFonts w:ascii="Arial" w:hAnsi="Arial"/>
          <w:b/>
          <w:sz w:val="22"/>
        </w:rPr>
        <w:t xml:space="preserve">Lucy  </w:t>
      </w:r>
      <w:r>
        <w:rPr>
          <w:rFonts w:ascii="Arial" w:hAnsi="Arial"/>
          <w:color w:val="5D7284"/>
          <w:sz w:val="22"/>
        </w:rPr>
        <w:t>50:54</w:t>
      </w:r>
    </w:p>
    <w:p>
      <w:pPr>
        <w:spacing w:after="0"/>
      </w:pPr>
      <w:r>
        <w:rPr>
          <w:rFonts w:ascii="Arial" w:hAnsi="Arial"/>
          <w:sz w:val="22"/>
        </w:rPr>
        <w:t xml:space="preserve">We'll get there. We'll get there. </w:t>
      </w:r>
    </w:p>
    <w:p>
      <w:pPr>
        <w:spacing w:after="0"/>
      </w:pPr>
    </w:p>
    <w:p>
      <w:pPr>
        <w:spacing w:after="0"/>
      </w:pPr>
      <w:r>
        <w:rPr>
          <w:rFonts w:ascii="Arial" w:hAnsi="Arial"/>
          <w:b/>
          <w:sz w:val="22"/>
        </w:rPr>
        <w:t xml:space="preserve">Daisy  </w:t>
      </w:r>
      <w:r>
        <w:rPr>
          <w:rFonts w:ascii="Arial" w:hAnsi="Arial"/>
          <w:color w:val="5D7284"/>
          <w:sz w:val="22"/>
        </w:rPr>
        <w:t>50:55</w:t>
      </w:r>
    </w:p>
    <w:p>
      <w:pPr>
        <w:spacing w:after="0"/>
      </w:pPr>
      <w:r>
        <w:rPr>
          <w:rFonts w:ascii="Arial" w:hAnsi="Arial"/>
          <w:sz w:val="22"/>
        </w:rPr>
        <w:t>Yeah, I've been given the responsibility of dealing with Rasputin specifically, as the kind of, I guess, more fun bit. *Alice laughs* So yeah, it was very much a mystical sort of treatment-y type man, but obviously, his ability to actually do any kinds of treatment is debated.</w:t>
      </w:r>
    </w:p>
    <w:p>
      <w:pPr>
        <w:spacing w:after="0"/>
      </w:pPr>
    </w:p>
    <w:p>
      <w:pPr>
        <w:spacing w:after="0"/>
      </w:pPr>
      <w:r>
        <w:rPr>
          <w:rFonts w:ascii="Arial" w:hAnsi="Arial"/>
          <w:b/>
          <w:sz w:val="22"/>
        </w:rPr>
        <w:t xml:space="preserve">Alice  </w:t>
      </w:r>
      <w:r>
        <w:rPr>
          <w:rFonts w:ascii="Arial" w:hAnsi="Arial"/>
          <w:color w:val="5D7284"/>
          <w:sz w:val="22"/>
        </w:rPr>
        <w:t>51:21</w:t>
      </w:r>
    </w:p>
    <w:p>
      <w:pPr>
        <w:spacing w:after="0"/>
      </w:pPr>
      <w:r>
        <w:rPr>
          <w:rFonts w:ascii="Arial" w:hAnsi="Arial"/>
          <w:sz w:val="22"/>
        </w:rPr>
        <w:t>Yeah, he wasn't like an actual medical doctor.</w:t>
      </w:r>
    </w:p>
    <w:p>
      <w:pPr>
        <w:spacing w:after="0"/>
      </w:pPr>
    </w:p>
    <w:p>
      <w:pPr>
        <w:spacing w:after="0"/>
      </w:pPr>
      <w:r>
        <w:rPr>
          <w:rFonts w:ascii="Arial" w:hAnsi="Arial"/>
          <w:b/>
          <w:sz w:val="22"/>
        </w:rPr>
        <w:t xml:space="preserve">Daisy  </w:t>
      </w:r>
      <w:r>
        <w:rPr>
          <w:rFonts w:ascii="Arial" w:hAnsi="Arial"/>
          <w:color w:val="5D7284"/>
          <w:sz w:val="22"/>
        </w:rPr>
        <w:t>51:26</w:t>
      </w:r>
    </w:p>
    <w:p>
      <w:pPr>
        <w:spacing w:after="0"/>
      </w:pPr>
      <w:r>
        <w:rPr>
          <w:rFonts w:ascii="Arial" w:hAnsi="Arial"/>
          <w:sz w:val="22"/>
        </w:rPr>
        <w:t>No, no, he was just a nice guy who wandered around a bit and eventually found. Wandering around a bit, found himself in the Russian court. [Lucy: Nice.] I mean, you'll hear the story and you'll go yeah that's literally what he did. *All laugh* So yeah, he was born in 1869. as you can tell, from what Alice was saying earlier about the difference in the dates, I have specifically not listed a date because it it depends on whether you're using the old style orthodox calendar, or what would be translated into, you know, our current Western calendar.</w:t>
      </w:r>
    </w:p>
    <w:p>
      <w:pPr>
        <w:spacing w:after="0"/>
      </w:pPr>
    </w:p>
    <w:p>
      <w:pPr>
        <w:spacing w:after="0"/>
      </w:pPr>
      <w:r>
        <w:rPr>
          <w:rFonts w:ascii="Arial" w:hAnsi="Arial"/>
          <w:b/>
          <w:sz w:val="22"/>
        </w:rPr>
        <w:t xml:space="preserve">Alice  </w:t>
      </w:r>
      <w:r>
        <w:rPr>
          <w:rFonts w:ascii="Arial" w:hAnsi="Arial"/>
          <w:color w:val="5D7284"/>
          <w:sz w:val="22"/>
        </w:rPr>
        <w:t>52:12</w:t>
      </w:r>
    </w:p>
    <w:p>
      <w:pPr>
        <w:spacing w:after="0"/>
      </w:pPr>
      <w:r>
        <w:rPr>
          <w:rFonts w:ascii="Arial" w:hAnsi="Arial"/>
          <w:sz w:val="22"/>
        </w:rPr>
        <w:t>So confused for such a long time...</w:t>
      </w:r>
    </w:p>
    <w:p>
      <w:pPr>
        <w:spacing w:after="0"/>
      </w:pPr>
    </w:p>
    <w:p>
      <w:pPr>
        <w:spacing w:after="0"/>
      </w:pPr>
      <w:r>
        <w:rPr>
          <w:rFonts w:ascii="Arial" w:hAnsi="Arial"/>
          <w:b/>
          <w:sz w:val="22"/>
        </w:rPr>
        <w:t xml:space="preserve">Daisy  </w:t>
      </w:r>
      <w:r>
        <w:rPr>
          <w:rFonts w:ascii="Arial" w:hAnsi="Arial"/>
          <w:color w:val="5D7284"/>
          <w:sz w:val="22"/>
        </w:rPr>
        <w:t>52:14</w:t>
      </w:r>
    </w:p>
    <w:p>
      <w:pPr>
        <w:spacing w:after="0"/>
      </w:pPr>
      <w:r>
        <w:rPr>
          <w:rFonts w:ascii="Arial" w:hAnsi="Arial"/>
          <w:sz w:val="22"/>
        </w:rPr>
        <w:t>I'm not surprised. *Alice laughs* Particularly because, like, most of the places I found, don't describe it as like, this is like the Orthodox calendar. They just describe it as old date and new date. [Alice: Right.] And it's like, what happened to make it a new date? *All laugh*</w:t>
      </w:r>
    </w:p>
    <w:p>
      <w:pPr>
        <w:spacing w:after="0"/>
      </w:pPr>
    </w:p>
    <w:p>
      <w:pPr>
        <w:spacing w:after="0"/>
      </w:pPr>
      <w:r>
        <w:rPr>
          <w:rFonts w:ascii="Arial" w:hAnsi="Arial"/>
          <w:b/>
          <w:sz w:val="22"/>
        </w:rPr>
        <w:t xml:space="preserve">Lucy  </w:t>
      </w:r>
      <w:r>
        <w:rPr>
          <w:rFonts w:ascii="Arial" w:hAnsi="Arial"/>
          <w:color w:val="5D7284"/>
          <w:sz w:val="22"/>
        </w:rPr>
        <w:t>52:34</w:t>
      </w:r>
    </w:p>
    <w:p>
      <w:pPr>
        <w:spacing w:after="0"/>
      </w:pPr>
      <w:r>
        <w:rPr>
          <w:rFonts w:ascii="Arial" w:hAnsi="Arial"/>
          <w:sz w:val="22"/>
        </w:rPr>
        <w:t>Why? Why would I need a new date? Who destroyed the calendar?</w:t>
      </w:r>
    </w:p>
    <w:p>
      <w:pPr>
        <w:spacing w:after="0"/>
      </w:pPr>
    </w:p>
    <w:p>
      <w:pPr>
        <w:spacing w:after="0"/>
      </w:pPr>
      <w:r>
        <w:rPr>
          <w:rFonts w:ascii="Arial" w:hAnsi="Arial"/>
          <w:b/>
          <w:sz w:val="22"/>
        </w:rPr>
        <w:t xml:space="preserve">Alice  </w:t>
      </w:r>
      <w:r>
        <w:rPr>
          <w:rFonts w:ascii="Arial" w:hAnsi="Arial"/>
          <w:color w:val="5D7284"/>
          <w:sz w:val="22"/>
        </w:rPr>
        <w:t>52:38</w:t>
      </w:r>
    </w:p>
    <w:p>
      <w:pPr>
        <w:spacing w:after="0"/>
      </w:pPr>
      <w:r>
        <w:rPr>
          <w:rFonts w:ascii="Arial" w:hAnsi="Arial"/>
          <w:sz w:val="22"/>
        </w:rPr>
        <w:t>Who just took out three weeks and went, that's fine with me, though? Yeah.</w:t>
      </w:r>
    </w:p>
    <w:p>
      <w:pPr>
        <w:spacing w:after="0"/>
      </w:pPr>
    </w:p>
    <w:p>
      <w:pPr>
        <w:spacing w:after="0"/>
      </w:pPr>
      <w:r>
        <w:rPr>
          <w:rFonts w:ascii="Arial" w:hAnsi="Arial"/>
          <w:b/>
          <w:sz w:val="22"/>
        </w:rPr>
        <w:t xml:space="preserve">Daisy  </w:t>
      </w:r>
      <w:r>
        <w:rPr>
          <w:rFonts w:ascii="Arial" w:hAnsi="Arial"/>
          <w:color w:val="5D7284"/>
          <w:sz w:val="22"/>
        </w:rPr>
        <w:t>52:44</w:t>
      </w:r>
    </w:p>
    <w:p>
      <w:pPr>
        <w:spacing w:after="0"/>
      </w:pPr>
      <w:r>
        <w:rPr>
          <w:rFonts w:ascii="Arial" w:hAnsi="Arial"/>
          <w:sz w:val="22"/>
        </w:rPr>
        <w:t>But yeah, so yeah, that's, that's essentially what it was. Kind of related to the reason why Orthodox Christmas is in sort of, you know, mid-January time. So yeah, he was born in Siberia, which is part of Russia, and always has been, but this sort of very cold, really remote bit, kind of up at the top. So, you know, he was ethnically Russian and always was, but it's still kind of a faraway type place that has its own traditions and things like that. And, you know, people in the city wouldn't necessarily know much about the area or the people in it.</w:t>
      </w:r>
    </w:p>
    <w:p>
      <w:pPr>
        <w:spacing w:after="0"/>
      </w:pPr>
    </w:p>
    <w:p>
      <w:pPr>
        <w:spacing w:after="0"/>
      </w:pPr>
      <w:r>
        <w:rPr>
          <w:rFonts w:ascii="Arial" w:hAnsi="Arial"/>
          <w:b/>
          <w:sz w:val="22"/>
        </w:rPr>
        <w:t xml:space="preserve">Alice  </w:t>
      </w:r>
      <w:r>
        <w:rPr>
          <w:rFonts w:ascii="Arial" w:hAnsi="Arial"/>
          <w:color w:val="5D7284"/>
          <w:sz w:val="22"/>
        </w:rPr>
        <w:t>53:29</w:t>
      </w:r>
    </w:p>
    <w:p>
      <w:pPr>
        <w:spacing w:after="0"/>
      </w:pPr>
      <w:r>
        <w:rPr>
          <w:rFonts w:ascii="Arial" w:hAnsi="Arial"/>
          <w:sz w:val="22"/>
        </w:rPr>
        <w:t>And it's quite rural, isn't it? Like, I mean, yeah, it's Russia. Russia's fucking big. So everything is really far away from everything else. And Siberia is really, really far away from everything else.</w:t>
      </w:r>
    </w:p>
    <w:p>
      <w:pPr>
        <w:spacing w:after="0"/>
      </w:pPr>
    </w:p>
    <w:p>
      <w:pPr>
        <w:spacing w:after="0"/>
      </w:pPr>
      <w:r>
        <w:rPr>
          <w:rFonts w:ascii="Arial" w:hAnsi="Arial"/>
          <w:b/>
          <w:sz w:val="22"/>
        </w:rPr>
        <w:t xml:space="preserve">Daisy  </w:t>
      </w:r>
      <w:r>
        <w:rPr>
          <w:rFonts w:ascii="Arial" w:hAnsi="Arial"/>
          <w:color w:val="5D7284"/>
          <w:sz w:val="22"/>
        </w:rPr>
        <w:t>53:39</w:t>
      </w:r>
    </w:p>
    <w:p>
      <w:pPr>
        <w:spacing w:after="0"/>
      </w:pPr>
      <w:r>
        <w:rPr>
          <w:rFonts w:ascii="Arial" w:hAnsi="Arial"/>
          <w:sz w:val="22"/>
        </w:rPr>
        <w:t>Yeah, so his parents were peasants. And much like anyone else in the area at the time, he didn't really have much of a formal education. He was illiterate. And they think he was probably illiterate well into his adulthood. And there's kind of very little else that we know for sure about his life at that stage. There were plenty of stories about the kinds of things that he was up to as a young adult, but a lot of them were probably made up after he'd risen to prominence because he wasn't a particularly popular figure with the general public.</w:t>
      </w:r>
    </w:p>
    <w:p>
      <w:pPr>
        <w:spacing w:after="0"/>
      </w:pPr>
    </w:p>
    <w:p>
      <w:pPr>
        <w:spacing w:after="0"/>
      </w:pPr>
      <w:r>
        <w:rPr>
          <w:rFonts w:ascii="Arial" w:hAnsi="Arial"/>
          <w:b/>
          <w:sz w:val="22"/>
        </w:rPr>
        <w:t xml:space="preserve">Lucy  </w:t>
      </w:r>
      <w:r>
        <w:rPr>
          <w:rFonts w:ascii="Arial" w:hAnsi="Arial"/>
          <w:color w:val="5D7284"/>
          <w:sz w:val="22"/>
        </w:rPr>
        <w:t>54:16</w:t>
      </w:r>
    </w:p>
    <w:p>
      <w:pPr>
        <w:spacing w:after="0"/>
      </w:pPr>
      <w:r>
        <w:rPr>
          <w:rFonts w:ascii="Arial" w:hAnsi="Arial"/>
          <w:sz w:val="22"/>
        </w:rPr>
        <w:t>So do you think he just went around like telling stories and making up stuff?</w:t>
      </w:r>
    </w:p>
    <w:p>
      <w:pPr>
        <w:spacing w:after="0"/>
      </w:pPr>
    </w:p>
    <w:p>
      <w:pPr>
        <w:spacing w:after="0"/>
      </w:pPr>
      <w:r>
        <w:rPr>
          <w:rFonts w:ascii="Arial" w:hAnsi="Arial"/>
          <w:b/>
          <w:sz w:val="22"/>
        </w:rPr>
        <w:t xml:space="preserve">Daisy  </w:t>
      </w:r>
      <w:r>
        <w:rPr>
          <w:rFonts w:ascii="Arial" w:hAnsi="Arial"/>
          <w:color w:val="5D7284"/>
          <w:sz w:val="22"/>
        </w:rPr>
        <w:t>54:21</w:t>
      </w:r>
    </w:p>
    <w:p>
      <w:pPr>
        <w:spacing w:after="0"/>
      </w:pPr>
      <w:r>
        <w:rPr>
          <w:rFonts w:ascii="Arial" w:hAnsi="Arial"/>
          <w:sz w:val="22"/>
        </w:rPr>
        <w:t>No, I think other people made up stuff as a way of of discrediting him and the influence that he would later have, but there was lots of stories that supposedly he was convicted for blasphemy when he was a kid and he stole a horse. And realistically, there's no evidence of any of that happening. Supposedly, there's some records in archives that he was maybe a bit rebellious, like, you know, [Lucy: Oooh, dear!] Yeah, specifically drinking and being rude to local officials. *Alice &amp; Lucy laugh* Which is more like, you know, laughable scamp, rather than...</w:t>
      </w:r>
    </w:p>
    <w:p>
      <w:pPr>
        <w:spacing w:after="0"/>
      </w:pPr>
    </w:p>
    <w:p>
      <w:pPr>
        <w:spacing w:after="0"/>
      </w:pPr>
      <w:r>
        <w:rPr>
          <w:rFonts w:ascii="Arial" w:hAnsi="Arial"/>
          <w:b/>
          <w:sz w:val="22"/>
        </w:rPr>
        <w:t xml:space="preserve">Lucy  </w:t>
      </w:r>
      <w:r>
        <w:rPr>
          <w:rFonts w:ascii="Arial" w:hAnsi="Arial"/>
          <w:color w:val="5D7284"/>
          <w:sz w:val="22"/>
        </w:rPr>
        <w:t>55:01</w:t>
      </w:r>
    </w:p>
    <w:p>
      <w:pPr>
        <w:spacing w:after="0"/>
      </w:pPr>
      <w:r>
        <w:rPr>
          <w:rFonts w:ascii="Arial" w:hAnsi="Arial"/>
          <w:sz w:val="22"/>
        </w:rPr>
        <w:t>*unintelligible* having a few too many bevvies on a Friday night, innit?</w:t>
      </w:r>
    </w:p>
    <w:p>
      <w:pPr>
        <w:spacing w:after="0"/>
      </w:pPr>
    </w:p>
    <w:p>
      <w:pPr>
        <w:spacing w:after="0"/>
      </w:pPr>
      <w:r>
        <w:rPr>
          <w:rFonts w:ascii="Arial" w:hAnsi="Arial"/>
          <w:b/>
          <w:sz w:val="22"/>
        </w:rPr>
        <w:t xml:space="preserve">Daisy  </w:t>
      </w:r>
      <w:r>
        <w:rPr>
          <w:rFonts w:ascii="Arial" w:hAnsi="Arial"/>
          <w:color w:val="5D7284"/>
          <w:sz w:val="22"/>
        </w:rPr>
        <w:t>55:03</w:t>
      </w:r>
    </w:p>
    <w:p>
      <w:pPr>
        <w:spacing w:after="0"/>
      </w:pPr>
      <w:r>
        <w:rPr>
          <w:rFonts w:ascii="Arial" w:hAnsi="Arial"/>
          <w:sz w:val="22"/>
        </w:rPr>
        <w:t>Yeah, it's not really not really a risk to the community or the stability of the Russian Orthodox Church, but whatever. But yes. The story is told that the reason why he ran away from his community originally, in order to, you know, go to the monastery and find religion was because he was trying to run away from the criminal charges that he had stolen a horse. Realistically, that probably didn't happen. But he did go to the monastery and have kind of like a religious calling, as it were. But he didn't become a monk. At that point. Instead, he returned to his community. he got married. I have in my notes here, he had about seven children.</w:t>
      </w:r>
    </w:p>
    <w:p>
      <w:pPr>
        <w:spacing w:after="0"/>
      </w:pPr>
    </w:p>
    <w:p>
      <w:pPr>
        <w:spacing w:after="0"/>
      </w:pPr>
      <w:r>
        <w:rPr>
          <w:rFonts w:ascii="Arial" w:hAnsi="Arial"/>
          <w:b/>
          <w:sz w:val="22"/>
        </w:rPr>
        <w:t xml:space="preserve">Lucy  </w:t>
      </w:r>
      <w:r>
        <w:rPr>
          <w:rFonts w:ascii="Arial" w:hAnsi="Arial"/>
          <w:color w:val="5D7284"/>
          <w:sz w:val="22"/>
        </w:rPr>
        <w:t>55:52</w:t>
      </w:r>
    </w:p>
    <w:p>
      <w:pPr>
        <w:spacing w:after="0"/>
      </w:pPr>
      <w:r>
        <w:rPr>
          <w:rFonts w:ascii="Arial" w:hAnsi="Arial"/>
          <w:sz w:val="22"/>
        </w:rPr>
        <w:t>About seven. [Daisy: Seven-ish.] Seven, and possibly one in the corner. *laughs*</w:t>
      </w:r>
    </w:p>
    <w:p>
      <w:pPr>
        <w:spacing w:after="0"/>
      </w:pPr>
    </w:p>
    <w:p>
      <w:pPr>
        <w:spacing w:after="0"/>
      </w:pPr>
      <w:r>
        <w:rPr>
          <w:rFonts w:ascii="Arial" w:hAnsi="Arial"/>
          <w:b/>
          <w:sz w:val="22"/>
        </w:rPr>
        <w:t xml:space="preserve">Daisy  </w:t>
      </w:r>
      <w:r>
        <w:rPr>
          <w:rFonts w:ascii="Arial" w:hAnsi="Arial"/>
          <w:color w:val="5D7284"/>
          <w:sz w:val="22"/>
        </w:rPr>
        <w:t>55:59</w:t>
      </w:r>
    </w:p>
    <w:p>
      <w:pPr>
        <w:spacing w:after="0"/>
      </w:pPr>
      <w:r>
        <w:rPr>
          <w:rFonts w:ascii="Arial" w:hAnsi="Arial"/>
          <w:sz w:val="22"/>
        </w:rPr>
        <w:t>Yeah, only three of them survived to adulthood.</w:t>
      </w:r>
    </w:p>
    <w:p>
      <w:pPr>
        <w:spacing w:after="0"/>
      </w:pPr>
    </w:p>
    <w:p>
      <w:pPr>
        <w:spacing w:after="0"/>
      </w:pPr>
      <w:r>
        <w:rPr>
          <w:rFonts w:ascii="Arial" w:hAnsi="Arial"/>
          <w:b/>
          <w:sz w:val="22"/>
        </w:rPr>
        <w:t xml:space="preserve">Alice  </w:t>
      </w:r>
      <w:r>
        <w:rPr>
          <w:rFonts w:ascii="Arial" w:hAnsi="Arial"/>
          <w:color w:val="5D7284"/>
          <w:sz w:val="22"/>
        </w:rPr>
        <w:t>56:02</w:t>
      </w:r>
    </w:p>
    <w:p>
      <w:pPr>
        <w:spacing w:after="0"/>
      </w:pPr>
      <w:r>
        <w:rPr>
          <w:rFonts w:ascii="Arial" w:hAnsi="Arial"/>
          <w:sz w:val="22"/>
        </w:rPr>
        <w:t>Yeah, I was gonna say are we rounding up or down for how many lived?</w:t>
      </w:r>
    </w:p>
    <w:p>
      <w:pPr>
        <w:spacing w:after="0"/>
      </w:pPr>
    </w:p>
    <w:p>
      <w:pPr>
        <w:spacing w:after="0"/>
      </w:pPr>
      <w:r>
        <w:rPr>
          <w:rFonts w:ascii="Arial" w:hAnsi="Arial"/>
          <w:b/>
          <w:sz w:val="22"/>
        </w:rPr>
        <w:t xml:space="preserve">Daisy  </w:t>
      </w:r>
      <w:r>
        <w:rPr>
          <w:rFonts w:ascii="Arial" w:hAnsi="Arial"/>
          <w:color w:val="5D7284"/>
          <w:sz w:val="22"/>
        </w:rPr>
        <w:t>56:05</w:t>
      </w:r>
    </w:p>
    <w:p>
      <w:pPr>
        <w:spacing w:after="0"/>
      </w:pPr>
      <w:r>
        <w:rPr>
          <w:rFonts w:ascii="Arial" w:hAnsi="Arial"/>
          <w:sz w:val="22"/>
        </w:rPr>
        <w:t>Yeah, three to five to adulthood. And he did leave for the entire family not long afterwards. But he continued to have... he seemed to have a good relationship with at least one of them. There's photos of him as a, you know, older man with one of his daughters.</w:t>
      </w:r>
    </w:p>
    <w:p>
      <w:pPr>
        <w:spacing w:after="0"/>
      </w:pPr>
    </w:p>
    <w:p>
      <w:pPr>
        <w:spacing w:after="0"/>
      </w:pPr>
      <w:r>
        <w:rPr>
          <w:rFonts w:ascii="Arial" w:hAnsi="Arial"/>
          <w:b/>
          <w:sz w:val="22"/>
        </w:rPr>
        <w:t xml:space="preserve">Alice  </w:t>
      </w:r>
      <w:r>
        <w:rPr>
          <w:rFonts w:ascii="Arial" w:hAnsi="Arial"/>
          <w:color w:val="5D7284"/>
          <w:sz w:val="22"/>
        </w:rPr>
        <w:t>56:21</w:t>
      </w:r>
    </w:p>
    <w:p>
      <w:pPr>
        <w:spacing w:after="0"/>
      </w:pPr>
      <w:r>
        <w:rPr>
          <w:rFonts w:ascii="Arial" w:hAnsi="Arial"/>
          <w:sz w:val="22"/>
        </w:rPr>
        <w:t>I have to say this, that's one of the really weird things about the research I've been doing for this episode is like, it feels super, super old timey. But then you can just see photos of the actual people.</w:t>
      </w:r>
    </w:p>
    <w:p>
      <w:pPr>
        <w:spacing w:after="0"/>
      </w:pPr>
    </w:p>
    <w:p>
      <w:pPr>
        <w:spacing w:after="0"/>
      </w:pPr>
      <w:r>
        <w:rPr>
          <w:rFonts w:ascii="Arial" w:hAnsi="Arial"/>
          <w:b/>
          <w:sz w:val="22"/>
        </w:rPr>
        <w:t xml:space="preserve">Lucy  </w:t>
      </w:r>
      <w:r>
        <w:rPr>
          <w:rFonts w:ascii="Arial" w:hAnsi="Arial"/>
          <w:color w:val="5D7284"/>
          <w:sz w:val="22"/>
        </w:rPr>
        <w:t>56:34</w:t>
      </w:r>
    </w:p>
    <w:p>
      <w:pPr>
        <w:spacing w:after="0"/>
      </w:pPr>
      <w:r>
        <w:rPr>
          <w:rFonts w:ascii="Arial" w:hAnsi="Arial"/>
          <w:sz w:val="22"/>
        </w:rPr>
        <w:t>I know. I was doing that episode... I was trying to get organized in some episode artwork for this episode. And I was gonna put Rasputin in the picture. And I was like, Oh my God there's an actual proper photograph of him. [Alice: Yeah.]</w:t>
      </w:r>
    </w:p>
    <w:p>
      <w:pPr>
        <w:spacing w:after="0"/>
      </w:pPr>
    </w:p>
    <w:p>
      <w:pPr>
        <w:spacing w:after="0"/>
      </w:pPr>
      <w:r>
        <w:rPr>
          <w:rFonts w:ascii="Arial" w:hAnsi="Arial"/>
          <w:b/>
          <w:sz w:val="22"/>
        </w:rPr>
        <w:t xml:space="preserve">Daisy  </w:t>
      </w:r>
      <w:r>
        <w:rPr>
          <w:rFonts w:ascii="Arial" w:hAnsi="Arial"/>
          <w:color w:val="5D7284"/>
          <w:sz w:val="22"/>
        </w:rPr>
        <w:t>56:47</w:t>
      </w:r>
    </w:p>
    <w:p>
      <w:pPr>
        <w:spacing w:after="0"/>
      </w:pPr>
      <w:r>
        <w:rPr>
          <w:rFonts w:ascii="Arial" w:hAnsi="Arial"/>
          <w:sz w:val="22"/>
        </w:rPr>
        <w:t>Oh, yeah. Oh, more than more than that. There's an actual proper photograph of his corpse.</w:t>
      </w:r>
    </w:p>
    <w:p>
      <w:pPr>
        <w:spacing w:after="0"/>
      </w:pPr>
    </w:p>
    <w:p>
      <w:pPr>
        <w:spacing w:after="0"/>
      </w:pPr>
      <w:r>
        <w:rPr>
          <w:rFonts w:ascii="Arial" w:hAnsi="Arial"/>
          <w:b/>
          <w:sz w:val="22"/>
        </w:rPr>
        <w:t xml:space="preserve">Lucy  </w:t>
      </w:r>
      <w:r>
        <w:rPr>
          <w:rFonts w:ascii="Arial" w:hAnsi="Arial"/>
          <w:color w:val="5D7284"/>
          <w:sz w:val="22"/>
        </w:rPr>
        <w:t>56:51</w:t>
      </w:r>
    </w:p>
    <w:p>
      <w:pPr>
        <w:spacing w:after="0"/>
      </w:pPr>
      <w:r>
        <w:rPr>
          <w:rFonts w:ascii="Arial" w:hAnsi="Arial"/>
          <w:sz w:val="22"/>
        </w:rPr>
        <w:t>I wondered what you're going to say then. *laughs*</w:t>
      </w:r>
    </w:p>
    <w:p>
      <w:pPr>
        <w:spacing w:after="0"/>
      </w:pPr>
    </w:p>
    <w:p>
      <w:pPr>
        <w:spacing w:after="0"/>
      </w:pPr>
      <w:r>
        <w:rPr>
          <w:rFonts w:ascii="Arial" w:hAnsi="Arial"/>
          <w:b/>
          <w:sz w:val="22"/>
        </w:rPr>
        <w:t xml:space="preserve">Alice  </w:t>
      </w:r>
      <w:r>
        <w:rPr>
          <w:rFonts w:ascii="Arial" w:hAnsi="Arial"/>
          <w:color w:val="5D7284"/>
          <w:sz w:val="22"/>
        </w:rPr>
        <w:t>56:54</w:t>
      </w:r>
    </w:p>
    <w:p>
      <w:pPr>
        <w:spacing w:after="0"/>
      </w:pPr>
      <w:r>
        <w:rPr>
          <w:rFonts w:ascii="Arial" w:hAnsi="Arial"/>
          <w:sz w:val="22"/>
        </w:rPr>
        <w:t>I did think you were gonna say something else and I was like, really? *Lucy laughs*</w:t>
      </w:r>
    </w:p>
    <w:p>
      <w:pPr>
        <w:spacing w:after="0"/>
      </w:pPr>
    </w:p>
    <w:p>
      <w:pPr>
        <w:spacing w:after="0"/>
      </w:pPr>
      <w:r>
        <w:rPr>
          <w:rFonts w:ascii="Arial" w:hAnsi="Arial"/>
          <w:b/>
          <w:sz w:val="22"/>
        </w:rPr>
        <w:t xml:space="preserve">Daisy  </w:t>
      </w:r>
      <w:r>
        <w:rPr>
          <w:rFonts w:ascii="Arial" w:hAnsi="Arial"/>
          <w:color w:val="5D7284"/>
          <w:sz w:val="22"/>
        </w:rPr>
        <w:t>57:00</w:t>
      </w:r>
    </w:p>
    <w:p>
      <w:pPr>
        <w:spacing w:after="0"/>
      </w:pPr>
      <w:r>
        <w:rPr>
          <w:rFonts w:ascii="Arial" w:hAnsi="Arial"/>
          <w:sz w:val="22"/>
        </w:rPr>
        <w:t>To be fair, if they had done that it would have cleared up an awful lot of historical confusion if they thought to do that, but they did not. And as such, everyone has still been arguing for decades.</w:t>
      </w:r>
    </w:p>
    <w:p>
      <w:pPr>
        <w:spacing w:after="0"/>
      </w:pPr>
    </w:p>
    <w:p>
      <w:pPr>
        <w:spacing w:after="0"/>
      </w:pPr>
      <w:r>
        <w:rPr>
          <w:rFonts w:ascii="Arial" w:hAnsi="Arial"/>
          <w:b/>
          <w:sz w:val="22"/>
        </w:rPr>
        <w:t xml:space="preserve">Alice  </w:t>
      </w:r>
      <w:r>
        <w:rPr>
          <w:rFonts w:ascii="Arial" w:hAnsi="Arial"/>
          <w:color w:val="5D7284"/>
          <w:sz w:val="22"/>
        </w:rPr>
        <w:t>57:16</w:t>
      </w:r>
    </w:p>
    <w:p>
      <w:pPr>
        <w:spacing w:after="0"/>
      </w:pPr>
      <w:r>
        <w:rPr>
          <w:rFonts w:ascii="Arial" w:hAnsi="Arial"/>
          <w:sz w:val="22"/>
        </w:rPr>
        <w:t>Isn't there? I might be getting this confused for somebody else. But is there not supposed to be his penis in a museum somewhere?</w:t>
      </w:r>
    </w:p>
    <w:p>
      <w:pPr>
        <w:spacing w:after="0"/>
      </w:pPr>
    </w:p>
    <w:p>
      <w:pPr>
        <w:spacing w:after="0"/>
      </w:pPr>
      <w:r>
        <w:rPr>
          <w:rFonts w:ascii="Arial" w:hAnsi="Arial"/>
          <w:b/>
          <w:sz w:val="22"/>
        </w:rPr>
        <w:t xml:space="preserve">Lucy  </w:t>
      </w:r>
      <w:r>
        <w:rPr>
          <w:rFonts w:ascii="Arial" w:hAnsi="Arial"/>
          <w:color w:val="5D7284"/>
          <w:sz w:val="22"/>
        </w:rPr>
        <w:t>57:26</w:t>
      </w:r>
    </w:p>
    <w:p>
      <w:pPr>
        <w:spacing w:after="0"/>
      </w:pPr>
      <w:r>
        <w:rPr>
          <w:rFonts w:ascii="Arial" w:hAnsi="Arial"/>
          <w:sz w:val="22"/>
        </w:rPr>
        <w:t>Yes, there is a woman I follow on Tiktok Suzie Edge (@suzieedge), she writes books about the royal family and body parts and things and stuff like that, because she's basically a doctor. And she has written a book about famous body parts. And she talks about Rasputin's bits and pieces. And I think she does say that it is in a museum somewhere. I don't know where but it is. I think she said anyway.</w:t>
      </w:r>
    </w:p>
    <w:p>
      <w:pPr>
        <w:spacing w:after="0"/>
      </w:pPr>
    </w:p>
    <w:p>
      <w:pPr>
        <w:spacing w:after="0"/>
      </w:pPr>
      <w:r>
        <w:rPr>
          <w:rFonts w:ascii="Arial" w:hAnsi="Arial"/>
          <w:b/>
          <w:sz w:val="22"/>
        </w:rPr>
        <w:t xml:space="preserve">Daisy  </w:t>
      </w:r>
      <w:r>
        <w:rPr>
          <w:rFonts w:ascii="Arial" w:hAnsi="Arial"/>
          <w:color w:val="5D7284"/>
          <w:sz w:val="22"/>
        </w:rPr>
        <w:t>57:57</w:t>
      </w:r>
    </w:p>
    <w:p>
      <w:pPr>
        <w:spacing w:after="0"/>
      </w:pPr>
      <w:r>
        <w:rPr>
          <w:rFonts w:ascii="Arial" w:hAnsi="Arial"/>
          <w:sz w:val="22"/>
        </w:rPr>
        <w:t>At least what's claimed to be. [Alice: Yeah.]</w:t>
      </w:r>
    </w:p>
    <w:p>
      <w:pPr>
        <w:spacing w:after="0"/>
      </w:pPr>
    </w:p>
    <w:p>
      <w:pPr>
        <w:spacing w:after="0"/>
      </w:pPr>
      <w:r>
        <w:rPr>
          <w:rFonts w:ascii="Arial" w:hAnsi="Arial"/>
          <w:b/>
          <w:sz w:val="22"/>
        </w:rPr>
        <w:t xml:space="preserve">Lucy  </w:t>
      </w:r>
      <w:r>
        <w:rPr>
          <w:rFonts w:ascii="Arial" w:hAnsi="Arial"/>
          <w:color w:val="5D7284"/>
          <w:sz w:val="22"/>
        </w:rPr>
        <w:t>57:59</w:t>
      </w:r>
    </w:p>
    <w:p>
      <w:pPr>
        <w:spacing w:after="0"/>
      </w:pPr>
      <w:r>
        <w:rPr>
          <w:rFonts w:ascii="Arial" w:hAnsi="Arial"/>
          <w:sz w:val="22"/>
        </w:rPr>
        <w:t>Yes. Yeah. Yeah.</w:t>
      </w:r>
    </w:p>
    <w:p>
      <w:pPr>
        <w:spacing w:after="0"/>
      </w:pPr>
    </w:p>
    <w:p>
      <w:pPr>
        <w:spacing w:after="0"/>
      </w:pPr>
      <w:r>
        <w:rPr>
          <w:rFonts w:ascii="Arial" w:hAnsi="Arial"/>
          <w:b/>
          <w:sz w:val="22"/>
        </w:rPr>
        <w:t xml:space="preserve">Daisy  </w:t>
      </w:r>
      <w:r>
        <w:rPr>
          <w:rFonts w:ascii="Arial" w:hAnsi="Arial"/>
          <w:color w:val="5D7284"/>
          <w:sz w:val="22"/>
        </w:rPr>
        <w:t>58:00</w:t>
      </w:r>
    </w:p>
    <w:p>
      <w:pPr>
        <w:spacing w:after="0"/>
      </w:pPr>
      <w:r>
        <w:rPr>
          <w:rFonts w:ascii="Arial" w:hAnsi="Arial"/>
          <w:sz w:val="22"/>
        </w:rPr>
        <w:t>So there was there were reports at the time that he was murdered, that he'd been castrated. But all of the autopsy stuff says nothing about...</w:t>
      </w:r>
    </w:p>
    <w:p>
      <w:pPr>
        <w:spacing w:after="0"/>
      </w:pPr>
    </w:p>
    <w:p>
      <w:pPr>
        <w:spacing w:after="0"/>
      </w:pPr>
      <w:r>
        <w:rPr>
          <w:rFonts w:ascii="Arial" w:hAnsi="Arial"/>
          <w:b/>
          <w:sz w:val="22"/>
        </w:rPr>
        <w:t xml:space="preserve">Alice  </w:t>
      </w:r>
      <w:r>
        <w:rPr>
          <w:rFonts w:ascii="Arial" w:hAnsi="Arial"/>
          <w:color w:val="5D7284"/>
          <w:sz w:val="22"/>
        </w:rPr>
        <w:t>58:13</w:t>
      </w:r>
    </w:p>
    <w:p>
      <w:pPr>
        <w:spacing w:after="0"/>
      </w:pPr>
      <w:r>
        <w:rPr>
          <w:rFonts w:ascii="Arial" w:hAnsi="Arial"/>
          <w:sz w:val="22"/>
        </w:rPr>
        <w:t>You feel like they'd have mentioned, like, missing penis.</w:t>
      </w:r>
    </w:p>
    <w:p>
      <w:pPr>
        <w:spacing w:after="0"/>
      </w:pPr>
    </w:p>
    <w:p>
      <w:pPr>
        <w:spacing w:after="0"/>
      </w:pPr>
      <w:r>
        <w:rPr>
          <w:rFonts w:ascii="Arial" w:hAnsi="Arial"/>
          <w:b/>
          <w:sz w:val="22"/>
        </w:rPr>
        <w:t xml:space="preserve">Daisy  </w:t>
      </w:r>
      <w:r>
        <w:rPr>
          <w:rFonts w:ascii="Arial" w:hAnsi="Arial"/>
          <w:color w:val="5D7284"/>
          <w:sz w:val="22"/>
        </w:rPr>
        <w:t>58:17</w:t>
      </w:r>
    </w:p>
    <w:p>
      <w:pPr>
        <w:spacing w:after="0"/>
      </w:pPr>
      <w:r>
        <w:rPr>
          <w:rFonts w:ascii="Arial" w:hAnsi="Arial"/>
          <w:sz w:val="22"/>
        </w:rPr>
        <w:t>Yeah, you feel like that would have been noteworthy enough to mention on the autopsy.</w:t>
      </w:r>
    </w:p>
    <w:p>
      <w:pPr>
        <w:spacing w:after="0"/>
      </w:pPr>
    </w:p>
    <w:p>
      <w:pPr>
        <w:spacing w:after="0"/>
      </w:pPr>
      <w:r>
        <w:rPr>
          <w:rFonts w:ascii="Arial" w:hAnsi="Arial"/>
          <w:b/>
          <w:sz w:val="22"/>
        </w:rPr>
        <w:t xml:space="preserve">Alice  </w:t>
      </w:r>
      <w:r>
        <w:rPr>
          <w:rFonts w:ascii="Arial" w:hAnsi="Arial"/>
          <w:color w:val="5D7284"/>
          <w:sz w:val="22"/>
        </w:rPr>
        <w:t>58:21</w:t>
      </w:r>
    </w:p>
    <w:p>
      <w:pPr>
        <w:spacing w:after="0"/>
      </w:pPr>
      <w:r>
        <w:rPr>
          <w:rFonts w:ascii="Arial" w:hAnsi="Arial"/>
          <w:sz w:val="22"/>
        </w:rPr>
        <w:t>You don't mention it if it's there, because it's supposed to be there. If it's not there, you're like, hold on a minute.</w:t>
      </w:r>
    </w:p>
    <w:p>
      <w:pPr>
        <w:spacing w:after="0"/>
      </w:pPr>
    </w:p>
    <w:p>
      <w:pPr>
        <w:spacing w:after="0"/>
      </w:pPr>
      <w:r>
        <w:rPr>
          <w:rFonts w:ascii="Arial" w:hAnsi="Arial"/>
          <w:b/>
          <w:sz w:val="22"/>
        </w:rPr>
        <w:t xml:space="preserve">Lucy  </w:t>
      </w:r>
      <w:r>
        <w:rPr>
          <w:rFonts w:ascii="Arial" w:hAnsi="Arial"/>
          <w:color w:val="5D7284"/>
          <w:sz w:val="22"/>
        </w:rPr>
        <w:t>58:27</w:t>
      </w:r>
    </w:p>
    <w:p>
      <w:pPr>
        <w:spacing w:after="0"/>
      </w:pPr>
      <w:r>
        <w:rPr>
          <w:rFonts w:ascii="Arial" w:hAnsi="Arial"/>
          <w:sz w:val="22"/>
        </w:rPr>
        <w:t>By the way. he hasn't got a penis.</w:t>
      </w:r>
    </w:p>
    <w:p>
      <w:pPr>
        <w:spacing w:after="0"/>
      </w:pPr>
    </w:p>
    <w:p>
      <w:pPr>
        <w:spacing w:after="0"/>
      </w:pPr>
      <w:r>
        <w:rPr>
          <w:rFonts w:ascii="Arial" w:hAnsi="Arial"/>
          <w:b/>
          <w:sz w:val="22"/>
        </w:rPr>
        <w:t xml:space="preserve">Daisy  </w:t>
      </w:r>
      <w:r>
        <w:rPr>
          <w:rFonts w:ascii="Arial" w:hAnsi="Arial"/>
          <w:color w:val="5D7284"/>
          <w:sz w:val="22"/>
        </w:rPr>
        <w:t>58:29</w:t>
      </w:r>
    </w:p>
    <w:p>
      <w:pPr>
        <w:spacing w:after="0"/>
      </w:pPr>
      <w:r>
        <w:rPr>
          <w:rFonts w:ascii="Arial" w:hAnsi="Arial"/>
          <w:sz w:val="22"/>
        </w:rPr>
        <w:t>Yeah. And I don't think you would go I'm sure that's just how it's always been. *Alice &amp; Lucy laugh*</w:t>
      </w:r>
    </w:p>
    <w:p>
      <w:pPr>
        <w:spacing w:after="0"/>
      </w:pPr>
    </w:p>
    <w:p>
      <w:pPr>
        <w:spacing w:after="0"/>
      </w:pPr>
      <w:r>
        <w:rPr>
          <w:rFonts w:ascii="Arial" w:hAnsi="Arial"/>
          <w:b/>
          <w:sz w:val="22"/>
        </w:rPr>
        <w:t xml:space="preserve">Lucy  </w:t>
      </w:r>
      <w:r>
        <w:rPr>
          <w:rFonts w:ascii="Arial" w:hAnsi="Arial"/>
          <w:color w:val="5D7284"/>
          <w:sz w:val="22"/>
        </w:rPr>
        <w:t>58:34</w:t>
      </w:r>
    </w:p>
    <w:p>
      <w:pPr>
        <w:spacing w:after="0"/>
      </w:pPr>
      <w:r>
        <w:rPr>
          <w:rFonts w:ascii="Arial" w:hAnsi="Arial"/>
          <w:sz w:val="22"/>
        </w:rPr>
        <w:t>I'm sure he's not lying about that.</w:t>
      </w:r>
    </w:p>
    <w:p>
      <w:pPr>
        <w:spacing w:after="0"/>
      </w:pPr>
    </w:p>
    <w:p>
      <w:pPr>
        <w:spacing w:after="0"/>
      </w:pPr>
      <w:r>
        <w:rPr>
          <w:rFonts w:ascii="Arial" w:hAnsi="Arial"/>
          <w:b/>
          <w:sz w:val="22"/>
        </w:rPr>
        <w:t xml:space="preserve">Daisy  </w:t>
      </w:r>
      <w:r>
        <w:rPr>
          <w:rFonts w:ascii="Arial" w:hAnsi="Arial"/>
          <w:color w:val="5D7284"/>
          <w:sz w:val="22"/>
        </w:rPr>
        <w:t>58:40</w:t>
      </w:r>
    </w:p>
    <w:p>
      <w:pPr>
        <w:spacing w:after="0"/>
      </w:pPr>
      <w:r>
        <w:rPr>
          <w:rFonts w:ascii="Arial" w:hAnsi="Arial"/>
          <w:sz w:val="22"/>
        </w:rPr>
        <w:t>So yes, so he continued to have a relationship with his kids, even though he'd, you know, then ran off. So 10 years after he got married, he went off on what I have called yet another pilgrimage. They were very specific about just how many pilgrimages he went on. It seems like he was sick of sitting around the house with with the children. It was just like "Oh, sod this. I'm going in another pilgrimage." But most of them weren't the kind of, you know, epic journey type pilgrimage that we think of as, you know, like that the type where you would walk from the UK to Jerusalem or something. Not that kind of thing more just, you know, I'm gonna go and visit this monastery that's important to the Russian Orthodox Church.</w:t>
      </w:r>
    </w:p>
    <w:p>
      <w:pPr>
        <w:spacing w:after="0"/>
      </w:pPr>
    </w:p>
    <w:p>
      <w:pPr>
        <w:spacing w:after="0"/>
      </w:pPr>
      <w:r>
        <w:rPr>
          <w:rFonts w:ascii="Arial" w:hAnsi="Arial"/>
          <w:b/>
          <w:sz w:val="22"/>
        </w:rPr>
        <w:t xml:space="preserve">Lucy  </w:t>
      </w:r>
      <w:r>
        <w:rPr>
          <w:rFonts w:ascii="Arial" w:hAnsi="Arial"/>
          <w:color w:val="5D7284"/>
          <w:sz w:val="22"/>
        </w:rPr>
        <w:t>59:32</w:t>
      </w:r>
    </w:p>
    <w:p>
      <w:pPr>
        <w:spacing w:after="0"/>
      </w:pPr>
      <w:r>
        <w:rPr>
          <w:rFonts w:ascii="Arial" w:hAnsi="Arial"/>
          <w:sz w:val="22"/>
        </w:rPr>
        <w:t>*unintelligible* basically just having a wander down to the Londis and back.</w:t>
      </w:r>
    </w:p>
    <w:p>
      <w:pPr>
        <w:spacing w:after="0"/>
      </w:pPr>
    </w:p>
    <w:p>
      <w:pPr>
        <w:spacing w:after="0"/>
      </w:pPr>
      <w:r>
        <w:rPr>
          <w:rFonts w:ascii="Arial" w:hAnsi="Arial"/>
          <w:b/>
          <w:sz w:val="22"/>
        </w:rPr>
        <w:t xml:space="preserve">Daisy  </w:t>
      </w:r>
      <w:r>
        <w:rPr>
          <w:rFonts w:ascii="Arial" w:hAnsi="Arial"/>
          <w:color w:val="5D7284"/>
          <w:sz w:val="22"/>
        </w:rPr>
        <w:t>59:37</w:t>
      </w:r>
    </w:p>
    <w:p>
      <w:pPr>
        <w:spacing w:after="0"/>
      </w:pPr>
      <w:r>
        <w:rPr>
          <w:rFonts w:ascii="Arial" w:hAnsi="Arial"/>
          <w:sz w:val="22"/>
        </w:rPr>
        <w:t>I mean, maybe not to the Londis, but I mean, it's... At the same time, it was Siberia, so like anything is going to be pilgrimage time.</w:t>
      </w:r>
    </w:p>
    <w:p>
      <w:pPr>
        <w:spacing w:after="0"/>
      </w:pPr>
    </w:p>
    <w:p>
      <w:pPr>
        <w:spacing w:after="0"/>
      </w:pPr>
      <w:r>
        <w:rPr>
          <w:rFonts w:ascii="Arial" w:hAnsi="Arial"/>
          <w:b/>
          <w:sz w:val="22"/>
        </w:rPr>
        <w:t xml:space="preserve">Alice  </w:t>
      </w:r>
      <w:r>
        <w:rPr>
          <w:rFonts w:ascii="Arial" w:hAnsi="Arial"/>
          <w:color w:val="5D7284"/>
          <w:sz w:val="22"/>
        </w:rPr>
        <w:t>59:45</w:t>
      </w:r>
    </w:p>
    <w:p>
      <w:pPr>
        <w:spacing w:after="0"/>
      </w:pPr>
      <w:r>
        <w:rPr>
          <w:rFonts w:ascii="Arial" w:hAnsi="Arial"/>
          <w:sz w:val="22"/>
        </w:rPr>
        <w:t>And he winds up in Petrograd (St. Petersburg), like that's not close. It's not, you can't hop on a bus and go a few stops.</w:t>
      </w:r>
    </w:p>
    <w:p>
      <w:pPr>
        <w:spacing w:after="0"/>
      </w:pPr>
    </w:p>
    <w:p>
      <w:pPr>
        <w:spacing w:after="0"/>
      </w:pPr>
      <w:r>
        <w:rPr>
          <w:rFonts w:ascii="Arial" w:hAnsi="Arial"/>
          <w:b/>
          <w:sz w:val="22"/>
        </w:rPr>
        <w:t xml:space="preserve">Daisy  </w:t>
      </w:r>
      <w:r>
        <w:rPr>
          <w:rFonts w:ascii="Arial" w:hAnsi="Arial"/>
          <w:color w:val="5D7284"/>
          <w:sz w:val="22"/>
        </w:rPr>
        <w:t>59:57</w:t>
      </w:r>
    </w:p>
    <w:p>
      <w:pPr>
        <w:spacing w:after="0"/>
      </w:pPr>
      <w:r>
        <w:rPr>
          <w:rFonts w:ascii="Arial" w:hAnsi="Arial"/>
          <w:sz w:val="22"/>
        </w:rPr>
        <w:t>Depends how far away the stops are. But yeah, so he was often wandering off to see cathedrals, a monastery. But this occasion he didn't come back.</w:t>
      </w:r>
    </w:p>
    <w:p>
      <w:pPr>
        <w:spacing w:after="0"/>
      </w:pPr>
    </w:p>
    <w:p>
      <w:pPr>
        <w:spacing w:after="0"/>
      </w:pPr>
      <w:r>
        <w:rPr>
          <w:rFonts w:ascii="Arial" w:hAnsi="Arial"/>
          <w:b/>
          <w:sz w:val="22"/>
        </w:rPr>
        <w:t xml:space="preserve">Lucy  </w:t>
      </w:r>
      <w:r>
        <w:rPr>
          <w:rFonts w:ascii="Arial" w:hAnsi="Arial"/>
          <w:color w:val="5D7284"/>
          <w:sz w:val="22"/>
        </w:rPr>
        <w:t>1:00:12</w:t>
      </w:r>
    </w:p>
    <w:p>
      <w:pPr>
        <w:spacing w:after="0"/>
      </w:pPr>
      <w:r>
        <w:rPr>
          <w:rFonts w:ascii="Arial" w:hAnsi="Arial"/>
          <w:sz w:val="22"/>
        </w:rPr>
        <w:t>Just like disappeared.</w:t>
      </w:r>
    </w:p>
    <w:p>
      <w:pPr>
        <w:spacing w:after="0"/>
      </w:pPr>
    </w:p>
    <w:p>
      <w:pPr>
        <w:spacing w:after="0"/>
      </w:pPr>
      <w:r>
        <w:rPr>
          <w:rFonts w:ascii="Arial" w:hAnsi="Arial"/>
          <w:b/>
          <w:sz w:val="22"/>
        </w:rPr>
        <w:t xml:space="preserve">Alice  </w:t>
      </w:r>
      <w:r>
        <w:rPr>
          <w:rFonts w:ascii="Arial" w:hAnsi="Arial"/>
          <w:color w:val="5D7284"/>
          <w:sz w:val="22"/>
        </w:rPr>
        <w:t>1:00:14</w:t>
      </w:r>
    </w:p>
    <w:p>
      <w:pPr>
        <w:spacing w:after="0"/>
      </w:pPr>
      <w:r>
        <w:rPr>
          <w:rFonts w:ascii="Arial" w:hAnsi="Arial"/>
          <w:sz w:val="22"/>
        </w:rPr>
        <w:t>I have friends whose dads popped out for a pack of cigarettes and never came back. Similar.</w:t>
      </w:r>
    </w:p>
    <w:p>
      <w:pPr>
        <w:spacing w:after="0"/>
      </w:pPr>
    </w:p>
    <w:p>
      <w:pPr>
        <w:spacing w:after="0"/>
      </w:pPr>
      <w:r>
        <w:rPr>
          <w:rFonts w:ascii="Arial" w:hAnsi="Arial"/>
          <w:b/>
          <w:sz w:val="22"/>
        </w:rPr>
        <w:t xml:space="preserve">Daisy  </w:t>
      </w:r>
      <w:r>
        <w:rPr>
          <w:rFonts w:ascii="Arial" w:hAnsi="Arial"/>
          <w:color w:val="5D7284"/>
          <w:sz w:val="22"/>
        </w:rPr>
        <w:t>1:00:19</w:t>
      </w:r>
    </w:p>
    <w:p>
      <w:pPr>
        <w:spacing w:after="0"/>
      </w:pPr>
      <w:r>
        <w:rPr>
          <w:rFonts w:ascii="Arial" w:hAnsi="Arial"/>
          <w:sz w:val="22"/>
        </w:rPr>
        <w:t>Yeah, yeah. Yeah. I mean, it's kind of like that. Maybe. If those people's dads went and stayed at a monastery for months and months and months that was later reported to be full of monks having sex with each other.</w:t>
      </w:r>
    </w:p>
    <w:p>
      <w:pPr>
        <w:spacing w:after="0"/>
      </w:pPr>
    </w:p>
    <w:p>
      <w:pPr>
        <w:spacing w:after="0"/>
      </w:pPr>
      <w:r>
        <w:rPr>
          <w:rFonts w:ascii="Arial" w:hAnsi="Arial"/>
          <w:b/>
          <w:sz w:val="22"/>
        </w:rPr>
        <w:t xml:space="preserve">Lucy  </w:t>
      </w:r>
      <w:r>
        <w:rPr>
          <w:rFonts w:ascii="Arial" w:hAnsi="Arial"/>
          <w:color w:val="5D7284"/>
          <w:sz w:val="22"/>
        </w:rPr>
        <w:t>1:00:39</w:t>
      </w:r>
    </w:p>
    <w:p>
      <w:pPr>
        <w:spacing w:after="0"/>
      </w:pPr>
      <w:r>
        <w:rPr>
          <w:rFonts w:ascii="Arial" w:hAnsi="Arial"/>
          <w:sz w:val="22"/>
        </w:rPr>
        <w:t>Nice. I mean, well, I suppose it gets cold, don't it? You know...</w:t>
      </w:r>
    </w:p>
    <w:p>
      <w:pPr>
        <w:spacing w:after="0"/>
      </w:pPr>
    </w:p>
    <w:p>
      <w:pPr>
        <w:spacing w:after="0"/>
      </w:pPr>
      <w:r>
        <w:rPr>
          <w:rFonts w:ascii="Arial" w:hAnsi="Arial"/>
          <w:b/>
          <w:sz w:val="22"/>
        </w:rPr>
        <w:t xml:space="preserve">Daisy  </w:t>
      </w:r>
      <w:r>
        <w:rPr>
          <w:rFonts w:ascii="Arial" w:hAnsi="Arial"/>
          <w:color w:val="5D7284"/>
          <w:sz w:val="22"/>
        </w:rPr>
        <w:t>1:00:43</w:t>
      </w:r>
    </w:p>
    <w:p>
      <w:pPr>
        <w:spacing w:after="0"/>
      </w:pPr>
      <w:r>
        <w:rPr>
          <w:rFonts w:ascii="Arial" w:hAnsi="Arial"/>
          <w:sz w:val="22"/>
        </w:rPr>
        <w:t xml:space="preserve">So, yeah, so he stayed at this place for months. And it was kind of later on, that he complained that they were all having homosexual relationships. And were complaining about how being a monk was so hard, but like, he didn't seem to mind when he was there. </w:t>
      </w:r>
    </w:p>
    <w:p>
      <w:pPr>
        <w:spacing w:after="0"/>
      </w:pPr>
    </w:p>
    <w:p>
      <w:pPr>
        <w:spacing w:after="0"/>
      </w:pPr>
      <w:r>
        <w:rPr>
          <w:rFonts w:ascii="Arial" w:hAnsi="Arial"/>
          <w:b/>
          <w:sz w:val="22"/>
        </w:rPr>
        <w:t xml:space="preserve">Lucy  </w:t>
      </w:r>
      <w:r>
        <w:rPr>
          <w:rFonts w:ascii="Arial" w:hAnsi="Arial"/>
          <w:color w:val="5D7284"/>
          <w:sz w:val="22"/>
        </w:rPr>
        <w:t>1:01:05</w:t>
      </w:r>
    </w:p>
    <w:p>
      <w:pPr>
        <w:spacing w:after="0"/>
      </w:pPr>
      <w:r>
        <w:rPr>
          <w:rFonts w:ascii="Arial" w:hAnsi="Arial"/>
          <w:sz w:val="22"/>
        </w:rPr>
        <w:t xml:space="preserve">No, he was quite happy. </w:t>
      </w:r>
    </w:p>
    <w:p>
      <w:pPr>
        <w:spacing w:after="0"/>
      </w:pPr>
    </w:p>
    <w:p>
      <w:pPr>
        <w:spacing w:after="0"/>
      </w:pPr>
      <w:r>
        <w:rPr>
          <w:rFonts w:ascii="Arial" w:hAnsi="Arial"/>
          <w:b/>
          <w:sz w:val="22"/>
        </w:rPr>
        <w:t xml:space="preserve">Daisy  </w:t>
      </w:r>
      <w:r>
        <w:rPr>
          <w:rFonts w:ascii="Arial" w:hAnsi="Arial"/>
          <w:color w:val="5D7284"/>
          <w:sz w:val="22"/>
        </w:rPr>
        <w:t>1:01:07</w:t>
      </w:r>
    </w:p>
    <w:p>
      <w:pPr>
        <w:spacing w:after="0"/>
      </w:pPr>
      <w:r>
        <w:rPr>
          <w:rFonts w:ascii="Arial" w:hAnsi="Arial"/>
          <w:sz w:val="22"/>
        </w:rPr>
        <w:t>He seemed fine with it then...</w:t>
      </w:r>
    </w:p>
    <w:p>
      <w:pPr>
        <w:spacing w:after="0"/>
      </w:pPr>
    </w:p>
    <w:p>
      <w:pPr>
        <w:spacing w:after="0"/>
      </w:pPr>
      <w:r>
        <w:rPr>
          <w:rFonts w:ascii="Arial" w:hAnsi="Arial"/>
          <w:b/>
          <w:sz w:val="22"/>
        </w:rPr>
        <w:t xml:space="preserve">Lucy  </w:t>
      </w:r>
      <w:r>
        <w:rPr>
          <w:rFonts w:ascii="Arial" w:hAnsi="Arial"/>
          <w:color w:val="5D7284"/>
          <w:sz w:val="22"/>
        </w:rPr>
        <w:t>1:01:08</w:t>
      </w:r>
    </w:p>
    <w:p>
      <w:pPr>
        <w:spacing w:after="0"/>
      </w:pPr>
      <w:r>
        <w:rPr>
          <w:rFonts w:ascii="Arial" w:hAnsi="Arial"/>
          <w:sz w:val="22"/>
        </w:rPr>
        <w:t>Did he complain and then leave or it was he complaining and then stayed there for a while.</w:t>
      </w:r>
    </w:p>
    <w:p>
      <w:pPr>
        <w:spacing w:after="0"/>
      </w:pPr>
    </w:p>
    <w:p>
      <w:pPr>
        <w:spacing w:after="0"/>
      </w:pPr>
      <w:r>
        <w:rPr>
          <w:rFonts w:ascii="Arial" w:hAnsi="Arial"/>
          <w:b/>
          <w:sz w:val="22"/>
        </w:rPr>
        <w:t xml:space="preserve">Daisy  </w:t>
      </w:r>
      <w:r>
        <w:rPr>
          <w:rFonts w:ascii="Arial" w:hAnsi="Arial"/>
          <w:color w:val="5D7284"/>
          <w:sz w:val="22"/>
        </w:rPr>
        <w:t>1:01:13</w:t>
      </w:r>
    </w:p>
    <w:p>
      <w:pPr>
        <w:spacing w:after="0"/>
      </w:pPr>
      <w:r>
        <w:rPr>
          <w:rFonts w:ascii="Arial" w:hAnsi="Arial"/>
          <w:sz w:val="22"/>
        </w:rPr>
        <w:t>So this was afterwards. So when he spoke about his time there.</w:t>
      </w:r>
    </w:p>
    <w:p>
      <w:pPr>
        <w:spacing w:after="0"/>
      </w:pPr>
    </w:p>
    <w:p>
      <w:pPr>
        <w:spacing w:after="0"/>
      </w:pPr>
      <w:r>
        <w:rPr>
          <w:rFonts w:ascii="Arial" w:hAnsi="Arial"/>
          <w:b/>
          <w:sz w:val="22"/>
        </w:rPr>
        <w:t xml:space="preserve">Alice  </w:t>
      </w:r>
      <w:r>
        <w:rPr>
          <w:rFonts w:ascii="Arial" w:hAnsi="Arial"/>
          <w:color w:val="5D7284"/>
          <w:sz w:val="22"/>
        </w:rPr>
        <w:t>1:01:17</w:t>
      </w:r>
    </w:p>
    <w:p>
      <w:pPr>
        <w:spacing w:after="0"/>
      </w:pPr>
      <w:r>
        <w:rPr>
          <w:rFonts w:ascii="Arial" w:hAnsi="Arial"/>
          <w:sz w:val="22"/>
        </w:rPr>
        <w:t>So he was like half the time the monks made me have sex with them, it was really horrible.</w:t>
      </w:r>
    </w:p>
    <w:p>
      <w:pPr>
        <w:spacing w:after="0"/>
      </w:pPr>
    </w:p>
    <w:p>
      <w:pPr>
        <w:spacing w:after="0"/>
      </w:pPr>
      <w:r>
        <w:rPr>
          <w:rFonts w:ascii="Arial" w:hAnsi="Arial"/>
          <w:b/>
          <w:sz w:val="22"/>
        </w:rPr>
        <w:t xml:space="preserve">Daisy  </w:t>
      </w:r>
      <w:r>
        <w:rPr>
          <w:rFonts w:ascii="Arial" w:hAnsi="Arial"/>
          <w:color w:val="5D7284"/>
          <w:sz w:val="22"/>
        </w:rPr>
        <w:t>1:01:21</w:t>
      </w:r>
    </w:p>
    <w:p>
      <w:pPr>
        <w:spacing w:after="0"/>
      </w:pPr>
      <w:r>
        <w:rPr>
          <w:rFonts w:ascii="Arial" w:hAnsi="Arial"/>
          <w:sz w:val="22"/>
        </w:rPr>
        <w:t xml:space="preserve">It was more just, you know, like, he stayed at that monastery for a bit and supposedly decided not to join that monastery because they kept having sex with each other. And he's like, I'm bored of that now. </w:t>
      </w:r>
    </w:p>
    <w:p>
      <w:pPr>
        <w:spacing w:after="0"/>
      </w:pPr>
    </w:p>
    <w:p>
      <w:pPr>
        <w:spacing w:after="0"/>
      </w:pPr>
      <w:r>
        <w:rPr>
          <w:rFonts w:ascii="Arial" w:hAnsi="Arial"/>
          <w:b/>
          <w:sz w:val="22"/>
        </w:rPr>
        <w:t xml:space="preserve">Lucy  </w:t>
      </w:r>
      <w:r>
        <w:rPr>
          <w:rFonts w:ascii="Arial" w:hAnsi="Arial"/>
          <w:color w:val="5D7284"/>
          <w:sz w:val="22"/>
        </w:rPr>
        <w:t>1:01:35</w:t>
      </w:r>
    </w:p>
    <w:p>
      <w:pPr>
        <w:spacing w:after="0"/>
      </w:pPr>
      <w:r>
        <w:rPr>
          <w:rFonts w:ascii="Arial" w:hAnsi="Arial"/>
          <w:sz w:val="22"/>
        </w:rPr>
        <w:t xml:space="preserve">I've had it off. </w:t>
      </w:r>
    </w:p>
    <w:p>
      <w:pPr>
        <w:spacing w:after="0"/>
      </w:pPr>
    </w:p>
    <w:p>
      <w:pPr>
        <w:spacing w:after="0"/>
      </w:pPr>
      <w:r>
        <w:rPr>
          <w:rFonts w:ascii="Arial" w:hAnsi="Arial"/>
          <w:b/>
          <w:sz w:val="22"/>
        </w:rPr>
        <w:t xml:space="preserve">Daisy  </w:t>
      </w:r>
      <w:r>
        <w:rPr>
          <w:rFonts w:ascii="Arial" w:hAnsi="Arial"/>
          <w:color w:val="5D7284"/>
          <w:sz w:val="22"/>
        </w:rPr>
        <w:t>1:01:36</w:t>
      </w:r>
    </w:p>
    <w:p>
      <w:pPr>
        <w:spacing w:after="0"/>
      </w:pPr>
      <w:r>
        <w:rPr>
          <w:rFonts w:ascii="Arial" w:hAnsi="Arial"/>
          <w:sz w:val="22"/>
        </w:rPr>
        <w:t>I want to go back to the women.</w:t>
      </w:r>
    </w:p>
    <w:p>
      <w:pPr>
        <w:spacing w:after="0"/>
      </w:pPr>
    </w:p>
    <w:p>
      <w:pPr>
        <w:spacing w:after="0"/>
      </w:pPr>
      <w:r>
        <w:rPr>
          <w:rFonts w:ascii="Arial" w:hAnsi="Arial"/>
          <w:b/>
          <w:sz w:val="22"/>
        </w:rPr>
        <w:t xml:space="preserve">Lucy  </w:t>
      </w:r>
      <w:r>
        <w:rPr>
          <w:rFonts w:ascii="Arial" w:hAnsi="Arial"/>
          <w:color w:val="5D7284"/>
          <w:sz w:val="22"/>
        </w:rPr>
        <w:t>1:01:38</w:t>
      </w:r>
    </w:p>
    <w:p>
      <w:pPr>
        <w:spacing w:after="0"/>
      </w:pPr>
      <w:r>
        <w:rPr>
          <w:rFonts w:ascii="Arial" w:hAnsi="Arial"/>
          <w:sz w:val="22"/>
        </w:rPr>
        <w:t>I want to go back to the Londis.</w:t>
      </w:r>
    </w:p>
    <w:p>
      <w:pPr>
        <w:spacing w:after="0"/>
      </w:pPr>
    </w:p>
    <w:p>
      <w:pPr>
        <w:spacing w:after="0"/>
      </w:pPr>
      <w:r>
        <w:rPr>
          <w:rFonts w:ascii="Arial" w:hAnsi="Arial"/>
          <w:b/>
          <w:sz w:val="22"/>
        </w:rPr>
        <w:t xml:space="preserve">Alice  </w:t>
      </w:r>
      <w:r>
        <w:rPr>
          <w:rFonts w:ascii="Arial" w:hAnsi="Arial"/>
          <w:color w:val="5D7284"/>
          <w:sz w:val="22"/>
        </w:rPr>
        <w:t>1:01:40</w:t>
      </w:r>
    </w:p>
    <w:p>
      <w:pPr>
        <w:spacing w:after="0"/>
      </w:pPr>
      <w:r>
        <w:rPr>
          <w:rFonts w:ascii="Arial" w:hAnsi="Arial"/>
          <w:sz w:val="22"/>
        </w:rPr>
        <w:t>I'm beginning to understand where this Russia's greatest love machine stuff is coming from.</w:t>
      </w:r>
    </w:p>
    <w:p>
      <w:pPr>
        <w:spacing w:after="0"/>
      </w:pPr>
    </w:p>
    <w:p>
      <w:pPr>
        <w:spacing w:after="0"/>
      </w:pPr>
      <w:r>
        <w:rPr>
          <w:rFonts w:ascii="Arial" w:hAnsi="Arial"/>
          <w:b/>
          <w:sz w:val="22"/>
        </w:rPr>
        <w:t xml:space="preserve">Daisy  </w:t>
      </w:r>
      <w:r>
        <w:rPr>
          <w:rFonts w:ascii="Arial" w:hAnsi="Arial"/>
          <w:color w:val="5D7284"/>
          <w:sz w:val="22"/>
        </w:rPr>
        <w:t>1:01:48</w:t>
      </w:r>
    </w:p>
    <w:p>
      <w:pPr>
        <w:spacing w:after="0"/>
      </w:pPr>
      <w:r>
        <w:rPr>
          <w:rFonts w:ascii="Arial" w:hAnsi="Arial"/>
          <w:sz w:val="22"/>
        </w:rPr>
        <w:t>Yeah, so there's a lot of thinking that suggests that the reason for his reputation of debauchery, as well as you know, potentially the actual debauchery, was because he believed that the best way to get closer to God was to like, essentially purge himself of earthly desires, so that he was otherwise completely undistractable from [Alice: Right. Okay.] You know, and the only way of doing that, obviously, was through a state of sexual exhaustion.</w:t>
      </w:r>
    </w:p>
    <w:p>
      <w:pPr>
        <w:spacing w:after="0"/>
      </w:pPr>
    </w:p>
    <w:p>
      <w:pPr>
        <w:spacing w:after="0"/>
      </w:pPr>
      <w:r>
        <w:rPr>
          <w:rFonts w:ascii="Arial" w:hAnsi="Arial"/>
          <w:b/>
          <w:sz w:val="22"/>
        </w:rPr>
        <w:t xml:space="preserve">Alice  </w:t>
      </w:r>
      <w:r>
        <w:rPr>
          <w:rFonts w:ascii="Arial" w:hAnsi="Arial"/>
          <w:color w:val="5D7284"/>
          <w:sz w:val="22"/>
        </w:rPr>
        <w:t>1:02:19</w:t>
      </w:r>
    </w:p>
    <w:p>
      <w:pPr>
        <w:spacing w:after="0"/>
      </w:pPr>
      <w:r>
        <w:rPr>
          <w:rFonts w:ascii="Arial" w:hAnsi="Arial"/>
          <w:sz w:val="22"/>
        </w:rPr>
        <w:t>So you do all of the earthly desires so that they're all finished and you can move on to something else? Right.</w:t>
      </w:r>
    </w:p>
    <w:p>
      <w:pPr>
        <w:spacing w:after="0"/>
      </w:pPr>
    </w:p>
    <w:p>
      <w:pPr>
        <w:spacing w:after="0"/>
      </w:pPr>
      <w:r>
        <w:rPr>
          <w:rFonts w:ascii="Arial" w:hAnsi="Arial"/>
          <w:b/>
          <w:sz w:val="22"/>
        </w:rPr>
        <w:t xml:space="preserve">Daisy  </w:t>
      </w:r>
      <w:r>
        <w:rPr>
          <w:rFonts w:ascii="Arial" w:hAnsi="Arial"/>
          <w:color w:val="5D7284"/>
          <w:sz w:val="22"/>
        </w:rPr>
        <w:t>1:02:28</w:t>
      </w:r>
    </w:p>
    <w:p>
      <w:pPr>
        <w:spacing w:after="0"/>
      </w:pPr>
      <w:r>
        <w:rPr>
          <w:rFonts w:ascii="Arial" w:hAnsi="Arial"/>
          <w:sz w:val="22"/>
        </w:rPr>
        <w:t>Yeah, it's kind of I am now too tired. So now I can do a pray.</w:t>
      </w:r>
    </w:p>
    <w:p>
      <w:pPr>
        <w:spacing w:after="0"/>
      </w:pPr>
    </w:p>
    <w:p>
      <w:pPr>
        <w:spacing w:after="0"/>
      </w:pPr>
      <w:r>
        <w:rPr>
          <w:rFonts w:ascii="Arial" w:hAnsi="Arial"/>
          <w:b/>
          <w:sz w:val="22"/>
        </w:rPr>
        <w:t xml:space="preserve">Lucy  </w:t>
      </w:r>
      <w:r>
        <w:rPr>
          <w:rFonts w:ascii="Arial" w:hAnsi="Arial"/>
          <w:color w:val="5D7284"/>
          <w:sz w:val="22"/>
        </w:rPr>
        <w:t>1:02:36</w:t>
      </w:r>
    </w:p>
    <w:p>
      <w:pPr>
        <w:spacing w:after="0"/>
      </w:pPr>
      <w:r>
        <w:rPr>
          <w:rFonts w:ascii="Arial" w:hAnsi="Arial"/>
          <w:sz w:val="22"/>
        </w:rPr>
        <w:t>And now I will pray.</w:t>
      </w:r>
    </w:p>
    <w:p>
      <w:pPr>
        <w:spacing w:after="0"/>
      </w:pPr>
    </w:p>
    <w:p>
      <w:pPr>
        <w:spacing w:after="0"/>
      </w:pPr>
      <w:r>
        <w:rPr>
          <w:rFonts w:ascii="Arial" w:hAnsi="Arial"/>
          <w:b/>
          <w:sz w:val="22"/>
        </w:rPr>
        <w:t xml:space="preserve">Alice  </w:t>
      </w:r>
      <w:r>
        <w:rPr>
          <w:rFonts w:ascii="Arial" w:hAnsi="Arial"/>
          <w:color w:val="5D7284"/>
          <w:sz w:val="22"/>
        </w:rPr>
        <w:t>1:02:37</w:t>
      </w:r>
    </w:p>
    <w:p>
      <w:pPr>
        <w:spacing w:after="0"/>
      </w:pPr>
      <w:r>
        <w:rPr>
          <w:rFonts w:ascii="Arial" w:hAnsi="Arial"/>
          <w:sz w:val="22"/>
        </w:rPr>
        <w:t>It's one approach, I suppose.</w:t>
      </w:r>
    </w:p>
    <w:p>
      <w:pPr>
        <w:spacing w:after="0"/>
      </w:pPr>
    </w:p>
    <w:p>
      <w:pPr>
        <w:spacing w:after="0"/>
      </w:pPr>
      <w:r>
        <w:rPr>
          <w:rFonts w:ascii="Arial" w:hAnsi="Arial"/>
          <w:b/>
          <w:sz w:val="22"/>
        </w:rPr>
        <w:t xml:space="preserve">Daisy  </w:t>
      </w:r>
      <w:r>
        <w:rPr>
          <w:rFonts w:ascii="Arial" w:hAnsi="Arial"/>
          <w:color w:val="5D7284"/>
          <w:sz w:val="22"/>
        </w:rPr>
        <w:t>1:02:40</w:t>
      </w:r>
    </w:p>
    <w:p>
      <w:pPr>
        <w:spacing w:after="0"/>
      </w:pPr>
      <w:r>
        <w:rPr>
          <w:rFonts w:ascii="Arial" w:hAnsi="Arial"/>
          <w:sz w:val="22"/>
        </w:rPr>
        <w:t>So yeah, there was a suggestion that he joined a particular religious sect that liked a lot of orgies. But more recently, people seem to think there's absolutely no reason to suggest that he was actually a member of it. And it was more just that that was happening nearby at the time.</w:t>
      </w:r>
    </w:p>
    <w:p>
      <w:pPr>
        <w:spacing w:after="0"/>
      </w:pPr>
    </w:p>
    <w:p>
      <w:pPr>
        <w:spacing w:after="0"/>
      </w:pPr>
      <w:r>
        <w:rPr>
          <w:rFonts w:ascii="Arial" w:hAnsi="Arial"/>
          <w:b/>
          <w:sz w:val="22"/>
        </w:rPr>
        <w:t xml:space="preserve">Alice  </w:t>
      </w:r>
      <w:r>
        <w:rPr>
          <w:rFonts w:ascii="Arial" w:hAnsi="Arial"/>
          <w:color w:val="5D7284"/>
          <w:sz w:val="22"/>
        </w:rPr>
        <w:t>1:02:58</w:t>
      </w:r>
    </w:p>
    <w:p>
      <w:pPr>
        <w:spacing w:after="0"/>
      </w:pPr>
      <w:r>
        <w:rPr>
          <w:rFonts w:ascii="Arial" w:hAnsi="Arial"/>
          <w:sz w:val="22"/>
        </w:rPr>
        <w:t>And just because of his future reputation, they were like, well, he must have been involved in that.</w:t>
      </w:r>
    </w:p>
    <w:p>
      <w:pPr>
        <w:spacing w:after="0"/>
      </w:pPr>
    </w:p>
    <w:p>
      <w:pPr>
        <w:spacing w:after="0"/>
      </w:pPr>
      <w:r>
        <w:rPr>
          <w:rFonts w:ascii="Arial" w:hAnsi="Arial"/>
          <w:b/>
          <w:sz w:val="22"/>
        </w:rPr>
        <w:t xml:space="preserve">Daisy  </w:t>
      </w:r>
      <w:r>
        <w:rPr>
          <w:rFonts w:ascii="Arial" w:hAnsi="Arial"/>
          <w:color w:val="5D7284"/>
          <w:sz w:val="22"/>
        </w:rPr>
        <w:t>1:03:04</w:t>
      </w:r>
    </w:p>
    <w:p>
      <w:pPr>
        <w:spacing w:after="0"/>
      </w:pPr>
      <w:r>
        <w:rPr>
          <w:rFonts w:ascii="Arial" w:hAnsi="Arial"/>
          <w:sz w:val="22"/>
        </w:rPr>
        <w:t>Yeah. Basically. Yeah. There was some sex happening in Siberia must have been Rasputin. *laughs*</w:t>
      </w:r>
    </w:p>
    <w:p>
      <w:pPr>
        <w:spacing w:after="0"/>
      </w:pPr>
    </w:p>
    <w:p>
      <w:pPr>
        <w:spacing w:after="0"/>
      </w:pPr>
      <w:r>
        <w:rPr>
          <w:rFonts w:ascii="Arial" w:hAnsi="Arial"/>
          <w:b/>
          <w:sz w:val="22"/>
        </w:rPr>
        <w:t xml:space="preserve">Lucy  </w:t>
      </w:r>
      <w:r>
        <w:rPr>
          <w:rFonts w:ascii="Arial" w:hAnsi="Arial"/>
          <w:color w:val="5D7284"/>
          <w:sz w:val="22"/>
        </w:rPr>
        <w:t>1:03:09</w:t>
      </w:r>
    </w:p>
    <w:p>
      <w:pPr>
        <w:spacing w:after="0"/>
      </w:pPr>
      <w:r>
        <w:rPr>
          <w:rFonts w:ascii="Arial" w:hAnsi="Arial"/>
          <w:sz w:val="22"/>
        </w:rPr>
        <w:t>Yeah, yeah.</w:t>
      </w:r>
    </w:p>
    <w:p>
      <w:pPr>
        <w:spacing w:after="0"/>
      </w:pPr>
    </w:p>
    <w:p>
      <w:pPr>
        <w:spacing w:after="0"/>
      </w:pPr>
      <w:r>
        <w:rPr>
          <w:rFonts w:ascii="Arial" w:hAnsi="Arial"/>
          <w:b/>
          <w:sz w:val="22"/>
        </w:rPr>
        <w:t xml:space="preserve">Daisy  </w:t>
      </w:r>
      <w:r>
        <w:rPr>
          <w:rFonts w:ascii="Arial" w:hAnsi="Arial"/>
          <w:color w:val="5D7284"/>
          <w:sz w:val="22"/>
        </w:rPr>
        <w:t>1:03:12</w:t>
      </w:r>
    </w:p>
    <w:p>
      <w:pPr>
        <w:spacing w:after="0"/>
      </w:pPr>
      <w:r>
        <w:rPr>
          <w:rFonts w:ascii="Arial" w:hAnsi="Arial"/>
          <w:sz w:val="22"/>
        </w:rPr>
        <w:t>So yeah, after rambling around countryside for a bit, he wound up in St. Petersburg. Gained a reputation as like a spiritual man and a healer primarily for, you know, helping people with their anxiety and mental health issues, and...</w:t>
      </w:r>
    </w:p>
    <w:p>
      <w:pPr>
        <w:spacing w:after="0"/>
      </w:pPr>
    </w:p>
    <w:p>
      <w:pPr>
        <w:spacing w:after="0"/>
      </w:pPr>
      <w:r>
        <w:rPr>
          <w:rFonts w:ascii="Arial" w:hAnsi="Arial"/>
          <w:b/>
          <w:sz w:val="22"/>
        </w:rPr>
        <w:t xml:space="preserve">Lucy  </w:t>
      </w:r>
      <w:r>
        <w:rPr>
          <w:rFonts w:ascii="Arial" w:hAnsi="Arial"/>
          <w:color w:val="5D7284"/>
          <w:sz w:val="22"/>
        </w:rPr>
        <w:t>1:03:32</w:t>
      </w:r>
    </w:p>
    <w:p>
      <w:pPr>
        <w:spacing w:after="0"/>
      </w:pPr>
      <w:r>
        <w:rPr>
          <w:rFonts w:ascii="Arial" w:hAnsi="Arial"/>
          <w:sz w:val="22"/>
        </w:rPr>
        <w:t xml:space="preserve">Did he have a set of magnets on him? </w:t>
      </w:r>
    </w:p>
    <w:p>
      <w:pPr>
        <w:spacing w:after="0"/>
      </w:pPr>
    </w:p>
    <w:p>
      <w:pPr>
        <w:spacing w:after="0"/>
      </w:pPr>
      <w:r>
        <w:rPr>
          <w:rFonts w:ascii="Arial" w:hAnsi="Arial"/>
          <w:b/>
          <w:sz w:val="22"/>
        </w:rPr>
        <w:t xml:space="preserve">Daisy  </w:t>
      </w:r>
      <w:r>
        <w:rPr>
          <w:rFonts w:ascii="Arial" w:hAnsi="Arial"/>
          <w:color w:val="5D7284"/>
          <w:sz w:val="22"/>
        </w:rPr>
        <w:t>1:03:34</w:t>
      </w:r>
    </w:p>
    <w:p>
      <w:pPr>
        <w:spacing w:after="0"/>
      </w:pPr>
      <w:r>
        <w:rPr>
          <w:rFonts w:ascii="Arial" w:hAnsi="Arial"/>
          <w:sz w:val="22"/>
        </w:rPr>
        <w:t>Not to my knowledge, but I mean, he probably had a bag. There might have been some magnets in it. I haven't had a look.</w:t>
      </w:r>
    </w:p>
    <w:p>
      <w:pPr>
        <w:spacing w:after="0"/>
      </w:pPr>
    </w:p>
    <w:p>
      <w:pPr>
        <w:spacing w:after="0"/>
      </w:pPr>
      <w:r>
        <w:rPr>
          <w:rFonts w:ascii="Arial" w:hAnsi="Arial"/>
          <w:b/>
          <w:sz w:val="22"/>
        </w:rPr>
        <w:t xml:space="preserve">Lucy  </w:t>
      </w:r>
      <w:r>
        <w:rPr>
          <w:rFonts w:ascii="Arial" w:hAnsi="Arial"/>
          <w:color w:val="5D7284"/>
          <w:sz w:val="22"/>
        </w:rPr>
        <w:t>1:03:41</w:t>
      </w:r>
    </w:p>
    <w:p>
      <w:pPr>
        <w:spacing w:after="0"/>
      </w:pPr>
      <w:r>
        <w:rPr>
          <w:rFonts w:ascii="Arial" w:hAnsi="Arial"/>
          <w:sz w:val="22"/>
        </w:rPr>
        <w:t>I'm just thinking sexual predators and magnets go together. So, you know...</w:t>
      </w:r>
    </w:p>
    <w:p>
      <w:pPr>
        <w:spacing w:after="0"/>
      </w:pPr>
    </w:p>
    <w:p>
      <w:pPr>
        <w:spacing w:after="0"/>
      </w:pPr>
      <w:r>
        <w:rPr>
          <w:rFonts w:ascii="Arial" w:hAnsi="Arial"/>
          <w:b/>
          <w:sz w:val="22"/>
        </w:rPr>
        <w:t xml:space="preserve">Alice  </w:t>
      </w:r>
      <w:r>
        <w:rPr>
          <w:rFonts w:ascii="Arial" w:hAnsi="Arial"/>
          <w:color w:val="5D7284"/>
          <w:sz w:val="22"/>
        </w:rPr>
        <w:t>1:03:46</w:t>
      </w:r>
    </w:p>
    <w:p>
      <w:pPr>
        <w:spacing w:after="0"/>
      </w:pPr>
      <w:r>
        <w:rPr>
          <w:rFonts w:ascii="Arial" w:hAnsi="Arial"/>
          <w:sz w:val="22"/>
        </w:rPr>
        <w:t>I don't think the two are mutually exclusive. I had some magnets on my fridge last time I checked - not a sexual predator.</w:t>
      </w:r>
    </w:p>
    <w:p>
      <w:pPr>
        <w:spacing w:after="0"/>
      </w:pPr>
    </w:p>
    <w:p>
      <w:pPr>
        <w:spacing w:after="0"/>
      </w:pPr>
      <w:r>
        <w:rPr>
          <w:rFonts w:ascii="Arial" w:hAnsi="Arial"/>
          <w:b/>
          <w:sz w:val="22"/>
        </w:rPr>
        <w:t xml:space="preserve">Lucy  </w:t>
      </w:r>
      <w:r>
        <w:rPr>
          <w:rFonts w:ascii="Arial" w:hAnsi="Arial"/>
          <w:color w:val="5D7284"/>
          <w:sz w:val="22"/>
        </w:rPr>
        <w:t>1:03:53</w:t>
      </w:r>
    </w:p>
    <w:p>
      <w:pPr>
        <w:spacing w:after="0"/>
      </w:pPr>
      <w:r>
        <w:rPr>
          <w:rFonts w:ascii="Arial" w:hAnsi="Arial"/>
          <w:sz w:val="22"/>
        </w:rPr>
        <w:t>Yeah, but you don't lie in a bath with them and go "Come here and just lie with me for a bit. I'll fix that."</w:t>
      </w:r>
    </w:p>
    <w:p>
      <w:pPr>
        <w:spacing w:after="0"/>
      </w:pPr>
    </w:p>
    <w:p>
      <w:pPr>
        <w:spacing w:after="0"/>
      </w:pPr>
      <w:r>
        <w:rPr>
          <w:rFonts w:ascii="Arial" w:hAnsi="Arial"/>
          <w:b/>
          <w:sz w:val="22"/>
        </w:rPr>
        <w:t xml:space="preserve">Daisy  </w:t>
      </w:r>
      <w:r>
        <w:rPr>
          <w:rFonts w:ascii="Arial" w:hAnsi="Arial"/>
          <w:color w:val="5D7284"/>
          <w:sz w:val="22"/>
        </w:rPr>
        <w:t>1:03:57</w:t>
      </w:r>
    </w:p>
    <w:p>
      <w:pPr>
        <w:spacing w:after="0"/>
      </w:pPr>
      <w:r>
        <w:rPr>
          <w:rFonts w:ascii="Arial" w:hAnsi="Arial"/>
          <w:sz w:val="22"/>
        </w:rPr>
        <w:t xml:space="preserve">In fairness, Rasputin hasn't done that yet either. *Lucy &amp; Alice laugh* I say yet, because I can't remember what's at the end of my notes. [Lucy: Okay.] There might just be like a handwritten bit that says "also". He became friends with a circle that invited him into the parts of society role of the rich, influential posh people were who were just fascinated by him. And he had, like, really interesting, new ideas. And he was popular because he was natively Russian, whereas many kind of similar people who had flown through the rich and privileged circles, you know, talking spiritually, in the years before had all been from, you know, other places. So, I mean, you know, a lot of them truly believed that he could be some kind of, you know, magical prophet. But others just thought he was quite interesting. </w:t>
      </w:r>
    </w:p>
    <w:p>
      <w:pPr>
        <w:spacing w:after="0"/>
      </w:pPr>
    </w:p>
    <w:p>
      <w:pPr>
        <w:spacing w:after="0"/>
      </w:pPr>
      <w:r>
        <w:rPr>
          <w:rFonts w:ascii="Arial" w:hAnsi="Arial"/>
          <w:b/>
          <w:sz w:val="22"/>
        </w:rPr>
        <w:t xml:space="preserve">Alice  </w:t>
      </w:r>
      <w:r>
        <w:rPr>
          <w:rFonts w:ascii="Arial" w:hAnsi="Arial"/>
          <w:color w:val="5D7284"/>
          <w:sz w:val="22"/>
        </w:rPr>
        <w:t>1:05:05</w:t>
      </w:r>
    </w:p>
    <w:p>
      <w:pPr>
        <w:spacing w:after="0"/>
      </w:pPr>
      <w:r>
        <w:rPr>
          <w:rFonts w:ascii="Arial" w:hAnsi="Arial"/>
          <w:sz w:val="22"/>
        </w:rPr>
        <w:t>I could do that.</w:t>
      </w:r>
    </w:p>
    <w:p>
      <w:pPr>
        <w:spacing w:after="0"/>
      </w:pPr>
    </w:p>
    <w:p>
      <w:pPr>
        <w:spacing w:after="0"/>
      </w:pPr>
      <w:r>
        <w:rPr>
          <w:rFonts w:ascii="Arial" w:hAnsi="Arial"/>
          <w:b/>
          <w:sz w:val="22"/>
        </w:rPr>
        <w:t xml:space="preserve">Daisy  </w:t>
      </w:r>
      <w:r>
        <w:rPr>
          <w:rFonts w:ascii="Arial" w:hAnsi="Arial"/>
          <w:color w:val="5D7284"/>
          <w:sz w:val="22"/>
        </w:rPr>
        <w:t>1:05:06</w:t>
      </w:r>
    </w:p>
    <w:p>
      <w:pPr>
        <w:spacing w:after="0"/>
      </w:pPr>
      <w:r>
        <w:rPr>
          <w:rFonts w:ascii="Arial" w:hAnsi="Arial"/>
          <w:sz w:val="22"/>
        </w:rPr>
        <w:t>Yeah. It seems that, you know, at least, the Tsar's wife believed that he was magic. [Lucy: Yes. Alice: Right.] I mean, we don't know for sure when he first became aware of Alexei's haemophilia. Or when he was first asked for his opinion about it. But we do know the first time he seemed to be asked to try and stop his bleeding and well, and it seems to work. He had like a bit of a fall and he was internally bleeding around his hip, probably the same injury that Alice was talking about earlier, but kind of like an exacerbation of it. And his doctors didn't think he would survive. And so with kind of very few other options, Rasputin was called for.</w:t>
      </w:r>
    </w:p>
    <w:p>
      <w:pPr>
        <w:spacing w:after="0"/>
      </w:pPr>
    </w:p>
    <w:p>
      <w:pPr>
        <w:spacing w:after="0"/>
      </w:pPr>
      <w:r>
        <w:rPr>
          <w:rFonts w:ascii="Arial" w:hAnsi="Arial"/>
          <w:b/>
          <w:sz w:val="22"/>
        </w:rPr>
        <w:t xml:space="preserve">Alice  </w:t>
      </w:r>
      <w:r>
        <w:rPr>
          <w:rFonts w:ascii="Arial" w:hAnsi="Arial"/>
          <w:color w:val="5D7284"/>
          <w:sz w:val="22"/>
        </w:rPr>
        <w:t>1:06:09</w:t>
      </w:r>
    </w:p>
    <w:p>
      <w:pPr>
        <w:spacing w:after="0"/>
      </w:pPr>
      <w:r>
        <w:rPr>
          <w:rFonts w:ascii="Arial" w:hAnsi="Arial"/>
          <w:sz w:val="22"/>
        </w:rPr>
        <w:t>Nothing else is working. Let's see if this guy's got any suggestions?</w:t>
      </w:r>
    </w:p>
    <w:p>
      <w:pPr>
        <w:spacing w:after="0"/>
      </w:pPr>
    </w:p>
    <w:p>
      <w:pPr>
        <w:spacing w:after="0"/>
      </w:pPr>
      <w:r>
        <w:rPr>
          <w:rFonts w:ascii="Arial" w:hAnsi="Arial"/>
          <w:b/>
          <w:sz w:val="22"/>
        </w:rPr>
        <w:t xml:space="preserve">Lucy  </w:t>
      </w:r>
      <w:r>
        <w:rPr>
          <w:rFonts w:ascii="Arial" w:hAnsi="Arial"/>
          <w:color w:val="5D7284"/>
          <w:sz w:val="22"/>
        </w:rPr>
        <w:t>1:06:13</w:t>
      </w:r>
    </w:p>
    <w:p>
      <w:pPr>
        <w:spacing w:after="0"/>
      </w:pPr>
      <w:r>
        <w:rPr>
          <w:rFonts w:ascii="Arial" w:hAnsi="Arial"/>
          <w:sz w:val="22"/>
        </w:rPr>
        <w:t>Call the magic man.</w:t>
      </w:r>
    </w:p>
    <w:p>
      <w:pPr>
        <w:spacing w:after="0"/>
      </w:pPr>
    </w:p>
    <w:p>
      <w:pPr>
        <w:spacing w:after="0"/>
      </w:pPr>
      <w:r>
        <w:rPr>
          <w:rFonts w:ascii="Arial" w:hAnsi="Arial"/>
          <w:b/>
          <w:sz w:val="22"/>
        </w:rPr>
        <w:t xml:space="preserve">Daisy  </w:t>
      </w:r>
      <w:r>
        <w:rPr>
          <w:rFonts w:ascii="Arial" w:hAnsi="Arial"/>
          <w:color w:val="5D7284"/>
          <w:sz w:val="22"/>
        </w:rPr>
        <w:t>1:06:15</w:t>
      </w:r>
    </w:p>
    <w:p>
      <w:pPr>
        <w:spacing w:after="0"/>
      </w:pPr>
      <w:r>
        <w:rPr>
          <w:rFonts w:ascii="Arial" w:hAnsi="Arial"/>
          <w:sz w:val="22"/>
        </w:rPr>
        <w:t>Yeah. So he advised that no one be allowed to see him. That the boys will be left alone. There is somewhat of a debate about whether Rasputin might have actually been away at this time. And so this was done via, you know, other communication methods. [Lucy: Telegram or something.] Yeah, or whether he was actually around and came to visit him. Obviously, there's a chance that this is all getting a bit confused, because, you know, on later occasions, he absolutely did come and see Alexei, so... He advised that he'd be left alone and, on some occasions, definitely, he went in and spoke to the boy and the bleeding slowed down significantly.</w:t>
      </w:r>
    </w:p>
    <w:p>
      <w:pPr>
        <w:spacing w:after="0"/>
      </w:pPr>
    </w:p>
    <w:p>
      <w:pPr>
        <w:spacing w:after="0"/>
      </w:pPr>
      <w:r>
        <w:rPr>
          <w:rFonts w:ascii="Arial" w:hAnsi="Arial"/>
          <w:b/>
          <w:sz w:val="22"/>
        </w:rPr>
        <w:t xml:space="preserve">Lucy  </w:t>
      </w:r>
      <w:r>
        <w:rPr>
          <w:rFonts w:ascii="Arial" w:hAnsi="Arial"/>
          <w:color w:val="5D7284"/>
          <w:sz w:val="22"/>
        </w:rPr>
        <w:t>1:07:08</w:t>
      </w:r>
    </w:p>
    <w:p>
      <w:pPr>
        <w:spacing w:after="0"/>
      </w:pPr>
      <w:r>
        <w:rPr>
          <w:rFonts w:ascii="Arial" w:hAnsi="Arial"/>
          <w:sz w:val="22"/>
        </w:rPr>
        <w:t>What? Because he was talking to him?</w:t>
      </w:r>
    </w:p>
    <w:p>
      <w:pPr>
        <w:spacing w:after="0"/>
      </w:pPr>
    </w:p>
    <w:p>
      <w:pPr>
        <w:spacing w:after="0"/>
      </w:pPr>
      <w:r>
        <w:rPr>
          <w:rFonts w:ascii="Arial" w:hAnsi="Arial"/>
          <w:b/>
          <w:sz w:val="22"/>
        </w:rPr>
        <w:t xml:space="preserve">Daisy  </w:t>
      </w:r>
      <w:r>
        <w:rPr>
          <w:rFonts w:ascii="Arial" w:hAnsi="Arial"/>
          <w:color w:val="5D7284"/>
          <w:sz w:val="22"/>
        </w:rPr>
        <w:t>1:07:12</w:t>
      </w:r>
    </w:p>
    <w:p>
      <w:pPr>
        <w:spacing w:after="0"/>
      </w:pPr>
      <w:r>
        <w:rPr>
          <w:rFonts w:ascii="Arial" w:hAnsi="Arial"/>
          <w:sz w:val="22"/>
        </w:rPr>
        <w:t xml:space="preserve">So there's two sort of different suggestions. Some people suggest that because it'd been advised for nobody to go and see him, it meant that the doctors were therefore unable to go and give him a dose of aspirin. </w:t>
      </w:r>
    </w:p>
    <w:p>
      <w:pPr>
        <w:spacing w:after="0"/>
      </w:pPr>
    </w:p>
    <w:p>
      <w:pPr>
        <w:spacing w:after="0"/>
      </w:pPr>
      <w:r>
        <w:rPr>
          <w:rFonts w:ascii="Arial" w:hAnsi="Arial"/>
          <w:b/>
          <w:sz w:val="22"/>
        </w:rPr>
        <w:t xml:space="preserve">Alice  </w:t>
      </w:r>
      <w:r>
        <w:rPr>
          <w:rFonts w:ascii="Arial" w:hAnsi="Arial"/>
          <w:color w:val="5D7284"/>
          <w:sz w:val="22"/>
        </w:rPr>
        <w:t>1:07:28</w:t>
      </w:r>
    </w:p>
    <w:p>
      <w:pPr>
        <w:spacing w:after="0"/>
      </w:pPr>
      <w:r>
        <w:rPr>
          <w:rFonts w:ascii="Arial" w:hAnsi="Arial"/>
          <w:sz w:val="22"/>
        </w:rPr>
        <w:t>Yeah, that's what I was gonna say.</w:t>
      </w:r>
    </w:p>
    <w:p>
      <w:pPr>
        <w:spacing w:after="0"/>
      </w:pPr>
    </w:p>
    <w:p>
      <w:pPr>
        <w:spacing w:after="0"/>
      </w:pPr>
      <w:r>
        <w:rPr>
          <w:rFonts w:ascii="Arial" w:hAnsi="Arial"/>
          <w:b/>
          <w:sz w:val="22"/>
        </w:rPr>
        <w:t xml:space="preserve">Lucy  </w:t>
      </w:r>
      <w:r>
        <w:rPr>
          <w:rFonts w:ascii="Arial" w:hAnsi="Arial"/>
          <w:color w:val="5D7284"/>
          <w:sz w:val="22"/>
        </w:rPr>
        <w:t>1:07:32</w:t>
      </w:r>
    </w:p>
    <w:p>
      <w:pPr>
        <w:spacing w:after="0"/>
      </w:pPr>
      <w:r>
        <w:rPr>
          <w:rFonts w:ascii="Arial" w:hAnsi="Arial"/>
          <w:sz w:val="22"/>
        </w:rPr>
        <w:t>Would improve things anyway?</w:t>
      </w:r>
    </w:p>
    <w:p>
      <w:pPr>
        <w:spacing w:after="0"/>
      </w:pPr>
    </w:p>
    <w:p>
      <w:pPr>
        <w:spacing w:after="0"/>
      </w:pPr>
      <w:r>
        <w:rPr>
          <w:rFonts w:ascii="Arial" w:hAnsi="Arial"/>
          <w:b/>
          <w:sz w:val="22"/>
        </w:rPr>
        <w:t xml:space="preserve">Daisy  </w:t>
      </w:r>
      <w:r>
        <w:rPr>
          <w:rFonts w:ascii="Arial" w:hAnsi="Arial"/>
          <w:color w:val="5D7284"/>
          <w:sz w:val="22"/>
        </w:rPr>
        <w:t>1:07:34</w:t>
      </w:r>
    </w:p>
    <w:p>
      <w:pPr>
        <w:spacing w:after="0"/>
      </w:pPr>
      <w:r>
        <w:rPr>
          <w:rFonts w:ascii="Arial" w:hAnsi="Arial"/>
          <w:sz w:val="22"/>
        </w:rPr>
        <w:t>Which, well, it would have been given to him for his pain, because at the time, they were unaware that it was a, you know, anti-clotting thing. You know, whether that's realistic or not, is tricky, because, I mean, the bleeding of haemophilia being sort of cured, as it were, by not giving someone aspirin is kind of... You know, haemophilia is much more of a, much more of a thing than the aspirin has the power for. But yeah, like, undoubtedly would have helped. But some say that, you know, Rasputin was well versed in techniques that would be similar to hypnosis. So these are techniques that that would have been much more common, you know, in the remote parts of Siberia, where there was kind of more influences of spiritualism and things like that. And, you know, more recent research has shown that hypnosis and physically calming down people can reduce bleeding. It does seem reasonable that a combination of those things would genuinely help. If nothing else from you're calming the boy down so that, you know, his blood pressure drops and all of that kind of stuff.</w:t>
      </w:r>
    </w:p>
    <w:p>
      <w:pPr>
        <w:spacing w:after="0"/>
      </w:pPr>
    </w:p>
    <w:p>
      <w:pPr>
        <w:spacing w:after="0"/>
      </w:pPr>
      <w:r>
        <w:rPr>
          <w:rFonts w:ascii="Arial" w:hAnsi="Arial"/>
          <w:b/>
          <w:sz w:val="22"/>
        </w:rPr>
        <w:t xml:space="preserve">Lucy  </w:t>
      </w:r>
      <w:r>
        <w:rPr>
          <w:rFonts w:ascii="Arial" w:hAnsi="Arial"/>
          <w:color w:val="5D7284"/>
          <w:sz w:val="22"/>
        </w:rPr>
        <w:t>1:08:49</w:t>
      </w:r>
    </w:p>
    <w:p>
      <w:pPr>
        <w:spacing w:after="0"/>
      </w:pPr>
      <w:r>
        <w:rPr>
          <w:rFonts w:ascii="Arial" w:hAnsi="Arial"/>
          <w:sz w:val="22"/>
        </w:rPr>
        <w:t>And if he's not in pain or worked up or distressed about anything, you gonna feel a lot calmer, aren't you? [Daisy: Yeah, yeah, yeah.]</w:t>
      </w:r>
    </w:p>
    <w:p>
      <w:pPr>
        <w:spacing w:after="0"/>
      </w:pPr>
    </w:p>
    <w:p>
      <w:pPr>
        <w:spacing w:after="0"/>
      </w:pPr>
      <w:r>
        <w:rPr>
          <w:rFonts w:ascii="Arial" w:hAnsi="Arial"/>
          <w:b/>
          <w:sz w:val="22"/>
        </w:rPr>
        <w:t xml:space="preserve">Alice  </w:t>
      </w:r>
      <w:r>
        <w:rPr>
          <w:rFonts w:ascii="Arial" w:hAnsi="Arial"/>
          <w:color w:val="5D7284"/>
          <w:sz w:val="22"/>
        </w:rPr>
        <w:t>1:08:56</w:t>
      </w:r>
    </w:p>
    <w:p>
      <w:pPr>
        <w:spacing w:after="0"/>
      </w:pPr>
      <w:r>
        <w:rPr>
          <w:rFonts w:ascii="Arial" w:hAnsi="Arial"/>
          <w:sz w:val="22"/>
        </w:rPr>
        <w:t>And he's really little at this point as well. If it's the same injury, he's like, seven.</w:t>
      </w:r>
    </w:p>
    <w:p>
      <w:pPr>
        <w:spacing w:after="0"/>
      </w:pPr>
    </w:p>
    <w:p>
      <w:pPr>
        <w:spacing w:after="0"/>
      </w:pPr>
      <w:r>
        <w:rPr>
          <w:rFonts w:ascii="Arial" w:hAnsi="Arial"/>
          <w:b/>
          <w:sz w:val="22"/>
        </w:rPr>
        <w:t xml:space="preserve">Daisy  </w:t>
      </w:r>
      <w:r>
        <w:rPr>
          <w:rFonts w:ascii="Arial" w:hAnsi="Arial"/>
          <w:color w:val="5D7284"/>
          <w:sz w:val="22"/>
        </w:rPr>
        <w:t>1:09:01</w:t>
      </w:r>
    </w:p>
    <w:p>
      <w:pPr>
        <w:spacing w:after="0"/>
      </w:pPr>
      <w:r>
        <w:rPr>
          <w:rFonts w:ascii="Arial" w:hAnsi="Arial"/>
          <w:sz w:val="22"/>
        </w:rPr>
        <w:t>Yeah, so you know, heart rate slows down, pumping less blood through so less of it comes out, you know. So yeah, so this kind of solidified in Alexandra's mind that Rasputin was the only one who could save her son. And so pretty quickly he became part of the royal court. But, you know, his reputation made him not a hugely popular figure amongst the public. For a while the the papers were banned from reporting on his promiscuity and, as the public saw it, immoral behavior. But that, you know, didn't particularly last. How much of that reporting is down to, you know, actual Rasputin and people not liking it and how much of it was because of the general feeling of frustration with the monarchy, the Tsar, the Emperor and that, sort of, method of rule is hard to say.</w:t>
      </w:r>
    </w:p>
    <w:p>
      <w:pPr>
        <w:spacing w:after="0"/>
      </w:pPr>
    </w:p>
    <w:p>
      <w:pPr>
        <w:spacing w:after="0"/>
      </w:pPr>
      <w:r>
        <w:rPr>
          <w:rFonts w:ascii="Arial" w:hAnsi="Arial"/>
          <w:b/>
          <w:sz w:val="22"/>
        </w:rPr>
        <w:t xml:space="preserve">Alice  </w:t>
      </w:r>
      <w:r>
        <w:rPr>
          <w:rFonts w:ascii="Arial" w:hAnsi="Arial"/>
          <w:color w:val="5D7284"/>
          <w:sz w:val="22"/>
        </w:rPr>
        <w:t>1:10:10</w:t>
      </w:r>
    </w:p>
    <w:p>
      <w:pPr>
        <w:spacing w:after="0"/>
      </w:pPr>
      <w:r>
        <w:rPr>
          <w:rFonts w:ascii="Arial" w:hAnsi="Arial"/>
          <w:sz w:val="22"/>
        </w:rPr>
        <w:t>I suppose if there was no actual confirmation coming from the palace that, actually, Alexei is not well that the people are probably like "what the fuck is this fella doing?"</w:t>
      </w:r>
    </w:p>
    <w:p>
      <w:pPr>
        <w:spacing w:after="0"/>
      </w:pPr>
    </w:p>
    <w:p>
      <w:pPr>
        <w:spacing w:after="0"/>
      </w:pPr>
      <w:r>
        <w:rPr>
          <w:rFonts w:ascii="Arial" w:hAnsi="Arial"/>
          <w:b/>
          <w:sz w:val="22"/>
        </w:rPr>
        <w:t xml:space="preserve">Lucy  </w:t>
      </w:r>
      <w:r>
        <w:rPr>
          <w:rFonts w:ascii="Arial" w:hAnsi="Arial"/>
          <w:color w:val="5D7284"/>
          <w:sz w:val="22"/>
        </w:rPr>
        <w:t>1:10:25</w:t>
      </w:r>
    </w:p>
    <w:p>
      <w:pPr>
        <w:spacing w:after="0"/>
      </w:pPr>
      <w:r>
        <w:rPr>
          <w:rFonts w:ascii="Arial" w:hAnsi="Arial"/>
          <w:sz w:val="22"/>
        </w:rPr>
        <w:t>Why is this weird, magic monk...? [Alice: Yeah.] Like, what's he doing hanging around the palace? [Alice: Yeah] You will pose more questions than it answered, wouldn't it, really?</w:t>
      </w:r>
    </w:p>
    <w:p>
      <w:pPr>
        <w:spacing w:after="0"/>
      </w:pPr>
    </w:p>
    <w:p>
      <w:pPr>
        <w:spacing w:after="0"/>
      </w:pPr>
      <w:r>
        <w:rPr>
          <w:rFonts w:ascii="Arial" w:hAnsi="Arial"/>
          <w:b/>
          <w:sz w:val="22"/>
        </w:rPr>
        <w:t xml:space="preserve">Daisy  </w:t>
      </w:r>
      <w:r>
        <w:rPr>
          <w:rFonts w:ascii="Arial" w:hAnsi="Arial"/>
          <w:color w:val="5D7284"/>
          <w:sz w:val="22"/>
        </w:rPr>
        <w:t>1:10:37</w:t>
      </w:r>
    </w:p>
    <w:p>
      <w:pPr>
        <w:spacing w:after="0"/>
      </w:pPr>
      <w:r>
        <w:rPr>
          <w:rFonts w:ascii="Arial" w:hAnsi="Arial"/>
          <w:sz w:val="22"/>
        </w:rPr>
        <w:t>Yeah, so there was something that people found quite unsettling about the royal family's religious adviser constantly being found in brothels and bars.</w:t>
      </w:r>
    </w:p>
    <w:p>
      <w:pPr>
        <w:spacing w:after="0"/>
      </w:pPr>
    </w:p>
    <w:p>
      <w:pPr>
        <w:spacing w:after="0"/>
      </w:pPr>
      <w:r>
        <w:rPr>
          <w:rFonts w:ascii="Arial" w:hAnsi="Arial"/>
          <w:b/>
          <w:sz w:val="22"/>
        </w:rPr>
        <w:t xml:space="preserve">Lucy  </w:t>
      </w:r>
      <w:r>
        <w:rPr>
          <w:rFonts w:ascii="Arial" w:hAnsi="Arial"/>
          <w:color w:val="5D7284"/>
          <w:sz w:val="22"/>
        </w:rPr>
        <w:t>1:10:47</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1:10:49</w:t>
      </w:r>
    </w:p>
    <w:p>
      <w:pPr>
        <w:spacing w:after="0"/>
      </w:pPr>
      <w:r>
        <w:rPr>
          <w:rFonts w:ascii="Arial" w:hAnsi="Arial"/>
          <w:sz w:val="22"/>
        </w:rPr>
        <w:t xml:space="preserve">I can see that. </w:t>
      </w:r>
    </w:p>
    <w:p>
      <w:pPr>
        <w:spacing w:after="0"/>
      </w:pPr>
    </w:p>
    <w:p>
      <w:pPr>
        <w:spacing w:after="0"/>
      </w:pPr>
      <w:r>
        <w:rPr>
          <w:rFonts w:ascii="Arial" w:hAnsi="Arial"/>
          <w:b/>
          <w:sz w:val="22"/>
        </w:rPr>
        <w:t xml:space="preserve">Lucy  </w:t>
      </w:r>
      <w:r>
        <w:rPr>
          <w:rFonts w:ascii="Arial" w:hAnsi="Arial"/>
          <w:color w:val="5D7284"/>
          <w:sz w:val="22"/>
        </w:rPr>
        <w:t>1:10:50</w:t>
      </w:r>
    </w:p>
    <w:p>
      <w:pPr>
        <w:spacing w:after="0"/>
      </w:pPr>
      <w:r>
        <w:rPr>
          <w:rFonts w:ascii="Arial" w:hAnsi="Arial"/>
          <w:sz w:val="22"/>
        </w:rPr>
        <w:t>Yeah, not quite protocol.</w:t>
      </w:r>
    </w:p>
    <w:p>
      <w:pPr>
        <w:spacing w:after="0"/>
      </w:pPr>
    </w:p>
    <w:p>
      <w:pPr>
        <w:spacing w:after="0"/>
      </w:pPr>
      <w:r>
        <w:rPr>
          <w:rFonts w:ascii="Arial" w:hAnsi="Arial"/>
          <w:b/>
          <w:sz w:val="22"/>
        </w:rPr>
        <w:t xml:space="preserve">Alice  </w:t>
      </w:r>
      <w:r>
        <w:rPr>
          <w:rFonts w:ascii="Arial" w:hAnsi="Arial"/>
          <w:color w:val="5D7284"/>
          <w:sz w:val="22"/>
        </w:rPr>
        <w:t>1:10:56</w:t>
      </w:r>
    </w:p>
    <w:p>
      <w:pPr>
        <w:spacing w:after="0"/>
      </w:pPr>
      <w:r>
        <w:rPr>
          <w:rFonts w:ascii="Arial" w:hAnsi="Arial"/>
          <w:sz w:val="22"/>
        </w:rPr>
        <w:t>The Archbishop of Canterbury, just like down King's Cross...</w:t>
      </w:r>
    </w:p>
    <w:p>
      <w:pPr>
        <w:spacing w:after="0"/>
      </w:pPr>
    </w:p>
    <w:p>
      <w:pPr>
        <w:spacing w:after="0"/>
      </w:pPr>
      <w:r>
        <w:rPr>
          <w:rFonts w:ascii="Arial" w:hAnsi="Arial"/>
          <w:b/>
          <w:sz w:val="22"/>
        </w:rPr>
        <w:t xml:space="preserve">Daisy  </w:t>
      </w:r>
      <w:r>
        <w:rPr>
          <w:rFonts w:ascii="Arial" w:hAnsi="Arial"/>
          <w:color w:val="5D7284"/>
          <w:sz w:val="22"/>
        </w:rPr>
        <w:t>1:11:04</w:t>
      </w:r>
    </w:p>
    <w:p>
      <w:pPr>
        <w:spacing w:after="0"/>
      </w:pPr>
      <w:r>
        <w:rPr>
          <w:rFonts w:ascii="Arial" w:hAnsi="Arial"/>
          <w:sz w:val="22"/>
        </w:rPr>
        <w:t>They reported that, you know, he'd had an affair with the Tsarina. I mean, you know, is that realistic? Probably not. It seems that she genuinely loved her husband.</w:t>
      </w:r>
    </w:p>
    <w:p>
      <w:pPr>
        <w:spacing w:after="0"/>
      </w:pPr>
    </w:p>
    <w:p>
      <w:pPr>
        <w:spacing w:after="0"/>
      </w:pPr>
      <w:r>
        <w:rPr>
          <w:rFonts w:ascii="Arial" w:hAnsi="Arial"/>
          <w:b/>
          <w:sz w:val="22"/>
        </w:rPr>
        <w:t xml:space="preserve">Lucy  </w:t>
      </w:r>
      <w:r>
        <w:rPr>
          <w:rFonts w:ascii="Arial" w:hAnsi="Arial"/>
          <w:color w:val="5D7284"/>
          <w:sz w:val="22"/>
        </w:rPr>
        <w:t>1:11:26</w:t>
      </w:r>
    </w:p>
    <w:p>
      <w:pPr>
        <w:spacing w:after="0"/>
      </w:pPr>
      <w:r>
        <w:rPr>
          <w:rFonts w:ascii="Arial" w:hAnsi="Arial"/>
          <w:sz w:val="22"/>
        </w:rPr>
        <w:t>It just seems like if there was a story to be made up about Rasputin, people will make it up. It doesn't really matter.</w:t>
      </w:r>
    </w:p>
    <w:p>
      <w:pPr>
        <w:spacing w:after="0"/>
      </w:pPr>
    </w:p>
    <w:p>
      <w:pPr>
        <w:spacing w:after="0"/>
      </w:pPr>
      <w:r>
        <w:rPr>
          <w:rFonts w:ascii="Arial" w:hAnsi="Arial"/>
          <w:b/>
          <w:sz w:val="22"/>
        </w:rPr>
        <w:t xml:space="preserve">Alice  </w:t>
      </w:r>
      <w:r>
        <w:rPr>
          <w:rFonts w:ascii="Arial" w:hAnsi="Arial"/>
          <w:color w:val="5D7284"/>
          <w:sz w:val="22"/>
        </w:rPr>
        <w:t>1:11:34</w:t>
      </w:r>
    </w:p>
    <w:p>
      <w:pPr>
        <w:spacing w:after="0"/>
      </w:pPr>
      <w:r>
        <w:rPr>
          <w:rFonts w:ascii="Arial" w:hAnsi="Arial"/>
          <w:sz w:val="22"/>
        </w:rPr>
        <w:t>I think he was quite charismatic? wasn't he? [Lucy: Yes. Yes.] And so I think that that idea that he was charming his way... And especially if it was just Alexandra, like, mostly Alexandra, who was like "This guy". I can,  not understand, but you see the logic for people being like, well, they must be fucking.</w:t>
      </w:r>
    </w:p>
    <w:p>
      <w:pPr>
        <w:spacing w:after="0"/>
      </w:pPr>
    </w:p>
    <w:p>
      <w:pPr>
        <w:spacing w:after="0"/>
      </w:pPr>
      <w:r>
        <w:rPr>
          <w:rFonts w:ascii="Arial" w:hAnsi="Arial"/>
          <w:b/>
          <w:sz w:val="22"/>
        </w:rPr>
        <w:t xml:space="preserve">Daisy  </w:t>
      </w:r>
      <w:r>
        <w:rPr>
          <w:rFonts w:ascii="Arial" w:hAnsi="Arial"/>
          <w:color w:val="5D7284"/>
          <w:sz w:val="22"/>
        </w:rPr>
        <w:t>1:11:57</w:t>
      </w:r>
    </w:p>
    <w:p>
      <w:pPr>
        <w:spacing w:after="0"/>
      </w:pPr>
      <w:r>
        <w:rPr>
          <w:rFonts w:ascii="Arial" w:hAnsi="Arial"/>
          <w:sz w:val="22"/>
        </w:rPr>
        <w:t>Yeah. So there were also reports that he'd, you know, raped a member of the royal staff and been inappropriate with some of the children, but there's no evidence for that, other than hearsay and the reports of, you know, the kind of media and the people who were already disapproving of the Tsar and the Empress and stuff as well. So, you know, with the rape of the members of the royal staff, obviously, that's, you know, relatively likely, as it were. But certainly, everything I've read about the the accusation of being inappropriate with the children was kind of, you know, there was one person who had said, it was a bit weird that he would go and speak to the children while they were in their bedrooms, and everyone else went, No, they love this guy. He's part of the family.</w:t>
      </w:r>
    </w:p>
    <w:p>
      <w:pPr>
        <w:spacing w:after="0"/>
      </w:pPr>
    </w:p>
    <w:p>
      <w:pPr>
        <w:spacing w:after="0"/>
      </w:pPr>
      <w:r>
        <w:rPr>
          <w:rFonts w:ascii="Arial" w:hAnsi="Arial"/>
          <w:b/>
          <w:sz w:val="22"/>
        </w:rPr>
        <w:t xml:space="preserve">Alice  </w:t>
      </w:r>
      <w:r>
        <w:rPr>
          <w:rFonts w:ascii="Arial" w:hAnsi="Arial"/>
          <w:color w:val="5D7284"/>
          <w:sz w:val="22"/>
        </w:rPr>
        <w:t>1:13:05</w:t>
      </w:r>
    </w:p>
    <w:p>
      <w:pPr>
        <w:spacing w:after="0"/>
      </w:pPr>
      <w:r>
        <w:rPr>
          <w:rFonts w:ascii="Arial" w:hAnsi="Arial"/>
          <w:sz w:val="22"/>
        </w:rPr>
        <w:t xml:space="preserve">Yeah, he, in the book I read, there's a couple of letters from Rasputin to Alexei and they're just like, you know, you're going to be fine. I believe in you, God believes in you, God will keep you safe. Like, it's all very... </w:t>
      </w:r>
    </w:p>
    <w:p>
      <w:pPr>
        <w:spacing w:after="0"/>
      </w:pPr>
    </w:p>
    <w:p>
      <w:pPr>
        <w:spacing w:after="0"/>
      </w:pPr>
      <w:r>
        <w:rPr>
          <w:rFonts w:ascii="Arial" w:hAnsi="Arial"/>
          <w:b/>
          <w:sz w:val="22"/>
        </w:rPr>
        <w:t xml:space="preserve">Lucy  </w:t>
      </w:r>
      <w:r>
        <w:rPr>
          <w:rFonts w:ascii="Arial" w:hAnsi="Arial"/>
          <w:color w:val="5D7284"/>
          <w:sz w:val="22"/>
        </w:rPr>
        <w:t>1:13:25</w:t>
      </w:r>
    </w:p>
    <w:p>
      <w:pPr>
        <w:spacing w:after="0"/>
      </w:pPr>
      <w:r>
        <w:rPr>
          <w:rFonts w:ascii="Arial" w:hAnsi="Arial"/>
          <w:sz w:val="22"/>
        </w:rPr>
        <w:t xml:space="preserve">Positive mental attitude. </w:t>
      </w:r>
    </w:p>
    <w:p>
      <w:pPr>
        <w:spacing w:after="0"/>
      </w:pPr>
    </w:p>
    <w:p>
      <w:pPr>
        <w:spacing w:after="0"/>
      </w:pPr>
      <w:r>
        <w:rPr>
          <w:rFonts w:ascii="Arial" w:hAnsi="Arial"/>
          <w:b/>
          <w:sz w:val="22"/>
        </w:rPr>
        <w:t xml:space="preserve">Alice  </w:t>
      </w:r>
      <w:r>
        <w:rPr>
          <w:rFonts w:ascii="Arial" w:hAnsi="Arial"/>
          <w:color w:val="5D7284"/>
          <w:sz w:val="22"/>
        </w:rPr>
        <w:t>1:13:27</w:t>
      </w:r>
    </w:p>
    <w:p>
      <w:pPr>
        <w:spacing w:after="0"/>
      </w:pPr>
      <w:r>
        <w:rPr>
          <w:rFonts w:ascii="Arial" w:hAnsi="Arial"/>
          <w:sz w:val="22"/>
        </w:rPr>
        <w:t>There's almost nothing weird about it. They're almost dull. Whereas just, it's very, like, you know, the way that I imagined lots of people sort of were a bit fawning on royalty in those days, but with a very hard religious edge to it. [Lucy: Yeah.] You sort of feel like, you know, if there was something concerning going on that it would be... that's not the sort of letters he'd be writing.</w:t>
      </w:r>
    </w:p>
    <w:p>
      <w:pPr>
        <w:spacing w:after="0"/>
      </w:pPr>
    </w:p>
    <w:p>
      <w:pPr>
        <w:spacing w:after="0"/>
      </w:pPr>
      <w:r>
        <w:rPr>
          <w:rFonts w:ascii="Arial" w:hAnsi="Arial"/>
          <w:b/>
          <w:sz w:val="22"/>
        </w:rPr>
        <w:t xml:space="preserve">Lucy  </w:t>
      </w:r>
      <w:r>
        <w:rPr>
          <w:rFonts w:ascii="Arial" w:hAnsi="Arial"/>
          <w:color w:val="5D7284"/>
          <w:sz w:val="22"/>
        </w:rPr>
        <w:t>1:13:57</w:t>
      </w:r>
    </w:p>
    <w:p>
      <w:pPr>
        <w:spacing w:after="0"/>
      </w:pPr>
      <w:r>
        <w:rPr>
          <w:rFonts w:ascii="Arial" w:hAnsi="Arial"/>
          <w:sz w:val="22"/>
        </w:rPr>
        <w:t>No, you would think that there would be an undercurrent of something a bit more sinister wouldn't you, really?</w:t>
      </w:r>
    </w:p>
    <w:p>
      <w:pPr>
        <w:spacing w:after="0"/>
      </w:pPr>
    </w:p>
    <w:p>
      <w:pPr>
        <w:spacing w:after="0"/>
      </w:pPr>
      <w:r>
        <w:rPr>
          <w:rFonts w:ascii="Arial" w:hAnsi="Arial"/>
          <w:b/>
          <w:sz w:val="22"/>
        </w:rPr>
        <w:t xml:space="preserve">Alice  </w:t>
      </w:r>
      <w:r>
        <w:rPr>
          <w:rFonts w:ascii="Arial" w:hAnsi="Arial"/>
          <w:color w:val="5D7284"/>
          <w:sz w:val="22"/>
        </w:rPr>
        <w:t>1:14:04</w:t>
      </w:r>
    </w:p>
    <w:p>
      <w:pPr>
        <w:spacing w:after="0"/>
      </w:pPr>
      <w:r>
        <w:rPr>
          <w:rFonts w:ascii="Arial" w:hAnsi="Arial"/>
          <w:sz w:val="22"/>
        </w:rPr>
        <w:t>I mean, I do. I did have to take the... you know, the book I read is letters and writings and stuff from the Romanov family, but they all came from the, you know, Russian archives, and I do feel like it is a little bit important to take the stuff you get from those archives, and, you know, even historical sources coming out of Russia from that time period with a bit of a pinch of salt because the Soviets did a lot of, a lot of lying and a lot of covering stuff up. And things have... you know, things are not going great for Russia at the moment. And I think that there's a lot of propagandizing still going on and so, you know, maybe they're not going to release all of the, you know, legitimate information and stuff.</w:t>
      </w:r>
    </w:p>
    <w:p>
      <w:pPr>
        <w:spacing w:after="0"/>
      </w:pPr>
    </w:p>
    <w:p>
      <w:pPr>
        <w:spacing w:after="0"/>
      </w:pPr>
      <w:r>
        <w:rPr>
          <w:rFonts w:ascii="Arial" w:hAnsi="Arial"/>
          <w:b/>
          <w:sz w:val="22"/>
        </w:rPr>
        <w:t xml:space="preserve">Daisy  </w:t>
      </w:r>
      <w:r>
        <w:rPr>
          <w:rFonts w:ascii="Arial" w:hAnsi="Arial"/>
          <w:color w:val="5D7284"/>
          <w:sz w:val="22"/>
        </w:rPr>
        <w:t>1:15:09</w:t>
      </w:r>
    </w:p>
    <w:p>
      <w:pPr>
        <w:spacing w:after="0"/>
      </w:pPr>
      <w:r>
        <w:rPr>
          <w:rFonts w:ascii="Arial" w:hAnsi="Arial"/>
          <w:sz w:val="22"/>
        </w:rPr>
        <w:t>I mean, it's also just generally, you know, good practice to not kind of, you know, every historical source has a background to is the reason why it was made. And, you know, no one in the past was going to be making these things going, this is so that in the future people will know what was happening, like, there's always a background for it, there's always a reason for it. And something is not automatically true, just because it is old. And, like, it's not inherently more trustworthy, because it is old [Lucy: Yeah.] There's a reason for everything. There's a cause for everything, and there is  is something that it was trying to achieve.</w:t>
      </w:r>
    </w:p>
    <w:p>
      <w:pPr>
        <w:spacing w:after="0"/>
      </w:pPr>
    </w:p>
    <w:p>
      <w:pPr>
        <w:spacing w:after="0"/>
      </w:pPr>
      <w:r>
        <w:rPr>
          <w:rFonts w:ascii="Arial" w:hAnsi="Arial"/>
          <w:b/>
          <w:sz w:val="22"/>
        </w:rPr>
        <w:t xml:space="preserve">Alice  </w:t>
      </w:r>
      <w:r>
        <w:rPr>
          <w:rFonts w:ascii="Arial" w:hAnsi="Arial"/>
          <w:color w:val="5D7284"/>
          <w:sz w:val="22"/>
        </w:rPr>
        <w:t>1:16:05</w:t>
      </w:r>
    </w:p>
    <w:p>
      <w:pPr>
        <w:spacing w:after="0"/>
      </w:pPr>
      <w:r>
        <w:rPr>
          <w:rFonts w:ascii="Arial" w:hAnsi="Arial"/>
          <w:sz w:val="22"/>
        </w:rPr>
        <w:t>I was gonna say, if doing history lessons have taught me anything, I look back on our version of the Sarah Bernhardt story that I did versus the You're Dead To Me (history podcast) version of the Sarah Bernhardt story that they did recently. And I definitely learned that just because something is kind of, you know, first person written by the person you're talking about, doesn't mean it's all true. Everybody has their own agenda. Anyone can say anything they want, basically. [Lucy: Yeah]</w:t>
      </w:r>
    </w:p>
    <w:p>
      <w:pPr>
        <w:spacing w:after="0"/>
      </w:pPr>
    </w:p>
    <w:p>
      <w:pPr>
        <w:spacing w:after="0"/>
      </w:pPr>
      <w:r>
        <w:rPr>
          <w:rFonts w:ascii="Arial" w:hAnsi="Arial"/>
          <w:b/>
          <w:sz w:val="22"/>
        </w:rPr>
        <w:t xml:space="preserve">Daisy  </w:t>
      </w:r>
      <w:r>
        <w:rPr>
          <w:rFonts w:ascii="Arial" w:hAnsi="Arial"/>
          <w:color w:val="5D7284"/>
          <w:sz w:val="22"/>
        </w:rPr>
        <w:t>1:16:06</w:t>
      </w:r>
    </w:p>
    <w:p>
      <w:pPr>
        <w:spacing w:after="0"/>
      </w:pPr>
      <w:r>
        <w:rPr>
          <w:rFonts w:ascii="Arial" w:hAnsi="Arial"/>
          <w:sz w:val="22"/>
        </w:rPr>
        <w:t>Yeah. So I think I've, you know, I was very much told by all of my school history teachers in particular, that every source is important, but no source is reliable. [Lucy: No, exactly.] You know, that you, you get four different sources that say the same thing and maybe you can start thinking that that's a plausible</w:t>
      </w:r>
    </w:p>
    <w:p>
      <w:pPr>
        <w:spacing w:after="0"/>
      </w:pPr>
    </w:p>
    <w:p>
      <w:pPr>
        <w:spacing w:after="0"/>
      </w:pPr>
      <w:r>
        <w:rPr>
          <w:rFonts w:ascii="Arial" w:hAnsi="Arial"/>
          <w:b/>
          <w:sz w:val="22"/>
        </w:rPr>
        <w:t xml:space="preserve">Lucy  </w:t>
      </w:r>
      <w:r>
        <w:rPr>
          <w:rFonts w:ascii="Arial" w:hAnsi="Arial"/>
          <w:color w:val="5D7284"/>
          <w:sz w:val="22"/>
        </w:rPr>
        <w:t>1:16:56</w:t>
      </w:r>
    </w:p>
    <w:p>
      <w:pPr>
        <w:spacing w:after="0"/>
      </w:pPr>
      <w:r>
        <w:rPr>
          <w:rFonts w:ascii="Arial" w:hAnsi="Arial"/>
          <w:sz w:val="22"/>
        </w:rPr>
        <w:t>And I think that's what I like about history, though. The fact that really, it's been one big sort of question mark, if you look at it, yeah. Never be fully certain about what we believe to be true is, and that's what I quite like about it's like a big mystery, really.</w:t>
      </w:r>
    </w:p>
    <w:p>
      <w:pPr>
        <w:spacing w:after="0"/>
      </w:pPr>
    </w:p>
    <w:p>
      <w:pPr>
        <w:spacing w:after="0"/>
      </w:pPr>
      <w:r>
        <w:rPr>
          <w:rFonts w:ascii="Arial" w:hAnsi="Arial"/>
          <w:b/>
          <w:sz w:val="22"/>
        </w:rPr>
        <w:t xml:space="preserve">Daisy  </w:t>
      </w:r>
      <w:r>
        <w:rPr>
          <w:rFonts w:ascii="Arial" w:hAnsi="Arial"/>
          <w:color w:val="5D7284"/>
          <w:sz w:val="22"/>
        </w:rPr>
        <w:t>1:17:12</w:t>
      </w:r>
    </w:p>
    <w:p>
      <w:pPr>
        <w:spacing w:after="0"/>
      </w:pPr>
      <w:r>
        <w:rPr>
          <w:rFonts w:ascii="Arial" w:hAnsi="Arial"/>
          <w:sz w:val="22"/>
        </w:rPr>
        <w:t>Yeah, I think we've had this discussion before, which is kind of, you know, there is a misunderstanding by a lot of people about what history is. History isn't the same as the past. History is the study of it based on the various sources, and it's also a large amount of preservation. And, you know, that's not the same as you know... History never has and never will claim to come up with the exact truth.</w:t>
      </w:r>
    </w:p>
    <w:p>
      <w:pPr>
        <w:spacing w:after="0"/>
      </w:pPr>
    </w:p>
    <w:p>
      <w:pPr>
        <w:spacing w:after="0"/>
      </w:pPr>
      <w:r>
        <w:rPr>
          <w:rFonts w:ascii="Arial" w:hAnsi="Arial"/>
          <w:b/>
          <w:sz w:val="22"/>
        </w:rPr>
        <w:t xml:space="preserve">Lucy  </w:t>
      </w:r>
      <w:r>
        <w:rPr>
          <w:rFonts w:ascii="Arial" w:hAnsi="Arial"/>
          <w:color w:val="5D7284"/>
          <w:sz w:val="22"/>
        </w:rPr>
        <w:t>1:17:44</w:t>
      </w:r>
    </w:p>
    <w:p>
      <w:pPr>
        <w:spacing w:after="0"/>
      </w:pPr>
      <w:r>
        <w:rPr>
          <w:rFonts w:ascii="Arial" w:hAnsi="Arial"/>
          <w:sz w:val="22"/>
        </w:rPr>
        <w:t>Yes, it's okay.</w:t>
      </w:r>
    </w:p>
    <w:p>
      <w:pPr>
        <w:spacing w:after="0"/>
      </w:pPr>
    </w:p>
    <w:p>
      <w:pPr>
        <w:spacing w:after="0"/>
      </w:pPr>
      <w:r>
        <w:rPr>
          <w:rFonts w:ascii="Arial" w:hAnsi="Arial"/>
          <w:b/>
          <w:sz w:val="22"/>
        </w:rPr>
        <w:t xml:space="preserve">Daisy  </w:t>
      </w:r>
      <w:r>
        <w:rPr>
          <w:rFonts w:ascii="Arial" w:hAnsi="Arial"/>
          <w:color w:val="5D7284"/>
          <w:sz w:val="22"/>
        </w:rPr>
        <w:t>1:17:44</w:t>
      </w:r>
    </w:p>
    <w:p>
      <w:pPr>
        <w:spacing w:after="0"/>
      </w:pPr>
      <w:r>
        <w:rPr>
          <w:rFonts w:ascii="Arial" w:hAnsi="Arial"/>
          <w:sz w:val="22"/>
        </w:rPr>
        <w:t>And be like, Okay, this is it. Now, we could stop studying this war. We finished it. We ticked it off. Yeah. Well, that we're gonna go to the site. mate. Yeah. So yeah, all of sources and things you have to read with that sort of voice at the back of your head that goes, Okay, but why could they be saying this? [Lucy: Yeah. What's the motive?] And so, and so you can say that, you know, oh, well, these letters were sent to the children. So if, you know, theoretically, if he was going to say anything inappropriate, it would be within those letters. However, you could also say that, realistically, they're royal children, that those letters are likely to have been read by other people before they were passed on to the kids. Therefore, it might be specifically you don't write something in those letters, because they're the things that are likely to be kept.</w:t>
      </w:r>
    </w:p>
    <w:p>
      <w:pPr>
        <w:spacing w:after="0"/>
      </w:pPr>
    </w:p>
    <w:p>
      <w:pPr>
        <w:spacing w:after="0"/>
      </w:pPr>
      <w:r>
        <w:rPr>
          <w:rFonts w:ascii="Arial" w:hAnsi="Arial"/>
          <w:b/>
          <w:sz w:val="22"/>
        </w:rPr>
        <w:t xml:space="preserve">Alice  </w:t>
      </w:r>
      <w:r>
        <w:rPr>
          <w:rFonts w:ascii="Arial" w:hAnsi="Arial"/>
          <w:color w:val="5D7284"/>
          <w:sz w:val="22"/>
        </w:rPr>
        <w:t>1:18:44</w:t>
      </w:r>
    </w:p>
    <w:p>
      <w:pPr>
        <w:spacing w:after="0"/>
      </w:pPr>
      <w:r>
        <w:rPr>
          <w:rFonts w:ascii="Arial" w:hAnsi="Arial"/>
          <w:sz w:val="22"/>
        </w:rPr>
        <w:t xml:space="preserve">I wasn't suggesting that he was gonna be super sexually graphic in those letters. </w:t>
      </w:r>
    </w:p>
    <w:p>
      <w:pPr>
        <w:spacing w:after="0"/>
      </w:pPr>
    </w:p>
    <w:p>
      <w:pPr>
        <w:spacing w:after="0"/>
      </w:pPr>
      <w:r>
        <w:rPr>
          <w:rFonts w:ascii="Arial" w:hAnsi="Arial"/>
          <w:b/>
          <w:sz w:val="22"/>
        </w:rPr>
        <w:t xml:space="preserve">Daisy  </w:t>
      </w:r>
      <w:r>
        <w:rPr>
          <w:rFonts w:ascii="Arial" w:hAnsi="Arial"/>
          <w:color w:val="5D7284"/>
          <w:sz w:val="22"/>
        </w:rPr>
        <w:t>1:18:49</w:t>
      </w:r>
    </w:p>
    <w:p>
      <w:pPr>
        <w:spacing w:after="0"/>
      </w:pPr>
      <w:r>
        <w:rPr>
          <w:rFonts w:ascii="Arial" w:hAnsi="Arial"/>
          <w:sz w:val="22"/>
        </w:rPr>
        <w:t xml:space="preserve">Oh, yeah. No, I know. </w:t>
      </w:r>
    </w:p>
    <w:p>
      <w:pPr>
        <w:spacing w:after="0"/>
      </w:pPr>
    </w:p>
    <w:p>
      <w:pPr>
        <w:spacing w:after="0"/>
      </w:pPr>
      <w:r>
        <w:rPr>
          <w:rFonts w:ascii="Arial" w:hAnsi="Arial"/>
          <w:b/>
          <w:sz w:val="22"/>
        </w:rPr>
        <w:t xml:space="preserve">Alice  </w:t>
      </w:r>
      <w:r>
        <w:rPr>
          <w:rFonts w:ascii="Arial" w:hAnsi="Arial"/>
          <w:color w:val="5D7284"/>
          <w:sz w:val="22"/>
        </w:rPr>
        <w:t>1:18:51</w:t>
      </w:r>
    </w:p>
    <w:p>
      <w:pPr>
        <w:spacing w:after="0"/>
      </w:pPr>
      <w:r>
        <w:rPr>
          <w:rFonts w:ascii="Arial" w:hAnsi="Arial"/>
          <w:sz w:val="22"/>
        </w:rPr>
        <w:t>My feelings are more like, I don't know. Again, it's all presumption, but I feel like you'd sort of be like, I don't know... You'd get an intonation from them.</w:t>
      </w:r>
    </w:p>
    <w:p>
      <w:pPr>
        <w:spacing w:after="0"/>
      </w:pPr>
    </w:p>
    <w:p>
      <w:pPr>
        <w:spacing w:after="0"/>
      </w:pPr>
      <w:r>
        <w:rPr>
          <w:rFonts w:ascii="Arial" w:hAnsi="Arial"/>
          <w:b/>
          <w:sz w:val="22"/>
        </w:rPr>
        <w:t xml:space="preserve">Daisy  </w:t>
      </w:r>
      <w:r>
        <w:rPr>
          <w:rFonts w:ascii="Arial" w:hAnsi="Arial"/>
          <w:color w:val="5D7284"/>
          <w:sz w:val="22"/>
        </w:rPr>
        <w:t>1:19:04</w:t>
      </w:r>
    </w:p>
    <w:p>
      <w:pPr>
        <w:spacing w:after="0"/>
      </w:pPr>
      <w:r>
        <w:rPr>
          <w:rFonts w:ascii="Arial" w:hAnsi="Arial"/>
          <w:sz w:val="22"/>
        </w:rPr>
        <w:t>Yeah, this is the thing. I sort of generally agree that there doesn't seem to be anything other than you don't like one nursery maid who felt a bit icky.</w:t>
      </w:r>
    </w:p>
    <w:p>
      <w:pPr>
        <w:spacing w:after="0"/>
      </w:pPr>
    </w:p>
    <w:p>
      <w:pPr>
        <w:spacing w:after="0"/>
      </w:pPr>
      <w:r>
        <w:rPr>
          <w:rFonts w:ascii="Arial" w:hAnsi="Arial"/>
          <w:b/>
          <w:sz w:val="22"/>
        </w:rPr>
        <w:t xml:space="preserve">Lucy  </w:t>
      </w:r>
      <w:r>
        <w:rPr>
          <w:rFonts w:ascii="Arial" w:hAnsi="Arial"/>
          <w:color w:val="5D7284"/>
          <w:sz w:val="22"/>
        </w:rPr>
        <w:t>1:19:15</w:t>
      </w:r>
    </w:p>
    <w:p>
      <w:pPr>
        <w:spacing w:after="0"/>
      </w:pPr>
      <w:r>
        <w:rPr>
          <w:rFonts w:ascii="Arial" w:hAnsi="Arial"/>
          <w:sz w:val="22"/>
        </w:rPr>
        <w:t>Would that... Could that... could just be because he is a little bit eccentric. [Alice: Well...]</w:t>
      </w:r>
    </w:p>
    <w:p>
      <w:pPr>
        <w:spacing w:after="0"/>
      </w:pPr>
    </w:p>
    <w:p>
      <w:pPr>
        <w:spacing w:after="0"/>
      </w:pPr>
      <w:r>
        <w:rPr>
          <w:rFonts w:ascii="Arial" w:hAnsi="Arial"/>
          <w:b/>
          <w:sz w:val="22"/>
        </w:rPr>
        <w:t xml:space="preserve">Daisy  </w:t>
      </w:r>
      <w:r>
        <w:rPr>
          <w:rFonts w:ascii="Arial" w:hAnsi="Arial"/>
          <w:color w:val="5D7284"/>
          <w:sz w:val="22"/>
        </w:rPr>
        <w:t>1:19:20</w:t>
      </w:r>
    </w:p>
    <w:p>
      <w:pPr>
        <w:spacing w:after="0"/>
      </w:pPr>
      <w:r>
        <w:rPr>
          <w:rFonts w:ascii="Arial" w:hAnsi="Arial"/>
          <w:sz w:val="22"/>
        </w:rPr>
        <w:t>Yeah, that could just be you know, yeah, vibes and you know, there's this weird-y beardy man who keeps making friends with the children.</w:t>
      </w:r>
    </w:p>
    <w:p>
      <w:pPr>
        <w:spacing w:after="0"/>
      </w:pPr>
    </w:p>
    <w:p>
      <w:pPr>
        <w:spacing w:after="0"/>
      </w:pPr>
      <w:r>
        <w:rPr>
          <w:rFonts w:ascii="Arial" w:hAnsi="Arial"/>
          <w:b/>
          <w:sz w:val="22"/>
        </w:rPr>
        <w:t xml:space="preserve">Alice  </w:t>
      </w:r>
      <w:r>
        <w:rPr>
          <w:rFonts w:ascii="Arial" w:hAnsi="Arial"/>
          <w:color w:val="5D7284"/>
          <w:sz w:val="22"/>
        </w:rPr>
        <w:t>1:19:28</w:t>
      </w:r>
    </w:p>
    <w:p>
      <w:pPr>
        <w:spacing w:after="0"/>
      </w:pPr>
      <w:r>
        <w:rPr>
          <w:rFonts w:ascii="Arial" w:hAnsi="Arial"/>
          <w:sz w:val="22"/>
        </w:rPr>
        <w:t xml:space="preserve">Have you seen you said you've seen his picture. </w:t>
      </w:r>
    </w:p>
    <w:p>
      <w:pPr>
        <w:spacing w:after="0"/>
      </w:pPr>
    </w:p>
    <w:p>
      <w:pPr>
        <w:spacing w:after="0"/>
      </w:pPr>
      <w:r>
        <w:rPr>
          <w:rFonts w:ascii="Arial" w:hAnsi="Arial"/>
          <w:b/>
          <w:sz w:val="22"/>
        </w:rPr>
        <w:t xml:space="preserve">Lucy  </w:t>
      </w:r>
      <w:r>
        <w:rPr>
          <w:rFonts w:ascii="Arial" w:hAnsi="Arial"/>
          <w:color w:val="5D7284"/>
          <w:sz w:val="22"/>
        </w:rPr>
        <w:t>1:19:31</w:t>
      </w:r>
    </w:p>
    <w:p>
      <w:pPr>
        <w:spacing w:after="0"/>
      </w:pPr>
      <w:r>
        <w:rPr>
          <w:rFonts w:ascii="Arial" w:hAnsi="Arial"/>
          <w:sz w:val="22"/>
        </w:rPr>
        <w:t>So the picture yeah, he just looks like...</w:t>
      </w:r>
    </w:p>
    <w:p>
      <w:pPr>
        <w:spacing w:after="0"/>
      </w:pPr>
    </w:p>
    <w:p>
      <w:pPr>
        <w:spacing w:after="0"/>
      </w:pPr>
      <w:r>
        <w:rPr>
          <w:rFonts w:ascii="Arial" w:hAnsi="Arial"/>
          <w:b/>
          <w:sz w:val="22"/>
        </w:rPr>
        <w:t xml:space="preserve">Alice  </w:t>
      </w:r>
      <w:r>
        <w:rPr>
          <w:rFonts w:ascii="Arial" w:hAnsi="Arial"/>
          <w:color w:val="5D7284"/>
          <w:sz w:val="22"/>
        </w:rPr>
        <w:t>1:19:34</w:t>
      </w:r>
    </w:p>
    <w:p>
      <w:pPr>
        <w:spacing w:after="0"/>
      </w:pPr>
      <w:r>
        <w:rPr>
          <w:rFonts w:ascii="Arial" w:hAnsi="Arial"/>
          <w:sz w:val="22"/>
        </w:rPr>
        <w:t>...he's intense. Like, yeah, you...</w:t>
      </w:r>
    </w:p>
    <w:p>
      <w:pPr>
        <w:spacing w:after="0"/>
      </w:pPr>
    </w:p>
    <w:p>
      <w:pPr>
        <w:spacing w:after="0"/>
      </w:pPr>
      <w:r>
        <w:rPr>
          <w:rFonts w:ascii="Arial" w:hAnsi="Arial"/>
          <w:b/>
          <w:sz w:val="22"/>
        </w:rPr>
        <w:t xml:space="preserve">Lucy  </w:t>
      </w:r>
      <w:r>
        <w:rPr>
          <w:rFonts w:ascii="Arial" w:hAnsi="Arial"/>
          <w:color w:val="5D7284"/>
          <w:sz w:val="22"/>
        </w:rPr>
        <w:t>1:19:36</w:t>
      </w:r>
    </w:p>
    <w:p>
      <w:pPr>
        <w:spacing w:after="0"/>
      </w:pPr>
      <w:r>
        <w:rPr>
          <w:rFonts w:ascii="Arial" w:hAnsi="Arial"/>
          <w:sz w:val="22"/>
        </w:rPr>
        <w:t>He stares at the camera and he looks like he's been like, unkempt. Well, he looks unkempt. [Alice: Yeah, yeah.] And it's kind of a bit like...</w:t>
      </w:r>
    </w:p>
    <w:p>
      <w:pPr>
        <w:spacing w:after="0"/>
      </w:pPr>
    </w:p>
    <w:p>
      <w:pPr>
        <w:spacing w:after="0"/>
      </w:pPr>
      <w:r>
        <w:rPr>
          <w:rFonts w:ascii="Arial" w:hAnsi="Arial"/>
          <w:b/>
          <w:sz w:val="22"/>
        </w:rPr>
        <w:t xml:space="preserve">Alice  </w:t>
      </w:r>
      <w:r>
        <w:rPr>
          <w:rFonts w:ascii="Arial" w:hAnsi="Arial"/>
          <w:color w:val="5D7284"/>
          <w:sz w:val="22"/>
        </w:rPr>
        <w:t>1:19:45</w:t>
      </w:r>
    </w:p>
    <w:p>
      <w:pPr>
        <w:spacing w:after="0"/>
      </w:pPr>
      <w:r>
        <w:rPr>
          <w:rFonts w:ascii="Arial" w:hAnsi="Arial"/>
          <w:sz w:val="22"/>
        </w:rPr>
        <w:t>If I walked into a child's nursery having just like emptied the bins or something, and that fella's in there on his own with a sick child. I'd be a bit like, Huh, well, this doesn't feel great.</w:t>
      </w:r>
    </w:p>
    <w:p>
      <w:pPr>
        <w:spacing w:after="0"/>
      </w:pPr>
    </w:p>
    <w:p>
      <w:pPr>
        <w:spacing w:after="0"/>
      </w:pPr>
      <w:r>
        <w:rPr>
          <w:rFonts w:ascii="Arial" w:hAnsi="Arial"/>
          <w:b/>
          <w:sz w:val="22"/>
        </w:rPr>
        <w:t xml:space="preserve">Daisy  </w:t>
      </w:r>
      <w:r>
        <w:rPr>
          <w:rFonts w:ascii="Arial" w:hAnsi="Arial"/>
          <w:color w:val="5D7284"/>
          <w:sz w:val="22"/>
        </w:rPr>
        <w:t>1:20:00</w:t>
      </w:r>
    </w:p>
    <w:p>
      <w:pPr>
        <w:spacing w:after="0"/>
      </w:pPr>
      <w:r>
        <w:rPr>
          <w:rFonts w:ascii="Arial" w:hAnsi="Arial"/>
          <w:sz w:val="22"/>
        </w:rPr>
        <w:t xml:space="preserve"> I mean, yeah, he kind of looks like Santa has been locked in a tiny cage *Lucy laughs* for many, many years.</w:t>
      </w:r>
    </w:p>
    <w:p>
      <w:pPr>
        <w:spacing w:after="0"/>
      </w:pPr>
    </w:p>
    <w:p>
      <w:pPr>
        <w:spacing w:after="0"/>
      </w:pPr>
      <w:r>
        <w:rPr>
          <w:rFonts w:ascii="Arial" w:hAnsi="Arial"/>
          <w:b/>
          <w:sz w:val="22"/>
        </w:rPr>
        <w:t xml:space="preserve">Lucy  </w:t>
      </w:r>
      <w:r>
        <w:rPr>
          <w:rFonts w:ascii="Arial" w:hAnsi="Arial"/>
          <w:color w:val="5D7284"/>
          <w:sz w:val="22"/>
        </w:rPr>
        <w:t>1:20:07</w:t>
      </w:r>
    </w:p>
    <w:p>
      <w:pPr>
        <w:spacing w:after="0"/>
      </w:pPr>
      <w:r>
        <w:rPr>
          <w:rFonts w:ascii="Arial" w:hAnsi="Arial"/>
          <w:sz w:val="22"/>
        </w:rPr>
        <w:t>I like the festive reference there.</w:t>
      </w:r>
    </w:p>
    <w:p>
      <w:pPr>
        <w:spacing w:after="0"/>
      </w:pPr>
    </w:p>
    <w:p>
      <w:pPr>
        <w:spacing w:after="0"/>
      </w:pPr>
      <w:r>
        <w:rPr>
          <w:rFonts w:ascii="Arial" w:hAnsi="Arial"/>
          <w:b/>
          <w:sz w:val="22"/>
        </w:rPr>
        <w:t xml:space="preserve">Daisy  </w:t>
      </w:r>
      <w:r>
        <w:rPr>
          <w:rFonts w:ascii="Arial" w:hAnsi="Arial"/>
          <w:color w:val="5D7284"/>
          <w:sz w:val="22"/>
        </w:rPr>
        <w:t>1:20:08</w:t>
      </w:r>
    </w:p>
    <w:p>
      <w:pPr>
        <w:spacing w:after="0"/>
      </w:pPr>
      <w:r>
        <w:rPr>
          <w:rFonts w:ascii="Arial" w:hAnsi="Arial"/>
          <w:sz w:val="22"/>
        </w:rPr>
        <w:t>Yeah, I thought I'd try and drag it back. *All laugh* But yeah, so his reputation with people and kind of like his, you know, inclusion within the royal circle wasn't just a problem for people on a religious level. Many people thought that he was making political decisions alongside the Emperor.</w:t>
      </w:r>
    </w:p>
    <w:p>
      <w:pPr>
        <w:spacing w:after="0"/>
      </w:pPr>
    </w:p>
    <w:p>
      <w:pPr>
        <w:spacing w:after="0"/>
      </w:pPr>
      <w:r>
        <w:rPr>
          <w:rFonts w:ascii="Arial" w:hAnsi="Arial"/>
          <w:b/>
          <w:sz w:val="22"/>
        </w:rPr>
        <w:t xml:space="preserve">Lucy  </w:t>
      </w:r>
      <w:r>
        <w:rPr>
          <w:rFonts w:ascii="Arial" w:hAnsi="Arial"/>
          <w:color w:val="5D7284"/>
          <w:sz w:val="22"/>
        </w:rPr>
        <w:t>1:20:31</w:t>
      </w:r>
    </w:p>
    <w:p>
      <w:pPr>
        <w:spacing w:after="0"/>
      </w:pPr>
      <w:r>
        <w:rPr>
          <w:rFonts w:ascii="Arial" w:hAnsi="Arial"/>
          <w:sz w:val="22"/>
        </w:rPr>
        <w:t>Did they think that he got the ear of the Emperor, basically?</w:t>
      </w:r>
    </w:p>
    <w:p>
      <w:pPr>
        <w:spacing w:after="0"/>
      </w:pPr>
    </w:p>
    <w:p>
      <w:pPr>
        <w:spacing w:after="0"/>
      </w:pPr>
      <w:r>
        <w:rPr>
          <w:rFonts w:ascii="Arial" w:hAnsi="Arial"/>
          <w:b/>
          <w:sz w:val="22"/>
        </w:rPr>
        <w:t xml:space="preserve">Daisy  </w:t>
      </w:r>
      <w:r>
        <w:rPr>
          <w:rFonts w:ascii="Arial" w:hAnsi="Arial"/>
          <w:color w:val="5D7284"/>
          <w:sz w:val="22"/>
        </w:rPr>
        <w:t>1:20:38</w:t>
      </w:r>
    </w:p>
    <w:p>
      <w:pPr>
        <w:spacing w:after="0"/>
      </w:pPr>
      <w:r>
        <w:rPr>
          <w:rFonts w:ascii="Arial" w:hAnsi="Arial"/>
          <w:sz w:val="22"/>
        </w:rPr>
        <w:t>Yes and that he was he was pulling some of the strings essentially.</w:t>
      </w:r>
    </w:p>
    <w:p>
      <w:pPr>
        <w:spacing w:after="0"/>
      </w:pPr>
    </w:p>
    <w:p>
      <w:pPr>
        <w:spacing w:after="0"/>
      </w:pPr>
      <w:r>
        <w:rPr>
          <w:rFonts w:ascii="Arial" w:hAnsi="Arial"/>
          <w:b/>
          <w:sz w:val="22"/>
        </w:rPr>
        <w:t xml:space="preserve">Alice  </w:t>
      </w:r>
      <w:r>
        <w:rPr>
          <w:rFonts w:ascii="Arial" w:hAnsi="Arial"/>
          <w:color w:val="5D7284"/>
          <w:sz w:val="22"/>
        </w:rPr>
        <w:t>1:20:41</w:t>
      </w:r>
    </w:p>
    <w:p>
      <w:pPr>
        <w:spacing w:after="0"/>
      </w:pPr>
      <w:r>
        <w:rPr>
          <w:rFonts w:ascii="Arial" w:hAnsi="Arial"/>
          <w:sz w:val="22"/>
        </w:rPr>
        <w:t>I did. So I listened to a podcast I've never listened to before. But I've heard a lot about in the past called Behind The Bastards. Not sure I'm sold on it personally. But in it, they talk a lot about, and they use one book that was written by a proper historian, but [Daisy: Not like me!] I mean, like, you are a proper historian, compared to me, who's been googling stuff for a couple of weeks. I get the bit of an impression that Nicholas was not a great leader. He was not necessarily cut out...</w:t>
      </w:r>
    </w:p>
    <w:p>
      <w:pPr>
        <w:spacing w:after="0"/>
      </w:pPr>
    </w:p>
    <w:p>
      <w:pPr>
        <w:spacing w:after="0"/>
      </w:pPr>
      <w:r>
        <w:rPr>
          <w:rFonts w:ascii="Arial" w:hAnsi="Arial"/>
          <w:b/>
          <w:sz w:val="22"/>
        </w:rPr>
        <w:t xml:space="preserve">Daisy  </w:t>
      </w:r>
      <w:r>
        <w:rPr>
          <w:rFonts w:ascii="Arial" w:hAnsi="Arial"/>
          <w:color w:val="5D7284"/>
          <w:sz w:val="22"/>
        </w:rPr>
        <w:t>1:21:18</w:t>
      </w:r>
    </w:p>
    <w:p>
      <w:pPr>
        <w:spacing w:after="0"/>
      </w:pPr>
      <w:r>
        <w:rPr>
          <w:rFonts w:ascii="Arial" w:hAnsi="Arial"/>
          <w:sz w:val="22"/>
        </w:rPr>
        <w:t>Oh, absolutely not! [Lucy: Yeah, yeah.]</w:t>
      </w:r>
    </w:p>
    <w:p>
      <w:pPr>
        <w:spacing w:after="0"/>
      </w:pPr>
    </w:p>
    <w:p>
      <w:pPr>
        <w:spacing w:after="0"/>
      </w:pPr>
      <w:r>
        <w:rPr>
          <w:rFonts w:ascii="Arial" w:hAnsi="Arial"/>
          <w:b/>
          <w:sz w:val="22"/>
        </w:rPr>
        <w:t xml:space="preserve">Alice  </w:t>
      </w:r>
      <w:r>
        <w:rPr>
          <w:rFonts w:ascii="Arial" w:hAnsi="Arial"/>
          <w:color w:val="5D7284"/>
          <w:sz w:val="22"/>
        </w:rPr>
        <w:t>1:21:22</w:t>
      </w:r>
    </w:p>
    <w:p>
      <w:pPr>
        <w:spacing w:after="0"/>
      </w:pPr>
      <w:r>
        <w:rPr>
          <w:rFonts w:ascii="Arial" w:hAnsi="Arial"/>
          <w:sz w:val="22"/>
        </w:rPr>
        <w:t>He did not know what he was doing. Did not really want to be there.</w:t>
      </w:r>
    </w:p>
    <w:p>
      <w:pPr>
        <w:spacing w:after="0"/>
      </w:pPr>
    </w:p>
    <w:p>
      <w:pPr>
        <w:spacing w:after="0"/>
      </w:pPr>
      <w:r>
        <w:rPr>
          <w:rFonts w:ascii="Arial" w:hAnsi="Arial"/>
          <w:b/>
          <w:sz w:val="22"/>
        </w:rPr>
        <w:t xml:space="preserve">Daisy  </w:t>
      </w:r>
      <w:r>
        <w:rPr>
          <w:rFonts w:ascii="Arial" w:hAnsi="Arial"/>
          <w:color w:val="5D7284"/>
          <w:sz w:val="22"/>
        </w:rPr>
        <w:t>1:21:25</w:t>
      </w:r>
    </w:p>
    <w:p>
      <w:pPr>
        <w:spacing w:after="0"/>
      </w:pPr>
      <w:r>
        <w:rPr>
          <w:rFonts w:ascii="Arial" w:hAnsi="Arial"/>
          <w:sz w:val="22"/>
        </w:rPr>
        <w:t>Yeah, no, so the part of this was, yeah, it seemed that he was making a lot of political decisions that he had absolutely no right to, especially once Russia entered the First World War. [Alice: Yeah.] So when Russia entered the First World War, Nicholas II decided that he should lead properly. [Alice: Yeah.] And so he went to the front lines and started commanding, you know, commanding the army, and doing it badly.</w:t>
      </w:r>
    </w:p>
    <w:p>
      <w:pPr>
        <w:spacing w:after="0"/>
      </w:pPr>
    </w:p>
    <w:p>
      <w:pPr>
        <w:spacing w:after="0"/>
      </w:pPr>
      <w:r>
        <w:rPr>
          <w:rFonts w:ascii="Arial" w:hAnsi="Arial"/>
          <w:b/>
          <w:sz w:val="22"/>
        </w:rPr>
        <w:t xml:space="preserve">Alice  </w:t>
      </w:r>
      <w:r>
        <w:rPr>
          <w:rFonts w:ascii="Arial" w:hAnsi="Arial"/>
          <w:color w:val="5D7284"/>
          <w:sz w:val="22"/>
        </w:rPr>
        <w:t>1:22:01</w:t>
      </w:r>
    </w:p>
    <w:p>
      <w:pPr>
        <w:spacing w:after="0"/>
      </w:pPr>
      <w:r>
        <w:rPr>
          <w:rFonts w:ascii="Arial" w:hAnsi="Arial"/>
          <w:sz w:val="22"/>
        </w:rPr>
        <w:t>Fucking thousands! So many Russians died. And a lot of it is just because they were poorly equipped and Nicholas made some bad decisions. [Lucy: Okay.]</w:t>
      </w:r>
    </w:p>
    <w:p>
      <w:pPr>
        <w:spacing w:after="0"/>
      </w:pPr>
    </w:p>
    <w:p>
      <w:pPr>
        <w:spacing w:after="0"/>
      </w:pPr>
      <w:r>
        <w:rPr>
          <w:rFonts w:ascii="Arial" w:hAnsi="Arial"/>
          <w:b/>
          <w:sz w:val="22"/>
        </w:rPr>
        <w:t xml:space="preserve">Daisy  </w:t>
      </w:r>
      <w:r>
        <w:rPr>
          <w:rFonts w:ascii="Arial" w:hAnsi="Arial"/>
          <w:color w:val="5D7284"/>
          <w:sz w:val="22"/>
        </w:rPr>
        <w:t>1:22:11</w:t>
      </w:r>
    </w:p>
    <w:p>
      <w:pPr>
        <w:spacing w:after="0"/>
      </w:pPr>
      <w:r>
        <w:rPr>
          <w:rFonts w:ascii="Arial" w:hAnsi="Arial"/>
          <w:sz w:val="22"/>
        </w:rPr>
        <w:t xml:space="preserve">Yeah. [Lucy: He should probably go home.] Yeah. [Alice: Very much so.] He went to the frontlines leaving his wife in charge. [Alice: Right. Okay.] And, obviously, his wife is incredibly pally with Rasputin. And the people were very unhappy with this arrangement, particularly, because the Empress was German. [Alice: Yeah. Lucy: Right.] So she was a German princess by birth. </w:t>
      </w:r>
    </w:p>
    <w:p>
      <w:pPr>
        <w:spacing w:after="0"/>
      </w:pPr>
    </w:p>
    <w:p>
      <w:pPr>
        <w:spacing w:after="0"/>
      </w:pPr>
      <w:r>
        <w:rPr>
          <w:rFonts w:ascii="Arial" w:hAnsi="Arial"/>
          <w:b/>
          <w:sz w:val="22"/>
        </w:rPr>
        <w:t xml:space="preserve">Alice  </w:t>
      </w:r>
      <w:r>
        <w:rPr>
          <w:rFonts w:ascii="Arial" w:hAnsi="Arial"/>
          <w:color w:val="5D7284"/>
          <w:sz w:val="22"/>
        </w:rPr>
        <w:t>1:22:36</w:t>
      </w:r>
    </w:p>
    <w:p>
      <w:pPr>
        <w:spacing w:after="0"/>
      </w:pPr>
      <w:r>
        <w:rPr>
          <w:rFonts w:ascii="Arial" w:hAnsi="Arial"/>
          <w:sz w:val="22"/>
        </w:rPr>
        <w:t>She didn't actually speak Russian. They spoke English to each other. Her and Nicholas spoke English to one another. [Lucy: Wow. Wow.] Because she didn't speak Russian.</w:t>
      </w:r>
    </w:p>
    <w:p>
      <w:pPr>
        <w:spacing w:after="0"/>
      </w:pPr>
    </w:p>
    <w:p>
      <w:pPr>
        <w:spacing w:after="0"/>
      </w:pPr>
      <w:r>
        <w:rPr>
          <w:rFonts w:ascii="Arial" w:hAnsi="Arial"/>
          <w:b/>
          <w:sz w:val="22"/>
        </w:rPr>
        <w:t xml:space="preserve">Daisy  </w:t>
      </w:r>
      <w:r>
        <w:rPr>
          <w:rFonts w:ascii="Arial" w:hAnsi="Arial"/>
          <w:color w:val="5D7284"/>
          <w:sz w:val="22"/>
        </w:rPr>
        <w:t>1:22:46</w:t>
      </w:r>
    </w:p>
    <w:p>
      <w:pPr>
        <w:spacing w:after="0"/>
      </w:pPr>
      <w:r>
        <w:rPr>
          <w:rFonts w:ascii="Arial" w:hAnsi="Arial"/>
          <w:sz w:val="22"/>
        </w:rPr>
        <w:t>Yeah, so the Russian people weren't necessarily thrilled with a German being in charge.</w:t>
      </w:r>
    </w:p>
    <w:p>
      <w:pPr>
        <w:spacing w:after="0"/>
      </w:pPr>
    </w:p>
    <w:p>
      <w:pPr>
        <w:spacing w:after="0"/>
      </w:pPr>
      <w:r>
        <w:rPr>
          <w:rFonts w:ascii="Arial" w:hAnsi="Arial"/>
          <w:b/>
          <w:sz w:val="22"/>
        </w:rPr>
        <w:t xml:space="preserve">Alice  </w:t>
      </w:r>
      <w:r>
        <w:rPr>
          <w:rFonts w:ascii="Arial" w:hAnsi="Arial"/>
          <w:color w:val="5D7284"/>
          <w:sz w:val="22"/>
        </w:rPr>
        <w:t>1:22:53</w:t>
      </w:r>
    </w:p>
    <w:p>
      <w:pPr>
        <w:spacing w:after="0"/>
      </w:pPr>
      <w:r>
        <w:rPr>
          <w:rFonts w:ascii="Arial" w:hAnsi="Arial"/>
          <w:sz w:val="22"/>
        </w:rPr>
        <w:t>She would also do stuff like I read somewhere that she would... Someone would buy her a present and she'd write to Nicholas and be like, oh, you should give this person a generalship and make them commander of such and such, they seem so nice.</w:t>
      </w:r>
    </w:p>
    <w:p>
      <w:pPr>
        <w:spacing w:after="0"/>
      </w:pPr>
    </w:p>
    <w:p>
      <w:pPr>
        <w:spacing w:after="0"/>
      </w:pPr>
      <w:r>
        <w:rPr>
          <w:rFonts w:ascii="Arial" w:hAnsi="Arial"/>
          <w:b/>
          <w:sz w:val="22"/>
        </w:rPr>
        <w:t xml:space="preserve">Lucy  </w:t>
      </w:r>
      <w:r>
        <w:rPr>
          <w:rFonts w:ascii="Arial" w:hAnsi="Arial"/>
          <w:color w:val="5D7284"/>
          <w:sz w:val="22"/>
        </w:rPr>
        <w:t>1:23:08</w:t>
      </w:r>
    </w:p>
    <w:p>
      <w:pPr>
        <w:spacing w:after="0"/>
      </w:pPr>
      <w:r>
        <w:rPr>
          <w:rFonts w:ascii="Arial" w:hAnsi="Arial"/>
          <w:sz w:val="22"/>
        </w:rPr>
        <w:t>He gave me half a KitKat! *All laugh*</w:t>
      </w:r>
    </w:p>
    <w:p>
      <w:pPr>
        <w:spacing w:after="0"/>
      </w:pPr>
    </w:p>
    <w:p>
      <w:pPr>
        <w:spacing w:after="0"/>
      </w:pPr>
      <w:r>
        <w:rPr>
          <w:rFonts w:ascii="Arial" w:hAnsi="Arial"/>
          <w:b/>
          <w:sz w:val="22"/>
        </w:rPr>
        <w:t xml:space="preserve">Daisy  </w:t>
      </w:r>
      <w:r>
        <w:rPr>
          <w:rFonts w:ascii="Arial" w:hAnsi="Arial"/>
          <w:color w:val="5D7284"/>
          <w:sz w:val="22"/>
        </w:rPr>
        <w:t>1:23:14</w:t>
      </w:r>
    </w:p>
    <w:p>
      <w:pPr>
        <w:spacing w:after="0"/>
      </w:pPr>
      <w:r>
        <w:rPr>
          <w:rFonts w:ascii="Arial" w:hAnsi="Arial"/>
          <w:sz w:val="22"/>
        </w:rPr>
        <w:t>Yeah, so Rasputin was making like ministerial decisions about who to give important positions, and apparently, they were bad decisions. And it was only exacerbated because everyone was so angry that he was doing... that Nicholas II was doing so badly at war.</w:t>
      </w:r>
    </w:p>
    <w:p>
      <w:pPr>
        <w:spacing w:after="0"/>
      </w:pPr>
    </w:p>
    <w:p>
      <w:pPr>
        <w:spacing w:after="0"/>
      </w:pPr>
      <w:r>
        <w:rPr>
          <w:rFonts w:ascii="Arial" w:hAnsi="Arial"/>
          <w:b/>
          <w:sz w:val="22"/>
        </w:rPr>
        <w:t xml:space="preserve">Lucy  </w:t>
      </w:r>
      <w:r>
        <w:rPr>
          <w:rFonts w:ascii="Arial" w:hAnsi="Arial"/>
          <w:color w:val="5D7284"/>
          <w:sz w:val="22"/>
        </w:rPr>
        <w:t>1:23:34</w:t>
      </w:r>
    </w:p>
    <w:p>
      <w:pPr>
        <w:spacing w:after="0"/>
      </w:pPr>
      <w:r>
        <w:rPr>
          <w:rFonts w:ascii="Arial" w:hAnsi="Arial"/>
          <w:sz w:val="22"/>
        </w:rPr>
        <w:t>So, basically, the people are angry that they're doing bad that the war and also these decisions are being made, that they're just unhappy with these decisions.</w:t>
      </w:r>
    </w:p>
    <w:p>
      <w:pPr>
        <w:spacing w:after="0"/>
      </w:pPr>
    </w:p>
    <w:p>
      <w:pPr>
        <w:spacing w:after="0"/>
      </w:pPr>
      <w:r>
        <w:rPr>
          <w:rFonts w:ascii="Arial" w:hAnsi="Arial"/>
          <w:b/>
          <w:sz w:val="22"/>
        </w:rPr>
        <w:t xml:space="preserve">Alice  </w:t>
      </w:r>
      <w:r>
        <w:rPr>
          <w:rFonts w:ascii="Arial" w:hAnsi="Arial"/>
          <w:color w:val="5D7284"/>
          <w:sz w:val="22"/>
        </w:rPr>
        <w:t>1:23:44</w:t>
      </w:r>
    </w:p>
    <w:p>
      <w:pPr>
        <w:spacing w:after="0"/>
      </w:pPr>
      <w:r>
        <w:rPr>
          <w:rFonts w:ascii="Arial" w:hAnsi="Arial"/>
          <w:sz w:val="22"/>
        </w:rPr>
        <w:t>It's like Nicholas was already doing a really bad job, and then they got this other guy on. And he [Lucy: Salt in the wound.] Yeah, yeah. But literally, because thousands of Russians were being wounded and murdered.</w:t>
      </w:r>
    </w:p>
    <w:p>
      <w:pPr>
        <w:spacing w:after="0"/>
      </w:pPr>
    </w:p>
    <w:p>
      <w:pPr>
        <w:spacing w:after="0"/>
      </w:pPr>
      <w:r>
        <w:rPr>
          <w:rFonts w:ascii="Arial" w:hAnsi="Arial"/>
          <w:b/>
          <w:sz w:val="22"/>
        </w:rPr>
        <w:t xml:space="preserve">Lucy  </w:t>
      </w:r>
      <w:r>
        <w:rPr>
          <w:rFonts w:ascii="Arial" w:hAnsi="Arial"/>
          <w:color w:val="5D7284"/>
          <w:sz w:val="22"/>
        </w:rPr>
        <w:t>1:23:58</w:t>
      </w:r>
    </w:p>
    <w:p>
      <w:pPr>
        <w:spacing w:after="0"/>
      </w:pPr>
      <w:r>
        <w:rPr>
          <w:rFonts w:ascii="Arial" w:hAnsi="Arial"/>
          <w:sz w:val="22"/>
        </w:rPr>
        <w:t>Yeah, nobody's doing anything.</w:t>
      </w:r>
    </w:p>
    <w:p>
      <w:pPr>
        <w:spacing w:after="0"/>
      </w:pPr>
    </w:p>
    <w:p>
      <w:pPr>
        <w:spacing w:after="0"/>
      </w:pPr>
      <w:r>
        <w:rPr>
          <w:rFonts w:ascii="Arial" w:hAnsi="Arial"/>
          <w:b/>
          <w:sz w:val="22"/>
        </w:rPr>
        <w:t xml:space="preserve">Daisy  </w:t>
      </w:r>
      <w:r>
        <w:rPr>
          <w:rFonts w:ascii="Arial" w:hAnsi="Arial"/>
          <w:color w:val="5D7284"/>
          <w:sz w:val="22"/>
        </w:rPr>
        <w:t>1:24:00</w:t>
      </w:r>
    </w:p>
    <w:p>
      <w:pPr>
        <w:spacing w:after="0"/>
      </w:pPr>
      <w:r>
        <w:rPr>
          <w:rFonts w:ascii="Arial" w:hAnsi="Arial"/>
          <w:sz w:val="22"/>
        </w:rPr>
        <w:t>Yes. And the economy was going into a nosedive as a result. And so to them. it was the German wife of the bad, inept Russian army leader, and her closest adviser who was sort of like a monk, but not actually a monk, but was always in the brothels and potentially having an affair with her. Obviously, as we've said, we don't think that's probably happening. But yeah, you know, you can see why they were a bit rattled. And so it was it was July 1914, when someone decided to try and assassinate him for the first time.</w:t>
      </w:r>
    </w:p>
    <w:p>
      <w:pPr>
        <w:spacing w:after="0"/>
      </w:pPr>
    </w:p>
    <w:p>
      <w:pPr>
        <w:spacing w:after="0"/>
      </w:pPr>
      <w:r>
        <w:rPr>
          <w:rFonts w:ascii="Arial" w:hAnsi="Arial"/>
          <w:b/>
          <w:sz w:val="22"/>
        </w:rPr>
        <w:t xml:space="preserve">Alice  </w:t>
      </w:r>
      <w:r>
        <w:rPr>
          <w:rFonts w:ascii="Arial" w:hAnsi="Arial"/>
          <w:color w:val="5D7284"/>
          <w:sz w:val="22"/>
        </w:rPr>
        <w:t>1:24:47</w:t>
      </w:r>
    </w:p>
    <w:p>
      <w:pPr>
        <w:spacing w:after="0"/>
      </w:pPr>
      <w:r>
        <w:rPr>
          <w:rFonts w:ascii="Arial" w:hAnsi="Arial"/>
          <w:sz w:val="22"/>
        </w:rPr>
        <w:t>For the first time.</w:t>
      </w:r>
    </w:p>
    <w:p>
      <w:pPr>
        <w:spacing w:after="0"/>
      </w:pPr>
    </w:p>
    <w:p>
      <w:pPr>
        <w:spacing w:after="0"/>
      </w:pPr>
      <w:r>
        <w:rPr>
          <w:rFonts w:ascii="Arial" w:hAnsi="Arial"/>
          <w:b/>
          <w:sz w:val="22"/>
        </w:rPr>
        <w:t xml:space="preserve">Lucy  </w:t>
      </w:r>
      <w:r>
        <w:rPr>
          <w:rFonts w:ascii="Arial" w:hAnsi="Arial"/>
          <w:color w:val="5D7284"/>
          <w:sz w:val="22"/>
        </w:rPr>
        <w:t>1:24:50</w:t>
      </w:r>
    </w:p>
    <w:p>
      <w:pPr>
        <w:spacing w:after="0"/>
      </w:pPr>
      <w:r>
        <w:rPr>
          <w:rFonts w:ascii="Arial" w:hAnsi="Arial"/>
          <w:sz w:val="22"/>
        </w:rPr>
        <w:t>That's how you know you're popular!</w:t>
      </w:r>
    </w:p>
    <w:p>
      <w:pPr>
        <w:spacing w:after="0"/>
      </w:pPr>
    </w:p>
    <w:p>
      <w:pPr>
        <w:spacing w:after="0"/>
      </w:pPr>
      <w:r>
        <w:rPr>
          <w:rFonts w:ascii="Arial" w:hAnsi="Arial"/>
          <w:b/>
          <w:sz w:val="22"/>
        </w:rPr>
        <w:t xml:space="preserve">Daisy  </w:t>
      </w:r>
      <w:r>
        <w:rPr>
          <w:rFonts w:ascii="Arial" w:hAnsi="Arial"/>
          <w:color w:val="5D7284"/>
          <w:sz w:val="22"/>
        </w:rPr>
        <w:t>1:24:52</w:t>
      </w:r>
    </w:p>
    <w:p>
      <w:pPr>
        <w:spacing w:after="0"/>
      </w:pPr>
      <w:r>
        <w:rPr>
          <w:rFonts w:ascii="Arial" w:hAnsi="Arial"/>
          <w:sz w:val="22"/>
        </w:rPr>
        <w:t>But yeah, as we know, it didn't really take, so he was actually stabbed by a peasant woman, who was supposedly under the influence of a conservative priest who'd wanted to preserve the regular establishment and thought he was ruining it. And, you know, while it looked like he might not make it, he made a full recovery and lived to wreck the country for another day. It was 18 months later, they decided to have another go. It's worth noting as well,</w:t>
      </w:r>
    </w:p>
    <w:p>
      <w:pPr>
        <w:spacing w:after="0"/>
      </w:pPr>
    </w:p>
    <w:p>
      <w:pPr>
        <w:spacing w:after="0"/>
      </w:pPr>
      <w:r>
        <w:rPr>
          <w:rFonts w:ascii="Arial" w:hAnsi="Arial"/>
          <w:b/>
          <w:sz w:val="22"/>
        </w:rPr>
        <w:t xml:space="preserve">Lucy  </w:t>
      </w:r>
      <w:r>
        <w:rPr>
          <w:rFonts w:ascii="Arial" w:hAnsi="Arial"/>
          <w:color w:val="5D7284"/>
          <w:sz w:val="22"/>
        </w:rPr>
        <w:t>1:25:24</w:t>
      </w:r>
    </w:p>
    <w:p>
      <w:pPr>
        <w:spacing w:after="0"/>
      </w:pPr>
      <w:r>
        <w:rPr>
          <w:rFonts w:ascii="Arial" w:hAnsi="Arial"/>
          <w:sz w:val="22"/>
        </w:rPr>
        <w:t>It was in quite quick succession really, isn't it?</w:t>
      </w:r>
    </w:p>
    <w:p>
      <w:pPr>
        <w:spacing w:after="0"/>
      </w:pPr>
    </w:p>
    <w:p>
      <w:pPr>
        <w:spacing w:after="0"/>
      </w:pPr>
      <w:r>
        <w:rPr>
          <w:rFonts w:ascii="Arial" w:hAnsi="Arial"/>
          <w:b/>
          <w:sz w:val="22"/>
        </w:rPr>
        <w:t xml:space="preserve">Daisy  </w:t>
      </w:r>
      <w:r>
        <w:rPr>
          <w:rFonts w:ascii="Arial" w:hAnsi="Arial"/>
          <w:color w:val="5D7284"/>
          <w:sz w:val="22"/>
        </w:rPr>
        <w:t>1:25:27</w:t>
      </w:r>
    </w:p>
    <w:p>
      <w:pPr>
        <w:spacing w:after="0"/>
      </w:pPr>
      <w:r>
        <w:rPr>
          <w:rFonts w:ascii="Arial" w:hAnsi="Arial"/>
          <w:sz w:val="22"/>
        </w:rPr>
        <w:t>Relatively. They give it a good sort of year and a half.</w:t>
      </w:r>
    </w:p>
    <w:p>
      <w:pPr>
        <w:spacing w:after="0"/>
      </w:pPr>
    </w:p>
    <w:p>
      <w:pPr>
        <w:spacing w:after="0"/>
      </w:pPr>
      <w:r>
        <w:rPr>
          <w:rFonts w:ascii="Arial" w:hAnsi="Arial"/>
          <w:b/>
          <w:sz w:val="22"/>
        </w:rPr>
        <w:t xml:space="preserve">Alice  </w:t>
      </w:r>
      <w:r>
        <w:rPr>
          <w:rFonts w:ascii="Arial" w:hAnsi="Arial"/>
          <w:color w:val="5D7284"/>
          <w:sz w:val="22"/>
        </w:rPr>
        <w:t>1:25:30</w:t>
      </w:r>
    </w:p>
    <w:p>
      <w:pPr>
        <w:spacing w:after="0"/>
      </w:pPr>
      <w:r>
        <w:rPr>
          <w:rFonts w:ascii="Arial" w:hAnsi="Arial"/>
          <w:sz w:val="22"/>
        </w:rPr>
        <w:t>You can fuck a lot of shit up in 18 months if you really *unintelligible*</w:t>
      </w:r>
    </w:p>
    <w:p>
      <w:pPr>
        <w:spacing w:after="0"/>
      </w:pPr>
    </w:p>
    <w:p>
      <w:pPr>
        <w:spacing w:after="0"/>
      </w:pPr>
      <w:r>
        <w:rPr>
          <w:rFonts w:ascii="Arial" w:hAnsi="Arial"/>
          <w:b/>
          <w:sz w:val="22"/>
        </w:rPr>
        <w:t xml:space="preserve">Lucy  </w:t>
      </w:r>
      <w:r>
        <w:rPr>
          <w:rFonts w:ascii="Arial" w:hAnsi="Arial"/>
          <w:color w:val="5D7284"/>
          <w:sz w:val="22"/>
        </w:rPr>
        <w:t>1:25:33</w:t>
      </w:r>
    </w:p>
    <w:p>
      <w:pPr>
        <w:spacing w:after="0"/>
      </w:pPr>
      <w:r>
        <w:rPr>
          <w:rFonts w:ascii="Arial" w:hAnsi="Arial"/>
          <w:sz w:val="22"/>
        </w:rPr>
        <w:t>They can make this bad situation the whole lot worse given 18 months.</w:t>
      </w:r>
    </w:p>
    <w:p>
      <w:pPr>
        <w:spacing w:after="0"/>
      </w:pPr>
    </w:p>
    <w:p>
      <w:pPr>
        <w:spacing w:after="0"/>
      </w:pPr>
      <w:r>
        <w:rPr>
          <w:rFonts w:ascii="Arial" w:hAnsi="Arial"/>
          <w:b/>
          <w:sz w:val="22"/>
        </w:rPr>
        <w:t xml:space="preserve">Daisy  </w:t>
      </w:r>
      <w:r>
        <w:rPr>
          <w:rFonts w:ascii="Arial" w:hAnsi="Arial"/>
          <w:color w:val="5D7284"/>
          <w:sz w:val="22"/>
        </w:rPr>
        <w:t>1:25:40</w:t>
      </w:r>
    </w:p>
    <w:p>
      <w:pPr>
        <w:spacing w:after="0"/>
      </w:pPr>
      <w:r>
        <w:rPr>
          <w:rFonts w:ascii="Arial" w:hAnsi="Arial"/>
          <w:sz w:val="22"/>
        </w:rPr>
        <w:t>Yeah, it's worth noting as well, the woman who stabbed him the first time was not convicted by reason of insanity. And the priest who everyone agreed had ordered it had fled.</w:t>
      </w:r>
    </w:p>
    <w:p>
      <w:pPr>
        <w:spacing w:after="0"/>
      </w:pPr>
    </w:p>
    <w:p>
      <w:pPr>
        <w:spacing w:after="0"/>
      </w:pPr>
      <w:r>
        <w:rPr>
          <w:rFonts w:ascii="Arial" w:hAnsi="Arial"/>
          <w:b/>
          <w:sz w:val="22"/>
        </w:rPr>
        <w:t xml:space="preserve">Lucy  </w:t>
      </w:r>
      <w:r>
        <w:rPr>
          <w:rFonts w:ascii="Arial" w:hAnsi="Arial"/>
          <w:color w:val="5D7284"/>
          <w:sz w:val="22"/>
        </w:rPr>
        <w:t>1:25:54</w:t>
      </w:r>
    </w:p>
    <w:p>
      <w:pPr>
        <w:spacing w:after="0"/>
      </w:pPr>
      <w:r>
        <w:rPr>
          <w:rFonts w:ascii="Arial" w:hAnsi="Arial"/>
          <w:sz w:val="22"/>
        </w:rPr>
        <w:t>Of course, he did! Runaway!</w:t>
      </w:r>
    </w:p>
    <w:p>
      <w:pPr>
        <w:spacing w:after="0"/>
      </w:pPr>
    </w:p>
    <w:p>
      <w:pPr>
        <w:spacing w:after="0"/>
      </w:pPr>
      <w:r>
        <w:rPr>
          <w:rFonts w:ascii="Arial" w:hAnsi="Arial"/>
          <w:b/>
          <w:sz w:val="22"/>
        </w:rPr>
        <w:t xml:space="preserve">Daisy  </w:t>
      </w:r>
      <w:r>
        <w:rPr>
          <w:rFonts w:ascii="Arial" w:hAnsi="Arial"/>
          <w:color w:val="5D7284"/>
          <w:sz w:val="22"/>
        </w:rPr>
        <w:t>1:25:57</w:t>
      </w:r>
    </w:p>
    <w:p>
      <w:pPr>
        <w:spacing w:after="0"/>
      </w:pPr>
      <w:r>
        <w:rPr>
          <w:rFonts w:ascii="Arial" w:hAnsi="Arial"/>
          <w:sz w:val="22"/>
        </w:rPr>
        <w:t>But yeah, so part difference was that the next assassination attempt 18 months later was orchestrated by a group of nobles. So kind of, you know, *overlapping, unintelligible speech* allies.</w:t>
      </w:r>
    </w:p>
    <w:p>
      <w:pPr>
        <w:spacing w:after="0"/>
      </w:pPr>
    </w:p>
    <w:p>
      <w:pPr>
        <w:spacing w:after="0"/>
      </w:pPr>
      <w:r>
        <w:rPr>
          <w:rFonts w:ascii="Arial" w:hAnsi="Arial"/>
          <w:b/>
          <w:sz w:val="22"/>
        </w:rPr>
        <w:t xml:space="preserve">Lucy  </w:t>
      </w:r>
      <w:r>
        <w:rPr>
          <w:rFonts w:ascii="Arial" w:hAnsi="Arial"/>
          <w:color w:val="5D7284"/>
          <w:sz w:val="22"/>
        </w:rPr>
        <w:t>1:26:13</w:t>
      </w:r>
    </w:p>
    <w:p>
      <w:pPr>
        <w:spacing w:after="0"/>
      </w:pPr>
      <w:r>
        <w:rPr>
          <w:rFonts w:ascii="Arial" w:hAnsi="Arial"/>
          <w:sz w:val="22"/>
        </w:rPr>
        <w:t>It's not the peasant woman anymore. They've had time to regroup and think about it.</w:t>
      </w:r>
    </w:p>
    <w:p>
      <w:pPr>
        <w:spacing w:after="0"/>
      </w:pPr>
    </w:p>
    <w:p>
      <w:pPr>
        <w:spacing w:after="0"/>
      </w:pPr>
      <w:r>
        <w:rPr>
          <w:rFonts w:ascii="Arial" w:hAnsi="Arial"/>
          <w:b/>
          <w:sz w:val="22"/>
        </w:rPr>
        <w:t xml:space="preserve">Daisy  </w:t>
      </w:r>
      <w:r>
        <w:rPr>
          <w:rFonts w:ascii="Arial" w:hAnsi="Arial"/>
          <w:color w:val="5D7284"/>
          <w:sz w:val="22"/>
        </w:rPr>
        <w:t>1:26:18</w:t>
      </w:r>
    </w:p>
    <w:p>
      <w:pPr>
        <w:spacing w:after="0"/>
      </w:pPr>
      <w:r>
        <w:rPr>
          <w:rFonts w:ascii="Arial" w:hAnsi="Arial"/>
          <w:sz w:val="22"/>
        </w:rPr>
        <w:t>Yeah. Including the Tsar's cousin, and kind of other nobles who were sort of from like, royal families, but not like in the same line of succession as it were.</w:t>
      </w:r>
    </w:p>
    <w:p>
      <w:pPr>
        <w:spacing w:after="0"/>
      </w:pPr>
    </w:p>
    <w:p>
      <w:pPr>
        <w:spacing w:after="0"/>
      </w:pPr>
      <w:r>
        <w:rPr>
          <w:rFonts w:ascii="Arial" w:hAnsi="Arial"/>
          <w:b/>
          <w:sz w:val="22"/>
        </w:rPr>
        <w:t xml:space="preserve">Lucy  </w:t>
      </w:r>
      <w:r>
        <w:rPr>
          <w:rFonts w:ascii="Arial" w:hAnsi="Arial"/>
          <w:color w:val="5D7284"/>
          <w:sz w:val="22"/>
        </w:rPr>
        <w:t>1:26:30</w:t>
      </w:r>
    </w:p>
    <w:p>
      <w:pPr>
        <w:spacing w:after="0"/>
      </w:pPr>
      <w:r>
        <w:rPr>
          <w:rFonts w:ascii="Arial" w:hAnsi="Arial"/>
          <w:sz w:val="22"/>
        </w:rPr>
        <w:t>Do you think this group of people had a bit more insider information because of their, you know, their standing,</w:t>
      </w:r>
    </w:p>
    <w:p>
      <w:pPr>
        <w:spacing w:after="0"/>
      </w:pPr>
    </w:p>
    <w:p>
      <w:pPr>
        <w:spacing w:after="0"/>
      </w:pPr>
      <w:r>
        <w:rPr>
          <w:rFonts w:ascii="Arial" w:hAnsi="Arial"/>
          <w:b/>
          <w:sz w:val="22"/>
        </w:rPr>
        <w:t xml:space="preserve">Daisy  </w:t>
      </w:r>
      <w:r>
        <w:rPr>
          <w:rFonts w:ascii="Arial" w:hAnsi="Arial"/>
          <w:color w:val="5D7284"/>
          <w:sz w:val="22"/>
        </w:rPr>
        <w:t>1:26:36</w:t>
      </w:r>
    </w:p>
    <w:p>
      <w:pPr>
        <w:spacing w:after="0"/>
      </w:pPr>
      <w:r>
        <w:rPr>
          <w:rFonts w:ascii="Arial" w:hAnsi="Arial"/>
          <w:sz w:val="22"/>
        </w:rPr>
        <w:t>They would have done, yeah, but also there is no real suggestion that this was [Lucy: an inside job.] There's no real suggestion that this was related to the first attempt. [Lucy: Right, okay.]</w:t>
      </w:r>
    </w:p>
    <w:p>
      <w:pPr>
        <w:spacing w:after="0"/>
      </w:pPr>
    </w:p>
    <w:p>
      <w:pPr>
        <w:spacing w:after="0"/>
      </w:pPr>
      <w:r>
        <w:rPr>
          <w:rFonts w:ascii="Arial" w:hAnsi="Arial"/>
          <w:b/>
          <w:sz w:val="22"/>
        </w:rPr>
        <w:t xml:space="preserve">Alice  </w:t>
      </w:r>
      <w:r>
        <w:rPr>
          <w:rFonts w:ascii="Arial" w:hAnsi="Arial"/>
          <w:color w:val="5D7284"/>
          <w:sz w:val="22"/>
        </w:rPr>
        <w:t>1:26:48</w:t>
      </w:r>
    </w:p>
    <w:p>
      <w:pPr>
        <w:spacing w:after="0"/>
      </w:pPr>
      <w:r>
        <w:rPr>
          <w:rFonts w:ascii="Arial" w:hAnsi="Arial"/>
          <w:sz w:val="22"/>
        </w:rPr>
        <w:t>They saw what happened first time, and they went, I could do that better!</w:t>
      </w:r>
    </w:p>
    <w:p>
      <w:pPr>
        <w:spacing w:after="0"/>
      </w:pPr>
    </w:p>
    <w:p>
      <w:pPr>
        <w:spacing w:after="0"/>
      </w:pPr>
      <w:r>
        <w:rPr>
          <w:rFonts w:ascii="Arial" w:hAnsi="Arial"/>
          <w:b/>
          <w:sz w:val="22"/>
        </w:rPr>
        <w:t xml:space="preserve">Lucy  </w:t>
      </w:r>
      <w:r>
        <w:rPr>
          <w:rFonts w:ascii="Arial" w:hAnsi="Arial"/>
          <w:color w:val="5D7284"/>
          <w:sz w:val="22"/>
        </w:rPr>
        <w:t>1:26:53</w:t>
      </w:r>
    </w:p>
    <w:p>
      <w:pPr>
        <w:spacing w:after="0"/>
      </w:pPr>
      <w:r>
        <w:rPr>
          <w:rFonts w:ascii="Arial" w:hAnsi="Arial"/>
          <w:sz w:val="22"/>
        </w:rPr>
        <w:t>No, no, guys, we need to think about this properly.</w:t>
      </w:r>
    </w:p>
    <w:p>
      <w:pPr>
        <w:spacing w:after="0"/>
      </w:pPr>
    </w:p>
    <w:p>
      <w:pPr>
        <w:spacing w:after="0"/>
      </w:pPr>
      <w:r>
        <w:rPr>
          <w:rFonts w:ascii="Arial" w:hAnsi="Arial"/>
          <w:b/>
          <w:sz w:val="22"/>
        </w:rPr>
        <w:t xml:space="preserve">Alice  </w:t>
      </w:r>
      <w:r>
        <w:rPr>
          <w:rFonts w:ascii="Arial" w:hAnsi="Arial"/>
          <w:color w:val="5D7284"/>
          <w:sz w:val="22"/>
        </w:rPr>
        <w:t>1:26:55</w:t>
      </w:r>
    </w:p>
    <w:p>
      <w:pPr>
        <w:spacing w:after="0"/>
      </w:pPr>
      <w:r>
        <w:rPr>
          <w:rFonts w:ascii="Arial" w:hAnsi="Arial"/>
          <w:sz w:val="22"/>
        </w:rPr>
        <w:t>Yeah, that's a really good idea. How can I improve on it?</w:t>
      </w:r>
    </w:p>
    <w:p>
      <w:pPr>
        <w:spacing w:after="0"/>
      </w:pPr>
    </w:p>
    <w:p>
      <w:pPr>
        <w:spacing w:after="0"/>
      </w:pPr>
      <w:r>
        <w:rPr>
          <w:rFonts w:ascii="Arial" w:hAnsi="Arial"/>
          <w:b/>
          <w:sz w:val="22"/>
        </w:rPr>
        <w:t xml:space="preserve">Lucy  </w:t>
      </w:r>
      <w:r>
        <w:rPr>
          <w:rFonts w:ascii="Arial" w:hAnsi="Arial"/>
          <w:color w:val="5D7284"/>
          <w:sz w:val="22"/>
        </w:rPr>
        <w:t>1:27:00</w:t>
      </w:r>
    </w:p>
    <w:p>
      <w:pPr>
        <w:spacing w:after="0"/>
      </w:pPr>
      <w:r>
        <w:rPr>
          <w:rFonts w:ascii="Arial" w:hAnsi="Arial"/>
          <w:sz w:val="22"/>
        </w:rPr>
        <w:t>Well done for setting the groundwork, giving us the idea, but I think we can do this better, Julie? That kind of thing.</w:t>
      </w:r>
    </w:p>
    <w:p>
      <w:pPr>
        <w:spacing w:after="0"/>
      </w:pPr>
    </w:p>
    <w:p>
      <w:pPr>
        <w:spacing w:after="0"/>
      </w:pPr>
      <w:r>
        <w:rPr>
          <w:rFonts w:ascii="Arial" w:hAnsi="Arial"/>
          <w:b/>
          <w:sz w:val="22"/>
        </w:rPr>
        <w:t xml:space="preserve">Daisy  </w:t>
      </w:r>
      <w:r>
        <w:rPr>
          <w:rFonts w:ascii="Arial" w:hAnsi="Arial"/>
          <w:color w:val="5D7284"/>
          <w:sz w:val="22"/>
        </w:rPr>
        <w:t>1:27:06</w:t>
      </w:r>
    </w:p>
    <w:p>
      <w:pPr>
        <w:spacing w:after="0"/>
      </w:pPr>
      <w:r>
        <w:rPr>
          <w:rFonts w:ascii="Arial" w:hAnsi="Arial"/>
          <w:sz w:val="22"/>
        </w:rPr>
        <w:t>Yeah. So they they lured him to a special tea party. [Lucy: Okay.] It's worth noting as well that this entire account is disputed by people who hate fun, essentially.</w:t>
      </w:r>
    </w:p>
    <w:p>
      <w:pPr>
        <w:spacing w:after="0"/>
      </w:pPr>
    </w:p>
    <w:p>
      <w:pPr>
        <w:spacing w:after="0"/>
      </w:pPr>
      <w:r>
        <w:rPr>
          <w:rFonts w:ascii="Arial" w:hAnsi="Arial"/>
          <w:b/>
          <w:sz w:val="22"/>
        </w:rPr>
        <w:t xml:space="preserve">Lucy  </w:t>
      </w:r>
      <w:r>
        <w:rPr>
          <w:rFonts w:ascii="Arial" w:hAnsi="Arial"/>
          <w:color w:val="5D7284"/>
          <w:sz w:val="22"/>
        </w:rPr>
        <w:t>1:27:22</w:t>
      </w:r>
    </w:p>
    <w:p>
      <w:pPr>
        <w:spacing w:after="0"/>
      </w:pPr>
      <w:r>
        <w:rPr>
          <w:rFonts w:ascii="Arial" w:hAnsi="Arial"/>
          <w:sz w:val="22"/>
        </w:rPr>
        <w:t>We don't hate fun though.</w:t>
      </w:r>
    </w:p>
    <w:p>
      <w:pPr>
        <w:spacing w:after="0"/>
      </w:pPr>
    </w:p>
    <w:p>
      <w:pPr>
        <w:spacing w:after="0"/>
      </w:pPr>
      <w:r>
        <w:rPr>
          <w:rFonts w:ascii="Arial" w:hAnsi="Arial"/>
          <w:b/>
          <w:sz w:val="22"/>
        </w:rPr>
        <w:t xml:space="preserve">Daisy  </w:t>
      </w:r>
      <w:r>
        <w:rPr>
          <w:rFonts w:ascii="Arial" w:hAnsi="Arial"/>
          <w:color w:val="5D7284"/>
          <w:sz w:val="22"/>
        </w:rPr>
        <w:t>1:27:24</w:t>
      </w:r>
    </w:p>
    <w:p>
      <w:pPr>
        <w:spacing w:after="0"/>
      </w:pPr>
      <w:r>
        <w:rPr>
          <w:rFonts w:ascii="Arial" w:hAnsi="Arial"/>
          <w:sz w:val="22"/>
        </w:rPr>
        <w:t>Yeah so this version is the most sort of commonly known story and, you know, the one the song's based on. [Lucy: Is it?]</w:t>
      </w:r>
    </w:p>
    <w:p>
      <w:pPr>
        <w:spacing w:after="0"/>
      </w:pPr>
    </w:p>
    <w:p>
      <w:pPr>
        <w:spacing w:after="0"/>
      </w:pPr>
      <w:r>
        <w:rPr>
          <w:rFonts w:ascii="Arial" w:hAnsi="Arial"/>
          <w:b/>
          <w:sz w:val="22"/>
        </w:rPr>
        <w:t xml:space="preserve">Alice  </w:t>
      </w:r>
      <w:r>
        <w:rPr>
          <w:rFonts w:ascii="Arial" w:hAnsi="Arial"/>
          <w:color w:val="5D7284"/>
          <w:sz w:val="22"/>
        </w:rPr>
        <w:t>1:27:37</w:t>
      </w:r>
    </w:p>
    <w:p>
      <w:pPr>
        <w:spacing w:after="0"/>
      </w:pPr>
      <w:r>
        <w:rPr>
          <w:rFonts w:ascii="Arial" w:hAnsi="Arial"/>
          <w:sz w:val="22"/>
        </w:rPr>
        <w:t xml:space="preserve">I literally only know Ra-Ra-Rasputin, lover of the Russian queen. I know no other more like no more to that song. So it could be about anything, really. </w:t>
      </w:r>
    </w:p>
    <w:p>
      <w:pPr>
        <w:spacing w:after="0"/>
      </w:pPr>
    </w:p>
    <w:p>
      <w:pPr>
        <w:spacing w:after="0"/>
      </w:pPr>
      <w:r>
        <w:rPr>
          <w:rFonts w:ascii="Arial" w:hAnsi="Arial"/>
          <w:b/>
          <w:sz w:val="22"/>
        </w:rPr>
        <w:t xml:space="preserve">Lucy  </w:t>
      </w:r>
      <w:r>
        <w:rPr>
          <w:rFonts w:ascii="Arial" w:hAnsi="Arial"/>
          <w:color w:val="5D7284"/>
          <w:sz w:val="22"/>
        </w:rPr>
        <w:t>1:27:50</w:t>
      </w:r>
    </w:p>
    <w:p>
      <w:pPr>
        <w:spacing w:after="0"/>
      </w:pPr>
      <w:r>
        <w:rPr>
          <w:rFonts w:ascii="Arial" w:hAnsi="Arial"/>
          <w:sz w:val="22"/>
        </w:rPr>
        <w:t xml:space="preserve">Do you want me to Google the lyrics? </w:t>
      </w:r>
    </w:p>
    <w:p>
      <w:pPr>
        <w:spacing w:after="0"/>
      </w:pPr>
    </w:p>
    <w:p>
      <w:pPr>
        <w:spacing w:after="0"/>
      </w:pPr>
      <w:r>
        <w:rPr>
          <w:rFonts w:ascii="Arial" w:hAnsi="Arial"/>
          <w:b/>
          <w:sz w:val="22"/>
        </w:rPr>
        <w:t xml:space="preserve">Alice  </w:t>
      </w:r>
      <w:r>
        <w:rPr>
          <w:rFonts w:ascii="Arial" w:hAnsi="Arial"/>
          <w:color w:val="5D7284"/>
          <w:sz w:val="22"/>
        </w:rPr>
        <w:t>1:27:52</w:t>
      </w:r>
    </w:p>
    <w:p>
      <w:pPr>
        <w:spacing w:after="0"/>
      </w:pPr>
      <w:r>
        <w:rPr>
          <w:rFonts w:ascii="Arial" w:hAnsi="Arial"/>
          <w:sz w:val="22"/>
        </w:rPr>
        <w:t>I don't think we need... You could always film yourself doing the Just Dance version of it as a bonus content.</w:t>
      </w:r>
    </w:p>
    <w:p>
      <w:pPr>
        <w:spacing w:after="0"/>
      </w:pPr>
    </w:p>
    <w:p>
      <w:pPr>
        <w:spacing w:after="0"/>
      </w:pPr>
      <w:r>
        <w:rPr>
          <w:rFonts w:ascii="Arial" w:hAnsi="Arial"/>
          <w:b/>
          <w:sz w:val="22"/>
        </w:rPr>
        <w:t xml:space="preserve">Lucy  </w:t>
      </w:r>
      <w:r>
        <w:rPr>
          <w:rFonts w:ascii="Arial" w:hAnsi="Arial"/>
          <w:color w:val="5D7284"/>
          <w:sz w:val="22"/>
        </w:rPr>
        <w:t>1:28:00</w:t>
      </w:r>
    </w:p>
    <w:p>
      <w:pPr>
        <w:spacing w:after="0"/>
      </w:pPr>
      <w:r>
        <w:rPr>
          <w:rFonts w:ascii="Arial" w:hAnsi="Arial"/>
          <w:sz w:val="22"/>
        </w:rPr>
        <w:t>Are you joking?! All my dance moves come from my elbow.</w:t>
      </w:r>
    </w:p>
    <w:p>
      <w:pPr>
        <w:spacing w:after="0"/>
      </w:pPr>
    </w:p>
    <w:p>
      <w:pPr>
        <w:spacing w:after="0"/>
      </w:pPr>
      <w:r>
        <w:rPr>
          <w:rFonts w:ascii="Arial" w:hAnsi="Arial"/>
          <w:b/>
          <w:sz w:val="22"/>
        </w:rPr>
        <w:t xml:space="preserve">Alice  </w:t>
      </w:r>
      <w:r>
        <w:rPr>
          <w:rFonts w:ascii="Arial" w:hAnsi="Arial"/>
          <w:color w:val="5D7284"/>
          <w:sz w:val="22"/>
        </w:rPr>
        <w:t>1:28:05</w:t>
      </w:r>
    </w:p>
    <w:p>
      <w:pPr>
        <w:spacing w:after="0"/>
      </w:pPr>
      <w:r>
        <w:rPr>
          <w:rFonts w:ascii="Arial" w:hAnsi="Arial"/>
          <w:sz w:val="22"/>
        </w:rPr>
        <w:t>That's all the dance moves in Just Dance as well, so you're fine.</w:t>
      </w:r>
    </w:p>
    <w:p>
      <w:pPr>
        <w:spacing w:after="0"/>
      </w:pPr>
    </w:p>
    <w:p>
      <w:pPr>
        <w:spacing w:after="0"/>
      </w:pPr>
      <w:r>
        <w:rPr>
          <w:rFonts w:ascii="Arial" w:hAnsi="Arial"/>
          <w:b/>
          <w:sz w:val="22"/>
        </w:rPr>
        <w:t xml:space="preserve">Lucy  </w:t>
      </w:r>
      <w:r>
        <w:rPr>
          <w:rFonts w:ascii="Arial" w:hAnsi="Arial"/>
          <w:color w:val="5D7284"/>
          <w:sz w:val="22"/>
        </w:rPr>
        <w:t>1:28:08</w:t>
      </w:r>
    </w:p>
    <w:p>
      <w:pPr>
        <w:spacing w:after="0"/>
      </w:pPr>
      <w:r>
        <w:rPr>
          <w:rFonts w:ascii="Arial" w:hAnsi="Arial"/>
          <w:sz w:val="22"/>
        </w:rPr>
        <w:t>No, it's not. You have to kick your legs about. I can't kick my legs. Sorry, Daisy.</w:t>
      </w:r>
    </w:p>
    <w:p>
      <w:pPr>
        <w:spacing w:after="0"/>
      </w:pPr>
    </w:p>
    <w:p>
      <w:pPr>
        <w:spacing w:after="0"/>
      </w:pPr>
      <w:r>
        <w:rPr>
          <w:rFonts w:ascii="Arial" w:hAnsi="Arial"/>
          <w:b/>
          <w:sz w:val="22"/>
        </w:rPr>
        <w:t xml:space="preserve">Daisy  </w:t>
      </w:r>
      <w:r>
        <w:rPr>
          <w:rFonts w:ascii="Arial" w:hAnsi="Arial"/>
          <w:color w:val="5D7284"/>
          <w:sz w:val="22"/>
        </w:rPr>
        <w:t>1:28:16</w:t>
      </w:r>
    </w:p>
    <w:p>
      <w:pPr>
        <w:spacing w:after="0"/>
      </w:pPr>
      <w:r>
        <w:rPr>
          <w:rFonts w:ascii="Arial" w:hAnsi="Arial"/>
          <w:sz w:val="22"/>
        </w:rPr>
        <w:t>That's fine. I'm doubting now whether that is the song. Maybe the song is about something else.</w:t>
      </w:r>
    </w:p>
    <w:p>
      <w:pPr>
        <w:spacing w:after="0"/>
      </w:pPr>
    </w:p>
    <w:p>
      <w:pPr>
        <w:spacing w:after="0"/>
      </w:pPr>
      <w:r>
        <w:rPr>
          <w:rFonts w:ascii="Arial" w:hAnsi="Arial"/>
          <w:b/>
          <w:sz w:val="22"/>
        </w:rPr>
        <w:t xml:space="preserve">Lucy  </w:t>
      </w:r>
      <w:r>
        <w:rPr>
          <w:rFonts w:ascii="Arial" w:hAnsi="Arial"/>
          <w:color w:val="5D7284"/>
          <w:sz w:val="22"/>
        </w:rPr>
        <w:t>1:28:20</w:t>
      </w:r>
    </w:p>
    <w:p>
      <w:pPr>
        <w:spacing w:after="0"/>
      </w:pPr>
      <w:r>
        <w:rPr>
          <w:rFonts w:ascii="Arial" w:hAnsi="Arial"/>
          <w:sz w:val="22"/>
        </w:rPr>
        <w:t>*sings* Ra-Ra-Rasputin, Russia's greatest love machine. I don't know. I'm gonna have to...</w:t>
      </w:r>
    </w:p>
    <w:p>
      <w:pPr>
        <w:spacing w:after="0"/>
      </w:pPr>
    </w:p>
    <w:p>
      <w:pPr>
        <w:spacing w:after="0"/>
      </w:pPr>
      <w:r>
        <w:rPr>
          <w:rFonts w:ascii="Arial" w:hAnsi="Arial"/>
          <w:b/>
          <w:sz w:val="22"/>
        </w:rPr>
        <w:t xml:space="preserve">Alice  </w:t>
      </w:r>
      <w:r>
        <w:rPr>
          <w:rFonts w:ascii="Arial" w:hAnsi="Arial"/>
          <w:color w:val="5D7284"/>
          <w:sz w:val="22"/>
        </w:rPr>
        <w:t>1:28:24</w:t>
      </w:r>
    </w:p>
    <w:p>
      <w:pPr>
        <w:spacing w:after="0"/>
      </w:pPr>
      <w:r>
        <w:rPr>
          <w:rFonts w:ascii="Arial" w:hAnsi="Arial"/>
          <w:sz w:val="22"/>
        </w:rPr>
        <w:t>Can we please clip that and just have it on repeat on our social media. Start cat screaming all over the...</w:t>
      </w:r>
    </w:p>
    <w:p>
      <w:pPr>
        <w:spacing w:after="0"/>
      </w:pPr>
    </w:p>
    <w:p>
      <w:pPr>
        <w:spacing w:after="0"/>
      </w:pPr>
      <w:r>
        <w:rPr>
          <w:rFonts w:ascii="Arial" w:hAnsi="Arial"/>
          <w:b/>
          <w:sz w:val="22"/>
        </w:rPr>
        <w:t xml:space="preserve">Lucy  </w:t>
      </w:r>
      <w:r>
        <w:rPr>
          <w:rFonts w:ascii="Arial" w:hAnsi="Arial"/>
          <w:color w:val="5D7284"/>
          <w:sz w:val="22"/>
        </w:rPr>
        <w:t>1:28:35</w:t>
      </w:r>
    </w:p>
    <w:p>
      <w:pPr>
        <w:spacing w:after="0"/>
      </w:pPr>
      <w:r>
        <w:rPr>
          <w:rFonts w:ascii="Arial" w:hAnsi="Arial"/>
          <w:sz w:val="22"/>
        </w:rPr>
        <w:t>Who sang the song? [Alice: Boney M.] There lived a certain man in Russia long ago/ He was big and strong, his eyes had a flaming glow. Most people look at him with terror and with fear But to Moscow chicks he was such a lovely dear. No mention of,,, What we're looking for? Murder?</w:t>
      </w:r>
    </w:p>
    <w:p>
      <w:pPr>
        <w:spacing w:after="0"/>
      </w:pPr>
    </w:p>
    <w:p>
      <w:pPr>
        <w:spacing w:after="0"/>
      </w:pPr>
      <w:r>
        <w:rPr>
          <w:rFonts w:ascii="Arial" w:hAnsi="Arial"/>
          <w:b/>
          <w:sz w:val="22"/>
        </w:rPr>
        <w:t xml:space="preserve">Daisy  </w:t>
      </w:r>
      <w:r>
        <w:rPr>
          <w:rFonts w:ascii="Arial" w:hAnsi="Arial"/>
          <w:color w:val="5D7284"/>
          <w:sz w:val="22"/>
        </w:rPr>
        <w:t>1:29:00</w:t>
      </w:r>
    </w:p>
    <w:p>
      <w:pPr>
        <w:spacing w:after="0"/>
      </w:pPr>
      <w:r>
        <w:rPr>
          <w:rFonts w:ascii="Arial" w:hAnsi="Arial"/>
          <w:sz w:val="22"/>
        </w:rPr>
        <w:t>Yeah, yeah. You know all that assassination stuff.</w:t>
      </w:r>
    </w:p>
    <w:p>
      <w:pPr>
        <w:spacing w:after="0"/>
      </w:pPr>
    </w:p>
    <w:p>
      <w:pPr>
        <w:spacing w:after="0"/>
      </w:pPr>
      <w:r>
        <w:rPr>
          <w:rFonts w:ascii="Arial" w:hAnsi="Arial"/>
          <w:b/>
          <w:sz w:val="22"/>
        </w:rPr>
        <w:t xml:space="preserve">Lucy  </w:t>
      </w:r>
      <w:r>
        <w:rPr>
          <w:rFonts w:ascii="Arial" w:hAnsi="Arial"/>
          <w:color w:val="5D7284"/>
          <w:sz w:val="22"/>
        </w:rPr>
        <w:t>1:29:03</w:t>
      </w:r>
    </w:p>
    <w:p>
      <w:pPr>
        <w:spacing w:after="0"/>
      </w:pPr>
      <w:r>
        <w:rPr>
          <w:rFonts w:ascii="Arial" w:hAnsi="Arial"/>
          <w:sz w:val="22"/>
        </w:rPr>
        <w:t>Squeezeing the girls... So, basically...</w:t>
      </w:r>
    </w:p>
    <w:p>
      <w:pPr>
        <w:spacing w:after="0"/>
      </w:pPr>
    </w:p>
    <w:p>
      <w:pPr>
        <w:spacing w:after="0"/>
      </w:pPr>
      <w:r>
        <w:rPr>
          <w:rFonts w:ascii="Arial" w:hAnsi="Arial"/>
          <w:b/>
          <w:sz w:val="22"/>
        </w:rPr>
        <w:t xml:space="preserve">Alice  </w:t>
      </w:r>
      <w:r>
        <w:rPr>
          <w:rFonts w:ascii="Arial" w:hAnsi="Arial"/>
          <w:color w:val="5D7284"/>
          <w:sz w:val="22"/>
        </w:rPr>
        <w:t>1:29:09</w:t>
      </w:r>
    </w:p>
    <w:p>
      <w:pPr>
        <w:spacing w:after="0"/>
      </w:pPr>
      <w:r>
        <w:rPr>
          <w:rFonts w:ascii="Arial" w:hAnsi="Arial"/>
          <w:sz w:val="22"/>
        </w:rPr>
        <w:t xml:space="preserve">The focus is on the love machine element, not the murderer. </w:t>
      </w:r>
    </w:p>
    <w:p>
      <w:pPr>
        <w:spacing w:after="0"/>
      </w:pPr>
    </w:p>
    <w:p>
      <w:pPr>
        <w:spacing w:after="0"/>
      </w:pPr>
      <w:r>
        <w:rPr>
          <w:rFonts w:ascii="Arial" w:hAnsi="Arial"/>
          <w:b/>
          <w:sz w:val="22"/>
        </w:rPr>
        <w:t xml:space="preserve">Lucy  </w:t>
      </w:r>
      <w:r>
        <w:rPr>
          <w:rFonts w:ascii="Arial" w:hAnsi="Arial"/>
          <w:color w:val="5D7284"/>
          <w:sz w:val="22"/>
        </w:rPr>
        <w:t>1:29:12</w:t>
      </w:r>
    </w:p>
    <w:p>
      <w:pPr>
        <w:spacing w:after="0"/>
      </w:pPr>
      <w:r>
        <w:rPr>
          <w:rFonts w:ascii="Arial" w:hAnsi="Arial"/>
          <w:sz w:val="22"/>
        </w:rPr>
        <w:t>Not the murderous...</w:t>
      </w:r>
    </w:p>
    <w:p>
      <w:pPr>
        <w:spacing w:after="0"/>
      </w:pPr>
    </w:p>
    <w:p>
      <w:pPr>
        <w:spacing w:after="0"/>
      </w:pPr>
      <w:r>
        <w:rPr>
          <w:rFonts w:ascii="Arial" w:hAnsi="Arial"/>
          <w:b/>
          <w:sz w:val="22"/>
        </w:rPr>
        <w:t xml:space="preserve">Daisy  </w:t>
      </w:r>
      <w:r>
        <w:rPr>
          <w:rFonts w:ascii="Arial" w:hAnsi="Arial"/>
          <w:color w:val="5D7284"/>
          <w:sz w:val="22"/>
        </w:rPr>
        <w:t>1:29:14</w:t>
      </w:r>
    </w:p>
    <w:p>
      <w:pPr>
        <w:spacing w:after="0"/>
      </w:pPr>
      <w:r>
        <w:rPr>
          <w:rFonts w:ascii="Arial" w:hAnsi="Arial"/>
          <w:sz w:val="22"/>
        </w:rPr>
        <w:t>I should be paying more attention clearly. Anyway, so yeah, he was invited to this tea party at midnight. Which is not sus at all.</w:t>
      </w:r>
    </w:p>
    <w:p>
      <w:pPr>
        <w:spacing w:after="0"/>
      </w:pPr>
    </w:p>
    <w:p>
      <w:pPr>
        <w:spacing w:after="0"/>
      </w:pPr>
      <w:r>
        <w:rPr>
          <w:rFonts w:ascii="Arial" w:hAnsi="Arial"/>
          <w:b/>
          <w:sz w:val="22"/>
        </w:rPr>
        <w:t xml:space="preserve">Alice  </w:t>
      </w:r>
      <w:r>
        <w:rPr>
          <w:rFonts w:ascii="Arial" w:hAnsi="Arial"/>
          <w:color w:val="5D7284"/>
          <w:sz w:val="22"/>
        </w:rPr>
        <w:t>1:29:22</w:t>
      </w:r>
    </w:p>
    <w:p>
      <w:pPr>
        <w:spacing w:after="0"/>
      </w:pPr>
      <w:r>
        <w:rPr>
          <w:rFonts w:ascii="Arial" w:hAnsi="Arial"/>
          <w:sz w:val="22"/>
        </w:rPr>
        <w:t>No. I was going to say that's not the time for a tea party.</w:t>
      </w:r>
    </w:p>
    <w:p>
      <w:pPr>
        <w:spacing w:after="0"/>
      </w:pPr>
    </w:p>
    <w:p>
      <w:pPr>
        <w:spacing w:after="0"/>
      </w:pPr>
      <w:r>
        <w:rPr>
          <w:rFonts w:ascii="Arial" w:hAnsi="Arial"/>
          <w:b/>
          <w:sz w:val="22"/>
        </w:rPr>
        <w:t xml:space="preserve">Daisy  </w:t>
      </w:r>
      <w:r>
        <w:rPr>
          <w:rFonts w:ascii="Arial" w:hAnsi="Arial"/>
          <w:color w:val="5D7284"/>
          <w:sz w:val="22"/>
        </w:rPr>
        <w:t>1:29:26</w:t>
      </w:r>
    </w:p>
    <w:p>
      <w:pPr>
        <w:spacing w:after="0"/>
      </w:pPr>
      <w:r>
        <w:rPr>
          <w:rFonts w:ascii="Arial" w:hAnsi="Arial"/>
          <w:sz w:val="22"/>
        </w:rPr>
        <w:t>Yeah, totally normal. *Lucy laughs*</w:t>
      </w:r>
    </w:p>
    <w:p>
      <w:pPr>
        <w:spacing w:after="0"/>
      </w:pPr>
    </w:p>
    <w:p>
      <w:pPr>
        <w:spacing w:after="0"/>
      </w:pPr>
      <w:r>
        <w:rPr>
          <w:rFonts w:ascii="Arial" w:hAnsi="Arial"/>
          <w:b/>
          <w:sz w:val="22"/>
        </w:rPr>
        <w:t xml:space="preserve">Alice  </w:t>
      </w:r>
      <w:r>
        <w:rPr>
          <w:rFonts w:ascii="Arial" w:hAnsi="Arial"/>
          <w:color w:val="5D7284"/>
          <w:sz w:val="22"/>
        </w:rPr>
        <w:t>1:29:30</w:t>
      </w:r>
    </w:p>
    <w:p>
      <w:pPr>
        <w:spacing w:after="0"/>
      </w:pPr>
      <w:r>
        <w:rPr>
          <w:rFonts w:ascii="Arial" w:hAnsi="Arial"/>
          <w:sz w:val="22"/>
        </w:rPr>
        <w:t>Nothing questionable about that at all. [Daisy: No.]</w:t>
      </w:r>
    </w:p>
    <w:p>
      <w:pPr>
        <w:spacing w:after="0"/>
      </w:pPr>
    </w:p>
    <w:p>
      <w:pPr>
        <w:spacing w:after="0"/>
      </w:pPr>
      <w:r>
        <w:rPr>
          <w:rFonts w:ascii="Arial" w:hAnsi="Arial"/>
          <w:b/>
          <w:sz w:val="22"/>
        </w:rPr>
        <w:t xml:space="preserve">Lucy  </w:t>
      </w:r>
      <w:r>
        <w:rPr>
          <w:rFonts w:ascii="Arial" w:hAnsi="Arial"/>
          <w:color w:val="5D7284"/>
          <w:sz w:val="22"/>
        </w:rPr>
        <w:t>1:29:33</w:t>
      </w:r>
    </w:p>
    <w:p>
      <w:pPr>
        <w:spacing w:after="0"/>
      </w:pPr>
      <w:r>
        <w:rPr>
          <w:rFonts w:ascii="Arial" w:hAnsi="Arial"/>
          <w:sz w:val="22"/>
        </w:rPr>
        <w:t>I would not go to a party at midnight. Whether it was tea party or any other party, I would not go. Just no.</w:t>
      </w:r>
    </w:p>
    <w:p>
      <w:pPr>
        <w:spacing w:after="0"/>
      </w:pPr>
    </w:p>
    <w:p>
      <w:pPr>
        <w:spacing w:after="0"/>
      </w:pPr>
      <w:r>
        <w:rPr>
          <w:rFonts w:ascii="Arial" w:hAnsi="Arial"/>
          <w:b/>
          <w:sz w:val="22"/>
        </w:rPr>
        <w:t xml:space="preserve">Daisy  </w:t>
      </w:r>
      <w:r>
        <w:rPr>
          <w:rFonts w:ascii="Arial" w:hAnsi="Arial"/>
          <w:color w:val="5D7284"/>
          <w:sz w:val="22"/>
        </w:rPr>
        <w:t>1:29:40</w:t>
      </w:r>
    </w:p>
    <w:p>
      <w:pPr>
        <w:spacing w:after="0"/>
      </w:pPr>
      <w:r>
        <w:rPr>
          <w:rFonts w:ascii="Arial" w:hAnsi="Arial"/>
          <w:sz w:val="22"/>
        </w:rPr>
        <w:t>Yes, he was offered tea and cakes covered in cyanide. He first politely refused. As he didn't fancy cake. And then eventually he had some. Eventually he did have some but he didn't die to the point that he then even asked for some wine, *Lucy laughs* which they hastily poisoned as well, but he still seemed to be fine. So they gave up and got the gun out. [Lucy: Right.] So they shot him in the chest. And then got cracking with the next bit of the plan, which was dressing up as him driving to his house and pretending that he'd returned home that night. So then they went back to the basement to check he was dead.</w:t>
      </w:r>
    </w:p>
    <w:p>
      <w:pPr>
        <w:spacing w:after="0"/>
      </w:pPr>
    </w:p>
    <w:p>
      <w:pPr>
        <w:spacing w:after="0"/>
      </w:pPr>
      <w:r>
        <w:rPr>
          <w:rFonts w:ascii="Arial" w:hAnsi="Arial"/>
          <w:b/>
          <w:sz w:val="22"/>
        </w:rPr>
        <w:t xml:space="preserve">Lucy  </w:t>
      </w:r>
      <w:r>
        <w:rPr>
          <w:rFonts w:ascii="Arial" w:hAnsi="Arial"/>
          <w:color w:val="5D7284"/>
          <w:sz w:val="22"/>
        </w:rPr>
        <w:t>1:30:25</w:t>
      </w:r>
    </w:p>
    <w:p>
      <w:pPr>
        <w:spacing w:after="0"/>
      </w:pPr>
      <w:r>
        <w:rPr>
          <w:rFonts w:ascii="Arial" w:hAnsi="Arial"/>
          <w:sz w:val="22"/>
        </w:rPr>
        <w:t>And he wasn't.</w:t>
      </w:r>
    </w:p>
    <w:p>
      <w:pPr>
        <w:spacing w:after="0"/>
      </w:pPr>
    </w:p>
    <w:p>
      <w:pPr>
        <w:spacing w:after="0"/>
      </w:pPr>
      <w:r>
        <w:rPr>
          <w:rFonts w:ascii="Arial" w:hAnsi="Arial"/>
          <w:b/>
          <w:sz w:val="22"/>
        </w:rPr>
        <w:t xml:space="preserve">Daisy  </w:t>
      </w:r>
      <w:r>
        <w:rPr>
          <w:rFonts w:ascii="Arial" w:hAnsi="Arial"/>
          <w:color w:val="5D7284"/>
          <w:sz w:val="22"/>
        </w:rPr>
        <w:t>1:30:27</w:t>
      </w:r>
    </w:p>
    <w:p>
      <w:pPr>
        <w:spacing w:after="0"/>
      </w:pPr>
      <w:r>
        <w:rPr>
          <w:rFonts w:ascii="Arial" w:hAnsi="Arial"/>
          <w:sz w:val="22"/>
        </w:rPr>
        <w:t>Well, I know hindsight is 20/20 and everything, but maybe you would check that before.</w:t>
      </w:r>
    </w:p>
    <w:p>
      <w:pPr>
        <w:spacing w:after="0"/>
      </w:pPr>
    </w:p>
    <w:p>
      <w:pPr>
        <w:spacing w:after="0"/>
      </w:pPr>
      <w:r>
        <w:rPr>
          <w:rFonts w:ascii="Arial" w:hAnsi="Arial"/>
          <w:b/>
          <w:sz w:val="22"/>
        </w:rPr>
        <w:t xml:space="preserve">Lucy  </w:t>
      </w:r>
      <w:r>
        <w:rPr>
          <w:rFonts w:ascii="Arial" w:hAnsi="Arial"/>
          <w:color w:val="5D7284"/>
          <w:sz w:val="22"/>
        </w:rPr>
        <w:t>1:30:31</w:t>
      </w:r>
    </w:p>
    <w:p>
      <w:pPr>
        <w:spacing w:after="0"/>
      </w:pPr>
      <w:r>
        <w:rPr>
          <w:rFonts w:ascii="Arial" w:hAnsi="Arial"/>
          <w:sz w:val="22"/>
        </w:rPr>
        <w:t>Yeah. Before Yeah.</w:t>
      </w:r>
    </w:p>
    <w:p>
      <w:pPr>
        <w:spacing w:after="0"/>
      </w:pPr>
    </w:p>
    <w:p>
      <w:pPr>
        <w:spacing w:after="0"/>
      </w:pPr>
      <w:r>
        <w:rPr>
          <w:rFonts w:ascii="Arial" w:hAnsi="Arial"/>
          <w:b/>
          <w:sz w:val="22"/>
        </w:rPr>
        <w:t xml:space="preserve">Alice  </w:t>
      </w:r>
      <w:r>
        <w:rPr>
          <w:rFonts w:ascii="Arial" w:hAnsi="Arial"/>
          <w:color w:val="5D7284"/>
          <w:sz w:val="22"/>
        </w:rPr>
        <w:t>1:30:33</w:t>
      </w:r>
    </w:p>
    <w:p>
      <w:pPr>
        <w:spacing w:after="0"/>
      </w:pPr>
      <w:r>
        <w:rPr>
          <w:rFonts w:ascii="Arial" w:hAnsi="Arial"/>
          <w:sz w:val="22"/>
        </w:rPr>
        <w:t>Especially before you leave the body like, you know, unsupervised in case it like gets up and walks away.</w:t>
      </w:r>
    </w:p>
    <w:p>
      <w:pPr>
        <w:spacing w:after="0"/>
      </w:pPr>
    </w:p>
    <w:p>
      <w:pPr>
        <w:spacing w:after="0"/>
      </w:pPr>
      <w:r>
        <w:rPr>
          <w:rFonts w:ascii="Arial" w:hAnsi="Arial"/>
          <w:b/>
          <w:sz w:val="22"/>
        </w:rPr>
        <w:t xml:space="preserve">Daisy  </w:t>
      </w:r>
      <w:r>
        <w:rPr>
          <w:rFonts w:ascii="Arial" w:hAnsi="Arial"/>
          <w:color w:val="5D7284"/>
          <w:sz w:val="22"/>
        </w:rPr>
        <w:t>1:30:40</w:t>
      </w:r>
    </w:p>
    <w:p>
      <w:pPr>
        <w:spacing w:after="0"/>
      </w:pPr>
      <w:r>
        <w:rPr>
          <w:rFonts w:ascii="Arial" w:hAnsi="Arial"/>
          <w:sz w:val="22"/>
        </w:rPr>
        <w:t>Yeah, yeah. Just you know, maybe before you go off and pretend that...</w:t>
      </w:r>
    </w:p>
    <w:p>
      <w:pPr>
        <w:spacing w:after="0"/>
      </w:pPr>
    </w:p>
    <w:p>
      <w:pPr>
        <w:spacing w:after="0"/>
      </w:pPr>
      <w:r>
        <w:rPr>
          <w:rFonts w:ascii="Arial" w:hAnsi="Arial"/>
          <w:b/>
          <w:sz w:val="22"/>
        </w:rPr>
        <w:t xml:space="preserve">Alice  </w:t>
      </w:r>
      <w:r>
        <w:rPr>
          <w:rFonts w:ascii="Arial" w:hAnsi="Arial"/>
          <w:color w:val="5D7284"/>
          <w:sz w:val="22"/>
        </w:rPr>
        <w:t>1:30:44</w:t>
      </w:r>
    </w:p>
    <w:p>
      <w:pPr>
        <w:spacing w:after="0"/>
      </w:pPr>
      <w:r>
        <w:rPr>
          <w:rFonts w:ascii="Arial" w:hAnsi="Arial"/>
          <w:sz w:val="22"/>
        </w:rPr>
        <w:t>You don't dress up for half an hour.</w:t>
      </w:r>
    </w:p>
    <w:p>
      <w:pPr>
        <w:spacing w:after="0"/>
      </w:pPr>
    </w:p>
    <w:p>
      <w:pPr>
        <w:spacing w:after="0"/>
      </w:pPr>
      <w:r>
        <w:rPr>
          <w:rFonts w:ascii="Arial" w:hAnsi="Arial"/>
          <w:b/>
          <w:sz w:val="22"/>
        </w:rPr>
        <w:t xml:space="preserve">Daisy  </w:t>
      </w:r>
      <w:r>
        <w:rPr>
          <w:rFonts w:ascii="Arial" w:hAnsi="Arial"/>
          <w:color w:val="5D7284"/>
          <w:sz w:val="22"/>
        </w:rPr>
        <w:t>1:30:46</w:t>
      </w:r>
    </w:p>
    <w:p>
      <w:pPr>
        <w:spacing w:after="0"/>
      </w:pPr>
      <w:r>
        <w:rPr>
          <w:rFonts w:ascii="Arial" w:hAnsi="Arial"/>
          <w:sz w:val="22"/>
        </w:rPr>
        <w:t>Yeah, just check. Just a pulse.</w:t>
      </w:r>
    </w:p>
    <w:p>
      <w:pPr>
        <w:spacing w:after="0"/>
      </w:pPr>
    </w:p>
    <w:p>
      <w:pPr>
        <w:spacing w:after="0"/>
      </w:pPr>
      <w:r>
        <w:rPr>
          <w:rFonts w:ascii="Arial" w:hAnsi="Arial"/>
          <w:b/>
          <w:sz w:val="22"/>
        </w:rPr>
        <w:t xml:space="preserve">Alice  </w:t>
      </w:r>
      <w:r>
        <w:rPr>
          <w:rFonts w:ascii="Arial" w:hAnsi="Arial"/>
          <w:color w:val="5D7284"/>
          <w:sz w:val="22"/>
        </w:rPr>
        <w:t>1:30:51</w:t>
      </w:r>
    </w:p>
    <w:p>
      <w:pPr>
        <w:spacing w:after="0"/>
      </w:pPr>
      <w:r>
        <w:rPr>
          <w:rFonts w:ascii="Arial" w:hAnsi="Arial"/>
          <w:sz w:val="22"/>
        </w:rPr>
        <w:t>Especially, especially when you've tried to poison him twice and it hasn't taken.</w:t>
      </w:r>
    </w:p>
    <w:p>
      <w:pPr>
        <w:spacing w:after="0"/>
      </w:pPr>
    </w:p>
    <w:p>
      <w:pPr>
        <w:spacing w:after="0"/>
      </w:pPr>
      <w:r>
        <w:rPr>
          <w:rFonts w:ascii="Arial" w:hAnsi="Arial"/>
          <w:b/>
          <w:sz w:val="22"/>
        </w:rPr>
        <w:t xml:space="preserve">Lucy  </w:t>
      </w:r>
      <w:r>
        <w:rPr>
          <w:rFonts w:ascii="Arial" w:hAnsi="Arial"/>
          <w:color w:val="5D7284"/>
          <w:sz w:val="22"/>
        </w:rPr>
        <w:t>1:30:57</w:t>
      </w:r>
    </w:p>
    <w:p>
      <w:pPr>
        <w:spacing w:after="0"/>
      </w:pPr>
      <w:r>
        <w:rPr>
          <w:rFonts w:ascii="Arial" w:hAnsi="Arial"/>
          <w:sz w:val="22"/>
        </w:rPr>
        <w:t>I mean, can we just talk about his constitution? [Alice: Yeah, exactly.] That stomach, like, what the hell?</w:t>
      </w:r>
    </w:p>
    <w:p>
      <w:pPr>
        <w:spacing w:after="0"/>
      </w:pPr>
    </w:p>
    <w:p>
      <w:pPr>
        <w:spacing w:after="0"/>
      </w:pPr>
      <w:r>
        <w:rPr>
          <w:rFonts w:ascii="Arial" w:hAnsi="Arial"/>
          <w:b/>
          <w:sz w:val="22"/>
        </w:rPr>
        <w:t xml:space="preserve">Daisy  </w:t>
      </w:r>
      <w:r>
        <w:rPr>
          <w:rFonts w:ascii="Arial" w:hAnsi="Arial"/>
          <w:color w:val="5D7284"/>
          <w:sz w:val="22"/>
        </w:rPr>
        <w:t>1:31:04</w:t>
      </w:r>
    </w:p>
    <w:p>
      <w:pPr>
        <w:spacing w:after="0"/>
      </w:pPr>
      <w:r>
        <w:rPr>
          <w:rFonts w:ascii="Arial" w:hAnsi="Arial"/>
          <w:sz w:val="22"/>
        </w:rPr>
        <w:t>Yeah. So one of his daughters said later that he wouldn't have eaten the cake because he didn't like sweet things. And, supposedly, the autopsy didn't find any trace of poison. So it could just be that they were bad at poisoning.</w:t>
      </w:r>
    </w:p>
    <w:p>
      <w:pPr>
        <w:spacing w:after="0"/>
      </w:pPr>
    </w:p>
    <w:p>
      <w:pPr>
        <w:spacing w:after="0"/>
      </w:pPr>
      <w:r>
        <w:rPr>
          <w:rFonts w:ascii="Arial" w:hAnsi="Arial"/>
          <w:b/>
          <w:sz w:val="22"/>
        </w:rPr>
        <w:t xml:space="preserve">Lucy  </w:t>
      </w:r>
      <w:r>
        <w:rPr>
          <w:rFonts w:ascii="Arial" w:hAnsi="Arial"/>
          <w:color w:val="5D7284"/>
          <w:sz w:val="22"/>
        </w:rPr>
        <w:t>1:31:20</w:t>
      </w:r>
    </w:p>
    <w:p>
      <w:pPr>
        <w:spacing w:after="0"/>
      </w:pPr>
      <w:r>
        <w:rPr>
          <w:rFonts w:ascii="Arial" w:hAnsi="Arial"/>
          <w:sz w:val="22"/>
        </w:rPr>
        <w:t>So this tea party did kill him, then?</w:t>
      </w:r>
    </w:p>
    <w:p>
      <w:pPr>
        <w:spacing w:after="0"/>
      </w:pPr>
    </w:p>
    <w:p>
      <w:pPr>
        <w:spacing w:after="0"/>
      </w:pPr>
      <w:r>
        <w:rPr>
          <w:rFonts w:ascii="Arial" w:hAnsi="Arial"/>
          <w:b/>
          <w:sz w:val="22"/>
        </w:rPr>
        <w:t xml:space="preserve">Daisy  </w:t>
      </w:r>
      <w:r>
        <w:rPr>
          <w:rFonts w:ascii="Arial" w:hAnsi="Arial"/>
          <w:color w:val="5D7284"/>
          <w:sz w:val="22"/>
        </w:rPr>
        <w:t>1:31:23</w:t>
      </w:r>
    </w:p>
    <w:p>
      <w:pPr>
        <w:spacing w:after="0"/>
      </w:pPr>
      <w:r>
        <w:rPr>
          <w:rFonts w:ascii="Arial" w:hAnsi="Arial"/>
          <w:sz w:val="22"/>
        </w:rPr>
        <w:t>Well... So they came back.</w:t>
      </w:r>
    </w:p>
    <w:p>
      <w:pPr>
        <w:spacing w:after="0"/>
      </w:pPr>
    </w:p>
    <w:p>
      <w:pPr>
        <w:spacing w:after="0"/>
      </w:pPr>
      <w:r>
        <w:rPr>
          <w:rFonts w:ascii="Arial" w:hAnsi="Arial"/>
          <w:b/>
          <w:sz w:val="22"/>
        </w:rPr>
        <w:t xml:space="preserve">Lucy  </w:t>
      </w:r>
      <w:r>
        <w:rPr>
          <w:rFonts w:ascii="Arial" w:hAnsi="Arial"/>
          <w:color w:val="5D7284"/>
          <w:sz w:val="22"/>
        </w:rPr>
        <w:t>1:31:28</w:t>
      </w:r>
    </w:p>
    <w:p>
      <w:pPr>
        <w:spacing w:after="0"/>
      </w:pPr>
      <w:r>
        <w:rPr>
          <w:rFonts w:ascii="Arial" w:hAnsi="Arial"/>
          <w:sz w:val="22"/>
        </w:rPr>
        <w:t>This is like an episode of EastEnders!</w:t>
      </w:r>
    </w:p>
    <w:p>
      <w:pPr>
        <w:spacing w:after="0"/>
      </w:pPr>
    </w:p>
    <w:p>
      <w:pPr>
        <w:spacing w:after="0"/>
      </w:pPr>
      <w:r>
        <w:rPr>
          <w:rFonts w:ascii="Arial" w:hAnsi="Arial"/>
          <w:b/>
          <w:sz w:val="22"/>
        </w:rPr>
        <w:t xml:space="preserve">Daisy  </w:t>
      </w:r>
      <w:r>
        <w:rPr>
          <w:rFonts w:ascii="Arial" w:hAnsi="Arial"/>
          <w:color w:val="5D7284"/>
          <w:sz w:val="22"/>
        </w:rPr>
        <w:t>1:31:30</w:t>
      </w:r>
    </w:p>
    <w:p>
      <w:pPr>
        <w:spacing w:after="0"/>
      </w:pPr>
      <w:r>
        <w:rPr>
          <w:rFonts w:ascii="Arial" w:hAnsi="Arial"/>
          <w:sz w:val="22"/>
        </w:rPr>
        <w:t xml:space="preserve">Yeah, they came back and they did give him that poke. That's when he jumped up and started attacking them. [Lucy: Amazing!] Arguably. Like I would argue if someone had shot you in the chest. It's kind of fair enough that they then try and chase you and beat you up. </w:t>
      </w:r>
    </w:p>
    <w:p>
      <w:pPr>
        <w:spacing w:after="0"/>
      </w:pPr>
    </w:p>
    <w:p>
      <w:pPr>
        <w:spacing w:after="0"/>
      </w:pPr>
      <w:r>
        <w:rPr>
          <w:rFonts w:ascii="Arial" w:hAnsi="Arial"/>
          <w:b/>
          <w:sz w:val="22"/>
        </w:rPr>
        <w:t xml:space="preserve">Lucy  </w:t>
      </w:r>
      <w:r>
        <w:rPr>
          <w:rFonts w:ascii="Arial" w:hAnsi="Arial"/>
          <w:color w:val="5D7284"/>
          <w:sz w:val="22"/>
        </w:rPr>
        <w:t>1:31:47</w:t>
      </w:r>
    </w:p>
    <w:p>
      <w:pPr>
        <w:spacing w:after="0"/>
      </w:pPr>
      <w:r>
        <w:rPr>
          <w:rFonts w:ascii="Arial" w:hAnsi="Arial"/>
          <w:sz w:val="22"/>
        </w:rPr>
        <w:t xml:space="preserve">Yeah, fair enough. </w:t>
      </w:r>
    </w:p>
    <w:p>
      <w:pPr>
        <w:spacing w:after="0"/>
      </w:pPr>
    </w:p>
    <w:p>
      <w:pPr>
        <w:spacing w:after="0"/>
      </w:pPr>
      <w:r>
        <w:rPr>
          <w:rFonts w:ascii="Arial" w:hAnsi="Arial"/>
          <w:b/>
          <w:sz w:val="22"/>
        </w:rPr>
        <w:t xml:space="preserve">Daisy  </w:t>
      </w:r>
      <w:r>
        <w:rPr>
          <w:rFonts w:ascii="Arial" w:hAnsi="Arial"/>
          <w:color w:val="5D7284"/>
          <w:sz w:val="22"/>
        </w:rPr>
        <w:t>1:31:50</w:t>
      </w:r>
    </w:p>
    <w:p>
      <w:pPr>
        <w:spacing w:after="0"/>
      </w:pPr>
      <w:r>
        <w:rPr>
          <w:rFonts w:ascii="Arial" w:hAnsi="Arial"/>
          <w:sz w:val="22"/>
        </w:rPr>
        <w:t>So you chase them outside where someone shot him another few times. This time in the head. And he went down. And so they wrapped him up in the carpet and threw him in the river, and then immediately started going around telling everybody that that they'd murdered Rasputin rendering the bit where they got dressed up as him and went back to his house,  *Alice &amp; Lucy laugh* to pretend that he hadn't been murdered entirely pointless.</w:t>
      </w:r>
    </w:p>
    <w:p>
      <w:pPr>
        <w:spacing w:after="0"/>
      </w:pPr>
    </w:p>
    <w:p>
      <w:pPr>
        <w:spacing w:after="0"/>
      </w:pPr>
      <w:r>
        <w:rPr>
          <w:rFonts w:ascii="Arial" w:hAnsi="Arial"/>
          <w:b/>
          <w:sz w:val="22"/>
        </w:rPr>
        <w:t xml:space="preserve">Lucy  </w:t>
      </w:r>
      <w:r>
        <w:rPr>
          <w:rFonts w:ascii="Arial" w:hAnsi="Arial"/>
          <w:color w:val="5D7284"/>
          <w:sz w:val="22"/>
        </w:rPr>
        <w:t>1:32:15</w:t>
      </w:r>
    </w:p>
    <w:p>
      <w:pPr>
        <w:spacing w:after="0"/>
      </w:pPr>
      <w:r>
        <w:rPr>
          <w:rFonts w:ascii="Arial" w:hAnsi="Arial"/>
          <w:sz w:val="22"/>
        </w:rPr>
        <w:t>Wouldn't you just go, mate, why you dressed as Rasputin?</w:t>
      </w:r>
    </w:p>
    <w:p>
      <w:pPr>
        <w:spacing w:after="0"/>
      </w:pPr>
    </w:p>
    <w:p>
      <w:pPr>
        <w:spacing w:after="0"/>
      </w:pPr>
      <w:r>
        <w:rPr>
          <w:rFonts w:ascii="Arial" w:hAnsi="Arial"/>
          <w:b/>
          <w:sz w:val="22"/>
        </w:rPr>
        <w:t xml:space="preserve">Alice  </w:t>
      </w:r>
      <w:r>
        <w:rPr>
          <w:rFonts w:ascii="Arial" w:hAnsi="Arial"/>
          <w:color w:val="5D7284"/>
          <w:sz w:val="22"/>
        </w:rPr>
        <w:t>1:32:18</w:t>
      </w:r>
    </w:p>
    <w:p>
      <w:pPr>
        <w:spacing w:after="0"/>
      </w:pPr>
      <w:r>
        <w:rPr>
          <w:rFonts w:ascii="Arial" w:hAnsi="Arial"/>
          <w:sz w:val="22"/>
        </w:rPr>
        <w:t>I know. I know, before I said that they were like, "We could do a better job at this." Turns out, I think Julie was about right first time.</w:t>
      </w:r>
    </w:p>
    <w:p>
      <w:pPr>
        <w:spacing w:after="0"/>
      </w:pPr>
    </w:p>
    <w:p>
      <w:pPr>
        <w:spacing w:after="0"/>
      </w:pPr>
      <w:r>
        <w:rPr>
          <w:rFonts w:ascii="Arial" w:hAnsi="Arial"/>
          <w:b/>
          <w:sz w:val="22"/>
        </w:rPr>
        <w:t xml:space="preserve">Lucy  </w:t>
      </w:r>
      <w:r>
        <w:rPr>
          <w:rFonts w:ascii="Arial" w:hAnsi="Arial"/>
          <w:color w:val="5D7284"/>
          <w:sz w:val="22"/>
        </w:rPr>
        <w:t>1:32:28</w:t>
      </w:r>
    </w:p>
    <w:p>
      <w:pPr>
        <w:spacing w:after="0"/>
      </w:pPr>
      <w:r>
        <w:rPr>
          <w:rFonts w:ascii="Arial" w:hAnsi="Arial"/>
          <w:sz w:val="22"/>
        </w:rPr>
        <w:t>Maybe we're a bit hasty Julie.</w:t>
      </w:r>
    </w:p>
    <w:p>
      <w:pPr>
        <w:spacing w:after="0"/>
      </w:pPr>
    </w:p>
    <w:p>
      <w:pPr>
        <w:spacing w:after="0"/>
      </w:pPr>
      <w:r>
        <w:rPr>
          <w:rFonts w:ascii="Arial" w:hAnsi="Arial"/>
          <w:b/>
          <w:sz w:val="22"/>
        </w:rPr>
        <w:t xml:space="preserve">Alice  </w:t>
      </w:r>
      <w:r>
        <w:rPr>
          <w:rFonts w:ascii="Arial" w:hAnsi="Arial"/>
          <w:color w:val="5D7284"/>
          <w:sz w:val="22"/>
        </w:rPr>
        <w:t>1:32:30</w:t>
      </w:r>
    </w:p>
    <w:p>
      <w:pPr>
        <w:spacing w:after="0"/>
      </w:pPr>
      <w:r>
        <w:rPr>
          <w:rFonts w:ascii="Arial" w:hAnsi="Arial"/>
          <w:sz w:val="22"/>
        </w:rPr>
        <w:t>Yeah. Sorry, Julie. We take it back.</w:t>
      </w:r>
    </w:p>
    <w:p>
      <w:pPr>
        <w:spacing w:after="0"/>
      </w:pPr>
    </w:p>
    <w:p>
      <w:pPr>
        <w:spacing w:after="0"/>
      </w:pPr>
      <w:r>
        <w:rPr>
          <w:rFonts w:ascii="Arial" w:hAnsi="Arial"/>
          <w:b/>
          <w:sz w:val="22"/>
        </w:rPr>
        <w:t xml:space="preserve">Daisy  </w:t>
      </w:r>
      <w:r>
        <w:rPr>
          <w:rFonts w:ascii="Arial" w:hAnsi="Arial"/>
          <w:color w:val="5D7284"/>
          <w:sz w:val="22"/>
        </w:rPr>
        <w:t>1:32:33</w:t>
      </w:r>
    </w:p>
    <w:p>
      <w:pPr>
        <w:spacing w:after="0"/>
      </w:pPr>
      <w:r>
        <w:rPr>
          <w:rFonts w:ascii="Arial" w:hAnsi="Arial"/>
          <w:sz w:val="22"/>
        </w:rPr>
        <w:t>Yeah, I mean, arguably, this one he actually died. So still better than the last one. I mean, at least that one injured him for a couple of days so he couldn't do any more, you know, warmongering.</w:t>
      </w:r>
    </w:p>
    <w:p>
      <w:pPr>
        <w:spacing w:after="0"/>
      </w:pPr>
    </w:p>
    <w:p>
      <w:pPr>
        <w:spacing w:after="0"/>
      </w:pPr>
      <w:r>
        <w:rPr>
          <w:rFonts w:ascii="Arial" w:hAnsi="Arial"/>
          <w:b/>
          <w:sz w:val="22"/>
        </w:rPr>
        <w:t xml:space="preserve">Alice  </w:t>
      </w:r>
      <w:r>
        <w:rPr>
          <w:rFonts w:ascii="Arial" w:hAnsi="Arial"/>
          <w:color w:val="5D7284"/>
          <w:sz w:val="22"/>
        </w:rPr>
        <w:t>1:32:48</w:t>
      </w:r>
    </w:p>
    <w:p>
      <w:pPr>
        <w:spacing w:after="0"/>
      </w:pPr>
      <w:r>
        <w:rPr>
          <w:rFonts w:ascii="Arial" w:hAnsi="Arial"/>
          <w:sz w:val="22"/>
        </w:rPr>
        <w:t>So after he was wrapped in the carpet and chucked in the river that was the end, then.</w:t>
      </w:r>
    </w:p>
    <w:p>
      <w:pPr>
        <w:spacing w:after="0"/>
      </w:pPr>
    </w:p>
    <w:p>
      <w:pPr>
        <w:spacing w:after="0"/>
      </w:pPr>
      <w:r>
        <w:rPr>
          <w:rFonts w:ascii="Arial" w:hAnsi="Arial"/>
          <w:b/>
          <w:sz w:val="22"/>
        </w:rPr>
        <w:t xml:space="preserve">Daisy  </w:t>
      </w:r>
      <w:r>
        <w:rPr>
          <w:rFonts w:ascii="Arial" w:hAnsi="Arial"/>
          <w:color w:val="5D7284"/>
          <w:sz w:val="22"/>
        </w:rPr>
        <w:t>1:32:53</w:t>
      </w:r>
    </w:p>
    <w:p>
      <w:pPr>
        <w:spacing w:after="0"/>
      </w:pPr>
      <w:r>
        <w:rPr>
          <w:rFonts w:ascii="Arial" w:hAnsi="Arial"/>
          <w:sz w:val="22"/>
        </w:rPr>
        <w:t>Yeah, the story that we hear is that he still didn't die, and that he only died of drowning once he'd been chucked in the river and wrapped in the carpet. But you get when they got him out and had a look there like now he was dead before he went in the water.</w:t>
      </w:r>
    </w:p>
    <w:p>
      <w:pPr>
        <w:spacing w:after="0"/>
      </w:pPr>
    </w:p>
    <w:p>
      <w:pPr>
        <w:spacing w:after="0"/>
      </w:pPr>
      <w:r>
        <w:rPr>
          <w:rFonts w:ascii="Arial" w:hAnsi="Arial"/>
          <w:b/>
          <w:sz w:val="22"/>
        </w:rPr>
        <w:t xml:space="preserve">Lucy  </w:t>
      </w:r>
      <w:r>
        <w:rPr>
          <w:rFonts w:ascii="Arial" w:hAnsi="Arial"/>
          <w:color w:val="5D7284"/>
          <w:sz w:val="22"/>
        </w:rPr>
        <w:t>1:33:12</w:t>
      </w:r>
    </w:p>
    <w:p>
      <w:pPr>
        <w:spacing w:after="0"/>
      </w:pPr>
      <w:r>
        <w:rPr>
          <w:rFonts w:ascii="Arial" w:hAnsi="Arial"/>
          <w:sz w:val="22"/>
        </w:rPr>
        <w:t>They definitely shot him and then...</w:t>
      </w:r>
    </w:p>
    <w:p>
      <w:pPr>
        <w:spacing w:after="0"/>
      </w:pPr>
    </w:p>
    <w:p>
      <w:pPr>
        <w:spacing w:after="0"/>
      </w:pPr>
      <w:r>
        <w:rPr>
          <w:rFonts w:ascii="Arial" w:hAnsi="Arial"/>
          <w:b/>
          <w:sz w:val="22"/>
        </w:rPr>
        <w:t xml:space="preserve">Daisy  </w:t>
      </w:r>
      <w:r>
        <w:rPr>
          <w:rFonts w:ascii="Arial" w:hAnsi="Arial"/>
          <w:color w:val="5D7284"/>
          <w:sz w:val="22"/>
        </w:rPr>
        <w:t>1:33:15</w:t>
      </w:r>
    </w:p>
    <w:p>
      <w:pPr>
        <w:spacing w:after="0"/>
      </w:pPr>
      <w:r>
        <w:rPr>
          <w:rFonts w:ascii="Arial" w:hAnsi="Arial"/>
          <w:sz w:val="22"/>
        </w:rPr>
        <w:t>Yeah, they were looking at him going, Yeah, that guy's been shot. For sure.</w:t>
      </w:r>
    </w:p>
    <w:p>
      <w:pPr>
        <w:spacing w:after="0"/>
      </w:pPr>
    </w:p>
    <w:p>
      <w:pPr>
        <w:spacing w:after="0"/>
      </w:pPr>
      <w:r>
        <w:rPr>
          <w:rFonts w:ascii="Arial" w:hAnsi="Arial"/>
          <w:b/>
          <w:sz w:val="22"/>
        </w:rPr>
        <w:t xml:space="preserve">Lucy  </w:t>
      </w:r>
      <w:r>
        <w:rPr>
          <w:rFonts w:ascii="Arial" w:hAnsi="Arial"/>
          <w:color w:val="5D7284"/>
          <w:sz w:val="22"/>
        </w:rPr>
        <w:t>1:33:20</w:t>
      </w:r>
    </w:p>
    <w:p>
      <w:pPr>
        <w:spacing w:after="0"/>
      </w:pPr>
      <w:r>
        <w:rPr>
          <w:rFonts w:ascii="Arial" w:hAnsi="Arial"/>
          <w:sz w:val="22"/>
        </w:rPr>
        <w:t>Yeah, it wasn't the drowning or the carpet. He was shot.</w:t>
      </w:r>
    </w:p>
    <w:p>
      <w:pPr>
        <w:spacing w:after="0"/>
      </w:pPr>
    </w:p>
    <w:p>
      <w:pPr>
        <w:spacing w:after="0"/>
      </w:pPr>
      <w:r>
        <w:rPr>
          <w:rFonts w:ascii="Arial" w:hAnsi="Arial"/>
          <w:b/>
          <w:sz w:val="22"/>
        </w:rPr>
        <w:t xml:space="preserve">Daisy  </w:t>
      </w:r>
      <w:r>
        <w:rPr>
          <w:rFonts w:ascii="Arial" w:hAnsi="Arial"/>
          <w:color w:val="5D7284"/>
          <w:sz w:val="22"/>
        </w:rPr>
        <w:t>1:33:24</w:t>
      </w:r>
    </w:p>
    <w:p>
      <w:pPr>
        <w:spacing w:after="0"/>
      </w:pPr>
      <w:r>
        <w:rPr>
          <w:rFonts w:ascii="Arial" w:hAnsi="Arial"/>
          <w:sz w:val="22"/>
        </w:rPr>
        <w:t>Yeah, so they did an autopsy and so a lot of rumors flew around. After his death, he'd still been alive when they chucked him in the river, they'd cut off his penis, and that also, the royal staff member who he'd allegedly raped earlier had been there to watch him be castrated and thrown in the river. [Lucy: Wow.] But all of that seems incredibly unlikely.</w:t>
      </w:r>
    </w:p>
    <w:p>
      <w:pPr>
        <w:spacing w:after="0"/>
      </w:pPr>
    </w:p>
    <w:p>
      <w:pPr>
        <w:spacing w:after="0"/>
      </w:pPr>
      <w:r>
        <w:rPr>
          <w:rFonts w:ascii="Arial" w:hAnsi="Arial"/>
          <w:b/>
          <w:sz w:val="22"/>
        </w:rPr>
        <w:t xml:space="preserve">Alice  </w:t>
      </w:r>
      <w:r>
        <w:rPr>
          <w:rFonts w:ascii="Arial" w:hAnsi="Arial"/>
          <w:color w:val="5D7284"/>
          <w:sz w:val="22"/>
        </w:rPr>
        <w:t>1:33:47</w:t>
      </w:r>
    </w:p>
    <w:p>
      <w:pPr>
        <w:spacing w:after="0"/>
      </w:pPr>
      <w:r>
        <w:rPr>
          <w:rFonts w:ascii="Arial" w:hAnsi="Arial"/>
          <w:sz w:val="22"/>
        </w:rPr>
        <w:t>I mean, personally, I would find it highly unlikely that any nobleman would give a shit enough about a member of his staff to be like, hey, do you want some retribution for the person who raped you?</w:t>
      </w:r>
    </w:p>
    <w:p>
      <w:pPr>
        <w:spacing w:after="0"/>
      </w:pPr>
    </w:p>
    <w:p>
      <w:pPr>
        <w:spacing w:after="0"/>
      </w:pPr>
      <w:r>
        <w:rPr>
          <w:rFonts w:ascii="Arial" w:hAnsi="Arial"/>
          <w:b/>
          <w:sz w:val="22"/>
        </w:rPr>
        <w:t xml:space="preserve">Daisy  </w:t>
      </w:r>
      <w:r>
        <w:rPr>
          <w:rFonts w:ascii="Arial" w:hAnsi="Arial"/>
          <w:color w:val="5D7284"/>
          <w:sz w:val="22"/>
        </w:rPr>
        <w:t>1:34:01</w:t>
      </w:r>
    </w:p>
    <w:p>
      <w:pPr>
        <w:spacing w:after="0"/>
      </w:pPr>
      <w:r>
        <w:rPr>
          <w:rFonts w:ascii="Arial" w:hAnsi="Arial"/>
          <w:sz w:val="22"/>
        </w:rPr>
        <w:t>I mean, yeah, there is that. Yeah.</w:t>
      </w:r>
    </w:p>
    <w:p>
      <w:pPr>
        <w:spacing w:after="0"/>
      </w:pPr>
    </w:p>
    <w:p>
      <w:pPr>
        <w:spacing w:after="0"/>
      </w:pPr>
      <w:r>
        <w:rPr>
          <w:rFonts w:ascii="Arial" w:hAnsi="Arial"/>
          <w:b/>
          <w:sz w:val="22"/>
        </w:rPr>
        <w:t xml:space="preserve">Alice  </w:t>
      </w:r>
      <w:r>
        <w:rPr>
          <w:rFonts w:ascii="Arial" w:hAnsi="Arial"/>
          <w:color w:val="5D7284"/>
          <w:sz w:val="22"/>
        </w:rPr>
        <w:t>1:34:05</w:t>
      </w:r>
    </w:p>
    <w:p>
      <w:pPr>
        <w:spacing w:after="0"/>
      </w:pPr>
      <w:r>
        <w:rPr>
          <w:rFonts w:ascii="Arial" w:hAnsi="Arial"/>
          <w:sz w:val="22"/>
        </w:rPr>
        <w:t>Hey, just be like, "What are you doing here? Go make some more tea."</w:t>
      </w:r>
    </w:p>
    <w:p>
      <w:pPr>
        <w:spacing w:after="0"/>
      </w:pPr>
    </w:p>
    <w:p>
      <w:pPr>
        <w:spacing w:after="0"/>
      </w:pPr>
      <w:r>
        <w:rPr>
          <w:rFonts w:ascii="Arial" w:hAnsi="Arial"/>
          <w:b/>
          <w:sz w:val="22"/>
        </w:rPr>
        <w:t xml:space="preserve">Daisy  </w:t>
      </w:r>
      <w:r>
        <w:rPr>
          <w:rFonts w:ascii="Arial" w:hAnsi="Arial"/>
          <w:color w:val="5D7284"/>
          <w:sz w:val="22"/>
        </w:rPr>
        <w:t>1:34:08</w:t>
      </w:r>
    </w:p>
    <w:p>
      <w:pPr>
        <w:spacing w:after="0"/>
      </w:pPr>
      <w:r>
        <w:rPr>
          <w:rFonts w:ascii="Arial" w:hAnsi="Arial"/>
          <w:sz w:val="22"/>
        </w:rPr>
        <w:t>Yeah, we've run out.</w:t>
      </w:r>
    </w:p>
    <w:p>
      <w:pPr>
        <w:spacing w:after="0"/>
      </w:pPr>
    </w:p>
    <w:p>
      <w:pPr>
        <w:spacing w:after="0"/>
      </w:pPr>
      <w:r>
        <w:rPr>
          <w:rFonts w:ascii="Arial" w:hAnsi="Arial"/>
          <w:b/>
          <w:sz w:val="22"/>
        </w:rPr>
        <w:t xml:space="preserve">Lucy  </w:t>
      </w:r>
      <w:r>
        <w:rPr>
          <w:rFonts w:ascii="Arial" w:hAnsi="Arial"/>
          <w:color w:val="5D7284"/>
          <w:sz w:val="22"/>
        </w:rPr>
        <w:t>1:34:10</w:t>
      </w:r>
    </w:p>
    <w:p>
      <w:pPr>
        <w:spacing w:after="0"/>
      </w:pPr>
      <w:r>
        <w:rPr>
          <w:rFonts w:ascii="Arial" w:hAnsi="Arial"/>
          <w:sz w:val="22"/>
        </w:rPr>
        <w:t>You can't have the night off. It's midnight. I need my tea before I go to bed please.</w:t>
      </w:r>
    </w:p>
    <w:p>
      <w:pPr>
        <w:spacing w:after="0"/>
      </w:pPr>
    </w:p>
    <w:p>
      <w:pPr>
        <w:spacing w:after="0"/>
      </w:pPr>
      <w:r>
        <w:rPr>
          <w:rFonts w:ascii="Arial" w:hAnsi="Arial"/>
          <w:b/>
          <w:sz w:val="22"/>
        </w:rPr>
        <w:t xml:space="preserve">Daisy  </w:t>
      </w:r>
      <w:r>
        <w:rPr>
          <w:rFonts w:ascii="Arial" w:hAnsi="Arial"/>
          <w:color w:val="5D7284"/>
          <w:sz w:val="22"/>
        </w:rPr>
        <w:t>1:34:16</w:t>
      </w:r>
    </w:p>
    <w:p>
      <w:pPr>
        <w:spacing w:after="0"/>
      </w:pPr>
      <w:r>
        <w:rPr>
          <w:rFonts w:ascii="Arial" w:hAnsi="Arial"/>
          <w:sz w:val="22"/>
        </w:rPr>
        <w:t>Yeah. And then they did an autopsy, which was you know, not he's been shot in the head. He didn't drown. He was already dead when he was put in there. Definitely still has a penis. Well, I mean, at least they didn't say that he'd been castrated.</w:t>
      </w:r>
    </w:p>
    <w:p>
      <w:pPr>
        <w:spacing w:after="0"/>
      </w:pPr>
    </w:p>
    <w:p>
      <w:pPr>
        <w:spacing w:after="0"/>
      </w:pPr>
      <w:r>
        <w:rPr>
          <w:rFonts w:ascii="Arial" w:hAnsi="Arial"/>
          <w:b/>
          <w:sz w:val="22"/>
        </w:rPr>
        <w:t xml:space="preserve">Alice  </w:t>
      </w:r>
      <w:r>
        <w:rPr>
          <w:rFonts w:ascii="Arial" w:hAnsi="Arial"/>
          <w:color w:val="5D7284"/>
          <w:sz w:val="22"/>
        </w:rPr>
        <w:t>1:34:31</w:t>
      </w:r>
    </w:p>
    <w:p>
      <w:pPr>
        <w:spacing w:after="0"/>
      </w:pPr>
      <w:r>
        <w:rPr>
          <w:rFonts w:ascii="Arial" w:hAnsi="Arial"/>
          <w:sz w:val="22"/>
        </w:rPr>
        <w:t>I was going to say. Yeah. We don't know whether there was a penis but there was no mention that there wasn't a penis.</w:t>
      </w:r>
    </w:p>
    <w:p>
      <w:pPr>
        <w:spacing w:after="0"/>
      </w:pPr>
    </w:p>
    <w:p>
      <w:pPr>
        <w:spacing w:after="0"/>
      </w:pPr>
      <w:r>
        <w:rPr>
          <w:rFonts w:ascii="Arial" w:hAnsi="Arial"/>
          <w:b/>
          <w:sz w:val="22"/>
        </w:rPr>
        <w:t xml:space="preserve">Daisy  </w:t>
      </w:r>
      <w:r>
        <w:rPr>
          <w:rFonts w:ascii="Arial" w:hAnsi="Arial"/>
          <w:color w:val="5D7284"/>
          <w:sz w:val="22"/>
        </w:rPr>
        <w:t>1:34:37</w:t>
      </w:r>
    </w:p>
    <w:p>
      <w:pPr>
        <w:spacing w:after="0"/>
      </w:pPr>
      <w:r>
        <w:rPr>
          <w:rFonts w:ascii="Arial" w:hAnsi="Arial"/>
          <w:sz w:val="22"/>
        </w:rPr>
        <w:t>They didn't tick the penis box.</w:t>
      </w:r>
    </w:p>
    <w:p>
      <w:pPr>
        <w:spacing w:after="0"/>
      </w:pPr>
    </w:p>
    <w:p>
      <w:pPr>
        <w:spacing w:after="0"/>
      </w:pPr>
      <w:r>
        <w:rPr>
          <w:rFonts w:ascii="Arial" w:hAnsi="Arial"/>
          <w:b/>
          <w:sz w:val="22"/>
        </w:rPr>
        <w:t xml:space="preserve">Lucy  </w:t>
      </w:r>
      <w:r>
        <w:rPr>
          <w:rFonts w:ascii="Arial" w:hAnsi="Arial"/>
          <w:color w:val="5D7284"/>
          <w:sz w:val="22"/>
        </w:rPr>
        <w:t>1:34:41</w:t>
      </w:r>
    </w:p>
    <w:p>
      <w:pPr>
        <w:spacing w:after="0"/>
      </w:pPr>
      <w:r>
        <w:rPr>
          <w:rFonts w:ascii="Arial" w:hAnsi="Arial"/>
          <w:sz w:val="22"/>
        </w:rPr>
        <w:t>That would have been really helpful if they could have done.</w:t>
      </w:r>
    </w:p>
    <w:p>
      <w:pPr>
        <w:spacing w:after="0"/>
      </w:pPr>
    </w:p>
    <w:p>
      <w:pPr>
        <w:spacing w:after="0"/>
      </w:pPr>
      <w:r>
        <w:rPr>
          <w:rFonts w:ascii="Arial" w:hAnsi="Arial"/>
          <w:b/>
          <w:sz w:val="22"/>
        </w:rPr>
        <w:t xml:space="preserve">Daisy  </w:t>
      </w:r>
      <w:r>
        <w:rPr>
          <w:rFonts w:ascii="Arial" w:hAnsi="Arial"/>
          <w:color w:val="5D7284"/>
          <w:sz w:val="22"/>
        </w:rPr>
        <w:t>1:34:43</w:t>
      </w:r>
    </w:p>
    <w:p>
      <w:pPr>
        <w:spacing w:after="0"/>
      </w:pPr>
      <w:r>
        <w:rPr>
          <w:rFonts w:ascii="Arial" w:hAnsi="Arial"/>
          <w:sz w:val="22"/>
        </w:rPr>
        <w:t>Yeah. But yeah, Rasputin's assassination is kind of often credited with being the thing that sort of prompted that. Well, they call the February Revolution, which is kind of the beginning of the, you know...</w:t>
      </w:r>
    </w:p>
    <w:p>
      <w:pPr>
        <w:spacing w:after="0"/>
      </w:pPr>
    </w:p>
    <w:p>
      <w:pPr>
        <w:spacing w:after="0"/>
      </w:pPr>
      <w:r>
        <w:rPr>
          <w:rFonts w:ascii="Arial" w:hAnsi="Arial"/>
          <w:b/>
          <w:sz w:val="22"/>
        </w:rPr>
        <w:t xml:space="preserve">Alice  </w:t>
      </w:r>
      <w:r>
        <w:rPr>
          <w:rFonts w:ascii="Arial" w:hAnsi="Arial"/>
          <w:color w:val="5D7284"/>
          <w:sz w:val="22"/>
        </w:rPr>
        <w:t>1:35:00</w:t>
      </w:r>
    </w:p>
    <w:p>
      <w:pPr>
        <w:spacing w:after="0"/>
      </w:pPr>
      <w:r>
        <w:rPr>
          <w:rFonts w:ascii="Arial" w:hAnsi="Arial"/>
          <w:sz w:val="22"/>
        </w:rPr>
        <w:t>What would go on to be the October Revolution?</w:t>
      </w:r>
    </w:p>
    <w:p>
      <w:pPr>
        <w:spacing w:after="0"/>
      </w:pPr>
    </w:p>
    <w:p>
      <w:pPr>
        <w:spacing w:after="0"/>
      </w:pPr>
      <w:r>
        <w:rPr>
          <w:rFonts w:ascii="Arial" w:hAnsi="Arial"/>
          <w:b/>
          <w:sz w:val="22"/>
        </w:rPr>
        <w:t xml:space="preserve">Daisy  </w:t>
      </w:r>
      <w:r>
        <w:rPr>
          <w:rFonts w:ascii="Arial" w:hAnsi="Arial"/>
          <w:color w:val="5D7284"/>
          <w:sz w:val="22"/>
        </w:rPr>
        <w:t>1:35:03</w:t>
      </w:r>
    </w:p>
    <w:p>
      <w:pPr>
        <w:spacing w:after="0"/>
      </w:pPr>
      <w:r>
        <w:rPr>
          <w:rFonts w:ascii="Arial" w:hAnsi="Arial"/>
          <w:sz w:val="22"/>
        </w:rPr>
        <w:t>Yes. And the kind of you know big Bolshevik revolution and all that, but really like...</w:t>
      </w:r>
    </w:p>
    <w:p>
      <w:pPr>
        <w:spacing w:after="0"/>
      </w:pPr>
    </w:p>
    <w:p>
      <w:pPr>
        <w:spacing w:after="0"/>
      </w:pPr>
      <w:r>
        <w:rPr>
          <w:rFonts w:ascii="Arial" w:hAnsi="Arial"/>
          <w:b/>
          <w:sz w:val="22"/>
        </w:rPr>
        <w:t xml:space="preserve">Lucy  </w:t>
      </w:r>
      <w:r>
        <w:rPr>
          <w:rFonts w:ascii="Arial" w:hAnsi="Arial"/>
          <w:color w:val="5D7284"/>
          <w:sz w:val="22"/>
        </w:rPr>
        <w:t>1:35:06</w:t>
      </w:r>
    </w:p>
    <w:p>
      <w:pPr>
        <w:spacing w:after="0"/>
      </w:pPr>
      <w:r>
        <w:rPr>
          <w:rFonts w:ascii="Arial" w:hAnsi="Arial"/>
          <w:sz w:val="22"/>
        </w:rPr>
        <w:t xml:space="preserve"> What gives it months like...</w:t>
      </w:r>
    </w:p>
    <w:p>
      <w:pPr>
        <w:spacing w:after="0"/>
      </w:pPr>
    </w:p>
    <w:p>
      <w:pPr>
        <w:spacing w:after="0"/>
      </w:pPr>
      <w:r>
        <w:rPr>
          <w:rFonts w:ascii="Arial" w:hAnsi="Arial"/>
          <w:b/>
          <w:sz w:val="22"/>
        </w:rPr>
        <w:t xml:space="preserve">Daisy  </w:t>
      </w:r>
      <w:r>
        <w:rPr>
          <w:rFonts w:ascii="Arial" w:hAnsi="Arial"/>
          <w:color w:val="5D7284"/>
          <w:sz w:val="22"/>
        </w:rPr>
        <w:t>1:35:08</w:t>
      </w:r>
    </w:p>
    <w:p>
      <w:pPr>
        <w:spacing w:after="0"/>
      </w:pPr>
      <w:r>
        <w:rPr>
          <w:rFonts w:ascii="Arial" w:hAnsi="Arial"/>
          <w:sz w:val="22"/>
        </w:rPr>
        <w:t>Well, yeah, well, they had to. There were two in the same year. What more could they do?</w:t>
      </w:r>
    </w:p>
    <w:p>
      <w:pPr>
        <w:spacing w:after="0"/>
      </w:pPr>
    </w:p>
    <w:p>
      <w:pPr>
        <w:spacing w:after="0"/>
      </w:pPr>
      <w:r>
        <w:rPr>
          <w:rFonts w:ascii="Arial" w:hAnsi="Arial"/>
          <w:b/>
          <w:sz w:val="22"/>
        </w:rPr>
        <w:t xml:space="preserve">Alice  </w:t>
      </w:r>
      <w:r>
        <w:rPr>
          <w:rFonts w:ascii="Arial" w:hAnsi="Arial"/>
          <w:color w:val="5D7284"/>
          <w:sz w:val="22"/>
        </w:rPr>
        <w:t>1:35:11</w:t>
      </w:r>
    </w:p>
    <w:p>
      <w:pPr>
        <w:spacing w:after="0"/>
      </w:pPr>
      <w:r>
        <w:rPr>
          <w:rFonts w:ascii="Arial" w:hAnsi="Arial"/>
          <w:sz w:val="22"/>
        </w:rPr>
        <w:t>And I also watched a Lucy Worsley documentary recently, where she was talking about [Lucy: I saw that one too.] the October Revolution like, for years, they didn't talk about February because it was started by women. That one doesn't matter, doesn't count. It's just women.</w:t>
      </w:r>
    </w:p>
    <w:p>
      <w:pPr>
        <w:spacing w:after="0"/>
      </w:pPr>
    </w:p>
    <w:p>
      <w:pPr>
        <w:spacing w:after="0"/>
      </w:pPr>
      <w:r>
        <w:rPr>
          <w:rFonts w:ascii="Arial" w:hAnsi="Arial"/>
          <w:b/>
          <w:sz w:val="22"/>
        </w:rPr>
        <w:t xml:space="preserve">Daisy  </w:t>
      </w:r>
      <w:r>
        <w:rPr>
          <w:rFonts w:ascii="Arial" w:hAnsi="Arial"/>
          <w:color w:val="5D7284"/>
          <w:sz w:val="22"/>
        </w:rPr>
        <w:t>1:35:28</w:t>
      </w:r>
    </w:p>
    <w:p>
      <w:pPr>
        <w:spacing w:after="0"/>
      </w:pPr>
      <w:r>
        <w:rPr>
          <w:rFonts w:ascii="Arial" w:hAnsi="Arial"/>
          <w:sz w:val="22"/>
        </w:rPr>
        <w:t>Again, so a series of factors contributed to that, like the piss poor war effort was a big part of it. The people couldn't afford the rising prices caused by everything. And so once that February Revolution broke out, the monarchy only lasted like a couple of extra days, like the mass protests have broken out about food rationing, and you know, pretty quickly the remaining soldiers sided with the revolutionaries and Nicholas II ended up abdicating.</w:t>
      </w:r>
    </w:p>
    <w:p>
      <w:pPr>
        <w:spacing w:after="0"/>
      </w:pPr>
    </w:p>
    <w:p>
      <w:pPr>
        <w:spacing w:after="0"/>
      </w:pPr>
      <w:r>
        <w:rPr>
          <w:rFonts w:ascii="Arial" w:hAnsi="Arial"/>
          <w:b/>
          <w:sz w:val="22"/>
        </w:rPr>
        <w:t xml:space="preserve">Alice  </w:t>
      </w:r>
      <w:r>
        <w:rPr>
          <w:rFonts w:ascii="Arial" w:hAnsi="Arial"/>
          <w:color w:val="5D7284"/>
          <w:sz w:val="22"/>
        </w:rPr>
        <w:t>1:35:57</w:t>
      </w:r>
    </w:p>
    <w:p>
      <w:pPr>
        <w:spacing w:after="0"/>
      </w:pPr>
      <w:r>
        <w:rPr>
          <w:rFonts w:ascii="Arial" w:hAnsi="Arial"/>
          <w:sz w:val="22"/>
        </w:rPr>
        <w:t>Spoiler alert! *laughs*</w:t>
      </w:r>
    </w:p>
    <w:p>
      <w:pPr>
        <w:spacing w:after="0"/>
      </w:pPr>
    </w:p>
    <w:p>
      <w:pPr>
        <w:spacing w:after="0"/>
      </w:pPr>
      <w:r>
        <w:rPr>
          <w:rFonts w:ascii="Arial" w:hAnsi="Arial"/>
          <w:b/>
          <w:sz w:val="22"/>
        </w:rPr>
        <w:t xml:space="preserve">Daisy  </w:t>
      </w:r>
      <w:r>
        <w:rPr>
          <w:rFonts w:ascii="Arial" w:hAnsi="Arial"/>
          <w:color w:val="5D7284"/>
          <w:sz w:val="22"/>
        </w:rPr>
        <w:t>1:36:03</w:t>
      </w:r>
    </w:p>
    <w:p>
      <w:pPr>
        <w:spacing w:after="0"/>
      </w:pPr>
      <w:r>
        <w:rPr>
          <w:rFonts w:ascii="Arial" w:hAnsi="Arial"/>
          <w:sz w:val="22"/>
        </w:rPr>
        <w:t>I just have a tiny bit, which then kind of goes into general towards big revolution, right? So I can do that bit later.</w:t>
      </w:r>
    </w:p>
    <w:p>
      <w:pPr>
        <w:spacing w:after="0"/>
      </w:pPr>
    </w:p>
    <w:p>
      <w:pPr>
        <w:spacing w:after="0"/>
      </w:pPr>
      <w:r>
        <w:rPr>
          <w:rFonts w:ascii="Arial" w:hAnsi="Arial"/>
          <w:b/>
          <w:sz w:val="22"/>
        </w:rPr>
        <w:t xml:space="preserve">Lucy  </w:t>
      </w:r>
      <w:r>
        <w:rPr>
          <w:rFonts w:ascii="Arial" w:hAnsi="Arial"/>
          <w:color w:val="5D7284"/>
          <w:sz w:val="22"/>
        </w:rPr>
        <w:t>1:36:13</w:t>
      </w:r>
    </w:p>
    <w:p>
      <w:pPr>
        <w:spacing w:after="0"/>
      </w:pPr>
      <w:r>
        <w:rPr>
          <w:rFonts w:ascii="Arial" w:hAnsi="Arial"/>
          <w:sz w:val="22"/>
        </w:rPr>
        <w:t>I'm on tenterhooks.</w:t>
      </w:r>
    </w:p>
    <w:p>
      <w:pPr>
        <w:spacing w:after="0"/>
      </w:pPr>
    </w:p>
    <w:p>
      <w:pPr>
        <w:spacing w:after="0"/>
      </w:pPr>
      <w:r>
        <w:rPr>
          <w:rFonts w:ascii="Arial" w:hAnsi="Arial"/>
          <w:b/>
          <w:sz w:val="22"/>
        </w:rPr>
        <w:t xml:space="preserve">Daisy  </w:t>
      </w:r>
      <w:r>
        <w:rPr>
          <w:rFonts w:ascii="Arial" w:hAnsi="Arial"/>
          <w:color w:val="5D7284"/>
          <w:sz w:val="22"/>
        </w:rPr>
        <w:t>1:36:17</w:t>
      </w:r>
    </w:p>
    <w:p>
      <w:pPr>
        <w:spacing w:after="0"/>
      </w:pPr>
      <w:r>
        <w:rPr>
          <w:rFonts w:ascii="Arial" w:hAnsi="Arial"/>
          <w:sz w:val="22"/>
        </w:rPr>
        <w:t>So yeah, so the temporary government was led by another member of an aristocratic family with royal links, but it was incredibly unpopular. It's still different from the royals and since they had freely abdicated they were safe, for a bit.</w:t>
      </w:r>
    </w:p>
    <w:p>
      <w:pPr>
        <w:spacing w:after="0"/>
      </w:pPr>
    </w:p>
    <w:p>
      <w:pPr>
        <w:spacing w:after="0"/>
      </w:pPr>
      <w:r>
        <w:rPr>
          <w:rFonts w:ascii="Arial" w:hAnsi="Arial"/>
          <w:b/>
          <w:sz w:val="22"/>
        </w:rPr>
        <w:t xml:space="preserve">Alice  </w:t>
      </w:r>
      <w:r>
        <w:rPr>
          <w:rFonts w:ascii="Arial" w:hAnsi="Arial"/>
          <w:color w:val="5D7284"/>
          <w:sz w:val="22"/>
        </w:rPr>
        <w:t>1:36:38</w:t>
      </w:r>
    </w:p>
    <w:p>
      <w:pPr>
        <w:spacing w:after="0"/>
      </w:pPr>
      <w:r>
        <w:rPr>
          <w:rFonts w:ascii="Arial" w:hAnsi="Arial"/>
          <w:sz w:val="22"/>
        </w:rPr>
        <w:t>We're gonna find out how that bit went. And the revolution and [Lucy: To be continued.] the content is what happened to Alexei. You will have to tune in for the second half of this episode, because when I finished putting my script together last night, I was like, so this is 10 pages.</w:t>
      </w:r>
    </w:p>
    <w:p>
      <w:pPr>
        <w:spacing w:after="0"/>
      </w:pPr>
    </w:p>
    <w:p>
      <w:pPr>
        <w:spacing w:after="0"/>
      </w:pPr>
      <w:r>
        <w:rPr>
          <w:rFonts w:ascii="Arial" w:hAnsi="Arial"/>
          <w:b/>
          <w:sz w:val="22"/>
        </w:rPr>
        <w:t xml:space="preserve">Lucy  </w:t>
      </w:r>
      <w:r>
        <w:rPr>
          <w:rFonts w:ascii="Arial" w:hAnsi="Arial"/>
          <w:color w:val="5D7284"/>
          <w:sz w:val="22"/>
        </w:rPr>
        <w:t>1:36:58</w:t>
      </w:r>
    </w:p>
    <w:p>
      <w:pPr>
        <w:spacing w:after="0"/>
      </w:pPr>
      <w:r>
        <w:rPr>
          <w:rFonts w:ascii="Arial" w:hAnsi="Arial"/>
          <w:sz w:val="22"/>
        </w:rPr>
        <w:t>We can't talk for that long and one go, really? Can we?</w:t>
      </w:r>
    </w:p>
    <w:p>
      <w:pPr>
        <w:spacing w:after="0"/>
      </w:pPr>
    </w:p>
    <w:p>
      <w:pPr>
        <w:spacing w:after="0"/>
      </w:pPr>
      <w:r>
        <w:rPr>
          <w:rFonts w:ascii="Arial" w:hAnsi="Arial"/>
          <w:b/>
          <w:sz w:val="22"/>
        </w:rPr>
        <w:t xml:space="preserve">Alice  </w:t>
      </w:r>
      <w:r>
        <w:rPr>
          <w:rFonts w:ascii="Arial" w:hAnsi="Arial"/>
          <w:color w:val="5D7284"/>
          <w:sz w:val="22"/>
        </w:rPr>
        <w:t>1:37:00</w:t>
      </w:r>
    </w:p>
    <w:p>
      <w:pPr>
        <w:spacing w:after="0"/>
      </w:pPr>
      <w:r>
        <w:rPr>
          <w:rFonts w:ascii="Arial" w:hAnsi="Arial"/>
          <w:sz w:val="22"/>
        </w:rPr>
        <w:t>I think we could, but I don't think people would listen.</w:t>
      </w:r>
    </w:p>
    <w:p>
      <w:pPr>
        <w:spacing w:after="0"/>
      </w:pPr>
    </w:p>
    <w:p>
      <w:pPr>
        <w:spacing w:after="0"/>
      </w:pPr>
      <w:r>
        <w:rPr>
          <w:rFonts w:ascii="Arial" w:hAnsi="Arial"/>
          <w:b/>
          <w:sz w:val="22"/>
        </w:rPr>
        <w:t xml:space="preserve">Lucy  </w:t>
      </w:r>
      <w:r>
        <w:rPr>
          <w:rFonts w:ascii="Arial" w:hAnsi="Arial"/>
          <w:color w:val="5D7284"/>
          <w:sz w:val="22"/>
        </w:rPr>
        <w:t>1:37:03</w:t>
      </w:r>
    </w:p>
    <w:p>
      <w:pPr>
        <w:spacing w:after="0"/>
      </w:pPr>
      <w:r>
        <w:rPr>
          <w:rFonts w:ascii="Arial" w:hAnsi="Arial"/>
          <w:sz w:val="22"/>
        </w:rPr>
        <w:t>It gets a bit nonsensical after a while if you're not careful. So yeah, make sure you tune in for part two of Rasputin and the Romanovs for your Christmas festive treat.</w:t>
      </w:r>
    </w:p>
    <w:p>
      <w:pPr>
        <w:spacing w:after="0"/>
      </w:pPr>
    </w:p>
    <w:p>
      <w:pPr>
        <w:spacing w:after="0"/>
      </w:pPr>
      <w:r>
        <w:rPr>
          <w:rFonts w:ascii="Arial" w:hAnsi="Arial"/>
          <w:b/>
          <w:sz w:val="22"/>
        </w:rPr>
        <w:t xml:space="preserve">Alice  </w:t>
      </w:r>
      <w:r>
        <w:rPr>
          <w:rFonts w:ascii="Arial" w:hAnsi="Arial"/>
          <w:color w:val="5D7284"/>
          <w:sz w:val="22"/>
        </w:rPr>
        <w:t>1:37:17</w:t>
      </w:r>
    </w:p>
    <w:p>
      <w:pPr>
        <w:spacing w:after="0"/>
      </w:pPr>
      <w:r>
        <w:rPr>
          <w:rFonts w:ascii="Arial" w:hAnsi="Arial"/>
          <w:sz w:val="22"/>
        </w:rPr>
        <w:t>And we'll see you next time. Bye bye.</w:t>
      </w:r>
    </w:p>
    <w:p>
      <w:pPr>
        <w:spacing w:after="0"/>
      </w:pPr>
    </w:p>
    <w:p>
      <w:pPr>
        <w:spacing w:after="0"/>
      </w:pPr>
      <w:r>
        <w:rPr>
          <w:rFonts w:ascii="Arial" w:hAnsi="Arial"/>
          <w:b/>
          <w:sz w:val="22"/>
        </w:rPr>
        <w:t xml:space="preserve">Lucy  </w:t>
      </w:r>
      <w:r>
        <w:rPr>
          <w:rFonts w:ascii="Arial" w:hAnsi="Arial"/>
          <w:color w:val="5D7284"/>
          <w:sz w:val="22"/>
        </w:rPr>
        <w:t>1:37:21</w:t>
      </w:r>
    </w:p>
    <w:p>
      <w:pPr>
        <w:spacing w:after="0"/>
      </w:pPr>
      <w:r>
        <w:rPr>
          <w:rFonts w:ascii="Arial" w:hAnsi="Arial"/>
          <w:sz w:val="22"/>
        </w:rPr>
        <w:t>Bye bye.</w:t>
      </w:r>
    </w:p>
    <w:p>
      <w:pPr>
        <w:spacing w:after="0"/>
      </w:pPr>
    </w:p>
    <w:p>
      <w:pPr>
        <w:spacing w:after="0"/>
      </w:pPr>
      <w:r>
        <w:rPr>
          <w:rFonts w:ascii="Arial" w:hAnsi="Arial"/>
          <w:b/>
          <w:sz w:val="22"/>
        </w:rPr>
        <w:t xml:space="preserve">outro   </w:t>
      </w:r>
      <w:r>
        <w:rPr>
          <w:rFonts w:ascii="Arial" w:hAnsi="Arial"/>
          <w:color w:val="5D7284"/>
          <w:sz w:val="22"/>
        </w:rPr>
        <w:t>1:37:22</w:t>
      </w:r>
    </w:p>
    <w:p>
      <w:pPr>
        <w:spacing w:after="0"/>
      </w:pPr>
      <w:r>
        <w:rPr>
          <w:rFonts w:ascii="Arial" w:hAnsi="Arial"/>
          <w:sz w:val="22"/>
        </w:rPr>
        <w:t>[dog snoring] Shh! Don't wake Dora! Thanks for listening to the lABLEd Podcast. If you liked the show, you can rate, review, and subscribe. And you can follow us on social media @labledpod.</w:t>
      </w:r>
    </w:p>
    <w:p>
      <w:pPr>
        <w:spacing w:after="0"/>
      </w:pPr>
    </w:p>
    <w:p>
      <w:pPr>
        <w:spacing w:after="0"/>
      </w:pPr>
      <w:r>
        <w:rPr>
          <w:rFonts w:ascii="Arial" w:hAnsi="Arial"/>
          <w:b/>
          <w:sz w:val="22"/>
        </w:rPr>
        <w:t xml:space="preserve">Lucy  </w:t>
      </w:r>
      <w:r>
        <w:rPr>
          <w:rFonts w:ascii="Arial" w:hAnsi="Arial"/>
          <w:color w:val="5D7284"/>
          <w:sz w:val="22"/>
        </w:rPr>
        <w:t>1:37:38</w:t>
      </w:r>
    </w:p>
    <w:p>
      <w:pPr>
        <w:spacing w:after="0"/>
      </w:pPr>
      <w:r>
        <w:rPr>
          <w:rFonts w:ascii="Arial" w:hAnsi="Arial"/>
          <w:sz w:val="22"/>
        </w:rPr>
        <w:t>This episode was edited by Adam Hull. Our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