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fABLEd 9 Hunchback of Notre Dame</w:t>
      </w:r>
    </w:p>
    <w:p>
      <w:r>
        <w:rPr>
          <w:rFonts w:ascii="Arial" w:hAnsi="Arial"/>
          <w:color w:val="4F6880"/>
          <w:sz w:val="22"/>
        </w:rPr>
        <w:t>Fri, Jan 19, 2024 11:02AM • 58:16</w:t>
      </w:r>
    </w:p>
    <w:p>
      <w:pPr>
        <w:spacing w:before="440" w:after="0"/>
      </w:pPr>
      <w:r>
        <w:rPr>
          <w:rFonts w:ascii="Arial" w:hAnsi="Arial"/>
          <w:b/>
          <w:color w:val="4F6880"/>
          <w:sz w:val="22"/>
        </w:rPr>
        <w:t>SUMMARY KEYWORDS</w:t>
      </w:r>
    </w:p>
    <w:p>
      <w:r>
        <w:rPr>
          <w:rFonts w:ascii="Arial" w:hAnsi="Arial"/>
          <w:color w:val="4F6880"/>
          <w:sz w:val="22"/>
        </w:rPr>
        <w:t>quasimodo, lucy, alice, laughs, book, story, people, notre dame, hunchback, esmeralda, phoebus, disabled, depressing, bit, read, deformed, church, written, life, victor hugo</w:t>
      </w:r>
    </w:p>
    <w:p>
      <w:pPr>
        <w:spacing w:before="440" w:after="0"/>
      </w:pPr>
      <w:r>
        <w:rPr>
          <w:rFonts w:ascii="Arial" w:hAnsi="Arial"/>
          <w:b/>
          <w:color w:val="4F6880"/>
          <w:sz w:val="22"/>
        </w:rPr>
        <w:t>SPEAKERS</w:t>
      </w:r>
    </w:p>
    <w:p>
      <w:r>
        <w:rPr>
          <w:rFonts w:ascii="Arial" w:hAnsi="Arial"/>
          <w:color w:val="4F6880"/>
          <w:sz w:val="22"/>
        </w:rPr>
        <w:t xml:space="preserve">Theme Tune, Alice, Lucy, outro </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00:05</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Theme Tune  </w:t>
      </w:r>
      <w:r>
        <w:rPr>
          <w:rFonts w:ascii="Arial" w:hAnsi="Arial"/>
          <w:color w:val="5D7284"/>
          <w:sz w:val="22"/>
        </w:rPr>
        <w:t>00:09</w:t>
      </w:r>
    </w:p>
    <w:p>
      <w:pPr>
        <w:spacing w:after="0"/>
      </w:pPr>
      <w:r>
        <w:rPr>
          <w:rFonts w:ascii="Arial" w:hAnsi="Arial"/>
          <w:sz w:val="22"/>
        </w:rPr>
        <w:t>Though I might not fit in socially, I'm so much more than what you see. We all live our lives differently, kalidescope identity and this is who I'm meant to be. I'm just labelled me. I'm just labelled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 Hello, everybody. Welcome to another episode of The lABLEd Podcast. This is Alice not a teenage boy pretending to be Alice because my voice keeps breaking. I have been poorly and have had no voice for like two weeks. I'm slightly concerned this is just how I sound now. But I'm here with Lucy who sounds normal.</w:t>
      </w:r>
    </w:p>
    <w:p>
      <w:pPr>
        <w:spacing w:after="0"/>
      </w:pPr>
    </w:p>
    <w:p>
      <w:pPr>
        <w:spacing w:after="0"/>
      </w:pPr>
      <w:r>
        <w:rPr>
          <w:rFonts w:ascii="Arial" w:hAnsi="Arial"/>
          <w:b/>
          <w:sz w:val="22"/>
        </w:rPr>
        <w:t xml:space="preserve">Lucy  </w:t>
      </w:r>
      <w:r>
        <w:rPr>
          <w:rFonts w:ascii="Arial" w:hAnsi="Arial"/>
          <w:color w:val="5D7284"/>
          <w:sz w:val="22"/>
        </w:rPr>
        <w:t>01:06</w:t>
      </w:r>
    </w:p>
    <w:p>
      <w:pPr>
        <w:spacing w:after="0"/>
      </w:pPr>
      <w:r>
        <w:rPr>
          <w:rFonts w:ascii="Arial" w:hAnsi="Arial"/>
          <w:sz w:val="22"/>
        </w:rPr>
        <w:t>hello. I did say just before we recorded and it sounds quite like seductive. I sound like Alison Hammond's long lost cousin. All right there bab, how are ya? So you know, it equals itself out.</w:t>
      </w:r>
    </w:p>
    <w:p>
      <w:pPr>
        <w:spacing w:after="0"/>
      </w:pPr>
    </w:p>
    <w:p>
      <w:pPr>
        <w:spacing w:after="0"/>
      </w:pPr>
      <w:r>
        <w:rPr>
          <w:rFonts w:ascii="Arial" w:hAnsi="Arial"/>
          <w:b/>
          <w:sz w:val="22"/>
        </w:rPr>
        <w:t xml:space="preserve">Alice  </w:t>
      </w:r>
      <w:r>
        <w:rPr>
          <w:rFonts w:ascii="Arial" w:hAnsi="Arial"/>
          <w:color w:val="5D7284"/>
          <w:sz w:val="22"/>
        </w:rPr>
        <w:t>01:21</w:t>
      </w:r>
    </w:p>
    <w:p>
      <w:pPr>
        <w:spacing w:after="0"/>
      </w:pPr>
      <w:r>
        <w:rPr>
          <w:rFonts w:ascii="Arial" w:hAnsi="Arial"/>
          <w:sz w:val="22"/>
        </w:rPr>
        <w:t xml:space="preserve">[laughs] Yeah, I don't know how seductive I'll sound when I have a coughing fit. But it's not going to be me doing most of the talking in this episode. Thankfully, for you guys, so hopefully you won't be too put off by what I sound like and you can just listen to Lucy's thick Birmingham, slur instead. </w:t>
      </w:r>
    </w:p>
    <w:p>
      <w:pPr>
        <w:spacing w:after="0"/>
      </w:pPr>
    </w:p>
    <w:p>
      <w:pPr>
        <w:spacing w:after="0"/>
      </w:pPr>
      <w:r>
        <w:rPr>
          <w:rFonts w:ascii="Arial" w:hAnsi="Arial"/>
          <w:b/>
          <w:sz w:val="22"/>
        </w:rPr>
        <w:t xml:space="preserve">Lucy  </w:t>
      </w:r>
      <w:r>
        <w:rPr>
          <w:rFonts w:ascii="Arial" w:hAnsi="Arial"/>
          <w:color w:val="5D7284"/>
          <w:sz w:val="22"/>
        </w:rPr>
        <w:t>01:45</w:t>
      </w:r>
    </w:p>
    <w:p>
      <w:pPr>
        <w:spacing w:after="0"/>
      </w:pPr>
      <w:r>
        <w:rPr>
          <w:rFonts w:ascii="Arial" w:hAnsi="Arial"/>
          <w:sz w:val="22"/>
        </w:rPr>
        <w:t>We're doing the Hunchback of Notre Dame, bab!.</w:t>
      </w:r>
    </w:p>
    <w:p>
      <w:pPr>
        <w:spacing w:after="0"/>
      </w:pPr>
    </w:p>
    <w:p>
      <w:pPr>
        <w:spacing w:after="0"/>
      </w:pPr>
      <w:r>
        <w:rPr>
          <w:rFonts w:ascii="Arial" w:hAnsi="Arial"/>
          <w:b/>
          <w:sz w:val="22"/>
        </w:rPr>
        <w:t xml:space="preserve">Alice  </w:t>
      </w:r>
      <w:r>
        <w:rPr>
          <w:rFonts w:ascii="Arial" w:hAnsi="Arial"/>
          <w:color w:val="5D7284"/>
          <w:sz w:val="22"/>
        </w:rPr>
        <w:t>01:53</w:t>
      </w:r>
    </w:p>
    <w:p>
      <w:pPr>
        <w:spacing w:after="0"/>
      </w:pPr>
      <w:r>
        <w:rPr>
          <w:rFonts w:ascii="Arial" w:hAnsi="Arial"/>
          <w:sz w:val="22"/>
        </w:rPr>
        <w:t xml:space="preserve">We are. That's what we're doing. We're doing a fabled Yeah, Lucy, do you wanna, do you want to tell us about what's happening. </w:t>
      </w:r>
    </w:p>
    <w:p>
      <w:pPr>
        <w:spacing w:after="0"/>
      </w:pPr>
    </w:p>
    <w:p>
      <w:pPr>
        <w:spacing w:after="0"/>
      </w:pPr>
      <w:r>
        <w:rPr>
          <w:rFonts w:ascii="Arial" w:hAnsi="Arial"/>
          <w:b/>
          <w:sz w:val="22"/>
        </w:rPr>
        <w:t xml:space="preserve">Lucy  </w:t>
      </w:r>
      <w:r>
        <w:rPr>
          <w:rFonts w:ascii="Arial" w:hAnsi="Arial"/>
          <w:color w:val="5D7284"/>
          <w:sz w:val="22"/>
        </w:rPr>
        <w:t>02:00</w:t>
      </w:r>
    </w:p>
    <w:p>
      <w:pPr>
        <w:spacing w:after="0"/>
      </w:pPr>
      <w:r>
        <w:rPr>
          <w:rFonts w:ascii="Arial" w:hAnsi="Arial"/>
          <w:sz w:val="22"/>
        </w:rPr>
        <w:t xml:space="preserve">Yes. Now first of all, before we even say anything, I will tell you that this story is extremely depressing. And Victor Hugo is also a bit, I'm getting the sense, he's a bit of a miserable git or was. So strap yourselves in. because this might get very, very depressing very quickly. </w:t>
      </w:r>
    </w:p>
    <w:p>
      <w:pPr>
        <w:spacing w:after="0"/>
      </w:pPr>
    </w:p>
    <w:p>
      <w:pPr>
        <w:spacing w:after="0"/>
      </w:pPr>
      <w:r>
        <w:rPr>
          <w:rFonts w:ascii="Arial" w:hAnsi="Arial"/>
          <w:b/>
          <w:sz w:val="22"/>
        </w:rPr>
        <w:t xml:space="preserve">Alice  </w:t>
      </w:r>
      <w:r>
        <w:rPr>
          <w:rFonts w:ascii="Arial" w:hAnsi="Arial"/>
          <w:color w:val="5D7284"/>
          <w:sz w:val="22"/>
        </w:rPr>
        <w:t>02:24</w:t>
      </w:r>
    </w:p>
    <w:p>
      <w:pPr>
        <w:spacing w:after="0"/>
      </w:pPr>
      <w:r>
        <w:rPr>
          <w:rFonts w:ascii="Arial" w:hAnsi="Arial"/>
          <w:sz w:val="22"/>
        </w:rPr>
        <w:t>Oh good.</w:t>
      </w:r>
    </w:p>
    <w:p>
      <w:pPr>
        <w:spacing w:after="0"/>
      </w:pPr>
    </w:p>
    <w:p>
      <w:pPr>
        <w:spacing w:after="0"/>
      </w:pPr>
      <w:r>
        <w:rPr>
          <w:rFonts w:ascii="Arial" w:hAnsi="Arial"/>
          <w:b/>
          <w:sz w:val="22"/>
        </w:rPr>
        <w:t xml:space="preserve">Lucy  </w:t>
      </w:r>
      <w:r>
        <w:rPr>
          <w:rFonts w:ascii="Arial" w:hAnsi="Arial"/>
          <w:color w:val="5D7284"/>
          <w:sz w:val="22"/>
        </w:rPr>
        <w:t>02:25</w:t>
      </w:r>
    </w:p>
    <w:p>
      <w:pPr>
        <w:spacing w:after="0"/>
      </w:pPr>
      <w:r>
        <w:rPr>
          <w:rFonts w:ascii="Arial" w:hAnsi="Arial"/>
          <w:sz w:val="22"/>
        </w:rPr>
        <w:t>I've tried to make this as cheerful as possible. We'll give it a go. So yes, we are talking about the Hunchback of Notre Dom, which was a book written by Victor Hugo. This was also a Disney film in 1996.</w:t>
      </w:r>
    </w:p>
    <w:p>
      <w:pPr>
        <w:spacing w:after="0"/>
      </w:pPr>
    </w:p>
    <w:p>
      <w:pPr>
        <w:spacing w:after="0"/>
      </w:pPr>
      <w:r>
        <w:rPr>
          <w:rFonts w:ascii="Arial" w:hAnsi="Arial"/>
          <w:b/>
          <w:sz w:val="22"/>
        </w:rPr>
        <w:t xml:space="preserve">Alice  </w:t>
      </w:r>
      <w:r>
        <w:rPr>
          <w:rFonts w:ascii="Arial" w:hAnsi="Arial"/>
          <w:color w:val="5D7284"/>
          <w:sz w:val="22"/>
        </w:rPr>
        <w:t>02:42</w:t>
      </w:r>
    </w:p>
    <w:p>
      <w:pPr>
        <w:spacing w:after="0"/>
      </w:pPr>
      <w:r>
        <w:rPr>
          <w:rFonts w:ascii="Arial" w:hAnsi="Arial"/>
          <w:sz w:val="22"/>
        </w:rPr>
        <w:t xml:space="preserve">Gosh, is that what it was? </w:t>
      </w:r>
    </w:p>
    <w:p>
      <w:pPr>
        <w:spacing w:after="0"/>
      </w:pPr>
    </w:p>
    <w:p>
      <w:pPr>
        <w:spacing w:after="0"/>
      </w:pPr>
      <w:r>
        <w:rPr>
          <w:rFonts w:ascii="Arial" w:hAnsi="Arial"/>
          <w:b/>
          <w:sz w:val="22"/>
        </w:rPr>
        <w:t xml:space="preserve">Lucy  </w:t>
      </w:r>
      <w:r>
        <w:rPr>
          <w:rFonts w:ascii="Arial" w:hAnsi="Arial"/>
          <w:color w:val="5D7284"/>
          <w:sz w:val="22"/>
        </w:rPr>
        <w:t>02:43</w:t>
      </w:r>
    </w:p>
    <w:p>
      <w:pPr>
        <w:spacing w:after="0"/>
      </w:pPr>
      <w:r>
        <w:rPr>
          <w:rFonts w:ascii="Arial" w:hAnsi="Arial"/>
          <w:sz w:val="22"/>
        </w:rPr>
        <w:t>Yes it is. And when -</w:t>
      </w:r>
    </w:p>
    <w:p>
      <w:pPr>
        <w:spacing w:after="0"/>
      </w:pPr>
    </w:p>
    <w:p>
      <w:pPr>
        <w:spacing w:after="0"/>
      </w:pPr>
      <w:r>
        <w:rPr>
          <w:rFonts w:ascii="Arial" w:hAnsi="Arial"/>
          <w:b/>
          <w:sz w:val="22"/>
        </w:rPr>
        <w:t xml:space="preserve">Alice  </w:t>
      </w:r>
      <w:r>
        <w:rPr>
          <w:rFonts w:ascii="Arial" w:hAnsi="Arial"/>
          <w:color w:val="5D7284"/>
          <w:sz w:val="22"/>
        </w:rPr>
        <w:t>02:45</w:t>
      </w:r>
    </w:p>
    <w:p>
      <w:pPr>
        <w:spacing w:after="0"/>
      </w:pPr>
      <w:r>
        <w:rPr>
          <w:rFonts w:ascii="Arial" w:hAnsi="Arial"/>
          <w:sz w:val="22"/>
        </w:rPr>
        <w:t>Makes me feel really old.</w:t>
      </w:r>
    </w:p>
    <w:p>
      <w:pPr>
        <w:spacing w:after="0"/>
      </w:pPr>
    </w:p>
    <w:p>
      <w:pPr>
        <w:spacing w:after="0"/>
      </w:pPr>
      <w:r>
        <w:rPr>
          <w:rFonts w:ascii="Arial" w:hAnsi="Arial"/>
          <w:b/>
          <w:sz w:val="22"/>
        </w:rPr>
        <w:t xml:space="preserve">Lucy  </w:t>
      </w:r>
      <w:r>
        <w:rPr>
          <w:rFonts w:ascii="Arial" w:hAnsi="Arial"/>
          <w:color w:val="5D7284"/>
          <w:sz w:val="22"/>
        </w:rPr>
        <w:t>02:47</w:t>
      </w:r>
    </w:p>
    <w:p>
      <w:pPr>
        <w:spacing w:after="0"/>
      </w:pPr>
      <w:r>
        <w:rPr>
          <w:rFonts w:ascii="Arial" w:hAnsi="Arial"/>
          <w:sz w:val="22"/>
        </w:rPr>
        <w:t xml:space="preserve">Sorry about that. Again, depressing. Straight off the bat </w:t>
      </w:r>
    </w:p>
    <w:p>
      <w:pPr>
        <w:spacing w:after="0"/>
      </w:pPr>
    </w:p>
    <w:p>
      <w:pPr>
        <w:spacing w:after="0"/>
      </w:pPr>
      <w:r>
        <w:rPr>
          <w:rFonts w:ascii="Arial" w:hAnsi="Arial"/>
          <w:b/>
          <w:sz w:val="22"/>
        </w:rPr>
        <w:t xml:space="preserve">Lucy  </w:t>
      </w:r>
      <w:r>
        <w:rPr>
          <w:rFonts w:ascii="Arial" w:hAnsi="Arial"/>
          <w:color w:val="5D7284"/>
          <w:sz w:val="22"/>
        </w:rPr>
        <w:t>02:51</w:t>
      </w:r>
    </w:p>
    <w:p>
      <w:pPr>
        <w:spacing w:after="0"/>
      </w:pPr>
      <w:r>
        <w:rPr>
          <w:rFonts w:ascii="Arial" w:hAnsi="Arial"/>
          <w:sz w:val="22"/>
        </w:rPr>
        <w:t xml:space="preserve">Yeah, so in order to cheer myself up about this story, I did think to myself, Oh, maybe I'll watch a Disney film, you know, because I am a child. And the Disney film does not end like the book. So we are going by the book version of the Hunchback of Notre Dame Okay, so this book was written in 1829 and is set in Paris at the time of rule of Louis XI. I didn't realize how many Louis there were there's quite a few Louis' </w:t>
      </w:r>
    </w:p>
    <w:p>
      <w:pPr>
        <w:spacing w:after="0"/>
      </w:pPr>
    </w:p>
    <w:p>
      <w:pPr>
        <w:spacing w:after="0"/>
      </w:pPr>
      <w:r>
        <w:rPr>
          <w:rFonts w:ascii="Arial" w:hAnsi="Arial"/>
          <w:b/>
          <w:sz w:val="22"/>
        </w:rPr>
        <w:t xml:space="preserve">Alice  </w:t>
      </w:r>
      <w:r>
        <w:rPr>
          <w:rFonts w:ascii="Arial" w:hAnsi="Arial"/>
          <w:color w:val="5D7284"/>
          <w:sz w:val="22"/>
        </w:rPr>
        <w:t>02:51</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03:25</w:t>
      </w:r>
    </w:p>
    <w:p>
      <w:pPr>
        <w:spacing w:after="0"/>
      </w:pPr>
      <w:r>
        <w:rPr>
          <w:rFonts w:ascii="Arial" w:hAnsi="Arial"/>
          <w:sz w:val="22"/>
        </w:rPr>
        <w:t xml:space="preserve">Sixteen I think. </w:t>
      </w:r>
    </w:p>
    <w:p>
      <w:pPr>
        <w:spacing w:after="0"/>
      </w:pPr>
    </w:p>
    <w:p>
      <w:pPr>
        <w:spacing w:after="0"/>
      </w:pPr>
      <w:r>
        <w:rPr>
          <w:rFonts w:ascii="Arial" w:hAnsi="Arial"/>
          <w:b/>
          <w:sz w:val="22"/>
        </w:rPr>
        <w:t xml:space="preserve">Lucy  </w:t>
      </w:r>
      <w:r>
        <w:rPr>
          <w:rFonts w:ascii="Arial" w:hAnsi="Arial"/>
          <w:color w:val="5D7284"/>
          <w:sz w:val="22"/>
        </w:rPr>
        <w:t>03:26</w:t>
      </w:r>
    </w:p>
    <w:p>
      <w:pPr>
        <w:spacing w:after="0"/>
      </w:pPr>
      <w:r>
        <w:rPr>
          <w:rFonts w:ascii="Arial" w:hAnsi="Arial"/>
          <w:sz w:val="22"/>
        </w:rPr>
        <w:t>Yes, that sounds</w:t>
      </w:r>
    </w:p>
    <w:p>
      <w:pPr>
        <w:spacing w:after="0"/>
      </w:pPr>
    </w:p>
    <w:p>
      <w:pPr>
        <w:spacing w:after="0"/>
      </w:pPr>
      <w:r>
        <w:rPr>
          <w:rFonts w:ascii="Arial" w:hAnsi="Arial"/>
          <w:b/>
          <w:sz w:val="22"/>
        </w:rPr>
        <w:t xml:space="preserve">Alice  </w:t>
      </w:r>
      <w:r>
        <w:rPr>
          <w:rFonts w:ascii="Arial" w:hAnsi="Arial"/>
          <w:color w:val="5D7284"/>
          <w:sz w:val="22"/>
        </w:rPr>
        <w:t>03:29</w:t>
      </w:r>
    </w:p>
    <w:p>
      <w:pPr>
        <w:spacing w:after="0"/>
      </w:pPr>
      <w:r>
        <w:rPr>
          <w:rFonts w:ascii="Arial" w:hAnsi="Arial"/>
          <w:sz w:val="22"/>
        </w:rPr>
        <w:t xml:space="preserve">They they they run out and they just the French royal family just couldn't be bothered to think of other names, they just went 'Ah Louis!' </w:t>
      </w:r>
    </w:p>
    <w:p>
      <w:pPr>
        <w:spacing w:after="0"/>
      </w:pPr>
    </w:p>
    <w:p>
      <w:pPr>
        <w:spacing w:after="0"/>
      </w:pPr>
      <w:r>
        <w:rPr>
          <w:rFonts w:ascii="Arial" w:hAnsi="Arial"/>
          <w:b/>
          <w:sz w:val="22"/>
        </w:rPr>
        <w:t xml:space="preserve">Lucy  </w:t>
      </w:r>
      <w:r>
        <w:rPr>
          <w:rFonts w:ascii="Arial" w:hAnsi="Arial"/>
          <w:color w:val="5D7284"/>
          <w:sz w:val="22"/>
        </w:rPr>
        <w:t>03:36</w:t>
      </w:r>
    </w:p>
    <w:p>
      <w:pPr>
        <w:spacing w:after="0"/>
      </w:pPr>
      <w:r>
        <w:rPr>
          <w:rFonts w:ascii="Arial" w:hAnsi="Arial"/>
          <w:sz w:val="22"/>
        </w:rPr>
        <w:t>We'll call that one Louis</w:t>
      </w:r>
    </w:p>
    <w:p>
      <w:pPr>
        <w:spacing w:after="0"/>
      </w:pPr>
    </w:p>
    <w:p>
      <w:pPr>
        <w:spacing w:after="0"/>
      </w:pPr>
      <w:r>
        <w:rPr>
          <w:rFonts w:ascii="Arial" w:hAnsi="Arial"/>
          <w:b/>
          <w:sz w:val="22"/>
        </w:rPr>
        <w:t xml:space="preserve">Alice  </w:t>
      </w:r>
      <w:r>
        <w:rPr>
          <w:rFonts w:ascii="Arial" w:hAnsi="Arial"/>
          <w:color w:val="5D7284"/>
          <w:sz w:val="22"/>
        </w:rPr>
        <w:t>03:37</w:t>
      </w:r>
    </w:p>
    <w:p>
      <w:pPr>
        <w:spacing w:after="0"/>
      </w:pPr>
      <w:r>
        <w:rPr>
          <w:rFonts w:ascii="Arial" w:hAnsi="Arial"/>
          <w:sz w:val="22"/>
        </w:rPr>
        <w:t>Christmas must've been so confusing!</w:t>
      </w:r>
    </w:p>
    <w:p>
      <w:pPr>
        <w:spacing w:after="0"/>
      </w:pPr>
    </w:p>
    <w:p>
      <w:pPr>
        <w:spacing w:after="0"/>
      </w:pPr>
      <w:r>
        <w:rPr>
          <w:rFonts w:ascii="Arial" w:hAnsi="Arial"/>
          <w:b/>
          <w:sz w:val="22"/>
        </w:rPr>
        <w:t xml:space="preserve">Alice  </w:t>
      </w:r>
      <w:r>
        <w:rPr>
          <w:rFonts w:ascii="Arial" w:hAnsi="Arial"/>
          <w:color w:val="5D7284"/>
          <w:sz w:val="22"/>
        </w:rPr>
        <w:t>03:38</w:t>
      </w:r>
    </w:p>
    <w:p>
      <w:pPr>
        <w:spacing w:after="0"/>
      </w:pPr>
      <w:r>
        <w:rPr>
          <w:rFonts w:ascii="Arial" w:hAnsi="Arial"/>
          <w:sz w:val="22"/>
        </w:rPr>
        <w:t>Ok, ok</w:t>
      </w:r>
    </w:p>
    <w:p>
      <w:pPr>
        <w:spacing w:after="0"/>
      </w:pPr>
    </w:p>
    <w:p>
      <w:pPr>
        <w:spacing w:after="0"/>
      </w:pPr>
      <w:r>
        <w:rPr>
          <w:rFonts w:ascii="Arial" w:hAnsi="Arial"/>
          <w:b/>
          <w:sz w:val="22"/>
        </w:rPr>
        <w:t xml:space="preserve">Lucy  </w:t>
      </w:r>
      <w:r>
        <w:rPr>
          <w:rFonts w:ascii="Arial" w:hAnsi="Arial"/>
          <w:color w:val="5D7284"/>
          <w:sz w:val="22"/>
        </w:rPr>
        <w:t>03:38</w:t>
      </w:r>
    </w:p>
    <w:p>
      <w:pPr>
        <w:spacing w:after="0"/>
      </w:pPr>
      <w:r>
        <w:rPr>
          <w:rFonts w:ascii="Arial" w:hAnsi="Arial"/>
          <w:sz w:val="22"/>
        </w:rPr>
        <w:t>Which new is this? So Hugo wrote this book, we're talking about the Hunchback of Notre Dame to publicize the importance of preserving architecture and promoting Republicanism over royalists, from what I can gather from what I can gather</w:t>
      </w:r>
    </w:p>
    <w:p>
      <w:pPr>
        <w:spacing w:after="0"/>
      </w:pPr>
    </w:p>
    <w:p>
      <w:pPr>
        <w:spacing w:after="0"/>
      </w:pPr>
      <w:r>
        <w:rPr>
          <w:rFonts w:ascii="Arial" w:hAnsi="Arial"/>
          <w:b/>
          <w:sz w:val="22"/>
        </w:rPr>
        <w:t xml:space="preserve">Lucy  </w:t>
      </w:r>
      <w:r>
        <w:rPr>
          <w:rFonts w:ascii="Arial" w:hAnsi="Arial"/>
          <w:color w:val="5D7284"/>
          <w:sz w:val="22"/>
        </w:rPr>
        <w:t>03:58</w:t>
      </w:r>
    </w:p>
    <w:p>
      <w:pPr>
        <w:spacing w:after="0"/>
      </w:pPr>
      <w:r>
        <w:rPr>
          <w:rFonts w:ascii="Arial" w:hAnsi="Arial"/>
          <w:sz w:val="22"/>
        </w:rPr>
        <w:t>he does like to go off on a tangent about architecture, an awful lot.</w:t>
      </w:r>
    </w:p>
    <w:p>
      <w:pPr>
        <w:spacing w:after="0"/>
      </w:pPr>
    </w:p>
    <w:p>
      <w:pPr>
        <w:spacing w:after="0"/>
      </w:pPr>
      <w:r>
        <w:rPr>
          <w:rFonts w:ascii="Arial" w:hAnsi="Arial"/>
          <w:b/>
          <w:sz w:val="22"/>
        </w:rPr>
        <w:t xml:space="preserve">Alice  </w:t>
      </w:r>
      <w:r>
        <w:rPr>
          <w:rFonts w:ascii="Arial" w:hAnsi="Arial"/>
          <w:color w:val="5D7284"/>
          <w:sz w:val="22"/>
        </w:rPr>
        <w:t>04:04</w:t>
      </w:r>
    </w:p>
    <w:p>
      <w:pPr>
        <w:spacing w:after="0"/>
      </w:pPr>
      <w:r>
        <w:rPr>
          <w:rFonts w:ascii="Arial" w:hAnsi="Arial"/>
          <w:sz w:val="22"/>
        </w:rPr>
        <w:t xml:space="preserve">Umm, have I been to Notre Dame?, Because, is Notre Dame the one that caught fire a few years ago? </w:t>
      </w:r>
    </w:p>
    <w:p>
      <w:pPr>
        <w:spacing w:after="0"/>
      </w:pPr>
    </w:p>
    <w:p>
      <w:pPr>
        <w:spacing w:after="0"/>
      </w:pPr>
      <w:r>
        <w:rPr>
          <w:rFonts w:ascii="Arial" w:hAnsi="Arial"/>
          <w:b/>
          <w:sz w:val="22"/>
        </w:rPr>
        <w:t xml:space="preserve">Lucy  </w:t>
      </w:r>
      <w:r>
        <w:rPr>
          <w:rFonts w:ascii="Arial" w:hAnsi="Arial"/>
          <w:color w:val="5D7284"/>
          <w:sz w:val="22"/>
        </w:rPr>
        <w:t>04:10</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04:10</w:t>
      </w:r>
    </w:p>
    <w:p>
      <w:pPr>
        <w:spacing w:after="0"/>
      </w:pPr>
      <w:r>
        <w:rPr>
          <w:rFonts w:ascii="Arial" w:hAnsi="Arial"/>
          <w:sz w:val="22"/>
        </w:rPr>
        <w:t xml:space="preserve">Yeah. I think I've been, I think we went probably, God I think it was probably 19 or something. when we went to Paris. it was very long time ago. And I'm pretty sure I've been and it is. It's a bit. I mean, it's impressive. But there's also kind of a bit of a fear of like St. Paul's about it. </w:t>
      </w:r>
    </w:p>
    <w:p>
      <w:pPr>
        <w:spacing w:after="0"/>
      </w:pPr>
    </w:p>
    <w:p>
      <w:pPr>
        <w:spacing w:after="0"/>
      </w:pPr>
      <w:r>
        <w:rPr>
          <w:rFonts w:ascii="Arial" w:hAnsi="Arial"/>
          <w:b/>
          <w:sz w:val="22"/>
        </w:rPr>
        <w:t xml:space="preserve">Lucy  </w:t>
      </w:r>
      <w:r>
        <w:rPr>
          <w:rFonts w:ascii="Arial" w:hAnsi="Arial"/>
          <w:color w:val="5D7284"/>
          <w:sz w:val="22"/>
        </w:rPr>
        <w:t>04:11</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04:15</w:t>
      </w:r>
    </w:p>
    <w:p>
      <w:pPr>
        <w:spacing w:after="0"/>
      </w:pPr>
      <w:r>
        <w:rPr>
          <w:rFonts w:ascii="Arial" w:hAnsi="Arial"/>
          <w:sz w:val="22"/>
        </w:rPr>
        <w:t xml:space="preserve">Where it's like, This is impressive, but this is also like a people make a big deal of it because it's a tourist thing. And when you're there you might like I think I expected it's very gothic, obviously, I think I expected I don't know, it'd be prettier. </w:t>
      </w:r>
    </w:p>
    <w:p>
      <w:pPr>
        <w:spacing w:after="0"/>
      </w:pPr>
    </w:p>
    <w:p>
      <w:pPr>
        <w:spacing w:after="0"/>
      </w:pPr>
      <w:r>
        <w:rPr>
          <w:rFonts w:ascii="Arial" w:hAnsi="Arial"/>
          <w:b/>
          <w:sz w:val="22"/>
        </w:rPr>
        <w:t xml:space="preserve">Lucy  </w:t>
      </w:r>
      <w:r>
        <w:rPr>
          <w:rFonts w:ascii="Arial" w:hAnsi="Arial"/>
          <w:color w:val="5D7284"/>
          <w:sz w:val="22"/>
        </w:rPr>
        <w:t>04:52</w:t>
      </w:r>
    </w:p>
    <w:p>
      <w:pPr>
        <w:spacing w:after="0"/>
      </w:pPr>
      <w:r>
        <w:rPr>
          <w:rFonts w:ascii="Arial" w:hAnsi="Arial"/>
          <w:sz w:val="22"/>
        </w:rPr>
        <w:t>I know what you mean.</w:t>
      </w:r>
    </w:p>
    <w:p>
      <w:pPr>
        <w:spacing w:after="0"/>
      </w:pPr>
    </w:p>
    <w:p>
      <w:pPr>
        <w:spacing w:after="0"/>
      </w:pPr>
      <w:r>
        <w:rPr>
          <w:rFonts w:ascii="Arial" w:hAnsi="Arial"/>
          <w:b/>
          <w:sz w:val="22"/>
        </w:rPr>
        <w:t xml:space="preserve">Alice  </w:t>
      </w:r>
      <w:r>
        <w:rPr>
          <w:rFonts w:ascii="Arial" w:hAnsi="Arial"/>
          <w:color w:val="5D7284"/>
          <w:sz w:val="22"/>
        </w:rPr>
        <w:t>04:52</w:t>
      </w:r>
    </w:p>
    <w:p>
      <w:pPr>
        <w:spacing w:after="0"/>
      </w:pPr>
      <w:r>
        <w:rPr>
          <w:rFonts w:ascii="Arial" w:hAnsi="Arial"/>
          <w:sz w:val="22"/>
        </w:rPr>
        <w:t>And it was just a bit big gray stone and -</w:t>
      </w:r>
    </w:p>
    <w:p>
      <w:pPr>
        <w:spacing w:after="0"/>
      </w:pPr>
    </w:p>
    <w:p>
      <w:pPr>
        <w:spacing w:after="0"/>
      </w:pPr>
      <w:r>
        <w:rPr>
          <w:rFonts w:ascii="Arial" w:hAnsi="Arial"/>
          <w:b/>
          <w:sz w:val="22"/>
        </w:rPr>
        <w:t xml:space="preserve">Lucy  </w:t>
      </w:r>
      <w:r>
        <w:rPr>
          <w:rFonts w:ascii="Arial" w:hAnsi="Arial"/>
          <w:color w:val="5D7284"/>
          <w:sz w:val="22"/>
        </w:rPr>
        <w:t>04:56</w:t>
      </w:r>
    </w:p>
    <w:p>
      <w:pPr>
        <w:spacing w:after="0"/>
      </w:pPr>
      <w:r>
        <w:rPr>
          <w:rFonts w:ascii="Arial" w:hAnsi="Arial"/>
          <w:sz w:val="22"/>
        </w:rPr>
        <w:t>You're like where's where is the hunchback? where is he? Is he here?</w:t>
      </w:r>
    </w:p>
    <w:p>
      <w:pPr>
        <w:spacing w:after="0"/>
      </w:pPr>
    </w:p>
    <w:p>
      <w:pPr>
        <w:spacing w:after="0"/>
      </w:pPr>
      <w:r>
        <w:rPr>
          <w:rFonts w:ascii="Arial" w:hAnsi="Arial"/>
          <w:b/>
          <w:sz w:val="22"/>
        </w:rPr>
        <w:t xml:space="preserve">Alice  </w:t>
      </w:r>
      <w:r>
        <w:rPr>
          <w:rFonts w:ascii="Arial" w:hAnsi="Arial"/>
          <w:color w:val="5D7284"/>
          <w:sz w:val="22"/>
        </w:rPr>
        <w:t>05:00</w:t>
      </w:r>
    </w:p>
    <w:p>
      <w:pPr>
        <w:spacing w:after="0"/>
      </w:pPr>
      <w:r>
        <w:rPr>
          <w:rFonts w:ascii="Arial" w:hAnsi="Arial"/>
          <w:sz w:val="22"/>
        </w:rPr>
        <w:t>[snorts] I mean, no, that's not what I was wondering.</w:t>
      </w:r>
    </w:p>
    <w:p>
      <w:pPr>
        <w:spacing w:after="0"/>
      </w:pPr>
    </w:p>
    <w:p>
      <w:pPr>
        <w:spacing w:after="0"/>
      </w:pPr>
      <w:r>
        <w:rPr>
          <w:rFonts w:ascii="Arial" w:hAnsi="Arial"/>
          <w:b/>
          <w:sz w:val="22"/>
        </w:rPr>
        <w:t xml:space="preserve">Lucy  </w:t>
      </w:r>
      <w:r>
        <w:rPr>
          <w:rFonts w:ascii="Arial" w:hAnsi="Arial"/>
          <w:color w:val="5D7284"/>
          <w:sz w:val="22"/>
        </w:rPr>
        <w:t>05:01</w:t>
      </w:r>
    </w:p>
    <w:p>
      <w:pPr>
        <w:spacing w:after="0"/>
      </w:pPr>
      <w:r>
        <w:rPr>
          <w:rFonts w:ascii="Arial" w:hAnsi="Arial"/>
          <w:sz w:val="22"/>
        </w:rPr>
        <w:t>Is he in? [laughs] I mean I did when I went I was like is he here? Where is he?</w:t>
      </w:r>
    </w:p>
    <w:p>
      <w:pPr>
        <w:spacing w:after="0"/>
      </w:pPr>
    </w:p>
    <w:p>
      <w:pPr>
        <w:spacing w:after="0"/>
      </w:pPr>
      <w:r>
        <w:rPr>
          <w:rFonts w:ascii="Arial" w:hAnsi="Arial"/>
          <w:b/>
          <w:sz w:val="22"/>
        </w:rPr>
        <w:t xml:space="preserve">Alice  </w:t>
      </w:r>
      <w:r>
        <w:rPr>
          <w:rFonts w:ascii="Arial" w:hAnsi="Arial"/>
          <w:color w:val="5D7284"/>
          <w:sz w:val="22"/>
        </w:rPr>
        <w:t>05:05</w:t>
      </w:r>
    </w:p>
    <w:p>
      <w:pPr>
        <w:spacing w:after="0"/>
      </w:pPr>
      <w:r>
        <w:rPr>
          <w:rFonts w:ascii="Arial" w:hAnsi="Arial"/>
          <w:sz w:val="22"/>
        </w:rPr>
        <w:t xml:space="preserve">I think I also remember, it being just - </w:t>
      </w:r>
    </w:p>
    <w:p>
      <w:pPr>
        <w:spacing w:after="0"/>
      </w:pPr>
    </w:p>
    <w:p>
      <w:pPr>
        <w:spacing w:after="0"/>
      </w:pPr>
      <w:r>
        <w:rPr>
          <w:rFonts w:ascii="Arial" w:hAnsi="Arial"/>
          <w:b/>
          <w:sz w:val="22"/>
        </w:rPr>
        <w:t xml:space="preserve">Lucy  </w:t>
      </w:r>
      <w:r>
        <w:rPr>
          <w:rFonts w:ascii="Arial" w:hAnsi="Arial"/>
          <w:color w:val="5D7284"/>
          <w:sz w:val="22"/>
        </w:rPr>
        <w:t>05:08</w:t>
      </w:r>
    </w:p>
    <w:p>
      <w:pPr>
        <w:spacing w:after="0"/>
      </w:pPr>
      <w:r>
        <w:rPr>
          <w:rFonts w:ascii="Arial" w:hAnsi="Arial"/>
          <w:sz w:val="22"/>
        </w:rPr>
        <w:t>Someone went he's not real. I was like, I</w:t>
      </w:r>
    </w:p>
    <w:p>
      <w:pPr>
        <w:spacing w:after="0"/>
      </w:pPr>
    </w:p>
    <w:p>
      <w:pPr>
        <w:spacing w:after="0"/>
      </w:pPr>
      <w:r>
        <w:rPr>
          <w:rFonts w:ascii="Arial" w:hAnsi="Arial"/>
          <w:b/>
          <w:sz w:val="22"/>
        </w:rPr>
        <w:t xml:space="preserve">Alice  </w:t>
      </w:r>
      <w:r>
        <w:rPr>
          <w:rFonts w:ascii="Arial" w:hAnsi="Arial"/>
          <w:color w:val="5D7284"/>
          <w:sz w:val="22"/>
        </w:rPr>
        <w:t>05:10</w:t>
      </w:r>
    </w:p>
    <w:p>
      <w:pPr>
        <w:spacing w:after="0"/>
      </w:pPr>
      <w:r>
        <w:rPr>
          <w:rFonts w:ascii="Arial" w:hAnsi="Arial"/>
          <w:sz w:val="22"/>
        </w:rPr>
        <w:t>I also remember it being lit by candlelight didn't use those. I also remember it being lit by candlelight. And so I probably didn't have a great -</w:t>
      </w:r>
    </w:p>
    <w:p>
      <w:pPr>
        <w:spacing w:after="0"/>
      </w:pPr>
    </w:p>
    <w:p>
      <w:pPr>
        <w:spacing w:after="0"/>
      </w:pPr>
      <w:r>
        <w:rPr>
          <w:rFonts w:ascii="Arial" w:hAnsi="Arial"/>
          <w:b/>
          <w:sz w:val="22"/>
        </w:rPr>
        <w:t xml:space="preserve">Lucy  </w:t>
      </w:r>
      <w:r>
        <w:rPr>
          <w:rFonts w:ascii="Arial" w:hAnsi="Arial"/>
          <w:color w:val="5D7284"/>
          <w:sz w:val="22"/>
        </w:rPr>
        <w:t>05:16</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05:16</w:t>
      </w:r>
    </w:p>
    <w:p>
      <w:pPr>
        <w:spacing w:after="0"/>
      </w:pPr>
      <w:r>
        <w:rPr>
          <w:rFonts w:ascii="Arial" w:hAnsi="Arial"/>
          <w:sz w:val="22"/>
        </w:rPr>
        <w:t xml:space="preserve">It didn't have a great impact on me. Also, like - </w:t>
      </w:r>
    </w:p>
    <w:p>
      <w:pPr>
        <w:spacing w:after="0"/>
      </w:pPr>
    </w:p>
    <w:p>
      <w:pPr>
        <w:spacing w:after="0"/>
      </w:pPr>
      <w:r>
        <w:rPr>
          <w:rFonts w:ascii="Arial" w:hAnsi="Arial"/>
          <w:b/>
          <w:sz w:val="22"/>
        </w:rPr>
        <w:t xml:space="preserve">Lucy  </w:t>
      </w:r>
      <w:r>
        <w:rPr>
          <w:rFonts w:ascii="Arial" w:hAnsi="Arial"/>
          <w:color w:val="5D7284"/>
          <w:sz w:val="22"/>
        </w:rPr>
        <w:t>05:19</w:t>
      </w:r>
    </w:p>
    <w:p>
      <w:pPr>
        <w:spacing w:after="0"/>
      </w:pPr>
      <w:r>
        <w:rPr>
          <w:rFonts w:ascii="Arial" w:hAnsi="Arial"/>
          <w:sz w:val="22"/>
        </w:rPr>
        <w:t>Doesn't help when you've got a visual impairment, does it? You know what I mean.</w:t>
      </w:r>
    </w:p>
    <w:p>
      <w:pPr>
        <w:spacing w:after="0"/>
      </w:pPr>
    </w:p>
    <w:p>
      <w:pPr>
        <w:spacing w:after="0"/>
      </w:pPr>
      <w:r>
        <w:rPr>
          <w:rFonts w:ascii="Arial" w:hAnsi="Arial"/>
          <w:b/>
          <w:sz w:val="22"/>
        </w:rPr>
        <w:t xml:space="preserve">Alice  </w:t>
      </w:r>
      <w:r>
        <w:rPr>
          <w:rFonts w:ascii="Arial" w:hAnsi="Arial"/>
          <w:color w:val="5D7284"/>
          <w:sz w:val="22"/>
        </w:rPr>
        <w:t>05:20</w:t>
      </w:r>
    </w:p>
    <w:p>
      <w:pPr>
        <w:spacing w:after="0"/>
      </w:pPr>
      <w:r>
        <w:rPr>
          <w:rFonts w:ascii="Arial" w:hAnsi="Arial"/>
          <w:sz w:val="22"/>
        </w:rPr>
        <w:t>No. You weren't expecting to be the same hunchback were you? Cuz like super, super elderly hunchback when you went to visit Notre Dame.</w:t>
      </w:r>
    </w:p>
    <w:p>
      <w:pPr>
        <w:spacing w:after="0"/>
      </w:pPr>
    </w:p>
    <w:p>
      <w:pPr>
        <w:spacing w:after="0"/>
      </w:pPr>
      <w:r>
        <w:rPr>
          <w:rFonts w:ascii="Arial" w:hAnsi="Arial"/>
          <w:b/>
          <w:sz w:val="22"/>
        </w:rPr>
        <w:t xml:space="preserve">Lucy  </w:t>
      </w:r>
      <w:r>
        <w:rPr>
          <w:rFonts w:ascii="Arial" w:hAnsi="Arial"/>
          <w:color w:val="5D7284"/>
          <w:sz w:val="22"/>
        </w:rPr>
        <w:t>05:23</w:t>
      </w:r>
    </w:p>
    <w:p>
      <w:pPr>
        <w:spacing w:after="0"/>
      </w:pPr>
      <w:r>
        <w:rPr>
          <w:rFonts w:ascii="Arial" w:hAnsi="Arial"/>
          <w:sz w:val="22"/>
        </w:rPr>
        <w:t>You know, well we know that I say stupid things just because they come into my head. Like there's no filter that my brain doesn't go hang on a minute Lucy, think about this. This was written in like the 1800s. And you're going where's the back? is he in? It's not the Queen!</w:t>
      </w:r>
    </w:p>
    <w:p>
      <w:pPr>
        <w:spacing w:after="0"/>
      </w:pPr>
    </w:p>
    <w:p>
      <w:pPr>
        <w:spacing w:after="0"/>
      </w:pPr>
      <w:r>
        <w:rPr>
          <w:rFonts w:ascii="Arial" w:hAnsi="Arial"/>
          <w:b/>
          <w:sz w:val="22"/>
        </w:rPr>
        <w:t xml:space="preserve">Alice  </w:t>
      </w:r>
      <w:r>
        <w:rPr>
          <w:rFonts w:ascii="Arial" w:hAnsi="Arial"/>
          <w:color w:val="5D7284"/>
          <w:sz w:val="22"/>
        </w:rPr>
        <w:t>05:46</w:t>
      </w:r>
    </w:p>
    <w:p>
      <w:pPr>
        <w:spacing w:after="0"/>
      </w:pPr>
      <w:r>
        <w:rPr>
          <w:rFonts w:ascii="Arial" w:hAnsi="Arial"/>
          <w:sz w:val="22"/>
        </w:rPr>
        <w:t>[laughs] They just they just, they've just got a queue of them waiting. Every time one of them drops dead. They're like, right next!</w:t>
      </w:r>
    </w:p>
    <w:p>
      <w:pPr>
        <w:spacing w:after="0"/>
      </w:pPr>
    </w:p>
    <w:p>
      <w:pPr>
        <w:spacing w:after="0"/>
      </w:pPr>
      <w:r>
        <w:rPr>
          <w:rFonts w:ascii="Arial" w:hAnsi="Arial"/>
          <w:b/>
          <w:sz w:val="22"/>
        </w:rPr>
        <w:t xml:space="preserve">Lucy  </w:t>
      </w:r>
      <w:r>
        <w:rPr>
          <w:rFonts w:ascii="Arial" w:hAnsi="Arial"/>
          <w:color w:val="5D7284"/>
          <w:sz w:val="22"/>
        </w:rPr>
        <w:t>05:53</w:t>
      </w:r>
    </w:p>
    <w:p>
      <w:pPr>
        <w:spacing w:after="0"/>
      </w:pPr>
      <w:r>
        <w:rPr>
          <w:rFonts w:ascii="Arial" w:hAnsi="Arial"/>
          <w:sz w:val="22"/>
        </w:rPr>
        <w:t>Where is he? bring him in. Quasimodo IV!</w:t>
      </w:r>
    </w:p>
    <w:p>
      <w:pPr>
        <w:spacing w:after="0"/>
      </w:pPr>
    </w:p>
    <w:p>
      <w:pPr>
        <w:spacing w:after="0"/>
      </w:pPr>
      <w:r>
        <w:rPr>
          <w:rFonts w:ascii="Arial" w:hAnsi="Arial"/>
          <w:b/>
          <w:sz w:val="22"/>
        </w:rPr>
        <w:t xml:space="preserve">Alice  </w:t>
      </w:r>
      <w:r>
        <w:rPr>
          <w:rFonts w:ascii="Arial" w:hAnsi="Arial"/>
          <w:color w:val="5D7284"/>
          <w:sz w:val="22"/>
        </w:rPr>
        <w:t>05:58</w:t>
      </w:r>
    </w:p>
    <w:p>
      <w:pPr>
        <w:spacing w:after="0"/>
      </w:pPr>
      <w:r>
        <w:rPr>
          <w:rFonts w:ascii="Arial" w:hAnsi="Arial"/>
          <w:sz w:val="22"/>
        </w:rPr>
        <w:t>They took their inspiration from French kings</w:t>
      </w:r>
    </w:p>
    <w:p>
      <w:pPr>
        <w:spacing w:after="0"/>
      </w:pPr>
    </w:p>
    <w:p>
      <w:pPr>
        <w:spacing w:after="0"/>
      </w:pPr>
      <w:r>
        <w:rPr>
          <w:rFonts w:ascii="Arial" w:hAnsi="Arial"/>
          <w:b/>
          <w:sz w:val="22"/>
        </w:rPr>
        <w:t xml:space="preserve">Lucy  </w:t>
      </w:r>
      <w:r>
        <w:rPr>
          <w:rFonts w:ascii="Arial" w:hAnsi="Arial"/>
          <w:color w:val="5D7284"/>
          <w:sz w:val="22"/>
        </w:rPr>
        <w:t>06:02</w:t>
      </w:r>
    </w:p>
    <w:p>
      <w:pPr>
        <w:spacing w:after="0"/>
      </w:pPr>
      <w:r>
        <w:rPr>
          <w:rFonts w:ascii="Arial" w:hAnsi="Arial"/>
          <w:sz w:val="22"/>
        </w:rPr>
        <w:t xml:space="preserve">Exactly. So yes, so it's safe to say but the Hunchback of Notre Dame the original story differs very differently to the Disney film. In fact, the Disney The only thing about this that's similar in the Disney film is the name. </w:t>
      </w:r>
    </w:p>
    <w:p>
      <w:pPr>
        <w:spacing w:after="0"/>
      </w:pPr>
    </w:p>
    <w:p>
      <w:pPr>
        <w:spacing w:after="0"/>
      </w:pPr>
      <w:r>
        <w:rPr>
          <w:rFonts w:ascii="Arial" w:hAnsi="Arial"/>
          <w:b/>
          <w:sz w:val="22"/>
        </w:rPr>
        <w:t xml:space="preserve">Lucy  </w:t>
      </w:r>
      <w:r>
        <w:rPr>
          <w:rFonts w:ascii="Arial" w:hAnsi="Arial"/>
          <w:color w:val="5D7284"/>
          <w:sz w:val="22"/>
        </w:rPr>
        <w:t>06:19</w:t>
      </w:r>
    </w:p>
    <w:p>
      <w:pPr>
        <w:spacing w:after="0"/>
      </w:pPr>
      <w:r>
        <w:rPr>
          <w:rFonts w:ascii="Arial" w:hAnsi="Arial"/>
          <w:sz w:val="22"/>
        </w:rPr>
        <w:t xml:space="preserve">And it's I'm not surprised this is quite surprising story. you don't really want to be telling this to your kids. So there are four characters that I'm going to be focusing on for my fabled, there are many others. But if I was the talk about them, I'd be here forever. Nobody wants that. </w:t>
      </w:r>
    </w:p>
    <w:p>
      <w:pPr>
        <w:spacing w:after="0"/>
      </w:pPr>
    </w:p>
    <w:p>
      <w:pPr>
        <w:spacing w:after="0"/>
      </w:pPr>
      <w:r>
        <w:rPr>
          <w:rFonts w:ascii="Arial" w:hAnsi="Arial"/>
          <w:b/>
          <w:sz w:val="22"/>
        </w:rPr>
        <w:t xml:space="preserve">Alice  </w:t>
      </w:r>
      <w:r>
        <w:rPr>
          <w:rFonts w:ascii="Arial" w:hAnsi="Arial"/>
          <w:color w:val="5D7284"/>
          <w:sz w:val="22"/>
        </w:rPr>
        <w:t>06:19</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06:28</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06:30</w:t>
      </w:r>
    </w:p>
    <w:p>
      <w:pPr>
        <w:spacing w:after="0"/>
      </w:pPr>
      <w:r>
        <w:rPr>
          <w:rFonts w:ascii="Arial" w:hAnsi="Arial"/>
          <w:sz w:val="22"/>
        </w:rPr>
        <w:t>I would, I think by this point, I was losing the will to live because he'd been waffling on about architecture for at least 25 minutes. So you've got a Clyde Frollo, Archdeacon, Quasimodo's adopted father. Everybody believes he is it's a bit weird because he dabbles in alchemy and believes he's a sorcerer.</w:t>
      </w:r>
    </w:p>
    <w:p>
      <w:pPr>
        <w:spacing w:after="0"/>
      </w:pPr>
    </w:p>
    <w:p>
      <w:pPr>
        <w:spacing w:after="0"/>
      </w:pPr>
      <w:r>
        <w:rPr>
          <w:rFonts w:ascii="Arial" w:hAnsi="Arial"/>
          <w:b/>
          <w:sz w:val="22"/>
        </w:rPr>
        <w:t xml:space="preserve">Alice  </w:t>
      </w:r>
      <w:r>
        <w:rPr>
          <w:rFonts w:ascii="Arial" w:hAnsi="Arial"/>
          <w:color w:val="5D7284"/>
          <w:sz w:val="22"/>
        </w:rPr>
        <w:t>07:01</w:t>
      </w:r>
    </w:p>
    <w:p>
      <w:pPr>
        <w:spacing w:after="0"/>
      </w:pPr>
      <w:r>
        <w:rPr>
          <w:rFonts w:ascii="Arial" w:hAnsi="Arial"/>
          <w:sz w:val="22"/>
        </w:rPr>
        <w:t xml:space="preserve">To be fair, I if somebody was like, hey, do you know, My hobbies are?I'd be like, I'm sure you're very nice, man. But I'm gonna go stand over there. </w:t>
      </w:r>
    </w:p>
    <w:p>
      <w:pPr>
        <w:spacing w:after="0"/>
      </w:pPr>
    </w:p>
    <w:p>
      <w:pPr>
        <w:spacing w:after="0"/>
      </w:pPr>
      <w:r>
        <w:rPr>
          <w:rFonts w:ascii="Arial" w:hAnsi="Arial"/>
          <w:b/>
          <w:sz w:val="22"/>
        </w:rPr>
        <w:t xml:space="preserve">Lucy  </w:t>
      </w:r>
      <w:r>
        <w:rPr>
          <w:rFonts w:ascii="Arial" w:hAnsi="Arial"/>
          <w:color w:val="5D7284"/>
          <w:sz w:val="22"/>
        </w:rPr>
        <w:t>07:09</w:t>
      </w:r>
    </w:p>
    <w:p>
      <w:pPr>
        <w:spacing w:after="0"/>
      </w:pPr>
      <w:r>
        <w:rPr>
          <w:rFonts w:ascii="Arial" w:hAnsi="Arial"/>
          <w:sz w:val="22"/>
        </w:rPr>
        <w:t xml:space="preserve">[laughs] Yeah! I'm gonna move away from you. He's also not a very nice man. So probably a good idea that you move away from him. </w:t>
      </w:r>
    </w:p>
    <w:p>
      <w:pPr>
        <w:spacing w:after="0"/>
      </w:pPr>
    </w:p>
    <w:p>
      <w:pPr>
        <w:spacing w:after="0"/>
      </w:pPr>
      <w:r>
        <w:rPr>
          <w:rFonts w:ascii="Arial" w:hAnsi="Arial"/>
          <w:b/>
          <w:sz w:val="22"/>
        </w:rPr>
        <w:t xml:space="preserve">Lucy  </w:t>
      </w:r>
      <w:r>
        <w:rPr>
          <w:rFonts w:ascii="Arial" w:hAnsi="Arial"/>
          <w:color w:val="5D7284"/>
          <w:sz w:val="22"/>
        </w:rPr>
        <w:t>07:16</w:t>
      </w:r>
    </w:p>
    <w:p>
      <w:pPr>
        <w:spacing w:after="0"/>
      </w:pPr>
      <w:r>
        <w:rPr>
          <w:rFonts w:ascii="Arial" w:hAnsi="Arial"/>
          <w:sz w:val="22"/>
        </w:rPr>
        <w:t xml:space="preserve">You got Phoebus captain of the king's archers. And he is the character really that brings everybody together in the first place. You've got Esmeralda is very pretty, people, like he bangs on about how pretty Esmeralda is all the time through the book and you're like, alright, mate, you - </w:t>
      </w:r>
    </w:p>
    <w:p>
      <w:pPr>
        <w:spacing w:after="0"/>
      </w:pPr>
    </w:p>
    <w:p>
      <w:pPr>
        <w:spacing w:after="0"/>
      </w:pPr>
      <w:r>
        <w:rPr>
          <w:rFonts w:ascii="Arial" w:hAnsi="Arial"/>
          <w:b/>
          <w:sz w:val="22"/>
        </w:rPr>
        <w:t xml:space="preserve">Alice  </w:t>
      </w:r>
      <w:r>
        <w:rPr>
          <w:rFonts w:ascii="Arial" w:hAnsi="Arial"/>
          <w:color w:val="5D7284"/>
          <w:sz w:val="22"/>
        </w:rPr>
        <w:t>07:16</w:t>
      </w:r>
    </w:p>
    <w:p>
      <w:pPr>
        <w:spacing w:after="0"/>
      </w:pPr>
      <w:r>
        <w:rPr>
          <w:rFonts w:ascii="Arial" w:hAnsi="Arial"/>
          <w:sz w:val="22"/>
        </w:rPr>
        <w:t>Ok</w:t>
      </w:r>
    </w:p>
    <w:p>
      <w:pPr>
        <w:spacing w:after="0"/>
      </w:pPr>
    </w:p>
    <w:p>
      <w:pPr>
        <w:spacing w:after="0"/>
      </w:pPr>
      <w:r>
        <w:rPr>
          <w:rFonts w:ascii="Arial" w:hAnsi="Arial"/>
          <w:b/>
          <w:sz w:val="22"/>
        </w:rPr>
        <w:t xml:space="preserve">Alice  </w:t>
      </w:r>
      <w:r>
        <w:rPr>
          <w:rFonts w:ascii="Arial" w:hAnsi="Arial"/>
          <w:color w:val="5D7284"/>
          <w:sz w:val="22"/>
        </w:rPr>
        <w:t>07:34</w:t>
      </w:r>
    </w:p>
    <w:p>
      <w:pPr>
        <w:spacing w:after="0"/>
      </w:pPr>
      <w:r>
        <w:rPr>
          <w:rFonts w:ascii="Arial" w:hAnsi="Arial"/>
          <w:sz w:val="22"/>
        </w:rPr>
        <w:t xml:space="preserve">They do that. </w:t>
      </w:r>
    </w:p>
    <w:p>
      <w:pPr>
        <w:spacing w:after="0"/>
      </w:pPr>
    </w:p>
    <w:p>
      <w:pPr>
        <w:spacing w:after="0"/>
      </w:pPr>
      <w:r>
        <w:rPr>
          <w:rFonts w:ascii="Arial" w:hAnsi="Arial"/>
          <w:b/>
          <w:sz w:val="22"/>
        </w:rPr>
        <w:t xml:space="preserve">Lucy  </w:t>
      </w:r>
      <w:r>
        <w:rPr>
          <w:rFonts w:ascii="Arial" w:hAnsi="Arial"/>
          <w:color w:val="5D7284"/>
          <w:sz w:val="22"/>
        </w:rPr>
        <w:t>07:35</w:t>
      </w:r>
    </w:p>
    <w:p>
      <w:pPr>
        <w:spacing w:after="0"/>
      </w:pPr>
      <w:r>
        <w:rPr>
          <w:rFonts w:ascii="Arial" w:hAnsi="Arial"/>
          <w:sz w:val="22"/>
        </w:rPr>
        <w:t xml:space="preserve">imagined you've imagined this woman and now you're obsessed with her? </w:t>
      </w:r>
    </w:p>
    <w:p>
      <w:pPr>
        <w:spacing w:after="0"/>
      </w:pPr>
    </w:p>
    <w:p>
      <w:pPr>
        <w:spacing w:after="0"/>
      </w:pPr>
      <w:r>
        <w:rPr>
          <w:rFonts w:ascii="Arial" w:hAnsi="Arial"/>
          <w:b/>
          <w:sz w:val="22"/>
        </w:rPr>
        <w:t xml:space="preserve">Alice  </w:t>
      </w:r>
      <w:r>
        <w:rPr>
          <w:rFonts w:ascii="Arial" w:hAnsi="Arial"/>
          <w:color w:val="5D7284"/>
          <w:sz w:val="22"/>
        </w:rPr>
        <w:t>07:39</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07:39</w:t>
      </w:r>
    </w:p>
    <w:p>
      <w:pPr>
        <w:spacing w:after="0"/>
      </w:pPr>
      <w:r>
        <w:rPr>
          <w:rFonts w:ascii="Arial" w:hAnsi="Arial"/>
          <w:sz w:val="22"/>
        </w:rPr>
        <w:t>Just chill out a little bit. And then you've got Quasimodo, who is described, as take a deep breath because this is a long list: partially or semi formed, disfigured with a wart over one eye. a deformed face, one leg longer than the other and a hunchback. I've also heard reports that he's got a hairy back. I don't know whether that is classed as a disability...</w:t>
      </w:r>
    </w:p>
    <w:p>
      <w:pPr>
        <w:spacing w:after="0"/>
      </w:pPr>
    </w:p>
    <w:p>
      <w:pPr>
        <w:spacing w:after="0"/>
      </w:pPr>
      <w:r>
        <w:rPr>
          <w:rFonts w:ascii="Arial" w:hAnsi="Arial"/>
          <w:b/>
          <w:sz w:val="22"/>
        </w:rPr>
        <w:t xml:space="preserve">Alice  </w:t>
      </w:r>
      <w:r>
        <w:rPr>
          <w:rFonts w:ascii="Arial" w:hAnsi="Arial"/>
          <w:color w:val="5D7284"/>
          <w:sz w:val="22"/>
        </w:rPr>
        <w:t>07:47</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07:59</w:t>
      </w:r>
    </w:p>
    <w:p>
      <w:pPr>
        <w:spacing w:after="0"/>
      </w:pPr>
      <w:r>
        <w:rPr>
          <w:rFonts w:ascii="Arial" w:hAnsi="Arial"/>
          <w:sz w:val="22"/>
        </w:rPr>
        <w:t xml:space="preserve">But they're making a big deal about his hairy back. </w:t>
      </w:r>
    </w:p>
    <w:p>
      <w:pPr>
        <w:spacing w:after="0"/>
      </w:pPr>
    </w:p>
    <w:p>
      <w:pPr>
        <w:spacing w:after="0"/>
      </w:pPr>
      <w:r>
        <w:rPr>
          <w:rFonts w:ascii="Arial" w:hAnsi="Arial"/>
          <w:b/>
          <w:sz w:val="22"/>
        </w:rPr>
        <w:t xml:space="preserve">Alice  </w:t>
      </w:r>
      <w:r>
        <w:rPr>
          <w:rFonts w:ascii="Arial" w:hAnsi="Arial"/>
          <w:color w:val="5D7284"/>
          <w:sz w:val="22"/>
        </w:rPr>
        <w:t>08:06</w:t>
      </w:r>
    </w:p>
    <w:p>
      <w:pPr>
        <w:spacing w:after="0"/>
      </w:pPr>
      <w:r>
        <w:rPr>
          <w:rFonts w:ascii="Arial" w:hAnsi="Arial"/>
          <w:sz w:val="22"/>
        </w:rPr>
        <w:t>Right</w:t>
      </w:r>
    </w:p>
    <w:p>
      <w:pPr>
        <w:spacing w:after="0"/>
      </w:pPr>
    </w:p>
    <w:p>
      <w:pPr>
        <w:spacing w:after="0"/>
      </w:pPr>
      <w:r>
        <w:rPr>
          <w:rFonts w:ascii="Arial" w:hAnsi="Arial"/>
          <w:b/>
          <w:sz w:val="22"/>
        </w:rPr>
        <w:t xml:space="preserve">Lucy  </w:t>
      </w:r>
      <w:r>
        <w:rPr>
          <w:rFonts w:ascii="Arial" w:hAnsi="Arial"/>
          <w:color w:val="5D7284"/>
          <w:sz w:val="22"/>
        </w:rPr>
        <w:t>08:07</w:t>
      </w:r>
    </w:p>
    <w:p>
      <w:pPr>
        <w:spacing w:after="0"/>
      </w:pPr>
      <w:r>
        <w:rPr>
          <w:rFonts w:ascii="Arial" w:hAnsi="Arial"/>
          <w:sz w:val="22"/>
        </w:rPr>
        <w:t xml:space="preserve">Fine. Okay. He's also deaf from the bell ringing because he's been ringing bells all the time. </w:t>
      </w:r>
    </w:p>
    <w:p>
      <w:pPr>
        <w:spacing w:after="0"/>
      </w:pPr>
    </w:p>
    <w:p>
      <w:pPr>
        <w:spacing w:after="0"/>
      </w:pPr>
      <w:r>
        <w:rPr>
          <w:rFonts w:ascii="Arial" w:hAnsi="Arial"/>
          <w:b/>
          <w:sz w:val="22"/>
        </w:rPr>
        <w:t xml:space="preserve">Alice  </w:t>
      </w:r>
      <w:r>
        <w:rPr>
          <w:rFonts w:ascii="Arial" w:hAnsi="Arial"/>
          <w:color w:val="5D7284"/>
          <w:sz w:val="22"/>
        </w:rPr>
        <w:t>08:13</w:t>
      </w:r>
    </w:p>
    <w:p>
      <w:pPr>
        <w:spacing w:after="0"/>
      </w:pPr>
      <w:r>
        <w:rPr>
          <w:rFonts w:ascii="Arial" w:hAnsi="Arial"/>
          <w:sz w:val="22"/>
        </w:rPr>
        <w:t>Yep.</w:t>
      </w:r>
    </w:p>
    <w:p>
      <w:pPr>
        <w:spacing w:after="0"/>
      </w:pPr>
    </w:p>
    <w:p>
      <w:pPr>
        <w:spacing w:after="0"/>
      </w:pPr>
      <w:r>
        <w:rPr>
          <w:rFonts w:ascii="Arial" w:hAnsi="Arial"/>
          <w:b/>
          <w:sz w:val="22"/>
        </w:rPr>
        <w:t xml:space="preserve">Lucy  </w:t>
      </w:r>
      <w:r>
        <w:rPr>
          <w:rFonts w:ascii="Arial" w:hAnsi="Arial"/>
          <w:color w:val="5D7284"/>
          <w:sz w:val="22"/>
        </w:rPr>
        <w:t>08:14</w:t>
      </w:r>
    </w:p>
    <w:p>
      <w:pPr>
        <w:spacing w:after="0"/>
      </w:pPr>
      <w:r>
        <w:rPr>
          <w:rFonts w:ascii="Arial" w:hAnsi="Arial"/>
          <w:sz w:val="22"/>
        </w:rPr>
        <w:t xml:space="preserve">And because he's a bit weird looking and can't hear anything he shunned by society and seen as an outcast. </w:t>
      </w:r>
    </w:p>
    <w:p>
      <w:pPr>
        <w:spacing w:after="0"/>
      </w:pPr>
    </w:p>
    <w:p>
      <w:pPr>
        <w:spacing w:after="0"/>
      </w:pPr>
      <w:r>
        <w:rPr>
          <w:rFonts w:ascii="Arial" w:hAnsi="Arial"/>
          <w:b/>
          <w:sz w:val="22"/>
        </w:rPr>
        <w:t xml:space="preserve">Alice  </w:t>
      </w:r>
      <w:r>
        <w:rPr>
          <w:rFonts w:ascii="Arial" w:hAnsi="Arial"/>
          <w:color w:val="5D7284"/>
          <w:sz w:val="22"/>
        </w:rPr>
        <w:t>08:21</w:t>
      </w:r>
    </w:p>
    <w:p>
      <w:pPr>
        <w:spacing w:after="0"/>
      </w:pPr>
      <w:r>
        <w:rPr>
          <w:rFonts w:ascii="Arial" w:hAnsi="Arial"/>
          <w:sz w:val="22"/>
        </w:rPr>
        <w:t xml:space="preserve">I certainly know from the Disney movie that there is quite a strong implication that he's also got some kind of like learning disability </w:t>
      </w:r>
    </w:p>
    <w:p>
      <w:pPr>
        <w:spacing w:after="0"/>
      </w:pPr>
    </w:p>
    <w:p>
      <w:pPr>
        <w:spacing w:after="0"/>
      </w:pPr>
      <w:r>
        <w:rPr>
          <w:rFonts w:ascii="Arial" w:hAnsi="Arial"/>
          <w:b/>
          <w:sz w:val="22"/>
        </w:rPr>
        <w:t xml:space="preserve">Lucy  </w:t>
      </w:r>
      <w:r>
        <w:rPr>
          <w:rFonts w:ascii="Arial" w:hAnsi="Arial"/>
          <w:color w:val="5D7284"/>
          <w:sz w:val="22"/>
        </w:rPr>
        <w:t>08:29</w:t>
      </w:r>
    </w:p>
    <w:p>
      <w:pPr>
        <w:spacing w:after="0"/>
      </w:pPr>
      <w:r>
        <w:rPr>
          <w:rFonts w:ascii="Arial" w:hAnsi="Arial"/>
          <w:sz w:val="22"/>
        </w:rPr>
        <w:t>Yes, yes.</w:t>
      </w:r>
    </w:p>
    <w:p>
      <w:pPr>
        <w:spacing w:after="0"/>
      </w:pPr>
    </w:p>
    <w:p>
      <w:pPr>
        <w:spacing w:after="0"/>
      </w:pPr>
      <w:r>
        <w:rPr>
          <w:rFonts w:ascii="Arial" w:hAnsi="Arial"/>
          <w:b/>
          <w:sz w:val="22"/>
        </w:rPr>
        <w:t xml:space="preserve">Alice  </w:t>
      </w:r>
      <w:r>
        <w:rPr>
          <w:rFonts w:ascii="Arial" w:hAnsi="Arial"/>
          <w:color w:val="5D7284"/>
          <w:sz w:val="22"/>
        </w:rPr>
        <w:t>08:29</w:t>
      </w:r>
    </w:p>
    <w:p>
      <w:pPr>
        <w:spacing w:after="0"/>
      </w:pPr>
      <w:r>
        <w:rPr>
          <w:rFonts w:ascii="Arial" w:hAnsi="Arial"/>
          <w:sz w:val="22"/>
        </w:rPr>
        <w:t>Or cognitive difficulties. I don't know if that is actually something that like the book is like, Yes, this is this is what or if the Disney were just like what he's disabled, so he must be stupid.</w:t>
      </w:r>
    </w:p>
    <w:p>
      <w:pPr>
        <w:spacing w:after="0"/>
      </w:pPr>
    </w:p>
    <w:p>
      <w:pPr>
        <w:spacing w:after="0"/>
      </w:pPr>
      <w:r>
        <w:rPr>
          <w:rFonts w:ascii="Arial" w:hAnsi="Arial"/>
          <w:b/>
          <w:sz w:val="22"/>
        </w:rPr>
        <w:t xml:space="preserve">Lucy  </w:t>
      </w:r>
      <w:r>
        <w:rPr>
          <w:rFonts w:ascii="Arial" w:hAnsi="Arial"/>
          <w:color w:val="5D7284"/>
          <w:sz w:val="22"/>
        </w:rPr>
        <w:t>08:42</w:t>
      </w:r>
    </w:p>
    <w:p>
      <w:pPr>
        <w:spacing w:after="0"/>
      </w:pPr>
      <w:r>
        <w:rPr>
          <w:rFonts w:ascii="Arial" w:hAnsi="Arial"/>
          <w:sz w:val="22"/>
        </w:rPr>
        <w:t>I think that I think that he that the latter is the case.</w:t>
      </w:r>
    </w:p>
    <w:p>
      <w:pPr>
        <w:spacing w:after="0"/>
      </w:pPr>
    </w:p>
    <w:p>
      <w:pPr>
        <w:spacing w:after="0"/>
      </w:pPr>
      <w:r>
        <w:rPr>
          <w:rFonts w:ascii="Arial" w:hAnsi="Arial"/>
          <w:b/>
          <w:sz w:val="22"/>
        </w:rPr>
        <w:t xml:space="preserve">Alice  </w:t>
      </w:r>
      <w:r>
        <w:rPr>
          <w:rFonts w:ascii="Arial" w:hAnsi="Arial"/>
          <w:color w:val="5D7284"/>
          <w:sz w:val="22"/>
        </w:rPr>
        <w:t>08:45</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08:46</w:t>
      </w:r>
    </w:p>
    <w:p>
      <w:pPr>
        <w:spacing w:after="0"/>
      </w:pPr>
      <w:r>
        <w:rPr>
          <w:rFonts w:ascii="Arial" w:hAnsi="Arial"/>
          <w:sz w:val="22"/>
        </w:rPr>
        <w:t xml:space="preserve">In the book. He's He's, he's so portrayed as a bit of a loner, because obviously he's, he's sort of an outcast from society. And he sort of makes friends with the gargoyles, even though the gargoyles in this book can't talk back to him in the Disney version. They're cartoon characters and are having a chat with him. But he sort of like talks to the gargoyles, because they're his only company really. </w:t>
      </w:r>
    </w:p>
    <w:p>
      <w:pPr>
        <w:spacing w:after="0"/>
      </w:pPr>
    </w:p>
    <w:p>
      <w:pPr>
        <w:spacing w:after="0"/>
      </w:pPr>
      <w:r>
        <w:rPr>
          <w:rFonts w:ascii="Arial" w:hAnsi="Arial"/>
          <w:b/>
          <w:sz w:val="22"/>
        </w:rPr>
        <w:t xml:space="preserve">Alice  </w:t>
      </w:r>
      <w:r>
        <w:rPr>
          <w:rFonts w:ascii="Arial" w:hAnsi="Arial"/>
          <w:color w:val="5D7284"/>
          <w:sz w:val="22"/>
        </w:rPr>
        <w:t>09:07</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09:09</w:t>
      </w:r>
    </w:p>
    <w:p>
      <w:pPr>
        <w:spacing w:after="0"/>
      </w:pPr>
      <w:r>
        <w:rPr>
          <w:rFonts w:ascii="Arial" w:hAnsi="Arial"/>
          <w:sz w:val="22"/>
        </w:rPr>
        <w:t>So the Archdeacon basically lives a life that is not a very nice one. So persecution of innocent people, murder and state crimes are a way of life for Frollo, as he grows older and becomes more aware of his immortal soul so suddenly, like which is 65 and he's like, Oh, shit,</w:t>
      </w:r>
    </w:p>
    <w:p>
      <w:pPr>
        <w:spacing w:after="0"/>
      </w:pPr>
    </w:p>
    <w:p>
      <w:pPr>
        <w:spacing w:after="0"/>
      </w:pPr>
      <w:r>
        <w:rPr>
          <w:rFonts w:ascii="Arial" w:hAnsi="Arial"/>
          <w:b/>
          <w:sz w:val="22"/>
        </w:rPr>
        <w:t xml:space="preserve">Alice  </w:t>
      </w:r>
      <w:r>
        <w:rPr>
          <w:rFonts w:ascii="Arial" w:hAnsi="Arial"/>
          <w:color w:val="5D7284"/>
          <w:sz w:val="22"/>
        </w:rPr>
        <w:t>09:27</w:t>
      </w:r>
    </w:p>
    <w:p>
      <w:pPr>
        <w:spacing w:after="0"/>
      </w:pPr>
      <w:r>
        <w:rPr>
          <w:rFonts w:ascii="Arial" w:hAnsi="Arial"/>
          <w:sz w:val="22"/>
        </w:rPr>
        <w:t>Isn't Archdeacon, like pretty important in the church as well. you sort of feel like you perhaps have spotted the whole like, immortal soul. you should probably be a decent person thing.</w:t>
      </w:r>
    </w:p>
    <w:p>
      <w:pPr>
        <w:spacing w:after="0"/>
      </w:pPr>
    </w:p>
    <w:p>
      <w:pPr>
        <w:spacing w:after="0"/>
      </w:pPr>
      <w:r>
        <w:rPr>
          <w:rFonts w:ascii="Arial" w:hAnsi="Arial"/>
          <w:b/>
          <w:sz w:val="22"/>
        </w:rPr>
        <w:t xml:space="preserve">Alice  </w:t>
      </w:r>
      <w:r>
        <w:rPr>
          <w:rFonts w:ascii="Arial" w:hAnsi="Arial"/>
          <w:color w:val="5D7284"/>
          <w:sz w:val="22"/>
        </w:rPr>
        <w:t>09:38</w:t>
      </w:r>
    </w:p>
    <w:p>
      <w:pPr>
        <w:spacing w:after="0"/>
      </w:pPr>
      <w:r>
        <w:rPr>
          <w:rFonts w:ascii="Arial" w:hAnsi="Arial"/>
          <w:sz w:val="22"/>
        </w:rPr>
        <w:t>Yeah, yeah</w:t>
      </w:r>
    </w:p>
    <w:p>
      <w:pPr>
        <w:spacing w:after="0"/>
      </w:pPr>
    </w:p>
    <w:p>
      <w:pPr>
        <w:spacing w:after="0"/>
      </w:pPr>
      <w:r>
        <w:rPr>
          <w:rFonts w:ascii="Arial" w:hAnsi="Arial"/>
          <w:b/>
          <w:sz w:val="22"/>
        </w:rPr>
        <w:t xml:space="preserve">Lucy  </w:t>
      </w:r>
      <w:r>
        <w:rPr>
          <w:rFonts w:ascii="Arial" w:hAnsi="Arial"/>
          <w:color w:val="5D7284"/>
          <w:sz w:val="22"/>
        </w:rPr>
        <w:t>09:38</w:t>
      </w:r>
    </w:p>
    <w:p>
      <w:pPr>
        <w:spacing w:after="0"/>
      </w:pPr>
      <w:r>
        <w:rPr>
          <w:rFonts w:ascii="Arial" w:hAnsi="Arial"/>
          <w:sz w:val="22"/>
        </w:rPr>
        <w:t xml:space="preserve">Yeah you would think wouldn't you, like early doors? </w:t>
      </w:r>
    </w:p>
    <w:p>
      <w:pPr>
        <w:spacing w:after="0"/>
      </w:pPr>
    </w:p>
    <w:p>
      <w:pPr>
        <w:spacing w:after="0"/>
      </w:pPr>
      <w:r>
        <w:rPr>
          <w:rFonts w:ascii="Arial" w:hAnsi="Arial"/>
          <w:b/>
          <w:sz w:val="22"/>
        </w:rPr>
        <w:t xml:space="preserve">Lucy  </w:t>
      </w:r>
      <w:r>
        <w:rPr>
          <w:rFonts w:ascii="Arial" w:hAnsi="Arial"/>
          <w:color w:val="5D7284"/>
          <w:sz w:val="22"/>
        </w:rPr>
        <w:t>09:41</w:t>
      </w:r>
    </w:p>
    <w:p>
      <w:pPr>
        <w:spacing w:after="0"/>
      </w:pPr>
      <w:r>
        <w:rPr>
          <w:rFonts w:ascii="Arial" w:hAnsi="Arial"/>
          <w:sz w:val="22"/>
        </w:rPr>
        <w:t>I devote my life to the church. Let me just murder this man over here, that kind of thing. So because he's aware of his immortal soul. he Quasimodo was going to be abandoned on the steps of Notre Dame and he agrees to take in this deformed baby. thinking that it will be like um, cleansing of his soul..</w:t>
      </w:r>
    </w:p>
    <w:p>
      <w:pPr>
        <w:spacing w:after="0"/>
      </w:pPr>
    </w:p>
    <w:p>
      <w:pPr>
        <w:spacing w:after="0"/>
      </w:pPr>
      <w:r>
        <w:rPr>
          <w:rFonts w:ascii="Arial" w:hAnsi="Arial"/>
          <w:b/>
          <w:sz w:val="22"/>
        </w:rPr>
        <w:t xml:space="preserve">Alice  </w:t>
      </w:r>
      <w:r>
        <w:rPr>
          <w:rFonts w:ascii="Arial" w:hAnsi="Arial"/>
          <w:color w:val="5D7284"/>
          <w:sz w:val="22"/>
        </w:rPr>
        <w:t>10:06</w:t>
      </w:r>
    </w:p>
    <w:p>
      <w:pPr>
        <w:spacing w:after="0"/>
      </w:pPr>
      <w:r>
        <w:rPr>
          <w:rFonts w:ascii="Arial" w:hAnsi="Arial"/>
          <w:sz w:val="22"/>
        </w:rPr>
        <w:t xml:space="preserve">Yeah, like retribution </w:t>
      </w:r>
    </w:p>
    <w:p>
      <w:pPr>
        <w:spacing w:after="0"/>
      </w:pPr>
    </w:p>
    <w:p>
      <w:pPr>
        <w:spacing w:after="0"/>
      </w:pPr>
      <w:r>
        <w:rPr>
          <w:rFonts w:ascii="Arial" w:hAnsi="Arial"/>
          <w:b/>
          <w:sz w:val="22"/>
        </w:rPr>
        <w:t xml:space="preserve">Lucy  </w:t>
      </w:r>
      <w:r>
        <w:rPr>
          <w:rFonts w:ascii="Arial" w:hAnsi="Arial"/>
          <w:color w:val="5D7284"/>
          <w:sz w:val="22"/>
        </w:rPr>
        <w:t>10:07</w:t>
      </w:r>
    </w:p>
    <w:p>
      <w:pPr>
        <w:spacing w:after="0"/>
      </w:pPr>
      <w:r>
        <w:rPr>
          <w:rFonts w:ascii="Arial" w:hAnsi="Arial"/>
          <w:sz w:val="22"/>
        </w:rPr>
        <w:t>Retribution and sort of thing.</w:t>
      </w:r>
    </w:p>
    <w:p>
      <w:pPr>
        <w:spacing w:after="0"/>
      </w:pPr>
    </w:p>
    <w:p>
      <w:pPr>
        <w:spacing w:after="0"/>
      </w:pPr>
      <w:r>
        <w:rPr>
          <w:rFonts w:ascii="Arial" w:hAnsi="Arial"/>
          <w:b/>
          <w:sz w:val="22"/>
        </w:rPr>
        <w:t xml:space="preserve">Alice  </w:t>
      </w:r>
      <w:r>
        <w:rPr>
          <w:rFonts w:ascii="Arial" w:hAnsi="Arial"/>
          <w:color w:val="5D7284"/>
          <w:sz w:val="22"/>
        </w:rPr>
        <w:t>10:09</w:t>
      </w:r>
    </w:p>
    <w:p>
      <w:pPr>
        <w:spacing w:after="0"/>
      </w:pPr>
      <w:r>
        <w:rPr>
          <w:rFonts w:ascii="Arial" w:hAnsi="Arial"/>
          <w:sz w:val="22"/>
        </w:rPr>
        <w:t>Is that the word I mean?</w:t>
      </w:r>
    </w:p>
    <w:p>
      <w:pPr>
        <w:spacing w:after="0"/>
      </w:pPr>
    </w:p>
    <w:p>
      <w:pPr>
        <w:spacing w:after="0"/>
      </w:pPr>
      <w:r>
        <w:rPr>
          <w:rFonts w:ascii="Arial" w:hAnsi="Arial"/>
          <w:b/>
          <w:sz w:val="22"/>
        </w:rPr>
        <w:t xml:space="preserve">Lucy  </w:t>
      </w:r>
      <w:r>
        <w:rPr>
          <w:rFonts w:ascii="Arial" w:hAnsi="Arial"/>
          <w:color w:val="5D7284"/>
          <w:sz w:val="22"/>
        </w:rPr>
        <w:t>10:10</w:t>
      </w:r>
    </w:p>
    <w:p>
      <w:pPr>
        <w:spacing w:after="0"/>
      </w:pPr>
      <w:r>
        <w:rPr>
          <w:rFonts w:ascii="Arial" w:hAnsi="Arial"/>
          <w:sz w:val="22"/>
        </w:rPr>
        <w:t xml:space="preserve">I err, That sounds right. </w:t>
      </w:r>
    </w:p>
    <w:p>
      <w:pPr>
        <w:spacing w:after="0"/>
      </w:pPr>
    </w:p>
    <w:p>
      <w:pPr>
        <w:spacing w:after="0"/>
      </w:pPr>
      <w:r>
        <w:rPr>
          <w:rFonts w:ascii="Arial" w:hAnsi="Arial"/>
          <w:b/>
          <w:sz w:val="22"/>
        </w:rPr>
        <w:t xml:space="preserve">Alice  </w:t>
      </w:r>
      <w:r>
        <w:rPr>
          <w:rFonts w:ascii="Arial" w:hAnsi="Arial"/>
          <w:color w:val="5D7284"/>
          <w:sz w:val="22"/>
        </w:rPr>
        <w:t>10:12</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10:13</w:t>
      </w:r>
    </w:p>
    <w:p>
      <w:pPr>
        <w:spacing w:after="0"/>
      </w:pPr>
      <w:r>
        <w:rPr>
          <w:rFonts w:ascii="Arial" w:hAnsi="Arial"/>
          <w:sz w:val="22"/>
        </w:rPr>
        <w:t xml:space="preserve">Sounds right let's go with it. So yeah, so he agrees to take on this physically deformed baby, which is what they described it as you know, like it's like this horrible looking baby. you know how, how on earth could anybody love something that ugly? So Quasimodo grows up, never seeing anyone other than his father. he is told by his father that he is a monster, and that if anyone else saw him, people would reject him, reject him and destroy him. </w:t>
      </w:r>
    </w:p>
    <w:p>
      <w:pPr>
        <w:spacing w:after="0"/>
      </w:pPr>
    </w:p>
    <w:p>
      <w:pPr>
        <w:spacing w:after="0"/>
      </w:pPr>
      <w:r>
        <w:rPr>
          <w:rFonts w:ascii="Arial" w:hAnsi="Arial"/>
          <w:b/>
          <w:sz w:val="22"/>
        </w:rPr>
        <w:t xml:space="preserve">Alice  </w:t>
      </w:r>
      <w:r>
        <w:rPr>
          <w:rFonts w:ascii="Arial" w:hAnsi="Arial"/>
          <w:color w:val="5D7284"/>
          <w:sz w:val="22"/>
        </w:rPr>
        <w:t>10:45</w:t>
      </w:r>
    </w:p>
    <w:p>
      <w:pPr>
        <w:spacing w:after="0"/>
      </w:pPr>
      <w:r>
        <w:rPr>
          <w:rFonts w:ascii="Arial" w:hAnsi="Arial"/>
          <w:sz w:val="22"/>
        </w:rPr>
        <w:t>Nice</w:t>
      </w:r>
    </w:p>
    <w:p>
      <w:pPr>
        <w:spacing w:after="0"/>
      </w:pPr>
    </w:p>
    <w:p>
      <w:pPr>
        <w:spacing w:after="0"/>
      </w:pPr>
      <w:r>
        <w:rPr>
          <w:rFonts w:ascii="Arial" w:hAnsi="Arial"/>
          <w:b/>
          <w:sz w:val="22"/>
        </w:rPr>
        <w:t xml:space="preserve">Lucy  </w:t>
      </w:r>
      <w:r>
        <w:rPr>
          <w:rFonts w:ascii="Arial" w:hAnsi="Arial"/>
          <w:color w:val="5D7284"/>
          <w:sz w:val="22"/>
        </w:rPr>
        <w:t>10:45</w:t>
      </w:r>
    </w:p>
    <w:p>
      <w:pPr>
        <w:spacing w:after="0"/>
      </w:pPr>
      <w:r>
        <w:rPr>
          <w:rFonts w:ascii="Arial" w:hAnsi="Arial"/>
          <w:sz w:val="22"/>
        </w:rPr>
        <w:t xml:space="preserve">if anyone else saw him with so and he, he Frollo actually makes several attempts, unsuccessful attempts to end his suffering. Um, and - </w:t>
      </w:r>
    </w:p>
    <w:p>
      <w:pPr>
        <w:spacing w:after="0"/>
      </w:pPr>
    </w:p>
    <w:p>
      <w:pPr>
        <w:spacing w:after="0"/>
      </w:pPr>
      <w:r>
        <w:rPr>
          <w:rFonts w:ascii="Arial" w:hAnsi="Arial"/>
          <w:b/>
          <w:sz w:val="22"/>
        </w:rPr>
        <w:t xml:space="preserve">Alice  </w:t>
      </w:r>
      <w:r>
        <w:rPr>
          <w:rFonts w:ascii="Arial" w:hAnsi="Arial"/>
          <w:color w:val="5D7284"/>
          <w:sz w:val="22"/>
        </w:rPr>
        <w:t>10:58</w:t>
      </w:r>
    </w:p>
    <w:p>
      <w:pPr>
        <w:spacing w:after="0"/>
      </w:pPr>
      <w:r>
        <w:rPr>
          <w:rFonts w:ascii="Arial" w:hAnsi="Arial"/>
          <w:sz w:val="22"/>
        </w:rPr>
        <w:t xml:space="preserve">Quasimodo's suffering you mean Yeah. nice. </w:t>
      </w:r>
    </w:p>
    <w:p>
      <w:pPr>
        <w:spacing w:after="0"/>
      </w:pPr>
    </w:p>
    <w:p>
      <w:pPr>
        <w:spacing w:after="0"/>
      </w:pPr>
      <w:r>
        <w:rPr>
          <w:rFonts w:ascii="Arial" w:hAnsi="Arial"/>
          <w:b/>
          <w:sz w:val="22"/>
        </w:rPr>
        <w:t xml:space="preserve">Lucy  </w:t>
      </w:r>
      <w:r>
        <w:rPr>
          <w:rFonts w:ascii="Arial" w:hAnsi="Arial"/>
          <w:color w:val="5D7284"/>
          <w:sz w:val="22"/>
        </w:rPr>
        <w:t>11:00</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11:00</w:t>
      </w:r>
    </w:p>
    <w:p>
      <w:pPr>
        <w:spacing w:after="0"/>
      </w:pPr>
      <w:r>
        <w:rPr>
          <w:rFonts w:ascii="Arial" w:hAnsi="Arial"/>
          <w:sz w:val="22"/>
        </w:rPr>
        <w:t xml:space="preserve">That's kind of him. I'm really, really glad that his dad was there for him, you know? </w:t>
      </w:r>
    </w:p>
    <w:p>
      <w:pPr>
        <w:spacing w:after="0"/>
      </w:pPr>
    </w:p>
    <w:p>
      <w:pPr>
        <w:spacing w:after="0"/>
      </w:pPr>
      <w:r>
        <w:rPr>
          <w:rFonts w:ascii="Arial" w:hAnsi="Arial"/>
          <w:b/>
          <w:sz w:val="22"/>
        </w:rPr>
        <w:t xml:space="preserve">Lucy  </w:t>
      </w:r>
      <w:r>
        <w:rPr>
          <w:rFonts w:ascii="Arial" w:hAnsi="Arial"/>
          <w:color w:val="5D7284"/>
          <w:sz w:val="22"/>
        </w:rPr>
        <w:t>11:05</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11:06</w:t>
      </w:r>
    </w:p>
    <w:p>
      <w:pPr>
        <w:spacing w:after="0"/>
      </w:pPr>
      <w:r>
        <w:rPr>
          <w:rFonts w:ascii="Arial" w:hAnsi="Arial"/>
          <w:sz w:val="22"/>
        </w:rPr>
        <w:t>To support and understand his right to life.</w:t>
      </w:r>
    </w:p>
    <w:p>
      <w:pPr>
        <w:spacing w:after="0"/>
      </w:pPr>
    </w:p>
    <w:p>
      <w:pPr>
        <w:spacing w:after="0"/>
      </w:pPr>
      <w:r>
        <w:rPr>
          <w:rFonts w:ascii="Arial" w:hAnsi="Arial"/>
          <w:b/>
          <w:sz w:val="22"/>
        </w:rPr>
        <w:t xml:space="preserve">Lucy  </w:t>
      </w:r>
      <w:r>
        <w:rPr>
          <w:rFonts w:ascii="Arial" w:hAnsi="Arial"/>
          <w:color w:val="5D7284"/>
          <w:sz w:val="22"/>
        </w:rPr>
        <w:t>11:08</w:t>
      </w:r>
    </w:p>
    <w:p>
      <w:pPr>
        <w:spacing w:after="0"/>
      </w:pPr>
      <w:r>
        <w:rPr>
          <w:rFonts w:ascii="Arial" w:hAnsi="Arial"/>
          <w:sz w:val="22"/>
        </w:rPr>
        <w:t xml:space="preserve">Yeah. nice man. So as I said before Quasimodo makes friends with gargoyles and rings bells, that chime out over Paris as sort of like he's sort of like purpose in life is to ring the bells. So that is Quasimodo. Quasimodo first meets Esmeralda, who is known throughout the story as a gypsy. I know that is probably not the right correct terminology, but that's what she is known as throughoutt the story. At the feast of, so he meets Esmeralda at the feast of fools and annual festival festival parodying a religious event during the festival, so Quasimodo basically sneaks out of his tower to go to the feast of fools. Quasimodo's elected Pope or fools and is subsequently beaten by an angry mob after being put on trial for mistakenly manhandling Esmerelda. So basically, there's like a tussle. Quasimodo sort of like tries to rescue her from the tussle - </w:t>
      </w:r>
    </w:p>
    <w:p>
      <w:pPr>
        <w:spacing w:after="0"/>
      </w:pPr>
    </w:p>
    <w:p>
      <w:pPr>
        <w:spacing w:after="0"/>
      </w:pPr>
      <w:r>
        <w:rPr>
          <w:rFonts w:ascii="Arial" w:hAnsi="Arial"/>
          <w:b/>
          <w:sz w:val="22"/>
        </w:rPr>
        <w:t xml:space="preserve">Alice  </w:t>
      </w:r>
      <w:r>
        <w:rPr>
          <w:rFonts w:ascii="Arial" w:hAnsi="Arial"/>
          <w:color w:val="5D7284"/>
          <w:sz w:val="22"/>
        </w:rPr>
        <w:t>12:10</w:t>
      </w:r>
    </w:p>
    <w:p>
      <w:pPr>
        <w:spacing w:after="0"/>
      </w:pPr>
      <w:r>
        <w:rPr>
          <w:rFonts w:ascii="Arial" w:hAnsi="Arial"/>
          <w:sz w:val="22"/>
        </w:rPr>
        <w:t xml:space="preserve">Right </w:t>
      </w:r>
    </w:p>
    <w:p>
      <w:pPr>
        <w:spacing w:after="0"/>
      </w:pPr>
    </w:p>
    <w:p>
      <w:pPr>
        <w:spacing w:after="0"/>
      </w:pPr>
      <w:r>
        <w:rPr>
          <w:rFonts w:ascii="Arial" w:hAnsi="Arial"/>
          <w:b/>
          <w:sz w:val="22"/>
        </w:rPr>
        <w:t xml:space="preserve">Lucy  </w:t>
      </w:r>
      <w:r>
        <w:rPr>
          <w:rFonts w:ascii="Arial" w:hAnsi="Arial"/>
          <w:color w:val="5D7284"/>
          <w:sz w:val="22"/>
        </w:rPr>
        <w:t>12:10</w:t>
      </w:r>
    </w:p>
    <w:p>
      <w:pPr>
        <w:spacing w:after="0"/>
      </w:pPr>
      <w:r>
        <w:rPr>
          <w:rFonts w:ascii="Arial" w:hAnsi="Arial"/>
          <w:sz w:val="22"/>
        </w:rPr>
        <w:t>Somebody sees Quasimodo man handling Esmerelda</w:t>
      </w:r>
    </w:p>
    <w:p>
      <w:pPr>
        <w:spacing w:after="0"/>
      </w:pPr>
    </w:p>
    <w:p>
      <w:pPr>
        <w:spacing w:after="0"/>
      </w:pPr>
      <w:r>
        <w:rPr>
          <w:rFonts w:ascii="Arial" w:hAnsi="Arial"/>
          <w:b/>
          <w:sz w:val="22"/>
        </w:rPr>
        <w:t xml:space="preserve">Alice  </w:t>
      </w:r>
      <w:r>
        <w:rPr>
          <w:rFonts w:ascii="Arial" w:hAnsi="Arial"/>
          <w:color w:val="5D7284"/>
          <w:sz w:val="22"/>
        </w:rPr>
        <w:t>12:14</w:t>
      </w:r>
    </w:p>
    <w:p>
      <w:pPr>
        <w:spacing w:after="0"/>
      </w:pPr>
      <w:r>
        <w:rPr>
          <w:rFonts w:ascii="Arial" w:hAnsi="Arial"/>
          <w:sz w:val="22"/>
        </w:rPr>
        <w:t>Assumed because he's disabled, he's the one who's doing the assaulting not the one who stepped in</w:t>
      </w:r>
    </w:p>
    <w:p>
      <w:pPr>
        <w:spacing w:after="0"/>
      </w:pPr>
    </w:p>
    <w:p>
      <w:pPr>
        <w:spacing w:after="0"/>
      </w:pPr>
      <w:r>
        <w:rPr>
          <w:rFonts w:ascii="Arial" w:hAnsi="Arial"/>
          <w:b/>
          <w:sz w:val="22"/>
        </w:rPr>
        <w:t xml:space="preserve">Alice  </w:t>
      </w:r>
      <w:r>
        <w:rPr>
          <w:rFonts w:ascii="Arial" w:hAnsi="Arial"/>
          <w:color w:val="5D7284"/>
          <w:sz w:val="22"/>
        </w:rPr>
        <w:t>12:20</w:t>
      </w:r>
    </w:p>
    <w:p>
      <w:pPr>
        <w:spacing w:after="0"/>
      </w:pPr>
      <w:r>
        <w:rPr>
          <w:rFonts w:ascii="Arial" w:hAnsi="Arial"/>
          <w:sz w:val="22"/>
        </w:rPr>
        <w:t xml:space="preserve">Assumes the worst, exactly. Depressed yet? </w:t>
      </w:r>
    </w:p>
    <w:p>
      <w:pPr>
        <w:spacing w:after="0"/>
      </w:pPr>
    </w:p>
    <w:p>
      <w:pPr>
        <w:spacing w:after="0"/>
      </w:pPr>
      <w:r>
        <w:rPr>
          <w:rFonts w:ascii="Arial" w:hAnsi="Arial"/>
          <w:b/>
          <w:sz w:val="22"/>
        </w:rPr>
        <w:t xml:space="preserve">Alice  </w:t>
      </w:r>
      <w:r>
        <w:rPr>
          <w:rFonts w:ascii="Arial" w:hAnsi="Arial"/>
          <w:color w:val="5D7284"/>
          <w:sz w:val="22"/>
        </w:rPr>
        <w:t>12:22</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12:24</w:t>
      </w:r>
    </w:p>
    <w:p>
      <w:pPr>
        <w:spacing w:after="0"/>
      </w:pPr>
      <w:r>
        <w:rPr>
          <w:rFonts w:ascii="Arial" w:hAnsi="Arial"/>
          <w:sz w:val="22"/>
        </w:rPr>
        <w:t>But Esmerelda takes pity on him, when he cries for a drink of water, so basically, she's she stops the whole, throwing rotten tomatoes at him and gives him a drink of water. Because of this act of kindness. Quasimodo falls in love with the dancer, and decides to devote himself to protecting her. So basically, there's unrequited love. Unbeknownst to Quasimodo there are two men who vie for Esmeraldas affection, Quasimodo's adoptive father Frollo, and womanizing Captain Phoebus Esmeralda only has eyes. However, for Phoebus, who, so basically, they fancy one another, and he heroically rescued her from the brawl. So basically, Quasimodo tries to rescue her. Everybody thinks Quasimodo is the wrongun' and attacking her. And Phoebus like pulls up, pulls her up onto his horse and sort of rides off with her and she's rescued by some</w:t>
      </w:r>
    </w:p>
    <w:p>
      <w:pPr>
        <w:spacing w:after="0"/>
      </w:pPr>
    </w:p>
    <w:p>
      <w:pPr>
        <w:spacing w:after="0"/>
      </w:pPr>
      <w:r>
        <w:rPr>
          <w:rFonts w:ascii="Arial" w:hAnsi="Arial"/>
          <w:b/>
          <w:sz w:val="22"/>
        </w:rPr>
        <w:t xml:space="preserve">Alice  </w:t>
      </w:r>
      <w:r>
        <w:rPr>
          <w:rFonts w:ascii="Arial" w:hAnsi="Arial"/>
          <w:color w:val="5D7284"/>
          <w:sz w:val="22"/>
        </w:rPr>
        <w:t>13:25</w:t>
      </w:r>
    </w:p>
    <w:p>
      <w:pPr>
        <w:spacing w:after="0"/>
      </w:pPr>
      <w:r>
        <w:rPr>
          <w:rFonts w:ascii="Arial" w:hAnsi="Arial"/>
          <w:sz w:val="22"/>
        </w:rPr>
        <w:t>Right. Some real strong naming game going on in this...</w:t>
      </w:r>
    </w:p>
    <w:p>
      <w:pPr>
        <w:spacing w:after="0"/>
      </w:pPr>
    </w:p>
    <w:p>
      <w:pPr>
        <w:spacing w:after="0"/>
      </w:pPr>
      <w:r>
        <w:rPr>
          <w:rFonts w:ascii="Arial" w:hAnsi="Arial"/>
          <w:b/>
          <w:sz w:val="22"/>
        </w:rPr>
        <w:t xml:space="preserve">Lucy  </w:t>
      </w:r>
      <w:r>
        <w:rPr>
          <w:rFonts w:ascii="Arial" w:hAnsi="Arial"/>
          <w:color w:val="5D7284"/>
          <w:sz w:val="22"/>
        </w:rPr>
        <w:t>13:32</w:t>
      </w:r>
    </w:p>
    <w:p>
      <w:pPr>
        <w:spacing w:after="0"/>
      </w:pPr>
      <w:r>
        <w:rPr>
          <w:rFonts w:ascii="Arial" w:hAnsi="Arial"/>
          <w:sz w:val="22"/>
        </w:rPr>
        <w:t xml:space="preserve">There is isn't there? </w:t>
      </w:r>
    </w:p>
    <w:p>
      <w:pPr>
        <w:spacing w:after="0"/>
      </w:pPr>
    </w:p>
    <w:p>
      <w:pPr>
        <w:spacing w:after="0"/>
      </w:pPr>
      <w:r>
        <w:rPr>
          <w:rFonts w:ascii="Arial" w:hAnsi="Arial"/>
          <w:b/>
          <w:sz w:val="22"/>
        </w:rPr>
        <w:t xml:space="preserve">Alice  </w:t>
      </w:r>
      <w:r>
        <w:rPr>
          <w:rFonts w:ascii="Arial" w:hAnsi="Arial"/>
          <w:color w:val="5D7284"/>
          <w:sz w:val="22"/>
        </w:rPr>
        <w:t>13:33</w:t>
      </w:r>
    </w:p>
    <w:p>
      <w:pPr>
        <w:spacing w:after="0"/>
      </w:pPr>
      <w:r>
        <w:rPr>
          <w:rFonts w:ascii="Arial" w:hAnsi="Arial"/>
          <w:sz w:val="22"/>
        </w:rPr>
        <w:t xml:space="preserve">Phoebus Phoebus is a </w:t>
      </w:r>
    </w:p>
    <w:p>
      <w:pPr>
        <w:spacing w:after="0"/>
      </w:pPr>
    </w:p>
    <w:p>
      <w:pPr>
        <w:spacing w:after="0"/>
      </w:pPr>
      <w:r>
        <w:rPr>
          <w:rFonts w:ascii="Arial" w:hAnsi="Arial"/>
          <w:b/>
          <w:sz w:val="22"/>
        </w:rPr>
        <w:t xml:space="preserve">Lucy  </w:t>
      </w:r>
      <w:r>
        <w:rPr>
          <w:rFonts w:ascii="Arial" w:hAnsi="Arial"/>
          <w:color w:val="5D7284"/>
          <w:sz w:val="22"/>
        </w:rPr>
        <w:t>13:35</w:t>
      </w:r>
    </w:p>
    <w:p>
      <w:pPr>
        <w:spacing w:after="0"/>
      </w:pPr>
      <w:r>
        <w:rPr>
          <w:rFonts w:ascii="Arial" w:hAnsi="Arial"/>
          <w:sz w:val="22"/>
        </w:rPr>
        <w:t>try spelling that I must've tried about four times. It's like, is that right? That right? That one? I dunno.</w:t>
      </w:r>
    </w:p>
    <w:p>
      <w:pPr>
        <w:spacing w:after="0"/>
      </w:pPr>
    </w:p>
    <w:p>
      <w:pPr>
        <w:spacing w:after="0"/>
      </w:pPr>
      <w:r>
        <w:rPr>
          <w:rFonts w:ascii="Arial" w:hAnsi="Arial"/>
          <w:b/>
          <w:sz w:val="22"/>
        </w:rPr>
        <w:t xml:space="preserve">Alice  </w:t>
      </w:r>
      <w:r>
        <w:rPr>
          <w:rFonts w:ascii="Arial" w:hAnsi="Arial"/>
          <w:color w:val="5D7284"/>
          <w:sz w:val="22"/>
        </w:rPr>
        <w:t>13:41</w:t>
      </w:r>
    </w:p>
    <w:p>
      <w:pPr>
        <w:spacing w:after="0"/>
      </w:pPr>
      <w:r>
        <w:rPr>
          <w:rFonts w:ascii="Arial" w:hAnsi="Arial"/>
          <w:sz w:val="22"/>
        </w:rPr>
        <w:t>I'm gonna guess his Ph?</w:t>
      </w:r>
    </w:p>
    <w:p>
      <w:pPr>
        <w:spacing w:after="0"/>
      </w:pPr>
    </w:p>
    <w:p>
      <w:pPr>
        <w:spacing w:after="0"/>
      </w:pPr>
      <w:r>
        <w:rPr>
          <w:rFonts w:ascii="Arial" w:hAnsi="Arial"/>
          <w:b/>
          <w:sz w:val="22"/>
        </w:rPr>
        <w:t xml:space="preserve">Lucy  </w:t>
      </w:r>
      <w:r>
        <w:rPr>
          <w:rFonts w:ascii="Arial" w:hAnsi="Arial"/>
          <w:color w:val="5D7284"/>
          <w:sz w:val="22"/>
        </w:rPr>
        <w:t>13:43</w:t>
      </w:r>
    </w:p>
    <w:p>
      <w:pPr>
        <w:spacing w:after="0"/>
      </w:pPr>
      <w:r>
        <w:rPr>
          <w:rFonts w:ascii="Arial" w:hAnsi="Arial"/>
          <w:sz w:val="22"/>
        </w:rPr>
        <w:t>it is P H and there's an o somewhere.</w:t>
      </w:r>
    </w:p>
    <w:p>
      <w:pPr>
        <w:spacing w:after="0"/>
      </w:pPr>
    </w:p>
    <w:p>
      <w:pPr>
        <w:spacing w:after="0"/>
      </w:pPr>
      <w:r>
        <w:rPr>
          <w:rFonts w:ascii="Arial" w:hAnsi="Arial"/>
          <w:b/>
          <w:sz w:val="22"/>
        </w:rPr>
        <w:t xml:space="preserve">Alice  </w:t>
      </w:r>
      <w:r>
        <w:rPr>
          <w:rFonts w:ascii="Arial" w:hAnsi="Arial"/>
          <w:color w:val="5D7284"/>
          <w:sz w:val="22"/>
        </w:rPr>
        <w:t>13:46</w:t>
      </w:r>
    </w:p>
    <w:p>
      <w:pPr>
        <w:spacing w:after="0"/>
      </w:pPr>
      <w:r>
        <w:rPr>
          <w:rFonts w:ascii="Arial" w:hAnsi="Arial"/>
          <w:sz w:val="22"/>
        </w:rPr>
        <w:t>But it's it'd be a bit like Phoebe I imagine which I struggle with on a semi daily basis.</w:t>
      </w:r>
    </w:p>
    <w:p>
      <w:pPr>
        <w:spacing w:after="0"/>
      </w:pPr>
    </w:p>
    <w:p>
      <w:pPr>
        <w:spacing w:after="0"/>
      </w:pPr>
      <w:r>
        <w:rPr>
          <w:rFonts w:ascii="Arial" w:hAnsi="Arial"/>
          <w:b/>
          <w:sz w:val="22"/>
        </w:rPr>
        <w:t xml:space="preserve">Lucy  </w:t>
      </w:r>
      <w:r>
        <w:rPr>
          <w:rFonts w:ascii="Arial" w:hAnsi="Arial"/>
          <w:color w:val="5D7284"/>
          <w:sz w:val="22"/>
        </w:rPr>
        <w:t>13:53</w:t>
      </w:r>
    </w:p>
    <w:p>
      <w:pPr>
        <w:spacing w:after="0"/>
      </w:pPr>
      <w:r>
        <w:rPr>
          <w:rFonts w:ascii="Arial" w:hAnsi="Arial"/>
          <w:sz w:val="22"/>
        </w:rPr>
        <w:t>How many Pheobe's do you know?</w:t>
      </w:r>
    </w:p>
    <w:p>
      <w:pPr>
        <w:spacing w:after="0"/>
      </w:pPr>
    </w:p>
    <w:p>
      <w:pPr>
        <w:spacing w:after="0"/>
      </w:pPr>
      <w:r>
        <w:rPr>
          <w:rFonts w:ascii="Arial" w:hAnsi="Arial"/>
          <w:b/>
          <w:sz w:val="22"/>
        </w:rPr>
        <w:t xml:space="preserve">Alice  </w:t>
      </w:r>
      <w:r>
        <w:rPr>
          <w:rFonts w:ascii="Arial" w:hAnsi="Arial"/>
          <w:color w:val="5D7284"/>
          <w:sz w:val="22"/>
        </w:rPr>
        <w:t>13:53</w:t>
      </w:r>
    </w:p>
    <w:p>
      <w:pPr>
        <w:spacing w:after="0"/>
      </w:pPr>
      <w:r>
        <w:rPr>
          <w:rFonts w:ascii="Arial" w:hAnsi="Arial"/>
          <w:sz w:val="22"/>
        </w:rPr>
        <w:t>None [laughs]</w:t>
      </w:r>
    </w:p>
    <w:p>
      <w:pPr>
        <w:spacing w:after="0"/>
      </w:pPr>
    </w:p>
    <w:p>
      <w:pPr>
        <w:spacing w:after="0"/>
      </w:pPr>
      <w:r>
        <w:rPr>
          <w:rFonts w:ascii="Arial" w:hAnsi="Arial"/>
          <w:b/>
          <w:sz w:val="22"/>
        </w:rPr>
        <w:t xml:space="preserve">Lucy  </w:t>
      </w:r>
      <w:r>
        <w:rPr>
          <w:rFonts w:ascii="Arial" w:hAnsi="Arial"/>
          <w:color w:val="5D7284"/>
          <w:sz w:val="22"/>
        </w:rPr>
        <w:t>13:53</w:t>
      </w:r>
    </w:p>
    <w:p>
      <w:pPr>
        <w:spacing w:after="0"/>
      </w:pPr>
      <w:r>
        <w:rPr>
          <w:rFonts w:ascii="Arial" w:hAnsi="Arial"/>
          <w:sz w:val="22"/>
        </w:rPr>
        <w:t xml:space="preserve">Is that why? You're like I can't spell your name, we can't be friends. I can't spell your name. </w:t>
      </w:r>
    </w:p>
    <w:p>
      <w:pPr>
        <w:spacing w:after="0"/>
      </w:pPr>
    </w:p>
    <w:p>
      <w:pPr>
        <w:spacing w:after="0"/>
      </w:pPr>
      <w:r>
        <w:rPr>
          <w:rFonts w:ascii="Arial" w:hAnsi="Arial"/>
          <w:b/>
          <w:sz w:val="22"/>
        </w:rPr>
        <w:t xml:space="preserve">Alice  </w:t>
      </w:r>
      <w:r>
        <w:rPr>
          <w:rFonts w:ascii="Arial" w:hAnsi="Arial"/>
          <w:color w:val="5D7284"/>
          <w:sz w:val="22"/>
        </w:rPr>
        <w:t>13:58</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14:02</w:t>
      </w:r>
    </w:p>
    <w:p>
      <w:pPr>
        <w:spacing w:after="0"/>
      </w:pPr>
      <w:r>
        <w:rPr>
          <w:rFonts w:ascii="Arial" w:hAnsi="Arial"/>
          <w:sz w:val="22"/>
        </w:rPr>
        <w:t>So basically Esmerelda and Pheobus fancy one another the best asks Esmeralda to sleep with him one night. She agrees because obviously she can't do them. But as she makes her way to, to meet famous in the evening, he is she is sorry, followed by Frollo who's also in love with the gypsy girl. So basically, you can see what's going to happen here Kanye basically follow seen What's cracking off and gone. I got her in it. I can intercept this and stop her. he got so enraged, enraged by the fact that as Esmeralda is going to meet Phoebus.</w:t>
      </w:r>
    </w:p>
    <w:p>
      <w:pPr>
        <w:spacing w:after="0"/>
      </w:pPr>
    </w:p>
    <w:p>
      <w:pPr>
        <w:spacing w:after="0"/>
      </w:pPr>
      <w:r>
        <w:rPr>
          <w:rFonts w:ascii="Arial" w:hAnsi="Arial"/>
          <w:b/>
          <w:sz w:val="22"/>
        </w:rPr>
        <w:t xml:space="preserve">Alice  </w:t>
      </w:r>
      <w:r>
        <w:rPr>
          <w:rFonts w:ascii="Arial" w:hAnsi="Arial"/>
          <w:color w:val="5D7284"/>
          <w:sz w:val="22"/>
        </w:rPr>
        <w:t>14:48</w:t>
      </w:r>
    </w:p>
    <w:p>
      <w:pPr>
        <w:spacing w:after="0"/>
      </w:pPr>
      <w:r>
        <w:rPr>
          <w:rFonts w:ascii="Arial" w:hAnsi="Arial"/>
          <w:sz w:val="22"/>
        </w:rPr>
        <w:t>Didn't you say he was old? (Lucy) Yeah, that doesn't stop him. If he... yeah (Lucy pauses). No I know, I know but it's just...(Lucy) Well he's gross</w:t>
      </w:r>
    </w:p>
    <w:p>
      <w:pPr>
        <w:spacing w:after="0"/>
      </w:pPr>
    </w:p>
    <w:p>
      <w:pPr>
        <w:spacing w:after="0"/>
      </w:pPr>
      <w:r>
        <w:rPr>
          <w:rFonts w:ascii="Arial" w:hAnsi="Arial"/>
          <w:b/>
          <w:sz w:val="22"/>
        </w:rPr>
        <w:t xml:space="preserve">Alice  </w:t>
      </w:r>
      <w:r>
        <w:rPr>
          <w:rFonts w:ascii="Arial" w:hAnsi="Arial"/>
          <w:color w:val="5D7284"/>
          <w:sz w:val="22"/>
        </w:rPr>
        <w:t>14:55</w:t>
      </w:r>
    </w:p>
    <w:p>
      <w:pPr>
        <w:spacing w:after="0"/>
      </w:pPr>
      <w:r>
        <w:rPr>
          <w:rFonts w:ascii="Arial" w:hAnsi="Arial"/>
          <w:sz w:val="22"/>
        </w:rPr>
        <w:t>Makes extra gross. Yeah.</w:t>
      </w:r>
    </w:p>
    <w:p>
      <w:pPr>
        <w:spacing w:after="0"/>
      </w:pPr>
    </w:p>
    <w:p>
      <w:pPr>
        <w:spacing w:after="0"/>
      </w:pPr>
      <w:r>
        <w:rPr>
          <w:rFonts w:ascii="Arial" w:hAnsi="Arial"/>
          <w:b/>
          <w:sz w:val="22"/>
        </w:rPr>
        <w:t xml:space="preserve">Lucy  </w:t>
      </w:r>
      <w:r>
        <w:rPr>
          <w:rFonts w:ascii="Arial" w:hAnsi="Arial"/>
          <w:color w:val="5D7284"/>
          <w:sz w:val="22"/>
        </w:rPr>
        <w:t>14:57</w:t>
      </w:r>
    </w:p>
    <w:p>
      <w:pPr>
        <w:spacing w:after="0"/>
      </w:pPr>
      <w:r>
        <w:rPr>
          <w:rFonts w:ascii="Arial" w:hAnsi="Arial"/>
          <w:sz w:val="22"/>
        </w:rPr>
        <w:t>It gets worse!.... it gets worse. (Alice) Oh good... He's not a very nice... sorry, he's not a very nice man. So yeah Frodo sees this happening in front of him and in  a rage. Frollo stabs Phoebus and frames Esmeralda for his murder!</w:t>
      </w:r>
    </w:p>
    <w:p>
      <w:pPr>
        <w:spacing w:after="0"/>
      </w:pPr>
    </w:p>
    <w:p>
      <w:pPr>
        <w:spacing w:after="0"/>
      </w:pPr>
      <w:r>
        <w:rPr>
          <w:rFonts w:ascii="Arial" w:hAnsi="Arial"/>
          <w:b/>
          <w:sz w:val="22"/>
        </w:rPr>
        <w:t xml:space="preserve">Alice  </w:t>
      </w:r>
      <w:r>
        <w:rPr>
          <w:rFonts w:ascii="Arial" w:hAnsi="Arial"/>
          <w:color w:val="5D7284"/>
          <w:sz w:val="22"/>
        </w:rPr>
        <w:t>15:16</w:t>
      </w:r>
    </w:p>
    <w:p>
      <w:pPr>
        <w:spacing w:after="0"/>
      </w:pPr>
      <w:r>
        <w:rPr>
          <w:rFonts w:ascii="Arial" w:hAnsi="Arial"/>
          <w:sz w:val="22"/>
        </w:rPr>
        <w:t>Ha! that's nice if I can't have you no one can!</w:t>
      </w:r>
    </w:p>
    <w:p>
      <w:pPr>
        <w:spacing w:after="0"/>
      </w:pPr>
    </w:p>
    <w:p>
      <w:pPr>
        <w:spacing w:after="0"/>
      </w:pPr>
      <w:r>
        <w:rPr>
          <w:rFonts w:ascii="Arial" w:hAnsi="Arial"/>
          <w:b/>
          <w:sz w:val="22"/>
        </w:rPr>
        <w:t xml:space="preserve">Lucy  </w:t>
      </w:r>
      <w:r>
        <w:rPr>
          <w:rFonts w:ascii="Arial" w:hAnsi="Arial"/>
          <w:color w:val="5D7284"/>
          <w:sz w:val="22"/>
        </w:rPr>
        <w:t>15:19</w:t>
      </w:r>
    </w:p>
    <w:p>
      <w:pPr>
        <w:spacing w:after="0"/>
      </w:pPr>
      <w:r>
        <w:rPr>
          <w:rFonts w:ascii="Arial" w:hAnsi="Arial"/>
          <w:sz w:val="22"/>
        </w:rPr>
        <w:t>Exactly (laughs) weird! So basically, Esmeralda basically agrees to go along with it to keep the peace like, yeah, you can frame me for his murder. I don't care. I think..?I think.. because it's a very complicated story to follow (laughs). I think that's where we are. So she is about to be hanged for her crimes. (Alice) Right.  in inverted commas and quasimodo because she's outside the cathedral. (Alice) Okay. So she's basically taken back to Notre Dame.</w:t>
      </w:r>
    </w:p>
    <w:p>
      <w:pPr>
        <w:spacing w:after="0"/>
      </w:pPr>
    </w:p>
    <w:p>
      <w:pPr>
        <w:spacing w:after="0"/>
      </w:pPr>
      <w:r>
        <w:rPr>
          <w:rFonts w:ascii="Arial" w:hAnsi="Arial"/>
          <w:b/>
          <w:sz w:val="22"/>
        </w:rPr>
        <w:t xml:space="preserve">Alice  </w:t>
      </w:r>
      <w:r>
        <w:rPr>
          <w:rFonts w:ascii="Arial" w:hAnsi="Arial"/>
          <w:color w:val="5D7284"/>
          <w:sz w:val="22"/>
        </w:rPr>
        <w:t>15:52</w:t>
      </w:r>
    </w:p>
    <w:p>
      <w:pPr>
        <w:spacing w:after="0"/>
      </w:pPr>
      <w:r>
        <w:rPr>
          <w:rFonts w:ascii="Arial" w:hAnsi="Arial"/>
          <w:sz w:val="22"/>
        </w:rPr>
        <w:t>Yeah, yeah I didn't realize that, that was like, where they  sort of just had the jivet set up outside. (Lucy) Yeah. Not sure...</w:t>
      </w:r>
    </w:p>
    <w:p>
      <w:pPr>
        <w:spacing w:after="0"/>
      </w:pPr>
    </w:p>
    <w:p>
      <w:pPr>
        <w:spacing w:after="0"/>
      </w:pPr>
      <w:r>
        <w:rPr>
          <w:rFonts w:ascii="Arial" w:hAnsi="Arial"/>
          <w:b/>
          <w:sz w:val="22"/>
        </w:rPr>
        <w:t xml:space="preserve">Lucy  </w:t>
      </w:r>
      <w:r>
        <w:rPr>
          <w:rFonts w:ascii="Arial" w:hAnsi="Arial"/>
          <w:color w:val="5D7284"/>
          <w:sz w:val="22"/>
        </w:rPr>
        <w:t>16:01</w:t>
      </w:r>
    </w:p>
    <w:p>
      <w:pPr>
        <w:spacing w:after="0"/>
      </w:pPr>
      <w:r>
        <w:rPr>
          <w:rFonts w:ascii="Arial" w:hAnsi="Arial"/>
          <w:sz w:val="22"/>
        </w:rPr>
        <w:t>This is what kind of guys on the podcast... on this Overdue podcast, it's called. I was saying like, why are they hanging people outside of the church? Surely that's not...</w:t>
      </w:r>
    </w:p>
    <w:p>
      <w:pPr>
        <w:spacing w:after="0"/>
      </w:pPr>
    </w:p>
    <w:p>
      <w:pPr>
        <w:spacing w:after="0"/>
      </w:pPr>
      <w:r>
        <w:rPr>
          <w:rFonts w:ascii="Arial" w:hAnsi="Arial"/>
          <w:b/>
          <w:sz w:val="22"/>
        </w:rPr>
        <w:t xml:space="preserve">Alice  </w:t>
      </w:r>
      <w:r>
        <w:rPr>
          <w:rFonts w:ascii="Arial" w:hAnsi="Arial"/>
          <w:color w:val="5D7284"/>
          <w:sz w:val="22"/>
        </w:rPr>
        <w:t>16:10</w:t>
      </w:r>
    </w:p>
    <w:p>
      <w:pPr>
        <w:spacing w:after="0"/>
      </w:pPr>
      <w:r>
        <w:rPr>
          <w:rFonts w:ascii="Arial" w:hAnsi="Arial"/>
          <w:sz w:val="22"/>
        </w:rPr>
        <w:t>I mean, it feels very Catholic to me. It feels like if you're not in the church, then you're hanging outside. (Lucy) Yes. So which, which, which side of this rope do you want to be on? (Lucy) Exactly. Literally,</w:t>
      </w:r>
    </w:p>
    <w:p>
      <w:pPr>
        <w:spacing w:after="0"/>
      </w:pPr>
    </w:p>
    <w:p>
      <w:pPr>
        <w:spacing w:after="0"/>
      </w:pPr>
      <w:r>
        <w:rPr>
          <w:rFonts w:ascii="Arial" w:hAnsi="Arial"/>
          <w:b/>
          <w:sz w:val="22"/>
        </w:rPr>
        <w:t xml:space="preserve">Lucy  </w:t>
      </w:r>
      <w:r>
        <w:rPr>
          <w:rFonts w:ascii="Arial" w:hAnsi="Arial"/>
          <w:color w:val="5D7284"/>
          <w:sz w:val="22"/>
        </w:rPr>
        <w:t>16:22</w:t>
      </w:r>
    </w:p>
    <w:p>
      <w:pPr>
        <w:spacing w:after="0"/>
      </w:pPr>
      <w:r>
        <w:rPr>
          <w:rFonts w:ascii="Arial" w:hAnsi="Arial"/>
          <w:sz w:val="22"/>
        </w:rPr>
        <w:t>So quasimodo can see all this going on. And he's very distressed about the fact that Esmeralda was about to be hung, so he's like, watching as she's been, like, awaiting a fate and he swings down from the bell tower. And cries sanctuary. (Alice) Oh, yeah. Sanctuary sanctuary. Now according to... I had to just double check this because I'm not sure what it meant when you said "sanctuary", what it actually meant. I could remember a little bit about a church (laughs) when I wasn't quite sure on the rules. (laughs) So according to contemporary English law, no one can be forcibly removed from sanctuary of a church not even a criminal. To protect her Quasimodo gives her this whistle, to alert him if she becomes in any danger. She uses it, when Frollo</w:t>
      </w:r>
    </w:p>
    <w:p>
      <w:pPr>
        <w:spacing w:after="0"/>
      </w:pPr>
    </w:p>
    <w:p>
      <w:pPr>
        <w:spacing w:after="0"/>
      </w:pPr>
      <w:r>
        <w:rPr>
          <w:rFonts w:ascii="Arial" w:hAnsi="Arial"/>
          <w:b/>
          <w:sz w:val="22"/>
        </w:rPr>
        <w:t xml:space="preserve">Alice  </w:t>
      </w:r>
      <w:r>
        <w:rPr>
          <w:rFonts w:ascii="Arial" w:hAnsi="Arial"/>
          <w:color w:val="5D7284"/>
          <w:sz w:val="22"/>
        </w:rPr>
        <w:t>17:18</w:t>
      </w:r>
    </w:p>
    <w:p>
      <w:pPr>
        <w:spacing w:after="0"/>
      </w:pPr>
      <w:r>
        <w:rPr>
          <w:rFonts w:ascii="Arial" w:hAnsi="Arial"/>
          <w:sz w:val="22"/>
        </w:rPr>
        <w:t xml:space="preserve"> I was just gonna say that because like, you can't be like, hey, come and hang out in the church where the guy who framed you for murder lives. (Lucy) Yeah, uhuh! Yeah.</w:t>
      </w:r>
    </w:p>
    <w:p>
      <w:pPr>
        <w:spacing w:after="0"/>
      </w:pPr>
    </w:p>
    <w:p>
      <w:pPr>
        <w:spacing w:after="0"/>
      </w:pPr>
      <w:r>
        <w:rPr>
          <w:rFonts w:ascii="Arial" w:hAnsi="Arial"/>
          <w:b/>
          <w:sz w:val="22"/>
        </w:rPr>
        <w:t xml:space="preserve">Lucy  </w:t>
      </w:r>
      <w:r>
        <w:rPr>
          <w:rFonts w:ascii="Arial" w:hAnsi="Arial"/>
          <w:color w:val="5D7284"/>
          <w:sz w:val="22"/>
        </w:rPr>
        <w:t>17:28</w:t>
      </w:r>
    </w:p>
    <w:p>
      <w:pPr>
        <w:spacing w:after="0"/>
      </w:pPr>
      <w:r>
        <w:rPr>
          <w:rFonts w:ascii="Arial" w:hAnsi="Arial"/>
          <w:sz w:val="22"/>
        </w:rPr>
        <w:t>But she uses this whistle when Frollo tries to sexually assault her.</w:t>
      </w:r>
    </w:p>
    <w:p>
      <w:pPr>
        <w:spacing w:after="0"/>
      </w:pPr>
    </w:p>
    <w:p>
      <w:pPr>
        <w:spacing w:after="0"/>
      </w:pPr>
      <w:r>
        <w:rPr>
          <w:rFonts w:ascii="Arial" w:hAnsi="Arial"/>
          <w:b/>
          <w:sz w:val="22"/>
        </w:rPr>
        <w:t xml:space="preserve">Alice  </w:t>
      </w:r>
      <w:r>
        <w:rPr>
          <w:rFonts w:ascii="Arial" w:hAnsi="Arial"/>
          <w:color w:val="5D7284"/>
          <w:sz w:val="22"/>
        </w:rPr>
        <w:t>17:35</w:t>
      </w:r>
    </w:p>
    <w:p>
      <w:pPr>
        <w:spacing w:after="0"/>
      </w:pPr>
      <w:r>
        <w:rPr>
          <w:rFonts w:ascii="Arial" w:hAnsi="Arial"/>
          <w:sz w:val="22"/>
        </w:rPr>
        <w:t>This guy's really shaping up to be a real erm.. (Lucy) What a hero. Catch isn't he...</w:t>
      </w:r>
    </w:p>
    <w:p>
      <w:pPr>
        <w:spacing w:after="0"/>
      </w:pPr>
    </w:p>
    <w:p>
      <w:pPr>
        <w:spacing w:after="0"/>
      </w:pPr>
      <w:r>
        <w:rPr>
          <w:rFonts w:ascii="Arial" w:hAnsi="Arial"/>
          <w:b/>
          <w:sz w:val="22"/>
        </w:rPr>
        <w:t xml:space="preserve">Lucy  </w:t>
      </w:r>
      <w:r>
        <w:rPr>
          <w:rFonts w:ascii="Arial" w:hAnsi="Arial"/>
          <w:color w:val="5D7284"/>
          <w:sz w:val="22"/>
        </w:rPr>
        <w:t>17:40</w:t>
      </w:r>
    </w:p>
    <w:p>
      <w:pPr>
        <w:spacing w:after="0"/>
      </w:pPr>
      <w:r>
        <w:rPr>
          <w:rFonts w:ascii="Arial" w:hAnsi="Arial"/>
          <w:sz w:val="22"/>
        </w:rPr>
        <w:t>Yeah Quasimodo...right so Quasimodo doesn't realize it is Frollo that is trying to sexually assault Esmeralda, he just sees this hooded figure. (Alice) Right. So she blows the whistle as if society like.. Save me! Save me! he like runs to her and uncovers this hooded figure to realize that the man sexually assaulting his friend is actually his stepfather. If that's not a storyline in EastEnders, I don't know what is. (Alice laughs) So basically, what I got from this story... from this point is, the story tries to highlight that even though he is ugly in society's eyes, Quasimodo has a beautiful soul and Frollo, who is an upstanding member of the community should know matter that he is a wrong un. So Quasimodo is horrified about his dad being the one who has tried to....</w:t>
      </w:r>
    </w:p>
    <w:p>
      <w:pPr>
        <w:spacing w:after="0"/>
      </w:pPr>
    </w:p>
    <w:p>
      <w:pPr>
        <w:spacing w:after="0"/>
      </w:pPr>
      <w:r>
        <w:rPr>
          <w:rFonts w:ascii="Arial" w:hAnsi="Arial"/>
          <w:b/>
          <w:sz w:val="22"/>
        </w:rPr>
        <w:t xml:space="preserve">Alice  </w:t>
      </w:r>
      <w:r>
        <w:rPr>
          <w:rFonts w:ascii="Arial" w:hAnsi="Arial"/>
          <w:color w:val="5D7284"/>
          <w:sz w:val="22"/>
        </w:rPr>
        <w:t>18:45</w:t>
      </w:r>
    </w:p>
    <w:p>
      <w:pPr>
        <w:spacing w:after="0"/>
      </w:pPr>
      <w:r>
        <w:rPr>
          <w:rFonts w:ascii="Arial" w:hAnsi="Arial"/>
          <w:sz w:val="22"/>
        </w:rPr>
        <w:t xml:space="preserve"> Understandably as you would, yeah.</w:t>
      </w:r>
    </w:p>
    <w:p>
      <w:pPr>
        <w:spacing w:after="0"/>
      </w:pPr>
    </w:p>
    <w:p>
      <w:pPr>
        <w:spacing w:after="0"/>
      </w:pPr>
      <w:r>
        <w:rPr>
          <w:rFonts w:ascii="Arial" w:hAnsi="Arial"/>
          <w:b/>
          <w:sz w:val="22"/>
        </w:rPr>
        <w:t xml:space="preserve">Lucy  </w:t>
      </w:r>
      <w:r>
        <w:rPr>
          <w:rFonts w:ascii="Arial" w:hAnsi="Arial"/>
          <w:color w:val="5D7284"/>
          <w:sz w:val="22"/>
        </w:rPr>
        <w:t>18:47</w:t>
      </w:r>
    </w:p>
    <w:p>
      <w:pPr>
        <w:spacing w:after="0"/>
      </w:pPr>
      <w:r>
        <w:rPr>
          <w:rFonts w:ascii="Arial" w:hAnsi="Arial"/>
          <w:sz w:val="22"/>
        </w:rPr>
        <w:t>Yeah like? (Alice) Thats the sort of shit you talk to your therapist about more than one occasion. (laughs) Yeah, exactly. And then after a while, a mob comes for Esmeralda to try and get her out of the church because they want her to face up to her crimes that she didn't commit really. (Alice) Yeah. So the mob comes for Esmeralda, Quasimodo defends her once again, throwing wooden spikes, molten steel or wooden spike over the mob. Basically it's like this gets like thriller type.. (Alice) Yeah (laughs)  Action hero. (Alice) Yeah yeah..</w:t>
      </w:r>
    </w:p>
    <w:p>
      <w:pPr>
        <w:spacing w:after="0"/>
      </w:pPr>
    </w:p>
    <w:p>
      <w:pPr>
        <w:spacing w:after="0"/>
      </w:pPr>
      <w:r>
        <w:rPr>
          <w:rFonts w:ascii="Arial" w:hAnsi="Arial"/>
          <w:b/>
          <w:sz w:val="22"/>
        </w:rPr>
        <w:t xml:space="preserve">Alice  </w:t>
      </w:r>
      <w:r>
        <w:rPr>
          <w:rFonts w:ascii="Arial" w:hAnsi="Arial"/>
          <w:color w:val="5D7284"/>
          <w:sz w:val="22"/>
        </w:rPr>
        <w:t>19:26</w:t>
      </w:r>
    </w:p>
    <w:p>
      <w:pPr>
        <w:spacing w:after="0"/>
      </w:pPr>
      <w:r>
        <w:rPr>
          <w:rFonts w:ascii="Arial" w:hAnsi="Arial"/>
          <w:sz w:val="22"/>
        </w:rPr>
        <w:t>Just grabbing anything he can find.</w:t>
      </w:r>
    </w:p>
    <w:p>
      <w:pPr>
        <w:spacing w:after="0"/>
      </w:pPr>
    </w:p>
    <w:p>
      <w:pPr>
        <w:spacing w:after="0"/>
      </w:pPr>
      <w:r>
        <w:rPr>
          <w:rFonts w:ascii="Arial" w:hAnsi="Arial"/>
          <w:b/>
          <w:sz w:val="22"/>
        </w:rPr>
        <w:t xml:space="preserve">Lucy  </w:t>
      </w:r>
      <w:r>
        <w:rPr>
          <w:rFonts w:ascii="Arial" w:hAnsi="Arial"/>
          <w:color w:val="5D7284"/>
          <w:sz w:val="22"/>
        </w:rPr>
        <w:t>19:27</w:t>
      </w:r>
    </w:p>
    <w:p>
      <w:pPr>
        <w:spacing w:after="0"/>
      </w:pPr>
      <w:r>
        <w:rPr>
          <w:rFonts w:ascii="Arial" w:hAnsi="Arial"/>
          <w:sz w:val="22"/>
        </w:rPr>
        <w:t>Yeah, killing most of them in his path. Proper action man! Esmerelda escapes briefly as she rebuffs Frollo advances one more time, so even though like (Alice) Jesus Christ! All this kicking, he's like a dog with a bone and won't leave her alone.</w:t>
      </w:r>
    </w:p>
    <w:p>
      <w:pPr>
        <w:spacing w:after="0"/>
      </w:pPr>
    </w:p>
    <w:p>
      <w:pPr>
        <w:spacing w:after="0"/>
      </w:pPr>
      <w:r>
        <w:rPr>
          <w:rFonts w:ascii="Arial" w:hAnsi="Arial"/>
          <w:b/>
          <w:sz w:val="22"/>
        </w:rPr>
        <w:t xml:space="preserve">Alice  </w:t>
      </w:r>
      <w:r>
        <w:rPr>
          <w:rFonts w:ascii="Arial" w:hAnsi="Arial"/>
          <w:color w:val="5D7284"/>
          <w:sz w:val="22"/>
        </w:rPr>
        <w:t>19:28</w:t>
      </w:r>
    </w:p>
    <w:p>
      <w:pPr>
        <w:spacing w:after="0"/>
      </w:pPr>
      <w:r>
        <w:rPr>
          <w:rFonts w:ascii="Arial" w:hAnsi="Arial"/>
          <w:sz w:val="22"/>
        </w:rPr>
        <w:t>I mean, he's a sexual predator with a boner (Lucy laughs) and won't leave her alone. (Lucy) And wont..</w:t>
      </w:r>
    </w:p>
    <w:p>
      <w:pPr>
        <w:spacing w:after="0"/>
      </w:pPr>
    </w:p>
    <w:p>
      <w:pPr>
        <w:spacing w:after="0"/>
      </w:pPr>
      <w:r>
        <w:rPr>
          <w:rFonts w:ascii="Arial" w:hAnsi="Arial"/>
          <w:b/>
          <w:sz w:val="22"/>
        </w:rPr>
        <w:t xml:space="preserve">Lucy  </w:t>
      </w:r>
      <w:r>
        <w:rPr>
          <w:rFonts w:ascii="Arial" w:hAnsi="Arial"/>
          <w:color w:val="5D7284"/>
          <w:sz w:val="22"/>
        </w:rPr>
        <w:t>19:52</w:t>
      </w:r>
    </w:p>
    <w:p>
      <w:pPr>
        <w:spacing w:after="0"/>
      </w:pPr>
      <w:r>
        <w:rPr>
          <w:rFonts w:ascii="Arial" w:hAnsi="Arial"/>
          <w:sz w:val="22"/>
        </w:rPr>
        <w:t>leave her alone, just wont leave her alone. And I'm even writing this down and they're like telling me the story and I'm like this is making me feel sick, really to be fair. So there is a sort of like other story that's running parallel to this about Esmeralda's mother. So you don't really know much about Esmeralda's mother to start off with but then you find out that as Esmeralda's mother who is also a gypsy... their words not mine... Has been locked in a prison cell for all these years and has been wearing like a baby shoe from as esmeralda's foot around her neck the whole time. (Alice) Okay. And she's released from prison during this whole action sequence. I don't quite know what happens there. But she's like released from prison and her sister's released from prison as well.</w:t>
      </w:r>
    </w:p>
    <w:p>
      <w:pPr>
        <w:spacing w:after="0"/>
      </w:pPr>
    </w:p>
    <w:p>
      <w:pPr>
        <w:spacing w:after="0"/>
      </w:pPr>
      <w:r>
        <w:rPr>
          <w:rFonts w:ascii="Arial" w:hAnsi="Arial"/>
          <w:b/>
          <w:sz w:val="22"/>
        </w:rPr>
        <w:t xml:space="preserve">Alice  </w:t>
      </w:r>
      <w:r>
        <w:rPr>
          <w:rFonts w:ascii="Arial" w:hAnsi="Arial"/>
          <w:color w:val="5D7284"/>
          <w:sz w:val="22"/>
        </w:rPr>
        <w:t>20:48</w:t>
      </w:r>
    </w:p>
    <w:p>
      <w:pPr>
        <w:spacing w:after="0"/>
      </w:pPr>
      <w:r>
        <w:rPr>
          <w:rFonts w:ascii="Arial" w:hAnsi="Arial"/>
          <w:sz w:val="22"/>
        </w:rPr>
        <w:t>See I thought you were gonna say it turns out that Esmeralda's mother had like, had this baby before she'd had Esmeralda and like...(Lucy) and they were brother and sister. He was all... he had all these disabilities and she didn't think she could care for him. So she left him on the church steps of Notre Dame. Sorry what were you going to say...</w:t>
      </w:r>
    </w:p>
    <w:p>
      <w:pPr>
        <w:spacing w:after="0"/>
      </w:pPr>
    </w:p>
    <w:p>
      <w:pPr>
        <w:spacing w:after="0"/>
      </w:pPr>
      <w:r>
        <w:rPr>
          <w:rFonts w:ascii="Arial" w:hAnsi="Arial"/>
          <w:b/>
          <w:sz w:val="22"/>
        </w:rPr>
        <w:t xml:space="preserve">Lucy  </w:t>
      </w:r>
      <w:r>
        <w:rPr>
          <w:rFonts w:ascii="Arial" w:hAnsi="Arial"/>
          <w:color w:val="5D7284"/>
          <w:sz w:val="22"/>
        </w:rPr>
        <w:t>21:07</w:t>
      </w:r>
    </w:p>
    <w:p>
      <w:pPr>
        <w:spacing w:after="0"/>
      </w:pPr>
      <w:r>
        <w:rPr>
          <w:rFonts w:ascii="Arial" w:hAnsi="Arial"/>
          <w:sz w:val="22"/>
        </w:rPr>
        <w:t xml:space="preserve"> Well, I'm not quite sure what happened there. If somebody can decipher that bit of the story for me. (laughs) because by this point, I was like, how many times  are you gonna mention architecture again? (laughs) Just tell me again? (Alice laughs) What the cathedral looked like, that'd be really helpful. because I don't think I've got a full picture.</w:t>
      </w:r>
    </w:p>
    <w:p>
      <w:pPr>
        <w:spacing w:after="0"/>
      </w:pPr>
    </w:p>
    <w:p>
      <w:pPr>
        <w:spacing w:after="0"/>
      </w:pPr>
      <w:r>
        <w:rPr>
          <w:rFonts w:ascii="Arial" w:hAnsi="Arial"/>
          <w:b/>
          <w:sz w:val="22"/>
        </w:rPr>
        <w:t xml:space="preserve">Alice  </w:t>
      </w:r>
      <w:r>
        <w:rPr>
          <w:rFonts w:ascii="Arial" w:hAnsi="Arial"/>
          <w:color w:val="5D7284"/>
          <w:sz w:val="22"/>
        </w:rPr>
        <w:t>21:24</w:t>
      </w:r>
    </w:p>
    <w:p>
      <w:pPr>
        <w:spacing w:after="0"/>
      </w:pPr>
      <w:r>
        <w:rPr>
          <w:rFonts w:ascii="Arial" w:hAnsi="Arial"/>
          <w:sz w:val="22"/>
        </w:rPr>
        <w:t>(Laughs) theres a quarter of an inch in the bottom left hand corner you haven't described yet. (Lucy laughs)</w:t>
      </w:r>
    </w:p>
    <w:p>
      <w:pPr>
        <w:spacing w:after="0"/>
      </w:pPr>
    </w:p>
    <w:p>
      <w:pPr>
        <w:spacing w:after="0"/>
      </w:pPr>
      <w:r>
        <w:rPr>
          <w:rFonts w:ascii="Arial" w:hAnsi="Arial"/>
          <w:b/>
          <w:sz w:val="22"/>
        </w:rPr>
        <w:t xml:space="preserve">Lucy  </w:t>
      </w:r>
      <w:r>
        <w:rPr>
          <w:rFonts w:ascii="Arial" w:hAnsi="Arial"/>
          <w:color w:val="5D7284"/>
          <w:sz w:val="22"/>
        </w:rPr>
        <w:t>21:29</w:t>
      </w:r>
    </w:p>
    <w:p>
      <w:pPr>
        <w:spacing w:after="0"/>
      </w:pPr>
      <w:r>
        <w:rPr>
          <w:rFonts w:ascii="Arial" w:hAnsi="Arial"/>
          <w:sz w:val="22"/>
        </w:rPr>
        <w:t>Yeah, exactly. What shade was the stone again? (Alice laughs) So yeah, Frollo demands that obviously that Esmeralda is hanged because she's rebuffed his advances once again, because he's basically got he's arse in his hands. So he goes "Well I'm gonna get you...</w:t>
      </w:r>
    </w:p>
    <w:p>
      <w:pPr>
        <w:spacing w:after="0"/>
      </w:pPr>
    </w:p>
    <w:p>
      <w:pPr>
        <w:spacing w:after="0"/>
      </w:pPr>
      <w:r>
        <w:rPr>
          <w:rFonts w:ascii="Arial" w:hAnsi="Arial"/>
          <w:b/>
          <w:sz w:val="22"/>
        </w:rPr>
        <w:t xml:space="preserve">Alice  </w:t>
      </w:r>
      <w:r>
        <w:rPr>
          <w:rFonts w:ascii="Arial" w:hAnsi="Arial"/>
          <w:color w:val="5D7284"/>
          <w:sz w:val="22"/>
        </w:rPr>
        <w:t>21:47</w:t>
      </w:r>
    </w:p>
    <w:p>
      <w:pPr>
        <w:spacing w:after="0"/>
      </w:pPr>
      <w:r>
        <w:rPr>
          <w:rFonts w:ascii="Arial" w:hAnsi="Arial"/>
          <w:sz w:val="22"/>
        </w:rPr>
        <w:t>Yeah, she's still relying on the like, you killed a man. (Lucy) Yes.</w:t>
      </w:r>
    </w:p>
    <w:p>
      <w:pPr>
        <w:spacing w:after="0"/>
      </w:pPr>
    </w:p>
    <w:p>
      <w:pPr>
        <w:spacing w:after="0"/>
      </w:pPr>
      <w:r>
        <w:rPr>
          <w:rFonts w:ascii="Arial" w:hAnsi="Arial"/>
          <w:b/>
          <w:sz w:val="22"/>
        </w:rPr>
        <w:t xml:space="preserve">Lucy  </w:t>
      </w:r>
      <w:r>
        <w:rPr>
          <w:rFonts w:ascii="Arial" w:hAnsi="Arial"/>
          <w:color w:val="5D7284"/>
          <w:sz w:val="22"/>
        </w:rPr>
        <w:t>21:52</w:t>
      </w:r>
    </w:p>
    <w:p>
      <w:pPr>
        <w:spacing w:after="0"/>
      </w:pPr>
      <w:r>
        <w:rPr>
          <w:rFonts w:ascii="Arial" w:hAnsi="Arial"/>
          <w:sz w:val="22"/>
        </w:rPr>
        <w:t>So she is forcibly removed from the church, and Quasimodo witnesses Esmerelda being hung outside of the church. Upon observing this, obviously, he's devastated because his friend is dead and his dad tried to sexually assault her.</w:t>
      </w:r>
    </w:p>
    <w:p>
      <w:pPr>
        <w:spacing w:after="0"/>
      </w:pPr>
    </w:p>
    <w:p>
      <w:pPr>
        <w:spacing w:after="0"/>
      </w:pPr>
      <w:r>
        <w:rPr>
          <w:rFonts w:ascii="Arial" w:hAnsi="Arial"/>
          <w:b/>
          <w:sz w:val="22"/>
        </w:rPr>
        <w:t xml:space="preserve">Alice  </w:t>
      </w:r>
      <w:r>
        <w:rPr>
          <w:rFonts w:ascii="Arial" w:hAnsi="Arial"/>
          <w:color w:val="5D7284"/>
          <w:sz w:val="22"/>
        </w:rPr>
        <w:t>22:15</w:t>
      </w:r>
    </w:p>
    <w:p>
      <w:pPr>
        <w:spacing w:after="0"/>
      </w:pPr>
      <w:r>
        <w:rPr>
          <w:rFonts w:ascii="Arial" w:hAnsi="Arial"/>
          <w:sz w:val="22"/>
        </w:rPr>
        <w:t>See I know you said that it was depressing ending but I thought that like she'd be alright? like...?, I didn't think... I thought Quasimodo probably wouldn't be but I thought she'd be alright.</w:t>
      </w:r>
    </w:p>
    <w:p>
      <w:pPr>
        <w:spacing w:after="0"/>
      </w:pPr>
    </w:p>
    <w:p>
      <w:pPr>
        <w:spacing w:after="0"/>
      </w:pPr>
      <w:r>
        <w:rPr>
          <w:rFonts w:ascii="Arial" w:hAnsi="Arial"/>
          <w:b/>
          <w:sz w:val="22"/>
        </w:rPr>
        <w:t xml:space="preserve">Lucy  </w:t>
      </w:r>
      <w:r>
        <w:rPr>
          <w:rFonts w:ascii="Arial" w:hAnsi="Arial"/>
          <w:color w:val="5D7284"/>
          <w:sz w:val="22"/>
        </w:rPr>
        <w:t>22:25</w:t>
      </w:r>
    </w:p>
    <w:p>
      <w:pPr>
        <w:spacing w:after="0"/>
      </w:pPr>
      <w:r>
        <w:rPr>
          <w:rFonts w:ascii="Arial" w:hAnsi="Arial"/>
          <w:sz w:val="22"/>
        </w:rPr>
        <w:t>You're get mixed up with a Disney film. (laughs) because she's fine in the Disney film.(Alice) Yeah.  Absolutely fine. And I often find Disney films quite like traumatic... for saying they are for children.</w:t>
      </w:r>
    </w:p>
    <w:p>
      <w:pPr>
        <w:spacing w:after="0"/>
      </w:pPr>
    </w:p>
    <w:p>
      <w:pPr>
        <w:spacing w:after="0"/>
      </w:pPr>
      <w:r>
        <w:rPr>
          <w:rFonts w:ascii="Arial" w:hAnsi="Arial"/>
          <w:b/>
          <w:sz w:val="22"/>
        </w:rPr>
        <w:t xml:space="preserve">Alice  </w:t>
      </w:r>
      <w:r>
        <w:rPr>
          <w:rFonts w:ascii="Arial" w:hAnsi="Arial"/>
          <w:color w:val="5D7284"/>
          <w:sz w:val="22"/>
        </w:rPr>
        <w:t>22:38</w:t>
      </w:r>
    </w:p>
    <w:p>
      <w:pPr>
        <w:spacing w:after="0"/>
      </w:pPr>
      <w:r>
        <w:rPr>
          <w:rFonts w:ascii="Arial" w:hAnsi="Arial"/>
          <w:sz w:val="22"/>
        </w:rPr>
        <w:t>I mean, like Bambi and the Lion King... (Lucy) Yeah. Like there's I'm sure erm. I think I've mentioned this before on the podcast, a friend of mine did their dissertation on racism in Disney films. And as they were doing their research, I can remember them talking about how it's a real trope in Disney films that of children being orphaned or losing a parent (Lucy) Yeah. And it would say, they do it because it is the most traumatic thing that can happen to a child.(Lucy) totally. And so it's a kind of...any adventure or growth or anything that comes from that is so much made sort of almost more magical because of the trauma they've experienced before.</w:t>
      </w:r>
    </w:p>
    <w:p>
      <w:pPr>
        <w:spacing w:after="0"/>
      </w:pPr>
    </w:p>
    <w:p>
      <w:pPr>
        <w:spacing w:after="0"/>
      </w:pPr>
      <w:r>
        <w:rPr>
          <w:rFonts w:ascii="Arial" w:hAnsi="Arial"/>
          <w:b/>
          <w:sz w:val="22"/>
        </w:rPr>
        <w:t xml:space="preserve">Lucy  </w:t>
      </w:r>
      <w:r>
        <w:rPr>
          <w:rFonts w:ascii="Arial" w:hAnsi="Arial"/>
          <w:color w:val="5D7284"/>
          <w:sz w:val="22"/>
        </w:rPr>
        <w:t>23:26</w:t>
      </w:r>
    </w:p>
    <w:p>
      <w:pPr>
        <w:spacing w:after="0"/>
      </w:pPr>
      <w:r>
        <w:rPr>
          <w:rFonts w:ascii="Arial" w:hAnsi="Arial"/>
          <w:sz w:val="22"/>
        </w:rPr>
        <w:t>They've... it's like a hero complex, isn't it? Like local what they've managed to achieve even though their...? (Alice) Yeah. Mother and father were brutally murdered or something. I mean, I know that Jason Mumford won't let his kids watch Disney films because he says it's too... he says I don't want my kids to watch anything that traumatic.</w:t>
      </w:r>
    </w:p>
    <w:p>
      <w:pPr>
        <w:spacing w:after="0"/>
      </w:pPr>
    </w:p>
    <w:p>
      <w:pPr>
        <w:spacing w:after="0"/>
      </w:pPr>
      <w:r>
        <w:rPr>
          <w:rFonts w:ascii="Arial" w:hAnsi="Arial"/>
          <w:b/>
          <w:sz w:val="22"/>
        </w:rPr>
        <w:t xml:space="preserve">Alice  </w:t>
      </w:r>
      <w:r>
        <w:rPr>
          <w:rFonts w:ascii="Arial" w:hAnsi="Arial"/>
          <w:color w:val="5D7284"/>
          <w:sz w:val="22"/>
        </w:rPr>
        <w:t>23:45</w:t>
      </w:r>
    </w:p>
    <w:p>
      <w:pPr>
        <w:spacing w:after="0"/>
      </w:pPr>
      <w:r>
        <w:rPr>
          <w:rFonts w:ascii="Arial" w:hAnsi="Arial"/>
          <w:sz w:val="22"/>
        </w:rPr>
        <w:t>Although it's funny as you were talking about.. when you were talking about the Disney hunchback version, you know, and you're sort of saying what, what a book to choose to make a movie out of. (Lucy) Yeah! It made me think that the Lion King is Hamlet. (Lucy) Yes. It's  what....it's Hamlet but for lions, and Hamlet's like, the guy... the the uncle murders the father marries the mother. Hamlet love interest loses her mind and commits suicide. It's a fucking dark story and you know, they just kind of Hakuna Matata (both laugh) And it's alright..</w:t>
      </w:r>
    </w:p>
    <w:p>
      <w:pPr>
        <w:spacing w:after="0"/>
      </w:pPr>
    </w:p>
    <w:p>
      <w:pPr>
        <w:spacing w:after="0"/>
      </w:pPr>
      <w:r>
        <w:rPr>
          <w:rFonts w:ascii="Arial" w:hAnsi="Arial"/>
          <w:b/>
          <w:sz w:val="22"/>
        </w:rPr>
        <w:t xml:space="preserve">Lucy  </w:t>
      </w:r>
      <w:r>
        <w:rPr>
          <w:rFonts w:ascii="Arial" w:hAnsi="Arial"/>
          <w:color w:val="5D7284"/>
          <w:sz w:val="22"/>
        </w:rPr>
        <w:t>24:25</w:t>
      </w:r>
    </w:p>
    <w:p>
      <w:pPr>
        <w:spacing w:after="0"/>
      </w:pPr>
      <w:r>
        <w:rPr>
          <w:rFonts w:ascii="Arial" w:hAnsi="Arial"/>
          <w:sz w:val="22"/>
        </w:rPr>
        <w:t xml:space="preserve"> Yeah, there's a singing Warthog it's fine. (Alice laugh) And also you only have to look at the original story of like The Little Mermaid. (Alice) Yeah, of course! Horrific!</w:t>
      </w:r>
    </w:p>
    <w:p>
      <w:pPr>
        <w:spacing w:after="0"/>
      </w:pPr>
    </w:p>
    <w:p>
      <w:pPr>
        <w:spacing w:after="0"/>
      </w:pPr>
      <w:r>
        <w:rPr>
          <w:rFonts w:ascii="Arial" w:hAnsi="Arial"/>
          <w:b/>
          <w:sz w:val="22"/>
        </w:rPr>
        <w:t xml:space="preserve">Alice  </w:t>
      </w:r>
      <w:r>
        <w:rPr>
          <w:rFonts w:ascii="Arial" w:hAnsi="Arial"/>
          <w:color w:val="5D7284"/>
          <w:sz w:val="22"/>
        </w:rPr>
        <w:t>24:35</w:t>
      </w:r>
    </w:p>
    <w:p>
      <w:pPr>
        <w:spacing w:after="0"/>
      </w:pPr>
      <w:r>
        <w:rPr>
          <w:rFonts w:ascii="Arial" w:hAnsi="Arial"/>
          <w:sz w:val="22"/>
        </w:rPr>
        <w:t>Yeah, what was it? walking on knives?</w:t>
      </w:r>
    </w:p>
    <w:p>
      <w:pPr>
        <w:spacing w:after="0"/>
      </w:pPr>
    </w:p>
    <w:p>
      <w:pPr>
        <w:spacing w:after="0"/>
      </w:pPr>
      <w:r>
        <w:rPr>
          <w:rFonts w:ascii="Arial" w:hAnsi="Arial"/>
          <w:b/>
          <w:sz w:val="22"/>
        </w:rPr>
        <w:t xml:space="preserve">Lucy  </w:t>
      </w:r>
      <w:r>
        <w:rPr>
          <w:rFonts w:ascii="Arial" w:hAnsi="Arial"/>
          <w:color w:val="5D7284"/>
          <w:sz w:val="22"/>
        </w:rPr>
        <w:t>24:36</w:t>
      </w:r>
    </w:p>
    <w:p>
      <w:pPr>
        <w:spacing w:after="0"/>
      </w:pPr>
      <w:r>
        <w:rPr>
          <w:rFonts w:ascii="Arial" w:hAnsi="Arial"/>
          <w:sz w:val="22"/>
        </w:rPr>
        <w:t>Knives yeah. And when she like tried to speak like, it would hurt her throat and all this stuff. She died and then was returned to the sea (Alice) Yes. As sea water. Anyway, so in the last part of the story, so obviously Quasimodo has watched his friend, be hung to her death. He's obviously distraught by this and Quasimodo in his rage pushes the Archdeacon from the height of the bell tower of the cathedral to his death.</w:t>
      </w:r>
    </w:p>
    <w:p>
      <w:pPr>
        <w:spacing w:after="0"/>
      </w:pPr>
    </w:p>
    <w:p>
      <w:pPr>
        <w:spacing w:after="0"/>
      </w:pPr>
      <w:r>
        <w:rPr>
          <w:rFonts w:ascii="Arial" w:hAnsi="Arial"/>
          <w:b/>
          <w:sz w:val="22"/>
        </w:rPr>
        <w:t xml:space="preserve">Alice  </w:t>
      </w:r>
      <w:r>
        <w:rPr>
          <w:rFonts w:ascii="Arial" w:hAnsi="Arial"/>
          <w:color w:val="5D7284"/>
          <w:sz w:val="22"/>
        </w:rPr>
        <w:t>24:37</w:t>
      </w:r>
    </w:p>
    <w:p>
      <w:pPr>
        <w:spacing w:after="0"/>
      </w:pPr>
      <w:r>
        <w:rPr>
          <w:rFonts w:ascii="Arial" w:hAnsi="Arial"/>
          <w:sz w:val="22"/>
        </w:rPr>
        <w:t>I mean couldn't have happened to a nicer person. (Lucy) No.</w:t>
      </w:r>
    </w:p>
    <w:p>
      <w:pPr>
        <w:spacing w:after="0"/>
      </w:pPr>
    </w:p>
    <w:p>
      <w:pPr>
        <w:spacing w:after="0"/>
      </w:pPr>
      <w:r>
        <w:rPr>
          <w:rFonts w:ascii="Arial" w:hAnsi="Arial"/>
          <w:b/>
          <w:sz w:val="22"/>
        </w:rPr>
        <w:t xml:space="preserve">Lucy  </w:t>
      </w:r>
      <w:r>
        <w:rPr>
          <w:rFonts w:ascii="Arial" w:hAnsi="Arial"/>
          <w:color w:val="5D7284"/>
          <w:sz w:val="22"/>
        </w:rPr>
        <w:t>25:17</w:t>
      </w:r>
    </w:p>
    <w:p>
      <w:pPr>
        <w:spacing w:after="0"/>
      </w:pPr>
      <w:r>
        <w:rPr>
          <w:rFonts w:ascii="Arial" w:hAnsi="Arial"/>
          <w:sz w:val="22"/>
        </w:rPr>
        <w:t>I was like, yeah! (Alice laughs) Yeah, thank god! so Quasimodo then vanishes and is never seen again. (Alice) Oh.  A deformed skeleton is found many years later embracing another implying Quasimodo and had  sought Esmeralda among the decaying corpses (Alice) Ugh. Then laid down to die whilst holding her, as the guards attempt to pull the skeletons apart. His skeleton crumbles to dust. (Alice) Ugh!.. Yeah.</w:t>
      </w:r>
    </w:p>
    <w:p>
      <w:pPr>
        <w:spacing w:after="0"/>
      </w:pPr>
    </w:p>
    <w:p>
      <w:pPr>
        <w:spacing w:after="0"/>
      </w:pPr>
      <w:r>
        <w:rPr>
          <w:rFonts w:ascii="Arial" w:hAnsi="Arial"/>
          <w:b/>
          <w:sz w:val="22"/>
        </w:rPr>
        <w:t xml:space="preserve">Alice  </w:t>
      </w:r>
      <w:r>
        <w:rPr>
          <w:rFonts w:ascii="Arial" w:hAnsi="Arial"/>
          <w:color w:val="5D7284"/>
          <w:sz w:val="22"/>
        </w:rPr>
        <w:t>25:51</w:t>
      </w:r>
    </w:p>
    <w:p>
      <w:pPr>
        <w:spacing w:after="0"/>
      </w:pPr>
      <w:r>
        <w:rPr>
          <w:rFonts w:ascii="Arial" w:hAnsi="Arial"/>
          <w:sz w:val="22"/>
        </w:rPr>
        <w:t>That's, that's fucking horrible.</w:t>
      </w:r>
    </w:p>
    <w:p>
      <w:pPr>
        <w:spacing w:after="0"/>
      </w:pPr>
    </w:p>
    <w:p>
      <w:pPr>
        <w:spacing w:after="0"/>
      </w:pPr>
      <w:r>
        <w:rPr>
          <w:rFonts w:ascii="Arial" w:hAnsi="Arial"/>
          <w:b/>
          <w:sz w:val="22"/>
        </w:rPr>
        <w:t xml:space="preserve">Lucy  </w:t>
      </w:r>
      <w:r>
        <w:rPr>
          <w:rFonts w:ascii="Arial" w:hAnsi="Arial"/>
          <w:color w:val="5D7284"/>
          <w:sz w:val="22"/>
        </w:rPr>
        <w:t>25:54</w:t>
      </w:r>
    </w:p>
    <w:p>
      <w:pPr>
        <w:spacing w:after="0"/>
      </w:pPr>
      <w:r>
        <w:rPr>
          <w:rFonts w:ascii="Arial" w:hAnsi="Arial"/>
          <w:sz w:val="22"/>
        </w:rPr>
        <w:t>Isn't it just?! What kind of man writes a story like that? I don't..? I don't understand?</w:t>
      </w:r>
    </w:p>
    <w:p>
      <w:pPr>
        <w:spacing w:after="0"/>
      </w:pPr>
    </w:p>
    <w:p>
      <w:pPr>
        <w:spacing w:after="0"/>
      </w:pPr>
      <w:r>
        <w:rPr>
          <w:rFonts w:ascii="Arial" w:hAnsi="Arial"/>
          <w:b/>
          <w:sz w:val="22"/>
        </w:rPr>
        <w:t xml:space="preserve">Alice  </w:t>
      </w:r>
      <w:r>
        <w:rPr>
          <w:rFonts w:ascii="Arial" w:hAnsi="Arial"/>
          <w:color w:val="5D7284"/>
          <w:sz w:val="22"/>
        </w:rPr>
        <w:t>26:01</w:t>
      </w:r>
    </w:p>
    <w:p>
      <w:pPr>
        <w:spacing w:after="0"/>
      </w:pPr>
      <w:r>
        <w:rPr>
          <w:rFonts w:ascii="Arial" w:hAnsi="Arial"/>
          <w:sz w:val="22"/>
        </w:rPr>
        <w:t>I mean, it feels in a lot of ways. It's that kind of there is something very Victorian about it. And in that, that kind of love story...a love story that.. it makes me think of Tess of the d'Urbervilles (Lucy) Yeah. Which I read once and thought was incredible, but will never ever, ever read again, because it just made me want to crawl in a hole and die (Lucy) Yeah that's exactly. Because it was so depressing.</w:t>
      </w:r>
    </w:p>
    <w:p>
      <w:pPr>
        <w:spacing w:after="0"/>
      </w:pPr>
    </w:p>
    <w:p>
      <w:pPr>
        <w:spacing w:after="0"/>
      </w:pPr>
      <w:r>
        <w:rPr>
          <w:rFonts w:ascii="Arial" w:hAnsi="Arial"/>
          <w:b/>
          <w:sz w:val="22"/>
        </w:rPr>
        <w:t xml:space="preserve">Lucy  </w:t>
      </w:r>
      <w:r>
        <w:rPr>
          <w:rFonts w:ascii="Arial" w:hAnsi="Arial"/>
          <w:color w:val="5D7284"/>
          <w:sz w:val="22"/>
        </w:rPr>
        <w:t>26:29</w:t>
      </w:r>
    </w:p>
    <w:p>
      <w:pPr>
        <w:spacing w:after="0"/>
      </w:pPr>
      <w:r>
        <w:rPr>
          <w:rFonts w:ascii="Arial" w:hAnsi="Arial"/>
          <w:sz w:val="22"/>
        </w:rPr>
        <w:t>Yeah, that is exactly how I felt. when I said to you, I finished my fabled prep, it was just basically I finished my Fabled. That was it, there was no other discussion like it's done. Can we....</w:t>
      </w:r>
    </w:p>
    <w:p>
      <w:pPr>
        <w:spacing w:after="0"/>
      </w:pPr>
    </w:p>
    <w:p>
      <w:pPr>
        <w:spacing w:after="0"/>
      </w:pPr>
      <w:r>
        <w:rPr>
          <w:rFonts w:ascii="Arial" w:hAnsi="Arial"/>
          <w:b/>
          <w:sz w:val="22"/>
        </w:rPr>
        <w:t xml:space="preserve">Alice  </w:t>
      </w:r>
      <w:r>
        <w:rPr>
          <w:rFonts w:ascii="Arial" w:hAnsi="Arial"/>
          <w:color w:val="5D7284"/>
          <w:sz w:val="22"/>
        </w:rPr>
        <w:t>26:39</w:t>
      </w:r>
    </w:p>
    <w:p>
      <w:pPr>
        <w:spacing w:after="0"/>
      </w:pPr>
      <w:r>
        <w:rPr>
          <w:rFonts w:ascii="Arial" w:hAnsi="Arial"/>
          <w:sz w:val="22"/>
        </w:rPr>
        <w:t>I don't ever want to look at this again.</w:t>
      </w:r>
    </w:p>
    <w:p>
      <w:pPr>
        <w:spacing w:after="0"/>
      </w:pPr>
    </w:p>
    <w:p>
      <w:pPr>
        <w:spacing w:after="0"/>
      </w:pPr>
      <w:r>
        <w:rPr>
          <w:rFonts w:ascii="Arial" w:hAnsi="Arial"/>
          <w:b/>
          <w:sz w:val="22"/>
        </w:rPr>
        <w:t xml:space="preserve">Lucy  </w:t>
      </w:r>
      <w:r>
        <w:rPr>
          <w:rFonts w:ascii="Arial" w:hAnsi="Arial"/>
          <w:color w:val="5D7284"/>
          <w:sz w:val="22"/>
        </w:rPr>
        <w:t>26:41</w:t>
      </w:r>
    </w:p>
    <w:p>
      <w:pPr>
        <w:spacing w:after="0"/>
      </w:pPr>
      <w:r>
        <w:rPr>
          <w:rFonts w:ascii="Arial" w:hAnsi="Arial"/>
          <w:sz w:val="22"/>
        </w:rPr>
        <w:t>Can we..? can we get this over and done with as soon as possible, please? Yeah, it's not a very nice story.</w:t>
      </w:r>
    </w:p>
    <w:p>
      <w:pPr>
        <w:spacing w:after="0"/>
      </w:pPr>
    </w:p>
    <w:p>
      <w:pPr>
        <w:spacing w:after="0"/>
      </w:pPr>
      <w:r>
        <w:rPr>
          <w:rFonts w:ascii="Arial" w:hAnsi="Arial"/>
          <w:b/>
          <w:sz w:val="22"/>
        </w:rPr>
        <w:t xml:space="preserve">Alice  </w:t>
      </w:r>
      <w:r>
        <w:rPr>
          <w:rFonts w:ascii="Arial" w:hAnsi="Arial"/>
          <w:color w:val="5D7284"/>
          <w:sz w:val="22"/>
        </w:rPr>
        <w:t>26:46</w:t>
      </w:r>
    </w:p>
    <w:p>
      <w:pPr>
        <w:spacing w:after="0"/>
      </w:pPr>
      <w:r>
        <w:rPr>
          <w:rFonts w:ascii="Arial" w:hAnsi="Arial"/>
          <w:sz w:val="22"/>
        </w:rPr>
        <w:t>That explains why we're 20 odd minutes in and  we've already talked about the book completely. (both laughs)</w:t>
      </w:r>
    </w:p>
    <w:p>
      <w:pPr>
        <w:spacing w:after="0"/>
      </w:pPr>
    </w:p>
    <w:p>
      <w:pPr>
        <w:spacing w:after="0"/>
      </w:pPr>
      <w:r>
        <w:rPr>
          <w:rFonts w:ascii="Arial" w:hAnsi="Arial"/>
          <w:b/>
          <w:sz w:val="22"/>
        </w:rPr>
        <w:t xml:space="preserve">Lucy  </w:t>
      </w:r>
      <w:r>
        <w:rPr>
          <w:rFonts w:ascii="Arial" w:hAnsi="Arial"/>
          <w:color w:val="5D7284"/>
          <w:sz w:val="22"/>
        </w:rPr>
        <w:t>26:52</w:t>
      </w:r>
    </w:p>
    <w:p>
      <w:pPr>
        <w:spacing w:after="0"/>
      </w:pPr>
      <w:r>
        <w:rPr>
          <w:rFonts w:ascii="Arial" w:hAnsi="Arial"/>
          <w:sz w:val="22"/>
        </w:rPr>
        <w:t>I'm going to talk about though, the Hunchback of Notre Dame and his disability (Alice) Okayy. So we can perhaps pick apart that for the last half an hour.</w:t>
      </w:r>
    </w:p>
    <w:p>
      <w:pPr>
        <w:spacing w:after="0"/>
      </w:pPr>
    </w:p>
    <w:p>
      <w:pPr>
        <w:spacing w:after="0"/>
      </w:pPr>
      <w:r>
        <w:rPr>
          <w:rFonts w:ascii="Arial" w:hAnsi="Arial"/>
          <w:b/>
          <w:sz w:val="22"/>
        </w:rPr>
        <w:t xml:space="preserve">Alice  </w:t>
      </w:r>
      <w:r>
        <w:rPr>
          <w:rFonts w:ascii="Arial" w:hAnsi="Arial"/>
          <w:color w:val="5D7284"/>
          <w:sz w:val="22"/>
        </w:rPr>
        <w:t>27:01</w:t>
      </w:r>
    </w:p>
    <w:p>
      <w:pPr>
        <w:spacing w:after="0"/>
      </w:pPr>
      <w:r>
        <w:rPr>
          <w:rFonts w:ascii="Arial" w:hAnsi="Arial"/>
          <w:sz w:val="22"/>
        </w:rPr>
        <w:t>Pad it out, pad it out. It'll be fine</w:t>
      </w:r>
    </w:p>
    <w:p>
      <w:pPr>
        <w:spacing w:after="0"/>
      </w:pPr>
    </w:p>
    <w:p>
      <w:pPr>
        <w:spacing w:after="0"/>
      </w:pPr>
      <w:r>
        <w:rPr>
          <w:rFonts w:ascii="Arial" w:hAnsi="Arial"/>
          <w:b/>
          <w:sz w:val="22"/>
        </w:rPr>
        <w:t xml:space="preserve">Lucy  </w:t>
      </w:r>
      <w:r>
        <w:rPr>
          <w:rFonts w:ascii="Arial" w:hAnsi="Arial"/>
          <w:color w:val="5D7284"/>
          <w:sz w:val="22"/>
        </w:rPr>
        <w:t>27:03</w:t>
      </w:r>
    </w:p>
    <w:p>
      <w:pPr>
        <w:spacing w:after="0"/>
      </w:pPr>
      <w:r>
        <w:rPr>
          <w:rFonts w:ascii="Arial" w:hAnsi="Arial"/>
          <w:sz w:val="22"/>
        </w:rPr>
        <w:t>It's alright, it's alright and I might sing a song at the end. (Lucy laughs) I don't know.  (Alice) Oooh exciting! The novel has been criticized for it's portrayal of disability and its use of ableist language, but you have to remember that this was... well this was written when? When was this written? (Alice) You said 1829. Yeah 1829, so he was born in 1802 and this was written in 1831. (Alice) Okay. So you know, you have to kind of give it some sort of, like..(Alice) Yeah, yeah. Time period  thing. Disability rights activists have called for the novel to be banned. I don't think we should be doing that. Because it's like I say, of it's time, we might not necessarily agree with the portrayal of Quasimodo or of disabled people. But for quite frankly, if I'm honest with you, I think Victor Hugo is more concerned about architecture?... apparently, like towards the end of the book for two chapters he goes on about how the printing press is the death of like theater and the arts and stuff. (Alice) Yeah. Just a chit chat right in the middle of the story. Just Oh by the way, while you here...</w:t>
      </w:r>
    </w:p>
    <w:p>
      <w:pPr>
        <w:spacing w:after="0"/>
      </w:pPr>
    </w:p>
    <w:p>
      <w:pPr>
        <w:spacing w:after="0"/>
      </w:pPr>
      <w:r>
        <w:rPr>
          <w:rFonts w:ascii="Arial" w:hAnsi="Arial"/>
          <w:b/>
          <w:sz w:val="22"/>
        </w:rPr>
        <w:t xml:space="preserve">Alice  </w:t>
      </w:r>
      <w:r>
        <w:rPr>
          <w:rFonts w:ascii="Arial" w:hAnsi="Arial"/>
          <w:color w:val="5D7284"/>
          <w:sz w:val="22"/>
        </w:rPr>
        <w:t>28:20</w:t>
      </w:r>
    </w:p>
    <w:p>
      <w:pPr>
        <w:spacing w:after="0"/>
      </w:pPr>
      <w:r>
        <w:rPr>
          <w:rFonts w:ascii="Arial" w:hAnsi="Arial"/>
          <w:sz w:val="22"/>
        </w:rPr>
        <w:t>It's, I mean, it smacks of like from what you were saying about how it's kind of a, an anti royalist pro Republican book. He seems like the sort of person who's like "My book has a message..."(Lucy) Yeah. "I'm going to make sure you know what my message is."</w:t>
      </w:r>
    </w:p>
    <w:p>
      <w:pPr>
        <w:spacing w:after="0"/>
      </w:pPr>
    </w:p>
    <w:p>
      <w:pPr>
        <w:spacing w:after="0"/>
      </w:pPr>
      <w:r>
        <w:rPr>
          <w:rFonts w:ascii="Arial" w:hAnsi="Arial"/>
          <w:b/>
          <w:sz w:val="22"/>
        </w:rPr>
        <w:t xml:space="preserve">Lucy  </w:t>
      </w:r>
      <w:r>
        <w:rPr>
          <w:rFonts w:ascii="Arial" w:hAnsi="Arial"/>
          <w:color w:val="5D7284"/>
          <w:sz w:val="22"/>
        </w:rPr>
        <w:t>28:35</w:t>
      </w:r>
    </w:p>
    <w:p>
      <w:pPr>
        <w:spacing w:after="0"/>
      </w:pPr>
      <w:r>
        <w:rPr>
          <w:rFonts w:ascii="Arial" w:hAnsi="Arial"/>
          <w:sz w:val="22"/>
        </w:rPr>
        <w:t>Do you know, what the hidden Yeah, the hidden meaning of this is? I actually found reading the abuse of the hunchback something very hard to stomach as a disabled person myself it was just horrible. I mean, I think it will be horrible to read about an able bodied person, you know, being tortured and having stuff thrown at him and the loneliness and the isolation. But I think it sort of like hit home harder because you know, we are disabled people and back in the Middle Ages that's what it you were treated like if you had to disabilit. In some circles particularly I think religious circles you know, it was seen as you know, you must repent for your sin because then God can rescue you and you'll be alright in the end kind of thing.</w:t>
      </w:r>
    </w:p>
    <w:p>
      <w:pPr>
        <w:spacing w:after="0"/>
      </w:pPr>
    </w:p>
    <w:p>
      <w:pPr>
        <w:spacing w:after="0"/>
      </w:pPr>
      <w:r>
        <w:rPr>
          <w:rFonts w:ascii="Arial" w:hAnsi="Arial"/>
          <w:b/>
          <w:sz w:val="22"/>
        </w:rPr>
        <w:t xml:space="preserve">Alice  </w:t>
      </w:r>
      <w:r>
        <w:rPr>
          <w:rFonts w:ascii="Arial" w:hAnsi="Arial"/>
          <w:color w:val="5D7284"/>
          <w:sz w:val="22"/>
        </w:rPr>
        <w:t>29:27</w:t>
      </w:r>
    </w:p>
    <w:p>
      <w:pPr>
        <w:spacing w:after="0"/>
      </w:pPr>
      <w:r>
        <w:rPr>
          <w:rFonts w:ascii="Arial" w:hAnsi="Arial"/>
          <w:sz w:val="22"/>
        </w:rPr>
        <w:t>You know, someone I went to school with said that to me once? (Lucy) What's that? Somebody I went to school with once said that my condition was a punishment from God. (Lucy) Oh! Because there must be something that I must have done. (Lucy) Yeah. And I was like... (Lucy) I've had it said..</w:t>
      </w:r>
    </w:p>
    <w:p>
      <w:pPr>
        <w:spacing w:after="0"/>
      </w:pPr>
    </w:p>
    <w:p>
      <w:pPr>
        <w:spacing w:after="0"/>
      </w:pPr>
      <w:r>
        <w:rPr>
          <w:rFonts w:ascii="Arial" w:hAnsi="Arial"/>
          <w:b/>
          <w:sz w:val="22"/>
        </w:rPr>
        <w:t xml:space="preserve">Lucy  </w:t>
      </w:r>
      <w:r>
        <w:rPr>
          <w:rFonts w:ascii="Arial" w:hAnsi="Arial"/>
          <w:color w:val="5D7284"/>
          <w:sz w:val="22"/>
        </w:rPr>
        <w:t>29:44</w:t>
      </w:r>
    </w:p>
    <w:p>
      <w:pPr>
        <w:spacing w:after="0"/>
      </w:pPr>
      <w:r>
        <w:rPr>
          <w:rFonts w:ascii="Arial" w:hAnsi="Arial"/>
          <w:sz w:val="22"/>
        </w:rPr>
        <w:t>to me before (Alice) Yeah. And you just think what? What?! (Alice) My..</w:t>
      </w:r>
    </w:p>
    <w:p>
      <w:pPr>
        <w:spacing w:after="0"/>
      </w:pPr>
    </w:p>
    <w:p>
      <w:pPr>
        <w:spacing w:after="0"/>
      </w:pPr>
      <w:r>
        <w:rPr>
          <w:rFonts w:ascii="Arial" w:hAnsi="Arial"/>
          <w:b/>
          <w:sz w:val="22"/>
        </w:rPr>
        <w:t xml:space="preserve">Alice  </w:t>
      </w:r>
      <w:r>
        <w:rPr>
          <w:rFonts w:ascii="Arial" w:hAnsi="Arial"/>
          <w:color w:val="5D7284"/>
          <w:sz w:val="22"/>
        </w:rPr>
        <w:t>29:50</w:t>
      </w:r>
    </w:p>
    <w:p>
      <w:pPr>
        <w:spacing w:after="0"/>
      </w:pPr>
      <w:r>
        <w:rPr>
          <w:rFonts w:ascii="Arial" w:hAnsi="Arial"/>
          <w:sz w:val="22"/>
        </w:rPr>
        <w:t>biggest.. My biggest takeaway from the whole conversation was in very me fashion. I took it quite literally and sort of went "But I've had this eye condition since I was born. So when did I do something wrong?" And they were like, "We must do something wrong in a past life." And I was like, you can't believe in reincarnation and God. (Lucy) No. Those are two different religions. (Lucy) Yeah, yeah. So let's, let's not do this. (Lucy) Yeah. Why don't you take your opinion somewhere else? (Lucy) Yes. Well Done Alice..</w:t>
      </w:r>
    </w:p>
    <w:p>
      <w:pPr>
        <w:spacing w:after="0"/>
      </w:pPr>
    </w:p>
    <w:p>
      <w:pPr>
        <w:spacing w:after="0"/>
      </w:pPr>
      <w:r>
        <w:rPr>
          <w:rFonts w:ascii="Arial" w:hAnsi="Arial"/>
          <w:b/>
          <w:sz w:val="22"/>
        </w:rPr>
        <w:t xml:space="preserve">Lucy  </w:t>
      </w:r>
      <w:r>
        <w:rPr>
          <w:rFonts w:ascii="Arial" w:hAnsi="Arial"/>
          <w:color w:val="5D7284"/>
          <w:sz w:val="22"/>
        </w:rPr>
        <w:t>30:19</w:t>
      </w:r>
    </w:p>
    <w:p>
      <w:pPr>
        <w:spacing w:after="0"/>
      </w:pPr>
      <w:r>
        <w:rPr>
          <w:rFonts w:ascii="Arial" w:hAnsi="Arial"/>
          <w:sz w:val="22"/>
        </w:rPr>
        <w:t>I once had a woman in Tesco, when I was very, very little about sort of like, seven or eight, probably eight or nine. Give me a bag of Maltesers and said, don't worry, "God's forgiven you" just randomly. And you think, like, you would hope that not everybody who is religious, feels like that. And I know I've spoken to people who are religious, who said, like, "Take no notice of them, that incredibly offensive, and not everybody who believes in God and Jesus, and that kind of thing feels like that." But it's very hard to think that, when my only real experience with people who are religious is when they come up to you and say, "Don't worry, God's forgiven you." It's like Glenn Hoddle, do you remember, Glenn Hoddle, the England manager? (Alice) Yeah. He said that disabled people are disabled, because they are paying for something they did in a past life. And he and he got he got sacked for that. (Alice) Good! From the England manager. Well, you can't. I mean, they can't, you know,in all honesty say "Yeah, you've still got your job, mate. It's fine." But yeah, that has always stuck with me. It's just like, oh, icky stuff. (Alice) It..</w:t>
      </w:r>
    </w:p>
    <w:p>
      <w:pPr>
        <w:spacing w:after="0"/>
      </w:pPr>
    </w:p>
    <w:p>
      <w:pPr>
        <w:spacing w:after="0"/>
      </w:pPr>
      <w:r>
        <w:rPr>
          <w:rFonts w:ascii="Arial" w:hAnsi="Arial"/>
          <w:b/>
          <w:sz w:val="22"/>
        </w:rPr>
        <w:t xml:space="preserve">Alice  </w:t>
      </w:r>
      <w:r>
        <w:rPr>
          <w:rFonts w:ascii="Arial" w:hAnsi="Arial"/>
          <w:color w:val="5D7284"/>
          <w:sz w:val="22"/>
        </w:rPr>
        <w:t>31:33</w:t>
      </w:r>
    </w:p>
    <w:p>
      <w:pPr>
        <w:spacing w:after="0"/>
      </w:pPr>
      <w:r>
        <w:rPr>
          <w:rFonts w:ascii="Arial" w:hAnsi="Arial"/>
          <w:sz w:val="22"/>
        </w:rPr>
        <w:t>just I, the thing is, is that of the people I know, you know, I have some very good friends who are quite religious, you know, God is. So it's very important to them. And for them, their faith brings them so much peace, (Lucy) Yeah. And so much comfort and solace and community and love and joy. And I don't understand how there are people who get that from organized religion.(Lucy) Yeah. And there are other people, I think it must just be fundamentally who you are as a person. (Lucy) And do you think</w:t>
      </w:r>
    </w:p>
    <w:p>
      <w:pPr>
        <w:spacing w:after="0"/>
      </w:pPr>
    </w:p>
    <w:p>
      <w:pPr>
        <w:spacing w:after="0"/>
      </w:pPr>
      <w:r>
        <w:rPr>
          <w:rFonts w:ascii="Arial" w:hAnsi="Arial"/>
          <w:b/>
          <w:sz w:val="22"/>
        </w:rPr>
        <w:t xml:space="preserve">Lucy  </w:t>
      </w:r>
      <w:r>
        <w:rPr>
          <w:rFonts w:ascii="Arial" w:hAnsi="Arial"/>
          <w:color w:val="5D7284"/>
          <w:sz w:val="22"/>
        </w:rPr>
        <w:t>32:11</w:t>
      </w:r>
    </w:p>
    <w:p>
      <w:pPr>
        <w:spacing w:after="0"/>
      </w:pPr>
      <w:r>
        <w:rPr>
          <w:rFonts w:ascii="Arial" w:hAnsi="Arial"/>
          <w:sz w:val="22"/>
        </w:rPr>
        <w:t>as well maybe that it's what people take from the messages in the Bible? they get it (Alice) But. The wrong way round. And..</w:t>
      </w:r>
    </w:p>
    <w:p>
      <w:pPr>
        <w:spacing w:after="0"/>
      </w:pPr>
    </w:p>
    <w:p>
      <w:pPr>
        <w:spacing w:after="0"/>
      </w:pPr>
      <w:r>
        <w:rPr>
          <w:rFonts w:ascii="Arial" w:hAnsi="Arial"/>
          <w:b/>
          <w:sz w:val="22"/>
        </w:rPr>
        <w:t xml:space="preserve">Alice  </w:t>
      </w:r>
      <w:r>
        <w:rPr>
          <w:rFonts w:ascii="Arial" w:hAnsi="Arial"/>
          <w:color w:val="5D7284"/>
          <w:sz w:val="22"/>
        </w:rPr>
        <w:t>32:18</w:t>
      </w:r>
    </w:p>
    <w:p>
      <w:pPr>
        <w:spacing w:after="0"/>
      </w:pPr>
      <w:r>
        <w:rPr>
          <w:rFonts w:ascii="Arial" w:hAnsi="Arial"/>
          <w:sz w:val="22"/>
        </w:rPr>
        <w:t>I think that's, that's exactly it. It's that if.. if you are the sort of person who is.. who is primed for hate, who is looking for ways of hurting people, even if it's, even if that hurting people is, you know, even if you try and dress it up as being nice, like telling a child "God has forgiven you." Like if, if you're, if that's the kind of person you are, then that's what you're going to take from religion. (Alice) Yes. I think if the sort of person that you are is a person who wants people to feel accepted and cared for and sees God, as you know, loving, then that is, that's what you're going to get from religion. And that's what you're going to put out into the world (Lucy) Yeah. As part of your religion, but also as part of everything else that you do and who you are.</w:t>
      </w:r>
    </w:p>
    <w:p>
      <w:pPr>
        <w:spacing w:after="0"/>
      </w:pPr>
    </w:p>
    <w:p>
      <w:pPr>
        <w:spacing w:after="0"/>
      </w:pPr>
      <w:r>
        <w:rPr>
          <w:rFonts w:ascii="Arial" w:hAnsi="Arial"/>
          <w:b/>
          <w:sz w:val="22"/>
        </w:rPr>
        <w:t xml:space="preserve">Lucy  </w:t>
      </w:r>
      <w:r>
        <w:rPr>
          <w:rFonts w:ascii="Arial" w:hAnsi="Arial"/>
          <w:color w:val="5D7284"/>
          <w:sz w:val="22"/>
        </w:rPr>
        <w:t>33:09</w:t>
      </w:r>
    </w:p>
    <w:p>
      <w:pPr>
        <w:spacing w:after="0"/>
      </w:pPr>
      <w:r>
        <w:rPr>
          <w:rFonts w:ascii="Arial" w:hAnsi="Arial"/>
          <w:sz w:val="22"/>
        </w:rPr>
        <w:t>It's a bit like that Roald Dahl quote, isn't it "that if you think lovely thoughts, they will come out on your face and beam like sunlight onto everybody else." It's that whole kind of, you know, if you have that mentality of this is a nice comforting thing, and I don't see any hate in this message whatsoever, then you're going to carry that with you when you interact with other people who may be, you know, nonbelievers, but if you are like you say prime for hate, you're going to like find things and go Well, I actually means this, like people who are against homosexuality because of what it says in the Bible or whatever. (Alice) Yeah, yeah. You get people who are very accepting and you get people who just don't get it at all and think it is a thing. Of course, it isn't a thing. But the you do get people who think oh, no, that's wrong. That's, that's wrong.(Alice) Yeah. And it is.. it's the same thing. It's like if anybody is different, if anybody's you know, slightly away from the norm, you get the polar opposite view, particularly in religion I think of the "it's okay, you know, I'm fine with it." And then you've got "Oh no don't like it."</w:t>
      </w:r>
    </w:p>
    <w:p>
      <w:pPr>
        <w:spacing w:after="0"/>
      </w:pPr>
    </w:p>
    <w:p>
      <w:pPr>
        <w:spacing w:after="0"/>
      </w:pPr>
      <w:r>
        <w:rPr>
          <w:rFonts w:ascii="Arial" w:hAnsi="Arial"/>
          <w:b/>
          <w:sz w:val="22"/>
        </w:rPr>
        <w:t xml:space="preserve">Alice  </w:t>
      </w:r>
      <w:r>
        <w:rPr>
          <w:rFonts w:ascii="Arial" w:hAnsi="Arial"/>
          <w:color w:val="5D7284"/>
          <w:sz w:val="22"/>
        </w:rPr>
        <w:t>34:23</w:t>
      </w:r>
    </w:p>
    <w:p>
      <w:pPr>
        <w:spacing w:after="0"/>
      </w:pPr>
      <w:r>
        <w:rPr>
          <w:rFonts w:ascii="Arial" w:hAnsi="Arial"/>
          <w:sz w:val="22"/>
        </w:rPr>
        <w:t>I think and I think that personally, my my biggest problem you know, I I don't believe in God of any description. I believe in science. That's just who I am. That's how I've been brought up. That's how I have educated myself as much as anything. (Lucy) Yeah. You know, I went to church for like, two and a half years when I was a teenager it was something I did off my back, I explored for myself. I decided it wasn't right for me. But for... I think my biggest problem generally with religion is the fact that all of the texts and all of what we are told about religion and, and what is right and wrong and what God says, comes from the writings of very long dead.(Lucy) Old. Usually men. (Lucy) Older men, yeah. Yeah and it just, I just don't think that those people have.. that you can't, especially then especially in a world where we didn't have things like the internet or TV or media where we could be more connected, and we could see other lives and other perspectives that they just they wrote what they believed, and they're telling other people that that's what you should believe. And that, because it's so it scripture is so strict, (Lucy) Yeah. There's there's not a lot of scope for interpretation and flexibility. And, and, you know, I'm sure that there are people listening to this, who do have faith, and they may feel differently, they may feel like, you know, they find different things in the Bible or whatever religious texts, they're reading that... that gives them a different perspective. But personally, I, I mean, it sort of goes, it sort of fits into kind of what were we you were saying about, you know, Victor Hugo, like, the person who writes the story cannot help but put their opinions and their perspectives and their message in their story.</w:t>
      </w:r>
    </w:p>
    <w:p>
      <w:pPr>
        <w:spacing w:after="0"/>
      </w:pPr>
    </w:p>
    <w:p>
      <w:pPr>
        <w:spacing w:after="0"/>
      </w:pPr>
      <w:r>
        <w:rPr>
          <w:rFonts w:ascii="Arial" w:hAnsi="Arial"/>
          <w:b/>
          <w:sz w:val="22"/>
        </w:rPr>
        <w:t xml:space="preserve">Lucy  </w:t>
      </w:r>
      <w:r>
        <w:rPr>
          <w:rFonts w:ascii="Arial" w:hAnsi="Arial"/>
          <w:color w:val="5D7284"/>
          <w:sz w:val="22"/>
        </w:rPr>
        <w:t>36:26</w:t>
      </w:r>
    </w:p>
    <w:p>
      <w:pPr>
        <w:spacing w:after="0"/>
      </w:pPr>
      <w:r>
        <w:rPr>
          <w:rFonts w:ascii="Arial" w:hAnsi="Arial"/>
          <w:sz w:val="22"/>
        </w:rPr>
        <w:t>Yes, you think like I started off doing my research for this book. And I was like, Oh, fair enough. It's a very elaborate story about a gypsy and the church. And it'll, oh, it's going to be something that reflects society at the time. But actually, he wrote, when he was writing, the time he was talking about in the book is quite a vast amount of time away from the actual year it was, (alice) Right. You know, I mean? so it wasn't like he's talking about oh, like, it's, this is what it's like now. (Alice) Yeah. He's talking about what it was like. Say I don't know..</w:t>
      </w:r>
    </w:p>
    <w:p>
      <w:pPr>
        <w:spacing w:after="0"/>
      </w:pPr>
    </w:p>
    <w:p>
      <w:pPr>
        <w:spacing w:after="0"/>
      </w:pPr>
      <w:r>
        <w:rPr>
          <w:rFonts w:ascii="Arial" w:hAnsi="Arial"/>
          <w:b/>
          <w:sz w:val="22"/>
        </w:rPr>
        <w:t xml:space="preserve">Alice  </w:t>
      </w:r>
      <w:r>
        <w:rPr>
          <w:rFonts w:ascii="Arial" w:hAnsi="Arial"/>
          <w:color w:val="5D7284"/>
          <w:sz w:val="22"/>
        </w:rPr>
        <w:t>37:00</w:t>
      </w:r>
    </w:p>
    <w:p>
      <w:pPr>
        <w:spacing w:after="0"/>
      </w:pPr>
      <w:r>
        <w:rPr>
          <w:rFonts w:ascii="Arial" w:hAnsi="Arial"/>
          <w:sz w:val="22"/>
        </w:rPr>
        <w:t>It was, it set..it's a historical novel..(Lucy) Historical..</w:t>
      </w:r>
    </w:p>
    <w:p>
      <w:pPr>
        <w:spacing w:after="0"/>
      </w:pPr>
    </w:p>
    <w:p>
      <w:pPr>
        <w:spacing w:after="0"/>
      </w:pPr>
      <w:r>
        <w:rPr>
          <w:rFonts w:ascii="Arial" w:hAnsi="Arial"/>
          <w:b/>
          <w:sz w:val="22"/>
        </w:rPr>
        <w:t xml:space="preserve">Lucy  </w:t>
      </w:r>
      <w:r>
        <w:rPr>
          <w:rFonts w:ascii="Arial" w:hAnsi="Arial"/>
          <w:color w:val="5D7284"/>
          <w:sz w:val="22"/>
        </w:rPr>
        <w:t>37:04</w:t>
      </w:r>
    </w:p>
    <w:p>
      <w:pPr>
        <w:spacing w:after="0"/>
      </w:pPr>
      <w:r>
        <w:rPr>
          <w:rFonts w:ascii="Arial" w:hAnsi="Arial"/>
          <w:sz w:val="22"/>
        </w:rPr>
        <w:t>Yeah. So you'll, and I'm like, well, um, so when I realized that I was like, well, he's not talking about society at large is he's not talking about societal issues. He's made this story up out of his own head, and woken up one day and gone I've got a good idea for a story. This was his first book. This was before Les Miserables , which again, is another miserable story.</w:t>
      </w:r>
    </w:p>
    <w:p>
      <w:pPr>
        <w:spacing w:after="0"/>
      </w:pPr>
    </w:p>
    <w:p>
      <w:pPr>
        <w:spacing w:after="0"/>
      </w:pPr>
      <w:r>
        <w:rPr>
          <w:rFonts w:ascii="Arial" w:hAnsi="Arial"/>
          <w:b/>
          <w:sz w:val="22"/>
        </w:rPr>
        <w:t xml:space="preserve">Alice  </w:t>
      </w:r>
      <w:r>
        <w:rPr>
          <w:rFonts w:ascii="Arial" w:hAnsi="Arial"/>
          <w:color w:val="5D7284"/>
          <w:sz w:val="22"/>
        </w:rPr>
        <w:t>37:28</w:t>
      </w:r>
    </w:p>
    <w:p>
      <w:pPr>
        <w:spacing w:after="0"/>
      </w:pPr>
      <w:r>
        <w:rPr>
          <w:rFonts w:ascii="Arial" w:hAnsi="Arial"/>
          <w:sz w:val="22"/>
        </w:rPr>
        <w:t>Oh, I'm sorry, but I won't let you talk trash about Les Mis! (Lucy laughs) That musical is Fantastic!</w:t>
      </w:r>
    </w:p>
    <w:p>
      <w:pPr>
        <w:spacing w:after="0"/>
      </w:pPr>
    </w:p>
    <w:p>
      <w:pPr>
        <w:spacing w:after="0"/>
      </w:pPr>
      <w:r>
        <w:rPr>
          <w:rFonts w:ascii="Arial" w:hAnsi="Arial"/>
          <w:b/>
          <w:sz w:val="22"/>
        </w:rPr>
        <w:t xml:space="preserve">Lucy  </w:t>
      </w:r>
      <w:r>
        <w:rPr>
          <w:rFonts w:ascii="Arial" w:hAnsi="Arial"/>
          <w:color w:val="5D7284"/>
          <w:sz w:val="22"/>
        </w:rPr>
        <w:t>37:33</w:t>
      </w:r>
    </w:p>
    <w:p>
      <w:pPr>
        <w:spacing w:after="0"/>
      </w:pPr>
      <w:r>
        <w:rPr>
          <w:rFonts w:ascii="Arial" w:hAnsi="Arial"/>
          <w:sz w:val="22"/>
        </w:rPr>
        <w:t xml:space="preserve"> The musical is fantastic. But it is quite a miserable...(Alice) And to be fair, I haven't..</w:t>
      </w:r>
    </w:p>
    <w:p>
      <w:pPr>
        <w:spacing w:after="0"/>
      </w:pPr>
    </w:p>
    <w:p>
      <w:pPr>
        <w:spacing w:after="0"/>
      </w:pPr>
      <w:r>
        <w:rPr>
          <w:rFonts w:ascii="Arial" w:hAnsi="Arial"/>
          <w:b/>
          <w:sz w:val="22"/>
        </w:rPr>
        <w:t xml:space="preserve">Alice  </w:t>
      </w:r>
      <w:r>
        <w:rPr>
          <w:rFonts w:ascii="Arial" w:hAnsi="Arial"/>
          <w:color w:val="5D7284"/>
          <w:sz w:val="22"/>
        </w:rPr>
        <w:t>37:38</w:t>
      </w:r>
    </w:p>
    <w:p>
      <w:pPr>
        <w:spacing w:after="0"/>
      </w:pPr>
      <w:r>
        <w:rPr>
          <w:rFonts w:ascii="Arial" w:hAnsi="Arial"/>
          <w:sz w:val="22"/>
        </w:rPr>
        <w:t>haven't read the book. (Lucy) No. And I don't have a lot of time for the movie. But the the stage production is just is just fantastic. But I love a musical. So... (Lucy) My</w:t>
      </w:r>
    </w:p>
    <w:p>
      <w:pPr>
        <w:spacing w:after="0"/>
      </w:pPr>
    </w:p>
    <w:p>
      <w:pPr>
        <w:spacing w:after="0"/>
      </w:pPr>
      <w:r>
        <w:rPr>
          <w:rFonts w:ascii="Arial" w:hAnsi="Arial"/>
          <w:b/>
          <w:sz w:val="22"/>
        </w:rPr>
        <w:t xml:space="preserve">Lucy  </w:t>
      </w:r>
      <w:r>
        <w:rPr>
          <w:rFonts w:ascii="Arial" w:hAnsi="Arial"/>
          <w:color w:val="5D7284"/>
          <w:sz w:val="22"/>
        </w:rPr>
        <w:t>37:53</w:t>
      </w:r>
    </w:p>
    <w:p>
      <w:pPr>
        <w:spacing w:after="0"/>
      </w:pPr>
      <w:r>
        <w:rPr>
          <w:rFonts w:ascii="Arial" w:hAnsi="Arial"/>
          <w:sz w:val="22"/>
        </w:rPr>
        <w:t>sister. I love her musical too. My sister is done. Like crewing for like these theater groups. (Alice)Right. And she has before been in charge of turning the barricade. (laughs) She's like the the pressure when you're underneath! Like do I go now?! But yeah, so it's not the most joyful story. (Alice) No, it's not. It's called Les Miserables, The miserables. (Alice laughs) Thats all I'm saying.</w:t>
      </w:r>
    </w:p>
    <w:p>
      <w:pPr>
        <w:spacing w:after="0"/>
      </w:pPr>
    </w:p>
    <w:p>
      <w:pPr>
        <w:spacing w:after="0"/>
      </w:pPr>
      <w:r>
        <w:rPr>
          <w:rFonts w:ascii="Arial" w:hAnsi="Arial"/>
          <w:b/>
          <w:sz w:val="22"/>
        </w:rPr>
        <w:t xml:space="preserve">Alice  </w:t>
      </w:r>
      <w:r>
        <w:rPr>
          <w:rFonts w:ascii="Arial" w:hAnsi="Arial"/>
          <w:color w:val="5D7284"/>
          <w:sz w:val="22"/>
        </w:rPr>
        <w:t>38:23</w:t>
      </w:r>
    </w:p>
    <w:p>
      <w:pPr>
        <w:spacing w:after="0"/>
      </w:pPr>
      <w:r>
        <w:rPr>
          <w:rFonts w:ascii="Arial" w:hAnsi="Arial"/>
          <w:sz w:val="22"/>
        </w:rPr>
        <w:t>I really hope when we transcribe this that we spell that L a y, miserables. (Lucy laughs)</w:t>
      </w:r>
    </w:p>
    <w:p>
      <w:pPr>
        <w:spacing w:after="0"/>
      </w:pPr>
    </w:p>
    <w:p>
      <w:pPr>
        <w:spacing w:after="0"/>
      </w:pPr>
      <w:r>
        <w:rPr>
          <w:rFonts w:ascii="Arial" w:hAnsi="Arial"/>
          <w:b/>
          <w:sz w:val="22"/>
        </w:rPr>
        <w:t xml:space="preserve">Lucy  </w:t>
      </w:r>
      <w:r>
        <w:rPr>
          <w:rFonts w:ascii="Arial" w:hAnsi="Arial"/>
          <w:color w:val="5D7284"/>
          <w:sz w:val="22"/>
        </w:rPr>
        <w:t>38:30</w:t>
      </w:r>
    </w:p>
    <w:p>
      <w:pPr>
        <w:spacing w:after="0"/>
      </w:pPr>
      <w:r>
        <w:rPr>
          <w:rFonts w:ascii="Arial" w:hAnsi="Arial"/>
          <w:sz w:val="22"/>
        </w:rPr>
        <w:t>Lay miserables. (laughs) I'll let you do that. I'll let you do the transcript for me. (Alice) Thanks! (Lucy laughs) Lay Miserables! Although les miserable. I mean, who's Les? (Alice laughs). So yeah, so I think he's just a very miserable man. I really do. But I also, like, it's a horrible, it's a horrible story. He's not talking about like I say he's not talking about society at large. He's not pointing out any he's not being clever by pointing out the issues of what gypsy people face or what disabled people face or church or...</w:t>
      </w:r>
    </w:p>
    <w:p>
      <w:pPr>
        <w:spacing w:after="0"/>
      </w:pPr>
    </w:p>
    <w:p>
      <w:pPr>
        <w:spacing w:after="0"/>
      </w:pPr>
      <w:r>
        <w:rPr>
          <w:rFonts w:ascii="Arial" w:hAnsi="Arial"/>
          <w:b/>
          <w:sz w:val="22"/>
        </w:rPr>
        <w:t xml:space="preserve">Alice  </w:t>
      </w:r>
      <w:r>
        <w:rPr>
          <w:rFonts w:ascii="Arial" w:hAnsi="Arial"/>
          <w:color w:val="5D7284"/>
          <w:sz w:val="22"/>
        </w:rPr>
        <w:t>39:07</w:t>
      </w:r>
    </w:p>
    <w:p>
      <w:pPr>
        <w:spacing w:after="0"/>
      </w:pPr>
      <w:r>
        <w:rPr>
          <w:rFonts w:ascii="Arial" w:hAnsi="Arial"/>
          <w:sz w:val="22"/>
        </w:rPr>
        <w:t>What I would say is that, you know that what he's trying to do with this historical novel, which, you know, some people do very well and very cleverly is reflect contemporary issues, but through a you know, I'm not talking about now, but look like if you read this, you'll see that actually this is the same. But I think the thing that...the thing I always think is really telling with his books is you know, you look at that story. And as you sort of said, you know, Victor Hugo was tried to, to portray that actually, Quasimodo was really downtrodden. He was abused... but actually he was a really beautiful, loyal, genuine person. But I just feel like you can say...you can give that to a character with one hand with the narrative. But the way you describe somebody, if you are describing that person as deformed, you are describing that person as disgusting and all the other words that you use, you're taking all of that away from them in exactly the same breath.</w:t>
      </w:r>
    </w:p>
    <w:p>
      <w:pPr>
        <w:spacing w:after="0"/>
      </w:pPr>
    </w:p>
    <w:p>
      <w:pPr>
        <w:spacing w:after="0"/>
      </w:pPr>
      <w:r>
        <w:rPr>
          <w:rFonts w:ascii="Arial" w:hAnsi="Arial"/>
          <w:b/>
          <w:sz w:val="22"/>
        </w:rPr>
        <w:t xml:space="preserve">Lucy  </w:t>
      </w:r>
      <w:r>
        <w:rPr>
          <w:rFonts w:ascii="Arial" w:hAnsi="Arial"/>
          <w:color w:val="5D7284"/>
          <w:sz w:val="22"/>
        </w:rPr>
        <w:t>40:18</w:t>
      </w:r>
    </w:p>
    <w:p>
      <w:pPr>
        <w:spacing w:after="0"/>
      </w:pPr>
      <w:r>
        <w:rPr>
          <w:rFonts w:ascii="Arial" w:hAnsi="Arial"/>
          <w:sz w:val="22"/>
        </w:rPr>
        <w:t>Yes. Completely. Totally. I mean, if somebody called me inhuman, or, you know, I mean, we, I could think of a million words that people use to describe disabled people. I'd be like, Excuse me?!</w:t>
      </w:r>
    </w:p>
    <w:p>
      <w:pPr>
        <w:spacing w:after="0"/>
      </w:pPr>
    </w:p>
    <w:p>
      <w:pPr>
        <w:spacing w:after="0"/>
      </w:pPr>
      <w:r>
        <w:rPr>
          <w:rFonts w:ascii="Arial" w:hAnsi="Arial"/>
          <w:b/>
          <w:sz w:val="22"/>
        </w:rPr>
        <w:t xml:space="preserve">Alice  </w:t>
      </w:r>
      <w:r>
        <w:rPr>
          <w:rFonts w:ascii="Arial" w:hAnsi="Arial"/>
          <w:color w:val="5D7284"/>
          <w:sz w:val="22"/>
        </w:rPr>
        <w:t>40:36</w:t>
      </w:r>
    </w:p>
    <w:p>
      <w:pPr>
        <w:spacing w:after="0"/>
      </w:pPr>
      <w:r>
        <w:rPr>
          <w:rFonts w:ascii="Arial" w:hAnsi="Arial"/>
          <w:sz w:val="22"/>
        </w:rPr>
        <w:t>It's Lucy, you might be deformed, but you've got beautiful soul.</w:t>
      </w:r>
    </w:p>
    <w:p>
      <w:pPr>
        <w:spacing w:after="0"/>
      </w:pPr>
    </w:p>
    <w:p>
      <w:pPr>
        <w:spacing w:after="0"/>
      </w:pPr>
      <w:r>
        <w:rPr>
          <w:rFonts w:ascii="Arial" w:hAnsi="Arial"/>
          <w:b/>
          <w:sz w:val="22"/>
        </w:rPr>
        <w:t xml:space="preserve">Lucy  </w:t>
      </w:r>
      <w:r>
        <w:rPr>
          <w:rFonts w:ascii="Arial" w:hAnsi="Arial"/>
          <w:color w:val="5D7284"/>
          <w:sz w:val="22"/>
        </w:rPr>
        <w:t>40:39</w:t>
      </w:r>
    </w:p>
    <w:p>
      <w:pPr>
        <w:spacing w:after="0"/>
      </w:pPr>
      <w:r>
        <w:rPr>
          <w:rFonts w:ascii="Arial" w:hAnsi="Arial"/>
          <w:sz w:val="22"/>
        </w:rPr>
        <w:t>(laughs) Yeah, my feet might be absolutely disgusting. And look like ET's feet. But you are a beautiful person.</w:t>
      </w:r>
    </w:p>
    <w:p>
      <w:pPr>
        <w:spacing w:after="0"/>
      </w:pPr>
    </w:p>
    <w:p>
      <w:pPr>
        <w:spacing w:after="0"/>
      </w:pPr>
      <w:r>
        <w:rPr>
          <w:rFonts w:ascii="Arial" w:hAnsi="Arial"/>
          <w:b/>
          <w:sz w:val="22"/>
        </w:rPr>
        <w:t xml:space="preserve">Alice  </w:t>
      </w:r>
      <w:r>
        <w:rPr>
          <w:rFonts w:ascii="Arial" w:hAnsi="Arial"/>
          <w:color w:val="5D7284"/>
          <w:sz w:val="22"/>
        </w:rPr>
        <w:t>40:46</w:t>
      </w:r>
    </w:p>
    <w:p>
      <w:pPr>
        <w:spacing w:after="0"/>
      </w:pPr>
      <w:r>
        <w:rPr>
          <w:rFonts w:ascii="Arial" w:hAnsi="Arial"/>
          <w:sz w:val="22"/>
        </w:rPr>
        <w:t>I fucking knock your teeth. (Lucy laughs) (Lucy) What did..</w:t>
      </w:r>
    </w:p>
    <w:p>
      <w:pPr>
        <w:spacing w:after="0"/>
      </w:pPr>
    </w:p>
    <w:p>
      <w:pPr>
        <w:spacing w:after="0"/>
      </w:pPr>
      <w:r>
        <w:rPr>
          <w:rFonts w:ascii="Arial" w:hAnsi="Arial"/>
          <w:b/>
          <w:sz w:val="22"/>
        </w:rPr>
        <w:t xml:space="preserve">Lucy  </w:t>
      </w:r>
      <w:r>
        <w:rPr>
          <w:rFonts w:ascii="Arial" w:hAnsi="Arial"/>
          <w:color w:val="5D7284"/>
          <w:sz w:val="22"/>
        </w:rPr>
        <w:t>40:49</w:t>
      </w:r>
    </w:p>
    <w:p>
      <w:pPr>
        <w:spacing w:after="0"/>
      </w:pPr>
      <w:r>
        <w:rPr>
          <w:rFonts w:ascii="Arial" w:hAnsi="Arial"/>
          <w:sz w:val="22"/>
        </w:rPr>
        <w:t>you say about my feet?</w:t>
      </w:r>
    </w:p>
    <w:p>
      <w:pPr>
        <w:spacing w:after="0"/>
      </w:pPr>
    </w:p>
    <w:p>
      <w:pPr>
        <w:spacing w:after="0"/>
      </w:pPr>
      <w:r>
        <w:rPr>
          <w:rFonts w:ascii="Arial" w:hAnsi="Arial"/>
          <w:b/>
          <w:sz w:val="22"/>
        </w:rPr>
        <w:t xml:space="preserve">Alice  </w:t>
      </w:r>
      <w:r>
        <w:rPr>
          <w:rFonts w:ascii="Arial" w:hAnsi="Arial"/>
          <w:color w:val="5D7284"/>
          <w:sz w:val="22"/>
        </w:rPr>
        <w:t>40:51</w:t>
      </w:r>
    </w:p>
    <w:p>
      <w:pPr>
        <w:spacing w:after="0"/>
      </w:pPr>
      <w:r>
        <w:rPr>
          <w:rFonts w:ascii="Arial" w:hAnsi="Arial"/>
          <w:sz w:val="22"/>
        </w:rPr>
        <w:t>It's just, it's just, it's the, you know, "oh at least you're you've got a beautiful soul." (Lucy) Oh at least!</w:t>
      </w:r>
    </w:p>
    <w:p>
      <w:pPr>
        <w:spacing w:after="0"/>
      </w:pPr>
    </w:p>
    <w:p>
      <w:pPr>
        <w:spacing w:after="0"/>
      </w:pPr>
      <w:r>
        <w:rPr>
          <w:rFonts w:ascii="Arial" w:hAnsi="Arial"/>
          <w:b/>
          <w:sz w:val="22"/>
        </w:rPr>
        <w:t xml:space="preserve">Lucy  </w:t>
      </w:r>
      <w:r>
        <w:rPr>
          <w:rFonts w:ascii="Arial" w:hAnsi="Arial"/>
          <w:color w:val="5D7284"/>
          <w:sz w:val="22"/>
        </w:rPr>
        <w:t>41:00</w:t>
      </w:r>
    </w:p>
    <w:p>
      <w:pPr>
        <w:spacing w:after="0"/>
      </w:pPr>
      <w:r>
        <w:rPr>
          <w:rFonts w:ascii="Arial" w:hAnsi="Arial"/>
          <w:sz w:val="22"/>
        </w:rPr>
        <w:t>(Alice) It's what it feel like doesn't it. It's the whole at least you're still smiling. (Alice) Yeah. At least your still out. At least you still come out. (Alice) Yeah.</w:t>
      </w:r>
    </w:p>
    <w:p>
      <w:pPr>
        <w:spacing w:after="0"/>
      </w:pPr>
    </w:p>
    <w:p>
      <w:pPr>
        <w:spacing w:after="0"/>
      </w:pPr>
      <w:r>
        <w:rPr>
          <w:rFonts w:ascii="Arial" w:hAnsi="Arial"/>
          <w:b/>
          <w:sz w:val="22"/>
        </w:rPr>
        <w:t xml:space="preserve">Alice  </w:t>
      </w:r>
      <w:r>
        <w:rPr>
          <w:rFonts w:ascii="Arial" w:hAnsi="Arial"/>
          <w:color w:val="5D7284"/>
          <w:sz w:val="22"/>
        </w:rPr>
        <w:t>41:08</w:t>
      </w:r>
    </w:p>
    <w:p>
      <w:pPr>
        <w:spacing w:after="0"/>
      </w:pPr>
      <w:r>
        <w:rPr>
          <w:rFonts w:ascii="Arial" w:hAnsi="Arial"/>
          <w:sz w:val="22"/>
        </w:rPr>
        <w:t>Or at least you can still use your arms. It's whatever... it is fucking! It's got that's what it all just spikes off. And it's (Lucy) Yeah. I recently wrote the piece of bonus content about James Bond, and read my first and what will definitely be my only James Bond novel. And it was exactly.. I had real similar feelings with that. It's, I guess the point I'm trying to make is that this isn't an 18th like 1800s issue. Like Fleming was writing his book in the late 50s. (Lucy) Yeah. And he describes the love interest in a book. He's like, she's so resourceful, and courageous. And all of this and then he talks about her like, she's a 12 year old girl. (Lucy) Hmm. But he literally refers to her as "the girl." And it's just how can you on the one hand, be talking about how incredible this woman is? And giving her really womanly attributes and just basically talk about how mch Bond wants to bang her. But then on the other hand, being like.. (Lucy) Oh she's a helpless girl. Obviously, she's a helpless girl.</w:t>
      </w:r>
    </w:p>
    <w:p>
      <w:pPr>
        <w:spacing w:after="0"/>
      </w:pPr>
    </w:p>
    <w:p>
      <w:pPr>
        <w:spacing w:after="0"/>
      </w:pPr>
      <w:r>
        <w:rPr>
          <w:rFonts w:ascii="Arial" w:hAnsi="Arial"/>
          <w:b/>
          <w:sz w:val="22"/>
        </w:rPr>
        <w:t xml:space="preserve">Lucy  </w:t>
      </w:r>
      <w:r>
        <w:rPr>
          <w:rFonts w:ascii="Arial" w:hAnsi="Arial"/>
          <w:color w:val="5D7284"/>
          <w:sz w:val="22"/>
        </w:rPr>
        <w:t>42:15</w:t>
      </w:r>
    </w:p>
    <w:p>
      <w:pPr>
        <w:spacing w:after="0"/>
      </w:pPr>
      <w:r>
        <w:rPr>
          <w:rFonts w:ascii="Arial" w:hAnsi="Arial"/>
          <w:sz w:val="22"/>
        </w:rPr>
        <w:t>She's a silly little girl. (Alice) Yeah.</w:t>
      </w:r>
    </w:p>
    <w:p>
      <w:pPr>
        <w:spacing w:after="0"/>
      </w:pPr>
    </w:p>
    <w:p>
      <w:pPr>
        <w:spacing w:after="0"/>
      </w:pPr>
      <w:r>
        <w:rPr>
          <w:rFonts w:ascii="Arial" w:hAnsi="Arial"/>
          <w:b/>
          <w:sz w:val="22"/>
        </w:rPr>
        <w:t xml:space="preserve">Alice  </w:t>
      </w:r>
      <w:r>
        <w:rPr>
          <w:rFonts w:ascii="Arial" w:hAnsi="Arial"/>
          <w:color w:val="5D7284"/>
          <w:sz w:val="22"/>
        </w:rPr>
        <w:t>42:18</w:t>
      </w:r>
    </w:p>
    <w:p>
      <w:pPr>
        <w:spacing w:after="0"/>
      </w:pPr>
      <w:r>
        <w:rPr>
          <w:rFonts w:ascii="Arial" w:hAnsi="Arial"/>
          <w:sz w:val="22"/>
        </w:rPr>
        <w:t>It's exactly.. it's exactly the same. It's giving someone something with a narrative and taking it away with the words you actually use. It's, it's the, weirdly has made me think of telethons. (Lucy) Yeah. It's like, oh, we want to help all these disabled people. They've got such sad lives. Look at them all lonely with covered in dinner. Like but we're trying to help. (Lucy) Lucy's got it on her trousers again (laughs) Yeah.</w:t>
      </w:r>
    </w:p>
    <w:p>
      <w:pPr>
        <w:spacing w:after="0"/>
      </w:pPr>
    </w:p>
    <w:p>
      <w:pPr>
        <w:spacing w:after="0"/>
      </w:pPr>
      <w:r>
        <w:rPr>
          <w:rFonts w:ascii="Arial" w:hAnsi="Arial"/>
          <w:b/>
          <w:sz w:val="22"/>
        </w:rPr>
        <w:t xml:space="preserve">Lucy  </w:t>
      </w:r>
      <w:r>
        <w:rPr>
          <w:rFonts w:ascii="Arial" w:hAnsi="Arial"/>
          <w:color w:val="5D7284"/>
          <w:sz w:val="22"/>
        </w:rPr>
        <w:t>42:45</w:t>
      </w:r>
    </w:p>
    <w:p>
      <w:pPr>
        <w:spacing w:after="0"/>
      </w:pPr>
      <w:r>
        <w:rPr>
          <w:rFonts w:ascii="Arial" w:hAnsi="Arial"/>
          <w:sz w:val="22"/>
        </w:rPr>
        <w:t>Yeah, that does give me and also the thing that struck me like I had not seen.... Well, I had.. I have seen the Hunchback of Notre Dame. I watched it at Easter, I decided to pick that as the film of choice on Disney plus at Easter why?! I don't know Lucy, stop it! (Alice laughs) Put something else on thats cheery, put Hercules on thats better. But also watching the... so there was a YouTube video that was basically talking about the disability representation within the Hunchback of Notre Dame. Now I know most of it, but I just wanted to back up with some statistics and facts and stuff. And there was this woman and she was talking about the disability representation of, of the Hunchback of Notre Dame over clips from the film, basically. And though there was a bit in the film, quite early on in the film, where, Quasimodo is tied down to this, like wooden cog thing, so he's tied down with ropes. (Alice) Oh I can remember it. and there like throwing tomatoes and rotten fruit at him, and he's like, stop, stop, because like, there's like lemons in his eyes and all sorts. And I can remember, that gave me the feeling the same feeling in my stomach that at the time when I'm watching it, the kid I didn't really know what the feeling was. But it was like, I don't like this. it's a horrible, horrible feeling. And then it.. that was compounded by the fact that the woman was talking about the fact that disabled people are four to 10 times more likely to experience abuse, neglect and mistreatment compared to non disabled people. And I'm like, Well, that's it, isn't it? That's what that feeling in my stomach as a disabled child was. (Alice) Nine out..</w:t>
      </w:r>
    </w:p>
    <w:p>
      <w:pPr>
        <w:spacing w:after="0"/>
      </w:pPr>
    </w:p>
    <w:p>
      <w:pPr>
        <w:spacing w:after="0"/>
      </w:pPr>
      <w:r>
        <w:rPr>
          <w:rFonts w:ascii="Arial" w:hAnsi="Arial"/>
          <w:b/>
          <w:sz w:val="22"/>
        </w:rPr>
        <w:t xml:space="preserve">Alice  </w:t>
      </w:r>
      <w:r>
        <w:rPr>
          <w:rFonts w:ascii="Arial" w:hAnsi="Arial"/>
          <w:color w:val="5D7284"/>
          <w:sz w:val="22"/>
        </w:rPr>
        <w:t>44:34</w:t>
      </w:r>
    </w:p>
    <w:p>
      <w:pPr>
        <w:spacing w:after="0"/>
      </w:pPr>
      <w:r>
        <w:rPr>
          <w:rFonts w:ascii="Arial" w:hAnsi="Arial"/>
          <w:sz w:val="22"/>
        </w:rPr>
        <w:t>of 10 disabled people have experienced a hate crime  reportedly have experienced...like have reported experiencing hate crime, according to a statistic from Mencap. (Lucy) So..</w:t>
      </w:r>
    </w:p>
    <w:p>
      <w:pPr>
        <w:spacing w:after="0"/>
      </w:pPr>
    </w:p>
    <w:p>
      <w:pPr>
        <w:spacing w:after="0"/>
      </w:pPr>
      <w:r>
        <w:rPr>
          <w:rFonts w:ascii="Arial" w:hAnsi="Arial"/>
          <w:b/>
          <w:sz w:val="22"/>
        </w:rPr>
        <w:t xml:space="preserve">Lucy  </w:t>
      </w:r>
      <w:r>
        <w:rPr>
          <w:rFonts w:ascii="Arial" w:hAnsi="Arial"/>
          <w:color w:val="5D7284"/>
          <w:sz w:val="22"/>
        </w:rPr>
        <w:t>44:48</w:t>
      </w:r>
    </w:p>
    <w:p>
      <w:pPr>
        <w:spacing w:after="0"/>
      </w:pPr>
      <w:r>
        <w:rPr>
          <w:rFonts w:ascii="Arial" w:hAnsi="Arial"/>
          <w:sz w:val="22"/>
        </w:rPr>
        <w:t>I was watching that as a small disabled child not knowing about hate crime, or you know, people being horrible because I'm disabled, but still feeling that feeling of this is a whole horrible thing in my stomach.</w:t>
      </w:r>
    </w:p>
    <w:p>
      <w:pPr>
        <w:spacing w:after="0"/>
      </w:pPr>
    </w:p>
    <w:p>
      <w:pPr>
        <w:spacing w:after="0"/>
      </w:pPr>
      <w:r>
        <w:rPr>
          <w:rFonts w:ascii="Arial" w:hAnsi="Arial"/>
          <w:b/>
          <w:sz w:val="22"/>
        </w:rPr>
        <w:t xml:space="preserve">Alice  </w:t>
      </w:r>
      <w:r>
        <w:rPr>
          <w:rFonts w:ascii="Arial" w:hAnsi="Arial"/>
          <w:color w:val="5D7284"/>
          <w:sz w:val="22"/>
        </w:rPr>
        <w:t>45:02</w:t>
      </w:r>
    </w:p>
    <w:p>
      <w:pPr>
        <w:spacing w:after="0"/>
      </w:pPr>
      <w:r>
        <w:rPr>
          <w:rFonts w:ascii="Arial" w:hAnsi="Arial"/>
          <w:sz w:val="22"/>
        </w:rPr>
        <w:t>And what that thing does to me is like, what does that scene give the movie? What did and the way that scene is put together the way that scene is drawn? What does that give? Like viewers? To me, that feels like almost a voyeuristic like, hey, let's look at the disabled person getting pelted with rotten vegetables. You couldn't. you could do that scene from quasimodo's perspective. So he's seeing the vegetables being thrown at him. And that that would be upsetting and horrible in a different way. But it would, it would take away that element of sort of the the pleasure of the freak show, the pleasure of looking at a disabled person while they're being pelted and tortured, that that image gives you. (Lucy) Yeah</w:t>
      </w:r>
    </w:p>
    <w:p>
      <w:pPr>
        <w:spacing w:after="0"/>
      </w:pPr>
    </w:p>
    <w:p>
      <w:pPr>
        <w:spacing w:after="0"/>
      </w:pPr>
      <w:r>
        <w:rPr>
          <w:rFonts w:ascii="Arial" w:hAnsi="Arial"/>
          <w:b/>
          <w:sz w:val="22"/>
        </w:rPr>
        <w:t xml:space="preserve">Lucy  </w:t>
      </w:r>
      <w:r>
        <w:rPr>
          <w:rFonts w:ascii="Arial" w:hAnsi="Arial"/>
          <w:color w:val="5D7284"/>
          <w:sz w:val="22"/>
        </w:rPr>
        <w:t>46:02</w:t>
      </w:r>
    </w:p>
    <w:p>
      <w:pPr>
        <w:spacing w:after="0"/>
      </w:pPr>
      <w:r>
        <w:rPr>
          <w:rFonts w:ascii="Arial" w:hAnsi="Arial"/>
          <w:sz w:val="22"/>
        </w:rPr>
        <w:t>I think, you know, it's one thing to say like the book exists, the book exists, right? And I don't think we should.. (Alice) Well and the book is 200 years old. Exactly it doesn't say... we don't say ban the book. But what I do think is there is a conversation here to be had about, like they were going to remake the Hunchback of Notre Dame as a live action film. don't do that! don't do that! (Alice) No. There's no need for that. And arguably.. (Alice) If your going to</w:t>
      </w:r>
    </w:p>
    <w:p>
      <w:pPr>
        <w:spacing w:after="0"/>
      </w:pPr>
    </w:p>
    <w:p>
      <w:pPr>
        <w:spacing w:after="0"/>
      </w:pPr>
      <w:r>
        <w:rPr>
          <w:rFonts w:ascii="Arial" w:hAnsi="Arial"/>
          <w:b/>
          <w:sz w:val="22"/>
        </w:rPr>
        <w:t xml:space="preserve">Alice  </w:t>
      </w:r>
      <w:r>
        <w:rPr>
          <w:rFonts w:ascii="Arial" w:hAnsi="Arial"/>
          <w:color w:val="5D7284"/>
          <w:sz w:val="22"/>
        </w:rPr>
        <w:t>46:27</w:t>
      </w:r>
    </w:p>
    <w:p>
      <w:pPr>
        <w:spacing w:after="0"/>
      </w:pPr>
      <w:r>
        <w:rPr>
          <w:rFonts w:ascii="Arial" w:hAnsi="Arial"/>
          <w:sz w:val="22"/>
        </w:rPr>
        <w:t>do it, then you're the only the, you know, they've already told that story. With like, change the story for the Disney film, the only way that that works as a live action movie is if you change the story completely. (Lucy) Yeah. And that's not the story you're telling anymore. (Lucy) Exactly. But you're using basically the same characters and setting. (Lucy) And</w:t>
      </w:r>
    </w:p>
    <w:p>
      <w:pPr>
        <w:spacing w:after="0"/>
      </w:pPr>
    </w:p>
    <w:p>
      <w:pPr>
        <w:spacing w:after="0"/>
      </w:pPr>
      <w:r>
        <w:rPr>
          <w:rFonts w:ascii="Arial" w:hAnsi="Arial"/>
          <w:b/>
          <w:sz w:val="22"/>
        </w:rPr>
        <w:t xml:space="preserve">Lucy  </w:t>
      </w:r>
      <w:r>
        <w:rPr>
          <w:rFonts w:ascii="Arial" w:hAnsi="Arial"/>
          <w:color w:val="5D7284"/>
          <w:sz w:val="22"/>
        </w:rPr>
        <w:t>46:46</w:t>
      </w:r>
    </w:p>
    <w:p>
      <w:pPr>
        <w:spacing w:after="0"/>
      </w:pPr>
      <w:r>
        <w:rPr>
          <w:rFonts w:ascii="Arial" w:hAnsi="Arial"/>
          <w:sz w:val="22"/>
        </w:rPr>
        <w:t>there was an argument to say like, well, if you're gonna change the ending of the Hunchback of Notre Dame anyway, what the hell are you doing making it into a cartoon in the first place?</w:t>
      </w:r>
    </w:p>
    <w:p>
      <w:pPr>
        <w:spacing w:after="0"/>
      </w:pPr>
    </w:p>
    <w:p>
      <w:pPr>
        <w:spacing w:after="0"/>
      </w:pPr>
      <w:r>
        <w:rPr>
          <w:rFonts w:ascii="Arial" w:hAnsi="Arial"/>
          <w:b/>
          <w:sz w:val="22"/>
        </w:rPr>
        <w:t xml:space="preserve">Alice  </w:t>
      </w:r>
      <w:r>
        <w:rPr>
          <w:rFonts w:ascii="Arial" w:hAnsi="Arial"/>
          <w:color w:val="5D7284"/>
          <w:sz w:val="22"/>
        </w:rPr>
        <w:t>46:55</w:t>
      </w:r>
    </w:p>
    <w:p>
      <w:pPr>
        <w:spacing w:after="0"/>
      </w:pPr>
      <w:r>
        <w:rPr>
          <w:rFonts w:ascii="Arial" w:hAnsi="Arial"/>
          <w:sz w:val="22"/>
        </w:rPr>
        <w:t>Yeah. Why?</w:t>
      </w:r>
    </w:p>
    <w:p>
      <w:pPr>
        <w:spacing w:after="0"/>
      </w:pPr>
    </w:p>
    <w:p>
      <w:pPr>
        <w:spacing w:after="0"/>
      </w:pPr>
      <w:r>
        <w:rPr>
          <w:rFonts w:ascii="Arial" w:hAnsi="Arial"/>
          <w:b/>
          <w:sz w:val="22"/>
        </w:rPr>
        <w:t xml:space="preserve">Lucy  </w:t>
      </w:r>
      <w:r>
        <w:rPr>
          <w:rFonts w:ascii="Arial" w:hAnsi="Arial"/>
          <w:color w:val="5D7284"/>
          <w:sz w:val="22"/>
        </w:rPr>
        <w:t>46:56</w:t>
      </w:r>
    </w:p>
    <w:p>
      <w:pPr>
        <w:spacing w:after="0"/>
      </w:pPr>
      <w:r>
        <w:rPr>
          <w:rFonts w:ascii="Arial" w:hAnsi="Arial"/>
          <w:sz w:val="22"/>
        </w:rPr>
        <w:t>Why are you not telling the story? (Alice) Yeah. What you're doing is you're saying, Oh, we're making the Hunchback of Notre Dame, but we've tweaked it a bit for, you know, child friendly audiences. (Alice) Yeah. And then you're forcing people to go on the internet and read up about the real Hunchback of Notre Dame and Oh, my God, don't do that either! Because it's depressing. Do you know what I mean? It's like I.. there is an argument to say why the hell did you remake it in 1996? it should have been left to... to.. not necessarily get rid of the book, but don't then rehash it for modern audiences. (Alice) Yeah, it's really interesting...</w:t>
      </w:r>
    </w:p>
    <w:p>
      <w:pPr>
        <w:spacing w:after="0"/>
      </w:pPr>
    </w:p>
    <w:p>
      <w:pPr>
        <w:spacing w:after="0"/>
      </w:pPr>
      <w:r>
        <w:rPr>
          <w:rFonts w:ascii="Arial" w:hAnsi="Arial"/>
          <w:b/>
          <w:sz w:val="22"/>
        </w:rPr>
        <w:t xml:space="preserve">Alice  </w:t>
      </w:r>
      <w:r>
        <w:rPr>
          <w:rFonts w:ascii="Arial" w:hAnsi="Arial"/>
          <w:color w:val="5D7284"/>
          <w:sz w:val="22"/>
        </w:rPr>
        <w:t>47:06</w:t>
      </w:r>
    </w:p>
    <w:p>
      <w:pPr>
        <w:spacing w:after="0"/>
      </w:pPr>
      <w:r>
        <w:rPr>
          <w:rFonts w:ascii="Arial" w:hAnsi="Arial"/>
          <w:sz w:val="22"/>
        </w:rPr>
        <w:t>you know, again, during the Bond research, I was reading about how they are, and apparently they've done it with some Roald Dahl books, that they've they've taken out some of the offensive racist language in particular, from those books and, and changed it so that instead of a racist slur, it just says, a black person. (Lucy) Yeah. It's that kind of, you know, they say they're doing it. So that contempt for contemporary audiences. But I don't know, I don't know whether</w:t>
      </w:r>
    </w:p>
    <w:p>
      <w:pPr>
        <w:spacing w:after="0"/>
      </w:pPr>
    </w:p>
    <w:p>
      <w:pPr>
        <w:spacing w:after="0"/>
      </w:pPr>
      <w:r>
        <w:rPr>
          <w:rFonts w:ascii="Arial" w:hAnsi="Arial"/>
          <w:b/>
          <w:sz w:val="22"/>
        </w:rPr>
        <w:t xml:space="preserve">Lucy  </w:t>
      </w:r>
      <w:r>
        <w:rPr>
          <w:rFonts w:ascii="Arial" w:hAnsi="Arial"/>
          <w:color w:val="5D7284"/>
          <w:sz w:val="22"/>
        </w:rPr>
        <w:t>47:59</w:t>
      </w:r>
    </w:p>
    <w:p>
      <w:pPr>
        <w:spacing w:after="0"/>
      </w:pPr>
      <w:r>
        <w:rPr>
          <w:rFonts w:ascii="Arial" w:hAnsi="Arial"/>
          <w:sz w:val="22"/>
        </w:rPr>
        <w:t>Well it's like Daisy says about statues and tearing down statues, you don't tear down statues because that's history, what you do is you put a plaque up next to the statue to say, you know, modern times have revealed that Joe Smith was actually..(Alice) Did this. Yeah you don't tear down the statue because tearing down the statue doesn't erase what he did, from history. Your tearing down the statue to make yourself feel better. (laughs) It's and I don't agree with changing language in book like original books and stuff. I think if they were gonna make an adaptation, say as a movie, then you would..(Alice) Yeah. Be mindful of language and (Alice) Yeah, absolutely. But I think if it's the original text, you just leave it as is and say, Well thats of it's time, but you can say...(Alice) You can</w:t>
      </w:r>
    </w:p>
    <w:p>
      <w:pPr>
        <w:spacing w:after="0"/>
      </w:pPr>
    </w:p>
    <w:p>
      <w:pPr>
        <w:spacing w:after="0"/>
      </w:pPr>
      <w:r>
        <w:rPr>
          <w:rFonts w:ascii="Arial" w:hAnsi="Arial"/>
          <w:b/>
          <w:sz w:val="22"/>
        </w:rPr>
        <w:t xml:space="preserve">Alice  </w:t>
      </w:r>
      <w:r>
        <w:rPr>
          <w:rFonts w:ascii="Arial" w:hAnsi="Arial"/>
          <w:color w:val="5D7284"/>
          <w:sz w:val="22"/>
        </w:rPr>
        <w:t>48:51</w:t>
      </w:r>
    </w:p>
    <w:p>
      <w:pPr>
        <w:spacing w:after="0"/>
      </w:pPr>
      <w:r>
        <w:rPr>
          <w:rFonts w:ascii="Arial" w:hAnsi="Arial"/>
          <w:sz w:val="22"/>
        </w:rPr>
        <w:t>do something like put an appendix appendage to it that says, you know, since writing... since this book was published, we understand that terms like "deformed" are not acceptable. (Lucy) No. And that, you know, the the outcome of this story actually doesn't leave disabled people or people with ethnic minorities in a particularly good light, you know, the guy that wins at the end of the hunchback, his the the old white Catholic guy like..(Lucy) Yeah. That's not us. (Lucy) Well, everybody,</w:t>
      </w:r>
    </w:p>
    <w:p>
      <w:pPr>
        <w:spacing w:after="0"/>
      </w:pPr>
    </w:p>
    <w:p>
      <w:pPr>
        <w:spacing w:after="0"/>
      </w:pPr>
      <w:r>
        <w:rPr>
          <w:rFonts w:ascii="Arial" w:hAnsi="Arial"/>
          <w:b/>
          <w:sz w:val="22"/>
        </w:rPr>
        <w:t xml:space="preserve">Lucy  </w:t>
      </w:r>
      <w:r>
        <w:rPr>
          <w:rFonts w:ascii="Arial" w:hAnsi="Arial"/>
          <w:color w:val="5D7284"/>
          <w:sz w:val="22"/>
        </w:rPr>
        <w:t>49:28</w:t>
      </w:r>
    </w:p>
    <w:p>
      <w:pPr>
        <w:spacing w:after="0"/>
      </w:pPr>
      <w:r>
        <w:rPr>
          <w:rFonts w:ascii="Arial" w:hAnsi="Arial"/>
          <w:sz w:val="22"/>
        </w:rPr>
        <w:t>everybody dies in the end of the book. But yeah, we mean, it's like, and I don't think the idea of making a live version of the Hunchback of Notre Dame is not a good one.(Alice) No. I don't know whether it's been candable, but I think he should be. (Alice) No, yeah.  Because I don't think it is right to be having actors walking around. Not only... because you can guarantee won't be, it won't be somebody with a scoliosis. (Alice) No. Playing a hunchback. (Alice) No. It won't be, it won't be, it'll be like some Hollywood star because they need to get bums on seats. (Alice) Yeah. Because Disney are struggling at the moment. So you have to sort of weigh up that this is not a good idea leave this alone. 1996 like it was the 90s you know? (Alice) We did is a lot of stuff in the 90's. Yeah, exactly. But you know, will not hold that against you. But to be honest, like, don't do it again. (Alice) Learn from your mistakes. Yeah, exactly. I just, it struck me how seeing that scene again, where he was sort of like tied down to that big water cog. Like, is horrible and it was the same feeling I got as a kid, like, I knew it was horrible. And I it was almost like a fear, like, not a fear of that was gonna happen to me, because it wouldn't happen to me. But it's that four year old..(Alice) But when your a child you..</w:t>
      </w:r>
    </w:p>
    <w:p>
      <w:pPr>
        <w:spacing w:after="0"/>
      </w:pPr>
    </w:p>
    <w:p>
      <w:pPr>
        <w:spacing w:after="0"/>
      </w:pPr>
      <w:r>
        <w:rPr>
          <w:rFonts w:ascii="Arial" w:hAnsi="Arial"/>
          <w:b/>
          <w:sz w:val="22"/>
        </w:rPr>
        <w:t xml:space="preserve">Alice  </w:t>
      </w:r>
      <w:r>
        <w:rPr>
          <w:rFonts w:ascii="Arial" w:hAnsi="Arial"/>
          <w:color w:val="5D7284"/>
          <w:sz w:val="22"/>
        </w:rPr>
        <w:t>50:47</w:t>
      </w:r>
    </w:p>
    <w:p>
      <w:pPr>
        <w:spacing w:after="0"/>
      </w:pPr>
      <w:r>
        <w:rPr>
          <w:rFonts w:ascii="Arial" w:hAnsi="Arial"/>
          <w:sz w:val="22"/>
        </w:rPr>
        <w:t>don't necessarily understand that. do you know? (Lucy) No. And so it does. it does make you afraid. (Lucy) Yeah.</w:t>
      </w:r>
    </w:p>
    <w:p>
      <w:pPr>
        <w:spacing w:after="0"/>
      </w:pPr>
    </w:p>
    <w:p>
      <w:pPr>
        <w:spacing w:after="0"/>
      </w:pPr>
      <w:r>
        <w:rPr>
          <w:rFonts w:ascii="Arial" w:hAnsi="Arial"/>
          <w:b/>
          <w:sz w:val="22"/>
        </w:rPr>
        <w:t xml:space="preserve">Lucy  </w:t>
      </w:r>
      <w:r>
        <w:rPr>
          <w:rFonts w:ascii="Arial" w:hAnsi="Arial"/>
          <w:color w:val="5D7284"/>
          <w:sz w:val="22"/>
        </w:rPr>
        <w:t>50:54</w:t>
      </w:r>
    </w:p>
    <w:p>
      <w:pPr>
        <w:spacing w:after="0"/>
      </w:pPr>
      <w:r>
        <w:rPr>
          <w:rFonts w:ascii="Arial" w:hAnsi="Arial"/>
          <w:sz w:val="22"/>
        </w:rPr>
        <w:t>Traumatic if I'm honest (laughs), I'm not going to be watching that again, or talking about it. But even I went to bed like after I'd done my research and I was like "What a horrible, man!" What a horrible man to think of that story in the first. (Alice) But..</w:t>
      </w:r>
    </w:p>
    <w:p>
      <w:pPr>
        <w:spacing w:after="0"/>
      </w:pPr>
    </w:p>
    <w:p>
      <w:pPr>
        <w:spacing w:after="0"/>
      </w:pPr>
      <w:r>
        <w:rPr>
          <w:rFonts w:ascii="Arial" w:hAnsi="Arial"/>
          <w:b/>
          <w:sz w:val="22"/>
        </w:rPr>
        <w:t xml:space="preserve">Alice  </w:t>
      </w:r>
      <w:r>
        <w:rPr>
          <w:rFonts w:ascii="Arial" w:hAnsi="Arial"/>
          <w:color w:val="5D7284"/>
          <w:sz w:val="22"/>
        </w:rPr>
        <w:t>51:09</w:t>
      </w:r>
    </w:p>
    <w:p>
      <w:pPr>
        <w:spacing w:after="0"/>
      </w:pPr>
      <w:r>
        <w:rPr>
          <w:rFonts w:ascii="Arial" w:hAnsi="Arial"/>
          <w:sz w:val="22"/>
        </w:rPr>
        <w:t xml:space="preserve"> like, skeletons together thing is..that's fucking dark..(Lucy) Yeah. Because like, she didn't want him as a, like a lover. And the only way that he could have any kind of intimacy with her is after she's dead, and he has to dig through corpses to find to..it's just! (Lucy) And laying with her when she's dying. And just like, you know, he wasn't dying. So he just laid with her and waited to die. Like that's a fucking horrible ending. It's not like romantic at all.</w:t>
      </w:r>
    </w:p>
    <w:p>
      <w:pPr>
        <w:spacing w:after="0"/>
      </w:pPr>
    </w:p>
    <w:p>
      <w:pPr>
        <w:spacing w:after="0"/>
      </w:pPr>
      <w:r>
        <w:rPr>
          <w:rFonts w:ascii="Arial" w:hAnsi="Arial"/>
          <w:b/>
          <w:sz w:val="22"/>
        </w:rPr>
        <w:t xml:space="preserve">Lucy  </w:t>
      </w:r>
      <w:r>
        <w:rPr>
          <w:rFonts w:ascii="Arial" w:hAnsi="Arial"/>
          <w:color w:val="5D7284"/>
          <w:sz w:val="22"/>
        </w:rPr>
        <w:t>51:44</w:t>
      </w:r>
    </w:p>
    <w:p>
      <w:pPr>
        <w:spacing w:after="0"/>
      </w:pPr>
      <w:r>
        <w:rPr>
          <w:rFonts w:ascii="Arial" w:hAnsi="Arial"/>
          <w:sz w:val="22"/>
        </w:rPr>
        <w:t>It wasn't like wounded and gone. Oh, let me lie down here and just wait for my inevitable end. (Alice) Yeah. He just decided to lie there until he died.</w:t>
      </w:r>
    </w:p>
    <w:p>
      <w:pPr>
        <w:spacing w:after="0"/>
      </w:pPr>
    </w:p>
    <w:p>
      <w:pPr>
        <w:spacing w:after="0"/>
      </w:pPr>
      <w:r>
        <w:rPr>
          <w:rFonts w:ascii="Arial" w:hAnsi="Arial"/>
          <w:b/>
          <w:sz w:val="22"/>
        </w:rPr>
        <w:t xml:space="preserve">Alice  </w:t>
      </w:r>
      <w:r>
        <w:rPr>
          <w:rFonts w:ascii="Arial" w:hAnsi="Arial"/>
          <w:color w:val="5D7284"/>
          <w:sz w:val="22"/>
        </w:rPr>
        <w:t>51:54</w:t>
      </w:r>
    </w:p>
    <w:p>
      <w:pPr>
        <w:spacing w:after="0"/>
      </w:pPr>
      <w:r>
        <w:rPr>
          <w:rFonts w:ascii="Arial" w:hAnsi="Arial"/>
          <w:sz w:val="22"/>
        </w:rPr>
        <w:t>Yeah. So that he could be with her. because what else has he got in his life? because he's a disabled person. Oh, God, that. Is it too early to start drinking? (Lucy laughs)</w:t>
      </w:r>
    </w:p>
    <w:p>
      <w:pPr>
        <w:spacing w:after="0"/>
      </w:pPr>
    </w:p>
    <w:p>
      <w:pPr>
        <w:spacing w:after="0"/>
      </w:pPr>
      <w:r>
        <w:rPr>
          <w:rFonts w:ascii="Arial" w:hAnsi="Arial"/>
          <w:b/>
          <w:sz w:val="22"/>
        </w:rPr>
        <w:t xml:space="preserve">Lucy  </w:t>
      </w:r>
      <w:r>
        <w:rPr>
          <w:rFonts w:ascii="Arial" w:hAnsi="Arial"/>
          <w:color w:val="5D7284"/>
          <w:sz w:val="22"/>
        </w:rPr>
        <w:t>52:08</w:t>
      </w:r>
    </w:p>
    <w:p>
      <w:pPr>
        <w:spacing w:after="0"/>
      </w:pPr>
      <w:r>
        <w:rPr>
          <w:rFonts w:ascii="Arial" w:hAnsi="Arial"/>
          <w:sz w:val="22"/>
        </w:rPr>
        <w:t>I told you!, I didn't I tell you? You know how you struggled with like our Christmas episode with Dickens you were like, it was hard going. You got me back, didn't you? (Alice) Yeah. You were like, go on have a go. I mean, I've tried the audio book, which was written by Christopher Lee. And I was like, I've got I've got to try and get on with this. And bless him, Christopher. I tried. Yeah, it was just an cos like all of the other books are like that, I could find that the audio books I could find were like on abridged versions. And I'm like, I'm not sitting through the whole thing.</w:t>
      </w:r>
    </w:p>
    <w:p>
      <w:pPr>
        <w:spacing w:after="0"/>
      </w:pPr>
    </w:p>
    <w:p>
      <w:pPr>
        <w:spacing w:after="0"/>
      </w:pPr>
      <w:r>
        <w:rPr>
          <w:rFonts w:ascii="Arial" w:hAnsi="Arial"/>
          <w:b/>
          <w:sz w:val="22"/>
        </w:rPr>
        <w:t xml:space="preserve">Alice  </w:t>
      </w:r>
      <w:r>
        <w:rPr>
          <w:rFonts w:ascii="Arial" w:hAnsi="Arial"/>
          <w:color w:val="5D7284"/>
          <w:sz w:val="22"/>
        </w:rPr>
        <w:t>52:44</w:t>
      </w:r>
    </w:p>
    <w:p>
      <w:pPr>
        <w:spacing w:after="0"/>
      </w:pPr>
      <w:r>
        <w:rPr>
          <w:rFonts w:ascii="Arial" w:hAnsi="Arial"/>
          <w:sz w:val="22"/>
        </w:rPr>
        <w:t>It's 40 hours or something...</w:t>
      </w:r>
    </w:p>
    <w:p>
      <w:pPr>
        <w:spacing w:after="0"/>
      </w:pPr>
    </w:p>
    <w:p>
      <w:pPr>
        <w:spacing w:after="0"/>
      </w:pPr>
      <w:r>
        <w:rPr>
          <w:rFonts w:ascii="Arial" w:hAnsi="Arial"/>
          <w:b/>
          <w:sz w:val="22"/>
        </w:rPr>
        <w:t xml:space="preserve">Lucy  </w:t>
      </w:r>
      <w:r>
        <w:rPr>
          <w:rFonts w:ascii="Arial" w:hAnsi="Arial"/>
          <w:color w:val="5D7284"/>
          <w:sz w:val="22"/>
        </w:rPr>
        <w:t>52:45</w:t>
      </w:r>
    </w:p>
    <w:p>
      <w:pPr>
        <w:spacing w:after="0"/>
      </w:pPr>
      <w:r>
        <w:rPr>
          <w:rFonts w:ascii="Arial" w:hAnsi="Arial"/>
          <w:sz w:val="22"/>
        </w:rPr>
        <w:t>I can not, I can not put up any more talking of buttresses, or bell towers,</w:t>
      </w:r>
    </w:p>
    <w:p>
      <w:pPr>
        <w:spacing w:after="0"/>
      </w:pPr>
    </w:p>
    <w:p>
      <w:pPr>
        <w:spacing w:after="0"/>
      </w:pPr>
      <w:r>
        <w:rPr>
          <w:rFonts w:ascii="Arial" w:hAnsi="Arial"/>
          <w:b/>
          <w:sz w:val="22"/>
        </w:rPr>
        <w:t xml:space="preserve">Alice  </w:t>
      </w:r>
      <w:r>
        <w:rPr>
          <w:rFonts w:ascii="Arial" w:hAnsi="Arial"/>
          <w:color w:val="5D7284"/>
          <w:sz w:val="22"/>
        </w:rPr>
        <w:t>52:53</w:t>
      </w:r>
    </w:p>
    <w:p>
      <w:pPr>
        <w:spacing w:after="0"/>
      </w:pPr>
      <w:r>
        <w:rPr>
          <w:rFonts w:ascii="Arial" w:hAnsi="Arial"/>
          <w:sz w:val="22"/>
        </w:rPr>
        <w:t>That being said, that's what Dickens is like, I feel like Dickens is probably really good if you're reading a physical book, because you can skim over all that shit. (Lucy) Yeah. You  can not do that with an audio book. it is my biggest kind of issue with an audio book,</w:t>
      </w:r>
    </w:p>
    <w:p>
      <w:pPr>
        <w:spacing w:after="0"/>
      </w:pPr>
    </w:p>
    <w:p>
      <w:pPr>
        <w:spacing w:after="0"/>
      </w:pPr>
      <w:r>
        <w:rPr>
          <w:rFonts w:ascii="Arial" w:hAnsi="Arial"/>
          <w:b/>
          <w:sz w:val="22"/>
        </w:rPr>
        <w:t xml:space="preserve">Lucy  </w:t>
      </w:r>
      <w:r>
        <w:rPr>
          <w:rFonts w:ascii="Arial" w:hAnsi="Arial"/>
          <w:color w:val="5D7284"/>
          <w:sz w:val="22"/>
        </w:rPr>
        <w:t>53:08</w:t>
      </w:r>
    </w:p>
    <w:p>
      <w:pPr>
        <w:spacing w:after="0"/>
      </w:pPr>
      <w:r>
        <w:rPr>
          <w:rFonts w:ascii="Arial" w:hAnsi="Arial"/>
          <w:sz w:val="22"/>
        </w:rPr>
        <w:t>You move it an inch and you've gone like 42 chapters.</w:t>
      </w:r>
    </w:p>
    <w:p>
      <w:pPr>
        <w:spacing w:after="0"/>
      </w:pPr>
    </w:p>
    <w:p>
      <w:pPr>
        <w:spacing w:after="0"/>
      </w:pPr>
      <w:r>
        <w:rPr>
          <w:rFonts w:ascii="Arial" w:hAnsi="Arial"/>
          <w:b/>
          <w:sz w:val="22"/>
        </w:rPr>
        <w:t xml:space="preserve">Alice  </w:t>
      </w:r>
      <w:r>
        <w:rPr>
          <w:rFonts w:ascii="Arial" w:hAnsi="Arial"/>
          <w:color w:val="5D7284"/>
          <w:sz w:val="22"/>
        </w:rPr>
        <w:t>53:11</w:t>
      </w:r>
    </w:p>
    <w:p>
      <w:pPr>
        <w:spacing w:after="0"/>
      </w:pPr>
      <w:r>
        <w:rPr>
          <w:rFonts w:ascii="Arial" w:hAnsi="Arial"/>
          <w:sz w:val="22"/>
        </w:rPr>
        <w:t>I listened to the Dickens book on like, double speed. (Lucy laughs) I can't sit here for 37 hours listening to... Dickens has a lot of characters in his books. And he just likes to go off on a little tangent and talk about what they've been up to that day. (Lucy) Yeah. And it's just like this. It's just not important to the story. And it's not interesting that, you know? (Lucy) Describing the cobbled</w:t>
      </w:r>
    </w:p>
    <w:p>
      <w:pPr>
        <w:spacing w:after="0"/>
      </w:pPr>
    </w:p>
    <w:p>
      <w:pPr>
        <w:spacing w:after="0"/>
      </w:pPr>
      <w:r>
        <w:rPr>
          <w:rFonts w:ascii="Arial" w:hAnsi="Arial"/>
          <w:b/>
          <w:sz w:val="22"/>
        </w:rPr>
        <w:t xml:space="preserve">Lucy  </w:t>
      </w:r>
      <w:r>
        <w:rPr>
          <w:rFonts w:ascii="Arial" w:hAnsi="Arial"/>
          <w:color w:val="5D7284"/>
          <w:sz w:val="22"/>
        </w:rPr>
        <w:t>53:35</w:t>
      </w:r>
    </w:p>
    <w:p>
      <w:pPr>
        <w:spacing w:after="0"/>
      </w:pPr>
      <w:r>
        <w:rPr>
          <w:rFonts w:ascii="Arial" w:hAnsi="Arial"/>
          <w:sz w:val="22"/>
        </w:rPr>
        <w:t>streets. So there you go, I read The Hunchback of Notre Dame so that you don't have to. (Alice laughs) That's..</w:t>
      </w:r>
    </w:p>
    <w:p>
      <w:pPr>
        <w:spacing w:after="0"/>
      </w:pPr>
    </w:p>
    <w:p>
      <w:pPr>
        <w:spacing w:after="0"/>
      </w:pPr>
      <w:r>
        <w:rPr>
          <w:rFonts w:ascii="Arial" w:hAnsi="Arial"/>
          <w:b/>
          <w:sz w:val="22"/>
        </w:rPr>
        <w:t xml:space="preserve">Alice  </w:t>
      </w:r>
      <w:r>
        <w:rPr>
          <w:rFonts w:ascii="Arial" w:hAnsi="Arial"/>
          <w:color w:val="5D7284"/>
          <w:sz w:val="22"/>
        </w:rPr>
        <w:t>53:46</w:t>
      </w:r>
    </w:p>
    <w:p>
      <w:pPr>
        <w:spacing w:after="0"/>
      </w:pPr>
      <w:r>
        <w:rPr>
          <w:rFonts w:ascii="Arial" w:hAnsi="Arial"/>
          <w:sz w:val="22"/>
        </w:rPr>
        <w:t>exactly what I thought when I was writing the Bond thing. I was like, I need to end this by saying "Now feel free to never ever pick up Bond book (Lucy laughs) because I have done that work for you.</w:t>
      </w:r>
    </w:p>
    <w:p>
      <w:pPr>
        <w:spacing w:after="0"/>
      </w:pPr>
    </w:p>
    <w:p>
      <w:pPr>
        <w:spacing w:after="0"/>
      </w:pPr>
      <w:r>
        <w:rPr>
          <w:rFonts w:ascii="Arial" w:hAnsi="Arial"/>
          <w:b/>
          <w:sz w:val="22"/>
        </w:rPr>
        <w:t xml:space="preserve">Lucy  </w:t>
      </w:r>
      <w:r>
        <w:rPr>
          <w:rFonts w:ascii="Arial" w:hAnsi="Arial"/>
          <w:color w:val="5D7284"/>
          <w:sz w:val="22"/>
        </w:rPr>
        <w:t>53:56</w:t>
      </w:r>
    </w:p>
    <w:p>
      <w:pPr>
        <w:spacing w:after="0"/>
      </w:pPr>
      <w:r>
        <w:rPr>
          <w:rFonts w:ascii="Arial" w:hAnsi="Arial"/>
          <w:sz w:val="22"/>
        </w:rPr>
        <w:t xml:space="preserve"> I did ask like on our Facebook group, whether anybody had seen the Hunchback of Notre Dame film and or read the book, and nobody replied (laughs), because they've obviously got lives and are interested in Parisian architecture. But it would be really nice to hear from our listeners if you have got an opinion on this episode about what we've talked about if you think we've missed anything off or you think that I've missed the point with the book, which is quite possible, then let us know and we can have a bit of discussion. (Alice) That would be really..</w:t>
      </w:r>
    </w:p>
    <w:p>
      <w:pPr>
        <w:spacing w:after="0"/>
      </w:pPr>
    </w:p>
    <w:p>
      <w:pPr>
        <w:spacing w:after="0"/>
      </w:pPr>
      <w:r>
        <w:rPr>
          <w:rFonts w:ascii="Arial" w:hAnsi="Arial"/>
          <w:b/>
          <w:sz w:val="22"/>
        </w:rPr>
        <w:t xml:space="preserve">Alice  </w:t>
      </w:r>
      <w:r>
        <w:rPr>
          <w:rFonts w:ascii="Arial" w:hAnsi="Arial"/>
          <w:color w:val="5D7284"/>
          <w:sz w:val="22"/>
        </w:rPr>
        <w:t>54:32</w:t>
      </w:r>
    </w:p>
    <w:p>
      <w:pPr>
        <w:spacing w:after="0"/>
      </w:pPr>
      <w:r>
        <w:rPr>
          <w:rFonts w:ascii="Arial" w:hAnsi="Arial"/>
          <w:sz w:val="22"/>
        </w:rPr>
        <w:t>interesting, we are always</w:t>
      </w:r>
    </w:p>
    <w:p>
      <w:pPr>
        <w:spacing w:after="0"/>
      </w:pPr>
    </w:p>
    <w:p>
      <w:pPr>
        <w:spacing w:after="0"/>
      </w:pPr>
      <w:r>
        <w:rPr>
          <w:rFonts w:ascii="Arial" w:hAnsi="Arial"/>
          <w:b/>
          <w:sz w:val="22"/>
        </w:rPr>
        <w:t xml:space="preserve">Alice  </w:t>
      </w:r>
      <w:r>
        <w:rPr>
          <w:rFonts w:ascii="Arial" w:hAnsi="Arial"/>
          <w:color w:val="5D7284"/>
          <w:sz w:val="22"/>
        </w:rPr>
        <w:t>54:34</w:t>
      </w:r>
    </w:p>
    <w:p>
      <w:pPr>
        <w:spacing w:after="0"/>
      </w:pPr>
      <w:r>
        <w:rPr>
          <w:rFonts w:ascii="Arial" w:hAnsi="Arial"/>
          <w:sz w:val="22"/>
        </w:rPr>
        <w:t>Yeah, always up for feedback and stuff. So that would be really interesting</w:t>
      </w:r>
    </w:p>
    <w:p>
      <w:pPr>
        <w:spacing w:after="0"/>
      </w:pPr>
    </w:p>
    <w:p>
      <w:pPr>
        <w:spacing w:after="0"/>
      </w:pPr>
      <w:r>
        <w:rPr>
          <w:rFonts w:ascii="Arial" w:hAnsi="Arial"/>
          <w:b/>
          <w:sz w:val="22"/>
        </w:rPr>
        <w:t xml:space="preserve">Lucy  </w:t>
      </w:r>
      <w:r>
        <w:rPr>
          <w:rFonts w:ascii="Arial" w:hAnsi="Arial"/>
          <w:color w:val="5D7284"/>
          <w:sz w:val="22"/>
        </w:rPr>
        <w:t>54:39</w:t>
      </w:r>
    </w:p>
    <w:p>
      <w:pPr>
        <w:spacing w:after="0"/>
      </w:pPr>
      <w:r>
        <w:rPr>
          <w:rFonts w:ascii="Arial" w:hAnsi="Arial"/>
          <w:sz w:val="22"/>
        </w:rPr>
        <w:t>I think the next Fabled, should be (laughs) a light hearted affair please. I think about half an hour and we'll be fine.</w:t>
      </w:r>
    </w:p>
    <w:p>
      <w:pPr>
        <w:spacing w:after="0"/>
      </w:pPr>
    </w:p>
    <w:p>
      <w:pPr>
        <w:spacing w:after="0"/>
      </w:pPr>
      <w:r>
        <w:rPr>
          <w:rFonts w:ascii="Arial" w:hAnsi="Arial"/>
          <w:b/>
          <w:sz w:val="22"/>
        </w:rPr>
        <w:t xml:space="preserve">Alice  </w:t>
      </w:r>
      <w:r>
        <w:rPr>
          <w:rFonts w:ascii="Arial" w:hAnsi="Arial"/>
          <w:color w:val="5D7284"/>
          <w:sz w:val="22"/>
        </w:rPr>
        <w:t>54:46</w:t>
      </w:r>
    </w:p>
    <w:p>
      <w:pPr>
        <w:spacing w:after="0"/>
      </w:pPr>
      <w:r>
        <w:rPr>
          <w:rFonts w:ascii="Arial" w:hAnsi="Arial"/>
          <w:sz w:val="22"/>
        </w:rPr>
        <w:t>I've got.. I've got quite a.. I don't know whether.. I didn't know whether it would the outcome would be light hearted but I know that the film is supposed to be.. that I want to do is supposed to be quite light hearted. I've got an idea For for that to come. Well, I have to do the research before I promise anything though</w:t>
      </w:r>
    </w:p>
    <w:p>
      <w:pPr>
        <w:spacing w:after="0"/>
      </w:pPr>
    </w:p>
    <w:p>
      <w:pPr>
        <w:spacing w:after="0"/>
      </w:pPr>
      <w:r>
        <w:rPr>
          <w:rFonts w:ascii="Arial" w:hAnsi="Arial"/>
          <w:b/>
          <w:sz w:val="22"/>
        </w:rPr>
        <w:t xml:space="preserve">Alice  </w:t>
      </w:r>
      <w:r>
        <w:rPr>
          <w:rFonts w:ascii="Arial" w:hAnsi="Arial"/>
          <w:color w:val="5D7284"/>
          <w:sz w:val="22"/>
        </w:rPr>
        <w:t>55:07</w:t>
      </w:r>
    </w:p>
    <w:p>
      <w:pPr>
        <w:spacing w:after="0"/>
      </w:pPr>
      <w:r>
        <w:rPr>
          <w:rFonts w:ascii="Arial" w:hAnsi="Arial"/>
          <w:sz w:val="22"/>
        </w:rPr>
        <w:t>I learned</w:t>
      </w:r>
    </w:p>
    <w:p>
      <w:pPr>
        <w:spacing w:after="0"/>
      </w:pPr>
    </w:p>
    <w:p>
      <w:pPr>
        <w:spacing w:after="0"/>
      </w:pPr>
      <w:r>
        <w:rPr>
          <w:rFonts w:ascii="Arial" w:hAnsi="Arial"/>
          <w:b/>
          <w:sz w:val="22"/>
        </w:rPr>
        <w:t xml:space="preserve">Lucy  </w:t>
      </w:r>
      <w:r>
        <w:rPr>
          <w:rFonts w:ascii="Arial" w:hAnsi="Arial"/>
          <w:color w:val="5D7284"/>
          <w:sz w:val="22"/>
        </w:rPr>
        <w:t>55:08</w:t>
      </w:r>
    </w:p>
    <w:p>
      <w:pPr>
        <w:spacing w:after="0"/>
      </w:pPr>
      <w:r>
        <w:rPr>
          <w:rFonts w:ascii="Arial" w:hAnsi="Arial"/>
          <w:sz w:val="22"/>
        </w:rPr>
        <w:t>Do you think we should have a cut off point of fabled, like we're not doing anything before such and such a  just to date, because I think certain date periods like this, it's going to be depressing. It's about disability, and therefore the worst thing in the world, but I'm gonna write a book on it anyway.</w:t>
      </w:r>
    </w:p>
    <w:p>
      <w:pPr>
        <w:spacing w:after="0"/>
      </w:pPr>
    </w:p>
    <w:p>
      <w:pPr>
        <w:spacing w:after="0"/>
      </w:pPr>
      <w:r>
        <w:rPr>
          <w:rFonts w:ascii="Arial" w:hAnsi="Arial"/>
          <w:b/>
          <w:sz w:val="22"/>
        </w:rPr>
        <w:t xml:space="preserve">Alice  </w:t>
      </w:r>
      <w:r>
        <w:rPr>
          <w:rFonts w:ascii="Arial" w:hAnsi="Arial"/>
          <w:color w:val="5D7284"/>
          <w:sz w:val="22"/>
        </w:rPr>
        <w:t>55:24</w:t>
      </w:r>
    </w:p>
    <w:p>
      <w:pPr>
        <w:spacing w:after="0"/>
      </w:pPr>
      <w:r>
        <w:rPr>
          <w:rFonts w:ascii="Arial" w:hAnsi="Arial"/>
          <w:sz w:val="22"/>
        </w:rPr>
        <w:t>Nah, I think, (lucy laughs) I think that it's I think it's interesting to look at how, how the way that, you know, the way disabled people are, like Britain, and the stories that we tell about them have changed or maybe hasn't changed over the years. And you know, I think I think there's a lot of besides like, don't don't restrict our content Luce. We desperately scrambling for content. (Lucy laughs) It just means just don't just don't read anything earlier than like 1925 for yourself, just for your own sanity. (Lucy) Okay. Leave the Victorian stuff to me, it's fine.</w:t>
      </w:r>
    </w:p>
    <w:p>
      <w:pPr>
        <w:spacing w:after="0"/>
      </w:pPr>
    </w:p>
    <w:p>
      <w:pPr>
        <w:spacing w:after="0"/>
      </w:pPr>
      <w:r>
        <w:rPr>
          <w:rFonts w:ascii="Arial" w:hAnsi="Arial"/>
          <w:b/>
          <w:sz w:val="22"/>
        </w:rPr>
        <w:t xml:space="preserve">Lucy  </w:t>
      </w:r>
      <w:r>
        <w:rPr>
          <w:rFonts w:ascii="Arial" w:hAnsi="Arial"/>
          <w:color w:val="5D7284"/>
          <w:sz w:val="22"/>
        </w:rPr>
        <w:t>56:03</w:t>
      </w:r>
    </w:p>
    <w:p>
      <w:pPr>
        <w:spacing w:after="0"/>
      </w:pPr>
      <w:r>
        <w:rPr>
          <w:rFonts w:ascii="Arial" w:hAnsi="Arial"/>
          <w:sz w:val="22"/>
        </w:rPr>
        <w:t>Okay. can we have that written down, please? In fact, we have in the transcript is fine. (Laughs)</w:t>
      </w:r>
    </w:p>
    <w:p>
      <w:pPr>
        <w:spacing w:after="0"/>
      </w:pPr>
    </w:p>
    <w:p>
      <w:pPr>
        <w:spacing w:after="0"/>
      </w:pPr>
      <w:r>
        <w:rPr>
          <w:rFonts w:ascii="Arial" w:hAnsi="Arial"/>
          <w:b/>
          <w:sz w:val="22"/>
        </w:rPr>
        <w:t xml:space="preserve">Alice  </w:t>
      </w:r>
      <w:r>
        <w:rPr>
          <w:rFonts w:ascii="Arial" w:hAnsi="Arial"/>
          <w:color w:val="5D7284"/>
          <w:sz w:val="22"/>
        </w:rPr>
        <w:t>56:08</w:t>
      </w:r>
    </w:p>
    <w:p>
      <w:pPr>
        <w:spacing w:after="0"/>
      </w:pPr>
      <w:r>
        <w:rPr>
          <w:rFonts w:ascii="Arial" w:hAnsi="Arial"/>
          <w:sz w:val="22"/>
        </w:rPr>
        <w:t>I was gonna say verbal contract. (Lucy) Yeah verbal contract. Hey, I have to say I did not make you do this. (Lucy) You didn't. You were like I'm gonna hunchback. (Lucy) Yeah I...</w:t>
      </w:r>
    </w:p>
    <w:p>
      <w:pPr>
        <w:spacing w:after="0"/>
      </w:pPr>
    </w:p>
    <w:p>
      <w:pPr>
        <w:spacing w:after="0"/>
      </w:pPr>
      <w:r>
        <w:rPr>
          <w:rFonts w:ascii="Arial" w:hAnsi="Arial"/>
          <w:b/>
          <w:sz w:val="22"/>
        </w:rPr>
        <w:t xml:space="preserve">Lucy  </w:t>
      </w:r>
      <w:r>
        <w:rPr>
          <w:rFonts w:ascii="Arial" w:hAnsi="Arial"/>
          <w:color w:val="5D7284"/>
          <w:sz w:val="22"/>
        </w:rPr>
        <w:t>56:19</w:t>
      </w:r>
    </w:p>
    <w:p>
      <w:pPr>
        <w:spacing w:after="0"/>
      </w:pPr>
      <w:r>
        <w:rPr>
          <w:rFonts w:ascii="Arial" w:hAnsi="Arial"/>
          <w:sz w:val="22"/>
        </w:rPr>
        <w:t xml:space="preserve">did not realize how depressing the story was. I mean, I know it was bad but didn't know it's this bad. I was like, I got half way through and was like Oh, my God! I'm only half way through. And Phoebus is dead. And but  then apparently during  this podcast, I was listening to Pheobus is dead, but then isn't dead, and is womanizing and I'm like is he dead or not?! </w:t>
      </w:r>
    </w:p>
    <w:p>
      <w:pPr>
        <w:spacing w:after="0"/>
      </w:pPr>
    </w:p>
    <w:p>
      <w:pPr>
        <w:spacing w:after="0"/>
      </w:pPr>
      <w:r>
        <w:rPr>
          <w:rFonts w:ascii="Arial" w:hAnsi="Arial"/>
          <w:b/>
          <w:sz w:val="22"/>
        </w:rPr>
        <w:t xml:space="preserve">Lucy  </w:t>
      </w:r>
      <w:r>
        <w:rPr>
          <w:rFonts w:ascii="Arial" w:hAnsi="Arial"/>
          <w:color w:val="5D7284"/>
          <w:sz w:val="22"/>
        </w:rPr>
        <w:t>56:40</w:t>
      </w:r>
    </w:p>
    <w:p>
      <w:pPr>
        <w:spacing w:after="0"/>
      </w:pPr>
      <w:r>
        <w:rPr>
          <w:rFonts w:ascii="Arial" w:hAnsi="Arial"/>
          <w:sz w:val="22"/>
        </w:rPr>
        <w:t>No. Yeah, Well, he was too busy whinging about the printing press. Or Victor was like, hang on, he's dead. But let me just tell you about the printing press, because I'm not happy about it.(laughs) Really. So there we go. (Alice) If..</w:t>
      </w:r>
    </w:p>
    <w:p>
      <w:pPr>
        <w:spacing w:after="0"/>
      </w:pPr>
    </w:p>
    <w:p>
      <w:pPr>
        <w:spacing w:after="0"/>
      </w:pPr>
      <w:r>
        <w:rPr>
          <w:rFonts w:ascii="Arial" w:hAnsi="Arial"/>
          <w:b/>
          <w:sz w:val="22"/>
        </w:rPr>
        <w:t xml:space="preserve">Alice  </w:t>
      </w:r>
      <w:r>
        <w:rPr>
          <w:rFonts w:ascii="Arial" w:hAnsi="Arial"/>
          <w:color w:val="5D7284"/>
          <w:sz w:val="22"/>
        </w:rPr>
        <w:t>56:40</w:t>
      </w:r>
    </w:p>
    <w:p>
      <w:pPr>
        <w:spacing w:after="0"/>
      </w:pPr>
      <w:r>
        <w:rPr>
          <w:rFonts w:ascii="Arial" w:hAnsi="Arial"/>
          <w:sz w:val="22"/>
        </w:rPr>
        <w:t>That's that's, that's very Victorian. Like theres just... it's like, I do feel like Victorian writers were just so busy doing opium that they forgot who they'd killed off, and then they just kind of went, Oh it'll be fine. No, one will notice.</w:t>
      </w:r>
    </w:p>
    <w:p>
      <w:pPr>
        <w:spacing w:after="0"/>
      </w:pPr>
    </w:p>
    <w:p>
      <w:pPr>
        <w:spacing w:after="0"/>
      </w:pPr>
      <w:r>
        <w:rPr>
          <w:rFonts w:ascii="Arial" w:hAnsi="Arial"/>
          <w:b/>
          <w:sz w:val="22"/>
        </w:rPr>
        <w:t xml:space="preserve">Alice  </w:t>
      </w:r>
      <w:r>
        <w:rPr>
          <w:rFonts w:ascii="Arial" w:hAnsi="Arial"/>
          <w:color w:val="5D7284"/>
          <w:sz w:val="22"/>
        </w:rPr>
        <w:t>57:08</w:t>
      </w:r>
    </w:p>
    <w:p>
      <w:pPr>
        <w:spacing w:after="0"/>
      </w:pPr>
      <w:r>
        <w:rPr>
          <w:rFonts w:ascii="Arial" w:hAnsi="Arial"/>
          <w:sz w:val="22"/>
        </w:rPr>
        <w:t>you want to share your opinions on the printing press, you can @ us at labeled pod on Twitter, Facebook, Instagram. And you can find transcripts on our website and sources on our website. Anything else Luce?</w:t>
      </w:r>
    </w:p>
    <w:p>
      <w:pPr>
        <w:spacing w:after="0"/>
      </w:pPr>
    </w:p>
    <w:p>
      <w:pPr>
        <w:spacing w:after="0"/>
      </w:pPr>
      <w:r>
        <w:rPr>
          <w:rFonts w:ascii="Arial" w:hAnsi="Arial"/>
          <w:b/>
          <w:sz w:val="22"/>
        </w:rPr>
        <w:t xml:space="preserve">Lucy  </w:t>
      </w:r>
      <w:r>
        <w:rPr>
          <w:rFonts w:ascii="Arial" w:hAnsi="Arial"/>
          <w:color w:val="5D7284"/>
          <w:sz w:val="22"/>
        </w:rPr>
        <w:t>57:25</w:t>
      </w:r>
    </w:p>
    <w:p>
      <w:pPr>
        <w:spacing w:after="0"/>
      </w:pPr>
      <w:r>
        <w:rPr>
          <w:rFonts w:ascii="Arial" w:hAnsi="Arial"/>
          <w:sz w:val="22"/>
        </w:rPr>
        <w:t>you can also join the Facebook community where we will be sharing sort of like prompts and things for discussion about this and every other episode as well. So come and join us over there. We're a nice gang.</w:t>
      </w:r>
    </w:p>
    <w:p>
      <w:pPr>
        <w:spacing w:after="0"/>
      </w:pPr>
    </w:p>
    <w:p>
      <w:pPr>
        <w:spacing w:after="0"/>
      </w:pPr>
      <w:r>
        <w:rPr>
          <w:rFonts w:ascii="Arial" w:hAnsi="Arial"/>
          <w:b/>
          <w:sz w:val="22"/>
        </w:rPr>
        <w:t xml:space="preserve">Alice  </w:t>
      </w:r>
      <w:r>
        <w:rPr>
          <w:rFonts w:ascii="Arial" w:hAnsi="Arial"/>
          <w:color w:val="5D7284"/>
          <w:sz w:val="22"/>
        </w:rPr>
        <w:t>57:37</w:t>
      </w:r>
    </w:p>
    <w:p>
      <w:pPr>
        <w:spacing w:after="0"/>
      </w:pPr>
      <w:r>
        <w:rPr>
          <w:rFonts w:ascii="Arial" w:hAnsi="Arial"/>
          <w:sz w:val="22"/>
        </w:rPr>
        <w:t>And otherwise, we will see you next time for something slightly less depressing. maybe?</w:t>
      </w:r>
    </w:p>
    <w:p>
      <w:pPr>
        <w:spacing w:after="0"/>
      </w:pPr>
    </w:p>
    <w:p>
      <w:pPr>
        <w:spacing w:after="0"/>
      </w:pPr>
      <w:r>
        <w:rPr>
          <w:rFonts w:ascii="Arial" w:hAnsi="Arial"/>
          <w:b/>
          <w:sz w:val="22"/>
        </w:rPr>
        <w:t xml:space="preserve">Lucy  </w:t>
      </w:r>
      <w:r>
        <w:rPr>
          <w:rFonts w:ascii="Arial" w:hAnsi="Arial"/>
          <w:color w:val="5D7284"/>
          <w:sz w:val="22"/>
        </w:rPr>
        <w:t>57:44</w:t>
      </w:r>
    </w:p>
    <w:p>
      <w:pPr>
        <w:spacing w:after="0"/>
      </w:pPr>
      <w:r>
        <w:rPr>
          <w:rFonts w:ascii="Arial" w:hAnsi="Arial"/>
          <w:sz w:val="22"/>
        </w:rPr>
        <w:t>Yes, I'm going for drink. (both laugh)</w:t>
      </w:r>
    </w:p>
    <w:p>
      <w:pPr>
        <w:spacing w:after="0"/>
      </w:pPr>
    </w:p>
    <w:p>
      <w:pPr>
        <w:spacing w:after="0"/>
      </w:pPr>
      <w:r>
        <w:rPr>
          <w:rFonts w:ascii="Arial" w:hAnsi="Arial"/>
          <w:b/>
          <w:sz w:val="22"/>
        </w:rPr>
        <w:t xml:space="preserve">Lucy  </w:t>
      </w:r>
      <w:r>
        <w:rPr>
          <w:rFonts w:ascii="Arial" w:hAnsi="Arial"/>
          <w:color w:val="5D7284"/>
          <w:sz w:val="22"/>
        </w:rPr>
        <w:t>57:47</w:t>
      </w:r>
    </w:p>
    <w:p>
      <w:pPr>
        <w:spacing w:after="0"/>
      </w:pPr>
      <w:r>
        <w:rPr>
          <w:rFonts w:ascii="Arial" w:hAnsi="Arial"/>
          <w:sz w:val="22"/>
        </w:rPr>
        <w:t>episode was edited by Adam Hull,  our music was by Maisie Crundon and we'd like to thank the rest of the team involved</w:t>
      </w:r>
    </w:p>
    <w:p>
      <w:pPr>
        <w:spacing w:after="0"/>
      </w:pPr>
    </w:p>
    <w:p>
      <w:pPr>
        <w:spacing w:after="0"/>
      </w:pPr>
      <w:r>
        <w:rPr>
          <w:rFonts w:ascii="Arial" w:hAnsi="Arial"/>
          <w:b/>
          <w:sz w:val="22"/>
        </w:rPr>
        <w:t xml:space="preserve">outro   </w:t>
      </w:r>
      <w:r>
        <w:rPr>
          <w:rFonts w:ascii="Arial" w:hAnsi="Arial"/>
          <w:color w:val="5D7284"/>
          <w:sz w:val="22"/>
        </w:rPr>
        <w:t>57:47</w:t>
      </w:r>
    </w:p>
    <w:p>
      <w:pPr>
        <w:spacing w:after="0"/>
      </w:pPr>
      <w:r>
        <w:rPr>
          <w:rFonts w:ascii="Arial" w:hAnsi="Arial"/>
          <w:sz w:val="22"/>
        </w:rPr>
        <w:t>(Alice) Bye (Lucy) Bye. Shh! Dont wake Tora ,Thanks for listening to the lABLEd Podcast. if you liked the show, you can rate review and subscribe and you can follow us on social media at lABLEd Pod. This</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