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Bonus bit_ An introduction to Julia Rodas</w:t>
      </w:r>
    </w:p>
    <w:p>
      <w:r>
        <w:rPr>
          <w:rFonts w:ascii="Arial" w:hAnsi="Arial"/>
          <w:color w:val="4F6880"/>
          <w:sz w:val="22"/>
        </w:rPr>
        <w:t>Mon, Feb 05, 2024 3:55PM • 12:24</w:t>
      </w:r>
    </w:p>
    <w:p>
      <w:pPr>
        <w:spacing w:before="440" w:after="0"/>
      </w:pPr>
      <w:r>
        <w:rPr>
          <w:rFonts w:ascii="Arial" w:hAnsi="Arial"/>
          <w:b/>
          <w:color w:val="4F6880"/>
          <w:sz w:val="22"/>
        </w:rPr>
        <w:t>SUMMARY KEYWORDS</w:t>
      </w:r>
    </w:p>
    <w:p>
      <w:r>
        <w:rPr>
          <w:rFonts w:ascii="Arial" w:hAnsi="Arial"/>
          <w:color w:val="4F6880"/>
          <w:sz w:val="22"/>
        </w:rPr>
        <w:t>disability, lucy, julia, episode, talk, podcast, bit, stereotypes, conversation, alice, thinking, today, literature, jane eyre, disability studies, museum, work, teach, story, fabled</w:t>
      </w:r>
    </w:p>
    <w:p>
      <w:pPr>
        <w:spacing w:before="440" w:after="0"/>
      </w:pPr>
      <w:r>
        <w:rPr>
          <w:rFonts w:ascii="Arial" w:hAnsi="Arial"/>
          <w:b/>
          <w:color w:val="4F6880"/>
          <w:sz w:val="22"/>
        </w:rPr>
        <w:t>SPEAKERS</w:t>
      </w:r>
    </w:p>
    <w:p>
      <w:r>
        <w:rPr>
          <w:rFonts w:ascii="Arial" w:hAnsi="Arial"/>
          <w:color w:val="4F6880"/>
          <w:sz w:val="22"/>
        </w:rPr>
        <w:t xml:space="preserve">outro , Alice, Theme Tune, Lucy, Disclaimer, Julia </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00:05</w:t>
      </w:r>
    </w:p>
    <w:p>
      <w:pPr>
        <w:spacing w:after="0"/>
      </w:pPr>
      <w:r>
        <w:rPr>
          <w:rFonts w:ascii="Arial" w:hAnsi="Arial"/>
          <w:sz w:val="22"/>
        </w:rPr>
        <w:t xml:space="preserve">And I'm Alice.... (Dog barks) and that's Lola </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im so much more than what you see we all live our lives differently, kelidescope identity, and this is who I'm  meant to be, I'm just labelled me. I just labeled me</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Julia   </w:t>
      </w:r>
      <w:r>
        <w:rPr>
          <w:rFonts w:ascii="Arial" w:hAnsi="Arial"/>
          <w:color w:val="5D7284"/>
          <w:sz w:val="22"/>
        </w:rPr>
        <w:t>00:57</w:t>
      </w:r>
    </w:p>
    <w:p>
      <w:pPr>
        <w:spacing w:after="0"/>
      </w:pPr>
      <w:r>
        <w:rPr>
          <w:rFonts w:ascii="Arial" w:hAnsi="Arial"/>
          <w:sz w:val="22"/>
        </w:rPr>
        <w:t>hello.</w:t>
      </w:r>
    </w:p>
    <w:p>
      <w:pPr>
        <w:spacing w:after="0"/>
      </w:pPr>
    </w:p>
    <w:p>
      <w:pPr>
        <w:spacing w:after="0"/>
      </w:pPr>
      <w:r>
        <w:rPr>
          <w:rFonts w:ascii="Arial" w:hAnsi="Arial"/>
          <w:b/>
          <w:sz w:val="22"/>
        </w:rPr>
        <w:t xml:space="preserve">Julia   </w:t>
      </w:r>
      <w:r>
        <w:rPr>
          <w:rFonts w:ascii="Arial" w:hAnsi="Arial"/>
          <w:color w:val="5D7284"/>
          <w:sz w:val="22"/>
        </w:rPr>
        <w:t>00:59</w:t>
      </w:r>
    </w:p>
    <w:p>
      <w:pPr>
        <w:spacing w:after="0"/>
      </w:pPr>
      <w:r>
        <w:rPr>
          <w:rFonts w:ascii="Arial" w:hAnsi="Arial"/>
          <w:sz w:val="22"/>
        </w:rPr>
        <w:t>hi Lucy.</w:t>
      </w:r>
    </w:p>
    <w:p>
      <w:pPr>
        <w:spacing w:after="0"/>
      </w:pPr>
    </w:p>
    <w:p>
      <w:pPr>
        <w:spacing w:after="0"/>
      </w:pPr>
      <w:r>
        <w:rPr>
          <w:rFonts w:ascii="Arial" w:hAnsi="Arial"/>
          <w:b/>
          <w:sz w:val="22"/>
        </w:rPr>
        <w:t xml:space="preserve">Lucy  </w:t>
      </w:r>
      <w:r>
        <w:rPr>
          <w:rFonts w:ascii="Arial" w:hAnsi="Arial"/>
          <w:color w:val="5D7284"/>
          <w:sz w:val="22"/>
        </w:rPr>
        <w:t>00:59</w:t>
      </w:r>
    </w:p>
    <w:p>
      <w:pPr>
        <w:spacing w:after="0"/>
      </w:pPr>
      <w:r>
        <w:rPr>
          <w:rFonts w:ascii="Arial" w:hAnsi="Arial"/>
          <w:sz w:val="22"/>
        </w:rPr>
        <w:t>hi Julia.</w:t>
      </w:r>
    </w:p>
    <w:p>
      <w:pPr>
        <w:spacing w:after="0"/>
      </w:pPr>
    </w:p>
    <w:p>
      <w:pPr>
        <w:spacing w:after="0"/>
      </w:pPr>
      <w:r>
        <w:rPr>
          <w:rFonts w:ascii="Arial" w:hAnsi="Arial"/>
          <w:b/>
          <w:sz w:val="22"/>
        </w:rPr>
        <w:t xml:space="preserve">Alice  </w:t>
      </w:r>
      <w:r>
        <w:rPr>
          <w:rFonts w:ascii="Arial" w:hAnsi="Arial"/>
          <w:color w:val="5D7284"/>
          <w:sz w:val="22"/>
        </w:rPr>
        <w:t>01:02</w:t>
      </w:r>
    </w:p>
    <w:p>
      <w:pPr>
        <w:spacing w:after="0"/>
      </w:pPr>
      <w:r>
        <w:rPr>
          <w:rFonts w:ascii="Arial" w:hAnsi="Arial"/>
          <w:sz w:val="22"/>
        </w:rPr>
        <w:t>So this is our test record. if you are listening to this, then it went well, and everything worked. We are sitting in the story museum while I am sitting in story Museum. Julia is sitting in the story Museum. Adam is Off mic in the story Museum. Dora is snorting around and making background noise at the story Museum. Louisa is</w:t>
      </w:r>
    </w:p>
    <w:p>
      <w:pPr>
        <w:spacing w:after="0"/>
      </w:pPr>
    </w:p>
    <w:p>
      <w:pPr>
        <w:spacing w:after="0"/>
      </w:pPr>
      <w:r>
        <w:rPr>
          <w:rFonts w:ascii="Arial" w:hAnsi="Arial"/>
          <w:b/>
          <w:sz w:val="22"/>
        </w:rPr>
        <w:t xml:space="preserve">Julia   </w:t>
      </w:r>
      <w:r>
        <w:rPr>
          <w:rFonts w:ascii="Arial" w:hAnsi="Arial"/>
          <w:color w:val="5D7284"/>
          <w:sz w:val="22"/>
        </w:rPr>
        <w:t>01:25</w:t>
      </w:r>
    </w:p>
    <w:p>
      <w:pPr>
        <w:spacing w:after="0"/>
      </w:pPr>
      <w:r>
        <w:rPr>
          <w:rFonts w:ascii="Arial" w:hAnsi="Arial"/>
          <w:sz w:val="22"/>
        </w:rPr>
        <w:t>actually giving me some love.</w:t>
      </w:r>
    </w:p>
    <w:p>
      <w:pPr>
        <w:spacing w:after="0"/>
      </w:pPr>
    </w:p>
    <w:p>
      <w:pPr>
        <w:spacing w:after="0"/>
      </w:pPr>
      <w:r>
        <w:rPr>
          <w:rFonts w:ascii="Arial" w:hAnsi="Arial"/>
          <w:b/>
          <w:sz w:val="22"/>
        </w:rPr>
        <w:t xml:space="preserve">Alice  </w:t>
      </w:r>
      <w:r>
        <w:rPr>
          <w:rFonts w:ascii="Arial" w:hAnsi="Arial"/>
          <w:color w:val="5D7284"/>
          <w:sz w:val="22"/>
        </w:rPr>
        <w:t>01:28</w:t>
      </w:r>
    </w:p>
    <w:p>
      <w:pPr>
        <w:spacing w:after="0"/>
      </w:pPr>
      <w:r>
        <w:rPr>
          <w:rFonts w:ascii="Arial" w:hAnsi="Arial"/>
          <w:sz w:val="22"/>
        </w:rPr>
        <w:t>Lucy is joining us from what is probably like 100 Odd miles away. Yes, about at home. We've been planning this event for a little while and everything seems to have gone wrong along the way.</w:t>
      </w:r>
    </w:p>
    <w:p>
      <w:pPr>
        <w:spacing w:after="0"/>
      </w:pPr>
    </w:p>
    <w:p>
      <w:pPr>
        <w:spacing w:after="0"/>
      </w:pPr>
      <w:r>
        <w:rPr>
          <w:rFonts w:ascii="Arial" w:hAnsi="Arial"/>
          <w:b/>
          <w:sz w:val="22"/>
        </w:rPr>
        <w:t xml:space="preserve">Lucy  </w:t>
      </w:r>
      <w:r>
        <w:rPr>
          <w:rFonts w:ascii="Arial" w:hAnsi="Arial"/>
          <w:color w:val="5D7284"/>
          <w:sz w:val="22"/>
        </w:rPr>
        <w:t>01:43</w:t>
      </w:r>
    </w:p>
    <w:p>
      <w:pPr>
        <w:spacing w:after="0"/>
      </w:pPr>
      <w:r>
        <w:rPr>
          <w:rFonts w:ascii="Arial" w:hAnsi="Arial"/>
          <w:sz w:val="22"/>
        </w:rPr>
        <w:t>Everything that could go wrong has gone wrong. Yes. The</w:t>
      </w:r>
    </w:p>
    <w:p>
      <w:pPr>
        <w:spacing w:after="0"/>
      </w:pPr>
    </w:p>
    <w:p>
      <w:pPr>
        <w:spacing w:after="0"/>
      </w:pPr>
      <w:r>
        <w:rPr>
          <w:rFonts w:ascii="Arial" w:hAnsi="Arial"/>
          <w:b/>
          <w:sz w:val="22"/>
        </w:rPr>
        <w:t xml:space="preserve">Alice  </w:t>
      </w:r>
      <w:r>
        <w:rPr>
          <w:rFonts w:ascii="Arial" w:hAnsi="Arial"/>
          <w:color w:val="5D7284"/>
          <w:sz w:val="22"/>
        </w:rPr>
        <w:t>01:48</w:t>
      </w:r>
    </w:p>
    <w:p>
      <w:pPr>
        <w:spacing w:after="0"/>
      </w:pPr>
      <w:r>
        <w:rPr>
          <w:rFonts w:ascii="Arial" w:hAnsi="Arial"/>
          <w:sz w:val="22"/>
        </w:rPr>
        <w:t>when we got here, the events manager came and settled us in and said we're not expecting a fire drill. So if you hear an alarm, I thought Yeah, all right. here we go.</w:t>
      </w:r>
    </w:p>
    <w:p>
      <w:pPr>
        <w:spacing w:after="0"/>
      </w:pPr>
    </w:p>
    <w:p>
      <w:pPr>
        <w:spacing w:after="0"/>
      </w:pPr>
      <w:r>
        <w:rPr>
          <w:rFonts w:ascii="Arial" w:hAnsi="Arial"/>
          <w:b/>
          <w:sz w:val="22"/>
        </w:rPr>
        <w:t xml:space="preserve">Julia   </w:t>
      </w:r>
      <w:r>
        <w:rPr>
          <w:rFonts w:ascii="Arial" w:hAnsi="Arial"/>
          <w:color w:val="5D7284"/>
          <w:sz w:val="22"/>
        </w:rPr>
        <w:t>02:01</w:t>
      </w:r>
    </w:p>
    <w:p>
      <w:pPr>
        <w:spacing w:after="0"/>
      </w:pPr>
      <w:r>
        <w:rPr>
          <w:rFonts w:ascii="Arial" w:hAnsi="Arial"/>
          <w:sz w:val="22"/>
        </w:rPr>
        <w:t>Pretty much guarantee. Yeah,</w:t>
      </w:r>
    </w:p>
    <w:p>
      <w:pPr>
        <w:spacing w:after="0"/>
      </w:pPr>
    </w:p>
    <w:p>
      <w:pPr>
        <w:spacing w:after="0"/>
      </w:pPr>
      <w:r>
        <w:rPr>
          <w:rFonts w:ascii="Arial" w:hAnsi="Arial"/>
          <w:b/>
          <w:sz w:val="22"/>
        </w:rPr>
        <w:t xml:space="preserve">Alice  </w:t>
      </w:r>
      <w:r>
        <w:rPr>
          <w:rFonts w:ascii="Arial" w:hAnsi="Arial"/>
          <w:color w:val="5D7284"/>
          <w:sz w:val="22"/>
        </w:rPr>
        <w:t>02:02</w:t>
      </w:r>
    </w:p>
    <w:p>
      <w:pPr>
        <w:spacing w:after="0"/>
      </w:pPr>
      <w:r>
        <w:rPr>
          <w:rFonts w:ascii="Arial" w:hAnsi="Arial"/>
          <w:sz w:val="22"/>
        </w:rPr>
        <w:t>absolutely. So yeah, we have managed to bring Lucy in via the the life hack. That is technology. I'm so pleased that we've managed to make this work. I'm really pleased to have you here loose and really pleased, Julia, for you to join us. I</w:t>
      </w:r>
    </w:p>
    <w:p>
      <w:pPr>
        <w:spacing w:after="0"/>
      </w:pPr>
    </w:p>
    <w:p>
      <w:pPr>
        <w:spacing w:after="0"/>
      </w:pPr>
      <w:r>
        <w:rPr>
          <w:rFonts w:ascii="Arial" w:hAnsi="Arial"/>
          <w:b/>
          <w:sz w:val="22"/>
        </w:rPr>
        <w:t xml:space="preserve">Julia   </w:t>
      </w:r>
      <w:r>
        <w:rPr>
          <w:rFonts w:ascii="Arial" w:hAnsi="Arial"/>
          <w:color w:val="5D7284"/>
          <w:sz w:val="22"/>
        </w:rPr>
        <w:t>02:22</w:t>
      </w:r>
    </w:p>
    <w:p>
      <w:pPr>
        <w:spacing w:after="0"/>
      </w:pPr>
      <w:r>
        <w:rPr>
          <w:rFonts w:ascii="Arial" w:hAnsi="Arial"/>
          <w:sz w:val="22"/>
        </w:rPr>
        <w:t>am so delighted and grateful to have been asked thanks, guys for for the opportunity.</w:t>
      </w:r>
    </w:p>
    <w:p>
      <w:pPr>
        <w:spacing w:after="0"/>
      </w:pPr>
    </w:p>
    <w:p>
      <w:pPr>
        <w:spacing w:after="0"/>
      </w:pPr>
      <w:r>
        <w:rPr>
          <w:rFonts w:ascii="Arial" w:hAnsi="Arial"/>
          <w:b/>
          <w:sz w:val="22"/>
        </w:rPr>
        <w:t xml:space="preserve">Alice  </w:t>
      </w:r>
      <w:r>
        <w:rPr>
          <w:rFonts w:ascii="Arial" w:hAnsi="Arial"/>
          <w:color w:val="5D7284"/>
          <w:sz w:val="22"/>
        </w:rPr>
        <w:t>02:28</w:t>
      </w:r>
    </w:p>
    <w:p>
      <w:pPr>
        <w:spacing w:after="0"/>
      </w:pPr>
      <w:r>
        <w:rPr>
          <w:rFonts w:ascii="Arial" w:hAnsi="Arial"/>
          <w:sz w:val="22"/>
        </w:rPr>
        <w:t>Thank you. So I just thought this might be a nice opportunity, Julia, for you to just tell us a little bit about who you are and kind of what your background is. Well,</w:t>
      </w:r>
    </w:p>
    <w:p>
      <w:pPr>
        <w:spacing w:after="0"/>
      </w:pPr>
    </w:p>
    <w:p>
      <w:pPr>
        <w:spacing w:after="0"/>
      </w:pPr>
      <w:r>
        <w:rPr>
          <w:rFonts w:ascii="Arial" w:hAnsi="Arial"/>
          <w:b/>
          <w:sz w:val="22"/>
        </w:rPr>
        <w:t xml:space="preserve">Julia   </w:t>
      </w:r>
      <w:r>
        <w:rPr>
          <w:rFonts w:ascii="Arial" w:hAnsi="Arial"/>
          <w:color w:val="5D7284"/>
          <w:sz w:val="22"/>
        </w:rPr>
        <w:t>02:40</w:t>
      </w:r>
    </w:p>
    <w:p>
      <w:pPr>
        <w:spacing w:after="0"/>
      </w:pPr>
      <w:r>
        <w:rPr>
          <w:rFonts w:ascii="Arial" w:hAnsi="Arial"/>
          <w:sz w:val="22"/>
        </w:rPr>
        <w:t>my name is Julia Malay wrote us and I am here from New York where I teach at CUNY is Bronx Community College but also sometimes at some of the other CUNY colleges. And I usually am teaching writing but I also teach disability Studies. I don't know if you've had other people on the program who</w:t>
      </w:r>
    </w:p>
    <w:p>
      <w:pPr>
        <w:spacing w:after="0"/>
      </w:pPr>
    </w:p>
    <w:p>
      <w:pPr>
        <w:spacing w:after="0"/>
      </w:pPr>
      <w:r>
        <w:rPr>
          <w:rFonts w:ascii="Arial" w:hAnsi="Arial"/>
          <w:b/>
          <w:sz w:val="22"/>
        </w:rPr>
        <w:t xml:space="preserve">Alice  </w:t>
      </w:r>
      <w:r>
        <w:rPr>
          <w:rFonts w:ascii="Arial" w:hAnsi="Arial"/>
          <w:color w:val="5D7284"/>
          <w:sz w:val="22"/>
        </w:rPr>
        <w:t>03:06</w:t>
      </w:r>
    </w:p>
    <w:p>
      <w:pPr>
        <w:spacing w:after="0"/>
      </w:pPr>
      <w:r>
        <w:rPr>
          <w:rFonts w:ascii="Arial" w:hAnsi="Arial"/>
          <w:sz w:val="22"/>
        </w:rPr>
        <w:t>not necessarily people who teach disability studies, but we're kind of I think generally as a as an audience in a podcasting team, have a bit of an understanding of what disability studies isn't means. So</w:t>
      </w:r>
    </w:p>
    <w:p>
      <w:pPr>
        <w:spacing w:after="0"/>
      </w:pPr>
    </w:p>
    <w:p>
      <w:pPr>
        <w:spacing w:after="0"/>
      </w:pPr>
      <w:r>
        <w:rPr>
          <w:rFonts w:ascii="Arial" w:hAnsi="Arial"/>
          <w:b/>
          <w:sz w:val="22"/>
        </w:rPr>
        <w:t xml:space="preserve">Julia   </w:t>
      </w:r>
      <w:r>
        <w:rPr>
          <w:rFonts w:ascii="Arial" w:hAnsi="Arial"/>
          <w:color w:val="5D7284"/>
          <w:sz w:val="22"/>
        </w:rPr>
        <w:t>03:21</w:t>
      </w:r>
    </w:p>
    <w:p>
      <w:pPr>
        <w:spacing w:after="0"/>
      </w:pPr>
      <w:r>
        <w:rPr>
          <w:rFonts w:ascii="Arial" w:hAnsi="Arial"/>
          <w:sz w:val="22"/>
        </w:rPr>
        <w:t>I kind of work disability into everything that I do in my professional life. And it's you know, it's also just a part of my personal life. I myself identify as non disabled, although I'm not 100% Sure, I believe in that category. But I come to disability studies, partly because I grew up with a disabled sibling. And he and I were very close growing up, and I feel like I'm culturally oriented toward disability because I just grew up in it. And I have a book about autism. And I've written quite a bit about blindness about autism, and about other kinds of disability just the way it's represented in literature.</w:t>
      </w:r>
    </w:p>
    <w:p>
      <w:pPr>
        <w:spacing w:after="0"/>
      </w:pPr>
    </w:p>
    <w:p>
      <w:pPr>
        <w:spacing w:after="0"/>
      </w:pPr>
      <w:r>
        <w:rPr>
          <w:rFonts w:ascii="Arial" w:hAnsi="Arial"/>
          <w:b/>
          <w:sz w:val="22"/>
        </w:rPr>
        <w:t xml:space="preserve">Alice  </w:t>
      </w:r>
      <w:r>
        <w:rPr>
          <w:rFonts w:ascii="Arial" w:hAnsi="Arial"/>
          <w:color w:val="5D7284"/>
          <w:sz w:val="22"/>
        </w:rPr>
        <w:t>04:26</w:t>
      </w:r>
    </w:p>
    <w:p>
      <w:pPr>
        <w:spacing w:after="0"/>
      </w:pPr>
      <w:r>
        <w:rPr>
          <w:rFonts w:ascii="Arial" w:hAnsi="Arial"/>
          <w:sz w:val="22"/>
        </w:rPr>
        <w:t>And that's how I sort of stumbled upon you Julia was when I was preparing for the fabled episode that I did about Jane Eyre. I read a book all about disability and Jane Eyre and didn't manage I There's so much to talk about that I didn't really manage to actually fit any of your perspective on Jane Eyre into our episode I focused more on the kind of the mad woman and the blind man elements of of the story, but</w:t>
      </w:r>
    </w:p>
    <w:p>
      <w:pPr>
        <w:spacing w:after="0"/>
      </w:pPr>
    </w:p>
    <w:p>
      <w:pPr>
        <w:spacing w:after="0"/>
      </w:pPr>
      <w:r>
        <w:rPr>
          <w:rFonts w:ascii="Arial" w:hAnsi="Arial"/>
          <w:b/>
          <w:sz w:val="22"/>
        </w:rPr>
        <w:t xml:space="preserve">Julia   </w:t>
      </w:r>
      <w:r>
        <w:rPr>
          <w:rFonts w:ascii="Arial" w:hAnsi="Arial"/>
          <w:color w:val="5D7284"/>
          <w:sz w:val="22"/>
        </w:rPr>
        <w:t>04:58</w:t>
      </w:r>
    </w:p>
    <w:p>
      <w:pPr>
        <w:spacing w:after="0"/>
      </w:pPr>
      <w:r>
        <w:rPr>
          <w:rFonts w:ascii="Arial" w:hAnsi="Arial"/>
          <w:sz w:val="22"/>
        </w:rPr>
        <w:t>I loved  that Episode (laughs)</w:t>
      </w:r>
    </w:p>
    <w:p>
      <w:pPr>
        <w:spacing w:after="0"/>
      </w:pPr>
    </w:p>
    <w:p>
      <w:pPr>
        <w:spacing w:after="0"/>
      </w:pPr>
      <w:r>
        <w:rPr>
          <w:rFonts w:ascii="Arial" w:hAnsi="Arial"/>
          <w:b/>
          <w:sz w:val="22"/>
        </w:rPr>
        <w:t xml:space="preserve">Alice  </w:t>
      </w:r>
      <w:r>
        <w:rPr>
          <w:rFonts w:ascii="Arial" w:hAnsi="Arial"/>
          <w:color w:val="5D7284"/>
          <w:sz w:val="22"/>
        </w:rPr>
        <w:t>05:00</w:t>
      </w:r>
    </w:p>
    <w:p>
      <w:pPr>
        <w:spacing w:after="0"/>
      </w:pPr>
      <w:r>
        <w:rPr>
          <w:rFonts w:ascii="Arial" w:hAnsi="Arial"/>
          <w:sz w:val="22"/>
        </w:rPr>
        <w:t>Ahhh...Thank you exciting.</w:t>
      </w:r>
    </w:p>
    <w:p>
      <w:pPr>
        <w:spacing w:after="0"/>
      </w:pPr>
    </w:p>
    <w:p>
      <w:pPr>
        <w:spacing w:after="0"/>
      </w:pPr>
      <w:r>
        <w:rPr>
          <w:rFonts w:ascii="Arial" w:hAnsi="Arial"/>
          <w:b/>
          <w:sz w:val="22"/>
        </w:rPr>
        <w:t xml:space="preserve">Lucy  </w:t>
      </w:r>
      <w:r>
        <w:rPr>
          <w:rFonts w:ascii="Arial" w:hAnsi="Arial"/>
          <w:color w:val="5D7284"/>
          <w:sz w:val="22"/>
        </w:rPr>
        <w:t>05:03</w:t>
      </w:r>
    </w:p>
    <w:p>
      <w:pPr>
        <w:spacing w:after="0"/>
      </w:pPr>
      <w:r>
        <w:rPr>
          <w:rFonts w:ascii="Arial" w:hAnsi="Arial"/>
          <w:sz w:val="22"/>
        </w:rPr>
        <w:t xml:space="preserve">That's really nice to me that really, especially from somebody who's like, you know, we took inspiration from some of your research, its really nice to hear wr did a good job. So thank you </w:t>
      </w:r>
    </w:p>
    <w:p>
      <w:pPr>
        <w:spacing w:after="0"/>
      </w:pPr>
    </w:p>
    <w:p>
      <w:pPr>
        <w:spacing w:after="0"/>
      </w:pPr>
      <w:r>
        <w:rPr>
          <w:rFonts w:ascii="Arial" w:hAnsi="Arial"/>
          <w:b/>
          <w:sz w:val="22"/>
        </w:rPr>
        <w:t xml:space="preserve">Julia   </w:t>
      </w:r>
      <w:r>
        <w:rPr>
          <w:rFonts w:ascii="Arial" w:hAnsi="Arial"/>
          <w:color w:val="5D7284"/>
          <w:sz w:val="22"/>
        </w:rPr>
        <w:t>05:17</w:t>
      </w:r>
    </w:p>
    <w:p>
      <w:pPr>
        <w:spacing w:after="0"/>
      </w:pPr>
      <w:r>
        <w:rPr>
          <w:rFonts w:ascii="Arial" w:hAnsi="Arial"/>
          <w:sz w:val="22"/>
        </w:rPr>
        <w:t>it's just it's a fun little club of people who are interested in disability and literature and, you know, thinking about disability in literature in more complicated ways than just flat stereotypes. So,</w:t>
      </w:r>
    </w:p>
    <w:p>
      <w:pPr>
        <w:spacing w:after="0"/>
      </w:pPr>
    </w:p>
    <w:p>
      <w:pPr>
        <w:spacing w:after="0"/>
      </w:pPr>
      <w:r>
        <w:rPr>
          <w:rFonts w:ascii="Arial" w:hAnsi="Arial"/>
          <w:b/>
          <w:sz w:val="22"/>
        </w:rPr>
        <w:t xml:space="preserve">Alice  </w:t>
      </w:r>
      <w:r>
        <w:rPr>
          <w:rFonts w:ascii="Arial" w:hAnsi="Arial"/>
          <w:color w:val="5D7284"/>
          <w:sz w:val="22"/>
        </w:rPr>
        <w:t>05:33</w:t>
      </w:r>
    </w:p>
    <w:p>
      <w:pPr>
        <w:spacing w:after="0"/>
      </w:pPr>
      <w:r>
        <w:rPr>
          <w:rFonts w:ascii="Arial" w:hAnsi="Arial"/>
          <w:sz w:val="22"/>
        </w:rPr>
        <w:t>yes, and that's one of the things that you're going to be talking to us a bit about today in disability literature. And we'll, I won't spoil it, and we'll all see it when it comes up in the feed of what Julia  is actually going to talk about. But I think it's going to be really interesting. It's going to be I think it's gonna be a bit thick, it's going to be heavy go in, but I think I mean, Lucy knows that, you know, my, my role on this podcast is very much to bring it down.</w:t>
      </w:r>
    </w:p>
    <w:p>
      <w:pPr>
        <w:spacing w:after="0"/>
      </w:pPr>
    </w:p>
    <w:p>
      <w:pPr>
        <w:spacing w:after="0"/>
      </w:pPr>
      <w:r>
        <w:rPr>
          <w:rFonts w:ascii="Arial" w:hAnsi="Arial"/>
          <w:b/>
          <w:sz w:val="22"/>
        </w:rPr>
        <w:t xml:space="preserve">Lucy  </w:t>
      </w:r>
      <w:r>
        <w:rPr>
          <w:rFonts w:ascii="Arial" w:hAnsi="Arial"/>
          <w:color w:val="5D7284"/>
          <w:sz w:val="22"/>
        </w:rPr>
        <w:t>06:03</w:t>
      </w:r>
    </w:p>
    <w:p>
      <w:pPr>
        <w:spacing w:after="0"/>
      </w:pPr>
      <w:r>
        <w:rPr>
          <w:rFonts w:ascii="Arial" w:hAnsi="Arial"/>
          <w:sz w:val="22"/>
        </w:rPr>
        <w:t>Would you like to? Would you like to tell everybody what my role was?</w:t>
      </w:r>
    </w:p>
    <w:p>
      <w:pPr>
        <w:spacing w:after="0"/>
      </w:pPr>
    </w:p>
    <w:p>
      <w:pPr>
        <w:spacing w:after="0"/>
      </w:pPr>
      <w:r>
        <w:rPr>
          <w:rFonts w:ascii="Arial" w:hAnsi="Arial"/>
          <w:b/>
          <w:sz w:val="22"/>
        </w:rPr>
        <w:t xml:space="preserve">Alice  </w:t>
      </w:r>
      <w:r>
        <w:rPr>
          <w:rFonts w:ascii="Arial" w:hAnsi="Arial"/>
          <w:color w:val="5D7284"/>
          <w:sz w:val="22"/>
        </w:rPr>
        <w:t>06:08</w:t>
      </w:r>
    </w:p>
    <w:p>
      <w:pPr>
        <w:spacing w:after="0"/>
      </w:pPr>
      <w:r>
        <w:rPr>
          <w:rFonts w:ascii="Arial" w:hAnsi="Arial"/>
          <w:sz w:val="22"/>
        </w:rPr>
        <w:t>looses the the light relief, aren't you?</w:t>
      </w:r>
    </w:p>
    <w:p>
      <w:pPr>
        <w:spacing w:after="0"/>
      </w:pPr>
    </w:p>
    <w:p>
      <w:pPr>
        <w:spacing w:after="0"/>
      </w:pPr>
      <w:r>
        <w:rPr>
          <w:rFonts w:ascii="Arial" w:hAnsi="Arial"/>
          <w:b/>
          <w:sz w:val="22"/>
        </w:rPr>
        <w:t xml:space="preserve">Lucy  </w:t>
      </w:r>
      <w:r>
        <w:rPr>
          <w:rFonts w:ascii="Arial" w:hAnsi="Arial"/>
          <w:color w:val="5D7284"/>
          <w:sz w:val="22"/>
        </w:rPr>
        <w:t>06:12</w:t>
      </w:r>
    </w:p>
    <w:p>
      <w:pPr>
        <w:spacing w:after="0"/>
      </w:pPr>
      <w:r>
        <w:rPr>
          <w:rFonts w:ascii="Arial" w:hAnsi="Arial"/>
          <w:sz w:val="22"/>
        </w:rPr>
        <w:t>I am your clown.</w:t>
      </w:r>
    </w:p>
    <w:p>
      <w:pPr>
        <w:spacing w:after="0"/>
      </w:pPr>
    </w:p>
    <w:p>
      <w:pPr>
        <w:spacing w:after="0"/>
      </w:pPr>
      <w:r>
        <w:rPr>
          <w:rFonts w:ascii="Arial" w:hAnsi="Arial"/>
          <w:b/>
          <w:sz w:val="22"/>
        </w:rPr>
        <w:t xml:space="preserve">Julia   </w:t>
      </w:r>
      <w:r>
        <w:rPr>
          <w:rFonts w:ascii="Arial" w:hAnsi="Arial"/>
          <w:color w:val="5D7284"/>
          <w:sz w:val="22"/>
        </w:rPr>
        <w:t>06:14</w:t>
      </w:r>
    </w:p>
    <w:p>
      <w:pPr>
        <w:spacing w:after="0"/>
      </w:pPr>
      <w:r>
        <w:rPr>
          <w:rFonts w:ascii="Arial" w:hAnsi="Arial"/>
          <w:sz w:val="22"/>
        </w:rPr>
        <w:t>I'm actually a bit nervous. because, you know, typically, even even though I've been teaching for, you know, more than 25 years, like going into the classroom, I'm always over prepared. And I'm always thinking, Oh, my God, I have to talk about this thing. And I have to talk about this thing. And I feel a bit that way. Today. I think I've I've troubled you guys in the weeks and months leading up to this by, you know, over preparing, and just today, I'm kind of walking in thinking, you know what, that I think that that fabled podcast podcast that we're talking about? you know, they're, they're kind of three or four big things to talk about. And I am grateful to you guys for shifting the tone of the conversation in a way that makes it more accessible for more people.</w:t>
      </w:r>
    </w:p>
    <w:p>
      <w:pPr>
        <w:spacing w:after="0"/>
      </w:pPr>
    </w:p>
    <w:p>
      <w:pPr>
        <w:spacing w:after="0"/>
      </w:pPr>
      <w:r>
        <w:rPr>
          <w:rFonts w:ascii="Arial" w:hAnsi="Arial"/>
          <w:b/>
          <w:sz w:val="22"/>
        </w:rPr>
        <w:t xml:space="preserve">Alice  </w:t>
      </w:r>
      <w:r>
        <w:rPr>
          <w:rFonts w:ascii="Arial" w:hAnsi="Arial"/>
          <w:color w:val="5D7284"/>
          <w:sz w:val="22"/>
        </w:rPr>
        <w:t>07:05</w:t>
      </w:r>
    </w:p>
    <w:p>
      <w:pPr>
        <w:spacing w:after="0"/>
      </w:pPr>
      <w:r>
        <w:rPr>
          <w:rFonts w:ascii="Arial" w:hAnsi="Arial"/>
          <w:sz w:val="22"/>
        </w:rPr>
        <w:t>Yeah, I mean, I think Lucy and I can be accused of not a lot of things, but being overly intellectual is not one of them.</w:t>
      </w:r>
    </w:p>
    <w:p>
      <w:pPr>
        <w:spacing w:after="0"/>
      </w:pPr>
    </w:p>
    <w:p>
      <w:pPr>
        <w:spacing w:after="0"/>
      </w:pPr>
      <w:r>
        <w:rPr>
          <w:rFonts w:ascii="Arial" w:hAnsi="Arial"/>
          <w:b/>
          <w:sz w:val="22"/>
        </w:rPr>
        <w:t xml:space="preserve">Lucy  </w:t>
      </w:r>
      <w:r>
        <w:rPr>
          <w:rFonts w:ascii="Arial" w:hAnsi="Arial"/>
          <w:color w:val="5D7284"/>
          <w:sz w:val="22"/>
        </w:rPr>
        <w:t>07:14</w:t>
      </w:r>
    </w:p>
    <w:p>
      <w:pPr>
        <w:spacing w:after="0"/>
      </w:pPr>
      <w:r>
        <w:rPr>
          <w:rFonts w:ascii="Arial" w:hAnsi="Arial"/>
          <w:sz w:val="22"/>
        </w:rPr>
        <w:t>Thanks Babe!</w:t>
      </w:r>
    </w:p>
    <w:p>
      <w:pPr>
        <w:spacing w:after="0"/>
      </w:pPr>
    </w:p>
    <w:p>
      <w:pPr>
        <w:spacing w:after="0"/>
      </w:pPr>
      <w:r>
        <w:rPr>
          <w:rFonts w:ascii="Arial" w:hAnsi="Arial"/>
          <w:b/>
          <w:sz w:val="22"/>
        </w:rPr>
        <w:t xml:space="preserve">Julia   </w:t>
      </w:r>
      <w:r>
        <w:rPr>
          <w:rFonts w:ascii="Arial" w:hAnsi="Arial"/>
          <w:color w:val="5D7284"/>
          <w:sz w:val="22"/>
        </w:rPr>
        <w:t>07:19</w:t>
      </w:r>
    </w:p>
    <w:p>
      <w:pPr>
        <w:spacing w:after="0"/>
      </w:pPr>
      <w:r>
        <w:rPr>
          <w:rFonts w:ascii="Arial" w:hAnsi="Arial"/>
          <w:sz w:val="22"/>
        </w:rPr>
        <w:t>I don't know how to respond.</w:t>
      </w:r>
    </w:p>
    <w:p>
      <w:pPr>
        <w:spacing w:after="0"/>
      </w:pPr>
    </w:p>
    <w:p>
      <w:pPr>
        <w:spacing w:after="0"/>
      </w:pPr>
      <w:r>
        <w:rPr>
          <w:rFonts w:ascii="Arial" w:hAnsi="Arial"/>
          <w:b/>
          <w:sz w:val="22"/>
        </w:rPr>
        <w:t xml:space="preserve">outro   </w:t>
      </w:r>
      <w:r>
        <w:rPr>
          <w:rFonts w:ascii="Arial" w:hAnsi="Arial"/>
          <w:color w:val="5D7284"/>
          <w:sz w:val="22"/>
        </w:rPr>
        <w:t>07:24</w:t>
      </w:r>
    </w:p>
    <w:p>
      <w:pPr>
        <w:spacing w:after="0"/>
      </w:pPr>
      <w:r>
        <w:rPr>
          <w:rFonts w:ascii="Arial" w:hAnsi="Arial"/>
          <w:sz w:val="22"/>
        </w:rPr>
        <w:t xml:space="preserve">So yeah, I think I accessible is a very kind way of saying anyone can listen to this, they don't have to have any smarts at all </w:t>
      </w:r>
    </w:p>
    <w:p>
      <w:pPr>
        <w:spacing w:after="0"/>
      </w:pPr>
    </w:p>
    <w:p>
      <w:pPr>
        <w:spacing w:after="0"/>
      </w:pPr>
      <w:r>
        <w:rPr>
          <w:rFonts w:ascii="Arial" w:hAnsi="Arial"/>
          <w:b/>
          <w:sz w:val="22"/>
        </w:rPr>
        <w:t xml:space="preserve">Julia   </w:t>
      </w:r>
      <w:r>
        <w:rPr>
          <w:rFonts w:ascii="Arial" w:hAnsi="Arial"/>
          <w:color w:val="5D7284"/>
          <w:sz w:val="22"/>
        </w:rPr>
        <w:t>07:33</w:t>
      </w:r>
    </w:p>
    <w:p>
      <w:pPr>
        <w:spacing w:after="0"/>
      </w:pPr>
      <w:r>
        <w:rPr>
          <w:rFonts w:ascii="Arial" w:hAnsi="Arial"/>
          <w:sz w:val="22"/>
        </w:rPr>
        <w:t xml:space="preserve">There are lots of smart, thoughtful people who are put off by academic language. And, you know, it's, it's important that, that we talk about, that we talk about disability in ways that people can understand, I think it's possible to have complicated ideas about disability without necessarily excluding anybody from that conversation. </w:t>
      </w:r>
    </w:p>
    <w:p>
      <w:pPr>
        <w:spacing w:after="0"/>
      </w:pPr>
    </w:p>
    <w:p>
      <w:pPr>
        <w:spacing w:after="0"/>
      </w:pPr>
      <w:r>
        <w:rPr>
          <w:rFonts w:ascii="Arial" w:hAnsi="Arial"/>
          <w:b/>
          <w:sz w:val="22"/>
        </w:rPr>
        <w:t xml:space="preserve">Alice  </w:t>
      </w:r>
      <w:r>
        <w:rPr>
          <w:rFonts w:ascii="Arial" w:hAnsi="Arial"/>
          <w:color w:val="5D7284"/>
          <w:sz w:val="22"/>
        </w:rPr>
        <w:t>08:02</w:t>
      </w:r>
    </w:p>
    <w:p>
      <w:pPr>
        <w:spacing w:after="0"/>
      </w:pPr>
      <w:r>
        <w:rPr>
          <w:rFonts w:ascii="Arial" w:hAnsi="Arial"/>
          <w:sz w:val="22"/>
        </w:rPr>
        <w:t>I think it's important to do as well, I think, you know, even if you're not actively consuming, you know, high art, you know, classic, complex literature, you those things are so well entrenched in our sort of cultural understanding of disability that they bleed into the quote unquote, lower arts, you can't help but see those same stereotypes and same conversations happening. And so everybody is exposed to them in the same way, you know, and I mean, I would also say, like, I did do a whole fabled episode on Robocop. So it's not just, it's not just high art stuff. here, were</w:t>
      </w:r>
    </w:p>
    <w:p>
      <w:pPr>
        <w:spacing w:after="0"/>
      </w:pPr>
    </w:p>
    <w:p>
      <w:pPr>
        <w:spacing w:after="0"/>
      </w:pPr>
      <w:r>
        <w:rPr>
          <w:rFonts w:ascii="Arial" w:hAnsi="Arial"/>
          <w:b/>
          <w:sz w:val="22"/>
        </w:rPr>
        <w:t xml:space="preserve">Lucy  </w:t>
      </w:r>
      <w:r>
        <w:rPr>
          <w:rFonts w:ascii="Arial" w:hAnsi="Arial"/>
          <w:color w:val="5D7284"/>
          <w:sz w:val="22"/>
        </w:rPr>
        <w:t>08:47</w:t>
      </w:r>
    </w:p>
    <w:p>
      <w:pPr>
        <w:spacing w:after="0"/>
      </w:pPr>
      <w:r>
        <w:rPr>
          <w:rFonts w:ascii="Arial" w:hAnsi="Arial"/>
          <w:sz w:val="22"/>
        </w:rPr>
        <w:t>the the episode we released yesterday was Hunchback of Notre Dame, and that was pretty that was pretty rough going. wasn't it Alice</w:t>
      </w:r>
    </w:p>
    <w:p>
      <w:pPr>
        <w:spacing w:after="0"/>
      </w:pPr>
    </w:p>
    <w:p>
      <w:pPr>
        <w:spacing w:after="0"/>
      </w:pPr>
      <w:r>
        <w:rPr>
          <w:rFonts w:ascii="Arial" w:hAnsi="Arial"/>
          <w:b/>
          <w:sz w:val="22"/>
        </w:rPr>
        <w:t xml:space="preserve">Lucy  </w:t>
      </w:r>
      <w:r>
        <w:rPr>
          <w:rFonts w:ascii="Arial" w:hAnsi="Arial"/>
          <w:color w:val="5D7284"/>
          <w:sz w:val="22"/>
        </w:rPr>
        <w:t>08:54</w:t>
      </w:r>
    </w:p>
    <w:p>
      <w:pPr>
        <w:spacing w:after="0"/>
      </w:pPr>
      <w:r>
        <w:rPr>
          <w:rFonts w:ascii="Arial" w:hAnsi="Arial"/>
          <w:sz w:val="22"/>
        </w:rPr>
        <w:t>we both came out of that feeling very, about. Yeah,</w:t>
      </w:r>
    </w:p>
    <w:p>
      <w:pPr>
        <w:spacing w:after="0"/>
      </w:pPr>
    </w:p>
    <w:p>
      <w:pPr>
        <w:spacing w:after="0"/>
      </w:pPr>
      <w:r>
        <w:rPr>
          <w:rFonts w:ascii="Arial" w:hAnsi="Arial"/>
          <w:b/>
          <w:sz w:val="22"/>
        </w:rPr>
        <w:t xml:space="preserve">Julia   </w:t>
      </w:r>
      <w:r>
        <w:rPr>
          <w:rFonts w:ascii="Arial" w:hAnsi="Arial"/>
          <w:color w:val="5D7284"/>
          <w:sz w:val="22"/>
        </w:rPr>
        <w:t>08:58</w:t>
      </w:r>
    </w:p>
    <w:p>
      <w:pPr>
        <w:spacing w:after="0"/>
      </w:pPr>
      <w:r>
        <w:rPr>
          <w:rFonts w:ascii="Arial" w:hAnsi="Arial"/>
          <w:sz w:val="22"/>
        </w:rPr>
        <w:t>Yeah, I was I was purposely like, thinking of ways of ending on a. But also, Alice, I wonder if you're cleverly segwaying us into into our conversation by talking about stereotypes. And</w:t>
      </w:r>
    </w:p>
    <w:p>
      <w:pPr>
        <w:spacing w:after="0"/>
      </w:pPr>
    </w:p>
    <w:p>
      <w:pPr>
        <w:spacing w:after="0"/>
      </w:pPr>
      <w:r>
        <w:rPr>
          <w:rFonts w:ascii="Arial" w:hAnsi="Arial"/>
          <w:b/>
          <w:sz w:val="22"/>
        </w:rPr>
        <w:t xml:space="preserve">Alice  </w:t>
      </w:r>
      <w:r>
        <w:rPr>
          <w:rFonts w:ascii="Arial" w:hAnsi="Arial"/>
          <w:color w:val="5D7284"/>
          <w:sz w:val="22"/>
        </w:rPr>
        <w:t>09:16</w:t>
      </w:r>
    </w:p>
    <w:p>
      <w:pPr>
        <w:spacing w:after="0"/>
      </w:pPr>
      <w:r>
        <w:rPr>
          <w:rFonts w:ascii="Arial" w:hAnsi="Arial"/>
          <w:sz w:val="22"/>
        </w:rPr>
        <w:t>I mean, it wasn't, but we could serve. Again, I think you're crediting me with more skills than I actually have. Yeah, I mean, that's gonna be one of the big things that we're gonna talk about today is, is stereotypes and representation. Yeah. And, you know, one of the things that we're doing with Julia is we're, we're really excited. We've kind of sort of thrown together. I say, thrown together. Julia"s done a lot of work. And so as Daisy to create a bit of a series today, that we're going to be looking at a very particular point in time in American history and exploring some of the kind of big disability and mental health related issues from that. time period. So I think this is going to be, like I said, a bit heavy going. But I think a really cool, really interesting sort of a thing to explore. And it's I'm really glad that we've got somebody from the states in to talk about it, because, you know, you will have that kind of cultural insight that, you know, Lucy can't bring us from Birmingham, unfortunately,</w:t>
      </w:r>
    </w:p>
    <w:p>
      <w:pPr>
        <w:spacing w:after="0"/>
      </w:pPr>
    </w:p>
    <w:p>
      <w:pPr>
        <w:spacing w:after="0"/>
      </w:pPr>
      <w:r>
        <w:rPr>
          <w:rFonts w:ascii="Arial" w:hAnsi="Arial"/>
          <w:b/>
          <w:sz w:val="22"/>
        </w:rPr>
        <w:t xml:space="preserve">Lucy  </w:t>
      </w:r>
      <w:r>
        <w:rPr>
          <w:rFonts w:ascii="Arial" w:hAnsi="Arial"/>
          <w:color w:val="5D7284"/>
          <w:sz w:val="22"/>
        </w:rPr>
        <w:t>10:20</w:t>
      </w:r>
    </w:p>
    <w:p>
      <w:pPr>
        <w:spacing w:after="0"/>
      </w:pPr>
      <w:r>
        <w:rPr>
          <w:rFonts w:ascii="Arial" w:hAnsi="Arial"/>
          <w:sz w:val="22"/>
        </w:rPr>
        <w:t xml:space="preserve">no. Alright, there bab how are ya </w:t>
      </w:r>
    </w:p>
    <w:p>
      <w:pPr>
        <w:spacing w:after="0"/>
      </w:pPr>
    </w:p>
    <w:p>
      <w:pPr>
        <w:spacing w:after="0"/>
      </w:pPr>
      <w:r>
        <w:rPr>
          <w:rFonts w:ascii="Arial" w:hAnsi="Arial"/>
          <w:b/>
          <w:sz w:val="22"/>
        </w:rPr>
        <w:t xml:space="preserve">Julia   </w:t>
      </w:r>
      <w:r>
        <w:rPr>
          <w:rFonts w:ascii="Arial" w:hAnsi="Arial"/>
          <w:color w:val="5D7284"/>
          <w:sz w:val="22"/>
        </w:rPr>
        <w:t>10:25</w:t>
      </w:r>
    </w:p>
    <w:p>
      <w:pPr>
        <w:spacing w:after="0"/>
      </w:pPr>
      <w:r>
        <w:rPr>
          <w:rFonts w:ascii="Arial" w:hAnsi="Arial"/>
          <w:sz w:val="22"/>
        </w:rPr>
        <w:t>And I'm really glad actually, that it's an international conversation, because I think that, like a lot of people from the States, I, you know, my my sense of the world is coming from coming from an imperial perspective, even though I don't, you know, that's not something I'm embracing. But, you know, we're kind of our own entity and immersed in our own culture, and send our culture out into the rest of the world, and wind up not having the same kind of sense of what's going on in the rest of the world that the rest of the world has about what's going on in the United States. So when I'm thinking about the US, in the late 60s and early 70s, which is the period that we're talking about today, and the three episodes that were that will be part of the series, I have to really reach to think about what's happening in the UK at that time, or you know, what's happening elsewhere in the world. It's researched for me, instead of lives lived existence. So</w:t>
      </w:r>
    </w:p>
    <w:p>
      <w:pPr>
        <w:spacing w:after="0"/>
      </w:pPr>
    </w:p>
    <w:p>
      <w:pPr>
        <w:spacing w:after="0"/>
      </w:pPr>
      <w:r>
        <w:rPr>
          <w:rFonts w:ascii="Arial" w:hAnsi="Arial"/>
          <w:b/>
          <w:sz w:val="22"/>
        </w:rPr>
        <w:t xml:space="preserve">Alice  </w:t>
      </w:r>
      <w:r>
        <w:rPr>
          <w:rFonts w:ascii="Arial" w:hAnsi="Arial"/>
          <w:color w:val="5D7284"/>
          <w:sz w:val="22"/>
        </w:rPr>
        <w:t>11:37</w:t>
      </w:r>
    </w:p>
    <w:p>
      <w:pPr>
        <w:spacing w:after="0"/>
      </w:pPr>
      <w:r>
        <w:rPr>
          <w:rFonts w:ascii="Arial" w:hAnsi="Arial"/>
          <w:sz w:val="22"/>
        </w:rPr>
        <w:t xml:space="preserve">I think with that will leave you all on a bit of a cliffhanger and say you'll have to tune into the actual episodes on your main feed out in April. And we will see you all then. Goodbye </w:t>
      </w:r>
    </w:p>
    <w:p>
      <w:pPr>
        <w:spacing w:after="0"/>
      </w:pPr>
    </w:p>
    <w:p>
      <w:pPr>
        <w:spacing w:after="0"/>
      </w:pPr>
      <w:r>
        <w:rPr>
          <w:rFonts w:ascii="Arial" w:hAnsi="Arial"/>
          <w:b/>
          <w:sz w:val="22"/>
        </w:rPr>
        <w:t xml:space="preserve">Lucy  </w:t>
      </w:r>
      <w:r>
        <w:rPr>
          <w:rFonts w:ascii="Arial" w:hAnsi="Arial"/>
          <w:color w:val="5D7284"/>
          <w:sz w:val="22"/>
        </w:rPr>
        <w:t>11:52</w:t>
      </w:r>
    </w:p>
    <w:p>
      <w:pPr>
        <w:spacing w:after="0"/>
      </w:pPr>
      <w:r>
        <w:rPr>
          <w:rFonts w:ascii="Arial" w:hAnsi="Arial"/>
          <w:sz w:val="22"/>
        </w:rPr>
        <w:t xml:space="preserve"> Bye bye.</w:t>
      </w:r>
    </w:p>
    <w:p>
      <w:pPr>
        <w:spacing w:after="0"/>
      </w:pPr>
    </w:p>
    <w:p>
      <w:pPr>
        <w:spacing w:after="0"/>
      </w:pPr>
      <w:r>
        <w:rPr>
          <w:rFonts w:ascii="Arial" w:hAnsi="Arial"/>
          <w:b/>
          <w:sz w:val="22"/>
        </w:rPr>
        <w:t xml:space="preserve">outro   </w:t>
      </w:r>
      <w:r>
        <w:rPr>
          <w:rFonts w:ascii="Arial" w:hAnsi="Arial"/>
          <w:color w:val="5D7284"/>
          <w:sz w:val="22"/>
        </w:rPr>
        <w:t>11:58</w:t>
      </w:r>
    </w:p>
    <w:p>
      <w:pPr>
        <w:spacing w:after="0"/>
      </w:pPr>
      <w:r>
        <w:rPr>
          <w:rFonts w:ascii="Arial" w:hAnsi="Arial"/>
          <w:sz w:val="22"/>
        </w:rPr>
        <w:t>don't like Tara. Thanks for listening to the lABLEd Podcast. if you liked the show, you can rate review and subscribe and you can follow us on social media at lABLEd Podcast. This</w:t>
      </w:r>
    </w:p>
    <w:p>
      <w:pPr>
        <w:spacing w:after="0"/>
      </w:pPr>
    </w:p>
    <w:p>
      <w:pPr>
        <w:spacing w:after="0"/>
      </w:pPr>
      <w:r>
        <w:rPr>
          <w:rFonts w:ascii="Arial" w:hAnsi="Arial"/>
          <w:b/>
          <w:sz w:val="22"/>
        </w:rPr>
        <w:t xml:space="preserve">Lucy  </w:t>
      </w:r>
      <w:r>
        <w:rPr>
          <w:rFonts w:ascii="Arial" w:hAnsi="Arial"/>
          <w:color w:val="5D7284"/>
          <w:sz w:val="22"/>
        </w:rPr>
        <w:t>12:09</w:t>
      </w:r>
    </w:p>
    <w:p>
      <w:pPr>
        <w:spacing w:after="0"/>
      </w:pPr>
      <w:r>
        <w:rPr>
          <w:rFonts w:ascii="Arial" w:hAnsi="Arial"/>
          <w:sz w:val="22"/>
        </w:rPr>
        <w:t>episode was edited by Adam Paul. I music was by Maisie Condon and we'd like to thank the rest of the team involved</w:t>
      </w:r>
    </w:p>
    <w:p>
      <w:pPr>
        <w:spacing w:after="0"/>
      </w:pPr>
    </w:p>
    <w:p>
      <w:pPr>
        <w:spacing w:after="0"/>
      </w:pPr>
      <w:r>
        <w:rPr>
          <w:rFonts w:ascii="Arial" w:hAnsi="Arial"/>
          <w:b/>
          <w:sz w:val="22"/>
        </w:rPr>
        <w:t xml:space="preserve">Lucy  </w:t>
      </w:r>
      <w:r>
        <w:rPr>
          <w:rFonts w:ascii="Arial" w:hAnsi="Arial"/>
          <w:color w:val="5D7284"/>
          <w:sz w:val="22"/>
        </w:rPr>
        <w:t>22:15</w:t>
      </w:r>
    </w:p>
    <w:p>
      <w:pPr>
        <w:spacing w:after="0"/>
      </w:pPr>
      <w:r>
        <w:rPr>
          <w:rFonts w:ascii="Arial" w:hAnsi="Arial"/>
          <w:sz w:val="22"/>
        </w:rPr>
        <w:t>Oh, yes,</w:t>
      </w:r>
    </w:p>
    <w:p>
      <w:pPr>
        <w:spacing w:after="0"/>
      </w:pPr>
    </w:p>
    <w:p>
      <w:pPr>
        <w:spacing w:after="0"/>
      </w:pPr>
      <w:r>
        <w:rPr>
          <w:rFonts w:ascii="Arial" w:hAnsi="Arial"/>
          <w:b/>
          <w:sz w:val="22"/>
        </w:rPr>
        <w:t xml:space="preserve">Lucy  </w:t>
      </w:r>
      <w:r>
        <w:rPr>
          <w:rFonts w:ascii="Arial" w:hAnsi="Arial"/>
          <w:color w:val="5D7284"/>
          <w:sz w:val="22"/>
        </w:rPr>
        <w:t>44:51</w:t>
      </w:r>
    </w:p>
    <w:p>
      <w:pPr>
        <w:spacing w:after="0"/>
      </w:pPr>
      <w:r>
        <w:rPr>
          <w:rFonts w:ascii="Arial" w:hAnsi="Arial"/>
          <w:sz w:val="22"/>
        </w:rPr>
        <w:t xml:space="preserve">funny! </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