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59 With Jaina Mistry</w:t>
      </w:r>
    </w:p>
    <w:p>
      <w:r>
        <w:rPr>
          <w:rFonts w:ascii="Arial" w:hAnsi="Arial"/>
          <w:color w:val="4F6880"/>
          <w:sz w:val="22"/>
        </w:rPr>
        <w:t>Mon, Feb 05, 2024 3:56PM • 1:11:21</w:t>
      </w:r>
    </w:p>
    <w:p>
      <w:pPr>
        <w:spacing w:before="440" w:after="0"/>
      </w:pPr>
      <w:r>
        <w:rPr>
          <w:rFonts w:ascii="Arial" w:hAnsi="Arial"/>
          <w:b/>
          <w:color w:val="4F6880"/>
          <w:sz w:val="22"/>
        </w:rPr>
        <w:t>SUMMARY KEYWORDS</w:t>
      </w:r>
    </w:p>
    <w:p>
      <w:r>
        <w:rPr>
          <w:rFonts w:ascii="Arial" w:hAnsi="Arial"/>
          <w:color w:val="4F6880"/>
          <w:sz w:val="22"/>
        </w:rPr>
        <w:t>dog, people, lola, laura, work, dora, jaina, guide, realise, mum, learn, years, alice, documentary, life, left, bit, kath, martin, cry</w:t>
      </w:r>
    </w:p>
    <w:p>
      <w:pPr>
        <w:spacing w:before="440" w:after="0"/>
      </w:pPr>
      <w:r>
        <w:rPr>
          <w:rFonts w:ascii="Arial" w:hAnsi="Arial"/>
          <w:b/>
          <w:color w:val="4F6880"/>
          <w:sz w:val="22"/>
        </w:rPr>
        <w:t>SPEAKERS</w:t>
      </w:r>
    </w:p>
    <w:p>
      <w:r>
        <w:rPr>
          <w:rFonts w:ascii="Arial" w:hAnsi="Arial"/>
          <w:color w:val="4F6880"/>
          <w:sz w:val="22"/>
        </w:rPr>
        <w:t>Theme Tune, Jaina,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w:t>
      </w:r>
    </w:p>
    <w:p>
      <w:pPr>
        <w:spacing w:after="0"/>
      </w:pPr>
    </w:p>
    <w:p>
      <w:pPr>
        <w:spacing w:after="0"/>
      </w:pPr>
      <w:r>
        <w:rPr>
          <w:rFonts w:ascii="Arial" w:hAnsi="Arial"/>
          <w:b/>
          <w:sz w:val="22"/>
        </w:rPr>
        <w:t xml:space="preserve">Theme Tune  </w:t>
      </w:r>
      <w:r>
        <w:rPr>
          <w:rFonts w:ascii="Arial" w:hAnsi="Arial"/>
          <w:color w:val="5D7284"/>
          <w:sz w:val="22"/>
        </w:rPr>
        <w:t>00:05</w:t>
      </w:r>
    </w:p>
    <w:p>
      <w:pPr>
        <w:spacing w:after="0"/>
      </w:pPr>
      <w:r>
        <w:rPr>
          <w:rFonts w:ascii="Arial" w:hAnsi="Arial"/>
          <w:sz w:val="22"/>
        </w:rPr>
        <w:t>I'm Lucy, and I'm Alice, *woof* and thats Lola. We live our lives differently kaleidoscope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back to the lABLEd Podcast. I am Lucy and I'm here with my co host, Alice. Hello, Alice.</w:t>
      </w:r>
    </w:p>
    <w:p>
      <w:pPr>
        <w:spacing w:after="0"/>
      </w:pPr>
    </w:p>
    <w:p>
      <w:pPr>
        <w:spacing w:after="0"/>
      </w:pPr>
      <w:r>
        <w:rPr>
          <w:rFonts w:ascii="Arial" w:hAnsi="Arial"/>
          <w:b/>
          <w:sz w:val="22"/>
        </w:rPr>
        <w:t xml:space="preserve">Alice  </w:t>
      </w:r>
      <w:r>
        <w:rPr>
          <w:rFonts w:ascii="Arial" w:hAnsi="Arial"/>
          <w:color w:val="5D7284"/>
          <w:sz w:val="22"/>
        </w:rPr>
        <w:t>00:53</w:t>
      </w:r>
    </w:p>
    <w:p>
      <w:pPr>
        <w:spacing w:after="0"/>
      </w:pPr>
      <w:r>
        <w:rPr>
          <w:rFonts w:ascii="Arial" w:hAnsi="Arial"/>
          <w:sz w:val="22"/>
        </w:rPr>
        <w:t>Hello Lucy, how are you?</w:t>
      </w:r>
    </w:p>
    <w:p>
      <w:pPr>
        <w:spacing w:after="0"/>
      </w:pPr>
    </w:p>
    <w:p>
      <w:pPr>
        <w:spacing w:after="0"/>
      </w:pPr>
      <w:r>
        <w:rPr>
          <w:rFonts w:ascii="Arial" w:hAnsi="Arial"/>
          <w:b/>
          <w:sz w:val="22"/>
        </w:rPr>
        <w:t xml:space="preserve">Lucy  </w:t>
      </w:r>
      <w:r>
        <w:rPr>
          <w:rFonts w:ascii="Arial" w:hAnsi="Arial"/>
          <w:color w:val="5D7284"/>
          <w:sz w:val="22"/>
        </w:rPr>
        <w:t>00:55</w:t>
      </w:r>
    </w:p>
    <w:p>
      <w:pPr>
        <w:spacing w:after="0"/>
      </w:pPr>
      <w:r>
        <w:rPr>
          <w:rFonts w:ascii="Arial" w:hAnsi="Arial"/>
          <w:sz w:val="22"/>
        </w:rPr>
        <w:t>I'm all right. Well, I say I'm all right. It's been a bit traumatic this morning I dyed my hair. And for some reason the hair dyes made me look like a greasy chip. I don't quite know what's happened. Never normal. Just that but yeah, it's just decided. Here's some really greasy hair. So yeah, the colors good though. Thank you very much.</w:t>
      </w:r>
    </w:p>
    <w:p>
      <w:pPr>
        <w:spacing w:after="0"/>
      </w:pPr>
    </w:p>
    <w:p>
      <w:pPr>
        <w:spacing w:after="0"/>
      </w:pPr>
      <w:r>
        <w:rPr>
          <w:rFonts w:ascii="Arial" w:hAnsi="Arial"/>
          <w:b/>
          <w:sz w:val="22"/>
        </w:rPr>
        <w:t xml:space="preserve">Alice  </w:t>
      </w:r>
      <w:r>
        <w:rPr>
          <w:rFonts w:ascii="Arial" w:hAnsi="Arial"/>
          <w:color w:val="5D7284"/>
          <w:sz w:val="22"/>
        </w:rPr>
        <w:t>01:14</w:t>
      </w:r>
    </w:p>
    <w:p>
      <w:pPr>
        <w:spacing w:after="0"/>
      </w:pPr>
      <w:r>
        <w:rPr>
          <w:rFonts w:ascii="Arial" w:hAnsi="Arial"/>
          <w:sz w:val="22"/>
        </w:rPr>
        <w:t>I've said to you before, I think you are a bigger woman than I am to keep staying with red. It's just so much upkeep. I feel like you you dye your hair and two days later you're a bit kind of orange. I have much more patience than I do for it</w:t>
      </w:r>
    </w:p>
    <w:p>
      <w:pPr>
        <w:spacing w:after="0"/>
      </w:pPr>
    </w:p>
    <w:p>
      <w:pPr>
        <w:spacing w:after="0"/>
      </w:pPr>
      <w:r>
        <w:rPr>
          <w:rFonts w:ascii="Arial" w:hAnsi="Arial"/>
          <w:b/>
          <w:sz w:val="22"/>
        </w:rPr>
        <w:t xml:space="preserve">Lucy  </w:t>
      </w:r>
      <w:r>
        <w:rPr>
          <w:rFonts w:ascii="Arial" w:hAnsi="Arial"/>
          <w:color w:val="5D7284"/>
          <w:sz w:val="22"/>
        </w:rPr>
        <w:t>01:28</w:t>
      </w:r>
    </w:p>
    <w:p>
      <w:pPr>
        <w:spacing w:after="0"/>
      </w:pPr>
      <w:r>
        <w:rPr>
          <w:rFonts w:ascii="Arial" w:hAnsi="Arial"/>
          <w:sz w:val="22"/>
        </w:rPr>
        <w:t>I have been every color under the sun and I've settled on red because it just suits me. And I am yeah, I have have deviate into other colors. I did say to my mum was I think I want done my hair brown and she just looked at me as if say, no, no. Why would you have brown hair? It's boring and normal</w:t>
      </w:r>
    </w:p>
    <w:p>
      <w:pPr>
        <w:spacing w:after="0"/>
      </w:pPr>
    </w:p>
    <w:p>
      <w:pPr>
        <w:spacing w:after="0"/>
      </w:pPr>
      <w:r>
        <w:rPr>
          <w:rFonts w:ascii="Arial" w:hAnsi="Arial"/>
          <w:b/>
          <w:sz w:val="22"/>
        </w:rPr>
        <w:t xml:space="preserve">Alice  </w:t>
      </w:r>
      <w:r>
        <w:rPr>
          <w:rFonts w:ascii="Arial" w:hAnsi="Arial"/>
          <w:color w:val="5D7284"/>
          <w:sz w:val="22"/>
        </w:rPr>
        <w:t>01:49</w:t>
      </w:r>
    </w:p>
    <w:p>
      <w:pPr>
        <w:spacing w:after="0"/>
      </w:pPr>
      <w:r>
        <w:rPr>
          <w:rFonts w:ascii="Arial" w:hAnsi="Arial"/>
          <w:sz w:val="22"/>
        </w:rPr>
        <w:t>I do I dye my hair a darker shade of brown than I then is my natural color. because my I always describe my hair as just kind of stick Brown.</w:t>
      </w:r>
    </w:p>
    <w:p>
      <w:pPr>
        <w:spacing w:after="0"/>
      </w:pPr>
    </w:p>
    <w:p>
      <w:pPr>
        <w:spacing w:after="0"/>
      </w:pPr>
      <w:r>
        <w:rPr>
          <w:rFonts w:ascii="Arial" w:hAnsi="Arial"/>
          <w:b/>
          <w:sz w:val="22"/>
        </w:rPr>
        <w:t xml:space="preserve">Lucy  </w:t>
      </w:r>
      <w:r>
        <w:rPr>
          <w:rFonts w:ascii="Arial" w:hAnsi="Arial"/>
          <w:color w:val="5D7284"/>
          <w:sz w:val="22"/>
        </w:rPr>
        <w:t>01:59</w:t>
      </w:r>
    </w:p>
    <w:p>
      <w:pPr>
        <w:spacing w:after="0"/>
      </w:pPr>
      <w:r>
        <w:rPr>
          <w:rFonts w:ascii="Arial" w:hAnsi="Arial"/>
          <w:sz w:val="22"/>
        </w:rPr>
        <w:t>Yep. Underneath this. My hair was like a muddy stick Brown. Yeah,</w:t>
      </w:r>
    </w:p>
    <w:p>
      <w:pPr>
        <w:spacing w:after="0"/>
      </w:pPr>
    </w:p>
    <w:p>
      <w:pPr>
        <w:spacing w:after="0"/>
      </w:pPr>
      <w:r>
        <w:rPr>
          <w:rFonts w:ascii="Arial" w:hAnsi="Arial"/>
          <w:b/>
          <w:sz w:val="22"/>
        </w:rPr>
        <w:t xml:space="preserve">Alice  </w:t>
      </w:r>
      <w:r>
        <w:rPr>
          <w:rFonts w:ascii="Arial" w:hAnsi="Arial"/>
          <w:color w:val="5D7284"/>
          <w:sz w:val="22"/>
        </w:rPr>
        <w:t>02:03</w:t>
      </w:r>
    </w:p>
    <w:p>
      <w:pPr>
        <w:spacing w:after="0"/>
      </w:pPr>
      <w:r>
        <w:rPr>
          <w:rFonts w:ascii="Arial" w:hAnsi="Arial"/>
          <w:sz w:val="22"/>
        </w:rPr>
        <w:t>yeah and with an increasing number of greys as well.</w:t>
      </w:r>
    </w:p>
    <w:p>
      <w:pPr>
        <w:spacing w:after="0"/>
      </w:pPr>
    </w:p>
    <w:p>
      <w:pPr>
        <w:spacing w:after="0"/>
      </w:pPr>
      <w:r>
        <w:rPr>
          <w:rFonts w:ascii="Arial" w:hAnsi="Arial"/>
          <w:b/>
          <w:sz w:val="22"/>
        </w:rPr>
        <w:t xml:space="preserve">Lucy  </w:t>
      </w:r>
      <w:r>
        <w:rPr>
          <w:rFonts w:ascii="Arial" w:hAnsi="Arial"/>
          <w:color w:val="5D7284"/>
          <w:sz w:val="22"/>
        </w:rPr>
        <w:t>02:08</w:t>
      </w:r>
    </w:p>
    <w:p>
      <w:pPr>
        <w:spacing w:after="0"/>
      </w:pPr>
      <w:r>
        <w:rPr>
          <w:rFonts w:ascii="Arial" w:hAnsi="Arial"/>
          <w:sz w:val="22"/>
        </w:rPr>
        <w:t>I see nobody will ever know whether I go grey I will have to dye it so often. It's like, oh, you can't see anything.</w:t>
      </w:r>
    </w:p>
    <w:p>
      <w:pPr>
        <w:spacing w:after="0"/>
      </w:pPr>
    </w:p>
    <w:p>
      <w:pPr>
        <w:spacing w:after="0"/>
      </w:pPr>
      <w:r>
        <w:rPr>
          <w:rFonts w:ascii="Arial" w:hAnsi="Arial"/>
          <w:b/>
          <w:sz w:val="22"/>
        </w:rPr>
        <w:t xml:space="preserve">Alice  </w:t>
      </w:r>
      <w:r>
        <w:rPr>
          <w:rFonts w:ascii="Arial" w:hAnsi="Arial"/>
          <w:color w:val="5D7284"/>
          <w:sz w:val="22"/>
        </w:rPr>
        <w:t>02:14</w:t>
      </w:r>
    </w:p>
    <w:p>
      <w:pPr>
        <w:spacing w:after="0"/>
      </w:pPr>
      <w:r>
        <w:rPr>
          <w:rFonts w:ascii="Arial" w:hAnsi="Arial"/>
          <w:sz w:val="22"/>
        </w:rPr>
        <w:t>I've been going grey since i was 17 so</w:t>
      </w:r>
    </w:p>
    <w:p>
      <w:pPr>
        <w:spacing w:after="0"/>
      </w:pPr>
    </w:p>
    <w:p>
      <w:pPr>
        <w:spacing w:after="0"/>
      </w:pPr>
      <w:r>
        <w:rPr>
          <w:rFonts w:ascii="Arial" w:hAnsi="Arial"/>
          <w:b/>
          <w:sz w:val="22"/>
        </w:rPr>
        <w:t xml:space="preserve">Lucy  </w:t>
      </w:r>
      <w:r>
        <w:rPr>
          <w:rFonts w:ascii="Arial" w:hAnsi="Arial"/>
          <w:color w:val="5D7284"/>
          <w:sz w:val="22"/>
        </w:rPr>
        <w:t>02:17</w:t>
      </w:r>
    </w:p>
    <w:p>
      <w:pPr>
        <w:spacing w:after="0"/>
      </w:pPr>
      <w:r>
        <w:rPr>
          <w:rFonts w:ascii="Arial" w:hAnsi="Arial"/>
          <w:sz w:val="22"/>
        </w:rPr>
        <w:t>well at least it wasn't when you met me so thats fine</w:t>
      </w:r>
    </w:p>
    <w:p>
      <w:pPr>
        <w:spacing w:after="0"/>
      </w:pPr>
    </w:p>
    <w:p>
      <w:pPr>
        <w:spacing w:after="0"/>
      </w:pPr>
      <w:r>
        <w:rPr>
          <w:rFonts w:ascii="Arial" w:hAnsi="Arial"/>
          <w:b/>
          <w:sz w:val="22"/>
        </w:rPr>
        <w:t xml:space="preserve">Alice  </w:t>
      </w:r>
      <w:r>
        <w:rPr>
          <w:rFonts w:ascii="Arial" w:hAnsi="Arial"/>
          <w:color w:val="5D7284"/>
          <w:sz w:val="22"/>
        </w:rPr>
        <w:t>02:20</w:t>
      </w:r>
    </w:p>
    <w:p>
      <w:pPr>
        <w:spacing w:after="0"/>
      </w:pPr>
      <w:r>
        <w:rPr>
          <w:rFonts w:ascii="Arial" w:hAnsi="Arial"/>
          <w:sz w:val="22"/>
        </w:rPr>
        <w:t>but there has been a sort of significant increase from the last few years.</w:t>
      </w:r>
    </w:p>
    <w:p>
      <w:pPr>
        <w:spacing w:after="0"/>
      </w:pPr>
    </w:p>
    <w:p>
      <w:pPr>
        <w:spacing w:after="0"/>
      </w:pPr>
      <w:r>
        <w:rPr>
          <w:rFonts w:ascii="Arial" w:hAnsi="Arial"/>
          <w:b/>
          <w:sz w:val="22"/>
        </w:rPr>
        <w:t xml:space="preserve">Lucy  </w:t>
      </w:r>
      <w:r>
        <w:rPr>
          <w:rFonts w:ascii="Arial" w:hAnsi="Arial"/>
          <w:color w:val="5D7284"/>
          <w:sz w:val="22"/>
        </w:rPr>
        <w:t>02:24</w:t>
      </w:r>
    </w:p>
    <w:p>
      <w:pPr>
        <w:spacing w:after="0"/>
      </w:pPr>
      <w:r>
        <w:rPr>
          <w:rFonts w:ascii="Arial" w:hAnsi="Arial"/>
          <w:sz w:val="22"/>
        </w:rPr>
        <w:t>shutuppppp! Do you want to introduce today's guest Alice?</w:t>
      </w:r>
    </w:p>
    <w:p>
      <w:pPr>
        <w:spacing w:after="0"/>
      </w:pPr>
    </w:p>
    <w:p>
      <w:pPr>
        <w:spacing w:after="0"/>
      </w:pPr>
      <w:r>
        <w:rPr>
          <w:rFonts w:ascii="Arial" w:hAnsi="Arial"/>
          <w:b/>
          <w:sz w:val="22"/>
        </w:rPr>
        <w:t xml:space="preserve">Alice  </w:t>
      </w:r>
      <w:r>
        <w:rPr>
          <w:rFonts w:ascii="Arial" w:hAnsi="Arial"/>
          <w:color w:val="5D7284"/>
          <w:sz w:val="22"/>
        </w:rPr>
        <w:t>02:30</w:t>
      </w:r>
    </w:p>
    <w:p>
      <w:pPr>
        <w:spacing w:after="0"/>
      </w:pPr>
      <w:r>
        <w:rPr>
          <w:rFonts w:ascii="Arial" w:hAnsi="Arial"/>
          <w:sz w:val="22"/>
        </w:rPr>
        <w:t>Yes, I will introduce today's guest I'm really excited to have our guest on today. So our guest today is named Jaina Mistry. And some of you out there may know her from a fabulous little documentary that she recorded with Martin Clunes all about her guide dog, Laura. Jana and I live in the same county and I suspect over the years I've probably been wrangled into the same fundraising events.</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You've probably been stood in the same car park at the same time i imagine.</w:t>
      </w:r>
    </w:p>
    <w:p>
      <w:pPr>
        <w:spacing w:after="0"/>
      </w:pPr>
    </w:p>
    <w:p>
      <w:pPr>
        <w:spacing w:after="0"/>
      </w:pPr>
      <w:r>
        <w:rPr>
          <w:rFonts w:ascii="Arial" w:hAnsi="Arial"/>
          <w:b/>
          <w:sz w:val="22"/>
        </w:rPr>
        <w:t xml:space="preserve">Alice  </w:t>
      </w:r>
      <w:r>
        <w:rPr>
          <w:rFonts w:ascii="Arial" w:hAnsi="Arial"/>
          <w:color w:val="5D7284"/>
          <w:sz w:val="22"/>
        </w:rPr>
        <w:t>03:05</w:t>
      </w:r>
    </w:p>
    <w:p>
      <w:pPr>
        <w:spacing w:after="0"/>
      </w:pPr>
      <w:r>
        <w:rPr>
          <w:rFonts w:ascii="Arial" w:hAnsi="Arial"/>
          <w:sz w:val="22"/>
        </w:rPr>
        <w:t>Absolutely, shaking buckets at other ends of an Asda. So yeah, it's really nice to have Jaina here today. as soon as I finished crying after watching the Martin Clunes documentary, I said I have to get Jaina on to come and talk about having a dog and all the bits and pieces, other bits and pieces that Jaina is doing. So Jaina, if you'd like to say hello to our listeners.</w:t>
      </w:r>
    </w:p>
    <w:p>
      <w:pPr>
        <w:spacing w:after="0"/>
      </w:pPr>
    </w:p>
    <w:p>
      <w:pPr>
        <w:spacing w:after="0"/>
      </w:pPr>
      <w:r>
        <w:rPr>
          <w:rFonts w:ascii="Arial" w:hAnsi="Arial"/>
          <w:b/>
          <w:sz w:val="22"/>
        </w:rPr>
        <w:t xml:space="preserve">Jaina  </w:t>
      </w:r>
      <w:r>
        <w:rPr>
          <w:rFonts w:ascii="Arial" w:hAnsi="Arial"/>
          <w:color w:val="5D7284"/>
          <w:sz w:val="22"/>
        </w:rPr>
        <w:t>03:28</w:t>
      </w:r>
    </w:p>
    <w:p>
      <w:pPr>
        <w:spacing w:after="0"/>
      </w:pPr>
      <w:r>
        <w:rPr>
          <w:rFonts w:ascii="Arial" w:hAnsi="Arial"/>
          <w:sz w:val="22"/>
        </w:rPr>
        <w:t>hi, both. It's so lovely to be on the show.</w:t>
      </w:r>
    </w:p>
    <w:p>
      <w:pPr>
        <w:spacing w:after="0"/>
      </w:pPr>
    </w:p>
    <w:p>
      <w:pPr>
        <w:spacing w:after="0"/>
      </w:pPr>
      <w:r>
        <w:rPr>
          <w:rFonts w:ascii="Arial" w:hAnsi="Arial"/>
          <w:b/>
          <w:sz w:val="22"/>
        </w:rPr>
        <w:t xml:space="preserve">Alice  </w:t>
      </w:r>
      <w:r>
        <w:rPr>
          <w:rFonts w:ascii="Arial" w:hAnsi="Arial"/>
          <w:color w:val="5D7284"/>
          <w:sz w:val="22"/>
        </w:rPr>
        <w:t>03:32</w:t>
      </w:r>
    </w:p>
    <w:p>
      <w:pPr>
        <w:spacing w:after="0"/>
      </w:pPr>
      <w:r>
        <w:rPr>
          <w:rFonts w:ascii="Arial" w:hAnsi="Arial"/>
          <w:sz w:val="22"/>
        </w:rPr>
        <w:t>Thank you so much for joining us. Yeah,</w:t>
      </w:r>
    </w:p>
    <w:p>
      <w:pPr>
        <w:spacing w:after="0"/>
      </w:pPr>
    </w:p>
    <w:p>
      <w:pPr>
        <w:spacing w:after="0"/>
      </w:pPr>
      <w:r>
        <w:rPr>
          <w:rFonts w:ascii="Arial" w:hAnsi="Arial"/>
          <w:b/>
          <w:sz w:val="22"/>
        </w:rPr>
        <w:t xml:space="preserve">Lucy  </w:t>
      </w:r>
      <w:r>
        <w:rPr>
          <w:rFonts w:ascii="Arial" w:hAnsi="Arial"/>
          <w:color w:val="5D7284"/>
          <w:sz w:val="22"/>
        </w:rPr>
        <w:t>03:34</w:t>
      </w:r>
    </w:p>
    <w:p>
      <w:pPr>
        <w:spacing w:after="0"/>
      </w:pPr>
      <w:r>
        <w:rPr>
          <w:rFonts w:ascii="Arial" w:hAnsi="Arial"/>
          <w:sz w:val="22"/>
        </w:rPr>
        <w:t>it's great to speak to you.</w:t>
      </w:r>
    </w:p>
    <w:p>
      <w:pPr>
        <w:spacing w:after="0"/>
      </w:pPr>
    </w:p>
    <w:p>
      <w:pPr>
        <w:spacing w:after="0"/>
      </w:pPr>
      <w:r>
        <w:rPr>
          <w:rFonts w:ascii="Arial" w:hAnsi="Arial"/>
          <w:b/>
          <w:sz w:val="22"/>
        </w:rPr>
        <w:t xml:space="preserve">Jaina  </w:t>
      </w:r>
      <w:r>
        <w:rPr>
          <w:rFonts w:ascii="Arial" w:hAnsi="Arial"/>
          <w:color w:val="5D7284"/>
          <w:sz w:val="22"/>
        </w:rPr>
        <w:t>03:36</w:t>
      </w:r>
    </w:p>
    <w:p>
      <w:pPr>
        <w:spacing w:after="0"/>
      </w:pPr>
      <w:r>
        <w:rPr>
          <w:rFonts w:ascii="Arial" w:hAnsi="Arial"/>
          <w:sz w:val="22"/>
        </w:rPr>
        <w:t>Oh, thanks for having me today. I'm really excited for today's conversation.</w:t>
      </w:r>
    </w:p>
    <w:p>
      <w:pPr>
        <w:spacing w:after="0"/>
      </w:pPr>
    </w:p>
    <w:p>
      <w:pPr>
        <w:spacing w:after="0"/>
      </w:pPr>
      <w:r>
        <w:rPr>
          <w:rFonts w:ascii="Arial" w:hAnsi="Arial"/>
          <w:b/>
          <w:sz w:val="22"/>
        </w:rPr>
        <w:t xml:space="preserve">Alice  </w:t>
      </w:r>
      <w:r>
        <w:rPr>
          <w:rFonts w:ascii="Arial" w:hAnsi="Arial"/>
          <w:color w:val="5D7284"/>
          <w:sz w:val="22"/>
        </w:rPr>
        <w:t>03:40</w:t>
      </w:r>
    </w:p>
    <w:p>
      <w:pPr>
        <w:spacing w:after="0"/>
      </w:pPr>
      <w:r>
        <w:rPr>
          <w:rFonts w:ascii="Arial" w:hAnsi="Arial"/>
          <w:sz w:val="22"/>
        </w:rPr>
        <w:t>I'm so glad I'm really pleased.</w:t>
      </w:r>
    </w:p>
    <w:p>
      <w:pPr>
        <w:spacing w:after="0"/>
      </w:pPr>
    </w:p>
    <w:p>
      <w:pPr>
        <w:spacing w:after="0"/>
      </w:pPr>
      <w:r>
        <w:rPr>
          <w:rFonts w:ascii="Arial" w:hAnsi="Arial"/>
          <w:b/>
          <w:sz w:val="22"/>
        </w:rPr>
        <w:t xml:space="preserve">Lucy  </w:t>
      </w:r>
      <w:r>
        <w:rPr>
          <w:rFonts w:ascii="Arial" w:hAnsi="Arial"/>
          <w:color w:val="5D7284"/>
          <w:sz w:val="22"/>
        </w:rPr>
        <w:t>03:43</w:t>
      </w:r>
    </w:p>
    <w:p>
      <w:pPr>
        <w:spacing w:after="0"/>
      </w:pPr>
      <w:r>
        <w:rPr>
          <w:rFonts w:ascii="Arial" w:hAnsi="Arial"/>
          <w:sz w:val="22"/>
        </w:rPr>
        <w:t>its nice to have somebody excited to meet us isn't it?</w:t>
      </w:r>
    </w:p>
    <w:p>
      <w:pPr>
        <w:spacing w:after="0"/>
      </w:pPr>
    </w:p>
    <w:p>
      <w:pPr>
        <w:spacing w:after="0"/>
      </w:pPr>
      <w:r>
        <w:rPr>
          <w:rFonts w:ascii="Arial" w:hAnsi="Arial"/>
          <w:b/>
          <w:sz w:val="22"/>
        </w:rPr>
        <w:t xml:space="preserve">Alice  </w:t>
      </w:r>
      <w:r>
        <w:rPr>
          <w:rFonts w:ascii="Arial" w:hAnsi="Arial"/>
          <w:color w:val="5D7284"/>
          <w:sz w:val="22"/>
        </w:rPr>
        <w:t>03:47</w:t>
      </w:r>
    </w:p>
    <w:p>
      <w:pPr>
        <w:spacing w:after="0"/>
      </w:pPr>
      <w:r>
        <w:rPr>
          <w:rFonts w:ascii="Arial" w:hAnsi="Arial"/>
          <w:sz w:val="22"/>
        </w:rPr>
        <w:t>Yes if the rest of the world could take note that would be great. Just applause as I walked down the street, people throwing flowers.</w:t>
      </w:r>
    </w:p>
    <w:p>
      <w:pPr>
        <w:spacing w:after="0"/>
      </w:pPr>
    </w:p>
    <w:p>
      <w:pPr>
        <w:spacing w:after="0"/>
      </w:pPr>
      <w:r>
        <w:rPr>
          <w:rFonts w:ascii="Arial" w:hAnsi="Arial"/>
          <w:b/>
          <w:sz w:val="22"/>
        </w:rPr>
        <w:t xml:space="preserve">Lucy  </w:t>
      </w:r>
      <w:r>
        <w:rPr>
          <w:rFonts w:ascii="Arial" w:hAnsi="Arial"/>
          <w:color w:val="5D7284"/>
          <w:sz w:val="22"/>
        </w:rPr>
        <w:t>03:55</w:t>
      </w:r>
    </w:p>
    <w:p>
      <w:pPr>
        <w:spacing w:after="0"/>
      </w:pPr>
      <w:r>
        <w:rPr>
          <w:rFonts w:ascii="Arial" w:hAnsi="Arial"/>
          <w:sz w:val="22"/>
        </w:rPr>
        <w:t>Yeah, or i've listened to your podcast! A lot of people doing that will be great.</w:t>
      </w:r>
    </w:p>
    <w:p>
      <w:pPr>
        <w:spacing w:after="0"/>
      </w:pPr>
    </w:p>
    <w:p>
      <w:pPr>
        <w:spacing w:after="0"/>
      </w:pPr>
      <w:r>
        <w:rPr>
          <w:rFonts w:ascii="Arial" w:hAnsi="Arial"/>
          <w:b/>
          <w:sz w:val="22"/>
        </w:rPr>
        <w:t xml:space="preserve">Alice  </w:t>
      </w:r>
      <w:r>
        <w:rPr>
          <w:rFonts w:ascii="Arial" w:hAnsi="Arial"/>
          <w:color w:val="5D7284"/>
          <w:sz w:val="22"/>
        </w:rPr>
        <w:t>04:03</w:t>
      </w:r>
    </w:p>
    <w:p>
      <w:pPr>
        <w:spacing w:after="0"/>
      </w:pPr>
      <w:r>
        <w:rPr>
          <w:rFonts w:ascii="Arial" w:hAnsi="Arial"/>
          <w:sz w:val="22"/>
        </w:rPr>
        <w:t>Um, so Jaina, for the people out there who didn't see your documentary with Martin Clunes. do you want to tell everybody a little bit about what happened there and where your dog Laura has gone?</w:t>
      </w:r>
    </w:p>
    <w:p>
      <w:pPr>
        <w:spacing w:after="0"/>
      </w:pPr>
    </w:p>
    <w:p>
      <w:pPr>
        <w:spacing w:after="0"/>
      </w:pPr>
      <w:r>
        <w:rPr>
          <w:rFonts w:ascii="Arial" w:hAnsi="Arial"/>
          <w:color w:val="5D7284"/>
          <w:sz w:val="22"/>
        </w:rPr>
        <w:t>04:16</w:t>
      </w:r>
    </w:p>
    <w:p>
      <w:pPr>
        <w:spacing w:after="0"/>
      </w:pPr>
      <w:r>
        <w:rPr>
          <w:rFonts w:ascii="Arial" w:hAnsi="Arial"/>
          <w:sz w:val="22"/>
        </w:rPr>
        <w:t>Yes oh, it was such an amazing thing to film. But I'll start off with how it all began. Really? Yeah. Yeah. So 2021 Laura turned 11 and she retired, had to hang up her harness, which was a really tough time for me because it was a moment where I'd lost my independence within an instant, really, and had to learn to adapt. So as a way of sort of coping with her retirement, I decided to do some fundraising as a tribute to Laura. So we did lots of fundraising for guide dogs. And then we were invited to do an interview on BBC Radio four is life changing. With Jane Garvey, where I spoke about our journey and how Laura had changed my life, and also spoke about how Laura had retired and we were looking for a new home for her. And little did I realise that Martin Clunes just happened to be listening. And he emailed the studio and said, we'd love to offer Laura a retirement home.</w:t>
      </w:r>
    </w:p>
    <w:p>
      <w:pPr>
        <w:spacing w:after="0"/>
      </w:pPr>
    </w:p>
    <w:p>
      <w:pPr>
        <w:spacing w:after="0"/>
      </w:pPr>
      <w:r>
        <w:rPr>
          <w:rFonts w:ascii="Arial" w:hAnsi="Arial"/>
          <w:b/>
          <w:sz w:val="22"/>
        </w:rPr>
        <w:t xml:space="preserve">Lucy  </w:t>
      </w:r>
      <w:r>
        <w:rPr>
          <w:rFonts w:ascii="Arial" w:hAnsi="Arial"/>
          <w:color w:val="5D7284"/>
          <w:sz w:val="22"/>
        </w:rPr>
        <w:t>05:25</w:t>
      </w:r>
    </w:p>
    <w:p>
      <w:pPr>
        <w:spacing w:after="0"/>
      </w:pPr>
      <w:r>
        <w:rPr>
          <w:rFonts w:ascii="Arial" w:hAnsi="Arial"/>
          <w:sz w:val="22"/>
        </w:rPr>
        <w:t>Is this actual proper Martin Clunes?</w:t>
      </w:r>
    </w:p>
    <w:p>
      <w:pPr>
        <w:spacing w:after="0"/>
      </w:pPr>
    </w:p>
    <w:p>
      <w:pPr>
        <w:spacing w:after="0"/>
      </w:pPr>
      <w:r>
        <w:rPr>
          <w:rFonts w:ascii="Arial" w:hAnsi="Arial"/>
          <w:b/>
          <w:sz w:val="22"/>
        </w:rPr>
        <w:t xml:space="preserve">Jaina  </w:t>
      </w:r>
      <w:r>
        <w:rPr>
          <w:rFonts w:ascii="Arial" w:hAnsi="Arial"/>
          <w:color w:val="5D7284"/>
          <w:sz w:val="22"/>
        </w:rPr>
        <w:t>05:29</w:t>
      </w:r>
    </w:p>
    <w:p>
      <w:pPr>
        <w:spacing w:after="0"/>
      </w:pPr>
      <w:r>
        <w:rPr>
          <w:rFonts w:ascii="Arial" w:hAnsi="Arial"/>
          <w:sz w:val="22"/>
        </w:rPr>
        <w:t>Shock, I couldn't believe, really? And then I looked at the emails like this is Martin Clunes. Yeah. Oh, my God. So yeah, we connected. And then we organised to do a sort of trial sleep over the following year, in 2022. So we then went down to Dorset. But the family met the other dogs, he had four other dogs at that time, lives on a beautiful farm with lots of animals. And Laura, loved it. Lots of free space countryside. More than what i'd ever imagined for Laura, I always imagined going to a family with dogs. This was everything and more. And that's when I decided this is the perfect home for her. And then after that, you know, the documentary came about, we thought, well, this is such a inspiring story. Let's make a documentary out of it. So that's what we did on ITV. We started filming this time last year. And it was quite an interesting process, because it's something I've never done before. it meant sort of cameras being around and being recorded every time. And I loved it though. it was quite an emotional roller coaster, because it was sharing your personal story and the letting go of Laura, that was probably the toughest part. Yeah. But I wanted to show you that it's the reality of what a lot of guide dog owners go through when it's sort of time. Alice you could probably relate to that.</w:t>
      </w:r>
    </w:p>
    <w:p>
      <w:pPr>
        <w:spacing w:after="0"/>
      </w:pPr>
    </w:p>
    <w:p>
      <w:pPr>
        <w:spacing w:after="0"/>
      </w:pPr>
      <w:r>
        <w:rPr>
          <w:rFonts w:ascii="Arial" w:hAnsi="Arial"/>
          <w:b/>
          <w:sz w:val="22"/>
        </w:rPr>
        <w:t xml:space="preserve">Alice  </w:t>
      </w:r>
      <w:r>
        <w:rPr>
          <w:rFonts w:ascii="Arial" w:hAnsi="Arial"/>
          <w:color w:val="5D7284"/>
          <w:sz w:val="22"/>
        </w:rPr>
        <w:t>07:06</w:t>
      </w:r>
    </w:p>
    <w:p>
      <w:pPr>
        <w:spacing w:after="0"/>
      </w:pPr>
      <w:r>
        <w:rPr>
          <w:rFonts w:ascii="Arial" w:hAnsi="Arial"/>
          <w:sz w:val="22"/>
        </w:rPr>
        <w:t>Yeah I mean, we were very fortunate. My my first dog Lola retired around,</w:t>
      </w:r>
    </w:p>
    <w:p>
      <w:pPr>
        <w:spacing w:after="0"/>
      </w:pPr>
    </w:p>
    <w:p>
      <w:pPr>
        <w:spacing w:after="0"/>
      </w:pPr>
      <w:r>
        <w:rPr>
          <w:rFonts w:ascii="Arial" w:hAnsi="Arial"/>
          <w:b/>
          <w:sz w:val="22"/>
        </w:rPr>
        <w:t xml:space="preserve">Lucy  </w:t>
      </w:r>
      <w:r>
        <w:rPr>
          <w:rFonts w:ascii="Arial" w:hAnsi="Arial"/>
          <w:color w:val="5D7284"/>
          <w:sz w:val="22"/>
        </w:rPr>
        <w:t>07:13</w:t>
      </w:r>
    </w:p>
    <w:p>
      <w:pPr>
        <w:spacing w:after="0"/>
      </w:pPr>
      <w:r>
        <w:rPr>
          <w:rFonts w:ascii="Arial" w:hAnsi="Arial"/>
          <w:sz w:val="22"/>
        </w:rPr>
        <w:t>it would have been a similar round when we started the podcast. it was a little bit after that it</w:t>
      </w:r>
    </w:p>
    <w:p>
      <w:pPr>
        <w:spacing w:after="0"/>
      </w:pPr>
    </w:p>
    <w:p>
      <w:pPr>
        <w:spacing w:after="0"/>
      </w:pPr>
      <w:r>
        <w:rPr>
          <w:rFonts w:ascii="Arial" w:hAnsi="Arial"/>
          <w:b/>
          <w:sz w:val="22"/>
        </w:rPr>
        <w:t xml:space="preserve">Alice  </w:t>
      </w:r>
      <w:r>
        <w:rPr>
          <w:rFonts w:ascii="Arial" w:hAnsi="Arial"/>
          <w:color w:val="5D7284"/>
          <w:sz w:val="22"/>
        </w:rPr>
        <w:t>07:18</w:t>
      </w:r>
    </w:p>
    <w:p>
      <w:pPr>
        <w:spacing w:after="0"/>
      </w:pPr>
      <w:r>
        <w:rPr>
          <w:rFonts w:ascii="Arial" w:hAnsi="Arial"/>
          <w:sz w:val="22"/>
        </w:rPr>
        <w:t>was a similar time, I think to Laura, it was sort of early, like late spring, I think 2020 20 was it 2021. And but we were I'm fortunate enough that my husband is sighted and works at home full time. So we were able to keep Lola you know, she she became our pet. And yeah, so just sort of she she, she had very much decided already that she was retiring. So it was quite an easy transition for her. of what was a bit strange for me. I don't know how long you were without a dog. So I know that we in the documentary, we see you training with your new dog. I was I was only without a dog for six or seven months. I was quite fortunate. Yeah. And then it was sort of that was the biggest kind of wrench really for me in terms of that retirement journey was was the losing my independence and having to start using a cane again, which I hated. Yeah,</w:t>
      </w:r>
    </w:p>
    <w:p>
      <w:pPr>
        <w:spacing w:after="0"/>
      </w:pPr>
    </w:p>
    <w:p>
      <w:pPr>
        <w:spacing w:after="0"/>
      </w:pPr>
      <w:r>
        <w:rPr>
          <w:rFonts w:ascii="Arial" w:hAnsi="Arial"/>
          <w:b/>
          <w:sz w:val="22"/>
        </w:rPr>
        <w:t xml:space="preserve">Lucy  </w:t>
      </w:r>
      <w:r>
        <w:rPr>
          <w:rFonts w:ascii="Arial" w:hAnsi="Arial"/>
          <w:color w:val="5D7284"/>
          <w:sz w:val="22"/>
        </w:rPr>
        <w:t>08:27</w:t>
      </w:r>
    </w:p>
    <w:p>
      <w:pPr>
        <w:spacing w:after="0"/>
      </w:pPr>
      <w:r>
        <w:rPr>
          <w:rFonts w:ascii="Arial" w:hAnsi="Arial"/>
          <w:sz w:val="22"/>
        </w:rPr>
        <w:t>I learned so much about like, the difference between using a cane and using a dog through Alice really. We sat and we actually did a podcast episode about it didn't realise it. I learned so much about how Alice sort of negotiated life with a dog and the you know, the differences between the two. It's it was a real eye opener for me. And I think it's it was great that your documentary about Laura could also sort of open you know, the viewers eyes to your documentary as well, because it's something that I think not a lot of people think about if you are a sighted person, you you're not necessarily going to think about what happens when a guide dog retires on a regular basis. So I think that was Yeah, it really was a really great opportunity that you sort of took hold of there.</w:t>
      </w:r>
    </w:p>
    <w:p>
      <w:pPr>
        <w:spacing w:after="0"/>
      </w:pPr>
    </w:p>
    <w:p>
      <w:pPr>
        <w:spacing w:after="0"/>
      </w:pPr>
      <w:r>
        <w:rPr>
          <w:rFonts w:ascii="Arial" w:hAnsi="Arial"/>
          <w:color w:val="5D7284"/>
          <w:sz w:val="22"/>
        </w:rPr>
        <w:t>08:30</w:t>
      </w:r>
    </w:p>
    <w:p>
      <w:pPr>
        <w:spacing w:after="0"/>
      </w:pPr>
      <w:r>
        <w:rPr>
          <w:rFonts w:ascii="Arial" w:hAnsi="Arial"/>
          <w:sz w:val="22"/>
        </w:rPr>
        <w:t>Definately, I mean, I was without a guide dog what I had Laura, but she retired for two years. I it was two years before I was actually partnered, and I did feel that more sort of awareness and education for the public around how guided retirement works was essential because it's part of the journey, isn't it as a part, right the way through to their working life to retirement is just as important for people to understand that part of the process too. And I do feel like you say the documentary touched on that really well and offered people a fresh kind of insight into what actually happens when your dog retires. So, Laura worked up until the age of 11. And we were together for 10 years. So it was a long, strong, successful partnership. And your first dog is always kind of like your baby, always. you're number one.</w:t>
      </w:r>
    </w:p>
    <w:p>
      <w:pPr>
        <w:spacing w:after="0"/>
      </w:pPr>
    </w:p>
    <w:p>
      <w:pPr>
        <w:spacing w:after="0"/>
      </w:pPr>
      <w:r>
        <w:rPr>
          <w:rFonts w:ascii="Arial" w:hAnsi="Arial"/>
          <w:b/>
          <w:sz w:val="22"/>
        </w:rPr>
        <w:t xml:space="preserve">Alice  </w:t>
      </w:r>
      <w:r>
        <w:rPr>
          <w:rFonts w:ascii="Arial" w:hAnsi="Arial"/>
          <w:color w:val="5D7284"/>
          <w:sz w:val="22"/>
        </w:rPr>
        <w:t>10:19</w:t>
      </w:r>
    </w:p>
    <w:p>
      <w:pPr>
        <w:spacing w:after="0"/>
      </w:pPr>
      <w:r>
        <w:rPr>
          <w:rFonts w:ascii="Arial" w:hAnsi="Arial"/>
          <w:sz w:val="22"/>
        </w:rPr>
        <w:t>Honestly, I didn't. I before, before Lola retired and I got Dora I couldn't comprehend that I was like, I've always been a dog lover. So I was like, I mean, I love all my dogs, you know, but, and, you know, I feel particularly guilty saying this as Dora is currently sitting under my desk. But nothing's ever going to touch Lola. She was, yeah, you know, her personality was incredible. Like, Dora has got a very sweet, gentle little personality. But Lola was mad as shit. She was absolutely nuts. And she got me into so much trouble. And she opened the world up for me. And I think, you know, in terms of my confidence, and my actual getting out in the world, it it is it is life changing. you know, changed my whole perspective on the world. And I don't think as you say, she was she, I felt like she was like an, a little part of me and an extension of me in a way that I don't necessarily feel that same connection with Dora.</w:t>
      </w:r>
    </w:p>
    <w:p>
      <w:pPr>
        <w:spacing w:after="0"/>
      </w:pPr>
    </w:p>
    <w:p>
      <w:pPr>
        <w:spacing w:after="0"/>
      </w:pPr>
      <w:r>
        <w:rPr>
          <w:rFonts w:ascii="Arial" w:hAnsi="Arial"/>
          <w:color w:val="5D7284"/>
          <w:sz w:val="22"/>
        </w:rPr>
        <w:t>11:28</w:t>
      </w:r>
    </w:p>
    <w:p>
      <w:pPr>
        <w:spacing w:after="0"/>
      </w:pPr>
      <w:r>
        <w:rPr>
          <w:rFonts w:ascii="Arial" w:hAnsi="Arial"/>
          <w:sz w:val="22"/>
        </w:rPr>
        <w:t>Completely. I completely understand that. Yes, because your first dog is a dog that changed your life forever, really opened up a whole new kind of world. And it's that special connection that you'll always have with her. And I actually, because I was so such a strong connection with Laura, when I was being matched with new dogs. I was comparing. Yeah, I found myself doing that. Oh, that one's not quite like that. Well, this one maybe, till eventually I was matched with a dog called Kath. Who I sensed there was something about her that reminded me of Laura at the time when I was first introduced to her. And you'll see that in the documentary when I'm working with her for the first time. And I followed that gut instinct. And we looked into the family history. And it turns out Laura and Kath are related,</w:t>
      </w:r>
    </w:p>
    <w:p>
      <w:pPr>
        <w:spacing w:after="0"/>
      </w:pPr>
    </w:p>
    <w:p>
      <w:pPr>
        <w:spacing w:after="0"/>
      </w:pPr>
      <w:r>
        <w:rPr>
          <w:rFonts w:ascii="Arial" w:hAnsi="Arial"/>
          <w:b/>
          <w:sz w:val="22"/>
        </w:rPr>
        <w:t xml:space="preserve">Lucy  </w:t>
      </w:r>
      <w:r>
        <w:rPr>
          <w:rFonts w:ascii="Arial" w:hAnsi="Arial"/>
          <w:color w:val="5D7284"/>
          <w:sz w:val="22"/>
        </w:rPr>
        <w:t>12:25</w:t>
      </w:r>
    </w:p>
    <w:p>
      <w:pPr>
        <w:spacing w:after="0"/>
      </w:pPr>
      <w:r>
        <w:rPr>
          <w:rFonts w:ascii="Arial" w:hAnsi="Arial"/>
          <w:sz w:val="22"/>
        </w:rPr>
        <w:t>No way!! That is amazing. Wow.</w:t>
      </w:r>
    </w:p>
    <w:p>
      <w:pPr>
        <w:spacing w:after="0"/>
      </w:pPr>
    </w:p>
    <w:p>
      <w:pPr>
        <w:spacing w:after="0"/>
      </w:pPr>
      <w:r>
        <w:rPr>
          <w:rFonts w:ascii="Arial" w:hAnsi="Arial"/>
          <w:b/>
          <w:sz w:val="22"/>
        </w:rPr>
        <w:t xml:space="preserve">Jaina  </w:t>
      </w:r>
      <w:r>
        <w:rPr>
          <w:rFonts w:ascii="Arial" w:hAnsi="Arial"/>
          <w:color w:val="5D7284"/>
          <w:sz w:val="22"/>
        </w:rPr>
        <w:t>12:29</w:t>
      </w:r>
    </w:p>
    <w:p>
      <w:pPr>
        <w:spacing w:after="0"/>
      </w:pPr>
      <w:r>
        <w:rPr>
          <w:rFonts w:ascii="Arial" w:hAnsi="Arial"/>
          <w:sz w:val="22"/>
        </w:rPr>
        <w:t>10 years down the line, who would have thought I mean, they're both related to the retriever line. So Laura's granddad is Kaths great granddad, wow, there's a little part of Lauren in Kath</w:t>
      </w:r>
    </w:p>
    <w:p>
      <w:pPr>
        <w:spacing w:after="0"/>
      </w:pPr>
    </w:p>
    <w:p>
      <w:pPr>
        <w:spacing w:after="0"/>
      </w:pPr>
      <w:r>
        <w:rPr>
          <w:rFonts w:ascii="Arial" w:hAnsi="Arial"/>
          <w:b/>
          <w:sz w:val="22"/>
        </w:rPr>
        <w:t xml:space="preserve">Lucy  </w:t>
      </w:r>
      <w:r>
        <w:rPr>
          <w:rFonts w:ascii="Arial" w:hAnsi="Arial"/>
          <w:color w:val="5D7284"/>
          <w:sz w:val="22"/>
        </w:rPr>
        <w:t>12:41</w:t>
      </w:r>
    </w:p>
    <w:p>
      <w:pPr>
        <w:spacing w:after="0"/>
      </w:pPr>
      <w:r>
        <w:rPr>
          <w:rFonts w:ascii="Arial" w:hAnsi="Arial"/>
          <w:sz w:val="22"/>
        </w:rPr>
        <w:t>be really nice.</w:t>
      </w:r>
    </w:p>
    <w:p>
      <w:pPr>
        <w:spacing w:after="0"/>
      </w:pPr>
    </w:p>
    <w:p>
      <w:pPr>
        <w:spacing w:after="0"/>
      </w:pPr>
      <w:r>
        <w:rPr>
          <w:rFonts w:ascii="Arial" w:hAnsi="Arial"/>
          <w:b/>
          <w:sz w:val="22"/>
        </w:rPr>
        <w:t xml:space="preserve">Alice  </w:t>
      </w:r>
      <w:r>
        <w:rPr>
          <w:rFonts w:ascii="Arial" w:hAnsi="Arial"/>
          <w:color w:val="5D7284"/>
          <w:sz w:val="22"/>
        </w:rPr>
        <w:t>12:44</w:t>
      </w:r>
    </w:p>
    <w:p>
      <w:pPr>
        <w:spacing w:after="0"/>
      </w:pPr>
      <w:r>
        <w:rPr>
          <w:rFonts w:ascii="Arial" w:hAnsi="Arial"/>
          <w:sz w:val="22"/>
        </w:rPr>
        <w:t>Lola was donated from a private breeder as a puppy. So they'll never they'll never be anyone quite like Lola</w:t>
      </w:r>
    </w:p>
    <w:p>
      <w:pPr>
        <w:spacing w:after="0"/>
      </w:pPr>
    </w:p>
    <w:p>
      <w:pPr>
        <w:spacing w:after="0"/>
      </w:pPr>
      <w:r>
        <w:rPr>
          <w:rFonts w:ascii="Arial" w:hAnsi="Arial"/>
          <w:b/>
          <w:sz w:val="22"/>
        </w:rPr>
        <w:t xml:space="preserve">Jaina  </w:t>
      </w:r>
      <w:r>
        <w:rPr>
          <w:rFonts w:ascii="Arial" w:hAnsi="Arial"/>
          <w:color w:val="5D7284"/>
          <w:sz w:val="22"/>
        </w:rPr>
        <w:t>12:55</w:t>
      </w:r>
    </w:p>
    <w:p>
      <w:pPr>
        <w:spacing w:after="0"/>
      </w:pPr>
      <w:r>
        <w:rPr>
          <w:rFonts w:ascii="Arial" w:hAnsi="Arial"/>
          <w:sz w:val="22"/>
        </w:rPr>
        <w:t>Oh, that's amazing. you have to be what I've learned through the process is just to be open to your new dog be open for learning about them. And that will just allow you to bond with them better. I mean, Kath and I are almost nine months into our partnership now. And had been little bumps in the road as they are with new partnerships. But things are so much better now. Things are falling into place. Yeah. I've learned new things about her. She is different to Laura. She's just quirky. She's very bright. She learns things very quickly. She's very affectionate. So it's just nice to be open. I think that's what I've learned through the process. And I think</w:t>
      </w:r>
    </w:p>
    <w:p>
      <w:pPr>
        <w:spacing w:after="0"/>
      </w:pPr>
    </w:p>
    <w:p>
      <w:pPr>
        <w:spacing w:after="0"/>
      </w:pPr>
      <w:r>
        <w:rPr>
          <w:rFonts w:ascii="Arial" w:hAnsi="Arial"/>
          <w:b/>
          <w:sz w:val="22"/>
        </w:rPr>
        <w:t xml:space="preserve">Alice  </w:t>
      </w:r>
      <w:r>
        <w:rPr>
          <w:rFonts w:ascii="Arial" w:hAnsi="Arial"/>
          <w:color w:val="5D7284"/>
          <w:sz w:val="22"/>
        </w:rPr>
        <w:t>13:39</w:t>
      </w:r>
    </w:p>
    <w:p>
      <w:pPr>
        <w:spacing w:after="0"/>
      </w:pPr>
      <w:r>
        <w:rPr>
          <w:rFonts w:ascii="Arial" w:hAnsi="Arial"/>
          <w:sz w:val="22"/>
        </w:rPr>
        <w:t>that's one of the things that sort of a people don't necessarily think about and realise is how unique obviously, all the dogs are, are unique, no matter how kind of they're trained. you know, there's there is a such an element of personality for every individual dog. And, you know, it does. I mean, it's, it's pretty impressive, you know, for mobility instructors to be able to spend some time with you spend time with the dog and go. right. Okay, I think I think these two will go together. Yeah, you know, to think about personality and habits and lifestyle. And that's, you know, that's really, it. I think it's again, that's not really something people think a lot about and that you do see in your documentary, is that kind of the seeing you with the different dogs and you sort of say on this doesn't feel right, and things like that. It's something you know, I think a lot of people just assume they just go here you go heres a dog problem solved. Yeah.</w:t>
      </w:r>
    </w:p>
    <w:p>
      <w:pPr>
        <w:spacing w:after="0"/>
      </w:pPr>
    </w:p>
    <w:p>
      <w:pPr>
        <w:spacing w:after="0"/>
      </w:pPr>
      <w:r>
        <w:rPr>
          <w:rFonts w:ascii="Arial" w:hAnsi="Arial"/>
          <w:b/>
          <w:sz w:val="22"/>
        </w:rPr>
        <w:t xml:space="preserve">Jaina  </w:t>
      </w:r>
      <w:r>
        <w:rPr>
          <w:rFonts w:ascii="Arial" w:hAnsi="Arial"/>
          <w:color w:val="5D7284"/>
          <w:sz w:val="22"/>
        </w:rPr>
        <w:t>14:42</w:t>
      </w:r>
    </w:p>
    <w:p>
      <w:pPr>
        <w:spacing w:after="0"/>
      </w:pPr>
      <w:r>
        <w:rPr>
          <w:rFonts w:ascii="Arial" w:hAnsi="Arial"/>
          <w:sz w:val="22"/>
        </w:rPr>
        <w:t>And it's so not like that is it? There's a lot of there's a process involved with the whole matching process. And it's, yeah, there's a lot involved. And you have to work together as a team, don't you really, to be able to do develop that independence, work on your routes and all those kinds of things. So there's a lot of hard work involved, like the training. It's physically and emotionally demanding too, because you're learning new things. I mean, there's a new style of training now, steps and a lot of positive reinforcement, which is a new thing to kind of learn. because with Laura right, it was the previous sort of style of training. Yeah. So that was a whole new thing. And, but it's working well, I mean, I feel it's working well. Yeah.</w:t>
      </w:r>
    </w:p>
    <w:p>
      <w:pPr>
        <w:spacing w:after="0"/>
      </w:pPr>
    </w:p>
    <w:p>
      <w:pPr>
        <w:spacing w:after="0"/>
      </w:pPr>
      <w:r>
        <w:rPr>
          <w:rFonts w:ascii="Arial" w:hAnsi="Arial"/>
          <w:b/>
          <w:sz w:val="22"/>
        </w:rPr>
        <w:t xml:space="preserve">Alice  </w:t>
      </w:r>
      <w:r>
        <w:rPr>
          <w:rFonts w:ascii="Arial" w:hAnsi="Arial"/>
          <w:color w:val="5D7284"/>
          <w:sz w:val="22"/>
        </w:rPr>
        <w:t>15:34</w:t>
      </w:r>
    </w:p>
    <w:p>
      <w:pPr>
        <w:spacing w:after="0"/>
      </w:pPr>
      <w:r>
        <w:rPr>
          <w:rFonts w:ascii="Arial" w:hAnsi="Arial"/>
          <w:sz w:val="22"/>
        </w:rPr>
        <w:t>No, it's it. Yeah, it's I think it's again, it's it was just really, it was really great to kind of have you on TV and, and having Martin Clunes there, I think, you know, helps to kind boast that.</w:t>
      </w:r>
    </w:p>
    <w:p>
      <w:pPr>
        <w:spacing w:after="0"/>
      </w:pPr>
    </w:p>
    <w:p>
      <w:pPr>
        <w:spacing w:after="0"/>
      </w:pPr>
      <w:r>
        <w:rPr>
          <w:rFonts w:ascii="Arial" w:hAnsi="Arial"/>
          <w:b/>
          <w:sz w:val="22"/>
        </w:rPr>
        <w:t xml:space="preserve">Lucy  </w:t>
      </w:r>
      <w:r>
        <w:rPr>
          <w:rFonts w:ascii="Arial" w:hAnsi="Arial"/>
          <w:color w:val="5D7284"/>
          <w:sz w:val="22"/>
        </w:rPr>
        <w:t>15:47</w:t>
      </w:r>
    </w:p>
    <w:p>
      <w:pPr>
        <w:spacing w:after="0"/>
      </w:pPr>
      <w:r>
        <w:rPr>
          <w:rFonts w:ascii="Arial" w:hAnsi="Arial"/>
          <w:sz w:val="22"/>
        </w:rPr>
        <w:t>well, it opens up the doors. It's a bit like having an A-lister doing a movie. Yeah, they have the A-lister of there for a reason. So people who wouldn't ordinarily go and watch a film about certain subject will join, you know, go and watch the film, because they're a fan of the A-lister. So I know that Martin he's like, his love of animals. is amazing, isn't it? I mean, he's, you say that he's got a farm. So you know, his hearts in the right place. He's not just doing it. because he's Martin Clunes Off the Telly. He's doing it because he loves animals. And he obviously felt a connection with your story, which I think is lovely. Yeah,</w:t>
      </w:r>
    </w:p>
    <w:p>
      <w:pPr>
        <w:spacing w:after="0"/>
      </w:pPr>
    </w:p>
    <w:p>
      <w:pPr>
        <w:spacing w:after="0"/>
      </w:pPr>
      <w:r>
        <w:rPr>
          <w:rFonts w:ascii="Arial" w:hAnsi="Arial"/>
          <w:b/>
          <w:sz w:val="22"/>
        </w:rPr>
        <w:t xml:space="preserve">Jaina  </w:t>
      </w:r>
      <w:r>
        <w:rPr>
          <w:rFonts w:ascii="Arial" w:hAnsi="Arial"/>
          <w:color w:val="5D7284"/>
          <w:sz w:val="22"/>
        </w:rPr>
        <w:t>16:29</w:t>
      </w:r>
    </w:p>
    <w:p>
      <w:pPr>
        <w:spacing w:after="0"/>
      </w:pPr>
      <w:r>
        <w:rPr>
          <w:rFonts w:ascii="Arial" w:hAnsi="Arial"/>
          <w:sz w:val="22"/>
        </w:rPr>
        <w:t>he is one of the kindest people you'll ever meet. Yeah. So, humble. And I just feel very blessed that Laura has gone to the lovely, lovely Clunes family really, and he keeps in touch.</w:t>
      </w:r>
    </w:p>
    <w:p>
      <w:pPr>
        <w:spacing w:after="0"/>
      </w:pPr>
    </w:p>
    <w:p>
      <w:pPr>
        <w:spacing w:after="0"/>
      </w:pPr>
      <w:r>
        <w:rPr>
          <w:rFonts w:ascii="Arial" w:hAnsi="Arial"/>
          <w:b/>
          <w:sz w:val="22"/>
        </w:rPr>
        <w:t xml:space="preserve">Lucy  </w:t>
      </w:r>
      <w:r>
        <w:rPr>
          <w:rFonts w:ascii="Arial" w:hAnsi="Arial"/>
          <w:color w:val="5D7284"/>
          <w:sz w:val="22"/>
        </w:rPr>
        <w:t>16:45</w:t>
      </w:r>
    </w:p>
    <w:p>
      <w:pPr>
        <w:spacing w:after="0"/>
      </w:pPr>
      <w:r>
        <w:rPr>
          <w:rFonts w:ascii="Arial" w:hAnsi="Arial"/>
          <w:sz w:val="22"/>
        </w:rPr>
        <w:t>I mean, that was going to be one of my questions, actually. do you still, you know, get the opportunity to see how Laura is doing or go and visit or anything like that?</w:t>
      </w:r>
    </w:p>
    <w:p>
      <w:pPr>
        <w:spacing w:after="0"/>
      </w:pPr>
    </w:p>
    <w:p>
      <w:pPr>
        <w:spacing w:after="0"/>
      </w:pPr>
      <w:r>
        <w:rPr>
          <w:rFonts w:ascii="Arial" w:hAnsi="Arial"/>
          <w:b/>
          <w:sz w:val="22"/>
        </w:rPr>
        <w:t xml:space="preserve">Jaina  </w:t>
      </w:r>
      <w:r>
        <w:rPr>
          <w:rFonts w:ascii="Arial" w:hAnsi="Arial"/>
          <w:color w:val="5D7284"/>
          <w:sz w:val="22"/>
        </w:rPr>
        <w:t>16:55</w:t>
      </w:r>
    </w:p>
    <w:p>
      <w:pPr>
        <w:spacing w:after="0"/>
      </w:pPr>
      <w:r>
        <w:rPr>
          <w:rFonts w:ascii="Arial" w:hAnsi="Arial"/>
          <w:sz w:val="22"/>
        </w:rPr>
        <w:t>Yes we will be visiting later on this year to see how she's getting on. it will be a rush of emotions. I think like oh, no, I mean, part of the filming in June, which was one of the final pieces. Laura was rehomed in April. And we met went down in June as part of that. And we got I remember a moment where we got out of the car, thinking that she would come rushing up to me, but she greeted Kath before she greeted me. I remember you fury friend and then she realised who I was.</w:t>
      </w:r>
    </w:p>
    <w:p>
      <w:pPr>
        <w:spacing w:after="0"/>
      </w:pPr>
    </w:p>
    <w:p>
      <w:pPr>
        <w:spacing w:after="0"/>
      </w:pPr>
      <w:r>
        <w:rPr>
          <w:rFonts w:ascii="Arial" w:hAnsi="Arial"/>
          <w:b/>
          <w:sz w:val="22"/>
        </w:rPr>
        <w:t xml:space="preserve">Lucy  </w:t>
      </w:r>
      <w:r>
        <w:rPr>
          <w:rFonts w:ascii="Arial" w:hAnsi="Arial"/>
          <w:color w:val="5D7284"/>
          <w:sz w:val="22"/>
        </w:rPr>
        <w:t>17:30</w:t>
      </w:r>
    </w:p>
    <w:p>
      <w:pPr>
        <w:spacing w:after="0"/>
      </w:pPr>
      <w:r>
        <w:rPr>
          <w:rFonts w:ascii="Arial" w:hAnsi="Arial"/>
          <w:sz w:val="22"/>
        </w:rPr>
        <w:t>for me. The bit like my sister's Bulldogs. I can walk into a room sit down and be sat down for five minutes before Bertie. The smallest Bulldog goes, Oh, Lucy is over there. And then comes over for fuss. Otherwise, he's very aloof or like, Yeah, I'm not bothered.</w:t>
      </w:r>
    </w:p>
    <w:p>
      <w:pPr>
        <w:spacing w:after="0"/>
      </w:pPr>
    </w:p>
    <w:p>
      <w:pPr>
        <w:spacing w:after="0"/>
      </w:pPr>
      <w:r>
        <w:rPr>
          <w:rFonts w:ascii="Arial" w:hAnsi="Arial"/>
          <w:b/>
          <w:sz w:val="22"/>
        </w:rPr>
        <w:t xml:space="preserve">Jaina  </w:t>
      </w:r>
      <w:r>
        <w:rPr>
          <w:rFonts w:ascii="Arial" w:hAnsi="Arial"/>
          <w:color w:val="5D7284"/>
          <w:sz w:val="22"/>
        </w:rPr>
        <w:t>17:45</w:t>
      </w:r>
    </w:p>
    <w:p>
      <w:pPr>
        <w:spacing w:after="0"/>
      </w:pPr>
      <w:r>
        <w:rPr>
          <w:rFonts w:ascii="Arial" w:hAnsi="Arial"/>
          <w:sz w:val="22"/>
        </w:rPr>
        <w:t>Yeah. She's totally settled into country life.</w:t>
      </w:r>
    </w:p>
    <w:p>
      <w:pPr>
        <w:spacing w:after="0"/>
      </w:pPr>
    </w:p>
    <w:p>
      <w:pPr>
        <w:spacing w:after="0"/>
      </w:pPr>
      <w:r>
        <w:rPr>
          <w:rFonts w:ascii="Arial" w:hAnsi="Arial"/>
          <w:b/>
          <w:sz w:val="22"/>
        </w:rPr>
        <w:t xml:space="preserve">Lucy  </w:t>
      </w:r>
      <w:r>
        <w:rPr>
          <w:rFonts w:ascii="Arial" w:hAnsi="Arial"/>
          <w:color w:val="5D7284"/>
          <w:sz w:val="22"/>
        </w:rPr>
        <w:t>17:49</w:t>
      </w:r>
    </w:p>
    <w:p>
      <w:pPr>
        <w:spacing w:after="0"/>
      </w:pPr>
      <w:r>
        <w:rPr>
          <w:rFonts w:ascii="Arial" w:hAnsi="Arial"/>
          <w:sz w:val="22"/>
        </w:rPr>
        <w:t>Yeah, absolutely.</w:t>
      </w:r>
    </w:p>
    <w:p>
      <w:pPr>
        <w:spacing w:after="0"/>
      </w:pPr>
    </w:p>
    <w:p>
      <w:pPr>
        <w:spacing w:after="0"/>
      </w:pPr>
      <w:r>
        <w:rPr>
          <w:rFonts w:ascii="Arial" w:hAnsi="Arial"/>
          <w:b/>
          <w:sz w:val="22"/>
        </w:rPr>
        <w:t xml:space="preserve">Jaina  </w:t>
      </w:r>
      <w:r>
        <w:rPr>
          <w:rFonts w:ascii="Arial" w:hAnsi="Arial"/>
          <w:color w:val="5D7284"/>
          <w:sz w:val="22"/>
        </w:rPr>
        <w:t>17:52</w:t>
      </w:r>
    </w:p>
    <w:p>
      <w:pPr>
        <w:spacing w:after="0"/>
      </w:pPr>
      <w:r>
        <w:rPr>
          <w:rFonts w:ascii="Arial" w:hAnsi="Arial"/>
          <w:sz w:val="22"/>
        </w:rPr>
        <w:t>But she I'm just so happy. It's peace of mind to know she's happy and healthy and living her best life.</w:t>
      </w:r>
    </w:p>
    <w:p>
      <w:pPr>
        <w:spacing w:after="0"/>
      </w:pPr>
    </w:p>
    <w:p>
      <w:pPr>
        <w:spacing w:after="0"/>
      </w:pPr>
      <w:r>
        <w:rPr>
          <w:rFonts w:ascii="Arial" w:hAnsi="Arial"/>
          <w:b/>
          <w:sz w:val="22"/>
        </w:rPr>
        <w:t xml:space="preserve">Lucy  </w:t>
      </w:r>
      <w:r>
        <w:rPr>
          <w:rFonts w:ascii="Arial" w:hAnsi="Arial"/>
          <w:color w:val="5D7284"/>
          <w:sz w:val="22"/>
        </w:rPr>
        <w:t>17:58</w:t>
      </w:r>
    </w:p>
    <w:p>
      <w:pPr>
        <w:spacing w:after="0"/>
      </w:pPr>
      <w:r>
        <w:rPr>
          <w:rFonts w:ascii="Arial" w:hAnsi="Arial"/>
          <w:sz w:val="22"/>
        </w:rPr>
        <w:t>Yeah, yeah. And it must be comfort to you, as well to know that Martin is not just doing it, like I said, because he's a celebrity and wants to, you know, nail nail his colours to the mast because it's, it looks good for his PR that he actually does love animals. as much as he says he does as well.</w:t>
      </w:r>
    </w:p>
    <w:p>
      <w:pPr>
        <w:spacing w:after="0"/>
      </w:pPr>
    </w:p>
    <w:p>
      <w:pPr>
        <w:spacing w:after="0"/>
      </w:pPr>
      <w:r>
        <w:rPr>
          <w:rFonts w:ascii="Arial" w:hAnsi="Arial"/>
          <w:b/>
          <w:sz w:val="22"/>
        </w:rPr>
        <w:t xml:space="preserve">Jaina  </w:t>
      </w:r>
      <w:r>
        <w:rPr>
          <w:rFonts w:ascii="Arial" w:hAnsi="Arial"/>
          <w:color w:val="5D7284"/>
          <w:sz w:val="22"/>
        </w:rPr>
        <w:t>18:16</w:t>
      </w:r>
    </w:p>
    <w:p>
      <w:pPr>
        <w:spacing w:after="0"/>
      </w:pPr>
      <w:r>
        <w:rPr>
          <w:rFonts w:ascii="Arial" w:hAnsi="Arial"/>
          <w:sz w:val="22"/>
        </w:rPr>
        <w:t>Oh absolutely. He's just so genuine. So kind. And we're good friends now. Like, friends. I just love how, you know, I get updates from her. See how Laura is doing. And she's just so happy. Yeah, it was great to do the filming as well. And like I say quite challenging at times, but definitely worth it. So fingers crossed for a part two. you never know.</w:t>
      </w:r>
    </w:p>
    <w:p>
      <w:pPr>
        <w:spacing w:after="0"/>
      </w:pPr>
    </w:p>
    <w:p>
      <w:pPr>
        <w:spacing w:after="0"/>
      </w:pPr>
      <w:r>
        <w:rPr>
          <w:rFonts w:ascii="Arial" w:hAnsi="Arial"/>
          <w:b/>
          <w:sz w:val="22"/>
        </w:rPr>
        <w:t xml:space="preserve">Lucy  </w:t>
      </w:r>
      <w:r>
        <w:rPr>
          <w:rFonts w:ascii="Arial" w:hAnsi="Arial"/>
          <w:color w:val="5D7284"/>
          <w:sz w:val="22"/>
        </w:rPr>
        <w:t>18:45</w:t>
      </w:r>
    </w:p>
    <w:p>
      <w:pPr>
        <w:spacing w:after="0"/>
      </w:pPr>
      <w:r>
        <w:rPr>
          <w:rFonts w:ascii="Arial" w:hAnsi="Arial"/>
          <w:sz w:val="22"/>
        </w:rPr>
        <w:t>Yeah, might make a second second episode. That was great.</w:t>
      </w:r>
    </w:p>
    <w:p>
      <w:pPr>
        <w:spacing w:after="0"/>
      </w:pPr>
    </w:p>
    <w:p>
      <w:pPr>
        <w:spacing w:after="0"/>
      </w:pPr>
      <w:r>
        <w:rPr>
          <w:rFonts w:ascii="Arial" w:hAnsi="Arial"/>
          <w:b/>
          <w:sz w:val="22"/>
        </w:rPr>
        <w:t xml:space="preserve">Jaina  </w:t>
      </w:r>
      <w:r>
        <w:rPr>
          <w:rFonts w:ascii="Arial" w:hAnsi="Arial"/>
          <w:color w:val="5D7284"/>
          <w:sz w:val="22"/>
        </w:rPr>
        <w:t>18:50</w:t>
      </w:r>
    </w:p>
    <w:p>
      <w:pPr>
        <w:spacing w:after="0"/>
      </w:pPr>
      <w:r>
        <w:rPr>
          <w:rFonts w:ascii="Arial" w:hAnsi="Arial"/>
          <w:sz w:val="22"/>
        </w:rPr>
        <w:t>Yeah, absolutely. But I still kind of have to like pinch myself but the whole experience really is just extraordinary. All I've done really I'm a great believer in you know, setting intentions and the law of attraction. I just set the intention to find Laura, a lovely family that had dogs and I had never thought something like this would manifest it was just really beautiful. So many sort of divine synchronicities along the journey even with Kath. So she's a special girl. They both are</w:t>
      </w:r>
    </w:p>
    <w:p>
      <w:pPr>
        <w:spacing w:after="0"/>
      </w:pPr>
    </w:p>
    <w:p>
      <w:pPr>
        <w:spacing w:after="0"/>
      </w:pPr>
      <w:r>
        <w:rPr>
          <w:rFonts w:ascii="Arial" w:hAnsi="Arial"/>
          <w:b/>
          <w:sz w:val="22"/>
        </w:rPr>
        <w:t xml:space="preserve">Alice  </w:t>
      </w:r>
      <w:r>
        <w:rPr>
          <w:rFonts w:ascii="Arial" w:hAnsi="Arial"/>
          <w:color w:val="5D7284"/>
          <w:sz w:val="22"/>
        </w:rPr>
        <w:t>19:23</w:t>
      </w:r>
    </w:p>
    <w:p>
      <w:pPr>
        <w:spacing w:after="0"/>
      </w:pPr>
      <w:r>
        <w:rPr>
          <w:rFonts w:ascii="Arial" w:hAnsi="Arial"/>
          <w:sz w:val="22"/>
        </w:rPr>
        <w:t>I really liked that story. So now that you're kind of, you know, Kaths really got her feet under the table what a you guys kind of doing has your Have you got a different kind of life to the life that I mean, I assume things must be if not different things are certainly a lot easier now that you're settled in with another dog versus that. you know that what did you say it was two years between dogs must have been really tough. Yeah,</w:t>
      </w:r>
    </w:p>
    <w:p>
      <w:pPr>
        <w:spacing w:after="0"/>
      </w:pPr>
    </w:p>
    <w:p>
      <w:pPr>
        <w:spacing w:after="0"/>
      </w:pPr>
      <w:r>
        <w:rPr>
          <w:rFonts w:ascii="Arial" w:hAnsi="Arial"/>
          <w:b/>
          <w:sz w:val="22"/>
        </w:rPr>
        <w:t xml:space="preserve">Jaina  </w:t>
      </w:r>
      <w:r>
        <w:rPr>
          <w:rFonts w:ascii="Arial" w:hAnsi="Arial"/>
          <w:color w:val="5D7284"/>
          <w:sz w:val="22"/>
        </w:rPr>
        <w:t>19:51</w:t>
      </w:r>
    </w:p>
    <w:p>
      <w:pPr>
        <w:spacing w:after="0"/>
      </w:pPr>
      <w:r>
        <w:rPr>
          <w:rFonts w:ascii="Arial" w:hAnsi="Arial"/>
          <w:sz w:val="22"/>
        </w:rPr>
        <w:t>like yourself. I had to go back to the long cane during that time and that was really, really really tough because it is not the same as having a guide dog with you. it takes longer to get to places.</w:t>
      </w:r>
    </w:p>
    <w:p>
      <w:pPr>
        <w:spacing w:after="0"/>
      </w:pPr>
    </w:p>
    <w:p>
      <w:pPr>
        <w:spacing w:after="0"/>
      </w:pPr>
      <w:r>
        <w:rPr>
          <w:rFonts w:ascii="Arial" w:hAnsi="Arial"/>
          <w:b/>
          <w:sz w:val="22"/>
        </w:rPr>
        <w:t xml:space="preserve">Alice  </w:t>
      </w:r>
      <w:r>
        <w:rPr>
          <w:rFonts w:ascii="Arial" w:hAnsi="Arial"/>
          <w:color w:val="5D7284"/>
          <w:sz w:val="22"/>
        </w:rPr>
        <w:t>20:05</w:t>
      </w:r>
    </w:p>
    <w:p>
      <w:pPr>
        <w:spacing w:after="0"/>
      </w:pPr>
      <w:r>
        <w:rPr>
          <w:rFonts w:ascii="Arial" w:hAnsi="Arial"/>
          <w:sz w:val="22"/>
        </w:rPr>
        <w:t>It's more it's so much more work is I came back from just short journeys just just ruined, just absolutely exhausted.</w:t>
      </w:r>
    </w:p>
    <w:p>
      <w:pPr>
        <w:spacing w:after="0"/>
      </w:pPr>
    </w:p>
    <w:p>
      <w:pPr>
        <w:spacing w:after="0"/>
      </w:pPr>
      <w:r>
        <w:rPr>
          <w:rFonts w:ascii="Arial" w:hAnsi="Arial"/>
          <w:b/>
          <w:sz w:val="22"/>
        </w:rPr>
        <w:t xml:space="preserve">Jaina  </w:t>
      </w:r>
      <w:r>
        <w:rPr>
          <w:rFonts w:ascii="Arial" w:hAnsi="Arial"/>
          <w:color w:val="5D7284"/>
          <w:sz w:val="22"/>
        </w:rPr>
        <w:t>20:13</w:t>
      </w:r>
    </w:p>
    <w:p>
      <w:pPr>
        <w:spacing w:after="0"/>
      </w:pPr>
      <w:r>
        <w:rPr>
          <w:rFonts w:ascii="Arial" w:hAnsi="Arial"/>
          <w:sz w:val="22"/>
        </w:rPr>
        <w:t>Yes, it really mentally draining isn't it? It's hard work. But I looking back now I realise, okay, it was an important part of keeping up with that independent side of things. because in my mind, I honestly thought, Okay, it's been two years, I'm going to get matched with my new dog soon, everything will be fine. But it was quite the opposite, because you don't realise how much confidence you've lost and how much fitness you've lost along the way. So you kind of have to rebuild that foundation, brick by brick with your new dog. And be very patient with the whole process as well. because it's a learning for your new dog is different area for yourself. you have to be kind to yourself and be patient so well, that perseverance is definitely worth it. And at this stage now I'd say it just feels wonderful to have my independence back. I mean, it's such a freeing feeling. And Kathy is so so clever. She can be shown a route once and she'll remember it. So she knows about nine to 10 routes now. Well, like that. Yeah, yeah. So it's brilliant. I feel like I've got my fitness back. Now I can get back to the gym, you know, I can do my day to day stuff. And now I feel I'm at a different stage to when I was when I was matched with Laura. She was the right dog for me at that time. And Kath is the right dog for me now. So there are differences. And yeah, just in a more confident place. Now I'd say she's given me back that confidence.</w:t>
      </w:r>
    </w:p>
    <w:p>
      <w:pPr>
        <w:spacing w:after="0"/>
      </w:pPr>
    </w:p>
    <w:p>
      <w:pPr>
        <w:spacing w:after="0"/>
      </w:pPr>
      <w:r>
        <w:rPr>
          <w:rFonts w:ascii="Arial" w:hAnsi="Arial"/>
          <w:b/>
          <w:sz w:val="22"/>
        </w:rPr>
        <w:t xml:space="preserve">Alice  </w:t>
      </w:r>
      <w:r>
        <w:rPr>
          <w:rFonts w:ascii="Arial" w:hAnsi="Arial"/>
          <w:color w:val="5D7284"/>
          <w:sz w:val="22"/>
        </w:rPr>
        <w:t>21:51</w:t>
      </w:r>
    </w:p>
    <w:p>
      <w:pPr>
        <w:spacing w:after="0"/>
      </w:pPr>
      <w:r>
        <w:rPr>
          <w:rFonts w:ascii="Arial" w:hAnsi="Arial"/>
          <w:sz w:val="22"/>
        </w:rPr>
        <w:t>I saw on the documentary that you go to the gym and you work out I I've been off the gym for a while because I've got a bad back but I used to when I used to go with Lola to the gym when we lived in Leicester City. she'd sit in the back office while I was working out and I just kind of navigate around myself. And I have as any thing with Lola, I have so many shocking, incredible, ridiculous stories about that dog, including the time that she was sitting in the back office with somebody had to nip out and just leave her in there on her own for minutes. minutes. it was and they came back in and she had gotten into their bag and eaten four protein bars.</w:t>
      </w:r>
    </w:p>
    <w:p>
      <w:pPr>
        <w:spacing w:after="0"/>
      </w:pPr>
    </w:p>
    <w:p>
      <w:pPr>
        <w:spacing w:after="0"/>
      </w:pPr>
      <w:r>
        <w:rPr>
          <w:rFonts w:ascii="Arial" w:hAnsi="Arial"/>
          <w:b/>
          <w:sz w:val="22"/>
        </w:rPr>
        <w:t xml:space="preserve">Lucy  </w:t>
      </w:r>
      <w:r>
        <w:rPr>
          <w:rFonts w:ascii="Arial" w:hAnsi="Arial"/>
          <w:color w:val="5D7284"/>
          <w:sz w:val="22"/>
        </w:rPr>
        <w:t>22:36</w:t>
      </w:r>
    </w:p>
    <w:p>
      <w:pPr>
        <w:spacing w:after="0"/>
      </w:pPr>
      <w:r>
        <w:rPr>
          <w:rFonts w:ascii="Arial" w:hAnsi="Arial"/>
          <w:sz w:val="22"/>
        </w:rPr>
        <w:t>Wow wow amazing its like you always say Alice like everybody says, Oh Guide, dogs are so clever. And you're like yeah, but you have to remember they're also they're also still an animal. Yeah, they are still a dog they will still do doggy things and yeah, it just makes me laugh every time you tell me a story like that.</w:t>
      </w:r>
    </w:p>
    <w:p>
      <w:pPr>
        <w:spacing w:after="0"/>
      </w:pPr>
    </w:p>
    <w:p>
      <w:pPr>
        <w:spacing w:after="0"/>
      </w:pPr>
      <w:r>
        <w:rPr>
          <w:rFonts w:ascii="Arial" w:hAnsi="Arial"/>
          <w:b/>
          <w:sz w:val="22"/>
        </w:rPr>
        <w:t xml:space="preserve">Jaina  </w:t>
      </w:r>
      <w:r>
        <w:rPr>
          <w:rFonts w:ascii="Arial" w:hAnsi="Arial"/>
          <w:color w:val="5D7284"/>
          <w:sz w:val="22"/>
        </w:rPr>
        <w:t>23:04</w:t>
      </w:r>
    </w:p>
    <w:p>
      <w:pPr>
        <w:spacing w:after="0"/>
      </w:pPr>
      <w:r>
        <w:rPr>
          <w:rFonts w:ascii="Arial" w:hAnsi="Arial"/>
          <w:sz w:val="22"/>
        </w:rPr>
        <w:t>That does not surprise me I really don't do anything to be that sort of cheeky. I all have their cheeky sides. Laura did too. There was a funny story where the old gym we used to go to she'd be kept in like a little little room with a gate across it so she could see the reception she could see people coming in and out at the end of session. We'd take her out of that so she came out one occasion then she disappeared where did you go disappeared into the men's changing room and came back with her tail wagging</w:t>
      </w:r>
    </w:p>
    <w:p>
      <w:pPr>
        <w:spacing w:after="0"/>
      </w:pPr>
    </w:p>
    <w:p>
      <w:pPr>
        <w:spacing w:after="0"/>
      </w:pPr>
      <w:r>
        <w:rPr>
          <w:rFonts w:ascii="Arial" w:hAnsi="Arial"/>
          <w:b/>
          <w:sz w:val="22"/>
        </w:rPr>
        <w:t xml:space="preserve">Alice  </w:t>
      </w:r>
      <w:r>
        <w:rPr>
          <w:rFonts w:ascii="Arial" w:hAnsi="Arial"/>
          <w:color w:val="5D7284"/>
          <w:sz w:val="22"/>
        </w:rPr>
        <w:t>23:38</w:t>
      </w:r>
    </w:p>
    <w:p>
      <w:pPr>
        <w:spacing w:after="0"/>
      </w:pPr>
      <w:r>
        <w:rPr>
          <w:rFonts w:ascii="Arial" w:hAnsi="Arial"/>
          <w:sz w:val="22"/>
        </w:rPr>
        <w:t>yeah somebody once forgot to shut the office the office at the gym I used to go to the sorry the gym I've been to recently when I was with the first time I think it probably was when I went with Dora tried shutting her in the back office but their door. The door would only sort of close properly if you locked it and if there were people doing a fro and they just didn't do that. So I took her harness off her to go lead off. She was sitting quietly it was fine. I left I got I don't know 50 yards 50 feet away from the office door and suddenly heard what sounded like a herd of elephants who saw her running after me like mum you forgot me and you left me behind I need to go on the treadmill</w:t>
      </w:r>
    </w:p>
    <w:p>
      <w:pPr>
        <w:spacing w:after="0"/>
      </w:pPr>
    </w:p>
    <w:p>
      <w:pPr>
        <w:spacing w:after="0"/>
      </w:pPr>
      <w:r>
        <w:rPr>
          <w:rFonts w:ascii="Arial" w:hAnsi="Arial"/>
          <w:b/>
          <w:sz w:val="22"/>
        </w:rPr>
        <w:t xml:space="preserve">Lucy  </w:t>
      </w:r>
      <w:r>
        <w:rPr>
          <w:rFonts w:ascii="Arial" w:hAnsi="Arial"/>
          <w:color w:val="5D7284"/>
          <w:sz w:val="22"/>
        </w:rPr>
        <w:t>24:23</w:t>
      </w:r>
    </w:p>
    <w:p>
      <w:pPr>
        <w:spacing w:after="0"/>
      </w:pPr>
      <w:r>
        <w:rPr>
          <w:rFonts w:ascii="Arial" w:hAnsi="Arial"/>
          <w:sz w:val="22"/>
        </w:rPr>
        <w:t>I have to say when we've been like when we've got together and to do recordings or even just to have a bit of social time that I am often makes me laugh how I can be sat talking we can be recording or whatever. And then all of a sudden I look down and there's just Doras face like on my knee like can you just fuss me please? Yeah, she's a fuss pot isn't she.</w:t>
      </w:r>
    </w:p>
    <w:p>
      <w:pPr>
        <w:spacing w:after="0"/>
      </w:pPr>
    </w:p>
    <w:p>
      <w:pPr>
        <w:spacing w:after="0"/>
      </w:pPr>
      <w:r>
        <w:rPr>
          <w:rFonts w:ascii="Arial" w:hAnsi="Arial"/>
          <w:b/>
          <w:sz w:val="22"/>
        </w:rPr>
        <w:t xml:space="preserve">Alice  </w:t>
      </w:r>
      <w:r>
        <w:rPr>
          <w:rFonts w:ascii="Arial" w:hAnsi="Arial"/>
          <w:color w:val="5D7284"/>
          <w:sz w:val="22"/>
        </w:rPr>
        <w:t>24:44</w:t>
      </w:r>
    </w:p>
    <w:p>
      <w:pPr>
        <w:spacing w:after="0"/>
      </w:pPr>
      <w:r>
        <w:rPr>
          <w:rFonts w:ascii="Arial" w:hAnsi="Arial"/>
          <w:sz w:val="22"/>
        </w:rPr>
        <w:t>really described her recently as "quietly demanding".</w:t>
      </w:r>
    </w:p>
    <w:p>
      <w:pPr>
        <w:spacing w:after="0"/>
      </w:pPr>
    </w:p>
    <w:p>
      <w:pPr>
        <w:spacing w:after="0"/>
      </w:pPr>
      <w:r>
        <w:rPr>
          <w:rFonts w:ascii="Arial" w:hAnsi="Arial"/>
          <w:b/>
          <w:sz w:val="22"/>
        </w:rPr>
        <w:t xml:space="preserve">Lucy  </w:t>
      </w:r>
      <w:r>
        <w:rPr>
          <w:rFonts w:ascii="Arial" w:hAnsi="Arial"/>
          <w:color w:val="5D7284"/>
          <w:sz w:val="22"/>
        </w:rPr>
        <w:t>24:48</w:t>
      </w:r>
    </w:p>
    <w:p>
      <w:pPr>
        <w:spacing w:after="0"/>
      </w:pPr>
      <w:r>
        <w:rPr>
          <w:rFonts w:ascii="Arial" w:hAnsi="Arial"/>
          <w:sz w:val="22"/>
        </w:rPr>
        <w:t>Yes, I would. I would say that. It's a very good description. Yeah, I would say as well. My my sister's Bulldogs who are the closest thing I've actually got to her pet dog Bertie. Who is again smallest Bulldog. he I would say he's of the same ilk, quietly demanding and he's just like, hello. I'm here. My sister took him home after he'd been round visiting for the day. And she just sent the photograph. And his face is like, Oh, my sister's neck while she's laying on the sofa. It's like don't leave me again. Oh, the dog. The dog is ridiculous. he will climb around the back of the sofa and sit on my shoulder like a parrot. He's a bulldog. He's very heavy. Yeah, yeah full of character, I don't know.</w:t>
      </w:r>
    </w:p>
    <w:p>
      <w:pPr>
        <w:spacing w:after="0"/>
      </w:pPr>
    </w:p>
    <w:p>
      <w:pPr>
        <w:spacing w:after="0"/>
      </w:pPr>
      <w:r>
        <w:rPr>
          <w:rFonts w:ascii="Arial" w:hAnsi="Arial"/>
          <w:color w:val="5D7284"/>
          <w:sz w:val="22"/>
        </w:rPr>
        <w:t>25:38</w:t>
      </w:r>
    </w:p>
    <w:p>
      <w:pPr>
        <w:spacing w:after="0"/>
      </w:pPr>
      <w:r>
        <w:rPr>
          <w:rFonts w:ascii="Arial" w:hAnsi="Arial"/>
          <w:sz w:val="22"/>
        </w:rPr>
        <w:t>I love it when dogs have personality. Yeah they're not all the same they are so quirky in their own kind of way aren't they</w:t>
      </w:r>
    </w:p>
    <w:p>
      <w:pPr>
        <w:spacing w:after="0"/>
      </w:pPr>
    </w:p>
    <w:p>
      <w:pPr>
        <w:spacing w:after="0"/>
      </w:pPr>
      <w:r>
        <w:rPr>
          <w:rFonts w:ascii="Arial" w:hAnsi="Arial"/>
          <w:b/>
          <w:sz w:val="22"/>
        </w:rPr>
        <w:t xml:space="preserve">Lucy  </w:t>
      </w:r>
      <w:r>
        <w:rPr>
          <w:rFonts w:ascii="Arial" w:hAnsi="Arial"/>
          <w:color w:val="5D7284"/>
          <w:sz w:val="22"/>
        </w:rPr>
        <w:t>25:46</w:t>
      </w:r>
    </w:p>
    <w:p>
      <w:pPr>
        <w:spacing w:after="0"/>
      </w:pPr>
      <w:r>
        <w:rPr>
          <w:rFonts w:ascii="Arial" w:hAnsi="Arial"/>
          <w:sz w:val="22"/>
        </w:rPr>
        <w:t>Yeah. you know, when you beat dogs, and they're just like a look. They've got no real sort of like human personality. It's kind of a little bit unnerving. But yeah, when when you when you feel like they're a human. on four legs. it is quite hilarious. Really. Yeah. But yeah.</w:t>
      </w:r>
    </w:p>
    <w:p>
      <w:pPr>
        <w:spacing w:after="0"/>
      </w:pPr>
    </w:p>
    <w:p>
      <w:pPr>
        <w:spacing w:after="0"/>
      </w:pPr>
      <w:r>
        <w:rPr>
          <w:rFonts w:ascii="Arial" w:hAnsi="Arial"/>
          <w:b/>
          <w:sz w:val="22"/>
        </w:rPr>
        <w:t xml:space="preserve">Jaina  </w:t>
      </w:r>
      <w:r>
        <w:rPr>
          <w:rFonts w:ascii="Arial" w:hAnsi="Arial"/>
          <w:color w:val="5D7284"/>
          <w:sz w:val="22"/>
        </w:rPr>
        <w:t>26:04</w:t>
      </w:r>
    </w:p>
    <w:p>
      <w:pPr>
        <w:spacing w:after="0"/>
      </w:pPr>
      <w:r>
        <w:rPr>
          <w:rFonts w:ascii="Arial" w:hAnsi="Arial"/>
          <w:sz w:val="22"/>
        </w:rPr>
        <w:t>And they say you can tell a lot about an owner through their dog. Like, very much. So</w:t>
      </w:r>
    </w:p>
    <w:p>
      <w:pPr>
        <w:spacing w:after="0"/>
      </w:pPr>
    </w:p>
    <w:p>
      <w:pPr>
        <w:spacing w:after="0"/>
      </w:pPr>
      <w:r>
        <w:rPr>
          <w:rFonts w:ascii="Arial" w:hAnsi="Arial"/>
          <w:b/>
          <w:sz w:val="22"/>
        </w:rPr>
        <w:t xml:space="preserve">Lucy  </w:t>
      </w:r>
      <w:r>
        <w:rPr>
          <w:rFonts w:ascii="Arial" w:hAnsi="Arial"/>
          <w:color w:val="5D7284"/>
          <w:sz w:val="22"/>
        </w:rPr>
        <w:t>26:12</w:t>
      </w:r>
    </w:p>
    <w:p>
      <w:pPr>
        <w:spacing w:after="0"/>
      </w:pPr>
      <w:r>
        <w:rPr>
          <w:rFonts w:ascii="Arial" w:hAnsi="Arial"/>
          <w:sz w:val="22"/>
        </w:rPr>
        <w:t>yeah. They do kind of mirror your personality, don't they? Yeah.</w:t>
      </w:r>
    </w:p>
    <w:p>
      <w:pPr>
        <w:spacing w:after="0"/>
      </w:pPr>
    </w:p>
    <w:p>
      <w:pPr>
        <w:spacing w:after="0"/>
      </w:pPr>
      <w:r>
        <w:rPr>
          <w:rFonts w:ascii="Arial" w:hAnsi="Arial"/>
          <w:b/>
          <w:sz w:val="22"/>
        </w:rPr>
        <w:t xml:space="preserve">Jaina  </w:t>
      </w:r>
      <w:r>
        <w:rPr>
          <w:rFonts w:ascii="Arial" w:hAnsi="Arial"/>
          <w:color w:val="5D7284"/>
          <w:sz w:val="22"/>
        </w:rPr>
        <w:t>26:19</w:t>
      </w:r>
    </w:p>
    <w:p>
      <w:pPr>
        <w:spacing w:after="0"/>
      </w:pPr>
      <w:r>
        <w:rPr>
          <w:rFonts w:ascii="Arial" w:hAnsi="Arial"/>
          <w:sz w:val="22"/>
        </w:rPr>
        <w:t>And I didn't quite understand that until I actually got Laura because I've never had a dog before. Actually petrified of dogs up until that point. Wow, really, wow. as a child, I was chased by a dog that triggered my fear. So, you know, after I lost my eyesight, and things, I didn't really think about applying for a guide dog until around about 2010 ish. But I had to sort of overcome that fear. So I had friends who had guide dogs, so I spent time with them. And I can see how much they've changed their lives, how much freedom they gave them, and how kind and gentle the dogs were. And that was a step towards helping overcome that fear. So that put me in a better position when it came to be a match with my own dog. Really? Yeah. Yeah. So they teach you a lot of dogs.</w:t>
      </w:r>
    </w:p>
    <w:p>
      <w:pPr>
        <w:spacing w:after="0"/>
      </w:pPr>
    </w:p>
    <w:p>
      <w:pPr>
        <w:spacing w:after="0"/>
      </w:pPr>
      <w:r>
        <w:rPr>
          <w:rFonts w:ascii="Arial" w:hAnsi="Arial"/>
          <w:b/>
          <w:sz w:val="22"/>
        </w:rPr>
        <w:t xml:space="preserve">Alice  </w:t>
      </w:r>
      <w:r>
        <w:rPr>
          <w:rFonts w:ascii="Arial" w:hAnsi="Arial"/>
          <w:color w:val="5D7284"/>
          <w:sz w:val="22"/>
        </w:rPr>
        <w:t>27:11</w:t>
      </w:r>
    </w:p>
    <w:p>
      <w:pPr>
        <w:spacing w:after="0"/>
      </w:pPr>
      <w:r>
        <w:rPr>
          <w:rFonts w:ascii="Arial" w:hAnsi="Arial"/>
          <w:sz w:val="22"/>
        </w:rPr>
        <w:t>Yeah that's, that's a really nice story as well that like not nice that you were scared of dogs and that you had a horrible experience. It's nice that you know that. That meeting Laura and meeting other guide dogs helps you kind of get over that I quite often because Dora is so gentle and sensitive. you know, she, she's not even the sort of person, the sort of dog person. She's not even the sort of dog who, unless somebody is sort of quite sort of exuberant about it. you know, if it's not somebody she knows, she's not even the sort of dog who will like pull towards you. if she's on the harness and you're going oh look at that dog. Cuz she's just, she's quite cautious. Sort of slightly anxious dog.</w:t>
      </w:r>
    </w:p>
    <w:p>
      <w:pPr>
        <w:spacing w:after="0"/>
      </w:pPr>
    </w:p>
    <w:p>
      <w:pPr>
        <w:spacing w:after="0"/>
      </w:pPr>
      <w:r>
        <w:rPr>
          <w:rFonts w:ascii="Arial" w:hAnsi="Arial"/>
          <w:b/>
          <w:sz w:val="22"/>
        </w:rPr>
        <w:t xml:space="preserve">Lucy  </w:t>
      </w:r>
      <w:r>
        <w:rPr>
          <w:rFonts w:ascii="Arial" w:hAnsi="Arial"/>
          <w:color w:val="5D7284"/>
          <w:sz w:val="22"/>
        </w:rPr>
        <w:t>27:54</w:t>
      </w:r>
    </w:p>
    <w:p>
      <w:pPr>
        <w:spacing w:after="0"/>
      </w:pPr>
      <w:r>
        <w:rPr>
          <w:rFonts w:ascii="Arial" w:hAnsi="Arial"/>
          <w:sz w:val="22"/>
        </w:rPr>
        <w:t>I've never I've never met. Actually, I was gonna say, I've never really seen Dora sort of yank you. But it's when it's when she's seen seeing me occasionally. She's got a bit excited. Oh, it's Lucy. And then I forget she's guiding you. And I'm like, hello Dora. Oh, no, don't do that. because she's gonna pull Alice over. But yeah, I, when we're what like when I'm walking beside you, she doesn't sort of like, she doesn't use get easily distracted does she really,</w:t>
      </w:r>
    </w:p>
    <w:p>
      <w:pPr>
        <w:spacing w:after="0"/>
      </w:pPr>
    </w:p>
    <w:p>
      <w:pPr>
        <w:spacing w:after="0"/>
      </w:pPr>
      <w:r>
        <w:rPr>
          <w:rFonts w:ascii="Arial" w:hAnsi="Arial"/>
          <w:b/>
          <w:sz w:val="22"/>
        </w:rPr>
        <w:t xml:space="preserve">Alice  </w:t>
      </w:r>
      <w:r>
        <w:rPr>
          <w:rFonts w:ascii="Arial" w:hAnsi="Arial"/>
          <w:color w:val="5D7284"/>
          <w:sz w:val="22"/>
        </w:rPr>
        <w:t>28:23</w:t>
      </w:r>
    </w:p>
    <w:p>
      <w:pPr>
        <w:spacing w:after="0"/>
      </w:pPr>
      <w:r>
        <w:rPr>
          <w:rFonts w:ascii="Arial" w:hAnsi="Arial"/>
          <w:sz w:val="22"/>
        </w:rPr>
        <w:t>Lola would literally Lola, there were times where she was guiding me. And she was looking over her shoulder to see what else was going on. Honestly, I think it is incredible that that don't like that that dog made it through training. But, but yeah, I always say you know, I've been I was in a lift recently. And I was going I was going up a couple of floors and the doors opened on one floor that I wasn't getting off. And it was just a bunch of like, slightly Larry teenage boys are given. And they came in and one of them like took a step back. And was like, Oh, I'm not sure of this dog and I was like, mate, I am more likely to bite you than this dog. Like you're fine you know, the worst thing she's going to do is leave yellow hairs all over you. But it's, it's, it's one of those things you know, it's I think it's it's so fantastic. Everybody, everybody knows how kind of well how hard guide dogs work to make those dogs as kind of, you know, careful and trusting.</w:t>
      </w:r>
    </w:p>
    <w:p>
      <w:pPr>
        <w:spacing w:after="0"/>
      </w:pPr>
    </w:p>
    <w:p>
      <w:pPr>
        <w:spacing w:after="0"/>
      </w:pPr>
      <w:r>
        <w:rPr>
          <w:rFonts w:ascii="Arial" w:hAnsi="Arial"/>
          <w:b/>
          <w:sz w:val="22"/>
        </w:rPr>
        <w:t xml:space="preserve">Lucy  </w:t>
      </w:r>
      <w:r>
        <w:rPr>
          <w:rFonts w:ascii="Arial" w:hAnsi="Arial"/>
          <w:color w:val="5D7284"/>
          <w:sz w:val="22"/>
        </w:rPr>
        <w:t>29:33</w:t>
      </w:r>
    </w:p>
    <w:p>
      <w:pPr>
        <w:spacing w:after="0"/>
      </w:pPr>
      <w:r>
        <w:rPr>
          <w:rFonts w:ascii="Arial" w:hAnsi="Arial"/>
          <w:sz w:val="22"/>
        </w:rPr>
        <w:t>Careful. I was gonna say polite. I don't think that was quite the right word.</w:t>
      </w:r>
    </w:p>
    <w:p>
      <w:pPr>
        <w:spacing w:after="0"/>
      </w:pPr>
    </w:p>
    <w:p>
      <w:pPr>
        <w:spacing w:after="0"/>
      </w:pPr>
      <w:r>
        <w:rPr>
          <w:rFonts w:ascii="Arial" w:hAnsi="Arial"/>
          <w:b/>
          <w:sz w:val="22"/>
        </w:rPr>
        <w:t xml:space="preserve">Alice  </w:t>
      </w:r>
      <w:r>
        <w:rPr>
          <w:rFonts w:ascii="Arial" w:hAnsi="Arial"/>
          <w:color w:val="5D7284"/>
          <w:sz w:val="22"/>
        </w:rPr>
        <w:t>29:38</w:t>
      </w:r>
    </w:p>
    <w:p>
      <w:pPr>
        <w:spacing w:after="0"/>
      </w:pPr>
      <w:r>
        <w:rPr>
          <w:rFonts w:ascii="Arial" w:hAnsi="Arial"/>
          <w:sz w:val="22"/>
        </w:rPr>
        <w:t>I don't know my my sister in law is a a dog trainer. Just not a guide dog trainer. Just a dog trainer but she she does use words like polite and rude when her dog like gets in your face. She'll errr it's rude and he'll go Sorry, sorry, I'll go over here</w:t>
      </w:r>
    </w:p>
    <w:p>
      <w:pPr>
        <w:spacing w:after="0"/>
      </w:pPr>
    </w:p>
    <w:p>
      <w:pPr>
        <w:spacing w:after="0"/>
      </w:pPr>
      <w:r>
        <w:rPr>
          <w:rFonts w:ascii="Arial" w:hAnsi="Arial"/>
          <w:b/>
          <w:sz w:val="22"/>
        </w:rPr>
        <w:t xml:space="preserve">Lucy  </w:t>
      </w:r>
      <w:r>
        <w:rPr>
          <w:rFonts w:ascii="Arial" w:hAnsi="Arial"/>
          <w:color w:val="5D7284"/>
          <w:sz w:val="22"/>
        </w:rPr>
        <w:t>29:54</w:t>
      </w:r>
    </w:p>
    <w:p>
      <w:pPr>
        <w:spacing w:after="0"/>
      </w:pPr>
      <w:r>
        <w:rPr>
          <w:rFonts w:ascii="Arial" w:hAnsi="Arial"/>
          <w:sz w:val="22"/>
        </w:rPr>
        <w:t>You say rude to a bulldog. And he's like, yeah, what!? Yeah.</w:t>
      </w:r>
    </w:p>
    <w:p>
      <w:pPr>
        <w:spacing w:after="0"/>
      </w:pPr>
    </w:p>
    <w:p>
      <w:pPr>
        <w:spacing w:after="0"/>
      </w:pPr>
      <w:r>
        <w:rPr>
          <w:rFonts w:ascii="Arial" w:hAnsi="Arial"/>
          <w:b/>
          <w:sz w:val="22"/>
        </w:rPr>
        <w:t xml:space="preserve">Jaina  </w:t>
      </w:r>
      <w:r>
        <w:rPr>
          <w:rFonts w:ascii="Arial" w:hAnsi="Arial"/>
          <w:color w:val="5D7284"/>
          <w:sz w:val="22"/>
        </w:rPr>
        <w:t>29:58</w:t>
      </w:r>
    </w:p>
    <w:p>
      <w:pPr>
        <w:spacing w:after="0"/>
      </w:pPr>
      <w:r>
        <w:rPr>
          <w:rFonts w:ascii="Arial" w:hAnsi="Arial"/>
          <w:sz w:val="22"/>
        </w:rPr>
        <w:t>Totally different characters. It is just remarkable though even now I just think how amazing it is to how these dogs are actually trained and selected and the process they go through because their dogs go through so much like from when they are with their puppy raisers, that whole process being introduced to the world with their fosterers, when they go to big school, they move around a lot. It's it's quite</w:t>
      </w:r>
    </w:p>
    <w:p>
      <w:pPr>
        <w:spacing w:after="0"/>
      </w:pPr>
    </w:p>
    <w:p>
      <w:pPr>
        <w:spacing w:after="0"/>
      </w:pPr>
      <w:r>
        <w:rPr>
          <w:rFonts w:ascii="Arial" w:hAnsi="Arial"/>
          <w:b/>
          <w:sz w:val="22"/>
        </w:rPr>
        <w:t xml:space="preserve">Lucy  </w:t>
      </w:r>
      <w:r>
        <w:rPr>
          <w:rFonts w:ascii="Arial" w:hAnsi="Arial"/>
          <w:color w:val="5D7284"/>
          <w:sz w:val="22"/>
        </w:rPr>
        <w:t>30:24</w:t>
      </w:r>
    </w:p>
    <w:p>
      <w:pPr>
        <w:spacing w:after="0"/>
      </w:pPr>
      <w:r>
        <w:rPr>
          <w:rFonts w:ascii="Arial" w:hAnsi="Arial"/>
          <w:sz w:val="22"/>
        </w:rPr>
        <w:t xml:space="preserve">right in thinking as they go through like, they go, they go to puppy raisers and other other puppy raisers. The one who like get them used to like noises and familiar surroundings. </w:t>
      </w:r>
    </w:p>
    <w:p>
      <w:pPr>
        <w:spacing w:after="0"/>
      </w:pPr>
    </w:p>
    <w:p>
      <w:pPr>
        <w:spacing w:after="0"/>
      </w:pPr>
      <w:r>
        <w:rPr>
          <w:rFonts w:ascii="Arial" w:hAnsi="Arial"/>
          <w:b/>
          <w:sz w:val="22"/>
        </w:rPr>
        <w:t xml:space="preserve">Alice  </w:t>
      </w:r>
      <w:r>
        <w:rPr>
          <w:rFonts w:ascii="Arial" w:hAnsi="Arial"/>
          <w:color w:val="5D7284"/>
          <w:sz w:val="22"/>
        </w:rPr>
        <w:t>30:35</w:t>
      </w:r>
    </w:p>
    <w:p>
      <w:pPr>
        <w:spacing w:after="0"/>
      </w:pPr>
      <w:r>
        <w:rPr>
          <w:rFonts w:ascii="Arial" w:hAnsi="Arial"/>
          <w:sz w:val="22"/>
        </w:rPr>
        <w:t>Yeah, the're the ones who like to take my little puppy to the supermarket and the noisy places and</w:t>
      </w:r>
    </w:p>
    <w:p>
      <w:pPr>
        <w:spacing w:after="0"/>
      </w:pPr>
    </w:p>
    <w:p>
      <w:pPr>
        <w:spacing w:after="0"/>
      </w:pPr>
      <w:r>
        <w:rPr>
          <w:rFonts w:ascii="Arial" w:hAnsi="Arial"/>
          <w:b/>
          <w:sz w:val="22"/>
        </w:rPr>
        <w:t xml:space="preserve">Lucy  </w:t>
      </w:r>
      <w:r>
        <w:rPr>
          <w:rFonts w:ascii="Arial" w:hAnsi="Arial"/>
          <w:color w:val="5D7284"/>
          <w:sz w:val="22"/>
        </w:rPr>
        <w:t>30:42</w:t>
      </w:r>
    </w:p>
    <w:p>
      <w:pPr>
        <w:spacing w:after="0"/>
      </w:pPr>
      <w:r>
        <w:rPr>
          <w:rFonts w:ascii="Arial" w:hAnsi="Arial"/>
          <w:sz w:val="22"/>
        </w:rPr>
        <w:t>you know, getting places like train stations and stuff like that. And then they go to proper guide dog training, don't they work with where they've got people who are sort of, they've got a list of stuff to go through? Really? Yeah. I've got a new found, like I always appreciated how hard guide dogs work. Since knowing you, Alice, I think you get a newfound appreciation, because you sort of see it firsthand. Like you're my friend. We go out places and things and you sort of get a newfound appreciation for oh, wow, they they really, you know, it's not like I didn't realise but you kind of go, actually, you see, you see how much work gone into training. Dora. you do get a newfound appreciation for all the work that's gone into it. Really</w:t>
      </w:r>
    </w:p>
    <w:p>
      <w:pPr>
        <w:spacing w:after="0"/>
      </w:pPr>
    </w:p>
    <w:p>
      <w:pPr>
        <w:spacing w:after="0"/>
      </w:pPr>
      <w:r>
        <w:rPr>
          <w:rFonts w:ascii="Arial" w:hAnsi="Arial"/>
          <w:b/>
          <w:sz w:val="22"/>
        </w:rPr>
        <w:t xml:space="preserve">Alice  </w:t>
      </w:r>
      <w:r>
        <w:rPr>
          <w:rFonts w:ascii="Arial" w:hAnsi="Arial"/>
          <w:color w:val="5D7284"/>
          <w:sz w:val="22"/>
        </w:rPr>
        <w:t>31:28</w:t>
      </w:r>
    </w:p>
    <w:p>
      <w:pPr>
        <w:spacing w:after="0"/>
      </w:pPr>
      <w:r>
        <w:rPr>
          <w:rFonts w:ascii="Arial" w:hAnsi="Arial"/>
          <w:sz w:val="22"/>
        </w:rPr>
        <w:t>The thing is I always say to people is my dog knows her left from right. Yeah, I'm like, I know. I know. people who don't know their left from right</w:t>
      </w:r>
    </w:p>
    <w:p>
      <w:pPr>
        <w:spacing w:after="0"/>
      </w:pPr>
    </w:p>
    <w:p>
      <w:pPr>
        <w:spacing w:after="0"/>
      </w:pPr>
      <w:r>
        <w:rPr>
          <w:rFonts w:ascii="Arial" w:hAnsi="Arial"/>
          <w:b/>
          <w:sz w:val="22"/>
        </w:rPr>
        <w:t xml:space="preserve">Lucy  </w:t>
      </w:r>
      <w:r>
        <w:rPr>
          <w:rFonts w:ascii="Arial" w:hAnsi="Arial"/>
          <w:color w:val="5D7284"/>
          <w:sz w:val="22"/>
        </w:rPr>
        <w:t>31:35</w:t>
      </w:r>
    </w:p>
    <w:p>
      <w:pPr>
        <w:spacing w:after="0"/>
      </w:pPr>
      <w:r>
        <w:rPr>
          <w:rFonts w:ascii="Arial" w:hAnsi="Arial"/>
          <w:sz w:val="22"/>
        </w:rPr>
        <w:t>Thats me! thing where you hold your hands up? Yeah, it makes an L shape. if your thing is making L shape. That's the left hand, it's just my sense of direction is absolutely shit. And it's amazing how your dog's better than left and right than I am. I mean, unbelievable. Really. Oh, hadn't</w:t>
      </w:r>
    </w:p>
    <w:p>
      <w:pPr>
        <w:spacing w:after="0"/>
      </w:pPr>
    </w:p>
    <w:p>
      <w:pPr>
        <w:spacing w:after="0"/>
      </w:pPr>
      <w:r>
        <w:rPr>
          <w:rFonts w:ascii="Arial" w:hAnsi="Arial"/>
          <w:b/>
          <w:sz w:val="22"/>
        </w:rPr>
        <w:t xml:space="preserve">Jaina  </w:t>
      </w:r>
      <w:r>
        <w:rPr>
          <w:rFonts w:ascii="Arial" w:hAnsi="Arial"/>
          <w:color w:val="5D7284"/>
          <w:sz w:val="22"/>
        </w:rPr>
        <w:t>31:56</w:t>
      </w:r>
    </w:p>
    <w:p>
      <w:pPr>
        <w:spacing w:after="0"/>
      </w:pPr>
      <w:r>
        <w:rPr>
          <w:rFonts w:ascii="Arial" w:hAnsi="Arial"/>
          <w:sz w:val="22"/>
        </w:rPr>
        <w:t>Oh i never thought about that. I just did an L shape with my fingers. Thats a life hack. I'm gonna share that with sighted people now who struggle with their Left and right.</w:t>
      </w:r>
    </w:p>
    <w:p>
      <w:pPr>
        <w:spacing w:after="0"/>
      </w:pPr>
    </w:p>
    <w:p>
      <w:pPr>
        <w:spacing w:after="0"/>
      </w:pPr>
      <w:r>
        <w:rPr>
          <w:rFonts w:ascii="Arial" w:hAnsi="Arial"/>
          <w:b/>
          <w:sz w:val="22"/>
        </w:rPr>
        <w:t xml:space="preserve">Lucy  </w:t>
      </w:r>
      <w:r>
        <w:rPr>
          <w:rFonts w:ascii="Arial" w:hAnsi="Arial"/>
          <w:color w:val="5D7284"/>
          <w:sz w:val="22"/>
        </w:rPr>
        <w:t>32:07</w:t>
      </w:r>
    </w:p>
    <w:p>
      <w:pPr>
        <w:spacing w:after="0"/>
      </w:pPr>
      <w:r>
        <w:rPr>
          <w:rFonts w:ascii="Arial" w:hAnsi="Arial"/>
          <w:sz w:val="22"/>
        </w:rPr>
        <w:t>I tried to do that when I was trying to when I was trying to and failed to learn how to drive because I used to go into a blind panic of which way is left, I used to just hold my hands up while I got my hands on the streering wheel</w:t>
      </w:r>
    </w:p>
    <w:p>
      <w:pPr>
        <w:spacing w:after="0"/>
      </w:pPr>
    </w:p>
    <w:p>
      <w:pPr>
        <w:spacing w:after="0"/>
      </w:pPr>
      <w:r>
        <w:rPr>
          <w:rFonts w:ascii="Arial" w:hAnsi="Arial"/>
          <w:b/>
          <w:sz w:val="22"/>
        </w:rPr>
        <w:t xml:space="preserve">Alice  </w:t>
      </w:r>
      <w:r>
        <w:rPr>
          <w:rFonts w:ascii="Arial" w:hAnsi="Arial"/>
          <w:color w:val="5D7284"/>
          <w:sz w:val="22"/>
        </w:rPr>
        <w:t>32:19</w:t>
      </w:r>
    </w:p>
    <w:p>
      <w:pPr>
        <w:spacing w:after="0"/>
      </w:pPr>
      <w:r>
        <w:rPr>
          <w:rFonts w:ascii="Arial" w:hAnsi="Arial"/>
          <w:sz w:val="22"/>
        </w:rPr>
        <w:t>take both both hands off the wheel.</w:t>
      </w:r>
    </w:p>
    <w:p>
      <w:pPr>
        <w:spacing w:after="0"/>
      </w:pPr>
    </w:p>
    <w:p>
      <w:pPr>
        <w:spacing w:after="0"/>
      </w:pPr>
      <w:r>
        <w:rPr>
          <w:rFonts w:ascii="Arial" w:hAnsi="Arial"/>
          <w:b/>
          <w:sz w:val="22"/>
        </w:rPr>
        <w:t xml:space="preserve">Lucy  </w:t>
      </w:r>
      <w:r>
        <w:rPr>
          <w:rFonts w:ascii="Arial" w:hAnsi="Arial"/>
          <w:color w:val="5D7284"/>
          <w:sz w:val="22"/>
        </w:rPr>
        <w:t>32:21</w:t>
      </w:r>
    </w:p>
    <w:p>
      <w:pPr>
        <w:spacing w:after="0"/>
      </w:pPr>
      <w:r>
        <w:rPr>
          <w:rFonts w:ascii="Arial" w:hAnsi="Arial"/>
          <w:sz w:val="22"/>
        </w:rPr>
        <w:t>No i don't take my hands off the wheel. You know one biggest thing was an issue though was, I always used to get an itchy nose and I used to be praying for a red light so I can take my hands off and scractch my nose. you have to hold the wheel and the push pull thing for the brake and accelerator. So if you have an itchy nose or start crying or have something in your eye you are buggered until you get to a red light.</w:t>
      </w:r>
    </w:p>
    <w:p>
      <w:pPr>
        <w:spacing w:after="0"/>
      </w:pPr>
    </w:p>
    <w:p>
      <w:pPr>
        <w:spacing w:after="0"/>
      </w:pPr>
      <w:r>
        <w:rPr>
          <w:rFonts w:ascii="Arial" w:hAnsi="Arial"/>
          <w:b/>
          <w:sz w:val="22"/>
        </w:rPr>
        <w:t xml:space="preserve">Alice  </w:t>
      </w:r>
      <w:r>
        <w:rPr>
          <w:rFonts w:ascii="Arial" w:hAnsi="Arial"/>
          <w:color w:val="5D7284"/>
          <w:sz w:val="22"/>
        </w:rPr>
        <w:t>32:47</w:t>
      </w:r>
    </w:p>
    <w:p>
      <w:pPr>
        <w:spacing w:after="0"/>
      </w:pPr>
      <w:r>
        <w:rPr>
          <w:rFonts w:ascii="Arial" w:hAnsi="Arial"/>
          <w:sz w:val="22"/>
        </w:rPr>
        <w:t>And Jaina you you don't know Lucy well, but she could legitimately just start crying because she's driving and is a bit stressed.</w:t>
      </w:r>
    </w:p>
    <w:p>
      <w:pPr>
        <w:spacing w:after="0"/>
      </w:pPr>
    </w:p>
    <w:p>
      <w:pPr>
        <w:spacing w:after="0"/>
      </w:pPr>
      <w:r>
        <w:rPr>
          <w:rFonts w:ascii="Arial" w:hAnsi="Arial"/>
          <w:b/>
          <w:sz w:val="22"/>
        </w:rPr>
        <w:t xml:space="preserve">Jaina  </w:t>
      </w:r>
      <w:r>
        <w:rPr>
          <w:rFonts w:ascii="Arial" w:hAnsi="Arial"/>
          <w:color w:val="5D7284"/>
          <w:sz w:val="22"/>
        </w:rPr>
        <w:t>32:54</w:t>
      </w:r>
    </w:p>
    <w:p>
      <w:pPr>
        <w:spacing w:after="0"/>
      </w:pPr>
      <w:r>
        <w:rPr>
          <w:rFonts w:ascii="Arial" w:hAnsi="Arial"/>
          <w:sz w:val="22"/>
        </w:rPr>
        <w:t>Oh, good to know.</w:t>
      </w:r>
    </w:p>
    <w:p>
      <w:pPr>
        <w:spacing w:after="0"/>
      </w:pPr>
    </w:p>
    <w:p>
      <w:pPr>
        <w:spacing w:after="0"/>
      </w:pPr>
      <w:r>
        <w:rPr>
          <w:rFonts w:ascii="Arial" w:hAnsi="Arial"/>
          <w:b/>
          <w:sz w:val="22"/>
        </w:rPr>
        <w:t xml:space="preserve">Lucy  </w:t>
      </w:r>
      <w:r>
        <w:rPr>
          <w:rFonts w:ascii="Arial" w:hAnsi="Arial"/>
          <w:color w:val="5D7284"/>
          <w:sz w:val="22"/>
        </w:rPr>
        <w:t>32:57</w:t>
      </w:r>
    </w:p>
    <w:p>
      <w:pPr>
        <w:spacing w:after="0"/>
      </w:pPr>
      <w:r>
        <w:rPr>
          <w:rFonts w:ascii="Arial" w:hAnsi="Arial"/>
          <w:sz w:val="22"/>
        </w:rPr>
        <w:t xml:space="preserve">I used to have this concentration face where I would drive with my tongue sticking out the whole way. because I'm concentrating shutup, i'm concentrating shutup! </w:t>
      </w:r>
    </w:p>
    <w:p>
      <w:pPr>
        <w:spacing w:after="0"/>
      </w:pPr>
    </w:p>
    <w:p>
      <w:pPr>
        <w:spacing w:after="0"/>
      </w:pPr>
      <w:r>
        <w:rPr>
          <w:rFonts w:ascii="Arial" w:hAnsi="Arial"/>
          <w:b/>
          <w:sz w:val="22"/>
        </w:rPr>
        <w:t xml:space="preserve">Jaina  </w:t>
      </w:r>
      <w:r>
        <w:rPr>
          <w:rFonts w:ascii="Arial" w:hAnsi="Arial"/>
          <w:color w:val="5D7284"/>
          <w:sz w:val="22"/>
        </w:rPr>
        <w:t>33:06</w:t>
      </w:r>
    </w:p>
    <w:p>
      <w:pPr>
        <w:spacing w:after="0"/>
      </w:pPr>
      <w:r>
        <w:rPr>
          <w:rFonts w:ascii="Arial" w:hAnsi="Arial"/>
          <w:sz w:val="22"/>
        </w:rPr>
        <w:t>Arw thats brilliant, perhaps you should invent something. For that nose itch so you can get hands free</w:t>
      </w:r>
    </w:p>
    <w:p>
      <w:pPr>
        <w:spacing w:after="0"/>
      </w:pPr>
    </w:p>
    <w:p>
      <w:pPr>
        <w:spacing w:after="0"/>
      </w:pPr>
      <w:r>
        <w:rPr>
          <w:rFonts w:ascii="Arial" w:hAnsi="Arial"/>
          <w:b/>
          <w:sz w:val="22"/>
        </w:rPr>
        <w:t xml:space="preserve">Lucy  </w:t>
      </w:r>
      <w:r>
        <w:rPr>
          <w:rFonts w:ascii="Arial" w:hAnsi="Arial"/>
          <w:color w:val="5D7284"/>
          <w:sz w:val="22"/>
        </w:rPr>
        <w:t>33:14</w:t>
      </w:r>
    </w:p>
    <w:p>
      <w:pPr>
        <w:spacing w:after="0"/>
      </w:pPr>
      <w:r>
        <w:rPr>
          <w:rFonts w:ascii="Arial" w:hAnsi="Arial"/>
          <w:sz w:val="22"/>
        </w:rPr>
        <w:t>nailbrush on a stick or something. But I was learning to drive for five years and and realised that I wasn't gonna get no better than how I was when I left it. So I thought you know what, I'm leaving this. I can't do this. The best people are driven in cars anyway. do you know what I mean? So Oh, driven. Yeah, exactly. Yeah, exactly. Yeah. Yeah</w:t>
      </w:r>
    </w:p>
    <w:p>
      <w:pPr>
        <w:spacing w:after="0"/>
      </w:pPr>
    </w:p>
    <w:p>
      <w:pPr>
        <w:spacing w:after="0"/>
      </w:pPr>
      <w:r>
        <w:rPr>
          <w:rFonts w:ascii="Arial" w:hAnsi="Arial"/>
          <w:b/>
          <w:sz w:val="22"/>
        </w:rPr>
        <w:t xml:space="preserve">Alice  </w:t>
      </w:r>
      <w:r>
        <w:rPr>
          <w:rFonts w:ascii="Arial" w:hAnsi="Arial"/>
          <w:color w:val="5D7284"/>
          <w:sz w:val="22"/>
        </w:rPr>
        <w:t>33:36</w:t>
      </w:r>
    </w:p>
    <w:p>
      <w:pPr>
        <w:spacing w:after="0"/>
      </w:pPr>
      <w:r>
        <w:rPr>
          <w:rFonts w:ascii="Arial" w:hAnsi="Arial"/>
          <w:sz w:val="22"/>
        </w:rPr>
        <w:t>Absolutely, you're preaching to the choir here Luce. Yeah,</w:t>
      </w:r>
    </w:p>
    <w:p>
      <w:pPr>
        <w:spacing w:after="0"/>
      </w:pPr>
    </w:p>
    <w:p>
      <w:pPr>
        <w:spacing w:after="0"/>
      </w:pPr>
      <w:r>
        <w:rPr>
          <w:rFonts w:ascii="Arial" w:hAnsi="Arial"/>
          <w:b/>
          <w:sz w:val="22"/>
        </w:rPr>
        <w:t xml:space="preserve">Lucy  </w:t>
      </w:r>
      <w:r>
        <w:rPr>
          <w:rFonts w:ascii="Arial" w:hAnsi="Arial"/>
          <w:color w:val="5D7284"/>
          <w:sz w:val="22"/>
        </w:rPr>
        <w:t>33:41</w:t>
      </w:r>
    </w:p>
    <w:p>
      <w:pPr>
        <w:spacing w:after="0"/>
      </w:pPr>
      <w:r>
        <w:rPr>
          <w:rFonts w:ascii="Arial" w:hAnsi="Arial"/>
          <w:sz w:val="22"/>
        </w:rPr>
        <w:t>just get driven everywhere.</w:t>
      </w:r>
    </w:p>
    <w:p>
      <w:pPr>
        <w:spacing w:after="0"/>
      </w:pPr>
    </w:p>
    <w:p>
      <w:pPr>
        <w:spacing w:after="0"/>
      </w:pPr>
      <w:r>
        <w:rPr>
          <w:rFonts w:ascii="Arial" w:hAnsi="Arial"/>
          <w:b/>
          <w:sz w:val="22"/>
        </w:rPr>
        <w:t xml:space="preserve">Jaina  </w:t>
      </w:r>
      <w:r>
        <w:rPr>
          <w:rFonts w:ascii="Arial" w:hAnsi="Arial"/>
          <w:color w:val="5D7284"/>
          <w:sz w:val="22"/>
        </w:rPr>
        <w:t>33:44</w:t>
      </w:r>
    </w:p>
    <w:p>
      <w:pPr>
        <w:spacing w:after="0"/>
      </w:pPr>
      <w:r>
        <w:rPr>
          <w:rFonts w:ascii="Arial" w:hAnsi="Arial"/>
          <w:sz w:val="22"/>
        </w:rPr>
        <w:t>What are your thoughts on them? Driverless cars? I mean, that's something I mean, that's developing isn't it</w:t>
      </w:r>
    </w:p>
    <w:p>
      <w:pPr>
        <w:spacing w:after="0"/>
      </w:pPr>
    </w:p>
    <w:p>
      <w:pPr>
        <w:spacing w:after="0"/>
      </w:pPr>
      <w:r>
        <w:rPr>
          <w:rFonts w:ascii="Arial" w:hAnsi="Arial"/>
          <w:b/>
          <w:sz w:val="22"/>
        </w:rPr>
        <w:t xml:space="preserve">Lucy  </w:t>
      </w:r>
      <w:r>
        <w:rPr>
          <w:rFonts w:ascii="Arial" w:hAnsi="Arial"/>
          <w:color w:val="5D7284"/>
          <w:sz w:val="22"/>
        </w:rPr>
        <w:t>33:49</w:t>
      </w:r>
    </w:p>
    <w:p>
      <w:pPr>
        <w:spacing w:after="0"/>
      </w:pPr>
      <w:r>
        <w:rPr>
          <w:rFonts w:ascii="Arial" w:hAnsi="Arial"/>
          <w:sz w:val="22"/>
        </w:rPr>
        <w:t>So long as they I knew they would stop if there was somebody in front of it. What I don't like is you know, electric cars they make that ooooooo noise. They don't make a brum brum noise. So you can't hear it</w:t>
      </w:r>
    </w:p>
    <w:p>
      <w:pPr>
        <w:spacing w:after="0"/>
      </w:pPr>
    </w:p>
    <w:p>
      <w:pPr>
        <w:spacing w:after="0"/>
      </w:pPr>
      <w:r>
        <w:rPr>
          <w:rFonts w:ascii="Arial" w:hAnsi="Arial"/>
          <w:b/>
          <w:sz w:val="22"/>
        </w:rPr>
        <w:t xml:space="preserve">Alice  </w:t>
      </w:r>
      <w:r>
        <w:rPr>
          <w:rFonts w:ascii="Arial" w:hAnsi="Arial"/>
          <w:color w:val="5D7284"/>
          <w:sz w:val="22"/>
        </w:rPr>
        <w:t>34:04</w:t>
      </w:r>
    </w:p>
    <w:p>
      <w:pPr>
        <w:spacing w:after="0"/>
      </w:pPr>
      <w:r>
        <w:rPr>
          <w:rFonts w:ascii="Arial" w:hAnsi="Arial"/>
          <w:sz w:val="22"/>
        </w:rPr>
        <w:t>Electric cars are horrible, they're terrifying</w:t>
      </w:r>
    </w:p>
    <w:p>
      <w:pPr>
        <w:spacing w:after="0"/>
      </w:pPr>
    </w:p>
    <w:p>
      <w:pPr>
        <w:spacing w:after="0"/>
      </w:pPr>
      <w:r>
        <w:rPr>
          <w:rFonts w:ascii="Arial" w:hAnsi="Arial"/>
          <w:b/>
          <w:sz w:val="22"/>
        </w:rPr>
        <w:t xml:space="preserve">Jaina  </w:t>
      </w:r>
      <w:r>
        <w:rPr>
          <w:rFonts w:ascii="Arial" w:hAnsi="Arial"/>
          <w:color w:val="5D7284"/>
          <w:sz w:val="22"/>
        </w:rPr>
        <w:t>34:07</w:t>
      </w:r>
    </w:p>
    <w:p>
      <w:pPr>
        <w:spacing w:after="0"/>
      </w:pPr>
      <w:r>
        <w:rPr>
          <w:rFonts w:ascii="Arial" w:hAnsi="Arial"/>
          <w:sz w:val="22"/>
        </w:rPr>
        <w:t>Yeah, a Tesla actually were crossing a road the other day. it was a very quiet road but a Tesla passed. I didn't even hear it.</w:t>
      </w:r>
    </w:p>
    <w:p>
      <w:pPr>
        <w:spacing w:after="0"/>
      </w:pPr>
    </w:p>
    <w:p>
      <w:pPr>
        <w:spacing w:after="0"/>
      </w:pPr>
      <w:r>
        <w:rPr>
          <w:rFonts w:ascii="Arial" w:hAnsi="Arial"/>
          <w:b/>
          <w:sz w:val="22"/>
        </w:rPr>
        <w:t xml:space="preserve">Alice  </w:t>
      </w:r>
      <w:r>
        <w:rPr>
          <w:rFonts w:ascii="Arial" w:hAnsi="Arial"/>
          <w:color w:val="5D7284"/>
          <w:sz w:val="22"/>
        </w:rPr>
        <w:t>34:15</w:t>
      </w:r>
    </w:p>
    <w:p>
      <w:pPr>
        <w:spacing w:after="0"/>
      </w:pPr>
      <w:r>
        <w:rPr>
          <w:rFonts w:ascii="Arial" w:hAnsi="Arial"/>
          <w:sz w:val="22"/>
        </w:rPr>
        <w:t>They're like ghost cars. it feels like they're like a ghost car. But yeah, they would kill you.</w:t>
      </w:r>
    </w:p>
    <w:p>
      <w:pPr>
        <w:spacing w:after="0"/>
      </w:pPr>
    </w:p>
    <w:p>
      <w:pPr>
        <w:spacing w:after="0"/>
      </w:pPr>
      <w:r>
        <w:rPr>
          <w:rFonts w:ascii="Arial" w:hAnsi="Arial"/>
          <w:b/>
          <w:sz w:val="22"/>
        </w:rPr>
        <w:t xml:space="preserve">Jaina  </w:t>
      </w:r>
      <w:r>
        <w:rPr>
          <w:rFonts w:ascii="Arial" w:hAnsi="Arial"/>
          <w:color w:val="5D7284"/>
          <w:sz w:val="22"/>
        </w:rPr>
        <w:t>34:22</w:t>
      </w:r>
    </w:p>
    <w:p>
      <w:pPr>
        <w:spacing w:after="0"/>
      </w:pPr>
      <w:r>
        <w:rPr>
          <w:rFonts w:ascii="Arial" w:hAnsi="Arial"/>
          <w:sz w:val="22"/>
        </w:rPr>
        <w:t>They I mean, yeah, more needs to be done to create more of a noise from the</w:t>
      </w:r>
    </w:p>
    <w:p>
      <w:pPr>
        <w:spacing w:after="0"/>
      </w:pPr>
    </w:p>
    <w:p>
      <w:pPr>
        <w:spacing w:after="0"/>
      </w:pPr>
      <w:r>
        <w:rPr>
          <w:rFonts w:ascii="Arial" w:hAnsi="Arial"/>
          <w:b/>
          <w:sz w:val="22"/>
        </w:rPr>
        <w:t xml:space="preserve">Lucy  </w:t>
      </w:r>
      <w:r>
        <w:rPr>
          <w:rFonts w:ascii="Arial" w:hAnsi="Arial"/>
          <w:color w:val="5D7284"/>
          <w:sz w:val="22"/>
        </w:rPr>
        <w:t>34:26</w:t>
      </w:r>
    </w:p>
    <w:p>
      <w:pPr>
        <w:spacing w:after="0"/>
      </w:pPr>
      <w:r>
        <w:rPr>
          <w:rFonts w:ascii="Arial" w:hAnsi="Arial"/>
          <w:sz w:val="22"/>
        </w:rPr>
        <w:t>Why can't they just put a brum brum noise on it.</w:t>
      </w:r>
    </w:p>
    <w:p>
      <w:pPr>
        <w:spacing w:after="0"/>
      </w:pPr>
    </w:p>
    <w:p>
      <w:pPr>
        <w:spacing w:after="0"/>
      </w:pPr>
      <w:r>
        <w:rPr>
          <w:rFonts w:ascii="Arial" w:hAnsi="Arial"/>
          <w:b/>
          <w:sz w:val="22"/>
        </w:rPr>
        <w:t xml:space="preserve">Alice  </w:t>
      </w:r>
      <w:r>
        <w:rPr>
          <w:rFonts w:ascii="Arial" w:hAnsi="Arial"/>
          <w:color w:val="5D7284"/>
          <w:sz w:val="22"/>
        </w:rPr>
        <w:t>34:30</w:t>
      </w:r>
    </w:p>
    <w:p>
      <w:pPr>
        <w:spacing w:after="0"/>
      </w:pPr>
      <w:r>
        <w:rPr>
          <w:rFonts w:ascii="Arial" w:hAnsi="Arial"/>
          <w:sz w:val="22"/>
        </w:rPr>
        <w:t>There is a campaign I can't think whether it's the RNIB or possibly guide dogs have started a campaign to basically get people to put an intentional noise in it because obviously it's people at Tesla, right. Or how cool is this? quiet car? Yeah, everybody, like everybody in the blind community is like, no, can we have a nice noisy car please?</w:t>
      </w:r>
    </w:p>
    <w:p>
      <w:pPr>
        <w:spacing w:after="0"/>
      </w:pPr>
    </w:p>
    <w:p>
      <w:pPr>
        <w:spacing w:after="0"/>
      </w:pPr>
      <w:r>
        <w:rPr>
          <w:rFonts w:ascii="Arial" w:hAnsi="Arial"/>
          <w:b/>
          <w:sz w:val="22"/>
        </w:rPr>
        <w:t xml:space="preserve">Lucy  </w:t>
      </w:r>
      <w:r>
        <w:rPr>
          <w:rFonts w:ascii="Arial" w:hAnsi="Arial"/>
          <w:color w:val="5D7284"/>
          <w:sz w:val="22"/>
        </w:rPr>
        <w:t>34:49</w:t>
      </w:r>
    </w:p>
    <w:p>
      <w:pPr>
        <w:spacing w:after="0"/>
      </w:pPr>
      <w:r>
        <w:rPr>
          <w:rFonts w:ascii="Arial" w:hAnsi="Arial"/>
          <w:sz w:val="22"/>
        </w:rPr>
        <w:t xml:space="preserve">Even me, I mean, even even me as a sighted person in a wheelchair. I was in a car park the other day and I was walking with my mum and there was a there was a car behind me and I couldn't hear my mum turned around. She said, Oh, there's a there's a car. There's a car like right behind you. And I went, is there </w:t>
      </w:r>
    </w:p>
    <w:p>
      <w:pPr>
        <w:spacing w:after="0"/>
      </w:pPr>
    </w:p>
    <w:p>
      <w:pPr>
        <w:spacing w:after="0"/>
      </w:pPr>
      <w:r>
        <w:rPr>
          <w:rFonts w:ascii="Arial" w:hAnsi="Arial"/>
          <w:b/>
          <w:sz w:val="22"/>
        </w:rPr>
        <w:t xml:space="preserve">Alice  </w:t>
      </w:r>
      <w:r>
        <w:rPr>
          <w:rFonts w:ascii="Arial" w:hAnsi="Arial"/>
          <w:color w:val="5D7284"/>
          <w:sz w:val="22"/>
        </w:rPr>
        <w:t>35:06</w:t>
      </w:r>
    </w:p>
    <w:p>
      <w:pPr>
        <w:spacing w:after="0"/>
      </w:pPr>
      <w:r>
        <w:rPr>
          <w:rFonts w:ascii="Arial" w:hAnsi="Arial"/>
          <w:sz w:val="22"/>
        </w:rPr>
        <w:t xml:space="preserve">waiting to get passed? </w:t>
      </w:r>
    </w:p>
    <w:p>
      <w:pPr>
        <w:spacing w:after="0"/>
      </w:pPr>
    </w:p>
    <w:p>
      <w:pPr>
        <w:spacing w:after="0"/>
      </w:pPr>
      <w:r>
        <w:rPr>
          <w:rFonts w:ascii="Arial" w:hAnsi="Arial"/>
          <w:b/>
          <w:sz w:val="22"/>
        </w:rPr>
        <w:t xml:space="preserve">Lucy  </w:t>
      </w:r>
      <w:r>
        <w:rPr>
          <w:rFonts w:ascii="Arial" w:hAnsi="Arial"/>
          <w:color w:val="5D7284"/>
          <w:sz w:val="22"/>
        </w:rPr>
        <w:t>35:08</w:t>
      </w:r>
    </w:p>
    <w:p>
      <w:pPr>
        <w:spacing w:after="0"/>
      </w:pPr>
      <w:r>
        <w:rPr>
          <w:rFonts w:ascii="Arial" w:hAnsi="Arial"/>
          <w:sz w:val="22"/>
        </w:rPr>
        <w:t>Yeah. Like I was like, oh, and it was an electric one it was. I was just like, well, that's not safe, is it?</w:t>
      </w:r>
    </w:p>
    <w:p>
      <w:pPr>
        <w:spacing w:after="0"/>
      </w:pPr>
    </w:p>
    <w:p>
      <w:pPr>
        <w:spacing w:after="0"/>
      </w:pPr>
      <w:r>
        <w:rPr>
          <w:rFonts w:ascii="Arial" w:hAnsi="Arial"/>
          <w:b/>
          <w:sz w:val="22"/>
        </w:rPr>
        <w:t xml:space="preserve">Jaina  </w:t>
      </w:r>
      <w:r>
        <w:rPr>
          <w:rFonts w:ascii="Arial" w:hAnsi="Arial"/>
          <w:color w:val="5D7284"/>
          <w:sz w:val="22"/>
        </w:rPr>
        <w:t>35:16</w:t>
      </w:r>
    </w:p>
    <w:p>
      <w:pPr>
        <w:spacing w:after="0"/>
      </w:pPr>
      <w:r>
        <w:rPr>
          <w:rFonts w:ascii="Arial" w:hAnsi="Arial"/>
          <w:sz w:val="22"/>
        </w:rPr>
        <w:t>Yeah, it's just it's real. It's really difficult, isn't it? you have to be so aware when you're crossing roads and things. Just take your time and have to really listen out. And sometimes you find like, people offered to help you to cross the road. I have noticed that and I always accept help from people. you know, it's yeah, you just never know when you're going to need that help. So I do that. And it's just the safest way. Really?</w:t>
      </w:r>
    </w:p>
    <w:p>
      <w:pPr>
        <w:spacing w:after="0"/>
      </w:pPr>
    </w:p>
    <w:p>
      <w:pPr>
        <w:spacing w:after="0"/>
      </w:pPr>
      <w:r>
        <w:rPr>
          <w:rFonts w:ascii="Arial" w:hAnsi="Arial"/>
          <w:b/>
          <w:sz w:val="22"/>
        </w:rPr>
        <w:t xml:space="preserve">Lucy  </w:t>
      </w:r>
      <w:r>
        <w:rPr>
          <w:rFonts w:ascii="Arial" w:hAnsi="Arial"/>
          <w:color w:val="5D7284"/>
          <w:sz w:val="22"/>
        </w:rPr>
        <w:t>35:39</w:t>
      </w:r>
    </w:p>
    <w:p>
      <w:pPr>
        <w:spacing w:after="0"/>
      </w:pPr>
      <w:r>
        <w:rPr>
          <w:rFonts w:ascii="Arial" w:hAnsi="Arial"/>
          <w:sz w:val="22"/>
        </w:rPr>
        <w:t>Yeah, exactly. Yeah,</w:t>
      </w:r>
    </w:p>
    <w:p>
      <w:pPr>
        <w:spacing w:after="0"/>
      </w:pPr>
    </w:p>
    <w:p>
      <w:pPr>
        <w:spacing w:after="0"/>
      </w:pPr>
      <w:r>
        <w:rPr>
          <w:rFonts w:ascii="Arial" w:hAnsi="Arial"/>
          <w:b/>
          <w:sz w:val="22"/>
        </w:rPr>
        <w:t xml:space="preserve">Alice  </w:t>
      </w:r>
      <w:r>
        <w:rPr>
          <w:rFonts w:ascii="Arial" w:hAnsi="Arial"/>
          <w:color w:val="5D7284"/>
          <w:sz w:val="22"/>
        </w:rPr>
        <w:t>35:41</w:t>
      </w:r>
    </w:p>
    <w:p>
      <w:pPr>
        <w:spacing w:after="0"/>
      </w:pPr>
      <w:r>
        <w:rPr>
          <w:rFonts w:ascii="Arial" w:hAnsi="Arial"/>
          <w:sz w:val="22"/>
        </w:rPr>
        <w:t>I actively, like I will walk a little bit further if it means I can use a signal crossing, rather than, you know, crossing somewhere where it's just a road just because at least then, you know, if something runs me over, they're going to be in twice as much trouble because they've run a red light as well.</w:t>
      </w:r>
    </w:p>
    <w:p>
      <w:pPr>
        <w:spacing w:after="0"/>
      </w:pPr>
    </w:p>
    <w:p>
      <w:pPr>
        <w:spacing w:after="0"/>
      </w:pPr>
      <w:r>
        <w:rPr>
          <w:rFonts w:ascii="Arial" w:hAnsi="Arial"/>
          <w:b/>
          <w:sz w:val="22"/>
        </w:rPr>
        <w:t xml:space="preserve">Lucy  </w:t>
      </w:r>
      <w:r>
        <w:rPr>
          <w:rFonts w:ascii="Arial" w:hAnsi="Arial"/>
          <w:color w:val="5D7284"/>
          <w:sz w:val="22"/>
        </w:rPr>
        <w:t>36:00</w:t>
      </w:r>
    </w:p>
    <w:p>
      <w:pPr>
        <w:spacing w:after="0"/>
      </w:pPr>
      <w:r>
        <w:rPr>
          <w:rFonts w:ascii="Arial" w:hAnsi="Arial"/>
          <w:sz w:val="22"/>
        </w:rPr>
        <w:t>Yeah, exactly under has been Felicia beacons both sides of it to go there's a crossing here. But even my mum who is an able bodied, well, non non disabled, visually fine, like person, she said, I don't want an electric car. I don't want an electric car. because she said like, the date like I'd be constantly worrying about whether we're going to run out of electric, let alone the fact that it doesn't make a noise. I mean, I don't know. Like that's Elon Must thinking is cool. isn't it? Like this car doesn't make a noise?</w:t>
      </w:r>
    </w:p>
    <w:p>
      <w:pPr>
        <w:spacing w:after="0"/>
      </w:pPr>
    </w:p>
    <w:p>
      <w:pPr>
        <w:spacing w:after="0"/>
      </w:pPr>
      <w:r>
        <w:rPr>
          <w:rFonts w:ascii="Arial" w:hAnsi="Arial"/>
          <w:b/>
          <w:sz w:val="22"/>
        </w:rPr>
        <w:t xml:space="preserve">Alice  </w:t>
      </w:r>
      <w:r>
        <w:rPr>
          <w:rFonts w:ascii="Arial" w:hAnsi="Arial"/>
          <w:color w:val="5D7284"/>
          <w:sz w:val="22"/>
        </w:rPr>
        <w:t>36:31</w:t>
      </w:r>
    </w:p>
    <w:p>
      <w:pPr>
        <w:spacing w:after="0"/>
      </w:pPr>
      <w:r>
        <w:rPr>
          <w:rFonts w:ascii="Arial" w:hAnsi="Arial"/>
          <w:sz w:val="22"/>
        </w:rPr>
        <w:t>it does feel like that it does feel like it's some like boys club. Yeah, some tech fella who's gone? are like, let's see how quiet we can make this car. Yeah, not it's, but it's I mean, it's unfortunately, it's the thing you see with a lot of new things is they go, hey, look at this really cool thing that we can do. And then the disabled community go, hey, look at all the problems that you've, you've created by changing this thing.</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Bring me in as a consultant i'll sort it for you.</w:t>
      </w:r>
    </w:p>
    <w:p>
      <w:pPr>
        <w:spacing w:after="0"/>
      </w:pPr>
    </w:p>
    <w:p>
      <w:pPr>
        <w:spacing w:after="0"/>
      </w:pPr>
      <w:r>
        <w:rPr>
          <w:rFonts w:ascii="Arial" w:hAnsi="Arial"/>
          <w:b/>
          <w:sz w:val="22"/>
        </w:rPr>
        <w:t xml:space="preserve">Jaina  </w:t>
      </w:r>
      <w:r>
        <w:rPr>
          <w:rFonts w:ascii="Arial" w:hAnsi="Arial"/>
          <w:color w:val="5D7284"/>
          <w:sz w:val="22"/>
        </w:rPr>
        <w:t>37:00</w:t>
      </w:r>
    </w:p>
    <w:p>
      <w:pPr>
        <w:spacing w:after="0"/>
      </w:pPr>
      <w:r>
        <w:rPr>
          <w:rFonts w:ascii="Arial" w:hAnsi="Arial"/>
          <w:sz w:val="22"/>
        </w:rPr>
        <w:t>But yeah, it's really interesting. you should say that, because but there's also positive changes. Like I've noticed, the two years that I didn't have a guide dog pre COVID We had to guess when to get off the bus just by a bus was moving. But now it's a talking bus. Life changing. So it's been really positive. I know that. But the Bus stop I get on from it's not a talking bus stop yet. So I'd have to wait and see how that works. I know the buses that on that route talk. Yeah, but not all of them. Only some of them</w:t>
      </w:r>
    </w:p>
    <w:p>
      <w:pPr>
        <w:spacing w:after="0"/>
      </w:pPr>
    </w:p>
    <w:p>
      <w:pPr>
        <w:spacing w:after="0"/>
      </w:pPr>
      <w:r>
        <w:rPr>
          <w:rFonts w:ascii="Arial" w:hAnsi="Arial"/>
          <w:b/>
          <w:sz w:val="22"/>
        </w:rPr>
        <w:t xml:space="preserve">Alice  </w:t>
      </w:r>
      <w:r>
        <w:rPr>
          <w:rFonts w:ascii="Arial" w:hAnsi="Arial"/>
          <w:color w:val="5D7284"/>
          <w:sz w:val="22"/>
        </w:rPr>
        <w:t>37:38</w:t>
      </w:r>
    </w:p>
    <w:p>
      <w:pPr>
        <w:spacing w:after="0"/>
      </w:pPr>
      <w:r>
        <w:rPr>
          <w:rFonts w:ascii="Arial" w:hAnsi="Arial"/>
          <w:sz w:val="22"/>
        </w:rPr>
        <w:t>So they've been doing it in London for years. So when I moved up from London, I don't think they were quite in when I left London in the early 2000s. But I you know, traveling down I can remember being you know, my early 20s and be like, This is really cool. I know that and then on the tube on the tube and like my whole life, I think</w:t>
      </w:r>
    </w:p>
    <w:p>
      <w:pPr>
        <w:spacing w:after="0"/>
      </w:pPr>
    </w:p>
    <w:p>
      <w:pPr>
        <w:spacing w:after="0"/>
      </w:pPr>
      <w:r>
        <w:rPr>
          <w:rFonts w:ascii="Arial" w:hAnsi="Arial"/>
          <w:b/>
          <w:sz w:val="22"/>
        </w:rPr>
        <w:t xml:space="preserve">Lucy  </w:t>
      </w:r>
      <w:r>
        <w:rPr>
          <w:rFonts w:ascii="Arial" w:hAnsi="Arial"/>
          <w:color w:val="5D7284"/>
          <w:sz w:val="22"/>
        </w:rPr>
        <w:t>37:58</w:t>
      </w:r>
    </w:p>
    <w:p>
      <w:pPr>
        <w:spacing w:after="0"/>
      </w:pPr>
      <w:r>
        <w:rPr>
          <w:rFonts w:ascii="Arial" w:hAnsi="Arial"/>
          <w:sz w:val="22"/>
        </w:rPr>
        <w:t>yeah, everything talks to you in London, doesn't it? And</w:t>
      </w:r>
    </w:p>
    <w:p>
      <w:pPr>
        <w:spacing w:after="0"/>
      </w:pPr>
    </w:p>
    <w:p>
      <w:pPr>
        <w:spacing w:after="0"/>
      </w:pPr>
      <w:r>
        <w:rPr>
          <w:rFonts w:ascii="Arial" w:hAnsi="Arial"/>
          <w:b/>
          <w:sz w:val="22"/>
        </w:rPr>
        <w:t xml:space="preserve">Alice  </w:t>
      </w:r>
      <w:r>
        <w:rPr>
          <w:rFonts w:ascii="Arial" w:hAnsi="Arial"/>
          <w:color w:val="5D7284"/>
          <w:sz w:val="22"/>
        </w:rPr>
        <w:t>38:02</w:t>
      </w:r>
    </w:p>
    <w:p>
      <w:pPr>
        <w:spacing w:after="0"/>
      </w:pPr>
      <w:r>
        <w:rPr>
          <w:rFonts w:ascii="Arial" w:hAnsi="Arial"/>
          <w:sz w:val="22"/>
        </w:rPr>
        <w:t>I'm just I was a bit like when when they just weren't on the bus. I was like, Why is this not just standard everywhere all the time? Like,</w:t>
      </w:r>
    </w:p>
    <w:p>
      <w:pPr>
        <w:spacing w:after="0"/>
      </w:pPr>
    </w:p>
    <w:p>
      <w:pPr>
        <w:spacing w:after="0"/>
      </w:pPr>
      <w:r>
        <w:rPr>
          <w:rFonts w:ascii="Arial" w:hAnsi="Arial"/>
          <w:b/>
          <w:sz w:val="22"/>
        </w:rPr>
        <w:t xml:space="preserve">Jaina  </w:t>
      </w:r>
      <w:r>
        <w:rPr>
          <w:rFonts w:ascii="Arial" w:hAnsi="Arial"/>
          <w:color w:val="5D7284"/>
          <w:sz w:val="22"/>
        </w:rPr>
        <w:t>38:09</w:t>
      </w:r>
    </w:p>
    <w:p>
      <w:pPr>
        <w:spacing w:after="0"/>
      </w:pPr>
      <w:r>
        <w:rPr>
          <w:rFonts w:ascii="Arial" w:hAnsi="Arial"/>
          <w:sz w:val="22"/>
        </w:rPr>
        <w:t>yeah, it's it should be shouldn't be. I mean, it's it can help everybody like new people in the area. Yeah.</w:t>
      </w:r>
    </w:p>
    <w:p>
      <w:pPr>
        <w:spacing w:after="0"/>
      </w:pPr>
    </w:p>
    <w:p>
      <w:pPr>
        <w:spacing w:after="0"/>
      </w:pPr>
      <w:r>
        <w:rPr>
          <w:rFonts w:ascii="Arial" w:hAnsi="Arial"/>
          <w:b/>
          <w:sz w:val="22"/>
        </w:rPr>
        <w:t xml:space="preserve">Lucy  </w:t>
      </w:r>
      <w:r>
        <w:rPr>
          <w:rFonts w:ascii="Arial" w:hAnsi="Arial"/>
          <w:color w:val="5D7284"/>
          <w:sz w:val="22"/>
        </w:rPr>
        <w:t>38:16</w:t>
      </w:r>
    </w:p>
    <w:p>
      <w:pPr>
        <w:spacing w:after="0"/>
      </w:pPr>
      <w:r>
        <w:rPr>
          <w:rFonts w:ascii="Arial" w:hAnsi="Arial"/>
          <w:sz w:val="22"/>
        </w:rPr>
        <w:t>And I mean, even if you're even if you're like non disabled and not concentrating on what's, happening you don't want to be on the bus for any longer than you need to be. They're really the ones</w:t>
      </w:r>
    </w:p>
    <w:p>
      <w:pPr>
        <w:spacing w:after="0"/>
      </w:pPr>
    </w:p>
    <w:p>
      <w:pPr>
        <w:spacing w:after="0"/>
      </w:pPr>
      <w:r>
        <w:rPr>
          <w:rFonts w:ascii="Arial" w:hAnsi="Arial"/>
          <w:b/>
          <w:sz w:val="22"/>
        </w:rPr>
        <w:t xml:space="preserve">Alice  </w:t>
      </w:r>
      <w:r>
        <w:rPr>
          <w:rFonts w:ascii="Arial" w:hAnsi="Arial"/>
          <w:color w:val="5D7284"/>
          <w:sz w:val="22"/>
        </w:rPr>
        <w:t>38:24</w:t>
      </w:r>
    </w:p>
    <w:p>
      <w:pPr>
        <w:spacing w:after="0"/>
      </w:pPr>
      <w:r>
        <w:rPr>
          <w:rFonts w:ascii="Arial" w:hAnsi="Arial"/>
          <w:sz w:val="22"/>
        </w:rPr>
        <w:t>on the underground are incredible as well, because they'll say, you know, this is Old Street, get off for more fields. you know, such and such get off for the British Museum. So like it tells you</w:t>
      </w:r>
    </w:p>
    <w:p>
      <w:pPr>
        <w:spacing w:after="0"/>
      </w:pPr>
    </w:p>
    <w:p>
      <w:pPr>
        <w:spacing w:after="0"/>
      </w:pPr>
      <w:r>
        <w:rPr>
          <w:rFonts w:ascii="Arial" w:hAnsi="Arial"/>
          <w:b/>
          <w:sz w:val="22"/>
        </w:rPr>
        <w:t xml:space="preserve">Lucy  </w:t>
      </w:r>
      <w:r>
        <w:rPr>
          <w:rFonts w:ascii="Arial" w:hAnsi="Arial"/>
          <w:color w:val="5D7284"/>
          <w:sz w:val="22"/>
        </w:rPr>
        <w:t>38:36</w:t>
      </w:r>
    </w:p>
    <w:p>
      <w:pPr>
        <w:spacing w:after="0"/>
      </w:pPr>
      <w:r>
        <w:rPr>
          <w:rFonts w:ascii="Arial" w:hAnsi="Arial"/>
          <w:sz w:val="22"/>
        </w:rPr>
        <w:t>I would need because my sense of direction is like I say crap. So and</w:t>
      </w:r>
    </w:p>
    <w:p>
      <w:pPr>
        <w:spacing w:after="0"/>
      </w:pPr>
    </w:p>
    <w:p>
      <w:pPr>
        <w:spacing w:after="0"/>
      </w:pPr>
      <w:r>
        <w:rPr>
          <w:rFonts w:ascii="Arial" w:hAnsi="Arial"/>
          <w:b/>
          <w:sz w:val="22"/>
        </w:rPr>
        <w:t xml:space="preserve">Alice  </w:t>
      </w:r>
      <w:r>
        <w:rPr>
          <w:rFonts w:ascii="Arial" w:hAnsi="Arial"/>
          <w:color w:val="5D7284"/>
          <w:sz w:val="22"/>
        </w:rPr>
        <w:t>38:41</w:t>
      </w:r>
    </w:p>
    <w:p>
      <w:pPr>
        <w:spacing w:after="0"/>
      </w:pPr>
      <w:r>
        <w:rPr>
          <w:rFonts w:ascii="Arial" w:hAnsi="Arial"/>
          <w:sz w:val="22"/>
        </w:rPr>
        <w:t>they also tell you if if it's step three. Oh, really? Yeah. Yeah, they've just like, I know TfL has its problems. But they have cracked that one, I think. Yeah. But yeah.</w:t>
      </w:r>
    </w:p>
    <w:p>
      <w:pPr>
        <w:spacing w:after="0"/>
      </w:pPr>
    </w:p>
    <w:p>
      <w:pPr>
        <w:spacing w:after="0"/>
      </w:pPr>
      <w:r>
        <w:rPr>
          <w:rFonts w:ascii="Arial" w:hAnsi="Arial"/>
          <w:b/>
          <w:sz w:val="22"/>
        </w:rPr>
        <w:t xml:space="preserve">Jaina  </w:t>
      </w:r>
      <w:r>
        <w:rPr>
          <w:rFonts w:ascii="Arial" w:hAnsi="Arial"/>
          <w:color w:val="5D7284"/>
          <w:sz w:val="22"/>
        </w:rPr>
        <w:t>38:55</w:t>
      </w:r>
    </w:p>
    <w:p>
      <w:pPr>
        <w:spacing w:after="0"/>
      </w:pPr>
      <w:r>
        <w:rPr>
          <w:rFonts w:ascii="Arial" w:hAnsi="Arial"/>
          <w:sz w:val="22"/>
        </w:rPr>
        <w:t>Oh, great. I mean, the ones here like East Midlands, so now to stops, but they don't give any more information than that. No, that would be quite helpful.</w:t>
      </w:r>
    </w:p>
    <w:p>
      <w:pPr>
        <w:spacing w:after="0"/>
      </w:pPr>
    </w:p>
    <w:p>
      <w:pPr>
        <w:spacing w:after="0"/>
      </w:pPr>
      <w:r>
        <w:rPr>
          <w:rFonts w:ascii="Arial" w:hAnsi="Arial"/>
          <w:b/>
          <w:sz w:val="22"/>
        </w:rPr>
        <w:t xml:space="preserve">Lucy  </w:t>
      </w:r>
      <w:r>
        <w:rPr>
          <w:rFonts w:ascii="Arial" w:hAnsi="Arial"/>
          <w:color w:val="5D7284"/>
          <w:sz w:val="22"/>
        </w:rPr>
        <w:t>39:04</w:t>
      </w:r>
    </w:p>
    <w:p>
      <w:pPr>
        <w:spacing w:after="0"/>
      </w:pPr>
      <w:r>
        <w:rPr>
          <w:rFonts w:ascii="Arial" w:hAnsi="Arial"/>
          <w:sz w:val="22"/>
        </w:rPr>
        <w:t>I really want to try the Metro in Birmingham, just see what that's like. But the Metro in Birmingham is often out of use because like something's wrong with the track, or something's wrong with the actual Metro Bus thing. So they just don't use it. But I like the idea of a metro is, is great because I'm like, I just want to just say how accessible it is for me and my wheelchair because like trains, they give me palpitations every time I use them. It's like, where are you coming with that? is that ramp for me? On this train, that kind of thing. where</w:t>
      </w:r>
    </w:p>
    <w:p>
      <w:pPr>
        <w:spacing w:after="0"/>
      </w:pPr>
    </w:p>
    <w:p>
      <w:pPr>
        <w:spacing w:after="0"/>
      </w:pPr>
      <w:r>
        <w:rPr>
          <w:rFonts w:ascii="Arial" w:hAnsi="Arial"/>
          <w:color w:val="5D7284"/>
          <w:sz w:val="22"/>
        </w:rPr>
        <w:t>39:40</w:t>
      </w:r>
    </w:p>
    <w:p>
      <w:pPr>
        <w:spacing w:after="0"/>
      </w:pPr>
      <w:r>
        <w:rPr>
          <w:rFonts w:ascii="Arial" w:hAnsi="Arial"/>
          <w:sz w:val="22"/>
        </w:rPr>
        <w:t>Do you book assistance Lucy?</w:t>
      </w:r>
    </w:p>
    <w:p>
      <w:pPr>
        <w:spacing w:after="0"/>
      </w:pPr>
    </w:p>
    <w:p>
      <w:pPr>
        <w:spacing w:after="0"/>
      </w:pPr>
      <w:r>
        <w:rPr>
          <w:rFonts w:ascii="Arial" w:hAnsi="Arial"/>
          <w:b/>
          <w:sz w:val="22"/>
        </w:rPr>
        <w:t xml:space="preserve">Lucy  </w:t>
      </w:r>
      <w:r>
        <w:rPr>
          <w:rFonts w:ascii="Arial" w:hAnsi="Arial"/>
          <w:color w:val="5D7284"/>
          <w:sz w:val="22"/>
        </w:rPr>
        <w:t>39:42</w:t>
      </w:r>
    </w:p>
    <w:p>
      <w:pPr>
        <w:spacing w:after="0"/>
      </w:pPr>
      <w:r>
        <w:rPr>
          <w:rFonts w:ascii="Arial" w:hAnsi="Arial"/>
          <w:sz w:val="22"/>
        </w:rPr>
        <w:t>I do book assistance and I have a I don't have hatred for many people in my life, but I have hatred for one particular person who works at Birmingham New Street Station who just looks at me with disstain every time I go in and she's like, have you booked assistance. Yeah, Can I go on a train now please, you know, it's like I feel I can feel the rage building up inside me before I've even got into the train station nevermind onto the platform. It's,</w:t>
      </w:r>
    </w:p>
    <w:p>
      <w:pPr>
        <w:spacing w:after="0"/>
      </w:pPr>
    </w:p>
    <w:p>
      <w:pPr>
        <w:spacing w:after="0"/>
      </w:pPr>
      <w:r>
        <w:rPr>
          <w:rFonts w:ascii="Arial" w:hAnsi="Arial"/>
          <w:b/>
          <w:sz w:val="22"/>
        </w:rPr>
        <w:t xml:space="preserve">Alice  </w:t>
      </w:r>
      <w:r>
        <w:rPr>
          <w:rFonts w:ascii="Arial" w:hAnsi="Arial"/>
          <w:color w:val="5D7284"/>
          <w:sz w:val="22"/>
        </w:rPr>
        <w:t>40:11</w:t>
      </w:r>
    </w:p>
    <w:p>
      <w:pPr>
        <w:spacing w:after="0"/>
      </w:pPr>
      <w:r>
        <w:rPr>
          <w:rFonts w:ascii="Arial" w:hAnsi="Arial"/>
          <w:sz w:val="22"/>
        </w:rPr>
        <w:t>it's a real I feel like there's a it's a real kind of one of those disabled people have to make their lives fit around oh yeah processes thing with that kind of like particularly long distance public transport where you know you've got book assistance. So if your train is late, or if you just, you know, you want to go to Birmingham for the day, and you don't know what time you'll be home. Like, it's a real, you know, you can't be there after seven o'clock because everybody's gone home. So, you know, it's a real, it really feels like they've been there hasn't, people haven't done the thinking of disabled people are like everybody else and would just like to be able to get on a train and not kind of worry about it, or, you know, just just have a chill day and go shopping and come home when you're done.</w:t>
      </w:r>
    </w:p>
    <w:p>
      <w:pPr>
        <w:spacing w:after="0"/>
      </w:pPr>
    </w:p>
    <w:p>
      <w:pPr>
        <w:spacing w:after="0"/>
      </w:pPr>
      <w:r>
        <w:rPr>
          <w:rFonts w:ascii="Arial" w:hAnsi="Arial"/>
          <w:b/>
          <w:sz w:val="22"/>
        </w:rPr>
        <w:t xml:space="preserve">Lucy  </w:t>
      </w:r>
      <w:r>
        <w:rPr>
          <w:rFonts w:ascii="Arial" w:hAnsi="Arial"/>
          <w:color w:val="5D7284"/>
          <w:sz w:val="22"/>
        </w:rPr>
        <w:t>41:04</w:t>
      </w:r>
    </w:p>
    <w:p>
      <w:pPr>
        <w:spacing w:after="0"/>
      </w:pPr>
      <w:r>
        <w:rPr>
          <w:rFonts w:ascii="Arial" w:hAnsi="Arial"/>
          <w:sz w:val="22"/>
        </w:rPr>
        <w:t>And you know, one of the things we always say at work is disability is the death of spontaneity, really, because we have to be 45 steps ahead of everybody else, and have a plan B, and a plan C, just in case. We are. It's like, like, we are we are very used to like planning and everything with military operation. And it's that is sometimes the thing that I don't think people realise, until they know a disabled person. They're like, Oh, my God, I didn't realise that you can't just get on a train and go whenever you want to, or you know, that kind of thing. people are always a little bit shocked.</w:t>
      </w:r>
    </w:p>
    <w:p>
      <w:pPr>
        <w:spacing w:after="0"/>
      </w:pPr>
    </w:p>
    <w:p>
      <w:pPr>
        <w:spacing w:after="0"/>
      </w:pPr>
      <w:r>
        <w:rPr>
          <w:rFonts w:ascii="Arial" w:hAnsi="Arial"/>
          <w:b/>
          <w:sz w:val="22"/>
        </w:rPr>
        <w:t xml:space="preserve">Jaina  </w:t>
      </w:r>
      <w:r>
        <w:rPr>
          <w:rFonts w:ascii="Arial" w:hAnsi="Arial"/>
          <w:color w:val="5D7284"/>
          <w:sz w:val="22"/>
        </w:rPr>
        <w:t>41:47</w:t>
      </w:r>
    </w:p>
    <w:p>
      <w:pPr>
        <w:spacing w:after="0"/>
      </w:pPr>
      <w:r>
        <w:rPr>
          <w:rFonts w:ascii="Arial" w:hAnsi="Arial"/>
          <w:sz w:val="22"/>
        </w:rPr>
        <w:t>Yeah, did there's a lot involved, isn't it? Yeah. you have to plan things. And it's somebody who's completely unaware of your day to day, have a chat with them. And then they realise it's otherwise it's completely something new. Yeah. In a way. It's like, go shopping for instance, like we do we go to supermarket, Kath, I, and questions I get asked is Oh, when you get in a taxi home, then did you get a taxi here with my guide? Dog? Like no, we walk and back again.</w:t>
      </w:r>
    </w:p>
    <w:p>
      <w:pPr>
        <w:spacing w:after="0"/>
      </w:pPr>
    </w:p>
    <w:p>
      <w:pPr>
        <w:spacing w:after="0"/>
      </w:pPr>
      <w:r>
        <w:rPr>
          <w:rFonts w:ascii="Arial" w:hAnsi="Arial"/>
          <w:b/>
          <w:sz w:val="22"/>
        </w:rPr>
        <w:t xml:space="preserve">Alice  </w:t>
      </w:r>
      <w:r>
        <w:rPr>
          <w:rFonts w:ascii="Arial" w:hAnsi="Arial"/>
          <w:color w:val="5D7284"/>
          <w:sz w:val="22"/>
        </w:rPr>
        <w:t>42:19</w:t>
      </w:r>
    </w:p>
    <w:p>
      <w:pPr>
        <w:spacing w:after="0"/>
      </w:pPr>
      <w:r>
        <w:rPr>
          <w:rFonts w:ascii="Arial" w:hAnsi="Arial"/>
          <w:sz w:val="22"/>
        </w:rPr>
        <w:t>And you you know, but as in that you kind of have to think about like what you're going to buy, like, I can't do a big shop. Like on my own with the dog. I can nip out and I can buy bread and milk but I can't really manage anything else on top of bread and milk. Yeah, remember,</w:t>
      </w:r>
    </w:p>
    <w:p>
      <w:pPr>
        <w:spacing w:after="0"/>
      </w:pPr>
    </w:p>
    <w:p>
      <w:pPr>
        <w:spacing w:after="0"/>
      </w:pPr>
      <w:r>
        <w:rPr>
          <w:rFonts w:ascii="Arial" w:hAnsi="Arial"/>
          <w:b/>
          <w:sz w:val="22"/>
        </w:rPr>
        <w:t xml:space="preserve">Lucy  </w:t>
      </w:r>
      <w:r>
        <w:rPr>
          <w:rFonts w:ascii="Arial" w:hAnsi="Arial"/>
          <w:color w:val="5D7284"/>
          <w:sz w:val="22"/>
        </w:rPr>
        <w:t>42:35</w:t>
      </w:r>
    </w:p>
    <w:p>
      <w:pPr>
        <w:spacing w:after="0"/>
      </w:pPr>
      <w:r>
        <w:rPr>
          <w:rFonts w:ascii="Arial" w:hAnsi="Arial"/>
          <w:sz w:val="22"/>
        </w:rPr>
        <w:t>I can remember talking to you, I think you're on your way to the supermarket. On the phone and you said I can only take I can only get bread and milk really because I've got my hands full with the dog. you need two hands, two hands with the dog and I had never, never thought about that before. you</w:t>
      </w:r>
    </w:p>
    <w:p>
      <w:pPr>
        <w:spacing w:after="0"/>
      </w:pPr>
    </w:p>
    <w:p>
      <w:pPr>
        <w:spacing w:after="0"/>
      </w:pPr>
      <w:r>
        <w:rPr>
          <w:rFonts w:ascii="Arial" w:hAnsi="Arial"/>
          <w:b/>
          <w:sz w:val="22"/>
        </w:rPr>
        <w:t xml:space="preserve">Jaina  </w:t>
      </w:r>
      <w:r>
        <w:rPr>
          <w:rFonts w:ascii="Arial" w:hAnsi="Arial"/>
          <w:color w:val="5D7284"/>
          <w:sz w:val="22"/>
        </w:rPr>
        <w:t>42:54</w:t>
      </w:r>
    </w:p>
    <w:p>
      <w:pPr>
        <w:spacing w:after="0"/>
      </w:pPr>
      <w:r>
        <w:rPr>
          <w:rFonts w:ascii="Arial" w:hAnsi="Arial"/>
          <w:sz w:val="22"/>
        </w:rPr>
        <w:t>can do it. you can do it without two hands. I'll tell you how.</w:t>
      </w:r>
    </w:p>
    <w:p>
      <w:pPr>
        <w:spacing w:after="0"/>
      </w:pPr>
    </w:p>
    <w:p>
      <w:pPr>
        <w:spacing w:after="0"/>
      </w:pPr>
      <w:r>
        <w:rPr>
          <w:rFonts w:ascii="Arial" w:hAnsi="Arial"/>
          <w:b/>
          <w:sz w:val="22"/>
        </w:rPr>
        <w:t xml:space="preserve">Alice  </w:t>
      </w:r>
      <w:r>
        <w:rPr>
          <w:rFonts w:ascii="Arial" w:hAnsi="Arial"/>
          <w:color w:val="5D7284"/>
          <w:sz w:val="22"/>
        </w:rPr>
        <w:t>43:00</w:t>
      </w:r>
    </w:p>
    <w:p>
      <w:pPr>
        <w:spacing w:after="0"/>
      </w:pPr>
      <w:r>
        <w:rPr>
          <w:rFonts w:ascii="Arial" w:hAnsi="Arial"/>
          <w:sz w:val="22"/>
        </w:rPr>
        <w:t>This is Jainas life hack</w:t>
      </w:r>
    </w:p>
    <w:p>
      <w:pPr>
        <w:spacing w:after="0"/>
      </w:pPr>
    </w:p>
    <w:p>
      <w:pPr>
        <w:spacing w:after="0"/>
      </w:pPr>
      <w:r>
        <w:rPr>
          <w:rFonts w:ascii="Arial" w:hAnsi="Arial"/>
          <w:b/>
          <w:sz w:val="22"/>
        </w:rPr>
        <w:t xml:space="preserve">Alice  </w:t>
      </w:r>
      <w:r>
        <w:rPr>
          <w:rFonts w:ascii="Arial" w:hAnsi="Arial"/>
          <w:color w:val="5D7284"/>
          <w:sz w:val="22"/>
        </w:rPr>
        <w:t>43:02</w:t>
      </w:r>
    </w:p>
    <w:p>
      <w:pPr>
        <w:spacing w:after="0"/>
      </w:pPr>
      <w:r>
        <w:rPr>
          <w:rFonts w:ascii="Arial" w:hAnsi="Arial"/>
          <w:sz w:val="22"/>
        </w:rPr>
        <w:t>Yeah,</w:t>
      </w:r>
    </w:p>
    <w:p>
      <w:pPr>
        <w:spacing w:after="0"/>
      </w:pPr>
    </w:p>
    <w:p>
      <w:pPr>
        <w:spacing w:after="0"/>
      </w:pPr>
      <w:r>
        <w:rPr>
          <w:rFonts w:ascii="Arial" w:hAnsi="Arial"/>
          <w:color w:val="5D7284"/>
          <w:sz w:val="22"/>
        </w:rPr>
        <w:t>43:02</w:t>
      </w:r>
    </w:p>
    <w:p>
      <w:pPr>
        <w:spacing w:after="0"/>
      </w:pPr>
      <w:r>
        <w:rPr>
          <w:rFonts w:ascii="Arial" w:hAnsi="Arial"/>
          <w:sz w:val="22"/>
        </w:rPr>
        <w:t>Yeah, this has never been shared before hack So Kath and I we went to supermarket have a really good size rucksack. And we managed to get loads of stuff in there. But there was one item that wouldn't fit in there. So I had to hold a shopping bag. Normally, I would use hand commands and verbal commands with her. But this time while I couldn't I could only use verbal commands. And it still worked. Like oh yeah, follow direction. it still works. But I appreciate in some situations you do have to take the lead, etc. But I think you take your time with your dog and you have that that strong bond already. The dog will listen.</w:t>
      </w:r>
    </w:p>
    <w:p>
      <w:pPr>
        <w:spacing w:after="0"/>
      </w:pPr>
    </w:p>
    <w:p>
      <w:pPr>
        <w:spacing w:after="0"/>
      </w:pPr>
      <w:r>
        <w:rPr>
          <w:rFonts w:ascii="Arial" w:hAnsi="Arial"/>
          <w:b/>
          <w:sz w:val="22"/>
        </w:rPr>
        <w:t xml:space="preserve">Jaina  </w:t>
      </w:r>
      <w:r>
        <w:rPr>
          <w:rFonts w:ascii="Arial" w:hAnsi="Arial"/>
          <w:color w:val="5D7284"/>
          <w:sz w:val="22"/>
        </w:rPr>
        <w:t>43:04</w:t>
      </w:r>
    </w:p>
    <w:p>
      <w:pPr>
        <w:spacing w:after="0"/>
      </w:pPr>
      <w:r>
        <w:rPr>
          <w:rFonts w:ascii="Arial" w:hAnsi="Arial"/>
          <w:sz w:val="22"/>
        </w:rPr>
        <w:t>She sort of sensed that I needed to get home because it was a heavy rucksacks.</w:t>
      </w:r>
    </w:p>
    <w:p>
      <w:pPr>
        <w:spacing w:after="0"/>
      </w:pPr>
    </w:p>
    <w:p>
      <w:pPr>
        <w:spacing w:after="0"/>
      </w:pPr>
      <w:r>
        <w:rPr>
          <w:rFonts w:ascii="Arial" w:hAnsi="Arial"/>
          <w:b/>
          <w:sz w:val="22"/>
        </w:rPr>
        <w:t xml:space="preserve">Jaina  </w:t>
      </w:r>
      <w:r>
        <w:rPr>
          <w:rFonts w:ascii="Arial" w:hAnsi="Arial"/>
          <w:color w:val="5D7284"/>
          <w:sz w:val="22"/>
        </w:rPr>
        <w:t>43:15</w:t>
      </w:r>
    </w:p>
    <w:p>
      <w:pPr>
        <w:spacing w:after="0"/>
      </w:pPr>
      <w:r>
        <w:rPr>
          <w:rFonts w:ascii="Arial" w:hAnsi="Arial"/>
          <w:sz w:val="22"/>
        </w:rPr>
        <w:t>So Lola could manage you know, just a verbal command. I would frequently walk around with coffee and one hand and and just you know, leading harnessing on my left but Dora again, it's just every dog is different. Dora gets quite it because she's a little bit anxious. She needs that we're definitely going this way. I get a lot of are you sure mum, particularly if I don't want to go in Costa. She's like, she'll just stand there and be like are you sure? are you sure you don't want to go and costa? Yeah, that's exactly. It's like I'll go on mum. There'll be crumbs on the floor. Yeah.</w:t>
      </w:r>
    </w:p>
    <w:p>
      <w:pPr>
        <w:spacing w:after="0"/>
      </w:pPr>
    </w:p>
    <w:p>
      <w:pPr>
        <w:spacing w:after="0"/>
      </w:pPr>
      <w:r>
        <w:rPr>
          <w:rFonts w:ascii="Arial" w:hAnsi="Arial"/>
          <w:b/>
          <w:sz w:val="22"/>
        </w:rPr>
        <w:t xml:space="preserve">Lucy  </w:t>
      </w:r>
      <w:r>
        <w:rPr>
          <w:rFonts w:ascii="Arial" w:hAnsi="Arial"/>
          <w:color w:val="5D7284"/>
          <w:sz w:val="22"/>
        </w:rPr>
        <w:t>44:35</w:t>
      </w:r>
    </w:p>
    <w:p>
      <w:pPr>
        <w:spacing w:after="0"/>
      </w:pPr>
      <w:r>
        <w:rPr>
          <w:rFonts w:ascii="Arial" w:hAnsi="Arial"/>
          <w:sz w:val="22"/>
        </w:rPr>
        <w:t>you might not want to the floor but I do</w:t>
      </w:r>
    </w:p>
    <w:p>
      <w:pPr>
        <w:spacing w:after="0"/>
      </w:pPr>
    </w:p>
    <w:p>
      <w:pPr>
        <w:spacing w:after="0"/>
      </w:pPr>
      <w:r>
        <w:rPr>
          <w:rFonts w:ascii="Arial" w:hAnsi="Arial"/>
          <w:b/>
          <w:sz w:val="22"/>
        </w:rPr>
        <w:t xml:space="preserve">Jaina  </w:t>
      </w:r>
      <w:r>
        <w:rPr>
          <w:rFonts w:ascii="Arial" w:hAnsi="Arial"/>
          <w:color w:val="5D7284"/>
          <w:sz w:val="22"/>
        </w:rPr>
        <w:t>44:41</w:t>
      </w:r>
    </w:p>
    <w:p>
      <w:pPr>
        <w:spacing w:after="0"/>
      </w:pPr>
      <w:r>
        <w:rPr>
          <w:rFonts w:ascii="Arial" w:hAnsi="Arial"/>
          <w:sz w:val="22"/>
        </w:rPr>
        <w:t xml:space="preserve">Thats so nice, though. Like she's just checking. Just checking mummy. incase you want to go in there. </w:t>
      </w:r>
    </w:p>
    <w:p>
      <w:pPr>
        <w:spacing w:after="0"/>
      </w:pPr>
    </w:p>
    <w:p>
      <w:pPr>
        <w:spacing w:after="0"/>
      </w:pPr>
      <w:r>
        <w:rPr>
          <w:rFonts w:ascii="Arial" w:hAnsi="Arial"/>
          <w:b/>
          <w:sz w:val="22"/>
        </w:rPr>
        <w:t xml:space="preserve">Alice  </w:t>
      </w:r>
      <w:r>
        <w:rPr>
          <w:rFonts w:ascii="Arial" w:hAnsi="Arial"/>
          <w:color w:val="5D7284"/>
          <w:sz w:val="22"/>
        </w:rPr>
        <w:t>44:46</w:t>
      </w:r>
    </w:p>
    <w:p>
      <w:pPr>
        <w:spacing w:after="0"/>
      </w:pPr>
      <w:r>
        <w:rPr>
          <w:rFonts w:ascii="Arial" w:hAnsi="Arial"/>
          <w:sz w:val="22"/>
        </w:rPr>
        <w:t>Oh yeah, very she's very like, we're doing this this one in here today in here today. Mum is she's very she's a very sweet little girl.</w:t>
      </w:r>
    </w:p>
    <w:p>
      <w:pPr>
        <w:spacing w:after="0"/>
      </w:pPr>
    </w:p>
    <w:p>
      <w:pPr>
        <w:spacing w:after="0"/>
      </w:pPr>
      <w:r>
        <w:rPr>
          <w:rFonts w:ascii="Arial" w:hAnsi="Arial"/>
          <w:b/>
          <w:sz w:val="22"/>
        </w:rPr>
        <w:t xml:space="preserve">Jaina  </w:t>
      </w:r>
      <w:r>
        <w:rPr>
          <w:rFonts w:ascii="Arial" w:hAnsi="Arial"/>
          <w:color w:val="5D7284"/>
          <w:sz w:val="22"/>
        </w:rPr>
        <w:t>44:56</w:t>
      </w:r>
    </w:p>
    <w:p>
      <w:pPr>
        <w:spacing w:after="0"/>
      </w:pPr>
      <w:r>
        <w:rPr>
          <w:rFonts w:ascii="Arial" w:hAnsi="Arial"/>
          <w:sz w:val="22"/>
        </w:rPr>
        <w:t>I love it. But it's true. Like every dog is different, isn't it and Kath is the same sometimes she's quite a cautious dog, for example. And like if there's a wheelie bin, sort of up on the pavement, she was sort of stopped to tell me there's something there. I was like, okay, Kath forward. She's kind of looks at me again, like, Oh, sure.</w:t>
      </w:r>
    </w:p>
    <w:p>
      <w:pPr>
        <w:spacing w:after="0"/>
      </w:pPr>
    </w:p>
    <w:p>
      <w:pPr>
        <w:spacing w:after="0"/>
      </w:pPr>
      <w:r>
        <w:rPr>
          <w:rFonts w:ascii="Arial" w:hAnsi="Arial"/>
          <w:b/>
          <w:sz w:val="22"/>
        </w:rPr>
        <w:t xml:space="preserve">Alice  </w:t>
      </w:r>
      <w:r>
        <w:rPr>
          <w:rFonts w:ascii="Arial" w:hAnsi="Arial"/>
          <w:color w:val="5D7284"/>
          <w:sz w:val="22"/>
        </w:rPr>
        <w:t>45:14</w:t>
      </w:r>
    </w:p>
    <w:p>
      <w:pPr>
        <w:spacing w:after="0"/>
      </w:pPr>
      <w:r>
        <w:rPr>
          <w:rFonts w:ascii="Arial" w:hAnsi="Arial"/>
          <w:sz w:val="22"/>
        </w:rPr>
        <w:t>Yeah, I 100% get that. I'm going you can get a bus through their Dora and she goes oh we can't go past this</w:t>
      </w:r>
    </w:p>
    <w:p>
      <w:pPr>
        <w:spacing w:after="0"/>
      </w:pPr>
    </w:p>
    <w:p>
      <w:pPr>
        <w:spacing w:after="0"/>
      </w:pPr>
      <w:r>
        <w:rPr>
          <w:rFonts w:ascii="Arial" w:hAnsi="Arial"/>
          <w:b/>
          <w:sz w:val="22"/>
        </w:rPr>
        <w:t xml:space="preserve">Jaina  </w:t>
      </w:r>
      <w:r>
        <w:rPr>
          <w:rFonts w:ascii="Arial" w:hAnsi="Arial"/>
          <w:color w:val="5D7284"/>
          <w:sz w:val="22"/>
        </w:rPr>
        <w:t>45:22</w:t>
      </w:r>
    </w:p>
    <w:p>
      <w:pPr>
        <w:spacing w:after="0"/>
      </w:pPr>
      <w:r>
        <w:rPr>
          <w:rFonts w:ascii="Arial" w:hAnsi="Arial"/>
          <w:sz w:val="22"/>
        </w:rPr>
        <w:t>you just have to encourage them, like, take the lead. come on, find the way you sort of needed</w:t>
      </w:r>
    </w:p>
    <w:p>
      <w:pPr>
        <w:spacing w:after="0"/>
      </w:pPr>
    </w:p>
    <w:p>
      <w:pPr>
        <w:spacing w:after="0"/>
      </w:pPr>
      <w:r>
        <w:rPr>
          <w:rFonts w:ascii="Arial" w:hAnsi="Arial"/>
          <w:b/>
          <w:sz w:val="22"/>
        </w:rPr>
        <w:t xml:space="preserve">Lucy  </w:t>
      </w:r>
      <w:r>
        <w:rPr>
          <w:rFonts w:ascii="Arial" w:hAnsi="Arial"/>
          <w:color w:val="5D7284"/>
          <w:sz w:val="22"/>
        </w:rPr>
        <w:t>45:25</w:t>
      </w:r>
    </w:p>
    <w:p>
      <w:pPr>
        <w:spacing w:after="0"/>
      </w:pPr>
      <w:r>
        <w:rPr>
          <w:rFonts w:ascii="Arial" w:hAnsi="Arial"/>
          <w:sz w:val="22"/>
        </w:rPr>
        <w:t>I'm like this with my wheelchair like I can't Yeah and mum's like, yes, you can. Yes, you can. I don't know. I don't I don't think I know that. I can. Oh, yeah. because I assumed that like, if, if I know it's completely different, but if I am walking down a pavement and I see an adverse camber that goes directly into the road, I'm a bit like, oh, I don't like that. I don't want to walk down this bit. Like there's a my mum's like, you're right, you're right. But it frightens me to death because I, my brain goes, does an adverse camber into that road. And if you go down that road, if you go into the road, you're gonna get run over and you're gonna injure yourself. So my brain is like constantly worrying about what's going to happen if I end up in the road and nine times out of 10 I'm fine. But it's Yeah, I kind of understand why a dog might feel a bit like this</w:t>
      </w:r>
    </w:p>
    <w:p>
      <w:pPr>
        <w:spacing w:after="0"/>
      </w:pPr>
    </w:p>
    <w:p>
      <w:pPr>
        <w:spacing w:after="0"/>
      </w:pPr>
      <w:r>
        <w:rPr>
          <w:rFonts w:ascii="Arial" w:hAnsi="Arial"/>
          <w:b/>
          <w:sz w:val="22"/>
        </w:rPr>
        <w:t xml:space="preserve">Alice  </w:t>
      </w:r>
      <w:r>
        <w:rPr>
          <w:rFonts w:ascii="Arial" w:hAnsi="Arial"/>
          <w:color w:val="5D7284"/>
          <w:sz w:val="22"/>
        </w:rPr>
        <w:t>46:15</w:t>
      </w:r>
    </w:p>
    <w:p>
      <w:pPr>
        <w:spacing w:after="0"/>
      </w:pPr>
      <w:r>
        <w:rPr>
          <w:rFonts w:ascii="Arial" w:hAnsi="Arial"/>
          <w:sz w:val="22"/>
        </w:rPr>
        <w:t>I imagine that's exactly the same thought processes Doras having it's just yeah, but there's bin and if I will pass it, you're gonna have to walk in the road mum and I don't like I don't want to.</w:t>
      </w:r>
    </w:p>
    <w:p>
      <w:pPr>
        <w:spacing w:after="0"/>
      </w:pPr>
    </w:p>
    <w:p>
      <w:pPr>
        <w:spacing w:after="0"/>
      </w:pPr>
      <w:r>
        <w:rPr>
          <w:rFonts w:ascii="Arial" w:hAnsi="Arial"/>
          <w:b/>
          <w:sz w:val="22"/>
        </w:rPr>
        <w:t xml:space="preserve">Lucy  </w:t>
      </w:r>
      <w:r>
        <w:rPr>
          <w:rFonts w:ascii="Arial" w:hAnsi="Arial"/>
          <w:color w:val="5D7284"/>
          <w:sz w:val="22"/>
        </w:rPr>
        <w:t>46:25</w:t>
      </w:r>
    </w:p>
    <w:p>
      <w:pPr>
        <w:spacing w:after="0"/>
      </w:pPr>
      <w:r>
        <w:rPr>
          <w:rFonts w:ascii="Arial" w:hAnsi="Arial"/>
          <w:sz w:val="22"/>
        </w:rPr>
        <w:t>Yeah, yeah, I do. I do feel I do feel I get how that can be quite nerve racking for a dog who hasn't got the same thought processes as a human going. It's fine.</w:t>
      </w:r>
    </w:p>
    <w:p>
      <w:pPr>
        <w:spacing w:after="0"/>
      </w:pPr>
    </w:p>
    <w:p>
      <w:pPr>
        <w:spacing w:after="0"/>
      </w:pPr>
      <w:r>
        <w:rPr>
          <w:rFonts w:ascii="Arial" w:hAnsi="Arial"/>
          <w:b/>
          <w:sz w:val="22"/>
        </w:rPr>
        <w:t xml:space="preserve">Alice  </w:t>
      </w:r>
      <w:r>
        <w:rPr>
          <w:rFonts w:ascii="Arial" w:hAnsi="Arial"/>
          <w:color w:val="5D7284"/>
          <w:sz w:val="22"/>
        </w:rPr>
        <w:t>46:38</w:t>
      </w:r>
    </w:p>
    <w:p>
      <w:pPr>
        <w:spacing w:after="0"/>
      </w:pPr>
      <w:r>
        <w:rPr>
          <w:rFonts w:ascii="Arial" w:hAnsi="Arial"/>
          <w:sz w:val="22"/>
        </w:rPr>
        <w:t>This is the pain of my existence as well. Like yeah, we I live around a lot of families and a lot of students and the like bin day is Wednesday, bins are out until like, middle of the day on Friday. And I have very like passive aggressively blocked people's cars in with their bins I donkey kicked a bin to try and get past them. And I was out with the push chair and the dog in the summer. Just donkey kicked it backwards into somebody's driveway. So it's like it's been 24 hours. This shouldn't be here</w:t>
      </w:r>
    </w:p>
    <w:p>
      <w:pPr>
        <w:spacing w:after="0"/>
      </w:pPr>
    </w:p>
    <w:p>
      <w:pPr>
        <w:spacing w:after="0"/>
      </w:pPr>
      <w:r>
        <w:rPr>
          <w:rFonts w:ascii="Arial" w:hAnsi="Arial"/>
          <w:b/>
          <w:sz w:val="22"/>
        </w:rPr>
        <w:t xml:space="preserve">Lucy  </w:t>
      </w:r>
      <w:r>
        <w:rPr>
          <w:rFonts w:ascii="Arial" w:hAnsi="Arial"/>
          <w:color w:val="5D7284"/>
          <w:sz w:val="22"/>
        </w:rPr>
        <w:t>47:12</w:t>
      </w:r>
    </w:p>
    <w:p>
      <w:pPr>
        <w:spacing w:after="0"/>
      </w:pPr>
      <w:r>
        <w:rPr>
          <w:rFonts w:ascii="Arial" w:hAnsi="Arial"/>
          <w:sz w:val="22"/>
        </w:rPr>
        <w:t>your on their ring doorbell. Who's that? Who's that woman aggressively kick kicking that bin? And it's the way that they the bin men do empty it they kind of fling it away. They don't like park it nicely. They just fling it and go Yeah, that's fine. Leave it there.</w:t>
      </w:r>
    </w:p>
    <w:p>
      <w:pPr>
        <w:spacing w:after="0"/>
      </w:pPr>
    </w:p>
    <w:p>
      <w:pPr>
        <w:spacing w:after="0"/>
      </w:pPr>
      <w:r>
        <w:rPr>
          <w:rFonts w:ascii="Arial" w:hAnsi="Arial"/>
          <w:b/>
          <w:sz w:val="22"/>
        </w:rPr>
        <w:t xml:space="preserve">Alice  </w:t>
      </w:r>
      <w:r>
        <w:rPr>
          <w:rFonts w:ascii="Arial" w:hAnsi="Arial"/>
          <w:color w:val="5D7284"/>
          <w:sz w:val="22"/>
        </w:rPr>
        <w:t>47:31</w:t>
      </w:r>
    </w:p>
    <w:p>
      <w:pPr>
        <w:spacing w:after="0"/>
      </w:pPr>
      <w:r>
        <w:rPr>
          <w:rFonts w:ascii="Arial" w:hAnsi="Arial"/>
          <w:sz w:val="22"/>
        </w:rPr>
        <w:t>I have on more than one occasion yelled at the students who live around the corner from us from the other side of the road. because I feel like because I've been like I have to walk on this side of the road because you haven't brought your fucking bin in again. And every time like I know, it's always I wait until I'm out with both my guide dog and my baby and in the push chair. So I'm like, Look how vulnerable I am. Look how needy and pathetic I am. And now I'm gonna Gob off at you just to make it even worse.</w:t>
      </w:r>
    </w:p>
    <w:p>
      <w:pPr>
        <w:spacing w:after="0"/>
      </w:pPr>
    </w:p>
    <w:p>
      <w:pPr>
        <w:spacing w:after="0"/>
      </w:pPr>
      <w:r>
        <w:rPr>
          <w:rFonts w:ascii="Arial" w:hAnsi="Arial"/>
          <w:b/>
          <w:sz w:val="22"/>
        </w:rPr>
        <w:t xml:space="preserve">Jaina  </w:t>
      </w:r>
      <w:r>
        <w:rPr>
          <w:rFonts w:ascii="Arial" w:hAnsi="Arial"/>
          <w:color w:val="5D7284"/>
          <w:sz w:val="22"/>
        </w:rPr>
        <w:t>48:02</w:t>
      </w:r>
    </w:p>
    <w:p>
      <w:pPr>
        <w:spacing w:after="0"/>
      </w:pPr>
      <w:r>
        <w:rPr>
          <w:rFonts w:ascii="Arial" w:hAnsi="Arial"/>
          <w:sz w:val="22"/>
        </w:rPr>
        <w:t>And what kind of response do you get from them?</w:t>
      </w:r>
    </w:p>
    <w:p>
      <w:pPr>
        <w:spacing w:after="0"/>
      </w:pPr>
    </w:p>
    <w:p>
      <w:pPr>
        <w:spacing w:after="0"/>
      </w:pPr>
      <w:r>
        <w:rPr>
          <w:rFonts w:ascii="Arial" w:hAnsi="Arial"/>
          <w:b/>
          <w:sz w:val="22"/>
        </w:rPr>
        <w:t xml:space="preserve">Alice  </w:t>
      </w:r>
      <w:r>
        <w:rPr>
          <w:rFonts w:ascii="Arial" w:hAnsi="Arial"/>
          <w:color w:val="5D7284"/>
          <w:sz w:val="22"/>
        </w:rPr>
        <w:t>48:03</w:t>
      </w:r>
    </w:p>
    <w:p>
      <w:pPr>
        <w:spacing w:after="0"/>
      </w:pPr>
      <w:r>
        <w:rPr>
          <w:rFonts w:ascii="Arial" w:hAnsi="Arial"/>
          <w:sz w:val="22"/>
        </w:rPr>
        <w:t>They usually go, Oh, we're really sorry. I'll talk to my housemates. And you know, it lasts six weeks, and then they start to forget again and then I wait to</w:t>
      </w:r>
    </w:p>
    <w:p>
      <w:pPr>
        <w:spacing w:after="0"/>
      </w:pPr>
    </w:p>
    <w:p>
      <w:pPr>
        <w:spacing w:after="0"/>
      </w:pPr>
      <w:r>
        <w:rPr>
          <w:rFonts w:ascii="Arial" w:hAnsi="Arial"/>
          <w:b/>
          <w:sz w:val="22"/>
        </w:rPr>
        <w:t xml:space="preserve">Lucy  </w:t>
      </w:r>
      <w:r>
        <w:rPr>
          <w:rFonts w:ascii="Arial" w:hAnsi="Arial"/>
          <w:color w:val="5D7284"/>
          <w:sz w:val="22"/>
        </w:rPr>
        <w:t>48:14</w:t>
      </w:r>
    </w:p>
    <w:p>
      <w:pPr>
        <w:spacing w:after="0"/>
      </w:pPr>
      <w:r>
        <w:rPr>
          <w:rFonts w:ascii="Arial" w:hAnsi="Arial"/>
          <w:sz w:val="22"/>
        </w:rPr>
        <w:t>go. It's the equivalent of me rubbing, like food in my trousers to make myself look sad and like, extra disabled, or disabled. That is insane. I have like when somebody's like, Oh, I'm really having this issue with this. because of this. And I'm like, do you want me to go rub biscuits in my trousers and like I'm going to cry? Just to make people feel really awkward because nobody likes a crying disabled person. Why your disability? Nobody likes to make the disabled person cry.</w:t>
      </w:r>
    </w:p>
    <w:p>
      <w:pPr>
        <w:spacing w:after="0"/>
      </w:pPr>
    </w:p>
    <w:p>
      <w:pPr>
        <w:spacing w:after="0"/>
      </w:pPr>
      <w:r>
        <w:rPr>
          <w:rFonts w:ascii="Arial" w:hAnsi="Arial"/>
          <w:b/>
          <w:sz w:val="22"/>
        </w:rPr>
        <w:t xml:space="preserve">Jaina  </w:t>
      </w:r>
      <w:r>
        <w:rPr>
          <w:rFonts w:ascii="Arial" w:hAnsi="Arial"/>
          <w:color w:val="5D7284"/>
          <w:sz w:val="22"/>
        </w:rPr>
        <w:t>48:44</w:t>
      </w:r>
    </w:p>
    <w:p>
      <w:pPr>
        <w:spacing w:after="0"/>
      </w:pPr>
      <w:r>
        <w:rPr>
          <w:rFonts w:ascii="Arial" w:hAnsi="Arial"/>
          <w:sz w:val="22"/>
        </w:rPr>
        <w:t>you gotta use that as a train station. Lucy. Yeah.</w:t>
      </w:r>
    </w:p>
    <w:p>
      <w:pPr>
        <w:spacing w:after="0"/>
      </w:pPr>
    </w:p>
    <w:p>
      <w:pPr>
        <w:spacing w:after="0"/>
      </w:pPr>
      <w:r>
        <w:rPr>
          <w:rFonts w:ascii="Arial" w:hAnsi="Arial"/>
          <w:b/>
          <w:sz w:val="22"/>
        </w:rPr>
        <w:t xml:space="preserve">Lucy  </w:t>
      </w:r>
      <w:r>
        <w:rPr>
          <w:rFonts w:ascii="Arial" w:hAnsi="Arial"/>
          <w:color w:val="5D7284"/>
          <w:sz w:val="22"/>
        </w:rPr>
        <w:t>48:49</w:t>
      </w:r>
    </w:p>
    <w:p>
      <w:pPr>
        <w:spacing w:after="0"/>
      </w:pPr>
      <w:r>
        <w:rPr>
          <w:rFonts w:ascii="Arial" w:hAnsi="Arial"/>
          <w:sz w:val="22"/>
        </w:rPr>
        <w:t>No. Just spilled coffee all over me. Accidently on purpose. That was gonna be my that was gonna be my tactic. Why ever went on Britain's got Talent or anything like that is to just cry. Simon Cowell said I was terrible. I was just gonna stand there and look proper cry for 25 minutes to then until it goes all right, then we'll let you go meet Ant and Dec and you can also do the After Show with Stephen Mulhern. It's absolutely fine off you go just please stop crying</w:t>
      </w:r>
    </w:p>
    <w:p>
      <w:pPr>
        <w:spacing w:after="0"/>
      </w:pPr>
    </w:p>
    <w:p>
      <w:pPr>
        <w:spacing w:after="0"/>
      </w:pPr>
      <w:r>
        <w:rPr>
          <w:rFonts w:ascii="Arial" w:hAnsi="Arial"/>
          <w:b/>
          <w:sz w:val="22"/>
        </w:rPr>
        <w:t xml:space="preserve">Jaina  </w:t>
      </w:r>
      <w:r>
        <w:rPr>
          <w:rFonts w:ascii="Arial" w:hAnsi="Arial"/>
          <w:color w:val="5D7284"/>
          <w:sz w:val="22"/>
        </w:rPr>
        <w:t>49:23</w:t>
      </w:r>
    </w:p>
    <w:p>
      <w:pPr>
        <w:spacing w:after="0"/>
      </w:pPr>
      <w:r>
        <w:rPr>
          <w:rFonts w:ascii="Arial" w:hAnsi="Arial"/>
          <w:sz w:val="22"/>
        </w:rPr>
        <w:t>They joys of being different. Yeah, sometimes you just have to embrace that. you have to adapt don't you just embrace what you can do? Yeah, and try and keep a positive mindset as much as you can. because that's going to help you to live your best life really?</w:t>
      </w:r>
    </w:p>
    <w:p>
      <w:pPr>
        <w:spacing w:after="0"/>
      </w:pPr>
    </w:p>
    <w:p>
      <w:pPr>
        <w:spacing w:after="0"/>
      </w:pPr>
      <w:r>
        <w:rPr>
          <w:rFonts w:ascii="Arial" w:hAnsi="Arial"/>
          <w:b/>
          <w:sz w:val="22"/>
        </w:rPr>
        <w:t xml:space="preserve">Alice  </w:t>
      </w:r>
      <w:r>
        <w:rPr>
          <w:rFonts w:ascii="Arial" w:hAnsi="Arial"/>
          <w:color w:val="5D7284"/>
          <w:sz w:val="22"/>
        </w:rPr>
        <w:t>49:44</w:t>
      </w:r>
    </w:p>
    <w:p>
      <w:pPr>
        <w:spacing w:after="0"/>
      </w:pPr>
      <w:r>
        <w:rPr>
          <w:rFonts w:ascii="Arial" w:hAnsi="Arial"/>
          <w:sz w:val="22"/>
        </w:rPr>
        <w:t>I imagine that was quite a source of sin that you actively had to practice Jaina because I know you acquired your sight loss sort of late a bit later in life, didn't you? Yeah,</w:t>
      </w:r>
    </w:p>
    <w:p>
      <w:pPr>
        <w:spacing w:after="0"/>
      </w:pPr>
    </w:p>
    <w:p>
      <w:pPr>
        <w:spacing w:after="0"/>
      </w:pPr>
      <w:r>
        <w:rPr>
          <w:rFonts w:ascii="Arial" w:hAnsi="Arial"/>
          <w:b/>
          <w:sz w:val="22"/>
        </w:rPr>
        <w:t xml:space="preserve">Jaina  </w:t>
      </w:r>
      <w:r>
        <w:rPr>
          <w:rFonts w:ascii="Arial" w:hAnsi="Arial"/>
          <w:color w:val="5D7284"/>
          <w:sz w:val="22"/>
        </w:rPr>
        <w:t>49:54</w:t>
      </w:r>
    </w:p>
    <w:p>
      <w:pPr>
        <w:spacing w:after="0"/>
      </w:pPr>
      <w:r>
        <w:rPr>
          <w:rFonts w:ascii="Arial" w:hAnsi="Arial"/>
          <w:sz w:val="22"/>
        </w:rPr>
        <w:t>I was 17 when I lost my eyesight, so I had a life threatening allergic reaction to penicillin. Wow. Yeah, so I was prescribed penicillin to treat a fever. But I had no idea I was allergic to it. And within a couple of hours taking penicillin, I, like blisters started to appear on my skin, my eyes, my lungs, and my throat. And I was rushed into hospital and diagnosed with a very rare condition called Stevens Johnson Syndrome. But I had the very rare version of it, which is toxic epidermal necrolysis, which can be fatal. So I was very fortunate to survive. So it's like, it's like a skin reaction sort of disease. Yeah. And yeah, so I was in intensive care for about 10 days around the clock care. And the blisters ruptured left me with open wounds had to be treated as a burns victim. Wrapped in bandages. Yeah. I was sort of in a semi coma state. So I can't really remember too much just noises and voices around me. I was hooked up to a lot like morphine and all kinds of stuff. when I started to sort of come around, I had to learn to walk again. I still had some vision, then I was partially sighted. But the severity of the condition left me with corneal scarring and dry eyes. My lashes were abrading My corneas too. So there was a lot of like physical trauma. But I guess strange things sort of happened, I came out of it feeling like a different person, like I've been reborn. Mindset shifted, yeah, it was more kind of kind of aware, I felt like a different person. So I spent some time in hospital about three months sort of getting rehabilitated, eventually discharged. And in the end, my skin healed, but I lost my eyesight within 12 months and had major surgery to remove part of my lung, as well. So there has to be with respiratory damage, too. And that's when like, the health sort of situation started to get quite bad. I was okay for a little while. But part of my recovery required sort of taking care of my lung health, which I didn't do for a couple of years. So I was in and out hospital with a collapsed lung because of it. But during that time, I was able to go back to college, I went to the RNIB in Loughborough I really, which is where I learnt braille, and the long cane assistive technology. And that was nice, because I was sort of around others who were visually impaired, as well. So we kind of learning from each other. And then moved on to university in 2006. Why did complimentary therapies. And that was an interesting time, because I've never had a visually impaired student on the course before. So you had to kind of educate them. This is what my needs are, this is how I like my materials. Like,</w:t>
      </w:r>
    </w:p>
    <w:p>
      <w:pPr>
        <w:spacing w:after="0"/>
      </w:pPr>
    </w:p>
    <w:p>
      <w:pPr>
        <w:spacing w:after="0"/>
      </w:pPr>
      <w:r>
        <w:rPr>
          <w:rFonts w:ascii="Arial" w:hAnsi="Arial"/>
          <w:b/>
          <w:sz w:val="22"/>
        </w:rPr>
        <w:t xml:space="preserve">Lucy  </w:t>
      </w:r>
      <w:r>
        <w:rPr>
          <w:rFonts w:ascii="Arial" w:hAnsi="Arial"/>
          <w:color w:val="5D7284"/>
          <w:sz w:val="22"/>
        </w:rPr>
        <w:t>53:02</w:t>
      </w:r>
    </w:p>
    <w:p>
      <w:pPr>
        <w:spacing w:after="0"/>
      </w:pPr>
      <w:r>
        <w:rPr>
          <w:rFonts w:ascii="Arial" w:hAnsi="Arial"/>
          <w:sz w:val="22"/>
        </w:rPr>
        <w:t>okay, you're in panic, but Oh, God. when I went to college, I was the first disabled person to go to my college. And yeah, there was a, there was a moment in time, where I turned up for the open day to visit the College. And the, the head of the college. Actually, at the end of my visit, said, I don't think there's anything here that would suit you your needs. And as I said that the the head, at the time of the media department, opened the door to the edit suite. And when was it I was introduced to her. And went she can come here, she'll come here and do this, because I actually wanted to do photography at college. And I couldn't get up the stairs because the dark room was a spiral staircase. And at that time, like digital photography was not a big thing. So the lady who was in charge of the media department opened the door when she can call me up and do media, and the rest is history. So I owe an awful lot to it to that lady. But yeah, they sort of looked at me and panicked, like, oh, how are we going to accommodate her? it was never how are we going to accommodate you, Lucy it was, I was talked about as the third person for most of the time. And then because I was the first one at college, there was a lot of people there was a lot of conversations about me that were had when I wasn't there. So I would meet people go, Oh, hi, Lucy. How are you getting on? I have no idea who this person was. he was talking to me because they'd obviously like putting plans in place this thing without me there. So it's a very weird experience to be walking around college and go. don't know who you are, but it's so nice to meet you. I'm doing fine. Thank you. Yeah, they just went to a blind panic really Excuse me,</w:t>
      </w:r>
    </w:p>
    <w:p>
      <w:pPr>
        <w:spacing w:after="0"/>
      </w:pPr>
    </w:p>
    <w:p>
      <w:pPr>
        <w:spacing w:after="0"/>
      </w:pPr>
      <w:r>
        <w:rPr>
          <w:rFonts w:ascii="Arial" w:hAnsi="Arial"/>
          <w:b/>
          <w:sz w:val="22"/>
        </w:rPr>
        <w:t xml:space="preserve">Jaina  </w:t>
      </w:r>
      <w:r>
        <w:rPr>
          <w:rFonts w:ascii="Arial" w:hAnsi="Arial"/>
          <w:color w:val="5D7284"/>
          <w:sz w:val="22"/>
        </w:rPr>
        <w:t>55:00</w:t>
      </w:r>
    </w:p>
    <w:p>
      <w:pPr>
        <w:spacing w:after="0"/>
      </w:pPr>
      <w:r>
        <w:rPr>
          <w:rFonts w:ascii="Arial" w:hAnsi="Arial"/>
          <w:sz w:val="22"/>
        </w:rPr>
        <w:t>oh god, how did that make you feel when you sort of I mean, when they reacted that way?</w:t>
      </w:r>
    </w:p>
    <w:p>
      <w:pPr>
        <w:spacing w:after="0"/>
      </w:pPr>
    </w:p>
    <w:p>
      <w:pPr>
        <w:spacing w:after="0"/>
      </w:pPr>
      <w:r>
        <w:rPr>
          <w:rFonts w:ascii="Arial" w:hAnsi="Arial"/>
          <w:b/>
          <w:sz w:val="22"/>
        </w:rPr>
        <w:t xml:space="preserve">Lucy  </w:t>
      </w:r>
      <w:r>
        <w:rPr>
          <w:rFonts w:ascii="Arial" w:hAnsi="Arial"/>
          <w:color w:val="5D7284"/>
          <w:sz w:val="22"/>
        </w:rPr>
        <w:t>55:05</w:t>
      </w:r>
    </w:p>
    <w:p>
      <w:pPr>
        <w:spacing w:after="0"/>
      </w:pPr>
      <w:r>
        <w:rPr>
          <w:rFonts w:ascii="Arial" w:hAnsi="Arial"/>
          <w:sz w:val="22"/>
        </w:rPr>
        <w:t>it wasn't it was kind of a bit of a disappointment, I felt disappointed that they weren't they sort of gone. Oh, I don't think there's anything we can do for you. Oh, because I know that my needs, it's not a big deal when they're facilitated, I am not a big deal. you know what I mean? It's, it's</w:t>
      </w:r>
    </w:p>
    <w:p>
      <w:pPr>
        <w:spacing w:after="0"/>
      </w:pPr>
    </w:p>
    <w:p>
      <w:pPr>
        <w:spacing w:after="0"/>
      </w:pPr>
      <w:r>
        <w:rPr>
          <w:rFonts w:ascii="Arial" w:hAnsi="Arial"/>
          <w:b/>
          <w:sz w:val="22"/>
        </w:rPr>
        <w:t xml:space="preserve">Alice  </w:t>
      </w:r>
      <w:r>
        <w:rPr>
          <w:rFonts w:ascii="Arial" w:hAnsi="Arial"/>
          <w:color w:val="5D7284"/>
          <w:sz w:val="22"/>
        </w:rPr>
        <w:t>55:24</w:t>
      </w:r>
    </w:p>
    <w:p>
      <w:pPr>
        <w:spacing w:after="0"/>
      </w:pPr>
      <w:r>
        <w:rPr>
          <w:rFonts w:ascii="Arial" w:hAnsi="Arial"/>
          <w:sz w:val="22"/>
        </w:rPr>
        <w:t>not even like, oh, I don't know what we're going to do. But we'll try. It's just a we can't win. This is too hard lets just tell her we can't do anything that's feels like a real rejection without really even taking any time. you know, I know from my like, uni experiences, I definitely had some terrible lecturers and some people who were not very inclusive and thought about my needs, but at least on the surface, most people kind of gave it a go. And, you know, you could you could see, I'd walk into a lecture and you could see the realisation on someone's face that they had forgotten to print something off in a large font for me, and like people would be, you know, grabbing, like other students or other lectures, and can you run and just print this off really fast for me</w:t>
      </w:r>
    </w:p>
    <w:p>
      <w:pPr>
        <w:spacing w:after="0"/>
      </w:pPr>
    </w:p>
    <w:p>
      <w:pPr>
        <w:spacing w:after="0"/>
      </w:pPr>
      <w:r>
        <w:rPr>
          <w:rFonts w:ascii="Arial" w:hAnsi="Arial"/>
          <w:b/>
          <w:sz w:val="22"/>
        </w:rPr>
        <w:t xml:space="preserve">Lucy  </w:t>
      </w:r>
      <w:r>
        <w:rPr>
          <w:rFonts w:ascii="Arial" w:hAnsi="Arial"/>
          <w:color w:val="5D7284"/>
          <w:sz w:val="22"/>
        </w:rPr>
        <w:t>56:16</w:t>
      </w:r>
    </w:p>
    <w:p>
      <w:pPr>
        <w:spacing w:after="0"/>
      </w:pPr>
      <w:r>
        <w:rPr>
          <w:rFonts w:ascii="Arial" w:hAnsi="Arial"/>
          <w:sz w:val="22"/>
        </w:rPr>
        <w:t>in that kind of whisper, that's not always a whisper</w:t>
      </w:r>
    </w:p>
    <w:p>
      <w:pPr>
        <w:spacing w:after="0"/>
      </w:pPr>
    </w:p>
    <w:p>
      <w:pPr>
        <w:spacing w:after="0"/>
      </w:pPr>
      <w:r>
        <w:rPr>
          <w:rFonts w:ascii="Arial" w:hAnsi="Arial"/>
          <w:b/>
          <w:sz w:val="22"/>
        </w:rPr>
        <w:t xml:space="preserve">Alice  </w:t>
      </w:r>
      <w:r>
        <w:rPr>
          <w:rFonts w:ascii="Arial" w:hAnsi="Arial"/>
          <w:color w:val="5D7284"/>
          <w:sz w:val="22"/>
        </w:rPr>
        <w:t>56:19</w:t>
      </w:r>
    </w:p>
    <w:p>
      <w:pPr>
        <w:spacing w:after="0"/>
      </w:pPr>
      <w:r>
        <w:rPr>
          <w:rFonts w:ascii="Arial" w:hAnsi="Arial"/>
          <w:sz w:val="22"/>
        </w:rPr>
        <w:t>Yeah. you know, so you could see that kind of people people had been told, and people at least had the good grace to look embarrassed when they forgot. But to be just told no, outright without any consideration. Yeah, I can imagine that was pretty shitty.</w:t>
      </w:r>
    </w:p>
    <w:p>
      <w:pPr>
        <w:spacing w:after="0"/>
      </w:pPr>
    </w:p>
    <w:p>
      <w:pPr>
        <w:spacing w:after="0"/>
      </w:pPr>
      <w:r>
        <w:rPr>
          <w:rFonts w:ascii="Arial" w:hAnsi="Arial"/>
          <w:b/>
          <w:sz w:val="22"/>
        </w:rPr>
        <w:t xml:space="preserve">Lucy  </w:t>
      </w:r>
      <w:r>
        <w:rPr>
          <w:rFonts w:ascii="Arial" w:hAnsi="Arial"/>
          <w:color w:val="5D7284"/>
          <w:sz w:val="22"/>
        </w:rPr>
        <w:t>56:39</w:t>
      </w:r>
    </w:p>
    <w:p>
      <w:pPr>
        <w:spacing w:after="0"/>
      </w:pPr>
      <w:r>
        <w:rPr>
          <w:rFonts w:ascii="Arial" w:hAnsi="Arial"/>
          <w:sz w:val="22"/>
        </w:rPr>
        <w:t>But what I really relished was the fact that the first day of my course, My Media course, they said, they were very open or honest and said, you know, like, like, one in 10 of you. So there was like, 12 of us on a course one in one in 10 of you will probably get a job in the media industry, it's not going to happen, probably not going to happen. And I was like, okay, all right. Well, you know, we'll see, we'll see. And I went to college, I did my two years on my National Diploma. And then I did two years on hnd, the two years on hnd were horrific for a variety of other reasons, and didn't have a very good time, I was bullied quite a lot. But I got, I got through it by the skin of my teeth, I got through it. And after that, I got a job working for the BBC. And BBC data, I was the only one out of my whole year group that have had got a job working in television. And I am very proud of that. because we went from there's nothing we can do for you to working at the BBC that to that takes, takes completely guts done it. I mean, I'm very proud of that. Yeah. So there was this level of Well, I did it didn't I.</w:t>
      </w:r>
    </w:p>
    <w:p>
      <w:pPr>
        <w:spacing w:after="0"/>
      </w:pPr>
    </w:p>
    <w:p>
      <w:pPr>
        <w:spacing w:after="0"/>
      </w:pPr>
      <w:r>
        <w:rPr>
          <w:rFonts w:ascii="Arial" w:hAnsi="Arial"/>
          <w:b/>
          <w:sz w:val="22"/>
        </w:rPr>
        <w:t xml:space="preserve">Jaina  </w:t>
      </w:r>
      <w:r>
        <w:rPr>
          <w:rFonts w:ascii="Arial" w:hAnsi="Arial"/>
          <w:color w:val="5D7284"/>
          <w:sz w:val="22"/>
        </w:rPr>
        <w:t>57:55</w:t>
      </w:r>
    </w:p>
    <w:p>
      <w:pPr>
        <w:spacing w:after="0"/>
      </w:pPr>
      <w:r>
        <w:rPr>
          <w:rFonts w:ascii="Arial" w:hAnsi="Arial"/>
          <w:sz w:val="22"/>
        </w:rPr>
        <w:t>Prove them all wrong.</w:t>
      </w:r>
    </w:p>
    <w:p>
      <w:pPr>
        <w:spacing w:after="0"/>
      </w:pPr>
    </w:p>
    <w:p>
      <w:pPr>
        <w:spacing w:after="0"/>
      </w:pPr>
      <w:r>
        <w:rPr>
          <w:rFonts w:ascii="Arial" w:hAnsi="Arial"/>
          <w:b/>
          <w:sz w:val="22"/>
        </w:rPr>
        <w:t xml:space="preserve">Lucy  </w:t>
      </w:r>
      <w:r>
        <w:rPr>
          <w:rFonts w:ascii="Arial" w:hAnsi="Arial"/>
          <w:color w:val="5D7284"/>
          <w:sz w:val="22"/>
        </w:rPr>
        <w:t>58:00</w:t>
      </w:r>
    </w:p>
    <w:p>
      <w:pPr>
        <w:spacing w:after="0"/>
      </w:pPr>
      <w:r>
        <w:rPr>
          <w:rFonts w:ascii="Arial" w:hAnsi="Arial"/>
          <w:sz w:val="22"/>
        </w:rPr>
        <w:t>being able to go, don't tell me don't tell me. I can't because I'll just do it anyway. Yeah.</w:t>
      </w:r>
    </w:p>
    <w:p>
      <w:pPr>
        <w:spacing w:after="0"/>
      </w:pPr>
    </w:p>
    <w:p>
      <w:pPr>
        <w:spacing w:after="0"/>
      </w:pPr>
      <w:r>
        <w:rPr>
          <w:rFonts w:ascii="Arial" w:hAnsi="Arial"/>
          <w:b/>
          <w:sz w:val="22"/>
        </w:rPr>
        <w:t xml:space="preserve">Jaina  </w:t>
      </w:r>
      <w:r>
        <w:rPr>
          <w:rFonts w:ascii="Arial" w:hAnsi="Arial"/>
          <w:color w:val="5D7284"/>
          <w:sz w:val="22"/>
        </w:rPr>
        <w:t>58:05</w:t>
      </w:r>
    </w:p>
    <w:p>
      <w:pPr>
        <w:spacing w:after="0"/>
      </w:pPr>
      <w:r>
        <w:rPr>
          <w:rFonts w:ascii="Arial" w:hAnsi="Arial"/>
          <w:sz w:val="22"/>
        </w:rPr>
        <w:t>And that's difficult, isn't it? for some people with disabilities when you're told no, that rejection is really knocks your confidence, to really work hard to pick yourself up? And to realise, well, no, I'm not going to take No, I can do this, having that conversation with yourself. And it's just so important to have the right people around you. Yeah,</w:t>
      </w:r>
    </w:p>
    <w:p>
      <w:pPr>
        <w:spacing w:after="0"/>
      </w:pPr>
    </w:p>
    <w:p>
      <w:pPr>
        <w:spacing w:after="0"/>
      </w:pPr>
      <w:r>
        <w:rPr>
          <w:rFonts w:ascii="Arial" w:hAnsi="Arial"/>
          <w:b/>
          <w:sz w:val="22"/>
        </w:rPr>
        <w:t xml:space="preserve">Lucy  </w:t>
      </w:r>
      <w:r>
        <w:rPr>
          <w:rFonts w:ascii="Arial" w:hAnsi="Arial"/>
          <w:color w:val="5D7284"/>
          <w:sz w:val="22"/>
        </w:rPr>
        <w:t>58:24</w:t>
      </w:r>
    </w:p>
    <w:p>
      <w:pPr>
        <w:spacing w:after="0"/>
      </w:pPr>
      <w:r>
        <w:rPr>
          <w:rFonts w:ascii="Arial" w:hAnsi="Arial"/>
          <w:sz w:val="22"/>
        </w:rPr>
        <w:t>I think I think as well, disabled people are often used to the word no, no, I mean, they often used to, no, we can't do that. No. So I think a lot of disabled people think they're not even going to try in the first place. you know what I mean? And they're gonna go, oh, well, I'll just leave it because, you know, that's not going to be possible. Whereas I'm quite open to, I want to do that. is there any way we can do this? Like, is there any way that we can make it happen? And, you know, I'm quite happy to work with people. But when people turn around, go, No, I'm sorry. There's nothing we could do. I'm like, Why? Why? What? Why haven't you got a process in place? I want to go to go ape and hang from a tree for an hour and a half. It's like, why can't I do that? Why? because I'm in a wheelchair, or you've been discriminative.</w:t>
      </w:r>
    </w:p>
    <w:p>
      <w:pPr>
        <w:spacing w:after="0"/>
      </w:pPr>
    </w:p>
    <w:p>
      <w:pPr>
        <w:spacing w:after="0"/>
      </w:pPr>
      <w:r>
        <w:rPr>
          <w:rFonts w:ascii="Arial" w:hAnsi="Arial"/>
          <w:b/>
          <w:sz w:val="22"/>
        </w:rPr>
        <w:t xml:space="preserve">Jaina  </w:t>
      </w:r>
      <w:r>
        <w:rPr>
          <w:rFonts w:ascii="Arial" w:hAnsi="Arial"/>
          <w:color w:val="5D7284"/>
          <w:sz w:val="22"/>
        </w:rPr>
        <w:t>59:13</w:t>
      </w:r>
    </w:p>
    <w:p>
      <w:pPr>
        <w:spacing w:after="0"/>
      </w:pPr>
      <w:r>
        <w:rPr>
          <w:rFonts w:ascii="Arial" w:hAnsi="Arial"/>
          <w:sz w:val="22"/>
        </w:rPr>
        <w:t>Good to challenge it, isn't it? Sometimes people don't expect that they're just except to know but when you challenge it's like, Oh, okay.</w:t>
      </w:r>
    </w:p>
    <w:p>
      <w:pPr>
        <w:spacing w:after="0"/>
      </w:pPr>
    </w:p>
    <w:p>
      <w:pPr>
        <w:spacing w:after="0"/>
      </w:pPr>
      <w:r>
        <w:rPr>
          <w:rFonts w:ascii="Arial" w:hAnsi="Arial"/>
          <w:b/>
          <w:sz w:val="22"/>
        </w:rPr>
        <w:t xml:space="preserve">Lucy  </w:t>
      </w:r>
      <w:r>
        <w:rPr>
          <w:rFonts w:ascii="Arial" w:hAnsi="Arial"/>
          <w:color w:val="5D7284"/>
          <w:sz w:val="22"/>
        </w:rPr>
        <w:t>59:21</w:t>
      </w:r>
    </w:p>
    <w:p>
      <w:pPr>
        <w:spacing w:after="0"/>
      </w:pPr>
      <w:r>
        <w:rPr>
          <w:rFonts w:ascii="Arial" w:hAnsi="Arial"/>
          <w:sz w:val="22"/>
        </w:rPr>
        <w:t>She's not gonna go down quietly is she!? No, I'm not.</w:t>
      </w:r>
    </w:p>
    <w:p>
      <w:pPr>
        <w:spacing w:after="0"/>
      </w:pPr>
    </w:p>
    <w:p>
      <w:pPr>
        <w:spacing w:after="0"/>
      </w:pPr>
      <w:r>
        <w:rPr>
          <w:rFonts w:ascii="Arial" w:hAnsi="Arial"/>
          <w:b/>
          <w:sz w:val="22"/>
        </w:rPr>
        <w:t xml:space="preserve">Jaina  </w:t>
      </w:r>
      <w:r>
        <w:rPr>
          <w:rFonts w:ascii="Arial" w:hAnsi="Arial"/>
          <w:color w:val="5D7284"/>
          <w:sz w:val="22"/>
        </w:rPr>
        <w:t>59:25</w:t>
      </w:r>
    </w:p>
    <w:p>
      <w:pPr>
        <w:spacing w:after="0"/>
      </w:pPr>
      <w:r>
        <w:rPr>
          <w:rFonts w:ascii="Arial" w:hAnsi="Arial"/>
          <w:sz w:val="22"/>
        </w:rPr>
        <w:t>you should be Prime Minister should be a politician say you'd been great.</w:t>
      </w:r>
    </w:p>
    <w:p>
      <w:pPr>
        <w:spacing w:after="0"/>
      </w:pPr>
    </w:p>
    <w:p>
      <w:pPr>
        <w:spacing w:after="0"/>
      </w:pPr>
      <w:r>
        <w:rPr>
          <w:rFonts w:ascii="Arial" w:hAnsi="Arial"/>
          <w:b/>
          <w:sz w:val="22"/>
        </w:rPr>
        <w:t xml:space="preserve">Lucy  </w:t>
      </w:r>
      <w:r>
        <w:rPr>
          <w:rFonts w:ascii="Arial" w:hAnsi="Arial"/>
          <w:color w:val="5D7284"/>
          <w:sz w:val="22"/>
        </w:rPr>
        <w:t>59:30</w:t>
      </w:r>
    </w:p>
    <w:p>
      <w:pPr>
        <w:spacing w:after="0"/>
      </w:pPr>
      <w:r>
        <w:rPr>
          <w:rFonts w:ascii="Arial" w:hAnsi="Arial"/>
          <w:sz w:val="22"/>
        </w:rPr>
        <w:t>don't think I'd like that because I like I like to think that everybody likes me. if I'm a politician, there was gonna be a percentage of people that don't like me</w:t>
      </w:r>
    </w:p>
    <w:p>
      <w:pPr>
        <w:spacing w:after="0"/>
      </w:pPr>
    </w:p>
    <w:p>
      <w:pPr>
        <w:spacing w:after="0"/>
      </w:pPr>
      <w:r>
        <w:rPr>
          <w:rFonts w:ascii="Arial" w:hAnsi="Arial"/>
          <w:b/>
          <w:sz w:val="22"/>
        </w:rPr>
        <w:t xml:space="preserve">Jaina  </w:t>
      </w:r>
      <w:r>
        <w:rPr>
          <w:rFonts w:ascii="Arial" w:hAnsi="Arial"/>
          <w:color w:val="5D7284"/>
          <w:sz w:val="22"/>
        </w:rPr>
        <w:t>59:40</w:t>
      </w:r>
    </w:p>
    <w:p>
      <w:pPr>
        <w:spacing w:after="0"/>
      </w:pPr>
      <w:r>
        <w:rPr>
          <w:rFonts w:ascii="Arial" w:hAnsi="Arial"/>
          <w:sz w:val="22"/>
        </w:rPr>
        <w:t xml:space="preserve">We like you, we'll be on your team. </w:t>
      </w:r>
    </w:p>
    <w:p>
      <w:pPr>
        <w:spacing w:after="0"/>
      </w:pPr>
    </w:p>
    <w:p>
      <w:pPr>
        <w:spacing w:after="0"/>
      </w:pPr>
      <w:r>
        <w:rPr>
          <w:rFonts w:ascii="Arial" w:hAnsi="Arial"/>
          <w:b/>
          <w:sz w:val="22"/>
        </w:rPr>
        <w:t xml:space="preserve">Alice  </w:t>
      </w:r>
      <w:r>
        <w:rPr>
          <w:rFonts w:ascii="Arial" w:hAnsi="Arial"/>
          <w:color w:val="5D7284"/>
          <w:sz w:val="22"/>
        </w:rPr>
        <w:t>59:44</w:t>
      </w:r>
    </w:p>
    <w:p>
      <w:pPr>
        <w:spacing w:after="0"/>
      </w:pPr>
      <w:r>
        <w:rPr>
          <w:rFonts w:ascii="Arial" w:hAnsi="Arial"/>
          <w:sz w:val="22"/>
        </w:rPr>
        <w:t>Yeah, I don't care what people think of me. No, that's probably why I wouldn't get voted for. I just be like, well, this is fucking nonsense. Just alienated or like 90% of the voters with...</w:t>
      </w:r>
    </w:p>
    <w:p>
      <w:pPr>
        <w:spacing w:after="0"/>
      </w:pPr>
    </w:p>
    <w:p>
      <w:pPr>
        <w:spacing w:after="0"/>
      </w:pPr>
      <w:r>
        <w:rPr>
          <w:rFonts w:ascii="Arial" w:hAnsi="Arial"/>
          <w:b/>
          <w:sz w:val="22"/>
        </w:rPr>
        <w:t xml:space="preserve">Lucy  </w:t>
      </w:r>
      <w:r>
        <w:rPr>
          <w:rFonts w:ascii="Arial" w:hAnsi="Arial"/>
          <w:color w:val="5D7284"/>
          <w:sz w:val="22"/>
        </w:rPr>
        <w:t>59:56</w:t>
      </w:r>
    </w:p>
    <w:p>
      <w:pPr>
        <w:spacing w:after="0"/>
      </w:pPr>
      <w:r>
        <w:rPr>
          <w:rFonts w:ascii="Arial" w:hAnsi="Arial"/>
          <w:sz w:val="22"/>
        </w:rPr>
        <w:t>Your campain logo would be "I don't care"</w:t>
      </w:r>
    </w:p>
    <w:p>
      <w:pPr>
        <w:spacing w:after="0"/>
      </w:pPr>
    </w:p>
    <w:p>
      <w:pPr>
        <w:spacing w:after="0"/>
      </w:pPr>
      <w:r>
        <w:rPr>
          <w:rFonts w:ascii="Arial" w:hAnsi="Arial"/>
          <w:b/>
          <w:sz w:val="22"/>
        </w:rPr>
        <w:t xml:space="preserve">Jaina  </w:t>
      </w:r>
      <w:r>
        <w:rPr>
          <w:rFonts w:ascii="Arial" w:hAnsi="Arial"/>
          <w:color w:val="5D7284"/>
          <w:sz w:val="22"/>
        </w:rPr>
        <w:t>1:00:01</w:t>
      </w:r>
    </w:p>
    <w:p>
      <w:pPr>
        <w:spacing w:after="0"/>
      </w:pPr>
      <w:r>
        <w:rPr>
          <w:rFonts w:ascii="Arial" w:hAnsi="Arial"/>
          <w:sz w:val="22"/>
        </w:rPr>
        <w:t>Brilliant, it can completely can relate to that. it takes a certain sort of mindset and attitude to push through that you have to have a tough skin. Yeah.</w:t>
      </w:r>
    </w:p>
    <w:p>
      <w:pPr>
        <w:spacing w:after="0"/>
      </w:pPr>
    </w:p>
    <w:p>
      <w:pPr>
        <w:spacing w:after="0"/>
      </w:pPr>
      <w:r>
        <w:rPr>
          <w:rFonts w:ascii="Arial" w:hAnsi="Arial"/>
          <w:b/>
          <w:sz w:val="22"/>
        </w:rPr>
        <w:t xml:space="preserve">Lucy  </w:t>
      </w:r>
      <w:r>
        <w:rPr>
          <w:rFonts w:ascii="Arial" w:hAnsi="Arial"/>
          <w:color w:val="5D7284"/>
          <w:sz w:val="22"/>
        </w:rPr>
        <w:t>1:00:12</w:t>
      </w:r>
    </w:p>
    <w:p>
      <w:pPr>
        <w:spacing w:after="0"/>
      </w:pPr>
      <w:r>
        <w:rPr>
          <w:rFonts w:ascii="Arial" w:hAnsi="Arial"/>
          <w:sz w:val="22"/>
        </w:rPr>
        <w:t>you have to have to be a bit like a rhino.</w:t>
      </w:r>
    </w:p>
    <w:p>
      <w:pPr>
        <w:spacing w:after="0"/>
      </w:pPr>
    </w:p>
    <w:p>
      <w:pPr>
        <w:spacing w:after="0"/>
      </w:pPr>
      <w:r>
        <w:rPr>
          <w:rFonts w:ascii="Arial" w:hAnsi="Arial"/>
          <w:b/>
          <w:sz w:val="22"/>
        </w:rPr>
        <w:t xml:space="preserve">Jaina  </w:t>
      </w:r>
      <w:r>
        <w:rPr>
          <w:rFonts w:ascii="Arial" w:hAnsi="Arial"/>
          <w:color w:val="5D7284"/>
          <w:sz w:val="22"/>
        </w:rPr>
        <w:t>1:00:16</w:t>
      </w:r>
    </w:p>
    <w:p>
      <w:pPr>
        <w:spacing w:after="0"/>
      </w:pPr>
      <w:r>
        <w:rPr>
          <w:rFonts w:ascii="Arial" w:hAnsi="Arial"/>
          <w:sz w:val="22"/>
        </w:rPr>
        <w:t>With two horns. Yeah.</w:t>
      </w:r>
    </w:p>
    <w:p>
      <w:pPr>
        <w:spacing w:after="0"/>
      </w:pPr>
    </w:p>
    <w:p>
      <w:pPr>
        <w:spacing w:after="0"/>
      </w:pPr>
      <w:r>
        <w:rPr>
          <w:rFonts w:ascii="Arial" w:hAnsi="Arial"/>
          <w:b/>
          <w:sz w:val="22"/>
        </w:rPr>
        <w:t xml:space="preserve">Alice  </w:t>
      </w:r>
      <w:r>
        <w:rPr>
          <w:rFonts w:ascii="Arial" w:hAnsi="Arial"/>
          <w:color w:val="5D7284"/>
          <w:sz w:val="22"/>
        </w:rPr>
        <w:t>1:00:18</w:t>
      </w:r>
    </w:p>
    <w:p>
      <w:pPr>
        <w:spacing w:after="0"/>
      </w:pPr>
      <w:r>
        <w:rPr>
          <w:rFonts w:ascii="Arial" w:hAnsi="Arial"/>
          <w:sz w:val="22"/>
        </w:rPr>
        <w:t>Especially you felt like you had to kind of cultivate Jaina? Or did you feel like that came out? Once you kind of, you know, had got well, and kind of back on your feet and out in the world? Or did you? you know, I guess, you know, learning Braille and go into the RNIB. And stuff is probably quite empowering. I always went to mainstream schools and always felt a little bit sort of on the outside. Yeah,</w:t>
      </w:r>
    </w:p>
    <w:p>
      <w:pPr>
        <w:spacing w:after="0"/>
      </w:pPr>
    </w:p>
    <w:p>
      <w:pPr>
        <w:spacing w:after="0"/>
      </w:pPr>
      <w:r>
        <w:rPr>
          <w:rFonts w:ascii="Arial" w:hAnsi="Arial"/>
          <w:b/>
          <w:sz w:val="22"/>
        </w:rPr>
        <w:t xml:space="preserve">Jaina  </w:t>
      </w:r>
      <w:r>
        <w:rPr>
          <w:rFonts w:ascii="Arial" w:hAnsi="Arial"/>
          <w:color w:val="5D7284"/>
          <w:sz w:val="22"/>
        </w:rPr>
        <w:t>1:00:40</w:t>
      </w:r>
    </w:p>
    <w:p>
      <w:pPr>
        <w:spacing w:after="0"/>
      </w:pPr>
      <w:r>
        <w:rPr>
          <w:rFonts w:ascii="Arial" w:hAnsi="Arial"/>
          <w:sz w:val="22"/>
        </w:rPr>
        <w:t>I mean, the lovely thing was that the RNIB worked in conjunction with mainstream college, so you were kind of around able bodied students and things you were on their courses as well. So you're kind of mixing with those students as well. But I guess because I at that point, I've been sighted most of my life, so my mindset was still quite sighted. So when I did face any kind of rejection, or discrimination, it was like, it was really heartbreaking at that time. But I had to learn to sort of process that and understand what was going on and speak up for myself. And that's one thing I've struggled to do early days, but you learn through the years, to not to be reactive, but to sort of educate people, that's the best way to help them understand. And then example would be I think you touched on this Lucy. I was at the dentist a few years ago, and my mum was with me. And I was the patient. The receptionist was talking to my mom, as if I was invisible. can she do this? can you write her name down? is does she have this? So she had that. And I had to really speak up and the receptionist was shocked. She jumped out of her chair and just left the room. And I thought to myself, yeah, I've told you, yeah, way, but still, for her to hear me speak up and say, Well, you can't speak to me like that. Talk to me like a normal human being. I'm the patient here. I may be visually impaired, but I'm not stupid. I can communicate. So situations like that. do get you a little bit fired up.</w:t>
      </w:r>
    </w:p>
    <w:p>
      <w:pPr>
        <w:spacing w:after="0"/>
      </w:pPr>
    </w:p>
    <w:p>
      <w:pPr>
        <w:spacing w:after="0"/>
      </w:pPr>
      <w:r>
        <w:rPr>
          <w:rFonts w:ascii="Arial" w:hAnsi="Arial"/>
          <w:b/>
          <w:sz w:val="22"/>
        </w:rPr>
        <w:t xml:space="preserve">Lucy  </w:t>
      </w:r>
      <w:r>
        <w:rPr>
          <w:rFonts w:ascii="Arial" w:hAnsi="Arial"/>
          <w:color w:val="5D7284"/>
          <w:sz w:val="22"/>
        </w:rPr>
        <w:t>1:02:19</w:t>
      </w:r>
    </w:p>
    <w:p>
      <w:pPr>
        <w:spacing w:after="0"/>
      </w:pPr>
      <w:r>
        <w:rPr>
          <w:rFonts w:ascii="Arial" w:hAnsi="Arial"/>
          <w:sz w:val="22"/>
        </w:rPr>
        <w:t>But also as well, I think I think there was a level of when you are in that moment as a disabled person. you think I'm gonna have to say something now? Yeah, that moment of choosing to go. Okay, around. And I've said something, when the moment the second before you open your mouth to say it is quite scary. because even then you're like, I don't want to make a fuss I don't want to make a fuss. I don't want to make up fuss. And then before you know it, you said it you like oh, now i've said it. There's no I can't take what I've said back now. I think it does take courage to go. hello, I'm the one you're speaking to. It's kind of like that in itself. you can feel like the anxiety building up because you don't want to make a fuss, but I'm gonna have to because you have put me in a situation where this is not acceptable. Yeah,</w:t>
      </w:r>
    </w:p>
    <w:p>
      <w:pPr>
        <w:spacing w:after="0"/>
      </w:pPr>
    </w:p>
    <w:p>
      <w:pPr>
        <w:spacing w:after="0"/>
      </w:pPr>
      <w:r>
        <w:rPr>
          <w:rFonts w:ascii="Arial" w:hAnsi="Arial"/>
          <w:b/>
          <w:sz w:val="22"/>
        </w:rPr>
        <w:t xml:space="preserve">Jaina  </w:t>
      </w:r>
      <w:r>
        <w:rPr>
          <w:rFonts w:ascii="Arial" w:hAnsi="Arial"/>
          <w:color w:val="5D7284"/>
          <w:sz w:val="22"/>
        </w:rPr>
        <w:t>1:03:09</w:t>
      </w:r>
    </w:p>
    <w:p>
      <w:pPr>
        <w:spacing w:after="0"/>
      </w:pPr>
      <w:r>
        <w:rPr>
          <w:rFonts w:ascii="Arial" w:hAnsi="Arial"/>
          <w:sz w:val="22"/>
        </w:rPr>
        <w:t>definitely. it does take courage. And you do have that moment. Oh, my God. Should I have said that? Yeah, exactly.</w:t>
      </w:r>
    </w:p>
    <w:p>
      <w:pPr>
        <w:spacing w:after="0"/>
      </w:pPr>
    </w:p>
    <w:p>
      <w:pPr>
        <w:spacing w:after="0"/>
      </w:pPr>
      <w:r>
        <w:rPr>
          <w:rFonts w:ascii="Arial" w:hAnsi="Arial"/>
          <w:b/>
          <w:sz w:val="22"/>
        </w:rPr>
        <w:t xml:space="preserve">Lucy  </w:t>
      </w:r>
      <w:r>
        <w:rPr>
          <w:rFonts w:ascii="Arial" w:hAnsi="Arial"/>
          <w:color w:val="5D7284"/>
          <w:sz w:val="22"/>
        </w:rPr>
        <w:t>1:03:14</w:t>
      </w:r>
    </w:p>
    <w:p>
      <w:pPr>
        <w:spacing w:after="0"/>
      </w:pPr>
      <w:r>
        <w:rPr>
          <w:rFonts w:ascii="Arial" w:hAnsi="Arial"/>
          <w:sz w:val="22"/>
        </w:rPr>
        <w:t>You're not necessarily thinking about I'm trying to educate this person because they are ignorant. Yeah,</w:t>
      </w:r>
    </w:p>
    <w:p>
      <w:pPr>
        <w:spacing w:after="0"/>
      </w:pPr>
    </w:p>
    <w:p>
      <w:pPr>
        <w:spacing w:after="0"/>
      </w:pPr>
      <w:r>
        <w:rPr>
          <w:rFonts w:ascii="Arial" w:hAnsi="Arial"/>
          <w:b/>
          <w:sz w:val="22"/>
        </w:rPr>
        <w:t xml:space="preserve">Alice  </w:t>
      </w:r>
      <w:r>
        <w:rPr>
          <w:rFonts w:ascii="Arial" w:hAnsi="Arial"/>
          <w:color w:val="5D7284"/>
          <w:sz w:val="22"/>
        </w:rPr>
        <w:t>1:03:14</w:t>
      </w:r>
    </w:p>
    <w:p>
      <w:pPr>
        <w:spacing w:after="0"/>
      </w:pPr>
      <w:r>
        <w:rPr>
          <w:rFonts w:ascii="Arial" w:hAnsi="Arial"/>
          <w:sz w:val="22"/>
        </w:rPr>
        <w:t>I've had it a couple of times, at work, really not in my con my current job. My old job, I used to go into care homes and hospitals. And I always had a sight support worker with me. And I can remember on more than one occasion, particularly people like care home managers talking to you know, I get there, I introduce myself, I explain where I'm coming from and what I'm there to do. And then I say, This is my support worker, this is my dog. And so I done that I'd given them the spiel. And I can remember on more than one occasion, you know, my manager asking my support worker a question about something that she can't answer because she doesn't know my job. And Holly would be literally turn around go. Alice. Like, oh, I'm not sure Alice? Yeah. In that kind of, you know, in a because that's the thing that I'm almost particularly in those work situations where I'm thinking about what I'm doing. I'm thinking about work.</w:t>
      </w:r>
    </w:p>
    <w:p>
      <w:pPr>
        <w:spacing w:after="0"/>
      </w:pPr>
    </w:p>
    <w:p>
      <w:pPr>
        <w:spacing w:after="0"/>
      </w:pPr>
      <w:r>
        <w:rPr>
          <w:rFonts w:ascii="Arial" w:hAnsi="Arial"/>
          <w:b/>
          <w:sz w:val="22"/>
        </w:rPr>
        <w:t xml:space="preserve">Alice  </w:t>
      </w:r>
      <w:r>
        <w:rPr>
          <w:rFonts w:ascii="Arial" w:hAnsi="Arial"/>
          <w:color w:val="5D7284"/>
          <w:sz w:val="22"/>
        </w:rPr>
        <w:t>1:04:28</w:t>
      </w:r>
    </w:p>
    <w:p>
      <w:pPr>
        <w:spacing w:after="0"/>
      </w:pPr>
      <w:r>
        <w:rPr>
          <w:rFonts w:ascii="Arial" w:hAnsi="Arial"/>
          <w:sz w:val="22"/>
        </w:rPr>
        <w:t>I'm not I'm not not in that headspace. No. And so having somebody to kind of to do that remark gentle remark gentle but very clear, very obvious reminding, so that she, you know, I can certainly remember on at least one occasion her saying, I'm Alice a support worker, I don't do her job. I don't know.</w:t>
      </w:r>
    </w:p>
    <w:p>
      <w:pPr>
        <w:spacing w:after="0"/>
      </w:pPr>
    </w:p>
    <w:p>
      <w:pPr>
        <w:spacing w:after="0"/>
      </w:pPr>
      <w:r>
        <w:rPr>
          <w:rFonts w:ascii="Arial" w:hAnsi="Arial"/>
          <w:b/>
          <w:sz w:val="22"/>
        </w:rPr>
        <w:t xml:space="preserve">Lucy  </w:t>
      </w:r>
      <w:r>
        <w:rPr>
          <w:rFonts w:ascii="Arial" w:hAnsi="Arial"/>
          <w:color w:val="5D7284"/>
          <w:sz w:val="22"/>
        </w:rPr>
        <w:t>1:04:48</w:t>
      </w:r>
    </w:p>
    <w:p>
      <w:pPr>
        <w:spacing w:after="0"/>
      </w:pPr>
      <w:r>
        <w:rPr>
          <w:rFonts w:ascii="Arial" w:hAnsi="Arial"/>
          <w:sz w:val="22"/>
        </w:rPr>
        <w:t>That's brilliant.</w:t>
      </w:r>
    </w:p>
    <w:p>
      <w:pPr>
        <w:spacing w:after="0"/>
      </w:pPr>
    </w:p>
    <w:p>
      <w:pPr>
        <w:spacing w:after="0"/>
      </w:pPr>
      <w:r>
        <w:rPr>
          <w:rFonts w:ascii="Arial" w:hAnsi="Arial"/>
          <w:b/>
          <w:sz w:val="22"/>
        </w:rPr>
        <w:t xml:space="preserve">Alice  </w:t>
      </w:r>
      <w:r>
        <w:rPr>
          <w:rFonts w:ascii="Arial" w:hAnsi="Arial"/>
          <w:color w:val="5D7284"/>
          <w:sz w:val="22"/>
        </w:rPr>
        <w:t>1:04:49</w:t>
      </w:r>
    </w:p>
    <w:p>
      <w:pPr>
        <w:spacing w:after="0"/>
      </w:pPr>
      <w:r>
        <w:rPr>
          <w:rFonts w:ascii="Arial" w:hAnsi="Arial"/>
          <w:sz w:val="22"/>
        </w:rPr>
        <w:t>You know, so, it because because you do it, it sometimes takes me aback, you know because I suppose for a lot of my life, I've had enough sight that I can make eye contact with people I can, you know, I can discern when someone isn't isn't looking at me or talking to me. And so I've always been mostly able to, you know, someone is if I want someone to talk to me, if I'm at the dentist, and I need help with writing something, I look the person in the face and say, I'm gonna need you to fill that form out for me. Yeah, but you know, as my sight's changing and getting worse, and, you know, I'm finding I'm finding myself in Jainas situation more and more often, where people do talk to the person I'm with, and I sort of go, if I say, it takes me aback because I'm, I'm not used to it. I, I find myself sort of going, Wait, they're not speaking to me what's going on? And by the time it's happened, it's kind of happened. And then you're like, I don't want to shout down the corridor after as you walk.</w:t>
      </w:r>
    </w:p>
    <w:p>
      <w:pPr>
        <w:spacing w:after="0"/>
      </w:pPr>
    </w:p>
    <w:p>
      <w:pPr>
        <w:spacing w:after="0"/>
      </w:pPr>
      <w:r>
        <w:rPr>
          <w:rFonts w:ascii="Arial" w:hAnsi="Arial"/>
          <w:b/>
          <w:sz w:val="22"/>
        </w:rPr>
        <w:t xml:space="preserve">Lucy  </w:t>
      </w:r>
      <w:r>
        <w:rPr>
          <w:rFonts w:ascii="Arial" w:hAnsi="Arial"/>
          <w:color w:val="5D7284"/>
          <w:sz w:val="22"/>
        </w:rPr>
        <w:t>1:05:56</w:t>
      </w:r>
    </w:p>
    <w:p>
      <w:pPr>
        <w:spacing w:after="0"/>
      </w:pPr>
      <w:r>
        <w:rPr>
          <w:rFonts w:ascii="Arial" w:hAnsi="Arial"/>
          <w:sz w:val="22"/>
        </w:rPr>
        <w:t>By the way.....</w:t>
      </w:r>
    </w:p>
    <w:p>
      <w:pPr>
        <w:spacing w:after="0"/>
      </w:pPr>
    </w:p>
    <w:p>
      <w:pPr>
        <w:spacing w:after="0"/>
      </w:pPr>
      <w:r>
        <w:rPr>
          <w:rFonts w:ascii="Arial" w:hAnsi="Arial"/>
          <w:b/>
          <w:sz w:val="22"/>
        </w:rPr>
        <w:t xml:space="preserve">Alice  </w:t>
      </w:r>
      <w:r>
        <w:rPr>
          <w:rFonts w:ascii="Arial" w:hAnsi="Arial"/>
          <w:color w:val="5D7284"/>
          <w:sz w:val="22"/>
        </w:rPr>
        <w:t>1:05:57</w:t>
      </w:r>
    </w:p>
    <w:p>
      <w:pPr>
        <w:spacing w:after="0"/>
      </w:pPr>
      <w:r>
        <w:rPr>
          <w:rFonts w:ascii="Arial" w:hAnsi="Arial"/>
          <w:sz w:val="22"/>
        </w:rPr>
        <w:t>yeah. It's um, it's interesting. I became a mum last year, and one of the things I'm, I've noticed is if I'm out with my mom, who is in her 70s, and the baby, and you know, if I've got the dog with me, people, people speak to my mum about my child. And I'm sort of going, I'm sure. That's his that's his granny. Yeah. It's very clearly his granny because she's in her 70s.</w:t>
      </w:r>
    </w:p>
    <w:p>
      <w:pPr>
        <w:spacing w:after="0"/>
      </w:pPr>
    </w:p>
    <w:p>
      <w:pPr>
        <w:spacing w:after="0"/>
      </w:pPr>
      <w:r>
        <w:rPr>
          <w:rFonts w:ascii="Arial" w:hAnsi="Arial"/>
          <w:b/>
          <w:sz w:val="22"/>
        </w:rPr>
        <w:t xml:space="preserve">Jaina  </w:t>
      </w:r>
      <w:r>
        <w:rPr>
          <w:rFonts w:ascii="Arial" w:hAnsi="Arial"/>
          <w:color w:val="5D7284"/>
          <w:sz w:val="22"/>
        </w:rPr>
        <w:t>1:06:30</w:t>
      </w:r>
    </w:p>
    <w:p>
      <w:pPr>
        <w:spacing w:after="0"/>
      </w:pPr>
      <w:r>
        <w:rPr>
          <w:rFonts w:ascii="Arial" w:hAnsi="Arial"/>
          <w:sz w:val="22"/>
        </w:rPr>
        <w:t>Yes. How does that make you feel? because you're the mums baby. And you know, everything there is to know about your child. And it's like, well...</w:t>
      </w:r>
    </w:p>
    <w:p>
      <w:pPr>
        <w:spacing w:after="0"/>
      </w:pPr>
    </w:p>
    <w:p>
      <w:pPr>
        <w:spacing w:after="0"/>
      </w:pPr>
      <w:r>
        <w:rPr>
          <w:rFonts w:ascii="Arial" w:hAnsi="Arial"/>
          <w:b/>
          <w:sz w:val="22"/>
        </w:rPr>
        <w:t xml:space="preserve">Alice  </w:t>
      </w:r>
      <w:r>
        <w:rPr>
          <w:rFonts w:ascii="Arial" w:hAnsi="Arial"/>
          <w:color w:val="5D7284"/>
          <w:sz w:val="22"/>
        </w:rPr>
        <w:t>1:06:39</w:t>
      </w:r>
    </w:p>
    <w:p>
      <w:pPr>
        <w:spacing w:after="0"/>
      </w:pPr>
      <w:r>
        <w:rPr>
          <w:rFonts w:ascii="Arial" w:hAnsi="Arial"/>
          <w:sz w:val="22"/>
        </w:rPr>
        <w:t>I've been fortunate that it hasn't been sort of professionals. It's been random strangers in coffee shops and things like that. Which is, you know, it's frustrating, but it's a little less. you know, if it was the doctor or the dentist, I think I'd I'd be crosser personally. Yeah.</w:t>
      </w:r>
    </w:p>
    <w:p>
      <w:pPr>
        <w:spacing w:after="0"/>
      </w:pPr>
    </w:p>
    <w:p>
      <w:pPr>
        <w:spacing w:after="0"/>
      </w:pPr>
      <w:r>
        <w:rPr>
          <w:rFonts w:ascii="Arial" w:hAnsi="Arial"/>
          <w:b/>
          <w:sz w:val="22"/>
        </w:rPr>
        <w:t xml:space="preserve">Jaina  </w:t>
      </w:r>
      <w:r>
        <w:rPr>
          <w:rFonts w:ascii="Arial" w:hAnsi="Arial"/>
          <w:color w:val="5D7284"/>
          <w:sz w:val="22"/>
        </w:rPr>
        <w:t>1:06:59</w:t>
      </w:r>
    </w:p>
    <w:p>
      <w:pPr>
        <w:spacing w:after="0"/>
      </w:pPr>
      <w:r>
        <w:rPr>
          <w:rFonts w:ascii="Arial" w:hAnsi="Arial"/>
          <w:sz w:val="22"/>
        </w:rPr>
        <w:t>Yeah. That's so shocking, isn't it? I think it's sometimes it's a lot of it is down to that person, because they just don't know how to speak don't always say the wrong thing quite often. Does just they just haven't had that exposure around people who are different. So it's, even though it's so frustrating, and you kind of have to step up and speak because that's the only way for them to get it. Yeah, it is</w:t>
      </w:r>
    </w:p>
    <w:p>
      <w:pPr>
        <w:spacing w:after="0"/>
      </w:pPr>
    </w:p>
    <w:p>
      <w:pPr>
        <w:spacing w:after="0"/>
      </w:pPr>
      <w:r>
        <w:rPr>
          <w:rFonts w:ascii="Arial" w:hAnsi="Arial"/>
          <w:b/>
          <w:sz w:val="22"/>
        </w:rPr>
        <w:t xml:space="preserve">Alice  </w:t>
      </w:r>
      <w:r>
        <w:rPr>
          <w:rFonts w:ascii="Arial" w:hAnsi="Arial"/>
          <w:color w:val="5D7284"/>
          <w:sz w:val="22"/>
        </w:rPr>
        <w:t>1:07:29</w:t>
      </w:r>
    </w:p>
    <w:p>
      <w:pPr>
        <w:spacing w:after="0"/>
      </w:pPr>
      <w:r>
        <w:rPr>
          <w:rFonts w:ascii="Arial" w:hAnsi="Arial"/>
          <w:sz w:val="22"/>
        </w:rPr>
        <w:t>the only way that they'll learn. But it's I also I don't know about you, but I get very bored of it always feeling like it's always me that has to do the telling and the work.</w:t>
      </w:r>
    </w:p>
    <w:p>
      <w:pPr>
        <w:spacing w:after="0"/>
      </w:pPr>
    </w:p>
    <w:p>
      <w:pPr>
        <w:spacing w:after="0"/>
      </w:pPr>
      <w:r>
        <w:rPr>
          <w:rFonts w:ascii="Arial" w:hAnsi="Arial"/>
          <w:b/>
          <w:sz w:val="22"/>
        </w:rPr>
        <w:t xml:space="preserve">Jaina  </w:t>
      </w:r>
      <w:r>
        <w:rPr>
          <w:rFonts w:ascii="Arial" w:hAnsi="Arial"/>
          <w:color w:val="5D7284"/>
          <w:sz w:val="22"/>
        </w:rPr>
        <w:t>1:07:41</w:t>
      </w:r>
    </w:p>
    <w:p>
      <w:pPr>
        <w:spacing w:after="0"/>
      </w:pPr>
      <w:r>
        <w:rPr>
          <w:rFonts w:ascii="Arial" w:hAnsi="Arial"/>
          <w:sz w:val="22"/>
        </w:rPr>
        <w:t>Yes. Yeah. It's not fair. it really isn't. And there needs to be more education around that for people. But it's just it's a challenging one. isn't it? Like every day? Everybody's different? Yeah. as well. But you seem to handle it really well considering how frustrating it can be.</w:t>
      </w:r>
    </w:p>
    <w:p>
      <w:pPr>
        <w:spacing w:after="0"/>
      </w:pPr>
    </w:p>
    <w:p>
      <w:pPr>
        <w:spacing w:after="0"/>
      </w:pPr>
      <w:r>
        <w:rPr>
          <w:rFonts w:ascii="Arial" w:hAnsi="Arial"/>
          <w:b/>
          <w:sz w:val="22"/>
        </w:rPr>
        <w:t xml:space="preserve">Alice  </w:t>
      </w:r>
      <w:r>
        <w:rPr>
          <w:rFonts w:ascii="Arial" w:hAnsi="Arial"/>
          <w:color w:val="5D7284"/>
          <w:sz w:val="22"/>
        </w:rPr>
        <w:t>1:08:04</w:t>
      </w:r>
    </w:p>
    <w:p>
      <w:pPr>
        <w:spacing w:after="0"/>
      </w:pPr>
      <w:r>
        <w:rPr>
          <w:rFonts w:ascii="Arial" w:hAnsi="Arial"/>
          <w:sz w:val="22"/>
        </w:rPr>
        <w:t>Yeah, it's sometimes it's just a question of going I'll just ignore it today. And I'll go home and have a gin later and complain about it</w:t>
      </w:r>
    </w:p>
    <w:p>
      <w:pPr>
        <w:spacing w:after="0"/>
      </w:pPr>
    </w:p>
    <w:p>
      <w:pPr>
        <w:spacing w:after="0"/>
      </w:pPr>
      <w:r>
        <w:rPr>
          <w:rFonts w:ascii="Arial" w:hAnsi="Arial"/>
          <w:b/>
          <w:sz w:val="22"/>
        </w:rPr>
        <w:t xml:space="preserve">Jaina  </w:t>
      </w:r>
      <w:r>
        <w:rPr>
          <w:rFonts w:ascii="Arial" w:hAnsi="Arial"/>
          <w:color w:val="5D7284"/>
          <w:sz w:val="22"/>
        </w:rPr>
        <w:t>1:08:12</w:t>
      </w:r>
    </w:p>
    <w:p>
      <w:pPr>
        <w:spacing w:after="0"/>
      </w:pPr>
      <w:r>
        <w:rPr>
          <w:rFonts w:ascii="Arial" w:hAnsi="Arial"/>
          <w:sz w:val="22"/>
        </w:rPr>
        <w:t>Yeah. Oh, gosh. It's just it's just a frustrating thing. I mean, I've probably experienced it more when I'm out with somebody. Yeah. I had it happen more without my guide dog with me. if my guide dogs with me, then it's sort of an icebreaker. Yeah. But if she's not with me, it's like, okay, the person sometimes doesn't even know I'm visually impaired. either. So that can happen at time, because it's not as obvious.</w:t>
      </w:r>
    </w:p>
    <w:p>
      <w:pPr>
        <w:spacing w:after="0"/>
      </w:pPr>
    </w:p>
    <w:p>
      <w:pPr>
        <w:spacing w:after="0"/>
      </w:pPr>
      <w:r>
        <w:rPr>
          <w:rFonts w:ascii="Arial" w:hAnsi="Arial"/>
          <w:b/>
          <w:sz w:val="22"/>
        </w:rPr>
        <w:t xml:space="preserve">Alice  </w:t>
      </w:r>
      <w:r>
        <w:rPr>
          <w:rFonts w:ascii="Arial" w:hAnsi="Arial"/>
          <w:color w:val="5D7284"/>
          <w:sz w:val="22"/>
        </w:rPr>
        <w:t>1:08:44</w:t>
      </w:r>
    </w:p>
    <w:p>
      <w:pPr>
        <w:spacing w:after="0"/>
      </w:pPr>
      <w:r>
        <w:rPr>
          <w:rFonts w:ascii="Arial" w:hAnsi="Arial"/>
          <w:sz w:val="22"/>
        </w:rPr>
        <w:t>Yeah, yeah. Well, Jaina thank you very much for joining us and sharing your your story and your thoughts on you know, a slightly inaccessible world, but it's been really nice to talk to you today.</w:t>
      </w:r>
    </w:p>
    <w:p>
      <w:pPr>
        <w:spacing w:after="0"/>
      </w:pPr>
    </w:p>
    <w:p>
      <w:pPr>
        <w:spacing w:after="0"/>
      </w:pPr>
      <w:r>
        <w:rPr>
          <w:rFonts w:ascii="Arial" w:hAnsi="Arial"/>
          <w:b/>
          <w:sz w:val="22"/>
        </w:rPr>
        <w:t xml:space="preserve">Jaina  </w:t>
      </w:r>
      <w:r>
        <w:rPr>
          <w:rFonts w:ascii="Arial" w:hAnsi="Arial"/>
          <w:color w:val="5D7284"/>
          <w:sz w:val="22"/>
        </w:rPr>
        <w:t>1:08:58</w:t>
      </w:r>
    </w:p>
    <w:p>
      <w:pPr>
        <w:spacing w:after="0"/>
      </w:pPr>
      <w:r>
        <w:rPr>
          <w:rFonts w:ascii="Arial" w:hAnsi="Arial"/>
          <w:sz w:val="22"/>
        </w:rPr>
        <w:t>Oh, thank you both. It's been a pleasure. And thank you for having me on the show. And if anyone wishes to catch up on a dog called Laura. It's still available on ITV X. as well</w:t>
      </w:r>
    </w:p>
    <w:p>
      <w:pPr>
        <w:spacing w:after="0"/>
      </w:pPr>
    </w:p>
    <w:p>
      <w:pPr>
        <w:spacing w:after="0"/>
      </w:pPr>
      <w:r>
        <w:rPr>
          <w:rFonts w:ascii="Arial" w:hAnsi="Arial"/>
          <w:b/>
          <w:sz w:val="22"/>
        </w:rPr>
        <w:t xml:space="preserve">Alice  </w:t>
      </w:r>
      <w:r>
        <w:rPr>
          <w:rFonts w:ascii="Arial" w:hAnsi="Arial"/>
          <w:color w:val="5D7284"/>
          <w:sz w:val="22"/>
        </w:rPr>
        <w:t>1:09:10</w:t>
      </w:r>
    </w:p>
    <w:p>
      <w:pPr>
        <w:spacing w:after="0"/>
      </w:pPr>
      <w:r>
        <w:rPr>
          <w:rFonts w:ascii="Arial" w:hAnsi="Arial"/>
          <w:sz w:val="22"/>
        </w:rPr>
        <w:t>It did make me cry, because I watched it within. I think it came out within about four months of Lola passing away. So it definitely got me got me in the feelings. a warning to anybody. Be Ready. Yeah. But it was also really like uplifting, so it was really nice to see that story. Jaina, can people follow you on the internet anywhere? Or is there any work or anything that you're doing that you'd like to plug?</w:t>
      </w:r>
    </w:p>
    <w:p>
      <w:pPr>
        <w:spacing w:after="0"/>
      </w:pPr>
    </w:p>
    <w:p>
      <w:pPr>
        <w:spacing w:after="0"/>
      </w:pPr>
      <w:r>
        <w:rPr>
          <w:rFonts w:ascii="Arial" w:hAnsi="Arial"/>
          <w:b/>
          <w:sz w:val="22"/>
        </w:rPr>
        <w:t xml:space="preserve">Jaina  </w:t>
      </w:r>
      <w:r>
        <w:rPr>
          <w:rFonts w:ascii="Arial" w:hAnsi="Arial"/>
          <w:color w:val="5D7284"/>
          <w:sz w:val="22"/>
        </w:rPr>
        <w:t>1:09:41</w:t>
      </w:r>
    </w:p>
    <w:p>
      <w:pPr>
        <w:spacing w:after="0"/>
      </w:pPr>
      <w:r>
        <w:rPr>
          <w:rFonts w:ascii="Arial" w:hAnsi="Arial"/>
          <w:sz w:val="22"/>
        </w:rPr>
        <w:t>Yes, so if people would like to connect with me, I'm on Instagram. @Mistry_Jaina. That's m i s t r y underscore, J a i n a. or on Twitter @MistryJaina1 and Facebook At diet flex UK. I'm a nutrition consultant and a speaker as well. So if you'd like any support getting healthy and fit, just drop me an email.</w:t>
      </w:r>
    </w:p>
    <w:p>
      <w:pPr>
        <w:spacing w:after="0"/>
      </w:pPr>
    </w:p>
    <w:p>
      <w:pPr>
        <w:spacing w:after="0"/>
      </w:pPr>
      <w:r>
        <w:rPr>
          <w:rFonts w:ascii="Arial" w:hAnsi="Arial"/>
          <w:b/>
          <w:sz w:val="22"/>
        </w:rPr>
        <w:t xml:space="preserve">Alice  </w:t>
      </w:r>
      <w:r>
        <w:rPr>
          <w:rFonts w:ascii="Arial" w:hAnsi="Arial"/>
          <w:color w:val="5D7284"/>
          <w:sz w:val="22"/>
        </w:rPr>
        <w:t>1:10:09</w:t>
      </w:r>
    </w:p>
    <w:p>
      <w:pPr>
        <w:spacing w:after="0"/>
      </w:pPr>
      <w:r>
        <w:rPr>
          <w:rFonts w:ascii="Arial" w:hAnsi="Arial"/>
          <w:sz w:val="22"/>
        </w:rPr>
        <w:t>I definitely need some support with getting healthy and fit personally, but it's more about my inability to move now that I've got a bad hip because I'm an old lady.</w:t>
      </w:r>
    </w:p>
    <w:p>
      <w:pPr>
        <w:spacing w:after="0"/>
      </w:pPr>
    </w:p>
    <w:p>
      <w:pPr>
        <w:spacing w:after="0"/>
      </w:pPr>
      <w:r>
        <w:rPr>
          <w:rFonts w:ascii="Arial" w:hAnsi="Arial"/>
          <w:b/>
          <w:sz w:val="22"/>
        </w:rPr>
        <w:t xml:space="preserve">Alice  </w:t>
      </w:r>
      <w:r>
        <w:rPr>
          <w:rFonts w:ascii="Arial" w:hAnsi="Arial"/>
          <w:color w:val="5D7284"/>
          <w:sz w:val="22"/>
        </w:rPr>
        <w:t>1:10:23</w:t>
      </w:r>
    </w:p>
    <w:p>
      <w:pPr>
        <w:spacing w:after="0"/>
      </w:pPr>
      <w:r>
        <w:rPr>
          <w:rFonts w:ascii="Arial" w:hAnsi="Arial"/>
          <w:sz w:val="22"/>
        </w:rPr>
        <w:t>you well give me a shout if you need any help. Thanks for inviting me on the show, and I look forward to hearing the episode. Yes,</w:t>
      </w:r>
    </w:p>
    <w:p>
      <w:pPr>
        <w:spacing w:after="0"/>
      </w:pPr>
    </w:p>
    <w:p>
      <w:pPr>
        <w:spacing w:after="0"/>
      </w:pPr>
      <w:r>
        <w:rPr>
          <w:rFonts w:ascii="Arial" w:hAnsi="Arial"/>
          <w:b/>
          <w:sz w:val="22"/>
        </w:rPr>
        <w:t xml:space="preserve">Alice  </w:t>
      </w:r>
      <w:r>
        <w:rPr>
          <w:rFonts w:ascii="Arial" w:hAnsi="Arial"/>
          <w:color w:val="5D7284"/>
          <w:sz w:val="22"/>
        </w:rPr>
        <w:t>1:10:31</w:t>
      </w:r>
    </w:p>
    <w:p>
      <w:pPr>
        <w:spacing w:after="0"/>
      </w:pPr>
      <w:r>
        <w:rPr>
          <w:rFonts w:ascii="Arial" w:hAnsi="Arial"/>
          <w:sz w:val="22"/>
        </w:rPr>
        <w:t>and if you enjoyed listening to this episode, please go ahead and tell all of your friends you can also rate and review episodes on Apple podcasts and Spotify. And that's a really good way of helping other listeners find us and we will see you all next time. Bye bye. *Dora snores*, Shhh don't wake Dora.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1:11:06</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