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Episode 58_ Tyler Whittofsky</w:t>
      </w:r>
    </w:p>
    <w:p>
      <w:r>
        <w:rPr>
          <w:rFonts w:ascii="Arial" w:hAnsi="Arial"/>
          <w:color w:val="4F6880"/>
          <w:sz w:val="22"/>
        </w:rPr>
        <w:t>Mon, Feb 05, 2024 11:00AM • 47:53</w:t>
      </w:r>
    </w:p>
    <w:p>
      <w:pPr>
        <w:spacing w:before="440" w:after="0"/>
      </w:pPr>
      <w:r>
        <w:rPr>
          <w:rFonts w:ascii="Arial" w:hAnsi="Arial"/>
          <w:b/>
          <w:color w:val="4F6880"/>
          <w:sz w:val="22"/>
        </w:rPr>
        <w:t>SUMMARY KEYWORDS</w:t>
      </w:r>
    </w:p>
    <w:p>
      <w:r>
        <w:rPr>
          <w:rFonts w:ascii="Arial" w:hAnsi="Arial"/>
          <w:color w:val="4F6880"/>
          <w:sz w:val="22"/>
        </w:rPr>
        <w:t>book, people, alice, tyler, podcast, grandmother, disability, diagnosis, realised, mental health, writing, laughs, doctor, mental illness, hear, good, finished, audiobooks, journey, therapy</w:t>
      </w:r>
    </w:p>
    <w:p>
      <w:pPr>
        <w:spacing w:before="440" w:after="0"/>
      </w:pPr>
      <w:r>
        <w:rPr>
          <w:rFonts w:ascii="Arial" w:hAnsi="Arial"/>
          <w:b/>
          <w:color w:val="4F6880"/>
          <w:sz w:val="22"/>
        </w:rPr>
        <w:t>SPEAKERS</w:t>
      </w:r>
    </w:p>
    <w:p>
      <w:r>
        <w:rPr>
          <w:rFonts w:ascii="Arial" w:hAnsi="Arial"/>
          <w:color w:val="4F6880"/>
          <w:sz w:val="22"/>
        </w:rPr>
        <w:t>Alice, outro , Tyler, Lucy, Theme Tune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 xml:space="preserve">Welcome to the lABLEd Podcast, a show about disability illness and difference. I'm Lucy. </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00:09</w:t>
      </w:r>
    </w:p>
    <w:p>
      <w:pPr>
        <w:spacing w:after="0"/>
      </w:pPr>
      <w:r>
        <w:rPr>
          <w:rFonts w:ascii="Arial" w:hAnsi="Arial"/>
          <w:sz w:val="22"/>
        </w:rPr>
        <w:t>Though I might not fit in socially, I'm so much more than what you see. We all live our lives differently, kaleidscope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hello, everybody. Welcome to a brand new episode of The lABLEd Podcast with me, Alice, and my wonderful co host Lucy.</w:t>
      </w:r>
    </w:p>
    <w:p>
      <w:pPr>
        <w:spacing w:after="0"/>
      </w:pPr>
    </w:p>
    <w:p>
      <w:pPr>
        <w:spacing w:after="0"/>
      </w:pPr>
      <w:r>
        <w:rPr>
          <w:rFonts w:ascii="Arial" w:hAnsi="Arial"/>
          <w:b/>
          <w:sz w:val="22"/>
        </w:rPr>
        <w:t xml:space="preserve">Theme Tune  </w:t>
      </w:r>
      <w:r>
        <w:rPr>
          <w:rFonts w:ascii="Arial" w:hAnsi="Arial"/>
          <w:color w:val="5D7284"/>
          <w:sz w:val="22"/>
        </w:rPr>
        <w:t>00:53</w:t>
      </w:r>
    </w:p>
    <w:p>
      <w:pPr>
        <w:spacing w:after="0"/>
      </w:pPr>
      <w:r>
        <w:rPr>
          <w:rFonts w:ascii="Arial" w:hAnsi="Arial"/>
          <w:sz w:val="22"/>
        </w:rPr>
        <w:t>hello,</w:t>
      </w:r>
    </w:p>
    <w:p>
      <w:pPr>
        <w:spacing w:after="0"/>
      </w:pPr>
    </w:p>
    <w:p>
      <w:pPr>
        <w:spacing w:after="0"/>
      </w:pPr>
      <w:r>
        <w:rPr>
          <w:rFonts w:ascii="Arial" w:hAnsi="Arial"/>
          <w:b/>
          <w:sz w:val="22"/>
        </w:rPr>
        <w:t xml:space="preserve">Alice  </w:t>
      </w:r>
      <w:r>
        <w:rPr>
          <w:rFonts w:ascii="Arial" w:hAnsi="Arial"/>
          <w:color w:val="5D7284"/>
          <w:sz w:val="22"/>
        </w:rPr>
        <w:t>00:55</w:t>
      </w:r>
    </w:p>
    <w:p>
      <w:pPr>
        <w:spacing w:after="0"/>
      </w:pPr>
      <w:r>
        <w:rPr>
          <w:rFonts w:ascii="Arial" w:hAnsi="Arial"/>
          <w:sz w:val="22"/>
        </w:rPr>
        <w:t>how are you?</w:t>
      </w:r>
    </w:p>
    <w:p>
      <w:pPr>
        <w:spacing w:after="0"/>
      </w:pPr>
    </w:p>
    <w:p>
      <w:pPr>
        <w:spacing w:after="0"/>
      </w:pPr>
      <w:r>
        <w:rPr>
          <w:rFonts w:ascii="Arial" w:hAnsi="Arial"/>
          <w:b/>
          <w:sz w:val="22"/>
        </w:rPr>
        <w:t xml:space="preserve">Lucy  </w:t>
      </w:r>
      <w:r>
        <w:rPr>
          <w:rFonts w:ascii="Arial" w:hAnsi="Arial"/>
          <w:color w:val="5D7284"/>
          <w:sz w:val="22"/>
        </w:rPr>
        <w:t>00:57</w:t>
      </w:r>
    </w:p>
    <w:p>
      <w:pPr>
        <w:spacing w:after="0"/>
      </w:pPr>
      <w:r>
        <w:rPr>
          <w:rFonts w:ascii="Arial" w:hAnsi="Arial"/>
          <w:sz w:val="22"/>
        </w:rPr>
        <w:t>I'm very well. Thank you. How are you?</w:t>
      </w:r>
    </w:p>
    <w:p>
      <w:pPr>
        <w:spacing w:after="0"/>
      </w:pPr>
    </w:p>
    <w:p>
      <w:pPr>
        <w:spacing w:after="0"/>
      </w:pPr>
      <w:r>
        <w:rPr>
          <w:rFonts w:ascii="Arial" w:hAnsi="Arial"/>
          <w:b/>
          <w:sz w:val="22"/>
        </w:rPr>
        <w:t xml:space="preserve">Alice  </w:t>
      </w:r>
      <w:r>
        <w:rPr>
          <w:rFonts w:ascii="Arial" w:hAnsi="Arial"/>
          <w:color w:val="5D7284"/>
          <w:sz w:val="22"/>
        </w:rPr>
        <w:t>01:00</w:t>
      </w:r>
    </w:p>
    <w:p>
      <w:pPr>
        <w:spacing w:after="0"/>
      </w:pPr>
      <w:r>
        <w:rPr>
          <w:rFonts w:ascii="Arial" w:hAnsi="Arial"/>
          <w:sz w:val="22"/>
        </w:rPr>
        <w:t>I'm okay. Yeah, nothing exciting to report this end. It's it's quite nice to just everything's kind of normal. ticking along.</w:t>
      </w:r>
    </w:p>
    <w:p>
      <w:pPr>
        <w:spacing w:after="0"/>
      </w:pPr>
    </w:p>
    <w:p>
      <w:pPr>
        <w:spacing w:after="0"/>
      </w:pPr>
      <w:r>
        <w:rPr>
          <w:rFonts w:ascii="Arial" w:hAnsi="Arial"/>
          <w:b/>
          <w:sz w:val="22"/>
        </w:rPr>
        <w:t xml:space="preserve">Lucy  </w:t>
      </w:r>
      <w:r>
        <w:rPr>
          <w:rFonts w:ascii="Arial" w:hAnsi="Arial"/>
          <w:color w:val="5D7284"/>
          <w:sz w:val="22"/>
        </w:rPr>
        <w:t>01:10</w:t>
      </w:r>
    </w:p>
    <w:p>
      <w:pPr>
        <w:spacing w:after="0"/>
      </w:pPr>
      <w:r>
        <w:rPr>
          <w:rFonts w:ascii="Arial" w:hAnsi="Arial"/>
          <w:sz w:val="22"/>
        </w:rPr>
        <w:t>Yeah. don't speak too soon [chuckles]</w:t>
      </w:r>
    </w:p>
    <w:p>
      <w:pPr>
        <w:spacing w:after="0"/>
      </w:pPr>
    </w:p>
    <w:p>
      <w:pPr>
        <w:spacing w:after="0"/>
      </w:pPr>
      <w:r>
        <w:rPr>
          <w:rFonts w:ascii="Arial" w:hAnsi="Arial"/>
          <w:b/>
          <w:sz w:val="22"/>
        </w:rPr>
        <w:t xml:space="preserve">Alice  </w:t>
      </w:r>
      <w:r>
        <w:rPr>
          <w:rFonts w:ascii="Arial" w:hAnsi="Arial"/>
          <w:color w:val="5D7284"/>
          <w:sz w:val="22"/>
        </w:rPr>
        <w:t>01:15</w:t>
      </w:r>
    </w:p>
    <w:p>
      <w:pPr>
        <w:spacing w:after="0"/>
      </w:pPr>
      <w:r>
        <w:rPr>
          <w:rFonts w:ascii="Arial" w:hAnsi="Arial"/>
          <w:sz w:val="22"/>
        </w:rPr>
        <w:t xml:space="preserve">That's true that's true I'll get downstairs and discover the washing machine has exploded and the dishwasher's caught fire and the cats escaped and living wild in the streets. But at the moment, all are present. </w:t>
      </w:r>
    </w:p>
    <w:p>
      <w:pPr>
        <w:spacing w:after="0"/>
      </w:pPr>
    </w:p>
    <w:p>
      <w:pPr>
        <w:spacing w:after="0"/>
      </w:pPr>
      <w:r>
        <w:rPr>
          <w:rFonts w:ascii="Arial" w:hAnsi="Arial"/>
          <w:b/>
          <w:sz w:val="22"/>
        </w:rPr>
        <w:t xml:space="preserve">Lucy  </w:t>
      </w:r>
      <w:r>
        <w:rPr>
          <w:rFonts w:ascii="Arial" w:hAnsi="Arial"/>
          <w:color w:val="5D7284"/>
          <w:sz w:val="22"/>
        </w:rPr>
        <w:t>01:30</w:t>
      </w:r>
    </w:p>
    <w:p>
      <w:pPr>
        <w:spacing w:after="0"/>
      </w:pPr>
      <w:r>
        <w:rPr>
          <w:rFonts w:ascii="Arial" w:hAnsi="Arial"/>
          <w:sz w:val="22"/>
        </w:rPr>
        <w:t xml:space="preserve">[laughs] Yeah. </w:t>
      </w:r>
    </w:p>
    <w:p>
      <w:pPr>
        <w:spacing w:after="0"/>
      </w:pPr>
    </w:p>
    <w:p>
      <w:pPr>
        <w:spacing w:after="0"/>
      </w:pPr>
      <w:r>
        <w:rPr>
          <w:rFonts w:ascii="Arial" w:hAnsi="Arial"/>
          <w:b/>
          <w:sz w:val="22"/>
        </w:rPr>
        <w:t xml:space="preserve">Alice  </w:t>
      </w:r>
      <w:r>
        <w:rPr>
          <w:rFonts w:ascii="Arial" w:hAnsi="Arial"/>
          <w:color w:val="5D7284"/>
          <w:sz w:val="22"/>
        </w:rPr>
        <w:t>01:31</w:t>
      </w:r>
    </w:p>
    <w:p>
      <w:pPr>
        <w:spacing w:after="0"/>
      </w:pPr>
      <w:r>
        <w:rPr>
          <w:rFonts w:ascii="Arial" w:hAnsi="Arial"/>
          <w:sz w:val="22"/>
        </w:rPr>
        <w:t>All are present and accounted for, so!</w:t>
      </w:r>
    </w:p>
    <w:p>
      <w:pPr>
        <w:spacing w:after="0"/>
      </w:pPr>
    </w:p>
    <w:p>
      <w:pPr>
        <w:spacing w:after="0"/>
      </w:pPr>
      <w:r>
        <w:rPr>
          <w:rFonts w:ascii="Arial" w:hAnsi="Arial"/>
          <w:b/>
          <w:sz w:val="22"/>
        </w:rPr>
        <w:t xml:space="preserve">Lucy  </w:t>
      </w:r>
      <w:r>
        <w:rPr>
          <w:rFonts w:ascii="Arial" w:hAnsi="Arial"/>
          <w:color w:val="5D7284"/>
          <w:sz w:val="22"/>
        </w:rPr>
        <w:t>01:33</w:t>
      </w:r>
    </w:p>
    <w:p>
      <w:pPr>
        <w:spacing w:after="0"/>
      </w:pPr>
      <w:r>
        <w:rPr>
          <w:rFonts w:ascii="Arial" w:hAnsi="Arial"/>
          <w:sz w:val="22"/>
        </w:rPr>
        <w:t>Yeah. Good stuff.</w:t>
      </w:r>
    </w:p>
    <w:p>
      <w:pPr>
        <w:spacing w:after="0"/>
      </w:pPr>
    </w:p>
    <w:p>
      <w:pPr>
        <w:spacing w:after="0"/>
      </w:pPr>
      <w:r>
        <w:rPr>
          <w:rFonts w:ascii="Arial" w:hAnsi="Arial"/>
          <w:b/>
          <w:sz w:val="22"/>
        </w:rPr>
        <w:t xml:space="preserve">Alice  </w:t>
      </w:r>
      <w:r>
        <w:rPr>
          <w:rFonts w:ascii="Arial" w:hAnsi="Arial"/>
          <w:color w:val="5D7284"/>
          <w:sz w:val="22"/>
        </w:rPr>
        <w:t>01:36</w:t>
      </w:r>
    </w:p>
    <w:p>
      <w:pPr>
        <w:spacing w:after="0"/>
      </w:pPr>
      <w:r>
        <w:rPr>
          <w:rFonts w:ascii="Arial" w:hAnsi="Arial"/>
          <w:sz w:val="22"/>
        </w:rPr>
        <w:t>Mmm! We're joined by a guest today really excited to be talking to our guest today. I'm realising now as I speak that I should have checked the pronunciation of his surname. We have got Tyler, Tyler, I'm not going to butcher it. Would you like to introduce yourself to our audience so that they know how to say your name.</w:t>
      </w:r>
    </w:p>
    <w:p>
      <w:pPr>
        <w:spacing w:after="0"/>
      </w:pPr>
    </w:p>
    <w:p>
      <w:pPr>
        <w:spacing w:after="0"/>
      </w:pPr>
      <w:r>
        <w:rPr>
          <w:rFonts w:ascii="Arial" w:hAnsi="Arial"/>
          <w:b/>
          <w:sz w:val="22"/>
        </w:rPr>
        <w:t xml:space="preserve">Tyler  </w:t>
      </w:r>
      <w:r>
        <w:rPr>
          <w:rFonts w:ascii="Arial" w:hAnsi="Arial"/>
          <w:color w:val="5D7284"/>
          <w:sz w:val="22"/>
        </w:rPr>
        <w:t>01:57</w:t>
      </w:r>
    </w:p>
    <w:p>
      <w:pPr>
        <w:spacing w:after="0"/>
      </w:pPr>
      <w:r>
        <w:rPr>
          <w:rFonts w:ascii="Arial" w:hAnsi="Arial"/>
          <w:sz w:val="22"/>
        </w:rPr>
        <w:t>Absolutely. Thanks, Alice. Thanks, Lucy for having me. My name is Tyler Wittkofsky. I tell people, it's three words wit, cough and ski. So it's not too too hard when you break it down like that. But yeah, my name. Like I said, my name is Tyler. And I am a multi genre author. I am a publisher and entrepreneur, a blogger and also a podcaster. I wear a lot of hats, jack of all trades, master of none but better than a master of one is what I like to say. My my journey with mental health started back in 2015. And when I was diagnosed with bipolar disorder and generalised anxiety, most recently, in 2023, I was diagnosed with borderline personality disorder and PTSD on top of those. I've tried to use my journey and my experiences as lessons for other people through my writing through my entrepreneurship through my blogging and podcasting to give people hope, because I know what it's like to feel so alone at your very lowest, you know, I just want to make sure that people don't feel that way, don't feel the way that I felt for so long and give them that kind of hope. I also battled a lot of addiction and undiagnosed mental illness in college. And it was just a rough combination. And I overcame that become an award winning marketing and communications professional and entrepreneur and published author.</w:t>
      </w:r>
    </w:p>
    <w:p>
      <w:pPr>
        <w:spacing w:after="0"/>
      </w:pPr>
    </w:p>
    <w:p>
      <w:pPr>
        <w:spacing w:after="0"/>
      </w:pPr>
      <w:r>
        <w:rPr>
          <w:rFonts w:ascii="Arial" w:hAnsi="Arial"/>
          <w:b/>
          <w:sz w:val="22"/>
        </w:rPr>
        <w:t xml:space="preserve">Alice  </w:t>
      </w:r>
      <w:r>
        <w:rPr>
          <w:rFonts w:ascii="Arial" w:hAnsi="Arial"/>
          <w:color w:val="5D7284"/>
          <w:sz w:val="22"/>
        </w:rPr>
        <w:t>03:30</w:t>
      </w:r>
    </w:p>
    <w:p>
      <w:pPr>
        <w:spacing w:after="0"/>
      </w:pPr>
      <w:r>
        <w:rPr>
          <w:rFonts w:ascii="Arial" w:hAnsi="Arial"/>
          <w:sz w:val="22"/>
        </w:rPr>
        <w:t xml:space="preserve">It's brilliant. it sounds like you've got a lot of sort of, like you say a lot, you've got a lot of hats there, which is what we like on lABLEd you know, we called the show what we called the show, because we wanted to say, well, you know, we are more than just the diagnoses that people give us, we are more than just the conditions that we have, we are a combination of different things. And, and you know, you gave us a list there of your accomplishments, your conditions, your experiences. I like it, I think, I think it's a nice approach to take. </w:t>
      </w:r>
    </w:p>
    <w:p>
      <w:pPr>
        <w:spacing w:after="0"/>
      </w:pPr>
    </w:p>
    <w:p>
      <w:pPr>
        <w:spacing w:after="0"/>
      </w:pPr>
      <w:r>
        <w:rPr>
          <w:rFonts w:ascii="Arial" w:hAnsi="Arial"/>
          <w:b/>
          <w:sz w:val="22"/>
        </w:rPr>
        <w:t xml:space="preserve">Tyler  </w:t>
      </w:r>
      <w:r>
        <w:rPr>
          <w:rFonts w:ascii="Arial" w:hAnsi="Arial"/>
          <w:color w:val="5D7284"/>
          <w:sz w:val="22"/>
        </w:rPr>
        <w:t>04:04</w:t>
      </w:r>
    </w:p>
    <w:p>
      <w:pPr>
        <w:spacing w:after="0"/>
      </w:pPr>
      <w:r>
        <w:rPr>
          <w:rFonts w:ascii="Arial" w:hAnsi="Arial"/>
          <w:sz w:val="22"/>
        </w:rPr>
        <w:t>Thank you. Yeah, I just I always try to be a difference maker in other people's lives, you know, because, like I said earlier, I know what it's like to be alone and to feel like you're the only one going through this, you know, music and art in general. And, you know, writing is such a great way to express yourself but also to make other people feel like they're not alone. And it was just kind of a natural thing for me whenever my grandmother you know, my grandmother was a English teacher and later my elementary school principal. So I just always had a love for writing. And whenever I decided to write a book, I was like, you know, that's that's the thing. I'm going to make it my art is going to be inspirational and make a difference.</w:t>
      </w:r>
    </w:p>
    <w:p>
      <w:pPr>
        <w:spacing w:after="0"/>
      </w:pPr>
    </w:p>
    <w:p>
      <w:pPr>
        <w:spacing w:after="0"/>
      </w:pPr>
      <w:r>
        <w:rPr>
          <w:rFonts w:ascii="Arial" w:hAnsi="Arial"/>
          <w:b/>
          <w:sz w:val="22"/>
        </w:rPr>
        <w:t xml:space="preserve">Lucy  </w:t>
      </w:r>
      <w:r>
        <w:rPr>
          <w:rFonts w:ascii="Arial" w:hAnsi="Arial"/>
          <w:color w:val="5D7284"/>
          <w:sz w:val="22"/>
        </w:rPr>
        <w:t>04:45</w:t>
      </w:r>
    </w:p>
    <w:p>
      <w:pPr>
        <w:spacing w:after="0"/>
      </w:pPr>
      <w:r>
        <w:rPr>
          <w:rFonts w:ascii="Arial" w:hAnsi="Arial"/>
          <w:sz w:val="22"/>
        </w:rPr>
        <w:t>What age were you, Tyler, when you first wrote like like wrote your first book, or and sort of got into the artistic creative side of life?</w:t>
      </w:r>
    </w:p>
    <w:p>
      <w:pPr>
        <w:spacing w:after="0"/>
      </w:pPr>
    </w:p>
    <w:p>
      <w:pPr>
        <w:spacing w:after="0"/>
      </w:pPr>
      <w:r>
        <w:rPr>
          <w:rFonts w:ascii="Arial" w:hAnsi="Arial"/>
          <w:b/>
          <w:sz w:val="22"/>
        </w:rPr>
        <w:t xml:space="preserve">Tyler  </w:t>
      </w:r>
      <w:r>
        <w:rPr>
          <w:rFonts w:ascii="Arial" w:hAnsi="Arial"/>
          <w:color w:val="5D7284"/>
          <w:sz w:val="22"/>
        </w:rPr>
        <w:t>04:53</w:t>
      </w:r>
    </w:p>
    <w:p>
      <w:pPr>
        <w:spacing w:after="0"/>
      </w:pPr>
      <w:r>
        <w:rPr>
          <w:rFonts w:ascii="Arial" w:hAnsi="Arial"/>
          <w:sz w:val="22"/>
        </w:rPr>
        <w:t xml:space="preserve">I was 23 when I published my first book, but I really started, I've been writing since I was a child, like I said, my grandmother, I spent a lot of time in the school system with her. And back then you didn't have Gameboys. And, you know, tablets and phones that you played on, you had pen and paper and the outdoors. And you can't really, as a five, four or five year old kid running around with all the high schoolers [laughs] so outdoors, so you got to kind of take to the pen and paper. And I fell in love with it. But really kind of fell out of love with it as high school hit in college, because so much technical writing, and I got bored of it. So I actually moved back in with my grandmother in late 2018. because my wife and I were waiting for our house to be built. And she asked me one day, she said, are you still writing? And I told her, I was like, No, I kind of got burnout from it. And she just made a simple request. She was like, will you write me something? And that's how my first novella came about, that I published in 2019. </w:t>
      </w:r>
    </w:p>
    <w:p>
      <w:pPr>
        <w:spacing w:after="0"/>
      </w:pPr>
    </w:p>
    <w:p>
      <w:pPr>
        <w:spacing w:after="0"/>
      </w:pPr>
      <w:r>
        <w:rPr>
          <w:rFonts w:ascii="Arial" w:hAnsi="Arial"/>
          <w:b/>
          <w:sz w:val="22"/>
        </w:rPr>
        <w:t xml:space="preserve">Alice  </w:t>
      </w:r>
      <w:r>
        <w:rPr>
          <w:rFonts w:ascii="Arial" w:hAnsi="Arial"/>
          <w:color w:val="5D7284"/>
          <w:sz w:val="22"/>
        </w:rPr>
        <w:t>04:56</w:t>
      </w:r>
    </w:p>
    <w:p>
      <w:pPr>
        <w:spacing w:after="0"/>
      </w:pPr>
      <w:r>
        <w:rPr>
          <w:rFonts w:ascii="Arial" w:hAnsi="Arial"/>
          <w:sz w:val="22"/>
        </w:rPr>
        <w:t>Yeah, started writing?</w:t>
      </w:r>
    </w:p>
    <w:p>
      <w:pPr>
        <w:spacing w:after="0"/>
      </w:pPr>
    </w:p>
    <w:p>
      <w:pPr>
        <w:spacing w:after="0"/>
      </w:pPr>
      <w:r>
        <w:rPr>
          <w:rFonts w:ascii="Arial" w:hAnsi="Arial"/>
          <w:b/>
          <w:sz w:val="22"/>
        </w:rPr>
        <w:t xml:space="preserve">Alice  </w:t>
      </w:r>
      <w:r>
        <w:rPr>
          <w:rFonts w:ascii="Arial" w:hAnsi="Arial"/>
          <w:color w:val="5D7284"/>
          <w:sz w:val="22"/>
        </w:rPr>
        <w:t>05:11</w:t>
      </w:r>
    </w:p>
    <w:p>
      <w:pPr>
        <w:spacing w:after="0"/>
      </w:pPr>
      <w:r>
        <w:rPr>
          <w:rFonts w:ascii="Arial" w:hAnsi="Arial"/>
          <w:sz w:val="22"/>
        </w:rPr>
        <w:t>Oh wow.</w:t>
      </w:r>
    </w:p>
    <w:p>
      <w:pPr>
        <w:spacing w:after="0"/>
      </w:pPr>
    </w:p>
    <w:p>
      <w:pPr>
        <w:spacing w:after="0"/>
      </w:pPr>
      <w:r>
        <w:rPr>
          <w:rFonts w:ascii="Arial" w:hAnsi="Arial"/>
          <w:b/>
          <w:sz w:val="22"/>
        </w:rPr>
        <w:t xml:space="preserve">Tyler  </w:t>
      </w:r>
      <w:r>
        <w:rPr>
          <w:rFonts w:ascii="Arial" w:hAnsi="Arial"/>
          <w:color w:val="5D7284"/>
          <w:sz w:val="22"/>
        </w:rPr>
        <w:t>05:58</w:t>
      </w:r>
    </w:p>
    <w:p>
      <w:pPr>
        <w:spacing w:after="0"/>
      </w:pPr>
      <w:r>
        <w:rPr>
          <w:rFonts w:ascii="Arial" w:hAnsi="Arial"/>
          <w:sz w:val="22"/>
        </w:rPr>
        <w:t>Not Alone. it was kind of inspired by her.</w:t>
      </w:r>
    </w:p>
    <w:p>
      <w:pPr>
        <w:spacing w:after="0"/>
      </w:pPr>
    </w:p>
    <w:p>
      <w:pPr>
        <w:spacing w:after="0"/>
      </w:pPr>
      <w:r>
        <w:rPr>
          <w:rFonts w:ascii="Arial" w:hAnsi="Arial"/>
          <w:b/>
          <w:sz w:val="22"/>
        </w:rPr>
        <w:t xml:space="preserve">Alice  </w:t>
      </w:r>
      <w:r>
        <w:rPr>
          <w:rFonts w:ascii="Arial" w:hAnsi="Arial"/>
          <w:color w:val="5D7284"/>
          <w:sz w:val="22"/>
        </w:rPr>
        <w:t>06:03</w:t>
      </w:r>
    </w:p>
    <w:p>
      <w:pPr>
        <w:spacing w:after="0"/>
      </w:pPr>
      <w:r>
        <w:rPr>
          <w:rFonts w:ascii="Arial" w:hAnsi="Arial"/>
          <w:sz w:val="22"/>
        </w:rPr>
        <w:t>That's an incredible sort of origin story for your novella I love that.</w:t>
      </w:r>
    </w:p>
    <w:p>
      <w:pPr>
        <w:spacing w:after="0"/>
      </w:pPr>
    </w:p>
    <w:p>
      <w:pPr>
        <w:spacing w:after="0"/>
      </w:pPr>
      <w:r>
        <w:rPr>
          <w:rFonts w:ascii="Arial" w:hAnsi="Arial"/>
          <w:b/>
          <w:sz w:val="22"/>
        </w:rPr>
        <w:t xml:space="preserve">Lucy  </w:t>
      </w:r>
      <w:r>
        <w:rPr>
          <w:rFonts w:ascii="Arial" w:hAnsi="Arial"/>
          <w:color w:val="5D7284"/>
          <w:sz w:val="22"/>
        </w:rPr>
        <w:t>06:06</w:t>
      </w:r>
    </w:p>
    <w:p>
      <w:pPr>
        <w:spacing w:after="0"/>
      </w:pPr>
      <w:r>
        <w:rPr>
          <w:rFonts w:ascii="Arial" w:hAnsi="Arial"/>
          <w:sz w:val="22"/>
        </w:rPr>
        <w:t>Yes. isn't it just Yeah. Sort of like, it took your grandmother to sort of, like, give you the sort of rocket to go and, you know, write something down. And that must be, you know, such a, you must look back on it, and think that's such a great accomplishment. And I've got, you know, a family to thank for it and stuff like that. That's amazing.</w:t>
      </w:r>
    </w:p>
    <w:p>
      <w:pPr>
        <w:spacing w:after="0"/>
      </w:pPr>
    </w:p>
    <w:p>
      <w:pPr>
        <w:spacing w:after="0"/>
      </w:pPr>
      <w:r>
        <w:rPr>
          <w:rFonts w:ascii="Arial" w:hAnsi="Arial"/>
          <w:b/>
          <w:sz w:val="22"/>
        </w:rPr>
        <w:t xml:space="preserve">Tyler  </w:t>
      </w:r>
      <w:r>
        <w:rPr>
          <w:rFonts w:ascii="Arial" w:hAnsi="Arial"/>
          <w:color w:val="5D7284"/>
          <w:sz w:val="22"/>
        </w:rPr>
        <w:t>06:31</w:t>
      </w:r>
    </w:p>
    <w:p>
      <w:pPr>
        <w:spacing w:after="0"/>
      </w:pPr>
      <w:r>
        <w:rPr>
          <w:rFonts w:ascii="Arial" w:hAnsi="Arial"/>
          <w:sz w:val="22"/>
        </w:rPr>
        <w:t xml:space="preserve">Yeah, and my my mom's side of the family has always been, you know, very inspiring and very motivational for me, I spent a lot of time with my grandmother and my grandfather, as a child, my grandfather, who passed away in middle 2023, he was my best friend, and my grandma was my best friend. And they just, they helped raise me and my brother from a very young age, while my mom was a single mom, doing you know, all of her work and trying to raise us and make money for us and provide us with the best life. you know, my grandparents have just been huge inspirations for me, because they, those are some of the happiest memories I have, from my childhood. My childhood wasn't the greatest, I went through a lot of trauma as a child, which is where the PTSD and the borderline personality disorder comes from. And you know, what, I, I still look back on those, those memories with my grandmother, and especially when I'm having a hard Mental Health Day, and you know, I'll pull out the candles or bake something with my wife, that reminds me of being at my grandmother's house, when I was little to kind of transport me back to that time and calm me down and bring me back to a better headspace than I was that day. </w:t>
      </w:r>
    </w:p>
    <w:p>
      <w:pPr>
        <w:spacing w:after="0"/>
      </w:pPr>
    </w:p>
    <w:p>
      <w:pPr>
        <w:spacing w:after="0"/>
      </w:pPr>
      <w:r>
        <w:rPr>
          <w:rFonts w:ascii="Arial" w:hAnsi="Arial"/>
          <w:b/>
          <w:sz w:val="22"/>
        </w:rPr>
        <w:t xml:space="preserve">Alice  </w:t>
      </w:r>
      <w:r>
        <w:rPr>
          <w:rFonts w:ascii="Arial" w:hAnsi="Arial"/>
          <w:color w:val="5D7284"/>
          <w:sz w:val="22"/>
        </w:rPr>
        <w:t>07:51</w:t>
      </w:r>
    </w:p>
    <w:p>
      <w:pPr>
        <w:spacing w:after="0"/>
      </w:pPr>
      <w:r>
        <w:rPr>
          <w:rFonts w:ascii="Arial" w:hAnsi="Arial"/>
          <w:sz w:val="22"/>
        </w:rPr>
        <w:t>That's really nice. I know, from my own sort of ups and downs of mental health, one of the things that has always really helped me is, is having that kind of anchoring me either in a moment, or, or in, in the moment that I am in. So you know, I think that that a lot of people get that say from writing by reflecting and, and drawing that kind of creativity, but also like say, in baking and in and surrounding yourself with the familiar smells and textures. It's, I think that can be really cathartic and really kind of soothing.</w:t>
      </w:r>
    </w:p>
    <w:p>
      <w:pPr>
        <w:spacing w:after="0"/>
      </w:pPr>
    </w:p>
    <w:p>
      <w:pPr>
        <w:spacing w:after="0"/>
      </w:pPr>
      <w:r>
        <w:rPr>
          <w:rFonts w:ascii="Arial" w:hAnsi="Arial"/>
          <w:b/>
          <w:sz w:val="22"/>
        </w:rPr>
        <w:t xml:space="preserve">Lucy  </w:t>
      </w:r>
      <w:r>
        <w:rPr>
          <w:rFonts w:ascii="Arial" w:hAnsi="Arial"/>
          <w:color w:val="5D7284"/>
          <w:sz w:val="22"/>
        </w:rPr>
        <w:t>08:25</w:t>
      </w:r>
    </w:p>
    <w:p>
      <w:pPr>
        <w:spacing w:after="0"/>
      </w:pPr>
      <w:r>
        <w:rPr>
          <w:rFonts w:ascii="Arial" w:hAnsi="Arial"/>
          <w:sz w:val="22"/>
        </w:rPr>
        <w:t>Mmm</w:t>
      </w:r>
    </w:p>
    <w:p>
      <w:pPr>
        <w:spacing w:after="0"/>
      </w:pPr>
    </w:p>
    <w:p>
      <w:pPr>
        <w:spacing w:after="0"/>
      </w:pPr>
      <w:r>
        <w:rPr>
          <w:rFonts w:ascii="Arial" w:hAnsi="Arial"/>
          <w:b/>
          <w:sz w:val="22"/>
        </w:rPr>
        <w:t xml:space="preserve">Tyler  </w:t>
      </w:r>
      <w:r>
        <w:rPr>
          <w:rFonts w:ascii="Arial" w:hAnsi="Arial"/>
          <w:color w:val="5D7284"/>
          <w:sz w:val="22"/>
        </w:rPr>
        <w:t>08:27</w:t>
      </w:r>
    </w:p>
    <w:p>
      <w:pPr>
        <w:spacing w:after="0"/>
      </w:pPr>
      <w:r>
        <w:rPr>
          <w:rFonts w:ascii="Arial" w:hAnsi="Arial"/>
          <w:sz w:val="22"/>
        </w:rPr>
        <w:t xml:space="preserve">Yeah, absolutely. And, you know, I actually, I call it sensory therapy, I don't know if it's, if it has a clinical term, or if that's, I'm just making it up, I, it's just what I call it, but you know, I like to rely on my senses. Whenever I get into that, you know, grabbing on to a squish, mellow and just squishing it, or hugging my dog or hugging my wife, </w:t>
      </w:r>
    </w:p>
    <w:p>
      <w:pPr>
        <w:spacing w:after="0"/>
      </w:pPr>
    </w:p>
    <w:p>
      <w:pPr>
        <w:spacing w:after="0"/>
      </w:pPr>
      <w:r>
        <w:rPr>
          <w:rFonts w:ascii="Arial" w:hAnsi="Arial"/>
          <w:b/>
          <w:sz w:val="22"/>
        </w:rPr>
        <w:t xml:space="preserve">Lucy  </w:t>
      </w:r>
      <w:r>
        <w:rPr>
          <w:rFonts w:ascii="Arial" w:hAnsi="Arial"/>
          <w:color w:val="5D7284"/>
          <w:sz w:val="22"/>
        </w:rPr>
        <w:t>08:48</w:t>
      </w:r>
    </w:p>
    <w:p>
      <w:pPr>
        <w:spacing w:after="0"/>
      </w:pPr>
      <w:r>
        <w:rPr>
          <w:rFonts w:ascii="Arial" w:hAnsi="Arial"/>
          <w:sz w:val="22"/>
        </w:rPr>
        <w:t>Yeah</w:t>
      </w:r>
    </w:p>
    <w:p>
      <w:pPr>
        <w:spacing w:after="0"/>
      </w:pPr>
    </w:p>
    <w:p>
      <w:pPr>
        <w:spacing w:after="0"/>
      </w:pPr>
      <w:r>
        <w:rPr>
          <w:rFonts w:ascii="Arial" w:hAnsi="Arial"/>
          <w:b/>
          <w:sz w:val="22"/>
        </w:rPr>
        <w:t xml:space="preserve">Tyler  </w:t>
      </w:r>
      <w:r>
        <w:rPr>
          <w:rFonts w:ascii="Arial" w:hAnsi="Arial"/>
          <w:color w:val="5D7284"/>
          <w:sz w:val="22"/>
        </w:rPr>
        <w:t>08:49</w:t>
      </w:r>
    </w:p>
    <w:p>
      <w:pPr>
        <w:spacing w:after="0"/>
      </w:pPr>
      <w:r>
        <w:rPr>
          <w:rFonts w:ascii="Arial" w:hAnsi="Arial"/>
          <w:sz w:val="22"/>
        </w:rPr>
        <w:t>the taste of food, the smell of candles, you know, the mountains. I love mountainous smells, because I'm a big mountain person, I'm from the beach, but I love the mountains [laughs]. So, I spend a lot of time you know, smelling those mountain smells to bring me back to whenever I used to go up there with my grandparents as a kid. you know, using things like taste tasting those brownies that me and my grandmother used to make the Duncan Hines brownie, you know, just something simple like that. And I just I love being able to transport myself back to a simpler time. Absolutely.</w:t>
      </w:r>
    </w:p>
    <w:p>
      <w:pPr>
        <w:spacing w:after="0"/>
      </w:pPr>
    </w:p>
    <w:p>
      <w:pPr>
        <w:spacing w:after="0"/>
      </w:pPr>
      <w:r>
        <w:rPr>
          <w:rFonts w:ascii="Arial" w:hAnsi="Arial"/>
          <w:b/>
          <w:sz w:val="22"/>
        </w:rPr>
        <w:t xml:space="preserve">Lucy  </w:t>
      </w:r>
      <w:r>
        <w:rPr>
          <w:rFonts w:ascii="Arial" w:hAnsi="Arial"/>
          <w:color w:val="5D7284"/>
          <w:sz w:val="22"/>
        </w:rPr>
        <w:t>09:25</w:t>
      </w:r>
    </w:p>
    <w:p>
      <w:pPr>
        <w:spacing w:after="0"/>
      </w:pPr>
      <w:r>
        <w:rPr>
          <w:rFonts w:ascii="Arial" w:hAnsi="Arial"/>
          <w:sz w:val="22"/>
        </w:rPr>
        <w:t xml:space="preserve">Absolutely </w:t>
      </w:r>
    </w:p>
    <w:p>
      <w:pPr>
        <w:spacing w:after="0"/>
      </w:pPr>
    </w:p>
    <w:p>
      <w:pPr>
        <w:spacing w:after="0"/>
      </w:pPr>
      <w:r>
        <w:rPr>
          <w:rFonts w:ascii="Arial" w:hAnsi="Arial"/>
          <w:b/>
          <w:sz w:val="22"/>
        </w:rPr>
        <w:t xml:space="preserve">Alice  </w:t>
      </w:r>
      <w:r>
        <w:rPr>
          <w:rFonts w:ascii="Arial" w:hAnsi="Arial"/>
          <w:color w:val="5D7284"/>
          <w:sz w:val="22"/>
        </w:rPr>
        <w:t>09:26</w:t>
      </w:r>
    </w:p>
    <w:p>
      <w:pPr>
        <w:spacing w:after="0"/>
      </w:pPr>
      <w:r>
        <w:rPr>
          <w:rFonts w:ascii="Arial" w:hAnsi="Arial"/>
          <w:sz w:val="22"/>
        </w:rPr>
        <w:t>It umm it sounds like you know, you're you're sort of talked about, you've talked quite nostalgically about about your past, but then also sort of shared that there was some some trauma there and that that's stuff you've carried forward. How How do you feel, you know, you've you've successfully managed to hold on to those positive memories in spite of there being you know, some some real negativity, kind of moving through them as well.</w:t>
      </w:r>
    </w:p>
    <w:p>
      <w:pPr>
        <w:spacing w:after="0"/>
      </w:pPr>
    </w:p>
    <w:p>
      <w:pPr>
        <w:spacing w:after="0"/>
      </w:pPr>
      <w:r>
        <w:rPr>
          <w:rFonts w:ascii="Arial" w:hAnsi="Arial"/>
          <w:b/>
          <w:sz w:val="22"/>
        </w:rPr>
        <w:t xml:space="preserve">Tyler  </w:t>
      </w:r>
      <w:r>
        <w:rPr>
          <w:rFonts w:ascii="Arial" w:hAnsi="Arial"/>
          <w:color w:val="5D7284"/>
          <w:sz w:val="22"/>
        </w:rPr>
        <w:t>09:54</w:t>
      </w:r>
    </w:p>
    <w:p>
      <w:pPr>
        <w:spacing w:after="0"/>
      </w:pPr>
      <w:r>
        <w:rPr>
          <w:rFonts w:ascii="Arial" w:hAnsi="Arial"/>
          <w:sz w:val="22"/>
        </w:rPr>
        <w:t>Yeah, therapy has been huge for me to overcome my trauma. Um, I started grief therapy early 2023, after my grandfather passed away, and it kind of developed into trauma therapy, and I was able to learn a lot of coping mechanisms. I lost my brother in law in 2020, due to an acc - a car accident, and, you know, it really changed my life. And I wanted to be a different person and make a difference in other people's lives and do the things that he was inspired to do. And that's when I made the decision to become a better person, I wanted to become the best version of myself. And I really decided to get into therapy, again, I went to therapy in the beginning of my diagnosis, and then just kind of with the stigma that followed around it kind of felt ashamed and stopped going and decided I was going to handle it on my own. And then earlier this year, I just decided that I couldn't do it, I needed to, if I was going to make this commitment to be the best version of myself, I needed to get all the help I could get from the professionals from the people who knew what they were doing. I'm I was a big person who hated going to the doctor. And now I'm scheduling doctor's appointments and going to the emergency room when things pop up. And, you know, just trying to make those differences in my life and become an all around better person is what got me back into therapy. And that's what helped me overcome my trauma. And without those valuable lessons and techniques that I learned from therapy, I'd still be struggling with my trauma.</w:t>
      </w:r>
    </w:p>
    <w:p>
      <w:pPr>
        <w:spacing w:after="0"/>
      </w:pPr>
    </w:p>
    <w:p>
      <w:pPr>
        <w:spacing w:after="0"/>
      </w:pPr>
      <w:r>
        <w:rPr>
          <w:rFonts w:ascii="Arial" w:hAnsi="Arial"/>
          <w:b/>
          <w:sz w:val="22"/>
        </w:rPr>
        <w:t xml:space="preserve">Lucy  </w:t>
      </w:r>
      <w:r>
        <w:rPr>
          <w:rFonts w:ascii="Arial" w:hAnsi="Arial"/>
          <w:color w:val="5D7284"/>
          <w:sz w:val="22"/>
        </w:rPr>
        <w:t>11:34</w:t>
      </w:r>
    </w:p>
    <w:p>
      <w:pPr>
        <w:spacing w:after="0"/>
      </w:pPr>
      <w:r>
        <w:rPr>
          <w:rFonts w:ascii="Arial" w:hAnsi="Arial"/>
          <w:sz w:val="22"/>
        </w:rPr>
        <w:t xml:space="preserve">I think that I think dealing with things when they pop up is a great thing to do. Now, I know this is gonna sound ridiculous, </w:t>
      </w:r>
    </w:p>
    <w:p>
      <w:pPr>
        <w:spacing w:after="0"/>
      </w:pPr>
    </w:p>
    <w:p>
      <w:pPr>
        <w:spacing w:after="0"/>
      </w:pPr>
      <w:r>
        <w:rPr>
          <w:rFonts w:ascii="Arial" w:hAnsi="Arial"/>
          <w:b/>
          <w:sz w:val="22"/>
        </w:rPr>
        <w:t xml:space="preserve">Alice  </w:t>
      </w:r>
      <w:r>
        <w:rPr>
          <w:rFonts w:ascii="Arial" w:hAnsi="Arial"/>
          <w:color w:val="5D7284"/>
          <w:sz w:val="22"/>
        </w:rPr>
        <w:t>11:43</w:t>
      </w:r>
    </w:p>
    <w:p>
      <w:pPr>
        <w:spacing w:after="0"/>
      </w:pPr>
      <w:r>
        <w:rPr>
          <w:rFonts w:ascii="Arial" w:hAnsi="Arial"/>
          <w:sz w:val="22"/>
        </w:rPr>
        <w:t xml:space="preserve">[chuckles] </w:t>
      </w:r>
    </w:p>
    <w:p>
      <w:pPr>
        <w:spacing w:after="0"/>
      </w:pPr>
    </w:p>
    <w:p>
      <w:pPr>
        <w:spacing w:after="0"/>
      </w:pPr>
      <w:r>
        <w:rPr>
          <w:rFonts w:ascii="Arial" w:hAnsi="Arial"/>
          <w:b/>
          <w:sz w:val="22"/>
        </w:rPr>
        <w:t xml:space="preserve">Lucy  </w:t>
      </w:r>
      <w:r>
        <w:rPr>
          <w:rFonts w:ascii="Arial" w:hAnsi="Arial"/>
          <w:color w:val="5D7284"/>
          <w:sz w:val="22"/>
        </w:rPr>
        <w:t>11:43</w:t>
      </w:r>
    </w:p>
    <w:p>
      <w:pPr>
        <w:spacing w:after="0"/>
      </w:pPr>
      <w:r>
        <w:rPr>
          <w:rFonts w:ascii="Arial" w:hAnsi="Arial"/>
          <w:sz w:val="22"/>
        </w:rPr>
        <w:t>But I have only just recently, I have only just recently recognised that actually, I suffer with a lot of pain 'cause I'm in a wheelchair for most of the day. So by about sort of like six o'clock, seven o'clock, I am ready for a lie down. Me and Alice were talking about it earlier. And I know but like, so when I'm in a lot of pain, I don't really like taking tablets for it. So I would just like sit there with this pain in my body. And I'm like, what? Why wouldn't it go away? It won't go away because you've not taken any painkillers. That's why. And I think I'm recognising now that if I take the painkillers, when it starts to hurt, it won't hurt for as long. And it's such a stupid thing. But like you say dealing with these dealing with these problems and things that may be bothering you when they are bothering you instead of sitting on it is, you know, I'm talking about the physical thing. But for you, I suppose dealing with your mental health when those problems crop up is the easiest way to sort of keep on top of it. And it's like whack a mole, isn't it like, Oh, like that kind of thing of trying to keep keep everything, like calm and you know, so you can carry on with what rather than sort of like letting it get on top of you. And then not being able to function in my case not being able to function because everything's hurting. It's just being able to deal with it, there and then is the best way forward. Take my advice listeners.</w:t>
      </w:r>
    </w:p>
    <w:p>
      <w:pPr>
        <w:spacing w:after="0"/>
      </w:pPr>
    </w:p>
    <w:p>
      <w:pPr>
        <w:spacing w:after="0"/>
      </w:pPr>
      <w:r>
        <w:rPr>
          <w:rFonts w:ascii="Arial" w:hAnsi="Arial"/>
          <w:b/>
          <w:sz w:val="22"/>
        </w:rPr>
        <w:t xml:space="preserve">Alice  </w:t>
      </w:r>
      <w:r>
        <w:rPr>
          <w:rFonts w:ascii="Arial" w:hAnsi="Arial"/>
          <w:color w:val="5D7284"/>
          <w:sz w:val="22"/>
        </w:rPr>
        <w:t>13:13</w:t>
      </w:r>
    </w:p>
    <w:p>
      <w:pPr>
        <w:spacing w:after="0"/>
      </w:pPr>
      <w:r>
        <w:rPr>
          <w:rFonts w:ascii="Arial" w:hAnsi="Arial"/>
          <w:sz w:val="22"/>
        </w:rPr>
        <w:t xml:space="preserve">I think I think it's interesting because I think there's so much there's so much stigma is exactly the right word Tyler is there's so much stigma around getting help. And - </w:t>
      </w:r>
    </w:p>
    <w:p>
      <w:pPr>
        <w:spacing w:after="0"/>
      </w:pPr>
    </w:p>
    <w:p>
      <w:pPr>
        <w:spacing w:after="0"/>
      </w:pPr>
      <w:r>
        <w:rPr>
          <w:rFonts w:ascii="Arial" w:hAnsi="Arial"/>
          <w:b/>
          <w:sz w:val="22"/>
        </w:rPr>
        <w:t xml:space="preserve">Lucy  </w:t>
      </w:r>
      <w:r>
        <w:rPr>
          <w:rFonts w:ascii="Arial" w:hAnsi="Arial"/>
          <w:color w:val="5D7284"/>
          <w:sz w:val="22"/>
        </w:rPr>
        <w:t>13:25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13:25</w:t>
      </w:r>
    </w:p>
    <w:p>
      <w:pPr>
        <w:spacing w:after="0"/>
      </w:pPr>
      <w:r>
        <w:rPr>
          <w:rFonts w:ascii="Arial" w:hAnsi="Arial"/>
          <w:sz w:val="22"/>
        </w:rPr>
        <w:t xml:space="preserve">It's it's sort of when you you break it down and you say, Well, I'm in pain, whether that's physical pain or emotional pain. Why Why wouldn't you do something about it? Seems silly to not do something about and, and sometimes it that can be as simple as taking some time for yourself, you know, taking some over the counter pain medication doing having a meditation, things like that. Sometimes it means reaching out to a professional, but I don't I don't see. To me, it doesn't sort of compute why people would say, Well, you know that that to them feels like weakness, because surely if you can deal with the pain, you know, if if a boxer or an MMA fighter has got a headache, they take some, you know, they take they take some medication, and then they can get in the ring and they could fight </w:t>
      </w:r>
    </w:p>
    <w:p>
      <w:pPr>
        <w:spacing w:after="0"/>
      </w:pPr>
    </w:p>
    <w:p>
      <w:pPr>
        <w:spacing w:after="0"/>
      </w:pPr>
      <w:r>
        <w:rPr>
          <w:rFonts w:ascii="Arial" w:hAnsi="Arial"/>
          <w:b/>
          <w:sz w:val="22"/>
        </w:rPr>
        <w:t xml:space="preserve">Lucy  </w:t>
      </w:r>
      <w:r>
        <w:rPr>
          <w:rFonts w:ascii="Arial" w:hAnsi="Arial"/>
          <w:color w:val="5D7284"/>
          <w:sz w:val="22"/>
        </w:rPr>
        <w:t>14:26</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14:26</w:t>
      </w:r>
    </w:p>
    <w:p>
      <w:pPr>
        <w:spacing w:after="0"/>
      </w:pPr>
      <w:r>
        <w:rPr>
          <w:rFonts w:ascii="Arial" w:hAnsi="Arial"/>
          <w:sz w:val="22"/>
        </w:rPr>
        <w:t xml:space="preserve">and they can be tough and they can, you know, </w:t>
      </w:r>
    </w:p>
    <w:p>
      <w:pPr>
        <w:spacing w:after="0"/>
      </w:pPr>
    </w:p>
    <w:p>
      <w:pPr>
        <w:spacing w:after="0"/>
      </w:pPr>
      <w:r>
        <w:rPr>
          <w:rFonts w:ascii="Arial" w:hAnsi="Arial"/>
          <w:b/>
          <w:sz w:val="22"/>
        </w:rPr>
        <w:t xml:space="preserve">Lucy  </w:t>
      </w:r>
      <w:r>
        <w:rPr>
          <w:rFonts w:ascii="Arial" w:hAnsi="Arial"/>
          <w:color w:val="5D7284"/>
          <w:sz w:val="22"/>
        </w:rPr>
        <w:t>14:29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14:30</w:t>
      </w:r>
    </w:p>
    <w:p>
      <w:pPr>
        <w:spacing w:after="0"/>
      </w:pPr>
      <w:r>
        <w:rPr>
          <w:rFonts w:ascii="Arial" w:hAnsi="Arial"/>
          <w:sz w:val="22"/>
        </w:rPr>
        <w:t>It doesn't it doesn't make sense to me why people see asking for help getting help, whether that is medication, whether that is therapy, whether that is you know, seeking professional intervention, it it just doesn't compute to me why there is this idea that, that that's, that is not a good thing. you know?</w:t>
      </w:r>
    </w:p>
    <w:p>
      <w:pPr>
        <w:spacing w:after="0"/>
      </w:pPr>
    </w:p>
    <w:p>
      <w:pPr>
        <w:spacing w:after="0"/>
      </w:pPr>
      <w:r>
        <w:rPr>
          <w:rFonts w:ascii="Arial" w:hAnsi="Arial"/>
          <w:b/>
          <w:sz w:val="22"/>
        </w:rPr>
        <w:t xml:space="preserve">Tyler  </w:t>
      </w:r>
      <w:r>
        <w:rPr>
          <w:rFonts w:ascii="Arial" w:hAnsi="Arial"/>
          <w:color w:val="5D7284"/>
          <w:sz w:val="22"/>
        </w:rPr>
        <w:t>14:51</w:t>
      </w:r>
    </w:p>
    <w:p>
      <w:pPr>
        <w:spacing w:after="0"/>
      </w:pPr>
      <w:r>
        <w:rPr>
          <w:rFonts w:ascii="Arial" w:hAnsi="Arial"/>
          <w:sz w:val="22"/>
        </w:rPr>
        <w:t>I think for me, the biggest struggle, you know, coming up with that was I grew up in the southern United States. And there's a very small mindset, where people are limited in their thinking, there are quite a bit of stigmas towards a lot of different, you know, not just mental health, but you hear about racism and bigotry and sexism. And it's very prelevant down here still, which is part of the reason that me and my wife decided to sell our house and move into an RV and just travel across the United States full time, just to kind of get away from that bigotry and this and it also helps with my mental health, because I'm able to get away from all of that, and be able to have a fresh start be around people who are more open minded, and who were more like me and understand me better.</w:t>
      </w:r>
    </w:p>
    <w:p>
      <w:pPr>
        <w:spacing w:after="0"/>
      </w:pPr>
    </w:p>
    <w:p>
      <w:pPr>
        <w:spacing w:after="0"/>
      </w:pPr>
      <w:r>
        <w:rPr>
          <w:rFonts w:ascii="Arial" w:hAnsi="Arial"/>
          <w:b/>
          <w:sz w:val="22"/>
        </w:rPr>
        <w:t xml:space="preserve">Alice  </w:t>
      </w:r>
      <w:r>
        <w:rPr>
          <w:rFonts w:ascii="Arial" w:hAnsi="Arial"/>
          <w:color w:val="5D7284"/>
          <w:sz w:val="22"/>
        </w:rPr>
        <w:t>15:47</w:t>
      </w:r>
    </w:p>
    <w:p>
      <w:pPr>
        <w:spacing w:after="0"/>
      </w:pPr>
      <w:r>
        <w:rPr>
          <w:rFonts w:ascii="Arial" w:hAnsi="Arial"/>
          <w:sz w:val="22"/>
        </w:rPr>
        <w:t>And I think it is a lot about that societal pressure, isn't it? I think it's where most people's reluctance to go to the doctor and seek help comes from it doesn't, you know, it comes from inside because the outside world has got these, these perceptions that it it makes you weak, it means that there's a problem, it means there's something wrong with you. And yeah, you know, that does all come from from real, deep set sort of bigotry and prejudices.</w:t>
      </w:r>
    </w:p>
    <w:p>
      <w:pPr>
        <w:spacing w:after="0"/>
      </w:pPr>
    </w:p>
    <w:p>
      <w:pPr>
        <w:spacing w:after="0"/>
      </w:pPr>
      <w:r>
        <w:rPr>
          <w:rFonts w:ascii="Arial" w:hAnsi="Arial"/>
          <w:b/>
          <w:sz w:val="22"/>
        </w:rPr>
        <w:t xml:space="preserve">Lucy  </w:t>
      </w:r>
      <w:r>
        <w:rPr>
          <w:rFonts w:ascii="Arial" w:hAnsi="Arial"/>
          <w:color w:val="5D7284"/>
          <w:sz w:val="22"/>
        </w:rPr>
        <w:t>16:18</w:t>
      </w:r>
    </w:p>
    <w:p>
      <w:pPr>
        <w:spacing w:after="0"/>
      </w:pPr>
      <w:r>
        <w:rPr>
          <w:rFonts w:ascii="Arial" w:hAnsi="Arial"/>
          <w:sz w:val="22"/>
        </w:rPr>
        <w:t xml:space="preserve">do you think as well Alice, that, you know, people, people like me, you and Tyler, me, and you specifically as disabled pe- you know, disabled people are sort of more open and like, this needs to be fixed, like, I can't function like this anymore - </w:t>
      </w:r>
    </w:p>
    <w:p>
      <w:pPr>
        <w:spacing w:after="0"/>
      </w:pPr>
    </w:p>
    <w:p>
      <w:pPr>
        <w:spacing w:after="0"/>
      </w:pPr>
      <w:r>
        <w:rPr>
          <w:rFonts w:ascii="Arial" w:hAnsi="Arial"/>
          <w:b/>
          <w:sz w:val="22"/>
        </w:rPr>
        <w:t xml:space="preserve">Alice  </w:t>
      </w:r>
      <w:r>
        <w:rPr>
          <w:rFonts w:ascii="Arial" w:hAnsi="Arial"/>
          <w:color w:val="5D7284"/>
          <w:sz w:val="22"/>
        </w:rPr>
        <w:t>16:38</w:t>
      </w:r>
    </w:p>
    <w:p>
      <w:pPr>
        <w:spacing w:after="0"/>
      </w:pPr>
      <w:r>
        <w:rPr>
          <w:rFonts w:ascii="Arial" w:hAnsi="Arial"/>
          <w:sz w:val="22"/>
        </w:rPr>
        <w:t xml:space="preserve">Yeah I think there is a - </w:t>
      </w:r>
    </w:p>
    <w:p>
      <w:pPr>
        <w:spacing w:after="0"/>
      </w:pPr>
    </w:p>
    <w:p>
      <w:pPr>
        <w:spacing w:after="0"/>
      </w:pPr>
      <w:r>
        <w:rPr>
          <w:rFonts w:ascii="Arial" w:hAnsi="Arial"/>
          <w:b/>
          <w:sz w:val="22"/>
        </w:rPr>
        <w:t xml:space="preserve">Lucy  </w:t>
      </w:r>
      <w:r>
        <w:rPr>
          <w:rFonts w:ascii="Arial" w:hAnsi="Arial"/>
          <w:color w:val="5D7284"/>
          <w:sz w:val="22"/>
        </w:rPr>
        <w:t>16:39</w:t>
      </w:r>
    </w:p>
    <w:p>
      <w:pPr>
        <w:spacing w:after="0"/>
      </w:pPr>
      <w:r>
        <w:rPr>
          <w:rFonts w:ascii="Arial" w:hAnsi="Arial"/>
          <w:sz w:val="22"/>
        </w:rPr>
        <w:t>Because of our disability we're more open to going actually, can you sort this out, please, because I have enough to deal with it as it is, I can't have this kicking it off as well.</w:t>
      </w:r>
    </w:p>
    <w:p>
      <w:pPr>
        <w:spacing w:after="0"/>
      </w:pPr>
    </w:p>
    <w:p>
      <w:pPr>
        <w:spacing w:after="0"/>
      </w:pPr>
      <w:r>
        <w:rPr>
          <w:rFonts w:ascii="Arial" w:hAnsi="Arial"/>
          <w:b/>
          <w:sz w:val="22"/>
        </w:rPr>
        <w:t xml:space="preserve">Alice  </w:t>
      </w:r>
      <w:r>
        <w:rPr>
          <w:rFonts w:ascii="Arial" w:hAnsi="Arial"/>
          <w:color w:val="5D7284"/>
          <w:sz w:val="22"/>
        </w:rPr>
        <w:t>16:49</w:t>
      </w:r>
    </w:p>
    <w:p>
      <w:pPr>
        <w:spacing w:after="0"/>
      </w:pPr>
      <w:r>
        <w:rPr>
          <w:rFonts w:ascii="Arial" w:hAnsi="Arial"/>
          <w:sz w:val="22"/>
        </w:rPr>
        <w:t xml:space="preserve">Well and it's the we are more prone to people with you know, health conditions across the board are more prone to being debilitated by an issue. Not you know, not because necessarily that the the issue itself, but it's the, you know, for me, if I'm having a bad eye day, I can't function at all, I can't get outta bed, like, you know, it's it's migraines, I can't do anything. And if I have that, start getting those regularly, I just don't I have no quality of life at all. And </w:t>
      </w:r>
    </w:p>
    <w:p>
      <w:pPr>
        <w:spacing w:after="0"/>
      </w:pPr>
    </w:p>
    <w:p>
      <w:pPr>
        <w:spacing w:after="0"/>
      </w:pPr>
      <w:r>
        <w:rPr>
          <w:rFonts w:ascii="Arial" w:hAnsi="Arial"/>
          <w:b/>
          <w:sz w:val="22"/>
        </w:rPr>
        <w:t xml:space="preserve">Lucy  </w:t>
      </w:r>
      <w:r>
        <w:rPr>
          <w:rFonts w:ascii="Arial" w:hAnsi="Arial"/>
          <w:color w:val="5D7284"/>
          <w:sz w:val="22"/>
        </w:rPr>
        <w:t>17:24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17:25</w:t>
      </w:r>
    </w:p>
    <w:p>
      <w:pPr>
        <w:spacing w:after="0"/>
      </w:pPr>
      <w:r>
        <w:rPr>
          <w:rFonts w:ascii="Arial" w:hAnsi="Arial"/>
          <w:sz w:val="22"/>
        </w:rPr>
        <w:t xml:space="preserve">I can try all the warm baths and soothing music and you know, saline drops that I like, if it's not going to make it go away, then I know that I have to find somebody to go, I need someone to fix this. because I I can't exist like that. And I think that there are probably people who, who don't have the same experiences with you know, health conditions, disabilities, mental illness who don't, don't know that that's an actual possibility </w:t>
      </w:r>
    </w:p>
    <w:p>
      <w:pPr>
        <w:spacing w:after="0"/>
      </w:pPr>
    </w:p>
    <w:p>
      <w:pPr>
        <w:spacing w:after="0"/>
      </w:pPr>
      <w:r>
        <w:rPr>
          <w:rFonts w:ascii="Arial" w:hAnsi="Arial"/>
          <w:b/>
          <w:sz w:val="22"/>
        </w:rPr>
        <w:t xml:space="preserve">Lucy  </w:t>
      </w:r>
      <w:r>
        <w:rPr>
          <w:rFonts w:ascii="Arial" w:hAnsi="Arial"/>
          <w:color w:val="5D7284"/>
          <w:sz w:val="22"/>
        </w:rPr>
        <w:t>17:55</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17:56</w:t>
      </w:r>
    </w:p>
    <w:p>
      <w:pPr>
        <w:spacing w:after="0"/>
      </w:pPr>
      <w:r>
        <w:rPr>
          <w:rFonts w:ascii="Arial" w:hAnsi="Arial"/>
          <w:sz w:val="22"/>
        </w:rPr>
        <w:t>That you could just lose six weeks of your life, suddenly and there's nothing you can do it.</w:t>
      </w:r>
    </w:p>
    <w:p>
      <w:pPr>
        <w:spacing w:after="0"/>
      </w:pPr>
    </w:p>
    <w:p>
      <w:pPr>
        <w:spacing w:after="0"/>
      </w:pPr>
      <w:r>
        <w:rPr>
          <w:rFonts w:ascii="Arial" w:hAnsi="Arial"/>
          <w:b/>
          <w:sz w:val="22"/>
        </w:rPr>
        <w:t xml:space="preserve">Lucy  </w:t>
      </w:r>
      <w:r>
        <w:rPr>
          <w:rFonts w:ascii="Arial" w:hAnsi="Arial"/>
          <w:color w:val="5D7284"/>
          <w:sz w:val="22"/>
        </w:rPr>
        <w:t>18:02</w:t>
      </w:r>
    </w:p>
    <w:p>
      <w:pPr>
        <w:spacing w:after="0"/>
      </w:pPr>
      <w:r>
        <w:rPr>
          <w:rFonts w:ascii="Arial" w:hAnsi="Arial"/>
          <w:sz w:val="22"/>
        </w:rPr>
        <w:t>Yeah. And it also makes me think that if people if people had to experience what people like, us here have to experience like the pain we're in, you know, the difficulties we have, just to get out of bed in the morning sometimes that if they had to experience that on a regular basis, like we do, the world's would end within like two weeks, I can't do anything, I'm sorry, I've got a headache!</w:t>
      </w:r>
    </w:p>
    <w:p>
      <w:pPr>
        <w:spacing w:after="0"/>
      </w:pPr>
    </w:p>
    <w:p>
      <w:pPr>
        <w:spacing w:after="0"/>
      </w:pPr>
      <w:r>
        <w:rPr>
          <w:rFonts w:ascii="Arial" w:hAnsi="Arial"/>
          <w:b/>
          <w:sz w:val="22"/>
        </w:rPr>
        <w:t xml:space="preserve">Alice  </w:t>
      </w:r>
      <w:r>
        <w:rPr>
          <w:rFonts w:ascii="Arial" w:hAnsi="Arial"/>
          <w:color w:val="5D7284"/>
          <w:sz w:val="22"/>
        </w:rPr>
        <w:t>18:30</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18:31</w:t>
      </w:r>
    </w:p>
    <w:p>
      <w:pPr>
        <w:spacing w:after="0"/>
      </w:pPr>
      <w:r>
        <w:rPr>
          <w:rFonts w:ascii="Arial" w:hAnsi="Arial"/>
          <w:sz w:val="22"/>
        </w:rPr>
        <w:t xml:space="preserve">you know, like, the world would implode because everybody would be like - </w:t>
      </w:r>
    </w:p>
    <w:p>
      <w:pPr>
        <w:spacing w:after="0"/>
      </w:pPr>
    </w:p>
    <w:p>
      <w:pPr>
        <w:spacing w:after="0"/>
      </w:pPr>
      <w:r>
        <w:rPr>
          <w:rFonts w:ascii="Arial" w:hAnsi="Arial"/>
          <w:b/>
          <w:sz w:val="22"/>
        </w:rPr>
        <w:t xml:space="preserve">Alice  </w:t>
      </w:r>
      <w:r>
        <w:rPr>
          <w:rFonts w:ascii="Arial" w:hAnsi="Arial"/>
          <w:color w:val="5D7284"/>
          <w:sz w:val="22"/>
        </w:rPr>
        <w:t>18:35</w:t>
      </w:r>
    </w:p>
    <w:p>
      <w:pPr>
        <w:spacing w:after="0"/>
      </w:pPr>
      <w:r>
        <w:rPr>
          <w:rFonts w:ascii="Arial" w:hAnsi="Arial"/>
          <w:sz w:val="22"/>
        </w:rPr>
        <w:t>It would cease to function</w:t>
      </w:r>
    </w:p>
    <w:p>
      <w:pPr>
        <w:spacing w:after="0"/>
      </w:pPr>
    </w:p>
    <w:p>
      <w:pPr>
        <w:spacing w:after="0"/>
      </w:pPr>
      <w:r>
        <w:rPr>
          <w:rFonts w:ascii="Arial" w:hAnsi="Arial"/>
          <w:b/>
          <w:sz w:val="22"/>
        </w:rPr>
        <w:t xml:space="preserve">Lucy  </w:t>
      </w:r>
      <w:r>
        <w:rPr>
          <w:rFonts w:ascii="Arial" w:hAnsi="Arial"/>
          <w:color w:val="5D7284"/>
          <w:sz w:val="22"/>
        </w:rPr>
        <w:t>18:37</w:t>
      </w:r>
    </w:p>
    <w:p>
      <w:pPr>
        <w:spacing w:after="0"/>
      </w:pPr>
      <w:r>
        <w:rPr>
          <w:rFonts w:ascii="Arial" w:hAnsi="Arial"/>
          <w:sz w:val="22"/>
        </w:rPr>
        <w:t xml:space="preserve">Whereas, whereas, we, like, we have lives and we have things to do and, you know, jobs to go to and things like that you think to yourself, if I give into this, though, I won't have to go to work and I won't, you know, have a job and all this and you think if, if non disabled people or people who are relatively healthy and lead, quote unquote, a normal life that if they had to experience it, even a 10th of what we go through, they'd be like the it's like it's a bit like when London gets snow. Like northerners were like yes, there's snow and it's six inches but I'm still coming to work. Whereas London gets snow and the whole, it's like the world's ending. It's the, that's how I see it It's just I think, like that reluctance to go something is hurting me. Whether physically or mentally, I need to get it sorted is you think that's just it's silly. </w:t>
      </w:r>
    </w:p>
    <w:p>
      <w:pPr>
        <w:spacing w:after="0"/>
      </w:pPr>
    </w:p>
    <w:p>
      <w:pPr>
        <w:spacing w:after="0"/>
      </w:pPr>
      <w:r>
        <w:rPr>
          <w:rFonts w:ascii="Arial" w:hAnsi="Arial"/>
          <w:b/>
          <w:sz w:val="22"/>
        </w:rPr>
        <w:t xml:space="preserve">Alice  </w:t>
      </w:r>
      <w:r>
        <w:rPr>
          <w:rFonts w:ascii="Arial" w:hAnsi="Arial"/>
          <w:color w:val="5D7284"/>
          <w:sz w:val="22"/>
        </w:rPr>
        <w:t>19:35</w:t>
      </w:r>
    </w:p>
    <w:p>
      <w:pPr>
        <w:spacing w:after="0"/>
      </w:pPr>
      <w:r>
        <w:rPr>
          <w:rFonts w:ascii="Arial" w:hAnsi="Arial"/>
          <w:sz w:val="22"/>
        </w:rPr>
        <w:t xml:space="preserve">I think you - </w:t>
      </w:r>
    </w:p>
    <w:p>
      <w:pPr>
        <w:spacing w:after="0"/>
      </w:pPr>
    </w:p>
    <w:p>
      <w:pPr>
        <w:spacing w:after="0"/>
      </w:pPr>
      <w:r>
        <w:rPr>
          <w:rFonts w:ascii="Arial" w:hAnsi="Arial"/>
          <w:b/>
          <w:sz w:val="22"/>
        </w:rPr>
        <w:t xml:space="preserve">Lucy  </w:t>
      </w:r>
      <w:r>
        <w:rPr>
          <w:rFonts w:ascii="Arial" w:hAnsi="Arial"/>
          <w:color w:val="5D7284"/>
          <w:sz w:val="22"/>
        </w:rPr>
        <w:t>19:35</w:t>
      </w:r>
    </w:p>
    <w:p>
      <w:pPr>
        <w:spacing w:after="0"/>
      </w:pPr>
      <w:r>
        <w:rPr>
          <w:rFonts w:ascii="Arial" w:hAnsi="Arial"/>
          <w:sz w:val="22"/>
        </w:rPr>
        <w:t>Stop being silly,</w:t>
      </w:r>
    </w:p>
    <w:p>
      <w:pPr>
        <w:spacing w:after="0"/>
      </w:pPr>
    </w:p>
    <w:p>
      <w:pPr>
        <w:spacing w:after="0"/>
      </w:pPr>
      <w:r>
        <w:rPr>
          <w:rFonts w:ascii="Arial" w:hAnsi="Arial"/>
          <w:b/>
          <w:sz w:val="22"/>
        </w:rPr>
        <w:t xml:space="preserve">Alice  </w:t>
      </w:r>
      <w:r>
        <w:rPr>
          <w:rFonts w:ascii="Arial" w:hAnsi="Arial"/>
          <w:color w:val="5D7284"/>
          <w:sz w:val="22"/>
        </w:rPr>
        <w:t>19:37</w:t>
      </w:r>
    </w:p>
    <w:p>
      <w:pPr>
        <w:spacing w:after="0"/>
      </w:pPr>
      <w:r>
        <w:rPr>
          <w:rFonts w:ascii="Arial" w:hAnsi="Arial"/>
          <w:sz w:val="22"/>
        </w:rPr>
        <w:t>I think your North is showing a bit Luce</w:t>
      </w:r>
    </w:p>
    <w:p>
      <w:pPr>
        <w:spacing w:after="0"/>
      </w:pPr>
    </w:p>
    <w:p>
      <w:pPr>
        <w:spacing w:after="0"/>
      </w:pPr>
      <w:r>
        <w:rPr>
          <w:rFonts w:ascii="Arial" w:hAnsi="Arial"/>
          <w:b/>
          <w:sz w:val="22"/>
        </w:rPr>
        <w:t xml:space="preserve">Lucy  </w:t>
      </w:r>
      <w:r>
        <w:rPr>
          <w:rFonts w:ascii="Arial" w:hAnsi="Arial"/>
          <w:color w:val="5D7284"/>
          <w:sz w:val="22"/>
        </w:rPr>
        <w:t>19:39</w:t>
      </w:r>
    </w:p>
    <w:p>
      <w:pPr>
        <w:spacing w:after="0"/>
      </w:pPr>
      <w:r>
        <w:rPr>
          <w:rFonts w:ascii="Arial" w:hAnsi="Arial"/>
          <w:sz w:val="22"/>
        </w:rPr>
        <w:t>Soft Southerners</w:t>
      </w:r>
    </w:p>
    <w:p>
      <w:pPr>
        <w:spacing w:after="0"/>
      </w:pPr>
    </w:p>
    <w:p>
      <w:pPr>
        <w:spacing w:after="0"/>
      </w:pPr>
      <w:r>
        <w:rPr>
          <w:rFonts w:ascii="Arial" w:hAnsi="Arial"/>
          <w:b/>
          <w:sz w:val="22"/>
        </w:rPr>
        <w:t xml:space="preserve">Alice  </w:t>
      </w:r>
      <w:r>
        <w:rPr>
          <w:rFonts w:ascii="Arial" w:hAnsi="Arial"/>
          <w:color w:val="5D7284"/>
          <w:sz w:val="22"/>
        </w:rPr>
        <w:t>19:44</w:t>
      </w:r>
    </w:p>
    <w:p>
      <w:pPr>
        <w:spacing w:after="0"/>
      </w:pPr>
      <w:r>
        <w:rPr>
          <w:rFonts w:ascii="Arial" w:hAnsi="Arial"/>
          <w:sz w:val="22"/>
        </w:rPr>
        <w:t>I am it makes me think of I have an older family member who at one point was having very significant work stress and wasn't sleeping and developed a really strange twist. And really, yeah, they went to the GP about it and GP had a long conversation with them. They came home with a prescription. And now my family member tell when they tell this story they say they, I think this will tell you a lot about this particular family member, they refer to the doctor as a quack. But they said, she didn't tell me what she was giving me. And so he came description and they Googled it. And it was a depressant. And he was like, Well, I'm not taking that. And I sort of said, so you're gonna continue to not sleep and have a weird twitchy eye. That means you can't look at anything or watch TV or like read a book or any, like, look at your phone for long periods. And just Just what, it's just gonna go away on its own as</w:t>
      </w:r>
    </w:p>
    <w:p>
      <w:pPr>
        <w:spacing w:after="0"/>
      </w:pPr>
    </w:p>
    <w:p>
      <w:pPr>
        <w:spacing w:after="0"/>
      </w:pPr>
      <w:r>
        <w:rPr>
          <w:rFonts w:ascii="Arial" w:hAnsi="Arial"/>
          <w:b/>
          <w:sz w:val="22"/>
        </w:rPr>
        <w:t xml:space="preserve">Lucy  </w:t>
      </w:r>
      <w:r>
        <w:rPr>
          <w:rFonts w:ascii="Arial" w:hAnsi="Arial"/>
          <w:color w:val="5D7284"/>
          <w:sz w:val="22"/>
        </w:rPr>
        <w:t>20:55</w:t>
      </w:r>
    </w:p>
    <w:p>
      <w:pPr>
        <w:spacing w:after="0"/>
      </w:pPr>
      <w:r>
        <w:rPr>
          <w:rFonts w:ascii="Arial" w:hAnsi="Arial"/>
          <w:sz w:val="22"/>
        </w:rPr>
        <w:t>I'm fine. It's fine. I'm fine. Honestly, I'm fine. Like twitching. It's</w:t>
      </w:r>
    </w:p>
    <w:p>
      <w:pPr>
        <w:spacing w:after="0"/>
      </w:pPr>
    </w:p>
    <w:p>
      <w:pPr>
        <w:spacing w:after="0"/>
      </w:pPr>
      <w:r>
        <w:rPr>
          <w:rFonts w:ascii="Arial" w:hAnsi="Arial"/>
          <w:b/>
          <w:sz w:val="22"/>
        </w:rPr>
        <w:t xml:space="preserve">Alice  </w:t>
      </w:r>
      <w:r>
        <w:rPr>
          <w:rFonts w:ascii="Arial" w:hAnsi="Arial"/>
          <w:color w:val="5D7284"/>
          <w:sz w:val="22"/>
        </w:rPr>
        <w:t>20:59</w:t>
      </w:r>
    </w:p>
    <w:p>
      <w:pPr>
        <w:spacing w:after="0"/>
      </w:pPr>
      <w:r>
        <w:rPr>
          <w:rFonts w:ascii="Arial" w:hAnsi="Arial"/>
          <w:sz w:val="22"/>
        </w:rPr>
        <w:t>exactly it's exactly that. And I can remember at the time thinking, like, do you it's, it's almost like, like satire, you knows? Yeah. do you see yourself? you hear what you are saying? This is it is nonsensical, what you're saying. Yeah. Smash yourself in the face with a custard pie is more likely to help than what you're doing. But but but there it is, that is that absolute detachment from you know, why go to the doctor in the first place, if you're then just gonna go do that. Like, you don't know what you're talking about doctor that I went to see Doctor Who,</w:t>
      </w:r>
    </w:p>
    <w:p>
      <w:pPr>
        <w:spacing w:after="0"/>
      </w:pPr>
    </w:p>
    <w:p>
      <w:pPr>
        <w:spacing w:after="0"/>
      </w:pPr>
      <w:r>
        <w:rPr>
          <w:rFonts w:ascii="Arial" w:hAnsi="Arial"/>
          <w:b/>
          <w:sz w:val="22"/>
        </w:rPr>
        <w:t xml:space="preserve">Lucy  </w:t>
      </w:r>
      <w:r>
        <w:rPr>
          <w:rFonts w:ascii="Arial" w:hAnsi="Arial"/>
          <w:color w:val="5D7284"/>
          <w:sz w:val="22"/>
        </w:rPr>
        <w:t>21:45</w:t>
      </w:r>
    </w:p>
    <w:p>
      <w:pPr>
        <w:spacing w:after="0"/>
      </w:pPr>
      <w:r>
        <w:rPr>
          <w:rFonts w:ascii="Arial" w:hAnsi="Arial"/>
          <w:sz w:val="22"/>
        </w:rPr>
        <w:t>the amount of doctors who I see who like telling me to do something, so I try it, but because I'm going to, I'm going to take the doctor's advice, thank you very much. And then they go back for a follow up appointment. And they go, I'm really impressed that you followed my advice. And, of course, I followed your advice. I'm not gonna go I'm actually what? What's gonna sort this is a herbal tea. I'll be fine. do you know what I mean is that, of course, I've taken your advice.</w:t>
      </w:r>
    </w:p>
    <w:p>
      <w:pPr>
        <w:spacing w:after="0"/>
      </w:pPr>
    </w:p>
    <w:p>
      <w:pPr>
        <w:spacing w:after="0"/>
      </w:pPr>
      <w:r>
        <w:rPr>
          <w:rFonts w:ascii="Arial" w:hAnsi="Arial"/>
          <w:b/>
          <w:sz w:val="22"/>
        </w:rPr>
        <w:t xml:space="preserve">Alice  </w:t>
      </w:r>
      <w:r>
        <w:rPr>
          <w:rFonts w:ascii="Arial" w:hAnsi="Arial"/>
          <w:color w:val="5D7284"/>
          <w:sz w:val="22"/>
        </w:rPr>
        <w:t>22:11</w:t>
      </w:r>
    </w:p>
    <w:p>
      <w:pPr>
        <w:spacing w:after="0"/>
      </w:pPr>
      <w:r>
        <w:rPr>
          <w:rFonts w:ascii="Arial" w:hAnsi="Arial"/>
          <w:sz w:val="22"/>
        </w:rPr>
        <w:t>And like, we've talked on this show about some of the problems with the, you know, the medical system, the the, the medical model of disability is still very strong. And that is a problem, the attitude of a lot of doctors towards disabled and sick people is really, quite debilitating, you know, can be more debilitating than the condition itself. But you do think, you know, it's like you say, you kind of give it a go, even if you're like, I don't think this is gonna work, you give it a go. And and yeah, there's a difference, I think between going I'm not actually going to listen to the doctor because the doctor doesn't know what they're talking about. because I don't actually want to sit here and accept the fact that I may need antidepressants versus somebody who like go to the doctor and the doctor misdiagnosis them or treats them badly. Yeah. Did you find Tyler with your kind of journey to getting a diagnosis for your mental health? How? What was that experience? Like for you? Obviously, we've got quite different healthcare systems between the US and the UK was, was it a long journey for you.</w:t>
      </w:r>
    </w:p>
    <w:p>
      <w:pPr>
        <w:spacing w:after="0"/>
      </w:pPr>
    </w:p>
    <w:p>
      <w:pPr>
        <w:spacing w:after="0"/>
      </w:pPr>
      <w:r>
        <w:rPr>
          <w:rFonts w:ascii="Arial" w:hAnsi="Arial"/>
          <w:b/>
          <w:sz w:val="22"/>
        </w:rPr>
        <w:t xml:space="preserve">Tyler  </w:t>
      </w:r>
      <w:r>
        <w:rPr>
          <w:rFonts w:ascii="Arial" w:hAnsi="Arial"/>
          <w:color w:val="5D7284"/>
          <w:sz w:val="22"/>
        </w:rPr>
        <w:t>23:24</w:t>
      </w:r>
    </w:p>
    <w:p>
      <w:pPr>
        <w:spacing w:after="0"/>
      </w:pPr>
      <w:r>
        <w:rPr>
          <w:rFonts w:ascii="Arial" w:hAnsi="Arial"/>
          <w:sz w:val="22"/>
        </w:rPr>
        <w:t>Um, it was a, I was misdiagnosed whenever I was younger as cyclothymic. And which is like a form of bipolar, but to a lesser extent. So at that point, they didn't give me any medication, they didn't follow up, they didn't send me to a psychiatrist. This was just my primary care doctor. And they just said, Oh, you'll be fine live with it. And it wasn't until late 2015 when I tried to commit suicide, that I decided to actually go to a therapist, and, you know, try to figure this out. And the therapist actually referred me to a psychiatrist. So once I got to the psychiatrist, that's when I got my official bipolar and depression, anxiety, disorder, diagnosis. And it from there, it's been pretty smooth. I think I've been one of the lucky ones that I've had good psychiatrist. I've only had two psychiatrists in the past 10 years that I've been or eight, eight years, eight years that I've been going to the doctor for it. And they've both been wonderful. Both been great. The one that I'm going to now I've been going to for about six years. So she's kind of been, she knows me really well. But there are a lot of horror stories that I've heard from other people. And I think the biggest challenge is that a lot of these psychiatrists don't take insurance. So We're stuck paying hundreds and hundreds of dollars per visit out of pocket. And it's very hard to afford, especially if you're going twice a month or once a week, you know, you can't afford $250 per visit, going every month.</w:t>
      </w:r>
    </w:p>
    <w:p>
      <w:pPr>
        <w:spacing w:after="0"/>
      </w:pPr>
    </w:p>
    <w:p>
      <w:pPr>
        <w:spacing w:after="0"/>
      </w:pPr>
      <w:r>
        <w:rPr>
          <w:rFonts w:ascii="Arial" w:hAnsi="Arial"/>
          <w:b/>
          <w:sz w:val="22"/>
        </w:rPr>
        <w:t xml:space="preserve">Alice  </w:t>
      </w:r>
      <w:r>
        <w:rPr>
          <w:rFonts w:ascii="Arial" w:hAnsi="Arial"/>
          <w:color w:val="5D7284"/>
          <w:sz w:val="22"/>
        </w:rPr>
        <w:t>25:22</w:t>
      </w:r>
    </w:p>
    <w:p>
      <w:pPr>
        <w:spacing w:after="0"/>
      </w:pPr>
      <w:r>
        <w:rPr>
          <w:rFonts w:ascii="Arial" w:hAnsi="Arial"/>
          <w:sz w:val="22"/>
        </w:rPr>
        <w:t>Especially if you've got a condition that impacts your mental health. That means maybe you can't work right? you can't, you know, so where are you supposed to get their money from? Yeah, yeah.</w:t>
      </w:r>
    </w:p>
    <w:p>
      <w:pPr>
        <w:spacing w:after="0"/>
      </w:pPr>
    </w:p>
    <w:p>
      <w:pPr>
        <w:spacing w:after="0"/>
      </w:pPr>
      <w:r>
        <w:rPr>
          <w:rFonts w:ascii="Arial" w:hAnsi="Arial"/>
          <w:b/>
          <w:sz w:val="22"/>
        </w:rPr>
        <w:t xml:space="preserve">Tyler  </w:t>
      </w:r>
      <w:r>
        <w:rPr>
          <w:rFonts w:ascii="Arial" w:hAnsi="Arial"/>
          <w:color w:val="5D7284"/>
          <w:sz w:val="22"/>
        </w:rPr>
        <w:t>25:33</w:t>
      </w:r>
    </w:p>
    <w:p>
      <w:pPr>
        <w:spacing w:after="0"/>
      </w:pPr>
      <w:r>
        <w:rPr>
          <w:rFonts w:ascii="Arial" w:hAnsi="Arial"/>
          <w:sz w:val="22"/>
        </w:rPr>
        <w:t>And then, you know, the disability system here is broken. So is unemployment system and things like that. But that's another topic for another day.</w:t>
      </w:r>
    </w:p>
    <w:p>
      <w:pPr>
        <w:spacing w:after="0"/>
      </w:pPr>
    </w:p>
    <w:p>
      <w:pPr>
        <w:spacing w:after="0"/>
      </w:pPr>
      <w:r>
        <w:rPr>
          <w:rFonts w:ascii="Arial" w:hAnsi="Arial"/>
          <w:b/>
          <w:sz w:val="22"/>
        </w:rPr>
        <w:t xml:space="preserve">Alice  </w:t>
      </w:r>
      <w:r>
        <w:rPr>
          <w:rFonts w:ascii="Arial" w:hAnsi="Arial"/>
          <w:color w:val="5D7284"/>
          <w:sz w:val="22"/>
        </w:rPr>
        <w:t>25:48</w:t>
      </w:r>
    </w:p>
    <w:p>
      <w:pPr>
        <w:spacing w:after="0"/>
      </w:pPr>
      <w:r>
        <w:rPr>
          <w:rFonts w:ascii="Arial" w:hAnsi="Arial"/>
          <w:sz w:val="22"/>
        </w:rPr>
        <w:t>don't get me started on welfare systems.</w:t>
      </w:r>
    </w:p>
    <w:p>
      <w:pPr>
        <w:spacing w:after="0"/>
      </w:pPr>
    </w:p>
    <w:p>
      <w:pPr>
        <w:spacing w:after="0"/>
      </w:pPr>
      <w:r>
        <w:rPr>
          <w:rFonts w:ascii="Arial" w:hAnsi="Arial"/>
          <w:b/>
          <w:sz w:val="22"/>
        </w:rPr>
        <w:t xml:space="preserve">Lucy  </w:t>
      </w:r>
      <w:r>
        <w:rPr>
          <w:rFonts w:ascii="Arial" w:hAnsi="Arial"/>
          <w:color w:val="5D7284"/>
          <w:sz w:val="22"/>
        </w:rPr>
        <w:t>26:00</w:t>
      </w:r>
    </w:p>
    <w:p>
      <w:pPr>
        <w:spacing w:after="0"/>
      </w:pPr>
      <w:r>
        <w:rPr>
          <w:rFonts w:ascii="Arial" w:hAnsi="Arial"/>
          <w:sz w:val="22"/>
        </w:rPr>
        <w:t>Yeah, did you did you feel like, Tyler, when you got your official diagnosis? was it like, Oh, that explains everything or Yeah, I already knew. was it a relief? Did you think right, okay, now we can get as now somebody is listening, let's crack on and see if we can get me in a sort of state where it doesn't. It's not, you know, it's not hurting as much anymore, that kind of thing? Or was it kind of like what I already knew that?</w:t>
      </w:r>
    </w:p>
    <w:p>
      <w:pPr>
        <w:spacing w:after="0"/>
      </w:pPr>
    </w:p>
    <w:p>
      <w:pPr>
        <w:spacing w:after="0"/>
      </w:pPr>
      <w:r>
        <w:rPr>
          <w:rFonts w:ascii="Arial" w:hAnsi="Arial"/>
          <w:b/>
          <w:sz w:val="22"/>
        </w:rPr>
        <w:t xml:space="preserve">Tyler  </w:t>
      </w:r>
      <w:r>
        <w:rPr>
          <w:rFonts w:ascii="Arial" w:hAnsi="Arial"/>
          <w:color w:val="5D7284"/>
          <w:sz w:val="22"/>
        </w:rPr>
        <w:t>26:31</w:t>
      </w:r>
    </w:p>
    <w:p>
      <w:pPr>
        <w:spacing w:after="0"/>
      </w:pPr>
      <w:r>
        <w:rPr>
          <w:rFonts w:ascii="Arial" w:hAnsi="Arial"/>
          <w:sz w:val="22"/>
        </w:rPr>
        <w:t>Well, it was more of, I was really nervous, because I wasn't sure how this was gonna change my life, I wasn't sure how it was going to impact me. you know, like I've mentioned earlier, there's so much stigma that goes around mental illness, especially in the southern United States, that I was afraid of what other people would think of me of what people would how people would judge me and how they would see me differently. But it took me a while. Eventually, I realised that, you know, this is a life changing event, but in a good way. because now I can get on medication, I can get the treatment that I need. I can, you know, just imagine everything I've accomplished up to this point with an undiagnosed mental illness. Now, imagine what you can accomplish going forward with a diagnosis and a treatment plan for your mental illness. And that was really the turning point in my early years was that kind of realisation and being able to say, I'm going to be better now, because of this diagnosis. you know, I've lived with it this long. It's not like I just, you know, it's not like the flu or a cold where you just get it one day and you know, then it's gone in a couple of days, you know, you you pretty much most mental illness you live with for your entire life. And I think that's, that's probably the biggest thing was I realised that I'm going to be better now and help more people.</w:t>
      </w:r>
    </w:p>
    <w:p>
      <w:pPr>
        <w:spacing w:after="0"/>
      </w:pPr>
    </w:p>
    <w:p>
      <w:pPr>
        <w:spacing w:after="0"/>
      </w:pPr>
      <w:r>
        <w:rPr>
          <w:rFonts w:ascii="Arial" w:hAnsi="Arial"/>
          <w:b/>
          <w:sz w:val="22"/>
        </w:rPr>
        <w:t xml:space="preserve">Alice  </w:t>
      </w:r>
      <w:r>
        <w:rPr>
          <w:rFonts w:ascii="Arial" w:hAnsi="Arial"/>
          <w:color w:val="5D7284"/>
          <w:sz w:val="22"/>
        </w:rPr>
        <w:t>28:00</w:t>
      </w:r>
    </w:p>
    <w:p>
      <w:pPr>
        <w:spacing w:after="0"/>
      </w:pPr>
      <w:r>
        <w:rPr>
          <w:rFonts w:ascii="Arial" w:hAnsi="Arial"/>
          <w:sz w:val="22"/>
        </w:rPr>
        <w:t xml:space="preserve">I love I really like that attitude that that statement of, you know, look at what I achieved up to now without the diagnosis without all the support that comes with that. it just it's it's a throwing the doors wide, isn't it and going just try and stop me now. I love that. </w:t>
      </w:r>
    </w:p>
    <w:p>
      <w:pPr>
        <w:spacing w:after="0"/>
      </w:pPr>
    </w:p>
    <w:p>
      <w:pPr>
        <w:spacing w:after="0"/>
      </w:pPr>
      <w:r>
        <w:rPr>
          <w:rFonts w:ascii="Arial" w:hAnsi="Arial"/>
          <w:b/>
          <w:sz w:val="22"/>
        </w:rPr>
        <w:t xml:space="preserve">Lucy  </w:t>
      </w:r>
      <w:r>
        <w:rPr>
          <w:rFonts w:ascii="Arial" w:hAnsi="Arial"/>
          <w:color w:val="5D7284"/>
          <w:sz w:val="22"/>
        </w:rPr>
        <w:t>28:20</w:t>
      </w:r>
    </w:p>
    <w:p>
      <w:pPr>
        <w:spacing w:after="0"/>
      </w:pPr>
      <w:r>
        <w:rPr>
          <w:rFonts w:ascii="Arial" w:hAnsi="Arial"/>
          <w:sz w:val="22"/>
        </w:rPr>
        <w:t>Yeah. It's like rocket fuel for your life. isn't it really? Like, there's no stopping me now?</w:t>
      </w:r>
    </w:p>
    <w:p>
      <w:pPr>
        <w:spacing w:after="0"/>
      </w:pPr>
    </w:p>
    <w:p>
      <w:pPr>
        <w:spacing w:after="0"/>
      </w:pPr>
      <w:r>
        <w:rPr>
          <w:rFonts w:ascii="Arial" w:hAnsi="Arial"/>
          <w:b/>
          <w:sz w:val="22"/>
        </w:rPr>
        <w:t xml:space="preserve">Alice  </w:t>
      </w:r>
      <w:r>
        <w:rPr>
          <w:rFonts w:ascii="Arial" w:hAnsi="Arial"/>
          <w:color w:val="5D7284"/>
          <w:sz w:val="22"/>
        </w:rPr>
        <w:t>28:28</w:t>
      </w:r>
    </w:p>
    <w:p>
      <w:pPr>
        <w:spacing w:after="0"/>
      </w:pPr>
      <w:r>
        <w:rPr>
          <w:rFonts w:ascii="Arial" w:hAnsi="Arial"/>
          <w:sz w:val="22"/>
        </w:rPr>
        <w:t>Yeah, absolutely. Tyler, why don't you tell us a little bit about what you kind of what you have achieved since you got your diagnosis. Tell us about some of the things that you've done.</w:t>
      </w:r>
    </w:p>
    <w:p>
      <w:pPr>
        <w:spacing w:after="0"/>
      </w:pPr>
    </w:p>
    <w:p>
      <w:pPr>
        <w:spacing w:after="0"/>
      </w:pPr>
      <w:r>
        <w:rPr>
          <w:rFonts w:ascii="Arial" w:hAnsi="Arial"/>
          <w:b/>
          <w:sz w:val="22"/>
        </w:rPr>
        <w:t xml:space="preserve">Tyler  </w:t>
      </w:r>
      <w:r>
        <w:rPr>
          <w:rFonts w:ascii="Arial" w:hAnsi="Arial"/>
          <w:color w:val="5D7284"/>
          <w:sz w:val="22"/>
        </w:rPr>
        <w:t>28:38</w:t>
      </w:r>
    </w:p>
    <w:p>
      <w:pPr>
        <w:spacing w:after="0"/>
      </w:pPr>
      <w:r>
        <w:rPr>
          <w:rFonts w:ascii="Arial" w:hAnsi="Arial"/>
          <w:sz w:val="22"/>
        </w:rPr>
        <w:t>Yeah. So I after my diagnosis, which was by last year in college, my last semester in college, actually, I met my current wife, and I finally had got like a good combination of medicine when I met her and took that as a sign that, you know, she was the one that was here. She was my angel that came down to save me from the darkness. So I got her and that's probably the most important thing to me personally. But I have also taken several positions, high positions at young ages. you know, I was 21 whenever I first took on the role of public information officer for a local government. And that was, you know, a huge thing. I was the youngest local government, Pio in the state and was winning I won an award every year for the first six years that I was there before I left to start my own business, and I run two businesses now tea with coffee media, which is an indie publisher, and the wit kowski company, which is a nonprofit marketing and communications agency. I've also published four books with to plan for 2024 maybe three if I can get to it, get cracking and you know, I've been able to successfully create an author brand, a blog, do podcast, run my social media accounts and just make a difference in the world. you know, besides my wife, one of the biggest accomplishments that I've been able to do is having people reach out to me after they've read my books, or seen a podcast appearance and tell me, you know, you've made a difference in my life, your story has made me realise that I'm not alone, that I'm not the only one going through this. And it has been such a powerful feeling and such a rewarding feeling. it sets all of the awards, all of the books I've published, you know, they don't even touch this feeling of, you know, making a difference in people's lives.</w:t>
      </w:r>
    </w:p>
    <w:p>
      <w:pPr>
        <w:spacing w:after="0"/>
      </w:pPr>
    </w:p>
    <w:p>
      <w:pPr>
        <w:spacing w:after="0"/>
      </w:pPr>
      <w:r>
        <w:rPr>
          <w:rFonts w:ascii="Arial" w:hAnsi="Arial"/>
          <w:b/>
          <w:sz w:val="22"/>
        </w:rPr>
        <w:t xml:space="preserve">Lucy  </w:t>
      </w:r>
      <w:r>
        <w:rPr>
          <w:rFonts w:ascii="Arial" w:hAnsi="Arial"/>
          <w:color w:val="5D7284"/>
          <w:sz w:val="22"/>
        </w:rPr>
        <w:t>30:45</w:t>
      </w:r>
    </w:p>
    <w:p>
      <w:pPr>
        <w:spacing w:after="0"/>
      </w:pPr>
      <w:r>
        <w:rPr>
          <w:rFonts w:ascii="Arial" w:hAnsi="Arial"/>
          <w:sz w:val="22"/>
        </w:rPr>
        <w:t>I think both Alice and I can sort of relate to that, because, you know, we, we set this podcast up, it was like a lockdown project during COVID. And I don't think I think I speak for myself, but I don't know about you, Alice, I don't think we really realised like, there are a few people that come up to us, or leave us like messages on our social media to do with the podcast. And they'll say, you know, I really liked listening to you, two. I found it like a source of comfort. I feel like I'm talking, you know, listening to friends. And I, that always moves me, I feel incredibly moved when I hear those stories, because, like, to me and Alice, this is just me and my mate sat having a chat with other really interesting people. I don't think when we're recording episodes, that that is always at the forefront of our mind of where it you know, we're supporting other people, but it's so nice to hear about the impact that even if it's a small little impact of how we are helping other disabled people, either newly diagnosed, long term diagnosed, people find somewhere where they can feel like oh, yeah, that they, they understand what I'm going through, or they've been through similar. I think it's so nice. And it motivates me to keep going, because let me tell you, putting the podcast together is hard work. Yeah, it definitely, definitely motivates me and keeps me going. I don't know about you, Alice.</w:t>
      </w:r>
    </w:p>
    <w:p>
      <w:pPr>
        <w:spacing w:after="0"/>
      </w:pPr>
    </w:p>
    <w:p>
      <w:pPr>
        <w:spacing w:after="0"/>
      </w:pPr>
      <w:r>
        <w:rPr>
          <w:rFonts w:ascii="Arial" w:hAnsi="Arial"/>
          <w:b/>
          <w:sz w:val="22"/>
        </w:rPr>
        <w:t xml:space="preserve">Alice  </w:t>
      </w:r>
      <w:r>
        <w:rPr>
          <w:rFonts w:ascii="Arial" w:hAnsi="Arial"/>
          <w:color w:val="5D7284"/>
          <w:sz w:val="22"/>
        </w:rPr>
        <w:t>32:17</w:t>
      </w:r>
    </w:p>
    <w:p>
      <w:pPr>
        <w:spacing w:after="0"/>
      </w:pPr>
      <w:r>
        <w:rPr>
          <w:rFonts w:ascii="Arial" w:hAnsi="Arial"/>
          <w:sz w:val="22"/>
        </w:rPr>
        <w:t>I think what's particularly kind of resonates for me as well as is that for me, one of the things I did always, for a very long time, feel very isolated, and misunderstood and didn't know didn't see anybody else around who was like me didn't feel like there was anybody else in the world who, who could, who could see me the way that I wanted to be seen as the person that I wanted to be. And the biggest thing for me was finding a community who understand even if it's not people who have got the same exact experience, even the same, you know, disability, Lucy and I have got very different disabilities and out, the things that kind of practically we have difficulty with are very different. But there is a sense of not feeling alone. That, yes, has come from this podcast. And that has come from the messages from our audiences. And I think it's that to me, like you say, Tyler, it feels like this, this is worth all the hard work, because if if I can help if, if I know how important not feeling alone, is to me, if I can give that to one other person, then my I've done, it's worth it, you know?</w:t>
      </w:r>
    </w:p>
    <w:p>
      <w:pPr>
        <w:spacing w:after="0"/>
      </w:pPr>
    </w:p>
    <w:p>
      <w:pPr>
        <w:spacing w:after="0"/>
      </w:pPr>
      <w:r>
        <w:rPr>
          <w:rFonts w:ascii="Arial" w:hAnsi="Arial"/>
          <w:b/>
          <w:sz w:val="22"/>
        </w:rPr>
        <w:t xml:space="preserve">Lucy  </w:t>
      </w:r>
      <w:r>
        <w:rPr>
          <w:rFonts w:ascii="Arial" w:hAnsi="Arial"/>
          <w:color w:val="5D7284"/>
          <w:sz w:val="22"/>
        </w:rPr>
        <w:t>33:47</w:t>
      </w:r>
    </w:p>
    <w:p>
      <w:pPr>
        <w:spacing w:after="0"/>
      </w:pPr>
      <w:r>
        <w:rPr>
          <w:rFonts w:ascii="Arial" w:hAnsi="Arial"/>
          <w:sz w:val="22"/>
        </w:rPr>
        <w:t>And it's like you say, Alice, like our disabilities are very, very different. But it's, I always find it amazing how I will tell you something about something to do with my disability and you just get you get it straight away. Even if it's like, we've got, you know, my legs don't work, your eyes don't work. That's how different it is. But you like you get it and it's the same. It's the same for for you. I would hope that when you tell me like something's bothering you, or, you know, this is really pissing me off today or whatever. I get it. I understand it. And it's like, kind of an unwritten code almost of Yeah, I don't shit in it. Like yeah, yeah, I know. I'm so ready to go. Even having somebody there to go. Yeah, no, it's a bit crap at this. Like it just makes you feel like even if it's not offering advice like have you tried yoga? Have you tried herbal tea? Just somebody to go I am feeling really crap today and somebody go Yeah, no, it's shit isn't it being disabled is a bit shit sometimes. Just makes you feel it will certainly makes me feel better when you go. Yes. Sorry. you're having a bad day.</w:t>
      </w:r>
    </w:p>
    <w:p>
      <w:pPr>
        <w:spacing w:after="0"/>
      </w:pPr>
    </w:p>
    <w:p>
      <w:pPr>
        <w:spacing w:after="0"/>
      </w:pPr>
      <w:r>
        <w:rPr>
          <w:rFonts w:ascii="Arial" w:hAnsi="Arial"/>
          <w:b/>
          <w:sz w:val="22"/>
        </w:rPr>
        <w:t xml:space="preserve">Alice  </w:t>
      </w:r>
      <w:r>
        <w:rPr>
          <w:rFonts w:ascii="Arial" w:hAnsi="Arial"/>
          <w:color w:val="5D7284"/>
          <w:sz w:val="22"/>
        </w:rPr>
        <w:t>34:53</w:t>
      </w:r>
    </w:p>
    <w:p>
      <w:pPr>
        <w:spacing w:after="0"/>
      </w:pPr>
      <w:r>
        <w:rPr>
          <w:rFonts w:ascii="Arial" w:hAnsi="Arial"/>
          <w:sz w:val="22"/>
        </w:rPr>
        <w:t>That's the nail on the head. I think for me is the it's the, the big part of not feeling feeling seen for me was that so much of the disability content that I was seeing was that kind of inspiration porn kind of content. And what I needed in my life was somebody else to go like, this is really shit. And we can't do anything about it like do you want to go to the pub!?</w:t>
      </w:r>
    </w:p>
    <w:p>
      <w:pPr>
        <w:spacing w:after="0"/>
      </w:pPr>
    </w:p>
    <w:p>
      <w:pPr>
        <w:spacing w:after="0"/>
      </w:pPr>
      <w:r>
        <w:rPr>
          <w:rFonts w:ascii="Arial" w:hAnsi="Arial"/>
          <w:b/>
          <w:sz w:val="22"/>
        </w:rPr>
        <w:t xml:space="preserve">Lucy  </w:t>
      </w:r>
      <w:r>
        <w:rPr>
          <w:rFonts w:ascii="Arial" w:hAnsi="Arial"/>
          <w:color w:val="5D7284"/>
          <w:sz w:val="22"/>
        </w:rPr>
        <w:t>35:24</w:t>
      </w:r>
    </w:p>
    <w:p>
      <w:pPr>
        <w:spacing w:after="0"/>
      </w:pPr>
      <w:r>
        <w:rPr>
          <w:rFonts w:ascii="Arial" w:hAnsi="Arial"/>
          <w:sz w:val="22"/>
        </w:rPr>
        <w:t>Yes, please. The answer is always yes. Yeah, it's just think it's really nice.</w:t>
      </w:r>
    </w:p>
    <w:p>
      <w:pPr>
        <w:spacing w:after="0"/>
      </w:pPr>
    </w:p>
    <w:p>
      <w:pPr>
        <w:spacing w:after="0"/>
      </w:pPr>
      <w:r>
        <w:rPr>
          <w:rFonts w:ascii="Arial" w:hAnsi="Arial"/>
          <w:b/>
          <w:sz w:val="22"/>
        </w:rPr>
        <w:t xml:space="preserve">Tyler  </w:t>
      </w:r>
      <w:r>
        <w:rPr>
          <w:rFonts w:ascii="Arial" w:hAnsi="Arial"/>
          <w:color w:val="5D7284"/>
          <w:sz w:val="22"/>
        </w:rPr>
        <w:t>35:33</w:t>
      </w:r>
    </w:p>
    <w:p>
      <w:pPr>
        <w:spacing w:after="0"/>
      </w:pPr>
      <w:r>
        <w:rPr>
          <w:rFonts w:ascii="Arial" w:hAnsi="Arial"/>
          <w:sz w:val="22"/>
        </w:rPr>
        <w:t>I've always I used to be a server in college and work at delis and was really into the food industry. And this was even before my diagnosis. And I always had this this mantra that if I could make one person laugh or smile a day, I was doing something good. And now that is just amplified. And I've been able to accomplish that and do that and make people laugh and smile, and cry, happy tears with my work. And it's just, you know, even before I ever started my writing career, or anything, or my mental health journey, I always wanted to help people. And now I'm doing it and I look back, and I'm like, you know, the Tyler from 10 years ago would be so proud of how far I've come, despite the setbacks and despite the obstacles that I've I've had in the way he would be, you know, smiling at me and saying, Good job, I knew you could do it.</w:t>
      </w:r>
    </w:p>
    <w:p>
      <w:pPr>
        <w:spacing w:after="0"/>
      </w:pPr>
    </w:p>
    <w:p>
      <w:pPr>
        <w:spacing w:after="0"/>
      </w:pPr>
      <w:r>
        <w:rPr>
          <w:rFonts w:ascii="Arial" w:hAnsi="Arial"/>
          <w:b/>
          <w:sz w:val="22"/>
        </w:rPr>
        <w:t xml:space="preserve">Alice  </w:t>
      </w:r>
      <w:r>
        <w:rPr>
          <w:rFonts w:ascii="Arial" w:hAnsi="Arial"/>
          <w:color w:val="5D7284"/>
          <w:sz w:val="22"/>
        </w:rPr>
        <w:t>36:27</w:t>
      </w:r>
    </w:p>
    <w:p>
      <w:pPr>
        <w:spacing w:after="0"/>
      </w:pPr>
      <w:r>
        <w:rPr>
          <w:rFonts w:ascii="Arial" w:hAnsi="Arial"/>
          <w:sz w:val="22"/>
        </w:rPr>
        <w:t>Alice from 10 years ago, was not a very nice person. And she'd be like, Bitch, you need to lose 2 stone.</w:t>
      </w:r>
    </w:p>
    <w:p>
      <w:pPr>
        <w:spacing w:after="0"/>
      </w:pPr>
    </w:p>
    <w:p>
      <w:pPr>
        <w:spacing w:after="0"/>
      </w:pPr>
      <w:r>
        <w:rPr>
          <w:rFonts w:ascii="Arial" w:hAnsi="Arial"/>
          <w:b/>
          <w:sz w:val="22"/>
        </w:rPr>
        <w:t xml:space="preserve">Lucy  </w:t>
      </w:r>
      <w:r>
        <w:rPr>
          <w:rFonts w:ascii="Arial" w:hAnsi="Arial"/>
          <w:color w:val="5D7284"/>
          <w:sz w:val="22"/>
        </w:rPr>
        <w:t>36:32</w:t>
      </w:r>
    </w:p>
    <w:p>
      <w:pPr>
        <w:spacing w:after="0"/>
      </w:pPr>
      <w:r>
        <w:rPr>
          <w:rFonts w:ascii="Arial" w:hAnsi="Arial"/>
          <w:sz w:val="22"/>
        </w:rPr>
        <w:t>I don't know I would do to Alice 10 years ago, I would just sit there eating Boursin, going this is really nice this is. [Alice laughs] Eat some cheese, eat some cheese babe, everything's gonna be alright, it's fine. [laughs] The last point I'll make on this is that, you know, for me, it's it's not all about winning awards and, and getting recognitions and accolades. It's the difference you are making to your community. And I think that's something that I think we can all agree on, that it's nice to get awards. And it's nice to have a nice pat on the back and a nice evening out to get an award and dress up nicely. But it is so nice to be able to go. I've you know, we're part of this community. And we've done this for you not not for me, basically. I mean, it will be nice. if anybody wants to give us an award. That'd be lovely. Thank you. But yeah, it's not all about that.</w:t>
      </w:r>
    </w:p>
    <w:p>
      <w:pPr>
        <w:spacing w:after="0"/>
      </w:pPr>
    </w:p>
    <w:p>
      <w:pPr>
        <w:spacing w:after="0"/>
      </w:pPr>
      <w:r>
        <w:rPr>
          <w:rFonts w:ascii="Arial" w:hAnsi="Arial"/>
          <w:b/>
          <w:sz w:val="22"/>
        </w:rPr>
        <w:t xml:space="preserve">Alice  </w:t>
      </w:r>
      <w:r>
        <w:rPr>
          <w:rFonts w:ascii="Arial" w:hAnsi="Arial"/>
          <w:color w:val="5D7284"/>
          <w:sz w:val="22"/>
        </w:rPr>
        <w:t>37:29</w:t>
      </w:r>
    </w:p>
    <w:p>
      <w:pPr>
        <w:spacing w:after="0"/>
      </w:pPr>
      <w:r>
        <w:rPr>
          <w:rFonts w:ascii="Arial" w:hAnsi="Arial"/>
          <w:sz w:val="22"/>
        </w:rPr>
        <w:t>I was going to ask Tyler, you've, you've talked about some of the content that you made. you said, you've got several books and a podcast. can you tell us a little bit about your what your books are? Like? I know you said that you've you you started off with a novella. Yeah,</w:t>
      </w:r>
    </w:p>
    <w:p>
      <w:pPr>
        <w:spacing w:after="0"/>
      </w:pPr>
    </w:p>
    <w:p>
      <w:pPr>
        <w:spacing w:after="0"/>
      </w:pPr>
      <w:r>
        <w:rPr>
          <w:rFonts w:ascii="Arial" w:hAnsi="Arial"/>
          <w:b/>
          <w:sz w:val="22"/>
        </w:rPr>
        <w:t xml:space="preserve">Tyler  </w:t>
      </w:r>
      <w:r>
        <w:rPr>
          <w:rFonts w:ascii="Arial" w:hAnsi="Arial"/>
          <w:color w:val="5D7284"/>
          <w:sz w:val="22"/>
        </w:rPr>
        <w:t>37:47</w:t>
      </w:r>
    </w:p>
    <w:p>
      <w:pPr>
        <w:spacing w:after="0"/>
      </w:pPr>
      <w:r>
        <w:rPr>
          <w:rFonts w:ascii="Arial" w:hAnsi="Arial"/>
          <w:sz w:val="22"/>
        </w:rPr>
        <w:t>I started with a novella 'Not Alone', which is based on my true events surrounding my mental illness, the journey that I went through and how I was able to overcome it with the support system and the help that I got from my friends and family. I recently rewrote that into a full length novel, it came out in October of 2023. And I've also written a poetry collection 'Coffee, Alcohol and Heartbreak', which I wrote from 2012 to 2016. Whenever I was undiagnosed with mental illness to my final year after diagnosis, whenever I met my wife and kinda, it goes through that transition of being undiagnosed to diagnose to, you know, kind of a complete circle, you know, you're the top of your hierarchy. And so that one was published in 2020. And then 2021, I released 'The Seeds of Love Sunflower Kisses' book one, that's about a mentally ill young man who falls in love with this girl who lives about four hours away, and that goes through their journey as long distance couple. It is the first of a five book series. I'm currently working on the second book 'Love and Growth', which I'm hoping to have come out in 2024, but depends on if I can get it done in time. I also have 'The Principals Principles', which comes out in March of 2024. That one is inspired by my grandmother it she was the first Yep, she was the first female principal in the late 80s in a very rural county. So the book kind of follows this principal who is the first female principal in the late 80s in a very bigoted town and goes through some of the obstacles that she goes through. While the story is based on fake events, the main character Wanda is my grandmother up and down. It's exactly how I imagined my grandmother would have been. And then I've got 'Potent' which is a enamoured echos book one. It's a fantasy book. And it is about it's a retelling of 'A Mid Summer Night's Dream' by William Shakespeare. So it follows Oberon and Titania. And Oberon is actually schizophrenic in the book in the outside of the fairy kingdom so that we put them in the modern world outside of their fairy kingdom. And he is schizophrenic in the modern world. So I followed some, you know, a little bit of mental illness in there. And then we are coming out in September of 2024. With the second book of the enamoured echoes series, 'Time and Tide', which follows Black Beard and Ann bony and Black Beard has PTSD. So I really try to incorporate, you know, be inclusive with all of my characters, you know, as far as mental wellness and showing that they can accomplish anything and, you know, still and I really liked the idea of 'Potent' having over on, you know, a mythical ruler, a mythical god of the fairies, having this, this mental illness and showing people that you know, even the gods can have their mental illnesses.</w:t>
      </w:r>
    </w:p>
    <w:p>
      <w:pPr>
        <w:spacing w:after="0"/>
      </w:pPr>
    </w:p>
    <w:p>
      <w:pPr>
        <w:spacing w:after="0"/>
      </w:pPr>
      <w:r>
        <w:rPr>
          <w:rFonts w:ascii="Arial" w:hAnsi="Arial"/>
          <w:b/>
          <w:sz w:val="22"/>
        </w:rPr>
        <w:t xml:space="preserve">Alice  </w:t>
      </w:r>
      <w:r>
        <w:rPr>
          <w:rFonts w:ascii="Arial" w:hAnsi="Arial"/>
          <w:color w:val="5D7284"/>
          <w:sz w:val="22"/>
        </w:rPr>
        <w:t>41:06</w:t>
      </w:r>
    </w:p>
    <w:p>
      <w:pPr>
        <w:spacing w:after="0"/>
      </w:pPr>
      <w:r>
        <w:rPr>
          <w:rFonts w:ascii="Arial" w:hAnsi="Arial"/>
          <w:sz w:val="22"/>
        </w:rPr>
        <w:t>That sounds fantastic that says absolutely right up my street. I am I am in the process. you will like I am in the process of binge rereading Terry Pratchett's Discworld. And just just finish I I started it when we recorded an episode for our disability technology series that we released in October 2023. We recorded the episode at the end of September. We are now mid December, I have just finished book 14.</w:t>
      </w:r>
    </w:p>
    <w:p>
      <w:pPr>
        <w:spacing w:after="0"/>
      </w:pPr>
    </w:p>
    <w:p>
      <w:pPr>
        <w:spacing w:after="0"/>
      </w:pPr>
      <w:r>
        <w:rPr>
          <w:rFonts w:ascii="Arial" w:hAnsi="Arial"/>
          <w:b/>
          <w:sz w:val="22"/>
        </w:rPr>
        <w:t xml:space="preserve">Lucy  </w:t>
      </w:r>
      <w:r>
        <w:rPr>
          <w:rFonts w:ascii="Arial" w:hAnsi="Arial"/>
          <w:color w:val="5D7284"/>
          <w:sz w:val="22"/>
        </w:rPr>
        <w:t>41:40</w:t>
      </w:r>
    </w:p>
    <w:p>
      <w:pPr>
        <w:spacing w:after="0"/>
      </w:pPr>
      <w:r>
        <w:rPr>
          <w:rFonts w:ascii="Arial" w:hAnsi="Arial"/>
          <w:sz w:val="22"/>
        </w:rPr>
        <w:t>How many books are there!?</w:t>
      </w:r>
    </w:p>
    <w:p>
      <w:pPr>
        <w:spacing w:after="0"/>
      </w:pPr>
    </w:p>
    <w:p>
      <w:pPr>
        <w:spacing w:after="0"/>
      </w:pPr>
      <w:r>
        <w:rPr>
          <w:rFonts w:ascii="Arial" w:hAnsi="Arial"/>
          <w:b/>
          <w:sz w:val="22"/>
        </w:rPr>
        <w:t xml:space="preserve">Alice  </w:t>
      </w:r>
      <w:r>
        <w:rPr>
          <w:rFonts w:ascii="Arial" w:hAnsi="Arial"/>
          <w:color w:val="5D7284"/>
          <w:sz w:val="22"/>
        </w:rPr>
        <w:t>41:41</w:t>
      </w:r>
    </w:p>
    <w:p>
      <w:pPr>
        <w:spacing w:after="0"/>
      </w:pPr>
      <w:r>
        <w:rPr>
          <w:rFonts w:ascii="Arial" w:hAnsi="Arial"/>
          <w:sz w:val="22"/>
        </w:rPr>
        <w:t>So when I say bingeing, Pacha books Discworld books, 40 odd. So I've got a while to go. I have I have done 14 In six weeks. So yeah, like bingeing I mean, really, really throwing myself in. But the one I just finished is his kind of Midsummer Night's Dream retelling. So I'm definitely interested I may have to dig your book your Annamma DECOs series out?</w:t>
      </w:r>
    </w:p>
    <w:p>
      <w:pPr>
        <w:spacing w:after="0"/>
      </w:pPr>
    </w:p>
    <w:p>
      <w:pPr>
        <w:spacing w:after="0"/>
      </w:pPr>
      <w:r>
        <w:rPr>
          <w:rFonts w:ascii="Arial" w:hAnsi="Arial"/>
          <w:b/>
          <w:sz w:val="22"/>
        </w:rPr>
        <w:t xml:space="preserve">Tyler  </w:t>
      </w:r>
      <w:r>
        <w:rPr>
          <w:rFonts w:ascii="Arial" w:hAnsi="Arial"/>
          <w:color w:val="5D7284"/>
          <w:sz w:val="22"/>
        </w:rPr>
        <w:t>42:11</w:t>
      </w:r>
    </w:p>
    <w:p>
      <w:pPr>
        <w:spacing w:after="0"/>
      </w:pPr>
      <w:r>
        <w:rPr>
          <w:rFonts w:ascii="Arial" w:hAnsi="Arial"/>
          <w:sz w:val="22"/>
        </w:rPr>
        <w:t>Yes. Let me know. I'll send you a copy for free. How about that?</w:t>
      </w:r>
    </w:p>
    <w:p>
      <w:pPr>
        <w:spacing w:after="0"/>
      </w:pPr>
    </w:p>
    <w:p>
      <w:pPr>
        <w:spacing w:after="0"/>
      </w:pPr>
      <w:r>
        <w:rPr>
          <w:rFonts w:ascii="Arial" w:hAnsi="Arial"/>
          <w:b/>
          <w:sz w:val="22"/>
        </w:rPr>
        <w:t xml:space="preserve">Alice  </w:t>
      </w:r>
      <w:r>
        <w:rPr>
          <w:rFonts w:ascii="Arial" w:hAnsi="Arial"/>
          <w:color w:val="5D7284"/>
          <w:sz w:val="22"/>
        </w:rPr>
        <w:t>42:16</w:t>
      </w:r>
    </w:p>
    <w:p>
      <w:pPr>
        <w:spacing w:after="0"/>
      </w:pPr>
      <w:r>
        <w:rPr>
          <w:rFonts w:ascii="Arial" w:hAnsi="Arial"/>
          <w:sz w:val="22"/>
        </w:rPr>
        <w:t>Oh, that's brilliant. I love it. Yes.</w:t>
      </w:r>
    </w:p>
    <w:p>
      <w:pPr>
        <w:spacing w:after="0"/>
      </w:pPr>
    </w:p>
    <w:p>
      <w:pPr>
        <w:spacing w:after="0"/>
      </w:pPr>
      <w:r>
        <w:rPr>
          <w:rFonts w:ascii="Arial" w:hAnsi="Arial"/>
          <w:b/>
          <w:sz w:val="22"/>
        </w:rPr>
        <w:t xml:space="preserve">Lucy  </w:t>
      </w:r>
      <w:r>
        <w:rPr>
          <w:rFonts w:ascii="Arial" w:hAnsi="Arial"/>
          <w:color w:val="5D7284"/>
          <w:sz w:val="22"/>
        </w:rPr>
        <w:t>42:18</w:t>
      </w:r>
    </w:p>
    <w:p>
      <w:pPr>
        <w:spacing w:after="0"/>
      </w:pPr>
      <w:r>
        <w:rPr>
          <w:rFonts w:ascii="Arial" w:hAnsi="Arial"/>
          <w:sz w:val="22"/>
        </w:rPr>
        <w:t>All her Christmases have come up once there. Look at that!</w:t>
      </w:r>
    </w:p>
    <w:p>
      <w:pPr>
        <w:spacing w:after="0"/>
      </w:pPr>
    </w:p>
    <w:p>
      <w:pPr>
        <w:spacing w:after="0"/>
      </w:pPr>
      <w:r>
        <w:rPr>
          <w:rFonts w:ascii="Arial" w:hAnsi="Arial"/>
          <w:b/>
          <w:sz w:val="22"/>
        </w:rPr>
        <w:t xml:space="preserve">Tyler  </w:t>
      </w:r>
      <w:r>
        <w:rPr>
          <w:rFonts w:ascii="Arial" w:hAnsi="Arial"/>
          <w:color w:val="5D7284"/>
          <w:sz w:val="22"/>
        </w:rPr>
        <w:t>42:23</w:t>
      </w:r>
    </w:p>
    <w:p>
      <w:pPr>
        <w:spacing w:after="0"/>
      </w:pPr>
      <w:r>
        <w:rPr>
          <w:rFonts w:ascii="Arial" w:hAnsi="Arial"/>
          <w:sz w:val="22"/>
        </w:rPr>
        <w:t>Yeah there you go!</w:t>
      </w:r>
    </w:p>
    <w:p>
      <w:pPr>
        <w:spacing w:after="0"/>
      </w:pPr>
    </w:p>
    <w:p>
      <w:pPr>
        <w:spacing w:after="0"/>
      </w:pPr>
      <w:r>
        <w:rPr>
          <w:rFonts w:ascii="Arial" w:hAnsi="Arial"/>
          <w:b/>
          <w:sz w:val="22"/>
        </w:rPr>
        <w:t xml:space="preserve">Lucy  </w:t>
      </w:r>
      <w:r>
        <w:rPr>
          <w:rFonts w:ascii="Arial" w:hAnsi="Arial"/>
          <w:color w:val="5D7284"/>
          <w:sz w:val="22"/>
        </w:rPr>
        <w:t>42:24</w:t>
      </w:r>
    </w:p>
    <w:p>
      <w:pPr>
        <w:spacing w:after="0"/>
      </w:pPr>
      <w:r>
        <w:rPr>
          <w:rFonts w:ascii="Arial" w:hAnsi="Arial"/>
          <w:sz w:val="22"/>
        </w:rPr>
        <w:t>Yeah. Oh, I you do better than me, Alice. I am. last book I read. I because I use audiobooks now because my hands are just terrible and can't hold a book for too long. And I must have read chapter 16 of this book at least 14 times, because I put it on when I go to sleep, and then wake up and we're halfway down the book. And then I have to go back and like reread the chapter. So it's taking me forever to finish this book. I will get there in the end. Like I'm must stay awake. Must stay awake. I can't help it. It's like somebody's reading you a bedtime story. I'm like, just nod off to sleep. But you're doing better than me.</w:t>
      </w:r>
    </w:p>
    <w:p>
      <w:pPr>
        <w:spacing w:after="0"/>
      </w:pPr>
    </w:p>
    <w:p>
      <w:pPr>
        <w:spacing w:after="0"/>
      </w:pPr>
      <w:r>
        <w:rPr>
          <w:rFonts w:ascii="Arial" w:hAnsi="Arial"/>
          <w:b/>
          <w:sz w:val="22"/>
        </w:rPr>
        <w:t xml:space="preserve">Lucy  </w:t>
      </w:r>
      <w:r>
        <w:rPr>
          <w:rFonts w:ascii="Arial" w:hAnsi="Arial"/>
          <w:color w:val="5D7284"/>
          <w:sz w:val="22"/>
        </w:rPr>
        <w:t>42:28</w:t>
      </w:r>
    </w:p>
    <w:p>
      <w:pPr>
        <w:spacing w:after="0"/>
      </w:pPr>
      <w:r>
        <w:rPr>
          <w:rFonts w:ascii="Arial" w:hAnsi="Arial"/>
          <w:sz w:val="22"/>
        </w:rPr>
        <w:t>I've managed. I've managed to find that happy balance between having nursery rhymes on just quiet enough. So the baby can hear the nursery rhymes. But my audio book on just loud enough that I can hear the audiobook</w:t>
      </w:r>
    </w:p>
    <w:p>
      <w:pPr>
        <w:spacing w:after="0"/>
      </w:pPr>
    </w:p>
    <w:p>
      <w:pPr>
        <w:spacing w:after="0"/>
      </w:pPr>
      <w:r>
        <w:rPr>
          <w:rFonts w:ascii="Arial" w:hAnsi="Arial"/>
          <w:b/>
          <w:sz w:val="22"/>
        </w:rPr>
        <w:t xml:space="preserve">Lucy  </w:t>
      </w:r>
      <w:r>
        <w:rPr>
          <w:rFonts w:ascii="Arial" w:hAnsi="Arial"/>
          <w:color w:val="5D7284"/>
          <w:sz w:val="22"/>
        </w:rPr>
        <w:t>43:17</w:t>
      </w:r>
    </w:p>
    <w:p>
      <w:pPr>
        <w:spacing w:after="0"/>
      </w:pPr>
      <w:r>
        <w:rPr>
          <w:rFonts w:ascii="Arial" w:hAnsi="Arial"/>
          <w:sz w:val="22"/>
        </w:rPr>
        <w:t>Nice Nice!</w:t>
      </w:r>
    </w:p>
    <w:p>
      <w:pPr>
        <w:spacing w:after="0"/>
      </w:pPr>
    </w:p>
    <w:p>
      <w:pPr>
        <w:spacing w:after="0"/>
      </w:pPr>
      <w:r>
        <w:rPr>
          <w:rFonts w:ascii="Arial" w:hAnsi="Arial"/>
          <w:b/>
          <w:sz w:val="22"/>
        </w:rPr>
        <w:t xml:space="preserve">Alice  </w:t>
      </w:r>
      <w:r>
        <w:rPr>
          <w:rFonts w:ascii="Arial" w:hAnsi="Arial"/>
          <w:color w:val="5D7284"/>
          <w:sz w:val="22"/>
        </w:rPr>
        <w:t>43:18</w:t>
      </w:r>
    </w:p>
    <w:p>
      <w:pPr>
        <w:spacing w:after="0"/>
      </w:pPr>
      <w:r>
        <w:rPr>
          <w:rFonts w:ascii="Arial" w:hAnsi="Arial"/>
          <w:sz w:val="22"/>
        </w:rPr>
        <w:t>That's how i've got through it it means baby listens to 14 hours of nursery rhymes a day but...</w:t>
      </w:r>
    </w:p>
    <w:p>
      <w:pPr>
        <w:spacing w:after="0"/>
      </w:pPr>
    </w:p>
    <w:p>
      <w:pPr>
        <w:spacing w:after="0"/>
      </w:pPr>
      <w:r>
        <w:rPr>
          <w:rFonts w:ascii="Arial" w:hAnsi="Arial"/>
          <w:b/>
          <w:sz w:val="22"/>
        </w:rPr>
        <w:t xml:space="preserve">Lucy  </w:t>
      </w:r>
      <w:r>
        <w:rPr>
          <w:rFonts w:ascii="Arial" w:hAnsi="Arial"/>
          <w:color w:val="5D7284"/>
          <w:sz w:val="22"/>
        </w:rPr>
        <w:t>43:25</w:t>
      </w:r>
    </w:p>
    <w:p>
      <w:pPr>
        <w:spacing w:after="0"/>
      </w:pPr>
      <w:r>
        <w:rPr>
          <w:rFonts w:ascii="Arial" w:hAnsi="Arial"/>
          <w:sz w:val="22"/>
        </w:rPr>
        <w:t xml:space="preserve">fine, it's fine. It's alright. But yeah, no, I am. I think stories are a great one. I just think they're good. I like reading and I found a new love of reading since I started using audiobooks because I couldn't hold books anymore. And I was getting more and more fed up. I couldn't finish my book because I couldn't hold the book. And I just thought Why am I why am I putting my poor hands through this when I can just have it on in my ears and like listen to it and I found a new Yeah, I found a new love of like I've finished so many more audiobooks. Now, despite the fact to fall asleep when I'm listening to them than I have ever finished, like book hello, I would read a book like at Christmas like once a year maybe when I got time to like sit and read a book. Whereas like, now I just stick it on at nighttime and I'm finishing so many more books than I ever would have. Like read like read a traditional book. It's amazing. I'm like, Why didn't I do this sooner? No, it's great. </w:t>
      </w:r>
    </w:p>
    <w:p>
      <w:pPr>
        <w:spacing w:after="0"/>
      </w:pPr>
    </w:p>
    <w:p>
      <w:pPr>
        <w:spacing w:after="0"/>
      </w:pPr>
      <w:r>
        <w:rPr>
          <w:rFonts w:ascii="Arial" w:hAnsi="Arial"/>
          <w:b/>
          <w:sz w:val="22"/>
        </w:rPr>
        <w:t xml:space="preserve">Alice  </w:t>
      </w:r>
      <w:r>
        <w:rPr>
          <w:rFonts w:ascii="Arial" w:hAnsi="Arial"/>
          <w:color w:val="5D7284"/>
          <w:sz w:val="22"/>
        </w:rPr>
        <w:t>44:24</w:t>
      </w:r>
    </w:p>
    <w:p>
      <w:pPr>
        <w:spacing w:after="0"/>
      </w:pPr>
      <w:r>
        <w:rPr>
          <w:rFonts w:ascii="Arial" w:hAnsi="Arial"/>
          <w:sz w:val="22"/>
        </w:rPr>
        <w:t>And you were saying that you also have a podcast. Tyler tell us about your podcast. Yeah, so</w:t>
      </w:r>
    </w:p>
    <w:p>
      <w:pPr>
        <w:spacing w:after="0"/>
      </w:pPr>
    </w:p>
    <w:p>
      <w:pPr>
        <w:spacing w:after="0"/>
      </w:pPr>
      <w:r>
        <w:rPr>
          <w:rFonts w:ascii="Arial" w:hAnsi="Arial"/>
          <w:b/>
          <w:sz w:val="22"/>
        </w:rPr>
        <w:t xml:space="preserve">Tyler  </w:t>
      </w:r>
      <w:r>
        <w:rPr>
          <w:rFonts w:ascii="Arial" w:hAnsi="Arial"/>
          <w:color w:val="5D7284"/>
          <w:sz w:val="22"/>
        </w:rPr>
        <w:t>44:31</w:t>
      </w:r>
    </w:p>
    <w:p>
      <w:pPr>
        <w:spacing w:after="0"/>
      </w:pPr>
      <w:r>
        <w:rPr>
          <w:rFonts w:ascii="Arial" w:hAnsi="Arial"/>
          <w:sz w:val="22"/>
        </w:rPr>
        <w:t>I've got a podcast called 'Cook the Books' where my Vice President of Marketing at tea with coffee media and my best friend Kelsey and Lovelady and I host we talk about different publishing trends, writing trends, hot topics in the writing community. We have guests from our company on and I also have a couple blogs. One of them is Tyler with kowski.com which is Where I blog about mental health writing, travel, and marketing. And I also have 'Adventure with Coffee', which is my wife and I's blog as we travel across the United States. So it's our travel blog, we give RV tips and tricks. Tell about the history of craft beer and craft coffee. We do blogs on our different destinations campground ratings. you know, listicles all kinds of things.</w:t>
      </w:r>
    </w:p>
    <w:p>
      <w:pPr>
        <w:spacing w:after="0"/>
      </w:pPr>
    </w:p>
    <w:p>
      <w:pPr>
        <w:spacing w:after="0"/>
      </w:pPr>
      <w:r>
        <w:rPr>
          <w:rFonts w:ascii="Arial" w:hAnsi="Arial"/>
          <w:b/>
          <w:sz w:val="22"/>
        </w:rPr>
        <w:t xml:space="preserve">Alice  </w:t>
      </w:r>
      <w:r>
        <w:rPr>
          <w:rFonts w:ascii="Arial" w:hAnsi="Arial"/>
          <w:color w:val="5D7284"/>
          <w:sz w:val="22"/>
        </w:rPr>
        <w:t>44:45</w:t>
      </w:r>
    </w:p>
    <w:p>
      <w:pPr>
        <w:spacing w:after="0"/>
      </w:pPr>
      <w:r>
        <w:rPr>
          <w:rFonts w:ascii="Arial" w:hAnsi="Arial"/>
          <w:sz w:val="22"/>
        </w:rPr>
        <w:t>Sounds right up my husband street. Whenever I walk into the living room, he's got YouTube up on the big TV, and it's either somebody's travel show or some kind of coffee making show.</w:t>
      </w:r>
    </w:p>
    <w:p>
      <w:pPr>
        <w:spacing w:after="0"/>
      </w:pPr>
    </w:p>
    <w:p>
      <w:pPr>
        <w:spacing w:after="0"/>
      </w:pPr>
      <w:r>
        <w:rPr>
          <w:rFonts w:ascii="Arial" w:hAnsi="Arial"/>
          <w:b/>
          <w:sz w:val="22"/>
        </w:rPr>
        <w:t xml:space="preserve">Lucy  </w:t>
      </w:r>
      <w:r>
        <w:rPr>
          <w:rFonts w:ascii="Arial" w:hAnsi="Arial"/>
          <w:color w:val="5D7284"/>
          <w:sz w:val="22"/>
        </w:rPr>
        <w:t>45:35</w:t>
      </w:r>
    </w:p>
    <w:p>
      <w:pPr>
        <w:spacing w:after="0"/>
      </w:pPr>
      <w:r>
        <w:rPr>
          <w:rFonts w:ascii="Arial" w:hAnsi="Arial"/>
          <w:sz w:val="22"/>
        </w:rPr>
        <w:t>Who knew there was such a thing.</w:t>
      </w:r>
    </w:p>
    <w:p>
      <w:pPr>
        <w:spacing w:after="0"/>
      </w:pPr>
    </w:p>
    <w:p>
      <w:pPr>
        <w:spacing w:after="0"/>
      </w:pPr>
      <w:r>
        <w:rPr>
          <w:rFonts w:ascii="Arial" w:hAnsi="Arial"/>
          <w:b/>
          <w:sz w:val="22"/>
        </w:rPr>
        <w:t xml:space="preserve">Alice  </w:t>
      </w:r>
      <w:r>
        <w:rPr>
          <w:rFonts w:ascii="Arial" w:hAnsi="Arial"/>
          <w:color w:val="5D7284"/>
          <w:sz w:val="22"/>
        </w:rPr>
        <w:t>45:43</w:t>
      </w:r>
    </w:p>
    <w:p>
      <w:pPr>
        <w:spacing w:after="0"/>
      </w:pPr>
      <w:r>
        <w:rPr>
          <w:rFonts w:ascii="Arial" w:hAnsi="Arial"/>
          <w:sz w:val="22"/>
        </w:rPr>
        <w:t>I honestly, coffee coffee, like, artists energy on YouTube. Yeah. It's like it's like a whole like, weird, dirty little corner of the internet that nobody knew existed.</w:t>
      </w:r>
    </w:p>
    <w:p>
      <w:pPr>
        <w:spacing w:after="0"/>
      </w:pPr>
    </w:p>
    <w:p>
      <w:pPr>
        <w:spacing w:after="0"/>
      </w:pPr>
      <w:r>
        <w:rPr>
          <w:rFonts w:ascii="Arial" w:hAnsi="Arial"/>
          <w:b/>
          <w:sz w:val="22"/>
        </w:rPr>
        <w:t xml:space="preserve">Lucy  </w:t>
      </w:r>
      <w:r>
        <w:rPr>
          <w:rFonts w:ascii="Arial" w:hAnsi="Arial"/>
          <w:color w:val="5D7284"/>
          <w:sz w:val="22"/>
        </w:rPr>
        <w:t>46:01</w:t>
      </w:r>
    </w:p>
    <w:p>
      <w:pPr>
        <w:spacing w:after="0"/>
      </w:pPr>
      <w:r>
        <w:rPr>
          <w:rFonts w:ascii="Arial" w:hAnsi="Arial"/>
          <w:sz w:val="22"/>
        </w:rPr>
        <w:t>Wow. That I mean, we do a disability podcast and we thought we were niche. Do you know what I mean? Cool. Crikey.</w:t>
      </w:r>
    </w:p>
    <w:p>
      <w:pPr>
        <w:spacing w:after="0"/>
      </w:pPr>
    </w:p>
    <w:p>
      <w:pPr>
        <w:spacing w:after="0"/>
      </w:pPr>
      <w:r>
        <w:rPr>
          <w:rFonts w:ascii="Arial" w:hAnsi="Arial"/>
          <w:b/>
          <w:sz w:val="22"/>
        </w:rPr>
        <w:t xml:space="preserve">Alice  </w:t>
      </w:r>
      <w:r>
        <w:rPr>
          <w:rFonts w:ascii="Arial" w:hAnsi="Arial"/>
          <w:color w:val="5D7284"/>
          <w:sz w:val="22"/>
        </w:rPr>
        <w:t>46:16</w:t>
      </w:r>
    </w:p>
    <w:p>
      <w:pPr>
        <w:spacing w:after="0"/>
      </w:pPr>
      <w:r>
        <w:rPr>
          <w:rFonts w:ascii="Arial" w:hAnsi="Arial"/>
          <w:sz w:val="22"/>
        </w:rPr>
        <w:t>This has been really interesting. Tyler, thank you so much for joining us on the show today. It's been really nice to talk to you and and hear about your journey. And yeah, it's been kind of quite thought provoking talking about that kind of different experiences. So thank you.</w:t>
      </w:r>
    </w:p>
    <w:p>
      <w:pPr>
        <w:spacing w:after="0"/>
      </w:pPr>
    </w:p>
    <w:p>
      <w:pPr>
        <w:spacing w:after="0"/>
      </w:pPr>
      <w:r>
        <w:rPr>
          <w:rFonts w:ascii="Arial" w:hAnsi="Arial"/>
          <w:b/>
          <w:sz w:val="22"/>
        </w:rPr>
        <w:t xml:space="preserve">Tyler  </w:t>
      </w:r>
      <w:r>
        <w:rPr>
          <w:rFonts w:ascii="Arial" w:hAnsi="Arial"/>
          <w:color w:val="5D7284"/>
          <w:sz w:val="22"/>
        </w:rPr>
        <w:t>46:32</w:t>
      </w:r>
    </w:p>
    <w:p>
      <w:pPr>
        <w:spacing w:after="0"/>
      </w:pPr>
      <w:r>
        <w:rPr>
          <w:rFonts w:ascii="Arial" w:hAnsi="Arial"/>
          <w:sz w:val="22"/>
        </w:rPr>
        <w:t>Absolutely. Alice. Lucy, thank you so much. it was so fun to have this conversation. It was very genuine, and I'm sure we're gonna make a difference in a lot of people's lives together.</w:t>
      </w:r>
    </w:p>
    <w:p>
      <w:pPr>
        <w:spacing w:after="0"/>
      </w:pPr>
    </w:p>
    <w:p>
      <w:pPr>
        <w:spacing w:after="0"/>
      </w:pPr>
      <w:r>
        <w:rPr>
          <w:rFonts w:ascii="Arial" w:hAnsi="Arial"/>
          <w:b/>
          <w:sz w:val="22"/>
        </w:rPr>
        <w:t xml:space="preserve">Alice  </w:t>
      </w:r>
      <w:r>
        <w:rPr>
          <w:rFonts w:ascii="Arial" w:hAnsi="Arial"/>
          <w:color w:val="5D7284"/>
          <w:sz w:val="22"/>
        </w:rPr>
        <w:t>46:44</w:t>
      </w:r>
    </w:p>
    <w:p>
      <w:pPr>
        <w:spacing w:after="0"/>
      </w:pPr>
      <w:r>
        <w:rPr>
          <w:rFonts w:ascii="Arial" w:hAnsi="Arial"/>
          <w:sz w:val="22"/>
        </w:rPr>
        <w:t>Yes i hope so</w:t>
      </w:r>
    </w:p>
    <w:p>
      <w:pPr>
        <w:spacing w:after="0"/>
      </w:pPr>
    </w:p>
    <w:p>
      <w:pPr>
        <w:spacing w:after="0"/>
      </w:pPr>
      <w:r>
        <w:rPr>
          <w:rFonts w:ascii="Arial" w:hAnsi="Arial"/>
          <w:b/>
          <w:sz w:val="22"/>
        </w:rPr>
        <w:t xml:space="preserve">Lucy  </w:t>
      </w:r>
      <w:r>
        <w:rPr>
          <w:rFonts w:ascii="Arial" w:hAnsi="Arial"/>
          <w:color w:val="5D7284"/>
          <w:sz w:val="22"/>
        </w:rPr>
        <w:t>46:45</w:t>
      </w:r>
    </w:p>
    <w:p>
      <w:pPr>
        <w:spacing w:after="0"/>
      </w:pPr>
      <w:r>
        <w:rPr>
          <w:rFonts w:ascii="Arial" w:hAnsi="Arial"/>
          <w:sz w:val="22"/>
        </w:rPr>
        <w:t>I hope so</w:t>
      </w:r>
    </w:p>
    <w:p>
      <w:pPr>
        <w:spacing w:after="0"/>
      </w:pPr>
    </w:p>
    <w:p>
      <w:pPr>
        <w:spacing w:after="0"/>
      </w:pPr>
      <w:r>
        <w:rPr>
          <w:rFonts w:ascii="Arial" w:hAnsi="Arial"/>
          <w:b/>
          <w:sz w:val="22"/>
        </w:rPr>
        <w:t xml:space="preserve">Alice  </w:t>
      </w:r>
      <w:r>
        <w:rPr>
          <w:rFonts w:ascii="Arial" w:hAnsi="Arial"/>
          <w:color w:val="5D7284"/>
          <w:sz w:val="22"/>
        </w:rPr>
        <w:t>46:47</w:t>
      </w:r>
    </w:p>
    <w:p>
      <w:pPr>
        <w:spacing w:after="0"/>
      </w:pPr>
      <w:r>
        <w:rPr>
          <w:rFonts w:ascii="Arial" w:hAnsi="Arial"/>
          <w:sz w:val="22"/>
        </w:rPr>
        <w:t>So you mentioned already your website's Tyler, do you want to tell people where they can find you on social media?</w:t>
      </w:r>
    </w:p>
    <w:p>
      <w:pPr>
        <w:spacing w:after="0"/>
      </w:pPr>
    </w:p>
    <w:p>
      <w:pPr>
        <w:spacing w:after="0"/>
      </w:pPr>
      <w:r>
        <w:rPr>
          <w:rFonts w:ascii="Arial" w:hAnsi="Arial"/>
          <w:b/>
          <w:sz w:val="22"/>
        </w:rPr>
        <w:t xml:space="preserve">Tyler  </w:t>
      </w:r>
      <w:r>
        <w:rPr>
          <w:rFonts w:ascii="Arial" w:hAnsi="Arial"/>
          <w:color w:val="5D7284"/>
          <w:sz w:val="22"/>
        </w:rPr>
        <w:t>46:53</w:t>
      </w:r>
    </w:p>
    <w:p>
      <w:pPr>
        <w:spacing w:after="0"/>
      </w:pPr>
      <w:r>
        <w:rPr>
          <w:rFonts w:ascii="Arial" w:hAnsi="Arial"/>
          <w:sz w:val="22"/>
        </w:rPr>
        <w:t>Yeah, I am @TylerWhittofsky. And you can the easiest way to find me on anything and all of my work. All my websites, blogs companies is to go to my link tree with Linktr.ie/tylerwhittofsky find me on my link tree and you can find everything about me on there.</w:t>
      </w:r>
    </w:p>
    <w:p>
      <w:pPr>
        <w:spacing w:after="0"/>
      </w:pPr>
    </w:p>
    <w:p>
      <w:pPr>
        <w:spacing w:after="0"/>
      </w:pPr>
      <w:r>
        <w:rPr>
          <w:rFonts w:ascii="Arial" w:hAnsi="Arial"/>
          <w:b/>
          <w:sz w:val="22"/>
        </w:rPr>
        <w:t xml:space="preserve">Alice  </w:t>
      </w:r>
      <w:r>
        <w:rPr>
          <w:rFonts w:ascii="Arial" w:hAnsi="Arial"/>
          <w:color w:val="5D7284"/>
          <w:sz w:val="22"/>
        </w:rPr>
        <w:t>47:14</w:t>
      </w:r>
    </w:p>
    <w:p>
      <w:pPr>
        <w:spacing w:after="0"/>
      </w:pPr>
      <w:r>
        <w:rPr>
          <w:rFonts w:ascii="Arial" w:hAnsi="Arial"/>
          <w:sz w:val="22"/>
        </w:rPr>
        <w:t>Fabulous. Thank you so much</w:t>
      </w:r>
    </w:p>
    <w:p>
      <w:pPr>
        <w:spacing w:after="0"/>
      </w:pPr>
    </w:p>
    <w:p>
      <w:pPr>
        <w:spacing w:after="0"/>
      </w:pPr>
      <w:r>
        <w:rPr>
          <w:rFonts w:ascii="Arial" w:hAnsi="Arial"/>
          <w:b/>
          <w:sz w:val="22"/>
        </w:rPr>
        <w:t xml:space="preserve">Lucy  </w:t>
      </w:r>
      <w:r>
        <w:rPr>
          <w:rFonts w:ascii="Arial" w:hAnsi="Arial"/>
          <w:color w:val="5D7284"/>
          <w:sz w:val="22"/>
        </w:rPr>
        <w:t>47:16</w:t>
      </w:r>
    </w:p>
    <w:p>
      <w:pPr>
        <w:spacing w:after="0"/>
      </w:pPr>
      <w:r>
        <w:rPr>
          <w:rFonts w:ascii="Arial" w:hAnsi="Arial"/>
          <w:sz w:val="22"/>
        </w:rPr>
        <w:t>Great stuff, thank you Tyler</w:t>
      </w:r>
    </w:p>
    <w:p>
      <w:pPr>
        <w:spacing w:after="0"/>
      </w:pPr>
    </w:p>
    <w:p>
      <w:pPr>
        <w:spacing w:after="0"/>
      </w:pPr>
      <w:r>
        <w:rPr>
          <w:rFonts w:ascii="Arial" w:hAnsi="Arial"/>
          <w:b/>
          <w:sz w:val="22"/>
        </w:rPr>
        <w:t xml:space="preserve">Alice  </w:t>
      </w:r>
      <w:r>
        <w:rPr>
          <w:rFonts w:ascii="Arial" w:hAnsi="Arial"/>
          <w:color w:val="5D7284"/>
          <w:sz w:val="22"/>
        </w:rPr>
        <w:t>47:18</w:t>
      </w:r>
    </w:p>
    <w:p>
      <w:pPr>
        <w:spacing w:after="0"/>
      </w:pPr>
      <w:r>
        <w:rPr>
          <w:rFonts w:ascii="Arial" w:hAnsi="Arial"/>
          <w:sz w:val="22"/>
        </w:rPr>
        <w:t>And thank you everybody for listening. We will see you on the other side. Bye bye.</w:t>
      </w:r>
    </w:p>
    <w:p>
      <w:pPr>
        <w:spacing w:after="0"/>
      </w:pPr>
    </w:p>
    <w:p>
      <w:pPr>
        <w:spacing w:after="0"/>
      </w:pPr>
      <w:r>
        <w:rPr>
          <w:rFonts w:ascii="Arial" w:hAnsi="Arial"/>
          <w:b/>
          <w:sz w:val="22"/>
        </w:rPr>
        <w:t xml:space="preserve">outro   </w:t>
      </w:r>
      <w:r>
        <w:rPr>
          <w:rFonts w:ascii="Arial" w:hAnsi="Arial"/>
          <w:color w:val="5D7284"/>
          <w:sz w:val="22"/>
        </w:rPr>
        <w:t>47:24</w:t>
      </w:r>
    </w:p>
    <w:p>
      <w:pPr>
        <w:spacing w:after="0"/>
      </w:pPr>
      <w:r>
        <w:rPr>
          <w:rFonts w:ascii="Arial" w:hAnsi="Arial"/>
          <w:sz w:val="22"/>
        </w:rPr>
        <w:t>[Dora snores] Shhhh Don't wake Dora...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47:38</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