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100th Bonus History Lesson</w:t>
      </w:r>
    </w:p>
    <w:p>
      <w:r>
        <w:rPr>
          <w:rFonts w:ascii="Arial" w:hAnsi="Arial"/>
          <w:color w:val="4F6880"/>
          <w:sz w:val="22"/>
        </w:rPr>
        <w:t>Tue, Mar 12, 2024 11:32AM • 36:08</w:t>
      </w:r>
    </w:p>
    <w:p>
      <w:pPr>
        <w:spacing w:before="440" w:after="0"/>
      </w:pPr>
      <w:r>
        <w:rPr>
          <w:rFonts w:ascii="Arial" w:hAnsi="Arial"/>
          <w:b/>
          <w:color w:val="4F6880"/>
          <w:sz w:val="22"/>
        </w:rPr>
        <w:t>SUMMARY KEYWORDS</w:t>
      </w:r>
    </w:p>
    <w:p>
      <w:r>
        <w:rPr>
          <w:rFonts w:ascii="Arial" w:hAnsi="Arial"/>
          <w:color w:val="4F6880"/>
          <w:sz w:val="22"/>
        </w:rPr>
        <w:t>daisy, history, lucy, podcast, episode, people, history lesson, disability, historian, lessons, laugh, bugle, nazis, clip, favourite, talking, alice, terms, adam, part</w:t>
      </w:r>
    </w:p>
    <w:p>
      <w:pPr>
        <w:spacing w:before="440" w:after="0"/>
      </w:pPr>
      <w:r>
        <w:rPr>
          <w:rFonts w:ascii="Arial" w:hAnsi="Arial"/>
          <w:b/>
          <w:color w:val="4F6880"/>
          <w:sz w:val="22"/>
        </w:rPr>
        <w:t>SPEAKERS</w:t>
      </w:r>
    </w:p>
    <w:p>
      <w:r>
        <w:rPr>
          <w:rFonts w:ascii="Arial" w:hAnsi="Arial"/>
          <w:color w:val="4F6880"/>
          <w:sz w:val="22"/>
        </w:rPr>
        <w:t xml:space="preserve">Lucy, Daisy, Alice, outro </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Hi guys, welcome back to the lABLEd Podcast. if you're listening to this, then you have clicked on the button that says play bonus content. We are currently celebrating our 100th episode. And we thought we can't let this moment pass without celebrating history lessons with the one and only Daisy holder. Daisy is with us. hello, Daisy. hello. hello, Alice.</w:t>
      </w:r>
    </w:p>
    <w:p>
      <w:pPr>
        <w:spacing w:after="0"/>
      </w:pPr>
    </w:p>
    <w:p>
      <w:pPr>
        <w:spacing w:after="0"/>
      </w:pPr>
      <w:r>
        <w:rPr>
          <w:rFonts w:ascii="Arial" w:hAnsi="Arial"/>
          <w:b/>
          <w:sz w:val="22"/>
        </w:rPr>
        <w:t xml:space="preserve">Daisy  </w:t>
      </w:r>
      <w:r>
        <w:rPr>
          <w:rFonts w:ascii="Arial" w:hAnsi="Arial"/>
          <w:color w:val="5D7284"/>
          <w:sz w:val="22"/>
        </w:rPr>
        <w:t>00:30</w:t>
      </w:r>
    </w:p>
    <w:p>
      <w:pPr>
        <w:spacing w:after="0"/>
      </w:pPr>
      <w:r>
        <w:rPr>
          <w:rFonts w:ascii="Arial" w:hAnsi="Arial"/>
          <w:sz w:val="22"/>
        </w:rPr>
        <w:t>appreciation for the history.</w:t>
      </w:r>
    </w:p>
    <w:p>
      <w:pPr>
        <w:spacing w:after="0"/>
      </w:pPr>
    </w:p>
    <w:p>
      <w:pPr>
        <w:spacing w:after="0"/>
      </w:pPr>
      <w:r>
        <w:rPr>
          <w:rFonts w:ascii="Arial" w:hAnsi="Arial"/>
          <w:b/>
          <w:sz w:val="22"/>
        </w:rPr>
        <w:t xml:space="preserve">Alice  </w:t>
      </w:r>
      <w:r>
        <w:rPr>
          <w:rFonts w:ascii="Arial" w:hAnsi="Arial"/>
          <w:color w:val="5D7284"/>
          <w:sz w:val="22"/>
        </w:rPr>
        <w:t>00:34</w:t>
      </w:r>
    </w:p>
    <w:p>
      <w:pPr>
        <w:spacing w:after="0"/>
      </w:pPr>
      <w:r>
        <w:rPr>
          <w:rFonts w:ascii="Arial" w:hAnsi="Arial"/>
          <w:sz w:val="22"/>
        </w:rPr>
        <w:t>I it was more that there were just so many quotes from history lessons that had me laughing till it hurts I was it was really hard to like, not include just all of them back to back in the main feed episode.</w:t>
      </w:r>
    </w:p>
    <w:p>
      <w:pPr>
        <w:spacing w:after="0"/>
      </w:pPr>
    </w:p>
    <w:p>
      <w:pPr>
        <w:spacing w:after="0"/>
      </w:pPr>
      <w:r>
        <w:rPr>
          <w:rFonts w:ascii="Arial" w:hAnsi="Arial"/>
          <w:b/>
          <w:sz w:val="22"/>
        </w:rPr>
        <w:t xml:space="preserve">Daisy  </w:t>
      </w:r>
      <w:r>
        <w:rPr>
          <w:rFonts w:ascii="Arial" w:hAnsi="Arial"/>
          <w:color w:val="5D7284"/>
          <w:sz w:val="22"/>
        </w:rPr>
        <w:t>00:48</w:t>
      </w:r>
    </w:p>
    <w:p>
      <w:pPr>
        <w:spacing w:after="0"/>
      </w:pPr>
      <w:r>
        <w:rPr>
          <w:rFonts w:ascii="Arial" w:hAnsi="Arial"/>
          <w:sz w:val="22"/>
        </w:rPr>
        <w:t>Yeah, sorry, I've taken up comparatively a lot of your time.</w:t>
      </w:r>
    </w:p>
    <w:p>
      <w:pPr>
        <w:spacing w:after="0"/>
      </w:pPr>
    </w:p>
    <w:p>
      <w:pPr>
        <w:spacing w:after="0"/>
      </w:pPr>
      <w:r>
        <w:rPr>
          <w:rFonts w:ascii="Arial" w:hAnsi="Arial"/>
          <w:b/>
          <w:sz w:val="22"/>
        </w:rPr>
        <w:t xml:space="preserve">Lucy  </w:t>
      </w:r>
      <w:r>
        <w:rPr>
          <w:rFonts w:ascii="Arial" w:hAnsi="Arial"/>
          <w:color w:val="5D7284"/>
          <w:sz w:val="22"/>
        </w:rPr>
        <w:t>00:54</w:t>
      </w:r>
    </w:p>
    <w:p>
      <w:pPr>
        <w:spacing w:after="0"/>
      </w:pPr>
      <w:r>
        <w:rPr>
          <w:rFonts w:ascii="Arial" w:hAnsi="Arial"/>
          <w:sz w:val="22"/>
        </w:rPr>
        <w:t>I would just like to point out as well that we have mentioned Daisy in the main feed, we've not just left it to like an afterthought. But there was so much good stuff. We were like, no, no, this needs an episode all of its own. So, yes, this is well</w:t>
      </w:r>
    </w:p>
    <w:p>
      <w:pPr>
        <w:spacing w:after="0"/>
      </w:pPr>
    </w:p>
    <w:p>
      <w:pPr>
        <w:spacing w:after="0"/>
      </w:pPr>
      <w:r>
        <w:rPr>
          <w:rFonts w:ascii="Arial" w:hAnsi="Arial"/>
          <w:b/>
          <w:sz w:val="22"/>
        </w:rPr>
        <w:t xml:space="preserve">Daisy  </w:t>
      </w:r>
      <w:r>
        <w:rPr>
          <w:rFonts w:ascii="Arial" w:hAnsi="Arial"/>
          <w:color w:val="5D7284"/>
          <w:sz w:val="22"/>
        </w:rPr>
        <w:t>01:08</w:t>
      </w:r>
    </w:p>
    <w:p>
      <w:pPr>
        <w:spacing w:after="0"/>
      </w:pPr>
      <w:r>
        <w:rPr>
          <w:rFonts w:ascii="Arial" w:hAnsi="Arial"/>
          <w:sz w:val="22"/>
        </w:rPr>
        <w:t>Good I'm glad of the reassurance, I'm not relegated.</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 xml:space="preserve">No, of course not. There was some of our favourite episodes to sell. So Alice has a list. </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I thought, I do I have a list of clips. But I thought what might be so like Lucy and I have talked, I think on more than one occasion about what it sort of what it was like for us with going. And we did our first sort of history lesson that was just the two of us. And then Lucy was like, I think, like, let's find someone who knows what they're talking about. I wondered like it will be quite nice to hear your memories of that. Daisy, if you have any of Lucy just sliding into your DM's.</w:t>
      </w:r>
    </w:p>
    <w:p>
      <w:pPr>
        <w:spacing w:after="0"/>
      </w:pPr>
    </w:p>
    <w:p>
      <w:pPr>
        <w:spacing w:after="0"/>
      </w:pPr>
      <w:r>
        <w:rPr>
          <w:rFonts w:ascii="Arial" w:hAnsi="Arial"/>
          <w:b/>
          <w:sz w:val="22"/>
        </w:rPr>
        <w:t xml:space="preserve">Daisy  </w:t>
      </w:r>
      <w:r>
        <w:rPr>
          <w:rFonts w:ascii="Arial" w:hAnsi="Arial"/>
          <w:color w:val="5D7284"/>
          <w:sz w:val="22"/>
        </w:rPr>
        <w:t>01:48</w:t>
      </w:r>
    </w:p>
    <w:p>
      <w:pPr>
        <w:spacing w:after="0"/>
      </w:pPr>
      <w:r>
        <w:rPr>
          <w:rFonts w:ascii="Arial" w:hAnsi="Arial"/>
          <w:sz w:val="22"/>
        </w:rPr>
        <w:t xml:space="preserve">I think yeah, That was pretty much it. DiSlide into my DM's, do you want to talk about history on the podcast, We're starting? Yeah, sure. And then the minute I think we got on to that first call, Lucy was just like, I couldn't remember your name for ages, Ages Staand ages. I just remembered that your picture had someone with blue hair to scroll through Twitter for weeks until I found you again. </w:t>
      </w:r>
    </w:p>
    <w:p>
      <w:pPr>
        <w:spacing w:after="0"/>
      </w:pPr>
    </w:p>
    <w:p>
      <w:pPr>
        <w:spacing w:after="0"/>
      </w:pPr>
      <w:r>
        <w:rPr>
          <w:rFonts w:ascii="Arial" w:hAnsi="Arial"/>
          <w:b/>
          <w:sz w:val="22"/>
        </w:rPr>
        <w:t xml:space="preserve">Lucy  </w:t>
      </w:r>
      <w:r>
        <w:rPr>
          <w:rFonts w:ascii="Arial" w:hAnsi="Arial"/>
          <w:color w:val="5D7284"/>
          <w:sz w:val="22"/>
        </w:rPr>
        <w:t>02:14</w:t>
      </w:r>
    </w:p>
    <w:p>
      <w:pPr>
        <w:spacing w:after="0"/>
      </w:pPr>
      <w:r>
        <w:rPr>
          <w:rFonts w:ascii="Arial" w:hAnsi="Arial"/>
          <w:sz w:val="22"/>
        </w:rPr>
        <w:t>I knew you'd tweet again eventually were is she</w:t>
      </w:r>
    </w:p>
    <w:p>
      <w:pPr>
        <w:spacing w:after="0"/>
      </w:pPr>
    </w:p>
    <w:p>
      <w:pPr>
        <w:spacing w:after="0"/>
      </w:pPr>
      <w:r>
        <w:rPr>
          <w:rFonts w:ascii="Arial" w:hAnsi="Arial"/>
          <w:b/>
          <w:sz w:val="22"/>
        </w:rPr>
        <w:t xml:space="preserve">Daisy  </w:t>
      </w:r>
      <w:r>
        <w:rPr>
          <w:rFonts w:ascii="Arial" w:hAnsi="Arial"/>
          <w:color w:val="5D7284"/>
          <w:sz w:val="22"/>
        </w:rPr>
        <w:t>02:18</w:t>
      </w:r>
    </w:p>
    <w:p>
      <w:pPr>
        <w:spacing w:after="0"/>
      </w:pPr>
      <w:r>
        <w:rPr>
          <w:rFonts w:ascii="Arial" w:hAnsi="Arial"/>
          <w:sz w:val="22"/>
        </w:rPr>
        <w:t>Yeah I didn't remember your name or anything about you, you know, at any any identifying information.</w:t>
      </w:r>
    </w:p>
    <w:p>
      <w:pPr>
        <w:spacing w:after="0"/>
      </w:pPr>
    </w:p>
    <w:p>
      <w:pPr>
        <w:spacing w:after="0"/>
      </w:pPr>
      <w:r>
        <w:rPr>
          <w:rFonts w:ascii="Arial" w:hAnsi="Arial"/>
          <w:b/>
          <w:sz w:val="22"/>
        </w:rPr>
        <w:t xml:space="preserve">Lucy  </w:t>
      </w:r>
      <w:r>
        <w:rPr>
          <w:rFonts w:ascii="Arial" w:hAnsi="Arial"/>
          <w:color w:val="5D7284"/>
          <w:sz w:val="22"/>
        </w:rPr>
        <w:t>02:26</w:t>
      </w:r>
    </w:p>
    <w:p>
      <w:pPr>
        <w:spacing w:after="0"/>
      </w:pPr>
      <w:r>
        <w:rPr>
          <w:rFonts w:ascii="Arial" w:hAnsi="Arial"/>
          <w:sz w:val="22"/>
        </w:rPr>
        <w:t xml:space="preserve">Just as that you had blue hair. </w:t>
      </w:r>
    </w:p>
    <w:p>
      <w:pPr>
        <w:spacing w:after="0"/>
      </w:pPr>
    </w:p>
    <w:p>
      <w:pPr>
        <w:spacing w:after="0"/>
      </w:pPr>
      <w:r>
        <w:rPr>
          <w:rFonts w:ascii="Arial" w:hAnsi="Arial"/>
          <w:b/>
          <w:sz w:val="22"/>
        </w:rPr>
        <w:t xml:space="preserve">Alice  </w:t>
      </w:r>
      <w:r>
        <w:rPr>
          <w:rFonts w:ascii="Arial" w:hAnsi="Arial"/>
          <w:color w:val="5D7284"/>
          <w:sz w:val="22"/>
        </w:rPr>
        <w:t>02:28</w:t>
      </w:r>
    </w:p>
    <w:p>
      <w:pPr>
        <w:spacing w:after="0"/>
      </w:pPr>
      <w:r>
        <w:rPr>
          <w:rFonts w:ascii="Arial" w:hAnsi="Arial"/>
          <w:sz w:val="22"/>
        </w:rPr>
        <w:t xml:space="preserve">It was potluck Really? </w:t>
      </w:r>
    </w:p>
    <w:p>
      <w:pPr>
        <w:spacing w:after="0"/>
      </w:pPr>
    </w:p>
    <w:p>
      <w:pPr>
        <w:spacing w:after="0"/>
      </w:pPr>
      <w:r>
        <w:rPr>
          <w:rFonts w:ascii="Arial" w:hAnsi="Arial"/>
          <w:b/>
          <w:sz w:val="22"/>
        </w:rPr>
        <w:t xml:space="preserve">Daisy  </w:t>
      </w:r>
      <w:r>
        <w:rPr>
          <w:rFonts w:ascii="Arial" w:hAnsi="Arial"/>
          <w:color w:val="5D7284"/>
          <w:sz w:val="22"/>
        </w:rPr>
        <w:t>02:30</w:t>
      </w:r>
    </w:p>
    <w:p>
      <w:pPr>
        <w:spacing w:after="0"/>
      </w:pPr>
      <w:r>
        <w:rPr>
          <w:rFonts w:ascii="Arial" w:hAnsi="Arial"/>
          <w:sz w:val="22"/>
        </w:rPr>
        <w:t xml:space="preserve">Yeah I decided to take it as a compliment. </w:t>
      </w:r>
    </w:p>
    <w:p>
      <w:pPr>
        <w:spacing w:after="0"/>
      </w:pPr>
    </w:p>
    <w:p>
      <w:pPr>
        <w:spacing w:after="0"/>
      </w:pPr>
      <w:r>
        <w:rPr>
          <w:rFonts w:ascii="Arial" w:hAnsi="Arial"/>
          <w:b/>
          <w:sz w:val="22"/>
        </w:rPr>
        <w:t xml:space="preserve">Alice  </w:t>
      </w:r>
      <w:r>
        <w:rPr>
          <w:rFonts w:ascii="Arial" w:hAnsi="Arial"/>
          <w:color w:val="5D7284"/>
          <w:sz w:val="22"/>
        </w:rPr>
        <w:t>02:32</w:t>
      </w:r>
    </w:p>
    <w:p>
      <w:pPr>
        <w:spacing w:after="0"/>
      </w:pPr>
      <w:r>
        <w:rPr>
          <w:rFonts w:ascii="Arial" w:hAnsi="Arial"/>
          <w:sz w:val="22"/>
        </w:rPr>
        <w:t xml:space="preserve">Yeah it's a good thing. you hadn't changed your hair in the interim? We wouldn't be sitting here right? </w:t>
      </w:r>
    </w:p>
    <w:p>
      <w:pPr>
        <w:spacing w:after="0"/>
      </w:pPr>
    </w:p>
    <w:p>
      <w:pPr>
        <w:spacing w:after="0"/>
      </w:pPr>
      <w:r>
        <w:rPr>
          <w:rFonts w:ascii="Arial" w:hAnsi="Arial"/>
          <w:b/>
          <w:sz w:val="22"/>
        </w:rPr>
        <w:t xml:space="preserve">Daisy  </w:t>
      </w:r>
      <w:r>
        <w:rPr>
          <w:rFonts w:ascii="Arial" w:hAnsi="Arial"/>
          <w:color w:val="5D7284"/>
          <w:sz w:val="22"/>
        </w:rPr>
        <w:t>02:37</w:t>
      </w:r>
    </w:p>
    <w:p>
      <w:pPr>
        <w:spacing w:after="0"/>
      </w:pPr>
      <w:r>
        <w:rPr>
          <w:rFonts w:ascii="Arial" w:hAnsi="Arial"/>
          <w:sz w:val="22"/>
        </w:rPr>
        <w:t>Yeah I haven't changed my profile picture on anything. So years of business justification for that. And that, why? all my friends Change their profile pictures? So people can always find me whenever people change their profile pictures, all of a sudden, I'm like, Who is that? Why are you talking to me?</w:t>
      </w:r>
    </w:p>
    <w:p>
      <w:pPr>
        <w:spacing w:after="0"/>
      </w:pPr>
    </w:p>
    <w:p>
      <w:pPr>
        <w:spacing w:after="0"/>
      </w:pPr>
      <w:r>
        <w:rPr>
          <w:rFonts w:ascii="Arial" w:hAnsi="Arial"/>
          <w:b/>
          <w:sz w:val="22"/>
        </w:rPr>
        <w:t xml:space="preserve">Alice  </w:t>
      </w:r>
      <w:r>
        <w:rPr>
          <w:rFonts w:ascii="Arial" w:hAnsi="Arial"/>
          <w:color w:val="5D7284"/>
          <w:sz w:val="22"/>
        </w:rPr>
        <w:t>02:58</w:t>
      </w:r>
    </w:p>
    <w:p>
      <w:pPr>
        <w:spacing w:after="0"/>
      </w:pPr>
      <w:r>
        <w:rPr>
          <w:rFonts w:ascii="Arial" w:hAnsi="Arial"/>
          <w:sz w:val="22"/>
        </w:rPr>
        <w:t>your best friend of 20 years is like who the fuck is that.</w:t>
      </w:r>
    </w:p>
    <w:p>
      <w:pPr>
        <w:spacing w:after="0"/>
      </w:pPr>
    </w:p>
    <w:p>
      <w:pPr>
        <w:spacing w:after="0"/>
      </w:pPr>
      <w:r>
        <w:rPr>
          <w:rFonts w:ascii="Arial" w:hAnsi="Arial"/>
          <w:b/>
          <w:sz w:val="22"/>
        </w:rPr>
        <w:t xml:space="preserve">Lucy  </w:t>
      </w:r>
      <w:r>
        <w:rPr>
          <w:rFonts w:ascii="Arial" w:hAnsi="Arial"/>
          <w:color w:val="5D7284"/>
          <w:sz w:val="22"/>
        </w:rPr>
        <w:t>03:03</w:t>
      </w:r>
    </w:p>
    <w:p>
      <w:pPr>
        <w:spacing w:after="0"/>
      </w:pPr>
      <w:r>
        <w:rPr>
          <w:rFonts w:ascii="Arial" w:hAnsi="Arial"/>
          <w:sz w:val="22"/>
        </w:rPr>
        <w:t>I can remember saying to you Alice I know this historian who talks about disability a lot. I can't remember her name. I just leave it with me. I'll see what I can do. And then Tada. you're welcome.</w:t>
      </w:r>
    </w:p>
    <w:p>
      <w:pPr>
        <w:spacing w:after="0"/>
      </w:pPr>
    </w:p>
    <w:p>
      <w:pPr>
        <w:spacing w:after="0"/>
      </w:pPr>
      <w:r>
        <w:rPr>
          <w:rFonts w:ascii="Arial" w:hAnsi="Arial"/>
          <w:b/>
          <w:sz w:val="22"/>
        </w:rPr>
        <w:t xml:space="preserve">Alice  </w:t>
      </w:r>
      <w:r>
        <w:rPr>
          <w:rFonts w:ascii="Arial" w:hAnsi="Arial"/>
          <w:color w:val="5D7284"/>
          <w:sz w:val="22"/>
        </w:rPr>
        <w:t>03:18</w:t>
      </w:r>
    </w:p>
    <w:p>
      <w:pPr>
        <w:spacing w:after="0"/>
      </w:pPr>
      <w:r>
        <w:rPr>
          <w:rFonts w:ascii="Arial" w:hAnsi="Arial"/>
          <w:sz w:val="22"/>
        </w:rPr>
        <w:t>I guess a good thing that the Venn diagram of people with blue hair, people who talk about history, people who are on Lucy's Twitter is reasonably small. It's like we just have someone else on with us right now.</w:t>
      </w:r>
    </w:p>
    <w:p>
      <w:pPr>
        <w:spacing w:after="0"/>
      </w:pPr>
    </w:p>
    <w:p>
      <w:pPr>
        <w:spacing w:after="0"/>
      </w:pPr>
      <w:r>
        <w:rPr>
          <w:rFonts w:ascii="Arial" w:hAnsi="Arial"/>
          <w:b/>
          <w:sz w:val="22"/>
        </w:rPr>
        <w:t xml:space="preserve">Lucy  </w:t>
      </w:r>
      <w:r>
        <w:rPr>
          <w:rFonts w:ascii="Arial" w:hAnsi="Arial"/>
          <w:color w:val="5D7284"/>
          <w:sz w:val="22"/>
        </w:rPr>
        <w:t>03:32</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03:33</w:t>
      </w:r>
    </w:p>
    <w:p>
      <w:pPr>
        <w:spacing w:after="0"/>
      </w:pPr>
      <w:r>
        <w:rPr>
          <w:rFonts w:ascii="Arial" w:hAnsi="Arial"/>
          <w:sz w:val="22"/>
        </w:rPr>
        <w:t>Yeah. So it's a good job. I haven't changed my hair colour on that time. Yeah, all right, I'd have to be banished, Lucy would have to find a different, you would have to find a different Blue haired disabled historian.</w:t>
      </w:r>
    </w:p>
    <w:p>
      <w:pPr>
        <w:spacing w:after="0"/>
      </w:pPr>
    </w:p>
    <w:p>
      <w:pPr>
        <w:spacing w:after="0"/>
      </w:pPr>
      <w:r>
        <w:rPr>
          <w:rFonts w:ascii="Arial" w:hAnsi="Arial"/>
          <w:b/>
          <w:sz w:val="22"/>
        </w:rPr>
        <w:t xml:space="preserve">Alice  </w:t>
      </w:r>
      <w:r>
        <w:rPr>
          <w:rFonts w:ascii="Arial" w:hAnsi="Arial"/>
          <w:color w:val="5D7284"/>
          <w:sz w:val="22"/>
        </w:rPr>
        <w:t>03:48</w:t>
      </w:r>
    </w:p>
    <w:p>
      <w:pPr>
        <w:spacing w:after="0"/>
      </w:pPr>
      <w:r>
        <w:rPr>
          <w:rFonts w:ascii="Arial" w:hAnsi="Arial"/>
          <w:sz w:val="22"/>
        </w:rPr>
        <w:t>So we're gonna start the show off as we start all of our history lessons. Now, with the little clip of the introduction to our history lessons, I wanted to include this clip, because more than one person has commented to me about how it sounds like me and Lucy recorded our introduction. And then, like, made Daisy sit in the corner like 40 feet away, and just as a shout into the microphone from miles away, just to be heard to make sure they're included in the history lesson.</w:t>
      </w:r>
    </w:p>
    <w:p>
      <w:pPr>
        <w:spacing w:after="0"/>
      </w:pPr>
    </w:p>
    <w:p>
      <w:pPr>
        <w:spacing w:after="0"/>
      </w:pPr>
      <w:r>
        <w:rPr>
          <w:rFonts w:ascii="Arial" w:hAnsi="Arial"/>
          <w:b/>
          <w:sz w:val="22"/>
        </w:rPr>
        <w:t xml:space="preserve">Daisy  </w:t>
      </w:r>
      <w:r>
        <w:rPr>
          <w:rFonts w:ascii="Arial" w:hAnsi="Arial"/>
          <w:color w:val="5D7284"/>
          <w:sz w:val="22"/>
        </w:rPr>
        <w:t>04:18</w:t>
      </w:r>
    </w:p>
    <w:p>
      <w:pPr>
        <w:spacing w:after="0"/>
      </w:pPr>
      <w:r>
        <w:rPr>
          <w:rFonts w:ascii="Arial" w:hAnsi="Arial"/>
          <w:sz w:val="22"/>
        </w:rPr>
        <w:t>I like to imagine that I broke into, you know, Adam's house or something and went into the computer into the editing software, pasted my voice.</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That'll do. Welcome to the lABLEd Podcast, a show about disability, illness, and difference.</w:t>
      </w:r>
    </w:p>
    <w:p>
      <w:pPr>
        <w:spacing w:after="0"/>
      </w:pPr>
    </w:p>
    <w:p>
      <w:pPr>
        <w:spacing w:after="0"/>
      </w:pPr>
      <w:r>
        <w:rPr>
          <w:rFonts w:ascii="Arial" w:hAnsi="Arial"/>
          <w:b/>
          <w:sz w:val="22"/>
        </w:rPr>
        <w:t xml:space="preserve">Daisy  </w:t>
      </w:r>
      <w:r>
        <w:rPr>
          <w:rFonts w:ascii="Arial" w:hAnsi="Arial"/>
          <w:color w:val="5D7284"/>
          <w:sz w:val="22"/>
        </w:rPr>
        <w:t>04:38</w:t>
      </w:r>
    </w:p>
    <w:p>
      <w:pPr>
        <w:spacing w:after="0"/>
      </w:pPr>
      <w:r>
        <w:rPr>
          <w:rFonts w:ascii="Arial" w:hAnsi="Arial"/>
          <w:sz w:val="22"/>
        </w:rPr>
        <w:t>AND HISTORY</w:t>
      </w:r>
    </w:p>
    <w:p>
      <w:pPr>
        <w:spacing w:after="0"/>
      </w:pPr>
    </w:p>
    <w:p>
      <w:pPr>
        <w:spacing w:after="0"/>
      </w:pPr>
      <w:r>
        <w:rPr>
          <w:rFonts w:ascii="Arial" w:hAnsi="Arial"/>
          <w:b/>
          <w:sz w:val="22"/>
        </w:rPr>
        <w:t xml:space="preserve">Alice  </w:t>
      </w:r>
      <w:r>
        <w:rPr>
          <w:rFonts w:ascii="Arial" w:hAnsi="Arial"/>
          <w:color w:val="5D7284"/>
          <w:sz w:val="22"/>
        </w:rPr>
        <w:t>04:40</w:t>
      </w:r>
    </w:p>
    <w:p>
      <w:pPr>
        <w:spacing w:after="0"/>
      </w:pPr>
      <w:r>
        <w:rPr>
          <w:rFonts w:ascii="Arial" w:hAnsi="Arial"/>
          <w:sz w:val="22"/>
        </w:rPr>
        <w:t>I'm Alice. I'm Daisy so that you should all be familiar with that clip and we've now thankfully Daisy is sitting in front of their microphone so gets actually involved and and can be can be heard by everybody doesn't have to shout. So we've got like in our Main feed episode, we've got a bunch of clips to share with you. I have divided them all into sections we've got the first section that's coming up that I wanted to share with you all is about how, in large part thanks to Daisy's delivery of historical information, the lABLEd Podcast history lessons have a very specific approach to talking about disability history.</w:t>
      </w:r>
    </w:p>
    <w:p>
      <w:pPr>
        <w:spacing w:after="0"/>
      </w:pPr>
    </w:p>
    <w:p>
      <w:pPr>
        <w:spacing w:after="0"/>
      </w:pPr>
      <w:r>
        <w:rPr>
          <w:rFonts w:ascii="Arial" w:hAnsi="Arial"/>
          <w:b/>
          <w:sz w:val="22"/>
        </w:rPr>
        <w:t xml:space="preserve">Alice  </w:t>
      </w:r>
      <w:r>
        <w:rPr>
          <w:rFonts w:ascii="Arial" w:hAnsi="Arial"/>
          <w:color w:val="5D7284"/>
          <w:sz w:val="22"/>
        </w:rPr>
        <w:t>05:24</w:t>
      </w:r>
    </w:p>
    <w:p>
      <w:pPr>
        <w:spacing w:after="0"/>
      </w:pPr>
      <w:r>
        <w:rPr>
          <w:rFonts w:ascii="Arial" w:hAnsi="Arial"/>
          <w:sz w:val="22"/>
        </w:rPr>
        <w:t>That's a polite way of saying it?</w:t>
      </w:r>
    </w:p>
    <w:p>
      <w:pPr>
        <w:spacing w:after="0"/>
      </w:pPr>
    </w:p>
    <w:p>
      <w:pPr>
        <w:spacing w:after="0"/>
      </w:pPr>
      <w:r>
        <w:rPr>
          <w:rFonts w:ascii="Arial" w:hAnsi="Arial"/>
          <w:b/>
          <w:sz w:val="22"/>
        </w:rPr>
        <w:t xml:space="preserve">Alice  </w:t>
      </w:r>
      <w:r>
        <w:rPr>
          <w:rFonts w:ascii="Arial" w:hAnsi="Arial"/>
          <w:color w:val="5D7284"/>
          <w:sz w:val="22"/>
        </w:rPr>
        <w:t>05:33</w:t>
      </w:r>
    </w:p>
    <w:p>
      <w:pPr>
        <w:spacing w:after="0"/>
      </w:pPr>
      <w:r>
        <w:rPr>
          <w:rFonts w:ascii="Arial" w:hAnsi="Arial"/>
          <w:sz w:val="22"/>
        </w:rPr>
        <w:t>Yeah. Oh, yeah, definitely. I think it's a big part of our USP isn't it? is the, the, the slightly sort of, I just just what's the word I'm looking for? unhinged?</w:t>
      </w:r>
    </w:p>
    <w:p>
      <w:pPr>
        <w:spacing w:after="0"/>
      </w:pPr>
    </w:p>
    <w:p>
      <w:pPr>
        <w:spacing w:after="0"/>
      </w:pPr>
      <w:r>
        <w:rPr>
          <w:rFonts w:ascii="Arial" w:hAnsi="Arial"/>
          <w:b/>
          <w:sz w:val="22"/>
        </w:rPr>
        <w:t xml:space="preserve">Alice  </w:t>
      </w:r>
      <w:r>
        <w:rPr>
          <w:rFonts w:ascii="Arial" w:hAnsi="Arial"/>
          <w:color w:val="5D7284"/>
          <w:sz w:val="22"/>
        </w:rPr>
        <w:t>05:48</w:t>
      </w:r>
    </w:p>
    <w:p>
      <w:pPr>
        <w:spacing w:after="0"/>
      </w:pPr>
      <w:r>
        <w:rPr>
          <w:rFonts w:ascii="Arial" w:hAnsi="Arial"/>
          <w:sz w:val="22"/>
        </w:rPr>
        <w:t>I mean, neither of those were the words I was gonna use. I think I was gonna say out of left field. But yes, I think both of your words are actually probably more accurate approaches to disability history. And as with every episode of The lABLEd Podcast ever, Lucy and I also managed to make it all about us and our experiences. So we've got the first clip where Nelson is going to use his disability card to to let him make commanding decisions in the war,</w:t>
      </w:r>
    </w:p>
    <w:p>
      <w:pPr>
        <w:spacing w:after="0"/>
      </w:pPr>
    </w:p>
    <w:p>
      <w:pPr>
        <w:spacing w:after="0"/>
      </w:pPr>
      <w:r>
        <w:rPr>
          <w:rFonts w:ascii="Arial" w:hAnsi="Arial"/>
          <w:b/>
          <w:sz w:val="22"/>
        </w:rPr>
        <w:t xml:space="preserve">Lucy  </w:t>
      </w:r>
      <w:r>
        <w:rPr>
          <w:rFonts w:ascii="Arial" w:hAnsi="Arial"/>
          <w:color w:val="5D7284"/>
          <w:sz w:val="22"/>
        </w:rPr>
        <w:t>06:23</w:t>
      </w:r>
    </w:p>
    <w:p>
      <w:pPr>
        <w:spacing w:after="0"/>
      </w:pPr>
      <w:r>
        <w:rPr>
          <w:rFonts w:ascii="Arial" w:hAnsi="Arial"/>
          <w:sz w:val="22"/>
        </w:rPr>
        <w:t>that Nelson famously ignored the signal to discontinue Nelson said to his colleague, you know, Folly, I only have one Eye, I have the right to be blind sometimes. And he mimed putting the telescope to the wrong eye saying I really do not see the signal. His bold disobedience gained triumph, and 17 out of 18 Danish ships were captured, burned or Sunk. So that I mean, that is the kind of attitude I've got.</w:t>
      </w:r>
    </w:p>
    <w:p>
      <w:pPr>
        <w:spacing w:after="0"/>
      </w:pPr>
    </w:p>
    <w:p>
      <w:pPr>
        <w:spacing w:after="0"/>
      </w:pPr>
      <w:r>
        <w:rPr>
          <w:rFonts w:ascii="Arial" w:hAnsi="Arial"/>
          <w:b/>
          <w:sz w:val="22"/>
        </w:rPr>
        <w:t xml:space="preserve">Alice  </w:t>
      </w:r>
      <w:r>
        <w:rPr>
          <w:rFonts w:ascii="Arial" w:hAnsi="Arial"/>
          <w:color w:val="5D7284"/>
          <w:sz w:val="22"/>
        </w:rPr>
        <w:t>06:53</w:t>
      </w:r>
    </w:p>
    <w:p>
      <w:pPr>
        <w:spacing w:after="0"/>
      </w:pPr>
      <w:r>
        <w:rPr>
          <w:rFonts w:ascii="Arial" w:hAnsi="Arial"/>
          <w:sz w:val="22"/>
        </w:rPr>
        <w:t>No, I absolutely have done that. Or I'm like oh no I cannot see it</w:t>
      </w:r>
    </w:p>
    <w:p>
      <w:pPr>
        <w:spacing w:after="0"/>
      </w:pPr>
    </w:p>
    <w:p>
      <w:pPr>
        <w:spacing w:after="0"/>
      </w:pPr>
      <w:r>
        <w:rPr>
          <w:rFonts w:ascii="Arial" w:hAnsi="Arial"/>
          <w:b/>
          <w:sz w:val="22"/>
        </w:rPr>
        <w:t xml:space="preserve">Lucy  </w:t>
      </w:r>
      <w:r>
        <w:rPr>
          <w:rFonts w:ascii="Arial" w:hAnsi="Arial"/>
          <w:color w:val="5D7284"/>
          <w:sz w:val="22"/>
        </w:rPr>
        <w:t>06:59</w:t>
      </w:r>
    </w:p>
    <w:p>
      <w:pPr>
        <w:spacing w:after="0"/>
      </w:pPr>
      <w:r>
        <w:rPr>
          <w:rFonts w:ascii="Arial" w:hAnsi="Arial"/>
          <w:sz w:val="22"/>
        </w:rPr>
        <w:t>Any Disabled person that tells you they've never done that Is a liar.</w:t>
      </w:r>
    </w:p>
    <w:p>
      <w:pPr>
        <w:spacing w:after="0"/>
      </w:pPr>
    </w:p>
    <w:p>
      <w:pPr>
        <w:spacing w:after="0"/>
      </w:pPr>
      <w:r>
        <w:rPr>
          <w:rFonts w:ascii="Arial" w:hAnsi="Arial"/>
          <w:b/>
          <w:sz w:val="22"/>
        </w:rPr>
        <w:t xml:space="preserve">Daisy  </w:t>
      </w:r>
      <w:r>
        <w:rPr>
          <w:rFonts w:ascii="Arial" w:hAnsi="Arial"/>
          <w:color w:val="5D7284"/>
          <w:sz w:val="22"/>
        </w:rPr>
        <w:t>07:05</w:t>
      </w:r>
    </w:p>
    <w:p>
      <w:pPr>
        <w:spacing w:after="0"/>
      </w:pPr>
      <w:r>
        <w:rPr>
          <w:rFonts w:ascii="Arial" w:hAnsi="Arial"/>
          <w:sz w:val="22"/>
        </w:rPr>
        <w:t>Yeah, so we did a whole whole whole whole episode on Harriet Martineau is a name that, you know, a lot of people aren't particularly familiar with. But I've found myself talking about quite frequently actually. I first found out about her because she spent some time in Bristol, which is where I live now. And so I was I was looking for kind of, you know, disability history connections to, you know, the sort of local area and things like that. And she wasn't from Bristol, she kind of spent like, less than a year here at a certain point when they were trying to cure her of her ills. Incredibly being in Bristol in itself was not enough. Much to everybody's disappointment, I'm sure. But yeah, she's known as the first female sociologist, which is just, you know, fascinating. In general, there's kind of, you know, a woman doing some important thinking, as if How could anyone believes such a thing? She should be home sewing?</w:t>
      </w:r>
    </w:p>
    <w:p>
      <w:pPr>
        <w:spacing w:after="0"/>
      </w:pPr>
    </w:p>
    <w:p>
      <w:pPr>
        <w:spacing w:after="0"/>
      </w:pPr>
      <w:r>
        <w:rPr>
          <w:rFonts w:ascii="Arial" w:hAnsi="Arial"/>
          <w:b/>
          <w:sz w:val="22"/>
        </w:rPr>
        <w:t xml:space="preserve">Alice  </w:t>
      </w:r>
      <w:r>
        <w:rPr>
          <w:rFonts w:ascii="Arial" w:hAnsi="Arial"/>
          <w:color w:val="5D7284"/>
          <w:sz w:val="22"/>
        </w:rPr>
        <w:t>08:20</w:t>
      </w:r>
    </w:p>
    <w:p>
      <w:pPr>
        <w:spacing w:after="0"/>
      </w:pPr>
      <w:r>
        <w:rPr>
          <w:rFonts w:ascii="Arial" w:hAnsi="Arial"/>
          <w:sz w:val="22"/>
        </w:rPr>
        <w:t>What was it the 19, late 19th century? That she was kind of kicking around? Or maybe earlier than that?</w:t>
      </w:r>
    </w:p>
    <w:p>
      <w:pPr>
        <w:spacing w:after="0"/>
      </w:pPr>
    </w:p>
    <w:p>
      <w:pPr>
        <w:spacing w:after="0"/>
      </w:pPr>
      <w:r>
        <w:rPr>
          <w:rFonts w:ascii="Arial" w:hAnsi="Arial"/>
          <w:b/>
          <w:sz w:val="22"/>
        </w:rPr>
        <w:t xml:space="preserve">Daisy  </w:t>
      </w:r>
      <w:r>
        <w:rPr>
          <w:rFonts w:ascii="Arial" w:hAnsi="Arial"/>
          <w:color w:val="5D7284"/>
          <w:sz w:val="22"/>
        </w:rPr>
        <w:t>08:26</w:t>
      </w:r>
    </w:p>
    <w:p>
      <w:pPr>
        <w:spacing w:after="0"/>
      </w:pPr>
      <w:r>
        <w:rPr>
          <w:rFonts w:ascii="Arial" w:hAnsi="Arial"/>
          <w:sz w:val="22"/>
        </w:rPr>
        <w:t>Yeah, Yeah, sort of. Yeah, kind of mid 19th century, she died in 1876. So, but yeah, she was kind of a, you know, the kind of class where that was, you know, a bit more possible than it would have been, you know, if she was not from such a wealthy family. But yeah, the learning about her led me to a whole other avenue of, you know, the history of hypnotism and things like that. And yeah, I just find the things that she's done very interesting it I find it quite strange that a lot of people don't don't know as much about her. So I was glad to be able to bring it to all of you and be like, See, now you have to know I learned this thing. Now you're gonna know it.</w:t>
      </w:r>
    </w:p>
    <w:p>
      <w:pPr>
        <w:spacing w:after="0"/>
      </w:pPr>
    </w:p>
    <w:p>
      <w:pPr>
        <w:spacing w:after="0"/>
      </w:pPr>
      <w:r>
        <w:rPr>
          <w:rFonts w:ascii="Arial" w:hAnsi="Arial"/>
          <w:b/>
          <w:sz w:val="22"/>
        </w:rPr>
        <w:t xml:space="preserve">Daisy  </w:t>
      </w:r>
      <w:r>
        <w:rPr>
          <w:rFonts w:ascii="Arial" w:hAnsi="Arial"/>
          <w:color w:val="5D7284"/>
          <w:sz w:val="22"/>
        </w:rPr>
        <w:t>08:27</w:t>
      </w:r>
    </w:p>
    <w:p>
      <w:pPr>
        <w:spacing w:after="0"/>
      </w:pPr>
      <w:r>
        <w:rPr>
          <w:rFonts w:ascii="Arial" w:hAnsi="Arial"/>
          <w:sz w:val="22"/>
        </w:rPr>
        <w:t>I think she sounded like we probably would have gotten on quite well with her because I think certainly her approach to attending Queen Victoria's coronation was very similar to how I would want to attend an event like that</w:t>
      </w:r>
    </w:p>
    <w:p>
      <w:pPr>
        <w:spacing w:after="0"/>
      </w:pPr>
    </w:p>
    <w:p>
      <w:pPr>
        <w:spacing w:after="0"/>
      </w:pPr>
      <w:r>
        <w:rPr>
          <w:rFonts w:ascii="Arial" w:hAnsi="Arial"/>
          <w:b/>
          <w:sz w:val="22"/>
        </w:rPr>
        <w:t xml:space="preserve">Lucy  </w:t>
      </w:r>
      <w:r>
        <w:rPr>
          <w:rFonts w:ascii="Arial" w:hAnsi="Arial"/>
          <w:color w:val="5D7284"/>
          <w:sz w:val="22"/>
        </w:rPr>
        <w:t>09:29</w:t>
      </w:r>
    </w:p>
    <w:p>
      <w:pPr>
        <w:spacing w:after="0"/>
      </w:pPr>
      <w:r>
        <w:rPr>
          <w:rFonts w:ascii="Arial" w:hAnsi="Arial"/>
          <w:sz w:val="22"/>
        </w:rPr>
        <w:t>is that a standard things that Coronations are Really, I know this is going off topic but you know, very on brand for us. is this</w:t>
      </w:r>
    </w:p>
    <w:p>
      <w:pPr>
        <w:spacing w:after="0"/>
      </w:pPr>
    </w:p>
    <w:p>
      <w:pPr>
        <w:spacing w:after="0"/>
      </w:pPr>
      <w:r>
        <w:rPr>
          <w:rFonts w:ascii="Arial" w:hAnsi="Arial"/>
          <w:b/>
          <w:sz w:val="22"/>
        </w:rPr>
        <w:t xml:space="preserve">Alice  </w:t>
      </w:r>
      <w:r>
        <w:rPr>
          <w:rFonts w:ascii="Arial" w:hAnsi="Arial"/>
          <w:color w:val="5D7284"/>
          <w:sz w:val="22"/>
        </w:rPr>
        <w:t>09:36</w:t>
      </w:r>
    </w:p>
    <w:p>
      <w:pPr>
        <w:spacing w:after="0"/>
      </w:pPr>
      <w:r>
        <w:rPr>
          <w:rFonts w:ascii="Arial" w:hAnsi="Arial"/>
          <w:sz w:val="22"/>
        </w:rPr>
        <w:t xml:space="preserve">thing a lot of God to talk about sceptor waving and stuff. </w:t>
      </w:r>
    </w:p>
    <w:p>
      <w:pPr>
        <w:spacing w:after="0"/>
      </w:pPr>
    </w:p>
    <w:p>
      <w:pPr>
        <w:spacing w:after="0"/>
      </w:pPr>
      <w:r>
        <w:rPr>
          <w:rFonts w:ascii="Arial" w:hAnsi="Arial"/>
          <w:b/>
          <w:sz w:val="22"/>
        </w:rPr>
        <w:t xml:space="preserve">Lucy  </w:t>
      </w:r>
      <w:r>
        <w:rPr>
          <w:rFonts w:ascii="Arial" w:hAnsi="Arial"/>
          <w:color w:val="5D7284"/>
          <w:sz w:val="22"/>
        </w:rPr>
        <w:t>09:40</w:t>
      </w:r>
    </w:p>
    <w:p>
      <w:pPr>
        <w:spacing w:after="0"/>
      </w:pPr>
      <w:r>
        <w:rPr>
          <w:rFonts w:ascii="Arial" w:hAnsi="Arial"/>
          <w:sz w:val="22"/>
        </w:rPr>
        <w:t>Yeah this is yours now. be careful with it. Yeah, yeah. Oh, they historically like a long thing.</w:t>
      </w:r>
    </w:p>
    <w:p>
      <w:pPr>
        <w:spacing w:after="0"/>
      </w:pPr>
    </w:p>
    <w:p>
      <w:pPr>
        <w:spacing w:after="0"/>
      </w:pPr>
      <w:r>
        <w:rPr>
          <w:rFonts w:ascii="Arial" w:hAnsi="Arial"/>
          <w:b/>
          <w:sz w:val="22"/>
        </w:rPr>
        <w:t xml:space="preserve">Daisy  </w:t>
      </w:r>
      <w:r>
        <w:rPr>
          <w:rFonts w:ascii="Arial" w:hAnsi="Arial"/>
          <w:color w:val="5D7284"/>
          <w:sz w:val="22"/>
        </w:rPr>
        <w:t>09:49</w:t>
      </w:r>
    </w:p>
    <w:p>
      <w:pPr>
        <w:spacing w:after="0"/>
      </w:pPr>
      <w:r>
        <w:rPr>
          <w:rFonts w:ascii="Arial" w:hAnsi="Arial"/>
          <w:sz w:val="22"/>
        </w:rPr>
        <w:t>Oh, yeah she took a sandwich.</w:t>
      </w:r>
    </w:p>
    <w:p>
      <w:pPr>
        <w:spacing w:after="0"/>
      </w:pPr>
    </w:p>
    <w:p>
      <w:pPr>
        <w:spacing w:after="0"/>
      </w:pPr>
      <w:r>
        <w:rPr>
          <w:rFonts w:ascii="Arial" w:hAnsi="Arial"/>
          <w:b/>
          <w:sz w:val="22"/>
        </w:rPr>
        <w:t xml:space="preserve">Lucy  </w:t>
      </w:r>
      <w:r>
        <w:rPr>
          <w:rFonts w:ascii="Arial" w:hAnsi="Arial"/>
          <w:color w:val="5D7284"/>
          <w:sz w:val="22"/>
        </w:rPr>
        <w:t>09:53</w:t>
      </w:r>
    </w:p>
    <w:p>
      <w:pPr>
        <w:spacing w:after="0"/>
      </w:pPr>
      <w:r>
        <w:rPr>
          <w:rFonts w:ascii="Arial" w:hAnsi="Arial"/>
          <w:sz w:val="22"/>
        </w:rPr>
        <w:t>Okay. That's how I'm gonna start measuring units of time. Do I need to take a snack?</w:t>
      </w:r>
    </w:p>
    <w:p>
      <w:pPr>
        <w:spacing w:after="0"/>
      </w:pPr>
    </w:p>
    <w:p>
      <w:pPr>
        <w:spacing w:after="0"/>
      </w:pPr>
      <w:r>
        <w:rPr>
          <w:rFonts w:ascii="Arial" w:hAnsi="Arial"/>
          <w:b/>
          <w:sz w:val="22"/>
        </w:rPr>
        <w:t xml:space="preserve">Daisy  </w:t>
      </w:r>
      <w:r>
        <w:rPr>
          <w:rFonts w:ascii="Arial" w:hAnsi="Arial"/>
          <w:color w:val="5D7284"/>
          <w:sz w:val="22"/>
        </w:rPr>
        <w:t>10:03</w:t>
      </w:r>
    </w:p>
    <w:p>
      <w:pPr>
        <w:spacing w:after="0"/>
      </w:pPr>
      <w:r>
        <w:rPr>
          <w:rFonts w:ascii="Arial" w:hAnsi="Arial"/>
          <w:sz w:val="22"/>
        </w:rPr>
        <w:t>In fact, I think she took a sandwich and a book. right?</w:t>
      </w:r>
    </w:p>
    <w:p>
      <w:pPr>
        <w:spacing w:after="0"/>
      </w:pPr>
    </w:p>
    <w:p>
      <w:pPr>
        <w:spacing w:after="0"/>
      </w:pPr>
      <w:r>
        <w:rPr>
          <w:rFonts w:ascii="Arial" w:hAnsi="Arial"/>
          <w:b/>
          <w:sz w:val="22"/>
        </w:rPr>
        <w:t xml:space="preserve">Lucy  </w:t>
      </w:r>
      <w:r>
        <w:rPr>
          <w:rFonts w:ascii="Arial" w:hAnsi="Arial"/>
          <w:color w:val="5D7284"/>
          <w:sz w:val="22"/>
        </w:rPr>
        <w:t>10:08</w:t>
      </w:r>
    </w:p>
    <w:p>
      <w:pPr>
        <w:spacing w:after="0"/>
      </w:pPr>
      <w:r>
        <w:rPr>
          <w:rFonts w:ascii="Arial" w:hAnsi="Arial"/>
          <w:sz w:val="22"/>
        </w:rPr>
        <w:t xml:space="preserve">are you actually joking or did you actually? </w:t>
      </w:r>
    </w:p>
    <w:p>
      <w:pPr>
        <w:spacing w:after="0"/>
      </w:pPr>
    </w:p>
    <w:p>
      <w:pPr>
        <w:spacing w:after="0"/>
      </w:pPr>
      <w:r>
        <w:rPr>
          <w:rFonts w:ascii="Arial" w:hAnsi="Arial"/>
          <w:b/>
          <w:sz w:val="22"/>
        </w:rPr>
        <w:t xml:space="preserve">Daisy  </w:t>
      </w:r>
      <w:r>
        <w:rPr>
          <w:rFonts w:ascii="Arial" w:hAnsi="Arial"/>
          <w:color w:val="5D7284"/>
          <w:sz w:val="22"/>
        </w:rPr>
        <w:t>10:10</w:t>
      </w:r>
    </w:p>
    <w:p>
      <w:pPr>
        <w:spacing w:after="0"/>
      </w:pPr>
      <w:r>
        <w:rPr>
          <w:rFonts w:ascii="Arial" w:hAnsi="Arial"/>
          <w:sz w:val="22"/>
        </w:rPr>
        <w:t xml:space="preserve">No, No, no, she had to lean on a pillar with a book and a sandwich until she felt refreshed if you could. </w:t>
      </w:r>
    </w:p>
    <w:p>
      <w:pPr>
        <w:spacing w:after="0"/>
      </w:pPr>
    </w:p>
    <w:p>
      <w:pPr>
        <w:spacing w:after="0"/>
      </w:pPr>
      <w:r>
        <w:rPr>
          <w:rFonts w:ascii="Arial" w:hAnsi="Arial"/>
          <w:b/>
          <w:sz w:val="22"/>
        </w:rPr>
        <w:t xml:space="preserve">Lucy  </w:t>
      </w:r>
      <w:r>
        <w:rPr>
          <w:rFonts w:ascii="Arial" w:hAnsi="Arial"/>
          <w:color w:val="5D7284"/>
          <w:sz w:val="22"/>
        </w:rPr>
        <w:t>10:17</w:t>
      </w:r>
    </w:p>
    <w:p>
      <w:pPr>
        <w:spacing w:after="0"/>
      </w:pPr>
      <w:r>
        <w:rPr>
          <w:rFonts w:ascii="Arial" w:hAnsi="Arial"/>
          <w:sz w:val="22"/>
        </w:rPr>
        <w:t>Okay. right. Wow</w:t>
      </w:r>
    </w:p>
    <w:p>
      <w:pPr>
        <w:spacing w:after="0"/>
      </w:pPr>
    </w:p>
    <w:p>
      <w:pPr>
        <w:spacing w:after="0"/>
      </w:pPr>
      <w:r>
        <w:rPr>
          <w:rFonts w:ascii="Arial" w:hAnsi="Arial"/>
          <w:b/>
          <w:sz w:val="22"/>
        </w:rPr>
        <w:t xml:space="preserve">Daisy  </w:t>
      </w:r>
      <w:r>
        <w:rPr>
          <w:rFonts w:ascii="Arial" w:hAnsi="Arial"/>
          <w:color w:val="5D7284"/>
          <w:sz w:val="22"/>
        </w:rPr>
        <w:t>10:20</w:t>
      </w:r>
    </w:p>
    <w:p>
      <w:pPr>
        <w:spacing w:after="0"/>
      </w:pPr>
      <w:r>
        <w:rPr>
          <w:rFonts w:ascii="Arial" w:hAnsi="Arial"/>
          <w:sz w:val="22"/>
        </w:rPr>
        <w:t>I guess the only thing I really know about coronations is that they sing that ze doc the priest song.</w:t>
      </w:r>
    </w:p>
    <w:p>
      <w:pPr>
        <w:spacing w:after="0"/>
      </w:pPr>
    </w:p>
    <w:p>
      <w:pPr>
        <w:spacing w:after="0"/>
      </w:pPr>
      <w:r>
        <w:rPr>
          <w:rFonts w:ascii="Arial" w:hAnsi="Arial"/>
          <w:b/>
          <w:sz w:val="22"/>
        </w:rPr>
        <w:t xml:space="preserve">Lucy  </w:t>
      </w:r>
      <w:r>
        <w:rPr>
          <w:rFonts w:ascii="Arial" w:hAnsi="Arial"/>
          <w:color w:val="5D7284"/>
          <w:sz w:val="22"/>
        </w:rPr>
        <w:t>10:26</w:t>
      </w:r>
    </w:p>
    <w:p>
      <w:pPr>
        <w:spacing w:after="0"/>
      </w:pPr>
      <w:r>
        <w:rPr>
          <w:rFonts w:ascii="Arial" w:hAnsi="Arial"/>
          <w:sz w:val="22"/>
        </w:rPr>
        <w:t>I've never heard that song. We will probably hear oh,</w:t>
      </w:r>
    </w:p>
    <w:p>
      <w:pPr>
        <w:spacing w:after="0"/>
      </w:pPr>
    </w:p>
    <w:p>
      <w:pPr>
        <w:spacing w:after="0"/>
      </w:pPr>
      <w:r>
        <w:rPr>
          <w:rFonts w:ascii="Arial" w:hAnsi="Arial"/>
          <w:b/>
          <w:sz w:val="22"/>
        </w:rPr>
        <w:t xml:space="preserve">Daisy  </w:t>
      </w:r>
      <w:r>
        <w:rPr>
          <w:rFonts w:ascii="Arial" w:hAnsi="Arial"/>
          <w:color w:val="5D7284"/>
          <w:sz w:val="22"/>
        </w:rPr>
        <w:t>10:29</w:t>
      </w:r>
    </w:p>
    <w:p>
      <w:pPr>
        <w:spacing w:after="0"/>
      </w:pPr>
      <w:r>
        <w:rPr>
          <w:rFonts w:ascii="Arial" w:hAnsi="Arial"/>
          <w:sz w:val="22"/>
        </w:rPr>
        <w:t>you though, you will have done just not well known? Well, it sounds</w:t>
      </w:r>
    </w:p>
    <w:p>
      <w:pPr>
        <w:spacing w:after="0"/>
      </w:pPr>
    </w:p>
    <w:p>
      <w:pPr>
        <w:spacing w:after="0"/>
      </w:pPr>
      <w:r>
        <w:rPr>
          <w:rFonts w:ascii="Arial" w:hAnsi="Arial"/>
          <w:b/>
          <w:sz w:val="22"/>
        </w:rPr>
        <w:t xml:space="preserve">Alice  </w:t>
      </w:r>
      <w:r>
        <w:rPr>
          <w:rFonts w:ascii="Arial" w:hAnsi="Arial"/>
          <w:color w:val="5D7284"/>
          <w:sz w:val="22"/>
        </w:rPr>
        <w:t>10:33</w:t>
      </w:r>
    </w:p>
    <w:p>
      <w:pPr>
        <w:spacing w:after="0"/>
      </w:pPr>
      <w:r>
        <w:rPr>
          <w:rFonts w:ascii="Arial" w:hAnsi="Arial"/>
          <w:sz w:val="22"/>
        </w:rPr>
        <w:t>like yeah, it's probably do you want to give us a few bars?</w:t>
      </w:r>
    </w:p>
    <w:p>
      <w:pPr>
        <w:spacing w:after="0"/>
      </w:pPr>
    </w:p>
    <w:p>
      <w:pPr>
        <w:spacing w:after="0"/>
      </w:pPr>
      <w:r>
        <w:rPr>
          <w:rFonts w:ascii="Arial" w:hAnsi="Arial"/>
          <w:b/>
          <w:sz w:val="22"/>
        </w:rPr>
        <w:t xml:space="preserve">Lucy  </w:t>
      </w:r>
      <w:r>
        <w:rPr>
          <w:rFonts w:ascii="Arial" w:hAnsi="Arial"/>
          <w:color w:val="5D7284"/>
          <w:sz w:val="22"/>
        </w:rPr>
        <w:t>10:44</w:t>
      </w:r>
    </w:p>
    <w:p>
      <w:pPr>
        <w:spacing w:after="0"/>
      </w:pPr>
      <w:r>
        <w:rPr>
          <w:rFonts w:ascii="Arial" w:hAnsi="Arial"/>
          <w:sz w:val="22"/>
        </w:rPr>
        <w:t>Oh, that one, yeah, that Big hit. Yeah. Yeah. That was Harriet Martineau, you a great episode. I'm sure you'll agree. Now one thing I have learned listening back to all of these history lesson episodes, is that Daisy now realises how easy it is to make me laugh. And I think does it on purpose these days? To get me into trouble. This was, what was this our first official history lesson with Daisy?</w:t>
      </w:r>
    </w:p>
    <w:p>
      <w:pPr>
        <w:spacing w:after="0"/>
      </w:pPr>
    </w:p>
    <w:p>
      <w:pPr>
        <w:spacing w:after="0"/>
      </w:pPr>
      <w:r>
        <w:rPr>
          <w:rFonts w:ascii="Arial" w:hAnsi="Arial"/>
          <w:b/>
          <w:sz w:val="22"/>
        </w:rPr>
        <w:t xml:space="preserve">Alice  </w:t>
      </w:r>
      <w:r>
        <w:rPr>
          <w:rFonts w:ascii="Arial" w:hAnsi="Arial"/>
          <w:color w:val="5D7284"/>
          <w:sz w:val="22"/>
        </w:rPr>
        <w:t>11:17</w:t>
      </w:r>
    </w:p>
    <w:p>
      <w:pPr>
        <w:spacing w:after="0"/>
      </w:pPr>
      <w:r>
        <w:rPr>
          <w:rFonts w:ascii="Arial" w:hAnsi="Arial"/>
          <w:sz w:val="22"/>
        </w:rPr>
        <w:t xml:space="preserve">Yeah, I think it was our first I think we may have not recorded it in order. But I think in terms of release, this is the first proper Daisy history lesson. I'm not I'm not sure. </w:t>
      </w:r>
    </w:p>
    <w:p>
      <w:pPr>
        <w:spacing w:after="0"/>
      </w:pPr>
    </w:p>
    <w:p>
      <w:pPr>
        <w:spacing w:after="0"/>
      </w:pPr>
      <w:r>
        <w:rPr>
          <w:rFonts w:ascii="Arial" w:hAnsi="Arial"/>
          <w:b/>
          <w:sz w:val="22"/>
        </w:rPr>
        <w:t xml:space="preserve">Lucy  </w:t>
      </w:r>
      <w:r>
        <w:rPr>
          <w:rFonts w:ascii="Arial" w:hAnsi="Arial"/>
          <w:color w:val="5D7284"/>
          <w:sz w:val="22"/>
        </w:rPr>
        <w:t>11:32</w:t>
      </w:r>
    </w:p>
    <w:p>
      <w:pPr>
        <w:spacing w:after="0"/>
      </w:pPr>
      <w:r>
        <w:rPr>
          <w:rFonts w:ascii="Arial" w:hAnsi="Arial"/>
          <w:sz w:val="22"/>
        </w:rPr>
        <w:t>And it was for Autism Awareness Week, which was what seemed like 1000 years ago, like literally when we were fresh faced, like Yeah. So yeah, this is the first this is the first proper history lesson with Daisy. And this clip, you will hear me cackling like some sort of demented, Witch</w:t>
      </w:r>
    </w:p>
    <w:p>
      <w:pPr>
        <w:spacing w:after="0"/>
      </w:pPr>
    </w:p>
    <w:p>
      <w:pPr>
        <w:spacing w:after="0"/>
      </w:pPr>
      <w:r>
        <w:rPr>
          <w:rFonts w:ascii="Arial" w:hAnsi="Arial"/>
          <w:b/>
          <w:sz w:val="22"/>
        </w:rPr>
        <w:t xml:space="preserve">Daisy  </w:t>
      </w:r>
      <w:r>
        <w:rPr>
          <w:rFonts w:ascii="Arial" w:hAnsi="Arial"/>
          <w:color w:val="5D7284"/>
          <w:sz w:val="22"/>
        </w:rPr>
        <w:t>12:01</w:t>
      </w:r>
    </w:p>
    <w:p>
      <w:pPr>
        <w:spacing w:after="0"/>
      </w:pPr>
      <w:r>
        <w:rPr>
          <w:rFonts w:ascii="Arial" w:hAnsi="Arial"/>
          <w:sz w:val="22"/>
        </w:rPr>
        <w:t>autistic psychopathy was attributed in a lot of cases to something they refer to as refrigerator mothers. So that would be like a cold, unloving Guardian with milk and eggs inside and some holiday</w:t>
      </w:r>
    </w:p>
    <w:p>
      <w:pPr>
        <w:spacing w:after="0"/>
      </w:pPr>
    </w:p>
    <w:p>
      <w:pPr>
        <w:spacing w:after="0"/>
      </w:pPr>
      <w:r>
        <w:rPr>
          <w:rFonts w:ascii="Arial" w:hAnsi="Arial"/>
          <w:b/>
          <w:sz w:val="22"/>
        </w:rPr>
        <w:t xml:space="preserve">Lucy  </w:t>
      </w:r>
      <w:r>
        <w:rPr>
          <w:rFonts w:ascii="Arial" w:hAnsi="Arial"/>
          <w:color w:val="5D7284"/>
          <w:sz w:val="22"/>
        </w:rPr>
        <w:t>12:20</w:t>
      </w:r>
    </w:p>
    <w:p>
      <w:pPr>
        <w:spacing w:after="0"/>
      </w:pPr>
      <w:r>
        <w:rPr>
          <w:rFonts w:ascii="Arial" w:hAnsi="Arial"/>
          <w:sz w:val="22"/>
        </w:rPr>
        <w:t>Daisy this is why you are so much funnier than me or Alice, that dead-pan delivery.</w:t>
      </w:r>
    </w:p>
    <w:p>
      <w:pPr>
        <w:spacing w:after="0"/>
      </w:pPr>
    </w:p>
    <w:p>
      <w:pPr>
        <w:spacing w:after="0"/>
      </w:pPr>
      <w:r>
        <w:rPr>
          <w:rFonts w:ascii="Arial" w:hAnsi="Arial"/>
          <w:b/>
          <w:sz w:val="22"/>
        </w:rPr>
        <w:t xml:space="preserve">Daisy  </w:t>
      </w:r>
      <w:r>
        <w:rPr>
          <w:rFonts w:ascii="Arial" w:hAnsi="Arial"/>
          <w:color w:val="5D7284"/>
          <w:sz w:val="22"/>
        </w:rPr>
        <w:t>12:26</w:t>
      </w:r>
    </w:p>
    <w:p>
      <w:pPr>
        <w:spacing w:after="0"/>
      </w:pPr>
      <w:r>
        <w:rPr>
          <w:rFonts w:ascii="Arial" w:hAnsi="Arial"/>
          <w:sz w:val="22"/>
        </w:rPr>
        <w:t>delivery is going fine until milk and eggs</w:t>
      </w:r>
    </w:p>
    <w:p>
      <w:pPr>
        <w:spacing w:after="0"/>
      </w:pPr>
    </w:p>
    <w:p>
      <w:pPr>
        <w:spacing w:after="0"/>
      </w:pPr>
      <w:r>
        <w:rPr>
          <w:rFonts w:ascii="Arial" w:hAnsi="Arial"/>
          <w:b/>
          <w:sz w:val="22"/>
        </w:rPr>
        <w:t xml:space="preserve">Lucy  </w:t>
      </w:r>
      <w:r>
        <w:rPr>
          <w:rFonts w:ascii="Arial" w:hAnsi="Arial"/>
          <w:color w:val="5D7284"/>
          <w:sz w:val="22"/>
        </w:rPr>
        <w:t>12:33</w:t>
      </w:r>
    </w:p>
    <w:p>
      <w:pPr>
        <w:spacing w:after="0"/>
      </w:pPr>
      <w:r>
        <w:rPr>
          <w:rFonts w:ascii="Arial" w:hAnsi="Arial"/>
          <w:sz w:val="22"/>
        </w:rPr>
        <w:t>Yes, that's a woman. Yes.</w:t>
      </w:r>
    </w:p>
    <w:p>
      <w:pPr>
        <w:spacing w:after="0"/>
      </w:pPr>
    </w:p>
    <w:p>
      <w:pPr>
        <w:spacing w:after="0"/>
      </w:pPr>
      <w:r>
        <w:rPr>
          <w:rFonts w:ascii="Arial" w:hAnsi="Arial"/>
          <w:b/>
          <w:sz w:val="22"/>
        </w:rPr>
        <w:t xml:space="preserve">Alice  </w:t>
      </w:r>
      <w:r>
        <w:rPr>
          <w:rFonts w:ascii="Arial" w:hAnsi="Arial"/>
          <w:color w:val="5D7284"/>
          <w:sz w:val="22"/>
        </w:rPr>
        <w:t>12:35</w:t>
      </w:r>
    </w:p>
    <w:p>
      <w:pPr>
        <w:spacing w:after="0"/>
      </w:pPr>
      <w:r>
        <w:rPr>
          <w:rFonts w:ascii="Arial" w:hAnsi="Arial"/>
          <w:sz w:val="22"/>
        </w:rPr>
        <w:t>So that's, that's up there is one of my favourite quotes from history lessons. But I don't think it's it's quite as as merch worthy as the next quote we're going to hear which I think even in the episode, I was like, I need that on a t shirt.</w:t>
      </w:r>
    </w:p>
    <w:p>
      <w:pPr>
        <w:spacing w:after="0"/>
      </w:pPr>
    </w:p>
    <w:p>
      <w:pPr>
        <w:spacing w:after="0"/>
      </w:pPr>
      <w:r>
        <w:rPr>
          <w:rFonts w:ascii="Arial" w:hAnsi="Arial"/>
          <w:b/>
          <w:sz w:val="22"/>
        </w:rPr>
        <w:t xml:space="preserve">Lucy  </w:t>
      </w:r>
      <w:r>
        <w:rPr>
          <w:rFonts w:ascii="Arial" w:hAnsi="Arial"/>
          <w:color w:val="5D7284"/>
          <w:sz w:val="22"/>
        </w:rPr>
        <w:t>12:53</w:t>
      </w:r>
    </w:p>
    <w:p>
      <w:pPr>
        <w:spacing w:after="0"/>
      </w:pPr>
      <w:r>
        <w:rPr>
          <w:rFonts w:ascii="Arial" w:hAnsi="Arial"/>
          <w:sz w:val="22"/>
        </w:rPr>
        <w:t>Now some went up to stand on the quarter deck in dressed in uniform. He's basically quite theatrical. I'm getting from this he's he's a bit overdramatic and a bit theatrical. And he cant like sit really dressed in his uniform, complete with decorations and his diamond plume heart with fancy diamonds. Yes, plume in his hat, is an obvious target for snipers. So he was basically standing there going come at me bitch basically</w:t>
      </w:r>
    </w:p>
    <w:p>
      <w:pPr>
        <w:spacing w:after="0"/>
      </w:pPr>
    </w:p>
    <w:p>
      <w:pPr>
        <w:spacing w:after="0"/>
      </w:pPr>
      <w:r>
        <w:rPr>
          <w:rFonts w:ascii="Arial" w:hAnsi="Arial"/>
          <w:b/>
          <w:sz w:val="22"/>
        </w:rPr>
        <w:t xml:space="preserve">Alice  </w:t>
      </w:r>
      <w:r>
        <w:rPr>
          <w:rFonts w:ascii="Arial" w:hAnsi="Arial"/>
          <w:color w:val="5D7284"/>
          <w:sz w:val="22"/>
        </w:rPr>
        <w:t>13:27</w:t>
      </w:r>
    </w:p>
    <w:p>
      <w:pPr>
        <w:spacing w:after="0"/>
      </w:pPr>
      <w:r>
        <w:rPr>
          <w:rFonts w:ascii="Arial" w:hAnsi="Arial"/>
          <w:sz w:val="22"/>
        </w:rPr>
        <w:t xml:space="preserve">And I think that that episode is like shows one of the reasons that like we love these episodes, is like the the just the madness and the dynamics that we have but also like like because we all we all three of us Daisy, obviously but like me and Lucy as well just love history. And like I've just been, there's been so many interesting people we've talked about so many interesting, like episodes that we've covered. </w:t>
      </w:r>
    </w:p>
    <w:p>
      <w:pPr>
        <w:spacing w:after="0"/>
      </w:pPr>
    </w:p>
    <w:p>
      <w:pPr>
        <w:spacing w:after="0"/>
      </w:pPr>
      <w:r>
        <w:rPr>
          <w:rFonts w:ascii="Arial" w:hAnsi="Arial"/>
          <w:b/>
          <w:sz w:val="22"/>
        </w:rPr>
        <w:t xml:space="preserve">Lucy  </w:t>
      </w:r>
      <w:r>
        <w:rPr>
          <w:rFonts w:ascii="Arial" w:hAnsi="Arial"/>
          <w:color w:val="5D7284"/>
          <w:sz w:val="22"/>
        </w:rPr>
        <w:t>13:56</w:t>
      </w:r>
    </w:p>
    <w:p>
      <w:pPr>
        <w:spacing w:after="0"/>
      </w:pPr>
      <w:r>
        <w:rPr>
          <w:rFonts w:ascii="Arial" w:hAnsi="Arial"/>
          <w:sz w:val="22"/>
        </w:rPr>
        <w:t>Also the fact that Daisy not only likes history, but Daisy, Daisy, you understand my line of questioning. Sometimes we look at me when I go what colour socks was he wearing? when that happened to that that thing happened to that man? I don't know. But</w:t>
      </w:r>
    </w:p>
    <w:p>
      <w:pPr>
        <w:spacing w:after="0"/>
      </w:pPr>
    </w:p>
    <w:p>
      <w:pPr>
        <w:spacing w:after="0"/>
      </w:pPr>
      <w:r>
        <w:rPr>
          <w:rFonts w:ascii="Arial" w:hAnsi="Arial"/>
          <w:b/>
          <w:sz w:val="22"/>
        </w:rPr>
        <w:t xml:space="preserve">Alice  </w:t>
      </w:r>
      <w:r>
        <w:rPr>
          <w:rFonts w:ascii="Arial" w:hAnsi="Arial"/>
          <w:color w:val="5D7284"/>
          <w:sz w:val="22"/>
        </w:rPr>
        <w:t>14:17</w:t>
      </w:r>
    </w:p>
    <w:p>
      <w:pPr>
        <w:spacing w:after="0"/>
      </w:pPr>
      <w:r>
        <w:rPr>
          <w:rFonts w:ascii="Arial" w:hAnsi="Arial"/>
          <w:sz w:val="22"/>
        </w:rPr>
        <w:t xml:space="preserve">I love it in the for the Richard the Third episode, Daisy tried to like anticipate random questions and we didn't and they weren't even the random questions that we asked to finish the episode to be like um, so I have this bit of information that I thought you might be </w:t>
      </w:r>
    </w:p>
    <w:p>
      <w:pPr>
        <w:spacing w:after="0"/>
      </w:pPr>
    </w:p>
    <w:p>
      <w:pPr>
        <w:spacing w:after="0"/>
      </w:pPr>
      <w:r>
        <w:rPr>
          <w:rFonts w:ascii="Arial" w:hAnsi="Arial"/>
          <w:b/>
          <w:sz w:val="22"/>
        </w:rPr>
        <w:t xml:space="preserve">Daisy  </w:t>
      </w:r>
      <w:r>
        <w:rPr>
          <w:rFonts w:ascii="Arial" w:hAnsi="Arial"/>
          <w:color w:val="5D7284"/>
          <w:sz w:val="22"/>
        </w:rPr>
        <w:t>14:35</w:t>
      </w:r>
    </w:p>
    <w:p>
      <w:pPr>
        <w:spacing w:after="0"/>
      </w:pPr>
      <w:r>
        <w:rPr>
          <w:rFonts w:ascii="Arial" w:hAnsi="Arial"/>
          <w:sz w:val="22"/>
        </w:rPr>
        <w:t xml:space="preserve">Yeah I just assumed you would ask this ridiculous question so I found out the answer </w:t>
      </w:r>
    </w:p>
    <w:p>
      <w:pPr>
        <w:spacing w:after="0"/>
      </w:pPr>
    </w:p>
    <w:p>
      <w:pPr>
        <w:spacing w:after="0"/>
      </w:pPr>
      <w:r>
        <w:rPr>
          <w:rFonts w:ascii="Arial" w:hAnsi="Arial"/>
          <w:b/>
          <w:sz w:val="22"/>
        </w:rPr>
        <w:t xml:space="preserve">Alice  </w:t>
      </w:r>
      <w:r>
        <w:rPr>
          <w:rFonts w:ascii="Arial" w:hAnsi="Arial"/>
          <w:color w:val="5D7284"/>
          <w:sz w:val="22"/>
        </w:rPr>
        <w:t>14:40</w:t>
      </w:r>
    </w:p>
    <w:p>
      <w:pPr>
        <w:spacing w:after="0"/>
      </w:pPr>
      <w:r>
        <w:rPr>
          <w:rFonts w:ascii="Arial" w:hAnsi="Arial"/>
          <w:sz w:val="22"/>
        </w:rPr>
        <w:t>instead we have a ridiculous question.</w:t>
      </w:r>
    </w:p>
    <w:p>
      <w:pPr>
        <w:spacing w:after="0"/>
      </w:pPr>
    </w:p>
    <w:p>
      <w:pPr>
        <w:spacing w:after="0"/>
      </w:pPr>
      <w:r>
        <w:rPr>
          <w:rFonts w:ascii="Arial" w:hAnsi="Arial"/>
          <w:b/>
          <w:sz w:val="22"/>
        </w:rPr>
        <w:t xml:space="preserve">Lucy  </w:t>
      </w:r>
      <w:r>
        <w:rPr>
          <w:rFonts w:ascii="Arial" w:hAnsi="Arial"/>
          <w:color w:val="5D7284"/>
          <w:sz w:val="22"/>
        </w:rPr>
        <w:t>14:43</w:t>
      </w:r>
    </w:p>
    <w:p>
      <w:pPr>
        <w:spacing w:after="0"/>
      </w:pPr>
      <w:r>
        <w:rPr>
          <w:rFonts w:ascii="Arial" w:hAnsi="Arial"/>
          <w:sz w:val="22"/>
        </w:rPr>
        <w:t>The handsome Jefferies will always Stick out for me in the Richard the third episode, The Handsome Jeffries, I think would be brilliant quiz team name for the pub.</w:t>
      </w:r>
    </w:p>
    <w:p>
      <w:pPr>
        <w:spacing w:after="0"/>
      </w:pPr>
    </w:p>
    <w:p>
      <w:pPr>
        <w:spacing w:after="0"/>
      </w:pPr>
      <w:r>
        <w:rPr>
          <w:rFonts w:ascii="Arial" w:hAnsi="Arial"/>
          <w:b/>
          <w:sz w:val="22"/>
        </w:rPr>
        <w:t xml:space="preserve">Alice  </w:t>
      </w:r>
      <w:r>
        <w:rPr>
          <w:rFonts w:ascii="Arial" w:hAnsi="Arial"/>
          <w:color w:val="5D7284"/>
          <w:sz w:val="22"/>
        </w:rPr>
        <w:t>14:55</w:t>
      </w:r>
    </w:p>
    <w:p>
      <w:pPr>
        <w:spacing w:after="0"/>
      </w:pPr>
      <w:r>
        <w:rPr>
          <w:rFonts w:ascii="Arial" w:hAnsi="Arial"/>
          <w:sz w:val="22"/>
        </w:rPr>
        <w:t xml:space="preserve">I was gonna say if we ever we ever go on tour that's our like Support Act is hands like some random local punk band called The handsome Jefferies. </w:t>
      </w:r>
    </w:p>
    <w:p>
      <w:pPr>
        <w:spacing w:after="0"/>
      </w:pPr>
    </w:p>
    <w:p>
      <w:pPr>
        <w:spacing w:after="0"/>
      </w:pPr>
      <w:r>
        <w:rPr>
          <w:rFonts w:ascii="Arial" w:hAnsi="Arial"/>
          <w:b/>
          <w:sz w:val="22"/>
        </w:rPr>
        <w:t xml:space="preserve">Lucy  </w:t>
      </w:r>
      <w:r>
        <w:rPr>
          <w:rFonts w:ascii="Arial" w:hAnsi="Arial"/>
          <w:color w:val="5D7284"/>
          <w:sz w:val="22"/>
        </w:rPr>
        <w:t>15:05</w:t>
      </w:r>
    </w:p>
    <w:p>
      <w:pPr>
        <w:spacing w:after="0"/>
      </w:pPr>
      <w:r>
        <w:rPr>
          <w:rFonts w:ascii="Arial" w:hAnsi="Arial"/>
          <w:sz w:val="22"/>
        </w:rPr>
        <w:t xml:space="preserve">Amazing, But no, that's why I love these episodes with Daisy because it means that I could talk about history to somebody who genuinely interested in the fact that I like history, I get to talk about disability. And also, she's my mate and she gets me it's just everything I could ever want all rolled into one and brilliant. </w:t>
      </w:r>
    </w:p>
    <w:p>
      <w:pPr>
        <w:spacing w:after="0"/>
      </w:pPr>
    </w:p>
    <w:p>
      <w:pPr>
        <w:spacing w:after="0"/>
      </w:pPr>
      <w:r>
        <w:rPr>
          <w:rFonts w:ascii="Arial" w:hAnsi="Arial"/>
          <w:b/>
          <w:sz w:val="22"/>
        </w:rPr>
        <w:t xml:space="preserve">Alice  </w:t>
      </w:r>
      <w:r>
        <w:rPr>
          <w:rFonts w:ascii="Arial" w:hAnsi="Arial"/>
          <w:color w:val="5D7284"/>
          <w:sz w:val="22"/>
        </w:rPr>
        <w:t>15:23</w:t>
      </w:r>
    </w:p>
    <w:p>
      <w:pPr>
        <w:spacing w:after="0"/>
      </w:pPr>
      <w:r>
        <w:rPr>
          <w:rFonts w:ascii="Arial" w:hAnsi="Arial"/>
          <w:sz w:val="22"/>
        </w:rPr>
        <w:t>Lucy is a little bit obsessed, aren't you Luce?</w:t>
      </w:r>
    </w:p>
    <w:p>
      <w:pPr>
        <w:spacing w:after="0"/>
      </w:pPr>
    </w:p>
    <w:p>
      <w:pPr>
        <w:spacing w:after="0"/>
      </w:pPr>
      <w:r>
        <w:rPr>
          <w:rFonts w:ascii="Arial" w:hAnsi="Arial"/>
          <w:b/>
          <w:sz w:val="22"/>
        </w:rPr>
        <w:t xml:space="preserve">Lucy  </w:t>
      </w:r>
      <w:r>
        <w:rPr>
          <w:rFonts w:ascii="Arial" w:hAnsi="Arial"/>
          <w:color w:val="5D7284"/>
          <w:sz w:val="22"/>
        </w:rPr>
        <w:t>15:28</w:t>
      </w:r>
    </w:p>
    <w:p>
      <w:pPr>
        <w:spacing w:after="0"/>
      </w:pPr>
      <w:r>
        <w:rPr>
          <w:rFonts w:ascii="Arial" w:hAnsi="Arial"/>
          <w:sz w:val="22"/>
        </w:rPr>
        <w:t>stop giggling at Daisy, she's your friend, it's fine, you don't have to impress her anymore</w:t>
      </w:r>
    </w:p>
    <w:p>
      <w:pPr>
        <w:spacing w:after="0"/>
      </w:pPr>
    </w:p>
    <w:p>
      <w:pPr>
        <w:spacing w:after="0"/>
      </w:pPr>
      <w:r>
        <w:rPr>
          <w:rFonts w:ascii="Arial" w:hAnsi="Arial"/>
          <w:b/>
          <w:sz w:val="22"/>
        </w:rPr>
        <w:t xml:space="preserve">Lucy  </w:t>
      </w:r>
      <w:r>
        <w:rPr>
          <w:rFonts w:ascii="Arial" w:hAnsi="Arial"/>
          <w:color w:val="5D7284"/>
          <w:sz w:val="22"/>
        </w:rPr>
        <w:t>15:32</w:t>
      </w:r>
    </w:p>
    <w:p>
      <w:pPr>
        <w:spacing w:after="0"/>
      </w:pPr>
      <w:r>
        <w:rPr>
          <w:rFonts w:ascii="Arial" w:hAnsi="Arial"/>
          <w:sz w:val="22"/>
        </w:rPr>
        <w:t>Oh Lucy, that's a real insight into your psyche.</w:t>
      </w:r>
    </w:p>
    <w:p>
      <w:pPr>
        <w:spacing w:after="0"/>
      </w:pPr>
    </w:p>
    <w:p>
      <w:pPr>
        <w:spacing w:after="0"/>
      </w:pPr>
      <w:r>
        <w:rPr>
          <w:rFonts w:ascii="Arial" w:hAnsi="Arial"/>
          <w:b/>
          <w:sz w:val="22"/>
        </w:rPr>
        <w:t xml:space="preserve">Daisy  </w:t>
      </w:r>
      <w:r>
        <w:rPr>
          <w:rFonts w:ascii="Arial" w:hAnsi="Arial"/>
          <w:color w:val="5D7284"/>
          <w:sz w:val="22"/>
        </w:rPr>
        <w:t>15:49</w:t>
      </w:r>
    </w:p>
    <w:p>
      <w:pPr>
        <w:spacing w:after="0"/>
      </w:pPr>
      <w:r>
        <w:rPr>
          <w:rFonts w:ascii="Arial" w:hAnsi="Arial"/>
          <w:sz w:val="22"/>
        </w:rPr>
        <w:t xml:space="preserve">I, I like I generally like to think that when I'm talking to other people, sort of more sensible </w:t>
      </w:r>
    </w:p>
    <w:p>
      <w:pPr>
        <w:spacing w:after="0"/>
      </w:pPr>
    </w:p>
    <w:p>
      <w:pPr>
        <w:spacing w:after="0"/>
      </w:pPr>
      <w:r>
        <w:rPr>
          <w:rFonts w:ascii="Arial" w:hAnsi="Arial"/>
          <w:b/>
          <w:sz w:val="22"/>
        </w:rPr>
        <w:t xml:space="preserve">Daisy  </w:t>
      </w:r>
      <w:r>
        <w:rPr>
          <w:rFonts w:ascii="Arial" w:hAnsi="Arial"/>
          <w:color w:val="5D7284"/>
          <w:sz w:val="22"/>
        </w:rPr>
        <w:t>16:06</w:t>
      </w:r>
    </w:p>
    <w:p>
      <w:pPr>
        <w:spacing w:after="0"/>
      </w:pPr>
      <w:r>
        <w:rPr>
          <w:rFonts w:ascii="Arial" w:hAnsi="Arial"/>
          <w:sz w:val="22"/>
        </w:rPr>
        <w:t>That's brilliant in terms of listening ability for a podcast, probably Yeah, but no, I think this has kind of ruined any reputation I might have had as like a, you know, serious person.</w:t>
      </w:r>
    </w:p>
    <w:p>
      <w:pPr>
        <w:spacing w:after="0"/>
      </w:pPr>
    </w:p>
    <w:p>
      <w:pPr>
        <w:spacing w:after="0"/>
      </w:pPr>
      <w:r>
        <w:rPr>
          <w:rFonts w:ascii="Arial" w:hAnsi="Arial"/>
          <w:b/>
          <w:sz w:val="22"/>
        </w:rPr>
        <w:t xml:space="preserve">Alice  </w:t>
      </w:r>
      <w:r>
        <w:rPr>
          <w:rFonts w:ascii="Arial" w:hAnsi="Arial"/>
          <w:color w:val="5D7284"/>
          <w:sz w:val="22"/>
        </w:rPr>
        <w:t>16:18</w:t>
      </w:r>
    </w:p>
    <w:p>
      <w:pPr>
        <w:spacing w:after="0"/>
      </w:pPr>
      <w:r>
        <w:rPr>
          <w:rFonts w:ascii="Arial" w:hAnsi="Arial"/>
          <w:sz w:val="22"/>
        </w:rPr>
        <w:t>There was another another quote that I nearly included where I called you, our resident academic, I think or resident expert, and you were like, I think that's a stretch. I'm not sure I'm comfortable with that.</w:t>
      </w:r>
    </w:p>
    <w:p>
      <w:pPr>
        <w:spacing w:after="0"/>
      </w:pPr>
    </w:p>
    <w:p>
      <w:pPr>
        <w:spacing w:after="0"/>
      </w:pPr>
      <w:r>
        <w:rPr>
          <w:rFonts w:ascii="Arial" w:hAnsi="Arial"/>
          <w:b/>
          <w:sz w:val="22"/>
        </w:rPr>
        <w:t xml:space="preserve">Daisy  </w:t>
      </w:r>
      <w:r>
        <w:rPr>
          <w:rFonts w:ascii="Arial" w:hAnsi="Arial"/>
          <w:color w:val="5D7284"/>
          <w:sz w:val="22"/>
        </w:rPr>
        <w:t>16:32</w:t>
      </w:r>
    </w:p>
    <w:p>
      <w:pPr>
        <w:spacing w:after="0"/>
      </w:pPr>
      <w:r>
        <w:rPr>
          <w:rFonts w:ascii="Arial" w:hAnsi="Arial"/>
          <w:sz w:val="22"/>
        </w:rPr>
        <w:t>Part of that is because I know how gatekeeping some people are about like terms like historian and academic and things like that. And sort of, you know, want to try and avoid that before. Before anyone starts having a go at me. because I know that Greg Jenner, one of our faves historian wise, writer of Horrible Histories and many, many excellent books, never refers to himself as a historian because get he's not an academic who works in a in a, you know, institution that he uses, like public historian, because I've heard that yeah, slightly more,</w:t>
      </w:r>
    </w:p>
    <w:p>
      <w:pPr>
        <w:spacing w:after="0"/>
      </w:pPr>
    </w:p>
    <w:p>
      <w:pPr>
        <w:spacing w:after="0"/>
      </w:pPr>
      <w:r>
        <w:rPr>
          <w:rFonts w:ascii="Arial" w:hAnsi="Arial"/>
          <w:b/>
          <w:sz w:val="22"/>
        </w:rPr>
        <w:t xml:space="preserve">Lucy  </w:t>
      </w:r>
      <w:r>
        <w:rPr>
          <w:rFonts w:ascii="Arial" w:hAnsi="Arial"/>
          <w:color w:val="5D7284"/>
          <w:sz w:val="22"/>
        </w:rPr>
        <w:t>17:14</w:t>
      </w:r>
    </w:p>
    <w:p>
      <w:pPr>
        <w:spacing w:after="0"/>
      </w:pPr>
      <w:r>
        <w:rPr>
          <w:rFonts w:ascii="Arial" w:hAnsi="Arial"/>
          <w:sz w:val="22"/>
        </w:rPr>
        <w:t>is that what you would like us to start referring to you as something along those lines?</w:t>
      </w:r>
    </w:p>
    <w:p>
      <w:pPr>
        <w:spacing w:after="0"/>
      </w:pPr>
    </w:p>
    <w:p>
      <w:pPr>
        <w:spacing w:after="0"/>
      </w:pPr>
      <w:r>
        <w:rPr>
          <w:rFonts w:ascii="Arial" w:hAnsi="Arial"/>
          <w:b/>
          <w:sz w:val="22"/>
        </w:rPr>
        <w:t xml:space="preserve">Daisy  </w:t>
      </w:r>
      <w:r>
        <w:rPr>
          <w:rFonts w:ascii="Arial" w:hAnsi="Arial"/>
          <w:color w:val="5D7284"/>
          <w:sz w:val="22"/>
        </w:rPr>
        <w:t>17:21</w:t>
      </w:r>
    </w:p>
    <w:p>
      <w:pPr>
        <w:spacing w:after="0"/>
      </w:pPr>
      <w:r>
        <w:rPr>
          <w:rFonts w:ascii="Arial" w:hAnsi="Arial"/>
          <w:sz w:val="22"/>
        </w:rPr>
        <w:t>No, It's I've always kind of gone the other way, in the last couple of years as being like, you know, no, you don't have to, you know, have like, a super advanced degree, and, you know, work in a university and all of that to, you know, be someone who studies and communicates history, like, ya don't need a gatekeeper, the term historian, partly as well, it's because, you know, get me you know, making like, having a job as, like a lecturer who can do research at university is so difficult. These days, that kind of eliminating anyone who doesn't have that job from being a historian, there's just like, you're now just cutting out a load of people who have a lot of interesting knowledge.</w:t>
      </w:r>
    </w:p>
    <w:p>
      <w:pPr>
        <w:spacing w:after="0"/>
      </w:pPr>
    </w:p>
    <w:p>
      <w:pPr>
        <w:spacing w:after="0"/>
      </w:pPr>
      <w:r>
        <w:rPr>
          <w:rFonts w:ascii="Arial" w:hAnsi="Arial"/>
          <w:b/>
          <w:sz w:val="22"/>
        </w:rPr>
        <w:t xml:space="preserve">Alice  </w:t>
      </w:r>
      <w:r>
        <w:rPr>
          <w:rFonts w:ascii="Arial" w:hAnsi="Arial"/>
          <w:color w:val="5D7284"/>
          <w:sz w:val="22"/>
        </w:rPr>
        <w:t>18:03</w:t>
      </w:r>
    </w:p>
    <w:p>
      <w:pPr>
        <w:spacing w:after="0"/>
      </w:pPr>
      <w:r>
        <w:rPr>
          <w:rFonts w:ascii="Arial" w:hAnsi="Arial"/>
          <w:sz w:val="22"/>
        </w:rPr>
        <w:t xml:space="preserve">I think it also probably excludes a lot of people from having that interest in history, you know, it makes people feel like, well, I can't consider myself, you know, a historian, if I like it, it makes it a very exclusive club, doesn't it? </w:t>
      </w:r>
    </w:p>
    <w:p>
      <w:pPr>
        <w:spacing w:after="0"/>
      </w:pPr>
    </w:p>
    <w:p>
      <w:pPr>
        <w:spacing w:after="0"/>
      </w:pPr>
      <w:r>
        <w:rPr>
          <w:rFonts w:ascii="Arial" w:hAnsi="Arial"/>
          <w:b/>
          <w:sz w:val="22"/>
        </w:rPr>
        <w:t xml:space="preserve">Daisy  </w:t>
      </w:r>
      <w:r>
        <w:rPr>
          <w:rFonts w:ascii="Arial" w:hAnsi="Arial"/>
          <w:color w:val="5D7284"/>
          <w:sz w:val="22"/>
        </w:rPr>
        <w:t>18:20</w:t>
      </w:r>
    </w:p>
    <w:p>
      <w:pPr>
        <w:spacing w:after="0"/>
      </w:pPr>
      <w:r>
        <w:rPr>
          <w:rFonts w:ascii="Arial" w:hAnsi="Arial"/>
          <w:sz w:val="22"/>
        </w:rPr>
        <w:t>yeah, it's clear if I'm, like, in circles with kind of other people who do history that I'm very much the odd one out in the, you know, I don't have a PhD, or I'm not studying for a PhD. And I, you know, don't write, you know, research papers, I write magazine articles and, you know, blogs and a book is a Yeah, it's usually very clear that I'm, I'm not the typical one, but then, you know, part of that, that's the way, you know, all of us often are in these sorts of, you know, because we're disabled and our trajectory to get to the same places is often so different from anyone who's not disabled. It's, I guess, relatively common.</w:t>
      </w:r>
    </w:p>
    <w:p>
      <w:pPr>
        <w:spacing w:after="0"/>
      </w:pPr>
    </w:p>
    <w:p>
      <w:pPr>
        <w:spacing w:after="0"/>
      </w:pPr>
      <w:r>
        <w:rPr>
          <w:rFonts w:ascii="Arial" w:hAnsi="Arial"/>
          <w:b/>
          <w:sz w:val="22"/>
        </w:rPr>
        <w:t xml:space="preserve">Lucy  </w:t>
      </w:r>
      <w:r>
        <w:rPr>
          <w:rFonts w:ascii="Arial" w:hAnsi="Arial"/>
          <w:color w:val="5D7284"/>
          <w:sz w:val="22"/>
        </w:rPr>
        <w:t>19:05</w:t>
      </w:r>
    </w:p>
    <w:p>
      <w:pPr>
        <w:spacing w:after="0"/>
      </w:pPr>
      <w:r>
        <w:rPr>
          <w:rFonts w:ascii="Arial" w:hAnsi="Arial"/>
          <w:sz w:val="22"/>
        </w:rPr>
        <w:t>It's a bit freeing as well, I would imagine to be able to say, you know, I'm not studying for a PhD, I can, you know, you're free to, to study or look into whatever you want is, you're not tied to get specific.</w:t>
      </w:r>
    </w:p>
    <w:p>
      <w:pPr>
        <w:spacing w:after="0"/>
      </w:pPr>
    </w:p>
    <w:p>
      <w:pPr>
        <w:spacing w:after="0"/>
      </w:pPr>
      <w:r>
        <w:rPr>
          <w:rFonts w:ascii="Arial" w:hAnsi="Arial"/>
          <w:b/>
          <w:sz w:val="22"/>
        </w:rPr>
        <w:t xml:space="preserve">Daisy  </w:t>
      </w:r>
      <w:r>
        <w:rPr>
          <w:rFonts w:ascii="Arial" w:hAnsi="Arial"/>
          <w:color w:val="5D7284"/>
          <w:sz w:val="22"/>
        </w:rPr>
        <w:t>19:18</w:t>
      </w:r>
    </w:p>
    <w:p>
      <w:pPr>
        <w:spacing w:after="0"/>
      </w:pPr>
      <w:r>
        <w:rPr>
          <w:rFonts w:ascii="Arial" w:hAnsi="Arial"/>
          <w:sz w:val="22"/>
        </w:rPr>
        <w:t>Yeah exactly. I'm not tied by Yeah, funding or, you know, word count. Yeah. where it's like, oh, I have to study this thing for this length of time, and then write a big thesis on it. It's like, No, I can do kind of, you know, 500 words on this bloke, and then be like, Eh can do something different now. And, you know, do an Instagram post on you know, an ancient Greek god or something. And</w:t>
      </w:r>
    </w:p>
    <w:p>
      <w:pPr>
        <w:spacing w:after="0"/>
      </w:pPr>
    </w:p>
    <w:p>
      <w:pPr>
        <w:spacing w:after="0"/>
      </w:pPr>
      <w:r>
        <w:rPr>
          <w:rFonts w:ascii="Arial" w:hAnsi="Arial"/>
          <w:b/>
          <w:sz w:val="22"/>
        </w:rPr>
        <w:t xml:space="preserve">Alice  </w:t>
      </w:r>
      <w:r>
        <w:rPr>
          <w:rFonts w:ascii="Arial" w:hAnsi="Arial"/>
          <w:color w:val="5D7284"/>
          <w:sz w:val="22"/>
        </w:rPr>
        <w:t>19:44</w:t>
      </w:r>
    </w:p>
    <w:p>
      <w:pPr>
        <w:spacing w:after="0"/>
      </w:pPr>
      <w:r>
        <w:rPr>
          <w:rFonts w:ascii="Arial" w:hAnsi="Arial"/>
          <w:sz w:val="22"/>
        </w:rPr>
        <w:t>I think having that freeing approach obviously works in our favour as well because I think some of our our best bits from history lessons are some of the more chaotic moments that we have had over the years. if if we suddenly discover there's something we didn't think we could do that we can now do we will tell you we do not need you to check</w:t>
      </w:r>
    </w:p>
    <w:p>
      <w:pPr>
        <w:spacing w:after="0"/>
      </w:pPr>
    </w:p>
    <w:p>
      <w:pPr>
        <w:spacing w:after="0"/>
      </w:pPr>
      <w:r>
        <w:rPr>
          <w:rFonts w:ascii="Arial" w:hAnsi="Arial"/>
          <w:b/>
          <w:sz w:val="22"/>
        </w:rPr>
        <w:t xml:space="preserve">Daisy  </w:t>
      </w:r>
      <w:r>
        <w:rPr>
          <w:rFonts w:ascii="Arial" w:hAnsi="Arial"/>
          <w:color w:val="5D7284"/>
          <w:sz w:val="22"/>
        </w:rPr>
        <w:t>20:11</w:t>
      </w:r>
    </w:p>
    <w:p>
      <w:pPr>
        <w:spacing w:after="0"/>
      </w:pPr>
      <w:r>
        <w:rPr>
          <w:rFonts w:ascii="Arial" w:hAnsi="Arial"/>
          <w:sz w:val="22"/>
        </w:rPr>
        <w:t>we will tell you we will be shouting about it we will not stop going on about it for a year and a half yeah</w:t>
      </w:r>
    </w:p>
    <w:p>
      <w:pPr>
        <w:spacing w:after="0"/>
      </w:pPr>
    </w:p>
    <w:p>
      <w:pPr>
        <w:spacing w:after="0"/>
      </w:pPr>
      <w:r>
        <w:rPr>
          <w:rFonts w:ascii="Arial" w:hAnsi="Arial"/>
          <w:b/>
          <w:sz w:val="22"/>
        </w:rPr>
        <w:t xml:space="preserve">Lucy  </w:t>
      </w:r>
      <w:r>
        <w:rPr>
          <w:rFonts w:ascii="Arial" w:hAnsi="Arial"/>
          <w:color w:val="5D7284"/>
          <w:sz w:val="22"/>
        </w:rPr>
        <w:t>20:16</w:t>
      </w:r>
    </w:p>
    <w:p>
      <w:pPr>
        <w:spacing w:after="0"/>
      </w:pPr>
      <w:r>
        <w:rPr>
          <w:rFonts w:ascii="Arial" w:hAnsi="Arial"/>
          <w:sz w:val="22"/>
        </w:rPr>
        <w:t>Look what I can do now</w:t>
      </w:r>
    </w:p>
    <w:p>
      <w:pPr>
        <w:spacing w:after="0"/>
      </w:pPr>
    </w:p>
    <w:p>
      <w:pPr>
        <w:spacing w:after="0"/>
      </w:pPr>
      <w:r>
        <w:rPr>
          <w:rFonts w:ascii="Arial" w:hAnsi="Arial"/>
          <w:b/>
          <w:sz w:val="22"/>
        </w:rPr>
        <w:t xml:space="preserve">Alice  </w:t>
      </w:r>
      <w:r>
        <w:rPr>
          <w:rFonts w:ascii="Arial" w:hAnsi="Arial"/>
          <w:color w:val="5D7284"/>
          <w:sz w:val="22"/>
        </w:rPr>
        <w:t>20:18</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20:20</w:t>
      </w:r>
    </w:p>
    <w:p>
      <w:pPr>
        <w:spacing w:after="0"/>
      </w:pPr>
      <w:r>
        <w:rPr>
          <w:rFonts w:ascii="Arial" w:hAnsi="Arial"/>
          <w:sz w:val="22"/>
        </w:rPr>
        <w:t>You remember that incurable irreversible condition I've got, Guess what. I ate a carrot and now I can see!</w:t>
      </w:r>
    </w:p>
    <w:p>
      <w:pPr>
        <w:spacing w:after="0"/>
      </w:pPr>
    </w:p>
    <w:p>
      <w:pPr>
        <w:spacing w:after="0"/>
      </w:pPr>
      <w:r>
        <w:rPr>
          <w:rFonts w:ascii="Arial" w:hAnsi="Arial"/>
          <w:b/>
          <w:sz w:val="22"/>
        </w:rPr>
        <w:t xml:space="preserve">Lucy  </w:t>
      </w:r>
      <w:r>
        <w:rPr>
          <w:rFonts w:ascii="Arial" w:hAnsi="Arial"/>
          <w:color w:val="5D7284"/>
          <w:sz w:val="22"/>
        </w:rPr>
        <w:t>20:23</w:t>
      </w:r>
    </w:p>
    <w:p>
      <w:pPr>
        <w:spacing w:after="0"/>
      </w:pPr>
      <w:r>
        <w:rPr>
          <w:rFonts w:ascii="Arial" w:hAnsi="Arial"/>
          <w:sz w:val="22"/>
        </w:rPr>
        <w:t xml:space="preserve">Ate a what? Carrot? Thought you said a parrot. </w:t>
      </w:r>
    </w:p>
    <w:p>
      <w:pPr>
        <w:spacing w:after="0"/>
      </w:pPr>
    </w:p>
    <w:p>
      <w:pPr>
        <w:spacing w:after="0"/>
      </w:pPr>
      <w:r>
        <w:rPr>
          <w:rFonts w:ascii="Arial" w:hAnsi="Arial"/>
          <w:b/>
          <w:sz w:val="22"/>
        </w:rPr>
        <w:t xml:space="preserve">Alice  </w:t>
      </w:r>
      <w:r>
        <w:rPr>
          <w:rFonts w:ascii="Arial" w:hAnsi="Arial"/>
          <w:color w:val="5D7284"/>
          <w:sz w:val="22"/>
        </w:rPr>
        <w:t>20:36</w:t>
      </w:r>
    </w:p>
    <w:p>
      <w:pPr>
        <w:spacing w:after="0"/>
      </w:pPr>
      <w:r>
        <w:rPr>
          <w:rFonts w:ascii="Arial" w:hAnsi="Arial"/>
          <w:sz w:val="22"/>
        </w:rPr>
        <w:t xml:space="preserve"> Famously parrots are what you eat for good eyesight yes what they always say to eat your parrots you will be able to see in the dark. </w:t>
      </w:r>
    </w:p>
    <w:p>
      <w:pPr>
        <w:spacing w:after="0"/>
      </w:pPr>
    </w:p>
    <w:p>
      <w:pPr>
        <w:spacing w:after="0"/>
      </w:pPr>
      <w:r>
        <w:rPr>
          <w:rFonts w:ascii="Arial" w:hAnsi="Arial"/>
          <w:b/>
          <w:sz w:val="22"/>
        </w:rPr>
        <w:t xml:space="preserve">Lucy  </w:t>
      </w:r>
      <w:r>
        <w:rPr>
          <w:rFonts w:ascii="Arial" w:hAnsi="Arial"/>
          <w:color w:val="5D7284"/>
          <w:sz w:val="22"/>
        </w:rPr>
        <w:t>20:44</w:t>
      </w:r>
    </w:p>
    <w:p>
      <w:pPr>
        <w:spacing w:after="0"/>
      </w:pPr>
      <w:r>
        <w:rPr>
          <w:rFonts w:ascii="Arial" w:hAnsi="Arial"/>
          <w:sz w:val="22"/>
        </w:rPr>
        <w:t>We'll sort this out in post.</w:t>
      </w:r>
    </w:p>
    <w:p>
      <w:pPr>
        <w:spacing w:after="0"/>
      </w:pPr>
    </w:p>
    <w:p>
      <w:pPr>
        <w:spacing w:after="0"/>
      </w:pPr>
      <w:r>
        <w:rPr>
          <w:rFonts w:ascii="Arial" w:hAnsi="Arial"/>
          <w:b/>
          <w:sz w:val="22"/>
        </w:rPr>
        <w:t xml:space="preserve">Alice  </w:t>
      </w:r>
      <w:r>
        <w:rPr>
          <w:rFonts w:ascii="Arial" w:hAnsi="Arial"/>
          <w:color w:val="5D7284"/>
          <w:sz w:val="22"/>
        </w:rPr>
        <w:t>20:48</w:t>
      </w:r>
    </w:p>
    <w:p>
      <w:pPr>
        <w:spacing w:after="0"/>
      </w:pPr>
      <w:r>
        <w:rPr>
          <w:rFonts w:ascii="Arial" w:hAnsi="Arial"/>
          <w:sz w:val="22"/>
        </w:rPr>
        <w:t>No, We're leaving all of this. This is classic labelled content.</w:t>
      </w:r>
    </w:p>
    <w:p>
      <w:pPr>
        <w:spacing w:after="0"/>
      </w:pPr>
    </w:p>
    <w:p>
      <w:pPr>
        <w:spacing w:after="0"/>
      </w:pPr>
      <w:r>
        <w:rPr>
          <w:rFonts w:ascii="Arial" w:hAnsi="Arial"/>
          <w:b/>
          <w:sz w:val="22"/>
        </w:rPr>
        <w:t xml:space="preserve">Daisy  </w:t>
      </w:r>
      <w:r>
        <w:rPr>
          <w:rFonts w:ascii="Arial" w:hAnsi="Arial"/>
          <w:color w:val="5D7284"/>
          <w:sz w:val="22"/>
        </w:rPr>
        <w:t>20:55</w:t>
      </w:r>
    </w:p>
    <w:p>
      <w:pPr>
        <w:spacing w:after="0"/>
      </w:pPr>
      <w:r>
        <w:rPr>
          <w:rFonts w:ascii="Arial" w:hAnsi="Arial"/>
          <w:sz w:val="22"/>
        </w:rPr>
        <w:t>John the Hairy, Bazil the blessed, right,</w:t>
      </w:r>
    </w:p>
    <w:p>
      <w:pPr>
        <w:spacing w:after="0"/>
      </w:pPr>
    </w:p>
    <w:p>
      <w:pPr>
        <w:spacing w:after="0"/>
      </w:pPr>
      <w:r>
        <w:rPr>
          <w:rFonts w:ascii="Arial" w:hAnsi="Arial"/>
          <w:b/>
          <w:sz w:val="22"/>
        </w:rPr>
        <w:t xml:space="preserve">Lucy  </w:t>
      </w:r>
      <w:r>
        <w:rPr>
          <w:rFonts w:ascii="Arial" w:hAnsi="Arial"/>
          <w:color w:val="5D7284"/>
          <w:sz w:val="22"/>
        </w:rPr>
        <w:t>21:02</w:t>
      </w:r>
    </w:p>
    <w:p>
      <w:pPr>
        <w:spacing w:after="0"/>
      </w:pPr>
      <w:r>
        <w:rPr>
          <w:rFonts w:ascii="Arial" w:hAnsi="Arial"/>
          <w:sz w:val="22"/>
        </w:rPr>
        <w:t>I like that.</w:t>
      </w:r>
    </w:p>
    <w:p>
      <w:pPr>
        <w:spacing w:after="0"/>
      </w:pPr>
    </w:p>
    <w:p>
      <w:pPr>
        <w:spacing w:after="0"/>
      </w:pPr>
      <w:r>
        <w:rPr>
          <w:rFonts w:ascii="Arial" w:hAnsi="Arial"/>
          <w:b/>
          <w:sz w:val="22"/>
        </w:rPr>
        <w:t xml:space="preserve">Daisy  </w:t>
      </w:r>
      <w:r>
        <w:rPr>
          <w:rFonts w:ascii="Arial" w:hAnsi="Arial"/>
          <w:color w:val="5D7284"/>
          <w:sz w:val="22"/>
        </w:rPr>
        <w:t>21:03</w:t>
      </w:r>
    </w:p>
    <w:p>
      <w:pPr>
        <w:spacing w:after="0"/>
      </w:pPr>
      <w:r>
        <w:rPr>
          <w:rFonts w:ascii="Arial" w:hAnsi="Arial"/>
          <w:sz w:val="22"/>
        </w:rPr>
        <w:t>And John John big cap. John Big cap.</w:t>
      </w:r>
    </w:p>
    <w:p>
      <w:pPr>
        <w:spacing w:after="0"/>
      </w:pPr>
    </w:p>
    <w:p>
      <w:pPr>
        <w:spacing w:after="0"/>
      </w:pPr>
      <w:r>
        <w:rPr>
          <w:rFonts w:ascii="Arial" w:hAnsi="Arial"/>
          <w:b/>
          <w:sz w:val="22"/>
        </w:rPr>
        <w:t xml:space="preserve">Alice  </w:t>
      </w:r>
      <w:r>
        <w:rPr>
          <w:rFonts w:ascii="Arial" w:hAnsi="Arial"/>
          <w:color w:val="5D7284"/>
          <w:sz w:val="22"/>
        </w:rPr>
        <w:t>21:09</w:t>
      </w:r>
    </w:p>
    <w:p>
      <w:pPr>
        <w:spacing w:after="0"/>
      </w:pPr>
      <w:r>
        <w:rPr>
          <w:rFonts w:ascii="Arial" w:hAnsi="Arial"/>
          <w:sz w:val="22"/>
        </w:rPr>
        <w:t xml:space="preserve">Now, it's that because he had he had a particularly large head accessory, or is it in reference, do you think to some other part of his anatomy? </w:t>
      </w:r>
    </w:p>
    <w:p>
      <w:pPr>
        <w:spacing w:after="0"/>
      </w:pPr>
    </w:p>
    <w:p>
      <w:pPr>
        <w:spacing w:after="0"/>
      </w:pPr>
      <w:r>
        <w:rPr>
          <w:rFonts w:ascii="Arial" w:hAnsi="Arial"/>
          <w:b/>
          <w:sz w:val="22"/>
        </w:rPr>
        <w:t xml:space="preserve">Daisy  </w:t>
      </w:r>
      <w:r>
        <w:rPr>
          <w:rFonts w:ascii="Arial" w:hAnsi="Arial"/>
          <w:color w:val="5D7284"/>
          <w:sz w:val="22"/>
        </w:rPr>
        <w:t>21:21</w:t>
      </w:r>
    </w:p>
    <w:p>
      <w:pPr>
        <w:spacing w:after="0"/>
      </w:pPr>
      <w:r>
        <w:rPr>
          <w:rFonts w:ascii="Arial" w:hAnsi="Arial"/>
          <w:sz w:val="22"/>
        </w:rPr>
        <w:t>Allegedly it was a headgear. Okay, but he covered himself in chains so that it would be more difficult for him to walk around</w:t>
      </w:r>
    </w:p>
    <w:p>
      <w:pPr>
        <w:spacing w:after="0"/>
      </w:pPr>
    </w:p>
    <w:p>
      <w:pPr>
        <w:spacing w:after="0"/>
      </w:pPr>
      <w:r>
        <w:rPr>
          <w:rFonts w:ascii="Arial" w:hAnsi="Arial"/>
          <w:b/>
          <w:sz w:val="22"/>
        </w:rPr>
        <w:t xml:space="preserve">Lucy  </w:t>
      </w:r>
      <w:r>
        <w:rPr>
          <w:rFonts w:ascii="Arial" w:hAnsi="Arial"/>
          <w:color w:val="5D7284"/>
          <w:sz w:val="22"/>
        </w:rPr>
        <w:t>21:30</w:t>
      </w:r>
    </w:p>
    <w:p>
      <w:pPr>
        <w:spacing w:after="0"/>
      </w:pPr>
      <w:r>
        <w:rPr>
          <w:rFonts w:ascii="Arial" w:hAnsi="Arial"/>
          <w:sz w:val="22"/>
        </w:rPr>
        <w:t xml:space="preserve"> I thought you were going to say covered himself in cheese.</w:t>
      </w:r>
    </w:p>
    <w:p>
      <w:pPr>
        <w:spacing w:after="0"/>
      </w:pPr>
    </w:p>
    <w:p>
      <w:pPr>
        <w:spacing w:after="0"/>
      </w:pPr>
      <w:r>
        <w:rPr>
          <w:rFonts w:ascii="Arial" w:hAnsi="Arial"/>
          <w:b/>
          <w:sz w:val="22"/>
        </w:rPr>
        <w:t xml:space="preserve">Daisy  </w:t>
      </w:r>
      <w:r>
        <w:rPr>
          <w:rFonts w:ascii="Arial" w:hAnsi="Arial"/>
          <w:color w:val="5D7284"/>
          <w:sz w:val="22"/>
        </w:rPr>
        <w:t>21:33</w:t>
      </w:r>
    </w:p>
    <w:p>
      <w:pPr>
        <w:spacing w:after="0"/>
      </w:pPr>
      <w:r>
        <w:rPr>
          <w:rFonts w:ascii="Arial" w:hAnsi="Arial"/>
          <w:sz w:val="22"/>
        </w:rPr>
        <w:t>he might have done that too, let me check the notes</w:t>
      </w:r>
    </w:p>
    <w:p>
      <w:pPr>
        <w:spacing w:after="0"/>
      </w:pPr>
    </w:p>
    <w:p>
      <w:pPr>
        <w:spacing w:after="0"/>
      </w:pPr>
      <w:r>
        <w:rPr>
          <w:rFonts w:ascii="Arial" w:hAnsi="Arial"/>
          <w:b/>
          <w:sz w:val="22"/>
        </w:rPr>
        <w:t xml:space="preserve">Daisy  </w:t>
      </w:r>
      <w:r>
        <w:rPr>
          <w:rFonts w:ascii="Arial" w:hAnsi="Arial"/>
          <w:color w:val="5D7284"/>
          <w:sz w:val="22"/>
        </w:rPr>
        <w:t>21:46</w:t>
      </w:r>
    </w:p>
    <w:p>
      <w:pPr>
        <w:spacing w:after="0"/>
      </w:pPr>
      <w:r>
        <w:rPr>
          <w:rFonts w:ascii="Arial" w:hAnsi="Arial"/>
          <w:sz w:val="22"/>
        </w:rPr>
        <w:t>one of the fun things I'm thinking of, like, you know, sex and drugs and all of that. it was probably, you know, something, a difficult concept about race or something. We're just kind of like,</w:t>
      </w:r>
    </w:p>
    <w:p>
      <w:pPr>
        <w:spacing w:after="0"/>
      </w:pPr>
    </w:p>
    <w:p>
      <w:pPr>
        <w:spacing w:after="0"/>
      </w:pPr>
      <w:r>
        <w:rPr>
          <w:rFonts w:ascii="Arial" w:hAnsi="Arial"/>
          <w:b/>
          <w:sz w:val="22"/>
        </w:rPr>
        <w:t xml:space="preserve">Lucy  </w:t>
      </w:r>
      <w:r>
        <w:rPr>
          <w:rFonts w:ascii="Arial" w:hAnsi="Arial"/>
          <w:color w:val="5D7284"/>
          <w:sz w:val="22"/>
        </w:rPr>
        <w:t>21:58</w:t>
      </w:r>
    </w:p>
    <w:p>
      <w:pPr>
        <w:spacing w:after="0"/>
      </w:pPr>
      <w:r>
        <w:rPr>
          <w:rFonts w:ascii="Arial" w:hAnsi="Arial"/>
          <w:sz w:val="22"/>
        </w:rPr>
        <w:t xml:space="preserve">yeah, exactly. </w:t>
      </w:r>
    </w:p>
    <w:p>
      <w:pPr>
        <w:spacing w:after="0"/>
      </w:pPr>
    </w:p>
    <w:p>
      <w:pPr>
        <w:spacing w:after="0"/>
      </w:pPr>
      <w:r>
        <w:rPr>
          <w:rFonts w:ascii="Arial" w:hAnsi="Arial"/>
          <w:b/>
          <w:sz w:val="22"/>
        </w:rPr>
        <w:t xml:space="preserve">Alice  </w:t>
      </w:r>
      <w:r>
        <w:rPr>
          <w:rFonts w:ascii="Arial" w:hAnsi="Arial"/>
          <w:color w:val="5D7284"/>
          <w:sz w:val="22"/>
        </w:rPr>
        <w:t>21:58</w:t>
      </w:r>
    </w:p>
    <w:p>
      <w:pPr>
        <w:spacing w:after="0"/>
      </w:pPr>
      <w:r>
        <w:rPr>
          <w:rFonts w:ascii="Arial" w:hAnsi="Arial"/>
          <w:sz w:val="22"/>
        </w:rPr>
        <w:t>Whe reas Daisy's got it in our head, but it's just the word fuck and cocaine cycled, one after another for 25 lines.</w:t>
      </w:r>
    </w:p>
    <w:p>
      <w:pPr>
        <w:spacing w:after="0"/>
      </w:pPr>
    </w:p>
    <w:p>
      <w:pPr>
        <w:spacing w:after="0"/>
      </w:pPr>
      <w:r>
        <w:rPr>
          <w:rFonts w:ascii="Arial" w:hAnsi="Arial"/>
          <w:b/>
          <w:sz w:val="22"/>
        </w:rPr>
        <w:t xml:space="preserve">Daisy  </w:t>
      </w:r>
      <w:r>
        <w:rPr>
          <w:rFonts w:ascii="Arial" w:hAnsi="Arial"/>
          <w:color w:val="5D7284"/>
          <w:sz w:val="22"/>
        </w:rPr>
        <w:t>22:06</w:t>
      </w:r>
    </w:p>
    <w:p>
      <w:pPr>
        <w:spacing w:after="0"/>
      </w:pPr>
      <w:r>
        <w:rPr>
          <w:rFonts w:ascii="Arial" w:hAnsi="Arial"/>
          <w:sz w:val="22"/>
        </w:rPr>
        <w:t>That isn't how you write poetry.</w:t>
      </w:r>
    </w:p>
    <w:p>
      <w:pPr>
        <w:spacing w:after="0"/>
      </w:pPr>
    </w:p>
    <w:p>
      <w:pPr>
        <w:spacing w:after="0"/>
      </w:pPr>
      <w:r>
        <w:rPr>
          <w:rFonts w:ascii="Arial" w:hAnsi="Arial"/>
          <w:b/>
          <w:sz w:val="22"/>
        </w:rPr>
        <w:t xml:space="preserve">Lucy  </w:t>
      </w:r>
      <w:r>
        <w:rPr>
          <w:rFonts w:ascii="Arial" w:hAnsi="Arial"/>
          <w:color w:val="5D7284"/>
          <w:sz w:val="22"/>
        </w:rPr>
        <w:t>22:10</w:t>
      </w:r>
    </w:p>
    <w:p>
      <w:pPr>
        <w:spacing w:after="0"/>
      </w:pPr>
      <w:r>
        <w:rPr>
          <w:rFonts w:ascii="Arial" w:hAnsi="Arial"/>
          <w:sz w:val="22"/>
        </w:rPr>
        <w:t>That's called line that's detention.</w:t>
      </w:r>
    </w:p>
    <w:p>
      <w:pPr>
        <w:spacing w:after="0"/>
      </w:pPr>
    </w:p>
    <w:p>
      <w:pPr>
        <w:spacing w:after="0"/>
      </w:pPr>
      <w:r>
        <w:rPr>
          <w:rFonts w:ascii="Arial" w:hAnsi="Arial"/>
          <w:b/>
          <w:sz w:val="22"/>
        </w:rPr>
        <w:t xml:space="preserve">Daisy  </w:t>
      </w:r>
      <w:r>
        <w:rPr>
          <w:rFonts w:ascii="Arial" w:hAnsi="Arial"/>
          <w:color w:val="5D7284"/>
          <w:sz w:val="22"/>
        </w:rPr>
        <w:t>22:13</w:t>
      </w:r>
    </w:p>
    <w:p>
      <w:pPr>
        <w:spacing w:after="0"/>
      </w:pPr>
      <w:r>
        <w:rPr>
          <w:rFonts w:ascii="Arial" w:hAnsi="Arial"/>
          <w:sz w:val="22"/>
        </w:rPr>
        <w:t xml:space="preserve">Coming Soon my new anthology </w:t>
      </w:r>
    </w:p>
    <w:p>
      <w:pPr>
        <w:spacing w:after="0"/>
      </w:pPr>
    </w:p>
    <w:p>
      <w:pPr>
        <w:spacing w:after="0"/>
      </w:pPr>
      <w:r>
        <w:rPr>
          <w:rFonts w:ascii="Arial" w:hAnsi="Arial"/>
          <w:b/>
          <w:sz w:val="22"/>
        </w:rPr>
        <w:t xml:space="preserve">Alice  </w:t>
      </w:r>
      <w:r>
        <w:rPr>
          <w:rFonts w:ascii="Arial" w:hAnsi="Arial"/>
          <w:color w:val="5D7284"/>
          <w:sz w:val="22"/>
        </w:rPr>
        <w:t>22:18</w:t>
      </w:r>
    </w:p>
    <w:p>
      <w:pPr>
        <w:spacing w:after="0"/>
      </w:pPr>
      <w:r>
        <w:rPr>
          <w:rFonts w:ascii="Arial" w:hAnsi="Arial"/>
          <w:sz w:val="22"/>
        </w:rPr>
        <w:t>the fucking cocaine Chronicles by Daisy Holder</w:t>
      </w:r>
    </w:p>
    <w:p>
      <w:pPr>
        <w:spacing w:after="0"/>
      </w:pPr>
    </w:p>
    <w:p>
      <w:pPr>
        <w:spacing w:after="0"/>
      </w:pPr>
      <w:r>
        <w:rPr>
          <w:rFonts w:ascii="Arial" w:hAnsi="Arial"/>
          <w:b/>
          <w:sz w:val="22"/>
        </w:rPr>
        <w:t xml:space="preserve">Alice  </w:t>
      </w:r>
      <w:r>
        <w:rPr>
          <w:rFonts w:ascii="Arial" w:hAnsi="Arial"/>
          <w:color w:val="5D7284"/>
          <w:sz w:val="22"/>
        </w:rPr>
        <w:t>22:30</w:t>
      </w:r>
    </w:p>
    <w:p>
      <w:pPr>
        <w:spacing w:after="0"/>
      </w:pPr>
      <w:r>
        <w:rPr>
          <w:rFonts w:ascii="Arial" w:hAnsi="Arial"/>
          <w:sz w:val="22"/>
        </w:rPr>
        <w:t xml:space="preserve">so Maria Teresa, was she played quite a big part in the setting up of this school. What are you laughing at? </w:t>
      </w:r>
    </w:p>
    <w:p>
      <w:pPr>
        <w:spacing w:after="0"/>
      </w:pPr>
    </w:p>
    <w:p>
      <w:pPr>
        <w:spacing w:after="0"/>
      </w:pPr>
      <w:r>
        <w:rPr>
          <w:rFonts w:ascii="Arial" w:hAnsi="Arial"/>
          <w:b/>
          <w:sz w:val="22"/>
        </w:rPr>
        <w:t xml:space="preserve">Lucy  </w:t>
      </w:r>
      <w:r>
        <w:rPr>
          <w:rFonts w:ascii="Arial" w:hAnsi="Arial"/>
          <w:color w:val="5D7284"/>
          <w:sz w:val="22"/>
        </w:rPr>
        <w:t>22:39</w:t>
      </w:r>
    </w:p>
    <w:p>
      <w:pPr>
        <w:spacing w:after="0"/>
      </w:pPr>
      <w:r>
        <w:rPr>
          <w:rFonts w:ascii="Arial" w:hAnsi="Arial"/>
          <w:sz w:val="22"/>
        </w:rPr>
        <w:t>Daisy's got a a trombone. I've been trying to stifle a laugh for the last five minutes</w:t>
      </w:r>
    </w:p>
    <w:p>
      <w:pPr>
        <w:spacing w:after="0"/>
      </w:pPr>
    </w:p>
    <w:p>
      <w:pPr>
        <w:spacing w:after="0"/>
      </w:pPr>
      <w:r>
        <w:rPr>
          <w:rFonts w:ascii="Arial" w:hAnsi="Arial"/>
          <w:b/>
          <w:sz w:val="22"/>
        </w:rPr>
        <w:t xml:space="preserve">Alice  </w:t>
      </w:r>
      <w:r>
        <w:rPr>
          <w:rFonts w:ascii="Arial" w:hAnsi="Arial"/>
          <w:color w:val="5D7284"/>
          <w:sz w:val="22"/>
        </w:rPr>
        <w:t>22:54</w:t>
      </w:r>
    </w:p>
    <w:p>
      <w:pPr>
        <w:spacing w:after="0"/>
      </w:pPr>
      <w:r>
        <w:rPr>
          <w:rFonts w:ascii="Arial" w:hAnsi="Arial"/>
          <w:sz w:val="22"/>
        </w:rPr>
        <w:t>and that, of course, is one of my favourite clips where Daisy has a trombone. It's not a trombone. It's a bugle.</w:t>
      </w:r>
    </w:p>
    <w:p>
      <w:pPr>
        <w:spacing w:after="0"/>
      </w:pPr>
    </w:p>
    <w:p>
      <w:pPr>
        <w:spacing w:after="0"/>
      </w:pPr>
      <w:r>
        <w:rPr>
          <w:rFonts w:ascii="Arial" w:hAnsi="Arial"/>
          <w:b/>
          <w:sz w:val="22"/>
        </w:rPr>
        <w:t xml:space="preserve">Lucy  </w:t>
      </w:r>
      <w:r>
        <w:rPr>
          <w:rFonts w:ascii="Arial" w:hAnsi="Arial"/>
          <w:color w:val="5D7284"/>
          <w:sz w:val="22"/>
        </w:rPr>
        <w:t>23:00</w:t>
      </w:r>
    </w:p>
    <w:p>
      <w:pPr>
        <w:spacing w:after="0"/>
      </w:pPr>
      <w:r>
        <w:rPr>
          <w:rFonts w:ascii="Arial" w:hAnsi="Arial"/>
          <w:sz w:val="22"/>
        </w:rPr>
        <w:t xml:space="preserve">I still laugh about that. still laugh about that. </w:t>
      </w:r>
    </w:p>
    <w:p>
      <w:pPr>
        <w:spacing w:after="0"/>
      </w:pPr>
    </w:p>
    <w:p>
      <w:pPr>
        <w:spacing w:after="0"/>
      </w:pPr>
      <w:r>
        <w:rPr>
          <w:rFonts w:ascii="Arial" w:hAnsi="Arial"/>
          <w:b/>
          <w:sz w:val="22"/>
        </w:rPr>
        <w:t xml:space="preserve">Daisy  </w:t>
      </w:r>
      <w:r>
        <w:rPr>
          <w:rFonts w:ascii="Arial" w:hAnsi="Arial"/>
          <w:color w:val="5D7284"/>
          <w:sz w:val="22"/>
        </w:rPr>
        <w:t>23:02</w:t>
      </w:r>
    </w:p>
    <w:p>
      <w:pPr>
        <w:spacing w:after="0"/>
      </w:pPr>
      <w:r>
        <w:rPr>
          <w:rFonts w:ascii="Arial" w:hAnsi="Arial"/>
          <w:sz w:val="22"/>
        </w:rPr>
        <w:t>it was it was a rough day. I slightly lost it.</w:t>
      </w:r>
    </w:p>
    <w:p>
      <w:pPr>
        <w:spacing w:after="0"/>
      </w:pPr>
    </w:p>
    <w:p>
      <w:pPr>
        <w:spacing w:after="0"/>
      </w:pPr>
      <w:r>
        <w:rPr>
          <w:rFonts w:ascii="Arial" w:hAnsi="Arial"/>
          <w:b/>
          <w:sz w:val="22"/>
        </w:rPr>
        <w:t xml:space="preserve">Alice  </w:t>
      </w:r>
      <w:r>
        <w:rPr>
          <w:rFonts w:ascii="Arial" w:hAnsi="Arial"/>
          <w:color w:val="5D7284"/>
          <w:sz w:val="22"/>
        </w:rPr>
        <w:t>23:11</w:t>
      </w:r>
    </w:p>
    <w:p>
      <w:pPr>
        <w:spacing w:after="0"/>
      </w:pPr>
      <w:r>
        <w:rPr>
          <w:rFonts w:ascii="Arial" w:hAnsi="Arial"/>
          <w:sz w:val="22"/>
        </w:rPr>
        <w:t>you felt the only way to make yourself feel better about that whole history podcast thing was just like, Fuck this. I need a Bugle.</w:t>
      </w:r>
    </w:p>
    <w:p>
      <w:pPr>
        <w:spacing w:after="0"/>
      </w:pPr>
    </w:p>
    <w:p>
      <w:pPr>
        <w:spacing w:after="0"/>
      </w:pPr>
      <w:r>
        <w:rPr>
          <w:rFonts w:ascii="Arial" w:hAnsi="Arial"/>
          <w:b/>
          <w:sz w:val="22"/>
        </w:rPr>
        <w:t xml:space="preserve">Daisy  </w:t>
      </w:r>
      <w:r>
        <w:rPr>
          <w:rFonts w:ascii="Arial" w:hAnsi="Arial"/>
          <w:color w:val="5D7284"/>
          <w:sz w:val="22"/>
        </w:rPr>
        <w:t>23:20</w:t>
      </w:r>
    </w:p>
    <w:p>
      <w:pPr>
        <w:spacing w:after="0"/>
      </w:pPr>
      <w:r>
        <w:rPr>
          <w:rFonts w:ascii="Arial" w:hAnsi="Arial"/>
          <w:sz w:val="22"/>
        </w:rPr>
        <w:t>if I remember rightly, I just moved house. Yeah, yeah. So everything was everywhere. I couldn't find anything. The only thing I knew where it was was a bugle.</w:t>
      </w:r>
    </w:p>
    <w:p>
      <w:pPr>
        <w:spacing w:after="0"/>
      </w:pPr>
    </w:p>
    <w:p>
      <w:pPr>
        <w:spacing w:after="0"/>
      </w:pPr>
      <w:r>
        <w:rPr>
          <w:rFonts w:ascii="Arial" w:hAnsi="Arial"/>
          <w:b/>
          <w:sz w:val="22"/>
        </w:rPr>
        <w:t xml:space="preserve">Lucy  </w:t>
      </w:r>
      <w:r>
        <w:rPr>
          <w:rFonts w:ascii="Arial" w:hAnsi="Arial"/>
          <w:color w:val="5D7284"/>
          <w:sz w:val="22"/>
        </w:rPr>
        <w:t>23:31</w:t>
      </w:r>
    </w:p>
    <w:p>
      <w:pPr>
        <w:spacing w:after="0"/>
      </w:pPr>
      <w:r>
        <w:rPr>
          <w:rFonts w:ascii="Arial" w:hAnsi="Arial"/>
          <w:sz w:val="22"/>
        </w:rPr>
        <w:t>And it was Alice was talking to me. And I watched Daisy get up from their feet and walk to this box. I started laughing. And Alice were what was happening, and I went, daisies gone to get a trombone. And I just thought this is absolute chaos. But it still just makes me laugh.</w:t>
      </w:r>
    </w:p>
    <w:p>
      <w:pPr>
        <w:spacing w:after="0"/>
      </w:pPr>
    </w:p>
    <w:p>
      <w:pPr>
        <w:spacing w:after="0"/>
      </w:pPr>
      <w:r>
        <w:rPr>
          <w:rFonts w:ascii="Arial" w:hAnsi="Arial"/>
          <w:b/>
          <w:sz w:val="22"/>
        </w:rPr>
        <w:t xml:space="preserve">Alice  </w:t>
      </w:r>
      <w:r>
        <w:rPr>
          <w:rFonts w:ascii="Arial" w:hAnsi="Arial"/>
          <w:color w:val="5D7284"/>
          <w:sz w:val="22"/>
        </w:rPr>
        <w:t>23:53</w:t>
      </w:r>
    </w:p>
    <w:p>
      <w:pPr>
        <w:spacing w:after="0"/>
      </w:pPr>
      <w:r>
        <w:rPr>
          <w:rFonts w:ascii="Arial" w:hAnsi="Arial"/>
          <w:sz w:val="22"/>
        </w:rPr>
        <w:t>I mean, that's, I think, I think that's one thing that we can, we can certainly guarantee in a history lesson episode is chaos. Sometimes we talk about like sensible things, and we actually learn some stuff</w:t>
      </w:r>
    </w:p>
    <w:p>
      <w:pPr>
        <w:spacing w:after="0"/>
      </w:pPr>
    </w:p>
    <w:p>
      <w:pPr>
        <w:spacing w:after="0"/>
      </w:pPr>
      <w:r>
        <w:rPr>
          <w:rFonts w:ascii="Arial" w:hAnsi="Arial"/>
          <w:b/>
          <w:sz w:val="22"/>
        </w:rPr>
        <w:t xml:space="preserve">Daisy  </w:t>
      </w:r>
      <w:r>
        <w:rPr>
          <w:rFonts w:ascii="Arial" w:hAnsi="Arial"/>
          <w:color w:val="5D7284"/>
          <w:sz w:val="22"/>
        </w:rPr>
        <w:t>24:08</w:t>
      </w:r>
    </w:p>
    <w:p>
      <w:pPr>
        <w:spacing w:after="0"/>
      </w:pPr>
      <w:r>
        <w:rPr>
          <w:rFonts w:ascii="Arial" w:hAnsi="Arial"/>
          <w:sz w:val="22"/>
        </w:rPr>
        <w:t xml:space="preserve">learn about real history. I, I find in general, when I'm, you know, doing disability history and things like that I very much try and, you know, portray the kind of my general viewpoint that it's kind of, you know, it's not all as, as sad and as horrible as people assume it's going to be and, you know, actually, for a lot of history, just you know, being disabled was just sort of very normal. But then we get to the episode and it starts getting serious and maybe some of it is quite sad. And I think it is safe to say that anytime I'm talking about disability history, there is a content warning for potentially offensive terms for disability may well be used because I don't like to to sort of try and censor that stuff too much? </w:t>
      </w:r>
    </w:p>
    <w:p>
      <w:pPr>
        <w:spacing w:after="0"/>
      </w:pPr>
    </w:p>
    <w:p>
      <w:pPr>
        <w:spacing w:after="0"/>
      </w:pPr>
      <w:r>
        <w:rPr>
          <w:rFonts w:ascii="Arial" w:hAnsi="Arial"/>
          <w:b/>
          <w:sz w:val="22"/>
        </w:rPr>
        <w:t xml:space="preserve">Alice  </w:t>
      </w:r>
      <w:r>
        <w:rPr>
          <w:rFonts w:ascii="Arial" w:hAnsi="Arial"/>
          <w:color w:val="5D7284"/>
          <w:sz w:val="22"/>
        </w:rPr>
        <w:t>25:02</w:t>
      </w:r>
    </w:p>
    <w:p>
      <w:pPr>
        <w:spacing w:after="0"/>
      </w:pPr>
      <w:r>
        <w:rPr>
          <w:rFonts w:ascii="Arial" w:hAnsi="Arial"/>
          <w:sz w:val="22"/>
        </w:rPr>
        <w:t xml:space="preserve">No, I think it's important to use the language that people were using at the time because it says a lot about the context of the person you're talking about the language that people were using about them. </w:t>
      </w:r>
    </w:p>
    <w:p>
      <w:pPr>
        <w:spacing w:after="0"/>
      </w:pPr>
    </w:p>
    <w:p>
      <w:pPr>
        <w:spacing w:after="0"/>
      </w:pPr>
      <w:r>
        <w:rPr>
          <w:rFonts w:ascii="Arial" w:hAnsi="Arial"/>
          <w:b/>
          <w:sz w:val="22"/>
        </w:rPr>
        <w:t xml:space="preserve">Lucy  </w:t>
      </w:r>
      <w:r>
        <w:rPr>
          <w:rFonts w:ascii="Arial" w:hAnsi="Arial"/>
          <w:color w:val="5D7284"/>
          <w:sz w:val="22"/>
        </w:rPr>
        <w:t>25:13</w:t>
      </w:r>
    </w:p>
    <w:p>
      <w:pPr>
        <w:spacing w:after="0"/>
      </w:pPr>
      <w:r>
        <w:rPr>
          <w:rFonts w:ascii="Arial" w:hAnsi="Arial"/>
          <w:sz w:val="22"/>
        </w:rPr>
        <w:t xml:space="preserve">History is not nicey nicey is it's not. </w:t>
      </w:r>
    </w:p>
    <w:p>
      <w:pPr>
        <w:spacing w:after="0"/>
      </w:pPr>
    </w:p>
    <w:p>
      <w:pPr>
        <w:spacing w:after="0"/>
      </w:pPr>
      <w:r>
        <w:rPr>
          <w:rFonts w:ascii="Arial" w:hAnsi="Arial"/>
          <w:b/>
          <w:sz w:val="22"/>
        </w:rPr>
        <w:t xml:space="preserve">Alice  </w:t>
      </w:r>
      <w:r>
        <w:rPr>
          <w:rFonts w:ascii="Arial" w:hAnsi="Arial"/>
          <w:color w:val="5D7284"/>
          <w:sz w:val="22"/>
        </w:rPr>
        <w:t>25:16</w:t>
      </w:r>
    </w:p>
    <w:p>
      <w:pPr>
        <w:spacing w:after="0"/>
      </w:pPr>
      <w:r>
        <w:rPr>
          <w:rFonts w:ascii="Arial" w:hAnsi="Arial"/>
          <w:sz w:val="22"/>
        </w:rPr>
        <w:t xml:space="preserve">I do think it's, I mean, maybe it's just my approach to life. Like if you look back over the history lessons that I've covered, it's like, Rosemary Kennedy, fucking depressing the Romanovs fucking depressing. And Maria Theresia Von paradis. I mean, not as desperate, desperately miserable. </w:t>
      </w:r>
    </w:p>
    <w:p>
      <w:pPr>
        <w:spacing w:after="0"/>
      </w:pPr>
    </w:p>
    <w:p>
      <w:pPr>
        <w:spacing w:after="0"/>
      </w:pPr>
      <w:r>
        <w:rPr>
          <w:rFonts w:ascii="Arial" w:hAnsi="Arial"/>
          <w:b/>
          <w:sz w:val="22"/>
        </w:rPr>
        <w:t xml:space="preserve">Lucy  </w:t>
      </w:r>
      <w:r>
        <w:rPr>
          <w:rFonts w:ascii="Arial" w:hAnsi="Arial"/>
          <w:color w:val="5D7284"/>
          <w:sz w:val="22"/>
        </w:rPr>
        <w:t>25:36</w:t>
      </w:r>
    </w:p>
    <w:p>
      <w:pPr>
        <w:spacing w:after="0"/>
      </w:pPr>
      <w:r>
        <w:rPr>
          <w:rFonts w:ascii="Arial" w:hAnsi="Arial"/>
          <w:sz w:val="22"/>
        </w:rPr>
        <w:t>Yeah that was cheerful for you really, I think</w:t>
      </w:r>
    </w:p>
    <w:p>
      <w:pPr>
        <w:spacing w:after="0"/>
      </w:pPr>
    </w:p>
    <w:p>
      <w:pPr>
        <w:spacing w:after="0"/>
      </w:pPr>
      <w:r>
        <w:rPr>
          <w:rFonts w:ascii="Arial" w:hAnsi="Arial"/>
          <w:b/>
          <w:sz w:val="22"/>
        </w:rPr>
        <w:t xml:space="preserve">Alice  </w:t>
      </w:r>
      <w:r>
        <w:rPr>
          <w:rFonts w:ascii="Arial" w:hAnsi="Arial"/>
          <w:color w:val="5D7284"/>
          <w:sz w:val="22"/>
        </w:rPr>
        <w:t>25:39</w:t>
      </w:r>
    </w:p>
    <w:p>
      <w:pPr>
        <w:spacing w:after="0"/>
      </w:pPr>
      <w:r>
        <w:rPr>
          <w:rFonts w:ascii="Arial" w:hAnsi="Arial"/>
          <w:sz w:val="22"/>
        </w:rPr>
        <w:t>exactly. it was, it was only moderately depressing. her story</w:t>
      </w:r>
    </w:p>
    <w:p>
      <w:pPr>
        <w:spacing w:after="0"/>
      </w:pPr>
    </w:p>
    <w:p>
      <w:pPr>
        <w:spacing w:after="0"/>
      </w:pPr>
      <w:r>
        <w:rPr>
          <w:rFonts w:ascii="Arial" w:hAnsi="Arial"/>
          <w:b/>
          <w:sz w:val="22"/>
        </w:rPr>
        <w:t xml:space="preserve">Daisy  </w:t>
      </w:r>
      <w:r>
        <w:rPr>
          <w:rFonts w:ascii="Arial" w:hAnsi="Arial"/>
          <w:color w:val="5D7284"/>
          <w:sz w:val="22"/>
        </w:rPr>
        <w:t>25:45</w:t>
      </w:r>
    </w:p>
    <w:p>
      <w:pPr>
        <w:spacing w:after="0"/>
      </w:pPr>
      <w:r>
        <w:rPr>
          <w:rFonts w:ascii="Arial" w:hAnsi="Arial"/>
          <w:sz w:val="22"/>
        </w:rPr>
        <w:t>is when we were doing all this I was realising how often when I was talking, Lucy would end up crying.</w:t>
      </w:r>
    </w:p>
    <w:p>
      <w:pPr>
        <w:spacing w:after="0"/>
      </w:pPr>
    </w:p>
    <w:p>
      <w:pPr>
        <w:spacing w:after="0"/>
      </w:pPr>
      <w:r>
        <w:rPr>
          <w:rFonts w:ascii="Arial" w:hAnsi="Arial"/>
          <w:b/>
          <w:sz w:val="22"/>
        </w:rPr>
        <w:t xml:space="preserve">Lucy  </w:t>
      </w:r>
      <w:r>
        <w:rPr>
          <w:rFonts w:ascii="Arial" w:hAnsi="Arial"/>
          <w:color w:val="5D7284"/>
          <w:sz w:val="22"/>
        </w:rPr>
        <w:t>25:52</w:t>
      </w:r>
    </w:p>
    <w:p>
      <w:pPr>
        <w:spacing w:after="0"/>
      </w:pPr>
      <w:r>
        <w:rPr>
          <w:rFonts w:ascii="Arial" w:hAnsi="Arial"/>
          <w:sz w:val="22"/>
        </w:rPr>
        <w:t xml:space="preserve">I mean that but that's just life. </w:t>
      </w:r>
    </w:p>
    <w:p>
      <w:pPr>
        <w:spacing w:after="0"/>
      </w:pPr>
    </w:p>
    <w:p>
      <w:pPr>
        <w:spacing w:after="0"/>
      </w:pPr>
      <w:r>
        <w:rPr>
          <w:rFonts w:ascii="Arial" w:hAnsi="Arial"/>
          <w:b/>
          <w:sz w:val="22"/>
        </w:rPr>
        <w:t xml:space="preserve">Alice  </w:t>
      </w:r>
      <w:r>
        <w:rPr>
          <w:rFonts w:ascii="Arial" w:hAnsi="Arial"/>
          <w:color w:val="5D7284"/>
          <w:sz w:val="22"/>
        </w:rPr>
        <w:t>25:54</w:t>
      </w:r>
    </w:p>
    <w:p>
      <w:pPr>
        <w:spacing w:after="0"/>
      </w:pPr>
      <w:r>
        <w:rPr>
          <w:rFonts w:ascii="Arial" w:hAnsi="Arial"/>
          <w:sz w:val="22"/>
        </w:rPr>
        <w:t>I was gonna say I wouldn't I wouldn't necessarily use that as a benchmark Daisy. if it's just a day that ends in a Y Lucy has a little cry bless her</w:t>
      </w:r>
    </w:p>
    <w:p>
      <w:pPr>
        <w:spacing w:after="0"/>
      </w:pPr>
    </w:p>
    <w:p>
      <w:pPr>
        <w:spacing w:after="0"/>
      </w:pPr>
      <w:r>
        <w:rPr>
          <w:rFonts w:ascii="Arial" w:hAnsi="Arial"/>
          <w:b/>
          <w:sz w:val="22"/>
        </w:rPr>
        <w:t xml:space="preserve">Lucy  </w:t>
      </w:r>
      <w:r>
        <w:rPr>
          <w:rFonts w:ascii="Arial" w:hAnsi="Arial"/>
          <w:color w:val="5D7284"/>
          <w:sz w:val="22"/>
        </w:rPr>
        <w:t>26:02</w:t>
      </w:r>
    </w:p>
    <w:p>
      <w:pPr>
        <w:spacing w:after="0"/>
      </w:pPr>
      <w:r>
        <w:rPr>
          <w:rFonts w:ascii="Arial" w:hAnsi="Arial"/>
          <w:sz w:val="22"/>
        </w:rPr>
        <w:t>Yeah I do. I mean, you make me sound depressed, but I'm not depressed. I wear my heart on the sleeve and sometimes,</w:t>
      </w:r>
    </w:p>
    <w:p>
      <w:pPr>
        <w:spacing w:after="0"/>
      </w:pPr>
    </w:p>
    <w:p>
      <w:pPr>
        <w:spacing w:after="0"/>
      </w:pPr>
      <w:r>
        <w:rPr>
          <w:rFonts w:ascii="Arial" w:hAnsi="Arial"/>
          <w:b/>
          <w:sz w:val="22"/>
        </w:rPr>
        <w:t xml:space="preserve">Alice  </w:t>
      </w:r>
      <w:r>
        <w:rPr>
          <w:rFonts w:ascii="Arial" w:hAnsi="Arial"/>
          <w:color w:val="5D7284"/>
          <w:sz w:val="22"/>
        </w:rPr>
        <w:t>26:13</w:t>
      </w:r>
    </w:p>
    <w:p>
      <w:pPr>
        <w:spacing w:after="0"/>
      </w:pPr>
      <w:r>
        <w:rPr>
          <w:rFonts w:ascii="Arial" w:hAnsi="Arial"/>
          <w:sz w:val="22"/>
        </w:rPr>
        <w:t xml:space="preserve">absolutely. </w:t>
      </w:r>
    </w:p>
    <w:p>
      <w:pPr>
        <w:spacing w:after="0"/>
      </w:pPr>
    </w:p>
    <w:p>
      <w:pPr>
        <w:spacing w:after="0"/>
      </w:pPr>
      <w:r>
        <w:rPr>
          <w:rFonts w:ascii="Arial" w:hAnsi="Arial"/>
          <w:b/>
          <w:sz w:val="22"/>
        </w:rPr>
        <w:t xml:space="preserve">Lucy  </w:t>
      </w:r>
      <w:r>
        <w:rPr>
          <w:rFonts w:ascii="Arial" w:hAnsi="Arial"/>
          <w:color w:val="5D7284"/>
          <w:sz w:val="22"/>
        </w:rPr>
        <w:t>26:14</w:t>
      </w:r>
    </w:p>
    <w:p>
      <w:pPr>
        <w:spacing w:after="0"/>
      </w:pPr>
      <w:r>
        <w:rPr>
          <w:rFonts w:ascii="Arial" w:hAnsi="Arial"/>
          <w:sz w:val="22"/>
        </w:rPr>
        <w:t>My eyeballs get wet.</w:t>
      </w:r>
    </w:p>
    <w:p>
      <w:pPr>
        <w:spacing w:after="0"/>
      </w:pPr>
    </w:p>
    <w:p>
      <w:pPr>
        <w:spacing w:after="0"/>
      </w:pPr>
      <w:r>
        <w:rPr>
          <w:rFonts w:ascii="Arial" w:hAnsi="Arial"/>
          <w:b/>
          <w:sz w:val="22"/>
        </w:rPr>
        <w:t xml:space="preserve">Daisy  </w:t>
      </w:r>
      <w:r>
        <w:rPr>
          <w:rFonts w:ascii="Arial" w:hAnsi="Arial"/>
          <w:color w:val="5D7284"/>
          <w:sz w:val="22"/>
        </w:rPr>
        <w:t>26:16</w:t>
      </w:r>
    </w:p>
    <w:p>
      <w:pPr>
        <w:spacing w:after="0"/>
      </w:pPr>
      <w:r>
        <w:rPr>
          <w:rFonts w:ascii="Arial" w:hAnsi="Arial"/>
          <w:sz w:val="22"/>
        </w:rPr>
        <w:t xml:space="preserve">emotionally healthy. </w:t>
      </w:r>
    </w:p>
    <w:p>
      <w:pPr>
        <w:spacing w:after="0"/>
      </w:pPr>
    </w:p>
    <w:p>
      <w:pPr>
        <w:spacing w:after="0"/>
      </w:pPr>
      <w:r>
        <w:rPr>
          <w:rFonts w:ascii="Arial" w:hAnsi="Arial"/>
          <w:b/>
          <w:sz w:val="22"/>
        </w:rPr>
        <w:t xml:space="preserve">Alice  </w:t>
      </w:r>
      <w:r>
        <w:rPr>
          <w:rFonts w:ascii="Arial" w:hAnsi="Arial"/>
          <w:color w:val="5D7284"/>
          <w:sz w:val="22"/>
        </w:rPr>
        <w:t>26:17</w:t>
      </w:r>
    </w:p>
    <w:p>
      <w:pPr>
        <w:spacing w:after="0"/>
      </w:pPr>
      <w:r>
        <w:rPr>
          <w:rFonts w:ascii="Arial" w:hAnsi="Arial"/>
          <w:sz w:val="22"/>
        </w:rPr>
        <w:t>Yeah, yeah, definitely.</w:t>
      </w:r>
    </w:p>
    <w:p>
      <w:pPr>
        <w:spacing w:after="0"/>
      </w:pPr>
    </w:p>
    <w:p>
      <w:pPr>
        <w:spacing w:after="0"/>
      </w:pPr>
      <w:r>
        <w:rPr>
          <w:rFonts w:ascii="Arial" w:hAnsi="Arial"/>
          <w:color w:val="5D7284"/>
          <w:sz w:val="22"/>
        </w:rPr>
        <w:t>26:20</w:t>
      </w:r>
    </w:p>
    <w:p>
      <w:pPr>
        <w:spacing w:after="0"/>
      </w:pPr>
      <w:r>
        <w:rPr>
          <w:rFonts w:ascii="Arial" w:hAnsi="Arial"/>
          <w:sz w:val="22"/>
        </w:rPr>
        <w:t>I think Daisy is that Lucy is doing the crying for me and Daisy because I don't think we're doing it.</w:t>
      </w:r>
    </w:p>
    <w:p>
      <w:pPr>
        <w:spacing w:after="0"/>
      </w:pPr>
    </w:p>
    <w:p>
      <w:pPr>
        <w:spacing w:after="0"/>
      </w:pPr>
      <w:r>
        <w:rPr>
          <w:rFonts w:ascii="Arial" w:hAnsi="Arial"/>
          <w:b/>
          <w:sz w:val="22"/>
        </w:rPr>
        <w:t xml:space="preserve">Daisy  </w:t>
      </w:r>
      <w:r>
        <w:rPr>
          <w:rFonts w:ascii="Arial" w:hAnsi="Arial"/>
          <w:color w:val="5D7284"/>
          <w:sz w:val="22"/>
        </w:rPr>
        <w:t>26:26</w:t>
      </w:r>
    </w:p>
    <w:p>
      <w:pPr>
        <w:spacing w:after="0"/>
      </w:pPr>
      <w:r>
        <w:rPr>
          <w:rFonts w:ascii="Arial" w:hAnsi="Arial"/>
          <w:sz w:val="22"/>
        </w:rPr>
        <w:t>Yeah, no, I'm, I'm dead inside.</w:t>
      </w:r>
    </w:p>
    <w:p>
      <w:pPr>
        <w:spacing w:after="0"/>
      </w:pPr>
    </w:p>
    <w:p>
      <w:pPr>
        <w:spacing w:after="0"/>
      </w:pPr>
      <w:r>
        <w:rPr>
          <w:rFonts w:ascii="Arial" w:hAnsi="Arial"/>
          <w:b/>
          <w:sz w:val="22"/>
        </w:rPr>
        <w:t xml:space="preserve">Alice  </w:t>
      </w:r>
      <w:r>
        <w:rPr>
          <w:rFonts w:ascii="Arial" w:hAnsi="Arial"/>
          <w:color w:val="5D7284"/>
          <w:sz w:val="22"/>
        </w:rPr>
        <w:t>26:30</w:t>
      </w:r>
    </w:p>
    <w:p>
      <w:pPr>
        <w:spacing w:after="0"/>
      </w:pPr>
      <w:r>
        <w:rPr>
          <w:rFonts w:ascii="Arial" w:hAnsi="Arial"/>
          <w:sz w:val="22"/>
        </w:rPr>
        <w:t xml:space="preserve">But I also think I mean, the Rosemary Kennedy episode was the episode where like, I nearly cried. Lucy was swearing and getting angry. Yeah. And I think I think that the reason that episode got to me so much is is because of the the not, the not be like not just letting Rosemary live her fucking life and people intervening and being like, we're going to fix you. It's that's quite a triggering topic for me, I think. And it's one of the things that I mean, we still see it now. But it's something I think was probably a bit more prevalent in. I don't know, maybe not Prev, maybe not more prevalent, maybe just as prevalent, but it's just something you see. We talk a lot about in history lessons, obviously. And I guess, I guess that's why I wanted to include this next clip because although, you know, trying to cure disabled people is a horrible thing. It's always nice when you can laugh about it. </w:t>
      </w:r>
    </w:p>
    <w:p>
      <w:pPr>
        <w:spacing w:after="0"/>
      </w:pPr>
    </w:p>
    <w:p>
      <w:pPr>
        <w:spacing w:after="0"/>
      </w:pPr>
      <w:r>
        <w:rPr>
          <w:rFonts w:ascii="Arial" w:hAnsi="Arial"/>
          <w:b/>
          <w:sz w:val="22"/>
        </w:rPr>
        <w:t xml:space="preserve">Alice  </w:t>
      </w:r>
      <w:r>
        <w:rPr>
          <w:rFonts w:ascii="Arial" w:hAnsi="Arial"/>
          <w:color w:val="5D7284"/>
          <w:sz w:val="22"/>
        </w:rPr>
        <w:t>27:30</w:t>
      </w:r>
    </w:p>
    <w:p>
      <w:pPr>
        <w:spacing w:after="0"/>
      </w:pPr>
      <w:r>
        <w:rPr>
          <w:rFonts w:ascii="Arial" w:hAnsi="Arial"/>
          <w:sz w:val="22"/>
        </w:rPr>
        <w:t>And the idea that his his artificial. His Animal magnetism is enough to change your personal artificial tide. Just just sounds like he wants to put his penis somewhere you don't want it.</w:t>
      </w:r>
    </w:p>
    <w:p>
      <w:pPr>
        <w:spacing w:after="0"/>
      </w:pPr>
    </w:p>
    <w:p>
      <w:pPr>
        <w:spacing w:after="0"/>
      </w:pPr>
      <w:r>
        <w:rPr>
          <w:rFonts w:ascii="Arial" w:hAnsi="Arial"/>
          <w:b/>
          <w:sz w:val="22"/>
        </w:rPr>
        <w:t xml:space="preserve">Daisy  </w:t>
      </w:r>
      <w:r>
        <w:rPr>
          <w:rFonts w:ascii="Arial" w:hAnsi="Arial"/>
          <w:color w:val="5D7284"/>
          <w:sz w:val="22"/>
        </w:rPr>
        <w:t>27:49</w:t>
      </w:r>
    </w:p>
    <w:p>
      <w:pPr>
        <w:spacing w:after="0"/>
      </w:pPr>
      <w:r>
        <w:rPr>
          <w:rFonts w:ascii="Arial" w:hAnsi="Arial"/>
          <w:sz w:val="22"/>
        </w:rPr>
        <w:t xml:space="preserve">it may be hard to tell, but after a certain point of doing these history lesson episodes, I did make a specific effort to avoid topics that would wind up in us talking about Nazis it was as you can tell, unsuccessful, but I genuinely did try. There were topics that I disregarded because I was just like, Nah, that's just Nazis again. Again I can't be the person on the Nazi podcast </w:t>
      </w:r>
    </w:p>
    <w:p>
      <w:pPr>
        <w:spacing w:after="0"/>
      </w:pPr>
    </w:p>
    <w:p>
      <w:pPr>
        <w:spacing w:after="0"/>
      </w:pPr>
      <w:r>
        <w:rPr>
          <w:rFonts w:ascii="Arial" w:hAnsi="Arial"/>
          <w:b/>
          <w:sz w:val="22"/>
        </w:rPr>
        <w:t xml:space="preserve">Daisy  </w:t>
      </w:r>
      <w:r>
        <w:rPr>
          <w:rFonts w:ascii="Arial" w:hAnsi="Arial"/>
          <w:color w:val="5D7284"/>
          <w:sz w:val="22"/>
        </w:rPr>
        <w:t>28:30</w:t>
      </w:r>
    </w:p>
    <w:p>
      <w:pPr>
        <w:spacing w:after="0"/>
      </w:pPr>
      <w:r>
        <w:rPr>
          <w:rFonts w:ascii="Arial" w:hAnsi="Arial"/>
          <w:sz w:val="22"/>
        </w:rPr>
        <w:t>Almost got away with it without any Nazis</w:t>
      </w:r>
    </w:p>
    <w:p>
      <w:pPr>
        <w:spacing w:after="0"/>
      </w:pPr>
    </w:p>
    <w:p>
      <w:pPr>
        <w:spacing w:after="0"/>
      </w:pPr>
      <w:r>
        <w:rPr>
          <w:rFonts w:ascii="Arial" w:hAnsi="Arial"/>
          <w:b/>
          <w:sz w:val="22"/>
        </w:rPr>
        <w:t xml:space="preserve">Lucy  </w:t>
      </w:r>
      <w:r>
        <w:rPr>
          <w:rFonts w:ascii="Arial" w:hAnsi="Arial"/>
          <w:color w:val="5D7284"/>
          <w:sz w:val="22"/>
        </w:rPr>
        <w:t>28:31</w:t>
      </w:r>
    </w:p>
    <w:p>
      <w:pPr>
        <w:spacing w:after="0"/>
      </w:pPr>
      <w:r>
        <w:rPr>
          <w:rFonts w:ascii="Arial" w:hAnsi="Arial"/>
          <w:sz w:val="22"/>
        </w:rPr>
        <w:t>Someone had to go and bring in Walt Disney</w:t>
      </w:r>
    </w:p>
    <w:p>
      <w:pPr>
        <w:spacing w:after="0"/>
      </w:pPr>
    </w:p>
    <w:p>
      <w:pPr>
        <w:spacing w:after="0"/>
      </w:pPr>
      <w:r>
        <w:rPr>
          <w:rFonts w:ascii="Arial" w:hAnsi="Arial"/>
          <w:b/>
          <w:sz w:val="22"/>
        </w:rPr>
        <w:t xml:space="preserve">Daisy  </w:t>
      </w:r>
      <w:r>
        <w:rPr>
          <w:rFonts w:ascii="Arial" w:hAnsi="Arial"/>
          <w:color w:val="5D7284"/>
          <w:sz w:val="22"/>
        </w:rPr>
        <w:t>28:39</w:t>
      </w:r>
    </w:p>
    <w:p>
      <w:pPr>
        <w:spacing w:after="0"/>
      </w:pPr>
      <w:r>
        <w:rPr>
          <w:rFonts w:ascii="Arial" w:hAnsi="Arial"/>
          <w:sz w:val="22"/>
        </w:rPr>
        <w:t>sorry to bring in the Nazi replacing the sign which is podcast episode without a Nazis back to zero</w:t>
      </w:r>
    </w:p>
    <w:p>
      <w:pPr>
        <w:spacing w:after="0"/>
      </w:pPr>
    </w:p>
    <w:p>
      <w:pPr>
        <w:spacing w:after="0"/>
      </w:pPr>
      <w:r>
        <w:rPr>
          <w:rFonts w:ascii="Arial" w:hAnsi="Arial"/>
          <w:b/>
          <w:sz w:val="22"/>
        </w:rPr>
        <w:t xml:space="preserve">Alice  </w:t>
      </w:r>
      <w:r>
        <w:rPr>
          <w:rFonts w:ascii="Arial" w:hAnsi="Arial"/>
          <w:color w:val="5D7284"/>
          <w:sz w:val="22"/>
        </w:rPr>
        <w:t>28:51</w:t>
      </w:r>
    </w:p>
    <w:p>
      <w:pPr>
        <w:spacing w:after="0"/>
      </w:pPr>
      <w:r>
        <w:rPr>
          <w:rFonts w:ascii="Arial" w:hAnsi="Arial"/>
          <w:sz w:val="22"/>
        </w:rPr>
        <w:t>we never did implement the Nazi klaxon that we were gonna have as a you know, here they are again.</w:t>
      </w:r>
    </w:p>
    <w:p>
      <w:pPr>
        <w:spacing w:after="0"/>
      </w:pPr>
    </w:p>
    <w:p>
      <w:pPr>
        <w:spacing w:after="0"/>
      </w:pPr>
      <w:r>
        <w:rPr>
          <w:rFonts w:ascii="Arial" w:hAnsi="Arial"/>
          <w:b/>
          <w:sz w:val="22"/>
        </w:rPr>
        <w:t xml:space="preserve">Lucy  </w:t>
      </w:r>
      <w:r>
        <w:rPr>
          <w:rFonts w:ascii="Arial" w:hAnsi="Arial"/>
          <w:color w:val="5D7284"/>
          <w:sz w:val="22"/>
        </w:rPr>
        <w:t>28:58</w:t>
      </w:r>
    </w:p>
    <w:p>
      <w:pPr>
        <w:spacing w:after="0"/>
      </w:pPr>
      <w:r>
        <w:rPr>
          <w:rFonts w:ascii="Arial" w:hAnsi="Arial"/>
          <w:sz w:val="22"/>
        </w:rPr>
        <w:t>We don't do on purpose. They just like appear. don't they? were very sorry about the Nazis.</w:t>
      </w:r>
    </w:p>
    <w:p>
      <w:pPr>
        <w:spacing w:after="0"/>
      </w:pPr>
    </w:p>
    <w:p>
      <w:pPr>
        <w:spacing w:after="0"/>
      </w:pPr>
      <w:r>
        <w:rPr>
          <w:rFonts w:ascii="Arial" w:hAnsi="Arial"/>
          <w:b/>
          <w:sz w:val="22"/>
        </w:rPr>
        <w:t xml:space="preserve">Alice  </w:t>
      </w:r>
      <w:r>
        <w:rPr>
          <w:rFonts w:ascii="Arial" w:hAnsi="Arial"/>
          <w:color w:val="5D7284"/>
          <w:sz w:val="22"/>
        </w:rPr>
        <w:t>29:05</w:t>
      </w:r>
    </w:p>
    <w:p>
      <w:pPr>
        <w:spacing w:after="0"/>
      </w:pPr>
      <w:r>
        <w:rPr>
          <w:rFonts w:ascii="Arial" w:hAnsi="Arial"/>
          <w:sz w:val="22"/>
        </w:rPr>
        <w:t xml:space="preserve">Yeah, I was gonna say generally, I think globally most people Yeah. Well, I just want to reiterate sorry. Yeah, I mean, we do the the content warning at the start of history lessons. That's like we're probably going to use language that is no longer acceptable to describe disabilities. We maybe need to just just every episode say and also there might be Nazis </w:t>
      </w:r>
    </w:p>
    <w:p>
      <w:pPr>
        <w:spacing w:after="0"/>
      </w:pPr>
    </w:p>
    <w:p>
      <w:pPr>
        <w:spacing w:after="0"/>
      </w:pPr>
      <w:r>
        <w:rPr>
          <w:rFonts w:ascii="Arial" w:hAnsi="Arial"/>
          <w:b/>
          <w:sz w:val="22"/>
        </w:rPr>
        <w:t xml:space="preserve">Lucy  </w:t>
      </w:r>
      <w:r>
        <w:rPr>
          <w:rFonts w:ascii="Arial" w:hAnsi="Arial"/>
          <w:color w:val="5D7284"/>
          <w:sz w:val="22"/>
        </w:rPr>
        <w:t>29:29</w:t>
      </w:r>
    </w:p>
    <w:p>
      <w:pPr>
        <w:spacing w:after="0"/>
      </w:pPr>
      <w:r>
        <w:rPr>
          <w:rFonts w:ascii="Arial" w:hAnsi="Arial"/>
          <w:sz w:val="22"/>
        </w:rPr>
        <w:t>Yeah I do think we might need to be recording some of those disclaimers. Maybe thats First job.</w:t>
      </w:r>
    </w:p>
    <w:p>
      <w:pPr>
        <w:spacing w:after="0"/>
      </w:pPr>
    </w:p>
    <w:p>
      <w:pPr>
        <w:spacing w:after="0"/>
      </w:pPr>
      <w:r>
        <w:rPr>
          <w:rFonts w:ascii="Arial" w:hAnsi="Arial"/>
          <w:b/>
          <w:sz w:val="22"/>
        </w:rPr>
        <w:t xml:space="preserve">Alice  </w:t>
      </w:r>
      <w:r>
        <w:rPr>
          <w:rFonts w:ascii="Arial" w:hAnsi="Arial"/>
          <w:color w:val="5D7284"/>
          <w:sz w:val="22"/>
        </w:rPr>
        <w:t>29:36</w:t>
      </w:r>
    </w:p>
    <w:p>
      <w:pPr>
        <w:spacing w:after="0"/>
      </w:pPr>
      <w:r>
        <w:rPr>
          <w:rFonts w:ascii="Arial" w:hAnsi="Arial"/>
          <w:sz w:val="22"/>
        </w:rPr>
        <w:t xml:space="preserve">Yeah, so that is I guess first job for the new the new format. if you haven't seen on social media you haven't heard on the main feed episode. We will be moving to seasons for the podcast later this year. because Lucy and I need a break. </w:t>
      </w:r>
    </w:p>
    <w:p>
      <w:pPr>
        <w:spacing w:after="0"/>
      </w:pPr>
    </w:p>
    <w:p>
      <w:pPr>
        <w:spacing w:after="0"/>
      </w:pPr>
      <w:r>
        <w:rPr>
          <w:rFonts w:ascii="Arial" w:hAnsi="Arial"/>
          <w:b/>
          <w:sz w:val="22"/>
        </w:rPr>
        <w:t xml:space="preserve">Lucy  </w:t>
      </w:r>
      <w:r>
        <w:rPr>
          <w:rFonts w:ascii="Arial" w:hAnsi="Arial"/>
          <w:color w:val="5D7284"/>
          <w:sz w:val="22"/>
        </w:rPr>
        <w:t>29:58</w:t>
      </w:r>
    </w:p>
    <w:p>
      <w:pPr>
        <w:spacing w:after="0"/>
      </w:pPr>
      <w:r>
        <w:rPr>
          <w:rFonts w:ascii="Arial" w:hAnsi="Arial"/>
          <w:sz w:val="22"/>
        </w:rPr>
        <w:t>Yes we're very tired. .</w:t>
      </w:r>
    </w:p>
    <w:p>
      <w:pPr>
        <w:spacing w:after="0"/>
      </w:pPr>
    </w:p>
    <w:p>
      <w:pPr>
        <w:spacing w:after="0"/>
      </w:pPr>
      <w:r>
        <w:rPr>
          <w:rFonts w:ascii="Arial" w:hAnsi="Arial"/>
          <w:b/>
          <w:sz w:val="22"/>
        </w:rPr>
        <w:t xml:space="preserve">Alice  </w:t>
      </w:r>
      <w:r>
        <w:rPr>
          <w:rFonts w:ascii="Arial" w:hAnsi="Arial"/>
          <w:color w:val="5D7284"/>
          <w:sz w:val="22"/>
        </w:rPr>
        <w:t>30:00</w:t>
      </w:r>
    </w:p>
    <w:p>
      <w:pPr>
        <w:spacing w:after="0"/>
      </w:pPr>
      <w:r>
        <w:rPr>
          <w:rFonts w:ascii="Arial" w:hAnsi="Arial"/>
          <w:sz w:val="22"/>
        </w:rPr>
        <w:t>But don't worry. Yes.  That is that I definitely feel like a tired egg.</w:t>
      </w:r>
    </w:p>
    <w:p>
      <w:pPr>
        <w:spacing w:after="0"/>
      </w:pPr>
    </w:p>
    <w:p>
      <w:pPr>
        <w:spacing w:after="0"/>
      </w:pPr>
      <w:r>
        <w:rPr>
          <w:rFonts w:ascii="Arial" w:hAnsi="Arial"/>
          <w:b/>
          <w:sz w:val="22"/>
        </w:rPr>
        <w:t xml:space="preserve">Lucy  </w:t>
      </w:r>
      <w:r>
        <w:rPr>
          <w:rFonts w:ascii="Arial" w:hAnsi="Arial"/>
          <w:color w:val="5D7284"/>
          <w:sz w:val="22"/>
        </w:rPr>
        <w:t>30:09</w:t>
      </w:r>
    </w:p>
    <w:p>
      <w:pPr>
        <w:spacing w:after="0"/>
      </w:pPr>
      <w:r>
        <w:rPr>
          <w:rFonts w:ascii="Arial" w:hAnsi="Arial"/>
          <w:sz w:val="22"/>
        </w:rPr>
        <w:t>But don't don't worry everybody don't worry, Daisy is still coming back to do some history lessons with us.</w:t>
      </w:r>
    </w:p>
    <w:p>
      <w:pPr>
        <w:spacing w:after="0"/>
      </w:pPr>
    </w:p>
    <w:p>
      <w:pPr>
        <w:spacing w:after="0"/>
      </w:pPr>
      <w:r>
        <w:rPr>
          <w:rFonts w:ascii="Arial" w:hAnsi="Arial"/>
          <w:b/>
          <w:sz w:val="22"/>
        </w:rPr>
        <w:t xml:space="preserve">Daisy  </w:t>
      </w:r>
      <w:r>
        <w:rPr>
          <w:rFonts w:ascii="Arial" w:hAnsi="Arial"/>
          <w:color w:val="5D7284"/>
          <w:sz w:val="22"/>
        </w:rPr>
        <w:t>30:17</w:t>
      </w:r>
    </w:p>
    <w:p>
      <w:pPr>
        <w:spacing w:after="0"/>
      </w:pPr>
      <w:r>
        <w:rPr>
          <w:rFonts w:ascii="Arial" w:hAnsi="Arial"/>
          <w:sz w:val="22"/>
        </w:rPr>
        <w:t xml:space="preserve">Whether you like it or not </w:t>
      </w:r>
    </w:p>
    <w:p>
      <w:pPr>
        <w:spacing w:after="0"/>
      </w:pPr>
    </w:p>
    <w:p>
      <w:pPr>
        <w:spacing w:after="0"/>
      </w:pPr>
      <w:r>
        <w:rPr>
          <w:rFonts w:ascii="Arial" w:hAnsi="Arial"/>
          <w:b/>
          <w:sz w:val="22"/>
        </w:rPr>
        <w:t xml:space="preserve">Lucy  </w:t>
      </w:r>
      <w:r>
        <w:rPr>
          <w:rFonts w:ascii="Arial" w:hAnsi="Arial"/>
          <w:color w:val="5D7284"/>
          <w:sz w:val="22"/>
        </w:rPr>
        <w:t>30:21</w:t>
      </w:r>
    </w:p>
    <w:p>
      <w:pPr>
        <w:spacing w:after="0"/>
      </w:pPr>
      <w:r>
        <w:rPr>
          <w:rFonts w:ascii="Arial" w:hAnsi="Arial"/>
          <w:sz w:val="22"/>
        </w:rPr>
        <w:t xml:space="preserve"> she's threatened to break into my house</w:t>
      </w:r>
    </w:p>
    <w:p>
      <w:pPr>
        <w:spacing w:after="0"/>
      </w:pPr>
    </w:p>
    <w:p>
      <w:pPr>
        <w:spacing w:after="0"/>
      </w:pPr>
      <w:r>
        <w:rPr>
          <w:rFonts w:ascii="Arial" w:hAnsi="Arial"/>
          <w:b/>
          <w:sz w:val="22"/>
        </w:rPr>
        <w:t xml:space="preserve">Alice  </w:t>
      </w:r>
      <w:r>
        <w:rPr>
          <w:rFonts w:ascii="Arial" w:hAnsi="Arial"/>
          <w:color w:val="5D7284"/>
          <w:sz w:val="22"/>
        </w:rPr>
        <w:t>30:22</w:t>
      </w:r>
    </w:p>
    <w:p>
      <w:pPr>
        <w:spacing w:after="0"/>
      </w:pPr>
      <w:r>
        <w:rPr>
          <w:rFonts w:ascii="Arial" w:hAnsi="Arial"/>
          <w:sz w:val="22"/>
        </w:rPr>
        <w:t xml:space="preserve">I think this episode shows that that we like it </w:t>
      </w:r>
    </w:p>
    <w:p>
      <w:pPr>
        <w:spacing w:after="0"/>
      </w:pPr>
    </w:p>
    <w:p>
      <w:pPr>
        <w:spacing w:after="0"/>
      </w:pPr>
      <w:r>
        <w:rPr>
          <w:rFonts w:ascii="Arial" w:hAnsi="Arial"/>
          <w:b/>
          <w:sz w:val="22"/>
        </w:rPr>
        <w:t xml:space="preserve">Lucy  </w:t>
      </w:r>
      <w:r>
        <w:rPr>
          <w:rFonts w:ascii="Arial" w:hAnsi="Arial"/>
          <w:color w:val="5D7284"/>
          <w:sz w:val="22"/>
        </w:rPr>
        <w:t>30:26</w:t>
      </w:r>
    </w:p>
    <w:p>
      <w:pPr>
        <w:spacing w:after="0"/>
      </w:pPr>
      <w:r>
        <w:rPr>
          <w:rFonts w:ascii="Arial" w:hAnsi="Arial"/>
          <w:sz w:val="22"/>
        </w:rPr>
        <w:t>we're trying to convince you that we like Daisy.</w:t>
      </w:r>
    </w:p>
    <w:p>
      <w:pPr>
        <w:spacing w:after="0"/>
      </w:pPr>
    </w:p>
    <w:p>
      <w:pPr>
        <w:spacing w:after="0"/>
      </w:pPr>
      <w:r>
        <w:rPr>
          <w:rFonts w:ascii="Arial" w:hAnsi="Arial"/>
          <w:b/>
          <w:sz w:val="22"/>
        </w:rPr>
        <w:t xml:space="preserve">Alice  </w:t>
      </w:r>
      <w:r>
        <w:rPr>
          <w:rFonts w:ascii="Arial" w:hAnsi="Arial"/>
          <w:color w:val="5D7284"/>
          <w:sz w:val="22"/>
        </w:rPr>
        <w:t>30:31</w:t>
      </w:r>
    </w:p>
    <w:p>
      <w:pPr>
        <w:spacing w:after="0"/>
      </w:pPr>
      <w:r>
        <w:rPr>
          <w:rFonts w:ascii="Arial" w:hAnsi="Arial"/>
          <w:sz w:val="22"/>
        </w:rPr>
        <w:t>Like, Daisy's is just like it I feel like a vigilante sharer of history that we didn't, didn't realise we wanted to know. Just yeah, breaking into people's houses to start whispering history to them in the night</w:t>
      </w:r>
    </w:p>
    <w:p>
      <w:pPr>
        <w:spacing w:after="0"/>
      </w:pPr>
    </w:p>
    <w:p>
      <w:pPr>
        <w:spacing w:after="0"/>
      </w:pPr>
      <w:r>
        <w:rPr>
          <w:rFonts w:ascii="Arial" w:hAnsi="Arial"/>
          <w:b/>
          <w:sz w:val="22"/>
        </w:rPr>
        <w:t xml:space="preserve">Daisy  </w:t>
      </w:r>
      <w:r>
        <w:rPr>
          <w:rFonts w:ascii="Arial" w:hAnsi="Arial"/>
          <w:color w:val="5D7284"/>
          <w:sz w:val="22"/>
        </w:rPr>
        <w:t>30:44</w:t>
      </w:r>
    </w:p>
    <w:p>
      <w:pPr>
        <w:spacing w:after="0"/>
      </w:pPr>
      <w:r>
        <w:rPr>
          <w:rFonts w:ascii="Arial" w:hAnsi="Arial"/>
          <w:sz w:val="22"/>
        </w:rPr>
        <w:t>then yeah, who else am I going to tell?</w:t>
      </w:r>
    </w:p>
    <w:p>
      <w:pPr>
        <w:spacing w:after="0"/>
      </w:pPr>
    </w:p>
    <w:p>
      <w:pPr>
        <w:spacing w:after="0"/>
      </w:pPr>
      <w:r>
        <w:rPr>
          <w:rFonts w:ascii="Arial" w:hAnsi="Arial"/>
          <w:b/>
          <w:sz w:val="22"/>
        </w:rPr>
        <w:t xml:space="preserve">Lucy  </w:t>
      </w:r>
      <w:r>
        <w:rPr>
          <w:rFonts w:ascii="Arial" w:hAnsi="Arial"/>
          <w:color w:val="5D7284"/>
          <w:sz w:val="22"/>
        </w:rPr>
        <w:t>30:48</w:t>
      </w:r>
    </w:p>
    <w:p>
      <w:pPr>
        <w:spacing w:after="0"/>
      </w:pPr>
      <w:r>
        <w:rPr>
          <w:rFonts w:ascii="Arial" w:hAnsi="Arial"/>
          <w:sz w:val="22"/>
        </w:rPr>
        <w:t xml:space="preserve">But Daisy will be back to do some history lessons, will everything's basically still staying the same. We're just making a condensed version of each season will be like a quick burst of everything you love about the lABLEd Podcast really won't it? </w:t>
      </w:r>
    </w:p>
    <w:p>
      <w:pPr>
        <w:spacing w:after="0"/>
      </w:pPr>
    </w:p>
    <w:p>
      <w:pPr>
        <w:spacing w:after="0"/>
      </w:pPr>
      <w:r>
        <w:rPr>
          <w:rFonts w:ascii="Arial" w:hAnsi="Arial"/>
          <w:b/>
          <w:sz w:val="22"/>
        </w:rPr>
        <w:t xml:space="preserve">Alice  </w:t>
      </w:r>
      <w:r>
        <w:rPr>
          <w:rFonts w:ascii="Arial" w:hAnsi="Arial"/>
          <w:color w:val="5D7284"/>
          <w:sz w:val="22"/>
        </w:rPr>
        <w:t>31:08</w:t>
      </w:r>
    </w:p>
    <w:p>
      <w:pPr>
        <w:spacing w:after="0"/>
      </w:pPr>
      <w:r>
        <w:rPr>
          <w:rFonts w:ascii="Arial" w:hAnsi="Arial"/>
          <w:sz w:val="22"/>
        </w:rPr>
        <w:t>Yeah. that's a nice way to think about</w:t>
      </w:r>
    </w:p>
    <w:p>
      <w:pPr>
        <w:spacing w:after="0"/>
      </w:pPr>
    </w:p>
    <w:p>
      <w:pPr>
        <w:spacing w:after="0"/>
      </w:pPr>
      <w:r>
        <w:rPr>
          <w:rFonts w:ascii="Arial" w:hAnsi="Arial"/>
          <w:b/>
          <w:sz w:val="22"/>
        </w:rPr>
        <w:t xml:space="preserve">Daisy  </w:t>
      </w:r>
      <w:r>
        <w:rPr>
          <w:rFonts w:ascii="Arial" w:hAnsi="Arial"/>
          <w:color w:val="5D7284"/>
          <w:sz w:val="22"/>
        </w:rPr>
        <w:t>31:11</w:t>
      </w:r>
    </w:p>
    <w:p>
      <w:pPr>
        <w:spacing w:after="0"/>
      </w:pPr>
      <w:r>
        <w:rPr>
          <w:rFonts w:ascii="Arial" w:hAnsi="Arial"/>
          <w:sz w:val="22"/>
        </w:rPr>
        <w:t>quite right, you two can actually have some weeks off?</w:t>
      </w:r>
    </w:p>
    <w:p>
      <w:pPr>
        <w:spacing w:after="0"/>
      </w:pPr>
    </w:p>
    <w:p>
      <w:pPr>
        <w:spacing w:after="0"/>
      </w:pPr>
      <w:r>
        <w:rPr>
          <w:rFonts w:ascii="Arial" w:hAnsi="Arial"/>
          <w:b/>
          <w:sz w:val="22"/>
        </w:rPr>
        <w:t xml:space="preserve">Lucy  </w:t>
      </w:r>
      <w:r>
        <w:rPr>
          <w:rFonts w:ascii="Arial" w:hAnsi="Arial"/>
          <w:color w:val="5D7284"/>
          <w:sz w:val="22"/>
        </w:rPr>
        <w:t>31:14</w:t>
      </w:r>
    </w:p>
    <w:p>
      <w:pPr>
        <w:spacing w:after="0"/>
      </w:pPr>
      <w:r>
        <w:rPr>
          <w:rFonts w:ascii="Arial" w:hAnsi="Arial"/>
          <w:sz w:val="22"/>
        </w:rPr>
        <w:t>Yes, we can without having to worry about newsletters</w:t>
      </w:r>
    </w:p>
    <w:p>
      <w:pPr>
        <w:spacing w:after="0"/>
      </w:pPr>
    </w:p>
    <w:p>
      <w:pPr>
        <w:spacing w:after="0"/>
      </w:pPr>
      <w:r>
        <w:rPr>
          <w:rFonts w:ascii="Arial" w:hAnsi="Arial"/>
          <w:b/>
          <w:sz w:val="22"/>
        </w:rPr>
        <w:t xml:space="preserve">Daisy  </w:t>
      </w:r>
      <w:r>
        <w:rPr>
          <w:rFonts w:ascii="Arial" w:hAnsi="Arial"/>
          <w:color w:val="5D7284"/>
          <w:sz w:val="22"/>
        </w:rPr>
        <w:t>31:18</w:t>
      </w:r>
    </w:p>
    <w:p>
      <w:pPr>
        <w:spacing w:after="0"/>
      </w:pPr>
      <w:r>
        <w:rPr>
          <w:rFonts w:ascii="Arial" w:hAnsi="Arial"/>
          <w:sz w:val="22"/>
        </w:rPr>
        <w:t>like, you know, yeah, see your families and stuff.</w:t>
      </w:r>
    </w:p>
    <w:p>
      <w:pPr>
        <w:spacing w:after="0"/>
      </w:pPr>
    </w:p>
    <w:p>
      <w:pPr>
        <w:spacing w:after="0"/>
      </w:pPr>
      <w:r>
        <w:rPr>
          <w:rFonts w:ascii="Arial" w:hAnsi="Arial"/>
          <w:b/>
          <w:sz w:val="22"/>
        </w:rPr>
        <w:t xml:space="preserve">Alice  </w:t>
      </w:r>
      <w:r>
        <w:rPr>
          <w:rFonts w:ascii="Arial" w:hAnsi="Arial"/>
          <w:color w:val="5D7284"/>
          <w:sz w:val="22"/>
        </w:rPr>
        <w:t>31:23</w:t>
      </w:r>
    </w:p>
    <w:p>
      <w:pPr>
        <w:spacing w:after="0"/>
      </w:pPr>
      <w:r>
        <w:rPr>
          <w:rFonts w:ascii="Arial" w:hAnsi="Arial"/>
          <w:sz w:val="22"/>
        </w:rPr>
        <w:t>Yeah, my like, I keep coming back and being like, when did my child grow? I've been working on my podcast for 12 days.</w:t>
      </w:r>
    </w:p>
    <w:p>
      <w:pPr>
        <w:spacing w:after="0"/>
      </w:pPr>
    </w:p>
    <w:p>
      <w:pPr>
        <w:spacing w:after="0"/>
      </w:pPr>
      <w:r>
        <w:rPr>
          <w:rFonts w:ascii="Arial" w:hAnsi="Arial"/>
          <w:b/>
          <w:sz w:val="22"/>
        </w:rPr>
        <w:t xml:space="preserve">Lucy  </w:t>
      </w:r>
      <w:r>
        <w:rPr>
          <w:rFonts w:ascii="Arial" w:hAnsi="Arial"/>
          <w:color w:val="5D7284"/>
          <w:sz w:val="22"/>
        </w:rPr>
        <w:t>31:31</w:t>
      </w:r>
    </w:p>
    <w:p>
      <w:pPr>
        <w:spacing w:after="0"/>
      </w:pPr>
      <w:r>
        <w:rPr>
          <w:rFonts w:ascii="Arial" w:hAnsi="Arial"/>
          <w:sz w:val="22"/>
        </w:rPr>
        <w:t xml:space="preserve">Now teenager, </w:t>
      </w:r>
    </w:p>
    <w:p>
      <w:pPr>
        <w:spacing w:after="0"/>
      </w:pPr>
    </w:p>
    <w:p>
      <w:pPr>
        <w:spacing w:after="0"/>
      </w:pPr>
      <w:r>
        <w:rPr>
          <w:rFonts w:ascii="Arial" w:hAnsi="Arial"/>
          <w:b/>
          <w:sz w:val="22"/>
        </w:rPr>
        <w:t xml:space="preserve">Alice  </w:t>
      </w:r>
      <w:r>
        <w:rPr>
          <w:rFonts w:ascii="Arial" w:hAnsi="Arial"/>
          <w:color w:val="5D7284"/>
          <w:sz w:val="22"/>
        </w:rPr>
        <w:t>31:33</w:t>
      </w:r>
    </w:p>
    <w:p>
      <w:pPr>
        <w:spacing w:after="0"/>
      </w:pPr>
      <w:r>
        <w:rPr>
          <w:rFonts w:ascii="Arial" w:hAnsi="Arial"/>
          <w:sz w:val="22"/>
        </w:rPr>
        <w:t>Just turn around and he's 14.</w:t>
      </w:r>
    </w:p>
    <w:p>
      <w:pPr>
        <w:spacing w:after="0"/>
      </w:pPr>
    </w:p>
    <w:p>
      <w:pPr>
        <w:spacing w:after="0"/>
      </w:pPr>
      <w:r>
        <w:rPr>
          <w:rFonts w:ascii="Arial" w:hAnsi="Arial"/>
          <w:b/>
          <w:sz w:val="22"/>
        </w:rPr>
        <w:t xml:space="preserve">Daisy  </w:t>
      </w:r>
      <w:r>
        <w:rPr>
          <w:rFonts w:ascii="Arial" w:hAnsi="Arial"/>
          <w:color w:val="5D7284"/>
          <w:sz w:val="22"/>
        </w:rPr>
        <w:t>31:37</w:t>
      </w:r>
    </w:p>
    <w:p>
      <w:pPr>
        <w:spacing w:after="0"/>
      </w:pPr>
      <w:r>
        <w:rPr>
          <w:rFonts w:ascii="Arial" w:hAnsi="Arial"/>
          <w:sz w:val="22"/>
        </w:rPr>
        <w:t>becomes our new editor,</w:t>
      </w:r>
    </w:p>
    <w:p>
      <w:pPr>
        <w:spacing w:after="0"/>
      </w:pPr>
    </w:p>
    <w:p>
      <w:pPr>
        <w:spacing w:after="0"/>
      </w:pPr>
      <w:r>
        <w:rPr>
          <w:rFonts w:ascii="Arial" w:hAnsi="Arial"/>
          <w:b/>
          <w:sz w:val="22"/>
        </w:rPr>
        <w:t xml:space="preserve">Alice  </w:t>
      </w:r>
      <w:r>
        <w:rPr>
          <w:rFonts w:ascii="Arial" w:hAnsi="Arial"/>
          <w:color w:val="5D7284"/>
          <w:sz w:val="22"/>
        </w:rPr>
        <w:t>31:39</w:t>
      </w:r>
    </w:p>
    <w:p>
      <w:pPr>
        <w:spacing w:after="0"/>
      </w:pPr>
      <w:r>
        <w:rPr>
          <w:rFonts w:ascii="Arial" w:hAnsi="Arial"/>
          <w:sz w:val="22"/>
        </w:rPr>
        <w:t>not that we're getting rid of you, Adam.,</w:t>
      </w:r>
    </w:p>
    <w:p>
      <w:pPr>
        <w:spacing w:after="0"/>
      </w:pPr>
    </w:p>
    <w:p>
      <w:pPr>
        <w:spacing w:after="0"/>
      </w:pPr>
      <w:r>
        <w:rPr>
          <w:rFonts w:ascii="Arial" w:hAnsi="Arial"/>
          <w:b/>
          <w:sz w:val="22"/>
        </w:rPr>
        <w:t xml:space="preserve">Daisy  </w:t>
      </w:r>
      <w:r>
        <w:rPr>
          <w:rFonts w:ascii="Arial" w:hAnsi="Arial"/>
          <w:color w:val="5D7284"/>
          <w:sz w:val="22"/>
        </w:rPr>
        <w:t>31:43</w:t>
      </w:r>
    </w:p>
    <w:p>
      <w:pPr>
        <w:spacing w:after="0"/>
      </w:pPr>
      <w:r>
        <w:rPr>
          <w:rFonts w:ascii="Arial" w:hAnsi="Arial"/>
          <w:sz w:val="22"/>
        </w:rPr>
        <w:t xml:space="preserve">Oh, yeah. No, it's in addition, because, yeah, it's an addition because we say so many things that don't have to be cut out afterwards. </w:t>
      </w:r>
    </w:p>
    <w:p>
      <w:pPr>
        <w:spacing w:after="0"/>
      </w:pPr>
    </w:p>
    <w:p>
      <w:pPr>
        <w:spacing w:after="0"/>
      </w:pPr>
      <w:r>
        <w:rPr>
          <w:rFonts w:ascii="Arial" w:hAnsi="Arial"/>
          <w:b/>
          <w:sz w:val="22"/>
        </w:rPr>
        <w:t xml:space="preserve">Alice  </w:t>
      </w:r>
      <w:r>
        <w:rPr>
          <w:rFonts w:ascii="Arial" w:hAnsi="Arial"/>
          <w:color w:val="5D7284"/>
          <w:sz w:val="22"/>
        </w:rPr>
        <w:t>31:52</w:t>
      </w:r>
    </w:p>
    <w:p>
      <w:pPr>
        <w:spacing w:after="0"/>
      </w:pPr>
      <w:r>
        <w:rPr>
          <w:rFonts w:ascii="Arial" w:hAnsi="Arial"/>
          <w:sz w:val="22"/>
        </w:rPr>
        <w:t>we were talking offer about baking a cake for Adam. Every time we say something ridiculous that he has to edit around. And I think if if that does happen, yeah, Adam is not going to be able to reach his keyboard over his belly because of all the cakes we bake him. So we maybe we will need a second editor.</w:t>
      </w:r>
    </w:p>
    <w:p>
      <w:pPr>
        <w:spacing w:after="0"/>
      </w:pPr>
    </w:p>
    <w:p>
      <w:pPr>
        <w:spacing w:after="0"/>
      </w:pPr>
      <w:r>
        <w:rPr>
          <w:rFonts w:ascii="Arial" w:hAnsi="Arial"/>
          <w:b/>
          <w:sz w:val="22"/>
        </w:rPr>
        <w:t xml:space="preserve">Lucy  </w:t>
      </w:r>
      <w:r>
        <w:rPr>
          <w:rFonts w:ascii="Arial" w:hAnsi="Arial"/>
          <w:color w:val="5D7284"/>
          <w:sz w:val="22"/>
        </w:rPr>
        <w:t>32:13</w:t>
      </w:r>
    </w:p>
    <w:p>
      <w:pPr>
        <w:spacing w:after="0"/>
      </w:pPr>
      <w:r>
        <w:rPr>
          <w:rFonts w:ascii="Arial" w:hAnsi="Arial"/>
          <w:sz w:val="22"/>
        </w:rPr>
        <w:t>Editors assistant.</w:t>
      </w:r>
    </w:p>
    <w:p>
      <w:pPr>
        <w:spacing w:after="0"/>
      </w:pPr>
    </w:p>
    <w:p>
      <w:pPr>
        <w:spacing w:after="0"/>
      </w:pPr>
      <w:r>
        <w:rPr>
          <w:rFonts w:ascii="Arial" w:hAnsi="Arial"/>
          <w:b/>
          <w:sz w:val="22"/>
        </w:rPr>
        <w:t xml:space="preserve">Daisy  </w:t>
      </w:r>
      <w:r>
        <w:rPr>
          <w:rFonts w:ascii="Arial" w:hAnsi="Arial"/>
          <w:color w:val="5D7284"/>
          <w:sz w:val="22"/>
        </w:rPr>
        <w:t>32:18</w:t>
      </w:r>
    </w:p>
    <w:p>
      <w:pPr>
        <w:spacing w:after="0"/>
      </w:pPr>
      <w:r>
        <w:rPr>
          <w:rFonts w:ascii="Arial" w:hAnsi="Arial"/>
          <w:sz w:val="22"/>
        </w:rPr>
        <w:t xml:space="preserve">Yeah, I guess the easiest way would be to just sort of, you know, edit ourselves before we speak. But that's ridiculous. </w:t>
      </w:r>
    </w:p>
    <w:p>
      <w:pPr>
        <w:spacing w:after="0"/>
      </w:pPr>
    </w:p>
    <w:p>
      <w:pPr>
        <w:spacing w:after="0"/>
      </w:pPr>
      <w:r>
        <w:rPr>
          <w:rFonts w:ascii="Arial" w:hAnsi="Arial"/>
          <w:b/>
          <w:sz w:val="22"/>
        </w:rPr>
        <w:t xml:space="preserve">Lucy  </w:t>
      </w:r>
      <w:r>
        <w:rPr>
          <w:rFonts w:ascii="Arial" w:hAnsi="Arial"/>
          <w:color w:val="5D7284"/>
          <w:sz w:val="22"/>
        </w:rPr>
        <w:t>32:24</w:t>
      </w:r>
    </w:p>
    <w:p>
      <w:pPr>
        <w:spacing w:after="0"/>
      </w:pPr>
      <w:r>
        <w:rPr>
          <w:rFonts w:ascii="Arial" w:hAnsi="Arial"/>
          <w:sz w:val="22"/>
        </w:rPr>
        <w:t xml:space="preserve">Yes. can't do that. </w:t>
      </w:r>
    </w:p>
    <w:p>
      <w:pPr>
        <w:spacing w:after="0"/>
      </w:pPr>
    </w:p>
    <w:p>
      <w:pPr>
        <w:spacing w:after="0"/>
      </w:pPr>
      <w:r>
        <w:rPr>
          <w:rFonts w:ascii="Arial" w:hAnsi="Arial"/>
          <w:b/>
          <w:sz w:val="22"/>
        </w:rPr>
        <w:t xml:space="preserve">Alice  </w:t>
      </w:r>
      <w:r>
        <w:rPr>
          <w:rFonts w:ascii="Arial" w:hAnsi="Arial"/>
          <w:color w:val="5D7284"/>
          <w:sz w:val="22"/>
        </w:rPr>
        <w:t>32:25</w:t>
      </w:r>
    </w:p>
    <w:p>
      <w:pPr>
        <w:spacing w:after="0"/>
      </w:pPr>
      <w:r>
        <w:rPr>
          <w:rFonts w:ascii="Arial" w:hAnsi="Arial"/>
          <w:sz w:val="22"/>
        </w:rPr>
        <w:t>I mean, that feels like but it feels like a lot of work for three people to do rather than, like a lot of work for Adam to just do all at once. So And besides, you know, it's it's what what the people keep coming back for? is our anarchy. I think that's my absolute favourite. Few describe history lessons they say? Yes. Yeah.</w:t>
      </w:r>
    </w:p>
    <w:p>
      <w:pPr>
        <w:spacing w:after="0"/>
      </w:pPr>
    </w:p>
    <w:p>
      <w:pPr>
        <w:spacing w:after="0"/>
      </w:pPr>
      <w:r>
        <w:rPr>
          <w:rFonts w:ascii="Arial" w:hAnsi="Arial"/>
          <w:b/>
          <w:sz w:val="22"/>
        </w:rPr>
        <w:t xml:space="preserve">Lucy  </w:t>
      </w:r>
      <w:r>
        <w:rPr>
          <w:rFonts w:ascii="Arial" w:hAnsi="Arial"/>
          <w:color w:val="5D7284"/>
          <w:sz w:val="22"/>
        </w:rPr>
        <w:t>32:47</w:t>
      </w:r>
    </w:p>
    <w:p>
      <w:pPr>
        <w:spacing w:after="0"/>
      </w:pPr>
      <w:r>
        <w:rPr>
          <w:rFonts w:ascii="Arial" w:hAnsi="Arial"/>
          <w:sz w:val="22"/>
        </w:rPr>
        <w:t xml:space="preserve">a unique brand of humour. </w:t>
      </w:r>
    </w:p>
    <w:p>
      <w:pPr>
        <w:spacing w:after="0"/>
      </w:pPr>
    </w:p>
    <w:p>
      <w:pPr>
        <w:spacing w:after="0"/>
      </w:pPr>
      <w:r>
        <w:rPr>
          <w:rFonts w:ascii="Arial" w:hAnsi="Arial"/>
          <w:b/>
          <w:sz w:val="22"/>
        </w:rPr>
        <w:t xml:space="preserve">Alice  </w:t>
      </w:r>
      <w:r>
        <w:rPr>
          <w:rFonts w:ascii="Arial" w:hAnsi="Arial"/>
          <w:color w:val="5D7284"/>
          <w:sz w:val="22"/>
        </w:rPr>
        <w:t>32:49</w:t>
      </w:r>
    </w:p>
    <w:p>
      <w:pPr>
        <w:spacing w:after="0"/>
      </w:pPr>
      <w:r>
        <w:rPr>
          <w:rFonts w:ascii="Arial" w:hAnsi="Arial"/>
          <w:sz w:val="22"/>
        </w:rPr>
        <w:t>Yeah History with a touch of anarchy, or anarchy was a touch of history. Probably more accurate.</w:t>
      </w:r>
    </w:p>
    <w:p>
      <w:pPr>
        <w:spacing w:after="0"/>
      </w:pPr>
    </w:p>
    <w:p>
      <w:pPr>
        <w:spacing w:after="0"/>
      </w:pPr>
      <w:r>
        <w:rPr>
          <w:rFonts w:ascii="Arial" w:hAnsi="Arial"/>
          <w:b/>
          <w:sz w:val="22"/>
        </w:rPr>
        <w:t xml:space="preserve">Lucy  </w:t>
      </w:r>
      <w:r>
        <w:rPr>
          <w:rFonts w:ascii="Arial" w:hAnsi="Arial"/>
          <w:color w:val="5D7284"/>
          <w:sz w:val="22"/>
        </w:rPr>
        <w:t>32:57</w:t>
      </w:r>
    </w:p>
    <w:p>
      <w:pPr>
        <w:spacing w:after="0"/>
      </w:pPr>
      <w:r>
        <w:rPr>
          <w:rFonts w:ascii="Arial" w:hAnsi="Arial"/>
          <w:sz w:val="22"/>
        </w:rPr>
        <w:t>Yeah, probably that way around. if you're talking about ratio, and go with the second option.</w:t>
      </w:r>
    </w:p>
    <w:p>
      <w:pPr>
        <w:spacing w:after="0"/>
      </w:pPr>
    </w:p>
    <w:p>
      <w:pPr>
        <w:spacing w:after="0"/>
      </w:pPr>
      <w:r>
        <w:rPr>
          <w:rFonts w:ascii="Arial" w:hAnsi="Arial"/>
          <w:b/>
          <w:sz w:val="22"/>
        </w:rPr>
        <w:t xml:space="preserve">Alice  </w:t>
      </w:r>
      <w:r>
        <w:rPr>
          <w:rFonts w:ascii="Arial" w:hAnsi="Arial"/>
          <w:color w:val="5D7284"/>
          <w:sz w:val="22"/>
        </w:rPr>
        <w:t>33:06</w:t>
      </w:r>
    </w:p>
    <w:p>
      <w:pPr>
        <w:spacing w:after="0"/>
      </w:pPr>
      <w:r>
        <w:rPr>
          <w:rFonts w:ascii="Arial" w:hAnsi="Arial"/>
          <w:sz w:val="22"/>
        </w:rPr>
        <w:t>Yes. So yeah, make sure you're following the show because then it will just like appear on your podcast player. when or subscribe to the show, I think is the word on some podcast apps. And yeah, it will just appear when the next episode comes out. So you don't have to like worry about making sure that you're looking for us. don't think there's anything else that people need to know before we go? Lucy Daisy?</w:t>
      </w:r>
    </w:p>
    <w:p>
      <w:pPr>
        <w:spacing w:after="0"/>
      </w:pPr>
    </w:p>
    <w:p>
      <w:pPr>
        <w:spacing w:after="0"/>
      </w:pPr>
      <w:r>
        <w:rPr>
          <w:rFonts w:ascii="Arial" w:hAnsi="Arial"/>
          <w:b/>
          <w:sz w:val="22"/>
        </w:rPr>
        <w:t xml:space="preserve">Lucy  </w:t>
      </w:r>
      <w:r>
        <w:rPr>
          <w:rFonts w:ascii="Arial" w:hAnsi="Arial"/>
          <w:color w:val="5D7284"/>
          <w:sz w:val="22"/>
        </w:rPr>
        <w:t>33:32</w:t>
      </w:r>
    </w:p>
    <w:p>
      <w:pPr>
        <w:spacing w:after="0"/>
      </w:pPr>
      <w:r>
        <w:rPr>
          <w:rFonts w:ascii="Arial" w:hAnsi="Arial"/>
          <w:sz w:val="22"/>
        </w:rPr>
        <w:t>No, I don't think so</w:t>
      </w:r>
    </w:p>
    <w:p>
      <w:pPr>
        <w:spacing w:after="0"/>
      </w:pPr>
    </w:p>
    <w:p>
      <w:pPr>
        <w:spacing w:after="0"/>
      </w:pPr>
      <w:r>
        <w:rPr>
          <w:rFonts w:ascii="Arial" w:hAnsi="Arial"/>
          <w:b/>
          <w:sz w:val="22"/>
        </w:rPr>
        <w:t xml:space="preserve">Alice  </w:t>
      </w:r>
      <w:r>
        <w:rPr>
          <w:rFonts w:ascii="Arial" w:hAnsi="Arial"/>
          <w:color w:val="5D7284"/>
          <w:sz w:val="22"/>
        </w:rPr>
        <w:t>33:33</w:t>
      </w:r>
    </w:p>
    <w:p>
      <w:pPr>
        <w:spacing w:after="0"/>
      </w:pPr>
      <w:r>
        <w:rPr>
          <w:rFonts w:ascii="Arial" w:hAnsi="Arial"/>
          <w:sz w:val="22"/>
        </w:rPr>
        <w:t>That silence so that's a no no Yeah,</w:t>
      </w:r>
    </w:p>
    <w:p>
      <w:pPr>
        <w:spacing w:after="0"/>
      </w:pPr>
    </w:p>
    <w:p>
      <w:pPr>
        <w:spacing w:after="0"/>
      </w:pPr>
      <w:r>
        <w:rPr>
          <w:rFonts w:ascii="Arial" w:hAnsi="Arial"/>
          <w:b/>
          <w:sz w:val="22"/>
        </w:rPr>
        <w:t xml:space="preserve">Daisy  </w:t>
      </w:r>
      <w:r>
        <w:rPr>
          <w:rFonts w:ascii="Arial" w:hAnsi="Arial"/>
          <w:color w:val="5D7284"/>
          <w:sz w:val="22"/>
        </w:rPr>
        <w:t>33:43</w:t>
      </w:r>
    </w:p>
    <w:p>
      <w:pPr>
        <w:spacing w:after="0"/>
      </w:pPr>
      <w:r>
        <w:rPr>
          <w:rFonts w:ascii="Arial" w:hAnsi="Arial"/>
          <w:sz w:val="22"/>
        </w:rPr>
        <w:t>I got I got this little toy cat. Yeah, it's very nice.</w:t>
      </w:r>
    </w:p>
    <w:p>
      <w:pPr>
        <w:spacing w:after="0"/>
      </w:pPr>
    </w:p>
    <w:p>
      <w:pPr>
        <w:spacing w:after="0"/>
      </w:pPr>
      <w:r>
        <w:rPr>
          <w:rFonts w:ascii="Arial" w:hAnsi="Arial"/>
          <w:b/>
          <w:sz w:val="22"/>
        </w:rPr>
        <w:t xml:space="preserve">Alice  </w:t>
      </w:r>
      <w:r>
        <w:rPr>
          <w:rFonts w:ascii="Arial" w:hAnsi="Arial"/>
          <w:color w:val="5D7284"/>
          <w:sz w:val="22"/>
        </w:rPr>
        <w:t>33:48</w:t>
      </w:r>
    </w:p>
    <w:p>
      <w:pPr>
        <w:spacing w:after="0"/>
      </w:pPr>
      <w:r>
        <w:rPr>
          <w:rFonts w:ascii="Arial" w:hAnsi="Arial"/>
          <w:sz w:val="22"/>
        </w:rPr>
        <w:t xml:space="preserve">The people can't see that. because it's an audio format. </w:t>
      </w:r>
    </w:p>
    <w:p>
      <w:pPr>
        <w:spacing w:after="0"/>
      </w:pPr>
    </w:p>
    <w:p>
      <w:pPr>
        <w:spacing w:after="0"/>
      </w:pPr>
      <w:r>
        <w:rPr>
          <w:rFonts w:ascii="Arial" w:hAnsi="Arial"/>
          <w:b/>
          <w:sz w:val="22"/>
        </w:rPr>
        <w:t xml:space="preserve">Daisy  </w:t>
      </w:r>
      <w:r>
        <w:rPr>
          <w:rFonts w:ascii="Arial" w:hAnsi="Arial"/>
          <w:color w:val="5D7284"/>
          <w:sz w:val="22"/>
        </w:rPr>
        <w:t>33:52</w:t>
      </w:r>
    </w:p>
    <w:p>
      <w:pPr>
        <w:spacing w:after="0"/>
      </w:pPr>
      <w:r>
        <w:rPr>
          <w:rFonts w:ascii="Arial" w:hAnsi="Arial"/>
          <w:sz w:val="22"/>
        </w:rPr>
        <w:t>No this is entirely for Lucy. it looks like it's fighting</w:t>
      </w:r>
    </w:p>
    <w:p>
      <w:pPr>
        <w:spacing w:after="0"/>
      </w:pPr>
    </w:p>
    <w:p>
      <w:pPr>
        <w:spacing w:after="0"/>
      </w:pPr>
      <w:r>
        <w:rPr>
          <w:rFonts w:ascii="Arial" w:hAnsi="Arial"/>
          <w:b/>
          <w:sz w:val="22"/>
        </w:rPr>
        <w:t xml:space="preserve">Lucy  </w:t>
      </w:r>
      <w:r>
        <w:rPr>
          <w:rFonts w:ascii="Arial" w:hAnsi="Arial"/>
          <w:color w:val="5D7284"/>
          <w:sz w:val="22"/>
        </w:rPr>
        <w:t>34:00</w:t>
      </w:r>
    </w:p>
    <w:p>
      <w:pPr>
        <w:spacing w:after="0"/>
      </w:pPr>
      <w:r>
        <w:rPr>
          <w:rFonts w:ascii="Arial" w:hAnsi="Arial"/>
          <w:sz w:val="22"/>
        </w:rPr>
        <w:t>that's what the bonus content for history lessons can be. Random crap off Daisy's desk.</w:t>
      </w:r>
    </w:p>
    <w:p>
      <w:pPr>
        <w:spacing w:after="0"/>
      </w:pPr>
    </w:p>
    <w:p>
      <w:pPr>
        <w:spacing w:after="0"/>
      </w:pPr>
      <w:r>
        <w:rPr>
          <w:rFonts w:ascii="Arial" w:hAnsi="Arial"/>
          <w:b/>
          <w:sz w:val="22"/>
        </w:rPr>
        <w:t xml:space="preserve">Alice  </w:t>
      </w:r>
      <w:r>
        <w:rPr>
          <w:rFonts w:ascii="Arial" w:hAnsi="Arial"/>
          <w:color w:val="5D7284"/>
          <w:sz w:val="22"/>
        </w:rPr>
        <w:t>34:09</w:t>
      </w:r>
    </w:p>
    <w:p>
      <w:pPr>
        <w:spacing w:after="0"/>
      </w:pPr>
      <w:r>
        <w:rPr>
          <w:rFonts w:ascii="Arial" w:hAnsi="Arial"/>
          <w:sz w:val="22"/>
        </w:rPr>
        <w:t>I mean, we made we made a big deal out of the bugle thing. So I think we can certainly stretch to at least a social media post about the cat. Take a photograph. Yeah. And if you want more from me and Lucy and Daisy, you can follow the podcast on lABLEd Podcast at on all of our social medias. if you're listening to this, you probably know that but I'm telling you again anyway. And Daisy is on social media. I can't remember what Daisy is on social media.</w:t>
      </w:r>
    </w:p>
    <w:p>
      <w:pPr>
        <w:spacing w:after="0"/>
      </w:pPr>
    </w:p>
    <w:p>
      <w:pPr>
        <w:spacing w:after="0"/>
      </w:pPr>
      <w:r>
        <w:rPr>
          <w:rFonts w:ascii="Arial" w:hAnsi="Arial"/>
          <w:b/>
          <w:sz w:val="22"/>
        </w:rPr>
        <w:t xml:space="preserve">Daisy  </w:t>
      </w:r>
      <w:r>
        <w:rPr>
          <w:rFonts w:ascii="Arial" w:hAnsi="Arial"/>
          <w:color w:val="5D7284"/>
          <w:sz w:val="22"/>
        </w:rPr>
        <w:t>34:43</w:t>
      </w:r>
    </w:p>
    <w:p>
      <w:pPr>
        <w:spacing w:after="0"/>
      </w:pPr>
      <w:r>
        <w:rPr>
          <w:rFonts w:ascii="Arial" w:hAnsi="Arial"/>
          <w:sz w:val="22"/>
        </w:rPr>
        <w:t>Generally just my name or my name the other way around. Oh, wait, no, hang on. That's not true. Sorry. Yeah, I have my personal ones but the ones where I do history stuff is disability history snapshots.</w:t>
      </w:r>
    </w:p>
    <w:p>
      <w:pPr>
        <w:spacing w:after="0"/>
      </w:pPr>
    </w:p>
    <w:p>
      <w:pPr>
        <w:spacing w:after="0"/>
      </w:pPr>
      <w:r>
        <w:rPr>
          <w:rFonts w:ascii="Arial" w:hAnsi="Arial"/>
          <w:b/>
          <w:sz w:val="22"/>
        </w:rPr>
        <w:t xml:space="preserve">Alice  </w:t>
      </w:r>
      <w:r>
        <w:rPr>
          <w:rFonts w:ascii="Arial" w:hAnsi="Arial"/>
          <w:color w:val="5D7284"/>
          <w:sz w:val="22"/>
        </w:rPr>
        <w:t>34:58</w:t>
      </w:r>
    </w:p>
    <w:p>
      <w:pPr>
        <w:spacing w:after="0"/>
      </w:pPr>
      <w:r>
        <w:rPr>
          <w:rFonts w:ascii="Arial" w:hAnsi="Arial"/>
          <w:sz w:val="22"/>
        </w:rPr>
        <w:t xml:space="preserve">Yeah. disability history snapshots. </w:t>
      </w:r>
    </w:p>
    <w:p>
      <w:pPr>
        <w:spacing w:after="0"/>
      </w:pPr>
    </w:p>
    <w:p>
      <w:pPr>
        <w:spacing w:after="0"/>
      </w:pPr>
      <w:r>
        <w:rPr>
          <w:rFonts w:ascii="Arial" w:hAnsi="Arial"/>
          <w:b/>
          <w:sz w:val="22"/>
        </w:rPr>
        <w:t xml:space="preserve">Daisy  </w:t>
      </w:r>
      <w:r>
        <w:rPr>
          <w:rFonts w:ascii="Arial" w:hAnsi="Arial"/>
          <w:color w:val="5D7284"/>
          <w:sz w:val="22"/>
        </w:rPr>
        <w:t>35:00</w:t>
      </w:r>
    </w:p>
    <w:p>
      <w:pPr>
        <w:spacing w:after="0"/>
      </w:pPr>
      <w:r>
        <w:rPr>
          <w:rFonts w:ascii="Arial" w:hAnsi="Arial"/>
          <w:sz w:val="22"/>
        </w:rPr>
        <w:t>Just sorry, I kind of forgot why I was here, the history thing people want.</w:t>
      </w:r>
    </w:p>
    <w:p>
      <w:pPr>
        <w:spacing w:after="0"/>
      </w:pPr>
    </w:p>
    <w:p>
      <w:pPr>
        <w:spacing w:after="0"/>
      </w:pPr>
      <w:r>
        <w:rPr>
          <w:rFonts w:ascii="Arial" w:hAnsi="Arial"/>
          <w:b/>
          <w:sz w:val="22"/>
        </w:rPr>
        <w:t xml:space="preserve">Lucy  </w:t>
      </w:r>
      <w:r>
        <w:rPr>
          <w:rFonts w:ascii="Arial" w:hAnsi="Arial"/>
          <w:color w:val="5D7284"/>
          <w:sz w:val="22"/>
        </w:rPr>
        <w:t>35:08</w:t>
      </w:r>
    </w:p>
    <w:p>
      <w:pPr>
        <w:spacing w:after="0"/>
      </w:pPr>
      <w:r>
        <w:rPr>
          <w:rFonts w:ascii="Arial" w:hAnsi="Arial"/>
          <w:sz w:val="22"/>
        </w:rPr>
        <w:t>Well, it will include all the details on the notes for this show this this bonus bit anyway, yeah.</w:t>
      </w:r>
    </w:p>
    <w:p>
      <w:pPr>
        <w:spacing w:after="0"/>
      </w:pPr>
    </w:p>
    <w:p>
      <w:pPr>
        <w:spacing w:after="0"/>
      </w:pPr>
      <w:r>
        <w:rPr>
          <w:rFonts w:ascii="Arial" w:hAnsi="Arial"/>
          <w:b/>
          <w:sz w:val="22"/>
        </w:rPr>
        <w:t xml:space="preserve">Alice  </w:t>
      </w:r>
      <w:r>
        <w:rPr>
          <w:rFonts w:ascii="Arial" w:hAnsi="Arial"/>
          <w:color w:val="5D7284"/>
          <w:sz w:val="22"/>
        </w:rPr>
        <w:t>35:16</w:t>
      </w:r>
    </w:p>
    <w:p>
      <w:pPr>
        <w:spacing w:after="0"/>
      </w:pPr>
      <w:r>
        <w:rPr>
          <w:rFonts w:ascii="Arial" w:hAnsi="Arial"/>
          <w:sz w:val="22"/>
        </w:rPr>
        <w:t xml:space="preserve">That conversation was confusing for you. Yeah. Yeah. Yes. Thank you everybody for listening. And we will see you all in the next season in a few months time later this year. We'll miss you while we're away. But we'll also be relaxing so we won't miss you that much. We'll see you next time. Bye. Bye. </w:t>
      </w:r>
    </w:p>
    <w:p>
      <w:pPr>
        <w:spacing w:after="0"/>
      </w:pPr>
    </w:p>
    <w:p>
      <w:pPr>
        <w:spacing w:after="0"/>
      </w:pPr>
      <w:r>
        <w:rPr>
          <w:rFonts w:ascii="Arial" w:hAnsi="Arial"/>
          <w:b/>
          <w:sz w:val="22"/>
        </w:rPr>
        <w:t xml:space="preserve">outro   </w:t>
      </w:r>
      <w:r>
        <w:rPr>
          <w:rFonts w:ascii="Arial" w:hAnsi="Arial"/>
          <w:color w:val="5D7284"/>
          <w:sz w:val="22"/>
        </w:rPr>
        <w:t>35:41</w:t>
      </w:r>
    </w:p>
    <w:p>
      <w:pPr>
        <w:spacing w:after="0"/>
      </w:pPr>
      <w:r>
        <w:rPr>
          <w:rFonts w:ascii="Arial" w:hAnsi="Arial"/>
          <w:sz w:val="22"/>
        </w:rPr>
        <w:t>Shh don't wake Dora.</w:t>
      </w:r>
    </w:p>
    <w:p>
      <w:pPr>
        <w:spacing w:after="0"/>
      </w:pPr>
    </w:p>
    <w:p>
      <w:pPr>
        <w:spacing w:after="0"/>
      </w:pPr>
      <w:r>
        <w:rPr>
          <w:rFonts w:ascii="Arial" w:hAnsi="Arial"/>
          <w:b/>
          <w:sz w:val="22"/>
        </w:rPr>
        <w:t xml:space="preserve">outro   </w:t>
      </w:r>
      <w:r>
        <w:rPr>
          <w:rFonts w:ascii="Arial" w:hAnsi="Arial"/>
          <w:color w:val="5D7284"/>
          <w:sz w:val="22"/>
        </w:rPr>
        <w:t>35:44</w:t>
      </w:r>
    </w:p>
    <w:p>
      <w:pPr>
        <w:spacing w:after="0"/>
      </w:pPr>
      <w:r>
        <w:rPr>
          <w:rFonts w:ascii="Arial" w:hAnsi="Arial"/>
          <w:sz w:val="22"/>
        </w:rPr>
        <w:t xml:space="preserve">Thanks for listening to the lABLEd Podcast. if you liked the show, you can rate review and subscribe and you can follow us on social media at lABLEd Podcast. </w:t>
      </w:r>
    </w:p>
    <w:p>
      <w:pPr>
        <w:spacing w:after="0"/>
      </w:pPr>
    </w:p>
    <w:p>
      <w:pPr>
        <w:spacing w:after="0"/>
      </w:pPr>
      <w:r>
        <w:rPr>
          <w:rFonts w:ascii="Arial" w:hAnsi="Arial"/>
          <w:b/>
          <w:sz w:val="22"/>
        </w:rPr>
        <w:t xml:space="preserve">outro   </w:t>
      </w:r>
      <w:r>
        <w:rPr>
          <w:rFonts w:ascii="Arial" w:hAnsi="Arial"/>
          <w:color w:val="5D7284"/>
          <w:sz w:val="22"/>
        </w:rPr>
        <w:t>35:53</w:t>
      </w:r>
    </w:p>
    <w:p>
      <w:pPr>
        <w:spacing w:after="0"/>
      </w:pPr>
      <w:r>
        <w:rPr>
          <w:rFonts w:ascii="Arial" w:hAnsi="Arial"/>
          <w:sz w:val="22"/>
        </w:rPr>
        <w:t>This episode was edited by Adam Hull. I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