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100th Episode</w:t>
      </w:r>
    </w:p>
    <w:p>
      <w:r>
        <w:rPr>
          <w:rFonts w:ascii="Arial" w:hAnsi="Arial"/>
          <w:color w:val="4F6880"/>
          <w:sz w:val="22"/>
        </w:rPr>
        <w:t>Tue, Mar 05, 2024 2:41PM • 1:26:19</w:t>
      </w:r>
    </w:p>
    <w:p>
      <w:pPr>
        <w:spacing w:before="440" w:after="0"/>
      </w:pPr>
      <w:r>
        <w:rPr>
          <w:rFonts w:ascii="Arial" w:hAnsi="Arial"/>
          <w:b/>
          <w:color w:val="4F6880"/>
          <w:sz w:val="22"/>
        </w:rPr>
        <w:t>SUMMARY KEYWORDS</w:t>
      </w:r>
    </w:p>
    <w:p>
      <w:r>
        <w:rPr>
          <w:rFonts w:ascii="Arial" w:hAnsi="Arial"/>
          <w:color w:val="4F6880"/>
          <w:sz w:val="22"/>
        </w:rPr>
        <w:t>lucy, episodes, podcast, daisy, disability, alice, disabled, listening, talking, toilet, guests, friendship, clip, feel, friends, work, thought, person, heard, feedback</w:t>
      </w:r>
    </w:p>
    <w:p>
      <w:pPr>
        <w:spacing w:before="440" w:after="0"/>
      </w:pPr>
      <w:r>
        <w:rPr>
          <w:rFonts w:ascii="Arial" w:hAnsi="Arial"/>
          <w:b/>
          <w:color w:val="4F6880"/>
          <w:sz w:val="22"/>
        </w:rPr>
        <w:t>SPEAKERS</w:t>
      </w:r>
    </w:p>
    <w:p>
      <w:r>
        <w:rPr>
          <w:rFonts w:ascii="Arial" w:hAnsi="Arial"/>
          <w:color w:val="4F6880"/>
          <w:sz w:val="22"/>
        </w:rPr>
        <w:t>Alice, Theme Tune, Dr. Paul Darke, outro , Gem Turner, Arevya, Lucy, Roalnd Chesters, Daisy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 And I'm Alice</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lives differently lives identity and this is who i'm meant to be, I just label me. I just label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00:45</w:t>
      </w:r>
    </w:p>
    <w:p>
      <w:pPr>
        <w:spacing w:after="0"/>
      </w:pPr>
      <w:r>
        <w:rPr>
          <w:rFonts w:ascii="Arial" w:hAnsi="Arial"/>
          <w:sz w:val="22"/>
        </w:rPr>
        <w:t>hello, gang. Welcome back to the lABLEd Podcast. I am Lucy. And over there is my co host Alice. hi, Alice.</w:t>
      </w:r>
    </w:p>
    <w:p>
      <w:pPr>
        <w:spacing w:after="0"/>
      </w:pPr>
    </w:p>
    <w:p>
      <w:pPr>
        <w:spacing w:after="0"/>
      </w:pPr>
      <w:r>
        <w:rPr>
          <w:rFonts w:ascii="Arial" w:hAnsi="Arial"/>
          <w:b/>
          <w:sz w:val="22"/>
        </w:rPr>
        <w:t xml:space="preserve">Alice  </w:t>
      </w:r>
      <w:r>
        <w:rPr>
          <w:rFonts w:ascii="Arial" w:hAnsi="Arial"/>
          <w:color w:val="5D7284"/>
          <w:sz w:val="22"/>
        </w:rPr>
        <w:t>00:54</w:t>
      </w:r>
    </w:p>
    <w:p>
      <w:pPr>
        <w:spacing w:after="0"/>
      </w:pPr>
      <w:r>
        <w:rPr>
          <w:rFonts w:ascii="Arial" w:hAnsi="Arial"/>
          <w:sz w:val="22"/>
        </w:rPr>
        <w:t>hi, Lucy.</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hello, how are you?</w:t>
      </w:r>
    </w:p>
    <w:p>
      <w:pPr>
        <w:spacing w:after="0"/>
      </w:pPr>
    </w:p>
    <w:p>
      <w:pPr>
        <w:spacing w:after="0"/>
      </w:pPr>
      <w:r>
        <w:rPr>
          <w:rFonts w:ascii="Arial" w:hAnsi="Arial"/>
          <w:b/>
          <w:sz w:val="22"/>
        </w:rPr>
        <w:t xml:space="preserve">Alice  </w:t>
      </w:r>
      <w:r>
        <w:rPr>
          <w:rFonts w:ascii="Arial" w:hAnsi="Arial"/>
          <w:color w:val="5D7284"/>
          <w:sz w:val="22"/>
        </w:rPr>
        <w:t>00:57</w:t>
      </w:r>
    </w:p>
    <w:p>
      <w:pPr>
        <w:spacing w:after="0"/>
      </w:pPr>
      <w:r>
        <w:rPr>
          <w:rFonts w:ascii="Arial" w:hAnsi="Arial"/>
          <w:sz w:val="22"/>
        </w:rPr>
        <w:t>I am I'm not too bad. Yeah, I am on a horrible new medication that gives me this really gross Like side effect of having a super dry nose. So I look like a cocaine addict because I'm constantly dabbing in my nose and sniffing and it's sometimes it looks a little bit bloody. It's not it's not great times. No. But otherwise, I'm more you know, other than being incredibly self conscious. I'm okay. How are you?</w:t>
      </w:r>
    </w:p>
    <w:p>
      <w:pPr>
        <w:spacing w:after="0"/>
      </w:pPr>
    </w:p>
    <w:p>
      <w:pPr>
        <w:spacing w:after="0"/>
      </w:pPr>
      <w:r>
        <w:rPr>
          <w:rFonts w:ascii="Arial" w:hAnsi="Arial"/>
          <w:b/>
          <w:sz w:val="22"/>
        </w:rPr>
        <w:t xml:space="preserve">Lucy  </w:t>
      </w:r>
      <w:r>
        <w:rPr>
          <w:rFonts w:ascii="Arial" w:hAnsi="Arial"/>
          <w:color w:val="5D7284"/>
          <w:sz w:val="22"/>
        </w:rPr>
        <w:t>01:25</w:t>
      </w:r>
    </w:p>
    <w:p>
      <w:pPr>
        <w:spacing w:after="0"/>
      </w:pPr>
      <w:r>
        <w:rPr>
          <w:rFonts w:ascii="Arial" w:hAnsi="Arial"/>
          <w:sz w:val="22"/>
        </w:rPr>
        <w:t>I'm all right. All the better for seeing you. I've not seen you for a long time. Not had a proper sit down chat for a while. And I think that's needed in life.</w:t>
      </w:r>
    </w:p>
    <w:p>
      <w:pPr>
        <w:spacing w:after="0"/>
      </w:pPr>
    </w:p>
    <w:p>
      <w:pPr>
        <w:spacing w:after="0"/>
      </w:pPr>
      <w:r>
        <w:rPr>
          <w:rFonts w:ascii="Arial" w:hAnsi="Arial"/>
          <w:b/>
          <w:sz w:val="22"/>
        </w:rPr>
        <w:t xml:space="preserve">Alice  </w:t>
      </w:r>
      <w:r>
        <w:rPr>
          <w:rFonts w:ascii="Arial" w:hAnsi="Arial"/>
          <w:color w:val="5D7284"/>
          <w:sz w:val="22"/>
        </w:rPr>
        <w:t>01:34</w:t>
      </w:r>
    </w:p>
    <w:p>
      <w:pPr>
        <w:spacing w:after="0"/>
      </w:pPr>
      <w:r>
        <w:rPr>
          <w:rFonts w:ascii="Arial" w:hAnsi="Arial"/>
          <w:sz w:val="22"/>
        </w:rPr>
        <w:t xml:space="preserve"> Yeah, nice to meet to come back in with a super overshare. of you know, medication side effects. So glad you're glad to see me still even after that. </w:t>
      </w:r>
    </w:p>
    <w:p>
      <w:pPr>
        <w:spacing w:after="0"/>
      </w:pPr>
    </w:p>
    <w:p>
      <w:pPr>
        <w:spacing w:after="0"/>
      </w:pPr>
      <w:r>
        <w:rPr>
          <w:rFonts w:ascii="Arial" w:hAnsi="Arial"/>
          <w:b/>
          <w:sz w:val="22"/>
        </w:rPr>
        <w:t xml:space="preserve">Lucy  </w:t>
      </w:r>
      <w:r>
        <w:rPr>
          <w:rFonts w:ascii="Arial" w:hAnsi="Arial"/>
          <w:color w:val="5D7284"/>
          <w:sz w:val="22"/>
        </w:rPr>
        <w:t>01:45</w:t>
      </w:r>
    </w:p>
    <w:p>
      <w:pPr>
        <w:spacing w:after="0"/>
      </w:pPr>
      <w:r>
        <w:rPr>
          <w:rFonts w:ascii="Arial" w:hAnsi="Arial"/>
          <w:sz w:val="22"/>
        </w:rPr>
        <w:t>It's very nice to see it's always nice to see you. I'm very excited about today's episode because we have reached a little bit. We this silly little podcast has reached a very, very big milestone that I don't think either you or I even envisaged when we first started.</w:t>
      </w:r>
    </w:p>
    <w:p>
      <w:pPr>
        <w:spacing w:after="0"/>
      </w:pPr>
    </w:p>
    <w:p>
      <w:pPr>
        <w:spacing w:after="0"/>
      </w:pPr>
      <w:r>
        <w:rPr>
          <w:rFonts w:ascii="Arial" w:hAnsi="Arial"/>
          <w:b/>
          <w:sz w:val="22"/>
        </w:rPr>
        <w:t xml:space="preserve">Alice  </w:t>
      </w:r>
      <w:r>
        <w:rPr>
          <w:rFonts w:ascii="Arial" w:hAnsi="Arial"/>
          <w:color w:val="5D7284"/>
          <w:sz w:val="22"/>
        </w:rPr>
        <w:t>02:01</w:t>
      </w:r>
    </w:p>
    <w:p>
      <w:pPr>
        <w:spacing w:after="0"/>
      </w:pPr>
      <w:r>
        <w:rPr>
          <w:rFonts w:ascii="Arial" w:hAnsi="Arial"/>
          <w:sz w:val="22"/>
        </w:rPr>
        <w:t>I never I never kind of even considered it being possibility was just like eventually this will fizzle out.</w:t>
      </w:r>
    </w:p>
    <w:p>
      <w:pPr>
        <w:spacing w:after="0"/>
      </w:pPr>
    </w:p>
    <w:p>
      <w:pPr>
        <w:spacing w:after="0"/>
      </w:pPr>
      <w:r>
        <w:rPr>
          <w:rFonts w:ascii="Arial" w:hAnsi="Arial"/>
          <w:b/>
          <w:sz w:val="22"/>
        </w:rPr>
        <w:t xml:space="preserve">Lucy  </w:t>
      </w:r>
      <w:r>
        <w:rPr>
          <w:rFonts w:ascii="Arial" w:hAnsi="Arial"/>
          <w:color w:val="5D7284"/>
          <w:sz w:val="22"/>
        </w:rPr>
        <w:t>02:10</w:t>
      </w:r>
    </w:p>
    <w:p>
      <w:pPr>
        <w:spacing w:after="0"/>
      </w:pPr>
      <w:r>
        <w:rPr>
          <w:rFonts w:ascii="Arial" w:hAnsi="Arial"/>
          <w:sz w:val="22"/>
        </w:rPr>
        <w:t>Eventually, we'll get bored with one another who</w:t>
      </w:r>
    </w:p>
    <w:p>
      <w:pPr>
        <w:spacing w:after="0"/>
      </w:pPr>
    </w:p>
    <w:p>
      <w:pPr>
        <w:spacing w:after="0"/>
      </w:pPr>
      <w:r>
        <w:rPr>
          <w:rFonts w:ascii="Arial" w:hAnsi="Arial"/>
          <w:b/>
          <w:sz w:val="22"/>
        </w:rPr>
        <w:t xml:space="preserve">Alice  </w:t>
      </w:r>
      <w:r>
        <w:rPr>
          <w:rFonts w:ascii="Arial" w:hAnsi="Arial"/>
          <w:color w:val="5D7284"/>
          <w:sz w:val="22"/>
        </w:rPr>
        <w:t>02:13</w:t>
      </w:r>
    </w:p>
    <w:p>
      <w:pPr>
        <w:spacing w:after="0"/>
      </w:pPr>
      <w:r>
        <w:rPr>
          <w:rFonts w:ascii="Arial" w:hAnsi="Arial"/>
          <w:sz w:val="22"/>
        </w:rPr>
        <w:t xml:space="preserve"> just stopped being asked with all of this.</w:t>
      </w:r>
    </w:p>
    <w:p>
      <w:pPr>
        <w:spacing w:after="0"/>
      </w:pPr>
    </w:p>
    <w:p>
      <w:pPr>
        <w:spacing w:after="0"/>
      </w:pPr>
      <w:r>
        <w:rPr>
          <w:rFonts w:ascii="Arial" w:hAnsi="Arial"/>
          <w:b/>
          <w:sz w:val="22"/>
        </w:rPr>
        <w:t xml:space="preserve">Lucy  </w:t>
      </w:r>
      <w:r>
        <w:rPr>
          <w:rFonts w:ascii="Arial" w:hAnsi="Arial"/>
          <w:color w:val="5D7284"/>
          <w:sz w:val="22"/>
        </w:rPr>
        <w:t>02:17</w:t>
      </w:r>
    </w:p>
    <w:p>
      <w:pPr>
        <w:spacing w:after="0"/>
      </w:pPr>
      <w:r>
        <w:rPr>
          <w:rFonts w:ascii="Arial" w:hAnsi="Arial"/>
          <w:sz w:val="22"/>
        </w:rPr>
        <w:t>But we are celebrating our 100th episode of lABLEd Podcast, which is quite quite a feat. Now,</w:t>
      </w:r>
    </w:p>
    <w:p>
      <w:pPr>
        <w:spacing w:after="0"/>
      </w:pPr>
    </w:p>
    <w:p>
      <w:pPr>
        <w:spacing w:after="0"/>
      </w:pPr>
      <w:r>
        <w:rPr>
          <w:rFonts w:ascii="Arial" w:hAnsi="Arial"/>
          <w:b/>
          <w:sz w:val="22"/>
        </w:rPr>
        <w:t xml:space="preserve">Alice  </w:t>
      </w:r>
      <w:r>
        <w:rPr>
          <w:rFonts w:ascii="Arial" w:hAnsi="Arial"/>
          <w:color w:val="5D7284"/>
          <w:sz w:val="22"/>
        </w:rPr>
        <w:t>02:28</w:t>
      </w:r>
    </w:p>
    <w:p>
      <w:pPr>
        <w:spacing w:after="0"/>
      </w:pPr>
      <w:r>
        <w:rPr>
          <w:rFonts w:ascii="Arial" w:hAnsi="Arial"/>
          <w:sz w:val="22"/>
        </w:rPr>
        <w:t>yeah. Something in it.</w:t>
      </w:r>
    </w:p>
    <w:p>
      <w:pPr>
        <w:spacing w:after="0"/>
      </w:pPr>
    </w:p>
    <w:p>
      <w:pPr>
        <w:spacing w:after="0"/>
      </w:pPr>
      <w:r>
        <w:rPr>
          <w:rFonts w:ascii="Arial" w:hAnsi="Arial"/>
          <w:b/>
          <w:sz w:val="22"/>
        </w:rPr>
        <w:t xml:space="preserve">Lucy  </w:t>
      </w:r>
      <w:r>
        <w:rPr>
          <w:rFonts w:ascii="Arial" w:hAnsi="Arial"/>
          <w:color w:val="5D7284"/>
          <w:sz w:val="22"/>
        </w:rPr>
        <w:t>02:30</w:t>
      </w:r>
    </w:p>
    <w:p>
      <w:pPr>
        <w:spacing w:after="0"/>
      </w:pPr>
      <w:r>
        <w:rPr>
          <w:rFonts w:ascii="Arial" w:hAnsi="Arial"/>
          <w:sz w:val="22"/>
        </w:rPr>
        <w:t>It's a bit it makes my legs go it will like I mean, they're useless anyway. So they do that anyway. Yeah, they do. But it's even even more so. So if you are looking at your podcast player, and you're looking at the list, I think.</w:t>
      </w:r>
    </w:p>
    <w:p>
      <w:pPr>
        <w:spacing w:after="0"/>
      </w:pPr>
    </w:p>
    <w:p>
      <w:pPr>
        <w:spacing w:after="0"/>
      </w:pPr>
      <w:r>
        <w:rPr>
          <w:rFonts w:ascii="Arial" w:hAnsi="Arial"/>
          <w:b/>
          <w:sz w:val="22"/>
        </w:rPr>
        <w:t xml:space="preserve">Alice  </w:t>
      </w:r>
      <w:r>
        <w:rPr>
          <w:rFonts w:ascii="Arial" w:hAnsi="Arial"/>
          <w:color w:val="5D7284"/>
          <w:sz w:val="22"/>
        </w:rPr>
        <w:t>02:47</w:t>
      </w:r>
    </w:p>
    <w:p>
      <w:pPr>
        <w:spacing w:after="0"/>
      </w:pPr>
      <w:r>
        <w:rPr>
          <w:rFonts w:ascii="Arial" w:hAnsi="Arial"/>
          <w:sz w:val="22"/>
        </w:rPr>
        <w:t xml:space="preserve">Yeah, so technically, technically, your podcast player will tell you that this is not the 100th episode. This is like the 100 and second or third. Yeah, but it's because we're not counting the Christmas messages. We have a spreadsheet about episodes. The spreadsheet does not lie. </w:t>
      </w:r>
    </w:p>
    <w:p>
      <w:pPr>
        <w:spacing w:after="0"/>
      </w:pPr>
    </w:p>
    <w:p>
      <w:pPr>
        <w:spacing w:after="0"/>
      </w:pPr>
      <w:r>
        <w:rPr>
          <w:rFonts w:ascii="Arial" w:hAnsi="Arial"/>
          <w:b/>
          <w:sz w:val="22"/>
        </w:rPr>
        <w:t xml:space="preserve">Lucy  </w:t>
      </w:r>
      <w:r>
        <w:rPr>
          <w:rFonts w:ascii="Arial" w:hAnsi="Arial"/>
          <w:color w:val="5D7284"/>
          <w:sz w:val="22"/>
        </w:rPr>
        <w:t>03:05</w:t>
      </w:r>
    </w:p>
    <w:p>
      <w:pPr>
        <w:spacing w:after="0"/>
      </w:pPr>
      <w:r>
        <w:rPr>
          <w:rFonts w:ascii="Arial" w:hAnsi="Arial"/>
          <w:sz w:val="22"/>
        </w:rPr>
        <w:t>No we've,  I've worked very hard on that spreadsheet. So we number our interview episodes 12345 We then number history episodes history lesson 12345. And the fabled 12345</w:t>
      </w:r>
    </w:p>
    <w:p>
      <w:pPr>
        <w:spacing w:after="0"/>
      </w:pPr>
    </w:p>
    <w:p>
      <w:pPr>
        <w:spacing w:after="0"/>
      </w:pPr>
      <w:r>
        <w:rPr>
          <w:rFonts w:ascii="Arial" w:hAnsi="Arial"/>
          <w:b/>
          <w:sz w:val="22"/>
        </w:rPr>
        <w:t xml:space="preserve">Alice  </w:t>
      </w:r>
      <w:r>
        <w:rPr>
          <w:rFonts w:ascii="Arial" w:hAnsi="Arial"/>
          <w:color w:val="5D7284"/>
          <w:sz w:val="22"/>
        </w:rPr>
        <w:t>03:24</w:t>
      </w:r>
    </w:p>
    <w:p>
      <w:pPr>
        <w:spacing w:after="0"/>
      </w:pPr>
      <w:r>
        <w:rPr>
          <w:rFonts w:ascii="Arial" w:hAnsi="Arial"/>
          <w:sz w:val="22"/>
        </w:rPr>
        <w:t>and topic episodes. Oh no. I think the maybe the topic episodes come in as they come in under the interviews, but then we've got about 12 Days of Christmas episode just sits there out on its own.</w:t>
      </w:r>
    </w:p>
    <w:p>
      <w:pPr>
        <w:spacing w:after="0"/>
      </w:pPr>
    </w:p>
    <w:p>
      <w:pPr>
        <w:spacing w:after="0"/>
      </w:pPr>
      <w:r>
        <w:rPr>
          <w:rFonts w:ascii="Arial" w:hAnsi="Arial"/>
          <w:b/>
          <w:sz w:val="22"/>
        </w:rPr>
        <w:t xml:space="preserve">Lucy  </w:t>
      </w:r>
      <w:r>
        <w:rPr>
          <w:rFonts w:ascii="Arial" w:hAnsi="Arial"/>
          <w:color w:val="5D7284"/>
          <w:sz w:val="22"/>
        </w:rPr>
        <w:t>03:36</w:t>
      </w:r>
    </w:p>
    <w:p>
      <w:pPr>
        <w:spacing w:after="0"/>
      </w:pPr>
      <w:r>
        <w:rPr>
          <w:rFonts w:ascii="Arial" w:hAnsi="Arial"/>
          <w:sz w:val="22"/>
        </w:rPr>
        <w:t>We've got three awareness weeks, awareness, months, weeks, wherever the however we</w:t>
      </w:r>
    </w:p>
    <w:p>
      <w:pPr>
        <w:spacing w:after="0"/>
      </w:pPr>
    </w:p>
    <w:p>
      <w:pPr>
        <w:spacing w:after="0"/>
      </w:pPr>
      <w:r>
        <w:rPr>
          <w:rFonts w:ascii="Arial" w:hAnsi="Arial"/>
          <w:b/>
          <w:sz w:val="22"/>
        </w:rPr>
        <w:t xml:space="preserve">Alice  </w:t>
      </w:r>
      <w:r>
        <w:rPr>
          <w:rFonts w:ascii="Arial" w:hAnsi="Arial"/>
          <w:color w:val="5D7284"/>
          <w:sz w:val="22"/>
        </w:rPr>
        <w:t>03:42</w:t>
      </w:r>
    </w:p>
    <w:p>
      <w:pPr>
        <w:spacing w:after="0"/>
      </w:pPr>
      <w:r>
        <w:rPr>
          <w:rFonts w:ascii="Arial" w:hAnsi="Arial"/>
          <w:sz w:val="22"/>
        </w:rPr>
        <w:t xml:space="preserve"> Yeah, the Spotlight Series is is</w:t>
      </w:r>
    </w:p>
    <w:p>
      <w:pPr>
        <w:spacing w:after="0"/>
      </w:pPr>
    </w:p>
    <w:p>
      <w:pPr>
        <w:spacing w:after="0"/>
      </w:pPr>
      <w:r>
        <w:rPr>
          <w:rFonts w:ascii="Arial" w:hAnsi="Arial"/>
          <w:b/>
          <w:sz w:val="22"/>
        </w:rPr>
        <w:t xml:space="preserve">Lucy  </w:t>
      </w:r>
      <w:r>
        <w:rPr>
          <w:rFonts w:ascii="Arial" w:hAnsi="Arial"/>
          <w:color w:val="5D7284"/>
          <w:sz w:val="22"/>
        </w:rPr>
        <w:t>03:45</w:t>
      </w:r>
    </w:p>
    <w:p>
      <w:pPr>
        <w:spacing w:after="0"/>
      </w:pPr>
      <w:r>
        <w:rPr>
          <w:rFonts w:ascii="Arial" w:hAnsi="Arial"/>
          <w:sz w:val="22"/>
        </w:rPr>
        <w:t>so they're numbered, all weird. Like they're not quite, we can count. We have got a spreadsheet. The spreadsheet says 100. This is 100th episodes. So we thought it'd be a great time to celebrate our achievements. Talk about where we've got to with this whole crazy ride, and also where we're going in the future because we ain't going anywhere anytime soon. Sadly. if you thought we'd get to 100 and go and now we finish we Don't . We still got a little bit more to</w:t>
      </w:r>
    </w:p>
    <w:p>
      <w:pPr>
        <w:spacing w:after="0"/>
      </w:pPr>
    </w:p>
    <w:p>
      <w:pPr>
        <w:spacing w:after="0"/>
      </w:pPr>
      <w:r>
        <w:rPr>
          <w:rFonts w:ascii="Arial" w:hAnsi="Arial"/>
          <w:b/>
          <w:sz w:val="22"/>
        </w:rPr>
        <w:t xml:space="preserve">Alice  </w:t>
      </w:r>
      <w:r>
        <w:rPr>
          <w:rFonts w:ascii="Arial" w:hAnsi="Arial"/>
          <w:color w:val="5D7284"/>
          <w:sz w:val="22"/>
        </w:rPr>
        <w:t>04:24</w:t>
      </w:r>
    </w:p>
    <w:p>
      <w:pPr>
        <w:spacing w:after="0"/>
      </w:pPr>
      <w:r>
        <w:rPr>
          <w:rFonts w:ascii="Arial" w:hAnsi="Arial"/>
          <w:sz w:val="22"/>
        </w:rPr>
        <w:t>prattle on about for a while. I was gonna say you don't get rid of us that easily. you</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and you don't get rid of me that easily either, sorry about that babe. So yeah, so we're gonna we're gonna talk about our achievements, what we're really proud of, and just listen back to a few episodes like our early episodes, which can I tell you was we've been putting this episode together have been toe curlingly cringy.</w:t>
      </w:r>
    </w:p>
    <w:p>
      <w:pPr>
        <w:spacing w:after="0"/>
      </w:pPr>
    </w:p>
    <w:p>
      <w:pPr>
        <w:spacing w:after="0"/>
      </w:pPr>
      <w:r>
        <w:rPr>
          <w:rFonts w:ascii="Arial" w:hAnsi="Arial"/>
          <w:b/>
          <w:sz w:val="22"/>
        </w:rPr>
        <w:t xml:space="preserve">Alice  </w:t>
      </w:r>
      <w:r>
        <w:rPr>
          <w:rFonts w:ascii="Arial" w:hAnsi="Arial"/>
          <w:color w:val="5D7284"/>
          <w:sz w:val="22"/>
        </w:rPr>
        <w:t>04:49</w:t>
      </w:r>
    </w:p>
    <w:p>
      <w:pPr>
        <w:spacing w:after="0"/>
      </w:pPr>
      <w:r>
        <w:rPr>
          <w:rFonts w:ascii="Arial" w:hAnsi="Arial"/>
          <w:sz w:val="22"/>
        </w:rPr>
        <w:t>Oh  God hasn't it has been awful. There's so many times I've been listening to stuff and I'm just like, oh my god, Alice, no  stop talking.</w:t>
      </w:r>
    </w:p>
    <w:p>
      <w:pPr>
        <w:spacing w:after="0"/>
      </w:pPr>
    </w:p>
    <w:p>
      <w:pPr>
        <w:spacing w:after="0"/>
      </w:pPr>
      <w:r>
        <w:rPr>
          <w:rFonts w:ascii="Arial" w:hAnsi="Arial"/>
          <w:b/>
          <w:sz w:val="22"/>
        </w:rPr>
        <w:t xml:space="preserve">Lucy  </w:t>
      </w:r>
      <w:r>
        <w:rPr>
          <w:rFonts w:ascii="Arial" w:hAnsi="Arial"/>
          <w:color w:val="5D7284"/>
          <w:sz w:val="22"/>
        </w:rPr>
        <w:t>04:57</w:t>
      </w:r>
    </w:p>
    <w:p>
      <w:pPr>
        <w:spacing w:after="0"/>
      </w:pPr>
      <w:r>
        <w:rPr>
          <w:rFonts w:ascii="Arial" w:hAnsi="Arial"/>
          <w:sz w:val="22"/>
        </w:rPr>
        <w:t>Why do we sound like we're in the toilet block for half of it. I don't understand</w:t>
      </w:r>
    </w:p>
    <w:p>
      <w:pPr>
        <w:spacing w:after="0"/>
      </w:pPr>
    </w:p>
    <w:p>
      <w:pPr>
        <w:spacing w:after="0"/>
      </w:pPr>
      <w:r>
        <w:rPr>
          <w:rFonts w:ascii="Arial" w:hAnsi="Arial"/>
          <w:b/>
          <w:sz w:val="22"/>
        </w:rPr>
        <w:t xml:space="preserve">Alice  </w:t>
      </w:r>
      <w:r>
        <w:rPr>
          <w:rFonts w:ascii="Arial" w:hAnsi="Arial"/>
          <w:color w:val="5D7284"/>
          <w:sz w:val="22"/>
        </w:rPr>
        <w:t>05:02</w:t>
      </w:r>
    </w:p>
    <w:p>
      <w:pPr>
        <w:spacing w:after="0"/>
      </w:pPr>
      <w:r>
        <w:rPr>
          <w:rFonts w:ascii="Arial" w:hAnsi="Arial"/>
          <w:sz w:val="22"/>
        </w:rPr>
        <w:t xml:space="preserve"> that I just just listening back to that introductory episode. I was like, what? Why is Lucy in the bottom of a well?</w:t>
      </w:r>
    </w:p>
    <w:p>
      <w:pPr>
        <w:spacing w:after="0"/>
      </w:pPr>
    </w:p>
    <w:p>
      <w:pPr>
        <w:spacing w:after="0"/>
      </w:pPr>
      <w:r>
        <w:rPr>
          <w:rFonts w:ascii="Arial" w:hAnsi="Arial"/>
          <w:b/>
          <w:sz w:val="22"/>
        </w:rPr>
        <w:t xml:space="preserve">Lucy  </w:t>
      </w:r>
      <w:r>
        <w:rPr>
          <w:rFonts w:ascii="Arial" w:hAnsi="Arial"/>
          <w:color w:val="5D7284"/>
          <w:sz w:val="22"/>
        </w:rPr>
        <w:t>05:10</w:t>
      </w:r>
    </w:p>
    <w:p>
      <w:pPr>
        <w:spacing w:after="0"/>
      </w:pPr>
      <w:r>
        <w:rPr>
          <w:rFonts w:ascii="Arial" w:hAnsi="Arial"/>
          <w:sz w:val="22"/>
        </w:rPr>
        <w:t>Like, we didn't have the whole spiel of hello, welcome to the show was like hi, Lucy's over there. Let's ask you some questions. Oh we're going that quick into it. Oh, okay. Yeah.</w:t>
      </w:r>
    </w:p>
    <w:p>
      <w:pPr>
        <w:spacing w:after="0"/>
      </w:pPr>
    </w:p>
    <w:p>
      <w:pPr>
        <w:spacing w:after="0"/>
      </w:pPr>
      <w:r>
        <w:rPr>
          <w:rFonts w:ascii="Arial" w:hAnsi="Arial"/>
          <w:b/>
          <w:sz w:val="22"/>
        </w:rPr>
        <w:t xml:space="preserve">Alice  </w:t>
      </w:r>
      <w:r>
        <w:rPr>
          <w:rFonts w:ascii="Arial" w:hAnsi="Arial"/>
          <w:color w:val="5D7284"/>
          <w:sz w:val="22"/>
        </w:rPr>
        <w:t>05:23</w:t>
      </w:r>
    </w:p>
    <w:p>
      <w:pPr>
        <w:spacing w:after="0"/>
      </w:pPr>
      <w:r>
        <w:rPr>
          <w:rFonts w:ascii="Arial" w:hAnsi="Arial"/>
          <w:sz w:val="22"/>
        </w:rPr>
        <w:t>Yeah. But I like, I quite like our little introductory episode like, we're like, hey, this is who we are, this is what we're doing. Like, I think we're very much sort of wanted to like, put our intent out there. It's like, it's like, you know, when you college everybody had that one teacher who would always write their like aims and learning objectives up on the board at the beginning of the lesson. That's that's our, our introductory episode is our our learning objectives for the week. Hundreds episode later and all. Yeah.</w:t>
      </w:r>
    </w:p>
    <w:p>
      <w:pPr>
        <w:spacing w:after="0"/>
      </w:pPr>
    </w:p>
    <w:p>
      <w:pPr>
        <w:spacing w:after="0"/>
      </w:pPr>
      <w:r>
        <w:rPr>
          <w:rFonts w:ascii="Arial" w:hAnsi="Arial"/>
          <w:b/>
          <w:sz w:val="22"/>
        </w:rPr>
        <w:t xml:space="preserve">Lucy  </w:t>
      </w:r>
      <w:r>
        <w:rPr>
          <w:rFonts w:ascii="Arial" w:hAnsi="Arial"/>
          <w:color w:val="5D7284"/>
          <w:sz w:val="22"/>
        </w:rPr>
        <w:t>05:58</w:t>
      </w:r>
    </w:p>
    <w:p>
      <w:pPr>
        <w:spacing w:after="0"/>
      </w:pPr>
      <w:r>
        <w:rPr>
          <w:rFonts w:ascii="Arial" w:hAnsi="Arial"/>
          <w:sz w:val="22"/>
        </w:rPr>
        <w:t xml:space="preserve">And also as well, there was a bit of me that was like, we don't want to offend anybody. But this is what I call myself. And this is what we're doing. Please don't shout at us. Nobody's shouting at us I don't think? </w:t>
      </w:r>
    </w:p>
    <w:p>
      <w:pPr>
        <w:spacing w:after="0"/>
      </w:pPr>
    </w:p>
    <w:p>
      <w:pPr>
        <w:spacing w:after="0"/>
      </w:pPr>
      <w:r>
        <w:rPr>
          <w:rFonts w:ascii="Arial" w:hAnsi="Arial"/>
          <w:b/>
          <w:sz w:val="22"/>
        </w:rPr>
        <w:t xml:space="preserve">Alice  </w:t>
      </w:r>
      <w:r>
        <w:rPr>
          <w:rFonts w:ascii="Arial" w:hAnsi="Arial"/>
          <w:color w:val="5D7284"/>
          <w:sz w:val="22"/>
        </w:rPr>
        <w:t>06:10</w:t>
      </w:r>
    </w:p>
    <w:p>
      <w:pPr>
        <w:spacing w:after="0"/>
      </w:pPr>
      <w:r>
        <w:rPr>
          <w:rFonts w:ascii="Arial" w:hAnsi="Arial"/>
          <w:sz w:val="22"/>
        </w:rPr>
        <w:t>Yeah, I mean, that's not that's probably just because we're not well known enough on the internet that the trolls are busy bothering everybody else. Yeah.</w:t>
      </w:r>
    </w:p>
    <w:p>
      <w:pPr>
        <w:spacing w:after="0"/>
      </w:pPr>
    </w:p>
    <w:p>
      <w:pPr>
        <w:spacing w:after="0"/>
      </w:pPr>
      <w:r>
        <w:rPr>
          <w:rFonts w:ascii="Arial" w:hAnsi="Arial"/>
          <w:b/>
          <w:sz w:val="22"/>
        </w:rPr>
        <w:t xml:space="preserve">Lucy  </w:t>
      </w:r>
      <w:r>
        <w:rPr>
          <w:rFonts w:ascii="Arial" w:hAnsi="Arial"/>
          <w:color w:val="5D7284"/>
          <w:sz w:val="22"/>
        </w:rPr>
        <w:t>06:18</w:t>
      </w:r>
    </w:p>
    <w:p>
      <w:pPr>
        <w:spacing w:after="0"/>
      </w:pPr>
      <w:r>
        <w:rPr>
          <w:rFonts w:ascii="Arial" w:hAnsi="Arial"/>
          <w:sz w:val="22"/>
        </w:rPr>
        <w:t>you kind of do. you kind of don't want to get too big for your boots. This is the thing. you don't want to get to the point where you're like, Oh, I'm really it's like, you never want to go viral on the internet. don't do that. because it opens Pandora's box and you think, Oh, this is nice. for three days, and then the worm starts to turn.</w:t>
      </w:r>
    </w:p>
    <w:p>
      <w:pPr>
        <w:spacing w:after="0"/>
      </w:pPr>
    </w:p>
    <w:p>
      <w:pPr>
        <w:spacing w:after="0"/>
      </w:pPr>
      <w:r>
        <w:rPr>
          <w:rFonts w:ascii="Arial" w:hAnsi="Arial"/>
          <w:b/>
          <w:sz w:val="22"/>
        </w:rPr>
        <w:t xml:space="preserve">Alice  </w:t>
      </w:r>
      <w:r>
        <w:rPr>
          <w:rFonts w:ascii="Arial" w:hAnsi="Arial"/>
          <w:color w:val="5D7284"/>
          <w:sz w:val="22"/>
        </w:rPr>
        <w:t>06:35</w:t>
      </w:r>
    </w:p>
    <w:p>
      <w:pPr>
        <w:spacing w:after="0"/>
      </w:pPr>
      <w:r>
        <w:rPr>
          <w:rFonts w:ascii="Arial" w:hAnsi="Arial"/>
          <w:sz w:val="22"/>
        </w:rPr>
        <w:t>I don't even think it's three days. I think you'd probably get about four and a half minutes before people start kicking off the disabled person's dared to share their opinion. Yeah,</w:t>
      </w:r>
    </w:p>
    <w:p>
      <w:pPr>
        <w:spacing w:after="0"/>
      </w:pPr>
    </w:p>
    <w:p>
      <w:pPr>
        <w:spacing w:after="0"/>
      </w:pPr>
      <w:r>
        <w:rPr>
          <w:rFonts w:ascii="Arial" w:hAnsi="Arial"/>
          <w:b/>
          <w:sz w:val="22"/>
        </w:rPr>
        <w:t xml:space="preserve">Lucy  </w:t>
      </w:r>
      <w:r>
        <w:rPr>
          <w:rFonts w:ascii="Arial" w:hAnsi="Arial"/>
          <w:color w:val="5D7284"/>
          <w:sz w:val="22"/>
        </w:rPr>
        <w:t>06:44</w:t>
      </w:r>
    </w:p>
    <w:p>
      <w:pPr>
        <w:spacing w:after="0"/>
      </w:pPr>
      <w:r>
        <w:rPr>
          <w:rFonts w:ascii="Arial" w:hAnsi="Arial"/>
          <w:sz w:val="22"/>
        </w:rPr>
        <w:t xml:space="preserve">exactly. So yes. So that's what we're gonna do. We're gonna spend an hour or so I don't know how long this is going to be edited down to. But we're going to talk you through some of our highlights. We'd like to hear feedback from our listeners. So the ones that have stuck with us for all this time. </w:t>
      </w:r>
    </w:p>
    <w:p>
      <w:pPr>
        <w:spacing w:after="0"/>
      </w:pPr>
    </w:p>
    <w:p>
      <w:pPr>
        <w:spacing w:after="0"/>
      </w:pPr>
      <w:r>
        <w:rPr>
          <w:rFonts w:ascii="Arial" w:hAnsi="Arial"/>
          <w:b/>
          <w:sz w:val="22"/>
        </w:rPr>
        <w:t xml:space="preserve">Alice  </w:t>
      </w:r>
      <w:r>
        <w:rPr>
          <w:rFonts w:ascii="Arial" w:hAnsi="Arial"/>
          <w:color w:val="5D7284"/>
          <w:sz w:val="22"/>
        </w:rPr>
        <w:t>07:03</w:t>
      </w:r>
    </w:p>
    <w:p>
      <w:pPr>
        <w:spacing w:after="0"/>
      </w:pPr>
      <w:r>
        <w:rPr>
          <w:rFonts w:ascii="Arial" w:hAnsi="Arial"/>
          <w:sz w:val="22"/>
        </w:rPr>
        <w:t xml:space="preserve">all did we miss any episodes that you think we absolutely. How did we not tell? Share this clip? How did we not talk about this? </w:t>
      </w:r>
    </w:p>
    <w:p>
      <w:pPr>
        <w:spacing w:after="0"/>
      </w:pPr>
    </w:p>
    <w:p>
      <w:pPr>
        <w:spacing w:after="0"/>
      </w:pPr>
      <w:r>
        <w:rPr>
          <w:rFonts w:ascii="Arial" w:hAnsi="Arial"/>
          <w:b/>
          <w:sz w:val="22"/>
        </w:rPr>
        <w:t xml:space="preserve">Lucy  </w:t>
      </w:r>
      <w:r>
        <w:rPr>
          <w:rFonts w:ascii="Arial" w:hAnsi="Arial"/>
          <w:color w:val="5D7284"/>
          <w:sz w:val="22"/>
        </w:rPr>
        <w:t>07:10</w:t>
      </w:r>
    </w:p>
    <w:p>
      <w:pPr>
        <w:spacing w:after="0"/>
      </w:pPr>
      <w:r>
        <w:rPr>
          <w:rFonts w:ascii="Arial" w:hAnsi="Arial"/>
          <w:sz w:val="22"/>
        </w:rPr>
        <w:t>Yeah, so we don't want to become a clip show where we've just totally gone. This is our 100th episode. We're down the pub with a Prosecco. But we are, we're having a few little clips of our best</w:t>
      </w:r>
    </w:p>
    <w:p>
      <w:pPr>
        <w:spacing w:after="0"/>
      </w:pPr>
    </w:p>
    <w:p>
      <w:pPr>
        <w:spacing w:after="0"/>
      </w:pPr>
      <w:r>
        <w:rPr>
          <w:rFonts w:ascii="Arial" w:hAnsi="Arial"/>
          <w:b/>
          <w:sz w:val="22"/>
        </w:rPr>
        <w:t xml:space="preserve">Alice  </w:t>
      </w:r>
      <w:r>
        <w:rPr>
          <w:rFonts w:ascii="Arial" w:hAnsi="Arial"/>
          <w:color w:val="5D7284"/>
          <w:sz w:val="22"/>
        </w:rPr>
        <w:t>07:23</w:t>
      </w:r>
    </w:p>
    <w:p>
      <w:pPr>
        <w:spacing w:after="0"/>
      </w:pPr>
      <w:r>
        <w:rPr>
          <w:rFonts w:ascii="Arial" w:hAnsi="Arial"/>
          <w:sz w:val="22"/>
        </w:rPr>
        <w:t>It is technically a clip show. Sorry, but we've we've got some good ones. Yeah, we've got some good ones you'll be alright, it's not just one after another after another. So shall we share our first clip Lucy?</w:t>
      </w:r>
    </w:p>
    <w:p>
      <w:pPr>
        <w:spacing w:after="0"/>
      </w:pPr>
    </w:p>
    <w:p>
      <w:pPr>
        <w:spacing w:after="0"/>
      </w:pPr>
      <w:r>
        <w:rPr>
          <w:rFonts w:ascii="Arial" w:hAnsi="Arial"/>
          <w:b/>
          <w:sz w:val="22"/>
        </w:rPr>
        <w:t xml:space="preserve">Lucy  </w:t>
      </w:r>
      <w:r>
        <w:rPr>
          <w:rFonts w:ascii="Arial" w:hAnsi="Arial"/>
          <w:color w:val="5D7284"/>
          <w:sz w:val="22"/>
        </w:rPr>
        <w:t>07:38</w:t>
      </w:r>
    </w:p>
    <w:p>
      <w:pPr>
        <w:spacing w:after="0"/>
      </w:pPr>
      <w:r>
        <w:rPr>
          <w:rFonts w:ascii="Arial" w:hAnsi="Arial"/>
          <w:sz w:val="22"/>
        </w:rPr>
        <w:t>Oh  yeah. I'm sorry about this. it makes my toes curl.</w:t>
      </w:r>
    </w:p>
    <w:p>
      <w:pPr>
        <w:spacing w:after="0"/>
      </w:pPr>
    </w:p>
    <w:p>
      <w:pPr>
        <w:spacing w:after="0"/>
      </w:pPr>
      <w:r>
        <w:rPr>
          <w:rFonts w:ascii="Arial" w:hAnsi="Arial"/>
          <w:b/>
          <w:sz w:val="22"/>
        </w:rPr>
        <w:t xml:space="preserve">Alice  </w:t>
      </w:r>
      <w:r>
        <w:rPr>
          <w:rFonts w:ascii="Arial" w:hAnsi="Arial"/>
          <w:color w:val="5D7284"/>
          <w:sz w:val="22"/>
        </w:rPr>
        <w:t>07:44</w:t>
      </w:r>
    </w:p>
    <w:p>
      <w:pPr>
        <w:spacing w:after="0"/>
      </w:pPr>
      <w:r>
        <w:rPr>
          <w:rFonts w:ascii="Arial" w:hAnsi="Arial"/>
          <w:sz w:val="22"/>
        </w:rPr>
        <w:t>I get it. it is not you who sounds? So I've sound so full of myself. I'm so like, Oh, this is what we're doing. I just, I want to go back and punch that person in the face.</w:t>
      </w:r>
    </w:p>
    <w:p>
      <w:pPr>
        <w:spacing w:after="0"/>
      </w:pPr>
    </w:p>
    <w:p>
      <w:pPr>
        <w:spacing w:after="0"/>
      </w:pPr>
      <w:r>
        <w:rPr>
          <w:rFonts w:ascii="Arial" w:hAnsi="Arial"/>
          <w:b/>
          <w:sz w:val="22"/>
        </w:rPr>
        <w:t xml:space="preserve">Lucy  </w:t>
      </w:r>
      <w:r>
        <w:rPr>
          <w:rFonts w:ascii="Arial" w:hAnsi="Arial"/>
          <w:color w:val="5D7284"/>
          <w:sz w:val="22"/>
        </w:rPr>
        <w:t>07:56</w:t>
      </w:r>
    </w:p>
    <w:p>
      <w:pPr>
        <w:spacing w:after="0"/>
      </w:pPr>
      <w:r>
        <w:rPr>
          <w:rFonts w:ascii="Arial" w:hAnsi="Arial"/>
          <w:sz w:val="22"/>
        </w:rPr>
        <w:t xml:space="preserve">The bit that made me laugh was I wanted to disrupt the labels. I was like, okay, mate. All right. Okay, just listen to this. So funny. </w:t>
      </w:r>
    </w:p>
    <w:p>
      <w:pPr>
        <w:spacing w:after="0"/>
      </w:pPr>
    </w:p>
    <w:p>
      <w:pPr>
        <w:spacing w:after="0"/>
      </w:pPr>
      <w:r>
        <w:rPr>
          <w:rFonts w:ascii="Arial" w:hAnsi="Arial"/>
          <w:b/>
          <w:sz w:val="22"/>
        </w:rPr>
        <w:t xml:space="preserve">Alice  </w:t>
      </w:r>
      <w:r>
        <w:rPr>
          <w:rFonts w:ascii="Arial" w:hAnsi="Arial"/>
          <w:color w:val="5D7284"/>
          <w:sz w:val="22"/>
        </w:rPr>
        <w:t>08:09</w:t>
      </w:r>
    </w:p>
    <w:p>
      <w:pPr>
        <w:spacing w:after="0"/>
      </w:pPr>
      <w:r>
        <w:rPr>
          <w:rFonts w:ascii="Arial" w:hAnsi="Arial"/>
          <w:sz w:val="22"/>
        </w:rPr>
        <w:t>Yeah cuz what I wanted to do was I wanted to, I can remember, being really like, it sounds really pompous. And just, I'm not proud of myself for sounding like quite such a dick. But I was I remember saying, I really want to, you know, like, interrupt the labels here, I really want us to be kind of interrogating this word for what it really means. Visually, you know, really disrupting these negative stereotypes. And I that was were the kind of, you know, able is, it is a part of the word disabled. And this is a podcast about disability, but it is also there's a lot of kind of conflicting opinions on phrases about ability within the disabled community. And I think that that was something, you know, I wanted to take advantage of that to be like, well, you know, because I appreciate that there's a lot of people and I'm personally one of them. I don't particularly like the phrase differently abled. But I understand what people are trying to get at when they say it. And so it was sort of I wanted to take that intention and sort of poke fun at it a little bit and use it to kind of make our point about the labels.    Yeah. God, that was horrible. Oh, God.</w:t>
      </w:r>
    </w:p>
    <w:p>
      <w:pPr>
        <w:spacing w:after="0"/>
      </w:pPr>
    </w:p>
    <w:p>
      <w:pPr>
        <w:spacing w:after="0"/>
      </w:pPr>
      <w:r>
        <w:rPr>
          <w:rFonts w:ascii="Arial" w:hAnsi="Arial"/>
          <w:b/>
          <w:sz w:val="22"/>
        </w:rPr>
        <w:t xml:space="preserve">Lucy  </w:t>
      </w:r>
      <w:r>
        <w:rPr>
          <w:rFonts w:ascii="Arial" w:hAnsi="Arial"/>
          <w:color w:val="5D7284"/>
          <w:sz w:val="22"/>
        </w:rPr>
        <w:t>09:40</w:t>
      </w:r>
    </w:p>
    <w:p>
      <w:pPr>
        <w:spacing w:after="0"/>
      </w:pPr>
      <w:r>
        <w:rPr>
          <w:rFonts w:ascii="Arial" w:hAnsi="Arial"/>
          <w:sz w:val="22"/>
        </w:rPr>
        <w:t>Interrupting The labels</w:t>
      </w:r>
    </w:p>
    <w:p>
      <w:pPr>
        <w:spacing w:after="0"/>
      </w:pPr>
    </w:p>
    <w:p>
      <w:pPr>
        <w:spacing w:after="0"/>
      </w:pPr>
      <w:r>
        <w:rPr>
          <w:rFonts w:ascii="Arial" w:hAnsi="Arial"/>
          <w:b/>
          <w:sz w:val="22"/>
        </w:rPr>
        <w:t xml:space="preserve">Alice  </w:t>
      </w:r>
      <w:r>
        <w:rPr>
          <w:rFonts w:ascii="Arial" w:hAnsi="Arial"/>
          <w:color w:val="5D7284"/>
          <w:sz w:val="22"/>
        </w:rPr>
        <w:t>09:42</w:t>
      </w:r>
    </w:p>
    <w:p>
      <w:pPr>
        <w:spacing w:after="0"/>
      </w:pPr>
      <w:r>
        <w:rPr>
          <w:rFonts w:ascii="Arial" w:hAnsi="Arial"/>
          <w:sz w:val="22"/>
        </w:rPr>
        <w:t xml:space="preserve"> I hate my voice anyway. But Jesus that was just that. Like, I get what I was trying to say. Yeah. And, and I will, I'm one of those people that like, I always have an idea of what I'm trying to say, and I'm not very good at the execution. But that was particularly painful. I just said Unlike such a prick,</w:t>
      </w:r>
    </w:p>
    <w:p>
      <w:pPr>
        <w:spacing w:after="0"/>
      </w:pPr>
    </w:p>
    <w:p>
      <w:pPr>
        <w:spacing w:after="0"/>
      </w:pPr>
      <w:r>
        <w:rPr>
          <w:rFonts w:ascii="Arial" w:hAnsi="Arial"/>
          <w:b/>
          <w:sz w:val="22"/>
        </w:rPr>
        <w:t xml:space="preserve">Lucy  </w:t>
      </w:r>
      <w:r>
        <w:rPr>
          <w:rFonts w:ascii="Arial" w:hAnsi="Arial"/>
          <w:color w:val="5D7284"/>
          <w:sz w:val="22"/>
        </w:rPr>
        <w:t>10:03</w:t>
      </w:r>
    </w:p>
    <w:p>
      <w:pPr>
        <w:spacing w:after="0"/>
      </w:pPr>
      <w:r>
        <w:rPr>
          <w:rFonts w:ascii="Arial" w:hAnsi="Arial"/>
          <w:sz w:val="22"/>
        </w:rPr>
        <w:t>ladies and gentlemen, I will just say that Alice is not she doesn't like that all the time. She doesn't sound like pompousy.</w:t>
      </w:r>
    </w:p>
    <w:p>
      <w:pPr>
        <w:spacing w:after="0"/>
      </w:pPr>
    </w:p>
    <w:p>
      <w:pPr>
        <w:spacing w:after="0"/>
      </w:pPr>
      <w:r>
        <w:rPr>
          <w:rFonts w:ascii="Arial" w:hAnsi="Arial"/>
          <w:b/>
          <w:sz w:val="22"/>
        </w:rPr>
        <w:t xml:space="preserve">Alice  </w:t>
      </w:r>
      <w:r>
        <w:rPr>
          <w:rFonts w:ascii="Arial" w:hAnsi="Arial"/>
          <w:color w:val="5D7284"/>
          <w:sz w:val="22"/>
        </w:rPr>
        <w:t>10:11</w:t>
      </w:r>
    </w:p>
    <w:p>
      <w:pPr>
        <w:spacing w:after="0"/>
      </w:pPr>
      <w:r>
        <w:rPr>
          <w:rFonts w:ascii="Arial" w:hAnsi="Arial"/>
          <w:sz w:val="22"/>
        </w:rPr>
        <w:t xml:space="preserve"> So pretentious is so fucking pretentious. </w:t>
      </w:r>
    </w:p>
    <w:p>
      <w:pPr>
        <w:spacing w:after="0"/>
      </w:pPr>
    </w:p>
    <w:p>
      <w:pPr>
        <w:spacing w:after="0"/>
      </w:pPr>
      <w:r>
        <w:rPr>
          <w:rFonts w:ascii="Arial" w:hAnsi="Arial"/>
          <w:b/>
          <w:sz w:val="22"/>
        </w:rPr>
        <w:t xml:space="preserve">Lucy  </w:t>
      </w:r>
      <w:r>
        <w:rPr>
          <w:rFonts w:ascii="Arial" w:hAnsi="Arial"/>
          <w:color w:val="5D7284"/>
          <w:sz w:val="22"/>
        </w:rPr>
        <w:t>10:14</w:t>
      </w:r>
    </w:p>
    <w:p>
      <w:pPr>
        <w:spacing w:after="0"/>
      </w:pPr>
      <w:r>
        <w:rPr>
          <w:rFonts w:ascii="Arial" w:hAnsi="Arial"/>
          <w:sz w:val="22"/>
        </w:rPr>
        <w:t>you sound like a bit of a hippie. Look, I'm just to show up to the labels, man.</w:t>
      </w:r>
    </w:p>
    <w:p>
      <w:pPr>
        <w:spacing w:after="0"/>
      </w:pPr>
    </w:p>
    <w:p>
      <w:pPr>
        <w:spacing w:after="0"/>
      </w:pPr>
      <w:r>
        <w:rPr>
          <w:rFonts w:ascii="Arial" w:hAnsi="Arial"/>
          <w:b/>
          <w:sz w:val="22"/>
        </w:rPr>
        <w:t xml:space="preserve">Alice  </w:t>
      </w:r>
      <w:r>
        <w:rPr>
          <w:rFonts w:ascii="Arial" w:hAnsi="Arial"/>
          <w:color w:val="5D7284"/>
          <w:sz w:val="22"/>
        </w:rPr>
        <w:t>10:20</w:t>
      </w:r>
    </w:p>
    <w:p>
      <w:pPr>
        <w:spacing w:after="0"/>
      </w:pPr>
      <w:r>
        <w:rPr>
          <w:rFonts w:ascii="Arial" w:hAnsi="Arial"/>
          <w:sz w:val="22"/>
        </w:rPr>
        <w:t xml:space="preserve">But I think that I think we both sort of thought that's what we would be a bit like like that we would be a bit kind of highfalutin and serious. </w:t>
      </w:r>
    </w:p>
    <w:p>
      <w:pPr>
        <w:spacing w:after="0"/>
      </w:pPr>
    </w:p>
    <w:p>
      <w:pPr>
        <w:spacing w:after="0"/>
      </w:pPr>
      <w:r>
        <w:rPr>
          <w:rFonts w:ascii="Arial" w:hAnsi="Arial"/>
          <w:b/>
          <w:sz w:val="22"/>
        </w:rPr>
        <w:t xml:space="preserve">Lucy  </w:t>
      </w:r>
      <w:r>
        <w:rPr>
          <w:rFonts w:ascii="Arial" w:hAnsi="Arial"/>
          <w:color w:val="5D7284"/>
          <w:sz w:val="22"/>
        </w:rPr>
        <w:t>10:30</w:t>
      </w:r>
    </w:p>
    <w:p>
      <w:pPr>
        <w:spacing w:after="0"/>
      </w:pPr>
      <w:r>
        <w:rPr>
          <w:rFonts w:ascii="Arial" w:hAnsi="Arial"/>
          <w:sz w:val="22"/>
        </w:rPr>
        <w:t>Yeah and a bit more rebellious than it has actually turned out to be and and more organized. Yeah, yeah. because we've just bee n saying this to Alice, we. So we did a test week, didn't we? In the early days, we had squad cast, which is our recording software.</w:t>
      </w:r>
    </w:p>
    <w:p>
      <w:pPr>
        <w:spacing w:after="0"/>
      </w:pPr>
    </w:p>
    <w:p>
      <w:pPr>
        <w:spacing w:after="0"/>
      </w:pPr>
      <w:r>
        <w:rPr>
          <w:rFonts w:ascii="Arial" w:hAnsi="Arial"/>
          <w:b/>
          <w:sz w:val="22"/>
        </w:rPr>
        <w:t xml:space="preserve">Alice  </w:t>
      </w:r>
      <w:r>
        <w:rPr>
          <w:rFonts w:ascii="Arial" w:hAnsi="Arial"/>
          <w:color w:val="5D7284"/>
          <w:sz w:val="22"/>
        </w:rPr>
        <w:t>10:50</w:t>
      </w:r>
    </w:p>
    <w:p>
      <w:pPr>
        <w:spacing w:after="0"/>
      </w:pPr>
      <w:r>
        <w:rPr>
          <w:rFonts w:ascii="Arial" w:hAnsi="Arial"/>
          <w:sz w:val="22"/>
        </w:rPr>
        <w:t xml:space="preserve">Yeah, I took off work. I remember, </w:t>
      </w:r>
    </w:p>
    <w:p>
      <w:pPr>
        <w:spacing w:after="0"/>
      </w:pPr>
    </w:p>
    <w:p>
      <w:pPr>
        <w:spacing w:after="0"/>
      </w:pPr>
      <w:r>
        <w:rPr>
          <w:rFonts w:ascii="Arial" w:hAnsi="Arial"/>
          <w:b/>
          <w:sz w:val="22"/>
        </w:rPr>
        <w:t xml:space="preserve">Lucy  </w:t>
      </w:r>
      <w:r>
        <w:rPr>
          <w:rFonts w:ascii="Arial" w:hAnsi="Arial"/>
          <w:color w:val="5D7284"/>
          <w:sz w:val="22"/>
        </w:rPr>
        <w:t>10:52</w:t>
      </w:r>
    </w:p>
    <w:p>
      <w:pPr>
        <w:spacing w:after="0"/>
      </w:pPr>
      <w:r>
        <w:rPr>
          <w:rFonts w:ascii="Arial" w:hAnsi="Arial"/>
          <w:sz w:val="22"/>
        </w:rPr>
        <w:t>we had a free trial for seven days. And we were like, well get all of the episodes for our launch recorded. And like, done and we were like, Yeah, that's fine. Anyway, I was on furlough. So I was not going to work. Alice was going to work. And we were like, All right, questions for, like, Alice will interview me. And I will interview Alice. And we're like, well, we'll write quest list of questions. We'll be superduper prepared. And this is how we made all</w:t>
      </w:r>
    </w:p>
    <w:p>
      <w:pPr>
        <w:spacing w:after="0"/>
      </w:pPr>
    </w:p>
    <w:p>
      <w:pPr>
        <w:spacing w:after="0"/>
      </w:pPr>
      <w:r>
        <w:rPr>
          <w:rFonts w:ascii="Arial" w:hAnsi="Arial"/>
          <w:b/>
          <w:sz w:val="22"/>
        </w:rPr>
        <w:t xml:space="preserve">Alice  </w:t>
      </w:r>
      <w:r>
        <w:rPr>
          <w:rFonts w:ascii="Arial" w:hAnsi="Arial"/>
          <w:color w:val="5D7284"/>
          <w:sz w:val="22"/>
        </w:rPr>
        <w:t>11:20</w:t>
      </w:r>
    </w:p>
    <w:p>
      <w:pPr>
        <w:spacing w:after="0"/>
      </w:pPr>
      <w:r>
        <w:rPr>
          <w:rFonts w:ascii="Arial" w:hAnsi="Arial"/>
          <w:sz w:val="22"/>
        </w:rPr>
        <w:t>the guests fill out. Oh, my God . Application Form. do you remember?</w:t>
      </w:r>
    </w:p>
    <w:p>
      <w:pPr>
        <w:spacing w:after="0"/>
      </w:pPr>
    </w:p>
    <w:p>
      <w:pPr>
        <w:spacing w:after="0"/>
      </w:pPr>
      <w:r>
        <w:rPr>
          <w:rFonts w:ascii="Arial" w:hAnsi="Arial"/>
          <w:b/>
          <w:sz w:val="22"/>
        </w:rPr>
        <w:t xml:space="preserve">Lucy  </w:t>
      </w:r>
      <w:r>
        <w:rPr>
          <w:rFonts w:ascii="Arial" w:hAnsi="Arial"/>
          <w:color w:val="5D7284"/>
          <w:sz w:val="22"/>
        </w:rPr>
        <w:t>11:25</w:t>
      </w:r>
    </w:p>
    <w:p>
      <w:pPr>
        <w:spacing w:after="0"/>
      </w:pPr>
      <w:r>
        <w:rPr>
          <w:rFonts w:ascii="Arial" w:hAnsi="Arial"/>
          <w:sz w:val="22"/>
        </w:rPr>
        <w:t xml:space="preserve">I think that application form is still on the website. </w:t>
      </w:r>
    </w:p>
    <w:p>
      <w:pPr>
        <w:spacing w:after="0"/>
      </w:pPr>
    </w:p>
    <w:p>
      <w:pPr>
        <w:spacing w:after="0"/>
      </w:pPr>
      <w:r>
        <w:rPr>
          <w:rFonts w:ascii="Arial" w:hAnsi="Arial"/>
          <w:b/>
          <w:sz w:val="22"/>
        </w:rPr>
        <w:t xml:space="preserve">Alice  </w:t>
      </w:r>
      <w:r>
        <w:rPr>
          <w:rFonts w:ascii="Arial" w:hAnsi="Arial"/>
          <w:color w:val="5D7284"/>
          <w:sz w:val="22"/>
        </w:rPr>
        <w:t>11:28</w:t>
      </w:r>
    </w:p>
    <w:p>
      <w:pPr>
        <w:spacing w:after="0"/>
      </w:pPr>
      <w:r>
        <w:rPr>
          <w:rFonts w:ascii="Arial" w:hAnsi="Arial"/>
          <w:sz w:val="22"/>
        </w:rPr>
        <w:t>I think that application needs to come off the website. Becasue I I think it's mildly offensive. The level of information that we asked for, because I wish well, you know, I want to make sure that we're representing everybody. And it's but that's not how this works Alice.</w:t>
      </w:r>
    </w:p>
    <w:p>
      <w:pPr>
        <w:spacing w:after="0"/>
      </w:pPr>
    </w:p>
    <w:p>
      <w:pPr>
        <w:spacing w:after="0"/>
      </w:pPr>
      <w:r>
        <w:rPr>
          <w:rFonts w:ascii="Arial" w:hAnsi="Arial"/>
          <w:b/>
          <w:sz w:val="22"/>
        </w:rPr>
        <w:t xml:space="preserve">Lucy  </w:t>
      </w:r>
      <w:r>
        <w:rPr>
          <w:rFonts w:ascii="Arial" w:hAnsi="Arial"/>
          <w:color w:val="5D7284"/>
          <w:sz w:val="22"/>
        </w:rPr>
        <w:t>11:42</w:t>
      </w:r>
    </w:p>
    <w:p>
      <w:pPr>
        <w:spacing w:after="0"/>
      </w:pPr>
      <w:r>
        <w:rPr>
          <w:rFonts w:ascii="Arial" w:hAnsi="Arial"/>
          <w:sz w:val="22"/>
        </w:rPr>
        <w:t>It's just whoever says, Have you got space? do you want to come on? Yeah. Yeah. So we wrote questions for each other, which I think in our very early episodes were worth we'd like you can tell us a blossoming friendship there considering here. We didn't meet one another until, what was it? it was over a year.</w:t>
      </w:r>
    </w:p>
    <w:p>
      <w:pPr>
        <w:spacing w:after="0"/>
      </w:pPr>
    </w:p>
    <w:p>
      <w:pPr>
        <w:spacing w:after="0"/>
      </w:pPr>
      <w:r>
        <w:rPr>
          <w:rFonts w:ascii="Arial" w:hAnsi="Arial"/>
          <w:b/>
          <w:sz w:val="22"/>
        </w:rPr>
        <w:t xml:space="preserve">Alice  </w:t>
      </w:r>
      <w:r>
        <w:rPr>
          <w:rFonts w:ascii="Arial" w:hAnsi="Arial"/>
          <w:color w:val="5D7284"/>
          <w:sz w:val="22"/>
        </w:rPr>
        <w:t>12:01</w:t>
      </w:r>
    </w:p>
    <w:p>
      <w:pPr>
        <w:spacing w:after="0"/>
      </w:pPr>
      <w:r>
        <w:rPr>
          <w:rFonts w:ascii="Arial" w:hAnsi="Arial"/>
          <w:sz w:val="22"/>
        </w:rPr>
        <w:t>I remember that I used I had a chunk of annual leave to use. And so I used it for that. And it was a 20 week beginning 23rd of November or something like that. And then we didn't meet until the following December, which is November 2020. We till December 21. I mean, so basically strangers.</w:t>
      </w:r>
    </w:p>
    <w:p>
      <w:pPr>
        <w:spacing w:after="0"/>
      </w:pPr>
    </w:p>
    <w:p>
      <w:pPr>
        <w:spacing w:after="0"/>
      </w:pPr>
      <w:r>
        <w:rPr>
          <w:rFonts w:ascii="Arial" w:hAnsi="Arial"/>
          <w:b/>
          <w:sz w:val="22"/>
        </w:rPr>
        <w:t xml:space="preserve">Lucy  </w:t>
      </w:r>
      <w:r>
        <w:rPr>
          <w:rFonts w:ascii="Arial" w:hAnsi="Arial"/>
          <w:color w:val="5D7284"/>
          <w:sz w:val="22"/>
        </w:rPr>
        <w:t>12:25</w:t>
      </w:r>
    </w:p>
    <w:p>
      <w:pPr>
        <w:spacing w:after="0"/>
      </w:pPr>
      <w:r>
        <w:rPr>
          <w:rFonts w:ascii="Arial" w:hAnsi="Arial"/>
          <w:sz w:val="22"/>
        </w:rPr>
        <w:t>Yeah, I think I think those very early episodes, I think, Daisy's episode is where we start to loosen up a bit and go, Oh, this is this is how it's meant to be. This is what we're doing. But those two episodes is a bit like</w:t>
      </w:r>
    </w:p>
    <w:p>
      <w:pPr>
        <w:spacing w:after="0"/>
      </w:pPr>
    </w:p>
    <w:p>
      <w:pPr>
        <w:spacing w:after="0"/>
      </w:pPr>
      <w:r>
        <w:rPr>
          <w:rFonts w:ascii="Arial" w:hAnsi="Arial"/>
          <w:b/>
          <w:sz w:val="22"/>
        </w:rPr>
        <w:t xml:space="preserve">Alice  </w:t>
      </w:r>
      <w:r>
        <w:rPr>
          <w:rFonts w:ascii="Arial" w:hAnsi="Arial"/>
          <w:color w:val="5D7284"/>
          <w:sz w:val="22"/>
        </w:rPr>
        <w:t>12:40</w:t>
      </w:r>
    </w:p>
    <w:p>
      <w:pPr>
        <w:spacing w:after="0"/>
      </w:pPr>
      <w:r>
        <w:rPr>
          <w:rFonts w:ascii="Arial" w:hAnsi="Arial"/>
          <w:sz w:val="22"/>
        </w:rPr>
        <w:t>we were just taking ourselves very seriously.</w:t>
      </w:r>
    </w:p>
    <w:p>
      <w:pPr>
        <w:spacing w:after="0"/>
      </w:pPr>
    </w:p>
    <w:p>
      <w:pPr>
        <w:spacing w:after="0"/>
      </w:pPr>
      <w:r>
        <w:rPr>
          <w:rFonts w:ascii="Arial" w:hAnsi="Arial"/>
          <w:b/>
          <w:sz w:val="22"/>
        </w:rPr>
        <w:t xml:space="preserve">Lucy  </w:t>
      </w:r>
      <w:r>
        <w:rPr>
          <w:rFonts w:ascii="Arial" w:hAnsi="Arial"/>
          <w:color w:val="5D7284"/>
          <w:sz w:val="22"/>
        </w:rPr>
        <w:t>12:42</w:t>
      </w:r>
    </w:p>
    <w:p>
      <w:pPr>
        <w:spacing w:after="0"/>
      </w:pPr>
      <w:r>
        <w:rPr>
          <w:rFonts w:ascii="Arial" w:hAnsi="Arial"/>
          <w:sz w:val="22"/>
        </w:rPr>
        <w:t xml:space="preserve"> too seriously. Really. Whereas now we go. Tell us a bit about yourself.</w:t>
      </w:r>
    </w:p>
    <w:p>
      <w:pPr>
        <w:spacing w:after="0"/>
      </w:pPr>
    </w:p>
    <w:p>
      <w:pPr>
        <w:spacing w:after="0"/>
      </w:pPr>
      <w:r>
        <w:rPr>
          <w:rFonts w:ascii="Arial" w:hAnsi="Arial"/>
          <w:b/>
          <w:sz w:val="22"/>
        </w:rPr>
        <w:t xml:space="preserve">Alice  </w:t>
      </w:r>
      <w:r>
        <w:rPr>
          <w:rFonts w:ascii="Arial" w:hAnsi="Arial"/>
          <w:color w:val="5D7284"/>
          <w:sz w:val="22"/>
        </w:rPr>
        <w:t>12:48</w:t>
      </w:r>
    </w:p>
    <w:p>
      <w:pPr>
        <w:spacing w:after="0"/>
      </w:pPr>
      <w:r>
        <w:rPr>
          <w:rFonts w:ascii="Arial" w:hAnsi="Arial"/>
          <w:sz w:val="22"/>
        </w:rPr>
        <w:t>I think. And I think that the contents gotten better. Yes. Then because I think trying to sort of structure our question like, Lucy and I are not neither of us are smart enough, organized enough or kind of? Like, it's not intuitive enough. But like we we we'd make terrible investigative journalists. Oh, totally. Like, that's not who we are. We're not there to like Jeremy Paxman, people. We're were just like, let's have a chat. And sometimes when someone says something interesting, we get a bit excited and like talk. And I think, I think the thing that is good about our show is the realness of it. And I think those early episodes, I wouldn't say they lack it, but you can see it growing. Like it's not it's not as strong now, and we were not as confident. And so, and I suppose that's probably what it was, we had no idea what we were doing. So we felt like we needed to over prepare, so that we had some confidence and reassurance.</w:t>
      </w:r>
    </w:p>
    <w:p>
      <w:pPr>
        <w:spacing w:after="0"/>
      </w:pPr>
    </w:p>
    <w:p>
      <w:pPr>
        <w:spacing w:after="0"/>
      </w:pPr>
      <w:r>
        <w:rPr>
          <w:rFonts w:ascii="Arial" w:hAnsi="Arial"/>
          <w:b/>
          <w:sz w:val="22"/>
        </w:rPr>
        <w:t xml:space="preserve">Lucy  </w:t>
      </w:r>
      <w:r>
        <w:rPr>
          <w:rFonts w:ascii="Arial" w:hAnsi="Arial"/>
          <w:color w:val="5D7284"/>
          <w:sz w:val="22"/>
        </w:rPr>
        <w:t>13:53</w:t>
      </w:r>
    </w:p>
    <w:p>
      <w:pPr>
        <w:spacing w:after="0"/>
      </w:pPr>
      <w:r>
        <w:rPr>
          <w:rFonts w:ascii="Arial" w:hAnsi="Arial"/>
          <w:sz w:val="22"/>
        </w:rPr>
        <w:t>Yes. But I definitely think as well, there was an element of you could definitely see, you could definitely hear the trust between both you and I in the fact that was stuff we talked about, you know, did get, we opened up very quickly to one another. And that's testament to the friendship that we'd been working so hard at before we even hit record and we still have to work hard at it. you know what I mean? It's like, it's changed. But we're still we still make time to have a chat one on over that isn't about stuff to do with the podcast. And I definitely think that you can see that there's that level of trust building between the two of us in the even in those early days.</w:t>
      </w:r>
    </w:p>
    <w:p>
      <w:pPr>
        <w:spacing w:after="0"/>
      </w:pPr>
    </w:p>
    <w:p>
      <w:pPr>
        <w:spacing w:after="0"/>
      </w:pPr>
      <w:r>
        <w:rPr>
          <w:rFonts w:ascii="Arial" w:hAnsi="Arial"/>
          <w:b/>
          <w:sz w:val="22"/>
        </w:rPr>
        <w:t xml:space="preserve">Alice  </w:t>
      </w:r>
      <w:r>
        <w:rPr>
          <w:rFonts w:ascii="Arial" w:hAnsi="Arial"/>
          <w:color w:val="5D7284"/>
          <w:sz w:val="22"/>
        </w:rPr>
        <w:t>14:34</w:t>
      </w:r>
    </w:p>
    <w:p>
      <w:pPr>
        <w:spacing w:after="0"/>
      </w:pPr>
      <w:r>
        <w:rPr>
          <w:rFonts w:ascii="Arial" w:hAnsi="Arial"/>
          <w:sz w:val="22"/>
        </w:rPr>
        <w:t xml:space="preserve">Yeah, I think that's what you get. And I think that's sort of what what this next clip is going to show is it's a little bit of us trying to get to know one another and sort of this is who I am. This is my ethos and approach to life as a disabled person. Yeah. And I think I think that you you sort of see that in in what Lucy and sort of is about is about to say so, should we should we go ahead and listen to your clip loose? </w:t>
      </w:r>
    </w:p>
    <w:p>
      <w:pPr>
        <w:spacing w:after="0"/>
      </w:pPr>
    </w:p>
    <w:p>
      <w:pPr>
        <w:spacing w:after="0"/>
      </w:pPr>
      <w:r>
        <w:rPr>
          <w:rFonts w:ascii="Arial" w:hAnsi="Arial"/>
          <w:b/>
          <w:sz w:val="22"/>
        </w:rPr>
        <w:t xml:space="preserve">Lucy  </w:t>
      </w:r>
      <w:r>
        <w:rPr>
          <w:rFonts w:ascii="Arial" w:hAnsi="Arial"/>
          <w:color w:val="5D7284"/>
          <w:sz w:val="22"/>
        </w:rPr>
        <w:t>15:05</w:t>
      </w:r>
    </w:p>
    <w:p>
      <w:pPr>
        <w:spacing w:after="0"/>
      </w:pPr>
      <w:r>
        <w:rPr>
          <w:rFonts w:ascii="Arial" w:hAnsi="Arial"/>
          <w:sz w:val="22"/>
        </w:rPr>
        <w:t>Yeah, shall we? if anything, my CP, I think has made me more determined to do stuff in spite of it. you know what I mean? because I, I've, I mean, I've grown up with a very loving family, I've always said, you know, it's not about what you can't do. It's about what you can, you know, and they've never told me I'd never be able to do anything. But outside of that, outside of my friends and family, there have been people throughout my life who've said, you can't you won't be able to do that, which did that is fuel for me. because it's like, alright, you watch me because I'm gonna do it. And I'm gonna do it three times bigger than you ever thought possible. Yeah. So it kind of I think having cerebral palsy is almost having like, that sort of Spurring. So I'm going to do this because everybody thinks I can't, and I know I can. I don't know what are you stupid people that go oh, I'm going to run a marathon on my two legs. because I know that's never gonna happen. Nor do I want to run a marathon sat down in a wheelchair, really, if I'm honest. So I very realistic about what I can do. And I have goals of what I want to do. So there I am you see being all the fire and four will wonder woman ish. I think I can do anything. Just tell me not to I dare you go on go</w:t>
      </w:r>
    </w:p>
    <w:p>
      <w:pPr>
        <w:spacing w:after="0"/>
      </w:pPr>
    </w:p>
    <w:p>
      <w:pPr>
        <w:spacing w:after="0"/>
      </w:pPr>
      <w:r>
        <w:rPr>
          <w:rFonts w:ascii="Arial" w:hAnsi="Arial"/>
          <w:b/>
          <w:sz w:val="22"/>
        </w:rPr>
        <w:t xml:space="preserve">Alice  </w:t>
      </w:r>
      <w:r>
        <w:rPr>
          <w:rFonts w:ascii="Arial" w:hAnsi="Arial"/>
          <w:color w:val="5D7284"/>
          <w:sz w:val="22"/>
        </w:rPr>
        <w:t>16:21</w:t>
      </w:r>
    </w:p>
    <w:p>
      <w:pPr>
        <w:spacing w:after="0"/>
      </w:pPr>
      <w:r>
        <w:rPr>
          <w:rFonts w:ascii="Arial" w:hAnsi="Arial"/>
          <w:sz w:val="22"/>
        </w:rPr>
        <w:t>as I think certainly our regular listeners will also be very familiar with the Lucy's tired, leave her alone.</w:t>
      </w:r>
    </w:p>
    <w:p>
      <w:pPr>
        <w:spacing w:after="0"/>
      </w:pPr>
    </w:p>
    <w:p>
      <w:pPr>
        <w:spacing w:after="0"/>
      </w:pPr>
      <w:r>
        <w:rPr>
          <w:rFonts w:ascii="Arial" w:hAnsi="Arial"/>
          <w:b/>
          <w:sz w:val="22"/>
        </w:rPr>
        <w:t xml:space="preserve">Lucy  </w:t>
      </w:r>
      <w:r>
        <w:rPr>
          <w:rFonts w:ascii="Arial" w:hAnsi="Arial"/>
          <w:color w:val="5D7284"/>
          <w:sz w:val="22"/>
        </w:rPr>
        <w:t>16:29</w:t>
      </w:r>
    </w:p>
    <w:p>
      <w:pPr>
        <w:spacing w:after="0"/>
      </w:pPr>
      <w:r>
        <w:rPr>
          <w:rFonts w:ascii="Arial" w:hAnsi="Arial"/>
          <w:sz w:val="22"/>
        </w:rPr>
        <w:t>And Lucy's worrying again. What's really worrying about now? are you sure? do I sound alright? Am I okay? Oh, am I doing a good job sign up. That kind of thing.</w:t>
      </w:r>
    </w:p>
    <w:p>
      <w:pPr>
        <w:spacing w:after="0"/>
      </w:pPr>
    </w:p>
    <w:p>
      <w:pPr>
        <w:spacing w:after="0"/>
      </w:pPr>
      <w:r>
        <w:rPr>
          <w:rFonts w:ascii="Arial" w:hAnsi="Arial"/>
          <w:b/>
          <w:sz w:val="22"/>
        </w:rPr>
        <w:t xml:space="preserve">Alice  </w:t>
      </w:r>
      <w:r>
        <w:rPr>
          <w:rFonts w:ascii="Arial" w:hAnsi="Arial"/>
          <w:color w:val="5D7284"/>
          <w:sz w:val="22"/>
        </w:rPr>
        <w:t>16:44</w:t>
      </w:r>
    </w:p>
    <w:p>
      <w:pPr>
        <w:spacing w:after="0"/>
      </w:pPr>
      <w:r>
        <w:rPr>
          <w:rFonts w:ascii="Arial" w:hAnsi="Arial"/>
          <w:sz w:val="22"/>
        </w:rPr>
        <w:t>is really interesting, like thinking about those that conversation in You talked, I think it's it, I really recognize how much of a positive impact you've had on my sort of feelings about being disabled myself, like I was very like this, this the beginning of I probably been on Twitter all over about 15 minutes when we first started talking. And hearing you be like, my, my CP spurs me on like, I'm not going to be stopped from doing things. Like it was one of those things I always said. But it was almost a little bit lip service. And I definitely feel like I have become more confident from talking to you and From talking to all of our like, we've had some incredible guests on some clips I really want to share from our guests. But like, that's really helped. That's that's had an impact on me and helped me go. Yeah, like this is that being disabled is difficult in a lot of ways, but also that it can, it can make you defiant?</w:t>
      </w:r>
    </w:p>
    <w:p>
      <w:pPr>
        <w:spacing w:after="0"/>
      </w:pPr>
    </w:p>
    <w:p>
      <w:pPr>
        <w:spacing w:after="0"/>
      </w:pPr>
      <w:r>
        <w:rPr>
          <w:rFonts w:ascii="Arial" w:hAnsi="Arial"/>
          <w:b/>
          <w:sz w:val="22"/>
        </w:rPr>
        <w:t xml:space="preserve">Lucy  </w:t>
      </w:r>
      <w:r>
        <w:rPr>
          <w:rFonts w:ascii="Arial" w:hAnsi="Arial"/>
          <w:color w:val="5D7284"/>
          <w:sz w:val="22"/>
        </w:rPr>
        <w:t>17:58</w:t>
      </w:r>
    </w:p>
    <w:p>
      <w:pPr>
        <w:spacing w:after="0"/>
      </w:pPr>
      <w:r>
        <w:rPr>
          <w:rFonts w:ascii="Arial" w:hAnsi="Arial"/>
          <w:sz w:val="22"/>
        </w:rPr>
        <w:t>Absolutely. I think I've said in press interviews before, when we've you know, been invited radio shows, when we've had when we've worked well, you know, when we've been invited on radio and stuff. And when we've been on the odd bit of Telly, it, I think doing this podcast has made us better disabled people. And by that I mean, it's made me understand people more, it's made me understand people with sight loss more, it's made me understand different impairments more in a way that I would never have had that opportunity to sit down with somebody. And go tell me about it</w:t>
      </w:r>
    </w:p>
    <w:p>
      <w:pPr>
        <w:spacing w:after="0"/>
      </w:pPr>
    </w:p>
    <w:p>
      <w:pPr>
        <w:spacing w:after="0"/>
      </w:pPr>
      <w:r>
        <w:rPr>
          <w:rFonts w:ascii="Arial" w:hAnsi="Arial"/>
          <w:b/>
          <w:sz w:val="22"/>
        </w:rPr>
        <w:t xml:space="preserve">Alice  </w:t>
      </w:r>
      <w:r>
        <w:rPr>
          <w:rFonts w:ascii="Arial" w:hAnsi="Arial"/>
          <w:color w:val="5D7284"/>
          <w:sz w:val="22"/>
        </w:rPr>
        <w:t>18:40</w:t>
      </w:r>
    </w:p>
    <w:p>
      <w:pPr>
        <w:spacing w:after="0"/>
      </w:pPr>
      <w:r>
        <w:rPr>
          <w:rFonts w:ascii="Arial" w:hAnsi="Arial"/>
          <w:sz w:val="22"/>
        </w:rPr>
        <w:t>yeah, it's also made me really understand the way the unifying elements of disability like even though we've had lots of people with lots of different disabilities on there's definitely been a like, this is these are the things about disability that hard that every disabled person experiences, regardless of whether they have autism, or are blind or use a wheelchair like, Yeah, that. And I think I'd I Yeah, that's one of the things that I never sort of could have predicted either, but it's given me it's given me an understanding of just what what being disabled means, overall, and helped. Help me fit into that community better.</w:t>
      </w:r>
    </w:p>
    <w:p>
      <w:pPr>
        <w:spacing w:after="0"/>
      </w:pPr>
    </w:p>
    <w:p>
      <w:pPr>
        <w:spacing w:after="0"/>
      </w:pPr>
      <w:r>
        <w:rPr>
          <w:rFonts w:ascii="Arial" w:hAnsi="Arial"/>
          <w:b/>
          <w:sz w:val="22"/>
        </w:rPr>
        <w:t xml:space="preserve">Lucy  </w:t>
      </w:r>
      <w:r>
        <w:rPr>
          <w:rFonts w:ascii="Arial" w:hAnsi="Arial"/>
          <w:color w:val="5D7284"/>
          <w:sz w:val="22"/>
        </w:rPr>
        <w:t>19:26</w:t>
      </w:r>
    </w:p>
    <w:p>
      <w:pPr>
        <w:spacing w:after="0"/>
      </w:pPr>
      <w:r>
        <w:rPr>
          <w:rFonts w:ascii="Arial" w:hAnsi="Arial"/>
          <w:sz w:val="22"/>
        </w:rPr>
        <w:t xml:space="preserve">Well, and also, I've heard, we've heard from people who've listened to our show, and they may be newly disabled and don't quite know where to turn or that kind of, they haven't really found their place. do you know what to mean? And they feel like they have a place when they listen to us the amount of people that say, Oh, you sound like my friends, which I think is his greatest compliment. Really, if you think about it, to sound like somebody's friends, when they're listening to us, and they're going through a horrible sort of time or uncertain time, I think to be able to go. you sound like my friend is something we should be very proud of. </w:t>
      </w:r>
    </w:p>
    <w:p>
      <w:pPr>
        <w:spacing w:after="0"/>
      </w:pPr>
    </w:p>
    <w:p>
      <w:pPr>
        <w:spacing w:after="0"/>
      </w:pPr>
      <w:r>
        <w:rPr>
          <w:rFonts w:ascii="Arial" w:hAnsi="Arial"/>
          <w:b/>
          <w:sz w:val="22"/>
        </w:rPr>
        <w:t xml:space="preserve">Alice  </w:t>
      </w:r>
      <w:r>
        <w:rPr>
          <w:rFonts w:ascii="Arial" w:hAnsi="Arial"/>
          <w:color w:val="5D7284"/>
          <w:sz w:val="22"/>
        </w:rPr>
        <w:t>20:11</w:t>
      </w:r>
    </w:p>
    <w:p>
      <w:pPr>
        <w:spacing w:after="0"/>
      </w:pPr>
      <w:r>
        <w:rPr>
          <w:rFonts w:ascii="Arial" w:hAnsi="Arial"/>
          <w:sz w:val="22"/>
        </w:rPr>
        <w:t>Yeah absolutely. Think, go on.</w:t>
      </w:r>
    </w:p>
    <w:p>
      <w:pPr>
        <w:spacing w:after="0"/>
      </w:pPr>
    </w:p>
    <w:p>
      <w:pPr>
        <w:spacing w:after="0"/>
      </w:pPr>
      <w:r>
        <w:rPr>
          <w:rFonts w:ascii="Arial" w:hAnsi="Arial"/>
          <w:b/>
          <w:sz w:val="22"/>
        </w:rPr>
        <w:t xml:space="preserve">Lucy  </w:t>
      </w:r>
      <w:r>
        <w:rPr>
          <w:rFonts w:ascii="Arial" w:hAnsi="Arial"/>
          <w:color w:val="5D7284"/>
          <w:sz w:val="22"/>
        </w:rPr>
        <w:t>20:15</w:t>
      </w:r>
    </w:p>
    <w:p>
      <w:pPr>
        <w:spacing w:after="0"/>
      </w:pPr>
      <w:r>
        <w:rPr>
          <w:rFonts w:ascii="Arial" w:hAnsi="Arial"/>
          <w:sz w:val="22"/>
        </w:rPr>
        <w:t>no, it's just it's something that I like Steve. right. The radio presenter passed away recently. And Steve right was one of the reasons why I wanted to get into radio, audio in the first place. And he was the reason why I wanted to do a hospital, radio and do all that kind of stuff. because he made it sound so fun. But it's only since doing the podcast really, that I realized this audio thing is two way street. So whilst it's fun for us, we are having I think, and I like to think we're having, I won't go as far as to say, we are actually doing this. But I like to think that we are having ripples of ripple effect for our outside of our friendship that we have on the podcast and in real life. But that ripple of we're here for you, and we have that sort of community sort of spirit. I think it's something that Steve always used to try and do on his radio show. And when the news pastor he passed away, it kind of made me realize actually, are we doing something similar? I don't know.</w:t>
      </w:r>
    </w:p>
    <w:p>
      <w:pPr>
        <w:spacing w:after="0"/>
      </w:pPr>
    </w:p>
    <w:p>
      <w:pPr>
        <w:spacing w:after="0"/>
      </w:pPr>
      <w:r>
        <w:rPr>
          <w:rFonts w:ascii="Arial" w:hAnsi="Arial"/>
          <w:b/>
          <w:sz w:val="22"/>
        </w:rPr>
        <w:t xml:space="preserve">Alice  </w:t>
      </w:r>
      <w:r>
        <w:rPr>
          <w:rFonts w:ascii="Arial" w:hAnsi="Arial"/>
          <w:color w:val="5D7284"/>
          <w:sz w:val="22"/>
        </w:rPr>
        <w:t>21:22</w:t>
      </w:r>
    </w:p>
    <w:p>
      <w:pPr>
        <w:spacing w:after="0"/>
      </w:pPr>
      <w:r>
        <w:rPr>
          <w:rFonts w:ascii="Arial" w:hAnsi="Arial"/>
          <w:sz w:val="22"/>
        </w:rPr>
        <w:t xml:space="preserve">We're trying to I'm trying to. And I think that just also just generally, you know, some of the people that we've talked to have given us that have have opened up the kind of that community feeling and we've got insights into different communities. Like I've been looking back on the episodes that we've done, and we've had some really diverse people, like people from, you know, intersectional people from different communities. And, you know, I think we've worked to try and reflect the diversity of the disabled community and yeah, and really show you know, that that disability isn't just a white guy in a wheelchair. </w:t>
      </w:r>
    </w:p>
    <w:p>
      <w:pPr>
        <w:spacing w:after="0"/>
      </w:pPr>
    </w:p>
    <w:p>
      <w:pPr>
        <w:spacing w:after="0"/>
      </w:pPr>
      <w:r>
        <w:rPr>
          <w:rFonts w:ascii="Arial" w:hAnsi="Arial"/>
          <w:b/>
          <w:sz w:val="22"/>
        </w:rPr>
        <w:t xml:space="preserve">Lucy  </w:t>
      </w:r>
      <w:r>
        <w:rPr>
          <w:rFonts w:ascii="Arial" w:hAnsi="Arial"/>
          <w:color w:val="5D7284"/>
          <w:sz w:val="22"/>
        </w:rPr>
        <w:t>22:05</w:t>
      </w:r>
    </w:p>
    <w:p>
      <w:pPr>
        <w:spacing w:after="0"/>
      </w:pPr>
      <w:r>
        <w:rPr>
          <w:rFonts w:ascii="Arial" w:hAnsi="Arial"/>
          <w:sz w:val="22"/>
        </w:rPr>
        <w:t>no, it's something I'm very proud of, I think, and I think it's all too it's all too easy for us to think, Oh, we're not being diverse enough. But I think this has been an absolute opportunity for us to look back on the people we have on our on got actually we're not, you know, we might not be doing</w:t>
      </w:r>
    </w:p>
    <w:p>
      <w:pPr>
        <w:spacing w:after="0"/>
      </w:pPr>
    </w:p>
    <w:p>
      <w:pPr>
        <w:spacing w:after="0"/>
      </w:pPr>
      <w:r>
        <w:rPr>
          <w:rFonts w:ascii="Arial" w:hAnsi="Arial"/>
          <w:b/>
          <w:sz w:val="22"/>
        </w:rPr>
        <w:t xml:space="preserve">Alice  </w:t>
      </w:r>
      <w:r>
        <w:rPr>
          <w:rFonts w:ascii="Arial" w:hAnsi="Arial"/>
          <w:color w:val="5D7284"/>
          <w:sz w:val="22"/>
        </w:rPr>
        <w:t>22:24</w:t>
      </w:r>
    </w:p>
    <w:p>
      <w:pPr>
        <w:spacing w:after="0"/>
      </w:pPr>
      <w:r>
        <w:rPr>
          <w:rFonts w:ascii="Arial" w:hAnsi="Arial"/>
          <w:sz w:val="22"/>
        </w:rPr>
        <w:t>as we're not doing as bad a job as we, as</w:t>
      </w:r>
    </w:p>
    <w:p>
      <w:pPr>
        <w:spacing w:after="0"/>
      </w:pPr>
    </w:p>
    <w:p>
      <w:pPr>
        <w:spacing w:after="0"/>
      </w:pPr>
      <w:r>
        <w:rPr>
          <w:rFonts w:ascii="Arial" w:hAnsi="Arial"/>
          <w:b/>
          <w:sz w:val="22"/>
        </w:rPr>
        <w:t xml:space="preserve">Lucy  </w:t>
      </w:r>
      <w:r>
        <w:rPr>
          <w:rFonts w:ascii="Arial" w:hAnsi="Arial"/>
          <w:color w:val="5D7284"/>
          <w:sz w:val="22"/>
        </w:rPr>
        <w:t>22:27</w:t>
      </w:r>
    </w:p>
    <w:p>
      <w:pPr>
        <w:spacing w:after="0"/>
      </w:pPr>
      <w:r>
        <w:rPr>
          <w:rFonts w:ascii="Arial" w:hAnsi="Arial"/>
          <w:sz w:val="22"/>
        </w:rPr>
        <w:t>we maybe we would think, yeah,</w:t>
      </w:r>
    </w:p>
    <w:p>
      <w:pPr>
        <w:spacing w:after="0"/>
      </w:pPr>
    </w:p>
    <w:p>
      <w:pPr>
        <w:spacing w:after="0"/>
      </w:pPr>
      <w:r>
        <w:rPr>
          <w:rFonts w:ascii="Arial" w:hAnsi="Arial"/>
          <w:b/>
          <w:sz w:val="22"/>
        </w:rPr>
        <w:t xml:space="preserve">Alice  </w:t>
      </w:r>
      <w:r>
        <w:rPr>
          <w:rFonts w:ascii="Arial" w:hAnsi="Arial"/>
          <w:color w:val="5D7284"/>
          <w:sz w:val="22"/>
        </w:rPr>
        <w:t>22:29</w:t>
      </w:r>
    </w:p>
    <w:p>
      <w:pPr>
        <w:spacing w:after="0"/>
      </w:pPr>
      <w:r>
        <w:rPr>
          <w:rFonts w:ascii="Arial" w:hAnsi="Arial"/>
          <w:sz w:val="22"/>
        </w:rPr>
        <w:t xml:space="preserve"> I do. I definitely, you know, something that I'm conscious of that I want to reflect diverse disabilities and diverse cultures and ethnicities and an experiences generally. you know, because I think that that is so important and like, you know, the people who are the most interesting people quite often other people who have experiences that different to yours. But let's, let's jump ahead a few episodes. And I've got a clip that I'd like to put in here. That sort of, I think shows a little bit about that. That disabled community and that feeling like part of of a group who see you and understand you.</w:t>
      </w:r>
    </w:p>
    <w:p>
      <w:pPr>
        <w:spacing w:after="0"/>
      </w:pPr>
    </w:p>
    <w:p>
      <w:pPr>
        <w:spacing w:after="0"/>
      </w:pPr>
      <w:r>
        <w:rPr>
          <w:rFonts w:ascii="Arial" w:hAnsi="Arial"/>
          <w:b/>
          <w:sz w:val="22"/>
        </w:rPr>
        <w:t xml:space="preserve">Lucy  </w:t>
      </w:r>
      <w:r>
        <w:rPr>
          <w:rFonts w:ascii="Arial" w:hAnsi="Arial"/>
          <w:color w:val="5D7284"/>
          <w:sz w:val="22"/>
        </w:rPr>
        <w:t>23:15</w:t>
      </w:r>
    </w:p>
    <w:p>
      <w:pPr>
        <w:spacing w:after="0"/>
      </w:pPr>
      <w:r>
        <w:rPr>
          <w:rFonts w:ascii="Arial" w:hAnsi="Arial"/>
          <w:sz w:val="22"/>
        </w:rPr>
        <w:t>want to this podcast wouldn't exist if it wasn't for the internet. you know, me and Alice met over the internet we didn't meet for how long was it a year was it?</w:t>
      </w:r>
    </w:p>
    <w:p>
      <w:pPr>
        <w:spacing w:after="0"/>
      </w:pPr>
    </w:p>
    <w:p>
      <w:pPr>
        <w:spacing w:after="0"/>
      </w:pPr>
      <w:r>
        <w:rPr>
          <w:rFonts w:ascii="Arial" w:hAnsi="Arial"/>
          <w:b/>
          <w:sz w:val="22"/>
        </w:rPr>
        <w:t xml:space="preserve">Alice  </w:t>
      </w:r>
      <w:r>
        <w:rPr>
          <w:rFonts w:ascii="Arial" w:hAnsi="Arial"/>
          <w:color w:val="5D7284"/>
          <w:sz w:val="22"/>
        </w:rPr>
        <w:t>23:25</w:t>
      </w:r>
    </w:p>
    <w:p>
      <w:pPr>
        <w:spacing w:after="0"/>
      </w:pPr>
      <w:r>
        <w:rPr>
          <w:rFonts w:ascii="Arial" w:hAnsi="Arial"/>
          <w:sz w:val="22"/>
        </w:rPr>
        <w:t>Yeah, I think 18 months</w:t>
      </w:r>
    </w:p>
    <w:p>
      <w:pPr>
        <w:spacing w:after="0"/>
      </w:pPr>
    </w:p>
    <w:p>
      <w:pPr>
        <w:spacing w:after="0"/>
      </w:pPr>
      <w:r>
        <w:rPr>
          <w:rFonts w:ascii="Arial" w:hAnsi="Arial"/>
          <w:b/>
          <w:sz w:val="22"/>
        </w:rPr>
        <w:t xml:space="preserve">Lucy  </w:t>
      </w:r>
      <w:r>
        <w:rPr>
          <w:rFonts w:ascii="Arial" w:hAnsi="Arial"/>
          <w:color w:val="5D7284"/>
          <w:sz w:val="22"/>
        </w:rPr>
        <w:t>23:27</w:t>
      </w:r>
    </w:p>
    <w:p>
      <w:pPr>
        <w:spacing w:after="0"/>
      </w:pPr>
      <w:r>
        <w:rPr>
          <w:rFonts w:ascii="Arial" w:hAnsi="Arial"/>
          <w:sz w:val="22"/>
        </w:rPr>
        <w:t>yeah, we didn't meet for for a long time in person. Until we were well as you know, sort of well established almost. And but this podcast and Alice's friendship brings me so much joy and all right, we don't get to see each other very often in person but we are we talked her near enough every day. I talked to Alice more than I talked to anybody. I think Alice will say the same we are we are in Constant Contact all the time, which I'm sure must do Alice's head and it doesn't do minute because Alice has to put up with me. But yeah, it's something that brings me so much joy to can't because we're not necessarily always talking about oh, this hurts. This hurts. This hurts. We are our friendship consists we are two disabled people. But our friendship is not necessarily it doesn't revolve around disabilities per se, does it? do you see what I'm trying to get?</w:t>
      </w:r>
    </w:p>
    <w:p>
      <w:pPr>
        <w:spacing w:after="0"/>
      </w:pPr>
    </w:p>
    <w:p>
      <w:pPr>
        <w:spacing w:after="0"/>
      </w:pPr>
      <w:r>
        <w:rPr>
          <w:rFonts w:ascii="Arial" w:hAnsi="Arial"/>
          <w:b/>
          <w:sz w:val="22"/>
        </w:rPr>
        <w:t xml:space="preserve">Alice  </w:t>
      </w:r>
      <w:r>
        <w:rPr>
          <w:rFonts w:ascii="Arial" w:hAnsi="Arial"/>
          <w:color w:val="5D7284"/>
          <w:sz w:val="22"/>
        </w:rPr>
        <w:t>24:30</w:t>
      </w:r>
    </w:p>
    <w:p>
      <w:pPr>
        <w:spacing w:after="0"/>
      </w:pPr>
      <w:r>
        <w:rPr>
          <w:rFonts w:ascii="Arial" w:hAnsi="Arial"/>
          <w:sz w:val="22"/>
        </w:rPr>
        <w:t>Some of the best feedback we've had from listeners is them feeling like they're, they're listening to friends talking that for them like this, this? This podcast is</w:t>
      </w:r>
    </w:p>
    <w:p>
      <w:pPr>
        <w:spacing w:after="0"/>
      </w:pPr>
    </w:p>
    <w:p>
      <w:pPr>
        <w:spacing w:after="0"/>
      </w:pPr>
      <w:r>
        <w:rPr>
          <w:rFonts w:ascii="Arial" w:hAnsi="Arial"/>
          <w:b/>
          <w:sz w:val="22"/>
        </w:rPr>
        <w:t xml:space="preserve">Lucy  </w:t>
      </w:r>
      <w:r>
        <w:rPr>
          <w:rFonts w:ascii="Arial" w:hAnsi="Arial"/>
          <w:color w:val="5D7284"/>
          <w:sz w:val="22"/>
        </w:rPr>
        <w:t>24:45</w:t>
      </w:r>
    </w:p>
    <w:p>
      <w:pPr>
        <w:spacing w:after="0"/>
      </w:pPr>
      <w:r>
        <w:rPr>
          <w:rFonts w:ascii="Arial" w:hAnsi="Arial"/>
          <w:sz w:val="22"/>
        </w:rPr>
        <w:t>is a friendship group, isn't it?</w:t>
      </w:r>
    </w:p>
    <w:p>
      <w:pPr>
        <w:spacing w:after="0"/>
      </w:pPr>
    </w:p>
    <w:p>
      <w:pPr>
        <w:spacing w:after="0"/>
      </w:pPr>
      <w:r>
        <w:rPr>
          <w:rFonts w:ascii="Arial" w:hAnsi="Arial"/>
          <w:b/>
          <w:sz w:val="22"/>
        </w:rPr>
        <w:t xml:space="preserve">Alice  </w:t>
      </w:r>
      <w:r>
        <w:rPr>
          <w:rFonts w:ascii="Arial" w:hAnsi="Arial"/>
          <w:color w:val="5D7284"/>
          <w:sz w:val="22"/>
        </w:rPr>
        <w:t>24:47</w:t>
      </w:r>
    </w:p>
    <w:p>
      <w:pPr>
        <w:spacing w:after="0"/>
      </w:pPr>
      <w:r>
        <w:rPr>
          <w:rFonts w:ascii="Arial" w:hAnsi="Arial"/>
          <w:sz w:val="22"/>
        </w:rPr>
        <w:t>Yeah, it's not then listening to other disabled people talking about being disabled. And it's like going to like a lecture series.</w:t>
      </w:r>
    </w:p>
    <w:p>
      <w:pPr>
        <w:spacing w:after="0"/>
      </w:pPr>
    </w:p>
    <w:p>
      <w:pPr>
        <w:spacing w:after="0"/>
      </w:pPr>
      <w:r>
        <w:rPr>
          <w:rFonts w:ascii="Arial" w:hAnsi="Arial"/>
          <w:b/>
          <w:sz w:val="22"/>
        </w:rPr>
        <w:t xml:space="preserve">Arevya  </w:t>
      </w:r>
      <w:r>
        <w:rPr>
          <w:rFonts w:ascii="Arial" w:hAnsi="Arial"/>
          <w:color w:val="5D7284"/>
          <w:sz w:val="22"/>
        </w:rPr>
        <w:t>24:53</w:t>
      </w:r>
    </w:p>
    <w:p>
      <w:pPr>
        <w:spacing w:after="0"/>
      </w:pPr>
      <w:r>
        <w:rPr>
          <w:rFonts w:ascii="Arial" w:hAnsi="Arial"/>
          <w:sz w:val="22"/>
        </w:rPr>
        <w:t xml:space="preserve">There's no that is important as well.  </w:t>
      </w:r>
    </w:p>
    <w:p>
      <w:pPr>
        <w:spacing w:after="0"/>
      </w:pPr>
    </w:p>
    <w:p>
      <w:pPr>
        <w:spacing w:after="0"/>
      </w:pPr>
      <w:r>
        <w:rPr>
          <w:rFonts w:ascii="Arial" w:hAnsi="Arial"/>
          <w:b/>
          <w:sz w:val="22"/>
        </w:rPr>
        <w:t xml:space="preserve">Alice  </w:t>
      </w:r>
      <w:r>
        <w:rPr>
          <w:rFonts w:ascii="Arial" w:hAnsi="Arial"/>
          <w:color w:val="5D7284"/>
          <w:sz w:val="22"/>
        </w:rPr>
        <w:t>24:56</w:t>
      </w:r>
    </w:p>
    <w:p>
      <w:pPr>
        <w:spacing w:after="0"/>
      </w:pPr>
      <w:r>
        <w:rPr>
          <w:rFonts w:ascii="Arial" w:hAnsi="Arial"/>
          <w:sz w:val="22"/>
        </w:rPr>
        <w:t>Yeah. it gives you know, people who You know, if you're not even necessarily kind of talking to other people on the internet, you're listening to other people talking on the internet. And there is a connection there. So how about a left turn from serious quotes about finding your place and within the disabled community and talk about A, someone who was involved in this podcast, kind of, by proxy, who is no longer with us, but will always be remembered for the absolute batshit stories. Think I've told this, this story, too. I mean, probably everyone I've ever met. It's a really strange situation now to be in, in my current job, because I did not start it until after I had started working with my new guide dog, Dora. So everybody at work whenever they see Dora getting a little bit excited, and in fact, you never even met Lola Did you, you sort of see, I see, you see Dora getting a bit excited and being a bit playful, and you're like, Oh, she's so excitable, and I'm like, No, she's like a four on the scale of like, and if it's one to 10, Lola was like a 17. That dog was just just batshit is the only phrase I can use to describe. Mad a box of frogs and wonderful for it. So here's a here's a clip of a one of the stories that I tell all the time about Lola, when she decided she'd had had enough of being my guide dog for a little while, and she was just gonna go do something else for a bit. I had a Facebook memory the other day of my local shopping center. This was a couple of years ago now when you were allowed out in the world. And I stopped in my shopping center to get some cash out. And I accidentally dropped the harness, but I had been holding on to the lead while I used the cash machine. And I somehow accidentally dropped the lead while I was putting my cash away, and didn't notice straightaway until I put my cash away. And I sort of took a step back and went to pick up the harness. I was like, there's no dog</w:t>
      </w:r>
    </w:p>
    <w:p>
      <w:pPr>
        <w:spacing w:after="0"/>
      </w:pPr>
    </w:p>
    <w:p>
      <w:pPr>
        <w:spacing w:after="0"/>
      </w:pPr>
      <w:r>
        <w:rPr>
          <w:rFonts w:ascii="Arial" w:hAnsi="Arial"/>
          <w:b/>
          <w:sz w:val="22"/>
        </w:rPr>
        <w:t xml:space="preserve">Lucy  </w:t>
      </w:r>
      <w:r>
        <w:rPr>
          <w:rFonts w:ascii="Arial" w:hAnsi="Arial"/>
          <w:color w:val="5D7284"/>
          <w:sz w:val="22"/>
        </w:rPr>
        <w:t>27:21</w:t>
      </w:r>
    </w:p>
    <w:p>
      <w:pPr>
        <w:spacing w:after="0"/>
      </w:pPr>
      <w:r>
        <w:rPr>
          <w:rFonts w:ascii="Arial" w:hAnsi="Arial"/>
          <w:sz w:val="22"/>
        </w:rPr>
        <w:t>Oh no.</w:t>
      </w:r>
    </w:p>
    <w:p>
      <w:pPr>
        <w:spacing w:after="0"/>
      </w:pPr>
    </w:p>
    <w:p>
      <w:pPr>
        <w:spacing w:after="0"/>
      </w:pPr>
      <w:r>
        <w:rPr>
          <w:rFonts w:ascii="Arial" w:hAnsi="Arial"/>
          <w:b/>
          <w:sz w:val="22"/>
        </w:rPr>
        <w:t xml:space="preserve">Alice  </w:t>
      </w:r>
      <w:r>
        <w:rPr>
          <w:rFonts w:ascii="Arial" w:hAnsi="Arial"/>
          <w:color w:val="5D7284"/>
          <w:sz w:val="22"/>
        </w:rPr>
        <w:t>27:24</w:t>
      </w:r>
    </w:p>
    <w:p>
      <w:pPr>
        <w:spacing w:after="0"/>
      </w:pPr>
      <w:r>
        <w:rPr>
          <w:rFonts w:ascii="Arial" w:hAnsi="Arial"/>
          <w:sz w:val="22"/>
        </w:rPr>
        <w:t>I literally, I stood there and I just looked around and I went Lola, Lola I just started kind of going.</w:t>
      </w:r>
    </w:p>
    <w:p>
      <w:pPr>
        <w:spacing w:after="0"/>
      </w:pPr>
    </w:p>
    <w:p>
      <w:pPr>
        <w:spacing w:after="0"/>
      </w:pPr>
      <w:r>
        <w:rPr>
          <w:rFonts w:ascii="Arial" w:hAnsi="Arial"/>
          <w:color w:val="5D7284"/>
          <w:sz w:val="22"/>
        </w:rPr>
        <w:t>27:36</w:t>
      </w:r>
    </w:p>
    <w:p>
      <w:pPr>
        <w:spacing w:after="0"/>
      </w:pPr>
      <w:r>
        <w:rPr>
          <w:rFonts w:ascii="Arial" w:hAnsi="Arial"/>
          <w:sz w:val="22"/>
        </w:rPr>
        <w:t>And then And then I heard a child crying. Oh, I know where my dog is. And this very nice lady who was obviously out having a cup of coffee with her friend brought my dog over to me. I was like, is this your this is what you're looking for? And I was like, thank you. I'm so sorry. I don't know what happened. And she was like, she just came over and put her face in the face of this little kid that was in a pram, because they were eating something. She just went over to be like, Oh, what have you got can I have some?</w:t>
      </w:r>
    </w:p>
    <w:p>
      <w:pPr>
        <w:spacing w:after="0"/>
      </w:pPr>
    </w:p>
    <w:p>
      <w:pPr>
        <w:spacing w:after="0"/>
      </w:pPr>
      <w:r>
        <w:rPr>
          <w:rFonts w:ascii="Arial" w:hAnsi="Arial"/>
          <w:b/>
          <w:sz w:val="22"/>
        </w:rPr>
        <w:t xml:space="preserve">Alice  </w:t>
      </w:r>
      <w:r>
        <w:rPr>
          <w:rFonts w:ascii="Arial" w:hAnsi="Arial"/>
          <w:color w:val="5D7284"/>
          <w:sz w:val="22"/>
        </w:rPr>
        <w:t>28:19</w:t>
      </w:r>
    </w:p>
    <w:p>
      <w:pPr>
        <w:spacing w:after="0"/>
      </w:pPr>
      <w:r>
        <w:rPr>
          <w:rFonts w:ascii="Arial" w:hAnsi="Arial"/>
          <w:sz w:val="22"/>
        </w:rPr>
        <w:t>Now we're going to talk about someone who is very, very much still around and involved in the podcast and who I think Lucy and I sort of can't get enough of.</w:t>
      </w:r>
    </w:p>
    <w:p>
      <w:pPr>
        <w:spacing w:after="0"/>
      </w:pPr>
    </w:p>
    <w:p>
      <w:pPr>
        <w:spacing w:after="0"/>
      </w:pPr>
      <w:r>
        <w:rPr>
          <w:rFonts w:ascii="Arial" w:hAnsi="Arial"/>
          <w:b/>
          <w:sz w:val="22"/>
        </w:rPr>
        <w:t xml:space="preserve">Lucy  </w:t>
      </w:r>
      <w:r>
        <w:rPr>
          <w:rFonts w:ascii="Arial" w:hAnsi="Arial"/>
          <w:color w:val="5D7284"/>
          <w:sz w:val="22"/>
        </w:rPr>
        <w:t>28:30</w:t>
      </w:r>
    </w:p>
    <w:p>
      <w:pPr>
        <w:spacing w:after="0"/>
      </w:pPr>
      <w:r>
        <w:rPr>
          <w:rFonts w:ascii="Arial" w:hAnsi="Arial"/>
          <w:sz w:val="22"/>
        </w:rPr>
        <w:t>Yeah, we're big fans. Yes. Yes.</w:t>
      </w:r>
    </w:p>
    <w:p>
      <w:pPr>
        <w:spacing w:after="0"/>
      </w:pPr>
    </w:p>
    <w:p>
      <w:pPr>
        <w:spacing w:after="0"/>
      </w:pPr>
      <w:r>
        <w:rPr>
          <w:rFonts w:ascii="Arial" w:hAnsi="Arial"/>
          <w:b/>
          <w:sz w:val="22"/>
        </w:rPr>
        <w:t xml:space="preserve">Alice  </w:t>
      </w:r>
      <w:r>
        <w:rPr>
          <w:rFonts w:ascii="Arial" w:hAnsi="Arial"/>
          <w:color w:val="5D7284"/>
          <w:sz w:val="22"/>
        </w:rPr>
        <w:t>28:34</w:t>
      </w:r>
    </w:p>
    <w:p>
      <w:pPr>
        <w:spacing w:after="0"/>
      </w:pPr>
      <w:r>
        <w:rPr>
          <w:rFonts w:ascii="Arial" w:hAnsi="Arial"/>
          <w:sz w:val="22"/>
        </w:rPr>
        <w:t>So I mean, Lucy, Lucy was the one who pulled Daisy in and bullied them into joining our little podcast. I can remember you saying to me, Oh, I know. I know a person. They've got blue hair. I know. I've seen them on Twitter.</w:t>
      </w:r>
    </w:p>
    <w:p>
      <w:pPr>
        <w:spacing w:after="0"/>
      </w:pPr>
    </w:p>
    <w:p>
      <w:pPr>
        <w:spacing w:after="0"/>
      </w:pPr>
      <w:r>
        <w:rPr>
          <w:rFonts w:ascii="Arial" w:hAnsi="Arial"/>
          <w:b/>
          <w:sz w:val="22"/>
        </w:rPr>
        <w:t xml:space="preserve">Lucy  </w:t>
      </w:r>
      <w:r>
        <w:rPr>
          <w:rFonts w:ascii="Arial" w:hAnsi="Arial"/>
          <w:color w:val="5D7284"/>
          <w:sz w:val="22"/>
        </w:rPr>
        <w:t>28:49</w:t>
      </w:r>
    </w:p>
    <w:p>
      <w:pPr>
        <w:spacing w:after="0"/>
      </w:pPr>
      <w:r>
        <w:rPr>
          <w:rFonts w:ascii="Arial" w:hAnsi="Arial"/>
          <w:sz w:val="22"/>
        </w:rPr>
        <w:t>I didn't know their name. I don't know what their name is. But I'll search Twitter and find them. And I was just going through Twitter looking for person with blue hair. And then they there they were and I was like, hi, you don't know me? do you want to come on join our podcast, please. because I'm a really big fan of yours. And it was all downhill from there. Lo and behold, there they were.</w:t>
      </w:r>
    </w:p>
    <w:p>
      <w:pPr>
        <w:spacing w:after="0"/>
      </w:pPr>
    </w:p>
    <w:p>
      <w:pPr>
        <w:spacing w:after="0"/>
      </w:pPr>
      <w:r>
        <w:rPr>
          <w:rFonts w:ascii="Arial" w:hAnsi="Arial"/>
          <w:b/>
          <w:sz w:val="22"/>
        </w:rPr>
        <w:t xml:space="preserve">Alice  </w:t>
      </w:r>
      <w:r>
        <w:rPr>
          <w:rFonts w:ascii="Arial" w:hAnsi="Arial"/>
          <w:color w:val="5D7284"/>
          <w:sz w:val="22"/>
        </w:rPr>
        <w:t>29:13</w:t>
      </w:r>
    </w:p>
    <w:p>
      <w:pPr>
        <w:spacing w:after="0"/>
      </w:pPr>
      <w:r>
        <w:rPr>
          <w:rFonts w:ascii="Arial" w:hAnsi="Arial"/>
          <w:sz w:val="22"/>
        </w:rPr>
        <w:t>I was gonna say, if you haven't worked out who we are talking about. it is of course the wonderful disability historian Daisy holder. Who Daisy, who we love so much we do.</w:t>
      </w:r>
    </w:p>
    <w:p>
      <w:pPr>
        <w:spacing w:after="0"/>
      </w:pPr>
    </w:p>
    <w:p>
      <w:pPr>
        <w:spacing w:after="0"/>
      </w:pPr>
      <w:r>
        <w:rPr>
          <w:rFonts w:ascii="Arial" w:hAnsi="Arial"/>
          <w:b/>
          <w:sz w:val="22"/>
        </w:rPr>
        <w:t xml:space="preserve">Lucy  </w:t>
      </w:r>
      <w:r>
        <w:rPr>
          <w:rFonts w:ascii="Arial" w:hAnsi="Arial"/>
          <w:color w:val="5D7284"/>
          <w:sz w:val="22"/>
        </w:rPr>
        <w:t>29:29</w:t>
      </w:r>
    </w:p>
    <w:p>
      <w:pPr>
        <w:spacing w:after="0"/>
      </w:pPr>
      <w:r>
        <w:rPr>
          <w:rFonts w:ascii="Arial" w:hAnsi="Arial"/>
          <w:sz w:val="22"/>
        </w:rPr>
        <w:t>And I hope they would say the same thing about us. Yeah, it's it's, I think Daisy brings a whole new level to our history episodes. We tried a history lesson episode between the two of us and we were like we think this is what happened. We think this. We think we think this is what the situation was. And at the end of the episode, I was like, do we need like a professional,</w:t>
      </w:r>
    </w:p>
    <w:p>
      <w:pPr>
        <w:spacing w:after="0"/>
      </w:pPr>
    </w:p>
    <w:p>
      <w:pPr>
        <w:spacing w:after="0"/>
      </w:pPr>
      <w:r>
        <w:rPr>
          <w:rFonts w:ascii="Arial" w:hAnsi="Arial"/>
          <w:b/>
          <w:sz w:val="22"/>
        </w:rPr>
        <w:t xml:space="preserve">Alice  </w:t>
      </w:r>
      <w:r>
        <w:rPr>
          <w:rFonts w:ascii="Arial" w:hAnsi="Arial"/>
          <w:color w:val="5D7284"/>
          <w:sz w:val="22"/>
        </w:rPr>
        <w:t>29:55</w:t>
      </w:r>
    </w:p>
    <w:p>
      <w:pPr>
        <w:spacing w:after="0"/>
      </w:pPr>
      <w:r>
        <w:rPr>
          <w:rFonts w:ascii="Arial" w:hAnsi="Arial"/>
          <w:sz w:val="22"/>
        </w:rPr>
        <w:t>someone who knows what they're talking about who can do actual research and</w:t>
      </w:r>
    </w:p>
    <w:p>
      <w:pPr>
        <w:spacing w:after="0"/>
      </w:pPr>
    </w:p>
    <w:p>
      <w:pPr>
        <w:spacing w:after="0"/>
      </w:pPr>
      <w:r>
        <w:rPr>
          <w:rFonts w:ascii="Arial" w:hAnsi="Arial"/>
          <w:b/>
          <w:sz w:val="22"/>
        </w:rPr>
        <w:t xml:space="preserve">Lucy  </w:t>
      </w:r>
      <w:r>
        <w:rPr>
          <w:rFonts w:ascii="Arial" w:hAnsi="Arial"/>
          <w:color w:val="5D7284"/>
          <w:sz w:val="22"/>
        </w:rPr>
        <w:t>29:59</w:t>
      </w:r>
    </w:p>
    <w:p>
      <w:pPr>
        <w:spacing w:after="0"/>
      </w:pPr>
      <w:r>
        <w:rPr>
          <w:rFonts w:ascii="Arial" w:hAnsi="Arial"/>
          <w:sz w:val="22"/>
        </w:rPr>
        <w:t>yeah, And incomes Daisy.</w:t>
      </w:r>
    </w:p>
    <w:p>
      <w:pPr>
        <w:spacing w:after="0"/>
      </w:pPr>
    </w:p>
    <w:p>
      <w:pPr>
        <w:spacing w:after="0"/>
      </w:pPr>
      <w:r>
        <w:rPr>
          <w:rFonts w:ascii="Arial" w:hAnsi="Arial"/>
          <w:b/>
          <w:sz w:val="22"/>
        </w:rPr>
        <w:t xml:space="preserve">Alice  </w:t>
      </w:r>
      <w:r>
        <w:rPr>
          <w:rFonts w:ascii="Arial" w:hAnsi="Arial"/>
          <w:color w:val="5D7284"/>
          <w:sz w:val="22"/>
        </w:rPr>
        <w:t>30:05</w:t>
      </w:r>
    </w:p>
    <w:p>
      <w:pPr>
        <w:spacing w:after="0"/>
      </w:pPr>
      <w:r>
        <w:rPr>
          <w:rFonts w:ascii="Arial" w:hAnsi="Arial"/>
          <w:sz w:val="22"/>
        </w:rPr>
        <w:t xml:space="preserve">And they've they've definitely taught us stuff like there is this first clip that we're gonna share is is Daisy just immediately showing us up with their like, hey, I know about disability history just right out of the bat just pulling it out of their ass without even thinking about it whereas me and Lucy like ground ourselves into the dirt trying to research. </w:t>
      </w:r>
    </w:p>
    <w:p>
      <w:pPr>
        <w:spacing w:after="0"/>
      </w:pPr>
    </w:p>
    <w:p>
      <w:pPr>
        <w:spacing w:after="0"/>
      </w:pPr>
      <w:r>
        <w:rPr>
          <w:rFonts w:ascii="Arial" w:hAnsi="Arial"/>
          <w:b/>
          <w:sz w:val="22"/>
        </w:rPr>
        <w:t xml:space="preserve">Lucy  </w:t>
      </w:r>
      <w:r>
        <w:rPr>
          <w:rFonts w:ascii="Arial" w:hAnsi="Arial"/>
          <w:color w:val="5D7284"/>
          <w:sz w:val="22"/>
        </w:rPr>
        <w:t>30:28</w:t>
      </w:r>
    </w:p>
    <w:p>
      <w:pPr>
        <w:spacing w:after="0"/>
      </w:pPr>
      <w:r>
        <w:rPr>
          <w:rFonts w:ascii="Arial" w:hAnsi="Arial"/>
          <w:sz w:val="22"/>
        </w:rPr>
        <w:t>This is why they have a job. Yeah. And this, this quote has stuck with me. First thing they taught us. And it's the thing that I always mentioned to people in the pub or you know, whenever</w:t>
      </w:r>
    </w:p>
    <w:p>
      <w:pPr>
        <w:spacing w:after="0"/>
      </w:pPr>
    </w:p>
    <w:p>
      <w:pPr>
        <w:spacing w:after="0"/>
      </w:pPr>
      <w:r>
        <w:rPr>
          <w:rFonts w:ascii="Arial" w:hAnsi="Arial"/>
          <w:b/>
          <w:sz w:val="22"/>
        </w:rPr>
        <w:t xml:space="preserve">Alice  </w:t>
      </w:r>
      <w:r>
        <w:rPr>
          <w:rFonts w:ascii="Arial" w:hAnsi="Arial"/>
          <w:color w:val="5D7284"/>
          <w:sz w:val="22"/>
        </w:rPr>
        <w:t>30:44</w:t>
      </w:r>
    </w:p>
    <w:p>
      <w:pPr>
        <w:spacing w:after="0"/>
      </w:pPr>
      <w:r>
        <w:rPr>
          <w:rFonts w:ascii="Arial" w:hAnsi="Arial"/>
          <w:sz w:val="22"/>
        </w:rPr>
        <w:t>it makes me feel very vindicated in my sort of socialist left wing, anti capitalist self of being like it was the Industrial Revolution all along,</w:t>
      </w:r>
    </w:p>
    <w:p>
      <w:pPr>
        <w:spacing w:after="0"/>
      </w:pPr>
    </w:p>
    <w:p>
      <w:pPr>
        <w:spacing w:after="0"/>
      </w:pPr>
      <w:r>
        <w:rPr>
          <w:rFonts w:ascii="Arial" w:hAnsi="Arial"/>
          <w:b/>
          <w:sz w:val="22"/>
        </w:rPr>
        <w:t xml:space="preserve">Lucy  </w:t>
      </w:r>
      <w:r>
        <w:rPr>
          <w:rFonts w:ascii="Arial" w:hAnsi="Arial"/>
          <w:color w:val="5D7284"/>
          <w:sz w:val="22"/>
        </w:rPr>
        <w:t>30:55</w:t>
      </w:r>
    </w:p>
    <w:p>
      <w:pPr>
        <w:spacing w:after="0"/>
      </w:pPr>
      <w:r>
        <w:rPr>
          <w:rFonts w:ascii="Arial" w:hAnsi="Arial"/>
          <w:sz w:val="22"/>
        </w:rPr>
        <w:t>it was all Victorians fault. Yeah, so this is the thing that stuck with me, first and foremost, and then what grew from there, I think, has been a very beautiful and valuable friendship to both Alice and I. So let's have a listen, shall we?</w:t>
      </w:r>
    </w:p>
    <w:p>
      <w:pPr>
        <w:spacing w:after="0"/>
      </w:pPr>
    </w:p>
    <w:p>
      <w:pPr>
        <w:spacing w:after="0"/>
      </w:pPr>
      <w:r>
        <w:rPr>
          <w:rFonts w:ascii="Arial" w:hAnsi="Arial"/>
          <w:b/>
          <w:sz w:val="22"/>
        </w:rPr>
        <w:t xml:space="preserve">Daisy  </w:t>
      </w:r>
      <w:r>
        <w:rPr>
          <w:rFonts w:ascii="Arial" w:hAnsi="Arial"/>
          <w:color w:val="5D7284"/>
          <w:sz w:val="22"/>
        </w:rPr>
        <w:t>31:13</w:t>
      </w:r>
    </w:p>
    <w:p>
      <w:pPr>
        <w:spacing w:after="0"/>
      </w:pPr>
      <w:r>
        <w:rPr>
          <w:rFonts w:ascii="Arial" w:hAnsi="Arial"/>
          <w:sz w:val="22"/>
        </w:rPr>
        <w:t>So the thing that tends to surprise people about disability history is, people do kind of have have this assumption, that it's always been really terrible. you know, we've always been treated badly shut away in a box and all of that, and it was, you know, only recently that it's starting to get better. And so, you know, you should be grateful to live in a time like now, rather than at a time back in history. you know, I don't know if you've heard similar things. But you know, I've seen that quite a few times. But you shouldn't be, you know, protesting and angry about this now, think how much worse it would have been back then. And there are certainly points when it is, it has been bad, but not, it's a much more recent thing. you know, locking away disabled people that you know, work houses or, you know, this kind of idea that they're a drain on society, or a burden or anything that is much more recent than people think. Really. Yeah, so, as we know, it's kind of, you know, health care, medical care, you know, workplace safety, all of that wasn't a thing. for a really, really long time. Yeah. So, disability and chronic illness was much more common. Yeah, it wasn't, it wasn't, you know, it was just something that happened to people. if you didn't die very young, from something, you'll be left with a disability. And that was fine. it was just, it was just a normal thing. Yeah. you know, it was often a group responsibility to help out with anyone who was disabled, but that was the same for everybody. Yeah, it was, you know, anybody who was sick or, you know, had been injured, or whether it was longer term, you know, it was, you know, say with arms and, you know, given to churches and, you know, the churches would look after people, it was only really the sort of Industrial Revolution, when all of a sudden, the only thing that mattered was how, how quickly and how many times you were able to do the same task.</w:t>
      </w:r>
    </w:p>
    <w:p>
      <w:pPr>
        <w:spacing w:after="0"/>
      </w:pPr>
    </w:p>
    <w:p>
      <w:pPr>
        <w:spacing w:after="0"/>
      </w:pPr>
      <w:r>
        <w:rPr>
          <w:rFonts w:ascii="Arial" w:hAnsi="Arial"/>
          <w:b/>
          <w:sz w:val="22"/>
        </w:rPr>
        <w:t xml:space="preserve">Lucy  </w:t>
      </w:r>
      <w:r>
        <w:rPr>
          <w:rFonts w:ascii="Arial" w:hAnsi="Arial"/>
          <w:color w:val="5D7284"/>
          <w:sz w:val="22"/>
        </w:rPr>
        <w:t>33:31</w:t>
      </w:r>
    </w:p>
    <w:p>
      <w:pPr>
        <w:spacing w:after="0"/>
      </w:pPr>
      <w:r>
        <w:rPr>
          <w:rFonts w:ascii="Arial" w:hAnsi="Arial"/>
          <w:sz w:val="22"/>
        </w:rPr>
        <w:t>So you see, beautiful and valuable. But Daisy, Daisy, is I have to admit a very bad influence on me. Daisy has realized how easy it is to make me laugh. And now does it on purpose. Daisy, if you're listening, you know it's true.</w:t>
      </w:r>
    </w:p>
    <w:p>
      <w:pPr>
        <w:spacing w:after="0"/>
      </w:pPr>
    </w:p>
    <w:p>
      <w:pPr>
        <w:spacing w:after="0"/>
      </w:pPr>
      <w:r>
        <w:rPr>
          <w:rFonts w:ascii="Arial" w:hAnsi="Arial"/>
          <w:b/>
          <w:sz w:val="22"/>
        </w:rPr>
        <w:t xml:space="preserve">Alice  </w:t>
      </w:r>
      <w:r>
        <w:rPr>
          <w:rFonts w:ascii="Arial" w:hAnsi="Arial"/>
          <w:color w:val="5D7284"/>
          <w:sz w:val="22"/>
        </w:rPr>
        <w:t>33:52</w:t>
      </w:r>
    </w:p>
    <w:p>
      <w:pPr>
        <w:spacing w:after="0"/>
      </w:pPr>
      <w:r>
        <w:rPr>
          <w:rFonts w:ascii="Arial" w:hAnsi="Arial"/>
          <w:sz w:val="22"/>
        </w:rPr>
        <w:t xml:space="preserve">Definitely, A, Level of just you just never know what's going to happen in a history lesson. because although Daisy prepares, I think, I think for one, there is no prep, there is no level of preparation that can truly prepare you for Alice and Lucy, then I think there is also a there is no level of preparation that can truly prepare you for Daisy. </w:t>
      </w:r>
    </w:p>
    <w:p>
      <w:pPr>
        <w:spacing w:after="0"/>
      </w:pPr>
    </w:p>
    <w:p>
      <w:pPr>
        <w:spacing w:after="0"/>
      </w:pPr>
      <w:r>
        <w:rPr>
          <w:rFonts w:ascii="Arial" w:hAnsi="Arial"/>
          <w:b/>
          <w:sz w:val="22"/>
        </w:rPr>
        <w:t xml:space="preserve">Lucy  </w:t>
      </w:r>
      <w:r>
        <w:rPr>
          <w:rFonts w:ascii="Arial" w:hAnsi="Arial"/>
          <w:color w:val="5D7284"/>
          <w:sz w:val="22"/>
        </w:rPr>
        <w:t>34:19</w:t>
      </w:r>
    </w:p>
    <w:p>
      <w:pPr>
        <w:spacing w:after="0"/>
      </w:pPr>
      <w:r>
        <w:rPr>
          <w:rFonts w:ascii="Arial" w:hAnsi="Arial"/>
          <w:sz w:val="22"/>
        </w:rPr>
        <w:t>No and also as well, we do tend to ask stupid questions like what color sock was Nelson wearing when he boarded the ship? Wednesday, the 14th of March, that kind of thing. And data I don't know what you want me to it? I don't I don't know. Green. I don't know. But yeah Daisy will make me laugh on purpose where especially when I'm trying to like make a point you will make me laugh. And then she just goes above and beyond and goes I didn't think this could get any more chaotic but here we go.  I mean, you do ask very questions that I would not have thought of.</w:t>
      </w:r>
    </w:p>
    <w:p>
      <w:pPr>
        <w:spacing w:after="0"/>
      </w:pPr>
    </w:p>
    <w:p>
      <w:pPr>
        <w:spacing w:after="0"/>
      </w:pPr>
      <w:r>
        <w:rPr>
          <w:rFonts w:ascii="Arial" w:hAnsi="Arial"/>
          <w:b/>
          <w:sz w:val="22"/>
        </w:rPr>
        <w:t xml:space="preserve">Alice  </w:t>
      </w:r>
      <w:r>
        <w:rPr>
          <w:rFonts w:ascii="Arial" w:hAnsi="Arial"/>
          <w:color w:val="5D7284"/>
          <w:sz w:val="22"/>
        </w:rPr>
        <w:t>35:09</w:t>
      </w:r>
    </w:p>
    <w:p>
      <w:pPr>
        <w:spacing w:after="0"/>
      </w:pPr>
      <w:r>
        <w:rPr>
          <w:rFonts w:ascii="Arial" w:hAnsi="Arial"/>
          <w:sz w:val="22"/>
        </w:rPr>
        <w:t>The nice way of saying Daisy is like, I don't know what's going on in your head.</w:t>
      </w:r>
    </w:p>
    <w:p>
      <w:pPr>
        <w:spacing w:after="0"/>
      </w:pPr>
    </w:p>
    <w:p>
      <w:pPr>
        <w:spacing w:after="0"/>
      </w:pPr>
      <w:r>
        <w:rPr>
          <w:rFonts w:ascii="Arial" w:hAnsi="Arial"/>
          <w:b/>
          <w:sz w:val="22"/>
        </w:rPr>
        <w:t xml:space="preserve">Daisy  </w:t>
      </w:r>
      <w:r>
        <w:rPr>
          <w:rFonts w:ascii="Arial" w:hAnsi="Arial"/>
          <w:color w:val="5D7284"/>
          <w:sz w:val="22"/>
        </w:rPr>
        <w:t>35:13</w:t>
      </w:r>
    </w:p>
    <w:p>
      <w:pPr>
        <w:spacing w:after="0"/>
      </w:pPr>
      <w:r>
        <w:rPr>
          <w:rFonts w:ascii="Arial" w:hAnsi="Arial"/>
          <w:sz w:val="22"/>
        </w:rPr>
        <w:t>Oh, what was that? 18th century guy's favorite animal? Well, you I'm sure there is an answer. What do you want me to do about it.</w:t>
      </w:r>
    </w:p>
    <w:p>
      <w:pPr>
        <w:spacing w:after="0"/>
      </w:pPr>
    </w:p>
    <w:p>
      <w:pPr>
        <w:spacing w:after="0"/>
      </w:pPr>
      <w:r>
        <w:rPr>
          <w:rFonts w:ascii="Arial" w:hAnsi="Arial"/>
          <w:b/>
          <w:sz w:val="22"/>
        </w:rPr>
        <w:t xml:space="preserve">Alice  </w:t>
      </w:r>
      <w:r>
        <w:rPr>
          <w:rFonts w:ascii="Arial" w:hAnsi="Arial"/>
          <w:color w:val="5D7284"/>
          <w:sz w:val="22"/>
        </w:rPr>
        <w:t>35:28</w:t>
      </w:r>
    </w:p>
    <w:p>
      <w:pPr>
        <w:spacing w:after="0"/>
      </w:pPr>
      <w:r>
        <w:rPr>
          <w:rFonts w:ascii="Arial" w:hAnsi="Arial"/>
          <w:sz w:val="22"/>
        </w:rPr>
        <w:t xml:space="preserve">But amid a mist amidst all of that chaos, Daisy's also told us about some incredible people, this person is probably still the most one of the most incredible people I've ever heard of they, this quote, still makes the hairs on the back of my neck stand up. I think it needs no introduction. But if you haven't listened to the first episode in our disability Pride series, or LGBTQ pride series, I should say, where Daisy tells us all about the I keep saying incredible, but there's really no other word for her. Audrey Lord, this this was a quote that Daisy read to us from Audrey, that she wrote later in life about her intersectional identity and, and what it means to her to be a black disabled, gay woman. And Lucy says she still wants it on a poster on our bedroom wall, I think I want it tattooed across my back for all to see, it's, it's amazing. </w:t>
      </w:r>
    </w:p>
    <w:p>
      <w:pPr>
        <w:spacing w:after="0"/>
      </w:pPr>
    </w:p>
    <w:p>
      <w:pPr>
        <w:spacing w:after="0"/>
      </w:pPr>
      <w:r>
        <w:rPr>
          <w:rFonts w:ascii="Arial" w:hAnsi="Arial"/>
          <w:b/>
          <w:sz w:val="22"/>
        </w:rPr>
        <w:t xml:space="preserve">Daisy  </w:t>
      </w:r>
      <w:r>
        <w:rPr>
          <w:rFonts w:ascii="Arial" w:hAnsi="Arial"/>
          <w:color w:val="5D7284"/>
          <w:sz w:val="22"/>
        </w:rPr>
        <w:t>36:40</w:t>
      </w:r>
    </w:p>
    <w:p>
      <w:pPr>
        <w:spacing w:after="0"/>
      </w:pPr>
      <w:r>
        <w:rPr>
          <w:rFonts w:ascii="Arial" w:hAnsi="Arial"/>
          <w:sz w:val="22"/>
        </w:rPr>
        <w:t>She said, if I didn't define myself for myself, I would be crunched into other people's fantasies. And eaten alive.</w:t>
      </w:r>
    </w:p>
    <w:p>
      <w:pPr>
        <w:spacing w:after="0"/>
      </w:pPr>
    </w:p>
    <w:p>
      <w:pPr>
        <w:spacing w:after="0"/>
      </w:pPr>
      <w:r>
        <w:rPr>
          <w:rFonts w:ascii="Arial" w:hAnsi="Arial"/>
          <w:b/>
          <w:sz w:val="22"/>
        </w:rPr>
        <w:t xml:space="preserve">Lucy  </w:t>
      </w:r>
      <w:r>
        <w:rPr>
          <w:rFonts w:ascii="Arial" w:hAnsi="Arial"/>
          <w:color w:val="5D7284"/>
          <w:sz w:val="22"/>
        </w:rPr>
        <w:t>36:48</w:t>
      </w:r>
    </w:p>
    <w:p>
      <w:pPr>
        <w:spacing w:after="0"/>
      </w:pPr>
      <w:r>
        <w:rPr>
          <w:rFonts w:ascii="Arial" w:hAnsi="Arial"/>
          <w:sz w:val="22"/>
        </w:rPr>
        <w:t>So there you have it. That's our disability has done Daisy holder, who we love dearly. And, and I both love history. it was one of the things that brought us together as, as friends, I think I think it was one of them. Absolutely. We've gone over it. We went Oh, that's cool. We listened to the same podcast. But if you are looking for us as a History podcast, you've come to the wrong place. But we still absolutely love, they are some of our favorite episodes.</w:t>
      </w:r>
    </w:p>
    <w:p>
      <w:pPr>
        <w:spacing w:after="0"/>
      </w:pPr>
    </w:p>
    <w:p>
      <w:pPr>
        <w:spacing w:after="0"/>
      </w:pPr>
      <w:r>
        <w:rPr>
          <w:rFonts w:ascii="Arial" w:hAnsi="Arial"/>
          <w:b/>
          <w:sz w:val="22"/>
        </w:rPr>
        <w:t xml:space="preserve">Alice  </w:t>
      </w:r>
      <w:r>
        <w:rPr>
          <w:rFonts w:ascii="Arial" w:hAnsi="Arial"/>
          <w:color w:val="5D7284"/>
          <w:sz w:val="22"/>
        </w:rPr>
        <w:t>37:23</w:t>
      </w:r>
    </w:p>
    <w:p>
      <w:pPr>
        <w:spacing w:after="0"/>
      </w:pPr>
      <w:r>
        <w:rPr>
          <w:rFonts w:ascii="Arial" w:hAnsi="Arial"/>
          <w:sz w:val="22"/>
        </w:rPr>
        <w:t>I think some of our best episodes are history.</w:t>
      </w:r>
    </w:p>
    <w:p>
      <w:pPr>
        <w:spacing w:after="0"/>
      </w:pPr>
    </w:p>
    <w:p>
      <w:pPr>
        <w:spacing w:after="0"/>
      </w:pPr>
      <w:r>
        <w:rPr>
          <w:rFonts w:ascii="Arial" w:hAnsi="Arial"/>
          <w:b/>
          <w:sz w:val="22"/>
        </w:rPr>
        <w:t xml:space="preserve">Lucy  </w:t>
      </w:r>
      <w:r>
        <w:rPr>
          <w:rFonts w:ascii="Arial" w:hAnsi="Arial"/>
          <w:color w:val="5D7284"/>
          <w:sz w:val="22"/>
        </w:rPr>
        <w:t>37:26</w:t>
      </w:r>
    </w:p>
    <w:p>
      <w:pPr>
        <w:spacing w:after="0"/>
      </w:pPr>
      <w:r>
        <w:rPr>
          <w:rFonts w:ascii="Arial" w:hAnsi="Arial"/>
          <w:sz w:val="22"/>
        </w:rPr>
        <w:t>Daisy brings their own energy to these episodes that could sort of give us a kick up the ass and go strap yours elves in Come here jump in Lucy as you coming or what like.</w:t>
      </w:r>
    </w:p>
    <w:p>
      <w:pPr>
        <w:spacing w:after="0"/>
      </w:pPr>
    </w:p>
    <w:p>
      <w:pPr>
        <w:spacing w:after="0"/>
      </w:pPr>
      <w:r>
        <w:rPr>
          <w:rFonts w:ascii="Arial" w:hAnsi="Arial"/>
          <w:b/>
          <w:sz w:val="22"/>
        </w:rPr>
        <w:t xml:space="preserve">Alice  </w:t>
      </w:r>
      <w:r>
        <w:rPr>
          <w:rFonts w:ascii="Arial" w:hAnsi="Arial"/>
          <w:color w:val="5D7284"/>
          <w:sz w:val="22"/>
        </w:rPr>
        <w:t>37:39</w:t>
      </w:r>
    </w:p>
    <w:p>
      <w:pPr>
        <w:spacing w:after="0"/>
      </w:pPr>
      <w:r>
        <w:rPr>
          <w:rFonts w:ascii="Arial" w:hAnsi="Arial"/>
          <w:sz w:val="22"/>
        </w:rPr>
        <w:t xml:space="preserve">So as much as as we love history, if we wanted to have some disability history episodes, they're not just disability history. as I think Daisy makes, it's made quite clear in this this next clip. We've offended everybody possible. </w:t>
      </w:r>
    </w:p>
    <w:p>
      <w:pPr>
        <w:spacing w:after="0"/>
      </w:pPr>
    </w:p>
    <w:p>
      <w:pPr>
        <w:spacing w:after="0"/>
      </w:pPr>
      <w:r>
        <w:rPr>
          <w:rFonts w:ascii="Arial" w:hAnsi="Arial"/>
          <w:b/>
          <w:sz w:val="22"/>
        </w:rPr>
        <w:t xml:space="preserve">Lucy  </w:t>
      </w:r>
      <w:r>
        <w:rPr>
          <w:rFonts w:ascii="Arial" w:hAnsi="Arial"/>
          <w:color w:val="5D7284"/>
          <w:sz w:val="22"/>
        </w:rPr>
        <w:t>37:57</w:t>
      </w:r>
    </w:p>
    <w:p>
      <w:pPr>
        <w:spacing w:after="0"/>
      </w:pPr>
      <w:r>
        <w:rPr>
          <w:rFonts w:ascii="Arial" w:hAnsi="Arial"/>
          <w:sz w:val="22"/>
        </w:rPr>
        <w:t>And  I'm also really sorry about the people who have genuinely tuned into this episode to find out about history. Yeah,</w:t>
      </w:r>
    </w:p>
    <w:p>
      <w:pPr>
        <w:spacing w:after="0"/>
      </w:pPr>
    </w:p>
    <w:p>
      <w:pPr>
        <w:spacing w:after="0"/>
      </w:pPr>
      <w:r>
        <w:rPr>
          <w:rFonts w:ascii="Arial" w:hAnsi="Arial"/>
          <w:b/>
          <w:sz w:val="22"/>
        </w:rPr>
        <w:t xml:space="preserve">Alice  </w:t>
      </w:r>
      <w:r>
        <w:rPr>
          <w:rFonts w:ascii="Arial" w:hAnsi="Arial"/>
          <w:color w:val="5D7284"/>
          <w:sz w:val="22"/>
        </w:rPr>
        <w:t>38:06</w:t>
      </w:r>
    </w:p>
    <w:p>
      <w:pPr>
        <w:spacing w:after="0"/>
      </w:pPr>
      <w:r>
        <w:rPr>
          <w:rFonts w:ascii="Arial" w:hAnsi="Arial"/>
          <w:sz w:val="22"/>
        </w:rPr>
        <w:t>yeah, you're listening to the wrong podcast.</w:t>
      </w:r>
    </w:p>
    <w:p>
      <w:pPr>
        <w:spacing w:after="0"/>
      </w:pPr>
    </w:p>
    <w:p>
      <w:pPr>
        <w:spacing w:after="0"/>
      </w:pPr>
      <w:r>
        <w:rPr>
          <w:rFonts w:ascii="Arial" w:hAnsi="Arial"/>
          <w:b/>
          <w:sz w:val="22"/>
        </w:rPr>
        <w:t xml:space="preserve">Lucy  </w:t>
      </w:r>
      <w:r>
        <w:rPr>
          <w:rFonts w:ascii="Arial" w:hAnsi="Arial"/>
          <w:color w:val="5D7284"/>
          <w:sz w:val="22"/>
        </w:rPr>
        <w:t>38:10</w:t>
      </w:r>
    </w:p>
    <w:p>
      <w:pPr>
        <w:spacing w:after="0"/>
      </w:pPr>
      <w:r>
        <w:rPr>
          <w:rFonts w:ascii="Arial" w:hAnsi="Arial"/>
          <w:sz w:val="22"/>
        </w:rPr>
        <w:t>One of the other joint interests loves I don't know, what we'd call it is for both Alice and I, is the fact that we are former Media students and have a passion for disability representation in books, films. of literature. Yeah, TV, TV, we love it basically one of the things that we love about Fabled well, I don't know whether Love is the right word. But one of the things that happens with Fabled's where we point out, you know, themes of disability within books, movies, TV, you know, films, is that it either makes you hate the thing you're talking about that you once  love. Or you think that's really cool. I didn't know that. I'll go and watch it with a new set of eyes. And it either swings one way or the other. This next clip is where</w:t>
      </w:r>
    </w:p>
    <w:p>
      <w:pPr>
        <w:spacing w:after="0"/>
      </w:pPr>
    </w:p>
    <w:p>
      <w:pPr>
        <w:spacing w:after="0"/>
      </w:pPr>
      <w:r>
        <w:rPr>
          <w:rFonts w:ascii="Arial" w:hAnsi="Arial"/>
          <w:b/>
          <w:sz w:val="22"/>
        </w:rPr>
        <w:t xml:space="preserve">Alice  </w:t>
      </w:r>
      <w:r>
        <w:rPr>
          <w:rFonts w:ascii="Arial" w:hAnsi="Arial"/>
          <w:color w:val="5D7284"/>
          <w:sz w:val="22"/>
        </w:rPr>
        <w:t>39:11</w:t>
      </w:r>
    </w:p>
    <w:p>
      <w:pPr>
        <w:spacing w:after="0"/>
      </w:pPr>
      <w:r>
        <w:rPr>
          <w:rFonts w:ascii="Arial" w:hAnsi="Arial"/>
          <w:sz w:val="22"/>
        </w:rPr>
        <w:t xml:space="preserve">one very definite direction Yeah. </w:t>
      </w:r>
    </w:p>
    <w:p>
      <w:pPr>
        <w:spacing w:after="0"/>
      </w:pPr>
    </w:p>
    <w:p>
      <w:pPr>
        <w:spacing w:after="0"/>
      </w:pPr>
      <w:r>
        <w:rPr>
          <w:rFonts w:ascii="Arial" w:hAnsi="Arial"/>
          <w:b/>
          <w:sz w:val="22"/>
        </w:rPr>
        <w:t xml:space="preserve">Lucy  </w:t>
      </w:r>
      <w:r>
        <w:rPr>
          <w:rFonts w:ascii="Arial" w:hAnsi="Arial"/>
          <w:color w:val="5D7284"/>
          <w:sz w:val="22"/>
        </w:rPr>
        <w:t>39:12</w:t>
      </w:r>
    </w:p>
    <w:p>
      <w:pPr>
        <w:spacing w:after="0"/>
      </w:pPr>
      <w:r>
        <w:rPr>
          <w:rFonts w:ascii="Arial" w:hAnsi="Arial"/>
          <w:sz w:val="22"/>
        </w:rPr>
        <w:t>Well where Alice and I discussed An Affair to Remember. Sorry, mom. thing was I watched two movies with my mom over a weekend and she's singing in a rain was on which I know is that another one of your favorites, your Christmas film. So I watched it, I loved it. And she was like, Oh, if you like that I'll put an affair to remember on because that's one of my favorite films. And I was like, Okay. And I watched this film and gradually as the film went on, I was like, Oh, okay. Okay. I was like not not really well not really I'm a bit enraged about this. So I thought I'm gonna do podcast. I said, this week. I was like, We're doing a fabled episode. She was like, oh, what What about I said an affair to remember over she was like, Oh yeah, I was like, yeah.</w:t>
      </w:r>
    </w:p>
    <w:p>
      <w:pPr>
        <w:spacing w:after="0"/>
      </w:pPr>
    </w:p>
    <w:p>
      <w:pPr>
        <w:spacing w:after="0"/>
      </w:pPr>
      <w:r>
        <w:rPr>
          <w:rFonts w:ascii="Arial" w:hAnsi="Arial"/>
          <w:b/>
          <w:sz w:val="22"/>
        </w:rPr>
        <w:t xml:space="preserve">Alice  </w:t>
      </w:r>
      <w:r>
        <w:rPr>
          <w:rFonts w:ascii="Arial" w:hAnsi="Arial"/>
          <w:color w:val="5D7284"/>
          <w:sz w:val="22"/>
        </w:rPr>
        <w:t>40:05</w:t>
      </w:r>
    </w:p>
    <w:p>
      <w:pPr>
        <w:spacing w:after="0"/>
      </w:pPr>
      <w:r>
        <w:rPr>
          <w:rFonts w:ascii="Arial" w:hAnsi="Arial"/>
          <w:sz w:val="22"/>
        </w:rPr>
        <w:t>No, don't don't get excited. Yes, it's not gonna go well.</w:t>
      </w:r>
    </w:p>
    <w:p>
      <w:pPr>
        <w:spacing w:after="0"/>
      </w:pPr>
    </w:p>
    <w:p>
      <w:pPr>
        <w:spacing w:after="0"/>
      </w:pPr>
      <w:r>
        <w:rPr>
          <w:rFonts w:ascii="Arial" w:hAnsi="Arial"/>
          <w:b/>
          <w:sz w:val="22"/>
        </w:rPr>
        <w:t xml:space="preserve">Lucy  </w:t>
      </w:r>
      <w:r>
        <w:rPr>
          <w:rFonts w:ascii="Arial" w:hAnsi="Arial"/>
          <w:color w:val="5D7284"/>
          <w:sz w:val="22"/>
        </w:rPr>
        <w:t>40:12</w:t>
      </w:r>
    </w:p>
    <w:p>
      <w:pPr>
        <w:spacing w:after="0"/>
      </w:pPr>
      <w:r>
        <w:rPr>
          <w:rFonts w:ascii="Arial" w:hAnsi="Arial"/>
          <w:sz w:val="22"/>
        </w:rPr>
        <w:t>Before we start this, I just want to reiterate, I do realize that we are talking about classic Hollywood and attitudes towards disability have changed, but it still doesn't sit very comfortably with me.</w:t>
      </w:r>
    </w:p>
    <w:p>
      <w:pPr>
        <w:spacing w:after="0"/>
      </w:pPr>
    </w:p>
    <w:p>
      <w:pPr>
        <w:spacing w:after="0"/>
      </w:pPr>
      <w:r>
        <w:rPr>
          <w:rFonts w:ascii="Arial" w:hAnsi="Arial"/>
          <w:b/>
          <w:sz w:val="22"/>
        </w:rPr>
        <w:t xml:space="preserve">Alice  </w:t>
      </w:r>
      <w:r>
        <w:rPr>
          <w:rFonts w:ascii="Arial" w:hAnsi="Arial"/>
          <w:color w:val="5D7284"/>
          <w:sz w:val="22"/>
        </w:rPr>
        <w:t>40:25</w:t>
      </w:r>
    </w:p>
    <w:p>
      <w:pPr>
        <w:spacing w:after="0"/>
      </w:pPr>
      <w:r>
        <w:rPr>
          <w:rFonts w:ascii="Arial" w:hAnsi="Arial"/>
          <w:sz w:val="22"/>
        </w:rPr>
        <w:t>And we've been we've been talking about trying to put together like a slightly comical SPOILER ALERT disclaimer to go at the start of fabled episodes, we haven't managed to come up with anything really, that fits yet, but the problem with fabled episodes is that sometimes the spoiler doesn't even relate to the thing that you're talking about. Have you? Have you read or seen Game of Thrones? No, I haven't. Read the books. I've refused to watch TV shows books better.</w:t>
      </w:r>
    </w:p>
    <w:p>
      <w:pPr>
        <w:spacing w:after="0"/>
      </w:pPr>
    </w:p>
    <w:p>
      <w:pPr>
        <w:spacing w:after="0"/>
      </w:pPr>
      <w:r>
        <w:rPr>
          <w:rFonts w:ascii="Arial" w:hAnsi="Arial"/>
          <w:b/>
          <w:sz w:val="22"/>
        </w:rPr>
        <w:t xml:space="preserve">Lucy  </w:t>
      </w:r>
      <w:r>
        <w:rPr>
          <w:rFonts w:ascii="Arial" w:hAnsi="Arial"/>
          <w:color w:val="5D7284"/>
          <w:sz w:val="22"/>
        </w:rPr>
        <w:t>40:58</w:t>
      </w:r>
    </w:p>
    <w:p>
      <w:pPr>
        <w:spacing w:after="0"/>
      </w:pPr>
      <w:r>
        <w:rPr>
          <w:rFonts w:ascii="Arial" w:hAnsi="Arial"/>
          <w:sz w:val="22"/>
        </w:rPr>
        <w:t>I know that like a disabled person, triumphants at the end of that though doesnt it.</w:t>
      </w:r>
    </w:p>
    <w:p>
      <w:pPr>
        <w:spacing w:after="0"/>
      </w:pPr>
    </w:p>
    <w:p>
      <w:pPr>
        <w:spacing w:after="0"/>
      </w:pPr>
      <w:r>
        <w:rPr>
          <w:rFonts w:ascii="Arial" w:hAnsi="Arial"/>
          <w:b/>
          <w:sz w:val="22"/>
        </w:rPr>
        <w:t xml:space="preserve">Alice  </w:t>
      </w:r>
      <w:r>
        <w:rPr>
          <w:rFonts w:ascii="Arial" w:hAnsi="Arial"/>
          <w:color w:val="5D7284"/>
          <w:sz w:val="22"/>
        </w:rPr>
        <w:t>41:02</w:t>
      </w:r>
    </w:p>
    <w:p>
      <w:pPr>
        <w:spacing w:after="0"/>
      </w:pPr>
      <w:r>
        <w:rPr>
          <w:rFonts w:ascii="Arial" w:hAnsi="Arial"/>
          <w:sz w:val="22"/>
        </w:rPr>
        <w:t xml:space="preserve">I don't know but you better not of ruined it for me. </w:t>
      </w:r>
    </w:p>
    <w:p>
      <w:pPr>
        <w:spacing w:after="0"/>
      </w:pPr>
    </w:p>
    <w:p>
      <w:pPr>
        <w:spacing w:after="0"/>
      </w:pPr>
      <w:r>
        <w:rPr>
          <w:rFonts w:ascii="Arial" w:hAnsi="Arial"/>
          <w:b/>
          <w:sz w:val="22"/>
        </w:rPr>
        <w:t xml:space="preserve">Lucy  </w:t>
      </w:r>
      <w:r>
        <w:rPr>
          <w:rFonts w:ascii="Arial" w:hAnsi="Arial"/>
          <w:color w:val="5D7284"/>
          <w:sz w:val="22"/>
        </w:rPr>
        <w:t>41:05</w:t>
      </w:r>
    </w:p>
    <w:p>
      <w:pPr>
        <w:spacing w:after="0"/>
      </w:pPr>
      <w:r>
        <w:rPr>
          <w:rFonts w:ascii="Arial" w:hAnsi="Arial"/>
          <w:sz w:val="22"/>
        </w:rPr>
        <w:t>Oh sorry, I thought you'd finished the book.</w:t>
      </w:r>
    </w:p>
    <w:p>
      <w:pPr>
        <w:spacing w:after="0"/>
      </w:pPr>
    </w:p>
    <w:p>
      <w:pPr>
        <w:spacing w:after="0"/>
      </w:pPr>
      <w:r>
        <w:rPr>
          <w:rFonts w:ascii="Arial" w:hAnsi="Arial"/>
          <w:b/>
          <w:sz w:val="22"/>
        </w:rPr>
        <w:t xml:space="preserve">Alice  </w:t>
      </w:r>
      <w:r>
        <w:rPr>
          <w:rFonts w:ascii="Arial" w:hAnsi="Arial"/>
          <w:color w:val="5D7284"/>
          <w:sz w:val="22"/>
        </w:rPr>
        <w:t>41:10</w:t>
      </w:r>
    </w:p>
    <w:p>
      <w:pPr>
        <w:spacing w:after="0"/>
      </w:pPr>
      <w:r>
        <w:rPr>
          <w:rFonts w:ascii="Arial" w:hAnsi="Arial"/>
          <w:sz w:val="22"/>
        </w:rPr>
        <w:t>I've read all the books that are out, but the books are behind the TV show. So it's fine. Anyway,</w:t>
      </w:r>
    </w:p>
    <w:p>
      <w:pPr>
        <w:spacing w:after="0"/>
      </w:pPr>
    </w:p>
    <w:p>
      <w:pPr>
        <w:spacing w:after="0"/>
      </w:pPr>
      <w:r>
        <w:rPr>
          <w:rFonts w:ascii="Arial" w:hAnsi="Arial"/>
          <w:b/>
          <w:sz w:val="22"/>
        </w:rPr>
        <w:t xml:space="preserve">Lucy  </w:t>
      </w:r>
      <w:r>
        <w:rPr>
          <w:rFonts w:ascii="Arial" w:hAnsi="Arial"/>
          <w:color w:val="5D7284"/>
          <w:sz w:val="22"/>
        </w:rPr>
        <w:t>41:19</w:t>
      </w:r>
    </w:p>
    <w:p>
      <w:pPr>
        <w:spacing w:after="0"/>
      </w:pPr>
      <w:r>
        <w:rPr>
          <w:rFonts w:ascii="Arial" w:hAnsi="Arial"/>
          <w:sz w:val="22"/>
        </w:rPr>
        <w:t>sorry. keep my mouth shut now.</w:t>
      </w:r>
    </w:p>
    <w:p>
      <w:pPr>
        <w:spacing w:after="0"/>
      </w:pPr>
    </w:p>
    <w:p>
      <w:pPr>
        <w:spacing w:after="0"/>
      </w:pPr>
      <w:r>
        <w:rPr>
          <w:rFonts w:ascii="Arial" w:hAnsi="Arial"/>
          <w:b/>
          <w:sz w:val="22"/>
        </w:rPr>
        <w:t xml:space="preserve">Alice  </w:t>
      </w:r>
      <w:r>
        <w:rPr>
          <w:rFonts w:ascii="Arial" w:hAnsi="Arial"/>
          <w:color w:val="5D7284"/>
          <w:sz w:val="22"/>
        </w:rPr>
        <w:t>41:24</w:t>
      </w:r>
    </w:p>
    <w:p>
      <w:pPr>
        <w:spacing w:after="0"/>
      </w:pPr>
      <w:r>
        <w:rPr>
          <w:rFonts w:ascii="Arial" w:hAnsi="Arial"/>
          <w:sz w:val="22"/>
        </w:rPr>
        <w:t>It's gonna make this podcast much shorter. But of course, the bread and butter really of this show has always been our guests, the people who come on and, like tell us about their life as a disabled person. And share sometimes share, like really personal stuff, really personal stuff. In it incredible. Some of the stuff people are like really, emotionally kind of vulnerable. Some people get with us</w:t>
      </w:r>
    </w:p>
    <w:p>
      <w:pPr>
        <w:spacing w:after="0"/>
      </w:pPr>
    </w:p>
    <w:p>
      <w:pPr>
        <w:spacing w:after="0"/>
      </w:pPr>
      <w:r>
        <w:rPr>
          <w:rFonts w:ascii="Arial" w:hAnsi="Arial"/>
          <w:b/>
          <w:sz w:val="22"/>
        </w:rPr>
        <w:t xml:space="preserve">Lucy  </w:t>
      </w:r>
      <w:r>
        <w:rPr>
          <w:rFonts w:ascii="Arial" w:hAnsi="Arial"/>
          <w:color w:val="5D7284"/>
          <w:sz w:val="22"/>
        </w:rPr>
        <w:t>41:53</w:t>
      </w:r>
    </w:p>
    <w:p>
      <w:pPr>
        <w:spacing w:after="0"/>
      </w:pPr>
      <w:r>
        <w:rPr>
          <w:rFonts w:ascii="Arial" w:hAnsi="Arial"/>
          <w:sz w:val="22"/>
        </w:rPr>
        <w:t>in a very short space of time as well. From us going, hello, right, we're gonna hit record. Off we go. you're like, whoa. I think that's again, they must trust us. We've obviously got Very trusting f aces. So yeah. But it's a privilege to hear these stories.</w:t>
      </w:r>
    </w:p>
    <w:p>
      <w:pPr>
        <w:spacing w:after="0"/>
      </w:pPr>
    </w:p>
    <w:p>
      <w:pPr>
        <w:spacing w:after="0"/>
      </w:pPr>
      <w:r>
        <w:rPr>
          <w:rFonts w:ascii="Arial" w:hAnsi="Arial"/>
          <w:b/>
          <w:sz w:val="22"/>
        </w:rPr>
        <w:t xml:space="preserve">Alice  </w:t>
      </w:r>
      <w:r>
        <w:rPr>
          <w:rFonts w:ascii="Arial" w:hAnsi="Arial"/>
          <w:color w:val="5D7284"/>
          <w:sz w:val="22"/>
        </w:rPr>
        <w:t>42:12</w:t>
      </w:r>
    </w:p>
    <w:p>
      <w:pPr>
        <w:spacing w:after="0"/>
      </w:pPr>
      <w:r>
        <w:rPr>
          <w:rFonts w:ascii="Arial" w:hAnsi="Arial"/>
          <w:sz w:val="22"/>
        </w:rPr>
        <w:t>it is it is a real privilege. And there are some, you know, some stories that stick out more than others. But I mean, this is an episode I've listened to multiple times because the person is there a truth there truly a great orator as well as having a really impactful story. So I just wanted to share this clip from what was supposed to be our first Christmas episode. And it wasn't was not a Holly Jolly Christmas story. But again, like, don't you think sometimes that is the reality of disability is that everybody around you is like, you know, let's celebrate the season. And you might be actually thinking about how you nearly died.</w:t>
      </w:r>
    </w:p>
    <w:p>
      <w:pPr>
        <w:spacing w:after="0"/>
      </w:pPr>
    </w:p>
    <w:p>
      <w:pPr>
        <w:spacing w:after="0"/>
      </w:pPr>
      <w:r>
        <w:rPr>
          <w:rFonts w:ascii="Arial" w:hAnsi="Arial"/>
          <w:b/>
          <w:sz w:val="22"/>
        </w:rPr>
        <w:t xml:space="preserve">Roalnd Chesters  </w:t>
      </w:r>
      <w:r>
        <w:rPr>
          <w:rFonts w:ascii="Arial" w:hAnsi="Arial"/>
          <w:color w:val="5D7284"/>
          <w:sz w:val="22"/>
        </w:rPr>
        <w:t>43:02</w:t>
      </w:r>
    </w:p>
    <w:p>
      <w:pPr>
        <w:spacing w:after="0"/>
      </w:pPr>
      <w:r>
        <w:rPr>
          <w:rFonts w:ascii="Arial" w:hAnsi="Arial"/>
          <w:sz w:val="22"/>
        </w:rPr>
        <w:t>We were going to go on holiday on the following Saturday for two weeks. So I said consultant applicant results might come back. There's no rush. Following day Friday, the first of September, I'm staggered into work to put on my out of office message. Richard bless him had just been made redundant. So he was at home packing. when I got home, there were no cases packed. And I said to Richard, well, we need to pack because we're going away tomorrow, hello. And Richard told me in his arms and he started to cry. And I've never seen him cry before. Consultants had phoned home to get my office number to call me to say if I went away for two weeks, I would come home in a cardboard box. Two weeks to live. And Richard, somehow Said to the consultant now. I'll tell Roland when he comes home. So the man that I love, the man that loves me is the person who told me, I am HIV positive. I had AIDS.</w:t>
      </w:r>
    </w:p>
    <w:p>
      <w:pPr>
        <w:spacing w:after="0"/>
      </w:pPr>
    </w:p>
    <w:p>
      <w:pPr>
        <w:spacing w:after="0"/>
      </w:pPr>
      <w:r>
        <w:rPr>
          <w:rFonts w:ascii="Arial" w:hAnsi="Arial"/>
          <w:b/>
          <w:sz w:val="22"/>
        </w:rPr>
        <w:t xml:space="preserve">Lucy  </w:t>
      </w:r>
      <w:r>
        <w:rPr>
          <w:rFonts w:ascii="Arial" w:hAnsi="Arial"/>
          <w:color w:val="5D7284"/>
          <w:sz w:val="22"/>
        </w:rPr>
        <w:t>44:10</w:t>
      </w:r>
    </w:p>
    <w:p>
      <w:pPr>
        <w:spacing w:after="0"/>
      </w:pPr>
      <w:r>
        <w:rPr>
          <w:rFonts w:ascii="Arial" w:hAnsi="Arial"/>
          <w:sz w:val="22"/>
        </w:rPr>
        <w:t>But it's not all doom and gloom. a lot of our guests that we have on how to share we have a shared sense of humor about disabled life and what it's like to be disabled. And this clip from my friend, Dr. Paul Darke stands out for me as one of the most brutal early days at school stories you've probably ever heard. Disabled people can be really horrible to other disabled people.</w:t>
      </w:r>
    </w:p>
    <w:p>
      <w:pPr>
        <w:spacing w:after="0"/>
      </w:pPr>
    </w:p>
    <w:p>
      <w:pPr>
        <w:spacing w:after="0"/>
      </w:pPr>
      <w:r>
        <w:rPr>
          <w:rFonts w:ascii="Arial" w:hAnsi="Arial"/>
          <w:b/>
          <w:sz w:val="22"/>
        </w:rPr>
        <w:t xml:space="preserve">Alice  </w:t>
      </w:r>
      <w:r>
        <w:rPr>
          <w:rFonts w:ascii="Arial" w:hAnsi="Arial"/>
          <w:color w:val="5D7284"/>
          <w:sz w:val="22"/>
        </w:rPr>
        <w:t>44:36</w:t>
      </w:r>
    </w:p>
    <w:p>
      <w:pPr>
        <w:spacing w:after="0"/>
      </w:pPr>
      <w:r>
        <w:rPr>
          <w:rFonts w:ascii="Arial" w:hAnsi="Arial"/>
          <w:sz w:val="22"/>
        </w:rPr>
        <w:t xml:space="preserve">But like also the way Paul delivers the story is just is seeing the light and the humor in it, isn't it?  </w:t>
      </w:r>
    </w:p>
    <w:p>
      <w:pPr>
        <w:spacing w:after="0"/>
      </w:pPr>
    </w:p>
    <w:p>
      <w:pPr>
        <w:spacing w:after="0"/>
      </w:pPr>
      <w:r>
        <w:rPr>
          <w:rFonts w:ascii="Arial" w:hAnsi="Arial"/>
          <w:b/>
          <w:sz w:val="22"/>
        </w:rPr>
        <w:t xml:space="preserve">Lucy  </w:t>
      </w:r>
      <w:r>
        <w:rPr>
          <w:rFonts w:ascii="Arial" w:hAnsi="Arial"/>
          <w:color w:val="5D7284"/>
          <w:sz w:val="22"/>
        </w:rPr>
        <w:t>44:42</w:t>
      </w:r>
    </w:p>
    <w:p>
      <w:pPr>
        <w:spacing w:after="0"/>
      </w:pPr>
      <w:r>
        <w:rPr>
          <w:rFonts w:ascii="Arial" w:hAnsi="Arial"/>
          <w:sz w:val="22"/>
        </w:rPr>
        <w:t xml:space="preserve">Absolutely Yeah, really like? Yeah, it's absolutely fantastic. </w:t>
      </w:r>
    </w:p>
    <w:p>
      <w:pPr>
        <w:spacing w:after="0"/>
      </w:pPr>
    </w:p>
    <w:p>
      <w:pPr>
        <w:spacing w:after="0"/>
      </w:pPr>
      <w:r>
        <w:rPr>
          <w:rFonts w:ascii="Arial" w:hAnsi="Arial"/>
          <w:b/>
          <w:sz w:val="22"/>
        </w:rPr>
        <w:t xml:space="preserve">Dr. Paul Darke  </w:t>
      </w:r>
      <w:r>
        <w:rPr>
          <w:rFonts w:ascii="Arial" w:hAnsi="Arial"/>
          <w:color w:val="5D7284"/>
          <w:sz w:val="22"/>
        </w:rPr>
        <w:t>44:47</w:t>
      </w:r>
    </w:p>
    <w:p>
      <w:pPr>
        <w:spacing w:after="0"/>
      </w:pPr>
      <w:r>
        <w:rPr>
          <w:rFonts w:ascii="Arial" w:hAnsi="Arial"/>
          <w:sz w:val="22"/>
        </w:rPr>
        <w:t>You know, they couldn't face the rough and tumble of life to some extent. So I mean, I am eternally grateful to my brothers for persecuting me cuz it does it makes you think for yourself do stuff yourself and, and want to get out</w:t>
      </w:r>
    </w:p>
    <w:p>
      <w:pPr>
        <w:spacing w:after="0"/>
      </w:pPr>
    </w:p>
    <w:p>
      <w:pPr>
        <w:spacing w:after="0"/>
      </w:pPr>
      <w:r>
        <w:rPr>
          <w:rFonts w:ascii="Arial" w:hAnsi="Arial"/>
          <w:b/>
          <w:sz w:val="22"/>
        </w:rPr>
        <w:t xml:space="preserve">Alice  </w:t>
      </w:r>
      <w:r>
        <w:rPr>
          <w:rFonts w:ascii="Arial" w:hAnsi="Arial"/>
          <w:color w:val="5D7284"/>
          <w:sz w:val="22"/>
        </w:rPr>
        <w:t>45:08</w:t>
      </w:r>
    </w:p>
    <w:p>
      <w:pPr>
        <w:spacing w:after="0"/>
      </w:pPr>
      <w:r>
        <w:rPr>
          <w:rFonts w:ascii="Arial" w:hAnsi="Arial"/>
          <w:sz w:val="22"/>
        </w:rPr>
        <w:t>sort of excuse the phrase quick on your feet Haven't you, Constant fear of being stabbed.</w:t>
      </w:r>
    </w:p>
    <w:p>
      <w:pPr>
        <w:spacing w:after="0"/>
      </w:pPr>
    </w:p>
    <w:p>
      <w:pPr>
        <w:spacing w:after="0"/>
      </w:pPr>
      <w:r>
        <w:rPr>
          <w:rFonts w:ascii="Arial" w:hAnsi="Arial"/>
          <w:b/>
          <w:sz w:val="22"/>
        </w:rPr>
        <w:t xml:space="preserve">Dr. Paul Darke  </w:t>
      </w:r>
      <w:r>
        <w:rPr>
          <w:rFonts w:ascii="Arial" w:hAnsi="Arial"/>
          <w:color w:val="5D7284"/>
          <w:sz w:val="22"/>
        </w:rPr>
        <w:t>45:17</w:t>
      </w:r>
    </w:p>
    <w:p>
      <w:pPr>
        <w:spacing w:after="0"/>
      </w:pPr>
      <w:r>
        <w:rPr>
          <w:rFonts w:ascii="Arial" w:hAnsi="Arial"/>
          <w:sz w:val="22"/>
        </w:rPr>
        <w:t>Yeah. But you know we used to play sport together and again the other thing about going to a special school like that we played sport if I'd gone to government and I liked sport so if I'd gone to campus I never would have played football as a as a group of disabled people some I refer, we had a football team with people on crutches always to wheelchairs in goal. And we played we played normal schools in quotes these normal kids we so we this is like from when we were 12 13 14 and these middle school children would come up to play us not knowing what they were expecting. And you could see the terror on their faces or being confronted by these people where we used to have steel Crutches</w:t>
      </w:r>
    </w:p>
    <w:p>
      <w:pPr>
        <w:spacing w:after="0"/>
      </w:pPr>
    </w:p>
    <w:p>
      <w:pPr>
        <w:spacing w:after="0"/>
      </w:pPr>
      <w:r>
        <w:rPr>
          <w:rFonts w:ascii="Arial" w:hAnsi="Arial"/>
          <w:b/>
          <w:sz w:val="22"/>
        </w:rPr>
        <w:t xml:space="preserve">Lucy  </w:t>
      </w:r>
      <w:r>
        <w:rPr>
          <w:rFonts w:ascii="Arial" w:hAnsi="Arial"/>
          <w:color w:val="5D7284"/>
          <w:sz w:val="22"/>
        </w:rPr>
        <w:t>45:56</w:t>
      </w:r>
    </w:p>
    <w:p>
      <w:pPr>
        <w:spacing w:after="0"/>
      </w:pPr>
      <w:r>
        <w:rPr>
          <w:rFonts w:ascii="Arial" w:hAnsi="Arial"/>
          <w:sz w:val="22"/>
        </w:rPr>
        <w:t>You sound like a mafia boss Paul</w:t>
      </w:r>
    </w:p>
    <w:p>
      <w:pPr>
        <w:spacing w:after="0"/>
      </w:pPr>
    </w:p>
    <w:p>
      <w:pPr>
        <w:spacing w:after="0"/>
      </w:pPr>
      <w:r>
        <w:rPr>
          <w:rFonts w:ascii="Arial" w:hAnsi="Arial"/>
          <w:b/>
          <w:sz w:val="22"/>
        </w:rPr>
        <w:t xml:space="preserve">Alice  </w:t>
      </w:r>
      <w:r>
        <w:rPr>
          <w:rFonts w:ascii="Arial" w:hAnsi="Arial"/>
          <w:color w:val="5D7284"/>
          <w:sz w:val="22"/>
        </w:rPr>
        <w:t>46:01</w:t>
      </w:r>
    </w:p>
    <w:p>
      <w:pPr>
        <w:spacing w:after="0"/>
      </w:pPr>
      <w:r>
        <w:rPr>
          <w:rFonts w:ascii="Arial" w:hAnsi="Arial"/>
          <w:sz w:val="22"/>
        </w:rPr>
        <w:t>like a super villain.</w:t>
      </w:r>
    </w:p>
    <w:p>
      <w:pPr>
        <w:spacing w:after="0"/>
      </w:pPr>
    </w:p>
    <w:p>
      <w:pPr>
        <w:spacing w:after="0"/>
      </w:pPr>
      <w:r>
        <w:rPr>
          <w:rFonts w:ascii="Arial" w:hAnsi="Arial"/>
          <w:b/>
          <w:sz w:val="22"/>
        </w:rPr>
        <w:t xml:space="preserve">Dr. Paul Darke  </w:t>
      </w:r>
      <w:r>
        <w:rPr>
          <w:rFonts w:ascii="Arial" w:hAnsi="Arial"/>
          <w:color w:val="5D7284"/>
          <w:sz w:val="22"/>
        </w:rPr>
        <w:t>46:02</w:t>
      </w:r>
    </w:p>
    <w:p>
      <w:pPr>
        <w:spacing w:after="0"/>
      </w:pPr>
      <w:r>
        <w:rPr>
          <w:rFonts w:ascii="Arial" w:hAnsi="Arial"/>
          <w:sz w:val="22"/>
        </w:rPr>
        <w:t>Well, it gets worse because the second special school I went to which was Treloar, which is quite famous, and it was all boys at the time. And that was really violent. That was an incredibly violent school and I remember and that was multiple impairment, mixed boys, and the primary group behemoth hemophiliacs, and that kind of the hemophiliacs they hated and the congenital and the congenital hated the hemophiliacs.  hemophiliacs used to beat the living shit one another and put each other in hospital because it was just dreadful but then we used to do that as well. I remember having a fight with a with the top John Morgan his name was he had no arms and no legs. And I was sitting there need him in the head because he's trying to bite me because that's all he could do and he had one hell of a bite.</w:t>
      </w:r>
    </w:p>
    <w:p>
      <w:pPr>
        <w:spacing w:after="0"/>
      </w:pPr>
    </w:p>
    <w:p>
      <w:pPr>
        <w:spacing w:after="0"/>
      </w:pPr>
      <w:r>
        <w:rPr>
          <w:rFonts w:ascii="Arial" w:hAnsi="Arial"/>
          <w:b/>
          <w:sz w:val="22"/>
        </w:rPr>
        <w:t xml:space="preserve">Lucy  </w:t>
      </w:r>
      <w:r>
        <w:rPr>
          <w:rFonts w:ascii="Arial" w:hAnsi="Arial"/>
          <w:color w:val="5D7284"/>
          <w:sz w:val="22"/>
        </w:rPr>
        <w:t>47:00</w:t>
      </w:r>
    </w:p>
    <w:p>
      <w:pPr>
        <w:spacing w:after="0"/>
      </w:pPr>
      <w:r>
        <w:rPr>
          <w:rFonts w:ascii="Arial" w:hAnsi="Arial"/>
          <w:sz w:val="22"/>
        </w:rPr>
        <w:t>Alice I tell you disabled people can't be really horrible to one another. It's a common myth that we all get on.</w:t>
      </w:r>
    </w:p>
    <w:p>
      <w:pPr>
        <w:spacing w:after="0"/>
      </w:pPr>
    </w:p>
    <w:p>
      <w:pPr>
        <w:spacing w:after="0"/>
      </w:pPr>
      <w:r>
        <w:rPr>
          <w:rFonts w:ascii="Arial" w:hAnsi="Arial"/>
          <w:b/>
          <w:sz w:val="22"/>
        </w:rPr>
        <w:t xml:space="preserve">Dr. Paul Darke  </w:t>
      </w:r>
      <w:r>
        <w:rPr>
          <w:rFonts w:ascii="Arial" w:hAnsi="Arial"/>
          <w:color w:val="5D7284"/>
          <w:sz w:val="22"/>
        </w:rPr>
        <w:t>47:09</w:t>
      </w:r>
    </w:p>
    <w:p>
      <w:pPr>
        <w:spacing w:after="0"/>
      </w:pPr>
      <w:r>
        <w:rPr>
          <w:rFonts w:ascii="Arial" w:hAnsi="Arial"/>
          <w:sz w:val="22"/>
        </w:rPr>
        <w:t>I hate into second one because and again at a higher academic level as the history of academia and I've done that so I focused on the score. That's what I got five Well, you know, that was that was the boys it was run like a public school so the prefects. prefect in our dorm wants to clean toilets for a week because he didn't like the fact that I've been in is it was a very strange place but the problem was and that was the beginning of it a bit of a breakdown and because of the academic stuff and it was so violent compared to my first school which is very nice and we were just sort of left in the corner and I started eating there so that's when I first got fat but I made I made some of my best friends a guy called Adam Bailey dead now and he was one of our best friends and we had a we used to sneak off at lunchtime and buy sausage rolls cherry aid and and matches and go in the woods and burn stuff</w:t>
      </w:r>
    </w:p>
    <w:p>
      <w:pPr>
        <w:spacing w:after="0"/>
      </w:pPr>
    </w:p>
    <w:p>
      <w:pPr>
        <w:spacing w:after="0"/>
      </w:pPr>
      <w:r>
        <w:rPr>
          <w:rFonts w:ascii="Arial" w:hAnsi="Arial"/>
          <w:b/>
          <w:sz w:val="22"/>
        </w:rPr>
        <w:t xml:space="preserve">Lucy  </w:t>
      </w:r>
      <w:r>
        <w:rPr>
          <w:rFonts w:ascii="Arial" w:hAnsi="Arial"/>
          <w:color w:val="5D7284"/>
          <w:sz w:val="22"/>
        </w:rPr>
        <w:t>48:12</w:t>
      </w:r>
    </w:p>
    <w:p>
      <w:pPr>
        <w:spacing w:after="0"/>
      </w:pPr>
      <w:r>
        <w:rPr>
          <w:rFonts w:ascii="Arial" w:hAnsi="Arial"/>
          <w:sz w:val="22"/>
        </w:rPr>
        <w:t>and I would call I would quite happily join you for a cheery aid and sausage rolls but you can buy the matches yourself that's down to you do you do the matches I love the sausage roll the cherry aid.</w:t>
      </w:r>
    </w:p>
    <w:p>
      <w:pPr>
        <w:spacing w:after="0"/>
      </w:pPr>
    </w:p>
    <w:p>
      <w:pPr>
        <w:spacing w:after="0"/>
      </w:pPr>
      <w:r>
        <w:rPr>
          <w:rFonts w:ascii="Arial" w:hAnsi="Arial"/>
          <w:b/>
          <w:sz w:val="22"/>
        </w:rPr>
        <w:t xml:space="preserve">Dr. Paul Darke  </w:t>
      </w:r>
      <w:r>
        <w:rPr>
          <w:rFonts w:ascii="Arial" w:hAnsi="Arial"/>
          <w:color w:val="5D7284"/>
          <w:sz w:val="22"/>
        </w:rPr>
        <w:t>48:25</w:t>
      </w:r>
    </w:p>
    <w:p>
      <w:pPr>
        <w:spacing w:after="0"/>
      </w:pPr>
      <w:r>
        <w:rPr>
          <w:rFonts w:ascii="Arial" w:hAnsi="Arial"/>
          <w:sz w:val="22"/>
        </w:rPr>
        <w:t>it was those bits were fun, but it was and then I went to the comprehensive and that was that was an absolute nightmare because everybody grown up knowing one another through the local schools I knew no one it's funny I still got a one friend who I still speak to from there as well and but the irony was is my only O-level and it is literally my only level from that era was before opening time because I was 17 I had my mobility allowance. And so I used to go in register the first class was government and politics and then I would go to the pub get pissed and go home and sleep</w:t>
      </w:r>
    </w:p>
    <w:p>
      <w:pPr>
        <w:spacing w:after="0"/>
      </w:pPr>
    </w:p>
    <w:p>
      <w:pPr>
        <w:spacing w:after="0"/>
      </w:pPr>
      <w:r>
        <w:rPr>
          <w:rFonts w:ascii="Arial" w:hAnsi="Arial"/>
          <w:b/>
          <w:sz w:val="22"/>
        </w:rPr>
        <w:t xml:space="preserve">Lucy  </w:t>
      </w:r>
      <w:r>
        <w:rPr>
          <w:rFonts w:ascii="Arial" w:hAnsi="Arial"/>
          <w:color w:val="5D7284"/>
          <w:sz w:val="22"/>
        </w:rPr>
        <w:t>49:04</w:t>
      </w:r>
    </w:p>
    <w:p>
      <w:pPr>
        <w:spacing w:after="0"/>
      </w:pPr>
      <w:r>
        <w:rPr>
          <w:rFonts w:ascii="Arial" w:hAnsi="Arial"/>
          <w:sz w:val="22"/>
        </w:rPr>
        <w:t>nice one.</w:t>
      </w:r>
    </w:p>
    <w:p>
      <w:pPr>
        <w:spacing w:after="0"/>
      </w:pPr>
    </w:p>
    <w:p>
      <w:pPr>
        <w:spacing w:after="0"/>
      </w:pPr>
      <w:r>
        <w:rPr>
          <w:rFonts w:ascii="Arial" w:hAnsi="Arial"/>
          <w:b/>
          <w:sz w:val="22"/>
        </w:rPr>
        <w:t xml:space="preserve">Alice  </w:t>
      </w:r>
      <w:r>
        <w:rPr>
          <w:rFonts w:ascii="Arial" w:hAnsi="Arial"/>
          <w:color w:val="5D7284"/>
          <w:sz w:val="22"/>
        </w:rPr>
        <w:t>49:05</w:t>
      </w:r>
    </w:p>
    <w:p>
      <w:pPr>
        <w:spacing w:after="0"/>
      </w:pPr>
      <w:r>
        <w:rPr>
          <w:rFonts w:ascii="Arial" w:hAnsi="Arial"/>
          <w:sz w:val="22"/>
        </w:rPr>
        <w:t>This is not, when when Lucy said to me oh I think we should get Dr. Paul Darke on.</w:t>
      </w:r>
    </w:p>
    <w:p>
      <w:pPr>
        <w:spacing w:after="0"/>
      </w:pPr>
    </w:p>
    <w:p>
      <w:pPr>
        <w:spacing w:after="0"/>
      </w:pPr>
      <w:r>
        <w:rPr>
          <w:rFonts w:ascii="Arial" w:hAnsi="Arial"/>
          <w:b/>
          <w:sz w:val="22"/>
        </w:rPr>
        <w:t xml:space="preserve">Dr. Paul Darke  </w:t>
      </w:r>
      <w:r>
        <w:rPr>
          <w:rFonts w:ascii="Arial" w:hAnsi="Arial"/>
          <w:color w:val="5D7284"/>
          <w:sz w:val="22"/>
        </w:rPr>
        <w:t>49:12</w:t>
      </w:r>
    </w:p>
    <w:p>
      <w:pPr>
        <w:spacing w:after="0"/>
      </w:pPr>
      <w:r>
        <w:rPr>
          <w:rFonts w:ascii="Arial" w:hAnsi="Arial"/>
          <w:sz w:val="22"/>
        </w:rPr>
        <w:t>it's gonna be serious.</w:t>
      </w:r>
    </w:p>
    <w:p>
      <w:pPr>
        <w:spacing w:after="0"/>
      </w:pPr>
    </w:p>
    <w:p>
      <w:pPr>
        <w:spacing w:after="0"/>
      </w:pPr>
      <w:r>
        <w:rPr>
          <w:rFonts w:ascii="Arial" w:hAnsi="Arial"/>
          <w:b/>
          <w:sz w:val="22"/>
        </w:rPr>
        <w:t xml:space="preserve">Alice  </w:t>
      </w:r>
      <w:r>
        <w:rPr>
          <w:rFonts w:ascii="Arial" w:hAnsi="Arial"/>
          <w:color w:val="5D7284"/>
          <w:sz w:val="22"/>
        </w:rPr>
        <w:t>49:14</w:t>
      </w:r>
    </w:p>
    <w:p>
      <w:pPr>
        <w:spacing w:after="0"/>
      </w:pPr>
      <w:r>
        <w:rPr>
          <w:rFonts w:ascii="Arial" w:hAnsi="Arial"/>
          <w:sz w:val="22"/>
        </w:rPr>
        <w:t>What we've been talking about today I think we're gonna trigger warning at the top of this, extreme child on child violence</w:t>
      </w:r>
    </w:p>
    <w:p>
      <w:pPr>
        <w:spacing w:after="0"/>
      </w:pPr>
    </w:p>
    <w:p>
      <w:pPr>
        <w:spacing w:after="0"/>
      </w:pPr>
      <w:r>
        <w:rPr>
          <w:rFonts w:ascii="Arial" w:hAnsi="Arial"/>
          <w:b/>
          <w:sz w:val="22"/>
        </w:rPr>
        <w:t xml:space="preserve">Lucy  </w:t>
      </w:r>
      <w:r>
        <w:rPr>
          <w:rFonts w:ascii="Arial" w:hAnsi="Arial"/>
          <w:color w:val="5D7284"/>
          <w:sz w:val="22"/>
        </w:rPr>
        <w:t>49:25</w:t>
      </w:r>
    </w:p>
    <w:p>
      <w:pPr>
        <w:spacing w:after="0"/>
      </w:pPr>
      <w:r>
        <w:rPr>
          <w:rFonts w:ascii="Arial" w:hAnsi="Arial"/>
          <w:sz w:val="22"/>
        </w:rPr>
        <w:t>Yeah, no I you can see why we get on can't you really.</w:t>
      </w:r>
    </w:p>
    <w:p>
      <w:pPr>
        <w:spacing w:after="0"/>
      </w:pPr>
    </w:p>
    <w:p>
      <w:pPr>
        <w:spacing w:after="0"/>
      </w:pPr>
      <w:r>
        <w:rPr>
          <w:rFonts w:ascii="Arial" w:hAnsi="Arial"/>
          <w:b/>
          <w:sz w:val="22"/>
        </w:rPr>
        <w:t xml:space="preserve">Alice  </w:t>
      </w:r>
      <w:r>
        <w:rPr>
          <w:rFonts w:ascii="Arial" w:hAnsi="Arial"/>
          <w:color w:val="5D7284"/>
          <w:sz w:val="22"/>
        </w:rPr>
        <w:t>49:30</w:t>
      </w:r>
    </w:p>
    <w:p>
      <w:pPr>
        <w:spacing w:after="0"/>
      </w:pPr>
      <w:r>
        <w:rPr>
          <w:rFonts w:ascii="Arial" w:hAnsi="Arial"/>
          <w:sz w:val="22"/>
        </w:rPr>
        <w:t>But of course as regular listeners will know, as much as our wonderful guests come on to tell us stories where we always find a way of making it all about us and Crow-barring our own stories in this one is a is a particular favorite.</w:t>
      </w:r>
    </w:p>
    <w:p>
      <w:pPr>
        <w:spacing w:after="0"/>
      </w:pPr>
    </w:p>
    <w:p>
      <w:pPr>
        <w:spacing w:after="0"/>
      </w:pPr>
      <w:r>
        <w:rPr>
          <w:rFonts w:ascii="Arial" w:hAnsi="Arial"/>
          <w:b/>
          <w:sz w:val="22"/>
        </w:rPr>
        <w:t xml:space="preserve">Lucy  </w:t>
      </w:r>
      <w:r>
        <w:rPr>
          <w:rFonts w:ascii="Arial" w:hAnsi="Arial"/>
          <w:color w:val="5D7284"/>
          <w:sz w:val="22"/>
        </w:rPr>
        <w:t>49:53</w:t>
      </w:r>
    </w:p>
    <w:p>
      <w:pPr>
        <w:spacing w:after="0"/>
      </w:pPr>
      <w:r>
        <w:rPr>
          <w:rFonts w:ascii="Arial" w:hAnsi="Arial"/>
          <w:sz w:val="22"/>
        </w:rPr>
        <w:t>Have I ever told you the story about the carpet fitter? I can't fit the carpet in my bedroom. and if They went to the, I don't know what it is about carpet fitters, but they want to use the toilet and I don't mean for number one, I mean for a big toilet and sure enough the carpet fitter came and used the toilet and he obviously could use the Closomat was put it been put in and because people who don't have a Closomat toilet don't know what they're doing so he obviously wants to leant back on the toilet as he stood up to pull over and sort himself himself out. And it squirt, because yeah, because Closomat toilet. So for anybody who doesn't know what Closomat toilet toilet washes your area. Yeah, once you finished on the toilet, yes, but you have to push a button. Yeah, to get it to work and you have to be sat on the toilet. That won't start until the weight is on the toilet seat. So I don't know how this had happened. But some weight must have had them still been on the toilet seat. It started the jet squirted him in the face. he panicked because he'd never seen this before in his life. What is this as you would, wouldn't you? he pulled the lid down, which just made the jet of water squirting him more in the face. And he came downstairs and he was like, I've just used the toilet. And my mom said, Oh, gee, you've used the Closomat haven't you. And he was like, no, no, because he was dripping wet. No. you clearly have because you're wet. Even though you've been swimming in the sink.</w:t>
      </w:r>
    </w:p>
    <w:p>
      <w:pPr>
        <w:spacing w:after="0"/>
      </w:pPr>
    </w:p>
    <w:p>
      <w:pPr>
        <w:spacing w:after="0"/>
      </w:pPr>
      <w:r>
        <w:rPr>
          <w:rFonts w:ascii="Arial" w:hAnsi="Arial"/>
          <w:b/>
          <w:sz w:val="22"/>
        </w:rPr>
        <w:t xml:space="preserve">Gem Turner  </w:t>
      </w:r>
      <w:r>
        <w:rPr>
          <w:rFonts w:ascii="Arial" w:hAnsi="Arial"/>
          <w:color w:val="5D7284"/>
          <w:sz w:val="22"/>
        </w:rPr>
        <w:t>51:39</w:t>
      </w:r>
    </w:p>
    <w:p>
      <w:pPr>
        <w:spacing w:after="0"/>
      </w:pPr>
      <w:r>
        <w:rPr>
          <w:rFonts w:ascii="Arial" w:hAnsi="Arial"/>
          <w:sz w:val="22"/>
        </w:rPr>
        <w:t>Oh god. Yeah, well serves him right for pressing it again.</w:t>
      </w:r>
    </w:p>
    <w:p>
      <w:pPr>
        <w:spacing w:after="0"/>
      </w:pPr>
    </w:p>
    <w:p>
      <w:pPr>
        <w:spacing w:after="0"/>
      </w:pPr>
      <w:r>
        <w:rPr>
          <w:rFonts w:ascii="Arial" w:hAnsi="Arial"/>
          <w:b/>
          <w:sz w:val="22"/>
        </w:rPr>
        <w:t xml:space="preserve">Lucy  </w:t>
      </w:r>
      <w:r>
        <w:rPr>
          <w:rFonts w:ascii="Arial" w:hAnsi="Arial"/>
          <w:color w:val="5D7284"/>
          <w:sz w:val="22"/>
        </w:rPr>
        <w:t>51:44</w:t>
      </w:r>
    </w:p>
    <w:p>
      <w:pPr>
        <w:spacing w:after="0"/>
      </w:pPr>
      <w:r>
        <w:rPr>
          <w:rFonts w:ascii="Arial" w:hAnsi="Arial"/>
          <w:sz w:val="22"/>
        </w:rPr>
        <w:t>it did make me, it'll be the last time he has a poo in someone elses toilet when he goes and fits Carpet. Mats time. it made me laugh for at least a good hour. Looks his hairs dripping wet he got a hat on,  dripping covered in water. Why deny it? Embrace it? Yeah, I wash my face with the toilet. Yeah, yes. I had a poo in your toilet. Yeah. Oh, wow. Wow. Yes, there was a brief moment in time where the lABLEd Podcast was actually about toilets loo's, and the weird things that happen in a disabled toilet.</w:t>
      </w:r>
    </w:p>
    <w:p>
      <w:pPr>
        <w:spacing w:after="0"/>
      </w:pPr>
    </w:p>
    <w:p>
      <w:pPr>
        <w:spacing w:after="0"/>
      </w:pPr>
      <w:r>
        <w:rPr>
          <w:rFonts w:ascii="Arial" w:hAnsi="Arial"/>
          <w:b/>
          <w:sz w:val="22"/>
        </w:rPr>
        <w:t xml:space="preserve">Alice  </w:t>
      </w:r>
      <w:r>
        <w:rPr>
          <w:rFonts w:ascii="Arial" w:hAnsi="Arial"/>
          <w:color w:val="5D7284"/>
          <w:sz w:val="22"/>
        </w:rPr>
        <w:t>52:25</w:t>
      </w:r>
    </w:p>
    <w:p>
      <w:pPr>
        <w:spacing w:after="0"/>
      </w:pPr>
      <w:r>
        <w:rPr>
          <w:rFonts w:ascii="Arial" w:hAnsi="Arial"/>
          <w:sz w:val="22"/>
        </w:rPr>
        <w:t>Or when it's supposed to be a disabled toilet?</w:t>
      </w:r>
    </w:p>
    <w:p>
      <w:pPr>
        <w:spacing w:after="0"/>
      </w:pPr>
    </w:p>
    <w:p>
      <w:pPr>
        <w:spacing w:after="0"/>
      </w:pPr>
      <w:r>
        <w:rPr>
          <w:rFonts w:ascii="Arial" w:hAnsi="Arial"/>
          <w:b/>
          <w:sz w:val="22"/>
        </w:rPr>
        <w:t xml:space="preserve">Lucy  </w:t>
      </w:r>
      <w:r>
        <w:rPr>
          <w:rFonts w:ascii="Arial" w:hAnsi="Arial"/>
          <w:color w:val="5D7284"/>
          <w:sz w:val="22"/>
        </w:rPr>
        <w:t>52:28</w:t>
      </w:r>
    </w:p>
    <w:p>
      <w:pPr>
        <w:spacing w:after="0"/>
      </w:pPr>
      <w:r>
        <w:rPr>
          <w:rFonts w:ascii="Arial" w:hAnsi="Arial"/>
          <w:sz w:val="22"/>
        </w:rPr>
        <w:t>Yes. Very, very strange. But let's get into this clip where I talk about toilets. Again. Honestly, like my job, we have surveyors that go out and like review venues. And so we basically don't tell you whether it's good access or bad access, we tell you what you've got when you get there and you make the decision yourself. And the amount of like, every time I see this one person at work, he tells me about these toilets. And he goes, What's the toilets like here Luce? Did you manage it? do I need to go and have a word. And he would tell me that he went to a venue somewhere. I can't remember where exactly where it was. But he said, he said to the people that were in this Like office with the disabled toilet, and they were always there. And it's just there. And he, first of all, he opened it and there was all sorts of paraphernalia in the toilet. And he was like, well, first of all, you need to take that out really? because yeah. And then he was looking at the toilet. Honey, when you didn't realize that this toilet is not plumbed into anything. It's basically just like, again, because well, you have to go into the sink, you could move it with your own hand.</w:t>
      </w:r>
    </w:p>
    <w:p>
      <w:pPr>
        <w:spacing w:after="0"/>
      </w:pPr>
    </w:p>
    <w:p>
      <w:pPr>
        <w:spacing w:after="0"/>
      </w:pPr>
      <w:r>
        <w:rPr>
          <w:rFonts w:ascii="Arial" w:hAnsi="Arial"/>
          <w:b/>
          <w:sz w:val="22"/>
        </w:rPr>
        <w:t xml:space="preserve">Alice  </w:t>
      </w:r>
      <w:r>
        <w:rPr>
          <w:rFonts w:ascii="Arial" w:hAnsi="Arial"/>
          <w:color w:val="5D7284"/>
          <w:sz w:val="22"/>
        </w:rPr>
        <w:t>53:49</w:t>
      </w:r>
    </w:p>
    <w:p>
      <w:pPr>
        <w:spacing w:after="0"/>
      </w:pPr>
      <w:r>
        <w:rPr>
          <w:rFonts w:ascii="Arial" w:hAnsi="Arial"/>
          <w:sz w:val="22"/>
        </w:rPr>
        <w:t xml:space="preserve">So I mean, we're not just a podcast about toilets. We are a podcast about disability. And we just wanted to for our 100th episode, look back on, on what the podcast is how the podcast has grown and how we've grown. And, you know, what this show sort of means to us now? </w:t>
      </w:r>
    </w:p>
    <w:p>
      <w:pPr>
        <w:spacing w:after="0"/>
      </w:pPr>
    </w:p>
    <w:p>
      <w:pPr>
        <w:spacing w:after="0"/>
      </w:pPr>
      <w:r>
        <w:rPr>
          <w:rFonts w:ascii="Arial" w:hAnsi="Arial"/>
          <w:b/>
          <w:sz w:val="22"/>
        </w:rPr>
        <w:t xml:space="preserve">Lucy  </w:t>
      </w:r>
      <w:r>
        <w:rPr>
          <w:rFonts w:ascii="Arial" w:hAnsi="Arial"/>
          <w:color w:val="5D7284"/>
          <w:sz w:val="22"/>
        </w:rPr>
        <w:t>54:08</w:t>
      </w:r>
    </w:p>
    <w:p>
      <w:pPr>
        <w:spacing w:after="0"/>
      </w:pPr>
      <w:r>
        <w:rPr>
          <w:rFonts w:ascii="Arial" w:hAnsi="Arial"/>
          <w:sz w:val="22"/>
        </w:rPr>
        <w:t xml:space="preserve">Yeah, I think and as I've said in the beginning, it's something to be incredibly proud of that we've got to 100 episodes, and that we are still finding joy and enjoyment from, you know, doing this together. I think it's a testament to our friendship that it's got this far, it's a testament to the guests we've had on that have made us want to keep doing this, you know, and it's so much fun doing this with you, Alice and Daisy and the rest of the team involved. There's loads of people behind the scenes who don't get as much credit as they should. </w:t>
      </w:r>
    </w:p>
    <w:p>
      <w:pPr>
        <w:spacing w:after="0"/>
      </w:pPr>
    </w:p>
    <w:p>
      <w:pPr>
        <w:spacing w:after="0"/>
      </w:pPr>
      <w:r>
        <w:rPr>
          <w:rFonts w:ascii="Arial" w:hAnsi="Arial"/>
          <w:b/>
          <w:sz w:val="22"/>
        </w:rPr>
        <w:t xml:space="preserve">Alice  </w:t>
      </w:r>
      <w:r>
        <w:rPr>
          <w:rFonts w:ascii="Arial" w:hAnsi="Arial"/>
          <w:color w:val="5D7284"/>
          <w:sz w:val="22"/>
        </w:rPr>
        <w:t>54:47</w:t>
      </w:r>
    </w:p>
    <w:p>
      <w:pPr>
        <w:spacing w:after="0"/>
      </w:pPr>
      <w:r>
        <w:rPr>
          <w:rFonts w:ascii="Arial" w:hAnsi="Arial"/>
          <w:sz w:val="22"/>
        </w:rPr>
        <w:t>Maybe we should should take a minute just to say thank you to you know, I think the the we've had a number of different transcriptionists over the years, all of whom have just invaluable You know, we've we really couldn't do the transcription work is is really hard for both Lucy and I because of our different disabilities and the the time that it takes and the the pressure sorts of the time pressure to get it done between when an episode is finished editing and when it needs, the transcript needs to be ready. It's it's a, it's a difficult job. But we really I don't think I can tell you how much I appreciate our transcriptionists that really,</w:t>
      </w:r>
    </w:p>
    <w:p>
      <w:pPr>
        <w:spacing w:after="0"/>
      </w:pPr>
    </w:p>
    <w:p>
      <w:pPr>
        <w:spacing w:after="0"/>
      </w:pPr>
      <w:r>
        <w:rPr>
          <w:rFonts w:ascii="Arial" w:hAnsi="Arial"/>
          <w:b/>
          <w:sz w:val="22"/>
        </w:rPr>
        <w:t xml:space="preserve">Lucy  </w:t>
      </w:r>
      <w:r>
        <w:rPr>
          <w:rFonts w:ascii="Arial" w:hAnsi="Arial"/>
          <w:color w:val="5D7284"/>
          <w:sz w:val="22"/>
        </w:rPr>
        <w:t>55:32</w:t>
      </w:r>
    </w:p>
    <w:p>
      <w:pPr>
        <w:spacing w:after="0"/>
      </w:pPr>
      <w:r>
        <w:rPr>
          <w:rFonts w:ascii="Arial" w:hAnsi="Arial"/>
          <w:sz w:val="22"/>
        </w:rPr>
        <w:t>when somebody turns to us and says, don't worry, I'll do it. you're like, yes. But also you're like well done. can I give you some fruit pastels while you do this, and a foot massage because you are helping us? No end. So it really is. It's a hard job. But it's one that we are so thankful that we've got people to come and help out with</w:t>
      </w:r>
    </w:p>
    <w:p>
      <w:pPr>
        <w:spacing w:after="0"/>
      </w:pPr>
    </w:p>
    <w:p>
      <w:pPr>
        <w:spacing w:after="0"/>
      </w:pPr>
      <w:r>
        <w:rPr>
          <w:rFonts w:ascii="Arial" w:hAnsi="Arial"/>
          <w:b/>
          <w:sz w:val="22"/>
        </w:rPr>
        <w:t xml:space="preserve">Alice  </w:t>
      </w:r>
      <w:r>
        <w:rPr>
          <w:rFonts w:ascii="Arial" w:hAnsi="Arial"/>
          <w:color w:val="5D7284"/>
          <w:sz w:val="22"/>
        </w:rPr>
        <w:t>55:53</w:t>
      </w:r>
    </w:p>
    <w:p>
      <w:pPr>
        <w:spacing w:after="0"/>
      </w:pPr>
      <w:r>
        <w:rPr>
          <w:rFonts w:ascii="Arial" w:hAnsi="Arial"/>
          <w:sz w:val="22"/>
        </w:rPr>
        <w:t>I think a special mention to Carly who has done transcriptions off and on over the last What 18 months. And he's also helped us out with bonus content has helped us out with you know, managing our Facebook group if you join our Facebook community Carly's the one that you'll be talking to. She's brilliant. She's you know, she's holding down a job as well and living life with a disability and is still you know, she's still helping us out. She doesn't have to, and we, I think, you know, she's she's fantastic. I couldn't, couldn't really kind of praise Carly more.</w:t>
      </w:r>
    </w:p>
    <w:p>
      <w:pPr>
        <w:spacing w:after="0"/>
      </w:pPr>
    </w:p>
    <w:p>
      <w:pPr>
        <w:spacing w:after="0"/>
      </w:pPr>
      <w:r>
        <w:rPr>
          <w:rFonts w:ascii="Arial" w:hAnsi="Arial"/>
          <w:b/>
          <w:sz w:val="22"/>
        </w:rPr>
        <w:t xml:space="preserve">Lucy  </w:t>
      </w:r>
      <w:r>
        <w:rPr>
          <w:rFonts w:ascii="Arial" w:hAnsi="Arial"/>
          <w:color w:val="5D7284"/>
          <w:sz w:val="22"/>
        </w:rPr>
        <w:t>56:35</w:t>
      </w:r>
    </w:p>
    <w:p>
      <w:pPr>
        <w:spacing w:after="0"/>
      </w:pPr>
      <w:r>
        <w:rPr>
          <w:rFonts w:ascii="Arial" w:hAnsi="Arial"/>
          <w:sz w:val="22"/>
        </w:rPr>
        <w:t>you wonderful, Carly, thank you so much.</w:t>
      </w:r>
    </w:p>
    <w:p>
      <w:pPr>
        <w:spacing w:after="0"/>
      </w:pPr>
    </w:p>
    <w:p>
      <w:pPr>
        <w:spacing w:after="0"/>
      </w:pPr>
      <w:r>
        <w:rPr>
          <w:rFonts w:ascii="Arial" w:hAnsi="Arial"/>
          <w:b/>
          <w:sz w:val="22"/>
        </w:rPr>
        <w:t xml:space="preserve">Alice  </w:t>
      </w:r>
      <w:r>
        <w:rPr>
          <w:rFonts w:ascii="Arial" w:hAnsi="Arial"/>
          <w:color w:val="5D7284"/>
          <w:sz w:val="22"/>
        </w:rPr>
        <w:t>56:38</w:t>
      </w:r>
    </w:p>
    <w:p>
      <w:pPr>
        <w:spacing w:after="0"/>
      </w:pPr>
      <w:r>
        <w:rPr>
          <w:rFonts w:ascii="Arial" w:hAnsi="Arial"/>
          <w:sz w:val="22"/>
        </w:rPr>
        <w:t>And, of course, a shout out to one of our newer members as well, Emma, who sort of came came on as a guest and a fan to start with. Yeah. And is wormed her way in and is doing all sorts of great stuff for us, Emma's been supporting us with press coverage. And also with helping us with kind of recruiting guests and getting that side of things organized.</w:t>
      </w:r>
    </w:p>
    <w:p>
      <w:pPr>
        <w:spacing w:after="0"/>
      </w:pPr>
    </w:p>
    <w:p>
      <w:pPr>
        <w:spacing w:after="0"/>
      </w:pPr>
      <w:r>
        <w:rPr>
          <w:rFonts w:ascii="Arial" w:hAnsi="Arial"/>
          <w:b/>
          <w:sz w:val="22"/>
        </w:rPr>
        <w:t xml:space="preserve">Lucy  </w:t>
      </w:r>
      <w:r>
        <w:rPr>
          <w:rFonts w:ascii="Arial" w:hAnsi="Arial"/>
          <w:color w:val="5D7284"/>
          <w:sz w:val="22"/>
        </w:rPr>
        <w:t>57:04</w:t>
      </w:r>
    </w:p>
    <w:p>
      <w:pPr>
        <w:spacing w:after="0"/>
      </w:pPr>
      <w:r>
        <w:rPr>
          <w:rFonts w:ascii="Arial" w:hAnsi="Arial"/>
          <w:sz w:val="22"/>
        </w:rPr>
        <w:t>We're kind of picking their brains, aren't we? And going, Oh, could you? How will that work with us? could? is that something we could do? And, and</w:t>
      </w:r>
    </w:p>
    <w:p>
      <w:pPr>
        <w:spacing w:after="0"/>
      </w:pPr>
    </w:p>
    <w:p>
      <w:pPr>
        <w:spacing w:after="0"/>
      </w:pPr>
      <w:r>
        <w:rPr>
          <w:rFonts w:ascii="Arial" w:hAnsi="Arial"/>
          <w:b/>
          <w:sz w:val="22"/>
        </w:rPr>
        <w:t xml:space="preserve">Alice  </w:t>
      </w:r>
      <w:r>
        <w:rPr>
          <w:rFonts w:ascii="Arial" w:hAnsi="Arial"/>
          <w:color w:val="5D7284"/>
          <w:sz w:val="22"/>
        </w:rPr>
        <w:t>57:11</w:t>
      </w:r>
    </w:p>
    <w:p>
      <w:pPr>
        <w:spacing w:after="0"/>
      </w:pPr>
      <w:r>
        <w:rPr>
          <w:rFonts w:ascii="Arial" w:hAnsi="Arial"/>
          <w:sz w:val="22"/>
        </w:rPr>
        <w:t>it's really, as somebody who genuinely listens to the show anyway, it's really valuable to have her feedback. She's fantastic. you know, Lucy and I have both felt that there are there's definitely peaks and troughs in the kind of feedback that we get from listeners. Yeah. And so having, having Emma as part of the team, so that I can just WhatsApp her and be like, hey, Emma, you know, what do you think about this? That's been brilliant, because she's sort of the spokesperson for</w:t>
      </w:r>
    </w:p>
    <w:p>
      <w:pPr>
        <w:spacing w:after="0"/>
      </w:pPr>
    </w:p>
    <w:p>
      <w:pPr>
        <w:spacing w:after="0"/>
      </w:pPr>
      <w:r>
        <w:rPr>
          <w:rFonts w:ascii="Arial" w:hAnsi="Arial"/>
          <w:b/>
          <w:sz w:val="22"/>
        </w:rPr>
        <w:t xml:space="preserve">Lucy  </w:t>
      </w:r>
      <w:r>
        <w:rPr>
          <w:rFonts w:ascii="Arial" w:hAnsi="Arial"/>
          <w:color w:val="5D7284"/>
          <w:sz w:val="22"/>
        </w:rPr>
        <w:t>57:42</w:t>
      </w:r>
    </w:p>
    <w:p>
      <w:pPr>
        <w:spacing w:after="0"/>
      </w:pPr>
      <w:r>
        <w:rPr>
          <w:rFonts w:ascii="Arial" w:hAnsi="Arial"/>
          <w:sz w:val="22"/>
        </w:rPr>
        <w:t>hey, Emma, what was your favorite thing about this? Yeah, that kind of thing. It's, yeah. And it's always instantaneous, and very detailed feedback that she gives us, right? It's so</w:t>
      </w:r>
    </w:p>
    <w:p>
      <w:pPr>
        <w:spacing w:after="0"/>
      </w:pPr>
    </w:p>
    <w:p>
      <w:pPr>
        <w:spacing w:after="0"/>
      </w:pPr>
      <w:r>
        <w:rPr>
          <w:rFonts w:ascii="Arial" w:hAnsi="Arial"/>
          <w:b/>
          <w:sz w:val="22"/>
        </w:rPr>
        <w:t xml:space="preserve">Alice  </w:t>
      </w:r>
      <w:r>
        <w:rPr>
          <w:rFonts w:ascii="Arial" w:hAnsi="Arial"/>
          <w:color w:val="5D7284"/>
          <w:sz w:val="22"/>
        </w:rPr>
        <w:t>57:51</w:t>
      </w:r>
    </w:p>
    <w:p>
      <w:pPr>
        <w:spacing w:after="0"/>
      </w:pPr>
      <w:r>
        <w:rPr>
          <w:rFonts w:ascii="Arial" w:hAnsi="Arial"/>
          <w:sz w:val="22"/>
        </w:rPr>
        <w:t>so genuine. So, absolutely, ya know, Emma, you're a real asset, honestly. Thank you. Yeah. Yeah. And I obviously, we could not make this podcast. And so we could not do this talking about the people or other people involved bit without talking about Adam, who just just carries the entire editing process. And, you know, has gone out of his way to learn and grow as an editor and help produce the show. Keeping, you know, keeping the quality going. Yeah, quality, not in terms of the content we produce.</w:t>
      </w:r>
    </w:p>
    <w:p>
      <w:pPr>
        <w:spacing w:after="0"/>
      </w:pPr>
    </w:p>
    <w:p>
      <w:pPr>
        <w:spacing w:after="0"/>
      </w:pPr>
      <w:r>
        <w:rPr>
          <w:rFonts w:ascii="Arial" w:hAnsi="Arial"/>
          <w:b/>
          <w:sz w:val="22"/>
        </w:rPr>
        <w:t xml:space="preserve">Lucy  </w:t>
      </w:r>
      <w:r>
        <w:rPr>
          <w:rFonts w:ascii="Arial" w:hAnsi="Arial"/>
          <w:color w:val="5D7284"/>
          <w:sz w:val="22"/>
        </w:rPr>
        <w:t>58:31</w:t>
      </w:r>
    </w:p>
    <w:p>
      <w:pPr>
        <w:spacing w:after="0"/>
      </w:pPr>
      <w:r>
        <w:rPr>
          <w:rFonts w:ascii="Arial" w:hAnsi="Arial"/>
          <w:sz w:val="22"/>
        </w:rPr>
        <w:t xml:space="preserve">you can only go so far with what is inside the show. </w:t>
      </w:r>
    </w:p>
    <w:p>
      <w:pPr>
        <w:spacing w:after="0"/>
      </w:pPr>
    </w:p>
    <w:p>
      <w:pPr>
        <w:spacing w:after="0"/>
      </w:pPr>
      <w:r>
        <w:rPr>
          <w:rFonts w:ascii="Arial" w:hAnsi="Arial"/>
          <w:b/>
          <w:sz w:val="22"/>
        </w:rPr>
        <w:t xml:space="preserve">Alice  </w:t>
      </w:r>
      <w:r>
        <w:rPr>
          <w:rFonts w:ascii="Arial" w:hAnsi="Arial"/>
          <w:color w:val="5D7284"/>
          <w:sz w:val="22"/>
        </w:rPr>
        <w:t>58:37</w:t>
      </w:r>
    </w:p>
    <w:p>
      <w:pPr>
        <w:spacing w:after="0"/>
      </w:pPr>
      <w:r>
        <w:rPr>
          <w:rFonts w:ascii="Arial" w:hAnsi="Arial"/>
          <w:sz w:val="22"/>
        </w:rPr>
        <w:t>Yeah, There's definitely been some episodes where Adam is just pouring glitter over shit.</w:t>
      </w:r>
    </w:p>
    <w:p>
      <w:pPr>
        <w:spacing w:after="0"/>
      </w:pPr>
    </w:p>
    <w:p>
      <w:pPr>
        <w:spacing w:after="0"/>
      </w:pPr>
      <w:r>
        <w:rPr>
          <w:rFonts w:ascii="Arial" w:hAnsi="Arial"/>
          <w:b/>
          <w:sz w:val="22"/>
        </w:rPr>
        <w:t xml:space="preserve">Lucy  </w:t>
      </w:r>
      <w:r>
        <w:rPr>
          <w:rFonts w:ascii="Arial" w:hAnsi="Arial"/>
          <w:color w:val="5D7284"/>
          <w:sz w:val="22"/>
        </w:rPr>
        <w:t>58:43</w:t>
      </w:r>
    </w:p>
    <w:p>
      <w:pPr>
        <w:spacing w:after="0"/>
      </w:pPr>
      <w:r>
        <w:rPr>
          <w:rFonts w:ascii="Arial" w:hAnsi="Arial"/>
          <w:sz w:val="22"/>
        </w:rPr>
        <w:t xml:space="preserve">That'll have to do to get a second draft of this one. But now, and it's for me, actually, it's been really nice getting to know Adam. So obviously, you started off. Adam was a friend from university, you you go way back, but it's been really nice for me to get to know Adam, you know, myself, and he has become a friend of mine as well. And it's been it's, he's just such a nice bloke. And I get on with him so well. He's just so like, he's so laid back. He's horizontal. Whereas me and Alice are like, Oh, God, what about this? </w:t>
      </w:r>
    </w:p>
    <w:p>
      <w:pPr>
        <w:spacing w:after="0"/>
      </w:pPr>
    </w:p>
    <w:p>
      <w:pPr>
        <w:spacing w:after="0"/>
      </w:pPr>
      <w:r>
        <w:rPr>
          <w:rFonts w:ascii="Arial" w:hAnsi="Arial"/>
          <w:b/>
          <w:sz w:val="22"/>
        </w:rPr>
        <w:t xml:space="preserve">Alice  </w:t>
      </w:r>
      <w:r>
        <w:rPr>
          <w:rFonts w:ascii="Arial" w:hAnsi="Arial"/>
          <w:color w:val="5D7284"/>
          <w:sz w:val="22"/>
        </w:rPr>
        <w:t>59:20</w:t>
      </w:r>
    </w:p>
    <w:p>
      <w:pPr>
        <w:spacing w:after="0"/>
      </w:pPr>
      <w:r>
        <w:rPr>
          <w:rFonts w:ascii="Arial" w:hAnsi="Arial"/>
          <w:sz w:val="22"/>
        </w:rPr>
        <w:t>yeah, he's definitely like, I'm sure we'll work it out. Stop Stressing, fix it in post.</w:t>
      </w:r>
    </w:p>
    <w:p>
      <w:pPr>
        <w:spacing w:after="0"/>
      </w:pPr>
    </w:p>
    <w:p>
      <w:pPr>
        <w:spacing w:after="0"/>
      </w:pPr>
      <w:r>
        <w:rPr>
          <w:rFonts w:ascii="Arial" w:hAnsi="Arial"/>
          <w:b/>
          <w:sz w:val="22"/>
        </w:rPr>
        <w:t xml:space="preserve">Lucy  </w:t>
      </w:r>
      <w:r>
        <w:rPr>
          <w:rFonts w:ascii="Arial" w:hAnsi="Arial"/>
          <w:color w:val="5D7284"/>
          <w:sz w:val="22"/>
        </w:rPr>
        <w:t>59:26</w:t>
      </w:r>
    </w:p>
    <w:p>
      <w:pPr>
        <w:spacing w:after="0"/>
      </w:pPr>
      <w:r>
        <w:rPr>
          <w:rFonts w:ascii="Arial" w:hAnsi="Arial"/>
          <w:sz w:val="22"/>
        </w:rPr>
        <w:t>Yeah, fix it in Post. I'm gonna get the t shirt with that on. don't worry, I'll fix it in post. But yeah, it's been an absolute joy to get to know him.</w:t>
      </w:r>
    </w:p>
    <w:p>
      <w:pPr>
        <w:spacing w:after="0"/>
      </w:pPr>
    </w:p>
    <w:p>
      <w:pPr>
        <w:spacing w:after="0"/>
      </w:pPr>
      <w:r>
        <w:rPr>
          <w:rFonts w:ascii="Arial" w:hAnsi="Arial"/>
          <w:b/>
          <w:sz w:val="22"/>
        </w:rPr>
        <w:t xml:space="preserve">Alice  </w:t>
      </w:r>
      <w:r>
        <w:rPr>
          <w:rFonts w:ascii="Arial" w:hAnsi="Arial"/>
          <w:color w:val="5D7284"/>
          <w:sz w:val="22"/>
        </w:rPr>
        <w:t>59:35</w:t>
      </w:r>
    </w:p>
    <w:p>
      <w:pPr>
        <w:spacing w:after="0"/>
      </w:pPr>
      <w:r>
        <w:rPr>
          <w:rFonts w:ascii="Arial" w:hAnsi="Arial"/>
          <w:sz w:val="22"/>
        </w:rPr>
        <w:t>And he's been really you know, he's been so generous, like, I mean, with his time with doing the editing whilst also holding down a job and stuff of his own but like, also, he's, you know, he's been on the show. He's come and share his own experiences of why you got involved in the podcast, you know, what his connections to the disability community are what he came on, you know, as part of The disability Pride series because he's gay and, and shared a whole personal side of his life that he absolutely didn't have to.</w:t>
      </w:r>
    </w:p>
    <w:p>
      <w:pPr>
        <w:spacing w:after="0"/>
      </w:pPr>
    </w:p>
    <w:p>
      <w:pPr>
        <w:spacing w:after="0"/>
      </w:pPr>
      <w:r>
        <w:rPr>
          <w:rFonts w:ascii="Arial" w:hAnsi="Arial"/>
          <w:b/>
          <w:sz w:val="22"/>
        </w:rPr>
        <w:t xml:space="preserve">Lucy  </w:t>
      </w:r>
      <w:r>
        <w:rPr>
          <w:rFonts w:ascii="Arial" w:hAnsi="Arial"/>
          <w:color w:val="5D7284"/>
          <w:sz w:val="22"/>
        </w:rPr>
        <w:t>1:00:09</w:t>
      </w:r>
    </w:p>
    <w:p>
      <w:pPr>
        <w:spacing w:after="0"/>
      </w:pPr>
      <w:r>
        <w:rPr>
          <w:rFonts w:ascii="Arial" w:hAnsi="Arial"/>
          <w:sz w:val="22"/>
        </w:rPr>
        <w:t>you know, and it's great to have Adam or somebody like Adam, Adam, it's great to have Adam as an ally, to both Aliceand I, and to the disabled community because he, Adam, he, like, he doesn't have to do this job. But he goes, Yeah, no, it's fine, I will, I'll carry on with you, you know, like, I'm in this for the long haul. And it's so nice to have somebody who doesn't judge Alice or I for our disabilities or anything like that. He just cracks on with it. And he's happy to offer feedback when we ask him, you know, and then say, well, have you thought about this? Have you thought about that you thought about the other one, we want to put on big events or have tried to put on big events. He's, he's been there with advice and his feedback and stuff like that. It's been really invaluable. Again. Even when we come to him with audio that perhaps hasn't recorded the greatest in the world, and he's got he's fine. We can we can make it work. It's a while. I'll turn your volume up, and I'll turn the volume down. It's fine. And it every time you like, yeah, you've well done. I don't know how you've made made that work. But you have done. So yeah, I'm really, I'm really proud of our little team. And the people that make this happen. Behind the scenes, I'm really proud of each and every single one. So I'm so proud that they believe in what we're doing Alice. And it's I think, that's what gets me pulls on my heartstrings a little bit because these people, like the vast majority of these people we didn't know from Adam when they wanted to volunteer. But they've stuck with us all this time in some capacity or another. And if they've had to leave, for whatever reason, there's never been any bad blood between us. We've always said the doors always open if you want to come back. But they've stuck with us. And I think they stick with us because they believe in what we're doing. And they can see that we're trying to do something good. Put something good out into the world that may change people's perception of disability, or have, you know, help disabled people feel how they Feel and yeah, how they feel about themselves and how, you know, it's about that represents you got to be the representation you want to see in the world of new and it's something I'm very proud of.</w:t>
      </w:r>
    </w:p>
    <w:p>
      <w:pPr>
        <w:spacing w:after="0"/>
      </w:pPr>
    </w:p>
    <w:p>
      <w:pPr>
        <w:spacing w:after="0"/>
      </w:pPr>
      <w:r>
        <w:rPr>
          <w:rFonts w:ascii="Arial" w:hAnsi="Arial"/>
          <w:b/>
          <w:sz w:val="22"/>
        </w:rPr>
        <w:t xml:space="preserve">Alice  </w:t>
      </w:r>
      <w:r>
        <w:rPr>
          <w:rFonts w:ascii="Arial" w:hAnsi="Arial"/>
          <w:color w:val="5D7284"/>
          <w:sz w:val="22"/>
        </w:rPr>
        <w:t>1:02:39</w:t>
      </w:r>
    </w:p>
    <w:p>
      <w:pPr>
        <w:spacing w:after="0"/>
      </w:pPr>
      <w:r>
        <w:rPr>
          <w:rFonts w:ascii="Arial" w:hAnsi="Arial"/>
          <w:sz w:val="22"/>
        </w:rPr>
        <w:t>Yeah, me too.</w:t>
      </w:r>
    </w:p>
    <w:p>
      <w:pPr>
        <w:spacing w:after="0"/>
      </w:pPr>
    </w:p>
    <w:p>
      <w:pPr>
        <w:spacing w:after="0"/>
      </w:pPr>
      <w:r>
        <w:rPr>
          <w:rFonts w:ascii="Arial" w:hAnsi="Arial"/>
          <w:b/>
          <w:sz w:val="22"/>
        </w:rPr>
        <w:t xml:space="preserve">Lucy  </w:t>
      </w:r>
      <w:r>
        <w:rPr>
          <w:rFonts w:ascii="Arial" w:hAnsi="Arial"/>
          <w:color w:val="5D7284"/>
          <w:sz w:val="22"/>
        </w:rPr>
        <w:t>1:02:43</w:t>
      </w:r>
    </w:p>
    <w:p>
      <w:pPr>
        <w:spacing w:after="0"/>
      </w:pPr>
      <w:r>
        <w:rPr>
          <w:rFonts w:ascii="Arial" w:hAnsi="Arial"/>
          <w:sz w:val="22"/>
        </w:rPr>
        <w:t>Not done bad have we babe. Really. Yeah.</w:t>
      </w:r>
    </w:p>
    <w:p>
      <w:pPr>
        <w:spacing w:after="0"/>
      </w:pPr>
    </w:p>
    <w:p>
      <w:pPr>
        <w:spacing w:after="0"/>
      </w:pPr>
      <w:r>
        <w:rPr>
          <w:rFonts w:ascii="Arial" w:hAnsi="Arial"/>
          <w:b/>
          <w:sz w:val="22"/>
        </w:rPr>
        <w:t xml:space="preserve">Alice  </w:t>
      </w:r>
      <w:r>
        <w:rPr>
          <w:rFonts w:ascii="Arial" w:hAnsi="Arial"/>
          <w:color w:val="5D7284"/>
          <w:sz w:val="22"/>
        </w:rPr>
        <w:t>1:03:02</w:t>
      </w:r>
    </w:p>
    <w:p>
      <w:pPr>
        <w:spacing w:after="0"/>
      </w:pPr>
      <w:r>
        <w:rPr>
          <w:rFonts w:ascii="Arial" w:hAnsi="Arial"/>
          <w:sz w:val="22"/>
        </w:rPr>
        <w:t>So you'll see that there's probably like another half an hour left on this episode. And it sounds like we're finished, but we're not finished. Lucy and I, we've it's been it's been a year, it's been quite a year. Yeah.</w:t>
      </w:r>
    </w:p>
    <w:p>
      <w:pPr>
        <w:spacing w:after="0"/>
      </w:pPr>
    </w:p>
    <w:p>
      <w:pPr>
        <w:spacing w:after="0"/>
      </w:pPr>
      <w:r>
        <w:rPr>
          <w:rFonts w:ascii="Arial" w:hAnsi="Arial"/>
          <w:b/>
          <w:sz w:val="22"/>
        </w:rPr>
        <w:t xml:space="preserve">Lucy  </w:t>
      </w:r>
      <w:r>
        <w:rPr>
          <w:rFonts w:ascii="Arial" w:hAnsi="Arial"/>
          <w:color w:val="5D7284"/>
          <w:sz w:val="22"/>
        </w:rPr>
        <w:t>1:03:21</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1:03:25</w:t>
      </w:r>
    </w:p>
    <w:p>
      <w:pPr>
        <w:spacing w:after="0"/>
      </w:pPr>
      <w:r>
        <w:rPr>
          <w:rFonts w:ascii="Arial" w:hAnsi="Arial"/>
          <w:sz w:val="22"/>
        </w:rPr>
        <w:t xml:space="preserve">And so Lucy and I have kind of sat down and talked about the podcast and the, the work that goes into the podcast, the what were the feedback we get from from that work, what we get out of the show and, and what what we liked about the show what we perhaps dislike about the show, and we we've been we've been quite honest with each other. And I think because of the people that we are in the show that this is that this is the we want to be honest with you guys out there listening this last year, in terms of maintaining the podcast, trying to keep producing it even you know, even though we had we had a break, you know, we had what, like four or five months where we weren't working together. We were you know, Bunny helping each other to try and keep the episode going. And even that was almost unmaintainable for us. </w:t>
      </w:r>
    </w:p>
    <w:p>
      <w:pPr>
        <w:spacing w:after="0"/>
      </w:pPr>
    </w:p>
    <w:p>
      <w:pPr>
        <w:spacing w:after="0"/>
      </w:pPr>
      <w:r>
        <w:rPr>
          <w:rFonts w:ascii="Arial" w:hAnsi="Arial"/>
          <w:b/>
          <w:sz w:val="22"/>
        </w:rPr>
        <w:t xml:space="preserve">Lucy  </w:t>
      </w:r>
      <w:r>
        <w:rPr>
          <w:rFonts w:ascii="Arial" w:hAnsi="Arial"/>
          <w:color w:val="5D7284"/>
          <w:sz w:val="22"/>
        </w:rPr>
        <w:t>1:04:31</w:t>
      </w:r>
    </w:p>
    <w:p>
      <w:pPr>
        <w:spacing w:after="0"/>
      </w:pPr>
      <w:r>
        <w:rPr>
          <w:rFonts w:ascii="Arial" w:hAnsi="Arial"/>
          <w:sz w:val="22"/>
        </w:rPr>
        <w:t>Yeah. And also didn't feel right as not as as good as the guests we had on supporting us were every time I hit that record button and I was without you Alice it didn't feel right. it felt weird. I didn't like it. because I always know no matter what guests we have on Alice is my constant and the person that makes me feel like it's fine. All right, we've got this apparently was got this. But without you that was a bit like, I don't Like doing  this, like, Alice gets my sense of humor.</w:t>
      </w:r>
    </w:p>
    <w:p>
      <w:pPr>
        <w:spacing w:after="0"/>
      </w:pPr>
    </w:p>
    <w:p>
      <w:pPr>
        <w:spacing w:after="0"/>
      </w:pPr>
      <w:r>
        <w:rPr>
          <w:rFonts w:ascii="Arial" w:hAnsi="Arial"/>
          <w:b/>
          <w:sz w:val="22"/>
        </w:rPr>
        <w:t xml:space="preserve">Alice  </w:t>
      </w:r>
      <w:r>
        <w:rPr>
          <w:rFonts w:ascii="Arial" w:hAnsi="Arial"/>
          <w:color w:val="5D7284"/>
          <w:sz w:val="22"/>
        </w:rPr>
        <w:t>1:05:07</w:t>
      </w:r>
    </w:p>
    <w:p>
      <w:pPr>
        <w:spacing w:after="0"/>
      </w:pPr>
      <w:r>
        <w:rPr>
          <w:rFonts w:ascii="Arial" w:hAnsi="Arial"/>
          <w:sz w:val="22"/>
        </w:rPr>
        <w:t>I feel like, you know, this is a partnership and it didn't just didn't feel like we were. We were I mean, we weren't that together on it. it was, as you said, you know, it was they were fun episodes, they were, you know, it was it was nice to talk to have the previous guests that we'd had on come back and talk to us about some different stuff. But it was, it wasn't the same. And I think one of the things that our listeners, like about the show is our dynamic and our friendship. you know, and so that's, that's something we want to keep. And I think that because of the workload that we've had with trying to maintain the show, alongside both having quite tumultuous personal lives over the last sort of 12 months. I think it almost endangered our friendship, you know, it didn't, there weren't times where I was like, I don't want to be friends with Lucy anymore. But there were certainly times within the last sort of six months for sure that I thought, I don't know if I can keep doing this. I don't know if I can keep this, I can maintain this level of, of output. And that if we're not doing the podcast, you know, obviously Lucy and I, we are friends. But with the pod, we talked to each other, more than I totally see more than I talk to most people. And the prospect of not being able to keep going with the podcast would obviously mean that that would change our dynamic. And that's not something either of us want.</w:t>
      </w:r>
    </w:p>
    <w:p>
      <w:pPr>
        <w:spacing w:after="0"/>
      </w:pPr>
    </w:p>
    <w:p>
      <w:pPr>
        <w:spacing w:after="0"/>
      </w:pPr>
      <w:r>
        <w:rPr>
          <w:rFonts w:ascii="Arial" w:hAnsi="Arial"/>
          <w:b/>
          <w:sz w:val="22"/>
        </w:rPr>
        <w:t xml:space="preserve">Lucy  </w:t>
      </w:r>
      <w:r>
        <w:rPr>
          <w:rFonts w:ascii="Arial" w:hAnsi="Arial"/>
          <w:color w:val="5D7284"/>
          <w:sz w:val="22"/>
        </w:rPr>
        <w:t>1:06:50</w:t>
      </w:r>
    </w:p>
    <w:p>
      <w:pPr>
        <w:spacing w:after="0"/>
      </w:pPr>
      <w:r>
        <w:rPr>
          <w:rFonts w:ascii="Arial" w:hAnsi="Arial"/>
          <w:sz w:val="22"/>
        </w:rPr>
        <w:t>I don't think I would want to I mean, we talk a lot. And it's not all all all day every day. But it's not just podcast stuff. Now. It's no, no. But I don't think I would want to lose that level of friendship. No, no, I have whether we were recording an episode or not, whether we will call it a podcast or not, I wouldn't want to lose that level of friendship that I have got with you. because let's face it, Alice, you got me through you have got me through some bloody awful times in my life, being locked in the house for God knows how long you were the person who I could talk to, and feel like I was being productive. Oh dear, in my life, in that period of time, where I just felt like, I'd been forgotten by society. And I do, I wouldn't want to give that up at all, at any cost. because you are a very dear friend of mine. And it isn't just because we've got a podcast, it's because you're my mate. you know what I mean? And when it got to a point, you were like, I don't know if we can do we in fact, I think we both said at the same time, I don't think we can keep going with the level of output that we are</w:t>
      </w:r>
    </w:p>
    <w:p>
      <w:pPr>
        <w:spacing w:after="0"/>
      </w:pPr>
    </w:p>
    <w:p>
      <w:pPr>
        <w:spacing w:after="0"/>
      </w:pPr>
      <w:r>
        <w:rPr>
          <w:rFonts w:ascii="Arial" w:hAnsi="Arial"/>
          <w:b/>
          <w:sz w:val="22"/>
        </w:rPr>
        <w:t xml:space="preserve">Alice  </w:t>
      </w:r>
      <w:r>
        <w:rPr>
          <w:rFonts w:ascii="Arial" w:hAnsi="Arial"/>
          <w:color w:val="5D7284"/>
          <w:sz w:val="22"/>
        </w:rPr>
        <w:t>1:08:12</w:t>
      </w:r>
    </w:p>
    <w:p>
      <w:pPr>
        <w:spacing w:after="0"/>
      </w:pPr>
      <w:r>
        <w:rPr>
          <w:rFonts w:ascii="Arial" w:hAnsi="Arial"/>
          <w:sz w:val="22"/>
        </w:rPr>
        <w:t>currently at the conversation I can remember having with you was saying this thing, The thing that I love about the show is talking to you and talking to guests, all the other work that goes on alongside it. you know it, we do it because it needs to be done. We but it's that that's the bit that's work, the talking to you and talking to people that's not work. And the joyful thing about this podcast is that it's an excuse to talk to my friend, you know, it's quite often I will drop Lucy a message and be like, Oh, have you done this? And then within four minutes, it's descended into a conversation about what Gin Lucy's drinking and some asshole thing that happened to me in the street, you know, just turns into regular friend stuff. And inevitably, if we felt that we got to the point where we didn't feel that we could sustain the podcast that would that would have had an impact on our friendship and it's just not something either of us want to do. We want to we want to have our cake and eat it. We want to have this podcast and we want to have our friendship, but we also need to balance it's almost a work life balance thing. Yeah. Work Life and podcast balance thing.</w:t>
      </w:r>
    </w:p>
    <w:p>
      <w:pPr>
        <w:spacing w:after="0"/>
      </w:pPr>
    </w:p>
    <w:p>
      <w:pPr>
        <w:spacing w:after="0"/>
      </w:pPr>
      <w:r>
        <w:rPr>
          <w:rFonts w:ascii="Arial" w:hAnsi="Arial"/>
          <w:b/>
          <w:sz w:val="22"/>
        </w:rPr>
        <w:t xml:space="preserve">Lucy  </w:t>
      </w:r>
      <w:r>
        <w:rPr>
          <w:rFonts w:ascii="Arial" w:hAnsi="Arial"/>
          <w:color w:val="5D7284"/>
          <w:sz w:val="22"/>
        </w:rPr>
        <w:t>1:09:39</w:t>
      </w:r>
    </w:p>
    <w:p>
      <w:pPr>
        <w:spacing w:after="0"/>
      </w:pPr>
      <w:r>
        <w:rPr>
          <w:rFonts w:ascii="Arial" w:hAnsi="Arial"/>
          <w:sz w:val="22"/>
        </w:rPr>
        <w:t xml:space="preserve">is exactly what we need to do. We just need to find that right balance of okay, we still have a podcast, and I still get to Alice just as much as I would normally do. But not necessarily about oh, have you done X Y Z for the podcast this week, or what are we doing about ABC it's more it can be more about you allright mate. How you doing? How's your week when you allright, how is everything you know? because that I think it was getting more and more about the podcast and less and less about your all right. Everything all right, you all right. So yeah, we just got to find that balance. So </w:t>
      </w:r>
    </w:p>
    <w:p>
      <w:pPr>
        <w:spacing w:after="0"/>
      </w:pPr>
    </w:p>
    <w:p>
      <w:pPr>
        <w:spacing w:after="0"/>
      </w:pPr>
      <w:r>
        <w:rPr>
          <w:rFonts w:ascii="Arial" w:hAnsi="Arial"/>
          <w:b/>
          <w:sz w:val="22"/>
        </w:rPr>
        <w:t xml:space="preserve">Alice  </w:t>
      </w:r>
      <w:r>
        <w:rPr>
          <w:rFonts w:ascii="Arial" w:hAnsi="Arial"/>
          <w:color w:val="5D7284"/>
          <w:sz w:val="22"/>
        </w:rPr>
        <w:t>1:10:15</w:t>
      </w:r>
    </w:p>
    <w:p>
      <w:pPr>
        <w:spacing w:after="0"/>
      </w:pPr>
      <w:r>
        <w:rPr>
          <w:rFonts w:ascii="Arial" w:hAnsi="Arial"/>
          <w:sz w:val="22"/>
        </w:rPr>
        <w:t>yeah we think we've come up with how we're gonna find that balance. Yes. And I do think it's important up top to give credit where credit is due. And so this wasn't my idea. This wasn't Lucy's idea. The credit for this goes to as as I listened back to, as I called him listening back to one of the previous episodes when looking for clips. Baldy Tom</w:t>
      </w:r>
    </w:p>
    <w:p>
      <w:pPr>
        <w:spacing w:after="0"/>
      </w:pPr>
    </w:p>
    <w:p>
      <w:pPr>
        <w:spacing w:after="0"/>
      </w:pPr>
      <w:r>
        <w:rPr>
          <w:rFonts w:ascii="Arial" w:hAnsi="Arial"/>
          <w:b/>
          <w:sz w:val="22"/>
        </w:rPr>
        <w:t xml:space="preserve">Lucy  </w:t>
      </w:r>
      <w:r>
        <w:rPr>
          <w:rFonts w:ascii="Arial" w:hAnsi="Arial"/>
          <w:color w:val="5D7284"/>
          <w:sz w:val="22"/>
        </w:rPr>
        <w:t>1:10:44</w:t>
      </w:r>
    </w:p>
    <w:p>
      <w:pPr>
        <w:spacing w:after="0"/>
      </w:pPr>
      <w:r>
        <w:rPr>
          <w:rFonts w:ascii="Arial" w:hAnsi="Arial"/>
          <w:sz w:val="22"/>
        </w:rPr>
        <w:t>Yes, executive, unofficial executive producer, Thomas Abel, who basically came on my house while I was mid sulk about the podcast because we were like, I don't know what to do. I don't what did he said? I said, I don't we don't want our listing fingers to drop. What if we, because originally, we were going to release one episode a month. Anyway. I said, but I don't want to look, we don't want to lose less than figures that we've managed to build what build up because you know, if you only really see one episode a month, that will have a significant drop. And he said, Why don't you just release it in seasons? And I went, Oh, yeah. Why don't we do that</w:t>
      </w:r>
    </w:p>
    <w:p>
      <w:pPr>
        <w:spacing w:after="0"/>
      </w:pPr>
    </w:p>
    <w:p>
      <w:pPr>
        <w:spacing w:after="0"/>
      </w:pPr>
      <w:r>
        <w:rPr>
          <w:rFonts w:ascii="Arial" w:hAnsi="Arial"/>
          <w:b/>
          <w:sz w:val="22"/>
        </w:rPr>
        <w:t xml:space="preserve">Alice  </w:t>
      </w:r>
      <w:r>
        <w:rPr>
          <w:rFonts w:ascii="Arial" w:hAnsi="Arial"/>
          <w:color w:val="5D7284"/>
          <w:sz w:val="22"/>
        </w:rPr>
        <w:t>1:11:23</w:t>
      </w:r>
    </w:p>
    <w:p>
      <w:pPr>
        <w:spacing w:after="0"/>
      </w:pPr>
      <w:r>
        <w:rPr>
          <w:rFonts w:ascii="Arial" w:hAnsi="Arial"/>
          <w:sz w:val="22"/>
        </w:rPr>
        <w:t xml:space="preserve">The starting point for me was that if we do seasons, we can still do our Spotlight Series? And yes, I think that there are I mean, some of those episodes from the to the three Spotlight series that we've done. Like are some of our best, like some of those despite the people we had, not just for the disability technology, main feed stuff, some of the people we had on for the bonus, just blew my mind.  </w:t>
      </w:r>
    </w:p>
    <w:p>
      <w:pPr>
        <w:spacing w:after="0"/>
      </w:pPr>
    </w:p>
    <w:p>
      <w:pPr>
        <w:spacing w:after="0"/>
      </w:pPr>
      <w:r>
        <w:rPr>
          <w:rFonts w:ascii="Arial" w:hAnsi="Arial"/>
          <w:b/>
          <w:sz w:val="22"/>
        </w:rPr>
        <w:t xml:space="preserve">Lucy  </w:t>
      </w:r>
      <w:r>
        <w:rPr>
          <w:rFonts w:ascii="Arial" w:hAnsi="Arial"/>
          <w:color w:val="5D7284"/>
          <w:sz w:val="22"/>
        </w:rPr>
        <w:t>1:11:54</w:t>
      </w:r>
    </w:p>
    <w:p>
      <w:pPr>
        <w:spacing w:after="0"/>
      </w:pPr>
      <w:r>
        <w:rPr>
          <w:rFonts w:ascii="Arial" w:hAnsi="Arial"/>
          <w:sz w:val="22"/>
        </w:rPr>
        <w:t>And also had that bonus content from the lady who was talking about accessibility and podcasting. And we should we didn't know her. Like she was a stranger really wasn't you? And she turned around at the end of our recording and said, I think you guys are doing a great job. Well, and she was a podcast professional. it wasn't just some like, random person who does transcript she and she knows what she's talking about. And I was like, well, well done. Well done, girls, you're doing a great job.</w:t>
      </w:r>
    </w:p>
    <w:p>
      <w:pPr>
        <w:spacing w:after="0"/>
      </w:pPr>
    </w:p>
    <w:p>
      <w:pPr>
        <w:spacing w:after="0"/>
      </w:pPr>
      <w:r>
        <w:rPr>
          <w:rFonts w:ascii="Arial" w:hAnsi="Arial"/>
          <w:b/>
          <w:sz w:val="22"/>
        </w:rPr>
        <w:t xml:space="preserve">Alice  </w:t>
      </w:r>
      <w:r>
        <w:rPr>
          <w:rFonts w:ascii="Arial" w:hAnsi="Arial"/>
          <w:color w:val="5D7284"/>
          <w:sz w:val="22"/>
        </w:rPr>
        <w:t>1:12:24</w:t>
      </w:r>
    </w:p>
    <w:p>
      <w:pPr>
        <w:spacing w:after="0"/>
      </w:pPr>
      <w:r>
        <w:rPr>
          <w:rFonts w:ascii="Arial" w:hAnsi="Arial"/>
          <w:sz w:val="22"/>
        </w:rPr>
        <w:t>And I think that there's I think that one of the things about seasons is that it offers us the opportunity to focus on quality rather than quantity. Yeah, you know, we can work to make sure that the episodes we're producing the people that we're having on our are the people that that just the stories that people want to hear that they're the guests who, who fit with our attitude and our ethos, or even opposite that they the guests who challenge us to think differently, you know, I want I want our show to be always be listened, listen to able. And I think that, you know, there have been times where it's been a bit of a desperate scramble. And we, you know, particularly reflecting on the bonus content where we've just been like, Jesus Christ it's Tuesday, we've got to have something ready for Thursday. What can we do?</w:t>
      </w:r>
    </w:p>
    <w:p>
      <w:pPr>
        <w:spacing w:after="0"/>
      </w:pPr>
    </w:p>
    <w:p>
      <w:pPr>
        <w:spacing w:after="0"/>
      </w:pPr>
      <w:r>
        <w:rPr>
          <w:rFonts w:ascii="Arial" w:hAnsi="Arial"/>
          <w:b/>
          <w:sz w:val="22"/>
        </w:rPr>
        <w:t xml:space="preserve">Lucy  </w:t>
      </w:r>
      <w:r>
        <w:rPr>
          <w:rFonts w:ascii="Arial" w:hAnsi="Arial"/>
          <w:color w:val="5D7284"/>
          <w:sz w:val="22"/>
        </w:rPr>
        <w:t>1:13:28</w:t>
      </w:r>
    </w:p>
    <w:p>
      <w:pPr>
        <w:spacing w:after="0"/>
      </w:pPr>
      <w:r>
        <w:rPr>
          <w:rFonts w:ascii="Arial" w:hAnsi="Arial"/>
          <w:sz w:val="22"/>
        </w:rPr>
        <w:t>And I work on a Wednesday?</w:t>
      </w:r>
    </w:p>
    <w:p>
      <w:pPr>
        <w:spacing w:after="0"/>
      </w:pPr>
    </w:p>
    <w:p>
      <w:pPr>
        <w:spacing w:after="0"/>
      </w:pPr>
      <w:r>
        <w:rPr>
          <w:rFonts w:ascii="Arial" w:hAnsi="Arial"/>
          <w:b/>
          <w:sz w:val="22"/>
        </w:rPr>
        <w:t xml:space="preserve">Alice  </w:t>
      </w:r>
      <w:r>
        <w:rPr>
          <w:rFonts w:ascii="Arial" w:hAnsi="Arial"/>
          <w:color w:val="5D7284"/>
          <w:sz w:val="22"/>
        </w:rPr>
        <w:t>1:13:32</w:t>
      </w:r>
    </w:p>
    <w:p>
      <w:pPr>
        <w:spacing w:after="0"/>
      </w:pPr>
      <w:r>
        <w:rPr>
          <w:rFonts w:ascii="Arial" w:hAnsi="Arial"/>
          <w:sz w:val="22"/>
        </w:rPr>
        <w:t>I don't, I don't want us to be putting work in for stuff that isn't worth the work, because it's not stuff that's interesting to our audiences. So yeah, I guess the big announcement is, we're going seasonal.</w:t>
      </w:r>
    </w:p>
    <w:p>
      <w:pPr>
        <w:spacing w:after="0"/>
      </w:pPr>
    </w:p>
    <w:p>
      <w:pPr>
        <w:spacing w:after="0"/>
      </w:pPr>
      <w:r>
        <w:rPr>
          <w:rFonts w:ascii="Arial" w:hAnsi="Arial"/>
          <w:b/>
          <w:sz w:val="22"/>
        </w:rPr>
        <w:t xml:space="preserve">Lucy  </w:t>
      </w:r>
      <w:r>
        <w:rPr>
          <w:rFonts w:ascii="Arial" w:hAnsi="Arial"/>
          <w:color w:val="5D7284"/>
          <w:sz w:val="22"/>
        </w:rPr>
        <w:t>1:13:50</w:t>
      </w:r>
    </w:p>
    <w:p>
      <w:pPr>
        <w:spacing w:after="0"/>
      </w:pPr>
      <w:r>
        <w:rPr>
          <w:rFonts w:ascii="Arial" w:hAnsi="Arial"/>
          <w:sz w:val="22"/>
        </w:rPr>
        <w:t>Have we decided how long each season's gonna be? Or is that bendable as to how many people we've had interested in?</w:t>
      </w:r>
    </w:p>
    <w:p>
      <w:pPr>
        <w:spacing w:after="0"/>
      </w:pPr>
    </w:p>
    <w:p>
      <w:pPr>
        <w:spacing w:after="0"/>
      </w:pPr>
      <w:r>
        <w:rPr>
          <w:rFonts w:ascii="Arial" w:hAnsi="Arial"/>
          <w:b/>
          <w:sz w:val="22"/>
        </w:rPr>
        <w:t xml:space="preserve">Alice  </w:t>
      </w:r>
      <w:r>
        <w:rPr>
          <w:rFonts w:ascii="Arial" w:hAnsi="Arial"/>
          <w:color w:val="5D7284"/>
          <w:sz w:val="22"/>
        </w:rPr>
        <w:t>1:13:57</w:t>
      </w:r>
    </w:p>
    <w:p>
      <w:pPr>
        <w:spacing w:after="0"/>
      </w:pPr>
      <w:r>
        <w:rPr>
          <w:rFonts w:ascii="Arial" w:hAnsi="Arial"/>
          <w:sz w:val="22"/>
        </w:rPr>
        <w:t>I mean, I think this is probably a discussion we should have had off air, probably. But I am also fairly certain we have had this discussion off air and we said rather than eight</w:t>
      </w:r>
    </w:p>
    <w:p>
      <w:pPr>
        <w:spacing w:after="0"/>
      </w:pPr>
    </w:p>
    <w:p>
      <w:pPr>
        <w:spacing w:after="0"/>
      </w:pPr>
      <w:r>
        <w:rPr>
          <w:rFonts w:ascii="Arial" w:hAnsi="Arial"/>
          <w:b/>
          <w:sz w:val="22"/>
        </w:rPr>
        <w:t xml:space="preserve">Lucy  </w:t>
      </w:r>
      <w:r>
        <w:rPr>
          <w:rFonts w:ascii="Arial" w:hAnsi="Arial"/>
          <w:color w:val="5D7284"/>
          <w:sz w:val="22"/>
        </w:rPr>
        <w:t>1:14:08</w:t>
      </w:r>
    </w:p>
    <w:p>
      <w:pPr>
        <w:spacing w:after="0"/>
      </w:pPr>
      <w:r>
        <w:rPr>
          <w:rFonts w:ascii="Arial" w:hAnsi="Arial"/>
          <w:sz w:val="22"/>
        </w:rPr>
        <w:t>that does ring a bell. So we'll go with eight. We'll see how it goes.</w:t>
      </w:r>
    </w:p>
    <w:p>
      <w:pPr>
        <w:spacing w:after="0"/>
      </w:pPr>
    </w:p>
    <w:p>
      <w:pPr>
        <w:spacing w:after="0"/>
      </w:pPr>
      <w:r>
        <w:rPr>
          <w:rFonts w:ascii="Arial" w:hAnsi="Arial"/>
          <w:b/>
          <w:sz w:val="22"/>
        </w:rPr>
        <w:t xml:space="preserve">Alice  </w:t>
      </w:r>
      <w:r>
        <w:rPr>
          <w:rFonts w:ascii="Arial" w:hAnsi="Arial"/>
          <w:color w:val="5D7284"/>
          <w:sz w:val="22"/>
        </w:rPr>
        <w:t>1:14:13</w:t>
      </w:r>
    </w:p>
    <w:p>
      <w:pPr>
        <w:spacing w:after="0"/>
      </w:pPr>
      <w:r>
        <w:rPr>
          <w:rFonts w:ascii="Arial" w:hAnsi="Arial"/>
          <w:sz w:val="22"/>
        </w:rPr>
        <w:t>One of the things that we've also said is that we want to keep we want to keep making history lessons, we want to keep doing fabled's. We also want to keep having guests on like guests, as we said are the bread and butter of this show. And that's something that I always you know, it's what we we set the show up for to begin with. And I always want to make sure that guests are the forefront of what we're doing because, for me, this show is about disabled people telling their stories for themselves. It's one of the things that you know, we were not just populated by influencers, you know, that's not all that this show is And that's not just because of influence influencers don't want to come on our show. But like, I will</w:t>
      </w:r>
    </w:p>
    <w:p>
      <w:pPr>
        <w:spacing w:after="0"/>
      </w:pPr>
    </w:p>
    <w:p>
      <w:pPr>
        <w:spacing w:after="0"/>
      </w:pPr>
      <w:r>
        <w:rPr>
          <w:rFonts w:ascii="Arial" w:hAnsi="Arial"/>
          <w:b/>
          <w:sz w:val="22"/>
        </w:rPr>
        <w:t xml:space="preserve">Lucy  </w:t>
      </w:r>
      <w:r>
        <w:rPr>
          <w:rFonts w:ascii="Arial" w:hAnsi="Arial"/>
          <w:color w:val="5D7284"/>
          <w:sz w:val="22"/>
        </w:rPr>
        <w:t>1:15:06</w:t>
      </w:r>
    </w:p>
    <w:p>
      <w:pPr>
        <w:spacing w:after="0"/>
      </w:pPr>
      <w:r>
        <w:rPr>
          <w:rFonts w:ascii="Arial" w:hAnsi="Arial"/>
          <w:sz w:val="22"/>
        </w:rPr>
        <w:t>make a conscious effort, don't we not to have people who are selling people selling stuff or got an overtly</w:t>
      </w:r>
    </w:p>
    <w:p>
      <w:pPr>
        <w:spacing w:after="0"/>
      </w:pPr>
    </w:p>
    <w:p>
      <w:pPr>
        <w:spacing w:after="0"/>
      </w:pPr>
      <w:r>
        <w:rPr>
          <w:rFonts w:ascii="Arial" w:hAnsi="Arial"/>
          <w:b/>
          <w:sz w:val="22"/>
        </w:rPr>
        <w:t xml:space="preserve">Alice  </w:t>
      </w:r>
      <w:r>
        <w:rPr>
          <w:rFonts w:ascii="Arial" w:hAnsi="Arial"/>
          <w:color w:val="5D7284"/>
          <w:sz w:val="22"/>
        </w:rPr>
        <w:t>1:15:14</w:t>
      </w:r>
    </w:p>
    <w:p>
      <w:pPr>
        <w:spacing w:after="0"/>
      </w:pPr>
      <w:r>
        <w:rPr>
          <w:rFonts w:ascii="Arial" w:hAnsi="Arial"/>
          <w:sz w:val="22"/>
        </w:rPr>
        <w:t>an agenda? Yeah, that's what I want to show to still be real people so that, because I think that that's what makes it feel like part of a community is that you're, you're hearing from people who just have normal lives, but are also disabled. And that's, that's the thing that's really important to me. So, you know,</w:t>
      </w:r>
    </w:p>
    <w:p>
      <w:pPr>
        <w:spacing w:after="0"/>
      </w:pPr>
    </w:p>
    <w:p>
      <w:pPr>
        <w:spacing w:after="0"/>
      </w:pPr>
      <w:r>
        <w:rPr>
          <w:rFonts w:ascii="Arial" w:hAnsi="Arial"/>
          <w:b/>
          <w:sz w:val="22"/>
        </w:rPr>
        <w:t xml:space="preserve">Lucy  </w:t>
      </w:r>
      <w:r>
        <w:rPr>
          <w:rFonts w:ascii="Arial" w:hAnsi="Arial"/>
          <w:color w:val="5D7284"/>
          <w:sz w:val="22"/>
        </w:rPr>
        <w:t>1:15:44</w:t>
      </w:r>
    </w:p>
    <w:p>
      <w:pPr>
        <w:spacing w:after="0"/>
      </w:pPr>
      <w:r>
        <w:rPr>
          <w:rFonts w:ascii="Arial" w:hAnsi="Arial"/>
          <w:sz w:val="22"/>
        </w:rPr>
        <w:t>we're going to take some time aren't we Alice, to hone in our branding, hone in everything that we want with that we've been wanting to tweak for a while maybe and go. That's that's better. That's what we wanted it to look like. And just we will have time</w:t>
      </w:r>
    </w:p>
    <w:p>
      <w:pPr>
        <w:spacing w:after="0"/>
      </w:pPr>
    </w:p>
    <w:p>
      <w:pPr>
        <w:spacing w:after="0"/>
      </w:pPr>
      <w:r>
        <w:rPr>
          <w:rFonts w:ascii="Arial" w:hAnsi="Arial"/>
          <w:b/>
          <w:sz w:val="22"/>
        </w:rPr>
        <w:t xml:space="preserve">Alice  </w:t>
      </w:r>
      <w:r>
        <w:rPr>
          <w:rFonts w:ascii="Arial" w:hAnsi="Arial"/>
          <w:color w:val="5D7284"/>
          <w:sz w:val="22"/>
        </w:rPr>
        <w:t>1:15:59</w:t>
      </w:r>
    </w:p>
    <w:p>
      <w:pPr>
        <w:spacing w:after="0"/>
      </w:pPr>
      <w:r>
        <w:rPr>
          <w:rFonts w:ascii="Arial" w:hAnsi="Arial"/>
          <w:sz w:val="22"/>
        </w:rPr>
        <w:t>coming back with something that stronger and better quality. And I mean, yes. Doesn't, there's no denying that there'll be less of the like, there will be less episodes every year. But yeah, there will see what we produce, we think will be better high caliber, exactly.</w:t>
      </w:r>
    </w:p>
    <w:p>
      <w:pPr>
        <w:spacing w:after="0"/>
      </w:pPr>
    </w:p>
    <w:p>
      <w:pPr>
        <w:spacing w:after="0"/>
      </w:pPr>
      <w:r>
        <w:rPr>
          <w:rFonts w:ascii="Arial" w:hAnsi="Arial"/>
          <w:b/>
          <w:sz w:val="22"/>
        </w:rPr>
        <w:t xml:space="preserve">Lucy  </w:t>
      </w:r>
      <w:r>
        <w:rPr>
          <w:rFonts w:ascii="Arial" w:hAnsi="Arial"/>
          <w:color w:val="5D7284"/>
          <w:sz w:val="22"/>
        </w:rPr>
        <w:t>1:16:23</w:t>
      </w:r>
    </w:p>
    <w:p>
      <w:pPr>
        <w:spacing w:after="0"/>
      </w:pPr>
      <w:r>
        <w:rPr>
          <w:rFonts w:ascii="Arial" w:hAnsi="Arial"/>
          <w:sz w:val="22"/>
        </w:rPr>
        <w:t>it's quantity. It's quality, not quantity. Is that the right way round?</w:t>
      </w:r>
    </w:p>
    <w:p>
      <w:pPr>
        <w:spacing w:after="0"/>
      </w:pPr>
    </w:p>
    <w:p>
      <w:pPr>
        <w:spacing w:after="0"/>
      </w:pPr>
      <w:r>
        <w:rPr>
          <w:rFonts w:ascii="Arial" w:hAnsi="Arial"/>
          <w:b/>
          <w:sz w:val="22"/>
        </w:rPr>
        <w:t xml:space="preserve">Alice  </w:t>
      </w:r>
      <w:r>
        <w:rPr>
          <w:rFonts w:ascii="Arial" w:hAnsi="Arial"/>
          <w:color w:val="5D7284"/>
          <w:sz w:val="22"/>
        </w:rPr>
        <w:t>1:16:28</w:t>
      </w:r>
    </w:p>
    <w:p>
      <w:pPr>
        <w:spacing w:after="0"/>
      </w:pPr>
      <w:r>
        <w:rPr>
          <w:rFonts w:ascii="Arial" w:hAnsi="Arial"/>
          <w:sz w:val="22"/>
        </w:rPr>
        <w:t xml:space="preserve">yes. is we have we needed, we need to take a little bit of a mental health break, I think, for the both of us. And I think we need a little bit of breathing space, because the show and producing the show really was almost on the like, brink of feeling toxic. </w:t>
      </w:r>
    </w:p>
    <w:p>
      <w:pPr>
        <w:spacing w:after="0"/>
      </w:pPr>
    </w:p>
    <w:p>
      <w:pPr>
        <w:spacing w:after="0"/>
      </w:pPr>
      <w:r>
        <w:rPr>
          <w:rFonts w:ascii="Arial" w:hAnsi="Arial"/>
          <w:b/>
          <w:sz w:val="22"/>
        </w:rPr>
        <w:t xml:space="preserve">Lucy  </w:t>
      </w:r>
      <w:r>
        <w:rPr>
          <w:rFonts w:ascii="Arial" w:hAnsi="Arial"/>
          <w:color w:val="5D7284"/>
          <w:sz w:val="22"/>
        </w:rPr>
        <w:t>1:16:52</w:t>
      </w:r>
    </w:p>
    <w:p>
      <w:pPr>
        <w:spacing w:after="0"/>
      </w:pPr>
      <w:r>
        <w:rPr>
          <w:rFonts w:ascii="Arial" w:hAnsi="Arial"/>
          <w:sz w:val="22"/>
        </w:rPr>
        <w:t>It was becoming a chore rather than a joy living. you felt like oh, do that again. Oh, I didn't do this last week. Yes, you did last week, you did like, you know, last fortnight's episode. Whereas now we get a bit of time to be friends. First and foremost, we get a bit of time to just relax, get work stuff out of the way, you know, organize ourselves. So it becomes processes become simpler, so that we get all our episodes recorded. So they can then go to the editor. And then they can be transcribed with time and breathing space to go. I'm not rushing this, you know, there's no spelling mistakes. It's all correct and accurate at time of publishing. So we can go. All right, we've got it. And then we can just sort of sit back and go. isn't this brilliant? Yeah. aren't we brilliant? because you know what? We are brilliant at it. We're very personable people. We know what we're talking about most of the time. And we are, I think our passion for this shines through. And it's something that I never really want to stop doing. Unless we're pretty good at this. And I would but I wouldn't want to do this with anybody else either. So you know, your stuck with me Kiddo i'm afriad. And this is the this is the way that we think this is gonna save. It's gonna make your sustainable. Yeah, yeah.</w:t>
      </w:r>
    </w:p>
    <w:p>
      <w:pPr>
        <w:spacing w:after="0"/>
      </w:pPr>
    </w:p>
    <w:p>
      <w:pPr>
        <w:spacing w:after="0"/>
      </w:pPr>
      <w:r>
        <w:rPr>
          <w:rFonts w:ascii="Arial" w:hAnsi="Arial"/>
          <w:b/>
          <w:sz w:val="22"/>
        </w:rPr>
        <w:t xml:space="preserve">Alice  </w:t>
      </w:r>
      <w:r>
        <w:rPr>
          <w:rFonts w:ascii="Arial" w:hAnsi="Arial"/>
          <w:color w:val="5D7284"/>
          <w:sz w:val="22"/>
        </w:rPr>
        <w:t>1:18:18</w:t>
      </w:r>
    </w:p>
    <w:p>
      <w:pPr>
        <w:spacing w:after="0"/>
      </w:pPr>
      <w:r>
        <w:rPr>
          <w:rFonts w:ascii="Arial" w:hAnsi="Arial"/>
          <w:sz w:val="22"/>
        </w:rPr>
        <w:t>And so this is going to be the last episode for a little while. But we will be back. We will be back later this year. And we will make a big song and dance about it on social media when we're coming back. But until then, I think one of the things that Lucy and I would really appreciate is some feedback from you guys is seeing that you are still out there. And that you'll wait for us. that, you know, that we have in the past, we've had some incredible reviews on Apple podcasts, we've had some really supportive emails of people just going I heard your episode. And we've you know, so if you can, that I think would make it would make a big difference to us as well as is knowing that there are people out there who want to hear from us. you know, one of the things that we had originally planned to do a big live celebration for our 100th episode. And we just had hurdles, hurdle after hurdle after hurdle,</w:t>
      </w:r>
    </w:p>
    <w:p>
      <w:pPr>
        <w:spacing w:after="0"/>
      </w:pPr>
    </w:p>
    <w:p>
      <w:pPr>
        <w:spacing w:after="0"/>
      </w:pPr>
      <w:r>
        <w:rPr>
          <w:rFonts w:ascii="Arial" w:hAnsi="Arial"/>
          <w:b/>
          <w:sz w:val="22"/>
        </w:rPr>
        <w:t xml:space="preserve">Lucy  </w:t>
      </w:r>
      <w:r>
        <w:rPr>
          <w:rFonts w:ascii="Arial" w:hAnsi="Arial"/>
          <w:color w:val="5D7284"/>
          <w:sz w:val="22"/>
        </w:rPr>
        <w:t>1:19:32</w:t>
      </w:r>
    </w:p>
    <w:p>
      <w:pPr>
        <w:spacing w:after="0"/>
      </w:pPr>
      <w:r>
        <w:rPr>
          <w:rFonts w:ascii="Arial" w:hAnsi="Arial"/>
          <w:sz w:val="22"/>
        </w:rPr>
        <w:t xml:space="preserve">everything that could've gone wrong did go wrong. </w:t>
      </w:r>
    </w:p>
    <w:p>
      <w:pPr>
        <w:spacing w:after="0"/>
      </w:pPr>
    </w:p>
    <w:p>
      <w:pPr>
        <w:spacing w:after="0"/>
      </w:pPr>
      <w:r>
        <w:rPr>
          <w:rFonts w:ascii="Arial" w:hAnsi="Arial"/>
          <w:b/>
          <w:sz w:val="22"/>
        </w:rPr>
        <w:t xml:space="preserve">Alice  </w:t>
      </w:r>
      <w:r>
        <w:rPr>
          <w:rFonts w:ascii="Arial" w:hAnsi="Arial"/>
          <w:color w:val="5D7284"/>
          <w:sz w:val="22"/>
        </w:rPr>
        <w:t>1:19:36</w:t>
      </w:r>
    </w:p>
    <w:p>
      <w:pPr>
        <w:spacing w:after="0"/>
      </w:pPr>
      <w:r>
        <w:rPr>
          <w:rFonts w:ascii="Arial" w:hAnsi="Arial"/>
          <w:sz w:val="22"/>
        </w:rPr>
        <w:t>And it got to the point that Lucy and I had a conversation and said, I'm so worried that we're going to put all of this work in and that it's just going to be us there's not going to be anybody who who wants to come and celebrate with us and there is you know, for the the work that we put in as much as we enjoy Making the show? it does. it can sometimes feel like it is us and that, you know, the the listening figures tell us that you're out there, we know that you're out there. I think just I guess what would be amazing would be if, if you could just give us a wave every now and then send us an email.</w:t>
      </w:r>
    </w:p>
    <w:p>
      <w:pPr>
        <w:spacing w:after="0"/>
      </w:pPr>
    </w:p>
    <w:p>
      <w:pPr>
        <w:spacing w:after="0"/>
      </w:pPr>
      <w:r>
        <w:rPr>
          <w:rFonts w:ascii="Arial" w:hAnsi="Arial"/>
          <w:b/>
          <w:sz w:val="22"/>
        </w:rPr>
        <w:t xml:space="preserve">Lucy  </w:t>
      </w:r>
      <w:r>
        <w:rPr>
          <w:rFonts w:ascii="Arial" w:hAnsi="Arial"/>
          <w:color w:val="5D7284"/>
          <w:sz w:val="22"/>
        </w:rPr>
        <w:t>1:20:25</w:t>
      </w:r>
    </w:p>
    <w:p>
      <w:pPr>
        <w:spacing w:after="0"/>
      </w:pPr>
      <w:r>
        <w:rPr>
          <w:rFonts w:ascii="Arial" w:hAnsi="Arial"/>
          <w:sz w:val="22"/>
        </w:rPr>
        <w:t>Tell yourmates, tell your mates tell you mother's dog, you know?</w:t>
      </w:r>
    </w:p>
    <w:p>
      <w:pPr>
        <w:spacing w:after="0"/>
      </w:pPr>
    </w:p>
    <w:p>
      <w:pPr>
        <w:spacing w:after="0"/>
      </w:pPr>
      <w:r>
        <w:rPr>
          <w:rFonts w:ascii="Arial" w:hAnsi="Arial"/>
          <w:b/>
          <w:sz w:val="22"/>
        </w:rPr>
        <w:t xml:space="preserve">Alice  </w:t>
      </w:r>
      <w:r>
        <w:rPr>
          <w:rFonts w:ascii="Arial" w:hAnsi="Arial"/>
          <w:color w:val="5D7284"/>
          <w:sz w:val="22"/>
        </w:rPr>
        <w:t>1:20:29</w:t>
      </w:r>
    </w:p>
    <w:p>
      <w:pPr>
        <w:spacing w:after="0"/>
      </w:pPr>
      <w:r>
        <w:rPr>
          <w:rFonts w:ascii="Arial" w:hAnsi="Arial"/>
          <w:sz w:val="22"/>
        </w:rPr>
        <w:t>I mean, they're not gonna listen, but</w:t>
      </w:r>
    </w:p>
    <w:p>
      <w:pPr>
        <w:spacing w:after="0"/>
      </w:pPr>
    </w:p>
    <w:p>
      <w:pPr>
        <w:spacing w:after="0"/>
      </w:pPr>
      <w:r>
        <w:rPr>
          <w:rFonts w:ascii="Arial" w:hAnsi="Arial"/>
          <w:b/>
          <w:sz w:val="22"/>
        </w:rPr>
        <w:t xml:space="preserve">Lucy  </w:t>
      </w:r>
      <w:r>
        <w:rPr>
          <w:rFonts w:ascii="Arial" w:hAnsi="Arial"/>
          <w:color w:val="5D7284"/>
          <w:sz w:val="22"/>
        </w:rPr>
        <w:t>1:20:32</w:t>
      </w:r>
    </w:p>
    <w:p>
      <w:pPr>
        <w:spacing w:after="0"/>
      </w:pPr>
      <w:r>
        <w:rPr>
          <w:rFonts w:ascii="Arial" w:hAnsi="Arial"/>
          <w:sz w:val="22"/>
        </w:rPr>
        <w:t>because I'm in the background in the car, you know, if somebody you know goes, Oh, you listen to that, if you've been listening to different podcasts, mention our name occasionally, not all the time, just occasionally,</w:t>
      </w:r>
    </w:p>
    <w:p>
      <w:pPr>
        <w:spacing w:after="0"/>
      </w:pPr>
    </w:p>
    <w:p>
      <w:pPr>
        <w:spacing w:after="0"/>
      </w:pPr>
      <w:r>
        <w:rPr>
          <w:rFonts w:ascii="Arial" w:hAnsi="Arial"/>
          <w:b/>
          <w:sz w:val="22"/>
        </w:rPr>
        <w:t xml:space="preserve">Alice  </w:t>
      </w:r>
      <w:r>
        <w:rPr>
          <w:rFonts w:ascii="Arial" w:hAnsi="Arial"/>
          <w:color w:val="5D7284"/>
          <w:sz w:val="22"/>
        </w:rPr>
        <w:t>1:20:45</w:t>
      </w:r>
    </w:p>
    <w:p>
      <w:pPr>
        <w:spacing w:after="0"/>
      </w:pPr>
      <w:r>
        <w:rPr>
          <w:rFonts w:ascii="Arial" w:hAnsi="Arial"/>
          <w:sz w:val="22"/>
        </w:rPr>
        <w:t>if, if a guest comes on the show and says something that you're like, Fuck, yeah, that really resonates with me, just tell us on Twitter because or on Instagram or, you know, wherever your your social media ring, like, because that's, that is just just seeing you out there. Honestly, I cannot tell you how in how seen it makes me feel as a disabled person. you know, I, we all we talk about the community that we have, and there are guests who we've had on multiple times guests who have come back and done bonus content and stuff for us who we have felt real connection to. But we know that there are listeners out there too, who feel like we feel and have experienced what we've experienced. And we we want you to feel seen and represented by us. But we also we need to feel seen and heard by you it. it makes us it drives us forward, just that little bit more</w:t>
      </w:r>
    </w:p>
    <w:p>
      <w:pPr>
        <w:spacing w:after="0"/>
      </w:pPr>
    </w:p>
    <w:p>
      <w:pPr>
        <w:spacing w:after="0"/>
      </w:pPr>
      <w:r>
        <w:rPr>
          <w:rFonts w:ascii="Arial" w:hAnsi="Arial"/>
          <w:b/>
          <w:sz w:val="22"/>
        </w:rPr>
        <w:t xml:space="preserve">Lucy  </w:t>
      </w:r>
      <w:r>
        <w:rPr>
          <w:rFonts w:ascii="Arial" w:hAnsi="Arial"/>
          <w:color w:val="5D7284"/>
          <w:sz w:val="22"/>
        </w:rPr>
        <w:t>1:21:59</w:t>
      </w:r>
    </w:p>
    <w:p>
      <w:pPr>
        <w:spacing w:after="0"/>
      </w:pPr>
      <w:r>
        <w:rPr>
          <w:rFonts w:ascii="Arial" w:hAnsi="Arial"/>
          <w:sz w:val="22"/>
        </w:rPr>
        <w:t xml:space="preserve">it gives us a lift when we are quite low. And there have been times this year when we separately added together have felt quite low about things and hearing and knowing that actually the work we put into this podcast is making a difference. We can only guesstimate the difference we'll make and we hope but we're not we're not sure that we are. But it's something that really helps Alice I feel like we're doing something worthwhile. </w:t>
      </w:r>
    </w:p>
    <w:p>
      <w:pPr>
        <w:spacing w:after="0"/>
      </w:pPr>
    </w:p>
    <w:p>
      <w:pPr>
        <w:spacing w:after="0"/>
      </w:pPr>
      <w:r>
        <w:rPr>
          <w:rFonts w:ascii="Arial" w:hAnsi="Arial"/>
          <w:b/>
          <w:sz w:val="22"/>
        </w:rPr>
        <w:t xml:space="preserve">Alice  </w:t>
      </w:r>
      <w:r>
        <w:rPr>
          <w:rFonts w:ascii="Arial" w:hAnsi="Arial"/>
          <w:color w:val="5D7284"/>
          <w:sz w:val="22"/>
        </w:rPr>
        <w:t>1:22:24</w:t>
      </w:r>
    </w:p>
    <w:p>
      <w:pPr>
        <w:spacing w:after="0"/>
      </w:pPr>
      <w:r>
        <w:rPr>
          <w:rFonts w:ascii="Arial" w:hAnsi="Arial"/>
          <w:sz w:val="22"/>
        </w:rPr>
        <w:t>And I don't and I feel this goes against. So much of what I feel like is is, is sort of socially acceptable. I feel like I don't want this to sound like I'm going oh, notice me notice me. That's not what I want. I don't want a tension. No, I guess I guess it's sort of it's sort of recognition. Yes. That it is also it really is for me is is feeling like we are a community, the people that listen to us feel, as in, you know, as engaged with us as we hope they do. And that we can engage with you in return, you know, follow me and Lucy on Twitter. Like, I know, most people loads of people have left Twitter now but like, engage with us on the different platforms and we will we will talk back to you we will be there.</w:t>
      </w:r>
    </w:p>
    <w:p>
      <w:pPr>
        <w:spacing w:after="0"/>
      </w:pPr>
    </w:p>
    <w:p>
      <w:pPr>
        <w:spacing w:after="0"/>
      </w:pPr>
      <w:r>
        <w:rPr>
          <w:rFonts w:ascii="Arial" w:hAnsi="Arial"/>
          <w:b/>
          <w:sz w:val="22"/>
        </w:rPr>
        <w:t xml:space="preserve">Lucy  </w:t>
      </w:r>
      <w:r>
        <w:rPr>
          <w:rFonts w:ascii="Arial" w:hAnsi="Arial"/>
          <w:color w:val="5D7284"/>
          <w:sz w:val="22"/>
        </w:rPr>
        <w:t>1:23:27</w:t>
      </w:r>
    </w:p>
    <w:p>
      <w:pPr>
        <w:spacing w:after="0"/>
      </w:pPr>
      <w:r>
        <w:rPr>
          <w:rFonts w:ascii="Arial" w:hAnsi="Arial"/>
          <w:sz w:val="22"/>
        </w:rPr>
        <w:t>Yeah, we are small enough to go oh, we've seen your message.</w:t>
      </w:r>
    </w:p>
    <w:p>
      <w:pPr>
        <w:spacing w:after="0"/>
      </w:pPr>
    </w:p>
    <w:p>
      <w:pPr>
        <w:spacing w:after="0"/>
      </w:pPr>
      <w:r>
        <w:rPr>
          <w:rFonts w:ascii="Arial" w:hAnsi="Arial"/>
          <w:b/>
          <w:sz w:val="22"/>
        </w:rPr>
        <w:t xml:space="preserve">Alice  </w:t>
      </w:r>
      <w:r>
        <w:rPr>
          <w:rFonts w:ascii="Arial" w:hAnsi="Arial"/>
          <w:color w:val="5D7284"/>
          <w:sz w:val="22"/>
        </w:rPr>
        <w:t>1:23:32</w:t>
      </w:r>
    </w:p>
    <w:p>
      <w:pPr>
        <w:spacing w:after="0"/>
      </w:pPr>
      <w:r>
        <w:rPr>
          <w:rFonts w:ascii="Arial" w:hAnsi="Arial"/>
          <w:sz w:val="22"/>
        </w:rPr>
        <w:t>and tell us what you want to hear. Tell us. if you were like that we know that you guys spent four hours putting this episode together. I thought it was fucking terrible. Tell us because then we won't make another terrible episode.</w:t>
      </w:r>
    </w:p>
    <w:p>
      <w:pPr>
        <w:spacing w:after="0"/>
      </w:pPr>
    </w:p>
    <w:p>
      <w:pPr>
        <w:spacing w:after="0"/>
      </w:pPr>
      <w:r>
        <w:rPr>
          <w:rFonts w:ascii="Arial" w:hAnsi="Arial"/>
          <w:b/>
          <w:sz w:val="22"/>
        </w:rPr>
        <w:t xml:space="preserve">Lucy  </w:t>
      </w:r>
      <w:r>
        <w:rPr>
          <w:rFonts w:ascii="Arial" w:hAnsi="Arial"/>
          <w:color w:val="5D7284"/>
          <w:sz w:val="22"/>
        </w:rPr>
        <w:t>1:23:45</w:t>
      </w:r>
    </w:p>
    <w:p>
      <w:pPr>
        <w:spacing w:after="0"/>
      </w:pPr>
      <w:r>
        <w:rPr>
          <w:rFonts w:ascii="Arial" w:hAnsi="Arial"/>
          <w:sz w:val="22"/>
        </w:rPr>
        <w:t>then we won't do it again.</w:t>
      </w:r>
    </w:p>
    <w:p>
      <w:pPr>
        <w:spacing w:after="0"/>
      </w:pPr>
    </w:p>
    <w:p>
      <w:pPr>
        <w:spacing w:after="0"/>
      </w:pPr>
      <w:r>
        <w:rPr>
          <w:rFonts w:ascii="Arial" w:hAnsi="Arial"/>
          <w:b/>
          <w:sz w:val="22"/>
        </w:rPr>
        <w:t xml:space="preserve">Alice  </w:t>
      </w:r>
      <w:r>
        <w:rPr>
          <w:rFonts w:ascii="Arial" w:hAnsi="Arial"/>
          <w:color w:val="5D7284"/>
          <w:sz w:val="22"/>
        </w:rPr>
        <w:t>1:23:47</w:t>
      </w:r>
    </w:p>
    <w:p>
      <w:pPr>
        <w:spacing w:after="0"/>
      </w:pPr>
      <w:r>
        <w:rPr>
          <w:rFonts w:ascii="Arial" w:hAnsi="Arial"/>
          <w:sz w:val="22"/>
        </w:rPr>
        <w:t>Well, we are like, we make these episode, these these, this podcast. These episodes, we make them. We make them because we love making them. But we don't make them for ourselves, we make them for you.</w:t>
      </w:r>
    </w:p>
    <w:p>
      <w:pPr>
        <w:spacing w:after="0"/>
      </w:pPr>
    </w:p>
    <w:p>
      <w:pPr>
        <w:spacing w:after="0"/>
      </w:pPr>
      <w:r>
        <w:rPr>
          <w:rFonts w:ascii="Arial" w:hAnsi="Arial"/>
          <w:b/>
          <w:sz w:val="22"/>
        </w:rPr>
        <w:t xml:space="preserve">Lucy  </w:t>
      </w:r>
      <w:r>
        <w:rPr>
          <w:rFonts w:ascii="Arial" w:hAnsi="Arial"/>
          <w:color w:val="5D7284"/>
          <w:sz w:val="22"/>
        </w:rPr>
        <w:t>1:24:04</w:t>
      </w:r>
    </w:p>
    <w:p>
      <w:pPr>
        <w:spacing w:after="0"/>
      </w:pPr>
      <w:r>
        <w:rPr>
          <w:rFonts w:ascii="Arial" w:hAnsi="Arial"/>
          <w:sz w:val="22"/>
        </w:rPr>
        <w:t>We also make them because we think you're going to enjoy them. So if you're not enjoying them, or there's something that you disagree with what we've said, or you know, don't be afraid to challenge us either because, you know,</w:t>
      </w:r>
    </w:p>
    <w:p>
      <w:pPr>
        <w:spacing w:after="0"/>
      </w:pPr>
    </w:p>
    <w:p>
      <w:pPr>
        <w:spacing w:after="0"/>
      </w:pPr>
      <w:r>
        <w:rPr>
          <w:rFonts w:ascii="Arial" w:hAnsi="Arial"/>
          <w:b/>
          <w:sz w:val="22"/>
        </w:rPr>
        <w:t xml:space="preserve">Alice  </w:t>
      </w:r>
      <w:r>
        <w:rPr>
          <w:rFonts w:ascii="Arial" w:hAnsi="Arial"/>
          <w:color w:val="5D7284"/>
          <w:sz w:val="22"/>
        </w:rPr>
        <w:t>1:24:18</w:t>
      </w:r>
    </w:p>
    <w:p>
      <w:pPr>
        <w:spacing w:after="0"/>
      </w:pPr>
      <w:r>
        <w:rPr>
          <w:rFonts w:ascii="Arial" w:hAnsi="Arial"/>
          <w:sz w:val="22"/>
        </w:rPr>
        <w:t>we exactly we want to learn.</w:t>
      </w:r>
    </w:p>
    <w:p>
      <w:pPr>
        <w:spacing w:after="0"/>
      </w:pPr>
    </w:p>
    <w:p>
      <w:pPr>
        <w:spacing w:after="0"/>
      </w:pPr>
      <w:r>
        <w:rPr>
          <w:rFonts w:ascii="Arial" w:hAnsi="Arial"/>
          <w:b/>
          <w:sz w:val="22"/>
        </w:rPr>
        <w:t xml:space="preserve">Lucy  </w:t>
      </w:r>
      <w:r>
        <w:rPr>
          <w:rFonts w:ascii="Arial" w:hAnsi="Arial"/>
          <w:color w:val="5D7284"/>
          <w:sz w:val="22"/>
        </w:rPr>
        <w:t>1:24:20</w:t>
      </w:r>
    </w:p>
    <w:p>
      <w:pPr>
        <w:spacing w:after="0"/>
      </w:pPr>
      <w:r>
        <w:rPr>
          <w:rFonts w:ascii="Arial" w:hAnsi="Arial"/>
          <w:sz w:val="22"/>
        </w:rPr>
        <w:t>were not the authoritative people on disability land</w:t>
      </w:r>
    </w:p>
    <w:p>
      <w:pPr>
        <w:spacing w:after="0"/>
      </w:pPr>
    </w:p>
    <w:p>
      <w:pPr>
        <w:spacing w:after="0"/>
      </w:pPr>
      <w:r>
        <w:rPr>
          <w:rFonts w:ascii="Arial" w:hAnsi="Arial"/>
          <w:b/>
          <w:sz w:val="22"/>
        </w:rPr>
        <w:t xml:space="preserve">Alice  </w:t>
      </w:r>
      <w:r>
        <w:rPr>
          <w:rFonts w:ascii="Arial" w:hAnsi="Arial"/>
          <w:color w:val="5D7284"/>
          <w:sz w:val="22"/>
        </w:rPr>
        <w:t>1:24:23</w:t>
      </w:r>
    </w:p>
    <w:p>
      <w:pPr>
        <w:spacing w:after="0"/>
      </w:pPr>
      <w:r>
        <w:rPr>
          <w:rFonts w:ascii="Arial" w:hAnsi="Arial"/>
          <w:sz w:val="22"/>
        </w:rPr>
        <w:t>and that's one of the you know, I said we're taking a break to try and grow as podcasters and you know this, this is the opportunity for you to help shape that growth and that learning for us. Tell us what you think we should tell us what you want to hear. you know, tell us what history lessons you want us to do. Even if it's just a vague like oh, I'd like more disabled women covered in your podcast I'd like more ancient history you know we'll whatever it is tell us because If we don't know if you don't tell us. Yeah, you know,</w:t>
      </w:r>
    </w:p>
    <w:p>
      <w:pPr>
        <w:spacing w:after="0"/>
      </w:pPr>
    </w:p>
    <w:p>
      <w:pPr>
        <w:spacing w:after="0"/>
      </w:pPr>
      <w:r>
        <w:rPr>
          <w:rFonts w:ascii="Arial" w:hAnsi="Arial"/>
          <w:b/>
          <w:sz w:val="22"/>
        </w:rPr>
        <w:t xml:space="preserve">Lucy  </w:t>
      </w:r>
      <w:r>
        <w:rPr>
          <w:rFonts w:ascii="Arial" w:hAnsi="Arial"/>
          <w:color w:val="5D7284"/>
          <w:sz w:val="22"/>
        </w:rPr>
        <w:t>1:25:04</w:t>
      </w:r>
    </w:p>
    <w:p>
      <w:pPr>
        <w:spacing w:after="0"/>
      </w:pPr>
      <w:r>
        <w:rPr>
          <w:rFonts w:ascii="Arial" w:hAnsi="Arial"/>
          <w:sz w:val="22"/>
        </w:rPr>
        <w:t>and if we don't know how to do it, we'll get somebody who does know how to do it. And help us do this. Yeah, exactly. Yeah, but well, you know, we don't we're not we're not, we're not stopping. We're just taking a breath, calming down a little bit. And, you know, making some changes so we are bigger and better than ever, so that</w:t>
      </w:r>
    </w:p>
    <w:p>
      <w:pPr>
        <w:spacing w:after="0"/>
      </w:pPr>
    </w:p>
    <w:p>
      <w:pPr>
        <w:spacing w:after="0"/>
      </w:pPr>
      <w:r>
        <w:rPr>
          <w:rFonts w:ascii="Arial" w:hAnsi="Arial"/>
          <w:b/>
          <w:sz w:val="22"/>
        </w:rPr>
        <w:t xml:space="preserve">Alice  </w:t>
      </w:r>
      <w:r>
        <w:rPr>
          <w:rFonts w:ascii="Arial" w:hAnsi="Arial"/>
          <w:color w:val="5D7284"/>
          <w:sz w:val="22"/>
        </w:rPr>
        <w:t>1:25:31</w:t>
      </w:r>
    </w:p>
    <w:p>
      <w:pPr>
        <w:spacing w:after="0"/>
      </w:pPr>
      <w:r>
        <w:rPr>
          <w:rFonts w:ascii="Arial" w:hAnsi="Arial"/>
          <w:sz w:val="22"/>
        </w:rPr>
        <w:t>we first stick with us for a few months. Enjoy the summer, enjoy the sunshine. And look after yourselves. And then we will see you next time. it just might be a little longer than you're used to. Bye bye.</w:t>
      </w:r>
    </w:p>
    <w:p>
      <w:pPr>
        <w:spacing w:after="0"/>
      </w:pPr>
    </w:p>
    <w:p>
      <w:pPr>
        <w:spacing w:after="0"/>
      </w:pPr>
      <w:r>
        <w:rPr>
          <w:rFonts w:ascii="Arial" w:hAnsi="Arial"/>
          <w:b/>
          <w:sz w:val="22"/>
        </w:rPr>
        <w:t xml:space="preserve">Lucy  </w:t>
      </w:r>
      <w:r>
        <w:rPr>
          <w:rFonts w:ascii="Arial" w:hAnsi="Arial"/>
          <w:color w:val="5D7284"/>
          <w:sz w:val="22"/>
        </w:rPr>
        <w:t>1:25:47</w:t>
      </w:r>
    </w:p>
    <w:p>
      <w:pPr>
        <w:spacing w:after="0"/>
      </w:pPr>
      <w:r>
        <w:rPr>
          <w:rFonts w:ascii="Arial" w:hAnsi="Arial"/>
          <w:sz w:val="22"/>
        </w:rPr>
        <w:t>See around kids.</w:t>
      </w:r>
    </w:p>
    <w:p>
      <w:pPr>
        <w:spacing w:after="0"/>
      </w:pPr>
    </w:p>
    <w:p>
      <w:pPr>
        <w:spacing w:after="0"/>
      </w:pPr>
      <w:r>
        <w:rPr>
          <w:rFonts w:ascii="Arial" w:hAnsi="Arial"/>
          <w:b/>
          <w:sz w:val="22"/>
        </w:rPr>
        <w:t xml:space="preserve">outro   </w:t>
      </w:r>
      <w:r>
        <w:rPr>
          <w:rFonts w:ascii="Arial" w:hAnsi="Arial"/>
          <w:color w:val="5D7284"/>
          <w:sz w:val="22"/>
        </w:rPr>
        <w:t>1:25:54</w:t>
      </w:r>
    </w:p>
    <w:p>
      <w:pPr>
        <w:spacing w:after="0"/>
      </w:pPr>
      <w:r>
        <w:rPr>
          <w:rFonts w:ascii="Arial" w:hAnsi="Arial"/>
          <w:sz w:val="22"/>
        </w:rPr>
        <w:t>don't wake Dora. Thanks for listening to the lABLEd Podcast. if you liked the show, you can rate review and subscribe and you can follow us on social media at labelled pod. This</w:t>
      </w:r>
    </w:p>
    <w:p>
      <w:pPr>
        <w:spacing w:after="0"/>
      </w:pPr>
    </w:p>
    <w:p>
      <w:pPr>
        <w:spacing w:after="0"/>
      </w:pPr>
      <w:r>
        <w:rPr>
          <w:rFonts w:ascii="Arial" w:hAnsi="Arial"/>
          <w:b/>
          <w:sz w:val="22"/>
        </w:rPr>
        <w:t xml:space="preserve">Lucy  </w:t>
      </w:r>
      <w:r>
        <w:rPr>
          <w:rFonts w:ascii="Arial" w:hAnsi="Arial"/>
          <w:color w:val="5D7284"/>
          <w:sz w:val="22"/>
        </w:rPr>
        <w:t>1:26:04</w:t>
      </w:r>
    </w:p>
    <w:p>
      <w:pPr>
        <w:spacing w:after="0"/>
      </w:pPr>
      <w:r>
        <w:rPr>
          <w:rFonts w:ascii="Arial" w:hAnsi="Arial"/>
          <w:sz w:val="22"/>
        </w:rPr>
        <w:t>episode was edited by Adam Hull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