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6D61C" w14:textId="0719B0C0" w:rsidR="00930F33" w:rsidRDefault="00930F33">
      <w:pPr>
        <w:spacing w:after="0"/>
        <w:rPr>
          <w:lang w:eastAsia="zh-CN"/>
        </w:rPr>
      </w:pPr>
    </w:p>
    <w:p>
      <w:r>
        <w:rPr>
          <w:rFonts w:ascii="Arial" w:hAnsi="Arial"/>
          <w:sz w:val="48"/>
        </w:rPr>
        <w:t>Breaking Barriers in Literatur... Inclusive Reading and Writing</w:t>
      </w:r>
    </w:p>
    <w:p>
      <w:r>
        <w:rPr>
          <w:rFonts w:ascii="Arial" w:hAnsi="Arial"/>
          <w:color w:val="4F6880"/>
          <w:sz w:val="22"/>
        </w:rPr>
        <w:t>Fri, Oct 11, 2024 12:28PM • 43:29</w:t>
      </w:r>
    </w:p>
    <w:p>
      <w:pPr>
        <w:spacing w:before="440" w:after="0"/>
      </w:pPr>
      <w:r>
        <w:rPr>
          <w:rFonts w:ascii="Arial" w:hAnsi="Arial"/>
          <w:b/>
          <w:color w:val="4F6880"/>
          <w:sz w:val="22"/>
        </w:rPr>
        <w:t>SUMMARY KEYWORDS</w:t>
      </w:r>
    </w:p>
    <w:p>
      <w:r>
        <w:rPr>
          <w:rFonts w:ascii="Arial" w:hAnsi="Arial"/>
          <w:color w:val="4F6880"/>
          <w:sz w:val="22"/>
        </w:rPr>
        <w:t>bonus content, published author, BBC award, Monstrum book, disabled characters, folklore elements, magical realism, speculative fiction, othering, short stories, reading habits, audiobooks, accessibility, literary fiction, dystopian fiction</w:t>
      </w:r>
    </w:p>
    <w:p>
      <w:pPr>
        <w:spacing w:before="440" w:after="0"/>
      </w:pPr>
      <w:r>
        <w:rPr>
          <w:rFonts w:ascii="Arial" w:hAnsi="Arial"/>
          <w:b/>
          <w:color w:val="4F6880"/>
          <w:sz w:val="22"/>
        </w:rPr>
        <w:t>SPEAKERS</w:t>
      </w:r>
    </w:p>
    <w:p>
      <w:r>
        <w:rPr>
          <w:rFonts w:ascii="Arial" w:hAnsi="Arial"/>
          <w:color w:val="4F6880"/>
          <w:sz w:val="22"/>
        </w:rPr>
        <w:t>Alice Evans &amp; Lucy Wood, Alice, outro , Lottie Mills, Lucy</w:t>
      </w:r>
    </w:p>
    <w:p>
      <w:pPr>
        <w:spacing w:after="0"/>
      </w:pPr>
    </w:p>
    <w:p>
      <w:pPr>
        <w:spacing w:after="0"/>
      </w:pPr>
      <w:r>
        <w:rPr>
          <w:rFonts w:ascii="Arial" w:hAnsi="Arial"/>
          <w:b/>
          <w:sz w:val="22"/>
        </w:rPr>
        <w:t xml:space="preserve">Alice Evans &amp; Lucy Wood  </w:t>
      </w:r>
      <w:r>
        <w:rPr>
          <w:rFonts w:ascii="Arial" w:hAnsi="Arial"/>
          <w:color w:val="5D7284"/>
          <w:sz w:val="22"/>
        </w:rPr>
        <w:t>00:02</w:t>
      </w:r>
    </w:p>
    <w:p>
      <w:pPr>
        <w:spacing w:after="0"/>
      </w:pPr>
      <w:r>
        <w:rPr>
          <w:rFonts w:ascii="Arial" w:hAnsi="Arial"/>
          <w:sz w:val="22"/>
        </w:rPr>
        <w:t>Though I might not fit in socially. I'm So much more than what you see, are you joining in?</w:t>
      </w:r>
    </w:p>
    <w:p>
      <w:pPr>
        <w:spacing w:after="0"/>
      </w:pPr>
    </w:p>
    <w:p>
      <w:pPr>
        <w:spacing w:after="0"/>
      </w:pPr>
      <w:r>
        <w:rPr>
          <w:rFonts w:ascii="Arial" w:hAnsi="Arial"/>
          <w:b/>
          <w:sz w:val="22"/>
        </w:rPr>
        <w:t xml:space="preserve">Alice Evans &amp; Lucy Wood  </w:t>
      </w:r>
      <w:r>
        <w:rPr>
          <w:rFonts w:ascii="Arial" w:hAnsi="Arial"/>
          <w:color w:val="5D7284"/>
          <w:sz w:val="22"/>
        </w:rPr>
        <w:t>00:09</w:t>
      </w:r>
    </w:p>
    <w:p>
      <w:pPr>
        <w:spacing w:after="0"/>
      </w:pPr>
      <w:r>
        <w:rPr>
          <w:rFonts w:ascii="Arial" w:hAnsi="Arial"/>
          <w:sz w:val="22"/>
        </w:rPr>
        <w:t xml:space="preserve">We all live our lives diffrently, Kalediscope identity, and this is who I'm meant to be, I'm just labeled me...... </w:t>
      </w:r>
    </w:p>
    <w:p>
      <w:pPr>
        <w:spacing w:after="0"/>
      </w:pPr>
    </w:p>
    <w:p>
      <w:pPr>
        <w:spacing w:after="0"/>
      </w:pPr>
      <w:r>
        <w:rPr>
          <w:rFonts w:ascii="Arial" w:hAnsi="Arial"/>
          <w:b/>
          <w:sz w:val="22"/>
        </w:rPr>
        <w:t xml:space="preserve">Lucy  </w:t>
      </w:r>
      <w:r>
        <w:rPr>
          <w:rFonts w:ascii="Arial" w:hAnsi="Arial"/>
          <w:color w:val="5D7284"/>
          <w:sz w:val="22"/>
        </w:rPr>
        <w:t>00:28</w:t>
      </w:r>
    </w:p>
    <w:p>
      <w:pPr>
        <w:spacing w:after="0"/>
      </w:pPr>
      <w:r>
        <w:rPr>
          <w:rFonts w:ascii="Arial" w:hAnsi="Arial"/>
          <w:sz w:val="22"/>
        </w:rPr>
        <w:t>Bonus content....</w:t>
      </w:r>
    </w:p>
    <w:p>
      <w:pPr>
        <w:spacing w:after="0"/>
      </w:pPr>
    </w:p>
    <w:p>
      <w:pPr>
        <w:spacing w:after="0"/>
      </w:pPr>
      <w:r>
        <w:rPr>
          <w:rFonts w:ascii="Arial" w:hAnsi="Arial"/>
          <w:b/>
          <w:sz w:val="22"/>
        </w:rPr>
        <w:t xml:space="preserve">Alice  </w:t>
      </w:r>
      <w:r>
        <w:rPr>
          <w:rFonts w:ascii="Arial" w:hAnsi="Arial"/>
          <w:color w:val="5D7284"/>
          <w:sz w:val="22"/>
        </w:rPr>
        <w:t>00:41</w:t>
      </w:r>
    </w:p>
    <w:p>
      <w:pPr>
        <w:spacing w:after="0"/>
      </w:pPr>
      <w:r>
        <w:rPr>
          <w:rFonts w:ascii="Arial" w:hAnsi="Arial"/>
          <w:sz w:val="22"/>
        </w:rPr>
        <w:t>Hello, everyone, and welcome to this special subscribers. Bonus content, episode of the labeled podcast with me, Alice and my co host, Lucy.</w:t>
      </w:r>
    </w:p>
    <w:p>
      <w:pPr>
        <w:spacing w:after="0"/>
      </w:pPr>
    </w:p>
    <w:p>
      <w:pPr>
        <w:spacing w:after="0"/>
      </w:pPr>
      <w:r>
        <w:rPr>
          <w:rFonts w:ascii="Arial" w:hAnsi="Arial"/>
          <w:b/>
          <w:sz w:val="22"/>
        </w:rPr>
        <w:t xml:space="preserve">Lucy  </w:t>
      </w:r>
      <w:r>
        <w:rPr>
          <w:rFonts w:ascii="Arial" w:hAnsi="Arial"/>
          <w:color w:val="5D7284"/>
          <w:sz w:val="22"/>
        </w:rPr>
        <w:t>00:53</w:t>
      </w:r>
    </w:p>
    <w:p>
      <w:pPr>
        <w:spacing w:after="0"/>
      </w:pPr>
      <w:r>
        <w:rPr>
          <w:rFonts w:ascii="Arial" w:hAnsi="Arial"/>
          <w:sz w:val="22"/>
        </w:rPr>
        <w:t>Hello, hiya</w:t>
      </w:r>
    </w:p>
    <w:p>
      <w:pPr>
        <w:spacing w:after="0"/>
      </w:pPr>
    </w:p>
    <w:p>
      <w:pPr>
        <w:spacing w:after="0"/>
      </w:pPr>
      <w:r>
        <w:rPr>
          <w:rFonts w:ascii="Arial" w:hAnsi="Arial"/>
          <w:b/>
          <w:sz w:val="22"/>
        </w:rPr>
        <w:t xml:space="preserve">Lucy  </w:t>
      </w:r>
      <w:r>
        <w:rPr>
          <w:rFonts w:ascii="Arial" w:hAnsi="Arial"/>
          <w:color w:val="5D7284"/>
          <w:sz w:val="22"/>
        </w:rPr>
        <w:t>00:55</w:t>
      </w:r>
    </w:p>
    <w:p>
      <w:pPr>
        <w:spacing w:after="0"/>
      </w:pPr>
      <w:r>
        <w:rPr>
          <w:rFonts w:ascii="Arial" w:hAnsi="Arial"/>
          <w:sz w:val="22"/>
        </w:rPr>
        <w:t xml:space="preserve"> I thought you weren't gonna say anything</w:t>
      </w:r>
    </w:p>
    <w:p>
      <w:pPr>
        <w:spacing w:after="0"/>
      </w:pPr>
    </w:p>
    <w:p>
      <w:pPr>
        <w:spacing w:after="0"/>
      </w:pPr>
      <w:r>
        <w:rPr>
          <w:rFonts w:ascii="Arial" w:hAnsi="Arial"/>
          <w:b/>
          <w:sz w:val="22"/>
        </w:rPr>
        <w:t xml:space="preserve">Lucy  </w:t>
      </w:r>
      <w:r>
        <w:rPr>
          <w:rFonts w:ascii="Arial" w:hAnsi="Arial"/>
          <w:color w:val="5D7284"/>
          <w:sz w:val="22"/>
        </w:rPr>
        <w:t>00:56</w:t>
      </w:r>
    </w:p>
    <w:p>
      <w:pPr>
        <w:spacing w:after="0"/>
      </w:pPr>
      <w:r>
        <w:rPr>
          <w:rFonts w:ascii="Arial" w:hAnsi="Arial"/>
          <w:sz w:val="22"/>
        </w:rPr>
        <w:t>No just waiting for you to stop talking. How are you all right, yes,</w:t>
      </w:r>
    </w:p>
    <w:p>
      <w:pPr>
        <w:spacing w:after="0"/>
      </w:pPr>
    </w:p>
    <w:p>
      <w:pPr>
        <w:spacing w:after="0"/>
      </w:pPr>
      <w:r>
        <w:rPr>
          <w:rFonts w:ascii="Arial" w:hAnsi="Arial"/>
          <w:b/>
          <w:sz w:val="22"/>
        </w:rPr>
        <w:t xml:space="preserve">Alice  </w:t>
      </w:r>
      <w:r>
        <w:rPr>
          <w:rFonts w:ascii="Arial" w:hAnsi="Arial"/>
          <w:color w:val="5D7284"/>
          <w:sz w:val="22"/>
        </w:rPr>
        <w:t>01:02</w:t>
      </w:r>
    </w:p>
    <w:p>
      <w:pPr>
        <w:spacing w:after="0"/>
      </w:pPr>
      <w:r>
        <w:rPr>
          <w:rFonts w:ascii="Arial" w:hAnsi="Arial"/>
          <w:sz w:val="22"/>
        </w:rPr>
        <w:t>yes, not too bad. Looking forward to this. I think this is going to be a really interesting episode. We've got a guest with us, which I think, yeah, I think you guys will really enjoy it, coming off the back of today's fabled episode, hosted by Lucy. Again, she doesn't have to say anything this time, it's fine. We've got We are joined today by a published author, the winner of a BBC young writers award. Today, we're joined by Lottie mills. Lottie, would you like to say hello?</w:t>
      </w:r>
    </w:p>
    <w:p>
      <w:pPr>
        <w:spacing w:after="0"/>
      </w:pPr>
    </w:p>
    <w:p>
      <w:pPr>
        <w:spacing w:after="0"/>
      </w:pPr>
      <w:r>
        <w:rPr>
          <w:rFonts w:ascii="Arial" w:hAnsi="Arial"/>
          <w:b/>
          <w:sz w:val="22"/>
        </w:rPr>
        <w:t xml:space="preserve">Lottie Mills  </w:t>
      </w:r>
      <w:r>
        <w:rPr>
          <w:rFonts w:ascii="Arial" w:hAnsi="Arial"/>
          <w:color w:val="5D7284"/>
          <w:sz w:val="22"/>
        </w:rPr>
        <w:t>01:39</w:t>
      </w:r>
    </w:p>
    <w:p>
      <w:pPr>
        <w:spacing w:after="0"/>
      </w:pPr>
      <w:r>
        <w:rPr>
          <w:rFonts w:ascii="Arial" w:hAnsi="Arial"/>
          <w:sz w:val="22"/>
        </w:rPr>
        <w:t>Hello. Thank you so much for having me.</w:t>
      </w:r>
    </w:p>
    <w:p>
      <w:pPr>
        <w:spacing w:after="0"/>
      </w:pPr>
    </w:p>
    <w:p>
      <w:pPr>
        <w:spacing w:after="0"/>
      </w:pPr>
      <w:r>
        <w:rPr>
          <w:rFonts w:ascii="Arial" w:hAnsi="Arial"/>
          <w:b/>
          <w:sz w:val="22"/>
        </w:rPr>
        <w:t xml:space="preserve">Alice Evans &amp; Lucy Wood  </w:t>
      </w:r>
      <w:r>
        <w:rPr>
          <w:rFonts w:ascii="Arial" w:hAnsi="Arial"/>
          <w:color w:val="5D7284"/>
          <w:sz w:val="22"/>
        </w:rPr>
        <w:t>01:42</w:t>
      </w:r>
    </w:p>
    <w:p>
      <w:pPr>
        <w:spacing w:after="0"/>
      </w:pPr>
      <w:r>
        <w:rPr>
          <w:rFonts w:ascii="Arial" w:hAnsi="Arial"/>
          <w:sz w:val="22"/>
        </w:rPr>
        <w:t xml:space="preserve">Thank you so much for coming on. </w:t>
      </w:r>
    </w:p>
    <w:p>
      <w:pPr>
        <w:spacing w:after="0"/>
      </w:pPr>
    </w:p>
    <w:p>
      <w:pPr>
        <w:spacing w:after="0"/>
      </w:pPr>
      <w:r>
        <w:rPr>
          <w:rFonts w:ascii="Arial" w:hAnsi="Arial"/>
          <w:b/>
          <w:sz w:val="22"/>
        </w:rPr>
        <w:t xml:space="preserve">Lucy  </w:t>
      </w:r>
      <w:r>
        <w:rPr>
          <w:rFonts w:ascii="Arial" w:hAnsi="Arial"/>
          <w:color w:val="5D7284"/>
          <w:sz w:val="22"/>
        </w:rPr>
        <w:t>01:43</w:t>
      </w:r>
    </w:p>
    <w:p>
      <w:pPr>
        <w:spacing w:after="0"/>
      </w:pPr>
      <w:r>
        <w:rPr>
          <w:rFonts w:ascii="Arial" w:hAnsi="Arial"/>
          <w:sz w:val="22"/>
        </w:rPr>
        <w:t>Thanks so much for joining us. Yeah,</w:t>
      </w:r>
    </w:p>
    <w:p>
      <w:pPr>
        <w:spacing w:after="0"/>
      </w:pPr>
    </w:p>
    <w:p>
      <w:pPr>
        <w:spacing w:after="0"/>
      </w:pPr>
      <w:r>
        <w:rPr>
          <w:rFonts w:ascii="Arial" w:hAnsi="Arial"/>
          <w:b/>
          <w:sz w:val="22"/>
        </w:rPr>
        <w:t xml:space="preserve">Alice  </w:t>
      </w:r>
      <w:r>
        <w:rPr>
          <w:rFonts w:ascii="Arial" w:hAnsi="Arial"/>
          <w:color w:val="5D7284"/>
          <w:sz w:val="22"/>
        </w:rPr>
        <w:t>01:46</w:t>
      </w:r>
    </w:p>
    <w:p>
      <w:pPr>
        <w:spacing w:after="0"/>
      </w:pPr>
      <w:r>
        <w:rPr>
          <w:rFonts w:ascii="Arial" w:hAnsi="Arial"/>
          <w:sz w:val="22"/>
        </w:rPr>
        <w:t>yeah, we were really excited to have Lottie on. Lottie released a book earlier this year that sounds all a bit kind of magic and a bit spooky and, and right up and, and also a bit disabled, so right off our street, yeah. So lottie's joined us to talk a little bit about her book and a bit about disabled characters, kind of generally. So Lottie, do you want to, do you want to take it away?</w:t>
      </w:r>
    </w:p>
    <w:p>
      <w:pPr>
        <w:spacing w:after="0"/>
      </w:pPr>
    </w:p>
    <w:p>
      <w:pPr>
        <w:spacing w:after="0"/>
      </w:pPr>
      <w:r>
        <w:rPr>
          <w:rFonts w:ascii="Arial" w:hAnsi="Arial"/>
          <w:b/>
          <w:sz w:val="22"/>
        </w:rPr>
        <w:t xml:space="preserve">Lottie Mills  </w:t>
      </w:r>
      <w:r>
        <w:rPr>
          <w:rFonts w:ascii="Arial" w:hAnsi="Arial"/>
          <w:color w:val="5D7284"/>
          <w:sz w:val="22"/>
        </w:rPr>
        <w:t>02:16</w:t>
      </w:r>
    </w:p>
    <w:p>
      <w:pPr>
        <w:spacing w:after="0"/>
      </w:pPr>
      <w:r>
        <w:rPr>
          <w:rFonts w:ascii="Arial" w:hAnsi="Arial"/>
          <w:sz w:val="22"/>
        </w:rPr>
        <w:t>Yeah, sure. So just sort of to introduce my book, I guess it's called Monstrum. It's a collection of 10 short stories, all of which sort of explore not just disability, but sort of difference in exclusion, using folklore, fairy tale, a bit of magical realism, a bit of speculative fiction. So a nice, a nice mix, hopefully, and yeah, elements of, kind of the spooky and the Gothic and horror as well, because I love that. And yeah. And sort of, it's, you know, it's been a real experience. It's been so exciting to have it out there in the world. And, and, yeah, hopefully it resonates with people. Was, my main hope.</w:t>
      </w:r>
    </w:p>
    <w:p>
      <w:pPr>
        <w:spacing w:after="0"/>
      </w:pPr>
    </w:p>
    <w:p>
      <w:pPr>
        <w:spacing w:after="0"/>
      </w:pPr>
      <w:r>
        <w:rPr>
          <w:rFonts w:ascii="Arial" w:hAnsi="Arial"/>
          <w:b/>
          <w:sz w:val="22"/>
        </w:rPr>
        <w:t xml:space="preserve">Lucy  </w:t>
      </w:r>
      <w:r>
        <w:rPr>
          <w:rFonts w:ascii="Arial" w:hAnsi="Arial"/>
          <w:color w:val="5D7284"/>
          <w:sz w:val="22"/>
        </w:rPr>
        <w:t>03:01</w:t>
      </w:r>
    </w:p>
    <w:p>
      <w:pPr>
        <w:spacing w:after="0"/>
      </w:pPr>
      <w:r>
        <w:rPr>
          <w:rFonts w:ascii="Arial" w:hAnsi="Arial"/>
          <w:sz w:val="22"/>
        </w:rPr>
        <w:t>We told you this would be right up your street. I think it's amazing,</w:t>
      </w:r>
    </w:p>
    <w:p>
      <w:pPr>
        <w:spacing w:after="0"/>
      </w:pPr>
    </w:p>
    <w:p>
      <w:pPr>
        <w:spacing w:after="0"/>
      </w:pPr>
      <w:r>
        <w:rPr>
          <w:rFonts w:ascii="Arial" w:hAnsi="Arial"/>
          <w:b/>
          <w:sz w:val="22"/>
        </w:rPr>
        <w:t xml:space="preserve">Alice  </w:t>
      </w:r>
      <w:r>
        <w:rPr>
          <w:rFonts w:ascii="Arial" w:hAnsi="Arial"/>
          <w:color w:val="5D7284"/>
          <w:sz w:val="22"/>
        </w:rPr>
        <w:t>03:05</w:t>
      </w:r>
    </w:p>
    <w:p>
      <w:pPr>
        <w:spacing w:after="0"/>
      </w:pPr>
      <w:r>
        <w:rPr>
          <w:rFonts w:ascii="Arial" w:hAnsi="Arial"/>
          <w:sz w:val="22"/>
        </w:rPr>
        <w:t>Yeah, and I think I think that that's exactly it Lottie, I think you'll definitely there will be a heavy intersection between people who listen to our sort of content and people that want to read your book. So we'll definitely make sure we put all the information about your book out there because we were before we started recording about the fabled series, and sort of some of the stories that we've covered on that we've definitely been in that kind of Gothic sort of area, we've also, I think it's really interesting, because we've also had other and other authors on the show who there is, I think, a real space where disabled people are interested in that magic, as you say, sort of speculative fiction, a little bit spooky, a little bit goth, kind of area where, where we can be sort of still. I think a lot of see a lot of ourselves in the kind of the the exclusion and the the the way characters are. I don't know the word would be, but just kind of made monstrous and...</w:t>
      </w:r>
    </w:p>
    <w:p>
      <w:pPr>
        <w:spacing w:after="0"/>
      </w:pPr>
    </w:p>
    <w:p>
      <w:pPr>
        <w:spacing w:after="0"/>
      </w:pPr>
      <w:r>
        <w:rPr>
          <w:rFonts w:ascii="Arial" w:hAnsi="Arial"/>
          <w:b/>
          <w:sz w:val="22"/>
        </w:rPr>
        <w:t xml:space="preserve">Lucy  </w:t>
      </w:r>
      <w:r>
        <w:rPr>
          <w:rFonts w:ascii="Arial" w:hAnsi="Arial"/>
          <w:color w:val="5D7284"/>
          <w:sz w:val="22"/>
        </w:rPr>
        <w:t>03:26</w:t>
      </w:r>
    </w:p>
    <w:p>
      <w:pPr>
        <w:spacing w:after="0"/>
      </w:pPr>
      <w:r>
        <w:rPr>
          <w:rFonts w:ascii="Arial" w:hAnsi="Arial"/>
          <w:sz w:val="22"/>
        </w:rPr>
        <w:t xml:space="preserve"> the otherness, isn't it? Othering? Yeah. Well, you know, people often, often not so much anymore, I would hope. But people often think, oh, like, what, what a monster, monstrosity of a person </w:t>
      </w:r>
    </w:p>
    <w:p>
      <w:pPr>
        <w:spacing w:after="0"/>
      </w:pPr>
    </w:p>
    <w:p>
      <w:pPr>
        <w:spacing w:after="0"/>
      </w:pPr>
      <w:r>
        <w:rPr>
          <w:rFonts w:ascii="Arial" w:hAnsi="Arial"/>
          <w:b/>
          <w:sz w:val="22"/>
        </w:rPr>
        <w:t xml:space="preserve">Alice  </w:t>
      </w:r>
      <w:r>
        <w:rPr>
          <w:rFonts w:ascii="Arial" w:hAnsi="Arial"/>
          <w:color w:val="5D7284"/>
          <w:sz w:val="22"/>
        </w:rPr>
        <w:t>04:33</w:t>
      </w:r>
    </w:p>
    <w:p>
      <w:pPr>
        <w:spacing w:after="0"/>
      </w:pPr>
      <w:r>
        <w:rPr>
          <w:rFonts w:ascii="Arial" w:hAnsi="Arial"/>
          <w:sz w:val="22"/>
        </w:rPr>
        <w:t>a freakery. Yeah,</w:t>
      </w:r>
    </w:p>
    <w:p>
      <w:pPr>
        <w:spacing w:after="0"/>
      </w:pPr>
    </w:p>
    <w:p>
      <w:pPr>
        <w:spacing w:after="0"/>
      </w:pPr>
      <w:r>
        <w:rPr>
          <w:rFonts w:ascii="Arial" w:hAnsi="Arial"/>
          <w:b/>
          <w:sz w:val="22"/>
        </w:rPr>
        <w:t xml:space="preserve">Lucy  </w:t>
      </w:r>
      <w:r>
        <w:rPr>
          <w:rFonts w:ascii="Arial" w:hAnsi="Arial"/>
          <w:color w:val="5D7284"/>
          <w:sz w:val="22"/>
        </w:rPr>
        <w:t>04:35</w:t>
      </w:r>
    </w:p>
    <w:p>
      <w:pPr>
        <w:spacing w:after="0"/>
      </w:pPr>
      <w:r>
        <w:rPr>
          <w:rFonts w:ascii="Arial" w:hAnsi="Arial"/>
          <w:sz w:val="22"/>
        </w:rPr>
        <w:t>exactly, yeah. You look at stories like The Hunchback of Notre Dame, which we did for utterly depressing. Go back and listen to that, if you haven't already, but that was very much othering and monstrosity and, oh, don't look at it. It's ugly. Kind of, there was an element of that to that. So, yeah, I think that's where sort of disabled people may feel like. They are recognized. You know, they can recognize that feeling of otherness and monstrosity. Is that what you also feel too Lottie?</w:t>
      </w:r>
    </w:p>
    <w:p>
      <w:pPr>
        <w:spacing w:after="0"/>
      </w:pPr>
    </w:p>
    <w:p>
      <w:pPr>
        <w:spacing w:after="0"/>
      </w:pPr>
      <w:r>
        <w:rPr>
          <w:rFonts w:ascii="Arial" w:hAnsi="Arial"/>
          <w:b/>
          <w:sz w:val="22"/>
        </w:rPr>
        <w:t xml:space="preserve">Lottie Mills  </w:t>
      </w:r>
      <w:r>
        <w:rPr>
          <w:rFonts w:ascii="Arial" w:hAnsi="Arial"/>
          <w:color w:val="5D7284"/>
          <w:sz w:val="22"/>
        </w:rPr>
        <w:t>05:12</w:t>
      </w:r>
    </w:p>
    <w:p>
      <w:pPr>
        <w:spacing w:after="0"/>
      </w:pPr>
      <w:r>
        <w:rPr>
          <w:rFonts w:ascii="Arial" w:hAnsi="Arial"/>
          <w:sz w:val="22"/>
        </w:rPr>
        <w:t>yeah, definitely. I think it's, it's kind of, as a writer, it's such an interesting space to play around, in a way, because, exactly like you say, really it's, it's this strange contradiction of, it's, you know, this kind of horror and this magical othering has been used for so, so many years to exclude disabled people and to kind of, you know, perpetrate those narratives of, of, yeah, this idea of disabled people as monstrous, and it's inhuman, and it's kind of, yeah, perpetuated, um, that stereotype. But then at the same time, like you say, there's something strangely resonant and strangely uh, touching about some of those stories. And I think for me, there was something really, really fun and satisfying about being able to, kind of, if you like, yeah, play in that sandbox, but turn it on its head a bit. Yeah. So to, you know, take these ideas of the monstrous and kind of run with them and see if I could, well, that's a bad choice of words for me, see if I could make them into something used to empower people and to celebrate the sort of, you know, the magical nature of being different. And even, like the title Monstrum, that's the Latin word that means both a person with a disability, but also a mythical creature or monster like Medusa. And so it really, for me, encapsulated how disability history has been weaved in with this, you know, fairy tale, monstrousness, and how that's such a big part of our history, really,</w:t>
      </w:r>
    </w:p>
    <w:p>
      <w:pPr>
        <w:spacing w:after="0"/>
      </w:pPr>
    </w:p>
    <w:p>
      <w:pPr>
        <w:spacing w:after="0"/>
      </w:pPr>
      <w:r>
        <w:rPr>
          <w:rFonts w:ascii="Arial" w:hAnsi="Arial"/>
          <w:b/>
          <w:sz w:val="22"/>
        </w:rPr>
        <w:t xml:space="preserve">Lucy  </w:t>
      </w:r>
      <w:r>
        <w:rPr>
          <w:rFonts w:ascii="Arial" w:hAnsi="Arial"/>
          <w:color w:val="5D7284"/>
          <w:sz w:val="22"/>
        </w:rPr>
        <w:t>06:51</w:t>
      </w:r>
    </w:p>
    <w:p>
      <w:pPr>
        <w:spacing w:after="0"/>
      </w:pPr>
      <w:r>
        <w:rPr>
          <w:rFonts w:ascii="Arial" w:hAnsi="Arial"/>
          <w:sz w:val="22"/>
        </w:rPr>
        <w:t>yeah, no, I think that that's, I yeah, I think it's, it's a great idea. So, where, so, sort of like, Where does your imagination? How far does your imagination go? Do you take, like a kernel of an idea that you've heard in a folklore story and sort of twist it and turn it into your your own thing? Or is it like, I've got this idea? Let's run with this and see how far we can take it before somebody goes That's ridiculous. It never happened. I'm really interested to know, sort of like your process, really,</w:t>
      </w:r>
    </w:p>
    <w:p>
      <w:pPr>
        <w:spacing w:after="0"/>
      </w:pPr>
    </w:p>
    <w:p>
      <w:pPr>
        <w:spacing w:after="0"/>
      </w:pPr>
      <w:r>
        <w:rPr>
          <w:rFonts w:ascii="Arial" w:hAnsi="Arial"/>
          <w:b/>
          <w:sz w:val="22"/>
        </w:rPr>
        <w:t xml:space="preserve">Lottie Mills  </w:t>
      </w:r>
      <w:r>
        <w:rPr>
          <w:rFonts w:ascii="Arial" w:hAnsi="Arial"/>
          <w:color w:val="5D7284"/>
          <w:sz w:val="22"/>
        </w:rPr>
        <w:t>07:26</w:t>
      </w:r>
    </w:p>
    <w:p>
      <w:pPr>
        <w:spacing w:after="0"/>
      </w:pPr>
      <w:r>
        <w:rPr>
          <w:rFonts w:ascii="Arial" w:hAnsi="Arial"/>
          <w:sz w:val="22"/>
        </w:rPr>
        <w:t>yeah, it's, it's kind of a mix of different things, really. Some of the, some of the stories, are kind of a bit more recognizably linked to specific folklore ideas, but some of them, for the most part, I play really, really fast and loose with, you know, things that might have been my inspiration. So some of them, for example, there's a short story called The Sulki. There's not actually any literal sulki in the story. It's just that title is kind of an illusion for people who might, sort of, you know, recognize that I know the story is kind of, it could stand on its own as a, you know, as a completely non folklore related thing, really. And also, some of them didn't start with any kind of, you know, literary or pre existing mythological background at all. So it was just me telling a story, but maybe incorporating some of that language or some of those elements of, sort of the magical, because that's very much ingrained in me. I think that love of a bit like you guys, it sounds like you know that, that love of sort of storytelling, and the way that that shapes us. So, yeah, so it's a real, real mix, really, very rarely, and I don't think anywhere in the collection, do I do? Like a straightforward retelling? That's not really I love, I love retellings, but that's not really what I do. It's more picking up, like you say, bits, kernels of ideas from here and there, and then just sort of, yeah, using them in what's hopefully a new and interesting way.</w:t>
      </w:r>
    </w:p>
    <w:p>
      <w:pPr>
        <w:spacing w:after="0"/>
      </w:pPr>
    </w:p>
    <w:p>
      <w:pPr>
        <w:spacing w:after="0"/>
      </w:pPr>
      <w:r>
        <w:rPr>
          <w:rFonts w:ascii="Arial" w:hAnsi="Arial"/>
          <w:b/>
          <w:sz w:val="22"/>
        </w:rPr>
        <w:t xml:space="preserve">Alice  </w:t>
      </w:r>
      <w:r>
        <w:rPr>
          <w:rFonts w:ascii="Arial" w:hAnsi="Arial"/>
          <w:color w:val="5D7284"/>
          <w:sz w:val="22"/>
        </w:rPr>
        <w:t>09:00</w:t>
      </w:r>
    </w:p>
    <w:p>
      <w:pPr>
        <w:spacing w:after="0"/>
      </w:pPr>
      <w:r>
        <w:rPr>
          <w:rFonts w:ascii="Arial" w:hAnsi="Arial"/>
          <w:sz w:val="22"/>
        </w:rPr>
        <w:t xml:space="preserve">I'm always interested Lottie in when I sort of, I don't. I make it sound like I just hang out with authors and writers all the time. I don't. I'm always interested when I do speak to writers to kind of know where, what are the, what are the books that made you go? I want to do this because I'm a reader, and I absolutely love reading, and I've tried my hand at writing more than once, and every time I do, I'm like, I can do this. And I sit down, I'm like, I don't know what I'm doing. I've got as far as you know, this is Susan, and Susan's making her breakfast, and it just spirals. </w:t>
      </w:r>
    </w:p>
    <w:p>
      <w:pPr>
        <w:spacing w:after="0"/>
      </w:pPr>
    </w:p>
    <w:p>
      <w:pPr>
        <w:spacing w:after="0"/>
      </w:pPr>
      <w:r>
        <w:rPr>
          <w:rFonts w:ascii="Arial" w:hAnsi="Arial"/>
          <w:b/>
          <w:sz w:val="22"/>
        </w:rPr>
        <w:t xml:space="preserve">Lucy  </w:t>
      </w:r>
      <w:r>
        <w:rPr>
          <w:rFonts w:ascii="Arial" w:hAnsi="Arial"/>
          <w:color w:val="5D7284"/>
          <w:sz w:val="22"/>
        </w:rPr>
        <w:t>09:40</w:t>
      </w:r>
    </w:p>
    <w:p>
      <w:pPr>
        <w:spacing w:after="0"/>
      </w:pPr>
      <w:r>
        <w:rPr>
          <w:rFonts w:ascii="Arial" w:hAnsi="Arial"/>
          <w:sz w:val="22"/>
        </w:rPr>
        <w:t>It's always a Susan, isn't it? It's always a</w:t>
      </w:r>
    </w:p>
    <w:p>
      <w:pPr>
        <w:spacing w:after="0"/>
      </w:pPr>
    </w:p>
    <w:p>
      <w:pPr>
        <w:spacing w:after="0"/>
      </w:pPr>
      <w:r>
        <w:rPr>
          <w:rFonts w:ascii="Arial" w:hAnsi="Arial"/>
          <w:b/>
          <w:sz w:val="22"/>
        </w:rPr>
        <w:t xml:space="preserve">Alice  </w:t>
      </w:r>
      <w:r>
        <w:rPr>
          <w:rFonts w:ascii="Arial" w:hAnsi="Arial"/>
          <w:color w:val="5D7284"/>
          <w:sz w:val="22"/>
        </w:rPr>
        <w:t>09:42</w:t>
      </w:r>
    </w:p>
    <w:p>
      <w:pPr>
        <w:spacing w:after="0"/>
      </w:pPr>
      <w:r>
        <w:rPr>
          <w:rFonts w:ascii="Arial" w:hAnsi="Arial"/>
          <w:sz w:val="22"/>
        </w:rPr>
        <w:t>it's my go to it's my go to name. To throw into a sentence. I need to shake it up a bit. Don't have the next season  but I always, you know, I people who love reading like there is, there is something so. So it really, there is something really that sparks in you. I think, when you find a book that you love, even if you're not good at writing, there is something in you that sort of goes, I want to dig more into this, into this feeling, or this, this idea, or this theme. So, yeah, I always want to know what are the kind of what the books and the stories that that you love that made you go, this is the I want to do this.</w:t>
      </w:r>
    </w:p>
    <w:p>
      <w:pPr>
        <w:spacing w:after="0"/>
      </w:pPr>
    </w:p>
    <w:p>
      <w:pPr>
        <w:spacing w:after="0"/>
      </w:pPr>
      <w:r>
        <w:rPr>
          <w:rFonts w:ascii="Arial" w:hAnsi="Arial"/>
          <w:b/>
          <w:sz w:val="22"/>
        </w:rPr>
        <w:t xml:space="preserve">Lottie Mills  </w:t>
      </w:r>
      <w:r>
        <w:rPr>
          <w:rFonts w:ascii="Arial" w:hAnsi="Arial"/>
          <w:color w:val="5D7284"/>
          <w:sz w:val="22"/>
        </w:rPr>
        <w:t>10:23</w:t>
      </w:r>
    </w:p>
    <w:p>
      <w:pPr>
        <w:spacing w:after="0"/>
      </w:pPr>
      <w:r>
        <w:rPr>
          <w:rFonts w:ascii="Arial" w:hAnsi="Arial"/>
          <w:sz w:val="22"/>
        </w:rPr>
        <w:t xml:space="preserve">Yeah,it's, that's such a good question. Like you. I just, I'm such a nerd with books. I just, I love reading so much. And I always say, as well, my kind of general rule of thumb for if something is really hitting me hard or I really love it is that I get this, like, absolute joy combined with a very slight anger that I didn't write it. As an Adult and, like as a writer, I'm like, it's this just like absolute euphoria that I'm enjoying this so much. But I'm also like, Oh God, I wish I could written this kind of in terms of, like, when I was, you know, a child, one of the really, I always talk about it. But one of the really kind of formative moments for me was when I was about nine, so much younger than the intended target audience. My mum gave me a copy of the chrysalis by John Windham, which obviously kind of like a classic science fiction dystopia, which she had read when she was a teenager or whatever, and she just, she was like, I think I would have really liked this, even though it was quite dark for how wild I was at the time. And if, if you don't know, the main kind of gist of the chrysalis is that it's this dystopian post Nuclear Society where everything's kind of gone back to basics, and is very kind of, you know, everyone's very religious, and it's this sort of very superstitious world, and they are trying to exile all of the animals and people who are born with kind of visible differences because of all of the nuclear fallout that's happened. So they've had this spate of people born with, you know, different birth defects, essentially, and sort of animals, and you know what they think of as, like monstrous births. And, you know, even though that's horrible, and they think this isn't in God's image, so they're exiling all of these people and kind of literally shoving them into the margins. So, like I said, it's very dark topic for a nine year old </w:t>
      </w:r>
    </w:p>
    <w:p>
      <w:pPr>
        <w:spacing w:after="0"/>
      </w:pPr>
    </w:p>
    <w:p>
      <w:pPr>
        <w:spacing w:after="0"/>
      </w:pPr>
      <w:r>
        <w:rPr>
          <w:rFonts w:ascii="Arial" w:hAnsi="Arial"/>
          <w:b/>
          <w:sz w:val="22"/>
        </w:rPr>
        <w:t xml:space="preserve">Alice  </w:t>
      </w:r>
      <w:r>
        <w:rPr>
          <w:rFonts w:ascii="Arial" w:hAnsi="Arial"/>
          <w:color w:val="5D7284"/>
          <w:sz w:val="22"/>
        </w:rPr>
        <w:t>12:19</w:t>
      </w:r>
    </w:p>
    <w:p>
      <w:pPr>
        <w:spacing w:after="0"/>
      </w:pPr>
      <w:r>
        <w:rPr>
          <w:rFonts w:ascii="Arial" w:hAnsi="Arial"/>
          <w:sz w:val="22"/>
        </w:rPr>
        <w:t>to give to your disable your your disabled child, are those very formative years. I am surprised you are not carrying some trauma,</w:t>
      </w:r>
    </w:p>
    <w:p>
      <w:pPr>
        <w:spacing w:after="0"/>
      </w:pPr>
    </w:p>
    <w:p>
      <w:pPr>
        <w:spacing w:after="0"/>
      </w:pPr>
      <w:r>
        <w:rPr>
          <w:rFonts w:ascii="Arial" w:hAnsi="Arial"/>
          <w:b/>
          <w:sz w:val="22"/>
        </w:rPr>
        <w:t xml:space="preserve">Lottie Mills  </w:t>
      </w:r>
      <w:r>
        <w:rPr>
          <w:rFonts w:ascii="Arial" w:hAnsi="Arial"/>
          <w:color w:val="5D7284"/>
          <w:sz w:val="22"/>
        </w:rPr>
        <w:t>12:28</w:t>
      </w:r>
    </w:p>
    <w:p>
      <w:pPr>
        <w:spacing w:after="0"/>
      </w:pPr>
      <w:r>
        <w:rPr>
          <w:rFonts w:ascii="Arial" w:hAnsi="Arial"/>
          <w:sz w:val="22"/>
        </w:rPr>
        <w:t>I know, but it was the right choice, because I love it so much, and it's such a good skewering of people's absolute terror of things that are different, and how kind of nonsensical that is, and the kind of the horror and the sadness of that, and what we lose out on when we, you know, when we are that narrow. And so it's just, you know, that was a really big one for me, and that made me feel again. It's that thing of those kind of horrific spaces can make you feel so seeing and it was kind of almost like a weird, I don't know, it's kind of a weird point of pride for me that I was one of the people who didn't fit that norm, and that, you know, it kind of it was a real realization of my own identity in that sense. So that was an important one. And then as an adult, there have been so many. Obviously, I studied English Literature at uni, so I've been lucky to be exposed to a whole range of things. But Angela Carter is a huge one. You can see her a lot in my writing. I love her so much.</w:t>
      </w:r>
    </w:p>
    <w:p>
      <w:pPr>
        <w:spacing w:after="0"/>
      </w:pPr>
    </w:p>
    <w:p>
      <w:pPr>
        <w:spacing w:after="0"/>
      </w:pPr>
      <w:r>
        <w:rPr>
          <w:rFonts w:ascii="Arial" w:hAnsi="Arial"/>
          <w:b/>
          <w:sz w:val="22"/>
        </w:rPr>
        <w:t xml:space="preserve">Alice  </w:t>
      </w:r>
      <w:r>
        <w:rPr>
          <w:rFonts w:ascii="Arial" w:hAnsi="Arial"/>
          <w:color w:val="5D7284"/>
          <w:sz w:val="22"/>
        </w:rPr>
        <w:t>13:25</w:t>
      </w:r>
    </w:p>
    <w:p>
      <w:pPr>
        <w:spacing w:after="0"/>
      </w:pPr>
      <w:r>
        <w:rPr>
          <w:rFonts w:ascii="Arial" w:hAnsi="Arial"/>
          <w:sz w:val="22"/>
        </w:rPr>
        <w:t>Love Angela so much. It's always, I read Angela Carter like stuff, and I'm always like, I love this so much. And then the endings are so frequently, sort of just not sudden, but stark, like it's very an abrupt ending that happens quite often.</w:t>
      </w:r>
    </w:p>
    <w:p>
      <w:pPr>
        <w:spacing w:after="0"/>
      </w:pPr>
    </w:p>
    <w:p>
      <w:pPr>
        <w:spacing w:after="0"/>
      </w:pPr>
      <w:r>
        <w:rPr>
          <w:rFonts w:ascii="Arial" w:hAnsi="Arial"/>
          <w:b/>
          <w:sz w:val="22"/>
        </w:rPr>
        <w:t xml:space="preserve">Lucy  </w:t>
      </w:r>
      <w:r>
        <w:rPr>
          <w:rFonts w:ascii="Arial" w:hAnsi="Arial"/>
          <w:color w:val="5D7284"/>
          <w:sz w:val="22"/>
        </w:rPr>
        <w:t>13:45</w:t>
      </w:r>
    </w:p>
    <w:p>
      <w:pPr>
        <w:spacing w:after="0"/>
      </w:pPr>
      <w:r>
        <w:rPr>
          <w:rFonts w:ascii="Arial" w:hAnsi="Arial"/>
          <w:sz w:val="22"/>
        </w:rPr>
        <w:t>That happened to me the other day. I was reading. Sorry, I was reading a book, and I thought, Oh, I've only got like, an hour left of this book, because I read audiobooks, because I can't hold books anymore, because my hands have just gone, nope. It's too heavy. And I got this audio book on, but I was at work, and I was in the middle of answering an email, and the book like, climaxed, and I was like, and it was like, Thank you for reading this penguin audio book. I was like, Hang on. What? What? What? Had to go back about three chapters, because I was like, concentrating on something that's horrible when that happens. Sorry.</w:t>
      </w:r>
    </w:p>
    <w:p>
      <w:pPr>
        <w:spacing w:after="0"/>
      </w:pPr>
    </w:p>
    <w:p>
      <w:pPr>
        <w:spacing w:after="0"/>
      </w:pPr>
      <w:r>
        <w:rPr>
          <w:rFonts w:ascii="Arial" w:hAnsi="Arial"/>
          <w:b/>
          <w:sz w:val="22"/>
        </w:rPr>
        <w:t xml:space="preserve">Alice  </w:t>
      </w:r>
      <w:r>
        <w:rPr>
          <w:rFonts w:ascii="Arial" w:hAnsi="Arial"/>
          <w:color w:val="5D7284"/>
          <w:sz w:val="22"/>
        </w:rPr>
        <w:t>14:22</w:t>
      </w:r>
    </w:p>
    <w:p>
      <w:pPr>
        <w:spacing w:after="0"/>
      </w:pPr>
      <w:r>
        <w:rPr>
          <w:rFonts w:ascii="Arial" w:hAnsi="Arial"/>
          <w:sz w:val="22"/>
        </w:rPr>
        <w:t>Oh, no. The thing, the thing about Angela Carter is, it's like, it's on purpose. It's a very abrupt, quite often, sort of like hard and not just dark. Quite often, like her stories are quite dark, quite sort of, like fantastical. But yeah, that kind of that, but, and I love it, and it just, it makes me really angry, but it makes me really want more as well. It's a real talent to be like, Oh, for God's sake, Angela now I'v got to go  buy something else. I suppose it's a very good sales tactic.</w:t>
      </w:r>
    </w:p>
    <w:p>
      <w:pPr>
        <w:spacing w:after="0"/>
      </w:pPr>
    </w:p>
    <w:p>
      <w:pPr>
        <w:spacing w:after="0"/>
      </w:pPr>
      <w:r>
        <w:rPr>
          <w:rFonts w:ascii="Arial" w:hAnsi="Arial"/>
          <w:b/>
          <w:sz w:val="22"/>
        </w:rPr>
        <w:t xml:space="preserve">Lottie Mills  </w:t>
      </w:r>
      <w:r>
        <w:rPr>
          <w:rFonts w:ascii="Arial" w:hAnsi="Arial"/>
          <w:color w:val="5D7284"/>
          <w:sz w:val="22"/>
        </w:rPr>
        <w:t>14:39</w:t>
      </w:r>
    </w:p>
    <w:p>
      <w:pPr>
        <w:spacing w:after="0"/>
      </w:pPr>
      <w:r>
        <w:rPr>
          <w:rFonts w:ascii="Arial" w:hAnsi="Arial"/>
          <w:sz w:val="22"/>
        </w:rPr>
        <w:t>But that like sensibility as well. I don't know if you've read much Shirley Jack. but she's enough for me, and it's a very kind of similar feeling of like her short stories, like the lottery, for example, is the really famous one. It's just like, it ends and you're just like, oh my god, it's just that final kind of punch. I you know, there were a couple of my stories where I did kind of go for that sort of really sticking the landing. I think it kind of when I was, when I was younger, I loved there's this anthology book with, like, a horrible, kind pop horror, demonic picking cover. And it's called the Oxford book of nasty endings. And it's kind of compendium of short stories by quite famous people. So there are, like, some very Brad breeze, but John Windham, you know that have, like, those kind of, you know, there's some Rhoald Dahl, and they're those kind of nasty twists, kind of abrupt stop that you're talking about. And some of them are super, super kind of flash fiction, really short. But I just, I just always love it. I've got a dark child that you're probably picking up on. And I just, I was always fascinated by that, by that kind of the way I often talk about, I love things that are like a gut punch, and like those short stories that you read, sometimes in an English class, or just randomly, that you might read in the space of about five or 10 minutes, but which you literally do not forget for the rest of your life. They just kind of, they're so impactful. And I think, yeah, that's very special thing.</w:t>
      </w:r>
    </w:p>
    <w:p>
      <w:pPr>
        <w:spacing w:after="0"/>
      </w:pPr>
    </w:p>
    <w:p>
      <w:pPr>
        <w:spacing w:after="0"/>
      </w:pPr>
      <w:r>
        <w:rPr>
          <w:rFonts w:ascii="Arial" w:hAnsi="Arial"/>
          <w:b/>
          <w:sz w:val="22"/>
        </w:rPr>
        <w:t xml:space="preserve">Alice  </w:t>
      </w:r>
      <w:r>
        <w:rPr>
          <w:rFonts w:ascii="Arial" w:hAnsi="Arial"/>
          <w:color w:val="5D7284"/>
          <w:sz w:val="22"/>
        </w:rPr>
        <w:t>16:25</w:t>
      </w:r>
    </w:p>
    <w:p>
      <w:pPr>
        <w:spacing w:after="0"/>
      </w:pPr>
      <w:r>
        <w:rPr>
          <w:rFonts w:ascii="Arial" w:hAnsi="Arial"/>
          <w:sz w:val="22"/>
        </w:rPr>
        <w:t xml:space="preserve">I think, I think that people need to have more time for short stories. I mean, I I am, in terms of my reading habits, I'm terrible for a series, and the sort of person that I probably have six or seven series that I've been working on for the past three or four years, and I don't really read anything else, and it's my own detriment. I know I'm missing out on all sorts of incredible things, but it's just the sort of that has become my reading habit. My I started the most recent book in a series by my favorite author recently, and she did a like an author's note at the beginning, he says, This is my 25th book. </w:t>
      </w:r>
    </w:p>
    <w:p>
      <w:pPr>
        <w:spacing w:after="0"/>
      </w:pPr>
    </w:p>
    <w:p>
      <w:pPr>
        <w:spacing w:after="0"/>
      </w:pPr>
      <w:r>
        <w:rPr>
          <w:rFonts w:ascii="Arial" w:hAnsi="Arial"/>
          <w:b/>
          <w:sz w:val="22"/>
        </w:rPr>
        <w:t xml:space="preserve">Lucy  </w:t>
      </w:r>
      <w:r>
        <w:rPr>
          <w:rFonts w:ascii="Arial" w:hAnsi="Arial"/>
          <w:color w:val="5D7284"/>
          <w:sz w:val="22"/>
        </w:rPr>
        <w:t>17:05</w:t>
      </w:r>
    </w:p>
    <w:p>
      <w:pPr>
        <w:spacing w:after="0"/>
      </w:pPr>
      <w:r>
        <w:rPr>
          <w:rFonts w:ascii="Arial" w:hAnsi="Arial"/>
          <w:sz w:val="22"/>
        </w:rPr>
        <w:t xml:space="preserve">go back and read the rest please </w:t>
      </w:r>
    </w:p>
    <w:p>
      <w:pPr>
        <w:spacing w:after="0"/>
      </w:pPr>
    </w:p>
    <w:p>
      <w:pPr>
        <w:spacing w:after="0"/>
      </w:pPr>
      <w:r>
        <w:rPr>
          <w:rFonts w:ascii="Arial" w:hAnsi="Arial"/>
          <w:b/>
          <w:sz w:val="22"/>
        </w:rPr>
        <w:t xml:space="preserve">Alice  </w:t>
      </w:r>
      <w:r>
        <w:rPr>
          <w:rFonts w:ascii="Arial" w:hAnsi="Arial"/>
          <w:color w:val="5D7284"/>
          <w:sz w:val="22"/>
        </w:rPr>
        <w:t>17:07</w:t>
      </w:r>
    </w:p>
    <w:p>
      <w:pPr>
        <w:spacing w:after="0"/>
      </w:pPr>
      <w:r>
        <w:rPr>
          <w:rFonts w:ascii="Arial" w:hAnsi="Arial"/>
          <w:sz w:val="22"/>
        </w:rPr>
        <w:t>25th  in this series. And she's done 21 short stories on top of the 25 books. And I was like, yeah, read  all of those. That's fine, but, but they're exactly what you going back to, sort of short stories. I do think there are, but there is one particular short story, and I cannot often have my head remember who the author is, but it's the story of two brothers, one of whom has got a terminal illness, and they live in Australia, and it's written by the same guy who wrote Round the Twist,</w:t>
      </w:r>
    </w:p>
    <w:p>
      <w:pPr>
        <w:spacing w:after="0"/>
      </w:pPr>
    </w:p>
    <w:p>
      <w:pPr>
        <w:spacing w:after="0"/>
      </w:pPr>
      <w:r>
        <w:rPr>
          <w:rFonts w:ascii="Arial" w:hAnsi="Arial"/>
          <w:b/>
          <w:sz w:val="22"/>
        </w:rPr>
        <w:t xml:space="preserve">Lucy  </w:t>
      </w:r>
      <w:r>
        <w:rPr>
          <w:rFonts w:ascii="Arial" w:hAnsi="Arial"/>
          <w:color w:val="5D7284"/>
          <w:sz w:val="22"/>
        </w:rPr>
        <w:t>17:42</w:t>
      </w:r>
    </w:p>
    <w:p>
      <w:pPr>
        <w:spacing w:after="0"/>
      </w:pPr>
      <w:r>
        <w:rPr>
          <w:rFonts w:ascii="Arial" w:hAnsi="Arial"/>
          <w:sz w:val="22"/>
        </w:rPr>
        <w:t xml:space="preserve"> oh my god, what a series.</w:t>
      </w:r>
    </w:p>
    <w:p>
      <w:pPr>
        <w:spacing w:after="0"/>
      </w:pPr>
    </w:p>
    <w:p>
      <w:pPr>
        <w:spacing w:after="0"/>
      </w:pPr>
      <w:r>
        <w:rPr>
          <w:rFonts w:ascii="Arial" w:hAnsi="Arial"/>
          <w:b/>
          <w:sz w:val="22"/>
        </w:rPr>
        <w:t xml:space="preserve">Alice  </w:t>
      </w:r>
      <w:r>
        <w:rPr>
          <w:rFonts w:ascii="Arial" w:hAnsi="Arial"/>
          <w:color w:val="5D7284"/>
          <w:sz w:val="22"/>
        </w:rPr>
        <w:t>17:47</w:t>
      </w:r>
    </w:p>
    <w:p>
      <w:pPr>
        <w:spacing w:after="0"/>
      </w:pPr>
      <w:r>
        <w:rPr>
          <w:rFonts w:ascii="Arial" w:hAnsi="Arial"/>
          <w:sz w:val="22"/>
        </w:rPr>
        <w:t xml:space="preserve">So it's and, yeah, his brother is his brother is dying, and lives in Australia, and would like to see snow. And the way that the kind of hits his brother makes that happen for him. And it's just, I believe, I believe the brother, not the one who is dying, the other one, has a learning disability, and it's kind of told through his, his eyes, yeah, and his sort of story. And it is, I just remember i Yeah, I'll never. I'll never, ever. I read that probably when I was 10, so nearly 30 years later, I think about that book couple times a year. I think about that story, and I think just how much it impacted me. </w:t>
      </w:r>
    </w:p>
    <w:p>
      <w:pPr>
        <w:spacing w:after="0"/>
      </w:pPr>
    </w:p>
    <w:p>
      <w:pPr>
        <w:spacing w:after="0"/>
      </w:pPr>
      <w:r>
        <w:rPr>
          <w:rFonts w:ascii="Arial" w:hAnsi="Arial"/>
          <w:b/>
          <w:sz w:val="22"/>
        </w:rPr>
        <w:t xml:space="preserve">Lucy  </w:t>
      </w:r>
      <w:r>
        <w:rPr>
          <w:rFonts w:ascii="Arial" w:hAnsi="Arial"/>
          <w:color w:val="5D7284"/>
          <w:sz w:val="22"/>
        </w:rPr>
        <w:t>18:29</w:t>
      </w:r>
    </w:p>
    <w:p>
      <w:pPr>
        <w:spacing w:after="0"/>
      </w:pPr>
      <w:r>
        <w:rPr>
          <w:rFonts w:ascii="Arial" w:hAnsi="Arial"/>
          <w:sz w:val="22"/>
        </w:rPr>
        <w:t xml:space="preserve">Yeah, it's amazing. </w:t>
      </w:r>
    </w:p>
    <w:p>
      <w:pPr>
        <w:spacing w:after="0"/>
      </w:pPr>
    </w:p>
    <w:p>
      <w:pPr>
        <w:spacing w:after="0"/>
      </w:pPr>
      <w:r>
        <w:rPr>
          <w:rFonts w:ascii="Arial" w:hAnsi="Arial"/>
          <w:b/>
          <w:sz w:val="22"/>
        </w:rPr>
        <w:t xml:space="preserve">Alice  </w:t>
      </w:r>
      <w:r>
        <w:rPr>
          <w:rFonts w:ascii="Arial" w:hAnsi="Arial"/>
          <w:color w:val="5D7284"/>
          <w:sz w:val="22"/>
        </w:rPr>
        <w:t>18:30</w:t>
      </w:r>
    </w:p>
    <w:p>
      <w:pPr>
        <w:spacing w:after="0"/>
      </w:pPr>
      <w:r>
        <w:rPr>
          <w:rFonts w:ascii="Arial" w:hAnsi="Arial"/>
          <w:sz w:val="22"/>
        </w:rPr>
        <w:t>Yeah,</w:t>
      </w:r>
    </w:p>
    <w:p>
      <w:pPr>
        <w:spacing w:after="0"/>
      </w:pPr>
    </w:p>
    <w:p>
      <w:pPr>
        <w:spacing w:after="0"/>
      </w:pPr>
      <w:r>
        <w:rPr>
          <w:rFonts w:ascii="Arial" w:hAnsi="Arial"/>
          <w:b/>
          <w:sz w:val="22"/>
        </w:rPr>
        <w:t xml:space="preserve">Alice  </w:t>
      </w:r>
      <w:r>
        <w:rPr>
          <w:rFonts w:ascii="Arial" w:hAnsi="Arial"/>
          <w:color w:val="5D7284"/>
          <w:sz w:val="22"/>
        </w:rPr>
        <w:t>18:30</w:t>
      </w:r>
    </w:p>
    <w:p>
      <w:pPr>
        <w:spacing w:after="0"/>
      </w:pPr>
      <w:r>
        <w:rPr>
          <w:rFonts w:ascii="Arial" w:hAnsi="Arial"/>
          <w:sz w:val="22"/>
        </w:rPr>
        <w:t>yeah,</w:t>
      </w:r>
    </w:p>
    <w:p>
      <w:pPr>
        <w:spacing w:after="0"/>
      </w:pPr>
    </w:p>
    <w:p>
      <w:pPr>
        <w:spacing w:after="0"/>
      </w:pPr>
      <w:r>
        <w:rPr>
          <w:rFonts w:ascii="Arial" w:hAnsi="Arial"/>
          <w:b/>
          <w:sz w:val="22"/>
        </w:rPr>
        <w:t xml:space="preserve">Lucy  </w:t>
      </w:r>
      <w:r>
        <w:rPr>
          <w:rFonts w:ascii="Arial" w:hAnsi="Arial"/>
          <w:color w:val="5D7284"/>
          <w:sz w:val="22"/>
        </w:rPr>
        <w:t>18:31</w:t>
      </w:r>
    </w:p>
    <w:p>
      <w:pPr>
        <w:spacing w:after="0"/>
      </w:pPr>
      <w:r>
        <w:rPr>
          <w:rFonts w:ascii="Arial" w:hAnsi="Arial"/>
          <w:sz w:val="22"/>
        </w:rPr>
        <w:t>it is amazing. Do you ever get I get this all the time. When I finished a book that I've really I get really sad that I've come to the end of it, like, if I know I'm on the last three chapters, I'm like,</w:t>
      </w:r>
    </w:p>
    <w:p>
      <w:pPr>
        <w:spacing w:after="0"/>
      </w:pPr>
    </w:p>
    <w:p>
      <w:pPr>
        <w:spacing w:after="0"/>
      </w:pPr>
      <w:r>
        <w:rPr>
          <w:rFonts w:ascii="Arial" w:hAnsi="Arial"/>
          <w:b/>
          <w:sz w:val="22"/>
        </w:rPr>
        <w:t xml:space="preserve">Alice  </w:t>
      </w:r>
      <w:r>
        <w:rPr>
          <w:rFonts w:ascii="Arial" w:hAnsi="Arial"/>
          <w:color w:val="5D7284"/>
          <w:sz w:val="22"/>
        </w:rPr>
        <w:t>18:41</w:t>
      </w:r>
    </w:p>
    <w:p>
      <w:pPr>
        <w:spacing w:after="0"/>
      </w:pPr>
      <w:r>
        <w:rPr>
          <w:rFonts w:ascii="Arial" w:hAnsi="Arial"/>
          <w:sz w:val="22"/>
        </w:rPr>
        <w:t>oh, that's why I read a series. I know there's more. It's fine. There's more.</w:t>
      </w:r>
    </w:p>
    <w:p>
      <w:pPr>
        <w:spacing w:after="0"/>
      </w:pPr>
    </w:p>
    <w:p>
      <w:pPr>
        <w:spacing w:after="0"/>
      </w:pPr>
      <w:r>
        <w:rPr>
          <w:rFonts w:ascii="Arial" w:hAnsi="Arial"/>
          <w:b/>
          <w:sz w:val="22"/>
        </w:rPr>
        <w:t xml:space="preserve">Lucy  </w:t>
      </w:r>
      <w:r>
        <w:rPr>
          <w:rFonts w:ascii="Arial" w:hAnsi="Arial"/>
          <w:color w:val="5D7284"/>
          <w:sz w:val="22"/>
        </w:rPr>
        <w:t>18:49</w:t>
      </w:r>
    </w:p>
    <w:p>
      <w:pPr>
        <w:spacing w:after="0"/>
      </w:pPr>
      <w:r>
        <w:rPr>
          <w:rFonts w:ascii="Arial" w:hAnsi="Arial"/>
          <w:sz w:val="22"/>
        </w:rPr>
        <w:t>Yeah, I do get really sad that I've read the book, and I'm like, oh. And then it's like, picking your next book, I always find really difficult. Just because I can't pick books up doesn't mean that I don't go into like, Waterstones or the library to go and read the back of a book, to go like, and see like, what Because it's really difficult to read the back of a book on an audio book, isn't it like you can read this you scroll down, read the synopsis. It's not the same as turning a book over and reading it and then reading like the reviews on that are on the back of it. I like to go and actually, physically look at a book and then go, I'll go and get on for audiobook.  it's something I like to do. It's a bit weird, I know, but I just like,</w:t>
      </w:r>
    </w:p>
    <w:p>
      <w:pPr>
        <w:spacing w:after="0"/>
      </w:pPr>
    </w:p>
    <w:p>
      <w:pPr>
        <w:spacing w:after="0"/>
      </w:pPr>
      <w:r>
        <w:rPr>
          <w:rFonts w:ascii="Arial" w:hAnsi="Arial"/>
          <w:b/>
          <w:sz w:val="22"/>
        </w:rPr>
        <w:t xml:space="preserve">Alice  </w:t>
      </w:r>
      <w:r>
        <w:rPr>
          <w:rFonts w:ascii="Arial" w:hAnsi="Arial"/>
          <w:color w:val="5D7284"/>
          <w:sz w:val="22"/>
        </w:rPr>
        <w:t>19:30</w:t>
      </w:r>
    </w:p>
    <w:p>
      <w:pPr>
        <w:spacing w:after="0"/>
      </w:pPr>
      <w:r>
        <w:rPr>
          <w:rFonts w:ascii="Arial" w:hAnsi="Arial"/>
          <w:sz w:val="22"/>
        </w:rPr>
        <w:t>I think there must be a real science behind that kind of book covers and book backs to how you get, how you get people to buy those.</w:t>
      </w:r>
    </w:p>
    <w:p>
      <w:pPr>
        <w:spacing w:after="0"/>
      </w:pPr>
    </w:p>
    <w:p>
      <w:pPr>
        <w:spacing w:after="0"/>
      </w:pPr>
      <w:r>
        <w:rPr>
          <w:rFonts w:ascii="Arial" w:hAnsi="Arial"/>
          <w:b/>
          <w:sz w:val="22"/>
        </w:rPr>
        <w:t xml:space="preserve">Lucy  </w:t>
      </w:r>
      <w:r>
        <w:rPr>
          <w:rFonts w:ascii="Arial" w:hAnsi="Arial"/>
          <w:color w:val="5D7284"/>
          <w:sz w:val="22"/>
        </w:rPr>
        <w:t>19:38</w:t>
      </w:r>
    </w:p>
    <w:p>
      <w:pPr>
        <w:spacing w:after="0"/>
      </w:pPr>
      <w:r>
        <w:rPr>
          <w:rFonts w:ascii="Arial" w:hAnsi="Arial"/>
          <w:sz w:val="22"/>
        </w:rPr>
        <w:t xml:space="preserve"> Absolutely, it was one of the first things that I was taught in school was, you know, if you're not sure if you're going to like a book, read the back of it, and I'm like, Yeah, of course. But yeah, I used to look I used to love like, sitting in the library and bringing books home from school and being able to read them. And then something that I found really upsetting when my my hands got weaker that I couldn't actually physically hold books anymore, and propping them up on like a book holder is not the same as actually holding it and like flicking through the pages. But then I think it was when I met you, Alice, you were saying audio books. Get an audio book. </w:t>
      </w:r>
    </w:p>
    <w:p>
      <w:pPr>
        <w:spacing w:after="0"/>
      </w:pPr>
    </w:p>
    <w:p>
      <w:pPr>
        <w:spacing w:after="0"/>
      </w:pPr>
      <w:r>
        <w:rPr>
          <w:rFonts w:ascii="Arial" w:hAnsi="Arial"/>
          <w:b/>
          <w:sz w:val="22"/>
        </w:rPr>
        <w:t xml:space="preserve">Alice  </w:t>
      </w:r>
      <w:r>
        <w:rPr>
          <w:rFonts w:ascii="Arial" w:hAnsi="Arial"/>
          <w:color w:val="5D7284"/>
          <w:sz w:val="22"/>
        </w:rPr>
        <w:t>20:15</w:t>
      </w:r>
    </w:p>
    <w:p>
      <w:pPr>
        <w:spacing w:after="0"/>
      </w:pPr>
      <w:r>
        <w:rPr>
          <w:rFonts w:ascii="Arial" w:hAnsi="Arial"/>
          <w:sz w:val="22"/>
        </w:rPr>
        <w:t>I read more now with an audio book than I did when I was reading print books like i They're just on. They're on constantly. If I'm if I haven't got an audio book on, I've got a podcast on, and they're on while I'm cooking, they're on while I'm in the bath. They're on while I'm I changed bed sheets last night. Book on from the moment I walked into the bedroom 20 minutes changing the bed sheets, getting myself ready for bed. You know it's you don't have to stop. I only pause it to brush my teeth because I can't hear.</w:t>
      </w:r>
    </w:p>
    <w:p>
      <w:pPr>
        <w:spacing w:after="0"/>
      </w:pPr>
    </w:p>
    <w:p>
      <w:pPr>
        <w:spacing w:after="0"/>
      </w:pPr>
      <w:r>
        <w:rPr>
          <w:rFonts w:ascii="Arial" w:hAnsi="Arial"/>
          <w:b/>
          <w:sz w:val="22"/>
        </w:rPr>
        <w:t xml:space="preserve">Lucy  </w:t>
      </w:r>
      <w:r>
        <w:rPr>
          <w:rFonts w:ascii="Arial" w:hAnsi="Arial"/>
          <w:color w:val="5D7284"/>
          <w:sz w:val="22"/>
        </w:rPr>
        <w:t>20:42</w:t>
      </w:r>
    </w:p>
    <w:p>
      <w:pPr>
        <w:spacing w:after="0"/>
      </w:pPr>
      <w:r>
        <w:rPr>
          <w:rFonts w:ascii="Arial" w:hAnsi="Arial"/>
          <w:sz w:val="22"/>
        </w:rPr>
        <w:t>I do like I do, like listening to an audiobook when I'm going to sleep, but it send me to sleep, and I always forget to put the timer on. So like, by the time I wake up, it's like, on episode, episode, chapter 24  and I'm like, back,</w:t>
      </w:r>
    </w:p>
    <w:p>
      <w:pPr>
        <w:spacing w:after="0"/>
      </w:pPr>
    </w:p>
    <w:p>
      <w:pPr>
        <w:spacing w:after="0"/>
      </w:pPr>
      <w:r>
        <w:rPr>
          <w:rFonts w:ascii="Arial" w:hAnsi="Arial"/>
          <w:b/>
          <w:sz w:val="22"/>
        </w:rPr>
        <w:t xml:space="preserve">Alice  </w:t>
      </w:r>
      <w:r>
        <w:rPr>
          <w:rFonts w:ascii="Arial" w:hAnsi="Arial"/>
          <w:color w:val="5D7284"/>
          <w:sz w:val="22"/>
        </w:rPr>
        <w:t>21:01</w:t>
      </w:r>
    </w:p>
    <w:p>
      <w:pPr>
        <w:spacing w:after="0"/>
      </w:pPr>
      <w:r>
        <w:rPr>
          <w:rFonts w:ascii="Arial" w:hAnsi="Arial"/>
          <w:sz w:val="22"/>
        </w:rPr>
        <w:t>back. It's always a sign of for me that is this book isn't like, isn't worth it, because if I fall asleep, listen to it, I'm like, I'm not into this book. There will be books that I'm like, I'll turn the lights off and I'll just, I'll just finish this chapter. And then it's like, three chapters later, and my husband's coming upstairs to bed, and he's like, I thought you'd be asleep by now. And I'm like, I know. Like, I know, I know, but they were, there was a train, and there was, there was a train that they were gonna get on, and then the train, they didn't know where they were going on the train. And I just, I couldn't, I'm sorry, I just couldn't stop. There</w:t>
      </w:r>
    </w:p>
    <w:p>
      <w:pPr>
        <w:spacing w:after="0"/>
      </w:pPr>
    </w:p>
    <w:p>
      <w:pPr>
        <w:spacing w:after="0"/>
      </w:pPr>
      <w:r>
        <w:rPr>
          <w:rFonts w:ascii="Arial" w:hAnsi="Arial"/>
          <w:b/>
          <w:sz w:val="22"/>
        </w:rPr>
        <w:t xml:space="preserve">Lucy  </w:t>
      </w:r>
      <w:r>
        <w:rPr>
          <w:rFonts w:ascii="Arial" w:hAnsi="Arial"/>
          <w:color w:val="5D7284"/>
          <w:sz w:val="22"/>
        </w:rPr>
        <w:t>21:34</w:t>
      </w:r>
    </w:p>
    <w:p>
      <w:pPr>
        <w:spacing w:after="0"/>
      </w:pPr>
      <w:r>
        <w:rPr>
          <w:rFonts w:ascii="Arial" w:hAnsi="Arial"/>
          <w:sz w:val="22"/>
        </w:rPr>
        <w:t>was, there was one audio book that I downloaded, thinking, Oh yeah, that was the first of a series. And I was like, Yeah, this sounds like my sort of thing. And then I realized, then, like, 10 minutes into the like book, one of the characters is disabled and gets physically abused by a neighbor. And I was like, No, this isn't for me. This isn't for me. Before bed, just as I not off to sleep, I don't need to be dreaming about being being like, hit over the head with a with a garden gate. Thank you very much. Yeah, I'm a bit like, I have to be careful what I what I pick</w:t>
      </w:r>
    </w:p>
    <w:p>
      <w:pPr>
        <w:spacing w:after="0"/>
      </w:pPr>
    </w:p>
    <w:p>
      <w:pPr>
        <w:spacing w:after="0"/>
      </w:pPr>
      <w:r>
        <w:rPr>
          <w:rFonts w:ascii="Arial" w:hAnsi="Arial"/>
          <w:b/>
          <w:sz w:val="22"/>
        </w:rPr>
        <w:t xml:space="preserve">Lottie Mills  </w:t>
      </w:r>
      <w:r>
        <w:rPr>
          <w:rFonts w:ascii="Arial" w:hAnsi="Arial"/>
          <w:color w:val="5D7284"/>
          <w:sz w:val="22"/>
        </w:rPr>
        <w:t>22:11</w:t>
      </w:r>
    </w:p>
    <w:p>
      <w:pPr>
        <w:spacing w:after="0"/>
      </w:pPr>
      <w:r>
        <w:rPr>
          <w:rFonts w:ascii="Arial" w:hAnsi="Arial"/>
          <w:sz w:val="22"/>
        </w:rPr>
        <w:t>Yeah, that's not really, that's not really soothing story material.</w:t>
      </w:r>
    </w:p>
    <w:p>
      <w:pPr>
        <w:spacing w:after="0"/>
      </w:pPr>
    </w:p>
    <w:p>
      <w:pPr>
        <w:spacing w:after="0"/>
      </w:pPr>
      <w:r>
        <w:rPr>
          <w:rFonts w:ascii="Arial" w:hAnsi="Arial"/>
          <w:b/>
          <w:sz w:val="22"/>
        </w:rPr>
        <w:t xml:space="preserve">Alice  </w:t>
      </w:r>
      <w:r>
        <w:rPr>
          <w:rFonts w:ascii="Arial" w:hAnsi="Arial"/>
          <w:color w:val="5D7284"/>
          <w:sz w:val="22"/>
        </w:rPr>
        <w:t>22:15</w:t>
      </w:r>
    </w:p>
    <w:p>
      <w:pPr>
        <w:spacing w:after="0"/>
      </w:pPr>
      <w:r>
        <w:rPr>
          <w:rFonts w:ascii="Arial" w:hAnsi="Arial"/>
          <w:sz w:val="22"/>
        </w:rPr>
        <w:t>You see, I listen to True Crime podcasts before I go to bed about horrible murders and serial killers. So I'm just like, yeah, that what?</w:t>
      </w:r>
    </w:p>
    <w:p>
      <w:pPr>
        <w:spacing w:after="0"/>
      </w:pPr>
    </w:p>
    <w:p>
      <w:pPr>
        <w:spacing w:after="0"/>
      </w:pPr>
      <w:r>
        <w:rPr>
          <w:rFonts w:ascii="Arial" w:hAnsi="Arial"/>
          <w:b/>
          <w:sz w:val="22"/>
        </w:rPr>
        <w:t xml:space="preserve">Lucy  </w:t>
      </w:r>
      <w:r>
        <w:rPr>
          <w:rFonts w:ascii="Arial" w:hAnsi="Arial"/>
          <w:color w:val="5D7284"/>
          <w:sz w:val="22"/>
        </w:rPr>
        <w:t>22:25</w:t>
      </w:r>
    </w:p>
    <w:p>
      <w:pPr>
        <w:spacing w:after="0"/>
      </w:pPr>
      <w:r>
        <w:rPr>
          <w:rFonts w:ascii="Arial" w:hAnsi="Arial"/>
          <w:sz w:val="22"/>
        </w:rPr>
        <w:t>Yeah, no, I It's weird that I can watch like programs, but books and stuff. I think it's because your imagination takes over. And, you know, my imagination is like, and it's just like, you then wide awake thinking, Oh my God, what's that noise? Oh, my God, what's that noise? Somebody's coming  up the stairs with a crowbar. Like, no, they're not Lucy. It's just the gate. Calm down. But yeah, I I do have to be careful what I read that late at night. But yeah, I always forget to put the timer on. And then I wake up. And I always wake up when the, when the the narrator is shouting something like in the story, they're getting quite agitated and shouting, I'm like, Why? Why shouting up you're on, uh, Chapter 45 of 50 there, because you've fallen asleep. But, um, no, it's, it's a bit like having a bedtime story read to you, really, isn't it? I think, I think that's why I fall asleep, because I'm comfy and I'm cozy, and it's bedtime because somebody's read me a story. But instead of walking out of the room and go night night, go to bed, they just keep reading. It's weird,</w:t>
      </w:r>
    </w:p>
    <w:p>
      <w:pPr>
        <w:spacing w:after="0"/>
      </w:pPr>
    </w:p>
    <w:p>
      <w:pPr>
        <w:spacing w:after="0"/>
      </w:pPr>
      <w:r>
        <w:rPr>
          <w:rFonts w:ascii="Arial" w:hAnsi="Arial"/>
          <w:b/>
          <w:sz w:val="22"/>
        </w:rPr>
        <w:t xml:space="preserve">Alice  </w:t>
      </w:r>
      <w:r>
        <w:rPr>
          <w:rFonts w:ascii="Arial" w:hAnsi="Arial"/>
          <w:color w:val="5D7284"/>
          <w:sz w:val="22"/>
        </w:rPr>
        <w:t>23:33</w:t>
      </w:r>
    </w:p>
    <w:p>
      <w:pPr>
        <w:spacing w:after="0"/>
      </w:pPr>
      <w:r>
        <w:rPr>
          <w:rFonts w:ascii="Arial" w:hAnsi="Arial"/>
          <w:sz w:val="22"/>
        </w:rPr>
        <w:t xml:space="preserve"> um, what? What are your kind of thoughts on on accessibility for books and and promoting reading Lotte as an author. I'm sure a disabled author is probably something that's quite important to you.</w:t>
      </w:r>
    </w:p>
    <w:p>
      <w:pPr>
        <w:spacing w:after="0"/>
      </w:pPr>
    </w:p>
    <w:p>
      <w:pPr>
        <w:spacing w:after="0"/>
      </w:pPr>
      <w:r>
        <w:rPr>
          <w:rFonts w:ascii="Arial" w:hAnsi="Arial"/>
          <w:b/>
          <w:sz w:val="22"/>
        </w:rPr>
        <w:t xml:space="preserve">Lottie Mills  </w:t>
      </w:r>
      <w:r>
        <w:rPr>
          <w:rFonts w:ascii="Arial" w:hAnsi="Arial"/>
          <w:color w:val="5D7284"/>
          <w:sz w:val="22"/>
        </w:rPr>
        <w:t>23:46</w:t>
      </w:r>
    </w:p>
    <w:p>
      <w:pPr>
        <w:spacing w:after="0"/>
      </w:pPr>
      <w:r>
        <w:rPr>
          <w:rFonts w:ascii="Arial" w:hAnsi="Arial"/>
          <w:sz w:val="22"/>
        </w:rPr>
        <w:t>Yeah, yeah, definitely. And I think I'm such a huge, a huge supporter of, you know, like reading audio books and just any kind of alternative format that people need, really, and also just, I don't know, just in a sort of broader sense, just demystifying literature a bit specifically, because I write, um, you know what, what might be called literary fiction, but I kind of don't want to, and that's fine. And I like that because, you know, for me, that means, like a focus on the language and, you know, whatever. But also, I want it to be clear to people that my book is for everyone, and that I don't like the kind of maybe exclusionary images that that, you know, that that term might bring up for people, you know. So I'm quite, yeah, I'm quite kind of conscious of that, and of I think reading should be a space that invites people in and makes people want to read, not kind of that celebrates its own difficulty.</w:t>
      </w:r>
    </w:p>
    <w:p>
      <w:pPr>
        <w:spacing w:after="0"/>
      </w:pPr>
    </w:p>
    <w:p>
      <w:pPr>
        <w:spacing w:after="0"/>
      </w:pPr>
      <w:r>
        <w:rPr>
          <w:rFonts w:ascii="Arial" w:hAnsi="Arial"/>
          <w:b/>
          <w:sz w:val="22"/>
        </w:rPr>
        <w:t xml:space="preserve">Alice  </w:t>
      </w:r>
      <w:r>
        <w:rPr>
          <w:rFonts w:ascii="Arial" w:hAnsi="Arial"/>
          <w:color w:val="5D7284"/>
          <w:sz w:val="22"/>
        </w:rPr>
        <w:t>24:53</w:t>
      </w:r>
    </w:p>
    <w:p>
      <w:pPr>
        <w:spacing w:after="0"/>
      </w:pPr>
      <w:r>
        <w:rPr>
          <w:rFonts w:ascii="Arial" w:hAnsi="Arial"/>
          <w:sz w:val="22"/>
        </w:rPr>
        <w:t>There is, I think there's definitely, for some people, there is a snobbery around reading, isn't there? And it's that. Kind of you know, it's listening to an audio book doesn't count as reading. Lots of people feel like that.</w:t>
      </w:r>
    </w:p>
    <w:p>
      <w:pPr>
        <w:spacing w:after="0"/>
      </w:pPr>
    </w:p>
    <w:p>
      <w:pPr>
        <w:spacing w:after="0"/>
      </w:pPr>
      <w:r>
        <w:rPr>
          <w:rFonts w:ascii="Arial" w:hAnsi="Arial"/>
          <w:b/>
          <w:sz w:val="22"/>
        </w:rPr>
        <w:t xml:space="preserve">Lottie Mills  </w:t>
      </w:r>
      <w:r>
        <w:rPr>
          <w:rFonts w:ascii="Arial" w:hAnsi="Arial"/>
          <w:color w:val="5D7284"/>
          <w:sz w:val="22"/>
        </w:rPr>
        <w:t>25:08</w:t>
      </w:r>
    </w:p>
    <w:p>
      <w:pPr>
        <w:spacing w:after="0"/>
      </w:pPr>
      <w:r>
        <w:rPr>
          <w:rFonts w:ascii="Arial" w:hAnsi="Arial"/>
          <w:sz w:val="22"/>
        </w:rPr>
        <w:t xml:space="preserve"> I'm so anti that I yeah, I really cannot say how much I disagree.</w:t>
      </w:r>
    </w:p>
    <w:p>
      <w:pPr>
        <w:spacing w:after="0"/>
      </w:pPr>
    </w:p>
    <w:p>
      <w:pPr>
        <w:spacing w:after="0"/>
      </w:pPr>
      <w:r>
        <w:rPr>
          <w:rFonts w:ascii="Arial" w:hAnsi="Arial"/>
          <w:color w:val="5D7284"/>
          <w:sz w:val="22"/>
        </w:rPr>
        <w:t>25:13</w:t>
      </w:r>
    </w:p>
    <w:p>
      <w:pPr>
        <w:spacing w:after="0"/>
      </w:pPr>
      <w:r>
        <w:rPr>
          <w:rFonts w:ascii="Arial" w:hAnsi="Arial"/>
          <w:sz w:val="22"/>
        </w:rPr>
        <w:t>I was just gonna say that, yeah, why would you, why would you take away someone's joy, yeah, especially when it had, yeah, it's</w:t>
      </w:r>
    </w:p>
    <w:p>
      <w:pPr>
        <w:spacing w:after="0"/>
      </w:pPr>
    </w:p>
    <w:p>
      <w:pPr>
        <w:spacing w:after="0"/>
      </w:pPr>
      <w:r>
        <w:rPr>
          <w:rFonts w:ascii="Arial" w:hAnsi="Arial"/>
          <w:b/>
          <w:sz w:val="22"/>
        </w:rPr>
        <w:t xml:space="preserve">Lucy  </w:t>
      </w:r>
      <w:r>
        <w:rPr>
          <w:rFonts w:ascii="Arial" w:hAnsi="Arial"/>
          <w:color w:val="5D7284"/>
          <w:sz w:val="22"/>
        </w:rPr>
        <w:t>25:13</w:t>
      </w:r>
    </w:p>
    <w:p>
      <w:pPr>
        <w:spacing w:after="0"/>
      </w:pPr>
      <w:r>
        <w:rPr>
          <w:rFonts w:ascii="Arial" w:hAnsi="Arial"/>
          <w:sz w:val="22"/>
        </w:rPr>
        <w:t xml:space="preserve"> It is really ridiculous, because just because you have physically picked up a book, it's that you have thumbed through the pages and read it with your own eyes. It's just not, I think it's and you just think, there, by the grace of God, go. I do know what I mean. That kind of always Anything could happen where you need, you can't actually physically pick up a book anymore, and you need, you know you that doesn't take away your joy of reading. Does it?</w:t>
      </w:r>
    </w:p>
    <w:p>
      <w:pPr>
        <w:spacing w:after="0"/>
      </w:pPr>
    </w:p>
    <w:p>
      <w:pPr>
        <w:spacing w:after="0"/>
      </w:pPr>
      <w:r>
        <w:rPr>
          <w:rFonts w:ascii="Arial" w:hAnsi="Arial"/>
          <w:b/>
          <w:sz w:val="22"/>
        </w:rPr>
        <w:t xml:space="preserve">Lottie Mills  </w:t>
      </w:r>
      <w:r>
        <w:rPr>
          <w:rFonts w:ascii="Arial" w:hAnsi="Arial"/>
          <w:color w:val="5D7284"/>
          <w:sz w:val="22"/>
        </w:rPr>
        <w:t>25:49</w:t>
      </w:r>
    </w:p>
    <w:p>
      <w:pPr>
        <w:spacing w:after="0"/>
      </w:pPr>
      <w:r>
        <w:rPr>
          <w:rFonts w:ascii="Arial" w:hAnsi="Arial"/>
          <w:sz w:val="22"/>
        </w:rPr>
        <w:t>It's so silly.</w:t>
      </w:r>
    </w:p>
    <w:p>
      <w:pPr>
        <w:spacing w:after="0"/>
      </w:pPr>
    </w:p>
    <w:p>
      <w:pPr>
        <w:spacing w:after="0"/>
      </w:pPr>
      <w:r>
        <w:rPr>
          <w:rFonts w:ascii="Arial" w:hAnsi="Arial"/>
          <w:b/>
          <w:sz w:val="22"/>
        </w:rPr>
        <w:t xml:space="preserve">Lucy  </w:t>
      </w:r>
      <w:r>
        <w:rPr>
          <w:rFonts w:ascii="Arial" w:hAnsi="Arial"/>
          <w:color w:val="5D7284"/>
          <w:sz w:val="22"/>
        </w:rPr>
        <w:t>25:51</w:t>
      </w:r>
    </w:p>
    <w:p>
      <w:pPr>
        <w:spacing w:after="0"/>
      </w:pPr>
      <w:r>
        <w:rPr>
          <w:rFonts w:ascii="Arial" w:hAnsi="Arial"/>
          <w:sz w:val="22"/>
        </w:rPr>
        <w:t xml:space="preserve">My mom said to me the other day she goes, I've I really makes me happy that you are reading again. You know, reading books again because you found audio books far more accessible because she she knows, like the joy it used to bring me when I was, you know, when I could hold a book, and she said, you know, it makes me really happy that you found reading books again. And I think, yeah, because it's that escapism at the end of the day, isn't it? You know, you finish what, you put audio book on or whatever, and it's just yeah for people to go, oh no. It's not actual proper, proper reading those in you think, yeah, yeah. You just, you wait until you can't use your arms </w:t>
      </w:r>
    </w:p>
    <w:p>
      <w:pPr>
        <w:spacing w:after="0"/>
      </w:pPr>
    </w:p>
    <w:p>
      <w:pPr>
        <w:spacing w:after="0"/>
      </w:pPr>
      <w:r>
        <w:rPr>
          <w:rFonts w:ascii="Arial" w:hAnsi="Arial"/>
          <w:b/>
          <w:sz w:val="22"/>
        </w:rPr>
        <w:t xml:space="preserve">Alice  </w:t>
      </w:r>
      <w:r>
        <w:rPr>
          <w:rFonts w:ascii="Arial" w:hAnsi="Arial"/>
          <w:color w:val="5D7284"/>
          <w:sz w:val="22"/>
        </w:rPr>
        <w:t>26:33</w:t>
      </w:r>
    </w:p>
    <w:p>
      <w:pPr>
        <w:spacing w:after="0"/>
      </w:pPr>
      <w:r>
        <w:rPr>
          <w:rFonts w:ascii="Arial" w:hAnsi="Arial"/>
          <w:sz w:val="22"/>
        </w:rPr>
        <w:t>I say to people you know, my, my, my snob response to people, when people say things like that, is, well, how many people do you know who have read War and Peace? Because I've read War and Peace. But</w:t>
      </w:r>
    </w:p>
    <w:p>
      <w:pPr>
        <w:spacing w:after="0"/>
      </w:pPr>
    </w:p>
    <w:p>
      <w:pPr>
        <w:spacing w:after="0"/>
      </w:pPr>
      <w:r>
        <w:rPr>
          <w:rFonts w:ascii="Arial" w:hAnsi="Arial"/>
          <w:b/>
          <w:sz w:val="22"/>
        </w:rPr>
        <w:t xml:space="preserve">Lucy  </w:t>
      </w:r>
      <w:r>
        <w:rPr>
          <w:rFonts w:ascii="Arial" w:hAnsi="Arial"/>
          <w:color w:val="5D7284"/>
          <w:sz w:val="22"/>
        </w:rPr>
        <w:t>26:46</w:t>
      </w:r>
    </w:p>
    <w:p>
      <w:pPr>
        <w:spacing w:after="0"/>
      </w:pPr>
      <w:r>
        <w:rPr>
          <w:rFonts w:ascii="Arial" w:hAnsi="Arial"/>
          <w:sz w:val="22"/>
        </w:rPr>
        <w:t>Did you listen to it on two times speed?</w:t>
      </w:r>
    </w:p>
    <w:p>
      <w:pPr>
        <w:spacing w:after="0"/>
      </w:pPr>
    </w:p>
    <w:p>
      <w:pPr>
        <w:spacing w:after="0"/>
      </w:pPr>
      <w:r>
        <w:rPr>
          <w:rFonts w:ascii="Arial" w:hAnsi="Arial"/>
          <w:b/>
          <w:sz w:val="22"/>
        </w:rPr>
        <w:t xml:space="preserve">Alice  </w:t>
      </w:r>
      <w:r>
        <w:rPr>
          <w:rFonts w:ascii="Arial" w:hAnsi="Arial"/>
          <w:color w:val="5D7284"/>
          <w:sz w:val="22"/>
        </w:rPr>
        <w:t>26:49</w:t>
      </w:r>
    </w:p>
    <w:p>
      <w:pPr>
        <w:spacing w:after="0"/>
      </w:pPr>
      <w:r>
        <w:rPr>
          <w:rFonts w:ascii="Arial" w:hAnsi="Arial"/>
          <w:sz w:val="22"/>
        </w:rPr>
        <w:t>I do listen to stuff on one on half?</w:t>
      </w:r>
    </w:p>
    <w:p>
      <w:pPr>
        <w:spacing w:after="0"/>
      </w:pPr>
    </w:p>
    <w:p>
      <w:pPr>
        <w:spacing w:after="0"/>
      </w:pPr>
      <w:r>
        <w:rPr>
          <w:rFonts w:ascii="Arial" w:hAnsi="Arial"/>
          <w:b/>
          <w:sz w:val="22"/>
        </w:rPr>
        <w:t xml:space="preserve">Lucy  </w:t>
      </w:r>
      <w:r>
        <w:rPr>
          <w:rFonts w:ascii="Arial" w:hAnsi="Arial"/>
          <w:color w:val="5D7284"/>
          <w:sz w:val="22"/>
        </w:rPr>
        <w:t>26:51</w:t>
      </w:r>
    </w:p>
    <w:p>
      <w:pPr>
        <w:spacing w:after="0"/>
      </w:pPr>
      <w:r>
        <w:rPr>
          <w:rFonts w:ascii="Arial" w:hAnsi="Arial"/>
          <w:sz w:val="22"/>
        </w:rPr>
        <w:t xml:space="preserve"> Do you?</w:t>
      </w:r>
    </w:p>
    <w:p>
      <w:pPr>
        <w:spacing w:after="0"/>
      </w:pPr>
    </w:p>
    <w:p>
      <w:pPr>
        <w:spacing w:after="0"/>
      </w:pPr>
      <w:r>
        <w:rPr>
          <w:rFonts w:ascii="Arial" w:hAnsi="Arial"/>
          <w:b/>
          <w:sz w:val="22"/>
        </w:rPr>
        <w:t xml:space="preserve">Alice  </w:t>
      </w:r>
      <w:r>
        <w:rPr>
          <w:rFonts w:ascii="Arial" w:hAnsi="Arial"/>
          <w:color w:val="5D7284"/>
          <w:sz w:val="22"/>
        </w:rPr>
        <w:t>26:53</w:t>
      </w:r>
    </w:p>
    <w:p>
      <w:pPr>
        <w:spacing w:after="0"/>
      </w:pPr>
      <w:r>
        <w:rPr>
          <w:rFonts w:ascii="Arial" w:hAnsi="Arial"/>
          <w:sz w:val="22"/>
        </w:rPr>
        <w:t xml:space="preserve"> Yeah? Yeah. I got shit to do and start on the next one. Well,</w:t>
      </w:r>
    </w:p>
    <w:p>
      <w:pPr>
        <w:spacing w:after="0"/>
      </w:pPr>
    </w:p>
    <w:p>
      <w:pPr>
        <w:spacing w:after="0"/>
      </w:pPr>
      <w:r>
        <w:rPr>
          <w:rFonts w:ascii="Arial" w:hAnsi="Arial"/>
          <w:b/>
          <w:sz w:val="22"/>
        </w:rPr>
        <w:t xml:space="preserve">Lucy  </w:t>
      </w:r>
      <w:r>
        <w:rPr>
          <w:rFonts w:ascii="Arial" w:hAnsi="Arial"/>
          <w:color w:val="5D7284"/>
          <w:sz w:val="22"/>
        </w:rPr>
        <w:t>26:57</w:t>
      </w:r>
    </w:p>
    <w:p>
      <w:pPr>
        <w:spacing w:after="0"/>
      </w:pPr>
      <w:r>
        <w:rPr>
          <w:rFonts w:ascii="Arial" w:hAnsi="Arial"/>
          <w:sz w:val="22"/>
        </w:rPr>
        <w:t>you've got 25 to get through in the next series.</w:t>
      </w:r>
    </w:p>
    <w:p>
      <w:pPr>
        <w:spacing w:after="0"/>
      </w:pPr>
    </w:p>
    <w:p>
      <w:pPr>
        <w:spacing w:after="0"/>
      </w:pPr>
      <w:r>
        <w:rPr>
          <w:rFonts w:ascii="Arial" w:hAnsi="Arial"/>
          <w:b/>
          <w:sz w:val="22"/>
        </w:rPr>
        <w:t xml:space="preserve">Lottie Mills  </w:t>
      </w:r>
      <w:r>
        <w:rPr>
          <w:rFonts w:ascii="Arial" w:hAnsi="Arial"/>
          <w:color w:val="5D7284"/>
          <w:sz w:val="22"/>
        </w:rPr>
        <w:t>27:01</w:t>
      </w:r>
    </w:p>
    <w:p>
      <w:pPr>
        <w:spacing w:after="0"/>
      </w:pPr>
      <w:r>
        <w:rPr>
          <w:rFonts w:ascii="Arial" w:hAnsi="Arial"/>
          <w:sz w:val="22"/>
        </w:rPr>
        <w:t>That's also good for me, though, because the one the problem that I have with reading in general, whether that's audio or active reading, is that I'm actually, surprisingly, I'm actually quite a bad reader, like I'm impatient, and so that is the only problem. I love audiobooks, and I like that. I, you know, I listen to them with my mum, and I like that. It can be like a shared experience, but we are both quite impatient to, like, know what's going on next, particularly if it's got kind of a thriller or a mystery element to it. So, yeah, that is, it's a useful thing. But no, I just, like, even with the accessibility thing, I used to work in schools, and I was, I kind of more and more with the kids that I was working with. It was, I was very strongly of the opinion. Well, when I was growing up, my mum had this philosophy, hence the chrysalids, that with reading, she didn't censor anything I wanted to read because they were quite they were quite hot on like, you know, films, and not watching films that were too old, or video games or whatever. But with reading, she was kind of like, I trust you to know if it's either beyond what you're capable of in like a little ability sense, or if it's too much for you. And so I very much carried that philosophy into my school. But also, you know, all these kids, they have different accessibility needs, different reading levels, and so you kind of have to, you know, I really came to embrace the idea that anything that makes them love reading is good for them to be reading, you know, sort of above anything else, just anything that they love and that they're enjoying, whether that's like the rainbow Pharaoh books or, you know, whatever, or something that's, you know, stereotypical, a bit too old for them. Yeah, I think that's kind of a big part of my philosophy.</w:t>
      </w:r>
    </w:p>
    <w:p>
      <w:pPr>
        <w:spacing w:after="0"/>
      </w:pPr>
    </w:p>
    <w:p>
      <w:pPr>
        <w:spacing w:after="0"/>
      </w:pPr>
      <w:r>
        <w:rPr>
          <w:rFonts w:ascii="Arial" w:hAnsi="Arial"/>
          <w:b/>
          <w:sz w:val="22"/>
        </w:rPr>
        <w:t xml:space="preserve">Alice  </w:t>
      </w:r>
      <w:r>
        <w:rPr>
          <w:rFonts w:ascii="Arial" w:hAnsi="Arial"/>
          <w:color w:val="5D7284"/>
          <w:sz w:val="22"/>
        </w:rPr>
        <w:t>28:45</w:t>
      </w:r>
    </w:p>
    <w:p>
      <w:pPr>
        <w:spacing w:after="0"/>
      </w:pPr>
      <w:r>
        <w:rPr>
          <w:rFonts w:ascii="Arial" w:hAnsi="Arial"/>
          <w:sz w:val="22"/>
        </w:rPr>
        <w:t xml:space="preserve"> You that's I've just had, like a recovered memory, and I don't really know why what you've said is just sort of sprung this into my eye, but I can remember being probably 12 or 13 and being at that kind of point where I was moving because I was reading sort of that kind of traditional kind of teen stuff when I was bit younger, so I was moving into that more sort of young adult when I was kind of a an early teen. And I have a real distinct... I can't remember what the two books were, but I was at the library at school. And I was looking at one book, and which was a sort of for, I guess, that kind of 12, 13, 14, year old, age, and then one that was probably like 16, 17, 18, year old. And noticing that the text size was noticeably different? it was like, Oh, you're a grown up, so you don't need big text anymore. adults can read small words </w:t>
      </w:r>
    </w:p>
    <w:p>
      <w:pPr>
        <w:spacing w:after="0"/>
      </w:pPr>
    </w:p>
    <w:p>
      <w:pPr>
        <w:spacing w:after="0"/>
      </w:pPr>
      <w:r>
        <w:rPr>
          <w:rFonts w:ascii="Arial" w:hAnsi="Arial"/>
          <w:b/>
          <w:sz w:val="22"/>
        </w:rPr>
        <w:t xml:space="preserve">Lucy  </w:t>
      </w:r>
      <w:r>
        <w:rPr>
          <w:rFonts w:ascii="Arial" w:hAnsi="Arial"/>
          <w:color w:val="5D7284"/>
          <w:sz w:val="22"/>
        </w:rPr>
        <w:t>29:48</w:t>
      </w:r>
    </w:p>
    <w:p>
      <w:pPr>
        <w:spacing w:after="0"/>
      </w:pPr>
      <w:r>
        <w:rPr>
          <w:rFonts w:ascii="Arial" w:hAnsi="Arial"/>
          <w:sz w:val="22"/>
        </w:rPr>
        <w:t>14 Point arial</w:t>
      </w:r>
    </w:p>
    <w:p>
      <w:pPr>
        <w:spacing w:after="0"/>
      </w:pPr>
    </w:p>
    <w:p>
      <w:pPr>
        <w:spacing w:after="0"/>
      </w:pPr>
      <w:r>
        <w:rPr>
          <w:rFonts w:ascii="Arial" w:hAnsi="Arial"/>
          <w:b/>
          <w:sz w:val="22"/>
        </w:rPr>
        <w:t xml:space="preserve">Alice  </w:t>
      </w:r>
      <w:r>
        <w:rPr>
          <w:rFonts w:ascii="Arial" w:hAnsi="Arial"/>
          <w:color w:val="5D7284"/>
          <w:sz w:val="22"/>
        </w:rPr>
        <w:t>29:51</w:t>
      </w:r>
    </w:p>
    <w:p>
      <w:pPr>
        <w:spacing w:after="0"/>
      </w:pPr>
      <w:r>
        <w:rPr>
          <w:rFonts w:ascii="Arial" w:hAnsi="Arial"/>
          <w:sz w:val="22"/>
        </w:rPr>
        <w:t xml:space="preserve">I can, and I remember looking at it being like, like, actively being like, Wait, why? Why do they think? And obviously, as like. A visually impaired I could read sort of regular print still at that point. But even at the you know, I was kind of, I had lost some vision, and I was definitely like, what? Why is this? Why are we doing this? </w:t>
      </w:r>
    </w:p>
    <w:p>
      <w:pPr>
        <w:spacing w:after="0"/>
      </w:pPr>
    </w:p>
    <w:p>
      <w:pPr>
        <w:spacing w:after="0"/>
      </w:pPr>
      <w:r>
        <w:rPr>
          <w:rFonts w:ascii="Arial" w:hAnsi="Arial"/>
          <w:b/>
          <w:sz w:val="22"/>
        </w:rPr>
        <w:t xml:space="preserve">Alice  </w:t>
      </w:r>
      <w:r>
        <w:rPr>
          <w:rFonts w:ascii="Arial" w:hAnsi="Arial"/>
          <w:color w:val="5D7284"/>
          <w:sz w:val="22"/>
        </w:rPr>
        <w:t>30:12</w:t>
      </w:r>
    </w:p>
    <w:p>
      <w:pPr>
        <w:spacing w:after="0"/>
      </w:pPr>
      <w:r>
        <w:rPr>
          <w:rFonts w:ascii="Arial" w:hAnsi="Arial"/>
          <w:sz w:val="22"/>
        </w:rPr>
        <w:t>Is this my eyes? Or has this got smaller? It just</w:t>
      </w:r>
    </w:p>
    <w:p>
      <w:pPr>
        <w:spacing w:after="0"/>
      </w:pPr>
    </w:p>
    <w:p>
      <w:pPr>
        <w:spacing w:after="0"/>
      </w:pPr>
      <w:r>
        <w:rPr>
          <w:rFonts w:ascii="Arial" w:hAnsi="Arial"/>
          <w:b/>
          <w:sz w:val="22"/>
        </w:rPr>
        <w:t xml:space="preserve">Alice  </w:t>
      </w:r>
      <w:r>
        <w:rPr>
          <w:rFonts w:ascii="Arial" w:hAnsi="Arial"/>
          <w:color w:val="5D7284"/>
          <w:sz w:val="22"/>
        </w:rPr>
        <w:t>30:16</w:t>
      </w:r>
    </w:p>
    <w:p>
      <w:pPr>
        <w:spacing w:after="0"/>
      </w:pPr>
      <w:r>
        <w:rPr>
          <w:rFonts w:ascii="Arial" w:hAnsi="Arial"/>
          <w:sz w:val="22"/>
        </w:rPr>
        <w:t>felt like a real implication that they were like, well, adults, like</w:t>
      </w:r>
    </w:p>
    <w:p>
      <w:pPr>
        <w:spacing w:after="0"/>
      </w:pPr>
    </w:p>
    <w:p>
      <w:pPr>
        <w:spacing w:after="0"/>
      </w:pPr>
      <w:r>
        <w:rPr>
          <w:rFonts w:ascii="Arial" w:hAnsi="Arial"/>
          <w:b/>
          <w:sz w:val="22"/>
        </w:rPr>
        <w:t xml:space="preserve">Lucy  </w:t>
      </w:r>
      <w:r>
        <w:rPr>
          <w:rFonts w:ascii="Arial" w:hAnsi="Arial"/>
          <w:color w:val="5D7284"/>
          <w:sz w:val="22"/>
        </w:rPr>
        <w:t>30:21</w:t>
      </w:r>
    </w:p>
    <w:p>
      <w:pPr>
        <w:spacing w:after="0"/>
      </w:pPr>
      <w:r>
        <w:rPr>
          <w:rFonts w:ascii="Arial" w:hAnsi="Arial"/>
          <w:sz w:val="22"/>
        </w:rPr>
        <w:t>adults, read this it's not for you</w:t>
      </w:r>
    </w:p>
    <w:p>
      <w:pPr>
        <w:spacing w:after="0"/>
      </w:pPr>
    </w:p>
    <w:p>
      <w:pPr>
        <w:spacing w:after="0"/>
      </w:pPr>
      <w:r>
        <w:rPr>
          <w:rFonts w:ascii="Arial" w:hAnsi="Arial"/>
          <w:b/>
          <w:sz w:val="22"/>
        </w:rPr>
        <w:t xml:space="preserve">Alice  </w:t>
      </w:r>
      <w:r>
        <w:rPr>
          <w:rFonts w:ascii="Arial" w:hAnsi="Arial"/>
          <w:color w:val="5D7284"/>
          <w:sz w:val="22"/>
        </w:rPr>
        <w:t>30:23</w:t>
      </w:r>
    </w:p>
    <w:p>
      <w:pPr>
        <w:spacing w:after="0"/>
      </w:pPr>
      <w:r>
        <w:rPr>
          <w:rFonts w:ascii="Arial" w:hAnsi="Arial"/>
          <w:sz w:val="22"/>
        </w:rPr>
        <w:t>this almost like it was a, it was a an indicator of sort of sophistic level of reading ability, yeah, and age and sort of skill that you can read smaller text, which it's just, it's just ridiculous.</w:t>
      </w:r>
    </w:p>
    <w:p>
      <w:pPr>
        <w:spacing w:after="0"/>
      </w:pPr>
    </w:p>
    <w:p>
      <w:pPr>
        <w:spacing w:after="0"/>
      </w:pPr>
      <w:r>
        <w:rPr>
          <w:rFonts w:ascii="Arial" w:hAnsi="Arial"/>
          <w:b/>
          <w:sz w:val="22"/>
        </w:rPr>
        <w:t xml:space="preserve">Lucy  </w:t>
      </w:r>
      <w:r>
        <w:rPr>
          <w:rFonts w:ascii="Arial" w:hAnsi="Arial"/>
          <w:color w:val="5D7284"/>
          <w:sz w:val="22"/>
        </w:rPr>
        <w:t>30:41</w:t>
      </w:r>
    </w:p>
    <w:p>
      <w:pPr>
        <w:spacing w:after="0"/>
      </w:pPr>
      <w:r>
        <w:rPr>
          <w:rFonts w:ascii="Arial" w:hAnsi="Arial"/>
          <w:sz w:val="22"/>
        </w:rPr>
        <w:t>I got upset when they took the pictures away from me, if I'm honest, like moving you onto this book and I've got no pictures in</w:t>
      </w:r>
    </w:p>
    <w:p>
      <w:pPr>
        <w:spacing w:after="0"/>
      </w:pPr>
    </w:p>
    <w:p>
      <w:pPr>
        <w:spacing w:after="0"/>
      </w:pPr>
      <w:r>
        <w:rPr>
          <w:rFonts w:ascii="Arial" w:hAnsi="Arial"/>
          <w:b/>
          <w:sz w:val="22"/>
        </w:rPr>
        <w:t xml:space="preserve">Alice  </w:t>
      </w:r>
      <w:r>
        <w:rPr>
          <w:rFonts w:ascii="Arial" w:hAnsi="Arial"/>
          <w:color w:val="5D7284"/>
          <w:sz w:val="22"/>
        </w:rPr>
        <w:t>30:52</w:t>
      </w:r>
    </w:p>
    <w:p>
      <w:pPr>
        <w:spacing w:after="0"/>
      </w:pPr>
      <w:r>
        <w:rPr>
          <w:rFonts w:ascii="Arial" w:hAnsi="Arial"/>
          <w:sz w:val="22"/>
        </w:rPr>
        <w:t>and like, I can, I can understand why they wouldn't like war and peace in large print. It's going to be like eight books long,</w:t>
      </w:r>
    </w:p>
    <w:p>
      <w:pPr>
        <w:spacing w:after="0"/>
      </w:pPr>
    </w:p>
    <w:p>
      <w:pPr>
        <w:spacing w:after="0"/>
      </w:pPr>
      <w:r>
        <w:rPr>
          <w:rFonts w:ascii="Arial" w:hAnsi="Arial"/>
          <w:b/>
          <w:sz w:val="22"/>
        </w:rPr>
        <w:t xml:space="preserve">Lucy  </w:t>
      </w:r>
      <w:r>
        <w:rPr>
          <w:rFonts w:ascii="Arial" w:hAnsi="Arial"/>
          <w:color w:val="5D7284"/>
          <w:sz w:val="22"/>
        </w:rPr>
        <w:t>31:02</w:t>
      </w:r>
    </w:p>
    <w:p>
      <w:pPr>
        <w:spacing w:after="0"/>
      </w:pPr>
      <w:r>
        <w:rPr>
          <w:rFonts w:ascii="Arial" w:hAnsi="Arial"/>
          <w:sz w:val="22"/>
        </w:rPr>
        <w:t>having the librarian, Susan the librarian, bringing war and peace out in a large print, Graham can yo come and give me a hand, please.</w:t>
      </w:r>
    </w:p>
    <w:p>
      <w:pPr>
        <w:spacing w:after="0"/>
      </w:pPr>
    </w:p>
    <w:p>
      <w:pPr>
        <w:spacing w:after="0"/>
      </w:pPr>
      <w:r>
        <w:rPr>
          <w:rFonts w:ascii="Arial" w:hAnsi="Arial"/>
          <w:b/>
          <w:sz w:val="22"/>
        </w:rPr>
        <w:t xml:space="preserve">Alice  </w:t>
      </w:r>
      <w:r>
        <w:rPr>
          <w:rFonts w:ascii="Arial" w:hAnsi="Arial"/>
          <w:color w:val="5D7284"/>
          <w:sz w:val="22"/>
        </w:rPr>
        <w:t>31:13</w:t>
      </w:r>
    </w:p>
    <w:p>
      <w:pPr>
        <w:spacing w:after="0"/>
      </w:pPr>
      <w:r>
        <w:rPr>
          <w:rFonts w:ascii="Arial" w:hAnsi="Arial"/>
          <w:sz w:val="22"/>
        </w:rPr>
        <w:t xml:space="preserve">Yeah, I just, I remember at the time being actively being like, hold on a minute. Adults have to read smaller texts. And it's just, I think it is. It just sort of goes a little bit back to that there is an implied snobbery in that. I think, you know, like, you know what, if you need larger printer there is an impact that that is a suggestion on your like, your skill and your intellect. And it's not, it's got nothing to do with that. </w:t>
      </w:r>
    </w:p>
    <w:p>
      <w:pPr>
        <w:spacing w:after="0"/>
      </w:pPr>
    </w:p>
    <w:p>
      <w:pPr>
        <w:spacing w:after="0"/>
      </w:pPr>
      <w:r>
        <w:rPr>
          <w:rFonts w:ascii="Arial" w:hAnsi="Arial"/>
          <w:b/>
          <w:sz w:val="22"/>
        </w:rPr>
        <w:t xml:space="preserve">Alice  </w:t>
      </w:r>
      <w:r>
        <w:rPr>
          <w:rFonts w:ascii="Arial" w:hAnsi="Arial"/>
          <w:color w:val="5D7284"/>
          <w:sz w:val="22"/>
        </w:rPr>
        <w:t>31:38</w:t>
      </w:r>
    </w:p>
    <w:p>
      <w:pPr>
        <w:spacing w:after="0"/>
      </w:pPr>
      <w:r>
        <w:rPr>
          <w:rFonts w:ascii="Arial" w:hAnsi="Arial"/>
          <w:sz w:val="22"/>
        </w:rPr>
        <w:t xml:space="preserve">Also going back to audiobooks and the way getting the right narrator to narrate your book is, </w:t>
      </w:r>
    </w:p>
    <w:p>
      <w:pPr>
        <w:spacing w:after="0"/>
      </w:pPr>
    </w:p>
    <w:p>
      <w:pPr>
        <w:spacing w:after="0"/>
      </w:pPr>
      <w:r>
        <w:rPr>
          <w:rFonts w:ascii="Arial" w:hAnsi="Arial"/>
          <w:b/>
          <w:sz w:val="22"/>
        </w:rPr>
        <w:t xml:space="preserve">Alice  </w:t>
      </w:r>
      <w:r>
        <w:rPr>
          <w:rFonts w:ascii="Arial" w:hAnsi="Arial"/>
          <w:color w:val="5D7284"/>
          <w:sz w:val="22"/>
        </w:rPr>
        <w:t>31:47</w:t>
      </w:r>
    </w:p>
    <w:p>
      <w:pPr>
        <w:spacing w:after="0"/>
      </w:pPr>
      <w:r>
        <w:rPr>
          <w:rFonts w:ascii="Arial" w:hAnsi="Arial"/>
          <w:sz w:val="22"/>
        </w:rPr>
        <w:t xml:space="preserve">this is a just a full, a full right hand turn from the conversation. </w:t>
      </w:r>
    </w:p>
    <w:p>
      <w:pPr>
        <w:spacing w:after="0"/>
      </w:pPr>
    </w:p>
    <w:p>
      <w:pPr>
        <w:spacing w:after="0"/>
      </w:pPr>
      <w:r>
        <w:rPr>
          <w:rFonts w:ascii="Arial" w:hAnsi="Arial"/>
          <w:b/>
          <w:sz w:val="22"/>
        </w:rPr>
        <w:t xml:space="preserve">Lucy  </w:t>
      </w:r>
      <w:r>
        <w:rPr>
          <w:rFonts w:ascii="Arial" w:hAnsi="Arial"/>
          <w:color w:val="5D7284"/>
          <w:sz w:val="22"/>
        </w:rPr>
        <w:t>31:53</w:t>
      </w:r>
    </w:p>
    <w:p>
      <w:pPr>
        <w:spacing w:after="0"/>
      </w:pPr>
      <w:r>
        <w:rPr>
          <w:rFonts w:ascii="Arial" w:hAnsi="Arial"/>
          <w:sz w:val="22"/>
        </w:rPr>
        <w:t>I'm sorry It just popped into my head. I was like, I need to tell you this. But like, getting the right narrator for your book is so important, because if they have a boring voice, if they're not, if they're not into it, then I'm not into it, and it just kills the whole mood. Within 15 minutes, and I will turn it off, and I will not come back to it until somebody else....</w:t>
      </w:r>
    </w:p>
    <w:p>
      <w:pPr>
        <w:spacing w:after="0"/>
      </w:pPr>
    </w:p>
    <w:p>
      <w:pPr>
        <w:spacing w:after="0"/>
      </w:pPr>
      <w:r>
        <w:rPr>
          <w:rFonts w:ascii="Arial" w:hAnsi="Arial"/>
          <w:b/>
          <w:sz w:val="22"/>
        </w:rPr>
        <w:t xml:space="preserve">Alice  </w:t>
      </w:r>
      <w:r>
        <w:rPr>
          <w:rFonts w:ascii="Arial" w:hAnsi="Arial"/>
          <w:color w:val="5D7284"/>
          <w:sz w:val="22"/>
        </w:rPr>
        <w:t>32:14</w:t>
      </w:r>
    </w:p>
    <w:p>
      <w:pPr>
        <w:spacing w:after="0"/>
      </w:pPr>
      <w:r>
        <w:rPr>
          <w:rFonts w:ascii="Arial" w:hAnsi="Arial"/>
          <w:sz w:val="22"/>
        </w:rPr>
        <w:t>I have been four books deep into, like, a five book series when they've changed the narrator, yeah, just gone. Well, I guess I'm not finishing this series. Walk away and like, you know, they can't help it, but</w:t>
      </w:r>
    </w:p>
    <w:p>
      <w:pPr>
        <w:spacing w:after="0"/>
      </w:pPr>
    </w:p>
    <w:p>
      <w:pPr>
        <w:spacing w:after="0"/>
      </w:pPr>
      <w:r>
        <w:rPr>
          <w:rFonts w:ascii="Arial" w:hAnsi="Arial"/>
          <w:b/>
          <w:sz w:val="22"/>
        </w:rPr>
        <w:t xml:space="preserve">Lucy  </w:t>
      </w:r>
      <w:r>
        <w:rPr>
          <w:rFonts w:ascii="Arial" w:hAnsi="Arial"/>
          <w:color w:val="5D7284"/>
          <w:sz w:val="22"/>
        </w:rPr>
        <w:t>32:30</w:t>
      </w:r>
    </w:p>
    <w:p>
      <w:pPr>
        <w:spacing w:after="0"/>
      </w:pPr>
      <w:r>
        <w:rPr>
          <w:rFonts w:ascii="Arial" w:hAnsi="Arial"/>
          <w:sz w:val="22"/>
        </w:rPr>
        <w:t>I can remember watching Jackanory when I was a kid and on it must have been like early 90s, and they had Rik Mayall reading George's marvelous medicine. I'd never read the book before, but Rik Mayll read George's marvelous medicine, and I sat there and listened to him tell the story, and I was absolutely transfixed by this man who was just throwing himself into it. I thought, I'm going to get that book from the library. Read it myself, because what an amazing book that is. I got it from the library, and I was like, this is, this is really boring, because I was reading it in my own head. I didn't have Rik Mayall there reading the story. I was like, boring. It's really boring. I mean, it's not boring. But I said, That's not how I would describe as a child who had been spoiled because Rik Mayall had read it to me through the television. I was like, this is, this is this is not, this is not how I remember it on the telly, and that's because of Rick Mayall</w:t>
      </w:r>
    </w:p>
    <w:p>
      <w:pPr>
        <w:spacing w:after="0"/>
      </w:pPr>
    </w:p>
    <w:p>
      <w:pPr>
        <w:spacing w:after="0"/>
      </w:pPr>
      <w:r>
        <w:rPr>
          <w:rFonts w:ascii="Arial" w:hAnsi="Arial"/>
          <w:b/>
          <w:sz w:val="22"/>
        </w:rPr>
        <w:t xml:space="preserve">Alice  </w:t>
      </w:r>
      <w:r>
        <w:rPr>
          <w:rFonts w:ascii="Arial" w:hAnsi="Arial"/>
          <w:color w:val="5D7284"/>
          <w:sz w:val="22"/>
        </w:rPr>
        <w:t>33:32</w:t>
      </w:r>
    </w:p>
    <w:p>
      <w:pPr>
        <w:spacing w:after="0"/>
      </w:pPr>
      <w:r>
        <w:rPr>
          <w:rFonts w:ascii="Arial" w:hAnsi="Arial"/>
          <w:sz w:val="22"/>
        </w:rPr>
        <w:t xml:space="preserve">have an Amazon wishlist of books I'm going to buy for my son when he's old enough to read them. Right at the moment, we've got zoom to the moon, and it's sort of, he knows, he knows moon, and he'll sit and sort of go through some of it with you, and then he likes to turn, like, four pages at once, and then he likes to chew on the book, yeah. But there will come a day when I can read my child George's marvelous medicine, And that will be, like, even if we have to have it, have the audiobook on in the background and sit and just turn the pages together, yeah, that is something. Or Kindle book it together. Like, yeah, I think that, yeah, I cannot. I'm so excited for like, because I think there is that, like, if there's a book that you've loved in your childhood that you're just like, or even as an adult, I want to go up to people in the street sometimes when I've read a good book and been like, book, and been like, you should read this. I really. Made me really happy. You should read this. Excuse me. Excuse me. Random person who happens to have sat next to me on the bus. Let me tell you about this book. </w:t>
      </w:r>
    </w:p>
    <w:p>
      <w:pPr>
        <w:spacing w:after="0"/>
      </w:pPr>
    </w:p>
    <w:p>
      <w:pPr>
        <w:spacing w:after="0"/>
      </w:pPr>
      <w:r>
        <w:rPr>
          <w:rFonts w:ascii="Arial" w:hAnsi="Arial"/>
          <w:b/>
          <w:sz w:val="22"/>
        </w:rPr>
        <w:t xml:space="preserve">Lottie Mills  </w:t>
      </w:r>
      <w:r>
        <w:rPr>
          <w:rFonts w:ascii="Arial" w:hAnsi="Arial"/>
          <w:color w:val="5D7284"/>
          <w:sz w:val="22"/>
        </w:rPr>
        <w:t>34:34</w:t>
      </w:r>
    </w:p>
    <w:p>
      <w:pPr>
        <w:spacing w:after="0"/>
      </w:pPr>
      <w:r>
        <w:rPr>
          <w:rFonts w:ascii="Arial" w:hAnsi="Arial"/>
          <w:sz w:val="22"/>
        </w:rPr>
        <w:t>I am I have a little baby nephew, and I just it was one of the things that I'm kind of most excited about with him as he gets older, and he can actually, you know, understand and engage with stuff. It's going to be. It's a very special thing. I think</w:t>
      </w:r>
    </w:p>
    <w:p>
      <w:pPr>
        <w:spacing w:after="0"/>
      </w:pPr>
    </w:p>
    <w:p>
      <w:pPr>
        <w:spacing w:after="0"/>
      </w:pPr>
      <w:r>
        <w:rPr>
          <w:rFonts w:ascii="Arial" w:hAnsi="Arial"/>
          <w:b/>
          <w:sz w:val="22"/>
        </w:rPr>
        <w:t xml:space="preserve">Lucy  </w:t>
      </w:r>
      <w:r>
        <w:rPr>
          <w:rFonts w:ascii="Arial" w:hAnsi="Arial"/>
          <w:color w:val="5D7284"/>
          <w:sz w:val="22"/>
        </w:rPr>
        <w:t>34:49</w:t>
      </w:r>
    </w:p>
    <w:p>
      <w:pPr>
        <w:spacing w:after="0"/>
      </w:pPr>
      <w:r>
        <w:rPr>
          <w:rFonts w:ascii="Arial" w:hAnsi="Arial"/>
          <w:sz w:val="22"/>
        </w:rPr>
        <w:t>doing the voices as well,</w:t>
      </w:r>
    </w:p>
    <w:p>
      <w:pPr>
        <w:spacing w:after="0"/>
      </w:pPr>
    </w:p>
    <w:p>
      <w:pPr>
        <w:spacing w:after="0"/>
      </w:pPr>
      <w:r>
        <w:rPr>
          <w:rFonts w:ascii="Arial" w:hAnsi="Arial"/>
          <w:b/>
          <w:sz w:val="22"/>
        </w:rPr>
        <w:t xml:space="preserve">Alice  </w:t>
      </w:r>
      <w:r>
        <w:rPr>
          <w:rFonts w:ascii="Arial" w:hAnsi="Arial"/>
          <w:color w:val="5D7284"/>
          <w:sz w:val="22"/>
        </w:rPr>
        <w:t>34:52</w:t>
      </w:r>
    </w:p>
    <w:p>
      <w:pPr>
        <w:spacing w:after="0"/>
      </w:pPr>
      <w:r>
        <w:rPr>
          <w:rFonts w:ascii="Arial" w:hAnsi="Arial"/>
          <w:sz w:val="22"/>
        </w:rPr>
        <w:t>My uncle was so good at the voices. When I was like, 789, I was really into. Nancy Drew. Oh, yeah. And we'd go on holiday. Like, every year, we'd go do, like, a holiday with mom. It's my mum's sister and her husband and I take, like, four Nancy Drew books. Because every evening, while everybody else was outside drinking by the pool, I'd be like, Can you can you read Nancy Drew? and he was so good at the voices,</w:t>
      </w:r>
    </w:p>
    <w:p>
      <w:pPr>
        <w:spacing w:after="0"/>
      </w:pPr>
    </w:p>
    <w:p>
      <w:pPr>
        <w:spacing w:after="0"/>
      </w:pPr>
      <w:r>
        <w:rPr>
          <w:rFonts w:ascii="Arial" w:hAnsi="Arial"/>
          <w:b/>
          <w:sz w:val="22"/>
        </w:rPr>
        <w:t xml:space="preserve">Lucy  </w:t>
      </w:r>
      <w:r>
        <w:rPr>
          <w:rFonts w:ascii="Arial" w:hAnsi="Arial"/>
          <w:color w:val="5D7284"/>
          <w:sz w:val="22"/>
        </w:rPr>
        <w:t>35:20</w:t>
      </w:r>
    </w:p>
    <w:p>
      <w:pPr>
        <w:spacing w:after="0"/>
      </w:pPr>
      <w:r>
        <w:rPr>
          <w:rFonts w:ascii="Arial" w:hAnsi="Arial"/>
          <w:sz w:val="22"/>
        </w:rPr>
        <w:t xml:space="preserve">that's a skill in itself, isn't it? Really? Yeah, no, I yeah, I do. I do. I that I do like when my friends kids were younger, I would read them stories and I would do voices and things, but I wasn't I tried, I tried. I tried my best, but I wasn't like I was no Rik Mayall, but I tried my best </w:t>
      </w:r>
    </w:p>
    <w:p>
      <w:pPr>
        <w:spacing w:after="0"/>
      </w:pPr>
    </w:p>
    <w:p>
      <w:pPr>
        <w:spacing w:after="0"/>
      </w:pPr>
      <w:r>
        <w:rPr>
          <w:rFonts w:ascii="Arial" w:hAnsi="Arial"/>
          <w:b/>
          <w:sz w:val="22"/>
        </w:rPr>
        <w:t xml:space="preserve">Alice  </w:t>
      </w:r>
      <w:r>
        <w:rPr>
          <w:rFonts w:ascii="Arial" w:hAnsi="Arial"/>
          <w:color w:val="5D7284"/>
          <w:sz w:val="22"/>
        </w:rPr>
        <w:t>35:47</w:t>
      </w:r>
    </w:p>
    <w:p>
      <w:pPr>
        <w:spacing w:after="0"/>
      </w:pPr>
      <w:r>
        <w:rPr>
          <w:rFonts w:ascii="Arial" w:hAnsi="Arial"/>
          <w:sz w:val="22"/>
        </w:rPr>
        <w:t>No, my voice is the I do. I do. Voices for my guide dogs and my Lola voice is a slightly lower version of my voice, and my daughter voice is a slightly higher version of my voice. That's the extent of my voice work.</w:t>
      </w:r>
    </w:p>
    <w:p>
      <w:pPr>
        <w:spacing w:after="0"/>
      </w:pPr>
    </w:p>
    <w:p>
      <w:pPr>
        <w:spacing w:after="0"/>
      </w:pPr>
      <w:r>
        <w:rPr>
          <w:rFonts w:ascii="Arial" w:hAnsi="Arial"/>
          <w:b/>
          <w:sz w:val="22"/>
        </w:rPr>
        <w:t xml:space="preserve">Lucy  </w:t>
      </w:r>
      <w:r>
        <w:rPr>
          <w:rFonts w:ascii="Arial" w:hAnsi="Arial"/>
          <w:color w:val="5D7284"/>
          <w:sz w:val="22"/>
        </w:rPr>
        <w:t>35:59</w:t>
      </w:r>
    </w:p>
    <w:p>
      <w:pPr>
        <w:spacing w:after="0"/>
      </w:pPr>
      <w:r>
        <w:rPr>
          <w:rFonts w:ascii="Arial" w:hAnsi="Arial"/>
          <w:sz w:val="22"/>
        </w:rPr>
        <w:t>Rhey are thre three Characters in your amour aren't they? Yeah, are there any plans, Lottie, for you to get your book, like, into audio, audio book format? Is that already the case? Like, is that something you would like to happen?</w:t>
      </w:r>
    </w:p>
    <w:p>
      <w:pPr>
        <w:spacing w:after="0"/>
      </w:pPr>
    </w:p>
    <w:p>
      <w:pPr>
        <w:spacing w:after="0"/>
      </w:pPr>
      <w:r>
        <w:rPr>
          <w:rFonts w:ascii="Arial" w:hAnsi="Arial"/>
          <w:b/>
          <w:sz w:val="22"/>
        </w:rPr>
        <w:t xml:space="preserve">Lottie Mills  </w:t>
      </w:r>
      <w:r>
        <w:rPr>
          <w:rFonts w:ascii="Arial" w:hAnsi="Arial"/>
          <w:color w:val="5D7284"/>
          <w:sz w:val="22"/>
        </w:rPr>
        <w:t>36:18</w:t>
      </w:r>
    </w:p>
    <w:p>
      <w:pPr>
        <w:spacing w:after="0"/>
      </w:pPr>
      <w:r>
        <w:rPr>
          <w:rFonts w:ascii="Arial" w:hAnsi="Arial"/>
          <w:sz w:val="22"/>
        </w:rPr>
        <w:t>I would love that to happen. It's something I very much pushed for, but also, really frustratingly, it's something that's kind of out of my hands, because it's on the publisher now to do that. So it's something I've said to them that I think, obviously I love audiobooks in general, but I think also particularly for me and for what my book is about, and I mean, like, for example, even you know, one of my, one of my friends who's in the acknowledgments is blind, and I'm like, it's really, you know, it's a real kick in the teeth. She can't read the book. So, yeah, so it's something I've kind of pushed for a lot, and hopefully will happen at some point. But short story collections in the publishing world are kind of, in general, quite hard to sell, and in particular with audio, because it's audio was quite expensive to produce, so that I don't know why it is, because I am a huge reader of short stories, and I didn't realize until I got into the publishing world that it's like people. People are terrified of them. They think they're kind of like, they don't want to touch them. They think they're a really, really difficult sell, um, which for me, just makes no sense, because pretty much everyone I talk to is like, Oh no, I love short stories. Yeah. So it's this weird kind of disconnect between, like, the sort of professional publishing world and people's actual habits.</w:t>
      </w:r>
    </w:p>
    <w:p>
      <w:pPr>
        <w:spacing w:after="0"/>
      </w:pPr>
    </w:p>
    <w:p>
      <w:pPr>
        <w:spacing w:after="0"/>
      </w:pPr>
      <w:r>
        <w:rPr>
          <w:rFonts w:ascii="Arial" w:hAnsi="Arial"/>
          <w:b/>
          <w:sz w:val="22"/>
        </w:rPr>
        <w:t xml:space="preserve">Lucy  </w:t>
      </w:r>
      <w:r>
        <w:rPr>
          <w:rFonts w:ascii="Arial" w:hAnsi="Arial"/>
          <w:color w:val="5D7284"/>
          <w:sz w:val="22"/>
        </w:rPr>
        <w:t>37:38</w:t>
      </w:r>
    </w:p>
    <w:p>
      <w:pPr>
        <w:spacing w:after="0"/>
      </w:pPr>
      <w:r>
        <w:rPr>
          <w:rFonts w:ascii="Arial" w:hAnsi="Arial"/>
          <w:sz w:val="22"/>
        </w:rPr>
        <w:t xml:space="preserve">It's like, almost like, marketing's not caught up with their marketing strategies, not caught with the audience. And they're like, yeah, no, let's not touch this one. And everybody's like, no, yeah, try it. </w:t>
      </w:r>
    </w:p>
    <w:p>
      <w:pPr>
        <w:spacing w:after="0"/>
      </w:pPr>
    </w:p>
    <w:p>
      <w:pPr>
        <w:spacing w:after="0"/>
      </w:pPr>
      <w:r>
        <w:rPr>
          <w:rFonts w:ascii="Arial" w:hAnsi="Arial"/>
          <w:b/>
          <w:sz w:val="22"/>
        </w:rPr>
        <w:t xml:space="preserve">Alice  </w:t>
      </w:r>
      <w:r>
        <w:rPr>
          <w:rFonts w:ascii="Arial" w:hAnsi="Arial"/>
          <w:color w:val="5D7284"/>
          <w:sz w:val="22"/>
        </w:rPr>
        <w:t>37:49</w:t>
      </w:r>
    </w:p>
    <w:p>
      <w:pPr>
        <w:spacing w:after="0"/>
      </w:pPr>
      <w:r>
        <w:rPr>
          <w:rFonts w:ascii="Arial" w:hAnsi="Arial"/>
          <w:sz w:val="22"/>
        </w:rPr>
        <w:t xml:space="preserve"> It's funny, because particularly in that kind of speculative fiction, fantasy sci fi world, compilations, you know, are such a big thing where, you know, you'll have a short story by an author that's related to the series they're working on, and then you'll have a short story that another author was like, I really, I can't turn this into a whole book, but I've got this thing. Here's an idea, you know. So you see a lot of that. And so I'm quite surprised that, if not in like, I can sort of understand, you know, you're not gonna get a lot of demand for, like, a Thursday murder club short story collection. I mean, maybe I don't know it's, it's not my</w:t>
      </w:r>
    </w:p>
    <w:p>
      <w:pPr>
        <w:spacing w:after="0"/>
      </w:pPr>
    </w:p>
    <w:p>
      <w:pPr>
        <w:spacing w:after="0"/>
      </w:pPr>
      <w:r>
        <w:rPr>
          <w:rFonts w:ascii="Arial" w:hAnsi="Arial"/>
          <w:b/>
          <w:sz w:val="22"/>
        </w:rPr>
        <w:t xml:space="preserve">Lottie Mills  </w:t>
      </w:r>
      <w:r>
        <w:rPr>
          <w:rFonts w:ascii="Arial" w:hAnsi="Arial"/>
          <w:color w:val="5D7284"/>
          <w:sz w:val="22"/>
        </w:rPr>
        <w:t>38:33</w:t>
      </w:r>
    </w:p>
    <w:p>
      <w:pPr>
        <w:spacing w:after="0"/>
      </w:pPr>
      <w:r>
        <w:rPr>
          <w:rFonts w:ascii="Arial" w:hAnsi="Arial"/>
          <w:sz w:val="22"/>
        </w:rPr>
        <w:t xml:space="preserve"> I think anything, but I think anything Thursday murder club is gonna is gonna do. Well,</w:t>
      </w:r>
    </w:p>
    <w:p>
      <w:pPr>
        <w:spacing w:after="0"/>
      </w:pPr>
    </w:p>
    <w:p>
      <w:pPr>
        <w:spacing w:after="0"/>
      </w:pPr>
      <w:r>
        <w:rPr>
          <w:rFonts w:ascii="Arial" w:hAnsi="Arial"/>
          <w:b/>
          <w:sz w:val="22"/>
        </w:rPr>
        <w:t xml:space="preserve">Alice  </w:t>
      </w:r>
      <w:r>
        <w:rPr>
          <w:rFonts w:ascii="Arial" w:hAnsi="Arial"/>
          <w:color w:val="5D7284"/>
          <w:sz w:val="22"/>
        </w:rPr>
        <w:t>38:39</w:t>
      </w:r>
    </w:p>
    <w:p>
      <w:pPr>
        <w:spacing w:after="0"/>
      </w:pPr>
      <w:r>
        <w:rPr>
          <w:rFonts w:ascii="Arial" w:hAnsi="Arial"/>
          <w:sz w:val="22"/>
        </w:rPr>
        <w:t xml:space="preserve">maybe that's what we need to do. Maybe we need to go to Richard Osman and and get him to do a short story. Then that'll change the public that changed the face of short story writing forever. </w:t>
      </w:r>
    </w:p>
    <w:p>
      <w:pPr>
        <w:spacing w:after="0"/>
      </w:pPr>
    </w:p>
    <w:p>
      <w:pPr>
        <w:spacing w:after="0"/>
      </w:pPr>
      <w:r>
        <w:rPr>
          <w:rFonts w:ascii="Arial" w:hAnsi="Arial"/>
          <w:b/>
          <w:sz w:val="22"/>
        </w:rPr>
        <w:t xml:space="preserve">Lucy  </w:t>
      </w:r>
      <w:r>
        <w:rPr>
          <w:rFonts w:ascii="Arial" w:hAnsi="Arial"/>
          <w:color w:val="5D7284"/>
          <w:sz w:val="22"/>
        </w:rPr>
        <w:t>38:51</w:t>
      </w:r>
    </w:p>
    <w:p>
      <w:pPr>
        <w:spacing w:after="0"/>
      </w:pPr>
      <w:r>
        <w:rPr>
          <w:rFonts w:ascii="Arial" w:hAnsi="Arial"/>
          <w:sz w:val="22"/>
        </w:rPr>
        <w:t>just get a celebrity to do one.</w:t>
      </w:r>
    </w:p>
    <w:p>
      <w:pPr>
        <w:spacing w:after="0"/>
      </w:pPr>
    </w:p>
    <w:p>
      <w:pPr>
        <w:spacing w:after="0"/>
      </w:pPr>
      <w:r>
        <w:rPr>
          <w:rFonts w:ascii="Arial" w:hAnsi="Arial"/>
          <w:b/>
          <w:sz w:val="22"/>
        </w:rPr>
        <w:t xml:space="preserve">Lottie Mills  </w:t>
      </w:r>
      <w:r>
        <w:rPr>
          <w:rFonts w:ascii="Arial" w:hAnsi="Arial"/>
          <w:color w:val="5D7284"/>
          <w:sz w:val="22"/>
        </w:rPr>
        <w:t>38:54</w:t>
      </w:r>
    </w:p>
    <w:p>
      <w:pPr>
        <w:spacing w:after="0"/>
      </w:pPr>
      <w:r>
        <w:rPr>
          <w:rFonts w:ascii="Arial" w:hAnsi="Arial"/>
          <w:sz w:val="22"/>
        </w:rPr>
        <w:t>Yeah, yeah, exactly like someone needs to set the drink. Because this was one of the things though, that was so, so lovely about one world, who are my publishing house, and and Juliet, who's my editor, who also runs one world, is that she's like, she's very much like, she's a big fan of short stories. She was so kind of passionate about, you know, about sort of, she's, she's single handedly, kind of trying to take on short stories that she thinks are interesting and different, and put those out there into the world in the hope of kind of breaking this, this slight fear that people have of them, and sort of Yeah, because I think they have so many unique strengths that maybe, you know, novels have unique strengths that you maybe slightly lose out on in short stories. But I also think the reverse is very much true. There were unique things you can do with a short story collection and that you can really play around with that you can't do in longer form fiction, you know. So I think, but that was, you know, I felt kind of so supported by them, because she was just like, so enthusiastic about the project. And you. Know, kind of really went against that trend and one world very much. That's kind of what they do. You know, they like to champion the next, the next thing.</w:t>
      </w:r>
    </w:p>
    <w:p>
      <w:pPr>
        <w:spacing w:after="0"/>
      </w:pPr>
    </w:p>
    <w:p>
      <w:pPr>
        <w:spacing w:after="0"/>
      </w:pPr>
      <w:r>
        <w:rPr>
          <w:rFonts w:ascii="Arial" w:hAnsi="Arial"/>
          <w:b/>
          <w:sz w:val="22"/>
        </w:rPr>
        <w:t xml:space="preserve">Alice  </w:t>
      </w:r>
      <w:r>
        <w:rPr>
          <w:rFonts w:ascii="Arial" w:hAnsi="Arial"/>
          <w:color w:val="5D7284"/>
          <w:sz w:val="22"/>
        </w:rPr>
        <w:t>40:10</w:t>
      </w:r>
    </w:p>
    <w:p>
      <w:pPr>
        <w:spacing w:after="0"/>
      </w:pPr>
      <w:r>
        <w:rPr>
          <w:rFonts w:ascii="Arial" w:hAnsi="Arial"/>
          <w:sz w:val="22"/>
        </w:rPr>
        <w:t>So where, where can our audience find your book? Lottie, where is it? They can go out and get it.</w:t>
      </w:r>
    </w:p>
    <w:p>
      <w:pPr>
        <w:spacing w:after="0"/>
      </w:pPr>
    </w:p>
    <w:p>
      <w:pPr>
        <w:spacing w:after="0"/>
      </w:pPr>
      <w:r>
        <w:rPr>
          <w:rFonts w:ascii="Arial" w:hAnsi="Arial"/>
          <w:b/>
          <w:sz w:val="22"/>
        </w:rPr>
        <w:t xml:space="preserve">Lottie Mills  </w:t>
      </w:r>
      <w:r>
        <w:rPr>
          <w:rFonts w:ascii="Arial" w:hAnsi="Arial"/>
          <w:color w:val="5D7284"/>
          <w:sz w:val="22"/>
        </w:rPr>
        <w:t>40:17</w:t>
      </w:r>
    </w:p>
    <w:p>
      <w:pPr>
        <w:spacing w:after="0"/>
      </w:pPr>
      <w:r>
        <w:rPr>
          <w:rFonts w:ascii="Arial" w:hAnsi="Arial"/>
          <w:sz w:val="22"/>
        </w:rPr>
        <w:t>Yeah. So it's in, kind of most, most major retailers. So it's in water, most Waterstones, WH Smith, Amazon bookshop.org, which is obviously lovely to support your Indie bookshops. And yeah, and also a lot of independent bookshops. So just kind of ask around with them. But yeah, it's available. You know, most places you get books,</w:t>
      </w:r>
    </w:p>
    <w:p>
      <w:pPr>
        <w:spacing w:after="0"/>
      </w:pPr>
    </w:p>
    <w:p>
      <w:pPr>
        <w:spacing w:after="0"/>
      </w:pPr>
      <w:r>
        <w:rPr>
          <w:rFonts w:ascii="Arial" w:hAnsi="Arial"/>
          <w:b/>
          <w:sz w:val="22"/>
        </w:rPr>
        <w:t xml:space="preserve">Alice  </w:t>
      </w:r>
      <w:r>
        <w:rPr>
          <w:rFonts w:ascii="Arial" w:hAnsi="Arial"/>
          <w:color w:val="5D7284"/>
          <w:sz w:val="22"/>
        </w:rPr>
        <w:t>40:42</w:t>
      </w:r>
    </w:p>
    <w:p>
      <w:pPr>
        <w:spacing w:after="0"/>
      </w:pPr>
      <w:r>
        <w:rPr>
          <w:rFonts w:ascii="Arial" w:hAnsi="Arial"/>
          <w:sz w:val="22"/>
        </w:rPr>
        <w:t xml:space="preserve"> amazing, okay, well, stuff, yes, thank you very much Lotte. We will definitely be be sharing links and stuff out. And you said you're doing your masters next year. Do you have, is it Are you joining a course, or are you doing kind of independent study? What's the plan there? </w:t>
      </w:r>
    </w:p>
    <w:p>
      <w:pPr>
        <w:spacing w:after="0"/>
      </w:pPr>
    </w:p>
    <w:p>
      <w:pPr>
        <w:spacing w:after="0"/>
      </w:pPr>
      <w:r>
        <w:rPr>
          <w:rFonts w:ascii="Arial" w:hAnsi="Arial"/>
          <w:b/>
          <w:sz w:val="22"/>
        </w:rPr>
        <w:t xml:space="preserve">Alice  </w:t>
      </w:r>
      <w:r>
        <w:rPr>
          <w:rFonts w:ascii="Arial" w:hAnsi="Arial"/>
          <w:color w:val="5D7284"/>
          <w:sz w:val="22"/>
        </w:rPr>
        <w:t>41:01</w:t>
      </w:r>
    </w:p>
    <w:p>
      <w:pPr>
        <w:spacing w:after="0"/>
      </w:pPr>
      <w:r>
        <w:rPr>
          <w:rFonts w:ascii="Arial" w:hAnsi="Arial"/>
          <w:sz w:val="22"/>
        </w:rPr>
        <w:t xml:space="preserve">Yeah,so I'm off back to Cambridge, which is where I went to uni, graduating a couple of years ago. And, yeah, I'm doing their enthal in English studies. And my kind of, my proposal that I've done for research focuses on dystopian and speculative fiction, and particularly like medical dystopia. So like the role of Medicine Medical Ethics, you know, obviously a bit of disability stuff within that in speculative and dystopian fiction. So, you know, very much up my street  </w:t>
      </w:r>
    </w:p>
    <w:p>
      <w:pPr>
        <w:spacing w:after="0"/>
      </w:pPr>
    </w:p>
    <w:p>
      <w:pPr>
        <w:spacing w:after="0"/>
      </w:pPr>
      <w:r>
        <w:rPr>
          <w:rFonts w:ascii="Arial" w:hAnsi="Arial"/>
          <w:b/>
          <w:sz w:val="22"/>
        </w:rPr>
        <w:t xml:space="preserve">Alice  </w:t>
      </w:r>
      <w:r>
        <w:rPr>
          <w:rFonts w:ascii="Arial" w:hAnsi="Arial"/>
          <w:color w:val="5D7284"/>
          <w:sz w:val="22"/>
        </w:rPr>
        <w:t>41:36</w:t>
      </w:r>
    </w:p>
    <w:p>
      <w:pPr>
        <w:spacing w:after="0"/>
      </w:pPr>
      <w:r>
        <w:rPr>
          <w:rFonts w:ascii="Arial" w:hAnsi="Arial"/>
          <w:sz w:val="22"/>
        </w:rPr>
        <w:t>you are going to have to come back and talk to us when you...</w:t>
      </w:r>
    </w:p>
    <w:p>
      <w:pPr>
        <w:spacing w:after="0"/>
      </w:pPr>
    </w:p>
    <w:p>
      <w:pPr>
        <w:spacing w:after="0"/>
      </w:pPr>
      <w:r>
        <w:rPr>
          <w:rFonts w:ascii="Arial" w:hAnsi="Arial"/>
          <w:b/>
          <w:sz w:val="22"/>
        </w:rPr>
        <w:t xml:space="preserve">Lucy  </w:t>
      </w:r>
      <w:r>
        <w:rPr>
          <w:rFonts w:ascii="Arial" w:hAnsi="Arial"/>
          <w:color w:val="5D7284"/>
          <w:sz w:val="22"/>
        </w:rPr>
        <w:t>41:41</w:t>
      </w:r>
    </w:p>
    <w:p>
      <w:pPr>
        <w:spacing w:after="0"/>
      </w:pPr>
      <w:r>
        <w:rPr>
          <w:rFonts w:ascii="Arial" w:hAnsi="Arial"/>
          <w:sz w:val="22"/>
        </w:rPr>
        <w:t>about to issue another invitation to come and join us, I think, as well. Actually, you know, there might be a case for getting Lottie to join us for some fabled episodes as well.</w:t>
      </w:r>
    </w:p>
    <w:p>
      <w:pPr>
        <w:spacing w:after="0"/>
      </w:pPr>
    </w:p>
    <w:p>
      <w:pPr>
        <w:spacing w:after="0"/>
      </w:pPr>
      <w:r>
        <w:rPr>
          <w:rFonts w:ascii="Arial" w:hAnsi="Arial"/>
          <w:color w:val="5D7284"/>
          <w:sz w:val="22"/>
        </w:rPr>
        <w:t>41:52</w:t>
      </w:r>
    </w:p>
    <w:p>
      <w:pPr>
        <w:spacing w:after="0"/>
      </w:pPr>
      <w:r>
        <w:rPr>
          <w:rFonts w:ascii="Arial" w:hAnsi="Arial"/>
          <w:sz w:val="22"/>
        </w:rPr>
        <w:t>Yeah,</w:t>
      </w:r>
    </w:p>
    <w:p>
      <w:pPr>
        <w:spacing w:after="0"/>
      </w:pPr>
    </w:p>
    <w:p>
      <w:pPr>
        <w:spacing w:after="0"/>
      </w:pPr>
      <w:r>
        <w:rPr>
          <w:rFonts w:ascii="Arial" w:hAnsi="Arial"/>
          <w:b/>
          <w:sz w:val="22"/>
        </w:rPr>
        <w:t xml:space="preserve">Alice  </w:t>
      </w:r>
      <w:r>
        <w:rPr>
          <w:rFonts w:ascii="Arial" w:hAnsi="Arial"/>
          <w:color w:val="5D7284"/>
          <w:sz w:val="22"/>
        </w:rPr>
        <w:t>41:52</w:t>
      </w:r>
    </w:p>
    <w:p>
      <w:pPr>
        <w:spacing w:after="0"/>
      </w:pPr>
      <w:r>
        <w:rPr>
          <w:rFonts w:ascii="Arial" w:hAnsi="Arial"/>
          <w:sz w:val="22"/>
        </w:rPr>
        <w:t>if you ever fancy coming on and doing, uh, maybe you can do a bit of a deep dive into the chrysalis for us sometime.</w:t>
      </w:r>
    </w:p>
    <w:p>
      <w:pPr>
        <w:spacing w:after="0"/>
      </w:pPr>
    </w:p>
    <w:p>
      <w:pPr>
        <w:spacing w:after="0"/>
      </w:pPr>
      <w:r>
        <w:rPr>
          <w:rFonts w:ascii="Arial" w:hAnsi="Arial"/>
          <w:b/>
          <w:sz w:val="22"/>
        </w:rPr>
        <w:t xml:space="preserve">Lottie Mills  </w:t>
      </w:r>
      <w:r>
        <w:rPr>
          <w:rFonts w:ascii="Arial" w:hAnsi="Arial"/>
          <w:color w:val="5D7284"/>
          <w:sz w:val="22"/>
        </w:rPr>
        <w:t>41:59</w:t>
      </w:r>
    </w:p>
    <w:p>
      <w:pPr>
        <w:spacing w:after="0"/>
      </w:pPr>
      <w:r>
        <w:rPr>
          <w:rFonts w:ascii="Arial" w:hAnsi="Arial"/>
          <w:sz w:val="22"/>
        </w:rPr>
        <w:t>yeah. I, yeah, really. I, you know, that would be amazing. It's I absolutely love it.</w:t>
      </w:r>
    </w:p>
    <w:p>
      <w:pPr>
        <w:spacing w:after="0"/>
      </w:pPr>
    </w:p>
    <w:p>
      <w:pPr>
        <w:spacing w:after="0"/>
      </w:pPr>
      <w:r>
        <w:rPr>
          <w:rFonts w:ascii="Arial" w:hAnsi="Arial"/>
          <w:b/>
          <w:sz w:val="22"/>
        </w:rPr>
        <w:t xml:space="preserve">Alice  </w:t>
      </w:r>
      <w:r>
        <w:rPr>
          <w:rFonts w:ascii="Arial" w:hAnsi="Arial"/>
          <w:color w:val="5D7284"/>
          <w:sz w:val="22"/>
        </w:rPr>
        <w:t>42:04</w:t>
      </w:r>
    </w:p>
    <w:p>
      <w:pPr>
        <w:spacing w:after="0"/>
      </w:pPr>
      <w:r>
        <w:rPr>
          <w:rFonts w:ascii="Arial" w:hAnsi="Arial"/>
          <w:sz w:val="22"/>
        </w:rPr>
        <w:t>We will set something up off Mic. If you guys enjoyed this episode, please, you can rate review and subscribe on your podcast players that really helps us to kind of find new listeners and raise our profile. Please also share the show out and around. Obviously, this episode is a special for our newsletter subscribers, so if you go and tell your friends, tell them to sign up to the newsletter so that they can get all of this great behind the scenes stuff.</w:t>
      </w:r>
    </w:p>
    <w:p>
      <w:pPr>
        <w:spacing w:after="0"/>
      </w:pPr>
    </w:p>
    <w:p>
      <w:pPr>
        <w:spacing w:after="0"/>
      </w:pPr>
      <w:r>
        <w:rPr>
          <w:rFonts w:ascii="Arial" w:hAnsi="Arial"/>
          <w:b/>
          <w:sz w:val="22"/>
        </w:rPr>
        <w:t xml:space="preserve">Alice Evans &amp; Lucy Wood  </w:t>
      </w:r>
      <w:r>
        <w:rPr>
          <w:rFonts w:ascii="Arial" w:hAnsi="Arial"/>
          <w:color w:val="5D7284"/>
          <w:sz w:val="22"/>
        </w:rPr>
        <w:t>42:39</w:t>
      </w:r>
    </w:p>
    <w:p>
      <w:pPr>
        <w:spacing w:after="0"/>
      </w:pPr>
      <w:r>
        <w:rPr>
          <w:rFonts w:ascii="Arial" w:hAnsi="Arial"/>
          <w:sz w:val="22"/>
        </w:rPr>
        <w:t>Lucy, is there anything else?</w:t>
      </w:r>
    </w:p>
    <w:p>
      <w:pPr>
        <w:spacing w:after="0"/>
      </w:pPr>
    </w:p>
    <w:p>
      <w:pPr>
        <w:spacing w:after="0"/>
      </w:pPr>
      <w:r>
        <w:rPr>
          <w:rFonts w:ascii="Arial" w:hAnsi="Arial"/>
          <w:b/>
          <w:sz w:val="22"/>
        </w:rPr>
        <w:t xml:space="preserve">Lucy  </w:t>
      </w:r>
      <w:r>
        <w:rPr>
          <w:rFonts w:ascii="Arial" w:hAnsi="Arial"/>
          <w:color w:val="5D7284"/>
          <w:sz w:val="22"/>
        </w:rPr>
        <w:t>42:41</w:t>
      </w:r>
    </w:p>
    <w:p>
      <w:pPr>
        <w:spacing w:after="0"/>
      </w:pPr>
      <w:r>
        <w:rPr>
          <w:rFonts w:ascii="Arial" w:hAnsi="Arial"/>
          <w:sz w:val="22"/>
        </w:rPr>
        <w:t>I don't think so. Thank you so much for joining us. Lottie. I hope you've had as good a time as we have. I am. I'm going to go and pick my next audio book now so I'll see you in a bit</w:t>
      </w:r>
    </w:p>
    <w:p>
      <w:pPr>
        <w:spacing w:after="0"/>
      </w:pPr>
    </w:p>
    <w:p>
      <w:pPr>
        <w:spacing w:after="0"/>
      </w:pPr>
      <w:r>
        <w:rPr>
          <w:rFonts w:ascii="Arial" w:hAnsi="Arial"/>
          <w:b/>
          <w:sz w:val="22"/>
        </w:rPr>
        <w:t xml:space="preserve">Alice  </w:t>
      </w:r>
      <w:r>
        <w:rPr>
          <w:rFonts w:ascii="Arial" w:hAnsi="Arial"/>
          <w:color w:val="5D7284"/>
          <w:sz w:val="22"/>
        </w:rPr>
        <w:t>42:54</w:t>
      </w:r>
    </w:p>
    <w:p>
      <w:pPr>
        <w:spacing w:after="0"/>
      </w:pPr>
      <w:r>
        <w:rPr>
          <w:rFonts w:ascii="Arial" w:hAnsi="Arial"/>
          <w:sz w:val="22"/>
        </w:rPr>
        <w:t xml:space="preserve">We'll see you next time. Bye bye, </w:t>
      </w:r>
    </w:p>
    <w:p>
      <w:pPr>
        <w:spacing w:after="0"/>
      </w:pPr>
    </w:p>
    <w:p>
      <w:pPr>
        <w:spacing w:after="0"/>
      </w:pPr>
      <w:r>
        <w:rPr>
          <w:rFonts w:ascii="Arial" w:hAnsi="Arial"/>
          <w:b/>
          <w:sz w:val="22"/>
        </w:rPr>
        <w:t xml:space="preserve">outro   </w:t>
      </w:r>
      <w:r>
        <w:rPr>
          <w:rFonts w:ascii="Arial" w:hAnsi="Arial"/>
          <w:color w:val="5D7284"/>
          <w:sz w:val="22"/>
        </w:rPr>
        <w:t>42:59</w:t>
      </w:r>
    </w:p>
    <w:p>
      <w:pPr>
        <w:spacing w:after="0"/>
      </w:pPr>
      <w:r>
        <w:rPr>
          <w:rFonts w:ascii="Arial" w:hAnsi="Arial"/>
          <w:sz w:val="22"/>
        </w:rPr>
        <w:t>SHHHh don't wake Dora, thanks for listening to the labled podcast. If you like the show, you can rate review and subscribe, and you can follow us on social media at labledpod. This episode was edited by Adam Hull. Our music was by Maisie Crunden, and we'd like to thank the rest of the team involved.</w:t>
      </w:r>
    </w:p>
    <w:sectPr w:rsidR="00930F33" w:rsidSect="001216B9">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FEF6E" w14:textId="77777777" w:rsidR="00ED3244" w:rsidRDefault="00ED3244">
      <w:pPr>
        <w:spacing w:after="0" w:line="240" w:lineRule="auto"/>
      </w:pPr>
      <w:r>
        <w:separator/>
      </w:r>
    </w:p>
  </w:endnote>
  <w:endnote w:type="continuationSeparator" w:id="0">
    <w:p w14:paraId="32C8662D"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72650680"/>
      <w:docPartObj>
        <w:docPartGallery w:val="Page Numbers (Bottom of Page)"/>
        <w:docPartUnique/>
      </w:docPartObj>
    </w:sdtPr>
    <w:sdtEndPr>
      <w:rPr>
        <w:rStyle w:val="PageNumber"/>
      </w:rPr>
    </w:sdtEndPr>
    <w:sdtContent>
      <w:p w14:paraId="5B49F2F0" w14:textId="0D664EC5"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17BA4339" w14:textId="3F160B4F"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0DD35F"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414BB7FC" w14:textId="3CBEBC9E"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A7AEB9B" w14:textId="37CC26BC"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B6D5FB"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FD58C" w14:textId="77777777" w:rsidR="00ED3244" w:rsidRDefault="00ED3244">
      <w:pPr>
        <w:spacing w:after="0" w:line="240" w:lineRule="auto"/>
      </w:pPr>
      <w:r>
        <w:separator/>
      </w:r>
    </w:p>
  </w:footnote>
  <w:footnote w:type="continuationSeparator" w:id="0">
    <w:p w14:paraId="4B6704BD" w14:textId="77777777" w:rsidR="00ED3244" w:rsidRDefault="00ED3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25ED7"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039F9"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62272"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930F33"/>
    <w:rsid w:val="009C3AF0"/>
    <w:rsid w:val="00A12EE5"/>
    <w:rsid w:val="00AA1D8D"/>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88BA53"/>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Wen Sun</cp:lastModifiedBy>
  <cp:revision>7</cp:revision>
  <dcterms:created xsi:type="dcterms:W3CDTF">2019-09-10T23:59:00Z</dcterms:created>
  <dcterms:modified xsi:type="dcterms:W3CDTF">2019-09-12T19:02:00Z</dcterms:modified>
  <cp:category/>
</cp:coreProperties>
</file>