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Democratizing Disability Right...onversation with Martyn Sibley</w:t>
      </w:r>
    </w:p>
    <w:p>
      <w:r>
        <w:rPr>
          <w:rFonts w:ascii="Arial" w:hAnsi="Arial"/>
          <w:color w:val="4F6880"/>
          <w:sz w:val="22"/>
        </w:rPr>
        <w:t>Fri, Oct 11, 2024 12:42PM • 1:01:26</w:t>
      </w:r>
    </w:p>
    <w:p>
      <w:pPr>
        <w:spacing w:before="440" w:after="0"/>
      </w:pPr>
      <w:r>
        <w:rPr>
          <w:rFonts w:ascii="Arial" w:hAnsi="Arial"/>
          <w:b/>
          <w:color w:val="4F6880"/>
          <w:sz w:val="22"/>
        </w:rPr>
        <w:t>SUMMARY KEYWORDS</w:t>
      </w:r>
    </w:p>
    <w:p>
      <w:r>
        <w:rPr>
          <w:rFonts w:ascii="Arial" w:hAnsi="Arial"/>
          <w:color w:val="4F6880"/>
          <w:sz w:val="22"/>
        </w:rPr>
        <w:t>disability inclusion, purple goat, accessible travel, disability horizons, business strategy, purple collective, participatory democracy, social change, accessible guides, systemic change, disability representation, inclusive marketing, community empowerment, legal compliance, personal experiences</w:t>
      </w:r>
    </w:p>
    <w:p>
      <w:pPr>
        <w:spacing w:before="440" w:after="0"/>
      </w:pPr>
      <w:r>
        <w:rPr>
          <w:rFonts w:ascii="Arial" w:hAnsi="Arial"/>
          <w:b/>
          <w:color w:val="4F6880"/>
          <w:sz w:val="22"/>
        </w:rPr>
        <w:t>SPEAKERS</w:t>
      </w:r>
    </w:p>
    <w:p>
      <w:r>
        <w:rPr>
          <w:rFonts w:ascii="Arial" w:hAnsi="Arial"/>
          <w:color w:val="4F6880"/>
          <w:sz w:val="22"/>
        </w:rPr>
        <w:t>Martyn Sibley, Lucy, Alice Evans &amp; Lucy Wood, Alice</w:t>
      </w:r>
    </w:p>
    <w:p>
      <w:pPr>
        <w:spacing w:after="0"/>
      </w:pPr>
    </w:p>
    <w:p>
      <w:pPr>
        <w:spacing w:after="0"/>
      </w:pPr>
      <w:r>
        <w:rPr>
          <w:rFonts w:ascii="Arial" w:hAnsi="Arial"/>
          <w:b/>
          <w:sz w:val="22"/>
        </w:rPr>
        <w:t xml:space="preserve">Alice  </w:t>
      </w:r>
      <w:r>
        <w:rPr>
          <w:rFonts w:ascii="Arial" w:hAnsi="Arial"/>
          <w:color w:val="5D7284"/>
          <w:sz w:val="22"/>
        </w:rPr>
        <w:t>00:02</w:t>
      </w:r>
    </w:p>
    <w:p>
      <w:pPr>
        <w:spacing w:after="0"/>
      </w:pPr>
      <w:r>
        <w:rPr>
          <w:rFonts w:ascii="Arial" w:hAnsi="Arial"/>
          <w:sz w:val="22"/>
        </w:rPr>
        <w:t>Though I might not fit in socially. So much more than what you see, are you joining in</w:t>
      </w:r>
    </w:p>
    <w:p>
      <w:pPr>
        <w:spacing w:after="0"/>
      </w:pPr>
    </w:p>
    <w:p>
      <w:pPr>
        <w:spacing w:after="0"/>
      </w:pPr>
      <w:r>
        <w:rPr>
          <w:rFonts w:ascii="Arial" w:hAnsi="Arial"/>
          <w:b/>
          <w:sz w:val="22"/>
        </w:rPr>
        <w:t xml:space="preserve">Alice Evans &amp; Lucy Wood  </w:t>
      </w:r>
      <w:r>
        <w:rPr>
          <w:rFonts w:ascii="Arial" w:hAnsi="Arial"/>
          <w:color w:val="5D7284"/>
          <w:sz w:val="22"/>
        </w:rPr>
        <w:t>00:08</w:t>
      </w:r>
    </w:p>
    <w:p>
      <w:pPr>
        <w:spacing w:after="0"/>
      </w:pPr>
      <w:r>
        <w:rPr>
          <w:rFonts w:ascii="Arial" w:hAnsi="Arial"/>
          <w:sz w:val="22"/>
        </w:rPr>
        <w:t>Kaleidoscope identity, and this is his. Me. Bonus content,</w:t>
      </w:r>
    </w:p>
    <w:p>
      <w:pPr>
        <w:spacing w:after="0"/>
      </w:pPr>
    </w:p>
    <w:p>
      <w:pPr>
        <w:spacing w:after="0"/>
      </w:pPr>
      <w:r>
        <w:rPr>
          <w:rFonts w:ascii="Arial" w:hAnsi="Arial"/>
          <w:b/>
          <w:sz w:val="22"/>
        </w:rPr>
        <w:t xml:space="preserve">Lucy  </w:t>
      </w:r>
      <w:r>
        <w:rPr>
          <w:rFonts w:ascii="Arial" w:hAnsi="Arial"/>
          <w:color w:val="5D7284"/>
          <w:sz w:val="22"/>
        </w:rPr>
        <w:t>00:41</w:t>
      </w:r>
    </w:p>
    <w:p>
      <w:pPr>
        <w:spacing w:after="0"/>
      </w:pPr>
      <w:r>
        <w:rPr>
          <w:rFonts w:ascii="Arial" w:hAnsi="Arial"/>
          <w:sz w:val="22"/>
        </w:rPr>
        <w:t>Hello, folks, and welcome to the bonus area of labeled podcast. This is a little bit more labeled for those who are mega fans of our little show. I'm here with Alice. Hi Alice.</w:t>
      </w:r>
    </w:p>
    <w:p>
      <w:pPr>
        <w:spacing w:after="0"/>
      </w:pPr>
    </w:p>
    <w:p>
      <w:pPr>
        <w:spacing w:after="0"/>
      </w:pPr>
      <w:r>
        <w:rPr>
          <w:rFonts w:ascii="Arial" w:hAnsi="Arial"/>
          <w:b/>
          <w:sz w:val="22"/>
        </w:rPr>
        <w:t xml:space="preserve">Alice  </w:t>
      </w:r>
      <w:r>
        <w:rPr>
          <w:rFonts w:ascii="Arial" w:hAnsi="Arial"/>
          <w:color w:val="5D7284"/>
          <w:sz w:val="22"/>
        </w:rPr>
        <w:t>00:54</w:t>
      </w:r>
    </w:p>
    <w:p>
      <w:pPr>
        <w:spacing w:after="0"/>
      </w:pPr>
      <w:r>
        <w:rPr>
          <w:rFonts w:ascii="Arial" w:hAnsi="Arial"/>
          <w:sz w:val="22"/>
        </w:rPr>
        <w:t>Hi Lucy.</w:t>
      </w:r>
    </w:p>
    <w:p>
      <w:pPr>
        <w:spacing w:after="0"/>
      </w:pPr>
    </w:p>
    <w:p>
      <w:pPr>
        <w:spacing w:after="0"/>
      </w:pPr>
      <w:r>
        <w:rPr>
          <w:rFonts w:ascii="Arial" w:hAnsi="Arial"/>
          <w:b/>
          <w:sz w:val="22"/>
        </w:rPr>
        <w:t xml:space="preserve">Lucy  </w:t>
      </w:r>
      <w:r>
        <w:rPr>
          <w:rFonts w:ascii="Arial" w:hAnsi="Arial"/>
          <w:color w:val="5D7284"/>
          <w:sz w:val="22"/>
        </w:rPr>
        <w:t>00:55</w:t>
      </w:r>
    </w:p>
    <w:p>
      <w:pPr>
        <w:spacing w:after="0"/>
      </w:pPr>
      <w:r>
        <w:rPr>
          <w:rFonts w:ascii="Arial" w:hAnsi="Arial"/>
          <w:sz w:val="22"/>
        </w:rPr>
        <w:t>How are you doing? Alright? Yeah,</w:t>
      </w:r>
    </w:p>
    <w:p>
      <w:pPr>
        <w:spacing w:after="0"/>
      </w:pPr>
    </w:p>
    <w:p>
      <w:pPr>
        <w:spacing w:after="0"/>
      </w:pPr>
      <w:r>
        <w:rPr>
          <w:rFonts w:ascii="Arial" w:hAnsi="Arial"/>
          <w:b/>
          <w:sz w:val="22"/>
        </w:rPr>
        <w:t xml:space="preserve">Alice  </w:t>
      </w:r>
      <w:r>
        <w:rPr>
          <w:rFonts w:ascii="Arial" w:hAnsi="Arial"/>
          <w:color w:val="5D7284"/>
          <w:sz w:val="22"/>
        </w:rPr>
        <w:t>00:58</w:t>
      </w:r>
    </w:p>
    <w:p>
      <w:pPr>
        <w:spacing w:after="0"/>
      </w:pPr>
      <w:r>
        <w:rPr>
          <w:rFonts w:ascii="Arial" w:hAnsi="Arial"/>
          <w:sz w:val="22"/>
        </w:rPr>
        <w:t>I'm okay. Hello to all of our subscribers, or 16 of you, or however,</w:t>
      </w:r>
    </w:p>
    <w:p>
      <w:pPr>
        <w:spacing w:after="0"/>
      </w:pPr>
    </w:p>
    <w:p>
      <w:pPr>
        <w:spacing w:after="0"/>
      </w:pPr>
      <w:r>
        <w:rPr>
          <w:rFonts w:ascii="Arial" w:hAnsi="Arial"/>
          <w:b/>
          <w:sz w:val="22"/>
        </w:rPr>
        <w:t xml:space="preserve">Lucy  </w:t>
      </w:r>
      <w:r>
        <w:rPr>
          <w:rFonts w:ascii="Arial" w:hAnsi="Arial"/>
          <w:color w:val="5D7284"/>
          <w:sz w:val="22"/>
        </w:rPr>
        <w:t>01:06</w:t>
      </w:r>
    </w:p>
    <w:p>
      <w:pPr>
        <w:spacing w:after="0"/>
      </w:pPr>
      <w:r>
        <w:rPr>
          <w:rFonts w:ascii="Arial" w:hAnsi="Arial"/>
          <w:sz w:val="22"/>
        </w:rPr>
        <w:t>yeah, well, actually, only 20 to six people. Oh, boy. Really, nobody's checked the figures. But no, I'm sure it's more than that. Thank you for joining us for this little bit extra of labeled Podcast. Today. We are joined by Martin Sibley, who is here to give to have a chat with us today. So hello, Martyn How are you doing?</w:t>
      </w:r>
    </w:p>
    <w:p>
      <w:pPr>
        <w:spacing w:after="0"/>
      </w:pPr>
    </w:p>
    <w:p>
      <w:pPr>
        <w:spacing w:after="0"/>
      </w:pPr>
      <w:r>
        <w:rPr>
          <w:rFonts w:ascii="Arial" w:hAnsi="Arial"/>
          <w:b/>
          <w:sz w:val="22"/>
        </w:rPr>
        <w:t xml:space="preserve">Martyn Sibley  </w:t>
      </w:r>
      <w:r>
        <w:rPr>
          <w:rFonts w:ascii="Arial" w:hAnsi="Arial"/>
          <w:color w:val="5D7284"/>
          <w:sz w:val="22"/>
        </w:rPr>
        <w:t>01:26</w:t>
      </w:r>
    </w:p>
    <w:p>
      <w:pPr>
        <w:spacing w:after="0"/>
      </w:pPr>
      <w:r>
        <w:rPr>
          <w:rFonts w:ascii="Arial" w:hAnsi="Arial"/>
          <w:sz w:val="22"/>
        </w:rPr>
        <w:t>I'm very well. Okay, good to be with you both and looking forward to a great conversation.</w:t>
      </w:r>
    </w:p>
    <w:p>
      <w:pPr>
        <w:spacing w:after="0"/>
      </w:pPr>
    </w:p>
    <w:p>
      <w:pPr>
        <w:spacing w:after="0"/>
      </w:pPr>
      <w:r>
        <w:rPr>
          <w:rFonts w:ascii="Arial" w:hAnsi="Arial"/>
          <w:b/>
          <w:sz w:val="22"/>
        </w:rPr>
        <w:t xml:space="preserve">Alice  </w:t>
      </w:r>
      <w:r>
        <w:rPr>
          <w:rFonts w:ascii="Arial" w:hAnsi="Arial"/>
          <w:color w:val="5D7284"/>
          <w:sz w:val="22"/>
        </w:rPr>
        <w:t>01:32</w:t>
      </w:r>
    </w:p>
    <w:p>
      <w:pPr>
        <w:spacing w:after="0"/>
      </w:pPr>
      <w:r>
        <w:rPr>
          <w:rFonts w:ascii="Arial" w:hAnsi="Arial"/>
          <w:sz w:val="22"/>
        </w:rPr>
        <w:t>I wouldn't set our standards thst high, great conversation, medium maybe!</w:t>
      </w:r>
    </w:p>
    <w:p>
      <w:pPr>
        <w:spacing w:after="0"/>
      </w:pPr>
    </w:p>
    <w:p>
      <w:pPr>
        <w:spacing w:after="0"/>
      </w:pPr>
      <w:r>
        <w:rPr>
          <w:rFonts w:ascii="Arial" w:hAnsi="Arial"/>
          <w:b/>
          <w:sz w:val="22"/>
        </w:rPr>
        <w:t xml:space="preserve">Martyn Sibley  </w:t>
      </w:r>
      <w:r>
        <w:rPr>
          <w:rFonts w:ascii="Arial" w:hAnsi="Arial"/>
          <w:color w:val="5D7284"/>
          <w:sz w:val="22"/>
        </w:rPr>
        <w:t>01:36</w:t>
      </w:r>
    </w:p>
    <w:p>
      <w:pPr>
        <w:spacing w:after="0"/>
      </w:pPr>
      <w:r>
        <w:rPr>
          <w:rFonts w:ascii="Arial" w:hAnsi="Arial"/>
          <w:sz w:val="22"/>
        </w:rPr>
        <w:t xml:space="preserve">Well conversation then! </w:t>
      </w:r>
    </w:p>
    <w:p>
      <w:pPr>
        <w:spacing w:after="0"/>
      </w:pPr>
    </w:p>
    <w:p>
      <w:pPr>
        <w:spacing w:after="0"/>
      </w:pPr>
      <w:r>
        <w:rPr>
          <w:rFonts w:ascii="Arial" w:hAnsi="Arial"/>
          <w:b/>
          <w:sz w:val="22"/>
        </w:rPr>
        <w:t xml:space="preserve">Lucy  </w:t>
      </w:r>
      <w:r>
        <w:rPr>
          <w:rFonts w:ascii="Arial" w:hAnsi="Arial"/>
          <w:color w:val="5D7284"/>
          <w:sz w:val="22"/>
        </w:rPr>
        <w:t>01:39</w:t>
      </w:r>
    </w:p>
    <w:p>
      <w:pPr>
        <w:spacing w:after="0"/>
      </w:pPr>
      <w:r>
        <w:rPr>
          <w:rFonts w:ascii="Arial" w:hAnsi="Arial"/>
          <w:sz w:val="22"/>
        </w:rPr>
        <w:t>I was just saying and before we hit record, I sort of don't me and Martyn work in the same sort of sphere in the world, so I sort of know Martin, but we've never really had a sit down proper chat, have we, so this is going to be lovely for us, at least, to get to know one another. So it's really nice of you to join us. Thank you so much. Do you want to tell the listeners a little bit about yourself, please?</w:t>
      </w:r>
    </w:p>
    <w:p>
      <w:pPr>
        <w:spacing w:after="0"/>
      </w:pPr>
    </w:p>
    <w:p>
      <w:pPr>
        <w:spacing w:after="0"/>
      </w:pPr>
      <w:r>
        <w:rPr>
          <w:rFonts w:ascii="Arial" w:hAnsi="Arial"/>
          <w:b/>
          <w:sz w:val="22"/>
        </w:rPr>
        <w:t xml:space="preserve">Martyn Sibley  </w:t>
      </w:r>
      <w:r>
        <w:rPr>
          <w:rFonts w:ascii="Arial" w:hAnsi="Arial"/>
          <w:color w:val="5D7284"/>
          <w:sz w:val="22"/>
        </w:rPr>
        <w:t>02:04</w:t>
      </w:r>
    </w:p>
    <w:p>
      <w:pPr>
        <w:spacing w:after="0"/>
      </w:pPr>
      <w:r>
        <w:rPr>
          <w:rFonts w:ascii="Arial" w:hAnsi="Arial"/>
          <w:sz w:val="22"/>
        </w:rPr>
        <w:t>Yeah, sure. So well disability wise, if we're that the label of my impairment is finding my skin atrophy. But yeah, I got some other bits of the backstory. I went to uni, which was a big was a while ago now, but was a big thing, leaving home and having care done by other people than my mum and dad. So that transition chapter, going to uni was quite a big thing. I studied economics and then a master's in marketing. My first job was at a big disability charity, where I worked for about five years more in the fundraising department, but it was kind of marketing and fundraising, you know, job spec, and then I left there in 2011 so I'm aging myself now. How long ago some of this stuff happened scarily. I co founded disability horizons magazine with shrin, which ran for about 12 years. We closed it last year, and we can, if relevant, we can talk about what it was and why, why we closed it. But that was amazing. That led to a comma bull, which was an accessible travel business. We sold that after a few years of growing it to Airbnb, and then the last four and a bit years, I'm the founder and CEO of purple goat, which is a marketing agency in a business way. But I think it's fair to say my whole career is about disability inclusion and tech and business and all that politics as well. They're more like the tools by which to achieve more inclusion, rather than like I just want to be a business person, just because I want to be a business person, it's very purpose LED. So that's my kind of job now, and I'm in the middle of launching a cooperative called the purple collective, which is going to be more kind of democracy, political representation, where purple goat is obviously more big brands and businesses and for profit. So that's a kind of potted history anyway.</w:t>
      </w:r>
    </w:p>
    <w:p>
      <w:pPr>
        <w:spacing w:after="0"/>
      </w:pPr>
    </w:p>
    <w:p>
      <w:pPr>
        <w:spacing w:after="0"/>
      </w:pPr>
      <w:r>
        <w:rPr>
          <w:rFonts w:ascii="Arial" w:hAnsi="Arial"/>
          <w:b/>
          <w:sz w:val="22"/>
        </w:rPr>
        <w:t xml:space="preserve">Lucy  </w:t>
      </w:r>
      <w:r>
        <w:rPr>
          <w:rFonts w:ascii="Arial" w:hAnsi="Arial"/>
          <w:color w:val="5D7284"/>
          <w:sz w:val="22"/>
        </w:rPr>
        <w:t>04:17</w:t>
      </w:r>
    </w:p>
    <w:p>
      <w:pPr>
        <w:spacing w:after="0"/>
      </w:pPr>
      <w:r>
        <w:rPr>
          <w:rFonts w:ascii="Arial" w:hAnsi="Arial"/>
          <w:sz w:val="22"/>
        </w:rPr>
        <w:t>I mean the potted history I'm just sitting here going, Wow, what that is an awful lot of fingers in an awful lot of pies,</w:t>
      </w:r>
    </w:p>
    <w:p>
      <w:pPr>
        <w:spacing w:after="0"/>
      </w:pPr>
    </w:p>
    <w:p>
      <w:pPr>
        <w:spacing w:after="0"/>
      </w:pPr>
      <w:r>
        <w:rPr>
          <w:rFonts w:ascii="Arial" w:hAnsi="Arial"/>
          <w:b/>
          <w:sz w:val="22"/>
        </w:rPr>
        <w:t xml:space="preserve">Alice  </w:t>
      </w:r>
      <w:r>
        <w:rPr>
          <w:rFonts w:ascii="Arial" w:hAnsi="Arial"/>
          <w:color w:val="5D7284"/>
          <w:sz w:val="22"/>
        </w:rPr>
        <w:t>04:25</w:t>
      </w:r>
    </w:p>
    <w:p>
      <w:pPr>
        <w:spacing w:after="0"/>
      </w:pPr>
      <w:r>
        <w:rPr>
          <w:rFonts w:ascii="Arial" w:hAnsi="Arial"/>
          <w:sz w:val="22"/>
        </w:rPr>
        <w:t>really cool stuff as well. Like, yeah. Like, it just Yeah. Like, I've always, I've seen like, purple goat like, floating around on, like, on socials and stuff. And I've always, always been, like, is what you're doing? Just, it's just cool, like, it's, it's that in a very like, I'm, I'm not a very like, cool and trendy and down with kids kind of person, so I'm like, this is really cool, because I'm just a bit of a nerd, but, but I think, I mean, it's in that kind of cool, in that really boring. Boring. What you're doing is really important and change making sort of way. But I also think, like, just, yeah, just really cool. I'm really, I'm really excited to kind of hear more about it, and your, your kind of, your ethos and stuff, Martin, thank you so much for for coming on.</w:t>
      </w:r>
    </w:p>
    <w:p>
      <w:pPr>
        <w:spacing w:after="0"/>
      </w:pPr>
    </w:p>
    <w:p>
      <w:pPr>
        <w:spacing w:after="0"/>
      </w:pPr>
      <w:r>
        <w:rPr>
          <w:rFonts w:ascii="Arial" w:hAnsi="Arial"/>
          <w:b/>
          <w:sz w:val="22"/>
        </w:rPr>
        <w:t xml:space="preserve">Lucy  </w:t>
      </w:r>
      <w:r>
        <w:rPr>
          <w:rFonts w:ascii="Arial" w:hAnsi="Arial"/>
          <w:color w:val="5D7284"/>
          <w:sz w:val="22"/>
        </w:rPr>
        <w:t>05:15</w:t>
      </w:r>
    </w:p>
    <w:p>
      <w:pPr>
        <w:spacing w:after="0"/>
      </w:pPr>
      <w:r>
        <w:rPr>
          <w:rFonts w:ascii="Arial" w:hAnsi="Arial"/>
          <w:sz w:val="22"/>
        </w:rPr>
        <w:t>Do you find Martyn that the things you are drawn to are big because of your disability, like your career, you sort of like, accidentally fell into the disability sphere, and sort of like, can't really drag yourself away from it, because A, it's really important. And B, you've got we, I think we all have here first hand knowledge of what is what we have all got first hand knowledge of disability, so you can't really sort of, you know, all of a sudden think, Oh, I'm going to have a complete change of career and, you know, go work in Greggs or whatever. You know, it's like, it's like, did you find that you kind of fitted in naturally, and it's like, that's where you found your strengths, or was it kind of a conscious decision to to sort of be in the disability sphere?</w:t>
      </w:r>
    </w:p>
    <w:p>
      <w:pPr>
        <w:spacing w:after="0"/>
      </w:pPr>
    </w:p>
    <w:p>
      <w:pPr>
        <w:spacing w:after="0"/>
      </w:pPr>
      <w:r>
        <w:rPr>
          <w:rFonts w:ascii="Arial" w:hAnsi="Arial"/>
          <w:b/>
          <w:sz w:val="22"/>
        </w:rPr>
        <w:t xml:space="preserve">Martyn Sibley  </w:t>
      </w:r>
      <w:r>
        <w:rPr>
          <w:rFonts w:ascii="Arial" w:hAnsi="Arial"/>
          <w:color w:val="5D7284"/>
          <w:sz w:val="22"/>
        </w:rPr>
        <w:t>06:07</w:t>
      </w:r>
    </w:p>
    <w:p>
      <w:pPr>
        <w:spacing w:after="0"/>
      </w:pPr>
      <w:r>
        <w:rPr>
          <w:rFonts w:ascii="Arial" w:hAnsi="Arial"/>
          <w:sz w:val="22"/>
        </w:rPr>
        <w:t>Yeah, I think it's definitely fair to say as sort of teenager, I wasn't planning or dreaming of a career that was bang on around disability. As teenage me would have felt that was a bit cliche. And I want to break out boundaries and stereotypes. Yeah, so that definitely from that perspective, then pragmatically, looking for a job, there was a lot of considerations around work life balance, and, you know, health fluctuations and energy fluctuations, so the job at the Disability charity felt safer and warmer. Why? I figured that out so I didn't. I wasn't against working in disability at that point, but it also was pragmatic for those kind of getting my head around just managing Office work, Monday to Friday, nine to five kind of thing. And then it was at the charity that I was like, wow, these problems are huge, and they affect so many people. And like, I guess it lit a fire in my belly that there's so much to fix and sought out and change that. That's when I started to get more like a passion for it. So that's ever since then I wouldn't have wanted to work anywhere else. But then I think it's not so binary in the sense that the economics I learned at uni, my interest in politics and social change the way technology and culture evolves over time, they're all so relevant to disability inclusion. So it's not like a exclusive solo that maybe disability was decades ago. It's actually inclusion is inclusion, and so it touches on all these interesting, dynamic topics as well. So now I absolutely love it. It's the best of all worlds, but I totally can look back and see how things evolved over time, and my views and ideas changed towards broader disability. But I think also, and I'm sure you talk a lot about internal ableism as much as external ableism. I know my own views of myself have obviously evolved over a lot of time regarding disability as well.</w:t>
      </w:r>
    </w:p>
    <w:p>
      <w:pPr>
        <w:spacing w:after="0"/>
      </w:pPr>
    </w:p>
    <w:p>
      <w:pPr>
        <w:spacing w:after="0"/>
      </w:pPr>
      <w:r>
        <w:rPr>
          <w:rFonts w:ascii="Arial" w:hAnsi="Arial"/>
          <w:b/>
          <w:sz w:val="22"/>
        </w:rPr>
        <w:t xml:space="preserve">Lucy  </w:t>
      </w:r>
      <w:r>
        <w:rPr>
          <w:rFonts w:ascii="Arial" w:hAnsi="Arial"/>
          <w:color w:val="5D7284"/>
          <w:sz w:val="22"/>
        </w:rPr>
        <w:t>08:32</w:t>
      </w:r>
    </w:p>
    <w:p>
      <w:pPr>
        <w:spacing w:after="0"/>
      </w:pPr>
      <w:r>
        <w:rPr>
          <w:rFonts w:ascii="Arial" w:hAnsi="Arial"/>
          <w:sz w:val="22"/>
        </w:rPr>
        <w:t>Yeah, I think for me, I did go through it, through a stage where, like, This podcast is my hobby. So I was like, there was a little sort of period of time just after the pandemic, where I was like, am I, like, a really boring one trick pony, like, I am disabled. I've got cerebral palsy. I work in disability, and I've got a podcast about disability. Basically, for anybody who talks to me about anything I do, it's all to do with the fact that I'm in a wheelchair. But once you make peace with that, and I did, I was like, it is what it is. I am, what I am. You know, what I do for a job I find extremely rewarding. I find this podcast extremely rewarding. Yeah? But yeah, there is a period of time where you go, is this all? Is this all I am? Do you know what I mean?</w:t>
      </w:r>
    </w:p>
    <w:p>
      <w:pPr>
        <w:spacing w:after="0"/>
      </w:pPr>
    </w:p>
    <w:p>
      <w:pPr>
        <w:spacing w:after="0"/>
      </w:pPr>
      <w:r>
        <w:rPr>
          <w:rFonts w:ascii="Arial" w:hAnsi="Arial"/>
          <w:b/>
          <w:sz w:val="22"/>
        </w:rPr>
        <w:t xml:space="preserve">Alice  </w:t>
      </w:r>
      <w:r>
        <w:rPr>
          <w:rFonts w:ascii="Arial" w:hAnsi="Arial"/>
          <w:color w:val="5D7284"/>
          <w:sz w:val="22"/>
        </w:rPr>
        <w:t>08:57</w:t>
      </w:r>
    </w:p>
    <w:p>
      <w:pPr>
        <w:spacing w:after="0"/>
      </w:pPr>
      <w:r>
        <w:rPr>
          <w:rFonts w:ascii="Arial" w:hAnsi="Arial"/>
          <w:sz w:val="22"/>
        </w:rPr>
        <w:t>I think it takes a little bit of conscious effort to see the positives that your disabled experience is bringing to the work that you're doing. Like I often think, you know, I walk into, I work in sort of advocacy and kind of supporting people to challenge decisions and ensure that their rights are being upheld, and things like that and and so having sometimes me walking into that space with my support worker and my guide dog to people who have also got health conditions and mental health. Problems and disabilities, to have me in that space where I can not only say Yes, I understand injustice because I have experienced it, I understand inequality because I have experienced it, but also that despite those barriers and despite the battles I've had to fight. I'm sitting here doing my job, working with you. I think that you know, for me, I consider that, and I know that I have, you know, people I have supported in my job find that really reassuring and find that almost empowering for themselves, because it is a little bit of that kind of representation seeing there is a disabled person out there working, you know, whose job it is to battle against inequality and try and make, you know, make changes that I think for, and I don't, I don't think, you know, I'm not saying a non disabled person couldn't do My job, because there are plenty of non empathetic, compassionate, strong, passionate people out there who don't have disabilities, who do my job, but I do think that I bring something to it because I am disabled, and that's, you know, that that helps me as well. That really helps me feel like, you know, yeah, you know, it's</w:t>
      </w:r>
    </w:p>
    <w:p>
      <w:pPr>
        <w:spacing w:after="0"/>
      </w:pPr>
    </w:p>
    <w:p>
      <w:pPr>
        <w:spacing w:after="0"/>
      </w:pPr>
      <w:r>
        <w:rPr>
          <w:rFonts w:ascii="Arial" w:hAnsi="Arial"/>
          <w:b/>
          <w:sz w:val="22"/>
        </w:rPr>
        <w:t xml:space="preserve">Alice  </w:t>
      </w:r>
      <w:r>
        <w:rPr>
          <w:rFonts w:ascii="Arial" w:hAnsi="Arial"/>
          <w:color w:val="5D7284"/>
          <w:sz w:val="22"/>
        </w:rPr>
        <w:t>09:23</w:t>
      </w:r>
    </w:p>
    <w:p>
      <w:pPr>
        <w:spacing w:after="0"/>
      </w:pPr>
      <w:r>
        <w:rPr>
          <w:rFonts w:ascii="Arial" w:hAnsi="Arial"/>
          <w:sz w:val="22"/>
        </w:rPr>
        <w:t>be a change you want to see, aren't you, really?</w:t>
      </w:r>
    </w:p>
    <w:p>
      <w:pPr>
        <w:spacing w:after="0"/>
      </w:pPr>
    </w:p>
    <w:p>
      <w:pPr>
        <w:spacing w:after="0"/>
      </w:pPr>
      <w:r>
        <w:rPr>
          <w:rFonts w:ascii="Arial" w:hAnsi="Arial"/>
          <w:b/>
          <w:sz w:val="22"/>
        </w:rPr>
        <w:t xml:space="preserve">Alice  </w:t>
      </w:r>
      <w:r>
        <w:rPr>
          <w:rFonts w:ascii="Arial" w:hAnsi="Arial"/>
          <w:color w:val="5D7284"/>
          <w:sz w:val="22"/>
        </w:rPr>
        <w:t>10:07</w:t>
      </w:r>
    </w:p>
    <w:p>
      <w:pPr>
        <w:spacing w:after="0"/>
      </w:pPr>
      <w:r>
        <w:rPr>
          <w:rFonts w:ascii="Arial" w:hAnsi="Arial"/>
          <w:sz w:val="22"/>
        </w:rPr>
        <w:t>Yeah, and I might work in that disabled space and be disabled, but actually I'm bringing something into that space.</w:t>
      </w:r>
    </w:p>
    <w:p>
      <w:pPr>
        <w:spacing w:after="0"/>
      </w:pPr>
    </w:p>
    <w:p>
      <w:pPr>
        <w:spacing w:after="0"/>
      </w:pPr>
      <w:r>
        <w:rPr>
          <w:rFonts w:ascii="Arial" w:hAnsi="Arial"/>
          <w:b/>
          <w:sz w:val="22"/>
        </w:rPr>
        <w:t xml:space="preserve">Lucy  </w:t>
      </w:r>
      <w:r>
        <w:rPr>
          <w:rFonts w:ascii="Arial" w:hAnsi="Arial"/>
          <w:color w:val="5D7284"/>
          <w:sz w:val="22"/>
        </w:rPr>
        <w:t>11:31</w:t>
      </w:r>
    </w:p>
    <w:p>
      <w:pPr>
        <w:spacing w:after="0"/>
      </w:pPr>
      <w:r>
        <w:rPr>
          <w:rFonts w:ascii="Arial" w:hAnsi="Arial"/>
          <w:sz w:val="22"/>
        </w:rPr>
        <w:t>Yeah,</w:t>
      </w:r>
    </w:p>
    <w:p>
      <w:pPr>
        <w:spacing w:after="0"/>
      </w:pPr>
    </w:p>
    <w:p>
      <w:pPr>
        <w:spacing w:after="0"/>
      </w:pPr>
      <w:r>
        <w:rPr>
          <w:rFonts w:ascii="Arial" w:hAnsi="Arial"/>
          <w:b/>
          <w:sz w:val="22"/>
        </w:rPr>
        <w:t xml:space="preserve">Martyn Sibley  </w:t>
      </w:r>
      <w:r>
        <w:rPr>
          <w:rFonts w:ascii="Arial" w:hAnsi="Arial"/>
          <w:color w:val="5D7284"/>
          <w:sz w:val="22"/>
        </w:rPr>
        <w:t>11:32</w:t>
      </w:r>
    </w:p>
    <w:p>
      <w:pPr>
        <w:spacing w:after="0"/>
      </w:pPr>
      <w:r>
        <w:rPr>
          <w:rFonts w:ascii="Arial" w:hAnsi="Arial"/>
          <w:sz w:val="22"/>
        </w:rPr>
        <w:t>yeah, I'd agree. I mean, really, that point you're making. It's everything about where there's more hope than past decades that there can be full inclusion for disabled people, because we are now, through our own efforts and through, possibly in some parts of society, more sensitivity and empathy and openness to have those bigger, broader conversations. But for whatever reason, we are more involved in conversations and decisions that affect our lives, whereas, it's ridiculous to say, but for so long, decisions got made for us as a community by people that weren't disabled. So it's so vital that we all bring our lived experience and we have representation in all parts of society,</w:t>
      </w:r>
    </w:p>
    <w:p>
      <w:pPr>
        <w:spacing w:after="0"/>
      </w:pPr>
    </w:p>
    <w:p>
      <w:pPr>
        <w:spacing w:after="0"/>
      </w:pPr>
      <w:r>
        <w:rPr>
          <w:rFonts w:ascii="Arial" w:hAnsi="Arial"/>
          <w:b/>
          <w:sz w:val="22"/>
        </w:rPr>
        <w:t xml:space="preserve">Alice  </w:t>
      </w:r>
      <w:r>
        <w:rPr>
          <w:rFonts w:ascii="Arial" w:hAnsi="Arial"/>
          <w:color w:val="5D7284"/>
          <w:sz w:val="22"/>
        </w:rPr>
        <w:t>12:20</w:t>
      </w:r>
    </w:p>
    <w:p>
      <w:pPr>
        <w:spacing w:after="0"/>
      </w:pPr>
      <w:r>
        <w:rPr>
          <w:rFonts w:ascii="Arial" w:hAnsi="Arial"/>
          <w:sz w:val="22"/>
        </w:rPr>
        <w:t>absolutely. And I think you know, even the the things that you talk, even talking about, you know, accessible travel is such a an empowering thing, because, you know, being able to confidently know that you can, as a disabled person, get, get out of your home to wherever it is you're going, whether that's, you know, it's a holiday, it's travel for work, or just get being able to get on the bus to your local like Town Center, that kind of, you know that, I mean, it's, it is gone,</w:t>
      </w:r>
    </w:p>
    <w:p>
      <w:pPr>
        <w:spacing w:after="0"/>
      </w:pPr>
    </w:p>
    <w:p>
      <w:pPr>
        <w:spacing w:after="0"/>
      </w:pPr>
      <w:r>
        <w:rPr>
          <w:rFonts w:ascii="Arial" w:hAnsi="Arial"/>
          <w:b/>
          <w:sz w:val="22"/>
        </w:rPr>
        <w:t xml:space="preserve">Lucy  </w:t>
      </w:r>
      <w:r>
        <w:rPr>
          <w:rFonts w:ascii="Arial" w:hAnsi="Arial"/>
          <w:color w:val="5D7284"/>
          <w:sz w:val="22"/>
        </w:rPr>
        <w:t>12:56</w:t>
      </w:r>
    </w:p>
    <w:p>
      <w:pPr>
        <w:spacing w:after="0"/>
      </w:pPr>
      <w:r>
        <w:rPr>
          <w:rFonts w:ascii="Arial" w:hAnsi="Arial"/>
          <w:sz w:val="22"/>
        </w:rPr>
        <w:t xml:space="preserve">the work that it's like, the work I do. Sometimes I am left in awe of the difference that the work that AccessAble and our Access Guides are doing, because somebody has taken the time to email me and said, Thank you for the for your Access Guides to, you know, my local park. I never knew this existed, and it's the first time I've been out in the house for five years, and I was able to spend a picnic in the, you know, weekend, having a picnic with my family. And she shouldn't move me, but it does, because you think it's like a basic human right to be able to go out and get fresh air and leave your house. But when you hear that, that is the difference you're making. It Like It makes all the you know, makes all the staring at the spreadsheets and all the, you know, complicated logistics of organizing things, you know, it makes it all worth it, really, you know. And you think that that's what I do it for, yeah, but it shouldn't move you to tears, should it every time you think you'd make it a difference. I mean, I quite everything. So it's not, it's not a surprise. But, yeah, it really that. I think when I hear those sort of stories, you go, wow, we are really making a difference </w:t>
      </w:r>
    </w:p>
    <w:p>
      <w:pPr>
        <w:spacing w:after="0"/>
      </w:pPr>
    </w:p>
    <w:p>
      <w:pPr>
        <w:spacing w:after="0"/>
      </w:pPr>
      <w:r>
        <w:rPr>
          <w:rFonts w:ascii="Arial" w:hAnsi="Arial"/>
          <w:b/>
          <w:sz w:val="22"/>
        </w:rPr>
        <w:t xml:space="preserve">Alice  </w:t>
      </w:r>
      <w:r>
        <w:rPr>
          <w:rFonts w:ascii="Arial" w:hAnsi="Arial"/>
          <w:color w:val="5D7284"/>
          <w:sz w:val="22"/>
        </w:rPr>
        <w:t>14:08</w:t>
      </w:r>
    </w:p>
    <w:p>
      <w:pPr>
        <w:spacing w:after="0"/>
      </w:pPr>
      <w:r>
        <w:rPr>
          <w:rFonts w:ascii="Arial" w:hAnsi="Arial"/>
          <w:sz w:val="22"/>
        </w:rPr>
        <w:t>again, probably, probably feeds into your own experience of not being able to access things and not being able to get out into the world, and how much of a difference it makes it when somebody you know breaks that barrier down.</w:t>
      </w:r>
    </w:p>
    <w:p>
      <w:pPr>
        <w:spacing w:after="0"/>
      </w:pPr>
    </w:p>
    <w:p>
      <w:pPr>
        <w:spacing w:after="0"/>
      </w:pPr>
      <w:r>
        <w:rPr>
          <w:rFonts w:ascii="Arial" w:hAnsi="Arial"/>
          <w:b/>
          <w:sz w:val="22"/>
        </w:rPr>
        <w:t xml:space="preserve">Lucy  </w:t>
      </w:r>
      <w:r>
        <w:rPr>
          <w:rFonts w:ascii="Arial" w:hAnsi="Arial"/>
          <w:color w:val="5D7284"/>
          <w:sz w:val="22"/>
        </w:rPr>
        <w:t>14:24</w:t>
      </w:r>
    </w:p>
    <w:p>
      <w:pPr>
        <w:spacing w:after="0"/>
      </w:pPr>
      <w:r>
        <w:rPr>
          <w:rFonts w:ascii="Arial" w:hAnsi="Arial"/>
          <w:sz w:val="22"/>
        </w:rPr>
        <w:t xml:space="preserve">Yeah, yeah. It's, it really is quite like you do feel very empowered when you when you can see the thing you're working on is working for other people. You go, Okay, this, we're onto something here. Do you know what I mean? It's, that's when you don't feel like the most boring person in the world, because all you talk about is wheelchairs and podcasts. But, yeah, it's, it really is an empowering thing, I think, to realize that you are making a change, even if you don't think you are. You know, if you keep going to work every day, one day, or pay off, that's what I take away from it. </w:t>
      </w:r>
    </w:p>
    <w:p>
      <w:pPr>
        <w:spacing w:after="0"/>
      </w:pPr>
    </w:p>
    <w:p>
      <w:pPr>
        <w:spacing w:after="0"/>
      </w:pPr>
      <w:r>
        <w:rPr>
          <w:rFonts w:ascii="Arial" w:hAnsi="Arial"/>
          <w:b/>
          <w:sz w:val="22"/>
        </w:rPr>
        <w:t xml:space="preserve">Alice  </w:t>
      </w:r>
      <w:r>
        <w:rPr>
          <w:rFonts w:ascii="Arial" w:hAnsi="Arial"/>
          <w:color w:val="5D7284"/>
          <w:sz w:val="22"/>
        </w:rPr>
        <w:t>14:59</w:t>
      </w:r>
    </w:p>
    <w:p>
      <w:pPr>
        <w:spacing w:after="0"/>
      </w:pPr>
      <w:r>
        <w:rPr>
          <w:rFonts w:ascii="Arial" w:hAnsi="Arial"/>
          <w:sz w:val="22"/>
        </w:rPr>
        <w:t>So Martin, you sort of said, obviously, that your, your your current business that you're working on is purple goat. I have always wondered, why purple goat, of all the names to choose,</w:t>
      </w:r>
    </w:p>
    <w:p>
      <w:pPr>
        <w:spacing w:after="0"/>
      </w:pPr>
    </w:p>
    <w:p>
      <w:pPr>
        <w:spacing w:after="0"/>
      </w:pPr>
      <w:r>
        <w:rPr>
          <w:rFonts w:ascii="Arial" w:hAnsi="Arial"/>
          <w:b/>
          <w:sz w:val="22"/>
        </w:rPr>
        <w:t xml:space="preserve">Lucy  </w:t>
      </w:r>
      <w:r>
        <w:rPr>
          <w:rFonts w:ascii="Arial" w:hAnsi="Arial"/>
          <w:color w:val="5D7284"/>
          <w:sz w:val="22"/>
        </w:rPr>
        <w:t>15:14</w:t>
      </w:r>
    </w:p>
    <w:p>
      <w:pPr>
        <w:spacing w:after="0"/>
      </w:pPr>
      <w:r>
        <w:rPr>
          <w:rFonts w:ascii="Arial" w:hAnsi="Arial"/>
          <w:sz w:val="22"/>
        </w:rPr>
        <w:t>was there, like, a short list of names, or like, did you go...</w:t>
      </w:r>
    </w:p>
    <w:p>
      <w:pPr>
        <w:spacing w:after="0"/>
      </w:pPr>
    </w:p>
    <w:p>
      <w:pPr>
        <w:spacing w:after="0"/>
      </w:pPr>
      <w:r>
        <w:rPr>
          <w:rFonts w:ascii="Arial" w:hAnsi="Arial"/>
          <w:b/>
          <w:sz w:val="22"/>
        </w:rPr>
        <w:t xml:space="preserve">Alice  </w:t>
      </w:r>
      <w:r>
        <w:rPr>
          <w:rFonts w:ascii="Arial" w:hAnsi="Arial"/>
          <w:color w:val="5D7284"/>
          <w:sz w:val="22"/>
        </w:rPr>
        <w:t>15:17</w:t>
      </w:r>
    </w:p>
    <w:p>
      <w:pPr>
        <w:spacing w:after="0"/>
      </w:pPr>
      <w:r>
        <w:rPr>
          <w:rFonts w:ascii="Arial" w:hAnsi="Arial"/>
          <w:sz w:val="22"/>
        </w:rPr>
        <w:t>did you just pick your favorite color and your favorite animal and put together there?</w:t>
      </w:r>
    </w:p>
    <w:p>
      <w:pPr>
        <w:spacing w:after="0"/>
      </w:pPr>
    </w:p>
    <w:p>
      <w:pPr>
        <w:spacing w:after="0"/>
      </w:pPr>
      <w:r>
        <w:rPr>
          <w:rFonts w:ascii="Arial" w:hAnsi="Arial"/>
          <w:b/>
          <w:sz w:val="22"/>
        </w:rPr>
        <w:t xml:space="preserve">Martyn Sibley  </w:t>
      </w:r>
      <w:r>
        <w:rPr>
          <w:rFonts w:ascii="Arial" w:hAnsi="Arial"/>
          <w:color w:val="5D7284"/>
          <w:sz w:val="22"/>
        </w:rPr>
        <w:t>15:23</w:t>
      </w:r>
    </w:p>
    <w:p>
      <w:pPr>
        <w:spacing w:after="0"/>
      </w:pPr>
      <w:r>
        <w:rPr>
          <w:rFonts w:ascii="Arial" w:hAnsi="Arial"/>
          <w:sz w:val="22"/>
        </w:rPr>
        <w:t>Particularly in marketing agency world, I think there probably are, like, random ways that names have been chosen, and they're a bit out there and a bit outlandish. There's actually a very logical reason behind the two. So as you'll probably be both more familiar with purples, the color attributed to disability over the years. I think there's question of, like, exactly where and why it's purple and not any other color. Have you ever, have you ever come across the founding story of why?</w:t>
      </w:r>
    </w:p>
    <w:p>
      <w:pPr>
        <w:spacing w:after="0"/>
      </w:pPr>
    </w:p>
    <w:p>
      <w:pPr>
        <w:spacing w:after="0"/>
      </w:pPr>
      <w:r>
        <w:rPr>
          <w:rFonts w:ascii="Arial" w:hAnsi="Arial"/>
          <w:b/>
          <w:sz w:val="22"/>
        </w:rPr>
        <w:t xml:space="preserve">Lucy  </w:t>
      </w:r>
      <w:r>
        <w:rPr>
          <w:rFonts w:ascii="Arial" w:hAnsi="Arial"/>
          <w:color w:val="5D7284"/>
          <w:sz w:val="22"/>
        </w:rPr>
        <w:t>15:54</w:t>
      </w:r>
    </w:p>
    <w:p>
      <w:pPr>
        <w:spacing w:after="0"/>
      </w:pPr>
      <w:r>
        <w:rPr>
          <w:rFonts w:ascii="Arial" w:hAnsi="Arial"/>
          <w:sz w:val="22"/>
        </w:rPr>
        <w:t>No, I've heard of the purple pound is Yeah, yeah, spending power of disabled people, isn't it? Yeah.</w:t>
      </w:r>
    </w:p>
    <w:p>
      <w:pPr>
        <w:spacing w:after="0"/>
      </w:pPr>
    </w:p>
    <w:p>
      <w:pPr>
        <w:spacing w:after="0"/>
      </w:pPr>
      <w:r>
        <w:rPr>
          <w:rFonts w:ascii="Arial" w:hAnsi="Arial"/>
          <w:b/>
          <w:sz w:val="22"/>
        </w:rPr>
        <w:t xml:space="preserve">Martyn Sibley  </w:t>
      </w:r>
      <w:r>
        <w:rPr>
          <w:rFonts w:ascii="Arial" w:hAnsi="Arial"/>
          <w:color w:val="5D7284"/>
          <w:sz w:val="22"/>
        </w:rPr>
        <w:t>16:04</w:t>
      </w:r>
    </w:p>
    <w:p>
      <w:pPr>
        <w:spacing w:after="0"/>
      </w:pPr>
      <w:r>
        <w:rPr>
          <w:rFonts w:ascii="Arial" w:hAnsi="Arial"/>
          <w:sz w:val="22"/>
        </w:rPr>
        <w:t>So I don't categorically know why it's purple, but to your point, like the purple pound purple has become synonymous with disability from a political and, like, a brand perspective. So that's why purple and purple goat. I</w:t>
      </w:r>
    </w:p>
    <w:p>
      <w:pPr>
        <w:spacing w:after="0"/>
      </w:pPr>
    </w:p>
    <w:p>
      <w:pPr>
        <w:spacing w:after="0"/>
      </w:pPr>
      <w:r>
        <w:rPr>
          <w:rFonts w:ascii="Arial" w:hAnsi="Arial"/>
          <w:b/>
          <w:sz w:val="22"/>
        </w:rPr>
        <w:t xml:space="preserve">Alice  </w:t>
      </w:r>
      <w:r>
        <w:rPr>
          <w:rFonts w:ascii="Arial" w:hAnsi="Arial"/>
          <w:color w:val="5D7284"/>
          <w:sz w:val="22"/>
        </w:rPr>
        <w:t>16:18</w:t>
      </w:r>
    </w:p>
    <w:p>
      <w:pPr>
        <w:spacing w:after="0"/>
      </w:pPr>
      <w:r>
        <w:rPr>
          <w:rFonts w:ascii="Arial" w:hAnsi="Arial"/>
          <w:sz w:val="22"/>
        </w:rPr>
        <w:t>always wonder why it's purple? Because, then, because the thing I always think of is the blue badge sign. I'm like, Well, then why is that blue? Just feels like somebody in marketing didn't go, oh, this should probably be purple.</w:t>
      </w:r>
    </w:p>
    <w:p>
      <w:pPr>
        <w:spacing w:after="0"/>
      </w:pPr>
    </w:p>
    <w:p>
      <w:pPr>
        <w:spacing w:after="0"/>
      </w:pPr>
      <w:r>
        <w:rPr>
          <w:rFonts w:ascii="Arial" w:hAnsi="Arial"/>
          <w:b/>
          <w:sz w:val="22"/>
        </w:rPr>
        <w:t xml:space="preserve">Martyn Sibley  </w:t>
      </w:r>
      <w:r>
        <w:rPr>
          <w:rFonts w:ascii="Arial" w:hAnsi="Arial"/>
          <w:color w:val="5D7284"/>
          <w:sz w:val="22"/>
        </w:rPr>
        <w:t>16:33</w:t>
      </w:r>
    </w:p>
    <w:p>
      <w:pPr>
        <w:spacing w:after="0"/>
      </w:pPr>
      <w:r>
        <w:rPr>
          <w:rFonts w:ascii="Arial" w:hAnsi="Arial"/>
          <w:sz w:val="22"/>
        </w:rPr>
        <w:t>You'd be interested if they change it to a purple badge one day. One reference. The one reference point I did find was a BBC new art news article when it was, I think it was Tanni grey Thompson, and it was when there was a hardest hit marches that was like 2010 and that they use purple as, like the brand color for the hardest hit. So that may be the reason, or it may be a myth.</w:t>
      </w:r>
    </w:p>
    <w:p>
      <w:pPr>
        <w:spacing w:after="0"/>
      </w:pPr>
    </w:p>
    <w:p>
      <w:pPr>
        <w:spacing w:after="0"/>
      </w:pPr>
      <w:r>
        <w:rPr>
          <w:rFonts w:ascii="Arial" w:hAnsi="Arial"/>
          <w:b/>
          <w:sz w:val="22"/>
        </w:rPr>
        <w:t xml:space="preserve">Alice  </w:t>
      </w:r>
      <w:r>
        <w:rPr>
          <w:rFonts w:ascii="Arial" w:hAnsi="Arial"/>
          <w:color w:val="5D7284"/>
          <w:sz w:val="22"/>
        </w:rPr>
        <w:t>16:58</w:t>
      </w:r>
    </w:p>
    <w:p>
      <w:pPr>
        <w:spacing w:after="0"/>
      </w:pPr>
      <w:r>
        <w:rPr>
          <w:rFonts w:ascii="Arial" w:hAnsi="Arial"/>
          <w:sz w:val="22"/>
        </w:rPr>
        <w:t>I don't know. I would have assumed it would be, you know, for because of how synonymous it is, I thought it would be older than that, but then that might just be me showing my age, because 2010, is actually 14 years ago, not not six months ago, which is what it feels like to me.</w:t>
      </w:r>
    </w:p>
    <w:p>
      <w:pPr>
        <w:spacing w:after="0"/>
      </w:pPr>
    </w:p>
    <w:p>
      <w:pPr>
        <w:spacing w:after="0"/>
      </w:pPr>
      <w:r>
        <w:rPr>
          <w:rFonts w:ascii="Arial" w:hAnsi="Arial"/>
          <w:b/>
          <w:sz w:val="22"/>
        </w:rPr>
        <w:t xml:space="preserve">Martyn Sibley  </w:t>
      </w:r>
      <w:r>
        <w:rPr>
          <w:rFonts w:ascii="Arial" w:hAnsi="Arial"/>
          <w:color w:val="5D7284"/>
          <w:sz w:val="22"/>
        </w:rPr>
        <w:t>17:16</w:t>
      </w:r>
    </w:p>
    <w:p>
      <w:pPr>
        <w:spacing w:after="0"/>
      </w:pPr>
      <w:r>
        <w:rPr>
          <w:rFonts w:ascii="Arial" w:hAnsi="Arial"/>
          <w:sz w:val="22"/>
        </w:rPr>
        <w:t>Yeah, we'll never maybe know the exact origin story, but it's become, the last 10 years, quite a thing in the business world that the spending power of disabled people, which we're all aware like, sometimes you have to talk the talk in different industries to get a seat at the table. But it doesn't mean to, like, only talk about disability inclusion from a business brand spending power, even like we, we all get the nuances here, but from that, purple goats clients are big brands that spend marketing budget. They're the people we're trying to get to have conversations and progressive conversations. So purple is for all those reasons. And then, when I originally had the idea of, rather than horizons being one platform, trying to get loads of people to one platform and then bring in, like, you know, sponsorship, advertising, funding models, etc, someone said that the notion of, what if, the rise of Instagram, Tiktok, more recently, there's loads of disabled people doing awesome stuff on their own, you know, profiles. So what if you connect multiple and also, the word influencer is like a love hate relationship with what? What is an influencer? But if we say content creator, that's maybe a little bit clearer for the people listening today. So what if, instead of a brand spending their marketing budget just on TV or radio advertising, they put it towards social media, and what if they also did a social media campaign that had representation of disabled people that feels like a win, win, win. And could be quite a nice idea. I've never done that in my life before, like I not run an agency. I'd not done all the things around that. So I did some research, and I found an influencer agency called the goat Agency, and the goat being greatest of all time,</w:t>
      </w:r>
    </w:p>
    <w:p>
      <w:pPr>
        <w:spacing w:after="0"/>
      </w:pPr>
    </w:p>
    <w:p>
      <w:pPr>
        <w:spacing w:after="0"/>
      </w:pPr>
      <w:r>
        <w:rPr>
          <w:rFonts w:ascii="Arial" w:hAnsi="Arial"/>
          <w:b/>
          <w:sz w:val="22"/>
        </w:rPr>
        <w:t xml:space="preserve">Alice  </w:t>
      </w:r>
      <w:r>
        <w:rPr>
          <w:rFonts w:ascii="Arial" w:hAnsi="Arial"/>
          <w:color w:val="5D7284"/>
          <w:sz w:val="22"/>
        </w:rPr>
        <w:t>19:29</w:t>
      </w:r>
    </w:p>
    <w:p>
      <w:pPr>
        <w:spacing w:after="0"/>
      </w:pPr>
      <w:r>
        <w:rPr>
          <w:rFonts w:ascii="Arial" w:hAnsi="Arial"/>
          <w:sz w:val="22"/>
        </w:rPr>
        <w:t xml:space="preserve">of course, </w:t>
      </w:r>
    </w:p>
    <w:p>
      <w:pPr>
        <w:spacing w:after="0"/>
      </w:pPr>
    </w:p>
    <w:p>
      <w:pPr>
        <w:spacing w:after="0"/>
      </w:pPr>
      <w:r>
        <w:rPr>
          <w:rFonts w:ascii="Arial" w:hAnsi="Arial"/>
          <w:b/>
          <w:sz w:val="22"/>
        </w:rPr>
        <w:t xml:space="preserve">Lucy  </w:t>
      </w:r>
      <w:r>
        <w:rPr>
          <w:rFonts w:ascii="Arial" w:hAnsi="Arial"/>
          <w:color w:val="5D7284"/>
          <w:sz w:val="22"/>
        </w:rPr>
        <w:t>19:33</w:t>
      </w:r>
    </w:p>
    <w:p>
      <w:pPr>
        <w:spacing w:after="0"/>
      </w:pPr>
      <w:r>
        <w:rPr>
          <w:rFonts w:ascii="Arial" w:hAnsi="Arial"/>
          <w:sz w:val="22"/>
        </w:rPr>
        <w:t>and the purple goat. I see what you've done there. Very clever.</w:t>
      </w:r>
    </w:p>
    <w:p>
      <w:pPr>
        <w:spacing w:after="0"/>
      </w:pPr>
    </w:p>
    <w:p>
      <w:pPr>
        <w:spacing w:after="0"/>
      </w:pPr>
      <w:r>
        <w:rPr>
          <w:rFonts w:ascii="Arial" w:hAnsi="Arial"/>
          <w:b/>
          <w:sz w:val="22"/>
        </w:rPr>
        <w:t xml:space="preserve">Martyn Sibley  </w:t>
      </w:r>
      <w:r>
        <w:rPr>
          <w:rFonts w:ascii="Arial" w:hAnsi="Arial"/>
          <w:color w:val="5D7284"/>
          <w:sz w:val="22"/>
        </w:rPr>
        <w:t>19:36</w:t>
      </w:r>
    </w:p>
    <w:p>
      <w:pPr>
        <w:spacing w:after="0"/>
      </w:pPr>
      <w:r>
        <w:rPr>
          <w:rFonts w:ascii="Arial" w:hAnsi="Arial"/>
          <w:sz w:val="22"/>
        </w:rPr>
        <w:t>So the long and short of it is  I'm majority owner of purple go. But I started it with the goat agency, who were able to show how you do all the complicated spreadsheets and data analysis that goes behind the social media campaigns, and introduced me to these global brands that I didn't happen to know. Were knocking around all the other jobs I'd done previously. So the goat agency were a big reason the purple goat agencies become so good. And on the same time, they couldn't have done it without me or another disabled person with the sort of skills that I've got, because it wouldn't have been authentic, but also they just wouldn't have understood the disability community. So it's a good example of where partnership and collaboration are very powerful to sort of break the cycle of just trying to do things within a community and within an echo chamber as well.</w:t>
      </w:r>
    </w:p>
    <w:p>
      <w:pPr>
        <w:spacing w:after="0"/>
      </w:pPr>
    </w:p>
    <w:p>
      <w:pPr>
        <w:spacing w:after="0"/>
      </w:pPr>
      <w:r>
        <w:rPr>
          <w:rFonts w:ascii="Arial" w:hAnsi="Arial"/>
          <w:b/>
          <w:sz w:val="22"/>
        </w:rPr>
        <w:t xml:space="preserve">Alice  </w:t>
      </w:r>
      <w:r>
        <w:rPr>
          <w:rFonts w:ascii="Arial" w:hAnsi="Arial"/>
          <w:color w:val="5D7284"/>
          <w:sz w:val="22"/>
        </w:rPr>
        <w:t>20:39</w:t>
      </w:r>
    </w:p>
    <w:p>
      <w:pPr>
        <w:spacing w:after="0"/>
      </w:pPr>
      <w:r>
        <w:rPr>
          <w:rFonts w:ascii="Arial" w:hAnsi="Arial"/>
          <w:sz w:val="22"/>
        </w:rPr>
        <w:t>And it's it also kind of goes back to what we were saying, what I was saying before, about what you bring in as a disabled person is actually something really valuable. You know, you did that with your partnership with the other agency. You gave them an insight that they would not have been able to get otherwise, and together, you have both grown and I think that that's, that's the key thing that, you know, my my feelings about kind of trying to create social change is that that's how you do it. You know, it's, although I might get frustrated sometimes and just say, this is this isn't good enough. You know, actually, if you can work kind of effectively and and collaboratively with people, for them to understand why you're saying this isn't good enough, and you use the skills you both have to make the change,</w:t>
      </w:r>
    </w:p>
    <w:p>
      <w:pPr>
        <w:spacing w:after="0"/>
      </w:pPr>
    </w:p>
    <w:p>
      <w:pPr>
        <w:spacing w:after="0"/>
      </w:pPr>
      <w:r>
        <w:rPr>
          <w:rFonts w:ascii="Arial" w:hAnsi="Arial"/>
          <w:b/>
          <w:sz w:val="22"/>
        </w:rPr>
        <w:t xml:space="preserve">Martyn Sibley  </w:t>
      </w:r>
      <w:r>
        <w:rPr>
          <w:rFonts w:ascii="Arial" w:hAnsi="Arial"/>
          <w:color w:val="5D7284"/>
          <w:sz w:val="22"/>
        </w:rPr>
        <w:t>21:36</w:t>
      </w:r>
    </w:p>
    <w:p>
      <w:pPr>
        <w:spacing w:after="0"/>
      </w:pPr>
      <w:r>
        <w:rPr>
          <w:rFonts w:ascii="Arial" w:hAnsi="Arial"/>
          <w:sz w:val="22"/>
        </w:rPr>
        <w:t>yeah, yeah. It's showing a problem and it's showing the solution. Yeah. I mean, it's only a problem. It's hard to create change, isn't it, because it's we're all. We all get frustrated with the barriers and the discrimination. Like, it's fine to feel anger and frustration that human way, but when you get in the door of a brand or a political movement or wherever else, you know it's also bringing the solution with you, as is very important, and</w:t>
      </w:r>
    </w:p>
    <w:p>
      <w:pPr>
        <w:spacing w:after="0"/>
      </w:pPr>
    </w:p>
    <w:p>
      <w:pPr>
        <w:spacing w:after="0"/>
      </w:pPr>
      <w:r>
        <w:rPr>
          <w:rFonts w:ascii="Arial" w:hAnsi="Arial"/>
          <w:b/>
          <w:sz w:val="22"/>
        </w:rPr>
        <w:t xml:space="preserve">Alice  </w:t>
      </w:r>
      <w:r>
        <w:rPr>
          <w:rFonts w:ascii="Arial" w:hAnsi="Arial"/>
          <w:color w:val="5D7284"/>
          <w:sz w:val="22"/>
        </w:rPr>
        <w:t>22:05</w:t>
      </w:r>
    </w:p>
    <w:p>
      <w:pPr>
        <w:spacing w:after="0"/>
      </w:pPr>
      <w:r>
        <w:rPr>
          <w:rFonts w:ascii="Arial" w:hAnsi="Arial"/>
          <w:sz w:val="22"/>
        </w:rPr>
        <w:t>I think it's one of the things that in the work that I do. And I'm sorry, Lucy, I realize you keep going to speak, and then I'm interrupting you!</w:t>
      </w:r>
    </w:p>
    <w:p>
      <w:pPr>
        <w:spacing w:after="0"/>
      </w:pPr>
    </w:p>
    <w:p>
      <w:pPr>
        <w:spacing w:after="0"/>
      </w:pPr>
      <w:r>
        <w:rPr>
          <w:rFonts w:ascii="Arial" w:hAnsi="Arial"/>
          <w:b/>
          <w:sz w:val="22"/>
        </w:rPr>
        <w:t xml:space="preserve">Lucy  </w:t>
      </w:r>
      <w:r>
        <w:rPr>
          <w:rFonts w:ascii="Arial" w:hAnsi="Arial"/>
          <w:color w:val="5D7284"/>
          <w:sz w:val="22"/>
        </w:rPr>
        <w:t>22:13</w:t>
      </w:r>
    </w:p>
    <w:p>
      <w:pPr>
        <w:spacing w:after="0"/>
      </w:pPr>
      <w:r>
        <w:rPr>
          <w:rFonts w:ascii="Arial" w:hAnsi="Arial"/>
          <w:sz w:val="22"/>
        </w:rPr>
        <w:t>Yeah, I'm just letting you go. I'm letting you run with it, because you eventually run out of steam. Let me in, but go on.</w:t>
      </w:r>
    </w:p>
    <w:p>
      <w:pPr>
        <w:spacing w:after="0"/>
      </w:pPr>
    </w:p>
    <w:p>
      <w:pPr>
        <w:spacing w:after="0"/>
      </w:pPr>
      <w:r>
        <w:rPr>
          <w:rFonts w:ascii="Arial" w:hAnsi="Arial"/>
          <w:b/>
          <w:sz w:val="22"/>
        </w:rPr>
        <w:t xml:space="preserve">Alice  </w:t>
      </w:r>
      <w:r>
        <w:rPr>
          <w:rFonts w:ascii="Arial" w:hAnsi="Arial"/>
          <w:color w:val="5D7284"/>
          <w:sz w:val="22"/>
        </w:rPr>
        <w:t>22:19</w:t>
      </w:r>
    </w:p>
    <w:p>
      <w:pPr>
        <w:spacing w:after="0"/>
      </w:pPr>
      <w:r>
        <w:rPr>
          <w:rFonts w:ascii="Arial" w:hAnsi="Arial"/>
          <w:sz w:val="22"/>
        </w:rPr>
        <w:t xml:space="preserve">It's one of the things that is frustrating about the work that I do is I work with people. I work one to one, or with families, you know, and that you it's very hard to make genuine systemic change when you're, you're working at that level, because you're working with, you know, you're essentially, you're you're fighting the same battles over and over and over again, and it's really hard to kind of make that change when all you're doing is, you know, you might get one professional to behave differently for six months, but once you're gone, they will inevitably slip back into bad habits or whatever. But you know, be having things like global brands who are out there, you know, including disabled people. That's where you're going to start to see the trickle. You will see the trickle down. You will see the the change because, and you sort of, you have to hope that it meets in the middle. But yeah, I think it's just, it's really, it's interesting, really kind of valuable work. Now you go luce </w:t>
      </w:r>
    </w:p>
    <w:p>
      <w:pPr>
        <w:spacing w:after="0"/>
      </w:pPr>
    </w:p>
    <w:p>
      <w:pPr>
        <w:spacing w:after="0"/>
      </w:pPr>
      <w:r>
        <w:rPr>
          <w:rFonts w:ascii="Arial" w:hAnsi="Arial"/>
          <w:b/>
          <w:sz w:val="22"/>
        </w:rPr>
        <w:t xml:space="preserve">Lucy  </w:t>
      </w:r>
      <w:r>
        <w:rPr>
          <w:rFonts w:ascii="Arial" w:hAnsi="Arial"/>
          <w:color w:val="5D7284"/>
          <w:sz w:val="22"/>
        </w:rPr>
        <w:t>23:27</w:t>
      </w:r>
    </w:p>
    <w:p>
      <w:pPr>
        <w:spacing w:after="0"/>
      </w:pPr>
      <w:r>
        <w:rPr>
          <w:rFonts w:ascii="Arial" w:hAnsi="Arial"/>
          <w:sz w:val="22"/>
        </w:rPr>
        <w:t>Thank you. Do you ever, um, do you ever, are you ever faced with, like, you go to a big brand and you really hope for, are you ever faced with brands who just don't get it. Don't understand, don't can't see the bit. Yeah, no. Like, can't see the bigger picture. And you think, for goodness sake, you know, just listen. Just just, you know, take your ego away from the whole situation, and just listen to what I've got to say. And, like, how do you navigate around that. Do you, do you try and persist with it? Or do you just sort of like, walk away and go, Okay, maybe in six months time when the management's changed, or something like that? Is that something that you face often, or because I mean disability as a, as a, as a topic, to people who aren't familiar with it is a very scary thing, because they don't want to offend. They don't know where to start. They want, you know, they want to represent, you know, the heart might be in the right place, but they just have no idea. And then you've got the other side of the coin, who just don't understand at all what you're trying to say.</w:t>
      </w:r>
    </w:p>
    <w:p>
      <w:pPr>
        <w:spacing w:after="0"/>
      </w:pPr>
    </w:p>
    <w:p>
      <w:pPr>
        <w:spacing w:after="0"/>
      </w:pPr>
      <w:r>
        <w:rPr>
          <w:rFonts w:ascii="Arial" w:hAnsi="Arial"/>
          <w:b/>
          <w:sz w:val="22"/>
        </w:rPr>
        <w:t xml:space="preserve">Martyn Sibley  </w:t>
      </w:r>
      <w:r>
        <w:rPr>
          <w:rFonts w:ascii="Arial" w:hAnsi="Arial"/>
          <w:color w:val="5D7284"/>
          <w:sz w:val="22"/>
        </w:rPr>
        <w:t>24:39</w:t>
      </w:r>
    </w:p>
    <w:p>
      <w:pPr>
        <w:spacing w:after="0"/>
      </w:pPr>
      <w:r>
        <w:rPr>
          <w:rFonts w:ascii="Arial" w:hAnsi="Arial"/>
          <w:sz w:val="22"/>
        </w:rPr>
        <w:t>Yeah, I guess it's kind of both, because there's an initial part to what you're saying at the end there, that there is a fear and people haven't maybe come into contact with disabled people before, in a I think we all know the numbers, and it's pretty likely someone has come into contact with a disabled person, but they've. Not thought about it in that larger societal barrier, and also, like I've said before, the business case as well, the opportunity to a brand is make your products and service more inclusive and have representation and marketing, and you'll have more happy, disabled customers, and that's good for business, which is what I was saying about you kind of have to get in the shoes of the brand of what makes them tick and what's going to make them move and change behavior. So but I think, yeah, like originally, initially, there's more of that fear and uncertainty and not wanting to offend. So that's not the reason to walk away. That's the sort of opportunity to educate. But then to your first part of the question, even after that, there are still people and brands that are just not getting it. Don't want to get it. They're never really going to move on it. And so there is a bit about knowing when to stick at the education part and when to cut your losses and move on. Because also to speak in a very sort of, you know, business way, if one brand doesn't try to become the best bank for disabled customers or the best fashion brand or the best airline, and we can touch a bit on airlines. There's been quite a lot going on in there at the moment. But if one brand doesn't and the other brand does, the other brand's gonna get all that positive PR and all the business benefits. So if someone doesn't actually want to do it, I guess it's a bit like plenty more fish in the sea, yeah, kind of approach to it,</w:t>
      </w:r>
    </w:p>
    <w:p>
      <w:pPr>
        <w:spacing w:after="0"/>
      </w:pPr>
    </w:p>
    <w:p>
      <w:pPr>
        <w:spacing w:after="0"/>
      </w:pPr>
      <w:r>
        <w:rPr>
          <w:rFonts w:ascii="Arial" w:hAnsi="Arial"/>
          <w:b/>
          <w:sz w:val="22"/>
        </w:rPr>
        <w:t xml:space="preserve">Alice  </w:t>
      </w:r>
      <w:r>
        <w:rPr>
          <w:rFonts w:ascii="Arial" w:hAnsi="Arial"/>
          <w:color w:val="5D7284"/>
          <w:sz w:val="22"/>
        </w:rPr>
        <w:t>26:47</w:t>
      </w:r>
    </w:p>
    <w:p>
      <w:pPr>
        <w:spacing w:after="0"/>
      </w:pPr>
      <w:r>
        <w:rPr>
          <w:rFonts w:ascii="Arial" w:hAnsi="Arial"/>
          <w:sz w:val="22"/>
        </w:rPr>
        <w:t>and it's that, you know, they're going to be the ones who turn around in six or 12 months time and go, Well, how come this airlines making so much more profit than we are? Yeah,</w:t>
      </w:r>
    </w:p>
    <w:p>
      <w:pPr>
        <w:spacing w:after="0"/>
      </w:pPr>
    </w:p>
    <w:p>
      <w:pPr>
        <w:spacing w:after="0"/>
      </w:pPr>
      <w:r>
        <w:rPr>
          <w:rFonts w:ascii="Arial" w:hAnsi="Arial"/>
          <w:b/>
          <w:sz w:val="22"/>
        </w:rPr>
        <w:t xml:space="preserve">Martyn Sibley  </w:t>
      </w:r>
      <w:r>
        <w:rPr>
          <w:rFonts w:ascii="Arial" w:hAnsi="Arial"/>
          <w:color w:val="5D7284"/>
          <w:sz w:val="22"/>
        </w:rPr>
        <w:t>26:55</w:t>
      </w:r>
    </w:p>
    <w:p>
      <w:pPr>
        <w:spacing w:after="0"/>
      </w:pPr>
      <w:r>
        <w:rPr>
          <w:rFonts w:ascii="Arial" w:hAnsi="Arial"/>
          <w:sz w:val="22"/>
        </w:rPr>
        <w:t>well, exactly.</w:t>
      </w:r>
    </w:p>
    <w:p>
      <w:pPr>
        <w:spacing w:after="0"/>
      </w:pPr>
    </w:p>
    <w:p>
      <w:pPr>
        <w:spacing w:after="0"/>
      </w:pPr>
      <w:r>
        <w:rPr>
          <w:rFonts w:ascii="Arial" w:hAnsi="Arial"/>
          <w:b/>
          <w:sz w:val="22"/>
        </w:rPr>
        <w:t xml:space="preserve">Alice  </w:t>
      </w:r>
      <w:r>
        <w:rPr>
          <w:rFonts w:ascii="Arial" w:hAnsi="Arial"/>
          <w:color w:val="5D7284"/>
          <w:sz w:val="22"/>
        </w:rPr>
        <w:t>26:56</w:t>
      </w:r>
    </w:p>
    <w:p>
      <w:pPr>
        <w:spacing w:after="0"/>
      </w:pPr>
      <w:r>
        <w:rPr>
          <w:rFonts w:ascii="Arial" w:hAnsi="Arial"/>
          <w:sz w:val="22"/>
        </w:rPr>
        <w:t>Well,</w:t>
      </w:r>
    </w:p>
    <w:p>
      <w:pPr>
        <w:spacing w:after="0"/>
      </w:pPr>
    </w:p>
    <w:p>
      <w:pPr>
        <w:spacing w:after="0"/>
      </w:pPr>
      <w:r>
        <w:rPr>
          <w:rFonts w:ascii="Arial" w:hAnsi="Arial"/>
          <w:b/>
          <w:sz w:val="22"/>
        </w:rPr>
        <w:t xml:space="preserve">Lucy  </w:t>
      </w:r>
      <w:r>
        <w:rPr>
          <w:rFonts w:ascii="Arial" w:hAnsi="Arial"/>
          <w:color w:val="5D7284"/>
          <w:sz w:val="22"/>
        </w:rPr>
        <w:t>26:57</w:t>
      </w:r>
    </w:p>
    <w:p>
      <w:pPr>
        <w:spacing w:after="0"/>
      </w:pPr>
      <w:r>
        <w:rPr>
          <w:rFonts w:ascii="Arial" w:hAnsi="Arial"/>
          <w:sz w:val="22"/>
        </w:rPr>
        <w:t>Yeah, we should have listened to Martin. Yeah. It's, it's like, in my job, sometimes you explain about, you know, the access guides and the difference they can make to people's lives and things like that. Sometimes people get it straight away, and they're like, this is brilliant. Other people is just like, No, what disabled people go out of the house. Well, it's and it's really you just think, are you so short sighted? Because, you know, it just boggles my mind sometimes that that people still in this day and age have that attitude, even when you've got somebody there telling you all the benefits, they go, Nah, you were right. We'll do it now. We've always done it. Yes, you just kind of have to smile and go, Okay, thank you for your time. We'll be back in six months. Yeah, but it's, it's always one of the frustrating things that I see and hear from people's mouth, and there's particularly if, like a disabled person is sat in front of them, and they still go, now, I can't see the benefits of this whatsoever. And you're like, are you saying? Are you saying that while I'm sat here, because I could get, like, a long list of this is why, this is why not. And you think like, Am I invisible?</w:t>
      </w:r>
    </w:p>
    <w:p>
      <w:pPr>
        <w:spacing w:after="0"/>
      </w:pPr>
    </w:p>
    <w:p>
      <w:pPr>
        <w:spacing w:after="0"/>
      </w:pPr>
      <w:r>
        <w:rPr>
          <w:rFonts w:ascii="Arial" w:hAnsi="Arial"/>
          <w:b/>
          <w:sz w:val="22"/>
        </w:rPr>
        <w:t xml:space="preserve">Alice  </w:t>
      </w:r>
      <w:r>
        <w:rPr>
          <w:rFonts w:ascii="Arial" w:hAnsi="Arial"/>
          <w:color w:val="5D7284"/>
          <w:sz w:val="22"/>
        </w:rPr>
        <w:t>28:17</w:t>
      </w:r>
    </w:p>
    <w:p>
      <w:pPr>
        <w:spacing w:after="0"/>
      </w:pPr>
      <w:r>
        <w:rPr>
          <w:rFonts w:ascii="Arial" w:hAnsi="Arial"/>
          <w:sz w:val="22"/>
        </w:rPr>
        <w:t>I often think that it sort of boils down to for a lot of and again, you know, the systems I'm working in are social care and, you know, health care systems. But for me, the things I often see that it comes down to, are people thinking that, that, thinking kind of systemically of put the amount of money I'm going to have to spend to make this happen is not going to be worth it in the long run. And it comes back to the sort of the value of that you know, you may not make the profits that you may see, the changes that you may see may not directly impact you. You know, you may think I'm not going to spend my money putting a ramp in at this shop, because it's not going to make any difference. It's not going to make enough of a difference to cover the cost, but the difference that it would make to the disabled community to just feel welcomed in that space, you know? And it's, it's that kind of that</w:t>
      </w:r>
    </w:p>
    <w:p>
      <w:pPr>
        <w:spacing w:after="0"/>
      </w:pPr>
    </w:p>
    <w:p>
      <w:pPr>
        <w:spacing w:after="0"/>
      </w:pPr>
      <w:r>
        <w:rPr>
          <w:rFonts w:ascii="Arial" w:hAnsi="Arial"/>
          <w:b/>
          <w:sz w:val="22"/>
        </w:rPr>
        <w:t xml:space="preserve">Lucy  </w:t>
      </w:r>
      <w:r>
        <w:rPr>
          <w:rFonts w:ascii="Arial" w:hAnsi="Arial"/>
          <w:color w:val="5D7284"/>
          <w:sz w:val="22"/>
        </w:rPr>
        <w:t>29:33</w:t>
      </w:r>
    </w:p>
    <w:p>
      <w:pPr>
        <w:spacing w:after="0"/>
      </w:pPr>
      <w:r>
        <w:rPr>
          <w:rFonts w:ascii="Arial" w:hAnsi="Arial"/>
          <w:sz w:val="22"/>
        </w:rPr>
        <w:t>it's like the cycle of inaccessibility, where people go, Oh, well, disabled, we don't have any disabled people here. We don't need that. And you're like, yeah, the reason why is because they can't get into your building. That's why you don't see them here. And then, like, they're like, Oh, well, if we put a, if you put a ramp in, or if you, you know, if you had this, this, and this, this, then you would see more disabled people here. It's that whole cycle of, they don't go people, disabled people don't go. So they're not seen, so people don't do anything about accessibility, because there's no disabled people in there, so they don't go, You know what? I mean? It's like you just go round, around in circles.</w:t>
      </w:r>
    </w:p>
    <w:p>
      <w:pPr>
        <w:spacing w:after="0"/>
      </w:pPr>
    </w:p>
    <w:p>
      <w:pPr>
        <w:spacing w:after="0"/>
      </w:pPr>
      <w:r>
        <w:rPr>
          <w:rFonts w:ascii="Arial" w:hAnsi="Arial"/>
          <w:b/>
          <w:sz w:val="22"/>
        </w:rPr>
        <w:t xml:space="preserve">Martyn Sibley  </w:t>
      </w:r>
      <w:r>
        <w:rPr>
          <w:rFonts w:ascii="Arial" w:hAnsi="Arial"/>
          <w:color w:val="5D7284"/>
          <w:sz w:val="22"/>
        </w:rPr>
        <w:t>30:08</w:t>
      </w:r>
    </w:p>
    <w:p>
      <w:pPr>
        <w:spacing w:after="0"/>
      </w:pPr>
      <w:r>
        <w:rPr>
          <w:rFonts w:ascii="Arial" w:hAnsi="Arial"/>
          <w:sz w:val="22"/>
        </w:rPr>
        <w:t>Yeah, I think that's what you said. Lucy, is very much the point about all of our personal experiences and showing up and sharing and being visible and representing these experiences is part of what breaking the cycle that you're speaking to. And I think what you were saying Alice like I'm always very careful to caveat that whilst purple goat is going to brands and speaking about the profit potential, because that's what moves brands. I totally agree that it shouldn't only be about profit. It should not only be about profit, and that's also where we have the legal, legislative compliance side of the equalities Act, which there are challenges in how to enforce that in real life, discriminatory sort of cases, it's quite hard to enforce. But fundamentally, you know, a building should have a ramp because it's the law and it's the right thing to do, and there's potentially a business benefit. But like we're saying, if you remove the business benefit, there's still most of all the moral part of just including people.</w:t>
      </w:r>
    </w:p>
    <w:p>
      <w:pPr>
        <w:spacing w:after="0"/>
      </w:pPr>
    </w:p>
    <w:p>
      <w:pPr>
        <w:spacing w:after="0"/>
      </w:pPr>
      <w:r>
        <w:rPr>
          <w:rFonts w:ascii="Arial" w:hAnsi="Arial"/>
          <w:b/>
          <w:sz w:val="22"/>
        </w:rPr>
        <w:t xml:space="preserve">Alice  </w:t>
      </w:r>
      <w:r>
        <w:rPr>
          <w:rFonts w:ascii="Arial" w:hAnsi="Arial"/>
          <w:color w:val="5D7284"/>
          <w:sz w:val="22"/>
        </w:rPr>
        <w:t>30:51</w:t>
      </w:r>
    </w:p>
    <w:p>
      <w:pPr>
        <w:spacing w:after="0"/>
      </w:pPr>
      <w:r>
        <w:rPr>
          <w:rFonts w:ascii="Arial" w:hAnsi="Arial"/>
          <w:sz w:val="22"/>
        </w:rPr>
        <w:t>The thing that I see, and I probably see them, I'm on a unofficial guide dogs Facebook groups. I'm visually impaired guide dog user, and I probably see three posts a week from guide dog users being told that they've been refused taxi access. And I just think that the profit that taxi companies, Ubers and stuff like that, I mean, and the stories are shocking, of people who yeah Ubers turn up, see them and leave and just hope that they Yeah and or in don't say anything, and in that kind of was there hoping you haven't seen them</w:t>
      </w:r>
    </w:p>
    <w:p>
      <w:pPr>
        <w:spacing w:after="0"/>
      </w:pPr>
    </w:p>
    <w:p>
      <w:pPr>
        <w:spacing w:after="0"/>
      </w:pPr>
      <w:r>
        <w:rPr>
          <w:rFonts w:ascii="Arial" w:hAnsi="Arial"/>
          <w:b/>
          <w:sz w:val="22"/>
        </w:rPr>
        <w:t xml:space="preserve">Lucy  </w:t>
      </w:r>
      <w:r>
        <w:rPr>
          <w:rFonts w:ascii="Arial" w:hAnsi="Arial"/>
          <w:color w:val="5D7284"/>
          <w:sz w:val="22"/>
        </w:rPr>
        <w:t>32:02</w:t>
      </w:r>
    </w:p>
    <w:p>
      <w:pPr>
        <w:spacing w:after="0"/>
      </w:pPr>
      <w:r>
        <w:rPr>
          <w:rFonts w:ascii="Arial" w:hAnsi="Arial"/>
          <w:sz w:val="22"/>
        </w:rPr>
        <w:t>probably, you know, Heidi ran the corner go, oh no. And they've</w:t>
      </w:r>
    </w:p>
    <w:p>
      <w:pPr>
        <w:spacing w:after="0"/>
      </w:pPr>
    </w:p>
    <w:p>
      <w:pPr>
        <w:spacing w:after="0"/>
      </w:pPr>
      <w:r>
        <w:rPr>
          <w:rFonts w:ascii="Arial" w:hAnsi="Arial"/>
          <w:b/>
          <w:sz w:val="22"/>
        </w:rPr>
        <w:t xml:space="preserve">Alice  </w:t>
      </w:r>
      <w:r>
        <w:rPr>
          <w:rFonts w:ascii="Arial" w:hAnsi="Arial"/>
          <w:color w:val="5D7284"/>
          <w:sz w:val="22"/>
        </w:rPr>
        <w:t>32:06</w:t>
      </w:r>
    </w:p>
    <w:p>
      <w:pPr>
        <w:spacing w:after="0"/>
      </w:pPr>
      <w:r>
        <w:rPr>
          <w:rFonts w:ascii="Arial" w:hAnsi="Arial"/>
          <w:sz w:val="22"/>
        </w:rPr>
        <w:t>just got, essentially, yeah, you know, and yeah, taxi drivers saying we, we might have other people in the car who were allergic to dogs, and, and, and just the, the, you know, well, I couldn't possibly have a dog in the car. Because, what if the dog wheeze in the car? They just think, like, what if, what if somebody has their child in the car, and they were in the car, which is, you know, or sick, or just it, yeah, and it, but, but the numbers, the I'm still shocked by how frequently this ice I see that this is happening people. I've been really fortunate that I have never experienced it. Touch on word myself, I always used local mini cab companies I'm familiar with. I don't I don't like the I don't like Uber generally. I don't like the Uber app. So it's just not something I've ever experienced. But, you know, I know people who have said that local mini companies have done exactly the same thing to them, but I just think, I mean, if that's somebody like, you're you're just, you're fully losing that fare. That is somebody who would have put money in your hand in 10 minutes time that you are just losing and they're giving, they're going to give that money to someone else, because they've got to get to where they go. Yeah,</w:t>
      </w:r>
    </w:p>
    <w:p>
      <w:pPr>
        <w:spacing w:after="0"/>
      </w:pPr>
    </w:p>
    <w:p>
      <w:pPr>
        <w:spacing w:after="0"/>
      </w:pPr>
      <w:r>
        <w:rPr>
          <w:rFonts w:ascii="Arial" w:hAnsi="Arial"/>
          <w:b/>
          <w:sz w:val="22"/>
        </w:rPr>
        <w:t xml:space="preserve">Lucy  </w:t>
      </w:r>
      <w:r>
        <w:rPr>
          <w:rFonts w:ascii="Arial" w:hAnsi="Arial"/>
          <w:color w:val="5D7284"/>
          <w:sz w:val="22"/>
        </w:rPr>
        <w:t>33:29</w:t>
      </w:r>
    </w:p>
    <w:p>
      <w:pPr>
        <w:spacing w:after="0"/>
      </w:pPr>
      <w:r>
        <w:rPr>
          <w:rFonts w:ascii="Arial" w:hAnsi="Arial"/>
          <w:sz w:val="22"/>
        </w:rPr>
        <w:t>word of mouth as well. So the disabled person then says to their friend who is also disabled, don't use that taxi company, because they, you know, they're not very accommodating to disabled people. And you think, that's another one.</w:t>
      </w:r>
    </w:p>
    <w:p>
      <w:pPr>
        <w:spacing w:after="0"/>
      </w:pPr>
    </w:p>
    <w:p>
      <w:pPr>
        <w:spacing w:after="0"/>
      </w:pPr>
      <w:r>
        <w:rPr>
          <w:rFonts w:ascii="Arial" w:hAnsi="Arial"/>
          <w:b/>
          <w:sz w:val="22"/>
        </w:rPr>
        <w:t xml:space="preserve">Alice  </w:t>
      </w:r>
      <w:r>
        <w:rPr>
          <w:rFonts w:ascii="Arial" w:hAnsi="Arial"/>
          <w:color w:val="5D7284"/>
          <w:sz w:val="22"/>
        </w:rPr>
        <w:t>33:41</w:t>
      </w:r>
    </w:p>
    <w:p>
      <w:pPr>
        <w:spacing w:after="0"/>
      </w:pPr>
      <w:r>
        <w:rPr>
          <w:rFonts w:ascii="Arial" w:hAnsi="Arial"/>
          <w:sz w:val="22"/>
        </w:rPr>
        <w:t>Well, then you just and it. But, you know, going back to Martin's point about enforcing it, you know, those, it's so it's almost impossible to get people to change the way they think in those you know, because they're just there. I'm not going to take this fair because it could impact future fares and things like that. And it's, it's a, I mean, I'm, I'm trying to understand a way of thinking that I will never understand. You know that the justifications are really baffling to me and but, but the process of challenging and trying to, you know, how you would actually make that changes is so much that, you know, I know very few people even follow through with kind of reporting.</w:t>
      </w:r>
    </w:p>
    <w:p>
      <w:pPr>
        <w:spacing w:after="0"/>
      </w:pPr>
    </w:p>
    <w:p>
      <w:pPr>
        <w:spacing w:after="0"/>
      </w:pPr>
      <w:r>
        <w:rPr>
          <w:rFonts w:ascii="Arial" w:hAnsi="Arial"/>
          <w:b/>
          <w:sz w:val="22"/>
        </w:rPr>
        <w:t xml:space="preserve">Martyn Sibley  </w:t>
      </w:r>
      <w:r>
        <w:rPr>
          <w:rFonts w:ascii="Arial" w:hAnsi="Arial"/>
          <w:color w:val="5D7284"/>
          <w:sz w:val="22"/>
        </w:rPr>
        <w:t>34:35</w:t>
      </w:r>
    </w:p>
    <w:p>
      <w:pPr>
        <w:spacing w:after="0"/>
      </w:pPr>
      <w:r>
        <w:rPr>
          <w:rFonts w:ascii="Arial" w:hAnsi="Arial"/>
          <w:sz w:val="22"/>
        </w:rPr>
        <w:t>Yeah, I mean, there are so many challenges and there's complexities. I don't have exact answers, but I think that's probably where I referenced the cooperative I'm starting, called Purple collective, where it's almost where purple goat can't influence. For example, we spoke to Uber and it was like Lucy said, like they just didn't. Didn't get anything, no. So like</w:t>
      </w:r>
    </w:p>
    <w:p>
      <w:pPr>
        <w:spacing w:after="0"/>
      </w:pPr>
    </w:p>
    <w:p>
      <w:pPr>
        <w:spacing w:after="0"/>
      </w:pPr>
      <w:r>
        <w:rPr>
          <w:rFonts w:ascii="Arial" w:hAnsi="Arial"/>
          <w:b/>
          <w:sz w:val="22"/>
        </w:rPr>
        <w:t xml:space="preserve">Lucy  </w:t>
      </w:r>
      <w:r>
        <w:rPr>
          <w:rFonts w:ascii="Arial" w:hAnsi="Arial"/>
          <w:color w:val="5D7284"/>
          <w:sz w:val="22"/>
        </w:rPr>
        <w:t>35:04</w:t>
      </w:r>
    </w:p>
    <w:p>
      <w:pPr>
        <w:spacing w:after="0"/>
      </w:pPr>
      <w:r>
        <w:rPr>
          <w:rFonts w:ascii="Arial" w:hAnsi="Arial"/>
          <w:sz w:val="22"/>
        </w:rPr>
        <w:t>that doesn't surprise me. Do you</w:t>
      </w:r>
    </w:p>
    <w:p>
      <w:pPr>
        <w:spacing w:after="0"/>
      </w:pPr>
    </w:p>
    <w:p>
      <w:pPr>
        <w:spacing w:after="0"/>
      </w:pPr>
      <w:r>
        <w:rPr>
          <w:rFonts w:ascii="Arial" w:hAnsi="Arial"/>
          <w:b/>
          <w:sz w:val="22"/>
        </w:rPr>
        <w:t xml:space="preserve">Martyn Sibley  </w:t>
      </w:r>
      <w:r>
        <w:rPr>
          <w:rFonts w:ascii="Arial" w:hAnsi="Arial"/>
          <w:color w:val="5D7284"/>
          <w:sz w:val="22"/>
        </w:rPr>
        <w:t>35:06</w:t>
      </w:r>
    </w:p>
    <w:p>
      <w:pPr>
        <w:spacing w:after="0"/>
      </w:pPr>
      <w:r>
        <w:rPr>
          <w:rFonts w:ascii="Arial" w:hAnsi="Arial"/>
          <w:sz w:val="22"/>
        </w:rPr>
        <w:t>know what I mean? No,</w:t>
      </w:r>
    </w:p>
    <w:p>
      <w:pPr>
        <w:spacing w:after="0"/>
      </w:pPr>
    </w:p>
    <w:p>
      <w:pPr>
        <w:spacing w:after="0"/>
      </w:pPr>
      <w:r>
        <w:rPr>
          <w:rFonts w:ascii="Arial" w:hAnsi="Arial"/>
          <w:b/>
          <w:sz w:val="22"/>
        </w:rPr>
        <w:t xml:space="preserve">Alice  </w:t>
      </w:r>
      <w:r>
        <w:rPr>
          <w:rFonts w:ascii="Arial" w:hAnsi="Arial"/>
          <w:color w:val="5D7284"/>
          <w:sz w:val="22"/>
        </w:rPr>
        <w:t>35:08</w:t>
      </w:r>
    </w:p>
    <w:p>
      <w:pPr>
        <w:spacing w:after="0"/>
      </w:pPr>
      <w:r>
        <w:rPr>
          <w:rFonts w:ascii="Arial" w:hAnsi="Arial"/>
          <w:sz w:val="22"/>
        </w:rPr>
        <w:t>I was gonna say the least of Uber's problems are there access sort of issues. There are problems across the board with Uber's general ethos to business,</w:t>
      </w:r>
    </w:p>
    <w:p>
      <w:pPr>
        <w:spacing w:after="0"/>
      </w:pPr>
    </w:p>
    <w:p>
      <w:pPr>
        <w:spacing w:after="0"/>
      </w:pPr>
      <w:r>
        <w:rPr>
          <w:rFonts w:ascii="Arial" w:hAnsi="Arial"/>
          <w:b/>
          <w:sz w:val="22"/>
        </w:rPr>
        <w:t xml:space="preserve">Martyn Sibley  </w:t>
      </w:r>
      <w:r>
        <w:rPr>
          <w:rFonts w:ascii="Arial" w:hAnsi="Arial"/>
          <w:color w:val="5D7284"/>
          <w:sz w:val="22"/>
        </w:rPr>
        <w:t>35:17</w:t>
      </w:r>
    </w:p>
    <w:p>
      <w:pPr>
        <w:spacing w:after="0"/>
      </w:pPr>
      <w:r>
        <w:rPr>
          <w:rFonts w:ascii="Arial" w:hAnsi="Arial"/>
          <w:sz w:val="22"/>
        </w:rPr>
        <w:t>exactly. But so I think if we've covered a lot of that, the Win, win business case, and that's the space that purple co operates in, where we're at now, is okay, what happens when the business case doesn't work for whatever reason? And theoretically there's the legal protection of the equalities. But from what I understand, say that you were, you know, the Uber driver just pisses off and leaves you and cancels right for you to enforce the equality that you would have to find a lawyer and pay them all of the costs to take Uber to court, and you might not win, because the equalities Act talks about the reasonable adjustment, and that's just so wooly, like, it's hard to know whether a jury or a court of law would say something that's clearly discriminatory, would be a reasonable adjustment or not. So there's a lot of difficulty with that where, and this is the point about the collective. It's about the power of community and the like, unified voice of community and then speaking to relevant power. Now I don't know exactly with Uber like, I know they need, for example, licenses in London, wherever they are, they need licenses, but say in London, they would be given license in to operate private transport from the Mayor of London, like from the Greater London Authority. So if 1000s of disabled people collectively said to the mayor or the head of the GLA this is going on systematically. That's where you can see you might move the needle on, putting a different pressure on someone. And we're talking about Uber now, right? But in every industry, stuff like this is going on, yeah? And so that's the vision of this collective is to it's sort of like a micro activism way of like, everyone's busy, but there'll be targeted, sort of strategic actions that everyone does each week together that makes decision makers put pressure on these brands, and not just brands like it could be A public body like my local wheelchair services have it's a year ago, they said I needed a new cushion, and I'm still waiting for my new kitchen.</w:t>
      </w:r>
    </w:p>
    <w:p>
      <w:pPr>
        <w:spacing w:after="0"/>
      </w:pPr>
    </w:p>
    <w:p>
      <w:pPr>
        <w:spacing w:after="0"/>
      </w:pPr>
      <w:r>
        <w:rPr>
          <w:rFonts w:ascii="Arial" w:hAnsi="Arial"/>
          <w:b/>
          <w:sz w:val="22"/>
        </w:rPr>
        <w:t xml:space="preserve">Lucy  </w:t>
      </w:r>
      <w:r>
        <w:rPr>
          <w:rFonts w:ascii="Arial" w:hAnsi="Arial"/>
          <w:color w:val="5D7284"/>
          <w:sz w:val="22"/>
        </w:rPr>
        <w:t>37:48</w:t>
      </w:r>
    </w:p>
    <w:p>
      <w:pPr>
        <w:spacing w:after="0"/>
      </w:pPr>
      <w:r>
        <w:rPr>
          <w:rFonts w:ascii="Arial" w:hAnsi="Arial"/>
          <w:sz w:val="22"/>
        </w:rPr>
        <w:t>Yeah, Martin, I am going through exactly the same situation because I went to my neurologist appointment, and my neurologist for the second time in two years, went well, your wheelchair is a bit snug on you, and I nearly wanted to run over to sports because, excuse me, there's been a pandemic. All I've done is eat cheese, leave me be but he said, and also, your cushion looks a bit flat. And I was like, well, I'll need a new one. He goes, I can refer you for a new one. I went to the wheelchair services who, they didn't even let me try the cushions. They were like, Oh yeah, that one will do. I was like, Okay, fair enough. And I said, Well, I am trying to lose a bit of weight, so this chair, the chair I am currently sat in, will eventually, hopefully be a bit too big. Can I get a voucher for like, the cost, like half of the cost of a wheelchair, because I did. I did. Used to pay for my own wheelchairs privately, and then I realized the voucher scheme, and I was like, hang on a minute. I should just take this but they, they are so slow with everything, like, I still haven't received the cushion. And that was, it's just like, what, what am I meant to do?</w:t>
      </w:r>
    </w:p>
    <w:p>
      <w:pPr>
        <w:spacing w:after="0"/>
      </w:pPr>
    </w:p>
    <w:p>
      <w:pPr>
        <w:spacing w:after="0"/>
      </w:pPr>
      <w:r>
        <w:rPr>
          <w:rFonts w:ascii="Arial" w:hAnsi="Arial"/>
          <w:b/>
          <w:sz w:val="22"/>
        </w:rPr>
        <w:t xml:space="preserve">Alice  </w:t>
      </w:r>
      <w:r>
        <w:rPr>
          <w:rFonts w:ascii="Arial" w:hAnsi="Arial"/>
          <w:color w:val="5D7284"/>
          <w:sz w:val="22"/>
        </w:rPr>
        <w:t>38:59</w:t>
      </w:r>
    </w:p>
    <w:p>
      <w:pPr>
        <w:spacing w:after="0"/>
      </w:pPr>
      <w:r>
        <w:rPr>
          <w:rFonts w:ascii="Arial" w:hAnsi="Arial"/>
          <w:sz w:val="22"/>
        </w:rPr>
        <w:t>You think that's bad, the current waiting list for Child and Adolescent Mental Health Service for autism diagnosis in certainly in Coventry City, is five years to believe. Wow. So if you think your three year old might be autistic, you will have to wait until that child is eight to get a diagnosis development. Yeah, exactly. And it is not until you've got a diagnosis that you can get a Education, Health and Care Plan, which is what they would use, what used to be your statement the thing to get you your child for support that can be up to 12 to 18 months. So that child is 1011, 12, almost all the way through primary school with no support whatsoever, to then be facing, staring down the barrel of secondary school, having had no support the. Impact that's going to have on their education and on their development and on their social skills. It's just, it's astonishing.</w:t>
      </w:r>
    </w:p>
    <w:p>
      <w:pPr>
        <w:spacing w:after="0"/>
      </w:pPr>
    </w:p>
    <w:p>
      <w:pPr>
        <w:spacing w:after="0"/>
      </w:pPr>
      <w:r>
        <w:rPr>
          <w:rFonts w:ascii="Arial" w:hAnsi="Arial"/>
          <w:b/>
          <w:sz w:val="22"/>
        </w:rPr>
        <w:t xml:space="preserve">Martyn Sibley  </w:t>
      </w:r>
      <w:r>
        <w:rPr>
          <w:rFonts w:ascii="Arial" w:hAnsi="Arial"/>
          <w:color w:val="5D7284"/>
          <w:sz w:val="22"/>
        </w:rPr>
        <w:t>40:08</w:t>
      </w:r>
    </w:p>
    <w:p>
      <w:pPr>
        <w:spacing w:after="0"/>
      </w:pPr>
      <w:r>
        <w:rPr>
          <w:rFonts w:ascii="Arial" w:hAnsi="Arial"/>
          <w:sz w:val="22"/>
        </w:rPr>
        <w:t>Yeah, that is awful.</w:t>
      </w:r>
    </w:p>
    <w:p>
      <w:pPr>
        <w:spacing w:after="0"/>
      </w:pPr>
    </w:p>
    <w:p>
      <w:pPr>
        <w:spacing w:after="0"/>
      </w:pPr>
      <w:r>
        <w:rPr>
          <w:rFonts w:ascii="Arial" w:hAnsi="Arial"/>
          <w:b/>
          <w:sz w:val="22"/>
        </w:rPr>
        <w:t xml:space="preserve">Alice  </w:t>
      </w:r>
      <w:r>
        <w:rPr>
          <w:rFonts w:ascii="Arial" w:hAnsi="Arial"/>
          <w:color w:val="5D7284"/>
          <w:sz w:val="22"/>
        </w:rPr>
        <w:t>40:10</w:t>
      </w:r>
    </w:p>
    <w:p>
      <w:pPr>
        <w:spacing w:after="0"/>
      </w:pPr>
      <w:r>
        <w:rPr>
          <w:rFonts w:ascii="Arial" w:hAnsi="Arial"/>
          <w:sz w:val="22"/>
        </w:rPr>
        <w:t>It's just this funding. Essentially, it's funding and mismanagement.</w:t>
      </w:r>
    </w:p>
    <w:p>
      <w:pPr>
        <w:spacing w:after="0"/>
      </w:pPr>
    </w:p>
    <w:p>
      <w:pPr>
        <w:spacing w:after="0"/>
      </w:pPr>
      <w:r>
        <w:rPr>
          <w:rFonts w:ascii="Arial" w:hAnsi="Arial"/>
          <w:b/>
          <w:sz w:val="22"/>
        </w:rPr>
        <w:t xml:space="preserve">Lucy  </w:t>
      </w:r>
      <w:r>
        <w:rPr>
          <w:rFonts w:ascii="Arial" w:hAnsi="Arial"/>
          <w:color w:val="5D7284"/>
          <w:sz w:val="22"/>
        </w:rPr>
        <w:t>40:14</w:t>
      </w:r>
    </w:p>
    <w:p>
      <w:pPr>
        <w:spacing w:after="0"/>
      </w:pPr>
      <w:r>
        <w:rPr>
          <w:rFonts w:ascii="Arial" w:hAnsi="Arial"/>
          <w:sz w:val="22"/>
        </w:rPr>
        <w:t>Yeah, I think definitely for wheelchair services. Speaking from personal experience, I think it is management issues, because the people that you speak to, you're like, you call off the phone and you're baffled by what they've said to you. They said to me, Do you need help sourcing a wheelchair? I was like, No, I go to the I know, like, I've got a company that I go to that know me and know my needs and everything. I don't need help. Fine. I just need the give me the voucher, give me the and it's like, oh, okay, well, we'll get that process. Then you say, Okay, how long is that going to take? I emailed them to say, how long is it going to take? Not heard anything back. So I'm like, do it? Do I go and get a wheelchair or what? Because you're not actually allowed to buy the wheelchair until you get the voucher so you can go and look at them and, like, tease yourself. Well, that's nice. I might have that one in 2045 when the voucher comes through. But, yeah, it just drives you potty</w:t>
      </w:r>
    </w:p>
    <w:p>
      <w:pPr>
        <w:spacing w:after="0"/>
      </w:pPr>
    </w:p>
    <w:p>
      <w:pPr>
        <w:spacing w:after="0"/>
      </w:pPr>
      <w:r>
        <w:rPr>
          <w:rFonts w:ascii="Arial" w:hAnsi="Arial"/>
          <w:b/>
          <w:sz w:val="22"/>
        </w:rPr>
        <w:t xml:space="preserve">Martyn Sibley  </w:t>
      </w:r>
      <w:r>
        <w:rPr>
          <w:rFonts w:ascii="Arial" w:hAnsi="Arial"/>
          <w:color w:val="5D7284"/>
          <w:sz w:val="22"/>
        </w:rPr>
        <w:t>41:16</w:t>
      </w:r>
    </w:p>
    <w:p>
      <w:pPr>
        <w:spacing w:after="0"/>
      </w:pPr>
      <w:r>
        <w:rPr>
          <w:rFonts w:ascii="Arial" w:hAnsi="Arial"/>
          <w:sz w:val="22"/>
        </w:rPr>
        <w:t>Absolutely. And I think that the financial side we all hear in you know, there's a hole in the finances. There's not much money and and I think that your point, Lucy, it's not only money that would fix a lot of things. It's actually people and processes and mismanagement. And of course, there is an element about finance as well. But then also think of the people like you and I that are needing some equipment. I don't know about you, I'm sort of managing at the minute with my old cushion, but like there will be people that maybe are stuck in bed till they get the new chair, or they're in the chair, but it's causing a lot of discomfort, maybe even pressure sores, whatever it might be that ends up costing the economy more, because there's going to be more need for health care, and not just physical, but mental health care as well. So even financially, we're social excited about this, because there's a longer tail of cost inverted commas, to the exchequer to the economy because of the, like you said, as well, at least the kids not getting the support they need at primary school. Like, that's a lifetime of things that are not going to play out as well as if they intervened earlier. So even the financial bit is just stupid,</w:t>
      </w:r>
    </w:p>
    <w:p>
      <w:pPr>
        <w:spacing w:after="0"/>
      </w:pPr>
    </w:p>
    <w:p>
      <w:pPr>
        <w:spacing w:after="0"/>
      </w:pPr>
      <w:r>
        <w:rPr>
          <w:rFonts w:ascii="Arial" w:hAnsi="Arial"/>
          <w:b/>
          <w:sz w:val="22"/>
        </w:rPr>
        <w:t xml:space="preserve">Alice  </w:t>
      </w:r>
      <w:r>
        <w:rPr>
          <w:rFonts w:ascii="Arial" w:hAnsi="Arial"/>
          <w:color w:val="5D7284"/>
          <w:sz w:val="22"/>
        </w:rPr>
        <w:t>42:39</w:t>
      </w:r>
    </w:p>
    <w:p>
      <w:pPr>
        <w:spacing w:after="0"/>
      </w:pPr>
      <w:r>
        <w:rPr>
          <w:rFonts w:ascii="Arial" w:hAnsi="Arial"/>
          <w:sz w:val="22"/>
        </w:rPr>
        <w:t>and it's the, you know, it always feeds back into what I think about when they talk about cutting benefits to try and save costs and make it more difficult to get benefits. And I think, you know, the people, there are so many disabled people out there who need benefits to survive, to the point that, you know, like there is there because there is that additional cost of living with a disability that, you know, it's that if I wasn't getting hip to cover the extra costs of being disabled, it would be the stress I would be dealing with would be so much that I wouldn't probably be able to hold down my job. So, you know, it would that I then wouldn't be paying my taxes. I, you know, it's I wouldn't have any money to spend, and it just all feeds back into the same problem. But as you say, social sighted. Is that immediate? Well, we'll cut these, this, this spending costs. And I think it's a, it is not a political party issue. It is a general governance issue. Yeah, exactly. And I think one of the things that's really cool about your collaborative idea and that kind of micro activism is that, you know, thinking about people that I've worked with whose children are waiting for that, you know, to go through that CAMHS assessment process. Those people are trying to raise their children. They are trying to support their autistic child who comes home from school overwhelmed, stressed out every day. You know, they don't feel able to sign up to huge campaign works and pouring their heart and soul into that they do not have the time, they do not have the energy. And so being able to contribute what you can, when you can, it's just, it's just inclusive, isn't it just, and it means that you're gonna get more from people.</w:t>
      </w:r>
    </w:p>
    <w:p>
      <w:pPr>
        <w:spacing w:after="0"/>
      </w:pPr>
    </w:p>
    <w:p>
      <w:pPr>
        <w:spacing w:after="0"/>
      </w:pPr>
      <w:r>
        <w:rPr>
          <w:rFonts w:ascii="Arial" w:hAnsi="Arial"/>
          <w:b/>
          <w:sz w:val="22"/>
        </w:rPr>
        <w:t xml:space="preserve">Lucy  </w:t>
      </w:r>
      <w:r>
        <w:rPr>
          <w:rFonts w:ascii="Arial" w:hAnsi="Arial"/>
          <w:color w:val="5D7284"/>
          <w:sz w:val="22"/>
        </w:rPr>
        <w:t>44:37</w:t>
      </w:r>
    </w:p>
    <w:p>
      <w:pPr>
        <w:spacing w:after="0"/>
      </w:pPr>
      <w:r>
        <w:rPr>
          <w:rFonts w:ascii="Arial" w:hAnsi="Arial"/>
          <w:sz w:val="22"/>
        </w:rPr>
        <w:t>And also having that collective, I think, is quite comforting, because if you're going through, like some like, you know, discriminatory episodes of whatever, you know what I mean, how go into this collective and say this has happened to me, and then being able to link up with other people who've also had the same experience, you don't. Feel so isolated in your experience as a disabled person, like, when anything bad happens to me, I ring Alice, we have a chat on the phone, and I feel better because Alice is like, yeah, it's this is crap. You're validated in your feelings. Well, you know this is, this is the but a lot of people don't have that sort of system around them that they might possibly be the only disabled person they know. So being able to go to a collective of people that go, right, what's the what's the issue? What have you experienced? Because we can, perhaps, you know, give you the support and give you that those, that network of people who are possibly going through the same thing, I think, is very it's a very comforting and empowering thing to give somebody who is, you know, going through some sort of discriminatory behavior, or, you know, is feeling hard done by or, you know that that kind of thing. I think that's all sometimes it was. All you need is some listening ear to go, what's what happened? What's the problem? Let's see if we can,</w:t>
      </w:r>
    </w:p>
    <w:p>
      <w:pPr>
        <w:spacing w:after="0"/>
      </w:pPr>
    </w:p>
    <w:p>
      <w:pPr>
        <w:spacing w:after="0"/>
      </w:pPr>
      <w:r>
        <w:rPr>
          <w:rFonts w:ascii="Arial" w:hAnsi="Arial"/>
          <w:b/>
          <w:sz w:val="22"/>
        </w:rPr>
        <w:t xml:space="preserve">Alice  </w:t>
      </w:r>
      <w:r>
        <w:rPr>
          <w:rFonts w:ascii="Arial" w:hAnsi="Arial"/>
          <w:color w:val="5D7284"/>
          <w:sz w:val="22"/>
        </w:rPr>
        <w:t>46:02</w:t>
      </w:r>
    </w:p>
    <w:p>
      <w:pPr>
        <w:spacing w:after="0"/>
      </w:pPr>
      <w:r>
        <w:rPr>
          <w:rFonts w:ascii="Arial" w:hAnsi="Arial"/>
          <w:sz w:val="22"/>
        </w:rPr>
        <w:t>you know, to then have other people around you who are like, yes, I've also been through this, and it's really, really shit. Let's work out what we're going to do so other people don't go through this in the future.</w:t>
      </w:r>
    </w:p>
    <w:p>
      <w:pPr>
        <w:spacing w:after="0"/>
      </w:pPr>
    </w:p>
    <w:p>
      <w:pPr>
        <w:spacing w:after="0"/>
      </w:pPr>
      <w:r>
        <w:rPr>
          <w:rFonts w:ascii="Arial" w:hAnsi="Arial"/>
          <w:b/>
          <w:sz w:val="22"/>
        </w:rPr>
        <w:t xml:space="preserve">Martyn Sibley  </w:t>
      </w:r>
      <w:r>
        <w:rPr>
          <w:rFonts w:ascii="Arial" w:hAnsi="Arial"/>
          <w:color w:val="5D7284"/>
          <w:sz w:val="22"/>
        </w:rPr>
        <w:t>46:15</w:t>
      </w:r>
    </w:p>
    <w:p>
      <w:pPr>
        <w:spacing w:after="0"/>
      </w:pPr>
      <w:r>
        <w:rPr>
          <w:rFonts w:ascii="Arial" w:hAnsi="Arial"/>
          <w:sz w:val="22"/>
        </w:rPr>
        <w:t>Yeah, exactly, yes.</w:t>
      </w:r>
    </w:p>
    <w:p>
      <w:pPr>
        <w:spacing w:after="0"/>
      </w:pPr>
    </w:p>
    <w:p>
      <w:pPr>
        <w:spacing w:after="0"/>
      </w:pPr>
      <w:r>
        <w:rPr>
          <w:rFonts w:ascii="Arial" w:hAnsi="Arial"/>
          <w:b/>
          <w:sz w:val="22"/>
        </w:rPr>
        <w:t xml:space="preserve">Alice  </w:t>
      </w:r>
      <w:r>
        <w:rPr>
          <w:rFonts w:ascii="Arial" w:hAnsi="Arial"/>
          <w:color w:val="5D7284"/>
          <w:sz w:val="22"/>
        </w:rPr>
        <w:t>46:19</w:t>
      </w:r>
    </w:p>
    <w:p>
      <w:pPr>
        <w:spacing w:after="0"/>
      </w:pPr>
      <w:r>
        <w:rPr>
          <w:rFonts w:ascii="Arial" w:hAnsi="Arial"/>
          <w:sz w:val="22"/>
        </w:rPr>
        <w:t>It's really empowering. If</w:t>
      </w:r>
    </w:p>
    <w:p>
      <w:pPr>
        <w:spacing w:after="0"/>
      </w:pPr>
    </w:p>
    <w:p>
      <w:pPr>
        <w:spacing w:after="0"/>
      </w:pPr>
      <w:r>
        <w:rPr>
          <w:rFonts w:ascii="Arial" w:hAnsi="Arial"/>
          <w:b/>
          <w:sz w:val="22"/>
        </w:rPr>
        <w:t xml:space="preserve">Lucy  </w:t>
      </w:r>
      <w:r>
        <w:rPr>
          <w:rFonts w:ascii="Arial" w:hAnsi="Arial"/>
          <w:color w:val="5D7284"/>
          <w:sz w:val="22"/>
        </w:rPr>
        <w:t>46:21</w:t>
      </w:r>
    </w:p>
    <w:p>
      <w:pPr>
        <w:spacing w:after="0"/>
      </w:pPr>
      <w:r>
        <w:rPr>
          <w:rFonts w:ascii="Arial" w:hAnsi="Arial"/>
          <w:sz w:val="22"/>
        </w:rPr>
        <w:t>we band together, we can change this for other people, not just you. I think again, is, is something that is, like Alice says, is empowering, and I think it's a great initiative, really, yeah, that you're I can see your vision, and I can see where you want to go with it. It's exciting me, and I'm not even like part of it. So yeah, it's a I think it's a great thing.</w:t>
      </w:r>
    </w:p>
    <w:p>
      <w:pPr>
        <w:spacing w:after="0"/>
      </w:pPr>
    </w:p>
    <w:p>
      <w:pPr>
        <w:spacing w:after="0"/>
      </w:pPr>
      <w:r>
        <w:rPr>
          <w:rFonts w:ascii="Arial" w:hAnsi="Arial"/>
          <w:b/>
          <w:sz w:val="22"/>
        </w:rPr>
        <w:t xml:space="preserve">Martyn Sibley  </w:t>
      </w:r>
      <w:r>
        <w:rPr>
          <w:rFonts w:ascii="Arial" w:hAnsi="Arial"/>
          <w:color w:val="5D7284"/>
          <w:sz w:val="22"/>
        </w:rPr>
        <w:t>46:46</w:t>
      </w:r>
    </w:p>
    <w:p>
      <w:pPr>
        <w:spacing w:after="0"/>
      </w:pPr>
      <w:r>
        <w:rPr>
          <w:rFonts w:ascii="Arial" w:hAnsi="Arial"/>
          <w:sz w:val="22"/>
        </w:rPr>
        <w:t>We haven't obviously. I appreciate this might this podcast might go out sort of and then it will have launched, but as a recording today, we've not yet launched it. But once it's live, it's absolutely for everyone to shape. I want it. That's why it's a cooperative, is that it will be everyone becomes part of what it becomes, if that makes sense, yeah. And it's a real community initiative. And it was, you know, a lot of lessons from running disability horizons, lots of great stuff at horizons, but it was hard to have a churn of articles that were different every week and that said something very original or different. I think this feels a way of actually coming together. And like we say, like getting out of the echo chamber and looking at societal problems and trying to break down the reasons and build bridges and without going all cliche and cheesy and you know Ott, that that is the genuine purpose of it all. But there's definitely a sort of almost a horizons 2.0 but with a few years of lessons and newer ideas and thoughts around it as well.</w:t>
      </w:r>
    </w:p>
    <w:p>
      <w:pPr>
        <w:spacing w:after="0"/>
      </w:pPr>
    </w:p>
    <w:p>
      <w:pPr>
        <w:spacing w:after="0"/>
      </w:pPr>
      <w:r>
        <w:rPr>
          <w:rFonts w:ascii="Arial" w:hAnsi="Arial"/>
          <w:b/>
          <w:sz w:val="22"/>
        </w:rPr>
        <w:t xml:space="preserve">Lucy  </w:t>
      </w:r>
      <w:r>
        <w:rPr>
          <w:rFonts w:ascii="Arial" w:hAnsi="Arial"/>
          <w:color w:val="5D7284"/>
          <w:sz w:val="22"/>
        </w:rPr>
        <w:t>48:01</w:t>
      </w:r>
    </w:p>
    <w:p>
      <w:pPr>
        <w:spacing w:after="0"/>
      </w:pPr>
      <w:r>
        <w:rPr>
          <w:rFonts w:ascii="Arial" w:hAnsi="Arial"/>
          <w:sz w:val="22"/>
        </w:rPr>
        <w:t>I think that's what I really like about your ethos, Martin, is you're not afraid to sort of step back from things and, like, refocus your time and your energy into something similar, but it's different because, like you say, society changes. You know, we have all seen from when we were kids to now, you know, there's been changes in perceptions of disabled people, not always for the for the better, but, and it's been very slow, but it has changed so and as those conversations and viewpoints and perspectives change, then the people that are providing that sort of information and support and services like disability horizons did, then they need to sort of adapt and change to the new landscape, don't they? And I mean, and disability Horizons was, was a brilliant thing we get. We still get a lot of traffic from, you know, articles about the podcast that disability horizons wrote about us, and so we are forever grateful for that. But like you say, you know, it's a different landscape now, and it's you don't want to be churning out the same old, you know, stuff over and over again, because nobody ever eventually people get bored of it, because they'll just turn their ears off. Do you know what I mean?</w:t>
      </w:r>
    </w:p>
    <w:p>
      <w:pPr>
        <w:spacing w:after="0"/>
      </w:pPr>
    </w:p>
    <w:p>
      <w:pPr>
        <w:spacing w:after="0"/>
      </w:pPr>
      <w:r>
        <w:rPr>
          <w:rFonts w:ascii="Arial" w:hAnsi="Arial"/>
          <w:b/>
          <w:sz w:val="22"/>
        </w:rPr>
        <w:t xml:space="preserve">Martyn Sibley  </w:t>
      </w:r>
      <w:r>
        <w:rPr>
          <w:rFonts w:ascii="Arial" w:hAnsi="Arial"/>
          <w:color w:val="5D7284"/>
          <w:sz w:val="22"/>
        </w:rPr>
        <w:t>49:21</w:t>
      </w:r>
    </w:p>
    <w:p>
      <w:pPr>
        <w:spacing w:after="0"/>
      </w:pPr>
      <w:r>
        <w:rPr>
          <w:rFonts w:ascii="Arial" w:hAnsi="Arial"/>
          <w:sz w:val="22"/>
        </w:rPr>
        <w:t>Yeah, and I think that it's almost the not the negative. But the challenge was, it was similar things within the same audience. I could talk about echo chamber, whereas actually, like we agreed earlier, we all have experiences, newer experiences. It's important to share those experiences, to have to be heard like say, to be validated with our feelings and struggles. So all that remains, but there's something about how to get those stories in front of others that can actually make things more inclusive and make changes that are more structured. Modern society. Oh, yeah,</w:t>
      </w:r>
    </w:p>
    <w:p>
      <w:pPr>
        <w:spacing w:after="0"/>
      </w:pPr>
    </w:p>
    <w:p>
      <w:pPr>
        <w:spacing w:after="0"/>
      </w:pPr>
      <w:r>
        <w:rPr>
          <w:rFonts w:ascii="Arial" w:hAnsi="Arial"/>
          <w:b/>
          <w:sz w:val="22"/>
        </w:rPr>
        <w:t xml:space="preserve">Alice  </w:t>
      </w:r>
      <w:r>
        <w:rPr>
          <w:rFonts w:ascii="Arial" w:hAnsi="Arial"/>
          <w:color w:val="5D7284"/>
          <w:sz w:val="22"/>
        </w:rPr>
        <w:t>50:01</w:t>
      </w:r>
    </w:p>
    <w:p>
      <w:pPr>
        <w:spacing w:after="0"/>
      </w:pPr>
      <w:r>
        <w:rPr>
          <w:rFonts w:ascii="Arial" w:hAnsi="Arial"/>
          <w:sz w:val="22"/>
        </w:rPr>
        <w:t>rather than just Rishi Sunak disability horizon,</w:t>
      </w:r>
    </w:p>
    <w:p>
      <w:pPr>
        <w:spacing w:after="0"/>
      </w:pPr>
    </w:p>
    <w:p>
      <w:pPr>
        <w:spacing w:after="0"/>
      </w:pPr>
      <w:r>
        <w:rPr>
          <w:rFonts w:ascii="Arial" w:hAnsi="Arial"/>
          <w:b/>
          <w:sz w:val="22"/>
        </w:rPr>
        <w:t xml:space="preserve">Martyn Sibley  </w:t>
      </w:r>
      <w:r>
        <w:rPr>
          <w:rFonts w:ascii="Arial" w:hAnsi="Arial"/>
          <w:color w:val="5D7284"/>
          <w:sz w:val="22"/>
        </w:rPr>
        <w:t>50:06</w:t>
      </w:r>
    </w:p>
    <w:p>
      <w:pPr>
        <w:spacing w:after="0"/>
      </w:pPr>
      <w:r>
        <w:rPr>
          <w:rFonts w:ascii="Arial" w:hAnsi="Arial"/>
          <w:sz w:val="22"/>
        </w:rPr>
        <w:t>exactly.</w:t>
      </w:r>
    </w:p>
    <w:p>
      <w:pPr>
        <w:spacing w:after="0"/>
      </w:pPr>
    </w:p>
    <w:p>
      <w:pPr>
        <w:spacing w:after="0"/>
      </w:pPr>
      <w:r>
        <w:rPr>
          <w:rFonts w:ascii="Arial" w:hAnsi="Arial"/>
          <w:b/>
          <w:sz w:val="22"/>
        </w:rPr>
        <w:t xml:space="preserve">Lucy  </w:t>
      </w:r>
      <w:r>
        <w:rPr>
          <w:rFonts w:ascii="Arial" w:hAnsi="Arial"/>
          <w:color w:val="5D7284"/>
          <w:sz w:val="22"/>
        </w:rPr>
        <w:t>50:06</w:t>
      </w:r>
    </w:p>
    <w:p>
      <w:pPr>
        <w:spacing w:after="0"/>
      </w:pPr>
      <w:r>
        <w:rPr>
          <w:rFonts w:ascii="Arial" w:hAnsi="Arial"/>
          <w:sz w:val="22"/>
        </w:rPr>
        <w:t>I mean, he should do really. I mean, it probably would, would make people realize a hell of a lot, but, yeah, I really admire the way you're not afraid to go, Okay, this need, we need to just overhaul this and sort of tweak this and change this, and, like, refocus our view on stuff. Because I think a lot of people, when they've been working on things for a long time, they can go, we'll keep going. We'll keep going. We'll keep going to the and who is that benefiting? Because if, if people aren't reading it or consuming it like they were you it's not really doing any any good at all, is it really? It's just the same. It's like the echo chamber, isn't it? You know. Do</w:t>
      </w:r>
    </w:p>
    <w:p>
      <w:pPr>
        <w:spacing w:after="0"/>
      </w:pPr>
    </w:p>
    <w:p>
      <w:pPr>
        <w:spacing w:after="0"/>
      </w:pPr>
      <w:r>
        <w:rPr>
          <w:rFonts w:ascii="Arial" w:hAnsi="Arial"/>
          <w:b/>
          <w:sz w:val="22"/>
        </w:rPr>
        <w:t xml:space="preserve">Alice  </w:t>
      </w:r>
      <w:r>
        <w:rPr>
          <w:rFonts w:ascii="Arial" w:hAnsi="Arial"/>
          <w:color w:val="5D7284"/>
          <w:sz w:val="22"/>
        </w:rPr>
        <w:t>50:49</w:t>
      </w:r>
    </w:p>
    <w:p>
      <w:pPr>
        <w:spacing w:after="0"/>
      </w:pPr>
      <w:r>
        <w:rPr>
          <w:rFonts w:ascii="Arial" w:hAnsi="Arial"/>
          <w:sz w:val="22"/>
        </w:rPr>
        <w:t>you know yet, Martin? Or can you sort of share with us about what that kind of purple cooperative is going to look like, how people can get involved and sort of contribute, or is that all still kind of working in process? Or is it being kept, yeah, kept under your hat?</w:t>
      </w:r>
    </w:p>
    <w:p>
      <w:pPr>
        <w:spacing w:after="0"/>
      </w:pPr>
    </w:p>
    <w:p>
      <w:pPr>
        <w:spacing w:after="0"/>
      </w:pPr>
      <w:r>
        <w:rPr>
          <w:rFonts w:ascii="Arial" w:hAnsi="Arial"/>
          <w:b/>
          <w:sz w:val="22"/>
        </w:rPr>
        <w:t xml:space="preserve">Martyn Sibley  </w:t>
      </w:r>
      <w:r>
        <w:rPr>
          <w:rFonts w:ascii="Arial" w:hAnsi="Arial"/>
          <w:color w:val="5D7284"/>
          <w:sz w:val="22"/>
        </w:rPr>
        <w:t>51:07</w:t>
      </w:r>
    </w:p>
    <w:p>
      <w:pPr>
        <w:spacing w:after="0"/>
      </w:pPr>
      <w:r>
        <w:rPr>
          <w:rFonts w:ascii="Arial" w:hAnsi="Arial"/>
          <w:sz w:val="22"/>
        </w:rPr>
        <w:t>Yeah, no, I'm pretty sure when this airs, it will already be out. And as of today, there's a lot of clarity. It's just we're probably a week or two from launch, and we're recording this work very early in August. So yeah, fundamentally, it's going to be like a way of subscribing to an email list that will be the easy way to join the collective. And then there'll be for now, because it's all going to evolve over time, but sort of like a weekly focus where there is an action or actions from the collective to address what the focus is. And it's very inspired. I'd already started to see the opportunity and the idea for a few months, but there's a app called chili, C, H, I, L, L, I dot club, and it does the same thing for environmental activism. They have an app. So there's an aspiration. There will be a purple collective app in the future. But, you know, we want to do it sort of not have crazy costs to launch, but just to kind of try out the broad plan for it. And as I've said, the collective will shape what it becomes. It it's not only in my vision, it's kind of, here's an idea, and then it will evolve with everybody. So it'll be very, very democratic as well. But so there will be an app in the future, but yeah, if you check out chili dot club, particularly those interested in environmental issues, it's all that they do, but applied to disability inclusion, and that could be wheelchair services one week that we spoke about earlier. It could be airlines failing disabled people, like the documentary that went out last week that I was involved in with Sophie Morgan, and the week after that, it could be housing, like it can be everything and anything, but again, at the minute, the ideas are from me and a guy called Philip have kind of started it. But in the end, it will be everyone saying this is actually an important issue, and can we focus on this? And there'll be ways to sort of crowdsource which campaigns and which actions. So it will take on a life of its own, but in the beginning, it will be an email list and an Instagram and just everyone helping to get the word out and everyone helping to bring energy to these solutions.</w:t>
      </w:r>
    </w:p>
    <w:p>
      <w:pPr>
        <w:spacing w:after="0"/>
      </w:pPr>
    </w:p>
    <w:p>
      <w:pPr>
        <w:spacing w:after="0"/>
      </w:pPr>
      <w:r>
        <w:rPr>
          <w:rFonts w:ascii="Arial" w:hAnsi="Arial"/>
          <w:b/>
          <w:sz w:val="22"/>
        </w:rPr>
        <w:t xml:space="preserve">Alice  </w:t>
      </w:r>
      <w:r>
        <w:rPr>
          <w:rFonts w:ascii="Arial" w:hAnsi="Arial"/>
          <w:color w:val="5D7284"/>
          <w:sz w:val="22"/>
        </w:rPr>
        <w:t>53:34</w:t>
      </w:r>
    </w:p>
    <w:p>
      <w:pPr>
        <w:spacing w:after="0"/>
      </w:pPr>
      <w:r>
        <w:rPr>
          <w:rFonts w:ascii="Arial" w:hAnsi="Arial"/>
          <w:sz w:val="22"/>
        </w:rPr>
        <w:t>I love it. We'll hopefully have all of that, the information that we can share around the CO operative out as and when this episode comes out. So it will be, we'll share it out in the newsletter, where you will all already have been, because that's how you will have got this episode. So yes, thank you. I think that sounds I think that sounds awesome. I think it sounds really good. I was like, How do I sign up.</w:t>
      </w:r>
    </w:p>
    <w:p>
      <w:pPr>
        <w:spacing w:after="0"/>
      </w:pPr>
    </w:p>
    <w:p>
      <w:pPr>
        <w:spacing w:after="0"/>
      </w:pPr>
      <w:r>
        <w:rPr>
          <w:rFonts w:ascii="Arial" w:hAnsi="Arial"/>
          <w:b/>
          <w:sz w:val="22"/>
        </w:rPr>
        <w:t xml:space="preserve">Lucy  </w:t>
      </w:r>
      <w:r>
        <w:rPr>
          <w:rFonts w:ascii="Arial" w:hAnsi="Arial"/>
          <w:color w:val="5D7284"/>
          <w:sz w:val="22"/>
        </w:rPr>
        <w:t>54:02</w:t>
      </w:r>
    </w:p>
    <w:p>
      <w:pPr>
        <w:spacing w:after="0"/>
      </w:pPr>
      <w:r>
        <w:rPr>
          <w:rFonts w:ascii="Arial" w:hAnsi="Arial"/>
          <w:sz w:val="22"/>
        </w:rPr>
        <w:t>Thank you. Thank</w:t>
      </w:r>
    </w:p>
    <w:p>
      <w:pPr>
        <w:spacing w:after="0"/>
      </w:pPr>
    </w:p>
    <w:p>
      <w:pPr>
        <w:spacing w:after="0"/>
      </w:pPr>
      <w:r>
        <w:rPr>
          <w:rFonts w:ascii="Arial" w:hAnsi="Arial"/>
          <w:b/>
          <w:sz w:val="22"/>
        </w:rPr>
        <w:t xml:space="preserve">Alice  </w:t>
      </w:r>
      <w:r>
        <w:rPr>
          <w:rFonts w:ascii="Arial" w:hAnsi="Arial"/>
          <w:color w:val="5D7284"/>
          <w:sz w:val="22"/>
        </w:rPr>
        <w:t>54:03</w:t>
      </w:r>
    </w:p>
    <w:p>
      <w:pPr>
        <w:spacing w:after="0"/>
      </w:pPr>
      <w:r>
        <w:rPr>
          <w:rFonts w:ascii="Arial" w:hAnsi="Arial"/>
          <w:sz w:val="22"/>
        </w:rPr>
        <w:t>you. Thank you, Martin for telling us about it. Because I'm like, I need, I need this in my life to feel like I'm doing more than just fighting the same fires over and over again.</w:t>
      </w:r>
    </w:p>
    <w:p>
      <w:pPr>
        <w:spacing w:after="0"/>
      </w:pPr>
    </w:p>
    <w:p>
      <w:pPr>
        <w:spacing w:after="0"/>
      </w:pPr>
      <w:r>
        <w:rPr>
          <w:rFonts w:ascii="Arial" w:hAnsi="Arial"/>
          <w:b/>
          <w:sz w:val="22"/>
        </w:rPr>
        <w:t xml:space="preserve">Lucy  </w:t>
      </w:r>
      <w:r>
        <w:rPr>
          <w:rFonts w:ascii="Arial" w:hAnsi="Arial"/>
          <w:color w:val="5D7284"/>
          <w:sz w:val="22"/>
        </w:rPr>
        <w:t>54:16</w:t>
      </w:r>
    </w:p>
    <w:p>
      <w:pPr>
        <w:spacing w:after="0"/>
      </w:pPr>
      <w:r>
        <w:rPr>
          <w:rFonts w:ascii="Arial" w:hAnsi="Arial"/>
          <w:sz w:val="22"/>
        </w:rPr>
        <w:t>If you need somebody to chain themselves to a gate of any kind,</w:t>
      </w:r>
    </w:p>
    <w:p>
      <w:pPr>
        <w:spacing w:after="0"/>
      </w:pPr>
    </w:p>
    <w:p>
      <w:pPr>
        <w:spacing w:after="0"/>
      </w:pPr>
      <w:r>
        <w:rPr>
          <w:rFonts w:ascii="Arial" w:hAnsi="Arial"/>
          <w:b/>
          <w:sz w:val="22"/>
        </w:rPr>
        <w:t xml:space="preserve">Alice  </w:t>
      </w:r>
      <w:r>
        <w:rPr>
          <w:rFonts w:ascii="Arial" w:hAnsi="Arial"/>
          <w:color w:val="5D7284"/>
          <w:sz w:val="22"/>
        </w:rPr>
        <w:t>54:20</w:t>
      </w:r>
    </w:p>
    <w:p>
      <w:pPr>
        <w:spacing w:after="0"/>
      </w:pPr>
      <w:r>
        <w:rPr>
          <w:rFonts w:ascii="Arial" w:hAnsi="Arial"/>
          <w:sz w:val="22"/>
        </w:rPr>
        <w:t>I'm in what?</w:t>
      </w:r>
    </w:p>
    <w:p>
      <w:pPr>
        <w:spacing w:after="0"/>
      </w:pPr>
    </w:p>
    <w:p>
      <w:pPr>
        <w:spacing w:after="0"/>
      </w:pPr>
      <w:r>
        <w:rPr>
          <w:rFonts w:ascii="Arial" w:hAnsi="Arial"/>
          <w:b/>
          <w:sz w:val="22"/>
        </w:rPr>
        <w:t xml:space="preserve">Martyn Sibley  </w:t>
      </w:r>
      <w:r>
        <w:rPr>
          <w:rFonts w:ascii="Arial" w:hAnsi="Arial"/>
          <w:color w:val="5D7284"/>
          <w:sz w:val="22"/>
        </w:rPr>
        <w:t>54:23</w:t>
      </w:r>
    </w:p>
    <w:p>
      <w:pPr>
        <w:spacing w:after="0"/>
      </w:pPr>
      <w:r>
        <w:rPr>
          <w:rFonts w:ascii="Arial" w:hAnsi="Arial"/>
          <w:sz w:val="22"/>
        </w:rPr>
        <w:t>What's funny saying that? Because I think we all know a lot of that was the kind of founding activism that led to more rights and inclusion we have than our peers, and, you know, fellow disabled people so that. So there always was a lot of that positively. And I, I think the collective is tapping into an energy of people that have just had enough on all different levels. And there is, there is an energy for activism. And I think we have to think carefully if and where that sort of civil disobedient demonstration tactic has a play. Is because it does have a play. Have to</w:t>
      </w:r>
    </w:p>
    <w:p>
      <w:pPr>
        <w:spacing w:after="0"/>
      </w:pPr>
    </w:p>
    <w:p>
      <w:pPr>
        <w:spacing w:after="0"/>
      </w:pPr>
      <w:r>
        <w:rPr>
          <w:rFonts w:ascii="Arial" w:hAnsi="Arial"/>
          <w:b/>
          <w:sz w:val="22"/>
        </w:rPr>
        <w:t xml:space="preserve">Alice  </w:t>
      </w:r>
      <w:r>
        <w:rPr>
          <w:rFonts w:ascii="Arial" w:hAnsi="Arial"/>
          <w:color w:val="5D7284"/>
          <w:sz w:val="22"/>
        </w:rPr>
        <w:t>55:01</w:t>
      </w:r>
    </w:p>
    <w:p>
      <w:pPr>
        <w:spacing w:after="0"/>
      </w:pPr>
      <w:r>
        <w:rPr>
          <w:rFonts w:ascii="Arial" w:hAnsi="Arial"/>
          <w:sz w:val="22"/>
        </w:rPr>
        <w:t>be so careful now, though, with all of the laws that bring in about protests and things like that, but you are, I absolutely agree with you, Martin. I think that civil disobedience is because people aren't listening. We've tried being polite and people aren't listening it. You know exactly. It is one of the the few avenues left to us to make that change.</w:t>
      </w:r>
    </w:p>
    <w:p>
      <w:pPr>
        <w:spacing w:after="0"/>
      </w:pPr>
    </w:p>
    <w:p>
      <w:pPr>
        <w:spacing w:after="0"/>
      </w:pPr>
      <w:r>
        <w:rPr>
          <w:rFonts w:ascii="Arial" w:hAnsi="Arial"/>
          <w:b/>
          <w:sz w:val="22"/>
        </w:rPr>
        <w:t xml:space="preserve">Lucy  </w:t>
      </w:r>
      <w:r>
        <w:rPr>
          <w:rFonts w:ascii="Arial" w:hAnsi="Arial"/>
          <w:color w:val="5D7284"/>
          <w:sz w:val="22"/>
        </w:rPr>
        <w:t>55:22</w:t>
      </w:r>
    </w:p>
    <w:p>
      <w:pPr>
        <w:spacing w:after="0"/>
      </w:pPr>
      <w:r>
        <w:rPr>
          <w:rFonts w:ascii="Arial" w:hAnsi="Arial"/>
          <w:sz w:val="22"/>
        </w:rPr>
        <w:t>I have said to you just before we started recording Martin, that I am the wuss of the group, so I will just bring sandwiches. I</w:t>
      </w:r>
    </w:p>
    <w:p>
      <w:pPr>
        <w:spacing w:after="0"/>
      </w:pPr>
    </w:p>
    <w:p>
      <w:pPr>
        <w:spacing w:after="0"/>
      </w:pPr>
      <w:r>
        <w:rPr>
          <w:rFonts w:ascii="Arial" w:hAnsi="Arial"/>
          <w:b/>
          <w:sz w:val="22"/>
        </w:rPr>
        <w:t xml:space="preserve">Alice  </w:t>
      </w:r>
      <w:r>
        <w:rPr>
          <w:rFonts w:ascii="Arial" w:hAnsi="Arial"/>
          <w:color w:val="5D7284"/>
          <w:sz w:val="22"/>
        </w:rPr>
        <w:t>55:31</w:t>
      </w:r>
    </w:p>
    <w:p>
      <w:pPr>
        <w:spacing w:after="0"/>
      </w:pPr>
      <w:r>
        <w:rPr>
          <w:rFonts w:ascii="Arial" w:hAnsi="Arial"/>
          <w:sz w:val="22"/>
        </w:rPr>
        <w:t>was gonna say that if you can just, you can be the person who brings around the sandwiches. Yeah,</w:t>
      </w:r>
    </w:p>
    <w:p>
      <w:pPr>
        <w:spacing w:after="0"/>
      </w:pPr>
    </w:p>
    <w:p>
      <w:pPr>
        <w:spacing w:after="0"/>
      </w:pPr>
      <w:r>
        <w:rPr>
          <w:rFonts w:ascii="Arial" w:hAnsi="Arial"/>
          <w:b/>
          <w:sz w:val="22"/>
        </w:rPr>
        <w:t xml:space="preserve">Lucy  </w:t>
      </w:r>
      <w:r>
        <w:rPr>
          <w:rFonts w:ascii="Arial" w:hAnsi="Arial"/>
          <w:color w:val="5D7284"/>
          <w:sz w:val="22"/>
        </w:rPr>
        <w:t>55:35</w:t>
      </w:r>
    </w:p>
    <w:p>
      <w:pPr>
        <w:spacing w:after="0"/>
      </w:pPr>
      <w:r>
        <w:rPr>
          <w:rFonts w:ascii="Arial" w:hAnsi="Arial"/>
          <w:sz w:val="22"/>
        </w:rPr>
        <w:t>me, I can. I can make a good cheesecake.</w:t>
      </w:r>
    </w:p>
    <w:p>
      <w:pPr>
        <w:spacing w:after="0"/>
      </w:pPr>
    </w:p>
    <w:p>
      <w:pPr>
        <w:spacing w:after="0"/>
      </w:pPr>
      <w:r>
        <w:rPr>
          <w:rFonts w:ascii="Arial" w:hAnsi="Arial"/>
          <w:b/>
          <w:sz w:val="22"/>
        </w:rPr>
        <w:t xml:space="preserve">Alice Evans &amp; Lucy Wood  </w:t>
      </w:r>
      <w:r>
        <w:rPr>
          <w:rFonts w:ascii="Arial" w:hAnsi="Arial"/>
          <w:color w:val="5D7284"/>
          <w:sz w:val="22"/>
        </w:rPr>
        <w:t>55:42</w:t>
      </w:r>
    </w:p>
    <w:p>
      <w:pPr>
        <w:spacing w:after="0"/>
      </w:pPr>
      <w:r>
        <w:rPr>
          <w:rFonts w:ascii="Arial" w:hAnsi="Arial"/>
          <w:sz w:val="22"/>
        </w:rPr>
        <w:t>I'm doing my you there is something</w:t>
      </w:r>
    </w:p>
    <w:p>
      <w:pPr>
        <w:spacing w:after="0"/>
      </w:pPr>
    </w:p>
    <w:p>
      <w:pPr>
        <w:spacing w:after="0"/>
      </w:pPr>
      <w:r>
        <w:rPr>
          <w:rFonts w:ascii="Arial" w:hAnsi="Arial"/>
          <w:b/>
          <w:sz w:val="22"/>
        </w:rPr>
        <w:t xml:space="preserve">Martyn Sibley  </w:t>
      </w:r>
      <w:r>
        <w:rPr>
          <w:rFonts w:ascii="Arial" w:hAnsi="Arial"/>
          <w:color w:val="5D7284"/>
          <w:sz w:val="22"/>
        </w:rPr>
        <w:t>55:51</w:t>
      </w:r>
    </w:p>
    <w:p>
      <w:pPr>
        <w:spacing w:after="0"/>
      </w:pPr>
      <w:r>
        <w:rPr>
          <w:rFonts w:ascii="Arial" w:hAnsi="Arial"/>
          <w:sz w:val="22"/>
        </w:rPr>
        <w:t>very important as well around again, repeating similar points now, but you know, bridging and going into other communities beyond our own, and there's a big movement around participatory democracy. There's a book I read called citizens by John Alexander, and it's all about how we all have more agency than we realize. And he's not just speaking to disabled people, it's all of us, in our hometown, in all the other communities we operate with online, whichever parts of our identity we have a belonging and a community around there's so much agency we actually do have. We're just told and taught we don't have it, and without going like radically, that's</w:t>
      </w:r>
    </w:p>
    <w:p>
      <w:pPr>
        <w:spacing w:after="0"/>
      </w:pPr>
    </w:p>
    <w:p>
      <w:pPr>
        <w:spacing w:after="0"/>
      </w:pPr>
      <w:r>
        <w:rPr>
          <w:rFonts w:ascii="Arial" w:hAnsi="Arial"/>
          <w:b/>
          <w:sz w:val="22"/>
        </w:rPr>
        <w:t xml:space="preserve">Alice  </w:t>
      </w:r>
      <w:r>
        <w:rPr>
          <w:rFonts w:ascii="Arial" w:hAnsi="Arial"/>
          <w:color w:val="5D7284"/>
          <w:sz w:val="22"/>
        </w:rPr>
        <w:t>56:41</w:t>
      </w:r>
    </w:p>
    <w:p>
      <w:pPr>
        <w:spacing w:after="0"/>
      </w:pPr>
      <w:r>
        <w:rPr>
          <w:rFonts w:ascii="Arial" w:hAnsi="Arial"/>
          <w:sz w:val="22"/>
        </w:rPr>
        <w:t>usually my niche, Martin, so it's someone else bringing it today. It's the thing that I always say about these political systems, the way that they other minorities, is that if you, you know, if you're out there and you're telling disabled people to look out, to watch out for other minorities, or, you know, you're pitting one disability against another. It reduces that collaborative and actually, if we were able to recognize that the issues are not all of the issues that we as individual communities are facing, the barriers are put in by the big system. But actually, if we can collaborated and came together, we are much bigger than that one system. Yeah, and it makes me</w:t>
      </w:r>
    </w:p>
    <w:p>
      <w:pPr>
        <w:spacing w:after="0"/>
      </w:pPr>
    </w:p>
    <w:p>
      <w:pPr>
        <w:spacing w:after="0"/>
      </w:pPr>
      <w:r>
        <w:rPr>
          <w:rFonts w:ascii="Arial" w:hAnsi="Arial"/>
          <w:b/>
          <w:sz w:val="22"/>
        </w:rPr>
        <w:t xml:space="preserve">Lucy  </w:t>
      </w:r>
      <w:r>
        <w:rPr>
          <w:rFonts w:ascii="Arial" w:hAnsi="Arial"/>
          <w:color w:val="5D7284"/>
          <w:sz w:val="22"/>
        </w:rPr>
        <w:t>57:31</w:t>
      </w:r>
    </w:p>
    <w:p>
      <w:pPr>
        <w:spacing w:after="0"/>
      </w:pPr>
      <w:r>
        <w:rPr>
          <w:rFonts w:ascii="Arial" w:hAnsi="Arial"/>
          <w:sz w:val="22"/>
        </w:rPr>
        <w:t>cry if you do change, if you do chain yourself to a fence or something, can you make sure you're wearing a labeled t shirt with a QR code for our GoFundMe.</w:t>
      </w:r>
    </w:p>
    <w:p>
      <w:pPr>
        <w:spacing w:after="0"/>
      </w:pPr>
    </w:p>
    <w:p>
      <w:pPr>
        <w:spacing w:after="0"/>
      </w:pPr>
      <w:r>
        <w:rPr>
          <w:rFonts w:ascii="Arial" w:hAnsi="Arial"/>
          <w:b/>
          <w:sz w:val="22"/>
        </w:rPr>
        <w:t xml:space="preserve">Martyn Sibley  </w:t>
      </w:r>
      <w:r>
        <w:rPr>
          <w:rFonts w:ascii="Arial" w:hAnsi="Arial"/>
          <w:color w:val="5D7284"/>
          <w:sz w:val="22"/>
        </w:rPr>
        <w:t>57:44</w:t>
      </w:r>
    </w:p>
    <w:p>
      <w:pPr>
        <w:spacing w:after="0"/>
      </w:pPr>
      <w:r>
        <w:rPr>
          <w:rFonts w:ascii="Arial" w:hAnsi="Arial"/>
          <w:sz w:val="22"/>
        </w:rPr>
        <w:t>It gets some brand awareness on screen,</w:t>
      </w:r>
    </w:p>
    <w:p>
      <w:pPr>
        <w:spacing w:after="0"/>
      </w:pPr>
    </w:p>
    <w:p>
      <w:pPr>
        <w:spacing w:after="0"/>
      </w:pPr>
      <w:r>
        <w:rPr>
          <w:rFonts w:ascii="Arial" w:hAnsi="Arial"/>
          <w:b/>
          <w:sz w:val="22"/>
        </w:rPr>
        <w:t xml:space="preserve">Lucy  </w:t>
      </w:r>
      <w:r>
        <w:rPr>
          <w:rFonts w:ascii="Arial" w:hAnsi="Arial"/>
          <w:color w:val="5D7284"/>
          <w:sz w:val="22"/>
        </w:rPr>
        <w:t>57:47</w:t>
      </w:r>
    </w:p>
    <w:p>
      <w:pPr>
        <w:spacing w:after="0"/>
      </w:pPr>
      <w:r>
        <w:rPr>
          <w:rFonts w:ascii="Arial" w:hAnsi="Arial"/>
          <w:sz w:val="22"/>
        </w:rPr>
        <w:t>exactly.</w:t>
      </w:r>
    </w:p>
    <w:p>
      <w:pPr>
        <w:spacing w:after="0"/>
      </w:pPr>
    </w:p>
    <w:p>
      <w:pPr>
        <w:spacing w:after="0"/>
      </w:pPr>
      <w:r>
        <w:rPr>
          <w:rFonts w:ascii="Arial" w:hAnsi="Arial"/>
          <w:b/>
          <w:sz w:val="22"/>
        </w:rPr>
        <w:t xml:space="preserve">Martyn Sibley  </w:t>
      </w:r>
      <w:r>
        <w:rPr>
          <w:rFonts w:ascii="Arial" w:hAnsi="Arial"/>
          <w:color w:val="5D7284"/>
          <w:sz w:val="22"/>
        </w:rPr>
        <w:t>57:49</w:t>
      </w:r>
    </w:p>
    <w:p>
      <w:pPr>
        <w:spacing w:after="0"/>
      </w:pPr>
      <w:r>
        <w:rPr>
          <w:rFonts w:ascii="Arial" w:hAnsi="Arial"/>
          <w:sz w:val="22"/>
        </w:rPr>
        <w:t>And I think, you know, we spoke about I didn't like teenage Martin wasn't planning to work in disability. I also wasn't that bothered by politics inverted commas in the politics were shown on the TV, the party politics, the things around corruption, all the stuff we hear in the news, but like the personal is political, someone told me years ago, and it is just about believing and knowing we do have that agency. And so the main point I'm trying to make for I go too much of my soapbox here is that it's going out of the disability community at work, like all people, all citizens, we should be co creating the systems that Alice is speaking to, not being recipients or beneficiaries of the system. And there's a real energy for that. It's not just like esoteric or idealism. I i can see a lot of stuff happening, and I think it's a great opportunity for us to get involved without burning ourselves out or getting stressed and overdoing it and doing too much either.</w:t>
      </w:r>
    </w:p>
    <w:p>
      <w:pPr>
        <w:spacing w:after="0"/>
      </w:pPr>
    </w:p>
    <w:p>
      <w:pPr>
        <w:spacing w:after="0"/>
      </w:pPr>
      <w:r>
        <w:rPr>
          <w:rFonts w:ascii="Arial" w:hAnsi="Arial"/>
          <w:b/>
          <w:sz w:val="22"/>
        </w:rPr>
        <w:t xml:space="preserve">Alice  </w:t>
      </w:r>
      <w:r>
        <w:rPr>
          <w:rFonts w:ascii="Arial" w:hAnsi="Arial"/>
          <w:color w:val="5D7284"/>
          <w:sz w:val="22"/>
        </w:rPr>
        <w:t>58:58</w:t>
      </w:r>
    </w:p>
    <w:p>
      <w:pPr>
        <w:spacing w:after="0"/>
      </w:pPr>
      <w:r>
        <w:rPr>
          <w:rFonts w:ascii="Arial" w:hAnsi="Arial"/>
          <w:sz w:val="22"/>
        </w:rPr>
        <w:t>I think that is a wonderfully positive, empowering, sort of call to action to end on Martin, thank you so much. I've really enjoyed this chat. Thanks,</w:t>
      </w:r>
    </w:p>
    <w:p>
      <w:pPr>
        <w:spacing w:after="0"/>
      </w:pPr>
    </w:p>
    <w:p>
      <w:pPr>
        <w:spacing w:after="0"/>
      </w:pPr>
      <w:r>
        <w:rPr>
          <w:rFonts w:ascii="Arial" w:hAnsi="Arial"/>
          <w:b/>
          <w:sz w:val="22"/>
        </w:rPr>
        <w:t xml:space="preserve">Lucy  </w:t>
      </w:r>
      <w:r>
        <w:rPr>
          <w:rFonts w:ascii="Arial" w:hAnsi="Arial"/>
          <w:color w:val="5D7284"/>
          <w:sz w:val="22"/>
        </w:rPr>
        <w:t>59:08</w:t>
      </w:r>
    </w:p>
    <w:p>
      <w:pPr>
        <w:spacing w:after="0"/>
      </w:pPr>
      <w:r>
        <w:rPr>
          <w:rFonts w:ascii="Arial" w:hAnsi="Arial"/>
          <w:sz w:val="22"/>
        </w:rPr>
        <w:t>Mike. It's been absolutely lovely to actually sit down and properly have a have a chat. Thanks so much for joining us. I hope you've enjoyed yourself</w:t>
      </w:r>
    </w:p>
    <w:p>
      <w:pPr>
        <w:spacing w:after="0"/>
      </w:pPr>
    </w:p>
    <w:p>
      <w:pPr>
        <w:spacing w:after="0"/>
      </w:pPr>
      <w:r>
        <w:rPr>
          <w:rFonts w:ascii="Arial" w:hAnsi="Arial"/>
          <w:b/>
          <w:sz w:val="22"/>
        </w:rPr>
        <w:t xml:space="preserve">Martyn Sibley  </w:t>
      </w:r>
      <w:r>
        <w:rPr>
          <w:rFonts w:ascii="Arial" w:hAnsi="Arial"/>
          <w:color w:val="5D7284"/>
          <w:sz w:val="22"/>
        </w:rPr>
        <w:t>59:17</w:t>
      </w:r>
    </w:p>
    <w:p>
      <w:pPr>
        <w:spacing w:after="0"/>
      </w:pPr>
      <w:r>
        <w:rPr>
          <w:rFonts w:ascii="Arial" w:hAnsi="Arial"/>
          <w:sz w:val="22"/>
        </w:rPr>
        <w:t>absolutely. Yeah, really, yeah. Thanks again for having me on the show and I will catch up again soon. I'm sure.</w:t>
      </w:r>
    </w:p>
    <w:p>
      <w:pPr>
        <w:spacing w:after="0"/>
      </w:pPr>
    </w:p>
    <w:p>
      <w:pPr>
        <w:spacing w:after="0"/>
      </w:pPr>
      <w:r>
        <w:rPr>
          <w:rFonts w:ascii="Arial" w:hAnsi="Arial"/>
          <w:b/>
          <w:sz w:val="22"/>
        </w:rPr>
        <w:t xml:space="preserve">Alice  </w:t>
      </w:r>
      <w:r>
        <w:rPr>
          <w:rFonts w:ascii="Arial" w:hAnsi="Arial"/>
          <w:color w:val="5D7284"/>
          <w:sz w:val="22"/>
        </w:rPr>
        <w:t>59:23</w:t>
      </w:r>
    </w:p>
    <w:p>
      <w:pPr>
        <w:spacing w:after="0"/>
      </w:pPr>
      <w:r>
        <w:rPr>
          <w:rFonts w:ascii="Arial" w:hAnsi="Arial"/>
          <w:sz w:val="22"/>
        </w:rPr>
        <w:t>Yes, definitely, and again. If you have enjoyed this episode, please tell your friends about it. Share our social medias and follow Martin. Martin, do you want to tell people where they can find you on the internet? If they want to follow you and get involved in the sort of keep an eye on the things you're doing. Thank</w:t>
      </w:r>
    </w:p>
    <w:p>
      <w:pPr>
        <w:spacing w:after="0"/>
      </w:pPr>
    </w:p>
    <w:p>
      <w:pPr>
        <w:spacing w:after="0"/>
      </w:pPr>
      <w:r>
        <w:rPr>
          <w:rFonts w:ascii="Arial" w:hAnsi="Arial"/>
          <w:b/>
          <w:sz w:val="22"/>
        </w:rPr>
        <w:t xml:space="preserve">Martyn Sibley  </w:t>
      </w:r>
      <w:r>
        <w:rPr>
          <w:rFonts w:ascii="Arial" w:hAnsi="Arial"/>
          <w:color w:val="5D7284"/>
          <w:sz w:val="22"/>
        </w:rPr>
        <w:t>59:43</w:t>
      </w:r>
    </w:p>
    <w:p>
      <w:pPr>
        <w:spacing w:after="0"/>
      </w:pPr>
      <w:r>
        <w:rPr>
          <w:rFonts w:ascii="Arial" w:hAnsi="Arial"/>
          <w:sz w:val="22"/>
        </w:rPr>
        <w:t>you. Yeah. So I've got my website. Martin sibley.com has my blogs back since 2009 but I commitment.</w:t>
      </w:r>
    </w:p>
    <w:p>
      <w:pPr>
        <w:spacing w:after="0"/>
      </w:pPr>
    </w:p>
    <w:p>
      <w:pPr>
        <w:spacing w:after="0"/>
      </w:pPr>
      <w:r>
        <w:rPr>
          <w:rFonts w:ascii="Arial" w:hAnsi="Arial"/>
          <w:b/>
          <w:sz w:val="22"/>
        </w:rPr>
        <w:t xml:space="preserve">Alice  </w:t>
      </w:r>
      <w:r>
        <w:rPr>
          <w:rFonts w:ascii="Arial" w:hAnsi="Arial"/>
          <w:color w:val="5D7284"/>
          <w:sz w:val="22"/>
        </w:rPr>
        <w:t>59:54</w:t>
      </w:r>
    </w:p>
    <w:p>
      <w:pPr>
        <w:spacing w:after="0"/>
      </w:pPr>
      <w:r>
        <w:rPr>
          <w:rFonts w:ascii="Arial" w:hAnsi="Arial"/>
          <w:sz w:val="22"/>
        </w:rPr>
        <w:t>The blog I was writing in 2009 was like, like. University, Emo, like, period, yeah, no, no.</w:t>
      </w:r>
    </w:p>
    <w:p>
      <w:pPr>
        <w:spacing w:after="0"/>
      </w:pPr>
    </w:p>
    <w:p>
      <w:pPr>
        <w:spacing w:after="0"/>
      </w:pPr>
      <w:r>
        <w:rPr>
          <w:rFonts w:ascii="Arial" w:hAnsi="Arial"/>
          <w:b/>
          <w:sz w:val="22"/>
        </w:rPr>
        <w:t xml:space="preserve">Martyn Sibley  </w:t>
      </w:r>
      <w:r>
        <w:rPr>
          <w:rFonts w:ascii="Arial" w:hAnsi="Arial"/>
          <w:color w:val="5D7284"/>
          <w:sz w:val="22"/>
        </w:rPr>
        <w:t>1:00:09</w:t>
      </w:r>
    </w:p>
    <w:p>
      <w:pPr>
        <w:spacing w:after="0"/>
      </w:pPr>
      <w:r>
        <w:rPr>
          <w:rFonts w:ascii="Arial" w:hAnsi="Arial"/>
          <w:sz w:val="22"/>
        </w:rPr>
        <w:t>You occasionally share stuff, but generally social media like LinkedIn is great for the sort of broader professional kind of work stuff, and then Instagram and tiktoks, a bit of the more travels and social life as well, but social media is probably the main place, and obviously purple goat, we've got our own content and vlog going on about that sort of influence the social media space as well. Amazing. Thank you. Great</w:t>
      </w:r>
    </w:p>
    <w:p>
      <w:pPr>
        <w:spacing w:after="0"/>
      </w:pPr>
    </w:p>
    <w:p>
      <w:pPr>
        <w:spacing w:after="0"/>
      </w:pPr>
      <w:r>
        <w:rPr>
          <w:rFonts w:ascii="Arial" w:hAnsi="Arial"/>
          <w:b/>
          <w:sz w:val="22"/>
        </w:rPr>
        <w:t xml:space="preserve">Lucy  </w:t>
      </w:r>
      <w:r>
        <w:rPr>
          <w:rFonts w:ascii="Arial" w:hAnsi="Arial"/>
          <w:color w:val="5D7284"/>
          <w:sz w:val="22"/>
        </w:rPr>
        <w:t>1:00:36</w:t>
      </w:r>
    </w:p>
    <w:p>
      <w:pPr>
        <w:spacing w:after="0"/>
      </w:pPr>
      <w:r>
        <w:rPr>
          <w:rFonts w:ascii="Arial" w:hAnsi="Arial"/>
          <w:sz w:val="22"/>
        </w:rPr>
        <w:t>stuff. Thank you. Thank you again, Martin, for joining us. We hope this isn't the last time you come and join the labor podcast, because I think there's so much more we could chat about. So we hopefully we'll have you back soon. Thanks for listening, guys. We'll be back next time. Bye, bye, bye.</w:t>
      </w:r>
    </w:p>
    <w:p>
      <w:pPr>
        <w:spacing w:after="0"/>
      </w:pPr>
    </w:p>
    <w:p>
      <w:pPr>
        <w:spacing w:after="0"/>
      </w:pPr>
      <w:r>
        <w:rPr>
          <w:rFonts w:ascii="Arial" w:hAnsi="Arial"/>
          <w:color w:val="5D7284"/>
          <w:sz w:val="22"/>
        </w:rPr>
        <w:t>1:01:00</w:t>
      </w:r>
    </w:p>
    <w:p>
      <w:pPr>
        <w:spacing w:after="0"/>
      </w:pPr>
      <w:r>
        <w:rPr>
          <w:rFonts w:ascii="Arial" w:hAnsi="Arial"/>
          <w:sz w:val="22"/>
        </w:rPr>
        <w:t>Don't wake Torah, thanks for listening to the labeled podcast. If you like the show, you can rate review and subscribe, and you can follow us on social media at labeled pod. This</w:t>
      </w:r>
    </w:p>
    <w:p>
      <w:pPr>
        <w:spacing w:after="0"/>
      </w:pPr>
    </w:p>
    <w:p>
      <w:pPr>
        <w:spacing w:after="0"/>
      </w:pPr>
      <w:r>
        <w:rPr>
          <w:rFonts w:ascii="Arial" w:hAnsi="Arial"/>
          <w:b/>
          <w:sz w:val="22"/>
        </w:rPr>
        <w:t xml:space="preserve">Lucy  </w:t>
      </w:r>
      <w:r>
        <w:rPr>
          <w:rFonts w:ascii="Arial" w:hAnsi="Arial"/>
          <w:color w:val="5D7284"/>
          <w:sz w:val="22"/>
        </w:rPr>
        <w:t>1:01:11</w:t>
      </w:r>
    </w:p>
    <w:p>
      <w:pPr>
        <w:spacing w:after="0"/>
      </w:pPr>
      <w:r>
        <w:rPr>
          <w:rFonts w:ascii="Arial" w:hAnsi="Arial"/>
          <w:sz w:val="22"/>
        </w:rPr>
        <w:t>episode was edited by Adam Hall. Our music was by Maisie Cronin, and we'd like to thank the rest of the team involved. You.</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