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Episode 62 With Jonathan Attenborough</w:t>
      </w:r>
    </w:p>
    <w:p>
      <w:r>
        <w:rPr>
          <w:rFonts w:ascii="Arial" w:hAnsi="Arial"/>
          <w:color w:val="4F6880"/>
          <w:sz w:val="22"/>
        </w:rPr>
        <w:t>Thu, Sep 19, 2024 8:35AM • 1:14:33</w:t>
      </w:r>
    </w:p>
    <w:p>
      <w:pPr>
        <w:spacing w:before="440" w:after="0"/>
      </w:pPr>
      <w:r>
        <w:rPr>
          <w:rFonts w:ascii="Arial" w:hAnsi="Arial"/>
          <w:b/>
          <w:color w:val="4F6880"/>
          <w:sz w:val="22"/>
        </w:rPr>
        <w:t>SUMMARY KEYWORDS</w:t>
      </w:r>
    </w:p>
    <w:p>
      <w:r>
        <w:rPr>
          <w:rFonts w:ascii="Arial" w:hAnsi="Arial"/>
          <w:color w:val="4F6880"/>
          <w:sz w:val="22"/>
        </w:rPr>
        <w:t>disney, watch, film, audio, sat, alice, description, kids, hippodrome, cgi, lucy, ai, lights, people, human, theater, john, cinema, playing, give</w:t>
      </w:r>
    </w:p>
    <w:p>
      <w:pPr>
        <w:spacing w:before="440" w:after="0"/>
      </w:pPr>
      <w:r>
        <w:rPr>
          <w:rFonts w:ascii="Arial" w:hAnsi="Arial"/>
          <w:b/>
          <w:color w:val="4F6880"/>
          <w:sz w:val="22"/>
        </w:rPr>
        <w:t>SPEAKERS</w:t>
      </w:r>
    </w:p>
    <w:p>
      <w:r>
        <w:rPr>
          <w:rFonts w:ascii="Arial" w:hAnsi="Arial"/>
          <w:color w:val="4F6880"/>
          <w:sz w:val="22"/>
        </w:rPr>
        <w:t>Lucy, Jon,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and that's Lola.</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 xml:space="preserve">Don't forget in this episode, I might swear Lucy might cry, and you can check out details of the trigger warnings on our website. Hello everyone. Welcome to a brand new episode of the lABLEd Podcast. I'm going to move my microphone so I'm actually speaking into it, and it's not next to my ear, and hopefully I'm now coming through loud and clear, I'm Alice, and I am here with my wonderful co host, Lucy, </w:t>
      </w:r>
    </w:p>
    <w:p>
      <w:pPr>
        <w:spacing w:after="0"/>
      </w:pPr>
    </w:p>
    <w:p>
      <w:pPr>
        <w:spacing w:after="0"/>
      </w:pPr>
      <w:r>
        <w:rPr>
          <w:rFonts w:ascii="Arial" w:hAnsi="Arial"/>
          <w:b/>
          <w:sz w:val="22"/>
        </w:rPr>
        <w:t xml:space="preserve">Lucy  </w:t>
      </w:r>
      <w:r>
        <w:rPr>
          <w:rFonts w:ascii="Arial" w:hAnsi="Arial"/>
          <w:color w:val="5D7284"/>
          <w:sz w:val="22"/>
        </w:rPr>
        <w:t>01:02</w:t>
      </w:r>
    </w:p>
    <w:p>
      <w:pPr>
        <w:spacing w:after="0"/>
      </w:pPr>
      <w:r>
        <w:rPr>
          <w:rFonts w:ascii="Arial" w:hAnsi="Arial"/>
          <w:sz w:val="22"/>
        </w:rPr>
        <w:t xml:space="preserve">hello, </w:t>
      </w:r>
    </w:p>
    <w:p>
      <w:pPr>
        <w:spacing w:after="0"/>
      </w:pPr>
    </w:p>
    <w:p>
      <w:pPr>
        <w:spacing w:after="0"/>
      </w:pPr>
      <w:r>
        <w:rPr>
          <w:rFonts w:ascii="Arial" w:hAnsi="Arial"/>
          <w:b/>
          <w:sz w:val="22"/>
        </w:rPr>
        <w:t xml:space="preserve">Alice  </w:t>
      </w:r>
      <w:r>
        <w:rPr>
          <w:rFonts w:ascii="Arial" w:hAnsi="Arial"/>
          <w:color w:val="5D7284"/>
          <w:sz w:val="22"/>
        </w:rPr>
        <w:t>01:03</w:t>
      </w:r>
    </w:p>
    <w:p>
      <w:pPr>
        <w:spacing w:after="0"/>
      </w:pPr>
      <w:r>
        <w:rPr>
          <w:rFonts w:ascii="Arial" w:hAnsi="Arial"/>
          <w:sz w:val="22"/>
        </w:rPr>
        <w:t>and we're doing another guest episode today, but before we bring our guest in, Luce, what we've been up to today? Anything interesting you doing?</w:t>
      </w:r>
    </w:p>
    <w:p>
      <w:pPr>
        <w:spacing w:after="0"/>
      </w:pPr>
    </w:p>
    <w:p>
      <w:pPr>
        <w:spacing w:after="0"/>
      </w:pPr>
      <w:r>
        <w:rPr>
          <w:rFonts w:ascii="Arial" w:hAnsi="Arial"/>
          <w:b/>
          <w:sz w:val="22"/>
        </w:rPr>
        <w:t xml:space="preserve">Lucy  </w:t>
      </w:r>
      <w:r>
        <w:rPr>
          <w:rFonts w:ascii="Arial" w:hAnsi="Arial"/>
          <w:color w:val="5D7284"/>
          <w:sz w:val="22"/>
        </w:rPr>
        <w:t>01:14</w:t>
      </w:r>
    </w:p>
    <w:p>
      <w:pPr>
        <w:spacing w:after="0"/>
      </w:pPr>
      <w:r>
        <w:rPr>
          <w:rFonts w:ascii="Arial" w:hAnsi="Arial"/>
          <w:sz w:val="22"/>
        </w:rPr>
        <w:t xml:space="preserve">I went downstairs. Ate a sandwich. I had a banana and a punnet of raspberries was very disappointed. The banana was all right, the raspberries were very disappointed. Do not eat fruit out of seasoned people. When will I learn? </w:t>
      </w:r>
    </w:p>
    <w:p>
      <w:pPr>
        <w:spacing w:after="0"/>
      </w:pPr>
    </w:p>
    <w:p>
      <w:pPr>
        <w:spacing w:after="0"/>
      </w:pPr>
      <w:r>
        <w:rPr>
          <w:rFonts w:ascii="Arial" w:hAnsi="Arial"/>
          <w:b/>
          <w:sz w:val="22"/>
        </w:rPr>
        <w:t xml:space="preserve">Alice  </w:t>
      </w:r>
      <w:r>
        <w:rPr>
          <w:rFonts w:ascii="Arial" w:hAnsi="Arial"/>
          <w:color w:val="5D7284"/>
          <w:sz w:val="22"/>
        </w:rPr>
        <w:t>01:29</w:t>
      </w:r>
    </w:p>
    <w:p>
      <w:pPr>
        <w:spacing w:after="0"/>
      </w:pPr>
      <w:r>
        <w:rPr>
          <w:rFonts w:ascii="Arial" w:hAnsi="Arial"/>
          <w:sz w:val="22"/>
        </w:rPr>
        <w:t xml:space="preserve">Yeah I did the same with blackberries last week, and I was just, I'm not enjoying this. I'm just staining my fingers. </w:t>
      </w:r>
    </w:p>
    <w:p>
      <w:pPr>
        <w:spacing w:after="0"/>
      </w:pPr>
    </w:p>
    <w:p>
      <w:pPr>
        <w:spacing w:after="0"/>
      </w:pPr>
      <w:r>
        <w:rPr>
          <w:rFonts w:ascii="Arial" w:hAnsi="Arial"/>
          <w:b/>
          <w:sz w:val="22"/>
        </w:rPr>
        <w:t xml:space="preserve">Lucy  </w:t>
      </w:r>
      <w:r>
        <w:rPr>
          <w:rFonts w:ascii="Arial" w:hAnsi="Arial"/>
          <w:color w:val="5D7284"/>
          <w:sz w:val="22"/>
        </w:rPr>
        <w:t>01:36</w:t>
      </w:r>
    </w:p>
    <w:p>
      <w:pPr>
        <w:spacing w:after="0"/>
      </w:pPr>
      <w:r>
        <w:rPr>
          <w:rFonts w:ascii="Arial" w:hAnsi="Arial"/>
          <w:sz w:val="22"/>
        </w:rPr>
        <w:t>Yeah, No, it's, it's not worth it, really. So, yeah, I have had something to eat. I'm in slightly better mood, ever so slightly but, yeah, other than that, I'm fine. What about you?</w:t>
      </w:r>
    </w:p>
    <w:p>
      <w:pPr>
        <w:spacing w:after="0"/>
      </w:pPr>
    </w:p>
    <w:p>
      <w:pPr>
        <w:spacing w:after="0"/>
      </w:pPr>
      <w:r>
        <w:rPr>
          <w:rFonts w:ascii="Arial" w:hAnsi="Arial"/>
          <w:b/>
          <w:sz w:val="22"/>
        </w:rPr>
        <w:t xml:space="preserve">Alice  </w:t>
      </w:r>
      <w:r>
        <w:rPr>
          <w:rFonts w:ascii="Arial" w:hAnsi="Arial"/>
          <w:color w:val="5D7284"/>
          <w:sz w:val="22"/>
        </w:rPr>
        <w:t>01:48</w:t>
      </w:r>
    </w:p>
    <w:p>
      <w:pPr>
        <w:spacing w:after="0"/>
      </w:pPr>
      <w:r>
        <w:rPr>
          <w:rFonts w:ascii="Arial" w:hAnsi="Arial"/>
          <w:sz w:val="22"/>
        </w:rPr>
        <w:t>Not dissimilar, I had a salad, I got hummus on my trousers, and now we're back,</w:t>
      </w:r>
    </w:p>
    <w:p>
      <w:pPr>
        <w:spacing w:after="0"/>
      </w:pPr>
    </w:p>
    <w:p>
      <w:pPr>
        <w:spacing w:after="0"/>
      </w:pPr>
      <w:r>
        <w:rPr>
          <w:rFonts w:ascii="Arial" w:hAnsi="Arial"/>
          <w:b/>
          <w:sz w:val="22"/>
        </w:rPr>
        <w:t xml:space="preserve">Lucy  </w:t>
      </w:r>
      <w:r>
        <w:rPr>
          <w:rFonts w:ascii="Arial" w:hAnsi="Arial"/>
          <w:color w:val="5D7284"/>
          <w:sz w:val="22"/>
        </w:rPr>
        <w:t>02:00</w:t>
      </w:r>
    </w:p>
    <w:p>
      <w:pPr>
        <w:spacing w:after="0"/>
      </w:pPr>
      <w:r>
        <w:rPr>
          <w:rFonts w:ascii="Arial" w:hAnsi="Arial"/>
          <w:sz w:val="22"/>
        </w:rPr>
        <w:t>ever so slightly grumpy, but here we go.</w:t>
      </w:r>
    </w:p>
    <w:p>
      <w:pPr>
        <w:spacing w:after="0"/>
      </w:pPr>
    </w:p>
    <w:p>
      <w:pPr>
        <w:spacing w:after="0"/>
      </w:pPr>
      <w:r>
        <w:rPr>
          <w:rFonts w:ascii="Arial" w:hAnsi="Arial"/>
          <w:b/>
          <w:sz w:val="22"/>
        </w:rPr>
        <w:t xml:space="preserve">Alice  </w:t>
      </w:r>
      <w:r>
        <w:rPr>
          <w:rFonts w:ascii="Arial" w:hAnsi="Arial"/>
          <w:color w:val="5D7284"/>
          <w:sz w:val="22"/>
        </w:rPr>
        <w:t>02:03</w:t>
      </w:r>
    </w:p>
    <w:p>
      <w:pPr>
        <w:spacing w:after="0"/>
      </w:pPr>
      <w:r>
        <w:rPr>
          <w:rFonts w:ascii="Arial" w:hAnsi="Arial"/>
          <w:sz w:val="22"/>
        </w:rPr>
        <w:t>Well, we have a guest here. No pressure, John to share today. John joined us back in October last year as part of our disability Technology Series to talk to us about all things AI, and we had such a good time talking to him that we have bullied him into coming back on. Hi, John, thank you for coming on.</w:t>
      </w:r>
    </w:p>
    <w:p>
      <w:pPr>
        <w:spacing w:after="0"/>
      </w:pPr>
    </w:p>
    <w:p>
      <w:pPr>
        <w:spacing w:after="0"/>
      </w:pPr>
      <w:r>
        <w:rPr>
          <w:rFonts w:ascii="Arial" w:hAnsi="Arial"/>
          <w:b/>
          <w:sz w:val="22"/>
        </w:rPr>
        <w:t xml:space="preserve">Lucy  </w:t>
      </w:r>
      <w:r>
        <w:rPr>
          <w:rFonts w:ascii="Arial" w:hAnsi="Arial"/>
          <w:color w:val="5D7284"/>
          <w:sz w:val="22"/>
        </w:rPr>
        <w:t>02:25</w:t>
      </w:r>
    </w:p>
    <w:p>
      <w:pPr>
        <w:spacing w:after="0"/>
      </w:pPr>
      <w:r>
        <w:rPr>
          <w:rFonts w:ascii="Arial" w:hAnsi="Arial"/>
          <w:sz w:val="22"/>
        </w:rPr>
        <w:t>Hello, John.</w:t>
      </w:r>
    </w:p>
    <w:p>
      <w:pPr>
        <w:spacing w:after="0"/>
      </w:pPr>
    </w:p>
    <w:p>
      <w:pPr>
        <w:spacing w:after="0"/>
      </w:pPr>
      <w:r>
        <w:rPr>
          <w:rFonts w:ascii="Arial" w:hAnsi="Arial"/>
          <w:b/>
          <w:sz w:val="22"/>
        </w:rPr>
        <w:t xml:space="preserve">Jon  </w:t>
      </w:r>
      <w:r>
        <w:rPr>
          <w:rFonts w:ascii="Arial" w:hAnsi="Arial"/>
          <w:color w:val="5D7284"/>
          <w:sz w:val="22"/>
        </w:rPr>
        <w:t>02:26</w:t>
      </w:r>
    </w:p>
    <w:p>
      <w:pPr>
        <w:spacing w:after="0"/>
      </w:pPr>
      <w:r>
        <w:rPr>
          <w:rFonts w:ascii="Arial" w:hAnsi="Arial"/>
          <w:sz w:val="22"/>
        </w:rPr>
        <w:t xml:space="preserve">Hi. Thanks for having me back. I really appreciate it. Yeah, well, always, always really good fun to chat to you guys. </w:t>
      </w:r>
    </w:p>
    <w:p>
      <w:pPr>
        <w:spacing w:after="0"/>
      </w:pPr>
    </w:p>
    <w:p>
      <w:pPr>
        <w:spacing w:after="0"/>
      </w:pPr>
      <w:r>
        <w:rPr>
          <w:rFonts w:ascii="Arial" w:hAnsi="Arial"/>
          <w:b/>
          <w:sz w:val="22"/>
        </w:rPr>
        <w:t xml:space="preserve">Lucy  </w:t>
      </w:r>
      <w:r>
        <w:rPr>
          <w:rFonts w:ascii="Arial" w:hAnsi="Arial"/>
          <w:color w:val="5D7284"/>
          <w:sz w:val="22"/>
        </w:rPr>
        <w:t>02:33</w:t>
      </w:r>
    </w:p>
    <w:p>
      <w:pPr>
        <w:spacing w:after="0"/>
      </w:pPr>
      <w:r>
        <w:rPr>
          <w:rFonts w:ascii="Arial" w:hAnsi="Arial"/>
          <w:sz w:val="22"/>
        </w:rPr>
        <w:t>Oh thank you. We realized that the bonus content is always very condensed very quickly, because we usually have about 45 minutes before the Zoom call cuts us off, and then we just thought, we'll get John back on and have a proper conversation like actual human beings. So thank you for joining us.</w:t>
      </w:r>
    </w:p>
    <w:p>
      <w:pPr>
        <w:spacing w:after="0"/>
      </w:pPr>
    </w:p>
    <w:p>
      <w:pPr>
        <w:spacing w:after="0"/>
      </w:pPr>
      <w:r>
        <w:rPr>
          <w:rFonts w:ascii="Arial" w:hAnsi="Arial"/>
          <w:b/>
          <w:sz w:val="22"/>
        </w:rPr>
        <w:t xml:space="preserve">Jon  </w:t>
      </w:r>
      <w:r>
        <w:rPr>
          <w:rFonts w:ascii="Arial" w:hAnsi="Arial"/>
          <w:color w:val="5D7284"/>
          <w:sz w:val="22"/>
        </w:rPr>
        <w:t>02:51</w:t>
      </w:r>
    </w:p>
    <w:p>
      <w:pPr>
        <w:spacing w:after="0"/>
      </w:pPr>
      <w:r>
        <w:rPr>
          <w:rFonts w:ascii="Arial" w:hAnsi="Arial"/>
          <w:sz w:val="22"/>
        </w:rPr>
        <w:t>No, not at all. Thank you.</w:t>
      </w:r>
    </w:p>
    <w:p>
      <w:pPr>
        <w:spacing w:after="0"/>
      </w:pPr>
    </w:p>
    <w:p>
      <w:pPr>
        <w:spacing w:after="0"/>
      </w:pPr>
      <w:r>
        <w:rPr>
          <w:rFonts w:ascii="Arial" w:hAnsi="Arial"/>
          <w:b/>
          <w:sz w:val="22"/>
        </w:rPr>
        <w:t xml:space="preserve">Alice  </w:t>
      </w:r>
      <w:r>
        <w:rPr>
          <w:rFonts w:ascii="Arial" w:hAnsi="Arial"/>
          <w:color w:val="5D7284"/>
          <w:sz w:val="22"/>
        </w:rPr>
        <w:t>02:53</w:t>
      </w:r>
    </w:p>
    <w:p>
      <w:pPr>
        <w:spacing w:after="0"/>
      </w:pPr>
      <w:r>
        <w:rPr>
          <w:rFonts w:ascii="Arial" w:hAnsi="Arial"/>
          <w:sz w:val="22"/>
        </w:rPr>
        <w:t xml:space="preserve">So when you came on, you talked to us about AI, John, I sort of assumed that your interest in that kind of comes from, like, personal use, or is that something, is there kind of more to that? </w:t>
      </w:r>
    </w:p>
    <w:p>
      <w:pPr>
        <w:spacing w:after="0"/>
      </w:pPr>
    </w:p>
    <w:p>
      <w:pPr>
        <w:spacing w:after="0"/>
      </w:pPr>
      <w:r>
        <w:rPr>
          <w:rFonts w:ascii="Arial" w:hAnsi="Arial"/>
          <w:b/>
          <w:sz w:val="22"/>
        </w:rPr>
        <w:t xml:space="preserve">Jon  </w:t>
      </w:r>
      <w:r>
        <w:rPr>
          <w:rFonts w:ascii="Arial" w:hAnsi="Arial"/>
          <w:color w:val="5D7284"/>
          <w:sz w:val="22"/>
        </w:rPr>
        <w:t>03:06</w:t>
      </w:r>
    </w:p>
    <w:p>
      <w:pPr>
        <w:spacing w:after="0"/>
      </w:pPr>
      <w:r>
        <w:rPr>
          <w:rFonts w:ascii="Arial" w:hAnsi="Arial"/>
          <w:sz w:val="22"/>
        </w:rPr>
        <w:t>Yeah, I mean, I use quite a lot of AI tools, like, in my sort of day to day life, you know, I use, like, I think, like everybody uses at the moment is like, you know, like the Alexa devices or the Google Home. I use it in my iPhone, and I think it's just one of these technologies, especially over the past, kind of, like, you know, 18 months or so, it's just exploded, and it's just everywhere. It's just everywhere now. But my interest kind of came from it, you know, like, oh God, years ago, you know, seeing all these sort of science fiction movies about it and everything, and you know, now they're not really science fiction anymore. They're like, you know, actually happening.</w:t>
      </w:r>
    </w:p>
    <w:p>
      <w:pPr>
        <w:spacing w:after="0"/>
      </w:pPr>
    </w:p>
    <w:p>
      <w:pPr>
        <w:spacing w:after="0"/>
      </w:pPr>
      <w:r>
        <w:rPr>
          <w:rFonts w:ascii="Arial" w:hAnsi="Arial"/>
          <w:b/>
          <w:sz w:val="22"/>
        </w:rPr>
        <w:t xml:space="preserve">Alice  </w:t>
      </w:r>
      <w:r>
        <w:rPr>
          <w:rFonts w:ascii="Arial" w:hAnsi="Arial"/>
          <w:color w:val="5D7284"/>
          <w:sz w:val="22"/>
        </w:rPr>
        <w:t>03:48</w:t>
      </w:r>
    </w:p>
    <w:p>
      <w:pPr>
        <w:spacing w:after="0"/>
      </w:pPr>
      <w:r>
        <w:rPr>
          <w:rFonts w:ascii="Arial" w:hAnsi="Arial"/>
          <w:sz w:val="22"/>
        </w:rPr>
        <w:t>It does feel a bit like that, doesn't it like stuff that, if you said to me as a kid, like, you know, your phone will be able to tell you where you are</w:t>
      </w:r>
    </w:p>
    <w:p>
      <w:pPr>
        <w:spacing w:after="0"/>
      </w:pPr>
    </w:p>
    <w:p>
      <w:pPr>
        <w:spacing w:after="0"/>
      </w:pPr>
      <w:r>
        <w:rPr>
          <w:rFonts w:ascii="Arial" w:hAnsi="Arial"/>
          <w:b/>
          <w:sz w:val="22"/>
        </w:rPr>
        <w:t xml:space="preserve">Lucy  </w:t>
      </w:r>
      <w:r>
        <w:rPr>
          <w:rFonts w:ascii="Arial" w:hAnsi="Arial"/>
          <w:color w:val="5D7284"/>
          <w:sz w:val="22"/>
        </w:rPr>
        <w:t>03:58</w:t>
      </w:r>
    </w:p>
    <w:p>
      <w:pPr>
        <w:spacing w:after="0"/>
      </w:pPr>
      <w:r>
        <w:rPr>
          <w:rFonts w:ascii="Arial" w:hAnsi="Arial"/>
          <w:sz w:val="22"/>
        </w:rPr>
        <w:t>or, like, your watch you'll be able to monitor your heart rate, yeah,</w:t>
      </w:r>
    </w:p>
    <w:p>
      <w:pPr>
        <w:spacing w:after="0"/>
      </w:pPr>
    </w:p>
    <w:p>
      <w:pPr>
        <w:spacing w:after="0"/>
      </w:pPr>
      <w:r>
        <w:rPr>
          <w:rFonts w:ascii="Arial" w:hAnsi="Arial"/>
          <w:b/>
          <w:sz w:val="22"/>
        </w:rPr>
        <w:t xml:space="preserve">Alice  </w:t>
      </w:r>
      <w:r>
        <w:rPr>
          <w:rFonts w:ascii="Arial" w:hAnsi="Arial"/>
          <w:color w:val="5D7284"/>
          <w:sz w:val="22"/>
        </w:rPr>
        <w:t>04:02</w:t>
      </w:r>
    </w:p>
    <w:p>
      <w:pPr>
        <w:spacing w:after="0"/>
      </w:pPr>
      <w:r>
        <w:rPr>
          <w:rFonts w:ascii="Arial" w:hAnsi="Arial"/>
          <w:sz w:val="22"/>
        </w:rPr>
        <w:t xml:space="preserve">yeah, you sort of go, Yeah, all right. </w:t>
      </w:r>
    </w:p>
    <w:p>
      <w:pPr>
        <w:spacing w:after="0"/>
      </w:pPr>
    </w:p>
    <w:p>
      <w:pPr>
        <w:spacing w:after="0"/>
      </w:pPr>
      <w:r>
        <w:rPr>
          <w:rFonts w:ascii="Arial" w:hAnsi="Arial"/>
          <w:b/>
          <w:sz w:val="22"/>
        </w:rPr>
        <w:t xml:space="preserve">Jon  </w:t>
      </w:r>
      <w:r>
        <w:rPr>
          <w:rFonts w:ascii="Arial" w:hAnsi="Arial"/>
          <w:color w:val="5D7284"/>
          <w:sz w:val="22"/>
        </w:rPr>
        <w:t>04:05</w:t>
      </w:r>
    </w:p>
    <w:p>
      <w:pPr>
        <w:spacing w:after="0"/>
      </w:pPr>
      <w:r>
        <w:rPr>
          <w:rFonts w:ascii="Arial" w:hAnsi="Arial"/>
          <w:sz w:val="22"/>
        </w:rPr>
        <w:t xml:space="preserve"> You can just pick up your mobile phone, and within 20 minutes, you can have food delivered to your door.</w:t>
      </w:r>
    </w:p>
    <w:p>
      <w:pPr>
        <w:spacing w:after="0"/>
      </w:pPr>
    </w:p>
    <w:p>
      <w:pPr>
        <w:spacing w:after="0"/>
      </w:pPr>
      <w:r>
        <w:rPr>
          <w:rFonts w:ascii="Arial" w:hAnsi="Arial"/>
          <w:b/>
          <w:sz w:val="22"/>
        </w:rPr>
        <w:t xml:space="preserve">Alice  </w:t>
      </w:r>
      <w:r>
        <w:rPr>
          <w:rFonts w:ascii="Arial" w:hAnsi="Arial"/>
          <w:color w:val="5D7284"/>
          <w:sz w:val="22"/>
        </w:rPr>
        <w:t>04:12</w:t>
      </w:r>
    </w:p>
    <w:p>
      <w:pPr>
        <w:spacing w:after="0"/>
      </w:pPr>
      <w:r>
        <w:rPr>
          <w:rFonts w:ascii="Arial" w:hAnsi="Arial"/>
          <w:sz w:val="22"/>
        </w:rPr>
        <w:t>I drone if you live in the right postcode,</w:t>
      </w:r>
    </w:p>
    <w:p>
      <w:pPr>
        <w:spacing w:after="0"/>
      </w:pPr>
    </w:p>
    <w:p>
      <w:pPr>
        <w:spacing w:after="0"/>
      </w:pPr>
      <w:r>
        <w:rPr>
          <w:rFonts w:ascii="Arial" w:hAnsi="Arial"/>
          <w:b/>
          <w:sz w:val="22"/>
        </w:rPr>
        <w:t xml:space="preserve">Jon  </w:t>
      </w:r>
      <w:r>
        <w:rPr>
          <w:rFonts w:ascii="Arial" w:hAnsi="Arial"/>
          <w:color w:val="5D7284"/>
          <w:sz w:val="22"/>
        </w:rPr>
        <w:t>04:16</w:t>
      </w:r>
    </w:p>
    <w:p>
      <w:pPr>
        <w:spacing w:after="0"/>
      </w:pPr>
      <w:r>
        <w:rPr>
          <w:rFonts w:ascii="Arial" w:hAnsi="Arial"/>
          <w:sz w:val="22"/>
        </w:rPr>
        <w:t xml:space="preserve">exactly, yeah, </w:t>
      </w:r>
    </w:p>
    <w:p>
      <w:pPr>
        <w:spacing w:after="0"/>
      </w:pPr>
    </w:p>
    <w:p>
      <w:pPr>
        <w:spacing w:after="0"/>
      </w:pPr>
      <w:r>
        <w:rPr>
          <w:rFonts w:ascii="Arial" w:hAnsi="Arial"/>
          <w:b/>
          <w:sz w:val="22"/>
        </w:rPr>
        <w:t xml:space="preserve">Lucy  </w:t>
      </w:r>
      <w:r>
        <w:rPr>
          <w:rFonts w:ascii="Arial" w:hAnsi="Arial"/>
          <w:color w:val="5D7284"/>
          <w:sz w:val="22"/>
        </w:rPr>
        <w:t>04:18</w:t>
      </w:r>
    </w:p>
    <w:p>
      <w:pPr>
        <w:spacing w:after="0"/>
      </w:pPr>
      <w:r>
        <w:rPr>
          <w:rFonts w:ascii="Arial" w:hAnsi="Arial"/>
          <w:sz w:val="22"/>
        </w:rPr>
        <w:t>yeah. It's really funny, because when I was a kid, my Nan, who is no longer with us anymore, my Nana, was convinced that they would be able to solve my cerebral palsy by putting a chip in my brain. And I was like, oh, Nan, don't think so about but then the other week, I was listening, I was watching this television, and they were talking about Elon Musk implanting a chip into his head to wire them into the internet. And I was immediately, oh, I don't think I like that, but I immediately thought of my nan going, they'll be able to sort you out. They'll put a chip in your head as soon as, as soon as I heard it. It's a bit</w:t>
      </w:r>
    </w:p>
    <w:p>
      <w:pPr>
        <w:spacing w:after="0"/>
      </w:pPr>
    </w:p>
    <w:p>
      <w:pPr>
        <w:spacing w:after="0"/>
      </w:pPr>
      <w:r>
        <w:rPr>
          <w:rFonts w:ascii="Arial" w:hAnsi="Arial"/>
          <w:b/>
          <w:sz w:val="22"/>
        </w:rPr>
        <w:t xml:space="preserve">Alice  </w:t>
      </w:r>
      <w:r>
        <w:rPr>
          <w:rFonts w:ascii="Arial" w:hAnsi="Arial"/>
          <w:color w:val="5D7284"/>
          <w:sz w:val="22"/>
        </w:rPr>
        <w:t>04:55</w:t>
      </w:r>
    </w:p>
    <w:p>
      <w:pPr>
        <w:spacing w:after="0"/>
      </w:pPr>
      <w:r>
        <w:rPr>
          <w:rFonts w:ascii="Arial" w:hAnsi="Arial"/>
          <w:sz w:val="22"/>
        </w:rPr>
        <w:t xml:space="preserve">my mum's been saying for years that, like, it's a horrible phrase, but she. Says, Oh, it won't be within my life time, but within your lifetime they'll cure your eye condition. So that sort of sounds like what I've got to do is wait for you to die. Hey, look, we fixed it. </w:t>
      </w:r>
    </w:p>
    <w:p>
      <w:pPr>
        <w:spacing w:after="0"/>
      </w:pPr>
    </w:p>
    <w:p>
      <w:pPr>
        <w:spacing w:after="0"/>
      </w:pPr>
      <w:r>
        <w:rPr>
          <w:rFonts w:ascii="Arial" w:hAnsi="Arial"/>
          <w:b/>
          <w:sz w:val="22"/>
        </w:rPr>
        <w:t xml:space="preserve">Jon  </w:t>
      </w:r>
      <w:r>
        <w:rPr>
          <w:rFonts w:ascii="Arial" w:hAnsi="Arial"/>
          <w:color w:val="5D7284"/>
          <w:sz w:val="22"/>
        </w:rPr>
        <w:t>05:13</w:t>
      </w:r>
    </w:p>
    <w:p>
      <w:pPr>
        <w:spacing w:after="0"/>
      </w:pPr>
      <w:r>
        <w:rPr>
          <w:rFonts w:ascii="Arial" w:hAnsi="Arial"/>
          <w:sz w:val="22"/>
        </w:rPr>
        <w:t>Yeah, yeah, no. And you know, it's probably, it's probably not without within the realms of possibility. You know, the way technology is going. So anything is possible.</w:t>
      </w:r>
    </w:p>
    <w:p>
      <w:pPr>
        <w:spacing w:after="0"/>
      </w:pPr>
    </w:p>
    <w:p>
      <w:pPr>
        <w:spacing w:after="0"/>
      </w:pPr>
      <w:r>
        <w:rPr>
          <w:rFonts w:ascii="Arial" w:hAnsi="Arial"/>
          <w:b/>
          <w:sz w:val="22"/>
        </w:rPr>
        <w:t xml:space="preserve">Alice  </w:t>
      </w:r>
      <w:r>
        <w:rPr>
          <w:rFonts w:ascii="Arial" w:hAnsi="Arial"/>
          <w:color w:val="5D7284"/>
          <w:sz w:val="22"/>
        </w:rPr>
        <w:t>05:25</w:t>
      </w:r>
    </w:p>
    <w:p>
      <w:pPr>
        <w:spacing w:after="0"/>
      </w:pPr>
      <w:r>
        <w:rPr>
          <w:rFonts w:ascii="Arial" w:hAnsi="Arial"/>
          <w:sz w:val="22"/>
        </w:rPr>
        <w:t>Yeah, the conversations that I always have with my husband about it is, I think it will be stem cells, because I think that that's where a lot of work is going on. But he reckons it will be some kind of tech thing that will get developed for the military to, like, give people night vision without, you know, and snipers sight without, like, binoculars and stuff like that. And I was like, I don't know, I don't know how I feel about having, like, you know, a switch behind my ear to be like, right? I'll turn my night vision on.</w:t>
      </w:r>
    </w:p>
    <w:p>
      <w:pPr>
        <w:spacing w:after="0"/>
      </w:pPr>
    </w:p>
    <w:p>
      <w:pPr>
        <w:spacing w:after="0"/>
      </w:pPr>
      <w:r>
        <w:rPr>
          <w:rFonts w:ascii="Arial" w:hAnsi="Arial"/>
          <w:b/>
          <w:sz w:val="22"/>
        </w:rPr>
        <w:t xml:space="preserve">Lucy  </w:t>
      </w:r>
      <w:r>
        <w:rPr>
          <w:rFonts w:ascii="Arial" w:hAnsi="Arial"/>
          <w:color w:val="5D7284"/>
          <w:sz w:val="22"/>
        </w:rPr>
        <w:t>05:54</w:t>
      </w:r>
    </w:p>
    <w:p>
      <w:pPr>
        <w:spacing w:after="0"/>
      </w:pPr>
      <w:r>
        <w:rPr>
          <w:rFonts w:ascii="Arial" w:hAnsi="Arial"/>
          <w:sz w:val="22"/>
        </w:rPr>
        <w:t>Action, man, that with the switch in the back of her head going, I could look through, you know, like, where you look through the back of your head. Yeah,</w:t>
      </w:r>
    </w:p>
    <w:p>
      <w:pPr>
        <w:spacing w:after="0"/>
      </w:pPr>
    </w:p>
    <w:p>
      <w:pPr>
        <w:spacing w:after="0"/>
      </w:pPr>
      <w:r>
        <w:rPr>
          <w:rFonts w:ascii="Arial" w:hAnsi="Arial"/>
          <w:b/>
          <w:sz w:val="22"/>
        </w:rPr>
        <w:t xml:space="preserve">Jon  </w:t>
      </w:r>
      <w:r>
        <w:rPr>
          <w:rFonts w:ascii="Arial" w:hAnsi="Arial"/>
          <w:color w:val="5D7284"/>
          <w:sz w:val="22"/>
        </w:rPr>
        <w:t>06:02</w:t>
      </w:r>
    </w:p>
    <w:p>
      <w:pPr>
        <w:spacing w:after="0"/>
      </w:pPr>
      <w:r>
        <w:rPr>
          <w:rFonts w:ascii="Arial" w:hAnsi="Arial"/>
          <w:sz w:val="22"/>
        </w:rPr>
        <w:t>I always envisioned it being kind of like, I can't remember the guy's name because I don't watch it too often. As you know, the guy from Star Trek who's blind, but he's got like these glasses around his face, and you can see in like, radar and, yeah, things like that. I always envision something like that coming, which is probably, again, not too far away,</w:t>
      </w:r>
    </w:p>
    <w:p>
      <w:pPr>
        <w:spacing w:after="0"/>
      </w:pPr>
    </w:p>
    <w:p>
      <w:pPr>
        <w:spacing w:after="0"/>
      </w:pPr>
      <w:r>
        <w:rPr>
          <w:rFonts w:ascii="Arial" w:hAnsi="Arial"/>
          <w:b/>
          <w:sz w:val="22"/>
        </w:rPr>
        <w:t xml:space="preserve">Lucy  </w:t>
      </w:r>
      <w:r>
        <w:rPr>
          <w:rFonts w:ascii="Arial" w:hAnsi="Arial"/>
          <w:color w:val="5D7284"/>
          <w:sz w:val="22"/>
        </w:rPr>
        <w:t>06:24</w:t>
      </w:r>
    </w:p>
    <w:p>
      <w:pPr>
        <w:spacing w:after="0"/>
      </w:pPr>
      <w:r>
        <w:rPr>
          <w:rFonts w:ascii="Arial" w:hAnsi="Arial"/>
          <w:sz w:val="22"/>
        </w:rPr>
        <w:t>probably not. What was it Google that invented those? Or they started to invent and then stops? Was it the</w:t>
      </w:r>
    </w:p>
    <w:p>
      <w:pPr>
        <w:spacing w:after="0"/>
      </w:pPr>
    </w:p>
    <w:p>
      <w:pPr>
        <w:spacing w:after="0"/>
      </w:pPr>
      <w:r>
        <w:rPr>
          <w:rFonts w:ascii="Arial" w:hAnsi="Arial"/>
          <w:b/>
          <w:sz w:val="22"/>
        </w:rPr>
        <w:t xml:space="preserve">Alice  </w:t>
      </w:r>
      <w:r>
        <w:rPr>
          <w:rFonts w:ascii="Arial" w:hAnsi="Arial"/>
          <w:color w:val="5D7284"/>
          <w:sz w:val="22"/>
        </w:rPr>
        <w:t>06:31</w:t>
      </w:r>
    </w:p>
    <w:p>
      <w:pPr>
        <w:spacing w:after="0"/>
      </w:pPr>
      <w:r>
        <w:rPr>
          <w:rFonts w:ascii="Arial" w:hAnsi="Arial"/>
          <w:sz w:val="22"/>
        </w:rPr>
        <w:t>glasses? Yeah, I don't know how that didn't seem to I don't think they worked very well.</w:t>
      </w:r>
    </w:p>
    <w:p>
      <w:pPr>
        <w:spacing w:after="0"/>
      </w:pPr>
    </w:p>
    <w:p>
      <w:pPr>
        <w:spacing w:after="0"/>
      </w:pPr>
      <w:r>
        <w:rPr>
          <w:rFonts w:ascii="Arial" w:hAnsi="Arial"/>
          <w:b/>
          <w:sz w:val="22"/>
        </w:rPr>
        <w:t xml:space="preserve">Lucy  </w:t>
      </w:r>
      <w:r>
        <w:rPr>
          <w:rFonts w:ascii="Arial" w:hAnsi="Arial"/>
          <w:color w:val="5D7284"/>
          <w:sz w:val="22"/>
        </w:rPr>
        <w:t>06:38</w:t>
      </w:r>
    </w:p>
    <w:p>
      <w:pPr>
        <w:spacing w:after="0"/>
      </w:pPr>
      <w:r>
        <w:rPr>
          <w:rFonts w:ascii="Arial" w:hAnsi="Arial"/>
          <w:sz w:val="22"/>
        </w:rPr>
        <w:t>But also, I think it'd be really distracting having, like, a Google Map notification pop up, get rid of that place. Can't see where I'm going.</w:t>
      </w:r>
    </w:p>
    <w:p>
      <w:pPr>
        <w:spacing w:after="0"/>
      </w:pPr>
    </w:p>
    <w:p>
      <w:pPr>
        <w:spacing w:after="0"/>
      </w:pPr>
      <w:r>
        <w:rPr>
          <w:rFonts w:ascii="Arial" w:hAnsi="Arial"/>
          <w:b/>
          <w:sz w:val="22"/>
        </w:rPr>
        <w:t xml:space="preserve">Jon  </w:t>
      </w:r>
      <w:r>
        <w:rPr>
          <w:rFonts w:ascii="Arial" w:hAnsi="Arial"/>
          <w:color w:val="5D7284"/>
          <w:sz w:val="22"/>
        </w:rPr>
        <w:t>06:50</w:t>
      </w:r>
    </w:p>
    <w:p>
      <w:pPr>
        <w:spacing w:after="0"/>
      </w:pPr>
      <w:r>
        <w:rPr>
          <w:rFonts w:ascii="Arial" w:hAnsi="Arial"/>
          <w:sz w:val="22"/>
        </w:rPr>
        <w:t xml:space="preserve">Well, I mean, although, like, at the same time, the amount of people you see walking down the street who are like, glued to their phones and just about walking to you because they're not paying attention. It's just going to be, it's going to be that, but without them physically, </w:t>
      </w:r>
    </w:p>
    <w:p>
      <w:pPr>
        <w:spacing w:after="0"/>
      </w:pPr>
    </w:p>
    <w:p>
      <w:pPr>
        <w:spacing w:after="0"/>
      </w:pPr>
      <w:r>
        <w:rPr>
          <w:rFonts w:ascii="Arial" w:hAnsi="Arial"/>
          <w:b/>
          <w:sz w:val="22"/>
        </w:rPr>
        <w:t xml:space="preserve">Lucy  </w:t>
      </w:r>
      <w:r>
        <w:rPr>
          <w:rFonts w:ascii="Arial" w:hAnsi="Arial"/>
          <w:color w:val="5D7284"/>
          <w:sz w:val="22"/>
        </w:rPr>
        <w:t>07:06</w:t>
      </w:r>
    </w:p>
    <w:p>
      <w:pPr>
        <w:spacing w:after="0"/>
      </w:pPr>
      <w:r>
        <w:rPr>
          <w:rFonts w:ascii="Arial" w:hAnsi="Arial"/>
          <w:sz w:val="22"/>
        </w:rPr>
        <w:t xml:space="preserve">Head up rather than head down </w:t>
      </w:r>
    </w:p>
    <w:p>
      <w:pPr>
        <w:spacing w:after="0"/>
      </w:pPr>
    </w:p>
    <w:p>
      <w:pPr>
        <w:spacing w:after="0"/>
      </w:pPr>
      <w:r>
        <w:rPr>
          <w:rFonts w:ascii="Arial" w:hAnsi="Arial"/>
          <w:b/>
          <w:sz w:val="22"/>
        </w:rPr>
        <w:t xml:space="preserve">Jon  </w:t>
      </w:r>
      <w:r>
        <w:rPr>
          <w:rFonts w:ascii="Arial" w:hAnsi="Arial"/>
          <w:color w:val="5D7284"/>
          <w:sz w:val="22"/>
        </w:rPr>
        <w:t>07:08</w:t>
      </w:r>
    </w:p>
    <w:p>
      <w:pPr>
        <w:spacing w:after="0"/>
      </w:pPr>
      <w:r>
        <w:rPr>
          <w:rFonts w:ascii="Arial" w:hAnsi="Arial"/>
          <w:sz w:val="22"/>
        </w:rPr>
        <w:t>Yeah exactly</w:t>
      </w:r>
    </w:p>
    <w:p>
      <w:pPr>
        <w:spacing w:after="0"/>
      </w:pPr>
    </w:p>
    <w:p>
      <w:pPr>
        <w:spacing w:after="0"/>
      </w:pPr>
      <w:r>
        <w:rPr>
          <w:rFonts w:ascii="Arial" w:hAnsi="Arial"/>
          <w:b/>
          <w:sz w:val="22"/>
        </w:rPr>
        <w:t xml:space="preserve">Alice  </w:t>
      </w:r>
      <w:r>
        <w:rPr>
          <w:rFonts w:ascii="Arial" w:hAnsi="Arial"/>
          <w:color w:val="5D7284"/>
          <w:sz w:val="22"/>
        </w:rPr>
        <w:t>07:10</w:t>
      </w:r>
    </w:p>
    <w:p>
      <w:pPr>
        <w:spacing w:after="0"/>
      </w:pPr>
      <w:r>
        <w:rPr>
          <w:rFonts w:ascii="Arial" w:hAnsi="Arial"/>
          <w:sz w:val="22"/>
        </w:rPr>
        <w:t>yeah. It's, it's the one thing I always think that, like, it would be great if somebody could, like, set up some kind of, like, attachment for my dog's harness, because then I could also just be on my phone all the time, like everyone else,</w:t>
      </w:r>
    </w:p>
    <w:p>
      <w:pPr>
        <w:spacing w:after="0"/>
      </w:pPr>
    </w:p>
    <w:p>
      <w:pPr>
        <w:spacing w:after="0"/>
      </w:pPr>
      <w:r>
        <w:rPr>
          <w:rFonts w:ascii="Arial" w:hAnsi="Arial"/>
          <w:b/>
          <w:sz w:val="22"/>
        </w:rPr>
        <w:t xml:space="preserve">Lucy  </w:t>
      </w:r>
      <w:r>
        <w:rPr>
          <w:rFonts w:ascii="Arial" w:hAnsi="Arial"/>
          <w:color w:val="5D7284"/>
          <w:sz w:val="22"/>
        </w:rPr>
        <w:t>07:25</w:t>
      </w:r>
    </w:p>
    <w:p>
      <w:pPr>
        <w:spacing w:after="0"/>
      </w:pPr>
      <w:r>
        <w:rPr>
          <w:rFonts w:ascii="Arial" w:hAnsi="Arial"/>
          <w:sz w:val="22"/>
        </w:rPr>
        <w:t>to be fair  somebody's pushing me. I could be on my phone and not mind all whether I'm into somebody. It's fine just,</w:t>
      </w:r>
    </w:p>
    <w:p>
      <w:pPr>
        <w:spacing w:after="0"/>
      </w:pPr>
    </w:p>
    <w:p>
      <w:pPr>
        <w:spacing w:after="0"/>
      </w:pPr>
      <w:r>
        <w:rPr>
          <w:rFonts w:ascii="Arial" w:hAnsi="Arial"/>
          <w:b/>
          <w:sz w:val="22"/>
        </w:rPr>
        <w:t xml:space="preserve">Alice  </w:t>
      </w:r>
      <w:r>
        <w:rPr>
          <w:rFonts w:ascii="Arial" w:hAnsi="Arial"/>
          <w:color w:val="5D7284"/>
          <w:sz w:val="22"/>
        </w:rPr>
        <w:t>07:33</w:t>
      </w:r>
    </w:p>
    <w:p>
      <w:pPr>
        <w:spacing w:after="0"/>
      </w:pPr>
      <w:r>
        <w:rPr>
          <w:rFonts w:ascii="Arial" w:hAnsi="Arial"/>
          <w:sz w:val="22"/>
        </w:rPr>
        <w:t>just reading a book, my business, yeah, I don't know. I don't know where to go from there. Just visions of Lucy just sort of arrogantly, like riding down the street, somebody pushing her, just with, like one of those cow catchers on the trains to just be like that off my way places to go.</w:t>
      </w:r>
    </w:p>
    <w:p>
      <w:pPr>
        <w:spacing w:after="0"/>
      </w:pPr>
    </w:p>
    <w:p>
      <w:pPr>
        <w:spacing w:after="0"/>
      </w:pPr>
      <w:r>
        <w:rPr>
          <w:rFonts w:ascii="Arial" w:hAnsi="Arial"/>
          <w:b/>
          <w:sz w:val="22"/>
        </w:rPr>
        <w:t xml:space="preserve">Lucy  </w:t>
      </w:r>
      <w:r>
        <w:rPr>
          <w:rFonts w:ascii="Arial" w:hAnsi="Arial"/>
          <w:color w:val="5D7284"/>
          <w:sz w:val="22"/>
        </w:rPr>
        <w:t>07:58</w:t>
      </w:r>
    </w:p>
    <w:p>
      <w:pPr>
        <w:spacing w:after="0"/>
      </w:pPr>
      <w:r>
        <w:rPr>
          <w:rFonts w:ascii="Arial" w:hAnsi="Arial"/>
          <w:sz w:val="22"/>
        </w:rPr>
        <w:t xml:space="preserve">Yeah. So John, do you want to talk a little bit about the tech that you have in your house as somebody with a visual impairment, and what, what those pieces of tech do to help you? </w:t>
      </w:r>
    </w:p>
    <w:p>
      <w:pPr>
        <w:spacing w:after="0"/>
      </w:pPr>
    </w:p>
    <w:p>
      <w:pPr>
        <w:spacing w:after="0"/>
      </w:pPr>
      <w:r>
        <w:rPr>
          <w:rFonts w:ascii="Arial" w:hAnsi="Arial"/>
          <w:b/>
          <w:sz w:val="22"/>
        </w:rPr>
        <w:t xml:space="preserve">Jon  </w:t>
      </w:r>
      <w:r>
        <w:rPr>
          <w:rFonts w:ascii="Arial" w:hAnsi="Arial"/>
          <w:color w:val="5D7284"/>
          <w:sz w:val="22"/>
        </w:rPr>
        <w:t>08:11</w:t>
      </w:r>
    </w:p>
    <w:p>
      <w:pPr>
        <w:spacing w:after="0"/>
      </w:pPr>
      <w:r>
        <w:rPr>
          <w:rFonts w:ascii="Arial" w:hAnsi="Arial"/>
          <w:sz w:val="22"/>
        </w:rPr>
        <w:t xml:space="preserve">so I probably don't use as much as I probably should, actually, and that's probably quite surprising to hear some somebody who's really into tech. But again, the main one I probably use is my Alexa and I, what I've have done with that is I've got it set up to control, like the lights in my house, for instance, and things like that. And so like certain I can say, you know, like Alexa turn on the living room lights, or Alexa switch off the bedroom lamps, and it'll turn off the lights, kind of remotely like that. </w:t>
      </w:r>
    </w:p>
    <w:p>
      <w:pPr>
        <w:spacing w:after="0"/>
      </w:pPr>
    </w:p>
    <w:p>
      <w:pPr>
        <w:spacing w:after="0"/>
      </w:pPr>
      <w:r>
        <w:rPr>
          <w:rFonts w:ascii="Arial" w:hAnsi="Arial"/>
          <w:b/>
          <w:sz w:val="22"/>
        </w:rPr>
        <w:t xml:space="preserve">Alice  </w:t>
      </w:r>
      <w:r>
        <w:rPr>
          <w:rFonts w:ascii="Arial" w:hAnsi="Arial"/>
          <w:color w:val="5D7284"/>
          <w:sz w:val="22"/>
        </w:rPr>
        <w:t>08:52</w:t>
      </w:r>
    </w:p>
    <w:p>
      <w:pPr>
        <w:spacing w:after="0"/>
      </w:pPr>
      <w:r>
        <w:rPr>
          <w:rFonts w:ascii="Arial" w:hAnsi="Arial"/>
          <w:sz w:val="22"/>
        </w:rPr>
        <w:t>Do you find that you have to come up with really creative names for all your different light settings? Because we've got living room lamps, and then we've my husband is also set up so that the ceiling lights do it, and then, so it's the living room lamps, and then it's the overhead lights in the living room, under counter lights in the kitchen.</w:t>
      </w:r>
    </w:p>
    <w:p>
      <w:pPr>
        <w:spacing w:after="0"/>
      </w:pPr>
    </w:p>
    <w:p>
      <w:pPr>
        <w:spacing w:after="0"/>
      </w:pPr>
      <w:r>
        <w:rPr>
          <w:rFonts w:ascii="Arial" w:hAnsi="Arial"/>
          <w:b/>
          <w:sz w:val="22"/>
        </w:rPr>
        <w:t xml:space="preserve">Lucy  </w:t>
      </w:r>
      <w:r>
        <w:rPr>
          <w:rFonts w:ascii="Arial" w:hAnsi="Arial"/>
          <w:color w:val="5D7284"/>
          <w:sz w:val="22"/>
        </w:rPr>
        <w:t>09:15</w:t>
      </w:r>
    </w:p>
    <w:p>
      <w:pPr>
        <w:spacing w:after="0"/>
      </w:pPr>
      <w:r>
        <w:rPr>
          <w:rFonts w:ascii="Arial" w:hAnsi="Arial"/>
          <w:sz w:val="22"/>
        </w:rPr>
        <w:t xml:space="preserve">You know, have you not called them big lights? </w:t>
      </w:r>
    </w:p>
    <w:p>
      <w:pPr>
        <w:spacing w:after="0"/>
      </w:pPr>
    </w:p>
    <w:p>
      <w:pPr>
        <w:spacing w:after="0"/>
      </w:pPr>
      <w:r>
        <w:rPr>
          <w:rFonts w:ascii="Arial" w:hAnsi="Arial"/>
          <w:b/>
          <w:sz w:val="22"/>
        </w:rPr>
        <w:t xml:space="preserve">Alice  </w:t>
      </w:r>
      <w:r>
        <w:rPr>
          <w:rFonts w:ascii="Arial" w:hAnsi="Arial"/>
          <w:color w:val="5D7284"/>
          <w:sz w:val="22"/>
        </w:rPr>
        <w:t>09:19</w:t>
      </w:r>
    </w:p>
    <w:p>
      <w:pPr>
        <w:spacing w:after="0"/>
      </w:pPr>
      <w:r>
        <w:rPr>
          <w:rFonts w:ascii="Arial" w:hAnsi="Arial"/>
          <w:sz w:val="22"/>
        </w:rPr>
        <w:t>it's we, it's starting to get very complicated, because you can't have two things named the same thing, because it just do all of them. And</w:t>
      </w:r>
    </w:p>
    <w:p>
      <w:pPr>
        <w:spacing w:after="0"/>
      </w:pPr>
    </w:p>
    <w:p>
      <w:pPr>
        <w:spacing w:after="0"/>
      </w:pPr>
      <w:r>
        <w:rPr>
          <w:rFonts w:ascii="Arial" w:hAnsi="Arial"/>
          <w:b/>
          <w:sz w:val="22"/>
        </w:rPr>
        <w:t xml:space="preserve">Jon  </w:t>
      </w:r>
      <w:r>
        <w:rPr>
          <w:rFonts w:ascii="Arial" w:hAnsi="Arial"/>
          <w:color w:val="5D7284"/>
          <w:sz w:val="22"/>
        </w:rPr>
        <w:t>09:29</w:t>
      </w:r>
    </w:p>
    <w:p>
      <w:pPr>
        <w:spacing w:after="0"/>
      </w:pPr>
      <w:r>
        <w:rPr>
          <w:rFonts w:ascii="Arial" w:hAnsi="Arial"/>
          <w:sz w:val="22"/>
        </w:rPr>
        <w:t xml:space="preserve">one of the things I do is I create, like, what they I think they call them scenes like, if I'm sitting in the living room and I'll put, I'll say, like Alexa, turn on, say, television scene, so dim the main light, keep the lamp on, then maybe, like, switch lights around the telly on, things like that. But yeah, I often have to actually go into the Alexa see. What did I call that light? Again? It's not switching off when I ask. It's. </w:t>
      </w:r>
    </w:p>
    <w:p>
      <w:pPr>
        <w:spacing w:after="0"/>
      </w:pPr>
    </w:p>
    <w:p>
      <w:pPr>
        <w:spacing w:after="0"/>
      </w:pPr>
      <w:r>
        <w:rPr>
          <w:rFonts w:ascii="Arial" w:hAnsi="Arial"/>
          <w:b/>
          <w:sz w:val="22"/>
        </w:rPr>
        <w:t xml:space="preserve">Lucy  </w:t>
      </w:r>
      <w:r>
        <w:rPr>
          <w:rFonts w:ascii="Arial" w:hAnsi="Arial"/>
          <w:color w:val="5D7284"/>
          <w:sz w:val="22"/>
        </w:rPr>
        <w:t>10:00</w:t>
      </w:r>
    </w:p>
    <w:p>
      <w:pPr>
        <w:spacing w:after="0"/>
      </w:pPr>
      <w:r>
        <w:rPr>
          <w:rFonts w:ascii="Arial" w:hAnsi="Arial"/>
          <w:sz w:val="22"/>
        </w:rPr>
        <w:t xml:space="preserve">so I've I've got one Alexa upstairs in my bedroom, which I've just said her name, and she's not doing anything. </w:t>
      </w:r>
    </w:p>
    <w:p>
      <w:pPr>
        <w:spacing w:after="0"/>
      </w:pPr>
    </w:p>
    <w:p>
      <w:pPr>
        <w:spacing w:after="0"/>
      </w:pPr>
      <w:r>
        <w:rPr>
          <w:rFonts w:ascii="Arial" w:hAnsi="Arial"/>
          <w:b/>
          <w:sz w:val="22"/>
        </w:rPr>
        <w:t xml:space="preserve">Alice  </w:t>
      </w:r>
      <w:r>
        <w:rPr>
          <w:rFonts w:ascii="Arial" w:hAnsi="Arial"/>
          <w:color w:val="5D7284"/>
          <w:sz w:val="22"/>
        </w:rPr>
        <w:t>10:06</w:t>
      </w:r>
    </w:p>
    <w:p>
      <w:pPr>
        <w:spacing w:after="0"/>
      </w:pPr>
      <w:r>
        <w:rPr>
          <w:rFonts w:ascii="Arial" w:hAnsi="Arial"/>
          <w:sz w:val="22"/>
        </w:rPr>
        <w:t>I am very purposefully not saying it, because it's like a foot away from</w:t>
      </w:r>
    </w:p>
    <w:p>
      <w:pPr>
        <w:spacing w:after="0"/>
      </w:pPr>
    </w:p>
    <w:p>
      <w:pPr>
        <w:spacing w:after="0"/>
      </w:pPr>
      <w:r>
        <w:rPr>
          <w:rFonts w:ascii="Arial" w:hAnsi="Arial"/>
          <w:b/>
          <w:sz w:val="22"/>
        </w:rPr>
        <w:t xml:space="preserve">Lucy  </w:t>
      </w:r>
      <w:r>
        <w:rPr>
          <w:rFonts w:ascii="Arial" w:hAnsi="Arial"/>
          <w:color w:val="5D7284"/>
          <w:sz w:val="22"/>
        </w:rPr>
        <w:t>10:10</w:t>
      </w:r>
    </w:p>
    <w:p>
      <w:pPr>
        <w:spacing w:after="0"/>
      </w:pPr>
      <w:r>
        <w:rPr>
          <w:rFonts w:ascii="Arial" w:hAnsi="Arial"/>
          <w:sz w:val="22"/>
        </w:rPr>
        <w:t>and I used to have the light bulbs attached to the machine. And sometimes they work. Sometimes they didn't, which is quite irritated. But sometimes, when she's updated herself, the lights would turn on, like half past four in the morning, and it was, it was overhead light, and I'm like, what is that? And then the radio would come on at the same she's just had a like, a meltdown. But what I have, so I took those out in the end because I was like, I can't have this, like every time she's updating herself and just turning the lights on and randomly playing the last song, yeah, yeah, it's unsettling. So, but what I do have is I've got my phone connected to it, so that if, in the middle of the night I fall out of bed or have some sort of emergency, I can't get to my phone when she's on the bedside table, I can ask her to call my mom or the responsible adult. The scariest thing though, I had a quite a bad fall, sort of like June last year, where I fell out of bed, rolled over, hit my head on the wardrobe, because as I fell I rolled and because I was quite a distance away from my phone, I said, Call mom to the machine, and She She just went, sorry, that's not possible. Again, I was sorry, that's not possible. So then I said, I like I shouted at my Google phone to call mom, which I thought will work, because it's phone to phone, isn't it? It's just me voice activating my phone that just didn't do anything. And I was on the floor for 45 minutes. Oh, my point where I was screaming the house down, and then I managed to crawl on my hands and knees over to the bedside table, managed to pull the phone down because it was still on charge, rang my mom, and my mom's mobile phone was out of battery, so I had to ring the house. So yeah, so it doesn't always work, but yeah, it does frighten me a little bit that, like, I went into it, like, reset the whole</w:t>
      </w:r>
    </w:p>
    <w:p>
      <w:pPr>
        <w:spacing w:after="0"/>
      </w:pPr>
    </w:p>
    <w:p>
      <w:pPr>
        <w:spacing w:after="0"/>
      </w:pPr>
      <w:r>
        <w:rPr>
          <w:rFonts w:ascii="Arial" w:hAnsi="Arial"/>
          <w:b/>
          <w:sz w:val="22"/>
        </w:rPr>
        <w:t xml:space="preserve">Alice  </w:t>
      </w:r>
      <w:r>
        <w:rPr>
          <w:rFonts w:ascii="Arial" w:hAnsi="Arial"/>
          <w:color w:val="5D7284"/>
          <w:sz w:val="22"/>
        </w:rPr>
        <w:t>12:31</w:t>
      </w:r>
    </w:p>
    <w:p>
      <w:pPr>
        <w:spacing w:after="0"/>
      </w:pPr>
      <w:r>
        <w:rPr>
          <w:rFonts w:ascii="Arial" w:hAnsi="Arial"/>
          <w:sz w:val="22"/>
        </w:rPr>
        <w:t>it was probably partly just because if your mom's phone was off, off, like, she probably, yeah, yeah. But</w:t>
      </w:r>
    </w:p>
    <w:p>
      <w:pPr>
        <w:spacing w:after="0"/>
      </w:pPr>
    </w:p>
    <w:p>
      <w:pPr>
        <w:spacing w:after="0"/>
      </w:pPr>
      <w:r>
        <w:rPr>
          <w:rFonts w:ascii="Arial" w:hAnsi="Arial"/>
          <w:b/>
          <w:sz w:val="22"/>
        </w:rPr>
        <w:t xml:space="preserve">Lucy  </w:t>
      </w:r>
      <w:r>
        <w:rPr>
          <w:rFonts w:ascii="Arial" w:hAnsi="Arial"/>
          <w:color w:val="5D7284"/>
          <w:sz w:val="22"/>
        </w:rPr>
        <w:t>12:37</w:t>
      </w:r>
    </w:p>
    <w:p>
      <w:pPr>
        <w:spacing w:after="0"/>
      </w:pPr>
      <w:r>
        <w:rPr>
          <w:rFonts w:ascii="Arial" w:hAnsi="Arial"/>
          <w:sz w:val="22"/>
        </w:rPr>
        <w:t>But quite frightening. Well, it doesn't work. When you rely on it, it doesn't work. You're like, Okay,</w:t>
      </w:r>
    </w:p>
    <w:p>
      <w:pPr>
        <w:spacing w:after="0"/>
      </w:pPr>
    </w:p>
    <w:p>
      <w:pPr>
        <w:spacing w:after="0"/>
      </w:pPr>
      <w:r>
        <w:rPr>
          <w:rFonts w:ascii="Arial" w:hAnsi="Arial"/>
          <w:b/>
          <w:sz w:val="22"/>
        </w:rPr>
        <w:t xml:space="preserve">Alice  </w:t>
      </w:r>
      <w:r>
        <w:rPr>
          <w:rFonts w:ascii="Arial" w:hAnsi="Arial"/>
          <w:color w:val="5D7284"/>
          <w:sz w:val="22"/>
        </w:rPr>
        <w:t>12:43</w:t>
      </w:r>
    </w:p>
    <w:p>
      <w:pPr>
        <w:spacing w:after="0"/>
      </w:pPr>
      <w:r>
        <w:rPr>
          <w:rFonts w:ascii="Arial" w:hAnsi="Arial"/>
          <w:sz w:val="22"/>
        </w:rPr>
        <w:t xml:space="preserve">we've been using it a lot since the baby came. He went through a stage of being sick, like in the middle of the night, projectile, absolutely everywhere. And so I would just be getting them the smart speakers to talk to each other. So I just be like, drop into the bedroom to wake my husband up to be like, I need you. The baby's been sick everywhere, yeah, and like, you know, I'd be sitting six inches away from it, and just nothing happens. And you'll go and you're there. Like, it always happens when, kind of, you're in a flap, and so, yeah, </w:t>
      </w:r>
    </w:p>
    <w:p>
      <w:pPr>
        <w:spacing w:after="0"/>
      </w:pPr>
    </w:p>
    <w:p>
      <w:pPr>
        <w:spacing w:after="0"/>
      </w:pPr>
      <w:r>
        <w:rPr>
          <w:rFonts w:ascii="Arial" w:hAnsi="Arial"/>
          <w:b/>
          <w:sz w:val="22"/>
        </w:rPr>
        <w:t xml:space="preserve">Lucy  </w:t>
      </w:r>
      <w:r>
        <w:rPr>
          <w:rFonts w:ascii="Arial" w:hAnsi="Arial"/>
          <w:color w:val="5D7284"/>
          <w:sz w:val="22"/>
        </w:rPr>
        <w:t>13:17</w:t>
      </w:r>
    </w:p>
    <w:p>
      <w:pPr>
        <w:spacing w:after="0"/>
      </w:pPr>
      <w:r>
        <w:rPr>
          <w:rFonts w:ascii="Arial" w:hAnsi="Arial"/>
          <w:sz w:val="22"/>
        </w:rPr>
        <w:t xml:space="preserve">When you really need it and you're panicking. And other times we can be sat me and Alice could be sat here in the conversation, and it will just wake up for no real reason. </w:t>
      </w:r>
    </w:p>
    <w:p>
      <w:pPr>
        <w:spacing w:after="0"/>
      </w:pPr>
    </w:p>
    <w:p>
      <w:pPr>
        <w:spacing w:after="0"/>
      </w:pPr>
      <w:r>
        <w:rPr>
          <w:rFonts w:ascii="Arial" w:hAnsi="Arial"/>
          <w:b/>
          <w:sz w:val="22"/>
        </w:rPr>
        <w:t xml:space="preserve">Jon  </w:t>
      </w:r>
      <w:r>
        <w:rPr>
          <w:rFonts w:ascii="Arial" w:hAnsi="Arial"/>
          <w:color w:val="5D7284"/>
          <w:sz w:val="22"/>
        </w:rPr>
        <w:t>13:29</w:t>
      </w:r>
    </w:p>
    <w:p>
      <w:pPr>
        <w:spacing w:after="0"/>
      </w:pPr>
      <w:r>
        <w:rPr>
          <w:rFonts w:ascii="Arial" w:hAnsi="Arial"/>
          <w:sz w:val="22"/>
        </w:rPr>
        <w:t>I had it one time, you know, and it really is scared the life out of me, because it was the middle of the night and my Alexa devices threw in my living room. I just live in a small, sort of two bedroom flat, and it must have been about two or three o'clock in the morning, it just randomly started playing music on Spotify. I was just like, oh, that like I was sleeping. I didn't</w:t>
      </w:r>
    </w:p>
    <w:p>
      <w:pPr>
        <w:spacing w:after="0"/>
      </w:pPr>
    </w:p>
    <w:p>
      <w:pPr>
        <w:spacing w:after="0"/>
      </w:pPr>
      <w:r>
        <w:rPr>
          <w:rFonts w:ascii="Arial" w:hAnsi="Arial"/>
          <w:b/>
          <w:sz w:val="22"/>
        </w:rPr>
        <w:t xml:space="preserve">Lucy  </w:t>
      </w:r>
      <w:r>
        <w:rPr>
          <w:rFonts w:ascii="Arial" w:hAnsi="Arial"/>
          <w:color w:val="5D7284"/>
          <w:sz w:val="22"/>
        </w:rPr>
        <w:t>13:54</w:t>
      </w:r>
    </w:p>
    <w:p>
      <w:pPr>
        <w:spacing w:after="0"/>
      </w:pPr>
      <w:r>
        <w:rPr>
          <w:rFonts w:ascii="Arial" w:hAnsi="Arial"/>
          <w:sz w:val="22"/>
        </w:rPr>
        <w:t>just making sure, Keeping you on your toes. I</w:t>
      </w:r>
    </w:p>
    <w:p>
      <w:pPr>
        <w:spacing w:after="0"/>
      </w:pPr>
    </w:p>
    <w:p>
      <w:pPr>
        <w:spacing w:after="0"/>
      </w:pPr>
      <w:r>
        <w:rPr>
          <w:rFonts w:ascii="Arial" w:hAnsi="Arial"/>
          <w:b/>
          <w:sz w:val="22"/>
        </w:rPr>
        <w:t xml:space="preserve">Alice  </w:t>
      </w:r>
      <w:r>
        <w:rPr>
          <w:rFonts w:ascii="Arial" w:hAnsi="Arial"/>
          <w:color w:val="5D7284"/>
          <w:sz w:val="22"/>
        </w:rPr>
        <w:t>13:57</w:t>
      </w:r>
    </w:p>
    <w:p>
      <w:pPr>
        <w:spacing w:after="0"/>
      </w:pPr>
      <w:r>
        <w:rPr>
          <w:rFonts w:ascii="Arial" w:hAnsi="Arial"/>
          <w:sz w:val="22"/>
        </w:rPr>
        <w:t>It's not. None of that is quite as weird as the time that I asked her what time it was, and she told me a really bad joke. Oh, I asked her what time it was, and she said, What a quite offensive joke. Now I think about it, I think it was something like, what do you call a cow with epilepsy, beef jerky?</w:t>
      </w:r>
    </w:p>
    <w:p>
      <w:pPr>
        <w:spacing w:after="0"/>
      </w:pPr>
    </w:p>
    <w:p>
      <w:pPr>
        <w:spacing w:after="0"/>
      </w:pPr>
      <w:r>
        <w:rPr>
          <w:rFonts w:ascii="Arial" w:hAnsi="Arial"/>
          <w:b/>
          <w:sz w:val="22"/>
        </w:rPr>
        <w:t xml:space="preserve">Lucy  </w:t>
      </w:r>
      <w:r>
        <w:rPr>
          <w:rFonts w:ascii="Arial" w:hAnsi="Arial"/>
          <w:color w:val="5D7284"/>
          <w:sz w:val="22"/>
        </w:rPr>
        <w:t>14:20</w:t>
      </w:r>
    </w:p>
    <w:p>
      <w:pPr>
        <w:spacing w:after="0"/>
      </w:pPr>
      <w:r>
        <w:rPr>
          <w:rFonts w:ascii="Arial" w:hAnsi="Arial"/>
          <w:sz w:val="22"/>
        </w:rPr>
        <w:t>Oh, yeah, that is quite offensive, isn't it, yeah, yeah.</w:t>
      </w:r>
    </w:p>
    <w:p>
      <w:pPr>
        <w:spacing w:after="0"/>
      </w:pPr>
    </w:p>
    <w:p>
      <w:pPr>
        <w:spacing w:after="0"/>
      </w:pPr>
      <w:r>
        <w:rPr>
          <w:rFonts w:ascii="Arial" w:hAnsi="Arial"/>
          <w:b/>
          <w:sz w:val="22"/>
        </w:rPr>
        <w:t xml:space="preserve">Alice  </w:t>
      </w:r>
      <w:r>
        <w:rPr>
          <w:rFonts w:ascii="Arial" w:hAnsi="Arial"/>
          <w:color w:val="5D7284"/>
          <w:sz w:val="22"/>
        </w:rPr>
        <w:t>14:24</w:t>
      </w:r>
    </w:p>
    <w:p>
      <w:pPr>
        <w:spacing w:after="0"/>
      </w:pPr>
      <w:r>
        <w:rPr>
          <w:rFonts w:ascii="Arial" w:hAnsi="Arial"/>
          <w:sz w:val="22"/>
        </w:rPr>
        <w:t>I remember being just I don't think I asked that question.</w:t>
      </w:r>
    </w:p>
    <w:p>
      <w:pPr>
        <w:spacing w:after="0"/>
      </w:pPr>
    </w:p>
    <w:p>
      <w:pPr>
        <w:spacing w:after="0"/>
      </w:pPr>
      <w:r>
        <w:rPr>
          <w:rFonts w:ascii="Arial" w:hAnsi="Arial"/>
          <w:b/>
          <w:sz w:val="22"/>
        </w:rPr>
        <w:t xml:space="preserve">Lucy  </w:t>
      </w:r>
      <w:r>
        <w:rPr>
          <w:rFonts w:ascii="Arial" w:hAnsi="Arial"/>
          <w:color w:val="5D7284"/>
          <w:sz w:val="22"/>
        </w:rPr>
        <w:t>14:29</w:t>
      </w:r>
    </w:p>
    <w:p>
      <w:pPr>
        <w:spacing w:after="0"/>
      </w:pPr>
      <w:r>
        <w:rPr>
          <w:rFonts w:ascii="Arial" w:hAnsi="Arial"/>
          <w:sz w:val="22"/>
        </w:rPr>
        <w:t>Thank you very much. Next. What time is it? Yeah, it does make me wonder whether, like other brands of smart speakers are more or less reactive, like it does make me what because I've only really got the Amazon smart speaker, I'm being very careful But yeah, because I've only got the Amazon one, it does make me wonder, what other smarts. Speakers are like, when you have to interact with them, whether they're all that stupid or whether it's just the one from Amazon.</w:t>
      </w:r>
    </w:p>
    <w:p>
      <w:pPr>
        <w:spacing w:after="0"/>
      </w:pPr>
    </w:p>
    <w:p>
      <w:pPr>
        <w:spacing w:after="0"/>
      </w:pPr>
      <w:r>
        <w:rPr>
          <w:rFonts w:ascii="Arial" w:hAnsi="Arial"/>
          <w:b/>
          <w:sz w:val="22"/>
        </w:rPr>
        <w:t xml:space="preserve">Alice  </w:t>
      </w:r>
      <w:r>
        <w:rPr>
          <w:rFonts w:ascii="Arial" w:hAnsi="Arial"/>
          <w:color w:val="5D7284"/>
          <w:sz w:val="22"/>
        </w:rPr>
        <w:t>15:07</w:t>
      </w:r>
    </w:p>
    <w:p>
      <w:pPr>
        <w:spacing w:after="0"/>
      </w:pPr>
      <w:r>
        <w:rPr>
          <w:rFonts w:ascii="Arial" w:hAnsi="Arial"/>
          <w:sz w:val="22"/>
        </w:rPr>
        <w:t>My dad's got the Google one, and he lives in France, and I can remember when he got it. I was like, do you have to speak to it in French? French? Yeah. How does that work? Yeah,</w:t>
      </w:r>
    </w:p>
    <w:p>
      <w:pPr>
        <w:spacing w:after="0"/>
      </w:pPr>
    </w:p>
    <w:p>
      <w:pPr>
        <w:spacing w:after="0"/>
      </w:pPr>
      <w:r>
        <w:rPr>
          <w:rFonts w:ascii="Arial" w:hAnsi="Arial"/>
          <w:b/>
          <w:sz w:val="22"/>
        </w:rPr>
        <w:t xml:space="preserve">Lucy  </w:t>
      </w:r>
      <w:r>
        <w:rPr>
          <w:rFonts w:ascii="Arial" w:hAnsi="Arial"/>
          <w:color w:val="5D7284"/>
          <w:sz w:val="22"/>
        </w:rPr>
        <w:t>15:22</w:t>
      </w:r>
    </w:p>
    <w:p>
      <w:pPr>
        <w:spacing w:after="0"/>
      </w:pPr>
      <w:r>
        <w:rPr>
          <w:rFonts w:ascii="Arial" w:hAnsi="Arial"/>
          <w:sz w:val="22"/>
        </w:rPr>
        <w:t xml:space="preserve">I mean, don't get me wrong, when they work, they are brilliant, and especially who, like, is in a wheelchair or has got any kind of disability, really, they're really, and I know there's been quite a lot of studies how with, like, older people who live on their own, it can combat loneliness a little bit, because they can. They, you know, they will play music, or they will sort of like read the news to them. Maybe it's not like having a full on conversation with your neighbor, is it? But at least there's a little bit of, you know, somebody talking to you. And I know that that, you know, I think Age UK, think they're a very good idea for older people, but, you know, they they can't be. I don't think anybody anything can replace human contact. Really can it. And I think that sometimes it's all too easy to forget that actually, </w:t>
      </w:r>
    </w:p>
    <w:p>
      <w:pPr>
        <w:spacing w:after="0"/>
      </w:pPr>
    </w:p>
    <w:p>
      <w:pPr>
        <w:spacing w:after="0"/>
      </w:pPr>
      <w:r>
        <w:rPr>
          <w:rFonts w:ascii="Arial" w:hAnsi="Arial"/>
          <w:b/>
          <w:sz w:val="22"/>
        </w:rPr>
        <w:t xml:space="preserve">Jon  </w:t>
      </w:r>
      <w:r>
        <w:rPr>
          <w:rFonts w:ascii="Arial" w:hAnsi="Arial"/>
          <w:color w:val="5D7284"/>
          <w:sz w:val="22"/>
        </w:rPr>
        <w:t>16:12</w:t>
      </w:r>
    </w:p>
    <w:p>
      <w:pPr>
        <w:spacing w:after="0"/>
      </w:pPr>
      <w:r>
        <w:rPr>
          <w:rFonts w:ascii="Arial" w:hAnsi="Arial"/>
          <w:sz w:val="22"/>
        </w:rPr>
        <w:t xml:space="preserve">yeah, exactly </w:t>
      </w:r>
    </w:p>
    <w:p>
      <w:pPr>
        <w:spacing w:after="0"/>
      </w:pPr>
    </w:p>
    <w:p>
      <w:pPr>
        <w:spacing w:after="0"/>
      </w:pPr>
      <w:r>
        <w:rPr>
          <w:rFonts w:ascii="Arial" w:hAnsi="Arial"/>
          <w:b/>
          <w:sz w:val="22"/>
        </w:rPr>
        <w:t xml:space="preserve">Lucy  </w:t>
      </w:r>
      <w:r>
        <w:rPr>
          <w:rFonts w:ascii="Arial" w:hAnsi="Arial"/>
          <w:color w:val="5D7284"/>
          <w:sz w:val="22"/>
        </w:rPr>
        <w:t>16:13</w:t>
      </w:r>
    </w:p>
    <w:p>
      <w:pPr>
        <w:spacing w:after="0"/>
      </w:pPr>
      <w:r>
        <w:rPr>
          <w:rFonts w:ascii="Arial" w:hAnsi="Arial"/>
          <w:sz w:val="22"/>
        </w:rPr>
        <w:t>nothing can replace that human being on the end, like when you bring a call center, for instance, and yeah, you're on, like a call queue, or you've got you use the messaging service to contact them. It's not quite the same as talking to an actual human being who can actually go right. What's the problem? Let me see if I can help you. You always feel a bit more calmer when you speak to a human being. Well, usually depending on their attitude, but, yeah, I don't think they can quite, they can quite replace humans just yet.</w:t>
      </w:r>
    </w:p>
    <w:p>
      <w:pPr>
        <w:spacing w:after="0"/>
      </w:pPr>
    </w:p>
    <w:p>
      <w:pPr>
        <w:spacing w:after="0"/>
      </w:pPr>
      <w:r>
        <w:rPr>
          <w:rFonts w:ascii="Arial" w:hAnsi="Arial"/>
          <w:b/>
          <w:sz w:val="22"/>
        </w:rPr>
        <w:t xml:space="preserve">Jon  </w:t>
      </w:r>
      <w:r>
        <w:rPr>
          <w:rFonts w:ascii="Arial" w:hAnsi="Arial"/>
          <w:color w:val="5D7284"/>
          <w:sz w:val="22"/>
        </w:rPr>
        <w:t>16:48</w:t>
      </w:r>
    </w:p>
    <w:p>
      <w:pPr>
        <w:spacing w:after="0"/>
      </w:pPr>
      <w:r>
        <w:rPr>
          <w:rFonts w:ascii="Arial" w:hAnsi="Arial"/>
          <w:sz w:val="22"/>
        </w:rPr>
        <w:t>No, I think, I think there's a good, there's a good balance to have there, you know. I think, you know, obviously a human, human to human interaction. You can't, you can't beat that, you know, but at the same time, like you were saying, you know, for maybe, like, somebody who's like elderly and older family are away at work during the day, and having something like a Google Home or an Alexa device, yeah, could, you know, you know, could help them feel a little bit less lonely during the day. And, you know, like, because you can play games with it, you can do listen to music, you can have it read to your audio books. Yeah, I think, I think there's definitely a balance to have</w:t>
      </w:r>
    </w:p>
    <w:p>
      <w:pPr>
        <w:spacing w:after="0"/>
      </w:pPr>
    </w:p>
    <w:p>
      <w:pPr>
        <w:spacing w:after="0"/>
      </w:pPr>
      <w:r>
        <w:rPr>
          <w:rFonts w:ascii="Arial" w:hAnsi="Arial"/>
          <w:b/>
          <w:sz w:val="22"/>
        </w:rPr>
        <w:t xml:space="preserve">Lucy  </w:t>
      </w:r>
      <w:r>
        <w:rPr>
          <w:rFonts w:ascii="Arial" w:hAnsi="Arial"/>
          <w:color w:val="5D7284"/>
          <w:sz w:val="22"/>
        </w:rPr>
        <w:t>17:31</w:t>
      </w:r>
    </w:p>
    <w:p>
      <w:pPr>
        <w:spacing w:after="0"/>
      </w:pPr>
      <w:r>
        <w:rPr>
          <w:rFonts w:ascii="Arial" w:hAnsi="Arial"/>
          <w:sz w:val="22"/>
        </w:rPr>
        <w:t>yeah, definitely. And I know that like in in so is it Japan or places like that? I think in sort of Asia, they are looking at robots that can sort of like be caregivers and give you, like, medication and things. Whilst that's great, I do worry sometimes that, what happens if that machine accidentally gives like, the wrong dosage of medication</w:t>
      </w:r>
    </w:p>
    <w:p>
      <w:pPr>
        <w:spacing w:after="0"/>
      </w:pPr>
    </w:p>
    <w:p>
      <w:pPr>
        <w:spacing w:after="0"/>
      </w:pPr>
      <w:r>
        <w:rPr>
          <w:rFonts w:ascii="Arial" w:hAnsi="Arial"/>
          <w:b/>
          <w:sz w:val="22"/>
        </w:rPr>
        <w:t xml:space="preserve">Alice  </w:t>
      </w:r>
      <w:r>
        <w:rPr>
          <w:rFonts w:ascii="Arial" w:hAnsi="Arial"/>
          <w:color w:val="5D7284"/>
          <w:sz w:val="22"/>
        </w:rPr>
        <w:t>17:54</w:t>
      </w:r>
    </w:p>
    <w:p>
      <w:pPr>
        <w:spacing w:after="0"/>
      </w:pPr>
      <w:r>
        <w:rPr>
          <w:rFonts w:ascii="Arial" w:hAnsi="Arial"/>
          <w:sz w:val="22"/>
        </w:rPr>
        <w:t xml:space="preserve">or just doesn't, just doesn't work the way? Yeah, exactly you told it just doesn't, doesn't do what it's supposed to and some medication altogether. </w:t>
      </w:r>
    </w:p>
    <w:p>
      <w:pPr>
        <w:spacing w:after="0"/>
      </w:pPr>
    </w:p>
    <w:p>
      <w:pPr>
        <w:spacing w:after="0"/>
      </w:pPr>
      <w:r>
        <w:rPr>
          <w:rFonts w:ascii="Arial" w:hAnsi="Arial"/>
          <w:b/>
          <w:sz w:val="22"/>
        </w:rPr>
        <w:t xml:space="preserve">Jon  </w:t>
      </w:r>
      <w:r>
        <w:rPr>
          <w:rFonts w:ascii="Arial" w:hAnsi="Arial"/>
          <w:color w:val="5D7284"/>
          <w:sz w:val="22"/>
        </w:rPr>
        <w:t>18:03</w:t>
      </w:r>
    </w:p>
    <w:p>
      <w:pPr>
        <w:spacing w:after="0"/>
      </w:pPr>
      <w:r>
        <w:rPr>
          <w:rFonts w:ascii="Arial" w:hAnsi="Arial"/>
          <w:sz w:val="22"/>
        </w:rPr>
        <w:t>Yeah, exactly, yeah. I think that's, I think that's why this is a good idea to have so before they just release things like that into the public, I think it's probably a good idea to have some sort of regulation around the use of that technology before it becomes before something drastic happens, that the legislation is then reactive to that. It's better to have it in place before it gets to that point.</w:t>
      </w:r>
    </w:p>
    <w:p>
      <w:pPr>
        <w:spacing w:after="0"/>
      </w:pPr>
    </w:p>
    <w:p>
      <w:pPr>
        <w:spacing w:after="0"/>
      </w:pPr>
      <w:r>
        <w:rPr>
          <w:rFonts w:ascii="Arial" w:hAnsi="Arial"/>
          <w:b/>
          <w:sz w:val="22"/>
        </w:rPr>
        <w:t xml:space="preserve">Alice  </w:t>
      </w:r>
      <w:r>
        <w:rPr>
          <w:rFonts w:ascii="Arial" w:hAnsi="Arial"/>
          <w:color w:val="5D7284"/>
          <w:sz w:val="22"/>
        </w:rPr>
        <w:t>18:29</w:t>
      </w:r>
    </w:p>
    <w:p>
      <w:pPr>
        <w:spacing w:after="0"/>
      </w:pPr>
      <w:r>
        <w:rPr>
          <w:rFonts w:ascii="Arial" w:hAnsi="Arial"/>
          <w:sz w:val="22"/>
        </w:rPr>
        <w:t xml:space="preserve">Well, then, you know, you you look back historically at machinery and and the impact that that has had on kind of the industry and employment and things like that. And, you know, it's, it's, yeah, it's incredible that, you know, we, we went from having to, schythes to cut corn, to having, you know, combine harvesters and stuff like that. But we also look at, you know, the impact that that, you can look back and see the impact that that had on communities, and that meant that there were loads of people who lost their jobs, and the impact that that then had on families and poverty and health. And you know, we've talked to Daisy in history lesson episodes about the impact that the Industrial Revolution had on the disabled community, and how we found ourselves in a position where you know your your worth was sort of based on your productivity, and if you have a machine that is already outpacing non disabled people, you know, it's these things. Although they're incredible, they're also, you know, you can't help but these things have a social impact, both good and bad. </w:t>
      </w:r>
    </w:p>
    <w:p>
      <w:pPr>
        <w:spacing w:after="0"/>
      </w:pPr>
    </w:p>
    <w:p>
      <w:pPr>
        <w:spacing w:after="0"/>
      </w:pPr>
      <w:r>
        <w:rPr>
          <w:rFonts w:ascii="Arial" w:hAnsi="Arial"/>
          <w:b/>
          <w:sz w:val="22"/>
        </w:rPr>
        <w:t xml:space="preserve">Lucy  </w:t>
      </w:r>
      <w:r>
        <w:rPr>
          <w:rFonts w:ascii="Arial" w:hAnsi="Arial"/>
          <w:color w:val="5D7284"/>
          <w:sz w:val="22"/>
        </w:rPr>
        <w:t>19:44</w:t>
      </w:r>
    </w:p>
    <w:p>
      <w:pPr>
        <w:spacing w:after="0"/>
      </w:pPr>
      <w:r>
        <w:rPr>
          <w:rFonts w:ascii="Arial" w:hAnsi="Arial"/>
          <w:sz w:val="22"/>
        </w:rPr>
        <w:t>And you look at, you look at like present day with the whole, you know, AI, worries and things like that. And you look at the actor strike in America and how it's affecting creativity. And actually, when you dig down. Into that you can actually understand completely why they go actually, we're upset about this, because you could have me in for one day scan my facial features and my body, and then that's it for like, the rest of the movie kind of thing. And I do think, though, there is something to be said for humans being allowed to exercise their creativity. I think it would just get really boring if every film, every book we read, every image we saw at an art gallery was all created, or in the majority, created by AI. I think there is something to be said for going and seeing like a painting that you actually see has been like crafted by a human or is that so important? Feels</w:t>
      </w:r>
    </w:p>
    <w:p>
      <w:pPr>
        <w:spacing w:after="0"/>
      </w:pPr>
    </w:p>
    <w:p>
      <w:pPr>
        <w:spacing w:after="0"/>
      </w:pPr>
      <w:r>
        <w:rPr>
          <w:rFonts w:ascii="Arial" w:hAnsi="Arial"/>
          <w:b/>
          <w:sz w:val="22"/>
        </w:rPr>
        <w:t xml:space="preserve">Alice  </w:t>
      </w:r>
      <w:r>
        <w:rPr>
          <w:rFonts w:ascii="Arial" w:hAnsi="Arial"/>
          <w:color w:val="5D7284"/>
          <w:sz w:val="22"/>
        </w:rPr>
        <w:t>20:43</w:t>
      </w:r>
    </w:p>
    <w:p>
      <w:pPr>
        <w:spacing w:after="0"/>
      </w:pPr>
      <w:r>
        <w:rPr>
          <w:rFonts w:ascii="Arial" w:hAnsi="Arial"/>
          <w:sz w:val="22"/>
        </w:rPr>
        <w:t>like an interesting experiment. But let's not get carried away.</w:t>
      </w:r>
    </w:p>
    <w:p>
      <w:pPr>
        <w:spacing w:after="0"/>
      </w:pPr>
    </w:p>
    <w:p>
      <w:pPr>
        <w:spacing w:after="0"/>
      </w:pPr>
      <w:r>
        <w:rPr>
          <w:rFonts w:ascii="Arial" w:hAnsi="Arial"/>
          <w:b/>
          <w:sz w:val="22"/>
        </w:rPr>
        <w:t xml:space="preserve">Lucy  </w:t>
      </w:r>
      <w:r>
        <w:rPr>
          <w:rFonts w:ascii="Arial" w:hAnsi="Arial"/>
          <w:color w:val="5D7284"/>
          <w:sz w:val="22"/>
        </w:rPr>
        <w:t>20:46</w:t>
      </w:r>
    </w:p>
    <w:p>
      <w:pPr>
        <w:spacing w:after="0"/>
      </w:pPr>
      <w:r>
        <w:rPr>
          <w:rFonts w:ascii="Arial" w:hAnsi="Arial"/>
          <w:sz w:val="22"/>
        </w:rPr>
        <w:t>Don't do everything you know, like we I use AI for bits and pieces of the podcast, for like, writing,</w:t>
      </w:r>
    </w:p>
    <w:p>
      <w:pPr>
        <w:spacing w:after="0"/>
      </w:pPr>
    </w:p>
    <w:p>
      <w:pPr>
        <w:spacing w:after="0"/>
      </w:pPr>
      <w:r>
        <w:rPr>
          <w:rFonts w:ascii="Arial" w:hAnsi="Arial"/>
          <w:b/>
          <w:sz w:val="22"/>
        </w:rPr>
        <w:t xml:space="preserve">Alice  </w:t>
      </w:r>
      <w:r>
        <w:rPr>
          <w:rFonts w:ascii="Arial" w:hAnsi="Arial"/>
          <w:color w:val="5D7284"/>
          <w:sz w:val="22"/>
        </w:rPr>
        <w:t>20:56</w:t>
      </w:r>
    </w:p>
    <w:p>
      <w:pPr>
        <w:spacing w:after="0"/>
      </w:pPr>
      <w:r>
        <w:rPr>
          <w:rFonts w:ascii="Arial" w:hAnsi="Arial"/>
          <w:sz w:val="22"/>
        </w:rPr>
        <w:t>sort of the show notes, the show</w:t>
      </w:r>
    </w:p>
    <w:p>
      <w:pPr>
        <w:spacing w:after="0"/>
      </w:pPr>
    </w:p>
    <w:p>
      <w:pPr>
        <w:spacing w:after="0"/>
      </w:pPr>
      <w:r>
        <w:rPr>
          <w:rFonts w:ascii="Arial" w:hAnsi="Arial"/>
          <w:b/>
          <w:sz w:val="22"/>
        </w:rPr>
        <w:t xml:space="preserve">Lucy  </w:t>
      </w:r>
      <w:r>
        <w:rPr>
          <w:rFonts w:ascii="Arial" w:hAnsi="Arial"/>
          <w:color w:val="5D7284"/>
          <w:sz w:val="22"/>
        </w:rPr>
        <w:t>20:59</w:t>
      </w:r>
    </w:p>
    <w:p>
      <w:pPr>
        <w:spacing w:after="0"/>
      </w:pPr>
      <w:r>
        <w:rPr>
          <w:rFonts w:ascii="Arial" w:hAnsi="Arial"/>
          <w:sz w:val="22"/>
        </w:rPr>
        <w:t>notes, yeah, because the show notes can get quite complicated and quite long if I'm left to my own devices with it. So humans</w:t>
      </w:r>
    </w:p>
    <w:p>
      <w:pPr>
        <w:spacing w:after="0"/>
      </w:pPr>
    </w:p>
    <w:p>
      <w:pPr>
        <w:spacing w:after="0"/>
      </w:pPr>
      <w:r>
        <w:rPr>
          <w:rFonts w:ascii="Arial" w:hAnsi="Arial"/>
          <w:b/>
          <w:sz w:val="22"/>
        </w:rPr>
        <w:t xml:space="preserve">Alice  </w:t>
      </w:r>
      <w:r>
        <w:rPr>
          <w:rFonts w:ascii="Arial" w:hAnsi="Arial"/>
          <w:color w:val="5D7284"/>
          <w:sz w:val="22"/>
        </w:rPr>
        <w:t>21:05</w:t>
      </w:r>
    </w:p>
    <w:p>
      <w:pPr>
        <w:spacing w:after="0"/>
      </w:pPr>
      <w:r>
        <w:rPr>
          <w:rFonts w:ascii="Arial" w:hAnsi="Arial"/>
          <w:sz w:val="22"/>
        </w:rPr>
        <w:t>should be allowed to exercise their creativity, except Lucy, because</w:t>
      </w:r>
    </w:p>
    <w:p>
      <w:pPr>
        <w:spacing w:after="0"/>
      </w:pPr>
    </w:p>
    <w:p>
      <w:pPr>
        <w:spacing w:after="0"/>
      </w:pPr>
      <w:r>
        <w:rPr>
          <w:rFonts w:ascii="Arial" w:hAnsi="Arial"/>
          <w:b/>
          <w:sz w:val="22"/>
        </w:rPr>
        <w:t xml:space="preserve">Lucy  </w:t>
      </w:r>
      <w:r>
        <w:rPr>
          <w:rFonts w:ascii="Arial" w:hAnsi="Arial"/>
          <w:color w:val="5D7284"/>
          <w:sz w:val="22"/>
        </w:rPr>
        <w:t>21:11</w:t>
      </w:r>
    </w:p>
    <w:p>
      <w:pPr>
        <w:spacing w:after="0"/>
      </w:pPr>
      <w:r>
        <w:rPr>
          <w:rFonts w:ascii="Arial" w:hAnsi="Arial"/>
          <w:sz w:val="22"/>
        </w:rPr>
        <w:t>they all waffle quite a lot. But it has been that you are, it does, it does condense everything down a little bit so that it's more succinct and can go, but even then, I have to read it to make sure that it says what we've actually talked about, because it might all of a sudden go like, it can be an episode that me and Alice are just us talking, and it'll say like Alice and Lucy are joined by professors. And I'm like, No, we weren't chat between the two of us kind of thing. So you do have to be very careful how it takes your words and goes, Okay, did you mean this? No, try again.</w:t>
      </w:r>
    </w:p>
    <w:p>
      <w:pPr>
        <w:spacing w:after="0"/>
      </w:pPr>
    </w:p>
    <w:p>
      <w:pPr>
        <w:spacing w:after="0"/>
      </w:pPr>
      <w:r>
        <w:rPr>
          <w:rFonts w:ascii="Arial" w:hAnsi="Arial"/>
          <w:b/>
          <w:sz w:val="22"/>
        </w:rPr>
        <w:t xml:space="preserve">Jon  </w:t>
      </w:r>
      <w:r>
        <w:rPr>
          <w:rFonts w:ascii="Arial" w:hAnsi="Arial"/>
          <w:color w:val="5D7284"/>
          <w:sz w:val="22"/>
        </w:rPr>
        <w:t>21:47</w:t>
      </w:r>
    </w:p>
    <w:p>
      <w:pPr>
        <w:spacing w:after="0"/>
      </w:pPr>
      <w:r>
        <w:rPr>
          <w:rFonts w:ascii="Arial" w:hAnsi="Arial"/>
          <w:sz w:val="22"/>
        </w:rPr>
        <w:t>No, I think you're absolutely right on on that about you know, you need like, I don't think we'll ever get to the point where AI's creativity outperforms human creativity. Because if you look at, if you look at things like, you know, like movies, TV shows, books, even artists, paintings, the majority of them are kind of based on the person who wrote that. Like film is based on their lived experience, or how they perceive the world, and kind of you know their life experiences, you know, whether it be like a book or a painting or things like and as amazing as machines are these days, they're never going to have that real world interaction experience and or have the emotions that come with these experiences that are then put into films or dramas or books. But again, like, I think tools like using using AI for things like, like you said Lucy to help with like writing show notes or giving you prompts to help you write, you know, to expand on essays or whatever, like that. I think, I think that's where the technology can enhance the human experience and kind of complement it, rather than overtake it. And just say, like, right, okay, we don't need the human anymore, you know, no,</w:t>
      </w:r>
    </w:p>
    <w:p>
      <w:pPr>
        <w:spacing w:after="0"/>
      </w:pPr>
    </w:p>
    <w:p>
      <w:pPr>
        <w:spacing w:after="0"/>
      </w:pPr>
      <w:r>
        <w:rPr>
          <w:rFonts w:ascii="Arial" w:hAnsi="Arial"/>
          <w:b/>
          <w:sz w:val="22"/>
        </w:rPr>
        <w:t xml:space="preserve">Lucy  </w:t>
      </w:r>
      <w:r>
        <w:rPr>
          <w:rFonts w:ascii="Arial" w:hAnsi="Arial"/>
          <w:color w:val="5D7284"/>
          <w:sz w:val="22"/>
        </w:rPr>
        <w:t>23:21</w:t>
      </w:r>
    </w:p>
    <w:p>
      <w:pPr>
        <w:spacing w:after="0"/>
      </w:pPr>
      <w:r>
        <w:rPr>
          <w:rFonts w:ascii="Arial" w:hAnsi="Arial"/>
          <w:sz w:val="22"/>
        </w:rPr>
        <w:t>yeah. And I think as well, there is that level of, if you're, if you're asking AI to do everything for you, like, write me 10 questions for a podcast interview, or, you know, write me some questions. But for an interview, like, if you're hiring somebody, it just takes, it makes the person who is doing that job lazy, you know, because you're not having to think about anything. And it takes a human heart out of it. I think, I think people could, could tell if we'd written a load of questions using AI for a podcast interview, because they aren't worded like, how we would speak, so it's just like, Yeah, you know, you could tell when it's not written by human and I think people would get fed up of it, like, after a while they'd go, hang on. Why aren't you just talking like a normal person? Well,</w:t>
      </w:r>
    </w:p>
    <w:p>
      <w:pPr>
        <w:spacing w:after="0"/>
      </w:pPr>
    </w:p>
    <w:p>
      <w:pPr>
        <w:spacing w:after="0"/>
      </w:pPr>
      <w:r>
        <w:rPr>
          <w:rFonts w:ascii="Arial" w:hAnsi="Arial"/>
          <w:b/>
          <w:sz w:val="22"/>
        </w:rPr>
        <w:t xml:space="preserve">Alice  </w:t>
      </w:r>
      <w:r>
        <w:rPr>
          <w:rFonts w:ascii="Arial" w:hAnsi="Arial"/>
          <w:color w:val="5D7284"/>
          <w:sz w:val="22"/>
        </w:rPr>
        <w:t>24:15</w:t>
      </w:r>
    </w:p>
    <w:p>
      <w:pPr>
        <w:spacing w:after="0"/>
      </w:pPr>
      <w:r>
        <w:rPr>
          <w:rFonts w:ascii="Arial" w:hAnsi="Arial"/>
          <w:sz w:val="22"/>
        </w:rPr>
        <w:t>I think, I think that, you know, the stuff that people love, that people flock to the films, people watch the books, people read, the podcast, people listen to are the ones that are, if not the most expressively creative, but the ones that are kind of the most real and human and reflect that human experience. You know, there is like as much as stuff like EastEnders is obviously overblown, it is a kind of a microcosm of human emotions and experiences, and you know the drama and the you know the the intimacy that you develop with characters like that when you watch a show like that regularly, like that. Yeah, there's, you can't replace that with technology. You know, you can't replace the, you know, the emotion that you get when you watch a film that makes you cry, because those things are, are usually because they are kind of really tapping into an emotional kind of connection.</w:t>
      </w:r>
    </w:p>
    <w:p>
      <w:pPr>
        <w:spacing w:after="0"/>
      </w:pPr>
    </w:p>
    <w:p>
      <w:pPr>
        <w:spacing w:after="0"/>
      </w:pPr>
      <w:r>
        <w:rPr>
          <w:rFonts w:ascii="Arial" w:hAnsi="Arial"/>
          <w:b/>
          <w:sz w:val="22"/>
        </w:rPr>
        <w:t xml:space="preserve">Jon  </w:t>
      </w:r>
      <w:r>
        <w:rPr>
          <w:rFonts w:ascii="Arial" w:hAnsi="Arial"/>
          <w:color w:val="5D7284"/>
          <w:sz w:val="22"/>
        </w:rPr>
        <w:t>25:22</w:t>
      </w:r>
    </w:p>
    <w:p>
      <w:pPr>
        <w:spacing w:after="0"/>
      </w:pPr>
      <w:r>
        <w:rPr>
          <w:rFonts w:ascii="Arial" w:hAnsi="Arial"/>
          <w:sz w:val="22"/>
        </w:rPr>
        <w:t>Exactly. Yeah, I totally agree with that, having</w:t>
      </w:r>
    </w:p>
    <w:p>
      <w:pPr>
        <w:spacing w:after="0"/>
      </w:pPr>
    </w:p>
    <w:p>
      <w:pPr>
        <w:spacing w:after="0"/>
      </w:pPr>
      <w:r>
        <w:rPr>
          <w:rFonts w:ascii="Arial" w:hAnsi="Arial"/>
          <w:b/>
          <w:sz w:val="22"/>
        </w:rPr>
        <w:t xml:space="preserve">Alice  </w:t>
      </w:r>
      <w:r>
        <w:rPr>
          <w:rFonts w:ascii="Arial" w:hAnsi="Arial"/>
          <w:color w:val="5D7284"/>
          <w:sz w:val="22"/>
        </w:rPr>
        <w:t>25:24</w:t>
      </w:r>
    </w:p>
    <w:p>
      <w:pPr>
        <w:spacing w:after="0"/>
      </w:pPr>
      <w:r>
        <w:rPr>
          <w:rFonts w:ascii="Arial" w:hAnsi="Arial"/>
          <w:sz w:val="22"/>
        </w:rPr>
        <w:t>said that I did weep like a child when I sat and watched Moana the other day. Oh,</w:t>
      </w:r>
    </w:p>
    <w:p>
      <w:pPr>
        <w:spacing w:after="0"/>
      </w:pPr>
    </w:p>
    <w:p>
      <w:pPr>
        <w:spacing w:after="0"/>
      </w:pPr>
      <w:r>
        <w:rPr>
          <w:rFonts w:ascii="Arial" w:hAnsi="Arial"/>
          <w:b/>
          <w:sz w:val="22"/>
        </w:rPr>
        <w:t xml:space="preserve">Jon  </w:t>
      </w:r>
      <w:r>
        <w:rPr>
          <w:rFonts w:ascii="Arial" w:hAnsi="Arial"/>
          <w:color w:val="5D7284"/>
          <w:sz w:val="22"/>
        </w:rPr>
        <w:t>25:32</w:t>
      </w:r>
    </w:p>
    <w:p>
      <w:pPr>
        <w:spacing w:after="0"/>
      </w:pPr>
      <w:r>
        <w:rPr>
          <w:rFonts w:ascii="Arial" w:hAnsi="Arial"/>
          <w:sz w:val="22"/>
        </w:rPr>
        <w:t>that gets me. I've never seen it.</w:t>
      </w:r>
    </w:p>
    <w:p>
      <w:pPr>
        <w:spacing w:after="0"/>
      </w:pPr>
    </w:p>
    <w:p>
      <w:pPr>
        <w:spacing w:after="0"/>
      </w:pPr>
      <w:r>
        <w:rPr>
          <w:rFonts w:ascii="Arial" w:hAnsi="Arial"/>
          <w:b/>
          <w:sz w:val="22"/>
        </w:rPr>
        <w:t xml:space="preserve">Alice  </w:t>
      </w:r>
      <w:r>
        <w:rPr>
          <w:rFonts w:ascii="Arial" w:hAnsi="Arial"/>
          <w:color w:val="5D7284"/>
          <w:sz w:val="22"/>
        </w:rPr>
        <w:t>25:35</w:t>
      </w:r>
    </w:p>
    <w:p>
      <w:pPr>
        <w:spacing w:after="0"/>
      </w:pPr>
      <w:r>
        <w:rPr>
          <w:rFonts w:ascii="Arial" w:hAnsi="Arial"/>
          <w:sz w:val="22"/>
        </w:rPr>
        <w:t>I'd seen it already. We've been playing kids asking the speaker, yep, the machine to play songs for kids, and she's been cycling through Disney songs. And I was like, Oh, I'm like, I Well, I heard the the You're welcome song that the rock. And I was like, Oh</w:t>
      </w:r>
    </w:p>
    <w:p>
      <w:pPr>
        <w:spacing w:after="0"/>
      </w:pPr>
    </w:p>
    <w:p>
      <w:pPr>
        <w:spacing w:after="0"/>
      </w:pPr>
      <w:r>
        <w:rPr>
          <w:rFonts w:ascii="Arial" w:hAnsi="Arial"/>
          <w:b/>
          <w:sz w:val="22"/>
        </w:rPr>
        <w:t xml:space="preserve">Jon  </w:t>
      </w:r>
      <w:r>
        <w:rPr>
          <w:rFonts w:ascii="Arial" w:hAnsi="Arial"/>
          <w:color w:val="5D7284"/>
          <w:sz w:val="22"/>
        </w:rPr>
        <w:t>25:57</w:t>
      </w:r>
    </w:p>
    <w:p>
      <w:pPr>
        <w:spacing w:after="0"/>
      </w:pPr>
      <w:r>
        <w:rPr>
          <w:rFonts w:ascii="Arial" w:hAnsi="Arial"/>
          <w:sz w:val="22"/>
        </w:rPr>
        <w:t>yeah, no, that song, yeah, I've</w:t>
      </w:r>
    </w:p>
    <w:p>
      <w:pPr>
        <w:spacing w:after="0"/>
      </w:pPr>
    </w:p>
    <w:p>
      <w:pPr>
        <w:spacing w:after="0"/>
      </w:pPr>
      <w:r>
        <w:rPr>
          <w:rFonts w:ascii="Arial" w:hAnsi="Arial"/>
          <w:b/>
          <w:sz w:val="22"/>
        </w:rPr>
        <w:t xml:space="preserve">Alice  </w:t>
      </w:r>
      <w:r>
        <w:rPr>
          <w:rFonts w:ascii="Arial" w:hAnsi="Arial"/>
          <w:color w:val="5D7284"/>
          <w:sz w:val="22"/>
        </w:rPr>
        <w:t>25:59</w:t>
      </w:r>
    </w:p>
    <w:p>
      <w:pPr>
        <w:spacing w:after="0"/>
      </w:pPr>
      <w:r>
        <w:rPr>
          <w:rFonts w:ascii="Arial" w:hAnsi="Arial"/>
          <w:sz w:val="22"/>
        </w:rPr>
        <w:t>seen that movie like twice. And I was like, twice, and I was like, fucking love this. I've got to watch it again. I'm gonna sit down and watch it with a baby, yeah. But the baby is too young to care about Disney films, and I got about three minutes in before he was like, this is boring. So later that same day, I decided that I'd have another go while he was having a nap, and I got a further three minutes in before he was like, I'm not having a nap anymore. So it took me three attempts, but I finally got through it at the weekend. And yeah, it was just, it's just just not even, like, not even a sad bit. So I was just like, Oh, she's just going through so much.</w:t>
      </w:r>
    </w:p>
    <w:p>
      <w:pPr>
        <w:spacing w:after="0"/>
      </w:pPr>
    </w:p>
    <w:p>
      <w:pPr>
        <w:spacing w:after="0"/>
      </w:pPr>
      <w:r>
        <w:rPr>
          <w:rFonts w:ascii="Arial" w:hAnsi="Arial"/>
          <w:b/>
          <w:sz w:val="22"/>
        </w:rPr>
        <w:t xml:space="preserve">Lucy  </w:t>
      </w:r>
      <w:r>
        <w:rPr>
          <w:rFonts w:ascii="Arial" w:hAnsi="Arial"/>
          <w:color w:val="5D7284"/>
          <w:sz w:val="22"/>
        </w:rPr>
        <w:t>26:37</w:t>
      </w:r>
    </w:p>
    <w:p>
      <w:pPr>
        <w:spacing w:after="0"/>
      </w:pPr>
      <w:r>
        <w:rPr>
          <w:rFonts w:ascii="Arial" w:hAnsi="Arial"/>
          <w:sz w:val="22"/>
        </w:rPr>
        <w:t>You see, for me, it's the beginning of all the first 10 minutes.</w:t>
      </w:r>
    </w:p>
    <w:p>
      <w:pPr>
        <w:spacing w:after="0"/>
      </w:pPr>
    </w:p>
    <w:p>
      <w:pPr>
        <w:spacing w:after="0"/>
      </w:pPr>
      <w:r>
        <w:rPr>
          <w:rFonts w:ascii="Arial" w:hAnsi="Arial"/>
          <w:b/>
          <w:sz w:val="22"/>
        </w:rPr>
        <w:t xml:space="preserve">Alice  </w:t>
      </w:r>
      <w:r>
        <w:rPr>
          <w:rFonts w:ascii="Arial" w:hAnsi="Arial"/>
          <w:color w:val="5D7284"/>
          <w:sz w:val="22"/>
        </w:rPr>
        <w:t>26:40</w:t>
      </w:r>
    </w:p>
    <w:p>
      <w:pPr>
        <w:spacing w:after="0"/>
      </w:pPr>
      <w:r>
        <w:rPr>
          <w:rFonts w:ascii="Arial" w:hAnsi="Arial"/>
          <w:sz w:val="22"/>
        </w:rPr>
        <w:t>Oh God.</w:t>
      </w:r>
    </w:p>
    <w:p>
      <w:pPr>
        <w:spacing w:after="0"/>
      </w:pPr>
    </w:p>
    <w:p>
      <w:pPr>
        <w:spacing w:after="0"/>
      </w:pPr>
      <w:r>
        <w:rPr>
          <w:rFonts w:ascii="Arial" w:hAnsi="Arial"/>
          <w:b/>
          <w:sz w:val="22"/>
        </w:rPr>
        <w:t xml:space="preserve">Lucy  </w:t>
      </w:r>
      <w:r>
        <w:rPr>
          <w:rFonts w:ascii="Arial" w:hAnsi="Arial"/>
          <w:color w:val="5D7284"/>
          <w:sz w:val="22"/>
        </w:rPr>
        <w:t>26:41</w:t>
      </w:r>
    </w:p>
    <w:p>
      <w:pPr>
        <w:spacing w:after="0"/>
      </w:pPr>
      <w:r>
        <w:rPr>
          <w:rFonts w:ascii="Arial" w:hAnsi="Arial"/>
          <w:sz w:val="22"/>
        </w:rPr>
        <w:t>Like, if you don't cry, that there is something wrong with you. What is wrong with you? We don't cry, have you not good for art, very good film and, like, the first step because of the word, the first time you see you like, Oh, this is nice, obviously, guys going through his life, oh, and then you're like, oh, god no, yeah. I'm just a weeping man, which isn't hard, I know, but it Yeah, that that is just does me in every time completely, just, I don't get that. If it was written by AI,</w:t>
      </w:r>
    </w:p>
    <w:p>
      <w:pPr>
        <w:spacing w:after="0"/>
      </w:pPr>
    </w:p>
    <w:p>
      <w:pPr>
        <w:spacing w:after="0"/>
      </w:pPr>
      <w:r>
        <w:rPr>
          <w:rFonts w:ascii="Arial" w:hAnsi="Arial"/>
          <w:b/>
          <w:sz w:val="22"/>
        </w:rPr>
        <w:t xml:space="preserve">Jon  </w:t>
      </w:r>
      <w:r>
        <w:rPr>
          <w:rFonts w:ascii="Arial" w:hAnsi="Arial"/>
          <w:color w:val="5D7284"/>
          <w:sz w:val="22"/>
        </w:rPr>
        <w:t>27:16</w:t>
      </w:r>
    </w:p>
    <w:p>
      <w:pPr>
        <w:spacing w:after="0"/>
      </w:pPr>
      <w:r>
        <w:rPr>
          <w:rFonts w:ascii="Arial" w:hAnsi="Arial"/>
          <w:sz w:val="22"/>
        </w:rPr>
        <w:t>would you? Oh, definitely not.</w:t>
      </w:r>
    </w:p>
    <w:p>
      <w:pPr>
        <w:spacing w:after="0"/>
      </w:pPr>
    </w:p>
    <w:p>
      <w:pPr>
        <w:spacing w:after="0"/>
      </w:pPr>
      <w:r>
        <w:rPr>
          <w:rFonts w:ascii="Arial" w:hAnsi="Arial"/>
          <w:b/>
          <w:sz w:val="22"/>
        </w:rPr>
        <w:t xml:space="preserve">Alice  </w:t>
      </w:r>
      <w:r>
        <w:rPr>
          <w:rFonts w:ascii="Arial" w:hAnsi="Arial"/>
          <w:color w:val="5D7284"/>
          <w:sz w:val="22"/>
        </w:rPr>
        <w:t>27:20</w:t>
      </w:r>
    </w:p>
    <w:p>
      <w:pPr>
        <w:spacing w:after="0"/>
      </w:pPr>
      <w:r>
        <w:rPr>
          <w:rFonts w:ascii="Arial" w:hAnsi="Arial"/>
          <w:sz w:val="22"/>
        </w:rPr>
        <w:t>What's your favorite kids film? John,</w:t>
      </w:r>
    </w:p>
    <w:p>
      <w:pPr>
        <w:spacing w:after="0"/>
      </w:pPr>
    </w:p>
    <w:p>
      <w:pPr>
        <w:spacing w:after="0"/>
      </w:pPr>
      <w:r>
        <w:rPr>
          <w:rFonts w:ascii="Arial" w:hAnsi="Arial"/>
          <w:b/>
          <w:sz w:val="22"/>
        </w:rPr>
        <w:t xml:space="preserve">Jon  </w:t>
      </w:r>
      <w:r>
        <w:rPr>
          <w:rFonts w:ascii="Arial" w:hAnsi="Arial"/>
          <w:color w:val="5D7284"/>
          <w:sz w:val="22"/>
        </w:rPr>
        <w:t>27:22</w:t>
      </w:r>
    </w:p>
    <w:p>
      <w:pPr>
        <w:spacing w:after="0"/>
      </w:pPr>
      <w:r>
        <w:rPr>
          <w:rFonts w:ascii="Arial" w:hAnsi="Arial"/>
          <w:sz w:val="22"/>
        </w:rPr>
        <w:t>oh, my favorite kids film. I'm probably going to be really boring by saying this, but I love the Toy Story film,</w:t>
      </w:r>
    </w:p>
    <w:p>
      <w:pPr>
        <w:spacing w:after="0"/>
      </w:pPr>
    </w:p>
    <w:p>
      <w:pPr>
        <w:spacing w:after="0"/>
      </w:pPr>
      <w:r>
        <w:rPr>
          <w:rFonts w:ascii="Arial" w:hAnsi="Arial"/>
          <w:b/>
          <w:sz w:val="22"/>
        </w:rPr>
        <w:t xml:space="preserve">Lucy  </w:t>
      </w:r>
      <w:r>
        <w:rPr>
          <w:rFonts w:ascii="Arial" w:hAnsi="Arial"/>
          <w:color w:val="5D7284"/>
          <w:sz w:val="22"/>
        </w:rPr>
        <w:t>27:34</w:t>
      </w:r>
    </w:p>
    <w:p>
      <w:pPr>
        <w:spacing w:after="0"/>
      </w:pPr>
      <w:r>
        <w:rPr>
          <w:rFonts w:ascii="Arial" w:hAnsi="Arial"/>
          <w:sz w:val="22"/>
        </w:rPr>
        <w:t>no, yeah, I agree with</w:t>
      </w:r>
    </w:p>
    <w:p>
      <w:pPr>
        <w:spacing w:after="0"/>
      </w:pPr>
    </w:p>
    <w:p>
      <w:pPr>
        <w:spacing w:after="0"/>
      </w:pPr>
      <w:r>
        <w:rPr>
          <w:rFonts w:ascii="Arial" w:hAnsi="Arial"/>
          <w:b/>
          <w:sz w:val="22"/>
        </w:rPr>
        <w:t xml:space="preserve">Alice  </w:t>
      </w:r>
      <w:r>
        <w:rPr>
          <w:rFonts w:ascii="Arial" w:hAnsi="Arial"/>
          <w:color w:val="5D7284"/>
          <w:sz w:val="22"/>
        </w:rPr>
        <w:t>27:36</w:t>
      </w:r>
    </w:p>
    <w:p>
      <w:pPr>
        <w:spacing w:after="0"/>
      </w:pPr>
      <w:r>
        <w:rPr>
          <w:rFonts w:ascii="Arial" w:hAnsi="Arial"/>
          <w:sz w:val="22"/>
        </w:rPr>
        <w:t>him. You can go wrong.</w:t>
      </w:r>
    </w:p>
    <w:p>
      <w:pPr>
        <w:spacing w:after="0"/>
      </w:pPr>
    </w:p>
    <w:p>
      <w:pPr>
        <w:spacing w:after="0"/>
      </w:pPr>
      <w:r>
        <w:rPr>
          <w:rFonts w:ascii="Arial" w:hAnsi="Arial"/>
          <w:b/>
          <w:sz w:val="22"/>
        </w:rPr>
        <w:t xml:space="preserve">Lucy  </w:t>
      </w:r>
      <w:r>
        <w:rPr>
          <w:rFonts w:ascii="Arial" w:hAnsi="Arial"/>
          <w:color w:val="5D7284"/>
          <w:sz w:val="22"/>
        </w:rPr>
        <w:t>27:38</w:t>
      </w:r>
    </w:p>
    <w:p>
      <w:pPr>
        <w:spacing w:after="0"/>
      </w:pPr>
      <w:r>
        <w:rPr>
          <w:rFonts w:ascii="Arial" w:hAnsi="Arial"/>
          <w:sz w:val="22"/>
        </w:rPr>
        <w:t>That's what I do. Know. That's what I do around Christmas time I put Toy Story one on, I sit under my blanket eats of cheese.</w:t>
      </w:r>
    </w:p>
    <w:p>
      <w:pPr>
        <w:spacing w:after="0"/>
      </w:pPr>
    </w:p>
    <w:p>
      <w:pPr>
        <w:spacing w:after="0"/>
      </w:pPr>
      <w:r>
        <w:rPr>
          <w:rFonts w:ascii="Arial" w:hAnsi="Arial"/>
          <w:b/>
          <w:sz w:val="22"/>
        </w:rPr>
        <w:t xml:space="preserve">Jon  </w:t>
      </w:r>
      <w:r>
        <w:rPr>
          <w:rFonts w:ascii="Arial" w:hAnsi="Arial"/>
          <w:color w:val="5D7284"/>
          <w:sz w:val="22"/>
        </w:rPr>
        <w:t>27:49</w:t>
      </w:r>
    </w:p>
    <w:p>
      <w:pPr>
        <w:spacing w:after="0"/>
      </w:pPr>
      <w:r>
        <w:rPr>
          <w:rFonts w:ascii="Arial" w:hAnsi="Arial"/>
          <w:sz w:val="22"/>
        </w:rPr>
        <w:t>I do love Toy Story. I actually really quite enjoy children's films. Frozen is another one of my favorites. It's probably a guilty pleasure, because I see it in my friends that are like frozen. They're like, frozen. I know. I</w:t>
      </w:r>
    </w:p>
    <w:p>
      <w:pPr>
        <w:spacing w:after="0"/>
      </w:pPr>
    </w:p>
    <w:p>
      <w:pPr>
        <w:spacing w:after="0"/>
      </w:pPr>
      <w:r>
        <w:rPr>
          <w:rFonts w:ascii="Arial" w:hAnsi="Arial"/>
          <w:b/>
          <w:sz w:val="22"/>
        </w:rPr>
        <w:t xml:space="preserve">Lucy  </w:t>
      </w:r>
      <w:r>
        <w:rPr>
          <w:rFonts w:ascii="Arial" w:hAnsi="Arial"/>
          <w:color w:val="5D7284"/>
          <w:sz w:val="22"/>
        </w:rPr>
        <w:t>28:02</w:t>
      </w:r>
    </w:p>
    <w:p>
      <w:pPr>
        <w:spacing w:after="0"/>
      </w:pPr>
      <w:r>
        <w:rPr>
          <w:rFonts w:ascii="Arial" w:hAnsi="Arial"/>
          <w:sz w:val="22"/>
        </w:rPr>
        <w:t>don't think I've seen Frozen two. No, I haven't seen the second</w:t>
      </w:r>
    </w:p>
    <w:p>
      <w:pPr>
        <w:spacing w:after="0"/>
      </w:pPr>
    </w:p>
    <w:p>
      <w:pPr>
        <w:spacing w:after="0"/>
      </w:pPr>
      <w:r>
        <w:rPr>
          <w:rFonts w:ascii="Arial" w:hAnsi="Arial"/>
          <w:b/>
          <w:sz w:val="22"/>
        </w:rPr>
        <w:t xml:space="preserve">Alice  </w:t>
      </w:r>
      <w:r>
        <w:rPr>
          <w:rFonts w:ascii="Arial" w:hAnsi="Arial"/>
          <w:color w:val="5D7284"/>
          <w:sz w:val="22"/>
        </w:rPr>
        <w:t>28:05</w:t>
      </w:r>
    </w:p>
    <w:p>
      <w:pPr>
        <w:spacing w:after="0"/>
      </w:pPr>
      <w:r>
        <w:rPr>
          <w:rFonts w:ascii="Arial" w:hAnsi="Arial"/>
          <w:sz w:val="22"/>
        </w:rPr>
        <w:t>one. But I literally had this conversation with my friend at the weekend when I was telling her that I'd watch Moana. And she was like, she said, she said something. And she was like, as long as you don't watch frozen, I</w:t>
      </w:r>
    </w:p>
    <w:p>
      <w:pPr>
        <w:spacing w:after="0"/>
      </w:pPr>
    </w:p>
    <w:p>
      <w:pPr>
        <w:spacing w:after="0"/>
      </w:pPr>
      <w:r>
        <w:rPr>
          <w:rFonts w:ascii="Arial" w:hAnsi="Arial"/>
          <w:b/>
          <w:sz w:val="22"/>
        </w:rPr>
        <w:t xml:space="preserve">Jon  </w:t>
      </w:r>
      <w:r>
        <w:rPr>
          <w:rFonts w:ascii="Arial" w:hAnsi="Arial"/>
          <w:color w:val="5D7284"/>
          <w:sz w:val="22"/>
        </w:rPr>
        <w:t>28:16</w:t>
      </w:r>
    </w:p>
    <w:p>
      <w:pPr>
        <w:spacing w:after="0"/>
      </w:pPr>
      <w:r>
        <w:rPr>
          <w:rFonts w:ascii="Arial" w:hAnsi="Arial"/>
          <w:sz w:val="22"/>
        </w:rPr>
        <w:t>was like, I love I think it's I think it's amazing. I love it. I love it.</w:t>
      </w:r>
    </w:p>
    <w:p>
      <w:pPr>
        <w:spacing w:after="0"/>
      </w:pPr>
    </w:p>
    <w:p>
      <w:pPr>
        <w:spacing w:after="0"/>
      </w:pPr>
      <w:r>
        <w:rPr>
          <w:rFonts w:ascii="Arial" w:hAnsi="Arial"/>
          <w:b/>
          <w:sz w:val="22"/>
        </w:rPr>
        <w:t xml:space="preserve">Lucy  </w:t>
      </w:r>
      <w:r>
        <w:rPr>
          <w:rFonts w:ascii="Arial" w:hAnsi="Arial"/>
          <w:color w:val="5D7284"/>
          <w:sz w:val="22"/>
        </w:rPr>
        <w:t>28:20</w:t>
      </w:r>
    </w:p>
    <w:p>
      <w:pPr>
        <w:spacing w:after="0"/>
      </w:pPr>
      <w:r>
        <w:rPr>
          <w:rFonts w:ascii="Arial" w:hAnsi="Arial"/>
          <w:sz w:val="22"/>
        </w:rPr>
        <w:t>Well done. John for not saying lack of Notre Dame, because recent episode we we both discussed that, and it's horrific. Um, but, yeah, I also watched him. Oh, what was he? I watched the other day. I can't was now? Oh, Aladdin. I like Aladdin. Aladdin was the first film I saw as a child at my local cinema that's now all Weatherspoons. You</w:t>
      </w:r>
    </w:p>
    <w:p>
      <w:pPr>
        <w:spacing w:after="0"/>
      </w:pPr>
    </w:p>
    <w:p>
      <w:pPr>
        <w:spacing w:after="0"/>
      </w:pPr>
      <w:r>
        <w:rPr>
          <w:rFonts w:ascii="Arial" w:hAnsi="Arial"/>
          <w:b/>
          <w:sz w:val="22"/>
        </w:rPr>
        <w:t xml:space="preserve">Alice  </w:t>
      </w:r>
      <w:r>
        <w:rPr>
          <w:rFonts w:ascii="Arial" w:hAnsi="Arial"/>
          <w:color w:val="5D7284"/>
          <w:sz w:val="22"/>
        </w:rPr>
        <w:t>28:47</w:t>
      </w:r>
    </w:p>
    <w:p>
      <w:pPr>
        <w:spacing w:after="0"/>
      </w:pPr>
      <w:r>
        <w:rPr>
          <w:rFonts w:ascii="Arial" w:hAnsi="Arial"/>
          <w:sz w:val="22"/>
        </w:rPr>
        <w:t>know, I think it was one of the first I can remember. Certainly remember going to the cinema to see Aladdin. Yeah, we're the same age, so I wouldn't be surprised if it was</w:t>
      </w:r>
    </w:p>
    <w:p>
      <w:pPr>
        <w:spacing w:after="0"/>
      </w:pPr>
    </w:p>
    <w:p>
      <w:pPr>
        <w:spacing w:after="0"/>
      </w:pPr>
      <w:r>
        <w:rPr>
          <w:rFonts w:ascii="Arial" w:hAnsi="Arial"/>
          <w:b/>
          <w:sz w:val="22"/>
        </w:rPr>
        <w:t xml:space="preserve">Lucy  </w:t>
      </w:r>
      <w:r>
        <w:rPr>
          <w:rFonts w:ascii="Arial" w:hAnsi="Arial"/>
          <w:color w:val="5D7284"/>
          <w:sz w:val="22"/>
        </w:rPr>
        <w:t>28:56</w:t>
      </w:r>
    </w:p>
    <w:p>
      <w:pPr>
        <w:spacing w:after="0"/>
      </w:pPr>
      <w:r>
        <w:rPr>
          <w:rFonts w:ascii="Arial" w:hAnsi="Arial"/>
          <w:sz w:val="22"/>
        </w:rPr>
        <w:t>one of the first single, yeah, yeah. But I that is all my, one of my favorites, I mean, and you get and also you get the added bonus of Robin Williams in it, which you can never go wrong, really, can you.</w:t>
      </w:r>
    </w:p>
    <w:p>
      <w:pPr>
        <w:spacing w:after="0"/>
      </w:pPr>
    </w:p>
    <w:p>
      <w:pPr>
        <w:spacing w:after="0"/>
      </w:pPr>
      <w:r>
        <w:rPr>
          <w:rFonts w:ascii="Arial" w:hAnsi="Arial"/>
          <w:b/>
          <w:sz w:val="22"/>
        </w:rPr>
        <w:t xml:space="preserve">Jon  </w:t>
      </w:r>
      <w:r>
        <w:rPr>
          <w:rFonts w:ascii="Arial" w:hAnsi="Arial"/>
          <w:color w:val="5D7284"/>
          <w:sz w:val="22"/>
        </w:rPr>
        <w:t>29:07</w:t>
      </w:r>
    </w:p>
    <w:p>
      <w:pPr>
        <w:spacing w:after="0"/>
      </w:pPr>
      <w:r>
        <w:rPr>
          <w:rFonts w:ascii="Arial" w:hAnsi="Arial"/>
          <w:sz w:val="22"/>
        </w:rPr>
        <w:t>So no, he's brilliant, isn't he? Yeah, he</w:t>
      </w:r>
    </w:p>
    <w:p>
      <w:pPr>
        <w:spacing w:after="0"/>
      </w:pPr>
    </w:p>
    <w:p>
      <w:pPr>
        <w:spacing w:after="0"/>
      </w:pPr>
      <w:r>
        <w:rPr>
          <w:rFonts w:ascii="Arial" w:hAnsi="Arial"/>
          <w:b/>
          <w:sz w:val="22"/>
        </w:rPr>
        <w:t xml:space="preserve">Lucy  </w:t>
      </w:r>
      <w:r>
        <w:rPr>
          <w:rFonts w:ascii="Arial" w:hAnsi="Arial"/>
          <w:color w:val="5D7284"/>
          <w:sz w:val="22"/>
        </w:rPr>
        <w:t>29:09</w:t>
      </w:r>
    </w:p>
    <w:p>
      <w:pPr>
        <w:spacing w:after="0"/>
      </w:pPr>
      <w:r>
        <w:rPr>
          <w:rFonts w:ascii="Arial" w:hAnsi="Arial"/>
          <w:sz w:val="22"/>
        </w:rPr>
        <w:t>is very good.</w:t>
      </w:r>
    </w:p>
    <w:p>
      <w:pPr>
        <w:spacing w:after="0"/>
      </w:pPr>
    </w:p>
    <w:p>
      <w:pPr>
        <w:spacing w:after="0"/>
      </w:pPr>
      <w:r>
        <w:rPr>
          <w:rFonts w:ascii="Arial" w:hAnsi="Arial"/>
          <w:b/>
          <w:sz w:val="22"/>
        </w:rPr>
        <w:t xml:space="preserve">Alice  </w:t>
      </w:r>
      <w:r>
        <w:rPr>
          <w:rFonts w:ascii="Arial" w:hAnsi="Arial"/>
          <w:color w:val="5D7284"/>
          <w:sz w:val="22"/>
        </w:rPr>
        <w:t>29:10</w:t>
      </w:r>
    </w:p>
    <w:p>
      <w:pPr>
        <w:spacing w:after="0"/>
      </w:pPr>
      <w:r>
        <w:rPr>
          <w:rFonts w:ascii="Arial" w:hAnsi="Arial"/>
          <w:sz w:val="22"/>
        </w:rPr>
        <w:t>I have to say. I don't know about some of the older ones, like Aladdin. I haven't looked but one of the things that you have to say for Disney, for kind of all of their flaws, is they are so good at audio description, like they've got that shit down. Like it's not just that they do it consistently, but they the scripting is always really good, the delivery. I can remember the one of the first films I watched audio described was one of the first Avengers movies, and the guy who's doing it sounds, he sounds like a wizard</w:t>
      </w:r>
    </w:p>
    <w:p>
      <w:pPr>
        <w:spacing w:after="0"/>
      </w:pPr>
    </w:p>
    <w:p>
      <w:pPr>
        <w:spacing w:after="0"/>
      </w:pPr>
      <w:r>
        <w:rPr>
          <w:rFonts w:ascii="Arial" w:hAnsi="Arial"/>
          <w:b/>
          <w:sz w:val="22"/>
        </w:rPr>
        <w:t xml:space="preserve">Lucy  </w:t>
      </w:r>
      <w:r>
        <w:rPr>
          <w:rFonts w:ascii="Arial" w:hAnsi="Arial"/>
          <w:color w:val="5D7284"/>
          <w:sz w:val="22"/>
        </w:rPr>
        <w:t>29:39</w:t>
      </w:r>
    </w:p>
    <w:p>
      <w:pPr>
        <w:spacing w:after="0"/>
      </w:pPr>
      <w:r>
        <w:rPr>
          <w:rFonts w:ascii="Arial" w:hAnsi="Arial"/>
          <w:sz w:val="22"/>
        </w:rPr>
        <w:t>or something, is he, like, like, putting his acting skills to the desk.</w:t>
      </w:r>
    </w:p>
    <w:p>
      <w:pPr>
        <w:spacing w:after="0"/>
      </w:pPr>
    </w:p>
    <w:p>
      <w:pPr>
        <w:spacing w:after="0"/>
      </w:pPr>
      <w:r>
        <w:rPr>
          <w:rFonts w:ascii="Arial" w:hAnsi="Arial"/>
          <w:b/>
          <w:sz w:val="22"/>
        </w:rPr>
        <w:t xml:space="preserve">Alice  </w:t>
      </w:r>
      <w:r>
        <w:rPr>
          <w:rFonts w:ascii="Arial" w:hAnsi="Arial"/>
          <w:color w:val="5D7284"/>
          <w:sz w:val="22"/>
        </w:rPr>
        <w:t>29:43</w:t>
      </w:r>
    </w:p>
    <w:p>
      <w:pPr>
        <w:spacing w:after="0"/>
      </w:pPr>
      <w:r>
        <w:rPr>
          <w:rFonts w:ascii="Arial" w:hAnsi="Arial"/>
          <w:sz w:val="22"/>
        </w:rPr>
        <w:t>I can just remember thinking, like, like, it was, you know, accepting the audio description was something I needed. Was it wasn't hard, but it was a bit like, Oh, I</w:t>
      </w:r>
    </w:p>
    <w:p>
      <w:pPr>
        <w:spacing w:after="0"/>
      </w:pPr>
    </w:p>
    <w:p>
      <w:pPr>
        <w:spacing w:after="0"/>
      </w:pPr>
      <w:r>
        <w:rPr>
          <w:rFonts w:ascii="Arial" w:hAnsi="Arial"/>
          <w:b/>
          <w:sz w:val="22"/>
        </w:rPr>
        <w:t xml:space="preserve">Lucy  </w:t>
      </w:r>
      <w:r>
        <w:rPr>
          <w:rFonts w:ascii="Arial" w:hAnsi="Arial"/>
          <w:color w:val="5D7284"/>
          <w:sz w:val="22"/>
        </w:rPr>
        <w:t>29:53</w:t>
      </w:r>
    </w:p>
    <w:p>
      <w:pPr>
        <w:spacing w:after="0"/>
      </w:pPr>
      <w:r>
        <w:rPr>
          <w:rFonts w:ascii="Arial" w:hAnsi="Arial"/>
          <w:sz w:val="22"/>
        </w:rPr>
        <w:t>feel a bit weird about and also because, you like, I don't want it to ruin the movie, yeah, and</w:t>
      </w:r>
    </w:p>
    <w:p>
      <w:pPr>
        <w:spacing w:after="0"/>
      </w:pPr>
    </w:p>
    <w:p>
      <w:pPr>
        <w:spacing w:after="0"/>
      </w:pPr>
      <w:r>
        <w:rPr>
          <w:rFonts w:ascii="Arial" w:hAnsi="Arial"/>
          <w:b/>
          <w:sz w:val="22"/>
        </w:rPr>
        <w:t xml:space="preserve">Alice  </w:t>
      </w:r>
      <w:r>
        <w:rPr>
          <w:rFonts w:ascii="Arial" w:hAnsi="Arial"/>
          <w:color w:val="5D7284"/>
          <w:sz w:val="22"/>
        </w:rPr>
        <w:t>29:58</w:t>
      </w:r>
    </w:p>
    <w:p>
      <w:pPr>
        <w:spacing w:after="0"/>
      </w:pPr>
      <w:r>
        <w:rPr>
          <w:rFonts w:ascii="Arial" w:hAnsi="Arial"/>
          <w:sz w:val="22"/>
        </w:rPr>
        <w:t>that's what I was worried about. Yeah. It really. I can remember the watching that thinking this actually gives me, gives me more. This does this adds to the movie. And now my husband doesn't even notice when audio description is on. He'll sometimes like, log into the wrong Disney account and just be like, halfway through something can like, oh yeah.</w:t>
      </w:r>
    </w:p>
    <w:p>
      <w:pPr>
        <w:spacing w:after="0"/>
      </w:pPr>
    </w:p>
    <w:p>
      <w:pPr>
        <w:spacing w:after="0"/>
      </w:pPr>
      <w:r>
        <w:rPr>
          <w:rFonts w:ascii="Arial" w:hAnsi="Arial"/>
          <w:b/>
          <w:sz w:val="22"/>
        </w:rPr>
        <w:t xml:space="preserve">Lucy  </w:t>
      </w:r>
      <w:r>
        <w:rPr>
          <w:rFonts w:ascii="Arial" w:hAnsi="Arial"/>
          <w:color w:val="5D7284"/>
          <w:sz w:val="22"/>
        </w:rPr>
        <w:t>30:19</w:t>
      </w:r>
    </w:p>
    <w:p>
      <w:pPr>
        <w:spacing w:after="0"/>
      </w:pPr>
      <w:r>
        <w:rPr>
          <w:rFonts w:ascii="Arial" w:hAnsi="Arial"/>
          <w:sz w:val="22"/>
        </w:rPr>
        <w:t>About this, yeah, so was Mo was Moana audio Yeah, yeah, great,</w:t>
      </w:r>
    </w:p>
    <w:p>
      <w:pPr>
        <w:spacing w:after="0"/>
      </w:pPr>
    </w:p>
    <w:p>
      <w:pPr>
        <w:spacing w:after="0"/>
      </w:pPr>
      <w:r>
        <w:rPr>
          <w:rFonts w:ascii="Arial" w:hAnsi="Arial"/>
          <w:b/>
          <w:sz w:val="22"/>
        </w:rPr>
        <w:t xml:space="preserve">Jon  </w:t>
      </w:r>
      <w:r>
        <w:rPr>
          <w:rFonts w:ascii="Arial" w:hAnsi="Arial"/>
          <w:color w:val="5D7284"/>
          <w:sz w:val="22"/>
        </w:rPr>
        <w:t>30:26</w:t>
      </w:r>
    </w:p>
    <w:p>
      <w:pPr>
        <w:spacing w:after="0"/>
      </w:pPr>
      <w:r>
        <w:rPr>
          <w:rFonts w:ascii="Arial" w:hAnsi="Arial"/>
          <w:sz w:val="22"/>
        </w:rPr>
        <w:t>yeah, no, it's great, yeah, Disney, Disney, Disney, are pros audio description. They really are. You know, you go on Disney plus, and basically everything's got some sort of audio description. Yeah, yeah. And like, like you were saying Alice with the with him, with the Marvel ones, especially, it's almost like having an additional actor, yeah, here, you know, because they get so into it, like, it really, it really, it really improves the experience a lot. Yeah, I might have to try it. Yeah, you should, Oh, yeah.</w:t>
      </w:r>
    </w:p>
    <w:p>
      <w:pPr>
        <w:spacing w:after="0"/>
      </w:pPr>
    </w:p>
    <w:p>
      <w:pPr>
        <w:spacing w:after="0"/>
      </w:pPr>
      <w:r>
        <w:rPr>
          <w:rFonts w:ascii="Arial" w:hAnsi="Arial"/>
          <w:b/>
          <w:sz w:val="22"/>
        </w:rPr>
        <w:t xml:space="preserve">Lucy  </w:t>
      </w:r>
      <w:r>
        <w:rPr>
          <w:rFonts w:ascii="Arial" w:hAnsi="Arial"/>
          <w:color w:val="5D7284"/>
          <w:sz w:val="22"/>
        </w:rPr>
        <w:t>31:02</w:t>
      </w:r>
    </w:p>
    <w:p>
      <w:pPr>
        <w:spacing w:after="0"/>
      </w:pPr>
      <w:r>
        <w:rPr>
          <w:rFonts w:ascii="Arial" w:hAnsi="Arial"/>
          <w:sz w:val="22"/>
        </w:rPr>
        <w:t>I always think it is amazing when I see like, video clips on tick tock or whatever. When I'm scrolling through tick tock, and I get on to, like, a few, there's a few Disney clips that I get onto, and it's people who have been to, like, Disneyland with their kids or whatever, and they say, Oh, my son's like, hard of hearing or whatever, and it's almost like they know, instinctively know, that this kid cannot hear or, like, communicate very well. And the Disney character who is in the costume straight away. I mean, it's like, I can do sign language. It's very difficult, but I can do it because my hands are a bit like they don't always work properly, but I can do it. But doing sign language when you have got a costume head on your head, and yeah, and I'm like, what? Hats off to you. Bella. Well done, whoever's in that costume, because, and they are signing one handed like and it's, it's amazing. And I just think, what a great experience for those kids who otherwise wouldn't be able to talk to Mickey Mouse or whatever.</w:t>
      </w:r>
    </w:p>
    <w:p>
      <w:pPr>
        <w:spacing w:after="0"/>
      </w:pPr>
    </w:p>
    <w:p>
      <w:pPr>
        <w:spacing w:after="0"/>
      </w:pPr>
      <w:r>
        <w:rPr>
          <w:rFonts w:ascii="Arial" w:hAnsi="Arial"/>
          <w:b/>
          <w:sz w:val="22"/>
        </w:rPr>
        <w:t xml:space="preserve">Jon  </w:t>
      </w:r>
      <w:r>
        <w:rPr>
          <w:rFonts w:ascii="Arial" w:hAnsi="Arial"/>
          <w:color w:val="5D7284"/>
          <w:sz w:val="22"/>
        </w:rPr>
        <w:t>32:16</w:t>
      </w:r>
    </w:p>
    <w:p>
      <w:pPr>
        <w:spacing w:after="0"/>
      </w:pPr>
      <w:r>
        <w:rPr>
          <w:rFonts w:ascii="Arial" w:hAnsi="Arial"/>
          <w:sz w:val="22"/>
        </w:rPr>
        <w:t>It's brilliant. And you know, and you know things like that, these kids will remember that for the rest of their life, you know. And it's just something, just small things like that, you know, like Mickey Mouse or Donald Duck doing a bit of BSL to to these kids who are deaf or hard of hearing, that's just gonna, that's gonna make their life, you know, like you can almost</w:t>
      </w:r>
    </w:p>
    <w:p>
      <w:pPr>
        <w:spacing w:after="0"/>
      </w:pPr>
    </w:p>
    <w:p>
      <w:pPr>
        <w:spacing w:after="0"/>
      </w:pPr>
      <w:r>
        <w:rPr>
          <w:rFonts w:ascii="Arial" w:hAnsi="Arial"/>
          <w:b/>
          <w:sz w:val="22"/>
        </w:rPr>
        <w:t xml:space="preserve">Lucy  </w:t>
      </w:r>
      <w:r>
        <w:rPr>
          <w:rFonts w:ascii="Arial" w:hAnsi="Arial"/>
          <w:color w:val="5D7284"/>
          <w:sz w:val="22"/>
        </w:rPr>
        <w:t>32:37</w:t>
      </w:r>
    </w:p>
    <w:p>
      <w:pPr>
        <w:spacing w:after="0"/>
      </w:pPr>
      <w:r>
        <w:rPr>
          <w:rFonts w:ascii="Arial" w:hAnsi="Arial"/>
          <w:sz w:val="22"/>
        </w:rPr>
        <w:t>see on the kids faces, like it's a memory that core memory is being made. And you just think, exactly, you know, that's amazing,</w:t>
      </w:r>
    </w:p>
    <w:p>
      <w:pPr>
        <w:spacing w:after="0"/>
      </w:pPr>
    </w:p>
    <w:p>
      <w:pPr>
        <w:spacing w:after="0"/>
      </w:pPr>
      <w:r>
        <w:rPr>
          <w:rFonts w:ascii="Arial" w:hAnsi="Arial"/>
          <w:b/>
          <w:sz w:val="22"/>
        </w:rPr>
        <w:t xml:space="preserve">Alice  </w:t>
      </w:r>
      <w:r>
        <w:rPr>
          <w:rFonts w:ascii="Arial" w:hAnsi="Arial"/>
          <w:color w:val="5D7284"/>
          <w:sz w:val="22"/>
        </w:rPr>
        <w:t>32:45</w:t>
      </w:r>
    </w:p>
    <w:p>
      <w:pPr>
        <w:spacing w:after="0"/>
      </w:pPr>
      <w:r>
        <w:rPr>
          <w:rFonts w:ascii="Arial" w:hAnsi="Arial"/>
          <w:sz w:val="22"/>
        </w:rPr>
        <w:t>but it's just it, like it is just tight, like tiny little things. I mean, you know, it's probably not a tiny thing. It's taken a lot of work for that person to a, learn sign language, and B, learn how to could you</w:t>
      </w:r>
    </w:p>
    <w:p>
      <w:pPr>
        <w:spacing w:after="0"/>
      </w:pPr>
    </w:p>
    <w:p>
      <w:pPr>
        <w:spacing w:after="0"/>
      </w:pPr>
      <w:r>
        <w:rPr>
          <w:rFonts w:ascii="Arial" w:hAnsi="Arial"/>
          <w:b/>
          <w:sz w:val="22"/>
        </w:rPr>
        <w:t xml:space="preserve">Lucy  </w:t>
      </w:r>
      <w:r>
        <w:rPr>
          <w:rFonts w:ascii="Arial" w:hAnsi="Arial"/>
          <w:color w:val="5D7284"/>
          <w:sz w:val="22"/>
        </w:rPr>
        <w:t>32:56</w:t>
      </w:r>
    </w:p>
    <w:p>
      <w:pPr>
        <w:spacing w:after="0"/>
      </w:pPr>
      <w:r>
        <w:rPr>
          <w:rFonts w:ascii="Arial" w:hAnsi="Arial"/>
          <w:sz w:val="22"/>
        </w:rPr>
        <w:t>imagine language and can, can you do the can you fingers by the alphabet? Yeah, I've mastered it, right? Try putting this, like, med on, yeah? These mittens that are, like, dead, thick material,</w:t>
      </w:r>
    </w:p>
    <w:p>
      <w:pPr>
        <w:spacing w:after="0"/>
      </w:pPr>
    </w:p>
    <w:p>
      <w:pPr>
        <w:spacing w:after="0"/>
      </w:pPr>
      <w:r>
        <w:rPr>
          <w:rFonts w:ascii="Arial" w:hAnsi="Arial"/>
          <w:b/>
          <w:sz w:val="22"/>
        </w:rPr>
        <w:t xml:space="preserve">Alice  </w:t>
      </w:r>
      <w:r>
        <w:rPr>
          <w:rFonts w:ascii="Arial" w:hAnsi="Arial"/>
          <w:color w:val="5D7284"/>
          <w:sz w:val="22"/>
        </w:rPr>
        <w:t>33:08</w:t>
      </w:r>
    </w:p>
    <w:p>
      <w:pPr>
        <w:spacing w:after="0"/>
      </w:pPr>
      <w:r>
        <w:rPr>
          <w:rFonts w:ascii="Arial" w:hAnsi="Arial"/>
          <w:sz w:val="22"/>
        </w:rPr>
        <w:t>yeah? But it's, it does. It does just kind of say to you, you know, well, if that's like that, something like that can make such a huge, huge difference to people and and it's one of those things that like, it's probably a lot of work to get it down, but once you've got it down, you've got it there in your back pocket, you just pull it out whenever it's needed,</w:t>
      </w:r>
    </w:p>
    <w:p>
      <w:pPr>
        <w:spacing w:after="0"/>
      </w:pPr>
    </w:p>
    <w:p>
      <w:pPr>
        <w:spacing w:after="0"/>
      </w:pPr>
      <w:r>
        <w:rPr>
          <w:rFonts w:ascii="Arial" w:hAnsi="Arial"/>
          <w:b/>
          <w:sz w:val="22"/>
        </w:rPr>
        <w:t xml:space="preserve">Lucy  </w:t>
      </w:r>
      <w:r>
        <w:rPr>
          <w:rFonts w:ascii="Arial" w:hAnsi="Arial"/>
          <w:color w:val="5D7284"/>
          <w:sz w:val="22"/>
        </w:rPr>
        <w:t>33:29</w:t>
      </w:r>
    </w:p>
    <w:p>
      <w:pPr>
        <w:spacing w:after="0"/>
      </w:pPr>
      <w:r>
        <w:rPr>
          <w:rFonts w:ascii="Arial" w:hAnsi="Arial"/>
          <w:sz w:val="22"/>
        </w:rPr>
        <w:t>exactly, yeah, and it's not just, it's not just deaf or hard of hearing, like people either they've got, there's one, there's one young man who I think he's autistic. I'm not. I'm not 100% certain. I think he is autistic. And he goes to the park regularly. I'm not sure which Park is. I think it might be in America. And he wears ear defenders. He's quite an older young man, and he wears ear defenders and the cast members, when they are interacting with him, they know that he started by loud noises, so they'll move him away from like noisy areas. They let them him touch their faces so that he can sort of feel where they are and how close he's. And I just think that is going that little bit extra to make that person's day. And I think Disney do that so well, and it's nice to know that they also do it with their core material stuff as well, with, like their films and things like that. They go that extra mile. Not</w:t>
      </w:r>
    </w:p>
    <w:p>
      <w:pPr>
        <w:spacing w:after="0"/>
      </w:pPr>
    </w:p>
    <w:p>
      <w:pPr>
        <w:spacing w:after="0"/>
      </w:pPr>
      <w:r>
        <w:rPr>
          <w:rFonts w:ascii="Arial" w:hAnsi="Arial"/>
          <w:b/>
          <w:sz w:val="22"/>
        </w:rPr>
        <w:t xml:space="preserve">Alice  </w:t>
      </w:r>
      <w:r>
        <w:rPr>
          <w:rFonts w:ascii="Arial" w:hAnsi="Arial"/>
          <w:color w:val="5D7284"/>
          <w:sz w:val="22"/>
        </w:rPr>
        <w:t>34:33</w:t>
      </w:r>
    </w:p>
    <w:p>
      <w:pPr>
        <w:spacing w:after="0"/>
      </w:pPr>
      <w:r>
        <w:rPr>
          <w:rFonts w:ascii="Arial" w:hAnsi="Arial"/>
          <w:sz w:val="22"/>
        </w:rPr>
        <w:t>even that we've been binging Modern Family, which is, you know, just one of the random sitcoms that they've made over the years. I think it finished in 2018 or something. So it's been going for like ages and and it's just all they've just done. It's all got ad on it from series one. Just just there.</w:t>
      </w:r>
    </w:p>
    <w:p>
      <w:pPr>
        <w:spacing w:after="0"/>
      </w:pPr>
    </w:p>
    <w:p>
      <w:pPr>
        <w:spacing w:after="0"/>
      </w:pPr>
      <w:r>
        <w:rPr>
          <w:rFonts w:ascii="Arial" w:hAnsi="Arial"/>
          <w:color w:val="5D7284"/>
          <w:sz w:val="22"/>
        </w:rPr>
        <w:t>34:54</w:t>
      </w:r>
    </w:p>
    <w:p>
      <w:pPr>
        <w:spacing w:after="0"/>
      </w:pPr>
      <w:r>
        <w:rPr>
          <w:rFonts w:ascii="Arial" w:hAnsi="Arial"/>
          <w:sz w:val="22"/>
        </w:rPr>
        <w:t>It's really good. Yeah, hats off to them. Yeah.</w:t>
      </w:r>
    </w:p>
    <w:p>
      <w:pPr>
        <w:spacing w:after="0"/>
      </w:pPr>
    </w:p>
    <w:p>
      <w:pPr>
        <w:spacing w:after="0"/>
      </w:pPr>
      <w:r>
        <w:rPr>
          <w:rFonts w:ascii="Arial" w:hAnsi="Arial"/>
          <w:b/>
          <w:sz w:val="22"/>
        </w:rPr>
        <w:t xml:space="preserve">Alice  </w:t>
      </w:r>
      <w:r>
        <w:rPr>
          <w:rFonts w:ascii="Arial" w:hAnsi="Arial"/>
          <w:color w:val="5D7284"/>
          <w:sz w:val="22"/>
        </w:rPr>
        <w:t>34:58</w:t>
      </w:r>
    </w:p>
    <w:p>
      <w:pPr>
        <w:spacing w:after="0"/>
      </w:pPr>
      <w:r>
        <w:rPr>
          <w:rFonts w:ascii="Arial" w:hAnsi="Arial"/>
          <w:sz w:val="22"/>
        </w:rPr>
        <w:t>Whereas, you know, I. On Netflix, it's, it's hit and miss, yeah, you probably don't know this Lucy, to find stuff on iPlayer, you have to go to the like audio described section. And they like, Oh, yeah. They put in the corner to be like, this is all the stuff you can watch.</w:t>
      </w:r>
    </w:p>
    <w:p>
      <w:pPr>
        <w:spacing w:after="0"/>
      </w:pPr>
    </w:p>
    <w:p>
      <w:pPr>
        <w:spacing w:after="0"/>
      </w:pPr>
      <w:r>
        <w:rPr>
          <w:rFonts w:ascii="Arial" w:hAnsi="Arial"/>
          <w:b/>
          <w:sz w:val="22"/>
        </w:rPr>
        <w:t xml:space="preserve">Lucy  </w:t>
      </w:r>
      <w:r>
        <w:rPr>
          <w:rFonts w:ascii="Arial" w:hAnsi="Arial"/>
          <w:color w:val="5D7284"/>
          <w:sz w:val="22"/>
        </w:rPr>
        <w:t>35:17</w:t>
      </w:r>
    </w:p>
    <w:p>
      <w:pPr>
        <w:spacing w:after="0"/>
      </w:pPr>
      <w:r>
        <w:rPr>
          <w:rFonts w:ascii="Arial" w:hAnsi="Arial"/>
          <w:sz w:val="22"/>
        </w:rPr>
        <w:t>Yeah? Rather</w:t>
      </w:r>
    </w:p>
    <w:p>
      <w:pPr>
        <w:spacing w:after="0"/>
      </w:pPr>
    </w:p>
    <w:p>
      <w:pPr>
        <w:spacing w:after="0"/>
      </w:pPr>
      <w:r>
        <w:rPr>
          <w:rFonts w:ascii="Arial" w:hAnsi="Arial"/>
          <w:b/>
          <w:sz w:val="22"/>
        </w:rPr>
        <w:t xml:space="preserve">Alice  </w:t>
      </w:r>
      <w:r>
        <w:rPr>
          <w:rFonts w:ascii="Arial" w:hAnsi="Arial"/>
          <w:color w:val="5D7284"/>
          <w:sz w:val="22"/>
        </w:rPr>
        <w:t>35:19</w:t>
      </w:r>
    </w:p>
    <w:p>
      <w:pPr>
        <w:spacing w:after="0"/>
      </w:pPr>
      <w:r>
        <w:rPr>
          <w:rFonts w:ascii="Arial" w:hAnsi="Arial"/>
          <w:sz w:val="22"/>
        </w:rPr>
        <w:t>than being like, you know, here's the thing, do you want audio description on? Yes or no.</w:t>
      </w:r>
    </w:p>
    <w:p>
      <w:pPr>
        <w:spacing w:after="0"/>
      </w:pPr>
    </w:p>
    <w:p>
      <w:pPr>
        <w:spacing w:after="0"/>
      </w:pPr>
      <w:r>
        <w:rPr>
          <w:rFonts w:ascii="Arial" w:hAnsi="Arial"/>
          <w:b/>
          <w:sz w:val="22"/>
        </w:rPr>
        <w:t xml:space="preserve">Lucy  </w:t>
      </w:r>
      <w:r>
        <w:rPr>
          <w:rFonts w:ascii="Arial" w:hAnsi="Arial"/>
          <w:color w:val="5D7284"/>
          <w:sz w:val="22"/>
        </w:rPr>
        <w:t>35:24</w:t>
      </w:r>
    </w:p>
    <w:p>
      <w:pPr>
        <w:spacing w:after="0"/>
      </w:pPr>
      <w:r>
        <w:rPr>
          <w:rFonts w:ascii="Arial" w:hAnsi="Arial"/>
          <w:sz w:val="22"/>
        </w:rPr>
        <w:t>It always used to annoy me as well, that things like, see here we're always on, like, late at night, like midnight or whatever. I mean, it's a bit better now, because you can watch it on the iPlayer whenever you want. But back before the iPlayer was invented, you would have to, like, record it on the VHS and stuff like that. And you're like, why are these programs on so late at night? Why can't they just be like, part of like, normal hour programming when people are awake and can view it at a normal hours? I just never understood it really. It's like, it's like a dirty little secret, isn't it? It</w:t>
      </w:r>
    </w:p>
    <w:p>
      <w:pPr>
        <w:spacing w:after="0"/>
      </w:pPr>
    </w:p>
    <w:p>
      <w:pPr>
        <w:spacing w:after="0"/>
      </w:pPr>
      <w:r>
        <w:rPr>
          <w:rFonts w:ascii="Arial" w:hAnsi="Arial"/>
          <w:b/>
          <w:sz w:val="22"/>
        </w:rPr>
        <w:t xml:space="preserve">Alice  </w:t>
      </w:r>
      <w:r>
        <w:rPr>
          <w:rFonts w:ascii="Arial" w:hAnsi="Arial"/>
          <w:color w:val="5D7284"/>
          <w:sz w:val="22"/>
        </w:rPr>
        <w:t>35:58</w:t>
      </w:r>
    </w:p>
    <w:p>
      <w:pPr>
        <w:spacing w:after="0"/>
      </w:pPr>
      <w:r>
        <w:rPr>
          <w:rFonts w:ascii="Arial" w:hAnsi="Arial"/>
          <w:sz w:val="22"/>
        </w:rPr>
        <w:t>is one of the things about like, as technology has developed, that you can, like, on Netflix, if something's got audio description, you can just turn it off or on same like as you can for, like, subtitles and captioning and stuff. And that's, that's a huge improvement, because it does, it's not as alienating. And I just, I think that's the thing is, I can't believe that that's not an option on on the iPlayer. It's been a while since I've been on the iPlayer. I may be speaking out of turn, but the last time I used it, some point last year, it was the same</w:t>
      </w:r>
    </w:p>
    <w:p>
      <w:pPr>
        <w:spacing w:after="0"/>
      </w:pPr>
    </w:p>
    <w:p>
      <w:pPr>
        <w:spacing w:after="0"/>
      </w:pPr>
      <w:r>
        <w:rPr>
          <w:rFonts w:ascii="Arial" w:hAnsi="Arial"/>
          <w:b/>
          <w:sz w:val="22"/>
        </w:rPr>
        <w:t xml:space="preserve">Lucy  </w:t>
      </w:r>
      <w:r>
        <w:rPr>
          <w:rFonts w:ascii="Arial" w:hAnsi="Arial"/>
          <w:color w:val="5D7284"/>
          <w:sz w:val="22"/>
        </w:rPr>
        <w:t>36:29</w:t>
      </w:r>
    </w:p>
    <w:p>
      <w:pPr>
        <w:spacing w:after="0"/>
      </w:pPr>
      <w:r>
        <w:rPr>
          <w:rFonts w:ascii="Arial" w:hAnsi="Arial"/>
          <w:sz w:val="22"/>
        </w:rPr>
        <w:t>I am. Here's hoping we get a free trip to Disneyland, because we've Disney</w:t>
      </w:r>
    </w:p>
    <w:p>
      <w:pPr>
        <w:spacing w:after="0"/>
      </w:pPr>
    </w:p>
    <w:p>
      <w:pPr>
        <w:spacing w:after="0"/>
      </w:pPr>
      <w:r>
        <w:rPr>
          <w:rFonts w:ascii="Arial" w:hAnsi="Arial"/>
          <w:b/>
          <w:sz w:val="22"/>
        </w:rPr>
        <w:t xml:space="preserve">Jon  </w:t>
      </w:r>
      <w:r>
        <w:rPr>
          <w:rFonts w:ascii="Arial" w:hAnsi="Arial"/>
          <w:color w:val="5D7284"/>
          <w:sz w:val="22"/>
        </w:rPr>
        <w:t>36:37</w:t>
      </w:r>
    </w:p>
    <w:p>
      <w:pPr>
        <w:spacing w:after="0"/>
      </w:pPr>
      <w:r>
        <w:rPr>
          <w:rFonts w:ascii="Arial" w:hAnsi="Arial"/>
          <w:sz w:val="22"/>
        </w:rPr>
        <w:t>That'd be nice. I don't get into sponsor the podcast.</w:t>
      </w:r>
    </w:p>
    <w:p>
      <w:pPr>
        <w:spacing w:after="0"/>
      </w:pPr>
    </w:p>
    <w:p>
      <w:pPr>
        <w:spacing w:after="0"/>
      </w:pPr>
      <w:r>
        <w:rPr>
          <w:rFonts w:ascii="Arial" w:hAnsi="Arial"/>
          <w:b/>
          <w:sz w:val="22"/>
        </w:rPr>
        <w:t xml:space="preserve">Lucy  </w:t>
      </w:r>
      <w:r>
        <w:rPr>
          <w:rFonts w:ascii="Arial" w:hAnsi="Arial"/>
          <w:color w:val="5D7284"/>
          <w:sz w:val="22"/>
        </w:rPr>
        <w:t>36:42</w:t>
      </w:r>
    </w:p>
    <w:p>
      <w:pPr>
        <w:spacing w:after="0"/>
      </w:pPr>
      <w:r>
        <w:rPr>
          <w:rFonts w:ascii="Arial" w:hAnsi="Arial"/>
          <w:sz w:val="22"/>
        </w:rPr>
        <w:t>We can only dream, John, that would be really nice if somebody, if somebody is listening from Disney, please give us a shout.</w:t>
      </w:r>
    </w:p>
    <w:p>
      <w:pPr>
        <w:spacing w:after="0"/>
      </w:pPr>
    </w:p>
    <w:p>
      <w:pPr>
        <w:spacing w:after="0"/>
      </w:pPr>
      <w:r>
        <w:rPr>
          <w:rFonts w:ascii="Arial" w:hAnsi="Arial"/>
          <w:b/>
          <w:sz w:val="22"/>
        </w:rPr>
        <w:t xml:space="preserve">Alice  </w:t>
      </w:r>
      <w:r>
        <w:rPr>
          <w:rFonts w:ascii="Arial" w:hAnsi="Arial"/>
          <w:color w:val="5D7284"/>
          <w:sz w:val="22"/>
        </w:rPr>
        <w:t>36:55</w:t>
      </w:r>
    </w:p>
    <w:p>
      <w:pPr>
        <w:spacing w:after="0"/>
      </w:pPr>
      <w:r>
        <w:rPr>
          <w:rFonts w:ascii="Arial" w:hAnsi="Arial"/>
          <w:sz w:val="22"/>
        </w:rPr>
        <w:t>I mean, they can pass in Disney Dollars. That's fine,</w:t>
      </w:r>
    </w:p>
    <w:p>
      <w:pPr>
        <w:spacing w:after="0"/>
      </w:pPr>
    </w:p>
    <w:p>
      <w:pPr>
        <w:spacing w:after="0"/>
      </w:pPr>
      <w:r>
        <w:rPr>
          <w:rFonts w:ascii="Arial" w:hAnsi="Arial"/>
          <w:b/>
          <w:sz w:val="22"/>
        </w:rPr>
        <w:t xml:space="preserve">Lucy  </w:t>
      </w:r>
      <w:r>
        <w:rPr>
          <w:rFonts w:ascii="Arial" w:hAnsi="Arial"/>
          <w:color w:val="5D7284"/>
          <w:sz w:val="22"/>
        </w:rPr>
        <w:t>36:59</w:t>
      </w:r>
    </w:p>
    <w:p>
      <w:pPr>
        <w:spacing w:after="0"/>
      </w:pPr>
      <w:r>
        <w:rPr>
          <w:rFonts w:ascii="Arial" w:hAnsi="Arial"/>
          <w:sz w:val="22"/>
        </w:rPr>
        <w:t>spending money for the park Mickey Mouse ears, isn't it, really? But, yeah, no. Like, and I think again, we were talking earlier, Alice, weren't we about things I've become more aware of since knowing you, and it's that is also one of them, the whole like, audio description of programs and things like that, it's not that I wasn't aware of them. It's not like I was like, just being ignorant. It's just that I knew they were there, but I never really knew anybody that needed them, and now that I do know somebody that needs them, you become more like, in tune and aware that when they're not there. Do you know what I mean? It's like, oh, that's the order. It's funny.</w:t>
      </w:r>
    </w:p>
    <w:p>
      <w:pPr>
        <w:spacing w:after="0"/>
      </w:pPr>
    </w:p>
    <w:p>
      <w:pPr>
        <w:spacing w:after="0"/>
      </w:pPr>
      <w:r>
        <w:rPr>
          <w:rFonts w:ascii="Arial" w:hAnsi="Arial"/>
          <w:b/>
          <w:sz w:val="22"/>
        </w:rPr>
        <w:t xml:space="preserve">Alice  </w:t>
      </w:r>
      <w:r>
        <w:rPr>
          <w:rFonts w:ascii="Arial" w:hAnsi="Arial"/>
          <w:color w:val="5D7284"/>
          <w:sz w:val="22"/>
        </w:rPr>
        <w:t>37:45</w:t>
      </w:r>
    </w:p>
    <w:p>
      <w:pPr>
        <w:spacing w:after="0"/>
      </w:pPr>
      <w:r>
        <w:rPr>
          <w:rFonts w:ascii="Arial" w:hAnsi="Arial"/>
          <w:sz w:val="22"/>
        </w:rPr>
        <w:t>It's the it's a thing that you don't necessarily expect to be a like, something that you're excluded from. But those conversations with like friends or co workers about like, the latest TV show, or what people are watching and stuff like that. When you are using something that you need to use, something like audio description, there's like, there's definitely an element of like, I get really excited when people talk about stuff that they're watching that's on plus on Disney plus, because I can be like, Oh, that's probably got audio description?</w:t>
      </w:r>
    </w:p>
    <w:p>
      <w:pPr>
        <w:spacing w:after="0"/>
      </w:pPr>
    </w:p>
    <w:p>
      <w:pPr>
        <w:spacing w:after="0"/>
      </w:pPr>
      <w:r>
        <w:rPr>
          <w:rFonts w:ascii="Arial" w:hAnsi="Arial"/>
          <w:b/>
          <w:sz w:val="22"/>
        </w:rPr>
        <w:t xml:space="preserve">Jon  </w:t>
      </w:r>
      <w:r>
        <w:rPr>
          <w:rFonts w:ascii="Arial" w:hAnsi="Arial"/>
          <w:color w:val="5D7284"/>
          <w:sz w:val="22"/>
        </w:rPr>
        <w:t>38:22</w:t>
      </w:r>
    </w:p>
    <w:p>
      <w:pPr>
        <w:spacing w:after="0"/>
      </w:pPr>
      <w:r>
        <w:rPr>
          <w:rFonts w:ascii="Arial" w:hAnsi="Arial"/>
          <w:sz w:val="22"/>
        </w:rPr>
        <w:t>Yeah, exactly.</w:t>
      </w:r>
    </w:p>
    <w:p>
      <w:pPr>
        <w:spacing w:after="0"/>
      </w:pPr>
    </w:p>
    <w:p>
      <w:pPr>
        <w:spacing w:after="0"/>
      </w:pPr>
      <w:r>
        <w:rPr>
          <w:rFonts w:ascii="Arial" w:hAnsi="Arial"/>
          <w:b/>
          <w:sz w:val="22"/>
        </w:rPr>
        <w:t xml:space="preserve">Alice  </w:t>
      </w:r>
      <w:r>
        <w:rPr>
          <w:rFonts w:ascii="Arial" w:hAnsi="Arial"/>
          <w:color w:val="5D7284"/>
          <w:sz w:val="22"/>
        </w:rPr>
        <w:t>38:23</w:t>
      </w:r>
    </w:p>
    <w:p>
      <w:pPr>
        <w:spacing w:after="0"/>
      </w:pPr>
      <w:r>
        <w:rPr>
          <w:rFonts w:ascii="Arial" w:hAnsi="Arial"/>
          <w:sz w:val="22"/>
        </w:rPr>
        <w:t>But you know, when people talk about stuff that like, even like I would, I've always said I would really love to watch all the like, really old doctor who's and stuff like Twilight Zone. I've never seen it, and that would be right up my street. But yeah, there's just no way I'd be able to access it. Well,</w:t>
      </w:r>
    </w:p>
    <w:p>
      <w:pPr>
        <w:spacing w:after="0"/>
      </w:pPr>
    </w:p>
    <w:p>
      <w:pPr>
        <w:spacing w:after="0"/>
      </w:pPr>
      <w:r>
        <w:rPr>
          <w:rFonts w:ascii="Arial" w:hAnsi="Arial"/>
          <w:b/>
          <w:sz w:val="22"/>
        </w:rPr>
        <w:t xml:space="preserve">Jon  </w:t>
      </w:r>
      <w:r>
        <w:rPr>
          <w:rFonts w:ascii="Arial" w:hAnsi="Arial"/>
          <w:color w:val="5D7284"/>
          <w:sz w:val="22"/>
        </w:rPr>
        <w:t>38:41</w:t>
      </w:r>
    </w:p>
    <w:p>
      <w:pPr>
        <w:spacing w:after="0"/>
      </w:pPr>
      <w:r>
        <w:rPr>
          <w:rFonts w:ascii="Arial" w:hAnsi="Arial"/>
          <w:sz w:val="22"/>
        </w:rPr>
        <w:t>actually, I think BBC now, I'm sure I saw just, was it back in January or December? They actually announced that they were going to make all the doctor who's going back to the original ones audio described. And they, I think they're now on iPlayer, but I'm not 100% sure, but they were definitely going to do</w:t>
      </w:r>
    </w:p>
    <w:p>
      <w:pPr>
        <w:spacing w:after="0"/>
      </w:pPr>
    </w:p>
    <w:p>
      <w:pPr>
        <w:spacing w:after="0"/>
      </w:pPr>
      <w:r>
        <w:rPr>
          <w:rFonts w:ascii="Arial" w:hAnsi="Arial"/>
          <w:b/>
          <w:sz w:val="22"/>
        </w:rPr>
        <w:t xml:space="preserve">Lucy  </w:t>
      </w:r>
      <w:r>
        <w:rPr>
          <w:rFonts w:ascii="Arial" w:hAnsi="Arial"/>
          <w:color w:val="5D7284"/>
          <w:sz w:val="22"/>
        </w:rPr>
        <w:t>39:00</w:t>
      </w:r>
    </w:p>
    <w:p>
      <w:pPr>
        <w:spacing w:after="0"/>
      </w:pPr>
      <w:r>
        <w:rPr>
          <w:rFonts w:ascii="Arial" w:hAnsi="Arial"/>
          <w:sz w:val="22"/>
        </w:rPr>
        <w:t>it. Yeah, I think as well. Aren't they on Disney plus, as well, haven't Disney plus bought some of the rights to the new like, Doctor Who? So I think they might be on there as well, Alice. So I'll keep an eye out. Let you know when they're when they're on there. But um, because when I was watching Doctor Who, at Christmas, when David Tennant came back. Who's my favorite doctor? Because he's the best doctor. Yeah, he's the best one. It's got, you know,</w:t>
      </w:r>
    </w:p>
    <w:p>
      <w:pPr>
        <w:spacing w:after="0"/>
      </w:pPr>
    </w:p>
    <w:p>
      <w:pPr>
        <w:spacing w:after="0"/>
      </w:pPr>
      <w:r>
        <w:rPr>
          <w:rFonts w:ascii="Arial" w:hAnsi="Arial"/>
          <w:b/>
          <w:sz w:val="22"/>
        </w:rPr>
        <w:t xml:space="preserve">Alice  </w:t>
      </w:r>
      <w:r>
        <w:rPr>
          <w:rFonts w:ascii="Arial" w:hAnsi="Arial"/>
          <w:color w:val="5D7284"/>
          <w:sz w:val="22"/>
        </w:rPr>
        <w:t>39:26</w:t>
      </w:r>
    </w:p>
    <w:p>
      <w:pPr>
        <w:spacing w:after="0"/>
      </w:pPr>
      <w:r>
        <w:rPr>
          <w:rFonts w:ascii="Arial" w:hAnsi="Arial"/>
          <w:sz w:val="22"/>
        </w:rPr>
        <w:t>his stories was the story so incredible. Yeah, they were performed very, very well. And, yeah, it's just, that's just that straightforward. That's a debate over,</w:t>
      </w:r>
    </w:p>
    <w:p>
      <w:pPr>
        <w:spacing w:after="0"/>
      </w:pPr>
    </w:p>
    <w:p>
      <w:pPr>
        <w:spacing w:after="0"/>
      </w:pPr>
      <w:r>
        <w:rPr>
          <w:rFonts w:ascii="Arial" w:hAnsi="Arial"/>
          <w:b/>
          <w:sz w:val="22"/>
        </w:rPr>
        <w:t xml:space="preserve">Lucy  </w:t>
      </w:r>
      <w:r>
        <w:rPr>
          <w:rFonts w:ascii="Arial" w:hAnsi="Arial"/>
          <w:color w:val="5D7284"/>
          <w:sz w:val="22"/>
        </w:rPr>
        <w:t>39:35</w:t>
      </w:r>
    </w:p>
    <w:p>
      <w:pPr>
        <w:spacing w:after="0"/>
      </w:pPr>
      <w:r>
        <w:rPr>
          <w:rFonts w:ascii="Arial" w:hAnsi="Arial"/>
          <w:sz w:val="22"/>
        </w:rPr>
        <w:t>I'm sorry, I actually met David Tennant when I was working at the BBC. Yeah, it's quite embarrassing, really. But he because I used to work at BBC Birmingham, and it was like a central it was in it because it was in that we are in the belly button of Britain in Birmingham, really. So if anybody was passing through</w:t>
      </w:r>
    </w:p>
    <w:p>
      <w:pPr>
        <w:spacing w:after="0"/>
      </w:pPr>
    </w:p>
    <w:p>
      <w:pPr>
        <w:spacing w:after="0"/>
      </w:pPr>
      <w:r>
        <w:rPr>
          <w:rFonts w:ascii="Arial" w:hAnsi="Arial"/>
          <w:b/>
          <w:sz w:val="22"/>
        </w:rPr>
        <w:t xml:space="preserve">Alice  </w:t>
      </w:r>
      <w:r>
        <w:rPr>
          <w:rFonts w:ascii="Arial" w:hAnsi="Arial"/>
          <w:color w:val="5D7284"/>
          <w:sz w:val="22"/>
        </w:rPr>
        <w:t>39:58</w:t>
      </w:r>
    </w:p>
    <w:p>
      <w:pPr>
        <w:spacing w:after="0"/>
      </w:pPr>
      <w:r>
        <w:rPr>
          <w:rFonts w:ascii="Arial" w:hAnsi="Arial"/>
          <w:sz w:val="22"/>
        </w:rPr>
        <w:t>with all of the things. Often the weird smells. Yeah, exactly,</w:t>
      </w:r>
    </w:p>
    <w:p>
      <w:pPr>
        <w:spacing w:after="0"/>
      </w:pPr>
    </w:p>
    <w:p>
      <w:pPr>
        <w:spacing w:after="0"/>
      </w:pPr>
      <w:r>
        <w:rPr>
          <w:rFonts w:ascii="Arial" w:hAnsi="Arial"/>
          <w:b/>
          <w:sz w:val="22"/>
        </w:rPr>
        <w:t xml:space="preserve">Lucy  </w:t>
      </w:r>
      <w:r>
        <w:rPr>
          <w:rFonts w:ascii="Arial" w:hAnsi="Arial"/>
          <w:color w:val="5D7284"/>
          <w:sz w:val="22"/>
        </w:rPr>
        <w:t>40:02</w:t>
      </w:r>
    </w:p>
    <w:p>
      <w:pPr>
        <w:spacing w:after="0"/>
      </w:pPr>
      <w:r>
        <w:rPr>
          <w:rFonts w:ascii="Arial" w:hAnsi="Arial"/>
          <w:sz w:val="22"/>
        </w:rPr>
        <w:t>exactly. But if anybody was passing through, they'd say, Oh, can you just call in to hear and record this voiceover? Or can you come and do some like publicity shots? Because they've got like space where they could do publicity shots and stuff. And at the time, children in needs came from BBC Birmingham. Don't ask me why. And they put me on children in need, because, of course they did disabled person. They thought, oh, that's, that's the one for her.</w:t>
      </w:r>
    </w:p>
    <w:p>
      <w:pPr>
        <w:spacing w:after="0"/>
      </w:pPr>
    </w:p>
    <w:p>
      <w:pPr>
        <w:spacing w:after="0"/>
      </w:pPr>
      <w:r>
        <w:rPr>
          <w:rFonts w:ascii="Arial" w:hAnsi="Arial"/>
          <w:b/>
          <w:sz w:val="22"/>
        </w:rPr>
        <w:t xml:space="preserve">Alice  </w:t>
      </w:r>
      <w:r>
        <w:rPr>
          <w:rFonts w:ascii="Arial" w:hAnsi="Arial"/>
          <w:color w:val="5D7284"/>
          <w:sz w:val="22"/>
        </w:rPr>
        <w:t>40:27</w:t>
      </w:r>
    </w:p>
    <w:p>
      <w:pPr>
        <w:spacing w:after="0"/>
      </w:pPr>
      <w:r>
        <w:rPr>
          <w:rFonts w:ascii="Arial" w:hAnsi="Arial"/>
          <w:sz w:val="22"/>
        </w:rPr>
        <w:t>I'll be right up her through, yeah,</w:t>
      </w:r>
    </w:p>
    <w:p>
      <w:pPr>
        <w:spacing w:after="0"/>
      </w:pPr>
    </w:p>
    <w:p>
      <w:pPr>
        <w:spacing w:after="0"/>
      </w:pPr>
      <w:r>
        <w:rPr>
          <w:rFonts w:ascii="Arial" w:hAnsi="Arial"/>
          <w:b/>
          <w:sz w:val="22"/>
        </w:rPr>
        <w:t xml:space="preserve">Lucy  </w:t>
      </w:r>
      <w:r>
        <w:rPr>
          <w:rFonts w:ascii="Arial" w:hAnsi="Arial"/>
          <w:color w:val="5D7284"/>
          <w:sz w:val="22"/>
        </w:rPr>
        <w:t>40:31</w:t>
      </w:r>
    </w:p>
    <w:p>
      <w:pPr>
        <w:spacing w:after="0"/>
      </w:pPr>
      <w:r>
        <w:rPr>
          <w:rFonts w:ascii="Arial" w:hAnsi="Arial"/>
          <w:sz w:val="22"/>
        </w:rPr>
        <w:t>for a few weeks before Christmas and David Tennant came in dressed as doctor, who, oh, wow, to do some photo shoots for that year's Children in Need thing. And he, he walked past my desk and, like they always say to you, like, if you don't try, don't ask for autographs. Try not to get two starstruck. Because essentially, they are at work you are at work. Like, try and act like normal. And he walked past my desk, and I'd fallen in the shower and had cut my hand on the shaver that I was shaving my legs with, and fallen onto it and cut my hand. And I got a massive cluster over it because of pushing myself, massive cluster over it. And he went. He walked past the desk and saw this bandage on my hand, looking like pudsey bear, really, to be honest. And I went. He looked at me, because I didn't really clock him, to be fair. He looked at me, and he went, What have you done at your hand? I said, Oh, I fell in the shower. And he looked at me, and he smiled, and he said, I've got something that will fix that. And I went, Oh, yeah, what? And he's digging around in his pocket, and he pulls out this sonic screwdriver. It was a prop, right? And he starts shining it on my hand. I just went, Dave, Dave. I sadly, we all know that's from Argos. Yeah, it's just one of the most bizarre stories, Dave, we all know that's where I'll go. But yeah, so when, when? When the new episodes of Doctor Who came out of Christmas? I was like, this all looks very flashy. They've spent some money here. And then at the end of it, it was like, BBC studios in association with Disney. Plus, I was like, okay,</w:t>
      </w:r>
    </w:p>
    <w:p>
      <w:pPr>
        <w:spacing w:after="0"/>
      </w:pPr>
    </w:p>
    <w:p>
      <w:pPr>
        <w:spacing w:after="0"/>
      </w:pPr>
      <w:r>
        <w:rPr>
          <w:rFonts w:ascii="Arial" w:hAnsi="Arial"/>
          <w:b/>
          <w:sz w:val="22"/>
        </w:rPr>
        <w:t xml:space="preserve">Alice  </w:t>
      </w:r>
      <w:r>
        <w:rPr>
          <w:rFonts w:ascii="Arial" w:hAnsi="Arial"/>
          <w:color w:val="5D7284"/>
          <w:sz w:val="22"/>
        </w:rPr>
        <w:t>42:39</w:t>
      </w:r>
    </w:p>
    <w:p>
      <w:pPr>
        <w:spacing w:after="0"/>
      </w:pPr>
      <w:r>
        <w:rPr>
          <w:rFonts w:ascii="Arial" w:hAnsi="Arial"/>
          <w:sz w:val="22"/>
        </w:rPr>
        <w:t>yep, that'll be Disney Dollars in it. Yeah,</w:t>
      </w:r>
    </w:p>
    <w:p>
      <w:pPr>
        <w:spacing w:after="0"/>
      </w:pPr>
    </w:p>
    <w:p>
      <w:pPr>
        <w:spacing w:after="0"/>
      </w:pPr>
      <w:r>
        <w:rPr>
          <w:rFonts w:ascii="Arial" w:hAnsi="Arial"/>
          <w:b/>
          <w:sz w:val="22"/>
        </w:rPr>
        <w:t xml:space="preserve">Lucy  </w:t>
      </w:r>
      <w:r>
        <w:rPr>
          <w:rFonts w:ascii="Arial" w:hAnsi="Arial"/>
          <w:color w:val="5D7284"/>
          <w:sz w:val="22"/>
        </w:rPr>
        <w:t>42:46</w:t>
      </w:r>
    </w:p>
    <w:p>
      <w:pPr>
        <w:spacing w:after="0"/>
      </w:pPr>
      <w:r>
        <w:rPr>
          <w:rFonts w:ascii="Arial" w:hAnsi="Arial"/>
          <w:sz w:val="22"/>
        </w:rPr>
        <w:t>at the beginning, you know, like the beginning of the Marvel films, they'll have the Marvel logo, and it's got order shots from the they've got that similar thing. But for Doctor Who and I was like, what's that? What's What's that? Where's that come from? What's that? And then at the end, they said, in a CO production with Disney, was like, oh, that's what they're trying to do. They're trying to make it like Marvel, aren't they? That's what they're doing. But yeah, that's so so I think they're all going to be on Disney, plus,</w:t>
      </w:r>
    </w:p>
    <w:p>
      <w:pPr>
        <w:spacing w:after="0"/>
      </w:pPr>
    </w:p>
    <w:p>
      <w:pPr>
        <w:spacing w:after="0"/>
      </w:pPr>
      <w:r>
        <w:rPr>
          <w:rFonts w:ascii="Arial" w:hAnsi="Arial"/>
          <w:b/>
          <w:sz w:val="22"/>
        </w:rPr>
        <w:t xml:space="preserve">Alice  </w:t>
      </w:r>
      <w:r>
        <w:rPr>
          <w:rFonts w:ascii="Arial" w:hAnsi="Arial"/>
          <w:color w:val="5D7284"/>
          <w:sz w:val="22"/>
        </w:rPr>
        <w:t>43:17</w:t>
      </w:r>
    </w:p>
    <w:p>
      <w:pPr>
        <w:spacing w:after="0"/>
      </w:pPr>
      <w:r>
        <w:rPr>
          <w:rFonts w:ascii="Arial" w:hAnsi="Arial"/>
          <w:sz w:val="22"/>
        </w:rPr>
        <w:t>Ah, interesting.</w:t>
      </w:r>
    </w:p>
    <w:p>
      <w:pPr>
        <w:spacing w:after="0"/>
      </w:pPr>
    </w:p>
    <w:p>
      <w:pPr>
        <w:spacing w:after="0"/>
      </w:pPr>
      <w:r>
        <w:rPr>
          <w:rFonts w:ascii="Arial" w:hAnsi="Arial"/>
          <w:b/>
          <w:sz w:val="22"/>
        </w:rPr>
        <w:t xml:space="preserve">Lucy  </w:t>
      </w:r>
      <w:r>
        <w:rPr>
          <w:rFonts w:ascii="Arial" w:hAnsi="Arial"/>
          <w:color w:val="5D7284"/>
          <w:sz w:val="22"/>
        </w:rPr>
        <w:t>43:19</w:t>
      </w:r>
    </w:p>
    <w:p>
      <w:pPr>
        <w:spacing w:after="0"/>
      </w:pPr>
      <w:r>
        <w:rPr>
          <w:rFonts w:ascii="Arial" w:hAnsi="Arial"/>
          <w:sz w:val="22"/>
        </w:rPr>
        <w:t>I will let you know. Yeah,</w:t>
      </w:r>
    </w:p>
    <w:p>
      <w:pPr>
        <w:spacing w:after="0"/>
      </w:pPr>
    </w:p>
    <w:p>
      <w:pPr>
        <w:spacing w:after="0"/>
      </w:pPr>
      <w:r>
        <w:rPr>
          <w:rFonts w:ascii="Arial" w:hAnsi="Arial"/>
          <w:b/>
          <w:sz w:val="22"/>
        </w:rPr>
        <w:t xml:space="preserve">Alice  </w:t>
      </w:r>
      <w:r>
        <w:rPr>
          <w:rFonts w:ascii="Arial" w:hAnsi="Arial"/>
          <w:color w:val="5D7284"/>
          <w:sz w:val="22"/>
        </w:rPr>
        <w:t>43:21</w:t>
      </w:r>
    </w:p>
    <w:p>
      <w:pPr>
        <w:spacing w:after="0"/>
      </w:pPr>
      <w:r>
        <w:rPr>
          <w:rFonts w:ascii="Arial" w:hAnsi="Arial"/>
          <w:sz w:val="22"/>
        </w:rPr>
        <w:t>and it's my husband won't watch stuff, like, really old doctor who with me because he can't stand how, like, the the quality of the like, filming and the technology and stuff, yeah,</w:t>
      </w:r>
    </w:p>
    <w:p>
      <w:pPr>
        <w:spacing w:after="0"/>
      </w:pPr>
    </w:p>
    <w:p>
      <w:pPr>
        <w:spacing w:after="0"/>
      </w:pPr>
      <w:r>
        <w:rPr>
          <w:rFonts w:ascii="Arial" w:hAnsi="Arial"/>
          <w:b/>
          <w:sz w:val="22"/>
        </w:rPr>
        <w:t xml:space="preserve">Lucy  </w:t>
      </w:r>
      <w:r>
        <w:rPr>
          <w:rFonts w:ascii="Arial" w:hAnsi="Arial"/>
          <w:color w:val="5D7284"/>
          <w:sz w:val="22"/>
        </w:rPr>
        <w:t>43:34</w:t>
      </w:r>
    </w:p>
    <w:p>
      <w:pPr>
        <w:spacing w:after="0"/>
      </w:pPr>
      <w:r>
        <w:rPr>
          <w:rFonts w:ascii="Arial" w:hAnsi="Arial"/>
          <w:sz w:val="22"/>
        </w:rPr>
        <w:t>it is, like, in old doctor, who's, it's like somebody lying on the floor pretending to be like a space lug, and they're just wrapped in like, green bubble wrap,</w:t>
      </w:r>
    </w:p>
    <w:p>
      <w:pPr>
        <w:spacing w:after="0"/>
      </w:pPr>
    </w:p>
    <w:p>
      <w:pPr>
        <w:spacing w:after="0"/>
      </w:pPr>
      <w:r>
        <w:rPr>
          <w:rFonts w:ascii="Arial" w:hAnsi="Arial"/>
          <w:color w:val="5D7284"/>
          <w:sz w:val="22"/>
        </w:rPr>
        <w:t>43:44</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43:46</w:t>
      </w:r>
    </w:p>
    <w:p>
      <w:pPr>
        <w:spacing w:after="0"/>
      </w:pPr>
      <w:r>
        <w:rPr>
          <w:rFonts w:ascii="Arial" w:hAnsi="Arial"/>
          <w:sz w:val="22"/>
        </w:rPr>
        <w:t>sticking out the end of it. You like, Wait a minute.</w:t>
      </w:r>
    </w:p>
    <w:p>
      <w:pPr>
        <w:spacing w:after="0"/>
      </w:pPr>
    </w:p>
    <w:p>
      <w:pPr>
        <w:spacing w:after="0"/>
      </w:pPr>
      <w:r>
        <w:rPr>
          <w:rFonts w:ascii="Arial" w:hAnsi="Arial"/>
          <w:b/>
          <w:sz w:val="22"/>
        </w:rPr>
        <w:t xml:space="preserve">Alice  </w:t>
      </w:r>
      <w:r>
        <w:rPr>
          <w:rFonts w:ascii="Arial" w:hAnsi="Arial"/>
          <w:color w:val="5D7284"/>
          <w:sz w:val="22"/>
        </w:rPr>
        <w:t>43:52</w:t>
      </w:r>
    </w:p>
    <w:p>
      <w:pPr>
        <w:spacing w:after="0"/>
      </w:pPr>
      <w:r>
        <w:rPr>
          <w:rFonts w:ascii="Arial" w:hAnsi="Arial"/>
          <w:sz w:val="22"/>
        </w:rPr>
        <w:t>I just, I don't, doesn't think you could tolerate it, so I'll have to watch them by myself, but that's fine. If they've got audio description on them, I can fucking rock it. I don't need it. Yeah, absolutely,</w:t>
      </w:r>
    </w:p>
    <w:p>
      <w:pPr>
        <w:spacing w:after="0"/>
      </w:pPr>
    </w:p>
    <w:p>
      <w:pPr>
        <w:spacing w:after="0"/>
      </w:pPr>
      <w:r>
        <w:rPr>
          <w:rFonts w:ascii="Arial" w:hAnsi="Arial"/>
          <w:b/>
          <w:sz w:val="22"/>
        </w:rPr>
        <w:t xml:space="preserve">Lucy  </w:t>
      </w:r>
      <w:r>
        <w:rPr>
          <w:rFonts w:ascii="Arial" w:hAnsi="Arial"/>
          <w:color w:val="5D7284"/>
          <w:sz w:val="22"/>
        </w:rPr>
        <w:t>44:03</w:t>
      </w:r>
    </w:p>
    <w:p>
      <w:pPr>
        <w:spacing w:after="0"/>
      </w:pPr>
      <w:r>
        <w:rPr>
          <w:rFonts w:ascii="Arial" w:hAnsi="Arial"/>
          <w:sz w:val="22"/>
        </w:rPr>
        <w:t>isn't it? Watching Wizard of Oz when you know, when you know that the snow scenes in The Wizard of Oz is actually asbestos, proper asbestos, and the metal paint used on the tin. Man, yeah, was actually lead paint, or was it the was it the witch? It could have been the witch, but either way, they were painted on with, with, like, lead paint. It's terrible. Yeah, when you when you know that, it's like, this is quite creepy and horrible, really, yeah,</w:t>
      </w:r>
    </w:p>
    <w:p>
      <w:pPr>
        <w:spacing w:after="0"/>
      </w:pPr>
    </w:p>
    <w:p>
      <w:pPr>
        <w:spacing w:after="0"/>
      </w:pPr>
      <w:r>
        <w:rPr>
          <w:rFonts w:ascii="Arial" w:hAnsi="Arial"/>
          <w:b/>
          <w:sz w:val="22"/>
        </w:rPr>
        <w:t xml:space="preserve">Jon  </w:t>
      </w:r>
      <w:r>
        <w:rPr>
          <w:rFonts w:ascii="Arial" w:hAnsi="Arial"/>
          <w:color w:val="5D7284"/>
          <w:sz w:val="22"/>
        </w:rPr>
        <w:t>44:43</w:t>
      </w:r>
    </w:p>
    <w:p>
      <w:pPr>
        <w:spacing w:after="0"/>
      </w:pPr>
      <w:r>
        <w:rPr>
          <w:rFonts w:ascii="Arial" w:hAnsi="Arial"/>
          <w:sz w:val="22"/>
        </w:rPr>
        <w:t>I quite, I quite enjoy watching, like, you know, the old like, stuff will make the 60s and 70s. It was, like, really low production. Like, one of my favorite, like, one of my favorite superheroes is Batman. But I love one of my favorite. Favorite iterations of Batman was the Adam West, yeah, you know the old it was in 1960 something. Yeah, there's all, like, two or three series of it. But, oh, like nothing, nothing beats that for me, you know the old kind of, like latex Batman costume and like, even comparing it to, like the modern day one with a big metal CGI that's not Batman.</w:t>
      </w:r>
    </w:p>
    <w:p>
      <w:pPr>
        <w:spacing w:after="0"/>
      </w:pPr>
    </w:p>
    <w:p>
      <w:pPr>
        <w:spacing w:after="0"/>
      </w:pPr>
      <w:r>
        <w:rPr>
          <w:rFonts w:ascii="Arial" w:hAnsi="Arial"/>
          <w:b/>
          <w:sz w:val="22"/>
        </w:rPr>
        <w:t xml:space="preserve">Lucy  </w:t>
      </w:r>
      <w:r>
        <w:rPr>
          <w:rFonts w:ascii="Arial" w:hAnsi="Arial"/>
          <w:color w:val="5D7284"/>
          <w:sz w:val="22"/>
        </w:rPr>
        <w:t>45:27</w:t>
      </w:r>
    </w:p>
    <w:p>
      <w:pPr>
        <w:spacing w:after="0"/>
      </w:pPr>
      <w:r>
        <w:rPr>
          <w:rFonts w:ascii="Arial" w:hAnsi="Arial"/>
          <w:sz w:val="22"/>
        </w:rPr>
        <w:t>Like, wait a minute, wait a minute. No, it's so I do quite like when you see old films from like, 904 or 905 and like CGI is, like, just even, even original Toy Story, like, you're like, Oh, dear, that's like a dog. Like, just squint a bit, um, whereas, like, like, it really blows my mind a little bit that you've got kids growing up these days who have got CGI that's like, pristine. Like, life, like, life like, and you like, we had Toy Story In A Bug's Life. Remember</w:t>
      </w:r>
    </w:p>
    <w:p>
      <w:pPr>
        <w:spacing w:after="0"/>
      </w:pPr>
    </w:p>
    <w:p>
      <w:pPr>
        <w:spacing w:after="0"/>
      </w:pPr>
      <w:r>
        <w:rPr>
          <w:rFonts w:ascii="Arial" w:hAnsi="Arial"/>
          <w:b/>
          <w:sz w:val="22"/>
        </w:rPr>
        <w:t xml:space="preserve">Alice  </w:t>
      </w:r>
      <w:r>
        <w:rPr>
          <w:rFonts w:ascii="Arial" w:hAnsi="Arial"/>
          <w:color w:val="5D7284"/>
          <w:sz w:val="22"/>
        </w:rPr>
        <w:t>46:09</w:t>
      </w:r>
    </w:p>
    <w:p>
      <w:pPr>
        <w:spacing w:after="0"/>
      </w:pPr>
      <w:r>
        <w:rPr>
          <w:rFonts w:ascii="Arial" w:hAnsi="Arial"/>
          <w:sz w:val="22"/>
        </w:rPr>
        <w:t>when, oh, goodness, what was his name? Who played the emperor in Gladiator died in the middle of filming. Yeah, is it Richard Attenborough? So David Attenborough's brother could have been, yeah, I think it was who died before they finished. And so they used CGI just on a couple of scenes to, like, like, used cut scenes, and CGI it a bit to put and I can remember everybody was like, this is incredible. And they done so, and it's, it doesn't stand up. You</w:t>
      </w:r>
    </w:p>
    <w:p>
      <w:pPr>
        <w:spacing w:after="0"/>
      </w:pPr>
    </w:p>
    <w:p>
      <w:pPr>
        <w:spacing w:after="0"/>
      </w:pPr>
      <w:r>
        <w:rPr>
          <w:rFonts w:ascii="Arial" w:hAnsi="Arial"/>
          <w:b/>
          <w:sz w:val="22"/>
        </w:rPr>
        <w:t xml:space="preserve">Lucy  </w:t>
      </w:r>
      <w:r>
        <w:rPr>
          <w:rFonts w:ascii="Arial" w:hAnsi="Arial"/>
          <w:color w:val="5D7284"/>
          <w:sz w:val="22"/>
        </w:rPr>
        <w:t>46:44</w:t>
      </w:r>
    </w:p>
    <w:p>
      <w:pPr>
        <w:spacing w:after="0"/>
      </w:pPr>
      <w:r>
        <w:rPr>
          <w:rFonts w:ascii="Arial" w:hAnsi="Arial"/>
          <w:sz w:val="22"/>
        </w:rPr>
        <w:t>look at it now you like nuts, not him, though. Similar thing with Philip Seymour Hoffman in Hunger Games. Or am I misremembering that</w:t>
      </w:r>
    </w:p>
    <w:p>
      <w:pPr>
        <w:spacing w:after="0"/>
      </w:pPr>
    </w:p>
    <w:p>
      <w:pPr>
        <w:spacing w:after="0"/>
      </w:pPr>
      <w:r>
        <w:rPr>
          <w:rFonts w:ascii="Arial" w:hAnsi="Arial"/>
          <w:b/>
          <w:sz w:val="22"/>
        </w:rPr>
        <w:t xml:space="preserve">Alice  </w:t>
      </w:r>
      <w:r>
        <w:rPr>
          <w:rFonts w:ascii="Arial" w:hAnsi="Arial"/>
          <w:color w:val="5D7284"/>
          <w:sz w:val="22"/>
        </w:rPr>
        <w:t>46:56</w:t>
      </w:r>
    </w:p>
    <w:p>
      <w:pPr>
        <w:spacing w:after="0"/>
      </w:pPr>
      <w:r>
        <w:rPr>
          <w:rFonts w:ascii="Arial" w:hAnsi="Arial"/>
          <w:sz w:val="22"/>
        </w:rPr>
        <w:t>I never</w:t>
      </w:r>
    </w:p>
    <w:p>
      <w:pPr>
        <w:spacing w:after="0"/>
      </w:pPr>
    </w:p>
    <w:p>
      <w:pPr>
        <w:spacing w:after="0"/>
      </w:pPr>
      <w:r>
        <w:rPr>
          <w:rFonts w:ascii="Arial" w:hAnsi="Arial"/>
          <w:b/>
          <w:sz w:val="22"/>
        </w:rPr>
        <w:t xml:space="preserve">Jon  </w:t>
      </w:r>
      <w:r>
        <w:rPr>
          <w:rFonts w:ascii="Arial" w:hAnsi="Arial"/>
          <w:color w:val="5D7284"/>
          <w:sz w:val="22"/>
        </w:rPr>
        <w:t>46:57</w:t>
      </w:r>
    </w:p>
    <w:p>
      <w:pPr>
        <w:spacing w:after="0"/>
      </w:pPr>
      <w:r>
        <w:rPr>
          <w:rFonts w:ascii="Arial" w:hAnsi="Arial"/>
          <w:sz w:val="22"/>
        </w:rPr>
        <w:t>heard I think, I think they did it with, they did it with Heath Ledger, yes, and Batman. There was a couple of scenes where they had to kind of CGI for, like the last couple of scenes or something, because he died before they finished members reading about but</w:t>
      </w:r>
    </w:p>
    <w:p>
      <w:pPr>
        <w:spacing w:after="0"/>
      </w:pPr>
    </w:p>
    <w:p>
      <w:pPr>
        <w:spacing w:after="0"/>
      </w:pPr>
      <w:r>
        <w:rPr>
          <w:rFonts w:ascii="Arial" w:hAnsi="Arial"/>
          <w:b/>
          <w:sz w:val="22"/>
        </w:rPr>
        <w:t xml:space="preserve">Lucy  </w:t>
      </w:r>
      <w:r>
        <w:rPr>
          <w:rFonts w:ascii="Arial" w:hAnsi="Arial"/>
          <w:color w:val="5D7284"/>
          <w:sz w:val="22"/>
        </w:rPr>
        <w:t>47:16</w:t>
      </w:r>
    </w:p>
    <w:p>
      <w:pPr>
        <w:spacing w:after="0"/>
      </w:pPr>
      <w:r>
        <w:rPr>
          <w:rFonts w:ascii="Arial" w:hAnsi="Arial"/>
          <w:sz w:val="22"/>
        </w:rPr>
        <w:t>even when I watched a lad in back at Christmas, there is, in some of the scenes in the in Disney's Aladdin, there is, you can start to see, like they're playing around with certain scenes where it's a bit more 3d esque, like slight CGI, where he's flying over with the carpet, over certain areas of and you're Like, oh, like, looking at it there, you're like, oh, on the cusp, yeah, it's like, nearly there ever, you know, but it's like, it's like, it's quite startling when you see it now. But, yeah, there's kids growing up now, and it's</w:t>
      </w:r>
    </w:p>
    <w:p>
      <w:pPr>
        <w:spacing w:after="0"/>
      </w:pPr>
    </w:p>
    <w:p>
      <w:pPr>
        <w:spacing w:after="0"/>
      </w:pPr>
      <w:r>
        <w:rPr>
          <w:rFonts w:ascii="Arial" w:hAnsi="Arial"/>
          <w:b/>
          <w:sz w:val="22"/>
        </w:rPr>
        <w:t xml:space="preserve">Alice  </w:t>
      </w:r>
      <w:r>
        <w:rPr>
          <w:rFonts w:ascii="Arial" w:hAnsi="Arial"/>
          <w:color w:val="5D7284"/>
          <w:sz w:val="22"/>
        </w:rPr>
        <w:t>47:55</w:t>
      </w:r>
    </w:p>
    <w:p>
      <w:pPr>
        <w:spacing w:after="0"/>
      </w:pPr>
      <w:r>
        <w:rPr>
          <w:rFonts w:ascii="Arial" w:hAnsi="Arial"/>
          <w:sz w:val="22"/>
        </w:rPr>
        <w:t>mad to think that, like, you know, if my husband is saying, Oh, I can't watch Doctor Who from the 70s. It's too light, outdated. I can't deal with somebody rap on the floor. My kid's gonna be saying that about Aladdin. He's gonna watch that. Technology's terrible. And I'd be like, No,</w:t>
      </w:r>
    </w:p>
    <w:p>
      <w:pPr>
        <w:spacing w:after="0"/>
      </w:pPr>
    </w:p>
    <w:p>
      <w:pPr>
        <w:spacing w:after="0"/>
      </w:pPr>
      <w:r>
        <w:rPr>
          <w:rFonts w:ascii="Arial" w:hAnsi="Arial"/>
          <w:b/>
          <w:sz w:val="22"/>
        </w:rPr>
        <w:t xml:space="preserve">Lucy  </w:t>
      </w:r>
      <w:r>
        <w:rPr>
          <w:rFonts w:ascii="Arial" w:hAnsi="Arial"/>
          <w:color w:val="5D7284"/>
          <w:sz w:val="22"/>
        </w:rPr>
        <w:t>48:13</w:t>
      </w:r>
    </w:p>
    <w:p>
      <w:pPr>
        <w:spacing w:after="0"/>
      </w:pPr>
      <w:r>
        <w:rPr>
          <w:rFonts w:ascii="Arial" w:hAnsi="Arial"/>
          <w:sz w:val="22"/>
        </w:rPr>
        <w:t>you just, you just shown the live action version, which I don't necessarily agree with. But in any of the live action just stop. Just stop with the just, just make some new films. Do you know what I mean? Just stop with the live like the live action, um, Lion King. I had issue with that because, actually, it's not live action. It is, uh, it's like CGI animation. It's not, you've not got a real lion, and then remade it. Yeah, you're not. That's not really, that's not a real, it's not a real toucan or Warthog. It's their their computer animate. It's not, it's not live action. Um, yeah, I don't know what their fascination is with remaking the whole but maybe that's why, maybe they're they realize that kids these days won't watch the originals. Because,</w:t>
      </w:r>
    </w:p>
    <w:p>
      <w:pPr>
        <w:spacing w:after="0"/>
      </w:pPr>
    </w:p>
    <w:p>
      <w:pPr>
        <w:spacing w:after="0"/>
      </w:pPr>
      <w:r>
        <w:rPr>
          <w:rFonts w:ascii="Arial" w:hAnsi="Arial"/>
          <w:b/>
          <w:sz w:val="22"/>
        </w:rPr>
        <w:t xml:space="preserve">Alice  </w:t>
      </w:r>
      <w:r>
        <w:rPr>
          <w:rFonts w:ascii="Arial" w:hAnsi="Arial"/>
          <w:color w:val="5D7284"/>
          <w:sz w:val="22"/>
        </w:rPr>
        <w:t>49:02</w:t>
      </w:r>
    </w:p>
    <w:p>
      <w:pPr>
        <w:spacing w:after="0"/>
      </w:pPr>
      <w:r>
        <w:rPr>
          <w:rFonts w:ascii="Arial" w:hAnsi="Arial"/>
          <w:sz w:val="22"/>
        </w:rPr>
        <w:t>yeah, and, you know, you can charge people twice, can't you? They watch the originals. They watch the new ones, because of the new soldier that is, that is, you know, I said I know Disney's not perfect at the beginning of the show, and that is one of the reasons why Disney is not perfect. Yeah,</w:t>
      </w:r>
    </w:p>
    <w:p>
      <w:pPr>
        <w:spacing w:after="0"/>
      </w:pPr>
    </w:p>
    <w:p>
      <w:pPr>
        <w:spacing w:after="0"/>
      </w:pPr>
      <w:r>
        <w:rPr>
          <w:rFonts w:ascii="Arial" w:hAnsi="Arial"/>
          <w:b/>
          <w:sz w:val="22"/>
        </w:rPr>
        <w:t xml:space="preserve">Jon  </w:t>
      </w:r>
      <w:r>
        <w:rPr>
          <w:rFonts w:ascii="Arial" w:hAnsi="Arial"/>
          <w:color w:val="5D7284"/>
          <w:sz w:val="22"/>
        </w:rPr>
        <w:t>49:20</w:t>
      </w:r>
    </w:p>
    <w:p>
      <w:pPr>
        <w:spacing w:after="0"/>
      </w:pPr>
      <w:r>
        <w:rPr>
          <w:rFonts w:ascii="Arial" w:hAnsi="Arial"/>
          <w:sz w:val="22"/>
        </w:rPr>
        <w:t>I did get upset about was it almost be about 15 years ago now, when they remade Charlie and the Chocolate Factory. Yeah, I just couldn't watch it.</w:t>
      </w:r>
    </w:p>
    <w:p>
      <w:pPr>
        <w:spacing w:after="0"/>
      </w:pPr>
    </w:p>
    <w:p>
      <w:pPr>
        <w:spacing w:after="0"/>
      </w:pPr>
      <w:r>
        <w:rPr>
          <w:rFonts w:ascii="Arial" w:hAnsi="Arial"/>
          <w:b/>
          <w:sz w:val="22"/>
        </w:rPr>
        <w:t xml:space="preserve">Lucy  </w:t>
      </w:r>
      <w:r>
        <w:rPr>
          <w:rFonts w:ascii="Arial" w:hAnsi="Arial"/>
          <w:color w:val="5D7284"/>
          <w:sz w:val="22"/>
        </w:rPr>
        <w:t>49:33</w:t>
      </w:r>
    </w:p>
    <w:p>
      <w:pPr>
        <w:spacing w:after="0"/>
      </w:pPr>
      <w:r>
        <w:rPr>
          <w:rFonts w:ascii="Arial" w:hAnsi="Arial"/>
          <w:sz w:val="22"/>
        </w:rPr>
        <w:t>No, I've never seen it. It is a bit weird.</w:t>
      </w:r>
    </w:p>
    <w:p>
      <w:pPr>
        <w:spacing w:after="0"/>
      </w:pPr>
    </w:p>
    <w:p>
      <w:pPr>
        <w:spacing w:after="0"/>
      </w:pPr>
      <w:r>
        <w:rPr>
          <w:rFonts w:ascii="Arial" w:hAnsi="Arial"/>
          <w:b/>
          <w:sz w:val="22"/>
        </w:rPr>
        <w:t xml:space="preserve">Alice  </w:t>
      </w:r>
      <w:r>
        <w:rPr>
          <w:rFonts w:ascii="Arial" w:hAnsi="Arial"/>
          <w:color w:val="5D7284"/>
          <w:sz w:val="22"/>
        </w:rPr>
        <w:t>49:37</w:t>
      </w:r>
    </w:p>
    <w:p>
      <w:pPr>
        <w:spacing w:after="0"/>
      </w:pPr>
      <w:r>
        <w:rPr>
          <w:rFonts w:ascii="Arial" w:hAnsi="Arial"/>
          <w:sz w:val="22"/>
        </w:rPr>
        <w:t>That was one of my favorite, favorite like films as a kid, the original one with I was like, Jean, yeah. Like, again, the</w:t>
      </w:r>
    </w:p>
    <w:p>
      <w:pPr>
        <w:spacing w:after="0"/>
      </w:pPr>
    </w:p>
    <w:p>
      <w:pPr>
        <w:spacing w:after="0"/>
      </w:pPr>
      <w:r>
        <w:rPr>
          <w:rFonts w:ascii="Arial" w:hAnsi="Arial"/>
          <w:b/>
          <w:sz w:val="22"/>
        </w:rPr>
        <w:t xml:space="preserve">Lucy  </w:t>
      </w:r>
      <w:r>
        <w:rPr>
          <w:rFonts w:ascii="Arial" w:hAnsi="Arial"/>
          <w:color w:val="5D7284"/>
          <w:sz w:val="22"/>
        </w:rPr>
        <w:t>49:53</w:t>
      </w:r>
    </w:p>
    <w:p>
      <w:pPr>
        <w:spacing w:after="0"/>
      </w:pPr>
      <w:r>
        <w:rPr>
          <w:rFonts w:ascii="Arial" w:hAnsi="Arial"/>
          <w:sz w:val="22"/>
        </w:rPr>
        <w:t>new prequels, good though. The prequel story to</w:t>
      </w:r>
    </w:p>
    <w:p>
      <w:pPr>
        <w:spacing w:after="0"/>
      </w:pPr>
    </w:p>
    <w:p>
      <w:pPr>
        <w:spacing w:after="0"/>
      </w:pPr>
      <w:r>
        <w:rPr>
          <w:rFonts w:ascii="Arial" w:hAnsi="Arial"/>
          <w:b/>
          <w:sz w:val="22"/>
        </w:rPr>
        <w:t xml:space="preserve">Alice  </w:t>
      </w:r>
      <w:r>
        <w:rPr>
          <w:rFonts w:ascii="Arial" w:hAnsi="Arial"/>
          <w:color w:val="5D7284"/>
          <w:sz w:val="22"/>
        </w:rPr>
        <w:t>49:56</w:t>
      </w:r>
    </w:p>
    <w:p>
      <w:pPr>
        <w:spacing w:after="0"/>
      </w:pPr>
      <w:r>
        <w:rPr>
          <w:rFonts w:ascii="Arial" w:hAnsi="Arial"/>
          <w:sz w:val="22"/>
        </w:rPr>
        <w:t>the original Jared Leto just got one of those faces. I just want to. Not</w:t>
      </w:r>
    </w:p>
    <w:p>
      <w:pPr>
        <w:spacing w:after="0"/>
      </w:pPr>
    </w:p>
    <w:p>
      <w:pPr>
        <w:spacing w:after="0"/>
      </w:pPr>
      <w:r>
        <w:rPr>
          <w:rFonts w:ascii="Arial" w:hAnsi="Arial"/>
          <w:b/>
          <w:sz w:val="22"/>
        </w:rPr>
        <w:t xml:space="preserve">Lucy  </w:t>
      </w:r>
      <w:r>
        <w:rPr>
          <w:rFonts w:ascii="Arial" w:hAnsi="Arial"/>
          <w:color w:val="5D7284"/>
          <w:sz w:val="22"/>
        </w:rPr>
        <w:t>50:00</w:t>
      </w:r>
    </w:p>
    <w:p>
      <w:pPr>
        <w:spacing w:after="0"/>
      </w:pPr>
      <w:r>
        <w:rPr>
          <w:rFonts w:ascii="Arial" w:hAnsi="Arial"/>
          <w:sz w:val="22"/>
        </w:rPr>
        <w:t>Jerry letomo.</w:t>
      </w:r>
    </w:p>
    <w:p>
      <w:pPr>
        <w:spacing w:after="0"/>
      </w:pPr>
    </w:p>
    <w:p>
      <w:pPr>
        <w:spacing w:after="0"/>
      </w:pPr>
      <w:r>
        <w:rPr>
          <w:rFonts w:ascii="Arial" w:hAnsi="Arial"/>
          <w:b/>
          <w:sz w:val="22"/>
        </w:rPr>
        <w:t xml:space="preserve">Alice  </w:t>
      </w:r>
      <w:r>
        <w:rPr>
          <w:rFonts w:ascii="Arial" w:hAnsi="Arial"/>
          <w:color w:val="5D7284"/>
          <w:sz w:val="22"/>
        </w:rPr>
        <w:t>50:05</w:t>
      </w:r>
    </w:p>
    <w:p>
      <w:pPr>
        <w:spacing w:after="0"/>
      </w:pPr>
      <w:r>
        <w:rPr>
          <w:rFonts w:ascii="Arial" w:hAnsi="Arial"/>
          <w:sz w:val="22"/>
        </w:rPr>
        <w:t>I was convinced it was Jared</w:t>
      </w:r>
    </w:p>
    <w:p>
      <w:pPr>
        <w:spacing w:after="0"/>
      </w:pPr>
    </w:p>
    <w:p>
      <w:pPr>
        <w:spacing w:after="0"/>
      </w:pPr>
      <w:r>
        <w:rPr>
          <w:rFonts w:ascii="Arial" w:hAnsi="Arial"/>
          <w:b/>
          <w:sz w:val="22"/>
        </w:rPr>
        <w:t xml:space="preserve">Jon  </w:t>
      </w:r>
      <w:r>
        <w:rPr>
          <w:rFonts w:ascii="Arial" w:hAnsi="Arial"/>
          <w:color w:val="5D7284"/>
          <w:sz w:val="22"/>
        </w:rPr>
        <w:t>50:06</w:t>
      </w:r>
    </w:p>
    <w:p>
      <w:pPr>
        <w:spacing w:after="0"/>
      </w:pPr>
      <w:r>
        <w:rPr>
          <w:rFonts w:ascii="Arial" w:hAnsi="Arial"/>
          <w:sz w:val="22"/>
        </w:rPr>
        <w:t>Leto. I want to see that, but only for one reason, is to see or what's his name, Hugh Grant as an Oompa Loompa. Yeah,</w:t>
      </w:r>
    </w:p>
    <w:p>
      <w:pPr>
        <w:spacing w:after="0"/>
      </w:pPr>
    </w:p>
    <w:p>
      <w:pPr>
        <w:spacing w:after="0"/>
      </w:pPr>
      <w:r>
        <w:rPr>
          <w:rFonts w:ascii="Arial" w:hAnsi="Arial"/>
          <w:b/>
          <w:sz w:val="22"/>
        </w:rPr>
        <w:t xml:space="preserve">Lucy  </w:t>
      </w:r>
      <w:r>
        <w:rPr>
          <w:rFonts w:ascii="Arial" w:hAnsi="Arial"/>
          <w:color w:val="5D7284"/>
          <w:sz w:val="22"/>
        </w:rPr>
        <w:t>50:19</w:t>
      </w:r>
    </w:p>
    <w:p>
      <w:pPr>
        <w:spacing w:after="0"/>
      </w:pPr>
      <w:r>
        <w:rPr>
          <w:rFonts w:ascii="Arial" w:hAnsi="Arial"/>
          <w:sz w:val="22"/>
        </w:rPr>
        <w:t>that is a bit. I was like, why was Hugh Grant your final choice? Well,</w:t>
      </w:r>
    </w:p>
    <w:p>
      <w:pPr>
        <w:spacing w:after="0"/>
      </w:pPr>
    </w:p>
    <w:p>
      <w:pPr>
        <w:spacing w:after="0"/>
      </w:pPr>
      <w:r>
        <w:rPr>
          <w:rFonts w:ascii="Arial" w:hAnsi="Arial"/>
          <w:b/>
          <w:sz w:val="22"/>
        </w:rPr>
        <w:t xml:space="preserve">Jon  </w:t>
      </w:r>
      <w:r>
        <w:rPr>
          <w:rFonts w:ascii="Arial" w:hAnsi="Arial"/>
          <w:color w:val="5D7284"/>
          <w:sz w:val="22"/>
        </w:rPr>
        <w:t>50:26</w:t>
      </w:r>
    </w:p>
    <w:p>
      <w:pPr>
        <w:spacing w:after="0"/>
      </w:pPr>
      <w:r>
        <w:rPr>
          <w:rFonts w:ascii="Arial" w:hAnsi="Arial"/>
          <w:sz w:val="22"/>
        </w:rPr>
        <w:t>to</w:t>
      </w:r>
    </w:p>
    <w:p>
      <w:pPr>
        <w:spacing w:after="0"/>
      </w:pPr>
    </w:p>
    <w:p>
      <w:pPr>
        <w:spacing w:after="0"/>
      </w:pPr>
      <w:r>
        <w:rPr>
          <w:rFonts w:ascii="Arial" w:hAnsi="Arial"/>
          <w:b/>
          <w:sz w:val="22"/>
        </w:rPr>
        <w:t xml:space="preserve">Lucy  </w:t>
      </w:r>
      <w:r>
        <w:rPr>
          <w:rFonts w:ascii="Arial" w:hAnsi="Arial"/>
          <w:color w:val="5D7284"/>
          <w:sz w:val="22"/>
        </w:rPr>
        <w:t>50:28</w:t>
      </w:r>
    </w:p>
    <w:p>
      <w:pPr>
        <w:spacing w:after="0"/>
      </w:pPr>
      <w:r>
        <w:rPr>
          <w:rFonts w:ascii="Arial" w:hAnsi="Arial"/>
          <w:sz w:val="22"/>
        </w:rPr>
        <w:t>be fair, in this film, you only ever see one umpa. Umpa, you don't see more than Hugh Grant. There is only one, yeah, one Palumbo. But yeah, even I was like, what? Why Hugh Grant? It's</w:t>
      </w:r>
    </w:p>
    <w:p>
      <w:pPr>
        <w:spacing w:after="0"/>
      </w:pPr>
    </w:p>
    <w:p>
      <w:pPr>
        <w:spacing w:after="0"/>
      </w:pPr>
      <w:r>
        <w:rPr>
          <w:rFonts w:ascii="Arial" w:hAnsi="Arial"/>
          <w:b/>
          <w:sz w:val="22"/>
        </w:rPr>
        <w:t xml:space="preserve">Alice  </w:t>
      </w:r>
      <w:r>
        <w:rPr>
          <w:rFonts w:ascii="Arial" w:hAnsi="Arial"/>
          <w:color w:val="5D7284"/>
          <w:sz w:val="22"/>
        </w:rPr>
        <w:t>50:39</w:t>
      </w:r>
    </w:p>
    <w:p>
      <w:pPr>
        <w:spacing w:after="0"/>
      </w:pPr>
      <w:r>
        <w:rPr>
          <w:rFonts w:ascii="Arial" w:hAnsi="Arial"/>
          <w:sz w:val="22"/>
        </w:rPr>
        <w:t>an odd choice,</w:t>
      </w:r>
    </w:p>
    <w:p>
      <w:pPr>
        <w:spacing w:after="0"/>
      </w:pPr>
    </w:p>
    <w:p>
      <w:pPr>
        <w:spacing w:after="0"/>
      </w:pPr>
      <w:r>
        <w:rPr>
          <w:rFonts w:ascii="Arial" w:hAnsi="Arial"/>
          <w:b/>
          <w:sz w:val="22"/>
        </w:rPr>
        <w:t xml:space="preserve">Lucy  </w:t>
      </w:r>
      <w:r>
        <w:rPr>
          <w:rFonts w:ascii="Arial" w:hAnsi="Arial"/>
          <w:color w:val="5D7284"/>
          <w:sz w:val="22"/>
        </w:rPr>
        <w:t>50:42</w:t>
      </w:r>
    </w:p>
    <w:p>
      <w:pPr>
        <w:spacing w:after="0"/>
      </w:pPr>
      <w:r>
        <w:rPr>
          <w:rFonts w:ascii="Arial" w:hAnsi="Arial"/>
          <w:sz w:val="22"/>
        </w:rPr>
        <w:t>are you, like, short of money or what? Well, I was</w:t>
      </w:r>
    </w:p>
    <w:p>
      <w:pPr>
        <w:spacing w:after="0"/>
      </w:pPr>
    </w:p>
    <w:p>
      <w:pPr>
        <w:spacing w:after="0"/>
      </w:pPr>
      <w:r>
        <w:rPr>
          <w:rFonts w:ascii="Arial" w:hAnsi="Arial"/>
          <w:b/>
          <w:sz w:val="22"/>
        </w:rPr>
        <w:t xml:space="preserve">Alice  </w:t>
      </w:r>
      <w:r>
        <w:rPr>
          <w:rFonts w:ascii="Arial" w:hAnsi="Arial"/>
          <w:color w:val="5D7284"/>
          <w:sz w:val="22"/>
        </w:rPr>
        <w:t>50:44</w:t>
      </w:r>
    </w:p>
    <w:p>
      <w:pPr>
        <w:spacing w:after="0"/>
      </w:pPr>
      <w:r>
        <w:rPr>
          <w:rFonts w:ascii="Arial" w:hAnsi="Arial"/>
          <w:sz w:val="22"/>
        </w:rPr>
        <w:t>just thinking that because Wasn't he in the Paddington movies? Not? Yeah, they did well as</w:t>
      </w:r>
    </w:p>
    <w:p>
      <w:pPr>
        <w:spacing w:after="0"/>
      </w:pPr>
    </w:p>
    <w:p>
      <w:pPr>
        <w:spacing w:after="0"/>
      </w:pPr>
      <w:r>
        <w:rPr>
          <w:rFonts w:ascii="Arial" w:hAnsi="Arial"/>
          <w:b/>
          <w:sz w:val="22"/>
        </w:rPr>
        <w:t xml:space="preserve">Lucy  </w:t>
      </w:r>
      <w:r>
        <w:rPr>
          <w:rFonts w:ascii="Arial" w:hAnsi="Arial"/>
          <w:color w:val="5D7284"/>
          <w:sz w:val="22"/>
        </w:rPr>
        <w:t>50:50</w:t>
      </w:r>
    </w:p>
    <w:p>
      <w:pPr>
        <w:spacing w:after="0"/>
      </w:pPr>
      <w:r>
        <w:rPr>
          <w:rFonts w:ascii="Arial" w:hAnsi="Arial"/>
          <w:sz w:val="22"/>
        </w:rPr>
        <w:t>well. I realized that it's made by the same people who make Paddington, and there's quite a few people who were in the Paddington movies, in the Wonka film, and I think they</w:t>
      </w:r>
    </w:p>
    <w:p>
      <w:pPr>
        <w:spacing w:after="0"/>
      </w:pPr>
    </w:p>
    <w:p>
      <w:pPr>
        <w:spacing w:after="0"/>
      </w:pPr>
      <w:r>
        <w:rPr>
          <w:rFonts w:ascii="Arial" w:hAnsi="Arial"/>
          <w:b/>
          <w:sz w:val="22"/>
        </w:rPr>
        <w:t xml:space="preserve">Alice  </w:t>
      </w:r>
      <w:r>
        <w:rPr>
          <w:rFonts w:ascii="Arial" w:hAnsi="Arial"/>
          <w:color w:val="5D7284"/>
          <w:sz w:val="22"/>
        </w:rPr>
        <w:t>51:03</w:t>
      </w:r>
    </w:p>
    <w:p>
      <w:pPr>
        <w:spacing w:after="0"/>
      </w:pPr>
      <w:r>
        <w:rPr>
          <w:rFonts w:ascii="Arial" w:hAnsi="Arial"/>
          <w:sz w:val="22"/>
        </w:rPr>
        <w:t>just happened to be around on casting day. Anyway,</w:t>
      </w:r>
    </w:p>
    <w:p>
      <w:pPr>
        <w:spacing w:after="0"/>
      </w:pPr>
    </w:p>
    <w:p>
      <w:pPr>
        <w:spacing w:after="0"/>
      </w:pPr>
      <w:r>
        <w:rPr>
          <w:rFonts w:ascii="Arial" w:hAnsi="Arial"/>
          <w:b/>
          <w:sz w:val="22"/>
        </w:rPr>
        <w:t xml:space="preserve">Lucy  </w:t>
      </w:r>
      <w:r>
        <w:rPr>
          <w:rFonts w:ascii="Arial" w:hAnsi="Arial"/>
          <w:color w:val="5D7284"/>
          <w:sz w:val="22"/>
        </w:rPr>
        <w:t>51:07</w:t>
      </w:r>
    </w:p>
    <w:p>
      <w:pPr>
        <w:spacing w:after="0"/>
      </w:pPr>
      <w:r>
        <w:rPr>
          <w:rFonts w:ascii="Arial" w:hAnsi="Arial"/>
          <w:sz w:val="22"/>
        </w:rPr>
        <w:t>let me open my let me open my contact book and see who falls out he'll do. But yeah, it's very good. I liked it, and I am a fan of the Gene Wilder version. It gives you the same sort of feeling that the Paddington movies give you that kind of warm, cozy. Can I have a jam sandwich now please? Sort of feeling,</w:t>
      </w:r>
    </w:p>
    <w:p>
      <w:pPr>
        <w:spacing w:after="0"/>
      </w:pPr>
    </w:p>
    <w:p>
      <w:pPr>
        <w:spacing w:after="0"/>
      </w:pPr>
      <w:r>
        <w:rPr>
          <w:rFonts w:ascii="Arial" w:hAnsi="Arial"/>
          <w:b/>
          <w:sz w:val="22"/>
        </w:rPr>
        <w:t xml:space="preserve">Alice  </w:t>
      </w:r>
      <w:r>
        <w:rPr>
          <w:rFonts w:ascii="Arial" w:hAnsi="Arial"/>
          <w:color w:val="5D7284"/>
          <w:sz w:val="22"/>
        </w:rPr>
        <w:t>51:31</w:t>
      </w:r>
    </w:p>
    <w:p>
      <w:pPr>
        <w:spacing w:after="0"/>
      </w:pPr>
      <w:r>
        <w:rPr>
          <w:rFonts w:ascii="Arial" w:hAnsi="Arial"/>
          <w:sz w:val="22"/>
        </w:rPr>
        <w:t>find it some marmalade somewhere.</w:t>
      </w:r>
    </w:p>
    <w:p>
      <w:pPr>
        <w:spacing w:after="0"/>
      </w:pPr>
    </w:p>
    <w:p>
      <w:pPr>
        <w:spacing w:after="0"/>
      </w:pPr>
      <w:r>
        <w:rPr>
          <w:rFonts w:ascii="Arial" w:hAnsi="Arial"/>
          <w:b/>
          <w:sz w:val="22"/>
        </w:rPr>
        <w:t xml:space="preserve">Lucy  </w:t>
      </w:r>
      <w:r>
        <w:rPr>
          <w:rFonts w:ascii="Arial" w:hAnsi="Arial"/>
          <w:color w:val="5D7284"/>
          <w:sz w:val="22"/>
        </w:rPr>
        <w:t>51:33</w:t>
      </w:r>
    </w:p>
    <w:p>
      <w:pPr>
        <w:spacing w:after="0"/>
      </w:pPr>
      <w:r>
        <w:rPr>
          <w:rFonts w:ascii="Arial" w:hAnsi="Arial"/>
          <w:sz w:val="22"/>
        </w:rPr>
        <w:t>I don't particularly like marmalade, but I'll settle for any type of jam. Okay? Yeah. So there we go. I feel like, I feel like Jonathan Ross on film, 2014</w:t>
      </w:r>
    </w:p>
    <w:p>
      <w:pPr>
        <w:spacing w:after="0"/>
      </w:pPr>
    </w:p>
    <w:p>
      <w:pPr>
        <w:spacing w:after="0"/>
      </w:pPr>
      <w:r>
        <w:rPr>
          <w:rFonts w:ascii="Arial" w:hAnsi="Arial"/>
          <w:b/>
          <w:sz w:val="22"/>
        </w:rPr>
        <w:t xml:space="preserve">Alice  </w:t>
      </w:r>
      <w:r>
        <w:rPr>
          <w:rFonts w:ascii="Arial" w:hAnsi="Arial"/>
          <w:color w:val="5D7284"/>
          <w:sz w:val="22"/>
        </w:rPr>
        <w:t>51:55</w:t>
      </w:r>
    </w:p>
    <w:p>
      <w:pPr>
        <w:spacing w:after="0"/>
      </w:pPr>
      <w:r>
        <w:rPr>
          <w:rFonts w:ascii="Arial" w:hAnsi="Arial"/>
          <w:sz w:val="22"/>
        </w:rPr>
        <w:t>we'll have to have to do a review of what you have to write us a review of one cut when you get to see it? John, yeah,</w:t>
      </w:r>
    </w:p>
    <w:p>
      <w:pPr>
        <w:spacing w:after="0"/>
      </w:pPr>
    </w:p>
    <w:p>
      <w:pPr>
        <w:spacing w:after="0"/>
      </w:pPr>
      <w:r>
        <w:rPr>
          <w:rFonts w:ascii="Arial" w:hAnsi="Arial"/>
          <w:b/>
          <w:sz w:val="22"/>
        </w:rPr>
        <w:t xml:space="preserve">Jon  </w:t>
      </w:r>
      <w:r>
        <w:rPr>
          <w:rFonts w:ascii="Arial" w:hAnsi="Arial"/>
          <w:color w:val="5D7284"/>
          <w:sz w:val="22"/>
        </w:rPr>
        <w:t>52:01</w:t>
      </w:r>
    </w:p>
    <w:p>
      <w:pPr>
        <w:spacing w:after="0"/>
      </w:pPr>
      <w:r>
        <w:rPr>
          <w:rFonts w:ascii="Arial" w:hAnsi="Arial"/>
          <w:sz w:val="22"/>
        </w:rPr>
        <w:t>definitely, yeah, absolutely, yeah. No, I do. I do want to see it. And that's the only reason, is because I just can't picture Hugh Grant, no, you do get</w:t>
      </w:r>
    </w:p>
    <w:p>
      <w:pPr>
        <w:spacing w:after="0"/>
      </w:pPr>
    </w:p>
    <w:p>
      <w:pPr>
        <w:spacing w:after="0"/>
      </w:pPr>
      <w:r>
        <w:rPr>
          <w:rFonts w:ascii="Arial" w:hAnsi="Arial"/>
          <w:b/>
          <w:sz w:val="22"/>
        </w:rPr>
        <w:t xml:space="preserve">Lucy  </w:t>
      </w:r>
      <w:r>
        <w:rPr>
          <w:rFonts w:ascii="Arial" w:hAnsi="Arial"/>
          <w:color w:val="5D7284"/>
          <w:sz w:val="22"/>
        </w:rPr>
        <w:t>52:10</w:t>
      </w:r>
    </w:p>
    <w:p>
      <w:pPr>
        <w:spacing w:after="0"/>
      </w:pPr>
      <w:r>
        <w:rPr>
          <w:rFonts w:ascii="Arial" w:hAnsi="Arial"/>
          <w:sz w:val="22"/>
        </w:rPr>
        <w:t>used to it after a while, and he's starting it all the way through, so it's not quite as distracted. The first time you'd be like that is clearly Hugh Grant dressed as a small</w:t>
      </w:r>
    </w:p>
    <w:p>
      <w:pPr>
        <w:spacing w:after="0"/>
      </w:pPr>
    </w:p>
    <w:p>
      <w:pPr>
        <w:spacing w:after="0"/>
      </w:pPr>
      <w:r>
        <w:rPr>
          <w:rFonts w:ascii="Arial" w:hAnsi="Arial"/>
          <w:b/>
          <w:sz w:val="22"/>
        </w:rPr>
        <w:t xml:space="preserve">Jon  </w:t>
      </w:r>
      <w:r>
        <w:rPr>
          <w:rFonts w:ascii="Arial" w:hAnsi="Arial"/>
          <w:color w:val="5D7284"/>
          <w:sz w:val="22"/>
        </w:rPr>
        <w:t>52:22</w:t>
      </w:r>
    </w:p>
    <w:p>
      <w:pPr>
        <w:spacing w:after="0"/>
      </w:pPr>
      <w:r>
        <w:rPr>
          <w:rFonts w:ascii="Arial" w:hAnsi="Arial"/>
          <w:sz w:val="22"/>
        </w:rPr>
        <w:t>it. Is Ron Atkinson not in that film as well. Briefly,</w:t>
      </w:r>
    </w:p>
    <w:p>
      <w:pPr>
        <w:spacing w:after="0"/>
      </w:pPr>
    </w:p>
    <w:p>
      <w:pPr>
        <w:spacing w:after="0"/>
      </w:pPr>
      <w:r>
        <w:rPr>
          <w:rFonts w:ascii="Arial" w:hAnsi="Arial"/>
          <w:b/>
          <w:sz w:val="22"/>
        </w:rPr>
        <w:t xml:space="preserve">Lucy  </w:t>
      </w:r>
      <w:r>
        <w:rPr>
          <w:rFonts w:ascii="Arial" w:hAnsi="Arial"/>
          <w:color w:val="5D7284"/>
          <w:sz w:val="22"/>
        </w:rPr>
        <w:t>52:26</w:t>
      </w:r>
    </w:p>
    <w:p>
      <w:pPr>
        <w:spacing w:after="0"/>
      </w:pPr>
      <w:r>
        <w:rPr>
          <w:rFonts w:ascii="Arial" w:hAnsi="Arial"/>
          <w:sz w:val="22"/>
        </w:rPr>
        <w:t>no, he's not, not briefly. He does actually play quite a significant role, but, yeah, he is even, I was surprised when I saw Rowan Atkinson in it. I was like, oh, it's Mr. B. I mean, that must be, I think</w:t>
      </w:r>
    </w:p>
    <w:p>
      <w:pPr>
        <w:spacing w:after="0"/>
      </w:pPr>
    </w:p>
    <w:p>
      <w:pPr>
        <w:spacing w:after="0"/>
      </w:pPr>
      <w:r>
        <w:rPr>
          <w:rFonts w:ascii="Arial" w:hAnsi="Arial"/>
          <w:b/>
          <w:sz w:val="22"/>
        </w:rPr>
        <w:t xml:space="preserve">Alice  </w:t>
      </w:r>
      <w:r>
        <w:rPr>
          <w:rFonts w:ascii="Arial" w:hAnsi="Arial"/>
          <w:color w:val="5D7284"/>
          <w:sz w:val="22"/>
        </w:rPr>
        <w:t>52:40</w:t>
      </w:r>
    </w:p>
    <w:p>
      <w:pPr>
        <w:spacing w:after="0"/>
      </w:pPr>
      <w:r>
        <w:rPr>
          <w:rFonts w:ascii="Arial" w:hAnsi="Arial"/>
          <w:sz w:val="22"/>
        </w:rPr>
        <w:t>of it as Black Adder personally, yeah,</w:t>
      </w:r>
    </w:p>
    <w:p>
      <w:pPr>
        <w:spacing w:after="0"/>
      </w:pPr>
    </w:p>
    <w:p>
      <w:pPr>
        <w:spacing w:after="0"/>
      </w:pPr>
      <w:r>
        <w:rPr>
          <w:rFonts w:ascii="Arial" w:hAnsi="Arial"/>
          <w:b/>
          <w:sz w:val="22"/>
        </w:rPr>
        <w:t xml:space="preserve">Jon  </w:t>
      </w:r>
      <w:r>
        <w:rPr>
          <w:rFonts w:ascii="Arial" w:hAnsi="Arial"/>
          <w:color w:val="5D7284"/>
          <w:sz w:val="22"/>
        </w:rPr>
        <w:t>52:43</w:t>
      </w:r>
    </w:p>
    <w:p>
      <w:pPr>
        <w:spacing w:after="0"/>
      </w:pPr>
      <w:r>
        <w:rPr>
          <w:rFonts w:ascii="Arial" w:hAnsi="Arial"/>
          <w:sz w:val="22"/>
        </w:rPr>
        <w:t>yeah, yeah, but, yeah, it's got a decent cast, definitely worth checking out. I think, yeah.</w:t>
      </w:r>
    </w:p>
    <w:p>
      <w:pPr>
        <w:spacing w:after="0"/>
      </w:pPr>
    </w:p>
    <w:p>
      <w:pPr>
        <w:spacing w:after="0"/>
      </w:pPr>
      <w:r>
        <w:rPr>
          <w:rFonts w:ascii="Arial" w:hAnsi="Arial"/>
          <w:b/>
          <w:sz w:val="22"/>
        </w:rPr>
        <w:t xml:space="preserve">Alice  </w:t>
      </w:r>
      <w:r>
        <w:rPr>
          <w:rFonts w:ascii="Arial" w:hAnsi="Arial"/>
          <w:color w:val="5D7284"/>
          <w:sz w:val="22"/>
        </w:rPr>
        <w:t>52:50</w:t>
      </w:r>
    </w:p>
    <w:p>
      <w:pPr>
        <w:spacing w:after="0"/>
      </w:pPr>
      <w:r>
        <w:rPr>
          <w:rFonts w:ascii="Arial" w:hAnsi="Arial"/>
          <w:sz w:val="22"/>
        </w:rPr>
        <w:t>Do you find John sometimes that like, Does the idea of needing audio description in the cinema ever put you off going? Because I've definitely found it could be fucking hit and miss in the cinema.</w:t>
      </w:r>
    </w:p>
    <w:p>
      <w:pPr>
        <w:spacing w:after="0"/>
      </w:pPr>
    </w:p>
    <w:p>
      <w:pPr>
        <w:spacing w:after="0"/>
      </w:pPr>
      <w:r>
        <w:rPr>
          <w:rFonts w:ascii="Arial" w:hAnsi="Arial"/>
          <w:b/>
          <w:sz w:val="22"/>
        </w:rPr>
        <w:t xml:space="preserve">Jon  </w:t>
      </w:r>
      <w:r>
        <w:rPr>
          <w:rFonts w:ascii="Arial" w:hAnsi="Arial"/>
          <w:color w:val="5D7284"/>
          <w:sz w:val="22"/>
        </w:rPr>
        <w:t>53:03</w:t>
      </w:r>
    </w:p>
    <w:p>
      <w:pPr>
        <w:spacing w:after="0"/>
      </w:pPr>
      <w:r>
        <w:rPr>
          <w:rFonts w:ascii="Arial" w:hAnsi="Arial"/>
          <w:sz w:val="22"/>
        </w:rPr>
        <w:t>And they get, like, you know, like, sometimes you get part of the audio description, and the receivers they give you don't work sometimes, yeah, I'm not a bit I think, I think there must be some sort of modern technology that you could use to get a better audio description experience at the cinema, I usually just wait for it to to the film to come either on to Disney plus or one of the other streaming services before I watch them, because cinema experience isn't great, to be honest,</w:t>
      </w:r>
    </w:p>
    <w:p>
      <w:pPr>
        <w:spacing w:after="0"/>
      </w:pPr>
    </w:p>
    <w:p>
      <w:pPr>
        <w:spacing w:after="0"/>
      </w:pPr>
      <w:r>
        <w:rPr>
          <w:rFonts w:ascii="Arial" w:hAnsi="Arial"/>
          <w:b/>
          <w:sz w:val="22"/>
        </w:rPr>
        <w:t xml:space="preserve">Lucy  </w:t>
      </w:r>
      <w:r>
        <w:rPr>
          <w:rFonts w:ascii="Arial" w:hAnsi="Arial"/>
          <w:color w:val="5D7284"/>
          <w:sz w:val="22"/>
        </w:rPr>
        <w:t>53:39</w:t>
      </w:r>
    </w:p>
    <w:p>
      <w:pPr>
        <w:spacing w:after="0"/>
      </w:pPr>
      <w:r>
        <w:rPr>
          <w:rFonts w:ascii="Arial" w:hAnsi="Arial"/>
          <w:sz w:val="22"/>
        </w:rPr>
        <w:t>for people who may not use audio description in the cinema. Can you just explain a little bit about how it works or doesn't in some cases, and like what you have to go through? I think that would be quite interesting for the listeners.</w:t>
      </w:r>
    </w:p>
    <w:p>
      <w:pPr>
        <w:spacing w:after="0"/>
      </w:pPr>
    </w:p>
    <w:p>
      <w:pPr>
        <w:spacing w:after="0"/>
      </w:pPr>
      <w:r>
        <w:rPr>
          <w:rFonts w:ascii="Arial" w:hAnsi="Arial"/>
          <w:b/>
          <w:sz w:val="22"/>
        </w:rPr>
        <w:t xml:space="preserve">Jon  </w:t>
      </w:r>
      <w:r>
        <w:rPr>
          <w:rFonts w:ascii="Arial" w:hAnsi="Arial"/>
          <w:color w:val="5D7284"/>
          <w:sz w:val="22"/>
        </w:rPr>
        <w:t>53:53</w:t>
      </w:r>
    </w:p>
    <w:p>
      <w:pPr>
        <w:spacing w:after="0"/>
      </w:pPr>
      <w:r>
        <w:rPr>
          <w:rFonts w:ascii="Arial" w:hAnsi="Arial"/>
          <w:sz w:val="22"/>
        </w:rPr>
        <w:t>Yes, well, for me, it's quite a mixed experience, man, like you turn up to buy your ticket to go to the cinema, and then you have to ask them if you could have like, if that Well, personally, if the audio description is available, because it's not always available, sometimes</w:t>
      </w:r>
    </w:p>
    <w:p>
      <w:pPr>
        <w:spacing w:after="0"/>
      </w:pPr>
    </w:p>
    <w:p>
      <w:pPr>
        <w:spacing w:after="0"/>
      </w:pPr>
      <w:r>
        <w:rPr>
          <w:rFonts w:ascii="Arial" w:hAnsi="Arial"/>
          <w:b/>
          <w:sz w:val="22"/>
        </w:rPr>
        <w:t xml:space="preserve">Alice  </w:t>
      </w:r>
      <w:r>
        <w:rPr>
          <w:rFonts w:ascii="Arial" w:hAnsi="Arial"/>
          <w:color w:val="5D7284"/>
          <w:sz w:val="22"/>
        </w:rPr>
        <w:t>54:11</w:t>
      </w:r>
    </w:p>
    <w:p>
      <w:pPr>
        <w:spacing w:after="0"/>
      </w:pPr>
      <w:r>
        <w:rPr>
          <w:rFonts w:ascii="Arial" w:hAnsi="Arial"/>
          <w:sz w:val="22"/>
        </w:rPr>
        <w:t>it sort of weirdly depends on what screen it is. So though there might be a film that's on in screen four that's got audio description, but when they're showing it in screen six, two weeks later, it's not Yeah,</w:t>
      </w:r>
    </w:p>
    <w:p>
      <w:pPr>
        <w:spacing w:after="0"/>
      </w:pPr>
    </w:p>
    <w:p>
      <w:pPr>
        <w:spacing w:after="0"/>
      </w:pPr>
      <w:r>
        <w:rPr>
          <w:rFonts w:ascii="Arial" w:hAnsi="Arial"/>
          <w:b/>
          <w:sz w:val="22"/>
        </w:rPr>
        <w:t xml:space="preserve">Jon  </w:t>
      </w:r>
      <w:r>
        <w:rPr>
          <w:rFonts w:ascii="Arial" w:hAnsi="Arial"/>
          <w:color w:val="5D7284"/>
          <w:sz w:val="22"/>
        </w:rPr>
        <w:t>54:22</w:t>
      </w:r>
    </w:p>
    <w:p>
      <w:pPr>
        <w:spacing w:after="0"/>
      </w:pPr>
      <w:r>
        <w:rPr>
          <w:rFonts w:ascii="Arial" w:hAnsi="Arial"/>
          <w:sz w:val="22"/>
        </w:rPr>
        <w:t>yeah. And like, sometimes the staff member like, Well, what do you mean by What do you mean by audio description? And like,</w:t>
      </w:r>
    </w:p>
    <w:p>
      <w:pPr>
        <w:spacing w:after="0"/>
      </w:pPr>
    </w:p>
    <w:p>
      <w:pPr>
        <w:spacing w:after="0"/>
      </w:pPr>
      <w:r>
        <w:rPr>
          <w:rFonts w:ascii="Arial" w:hAnsi="Arial"/>
          <w:b/>
          <w:sz w:val="22"/>
        </w:rPr>
        <w:t xml:space="preserve">Alice  </w:t>
      </w:r>
      <w:r>
        <w:rPr>
          <w:rFonts w:ascii="Arial" w:hAnsi="Arial"/>
          <w:color w:val="5D7284"/>
          <w:sz w:val="22"/>
        </w:rPr>
        <w:t>54:31</w:t>
      </w:r>
    </w:p>
    <w:p>
      <w:pPr>
        <w:spacing w:after="0"/>
      </w:pPr>
      <w:r>
        <w:rPr>
          <w:rFonts w:ascii="Arial" w:hAnsi="Arial"/>
          <w:sz w:val="22"/>
        </w:rPr>
        <w:t>I've never spoken to somebody first time who'd like, they always have to go and get their manager. I've never met someone like, front of house who's like, Oh, I know what you're talking,</w:t>
      </w:r>
    </w:p>
    <w:p>
      <w:pPr>
        <w:spacing w:after="0"/>
      </w:pPr>
    </w:p>
    <w:p>
      <w:pPr>
        <w:spacing w:after="0"/>
      </w:pPr>
      <w:r>
        <w:rPr>
          <w:rFonts w:ascii="Arial" w:hAnsi="Arial"/>
          <w:b/>
          <w:sz w:val="22"/>
        </w:rPr>
        <w:t xml:space="preserve">Jon  </w:t>
      </w:r>
      <w:r>
        <w:rPr>
          <w:rFonts w:ascii="Arial" w:hAnsi="Arial"/>
          <w:color w:val="5D7284"/>
          <w:sz w:val="22"/>
        </w:rPr>
        <w:t>54:40</w:t>
      </w:r>
    </w:p>
    <w:p>
      <w:pPr>
        <w:spacing w:after="0"/>
      </w:pPr>
      <w:r>
        <w:rPr>
          <w:rFonts w:ascii="Arial" w:hAnsi="Arial"/>
          <w:sz w:val="22"/>
        </w:rPr>
        <w:t>yeah, just go, yeah. Here you are. Here's the headsets in screen six. You know that would be amazing if that happened, but yeah,</w:t>
      </w:r>
    </w:p>
    <w:p>
      <w:pPr>
        <w:spacing w:after="0"/>
      </w:pPr>
    </w:p>
    <w:p>
      <w:pPr>
        <w:spacing w:after="0"/>
      </w:pPr>
      <w:r>
        <w:rPr>
          <w:rFonts w:ascii="Arial" w:hAnsi="Arial"/>
          <w:b/>
          <w:sz w:val="22"/>
        </w:rPr>
        <w:t xml:space="preserve">Alice  </w:t>
      </w:r>
      <w:r>
        <w:rPr>
          <w:rFonts w:ascii="Arial" w:hAnsi="Arial"/>
          <w:color w:val="5D7284"/>
          <w:sz w:val="22"/>
        </w:rPr>
        <w:t>54:50</w:t>
      </w:r>
    </w:p>
    <w:p>
      <w:pPr>
        <w:spacing w:after="0"/>
      </w:pPr>
      <w:r>
        <w:rPr>
          <w:rFonts w:ascii="Arial" w:hAnsi="Arial"/>
          <w:sz w:val="22"/>
        </w:rPr>
        <w:t>they give you a headset, right? Either does like audio description or usually has the audio track for the film, but louder. Are right, if you've got hearing difficulties, right? Okay, and then, but they never, you never know if it's going to work until the film starts. Oh, so you sit, you usually have to, if you sit in the middle of the sort of screen, like in the in the seats, it's usually better because it's about where the output receiver thing is, but then that's not great for me, because I prefer to sit slightly further back so I can see more of the screen. Yes, so it's a toss up between whether I see more or I</w:t>
      </w:r>
    </w:p>
    <w:p>
      <w:pPr>
        <w:spacing w:after="0"/>
      </w:pPr>
    </w:p>
    <w:p>
      <w:pPr>
        <w:spacing w:after="0"/>
      </w:pPr>
      <w:r>
        <w:rPr>
          <w:rFonts w:ascii="Arial" w:hAnsi="Arial"/>
          <w:b/>
          <w:sz w:val="22"/>
        </w:rPr>
        <w:t xml:space="preserve">Lucy  </w:t>
      </w:r>
      <w:r>
        <w:rPr>
          <w:rFonts w:ascii="Arial" w:hAnsi="Arial"/>
          <w:color w:val="5D7284"/>
          <w:sz w:val="22"/>
        </w:rPr>
        <w:t>55:32</w:t>
      </w:r>
    </w:p>
    <w:p>
      <w:pPr>
        <w:spacing w:after="0"/>
      </w:pPr>
      <w:r>
        <w:rPr>
          <w:rFonts w:ascii="Arial" w:hAnsi="Arial"/>
          <w:sz w:val="22"/>
        </w:rPr>
        <w:t>hear more, yeah. And</w:t>
      </w:r>
    </w:p>
    <w:p>
      <w:pPr>
        <w:spacing w:after="0"/>
      </w:pPr>
    </w:p>
    <w:p>
      <w:pPr>
        <w:spacing w:after="0"/>
      </w:pPr>
      <w:r>
        <w:rPr>
          <w:rFonts w:ascii="Arial" w:hAnsi="Arial"/>
          <w:b/>
          <w:sz w:val="22"/>
        </w:rPr>
        <w:t xml:space="preserve">Alice  </w:t>
      </w:r>
      <w:r>
        <w:rPr>
          <w:rFonts w:ascii="Arial" w:hAnsi="Arial"/>
          <w:color w:val="5D7284"/>
          <w:sz w:val="22"/>
        </w:rPr>
        <w:t>55:36</w:t>
      </w:r>
    </w:p>
    <w:p>
      <w:pPr>
        <w:spacing w:after="0"/>
      </w:pPr>
      <w:r>
        <w:rPr>
          <w:rFonts w:ascii="Arial" w:hAnsi="Arial"/>
          <w:sz w:val="22"/>
        </w:rPr>
        <w:t>then you sit there through all the ads and the trailers and stuff, see</w:t>
      </w:r>
    </w:p>
    <w:p>
      <w:pPr>
        <w:spacing w:after="0"/>
      </w:pPr>
    </w:p>
    <w:p>
      <w:pPr>
        <w:spacing w:after="0"/>
      </w:pPr>
      <w:r>
        <w:rPr>
          <w:rFonts w:ascii="Arial" w:hAnsi="Arial"/>
          <w:b/>
          <w:sz w:val="22"/>
        </w:rPr>
        <w:t xml:space="preserve">Lucy  </w:t>
      </w:r>
      <w:r>
        <w:rPr>
          <w:rFonts w:ascii="Arial" w:hAnsi="Arial"/>
          <w:color w:val="5D7284"/>
          <w:sz w:val="22"/>
        </w:rPr>
        <w:t>55:39</w:t>
      </w:r>
    </w:p>
    <w:p>
      <w:pPr>
        <w:spacing w:after="0"/>
      </w:pPr>
      <w:r>
        <w:rPr>
          <w:rFonts w:ascii="Arial" w:hAnsi="Arial"/>
          <w:sz w:val="22"/>
        </w:rPr>
        <w:t>to my mind. Now you're just telling me about whether, like you only know it's working once the film started to my mind. Wouldn't they be better audio describing the trailers so that you could see if it works</w:t>
      </w:r>
    </w:p>
    <w:p>
      <w:pPr>
        <w:spacing w:after="0"/>
      </w:pPr>
    </w:p>
    <w:p>
      <w:pPr>
        <w:spacing w:after="0"/>
      </w:pPr>
      <w:r>
        <w:rPr>
          <w:rFonts w:ascii="Arial" w:hAnsi="Arial"/>
          <w:b/>
          <w:sz w:val="22"/>
        </w:rPr>
        <w:t xml:space="preserve">Alice  </w:t>
      </w:r>
      <w:r>
        <w:rPr>
          <w:rFonts w:ascii="Arial" w:hAnsi="Arial"/>
          <w:color w:val="5D7284"/>
          <w:sz w:val="22"/>
        </w:rPr>
        <w:t>55:52</w:t>
      </w:r>
    </w:p>
    <w:p>
      <w:pPr>
        <w:spacing w:after="0"/>
      </w:pPr>
      <w:r>
        <w:rPr>
          <w:rFonts w:ascii="Arial" w:hAnsi="Arial"/>
          <w:sz w:val="22"/>
        </w:rPr>
        <w:t>again? I think probably two out of every 10 times I go to the cinema, I don't have to send whoever the sighted person is. I got with me out to get another headset. Honestly, I've asked, I've asked before if I can have two headsets, and they like, quite often, people will be really funny about it, and I'll be like, Look, I do this much more often than you do. I can almost promise you, one of these is not going to work. Yeah, just give me two,</w:t>
      </w:r>
    </w:p>
    <w:p>
      <w:pPr>
        <w:spacing w:after="0"/>
      </w:pPr>
    </w:p>
    <w:p>
      <w:pPr>
        <w:spacing w:after="0"/>
      </w:pPr>
      <w:r>
        <w:rPr>
          <w:rFonts w:ascii="Arial" w:hAnsi="Arial"/>
          <w:b/>
          <w:sz w:val="22"/>
        </w:rPr>
        <w:t xml:space="preserve">Lucy  </w:t>
      </w:r>
      <w:r>
        <w:rPr>
          <w:rFonts w:ascii="Arial" w:hAnsi="Arial"/>
          <w:color w:val="5D7284"/>
          <w:sz w:val="22"/>
        </w:rPr>
        <w:t>56:20</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56:23</w:t>
      </w:r>
    </w:p>
    <w:p>
      <w:pPr>
        <w:spacing w:after="0"/>
      </w:pPr>
      <w:r>
        <w:rPr>
          <w:rFonts w:ascii="Arial" w:hAnsi="Arial"/>
          <w:sz w:val="22"/>
        </w:rPr>
        <w:t>yeah. It's honestly Lucy. It is enough to put me off going cinema, which that means, you know, you risk spoilers. Like,</w:t>
      </w:r>
    </w:p>
    <w:p>
      <w:pPr>
        <w:spacing w:after="0"/>
      </w:pPr>
    </w:p>
    <w:p>
      <w:pPr>
        <w:spacing w:after="0"/>
      </w:pPr>
      <w:r>
        <w:rPr>
          <w:rFonts w:ascii="Arial" w:hAnsi="Arial"/>
          <w:b/>
          <w:sz w:val="22"/>
        </w:rPr>
        <w:t xml:space="preserve">Lucy  </w:t>
      </w:r>
      <w:r>
        <w:rPr>
          <w:rFonts w:ascii="Arial" w:hAnsi="Arial"/>
          <w:color w:val="5D7284"/>
          <w:sz w:val="22"/>
        </w:rPr>
        <w:t>56:33</w:t>
      </w:r>
    </w:p>
    <w:p>
      <w:pPr>
        <w:spacing w:after="0"/>
      </w:pPr>
      <w:r>
        <w:rPr>
          <w:rFonts w:ascii="Arial" w:hAnsi="Arial"/>
          <w:sz w:val="22"/>
        </w:rPr>
        <w:t>yeah, exactly, yeah. I mean, I know that when I used to be on the access panel for Birmingham Hippodrome, where we kind of, they consulted a range of people with disabilities about things they were planning to do, shows they were planning to put on, and things and for like, for example, one of the things that the access panel managed to do was when Mamma Mia was on the Birmingham Hippodrome, they got the Hippodrome to buy some cameras and some small screens that were sat, that were set up the cameras were set up on, like the balcony, so, like the front of the balcony, so you could see the stage, and then the screens, the monitors that you could watch it on With in the disabled Teton area. And that was because when Mamma Mia is being played, a lot of people, towards the end of the show, they stand on the dancing around in the aisles. Well, if you're anywhere, if you're anything like me, I can't stand up. And so my vision was like, cut off. You can't see anything. Because, you know, Julie sat, stood in front of me, dancing around. I can't see anything. So they said, If you could set the cameras up so that when people stand up, we can watch on the screen what's going on on the stage. So they did that, and it worked really well. And it worked really well for lots of other productions on oh six, there's a lot of getting up and dancing towards the end of that. Yeah, it's brilliant in there. One of the best the best shows I've ever seen, absolutely brilliant. But again, they get up and they dance. So if you're sat in the disabled area, you can watch on the screen when people, you know, when people are stood in the way. And one of the, one of the things they were looking at while I was on the panel was sort of like improving the hearing loop system, because, like you said, Where depending on where you sat in the theater, depended on whether you could hear the volunteers who were sat at the back describing everything, because of the way, like the building was built, basically, and they were, they get people in to test it, so they try, like a different system, and they Get people in to test it, to make sure they it was worth I have never known a theater do so much accessibility stuff behind the scenes. They do touch tours, so you could go and touch the props and the costumes and stuff. And I never heard of a touch tour before, and it's just incredible. And they got they do for the pantomime. The pantomime is on, and there's lots of families they do like a run of Relaxed Performances. I know a lot of they just do it now, but they do relax performances now, but they'll perhaps do one out of the whole run of pantomime. You know where they can can go and watch it, which I don't think is fair, really, because if you can't make that date, you missed the pantomime, whereas the Hippodrome will do like a good like four or five of them within that run or relax performances, they've got chill out zone. So if people find it too much that they can go and sit out just outside of the theater, they don't close the doors, they dim the lights, they don't like turn them off completely, and it's just it was then it blew my mind, once I know what, how much effort they put into it, and I really appreciated the fact actually, that they consulted disabled people. And it wasn't just one time. Disabled person. There was all sorts of, you know, disabled people that were offering their thoughts and opinions. Because it, you know, it's like nothing about was without us, isn't it? Really, yeah, I'm so encouraged.</w:t>
      </w:r>
    </w:p>
    <w:p>
      <w:pPr>
        <w:spacing w:after="0"/>
      </w:pPr>
    </w:p>
    <w:p>
      <w:pPr>
        <w:spacing w:after="0"/>
      </w:pPr>
      <w:r>
        <w:rPr>
          <w:rFonts w:ascii="Arial" w:hAnsi="Arial"/>
          <w:b/>
          <w:sz w:val="22"/>
        </w:rPr>
        <w:t xml:space="preserve">Alice  </w:t>
      </w:r>
      <w:r>
        <w:rPr>
          <w:rFonts w:ascii="Arial" w:hAnsi="Arial"/>
          <w:color w:val="5D7284"/>
          <w:sz w:val="22"/>
        </w:rPr>
        <w:t>1:00:12</w:t>
      </w:r>
    </w:p>
    <w:p>
      <w:pPr>
        <w:spacing w:after="0"/>
      </w:pPr>
      <w:r>
        <w:rPr>
          <w:rFonts w:ascii="Arial" w:hAnsi="Arial"/>
          <w:sz w:val="22"/>
        </w:rPr>
        <w:t>Can we get the Hippodrome to sponsor us?</w:t>
      </w:r>
    </w:p>
    <w:p>
      <w:pPr>
        <w:spacing w:after="0"/>
      </w:pPr>
    </w:p>
    <w:p>
      <w:pPr>
        <w:spacing w:after="0"/>
      </w:pPr>
      <w:r>
        <w:rPr>
          <w:rFonts w:ascii="Arial" w:hAnsi="Arial"/>
          <w:b/>
          <w:sz w:val="22"/>
        </w:rPr>
        <w:t xml:space="preserve">Lucy  </w:t>
      </w:r>
      <w:r>
        <w:rPr>
          <w:rFonts w:ascii="Arial" w:hAnsi="Arial"/>
          <w:color w:val="5D7284"/>
          <w:sz w:val="22"/>
        </w:rPr>
        <w:t>1:00:19</w:t>
      </w:r>
    </w:p>
    <w:p>
      <w:pPr>
        <w:spacing w:after="0"/>
      </w:pPr>
      <w:r>
        <w:rPr>
          <w:rFonts w:ascii="Arial" w:hAnsi="Arial"/>
          <w:sz w:val="22"/>
        </w:rPr>
        <w:t>But, yeah, it just, I think, like we were saying before going that extra mile might seem like a lot of work, you know, like hard, hard work. But actually, if you do it right, it doesn't have to be hard work, does it?</w:t>
      </w:r>
    </w:p>
    <w:p>
      <w:pPr>
        <w:spacing w:after="0"/>
      </w:pPr>
    </w:p>
    <w:p>
      <w:pPr>
        <w:spacing w:after="0"/>
      </w:pPr>
      <w:r>
        <w:rPr>
          <w:rFonts w:ascii="Arial" w:hAnsi="Arial"/>
          <w:b/>
          <w:sz w:val="22"/>
        </w:rPr>
        <w:t xml:space="preserve">Jon  </w:t>
      </w:r>
      <w:r>
        <w:rPr>
          <w:rFonts w:ascii="Arial" w:hAnsi="Arial"/>
          <w:color w:val="5D7284"/>
          <w:sz w:val="22"/>
        </w:rPr>
        <w:t>1:00:34</w:t>
      </w:r>
    </w:p>
    <w:p>
      <w:pPr>
        <w:spacing w:after="0"/>
      </w:pPr>
      <w:r>
        <w:rPr>
          <w:rFonts w:ascii="Arial" w:hAnsi="Arial"/>
          <w:sz w:val="22"/>
        </w:rPr>
        <w:t>Yeah, it's one of the things I absolutely love doing, is going to the theater. Yeah, me too. I love the theater so much. And like what I the biggest theater near me they want to go to the most office and often is in Edinburgh. And the next one I'm going to see is in April. It's Hamilton at the festival theater. Do want to see that is, I love the soundtrack to and I loved the film on Disney as well. It's incredible. So I'm really looking forward to it. But, and they're in Edinburgh for two months, I think, from the end of February to the end of April, and I was a little bit disappointed that there was only something like two or three performances in that two month period that was going to have the audio description and the BSL performance at the same time I was like, so that only gives us three options. They want to go on, but when you do go, the experience is incredible. I think the last one I went to see was the Lion King. And, you know, like, like you said, they offered the touch tour, where you get to sort of feel the materials of the costumes and things. And then some of these, some days in the theater, doing a live audio description through the headsets for like, you know, people with visual impairments, and I go, I go to the theater, and I've got my guide dog with me, and they always offer, they say, you know, like so that he's not in the environment with loud music, and that will look after him in the office if you want, during the performance. We'll bring him back to your seat, and things like that. And I think you know, that just takes a little bit of the anxiety away, yeah, of going to the theater and allows you to just enjoy the experience a bit more as well. It's one of the reasons I love going to the theater, because I know the experience is always going to be really good,</w:t>
      </w:r>
    </w:p>
    <w:p>
      <w:pPr>
        <w:spacing w:after="0"/>
      </w:pPr>
    </w:p>
    <w:p>
      <w:pPr>
        <w:spacing w:after="0"/>
      </w:pPr>
      <w:r>
        <w:rPr>
          <w:rFonts w:ascii="Arial" w:hAnsi="Arial"/>
          <w:b/>
          <w:sz w:val="22"/>
        </w:rPr>
        <w:t xml:space="preserve">Lucy  </w:t>
      </w:r>
      <w:r>
        <w:rPr>
          <w:rFonts w:ascii="Arial" w:hAnsi="Arial"/>
          <w:color w:val="5D7284"/>
          <w:sz w:val="22"/>
        </w:rPr>
        <w:t>1:02:38</w:t>
      </w:r>
    </w:p>
    <w:p>
      <w:pPr>
        <w:spacing w:after="0"/>
      </w:pPr>
      <w:r>
        <w:rPr>
          <w:rFonts w:ascii="Arial" w:hAnsi="Arial"/>
          <w:sz w:val="22"/>
        </w:rPr>
        <w:t>and especially if you go there very often as well. I suppose you know what to expect. It's that whole thing go on Alice. Just gonna</w:t>
      </w:r>
    </w:p>
    <w:p>
      <w:pPr>
        <w:spacing w:after="0"/>
      </w:pPr>
    </w:p>
    <w:p>
      <w:pPr>
        <w:spacing w:after="0"/>
      </w:pPr>
      <w:r>
        <w:rPr>
          <w:rFonts w:ascii="Arial" w:hAnsi="Arial"/>
          <w:b/>
          <w:sz w:val="22"/>
        </w:rPr>
        <w:t xml:space="preserve">Alice  </w:t>
      </w:r>
      <w:r>
        <w:rPr>
          <w:rFonts w:ascii="Arial" w:hAnsi="Arial"/>
          <w:color w:val="5D7284"/>
          <w:sz w:val="22"/>
        </w:rPr>
        <w:t>1:02:46</w:t>
      </w:r>
    </w:p>
    <w:p>
      <w:pPr>
        <w:spacing w:after="0"/>
      </w:pPr>
      <w:r>
        <w:rPr>
          <w:rFonts w:ascii="Arial" w:hAnsi="Arial"/>
          <w:sz w:val="22"/>
        </w:rPr>
        <w:t>say, I, I usually keep my dog with me when I go to the theater. And then when Lucy was telling Yeah, just Dora's quite an anxious dog</w:t>
      </w:r>
    </w:p>
    <w:p>
      <w:pPr>
        <w:spacing w:after="0"/>
      </w:pPr>
    </w:p>
    <w:p>
      <w:pPr>
        <w:spacing w:after="0"/>
      </w:pPr>
      <w:r>
        <w:rPr>
          <w:rFonts w:ascii="Arial" w:hAnsi="Arial"/>
          <w:b/>
          <w:sz w:val="22"/>
        </w:rPr>
        <w:t xml:space="preserve">Lucy  </w:t>
      </w:r>
      <w:r>
        <w:rPr>
          <w:rFonts w:ascii="Arial" w:hAnsi="Arial"/>
          <w:color w:val="5D7284"/>
          <w:sz w:val="22"/>
        </w:rPr>
        <w:t>1:02:57</w:t>
      </w:r>
    </w:p>
    <w:p>
      <w:pPr>
        <w:spacing w:after="0"/>
      </w:pPr>
      <w:r>
        <w:rPr>
          <w:rFonts w:ascii="Arial" w:hAnsi="Arial"/>
          <w:sz w:val="22"/>
        </w:rPr>
        <w:t>with mommy at all times, yeah,</w:t>
      </w:r>
    </w:p>
    <w:p>
      <w:pPr>
        <w:spacing w:after="0"/>
      </w:pPr>
    </w:p>
    <w:p>
      <w:pPr>
        <w:spacing w:after="0"/>
      </w:pPr>
      <w:r>
        <w:rPr>
          <w:rFonts w:ascii="Arial" w:hAnsi="Arial"/>
          <w:b/>
          <w:sz w:val="22"/>
        </w:rPr>
        <w:t xml:space="preserve">Alice  </w:t>
      </w:r>
      <w:r>
        <w:rPr>
          <w:rFonts w:ascii="Arial" w:hAnsi="Arial"/>
          <w:color w:val="5D7284"/>
          <w:sz w:val="22"/>
        </w:rPr>
        <w:t>1:02:59</w:t>
      </w:r>
    </w:p>
    <w:p>
      <w:pPr>
        <w:spacing w:after="0"/>
      </w:pPr>
      <w:r>
        <w:rPr>
          <w:rFonts w:ascii="Arial" w:hAnsi="Arial"/>
          <w:sz w:val="22"/>
        </w:rPr>
        <w:t>yeah. And I feel like she would, she'd just get a bit stressed if she was in the office for strangers. Like, yeah. But so when I went to see Mamma Mia with a friend 18 months ago, we they gave us an extra seat, so Dora sat in between us, in the gap on the floor, and she was fine. She didn't absolutely chill. The only thing that caused her any sort of like, oh my God, was at the end of Mamma mia, a shit ton of glitter and confetti came down from the ceiling. Yeah. And she was just like, What is this? Can I eat it? I don't know what to do,</w:t>
      </w:r>
    </w:p>
    <w:p>
      <w:pPr>
        <w:spacing w:after="0"/>
      </w:pPr>
    </w:p>
    <w:p>
      <w:pPr>
        <w:spacing w:after="0"/>
      </w:pPr>
      <w:r>
        <w:rPr>
          <w:rFonts w:ascii="Arial" w:hAnsi="Arial"/>
          <w:b/>
          <w:sz w:val="22"/>
        </w:rPr>
        <w:t xml:space="preserve">Lucy  </w:t>
      </w:r>
      <w:r>
        <w:rPr>
          <w:rFonts w:ascii="Arial" w:hAnsi="Arial"/>
          <w:color w:val="5D7284"/>
          <w:sz w:val="22"/>
        </w:rPr>
        <w:t>1:03:32</w:t>
      </w:r>
    </w:p>
    <w:p>
      <w:pPr>
        <w:spacing w:after="0"/>
      </w:pPr>
      <w:r>
        <w:rPr>
          <w:rFonts w:ascii="Arial" w:hAnsi="Arial"/>
          <w:sz w:val="22"/>
        </w:rPr>
        <w:t>mummy. What? What do you want me to do? Mummy? Are we leaving now? Yeah. I mean, I, I think, like the Hippodrome, going back to the Hippodrome, the Hippodrome are, they've got the volunteers, they used to guide dogs and things like that. And it's, it's just really, it's just a really nice experience, because you know that everything has been thought of, and you know, it's, you know that they'll often ring when my, you know, when mom rings for tickets, for stuff, they've got all my details on file. So you know, having to explain everything, and it's just, you're like, This is lovely, because it's so stressful for people going anywhere, yeah, if you're if you've got a disability of any kind, it's stressful because you think, Oh, God, I'm gonna have to explain everything. And there's gonna be like, people are gonna ask questions like, why? All the time, it's like, Why? Why? Why? Why? No, I'm afraid you can't do that. Why do you need that? And you, before you've even got there, you're like, working yourself up and thinking, right, if I you know, whereas if you know, just know that people have thought about it. And</w:t>
      </w:r>
    </w:p>
    <w:p>
      <w:pPr>
        <w:spacing w:after="0"/>
      </w:pPr>
    </w:p>
    <w:p>
      <w:pPr>
        <w:spacing w:after="0"/>
      </w:pPr>
      <w:r>
        <w:rPr>
          <w:rFonts w:ascii="Arial" w:hAnsi="Arial"/>
          <w:b/>
          <w:sz w:val="22"/>
        </w:rPr>
        <w:t xml:space="preserve">Alice  </w:t>
      </w:r>
      <w:r>
        <w:rPr>
          <w:rFonts w:ascii="Arial" w:hAnsi="Arial"/>
          <w:color w:val="5D7284"/>
          <w:sz w:val="22"/>
        </w:rPr>
        <w:t>1:04:40</w:t>
      </w:r>
    </w:p>
    <w:p>
      <w:pPr>
        <w:spacing w:after="0"/>
      </w:pPr>
      <w:r>
        <w:rPr>
          <w:rFonts w:ascii="Arial" w:hAnsi="Arial"/>
          <w:sz w:val="22"/>
        </w:rPr>
        <w:t xml:space="preserve">that's exactly it like with the, you know, like both John and I said at the cinema, it is enough to meet you go. I'm not gonna go. </w:t>
      </w:r>
    </w:p>
    <w:p>
      <w:pPr>
        <w:spacing w:after="0"/>
      </w:pPr>
    </w:p>
    <w:p>
      <w:pPr>
        <w:spacing w:after="0"/>
      </w:pPr>
      <w:r>
        <w:rPr>
          <w:rFonts w:ascii="Arial" w:hAnsi="Arial"/>
          <w:b/>
          <w:sz w:val="22"/>
        </w:rPr>
        <w:t xml:space="preserve">Lucy  </w:t>
      </w:r>
      <w:r>
        <w:rPr>
          <w:rFonts w:ascii="Arial" w:hAnsi="Arial"/>
          <w:color w:val="5D7284"/>
          <w:sz w:val="22"/>
        </w:rPr>
        <w:t>1:04:47</w:t>
      </w:r>
    </w:p>
    <w:p>
      <w:pPr>
        <w:spacing w:after="0"/>
      </w:pPr>
      <w:r>
        <w:rPr>
          <w:rFonts w:ascii="Arial" w:hAnsi="Arial"/>
          <w:sz w:val="22"/>
        </w:rPr>
        <w:t>You don't need the stress, do you</w:t>
      </w:r>
    </w:p>
    <w:p>
      <w:pPr>
        <w:spacing w:after="0"/>
      </w:pPr>
    </w:p>
    <w:p>
      <w:pPr>
        <w:spacing w:after="0"/>
      </w:pPr>
      <w:r>
        <w:rPr>
          <w:rFonts w:ascii="Arial" w:hAnsi="Arial"/>
          <w:b/>
          <w:sz w:val="22"/>
        </w:rPr>
        <w:t xml:space="preserve">Jon  </w:t>
      </w:r>
      <w:r>
        <w:rPr>
          <w:rFonts w:ascii="Arial" w:hAnsi="Arial"/>
          <w:color w:val="5D7284"/>
          <w:sz w:val="22"/>
        </w:rPr>
        <w:t>1:04:51</w:t>
      </w:r>
    </w:p>
    <w:p>
      <w:pPr>
        <w:spacing w:after="0"/>
      </w:pPr>
      <w:r>
        <w:rPr>
          <w:rFonts w:ascii="Arial" w:hAnsi="Arial"/>
          <w:sz w:val="22"/>
        </w:rPr>
        <w:t>exactly? No, exactly</w:t>
      </w:r>
    </w:p>
    <w:p>
      <w:pPr>
        <w:spacing w:after="0"/>
      </w:pPr>
    </w:p>
    <w:p>
      <w:pPr>
        <w:spacing w:after="0"/>
      </w:pPr>
      <w:r>
        <w:rPr>
          <w:rFonts w:ascii="Arial" w:hAnsi="Arial"/>
          <w:b/>
          <w:sz w:val="22"/>
        </w:rPr>
        <w:t xml:space="preserve">Alice  </w:t>
      </w:r>
      <w:r>
        <w:rPr>
          <w:rFonts w:ascii="Arial" w:hAnsi="Arial"/>
          <w:color w:val="5D7284"/>
          <w:sz w:val="22"/>
        </w:rPr>
        <w:t>1:04:54</w:t>
      </w:r>
    </w:p>
    <w:p>
      <w:pPr>
        <w:spacing w:after="0"/>
      </w:pPr>
      <w:r>
        <w:rPr>
          <w:rFonts w:ascii="Arial" w:hAnsi="Arial"/>
          <w:sz w:val="22"/>
        </w:rPr>
        <w:t>the it's got to be a damn good like theater show for me to for it to be worth it. Because otherwise I'm just going to be stressing the whole time. And actually, I have found, generally, theaters are better than cinemas. They're just, yeah, me too. You know, the audio description can be a little bit hit and miss, but only because it's a person like live going, This happened then this happened</w:t>
      </w:r>
    </w:p>
    <w:p>
      <w:pPr>
        <w:spacing w:after="0"/>
      </w:pPr>
    </w:p>
    <w:p>
      <w:pPr>
        <w:spacing w:after="0"/>
      </w:pPr>
      <w:r>
        <w:rPr>
          <w:rFonts w:ascii="Arial" w:hAnsi="Arial"/>
          <w:b/>
          <w:sz w:val="22"/>
        </w:rPr>
        <w:t xml:space="preserve">Lucy  </w:t>
      </w:r>
      <w:r>
        <w:rPr>
          <w:rFonts w:ascii="Arial" w:hAnsi="Arial"/>
          <w:color w:val="5D7284"/>
          <w:sz w:val="22"/>
        </w:rPr>
        <w:t>1:05:19</w:t>
      </w:r>
    </w:p>
    <w:p>
      <w:pPr>
        <w:spacing w:after="0"/>
      </w:pPr>
      <w:r>
        <w:rPr>
          <w:rFonts w:ascii="Arial" w:hAnsi="Arial"/>
          <w:sz w:val="22"/>
        </w:rPr>
        <w:t>they've suddenly lost concentration because Judith's eating an apple,</w:t>
      </w:r>
    </w:p>
    <w:p>
      <w:pPr>
        <w:spacing w:after="0"/>
      </w:pPr>
    </w:p>
    <w:p>
      <w:pPr>
        <w:spacing w:after="0"/>
      </w:pPr>
      <w:r>
        <w:rPr>
          <w:rFonts w:ascii="Arial" w:hAnsi="Arial"/>
          <w:b/>
          <w:sz w:val="22"/>
        </w:rPr>
        <w:t xml:space="preserve">Alice  </w:t>
      </w:r>
      <w:r>
        <w:rPr>
          <w:rFonts w:ascii="Arial" w:hAnsi="Arial"/>
          <w:color w:val="5D7284"/>
          <w:sz w:val="22"/>
        </w:rPr>
        <w:t>1:05:23</w:t>
      </w:r>
    </w:p>
    <w:p>
      <w:pPr>
        <w:spacing w:after="0"/>
      </w:pPr>
      <w:r>
        <w:rPr>
          <w:rFonts w:ascii="Arial" w:hAnsi="Arial"/>
          <w:sz w:val="22"/>
        </w:rPr>
        <w:t>like, sometimes that's with live shows when something goes wrong, yeah. And then</w:t>
      </w:r>
    </w:p>
    <w:p>
      <w:pPr>
        <w:spacing w:after="0"/>
      </w:pPr>
    </w:p>
    <w:p>
      <w:pPr>
        <w:spacing w:after="0"/>
      </w:pPr>
      <w:r>
        <w:rPr>
          <w:rFonts w:ascii="Arial" w:hAnsi="Arial"/>
          <w:b/>
          <w:sz w:val="22"/>
        </w:rPr>
        <w:t xml:space="preserve">Lucy  </w:t>
      </w:r>
      <w:r>
        <w:rPr>
          <w:rFonts w:ascii="Arial" w:hAnsi="Arial"/>
          <w:color w:val="5D7284"/>
          <w:sz w:val="22"/>
        </w:rPr>
        <w:t>1:05:30</w:t>
      </w:r>
    </w:p>
    <w:p>
      <w:pPr>
        <w:spacing w:after="0"/>
      </w:pPr>
      <w:r>
        <w:rPr>
          <w:rFonts w:ascii="Arial" w:hAnsi="Arial"/>
          <w:sz w:val="22"/>
        </w:rPr>
        <w:t>hang on. Hang on. There</w:t>
      </w:r>
    </w:p>
    <w:p>
      <w:pPr>
        <w:spacing w:after="0"/>
      </w:pPr>
    </w:p>
    <w:p>
      <w:pPr>
        <w:spacing w:after="0"/>
      </w:pPr>
      <w:r>
        <w:rPr>
          <w:rFonts w:ascii="Arial" w:hAnsi="Arial"/>
          <w:b/>
          <w:sz w:val="22"/>
        </w:rPr>
        <w:t xml:space="preserve">Jon  </w:t>
      </w:r>
      <w:r>
        <w:rPr>
          <w:rFonts w:ascii="Arial" w:hAnsi="Arial"/>
          <w:color w:val="5D7284"/>
          <w:sz w:val="22"/>
        </w:rPr>
        <w:t>1:05:33</w:t>
      </w:r>
    </w:p>
    <w:p>
      <w:pPr>
        <w:spacing w:after="0"/>
      </w:pPr>
      <w:r>
        <w:rPr>
          <w:rFonts w:ascii="Arial" w:hAnsi="Arial"/>
          <w:sz w:val="22"/>
        </w:rPr>
        <w:t>was one I went to a few years ago. It was before, before covid, and I was like, going to, I was going, like, because there's obviously no way to communicate with the person who's doing because they're usually right down the front of the front of the stage or thereabouts. And I was like, I'm getting nothing at all through this headset. So I said to, I said to one of the students, I says, I don't know if I'm maybe not turning this on right, or says, but I'm not actually hearing anything through this headset, and he's going on all right, we'll get you another one. So he came back with another headset, and I'm sitting and going up, still nothing coming through that. And they were like, they're really right, okay, so they end up going right down to the they went, because I was like, in sort of upper circle, they got somebody to go down to the livestock. Well, I'm sitting here. The performance is still going on, and they come back about 20-25, minutes later, and the steward goes, that will work now, and they put on. Oh, yeah. So what was the problem? Was it says the person hadn't turned the microphone on. So they're giving this audio description</w:t>
      </w:r>
    </w:p>
    <w:p>
      <w:pPr>
        <w:spacing w:after="0"/>
      </w:pPr>
    </w:p>
    <w:p>
      <w:pPr>
        <w:spacing w:after="0"/>
      </w:pPr>
      <w:r>
        <w:rPr>
          <w:rFonts w:ascii="Arial" w:hAnsi="Arial"/>
          <w:b/>
          <w:sz w:val="22"/>
        </w:rPr>
        <w:t xml:space="preserve">Lucy  </w:t>
      </w:r>
      <w:r>
        <w:rPr>
          <w:rFonts w:ascii="Arial" w:hAnsi="Arial"/>
          <w:color w:val="5D7284"/>
          <w:sz w:val="22"/>
        </w:rPr>
        <w:t>1:06:43</w:t>
      </w:r>
    </w:p>
    <w:p>
      <w:pPr>
        <w:spacing w:after="0"/>
      </w:pPr>
      <w:r>
        <w:rPr>
          <w:rFonts w:ascii="Arial" w:hAnsi="Arial"/>
          <w:sz w:val="22"/>
        </w:rPr>
        <w:t xml:space="preserve">that's a bit like, that's a bit like hearing about the fact that Greg James, who does radio on breakfast when he was on hospital radio, he did hospital radio for about 18 months, and for 10 of those months, the receiver for hospital radio was down. He was just talking to himself in a portacabin I just think every time I hear that story, I'm like, oh, Gregg you poor bloke. He's paid his dues, hasn't he, really, to be honest. But yeah, that poor the poor description person. They must have felt awful as well once they realized, oh, that my mics not on. </w:t>
      </w:r>
    </w:p>
    <w:p>
      <w:pPr>
        <w:spacing w:after="0"/>
      </w:pPr>
    </w:p>
    <w:p>
      <w:pPr>
        <w:spacing w:after="0"/>
      </w:pPr>
      <w:r>
        <w:rPr>
          <w:rFonts w:ascii="Arial" w:hAnsi="Arial"/>
          <w:b/>
          <w:sz w:val="22"/>
        </w:rPr>
        <w:t xml:space="preserve">Jon  </w:t>
      </w:r>
      <w:r>
        <w:rPr>
          <w:rFonts w:ascii="Arial" w:hAnsi="Arial"/>
          <w:color w:val="5D7284"/>
          <w:sz w:val="22"/>
        </w:rPr>
        <w:t>1:07:30</w:t>
      </w:r>
    </w:p>
    <w:p>
      <w:pPr>
        <w:spacing w:after="0"/>
      </w:pPr>
      <w:r>
        <w:rPr>
          <w:rFonts w:ascii="Arial" w:hAnsi="Arial"/>
          <w:sz w:val="22"/>
        </w:rPr>
        <w:t xml:space="preserve">And then it was like before they went by the time they'd actually turned on and got their headset back, it was like five minutes before the end of the first act. </w:t>
      </w:r>
    </w:p>
    <w:p>
      <w:pPr>
        <w:spacing w:after="0"/>
      </w:pPr>
    </w:p>
    <w:p>
      <w:pPr>
        <w:spacing w:after="0"/>
      </w:pPr>
      <w:r>
        <w:rPr>
          <w:rFonts w:ascii="Arial" w:hAnsi="Arial"/>
          <w:b/>
          <w:sz w:val="22"/>
        </w:rPr>
        <w:t xml:space="preserve">Lucy  </w:t>
      </w:r>
      <w:r>
        <w:rPr>
          <w:rFonts w:ascii="Arial" w:hAnsi="Arial"/>
          <w:color w:val="5D7284"/>
          <w:sz w:val="22"/>
        </w:rPr>
        <w:t>1:07:40</w:t>
      </w:r>
    </w:p>
    <w:p>
      <w:pPr>
        <w:spacing w:after="0"/>
      </w:pPr>
      <w:r>
        <w:rPr>
          <w:rFonts w:ascii="Arial" w:hAnsi="Arial"/>
          <w:sz w:val="22"/>
        </w:rPr>
        <w:t>Oh dear, can I come back tomorrow watch the first half</w:t>
      </w:r>
    </w:p>
    <w:p>
      <w:pPr>
        <w:spacing w:after="0"/>
      </w:pPr>
    </w:p>
    <w:p>
      <w:pPr>
        <w:spacing w:after="0"/>
      </w:pPr>
      <w:r>
        <w:rPr>
          <w:rFonts w:ascii="Arial" w:hAnsi="Arial"/>
          <w:b/>
          <w:sz w:val="22"/>
        </w:rPr>
        <w:t xml:space="preserve">Alice  </w:t>
      </w:r>
      <w:r>
        <w:rPr>
          <w:rFonts w:ascii="Arial" w:hAnsi="Arial"/>
          <w:color w:val="5D7284"/>
          <w:sz w:val="22"/>
        </w:rPr>
        <w:t>1:07:47</w:t>
      </w:r>
    </w:p>
    <w:p>
      <w:pPr>
        <w:spacing w:after="0"/>
      </w:pPr>
      <w:r>
        <w:rPr>
          <w:rFonts w:ascii="Arial" w:hAnsi="Arial"/>
          <w:sz w:val="22"/>
        </w:rPr>
        <w:t>somebody just, just spend the interval telling me what happened in the first</w:t>
      </w:r>
    </w:p>
    <w:p>
      <w:pPr>
        <w:spacing w:after="0"/>
      </w:pPr>
    </w:p>
    <w:p>
      <w:pPr>
        <w:spacing w:after="0"/>
      </w:pPr>
      <w:r>
        <w:rPr>
          <w:rFonts w:ascii="Arial" w:hAnsi="Arial"/>
          <w:b/>
          <w:sz w:val="22"/>
        </w:rPr>
        <w:t xml:space="preserve">Lucy  </w:t>
      </w:r>
      <w:r>
        <w:rPr>
          <w:rFonts w:ascii="Arial" w:hAnsi="Arial"/>
          <w:color w:val="5D7284"/>
          <w:sz w:val="22"/>
        </w:rPr>
        <w:t>1:07:52</w:t>
      </w:r>
    </w:p>
    <w:p>
      <w:pPr>
        <w:spacing w:after="0"/>
      </w:pPr>
      <w:r>
        <w:rPr>
          <w:rFonts w:ascii="Arial" w:hAnsi="Arial"/>
          <w:sz w:val="22"/>
        </w:rPr>
        <w:t xml:space="preserve">just give me a rundown of what happened. </w:t>
      </w:r>
    </w:p>
    <w:p>
      <w:pPr>
        <w:spacing w:after="0"/>
      </w:pPr>
    </w:p>
    <w:p>
      <w:pPr>
        <w:spacing w:after="0"/>
      </w:pPr>
      <w:r>
        <w:rPr>
          <w:rFonts w:ascii="Arial" w:hAnsi="Arial"/>
          <w:b/>
          <w:sz w:val="22"/>
        </w:rPr>
        <w:t xml:space="preserve">Jon  </w:t>
      </w:r>
      <w:r>
        <w:rPr>
          <w:rFonts w:ascii="Arial" w:hAnsi="Arial"/>
          <w:color w:val="5D7284"/>
          <w:sz w:val="22"/>
        </w:rPr>
        <w:t>1:07:55</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1:07:57</w:t>
      </w:r>
    </w:p>
    <w:p>
      <w:pPr>
        <w:spacing w:after="0"/>
      </w:pPr>
      <w:r>
        <w:rPr>
          <w:rFonts w:ascii="Arial" w:hAnsi="Arial"/>
          <w:sz w:val="22"/>
        </w:rPr>
        <w:t>oh dear. Well, at least they tried. Yeah, got it resolved, at least it was a completely wasted trip to the theatre</w:t>
      </w:r>
    </w:p>
    <w:p>
      <w:pPr>
        <w:spacing w:after="0"/>
      </w:pPr>
    </w:p>
    <w:p>
      <w:pPr>
        <w:spacing w:after="0"/>
      </w:pPr>
      <w:r>
        <w:rPr>
          <w:rFonts w:ascii="Arial" w:hAnsi="Arial"/>
          <w:b/>
          <w:sz w:val="22"/>
        </w:rPr>
        <w:t xml:space="preserve">Jon  </w:t>
      </w:r>
      <w:r>
        <w:rPr>
          <w:rFonts w:ascii="Arial" w:hAnsi="Arial"/>
          <w:color w:val="5D7284"/>
          <w:sz w:val="22"/>
        </w:rPr>
        <w:t>1:08:06</w:t>
      </w:r>
    </w:p>
    <w:p>
      <w:pPr>
        <w:spacing w:after="0"/>
      </w:pPr>
      <w:r>
        <w:rPr>
          <w:rFonts w:ascii="Arial" w:hAnsi="Arial"/>
          <w:sz w:val="22"/>
        </w:rPr>
        <w:t xml:space="preserve">And you know, things, things like that happen. You know, it's unfortunate. </w:t>
      </w:r>
    </w:p>
    <w:p>
      <w:pPr>
        <w:spacing w:after="0"/>
      </w:pPr>
    </w:p>
    <w:p>
      <w:pPr>
        <w:spacing w:after="0"/>
      </w:pPr>
      <w:r>
        <w:rPr>
          <w:rFonts w:ascii="Arial" w:hAnsi="Arial"/>
          <w:b/>
          <w:sz w:val="22"/>
        </w:rPr>
        <w:t xml:space="preserve">Lucy  </w:t>
      </w:r>
      <w:r>
        <w:rPr>
          <w:rFonts w:ascii="Arial" w:hAnsi="Arial"/>
          <w:color w:val="5D7284"/>
          <w:sz w:val="22"/>
        </w:rPr>
        <w:t>1:08:12</w:t>
      </w:r>
    </w:p>
    <w:p>
      <w:pPr>
        <w:spacing w:after="0"/>
      </w:pPr>
      <w:r>
        <w:rPr>
          <w:rFonts w:ascii="Arial" w:hAnsi="Arial"/>
          <w:sz w:val="22"/>
        </w:rPr>
        <w:t xml:space="preserve">You have to see the funny side, don't you? It's like, I can say I could. I can really see you've tried here. So I'm not going to kick up a fourth, because at the end of the day, we're all human, aren't we? You know, yeah, and forgetting to turn my microphone on is something I would do. </w:t>
      </w:r>
    </w:p>
    <w:p>
      <w:pPr>
        <w:spacing w:after="0"/>
      </w:pPr>
    </w:p>
    <w:p>
      <w:pPr>
        <w:spacing w:after="0"/>
      </w:pPr>
      <w:r>
        <w:rPr>
          <w:rFonts w:ascii="Arial" w:hAnsi="Arial"/>
          <w:b/>
          <w:sz w:val="22"/>
        </w:rPr>
        <w:t xml:space="preserve">Alice  </w:t>
      </w:r>
      <w:r>
        <w:rPr>
          <w:rFonts w:ascii="Arial" w:hAnsi="Arial"/>
          <w:color w:val="5D7284"/>
          <w:sz w:val="22"/>
        </w:rPr>
        <w:t>1:08:28</w:t>
      </w:r>
    </w:p>
    <w:p>
      <w:pPr>
        <w:spacing w:after="0"/>
      </w:pPr>
      <w:r>
        <w:rPr>
          <w:rFonts w:ascii="Arial" w:hAnsi="Arial"/>
          <w:sz w:val="22"/>
        </w:rPr>
        <w:t>I was just thinking, I think we've, we're very lucky that we've made it three years in and haven't recorded an entire episode without actually hitting record. I've turned, I've turned the like hit record early when neither of us have been ready, and I've started talking while my microphone is still two feet away from me. Yeah, but we've never actually got through like an hour and then gone, oh well,</w:t>
      </w:r>
    </w:p>
    <w:p>
      <w:pPr>
        <w:spacing w:after="0"/>
      </w:pPr>
    </w:p>
    <w:p>
      <w:pPr>
        <w:spacing w:after="0"/>
      </w:pPr>
      <w:r>
        <w:rPr>
          <w:rFonts w:ascii="Arial" w:hAnsi="Arial"/>
          <w:b/>
          <w:sz w:val="22"/>
        </w:rPr>
        <w:t xml:space="preserve">Jon  </w:t>
      </w:r>
      <w:r>
        <w:rPr>
          <w:rFonts w:ascii="Arial" w:hAnsi="Arial"/>
          <w:color w:val="5D7284"/>
          <w:sz w:val="22"/>
        </w:rPr>
        <w:t>1:08:53</w:t>
      </w:r>
    </w:p>
    <w:p>
      <w:pPr>
        <w:spacing w:after="0"/>
      </w:pPr>
      <w:r>
        <w:rPr>
          <w:rFonts w:ascii="Arial" w:hAnsi="Arial"/>
          <w:sz w:val="22"/>
        </w:rPr>
        <w:t>not recording.</w:t>
      </w:r>
    </w:p>
    <w:p>
      <w:pPr>
        <w:spacing w:after="0"/>
      </w:pPr>
    </w:p>
    <w:p>
      <w:pPr>
        <w:spacing w:after="0"/>
      </w:pPr>
      <w:r>
        <w:rPr>
          <w:rFonts w:ascii="Arial" w:hAnsi="Arial"/>
          <w:b/>
          <w:sz w:val="22"/>
        </w:rPr>
        <w:t xml:space="preserve">Lucy  </w:t>
      </w:r>
      <w:r>
        <w:rPr>
          <w:rFonts w:ascii="Arial" w:hAnsi="Arial"/>
          <w:color w:val="5D7284"/>
          <w:sz w:val="22"/>
        </w:rPr>
        <w:t>1:08:55</w:t>
      </w:r>
    </w:p>
    <w:p>
      <w:pPr>
        <w:spacing w:after="0"/>
      </w:pPr>
      <w:r>
        <w:rPr>
          <w:rFonts w:ascii="Arial" w:hAnsi="Arial"/>
          <w:sz w:val="22"/>
        </w:rPr>
        <w:t>We've had it where we've had it where we've nearly lost episodes because the connection issues gone down. That's the hazard of working remotely, isn't it, I suppose. But yeah, we've never actually forgot. I think the red, the red circle, is big enough for us to go we need to hit that button. Really. Touch wood anyway. Touch wood.</w:t>
      </w:r>
    </w:p>
    <w:p>
      <w:pPr>
        <w:spacing w:after="0"/>
      </w:pPr>
    </w:p>
    <w:p>
      <w:pPr>
        <w:spacing w:after="0"/>
      </w:pPr>
      <w:r>
        <w:rPr>
          <w:rFonts w:ascii="Arial" w:hAnsi="Arial"/>
          <w:b/>
          <w:sz w:val="22"/>
        </w:rPr>
        <w:t xml:space="preserve">Alice  </w:t>
      </w:r>
      <w:r>
        <w:rPr>
          <w:rFonts w:ascii="Arial" w:hAnsi="Arial"/>
          <w:color w:val="5D7284"/>
          <w:sz w:val="22"/>
        </w:rPr>
        <w:t>1:09:19</w:t>
      </w:r>
    </w:p>
    <w:p>
      <w:pPr>
        <w:spacing w:after="0"/>
      </w:pPr>
      <w:r>
        <w:rPr>
          <w:rFonts w:ascii="Arial" w:hAnsi="Arial"/>
          <w:sz w:val="22"/>
        </w:rPr>
        <w:t xml:space="preserve">This has been fun. John, thank you very much for coming on and talking to us about movies and theater and stuff. It's been, it's been really interesting today. </w:t>
      </w:r>
    </w:p>
    <w:p>
      <w:pPr>
        <w:spacing w:after="0"/>
      </w:pPr>
    </w:p>
    <w:p>
      <w:pPr>
        <w:spacing w:after="0"/>
      </w:pPr>
      <w:r>
        <w:rPr>
          <w:rFonts w:ascii="Arial" w:hAnsi="Arial"/>
          <w:b/>
          <w:sz w:val="22"/>
        </w:rPr>
        <w:t xml:space="preserve">Lucy  </w:t>
      </w:r>
      <w:r>
        <w:rPr>
          <w:rFonts w:ascii="Arial" w:hAnsi="Arial"/>
          <w:color w:val="5D7284"/>
          <w:sz w:val="22"/>
        </w:rPr>
        <w:t>1:09:28</w:t>
      </w:r>
    </w:p>
    <w:p>
      <w:pPr>
        <w:spacing w:after="0"/>
      </w:pPr>
      <w:r>
        <w:rPr>
          <w:rFonts w:ascii="Arial" w:hAnsi="Arial"/>
          <w:sz w:val="22"/>
        </w:rPr>
        <w:t xml:space="preserve">yeah. </w:t>
      </w:r>
    </w:p>
    <w:p>
      <w:pPr>
        <w:spacing w:after="0"/>
      </w:pPr>
    </w:p>
    <w:p>
      <w:pPr>
        <w:spacing w:after="0"/>
      </w:pPr>
      <w:r>
        <w:rPr>
          <w:rFonts w:ascii="Arial" w:hAnsi="Arial"/>
          <w:b/>
          <w:sz w:val="22"/>
        </w:rPr>
        <w:t xml:space="preserve">Jon  </w:t>
      </w:r>
      <w:r>
        <w:rPr>
          <w:rFonts w:ascii="Arial" w:hAnsi="Arial"/>
          <w:color w:val="5D7284"/>
          <w:sz w:val="22"/>
        </w:rPr>
        <w:t>1:09:29</w:t>
      </w:r>
    </w:p>
    <w:p>
      <w:pPr>
        <w:spacing w:after="0"/>
      </w:pPr>
      <w:r>
        <w:rPr>
          <w:rFonts w:ascii="Arial" w:hAnsi="Arial"/>
          <w:sz w:val="22"/>
        </w:rPr>
        <w:t>Well thank you very much. I've really, really enjoyed talking to you as I always do, as always. It's always great fun to speak to you both.</w:t>
      </w:r>
    </w:p>
    <w:p>
      <w:pPr>
        <w:spacing w:after="0"/>
      </w:pPr>
    </w:p>
    <w:p>
      <w:pPr>
        <w:spacing w:after="0"/>
      </w:pPr>
      <w:r>
        <w:rPr>
          <w:rFonts w:ascii="Arial" w:hAnsi="Arial"/>
          <w:b/>
          <w:sz w:val="22"/>
        </w:rPr>
        <w:t xml:space="preserve">Lucy  </w:t>
      </w:r>
      <w:r>
        <w:rPr>
          <w:rFonts w:ascii="Arial" w:hAnsi="Arial"/>
          <w:color w:val="5D7284"/>
          <w:sz w:val="22"/>
        </w:rPr>
        <w:t>1:09:37</w:t>
      </w:r>
    </w:p>
    <w:p>
      <w:pPr>
        <w:spacing w:after="0"/>
      </w:pPr>
      <w:r>
        <w:rPr>
          <w:rFonts w:ascii="Arial" w:hAnsi="Arial"/>
          <w:sz w:val="22"/>
        </w:rPr>
        <w:t>Lovely, lovely to see you again. And I'm glad that we got a bit longer with you this time, it's been absolutely lovely to just sit and just chat about movies. It's actually like we're in the pub, isn't it really</w:t>
      </w:r>
    </w:p>
    <w:p>
      <w:pPr>
        <w:spacing w:after="0"/>
      </w:pPr>
    </w:p>
    <w:p>
      <w:pPr>
        <w:spacing w:after="0"/>
      </w:pPr>
      <w:r>
        <w:rPr>
          <w:rFonts w:ascii="Arial" w:hAnsi="Arial"/>
          <w:b/>
          <w:sz w:val="22"/>
        </w:rPr>
        <w:t xml:space="preserve">Alice  </w:t>
      </w:r>
      <w:r>
        <w:rPr>
          <w:rFonts w:ascii="Arial" w:hAnsi="Arial"/>
          <w:color w:val="5D7284"/>
          <w:sz w:val="22"/>
        </w:rPr>
        <w:t>1:09:50</w:t>
      </w:r>
    </w:p>
    <w:p>
      <w:pPr>
        <w:spacing w:after="0"/>
      </w:pPr>
      <w:r>
        <w:rPr>
          <w:rFonts w:ascii="Arial" w:hAnsi="Arial"/>
          <w:sz w:val="22"/>
        </w:rPr>
        <w:t>A little bit early for drinking three o'clock on a Monday?</w:t>
      </w:r>
    </w:p>
    <w:p>
      <w:pPr>
        <w:spacing w:after="0"/>
      </w:pPr>
    </w:p>
    <w:p>
      <w:pPr>
        <w:spacing w:after="0"/>
      </w:pPr>
      <w:r>
        <w:rPr>
          <w:rFonts w:ascii="Arial" w:hAnsi="Arial"/>
          <w:b/>
          <w:sz w:val="22"/>
        </w:rPr>
        <w:t xml:space="preserve">Lucy  </w:t>
      </w:r>
      <w:r>
        <w:rPr>
          <w:rFonts w:ascii="Arial" w:hAnsi="Arial"/>
          <w:color w:val="5D7284"/>
          <w:sz w:val="22"/>
        </w:rPr>
        <w:t>1:09:53</w:t>
      </w:r>
    </w:p>
    <w:p>
      <w:pPr>
        <w:spacing w:after="0"/>
      </w:pPr>
      <w:r>
        <w:rPr>
          <w:rFonts w:ascii="Arial" w:hAnsi="Arial"/>
          <w:sz w:val="22"/>
        </w:rPr>
        <w:t>No, yeah, maybe five o'clock somewhere.</w:t>
      </w:r>
    </w:p>
    <w:p>
      <w:pPr>
        <w:spacing w:after="0"/>
      </w:pPr>
    </w:p>
    <w:p>
      <w:pPr>
        <w:spacing w:after="0"/>
      </w:pPr>
      <w:r>
        <w:rPr>
          <w:rFonts w:ascii="Arial" w:hAnsi="Arial"/>
          <w:b/>
          <w:sz w:val="22"/>
        </w:rPr>
        <w:t xml:space="preserve">Alice  </w:t>
      </w:r>
      <w:r>
        <w:rPr>
          <w:rFonts w:ascii="Arial" w:hAnsi="Arial"/>
          <w:color w:val="5D7284"/>
          <w:sz w:val="22"/>
        </w:rPr>
        <w:t>1:09:59</w:t>
      </w:r>
    </w:p>
    <w:p>
      <w:pPr>
        <w:spacing w:after="0"/>
      </w:pPr>
      <w:r>
        <w:rPr>
          <w:rFonts w:ascii="Arial" w:hAnsi="Arial"/>
          <w:sz w:val="22"/>
        </w:rPr>
        <w:t>It the Scottish</w:t>
      </w:r>
    </w:p>
    <w:p>
      <w:pPr>
        <w:spacing w:after="0"/>
      </w:pPr>
    </w:p>
    <w:p>
      <w:pPr>
        <w:spacing w:after="0"/>
      </w:pPr>
      <w:r>
        <w:rPr>
          <w:rFonts w:ascii="Arial" w:hAnsi="Arial"/>
          <w:b/>
          <w:sz w:val="22"/>
        </w:rPr>
        <w:t xml:space="preserve">Jon  </w:t>
      </w:r>
      <w:r>
        <w:rPr>
          <w:rFonts w:ascii="Arial" w:hAnsi="Arial"/>
          <w:color w:val="5D7284"/>
          <w:sz w:val="22"/>
        </w:rPr>
        <w:t>1:10:05</w:t>
      </w:r>
    </w:p>
    <w:p>
      <w:pPr>
        <w:spacing w:after="0"/>
      </w:pPr>
      <w:r>
        <w:rPr>
          <w:rFonts w:ascii="Arial" w:hAnsi="Arial"/>
          <w:sz w:val="22"/>
        </w:rPr>
        <w:t>we start from the second we get up in the morning.</w:t>
      </w:r>
    </w:p>
    <w:p>
      <w:pPr>
        <w:spacing w:after="0"/>
      </w:pPr>
    </w:p>
    <w:p>
      <w:pPr>
        <w:spacing w:after="0"/>
      </w:pPr>
      <w:r>
        <w:rPr>
          <w:rFonts w:ascii="Arial" w:hAnsi="Arial"/>
          <w:b/>
          <w:sz w:val="22"/>
        </w:rPr>
        <w:t xml:space="preserve">Alice  </w:t>
      </w:r>
      <w:r>
        <w:rPr>
          <w:rFonts w:ascii="Arial" w:hAnsi="Arial"/>
          <w:color w:val="5D7284"/>
          <w:sz w:val="22"/>
        </w:rPr>
        <w:t>1:10:10</w:t>
      </w:r>
    </w:p>
    <w:p>
      <w:pPr>
        <w:spacing w:after="0"/>
      </w:pPr>
      <w:r>
        <w:rPr>
          <w:rFonts w:ascii="Arial" w:hAnsi="Arial"/>
          <w:sz w:val="22"/>
        </w:rPr>
        <w:t xml:space="preserve">I remember one of the first times I met John. He told a story about getting the wrong can of coke out of the fridge on a work call, right? Do you want to tell the story? Jon, </w:t>
      </w:r>
    </w:p>
    <w:p>
      <w:pPr>
        <w:spacing w:after="0"/>
      </w:pPr>
    </w:p>
    <w:p>
      <w:pPr>
        <w:spacing w:after="0"/>
      </w:pPr>
      <w:r>
        <w:rPr>
          <w:rFonts w:ascii="Arial" w:hAnsi="Arial"/>
          <w:b/>
          <w:sz w:val="22"/>
        </w:rPr>
        <w:t xml:space="preserve">Jon  </w:t>
      </w:r>
      <w:r>
        <w:rPr>
          <w:rFonts w:ascii="Arial" w:hAnsi="Arial"/>
          <w:color w:val="5D7284"/>
          <w:sz w:val="22"/>
        </w:rPr>
        <w:t>1:10:25</w:t>
      </w:r>
    </w:p>
    <w:p>
      <w:pPr>
        <w:spacing w:after="0"/>
      </w:pPr>
      <w:r>
        <w:rPr>
          <w:rFonts w:ascii="Arial" w:hAnsi="Arial"/>
          <w:sz w:val="22"/>
        </w:rPr>
        <w:t xml:space="preserve">Yeah So I was, I was, I was on, I was on a work call. This was, like, during covid, it was the Zoom call. And I basically, before the call started going to the fridge, I was like, it's going to be, like, a two hour call, so I'm going to get a drink out of the fridge. And I thought it was a can of coke, </w:t>
      </w:r>
    </w:p>
    <w:p>
      <w:pPr>
        <w:spacing w:after="0"/>
      </w:pPr>
    </w:p>
    <w:p>
      <w:pPr>
        <w:spacing w:after="0"/>
      </w:pPr>
      <w:r>
        <w:rPr>
          <w:rFonts w:ascii="Arial" w:hAnsi="Arial"/>
          <w:b/>
          <w:sz w:val="22"/>
        </w:rPr>
        <w:t xml:space="preserve">Lucy  </w:t>
      </w:r>
      <w:r>
        <w:rPr>
          <w:rFonts w:ascii="Arial" w:hAnsi="Arial"/>
          <w:color w:val="5D7284"/>
          <w:sz w:val="22"/>
        </w:rPr>
        <w:t>1:10:42</w:t>
      </w:r>
    </w:p>
    <w:p>
      <w:pPr>
        <w:spacing w:after="0"/>
      </w:pPr>
      <w:r>
        <w:rPr>
          <w:rFonts w:ascii="Arial" w:hAnsi="Arial"/>
          <w:sz w:val="22"/>
        </w:rPr>
        <w:t xml:space="preserve">yeah, </w:t>
      </w:r>
    </w:p>
    <w:p>
      <w:pPr>
        <w:spacing w:after="0"/>
      </w:pPr>
    </w:p>
    <w:p>
      <w:pPr>
        <w:spacing w:after="0"/>
      </w:pPr>
      <w:r>
        <w:rPr>
          <w:rFonts w:ascii="Arial" w:hAnsi="Arial"/>
          <w:b/>
          <w:sz w:val="22"/>
        </w:rPr>
        <w:t xml:space="preserve">Jon  </w:t>
      </w:r>
      <w:r>
        <w:rPr>
          <w:rFonts w:ascii="Arial" w:hAnsi="Arial"/>
          <w:color w:val="5D7284"/>
          <w:sz w:val="22"/>
        </w:rPr>
        <w:t>1:10:44</w:t>
      </w:r>
    </w:p>
    <w:p>
      <w:pPr>
        <w:spacing w:after="0"/>
      </w:pPr>
      <w:r>
        <w:rPr>
          <w:rFonts w:ascii="Arial" w:hAnsi="Arial"/>
          <w:sz w:val="22"/>
        </w:rPr>
        <w:t>well, it was, actually, was a can of Jack Daniels.</w:t>
      </w:r>
    </w:p>
    <w:p>
      <w:pPr>
        <w:spacing w:after="0"/>
      </w:pPr>
    </w:p>
    <w:p>
      <w:pPr>
        <w:spacing w:after="0"/>
      </w:pPr>
      <w:r>
        <w:rPr>
          <w:rFonts w:ascii="Arial" w:hAnsi="Arial"/>
          <w:b/>
          <w:sz w:val="22"/>
        </w:rPr>
        <w:t xml:space="preserve">Jon  </w:t>
      </w:r>
      <w:r>
        <w:rPr>
          <w:rFonts w:ascii="Arial" w:hAnsi="Arial"/>
          <w:color w:val="5D7284"/>
          <w:sz w:val="22"/>
        </w:rPr>
        <w:t>1:10:56</w:t>
      </w:r>
    </w:p>
    <w:p>
      <w:pPr>
        <w:spacing w:after="0"/>
      </w:pPr>
      <w:r>
        <w:rPr>
          <w:rFonts w:ascii="Arial" w:hAnsi="Arial"/>
          <w:sz w:val="22"/>
        </w:rPr>
        <w:t>I knew immediately, as soon as I took in a sip, I was like, Oh, my God, my camera off to I just put it off to the side</w:t>
      </w:r>
    </w:p>
    <w:p>
      <w:pPr>
        <w:spacing w:after="0"/>
      </w:pPr>
    </w:p>
    <w:p>
      <w:pPr>
        <w:spacing w:after="0"/>
      </w:pPr>
      <w:r>
        <w:rPr>
          <w:rFonts w:ascii="Arial" w:hAnsi="Arial"/>
          <w:b/>
          <w:sz w:val="22"/>
        </w:rPr>
        <w:t xml:space="preserve">Lucy  </w:t>
      </w:r>
      <w:r>
        <w:rPr>
          <w:rFonts w:ascii="Arial" w:hAnsi="Arial"/>
          <w:color w:val="5D7284"/>
          <w:sz w:val="22"/>
        </w:rPr>
        <w:t>1:11:05</w:t>
      </w:r>
    </w:p>
    <w:p>
      <w:pPr>
        <w:spacing w:after="0"/>
      </w:pPr>
      <w:r>
        <w:rPr>
          <w:rFonts w:ascii="Arial" w:hAnsi="Arial"/>
          <w:sz w:val="22"/>
        </w:rPr>
        <w:t xml:space="preserve">how do I get rid of this Can? </w:t>
      </w:r>
    </w:p>
    <w:p>
      <w:pPr>
        <w:spacing w:after="0"/>
      </w:pPr>
    </w:p>
    <w:p>
      <w:pPr>
        <w:spacing w:after="0"/>
      </w:pPr>
      <w:r>
        <w:rPr>
          <w:rFonts w:ascii="Arial" w:hAnsi="Arial"/>
          <w:b/>
          <w:sz w:val="22"/>
        </w:rPr>
        <w:t xml:space="preserve">Jon  </w:t>
      </w:r>
      <w:r>
        <w:rPr>
          <w:rFonts w:ascii="Arial" w:hAnsi="Arial"/>
          <w:color w:val="5D7284"/>
          <w:sz w:val="22"/>
        </w:rPr>
        <w:t>1:11:07</w:t>
      </w:r>
    </w:p>
    <w:p>
      <w:pPr>
        <w:spacing w:after="0"/>
      </w:pPr>
      <w:r>
        <w:rPr>
          <w:rFonts w:ascii="Arial" w:hAnsi="Arial"/>
          <w:sz w:val="22"/>
        </w:rPr>
        <w:t xml:space="preserve">How do I explain this One </w:t>
      </w:r>
    </w:p>
    <w:p>
      <w:pPr>
        <w:spacing w:after="0"/>
      </w:pPr>
    </w:p>
    <w:p>
      <w:pPr>
        <w:spacing w:after="0"/>
      </w:pPr>
      <w:r>
        <w:rPr>
          <w:rFonts w:ascii="Arial" w:hAnsi="Arial"/>
          <w:b/>
          <w:sz w:val="22"/>
        </w:rPr>
        <w:t xml:space="preserve">Lucy  </w:t>
      </w:r>
      <w:r>
        <w:rPr>
          <w:rFonts w:ascii="Arial" w:hAnsi="Arial"/>
          <w:color w:val="5D7284"/>
          <w:sz w:val="22"/>
        </w:rPr>
        <w:t>1:11:09</w:t>
      </w:r>
    </w:p>
    <w:p>
      <w:pPr>
        <w:spacing w:after="0"/>
      </w:pPr>
      <w:r>
        <w:rPr>
          <w:rFonts w:ascii="Arial" w:hAnsi="Arial"/>
          <w:sz w:val="22"/>
        </w:rPr>
        <w:t>amazing, amazing.</w:t>
      </w:r>
    </w:p>
    <w:p>
      <w:pPr>
        <w:spacing w:after="0"/>
      </w:pPr>
    </w:p>
    <w:p>
      <w:pPr>
        <w:spacing w:after="0"/>
      </w:pPr>
      <w:r>
        <w:rPr>
          <w:rFonts w:ascii="Arial" w:hAnsi="Arial"/>
          <w:b/>
          <w:sz w:val="22"/>
        </w:rPr>
        <w:t xml:space="preserve">Jon  </w:t>
      </w:r>
      <w:r>
        <w:rPr>
          <w:rFonts w:ascii="Arial" w:hAnsi="Arial"/>
          <w:color w:val="5D7284"/>
          <w:sz w:val="22"/>
        </w:rPr>
        <w:t>1:11:10</w:t>
      </w:r>
    </w:p>
    <w:p>
      <w:pPr>
        <w:spacing w:after="0"/>
      </w:pPr>
      <w:r>
        <w:rPr>
          <w:rFonts w:ascii="Arial" w:hAnsi="Arial"/>
          <w:sz w:val="22"/>
        </w:rPr>
        <w:t xml:space="preserve">And then I've been on, like, Zoom calls where I mean, you would say, Yeah, I'm not an alcoholic. I actually very rarely drink. But this was also during covid, where I was sitting in my kitchen on a zoom call, and they were like, I didn't know what my background looked like, but basically on the on the unit, but the kitchen unit was behind me, and my manager at the time was like, did you want to just maybe move these empty beer bottles I promise that was from last night </w:t>
      </w:r>
    </w:p>
    <w:p>
      <w:pPr>
        <w:spacing w:after="0"/>
      </w:pPr>
    </w:p>
    <w:p>
      <w:pPr>
        <w:spacing w:after="0"/>
      </w:pPr>
      <w:r>
        <w:rPr>
          <w:rFonts w:ascii="Arial" w:hAnsi="Arial"/>
          <w:b/>
          <w:sz w:val="22"/>
        </w:rPr>
        <w:t xml:space="preserve">Lucy  </w:t>
      </w:r>
      <w:r>
        <w:rPr>
          <w:rFonts w:ascii="Arial" w:hAnsi="Arial"/>
          <w:color w:val="5D7284"/>
          <w:sz w:val="22"/>
        </w:rPr>
        <w:t>1:11:51</w:t>
      </w:r>
    </w:p>
    <w:p>
      <w:pPr>
        <w:spacing w:after="0"/>
      </w:pPr>
      <w:r>
        <w:rPr>
          <w:rFonts w:ascii="Arial" w:hAnsi="Arial"/>
          <w:sz w:val="22"/>
        </w:rPr>
        <w:t xml:space="preserve">will. I will go. We'll just leave you with this. So I was on a work call about just before Christmas, and my dad had come home, and he'd taken his he'd taken his cheese off. I will just like say this before I go any further, he had got long johns on. My dad spends a lot of time on roofs working on roofs, so he wears layers to keep himself warm. He taken his trousers off with his long johns. I want to work for. And because I hadn't said anything. My dad just thought I was playing like a video or something. Because I've not said anything. I didn't realize he was going to the same women he just walked past in his long job. Also, for God's sake, can you just tell me please, before you go wondering around I don't know </w:t>
      </w:r>
    </w:p>
    <w:p>
      <w:pPr>
        <w:spacing w:after="0"/>
      </w:pPr>
    </w:p>
    <w:p>
      <w:pPr>
        <w:spacing w:after="0"/>
      </w:pPr>
      <w:r>
        <w:rPr>
          <w:rFonts w:ascii="Arial" w:hAnsi="Arial"/>
          <w:b/>
          <w:sz w:val="22"/>
        </w:rPr>
        <w:t xml:space="preserve">Alice  </w:t>
      </w:r>
      <w:r>
        <w:rPr>
          <w:rFonts w:ascii="Arial" w:hAnsi="Arial"/>
          <w:color w:val="5D7284"/>
          <w:sz w:val="22"/>
        </w:rPr>
        <w:t>1:12:41</w:t>
      </w:r>
    </w:p>
    <w:p>
      <w:pPr>
        <w:spacing w:after="0"/>
      </w:pPr>
      <w:r>
        <w:rPr>
          <w:rFonts w:ascii="Arial" w:hAnsi="Arial"/>
          <w:sz w:val="22"/>
        </w:rPr>
        <w:t xml:space="preserve">the perils of working from home. </w:t>
      </w:r>
    </w:p>
    <w:p>
      <w:pPr>
        <w:spacing w:after="0"/>
      </w:pPr>
    </w:p>
    <w:p>
      <w:pPr>
        <w:spacing w:after="0"/>
      </w:pPr>
      <w:r>
        <w:rPr>
          <w:rFonts w:ascii="Arial" w:hAnsi="Arial"/>
          <w:b/>
          <w:sz w:val="22"/>
        </w:rPr>
        <w:t xml:space="preserve">Lucy  </w:t>
      </w:r>
      <w:r>
        <w:rPr>
          <w:rFonts w:ascii="Arial" w:hAnsi="Arial"/>
          <w:color w:val="5D7284"/>
          <w:sz w:val="22"/>
        </w:rPr>
        <w:t>1:12:43</w:t>
      </w:r>
    </w:p>
    <w:p>
      <w:pPr>
        <w:spacing w:after="0"/>
      </w:pPr>
      <w:r>
        <w:rPr>
          <w:rFonts w:ascii="Arial" w:hAnsi="Arial"/>
          <w:sz w:val="22"/>
        </w:rPr>
        <w:t>Oh how I would like an office with a door anyway. Um, John, do you want to tell people where they can find you online if they want to connect with you and and talk to you a little bit more about things we've been talking about here?</w:t>
      </w:r>
    </w:p>
    <w:p>
      <w:pPr>
        <w:spacing w:after="0"/>
      </w:pPr>
    </w:p>
    <w:p>
      <w:pPr>
        <w:spacing w:after="0"/>
      </w:pPr>
      <w:r>
        <w:rPr>
          <w:rFonts w:ascii="Arial" w:hAnsi="Arial"/>
          <w:b/>
          <w:sz w:val="22"/>
        </w:rPr>
        <w:t xml:space="preserve">Jon  </w:t>
      </w:r>
      <w:r>
        <w:rPr>
          <w:rFonts w:ascii="Arial" w:hAnsi="Arial"/>
          <w:color w:val="5D7284"/>
          <w:sz w:val="22"/>
        </w:rPr>
        <w:t>1:13:01</w:t>
      </w:r>
    </w:p>
    <w:p>
      <w:pPr>
        <w:spacing w:after="0"/>
      </w:pPr>
      <w:r>
        <w:rPr>
          <w:rFonts w:ascii="Arial" w:hAnsi="Arial"/>
          <w:sz w:val="22"/>
        </w:rPr>
        <w:t xml:space="preserve">Yeah, so you can get me on Twitter John Attenborough, and I'm also on LinkedIn and Instagram as well, at John Attenborough as well. So anyone's got any questions, I'm more than happy to answer. </w:t>
      </w:r>
    </w:p>
    <w:p>
      <w:pPr>
        <w:spacing w:after="0"/>
      </w:pPr>
    </w:p>
    <w:p>
      <w:pPr>
        <w:spacing w:after="0"/>
      </w:pPr>
      <w:r>
        <w:rPr>
          <w:rFonts w:ascii="Arial" w:hAnsi="Arial"/>
          <w:b/>
          <w:sz w:val="22"/>
        </w:rPr>
        <w:t xml:space="preserve">Lucy  </w:t>
      </w:r>
      <w:r>
        <w:rPr>
          <w:rFonts w:ascii="Arial" w:hAnsi="Arial"/>
          <w:color w:val="5D7284"/>
          <w:sz w:val="22"/>
        </w:rPr>
        <w:t>1:13:17</w:t>
      </w:r>
    </w:p>
    <w:p>
      <w:pPr>
        <w:spacing w:after="0"/>
      </w:pPr>
      <w:r>
        <w:rPr>
          <w:rFonts w:ascii="Arial" w:hAnsi="Arial"/>
          <w:sz w:val="22"/>
        </w:rPr>
        <w:t>We will make sure that it's all linked in your show notes, so that people can easily find you on there. Alice, is there anything else?</w:t>
      </w:r>
    </w:p>
    <w:p>
      <w:pPr>
        <w:spacing w:after="0"/>
      </w:pPr>
    </w:p>
    <w:p>
      <w:pPr>
        <w:spacing w:after="0"/>
      </w:pPr>
      <w:r>
        <w:rPr>
          <w:rFonts w:ascii="Arial" w:hAnsi="Arial"/>
          <w:b/>
          <w:sz w:val="22"/>
        </w:rPr>
        <w:t xml:space="preserve">Alice  </w:t>
      </w:r>
      <w:r>
        <w:rPr>
          <w:rFonts w:ascii="Arial" w:hAnsi="Arial"/>
          <w:color w:val="5D7284"/>
          <w:sz w:val="22"/>
        </w:rPr>
        <w:t>1:13:27</w:t>
      </w:r>
    </w:p>
    <w:p>
      <w:pPr>
        <w:spacing w:after="0"/>
      </w:pPr>
      <w:r>
        <w:rPr>
          <w:rFonts w:ascii="Arial" w:hAnsi="Arial"/>
          <w:sz w:val="22"/>
        </w:rPr>
        <w:t>I don't think there's anything else. I think it's just the usual. If you liked listening to this episode, please tell your friends, share us on social media, and you can also rate and review the show on Apple and Spotify. It's a really good way of helping new listeners find us, say nice things about us. That's</w:t>
      </w:r>
    </w:p>
    <w:p>
      <w:pPr>
        <w:spacing w:after="0"/>
      </w:pPr>
    </w:p>
    <w:p>
      <w:pPr>
        <w:spacing w:after="0"/>
      </w:pPr>
      <w:r>
        <w:rPr>
          <w:rFonts w:ascii="Arial" w:hAnsi="Arial"/>
          <w:b/>
          <w:sz w:val="22"/>
        </w:rPr>
        <w:t xml:space="preserve">Lucy  </w:t>
      </w:r>
      <w:r>
        <w:rPr>
          <w:rFonts w:ascii="Arial" w:hAnsi="Arial"/>
          <w:color w:val="5D7284"/>
          <w:sz w:val="22"/>
        </w:rPr>
        <w:t>1:13:48</w:t>
      </w:r>
    </w:p>
    <w:p>
      <w:pPr>
        <w:spacing w:after="0"/>
      </w:pPr>
      <w:r>
        <w:rPr>
          <w:rFonts w:ascii="Arial" w:hAnsi="Arial"/>
          <w:sz w:val="22"/>
        </w:rPr>
        <w:t>that's the key thing. Make sure</w:t>
      </w:r>
    </w:p>
    <w:p>
      <w:pPr>
        <w:spacing w:after="0"/>
      </w:pPr>
    </w:p>
    <w:p>
      <w:pPr>
        <w:spacing w:after="0"/>
      </w:pPr>
      <w:r>
        <w:rPr>
          <w:rFonts w:ascii="Arial" w:hAnsi="Arial"/>
          <w:b/>
          <w:sz w:val="22"/>
        </w:rPr>
        <w:t xml:space="preserve">Alice  </w:t>
      </w:r>
      <w:r>
        <w:rPr>
          <w:rFonts w:ascii="Arial" w:hAnsi="Arial"/>
          <w:color w:val="5D7284"/>
          <w:sz w:val="22"/>
        </w:rPr>
        <w:t>1:13:50</w:t>
      </w:r>
    </w:p>
    <w:p>
      <w:pPr>
        <w:spacing w:after="0"/>
      </w:pPr>
      <w:r>
        <w:rPr>
          <w:rFonts w:ascii="Arial" w:hAnsi="Arial"/>
          <w:sz w:val="22"/>
        </w:rPr>
        <w:t>the review is nice. Yeah, tell other people how great we are and and then go about your day. And I That's all from us, so I guess we'll see you next time bye, bye,</w:t>
      </w:r>
    </w:p>
    <w:p>
      <w:pPr>
        <w:spacing w:after="0"/>
      </w:pPr>
    </w:p>
    <w:p>
      <w:pPr>
        <w:spacing w:after="0"/>
      </w:pPr>
      <w:r>
        <w:rPr>
          <w:rFonts w:ascii="Arial" w:hAnsi="Arial"/>
          <w:b/>
          <w:sz w:val="22"/>
        </w:rPr>
        <w:t xml:space="preserve">Lucy  </w:t>
      </w:r>
      <w:r>
        <w:rPr>
          <w:rFonts w:ascii="Arial" w:hAnsi="Arial"/>
          <w:color w:val="5D7284"/>
          <w:sz w:val="22"/>
        </w:rPr>
        <w:t>1:14:03</w:t>
      </w:r>
    </w:p>
    <w:p>
      <w:pPr>
        <w:spacing w:after="0"/>
      </w:pPr>
      <w:r>
        <w:rPr>
          <w:rFonts w:ascii="Arial" w:hAnsi="Arial"/>
          <w:sz w:val="22"/>
        </w:rPr>
        <w:t>bye bye,</w:t>
      </w:r>
    </w:p>
    <w:p>
      <w:pPr>
        <w:spacing w:after="0"/>
      </w:pPr>
    </w:p>
    <w:p>
      <w:pPr>
        <w:spacing w:after="0"/>
      </w:pPr>
      <w:r>
        <w:rPr>
          <w:rFonts w:ascii="Arial" w:hAnsi="Arial"/>
          <w:color w:val="5D7284"/>
          <w:sz w:val="22"/>
        </w:rPr>
        <w:t>1:14:04</w:t>
      </w:r>
    </w:p>
    <w:p>
      <w:pPr>
        <w:spacing w:after="0"/>
      </w:pPr>
      <w:r>
        <w:rPr>
          <w:rFonts w:ascii="Arial" w:hAnsi="Arial"/>
          <w:sz w:val="22"/>
        </w:rPr>
        <w:t>Shh don't wake Dora. Thanks for listening to the labeled podcast. If you liked the show, you can rate, review and subscribe, and you can follow us on social media at labeled pod.</w:t>
      </w:r>
    </w:p>
    <w:p>
      <w:pPr>
        <w:spacing w:after="0"/>
      </w:pPr>
    </w:p>
    <w:p>
      <w:pPr>
        <w:spacing w:after="0"/>
      </w:pPr>
      <w:r>
        <w:rPr>
          <w:rFonts w:ascii="Arial" w:hAnsi="Arial"/>
          <w:color w:val="5D7284"/>
          <w:sz w:val="22"/>
        </w:rPr>
        <w:t>1:14:18</w:t>
      </w:r>
    </w:p>
    <w:p>
      <w:pPr>
        <w:spacing w:after="0"/>
      </w:pPr>
      <w:r>
        <w:rPr>
          <w:rFonts w:ascii="Arial" w:hAnsi="Arial"/>
          <w:sz w:val="22"/>
        </w:rPr>
        <w:t>This episode was edited by Adam Hull. Our music was by Maisie crunden, and we'd like to thank the rest of the team involved you.</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