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Episode  Ross Lannon</w:t>
      </w:r>
    </w:p>
    <w:p>
      <w:r>
        <w:rPr>
          <w:rFonts w:ascii="Arial" w:hAnsi="Arial"/>
          <w:color w:val="4F6880"/>
          <w:sz w:val="22"/>
        </w:rPr>
        <w:t>Thu, Sep 19, 2024 8:39AM • 1:06:43</w:t>
      </w:r>
    </w:p>
    <w:p>
      <w:pPr>
        <w:spacing w:before="440" w:after="0"/>
      </w:pPr>
      <w:r>
        <w:rPr>
          <w:rFonts w:ascii="Arial" w:hAnsi="Arial"/>
          <w:b/>
          <w:color w:val="4F6880"/>
          <w:sz w:val="22"/>
        </w:rPr>
        <w:t>SUMMARY KEYWORDS</w:t>
      </w:r>
    </w:p>
    <w:p>
      <w:r>
        <w:rPr>
          <w:rFonts w:ascii="Arial" w:hAnsi="Arial"/>
          <w:color w:val="4F6880"/>
          <w:sz w:val="22"/>
        </w:rPr>
        <w:t>people, radio, disability, listening, ross, talking, podcast, love, song, feel, sounds, play, big brother, person, weird, life, commenting, lucy, minute, house</w:t>
      </w:r>
    </w:p>
    <w:p>
      <w:pPr>
        <w:spacing w:before="440" w:after="0"/>
      </w:pPr>
      <w:r>
        <w:rPr>
          <w:rFonts w:ascii="Arial" w:hAnsi="Arial"/>
          <w:b/>
          <w:color w:val="4F6880"/>
          <w:sz w:val="22"/>
        </w:rPr>
        <w:t>SPEAKERS</w:t>
      </w:r>
    </w:p>
    <w:p>
      <w:r>
        <w:rPr>
          <w:rFonts w:ascii="Arial" w:hAnsi="Arial"/>
          <w:color w:val="4F6880"/>
          <w:sz w:val="22"/>
        </w:rPr>
        <w:t>Lucy, Theme Tune, outro , Ross Lannon ,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00:06</w:t>
      </w:r>
    </w:p>
    <w:p>
      <w:pPr>
        <w:spacing w:after="0"/>
      </w:pPr>
      <w:r>
        <w:rPr>
          <w:rFonts w:ascii="Arial" w:hAnsi="Arial"/>
          <w:sz w:val="22"/>
        </w:rPr>
        <w:t xml:space="preserve">and I'm Alice..... and that's Lola </w:t>
      </w:r>
    </w:p>
    <w:p>
      <w:pPr>
        <w:spacing w:after="0"/>
      </w:pPr>
    </w:p>
    <w:p>
      <w:pPr>
        <w:spacing w:after="0"/>
      </w:pPr>
      <w:r>
        <w:rPr>
          <w:rFonts w:ascii="Arial" w:hAnsi="Arial"/>
          <w:b/>
          <w:sz w:val="22"/>
        </w:rPr>
        <w:t xml:space="preserve">Theme Tune  </w:t>
      </w:r>
      <w:r>
        <w:rPr>
          <w:rFonts w:ascii="Arial" w:hAnsi="Arial"/>
          <w:color w:val="5D7284"/>
          <w:sz w:val="22"/>
        </w:rPr>
        <w:t>00:06</w:t>
      </w:r>
    </w:p>
    <w:p>
      <w:pPr>
        <w:spacing w:after="0"/>
      </w:pPr>
      <w:r>
        <w:rPr>
          <w:rFonts w:ascii="Arial" w:hAnsi="Arial"/>
          <w:sz w:val="22"/>
        </w:rPr>
        <w:t>Though I might not fit in socially, im so much more than what you see, we all kive our lives differently, Kaleidescope identity, and this is who im meant to be,im just labeled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w:t>
      </w:r>
    </w:p>
    <w:p>
      <w:pPr>
        <w:spacing w:after="0"/>
      </w:pPr>
    </w:p>
    <w:p>
      <w:pPr>
        <w:spacing w:after="0"/>
      </w:pPr>
      <w:r>
        <w:rPr>
          <w:rFonts w:ascii="Arial" w:hAnsi="Arial"/>
          <w:b/>
          <w:sz w:val="22"/>
        </w:rPr>
        <w:t xml:space="preserve">Alice  </w:t>
      </w:r>
      <w:r>
        <w:rPr>
          <w:rFonts w:ascii="Arial" w:hAnsi="Arial"/>
          <w:color w:val="5D7284"/>
          <w:sz w:val="22"/>
        </w:rPr>
        <w:t>44:01</w:t>
      </w:r>
    </w:p>
    <w:p>
      <w:pPr>
        <w:spacing w:after="0"/>
      </w:pPr>
      <w:r>
        <w:rPr>
          <w:rFonts w:ascii="Arial" w:hAnsi="Arial"/>
          <w:sz w:val="22"/>
        </w:rPr>
        <w:t>Hello everyone. Welcome to another episode of season one of the labeled podcast. I am here Alice. That's me. If you don't recognize my voice by now, I'm the one that doesn't sound like she's from Birmingham.</w:t>
      </w:r>
    </w:p>
    <w:p>
      <w:pPr>
        <w:spacing w:after="0"/>
      </w:pPr>
    </w:p>
    <w:p>
      <w:pPr>
        <w:spacing w:after="0"/>
      </w:pPr>
      <w:r>
        <w:rPr>
          <w:rFonts w:ascii="Arial" w:hAnsi="Arial"/>
          <w:b/>
          <w:sz w:val="22"/>
        </w:rPr>
        <w:t xml:space="preserve">Alice  </w:t>
      </w:r>
      <w:r>
        <w:rPr>
          <w:rFonts w:ascii="Arial" w:hAnsi="Arial"/>
          <w:color w:val="5D7284"/>
          <w:sz w:val="22"/>
        </w:rPr>
        <w:t>44:29</w:t>
      </w:r>
    </w:p>
    <w:p>
      <w:pPr>
        <w:spacing w:after="0"/>
      </w:pPr>
      <w:r>
        <w:rPr>
          <w:rFonts w:ascii="Arial" w:hAnsi="Arial"/>
          <w:sz w:val="22"/>
        </w:rPr>
        <w:t xml:space="preserve">Thank you. alright Bab, how ar ya </w:t>
      </w:r>
    </w:p>
    <w:p>
      <w:pPr>
        <w:spacing w:after="0"/>
      </w:pPr>
    </w:p>
    <w:p>
      <w:pPr>
        <w:spacing w:after="0"/>
      </w:pPr>
      <w:r>
        <w:rPr>
          <w:rFonts w:ascii="Arial" w:hAnsi="Arial"/>
          <w:b/>
          <w:sz w:val="22"/>
        </w:rPr>
        <w:t xml:space="preserve">Ross Lannon   </w:t>
      </w:r>
      <w:r>
        <w:rPr>
          <w:rFonts w:ascii="Arial" w:hAnsi="Arial"/>
          <w:color w:val="5D7284"/>
          <w:sz w:val="22"/>
        </w:rPr>
        <w:t>44:32</w:t>
      </w:r>
    </w:p>
    <w:p>
      <w:pPr>
        <w:spacing w:after="0"/>
      </w:pPr>
      <w:r>
        <w:rPr>
          <w:rFonts w:ascii="Arial" w:hAnsi="Arial"/>
          <w:sz w:val="22"/>
        </w:rPr>
        <w:t>yeah, I can't really talk. I'm the one who sounds like a cockney so, yeah, alright geezer</w:t>
      </w:r>
    </w:p>
    <w:p>
      <w:pPr>
        <w:spacing w:after="0"/>
      </w:pPr>
    </w:p>
    <w:p>
      <w:pPr>
        <w:spacing w:after="0"/>
      </w:pPr>
      <w:r>
        <w:rPr>
          <w:rFonts w:ascii="Arial" w:hAnsi="Arial"/>
          <w:b/>
          <w:sz w:val="22"/>
        </w:rPr>
        <w:t xml:space="preserve">Ross Lannon   </w:t>
      </w:r>
      <w:r>
        <w:rPr>
          <w:rFonts w:ascii="Arial" w:hAnsi="Arial"/>
          <w:color w:val="5D7284"/>
          <w:sz w:val="22"/>
        </w:rPr>
        <w:t>44:40</w:t>
      </w:r>
    </w:p>
    <w:p>
      <w:pPr>
        <w:spacing w:after="0"/>
      </w:pPr>
      <w:r>
        <w:rPr>
          <w:rFonts w:ascii="Arial" w:hAnsi="Arial"/>
          <w:sz w:val="22"/>
        </w:rPr>
        <w:t>im like Alison Hammond's long lost cousin.</w:t>
      </w:r>
    </w:p>
    <w:p>
      <w:pPr>
        <w:spacing w:after="0"/>
      </w:pPr>
    </w:p>
    <w:p>
      <w:pPr>
        <w:spacing w:after="0"/>
      </w:pPr>
      <w:r>
        <w:rPr>
          <w:rFonts w:ascii="Arial" w:hAnsi="Arial"/>
          <w:b/>
          <w:sz w:val="22"/>
        </w:rPr>
        <w:t xml:space="preserve">Ross Lannon   </w:t>
      </w:r>
      <w:r>
        <w:rPr>
          <w:rFonts w:ascii="Arial" w:hAnsi="Arial"/>
          <w:color w:val="5D7284"/>
          <w:sz w:val="22"/>
        </w:rPr>
        <w:t>44:46</w:t>
      </w:r>
    </w:p>
    <w:p>
      <w:pPr>
        <w:spacing w:after="0"/>
      </w:pPr>
      <w:r>
        <w:rPr>
          <w:rFonts w:ascii="Arial" w:hAnsi="Arial"/>
          <w:sz w:val="22"/>
        </w:rPr>
        <w:t>It's better than sounding like Mrs. Danny Dyer,</w:t>
      </w:r>
    </w:p>
    <w:p>
      <w:pPr>
        <w:spacing w:after="0"/>
      </w:pPr>
    </w:p>
    <w:p>
      <w:pPr>
        <w:spacing w:after="0"/>
      </w:pPr>
      <w:r>
        <w:rPr>
          <w:rFonts w:ascii="Arial" w:hAnsi="Arial"/>
          <w:b/>
          <w:sz w:val="22"/>
        </w:rPr>
        <w:t xml:space="preserve">Lucy  </w:t>
      </w:r>
      <w:r>
        <w:rPr>
          <w:rFonts w:ascii="Arial" w:hAnsi="Arial"/>
          <w:color w:val="5D7284"/>
          <w:sz w:val="22"/>
        </w:rPr>
        <w:t>44:48</w:t>
      </w:r>
    </w:p>
    <w:p>
      <w:pPr>
        <w:spacing w:after="0"/>
      </w:pPr>
      <w:r>
        <w:rPr>
          <w:rFonts w:ascii="Arial" w:hAnsi="Arial"/>
          <w:sz w:val="22"/>
        </w:rPr>
        <w:t>yeah, well</w:t>
      </w:r>
    </w:p>
    <w:p>
      <w:pPr>
        <w:spacing w:after="0"/>
      </w:pPr>
    </w:p>
    <w:p>
      <w:pPr>
        <w:spacing w:after="0"/>
      </w:pPr>
      <w:r>
        <w:rPr>
          <w:rFonts w:ascii="Arial" w:hAnsi="Arial"/>
          <w:b/>
          <w:sz w:val="22"/>
        </w:rPr>
        <w:t xml:space="preserve">Alice  </w:t>
      </w:r>
      <w:r>
        <w:rPr>
          <w:rFonts w:ascii="Arial" w:hAnsi="Arial"/>
          <w:color w:val="5D7284"/>
          <w:sz w:val="22"/>
        </w:rPr>
        <w:t>44:48</w:t>
      </w:r>
    </w:p>
    <w:p>
      <w:pPr>
        <w:spacing w:after="0"/>
      </w:pPr>
      <w:r>
        <w:rPr>
          <w:rFonts w:ascii="Arial" w:hAnsi="Arial"/>
          <w:sz w:val="22"/>
        </w:rPr>
        <w:t>,</w:t>
      </w:r>
    </w:p>
    <w:p>
      <w:pPr>
        <w:spacing w:after="0"/>
      </w:pPr>
    </w:p>
    <w:p>
      <w:pPr>
        <w:spacing w:after="0"/>
      </w:pPr>
      <w:r>
        <w:rPr>
          <w:rFonts w:ascii="Arial" w:hAnsi="Arial"/>
          <w:b/>
          <w:sz w:val="22"/>
        </w:rPr>
        <w:t xml:space="preserve">Alice  </w:t>
      </w:r>
      <w:r>
        <w:rPr>
          <w:rFonts w:ascii="Arial" w:hAnsi="Arial"/>
          <w:color w:val="5D7284"/>
          <w:sz w:val="22"/>
        </w:rPr>
        <w:t>44:49</w:t>
      </w:r>
    </w:p>
    <w:p>
      <w:pPr>
        <w:spacing w:after="0"/>
      </w:pPr>
      <w:r>
        <w:rPr>
          <w:rFonts w:ascii="Arial" w:hAnsi="Arial"/>
          <w:sz w:val="22"/>
        </w:rPr>
        <w:t xml:space="preserve">Yeah, exactly. </w:t>
      </w:r>
    </w:p>
    <w:p>
      <w:pPr>
        <w:spacing w:after="0"/>
      </w:pPr>
    </w:p>
    <w:p>
      <w:pPr>
        <w:spacing w:after="0"/>
      </w:pPr>
      <w:r>
        <w:rPr>
          <w:rFonts w:ascii="Arial" w:hAnsi="Arial"/>
          <w:b/>
          <w:sz w:val="22"/>
        </w:rPr>
        <w:t xml:space="preserve">Lucy  </w:t>
      </w:r>
      <w:r>
        <w:rPr>
          <w:rFonts w:ascii="Arial" w:hAnsi="Arial"/>
          <w:color w:val="5D7284"/>
          <w:sz w:val="22"/>
        </w:rPr>
        <w:t>50:28</w:t>
      </w:r>
    </w:p>
    <w:p>
      <w:pPr>
        <w:spacing w:after="0"/>
      </w:pPr>
      <w:r>
        <w:rPr>
          <w:rFonts w:ascii="Arial" w:hAnsi="Arial"/>
          <w:sz w:val="22"/>
        </w:rPr>
        <w:t>Yeah, well, I wouldn't do Dancing On Ice because that's just dangerous. Yeah, well,</w:t>
      </w:r>
    </w:p>
    <w:p>
      <w:pPr>
        <w:spacing w:after="0"/>
      </w:pPr>
    </w:p>
    <w:p>
      <w:pPr>
        <w:spacing w:after="0"/>
      </w:pPr>
      <w:r>
        <w:rPr>
          <w:rFonts w:ascii="Arial" w:hAnsi="Arial"/>
          <w:b/>
          <w:sz w:val="22"/>
        </w:rPr>
        <w:t xml:space="preserve">Alice  </w:t>
      </w:r>
      <w:r>
        <w:rPr>
          <w:rFonts w:ascii="Arial" w:hAnsi="Arial"/>
          <w:color w:val="5D7284"/>
          <w:sz w:val="22"/>
        </w:rPr>
        <w:t>50:35</w:t>
      </w:r>
    </w:p>
    <w:p>
      <w:pPr>
        <w:spacing w:after="0"/>
      </w:pPr>
      <w:r>
        <w:rPr>
          <w:rFonts w:ascii="Arial" w:hAnsi="Arial"/>
          <w:sz w:val="22"/>
        </w:rPr>
        <w:t xml:space="preserve">I'm a celebrity. </w:t>
      </w:r>
    </w:p>
    <w:p>
      <w:pPr>
        <w:spacing w:after="0"/>
      </w:pPr>
    </w:p>
    <w:p>
      <w:pPr>
        <w:spacing w:after="0"/>
      </w:pPr>
      <w:r>
        <w:rPr>
          <w:rFonts w:ascii="Arial" w:hAnsi="Arial"/>
          <w:b/>
          <w:sz w:val="22"/>
        </w:rPr>
        <w:t xml:space="preserve">Lucy  </w:t>
      </w:r>
      <w:r>
        <w:rPr>
          <w:rFonts w:ascii="Arial" w:hAnsi="Arial"/>
          <w:color w:val="5D7284"/>
          <w:sz w:val="22"/>
        </w:rPr>
        <w:t>50:38</w:t>
      </w:r>
    </w:p>
    <w:p>
      <w:pPr>
        <w:spacing w:after="0"/>
      </w:pPr>
      <w:r>
        <w:rPr>
          <w:rFonts w:ascii="Arial" w:hAnsi="Arial"/>
          <w:sz w:val="22"/>
        </w:rPr>
        <w:t>Did you know Alice that I did the Bear Grylls wheels experience?</w:t>
      </w:r>
    </w:p>
    <w:p>
      <w:pPr>
        <w:spacing w:after="0"/>
      </w:pPr>
    </w:p>
    <w:p>
      <w:pPr>
        <w:spacing w:after="0"/>
      </w:pPr>
      <w:r>
        <w:rPr>
          <w:rFonts w:ascii="Arial" w:hAnsi="Arial"/>
          <w:b/>
          <w:sz w:val="22"/>
        </w:rPr>
        <w:t xml:space="preserve">Alice  </w:t>
      </w:r>
      <w:r>
        <w:rPr>
          <w:rFonts w:ascii="Arial" w:hAnsi="Arial"/>
          <w:color w:val="5D7284"/>
          <w:sz w:val="22"/>
        </w:rPr>
        <w:t>50:41</w:t>
      </w:r>
    </w:p>
    <w:p>
      <w:pPr>
        <w:spacing w:after="0"/>
      </w:pPr>
      <w:r>
        <w:rPr>
          <w:rFonts w:ascii="Arial" w:hAnsi="Arial"/>
          <w:sz w:val="22"/>
        </w:rPr>
        <w:t>I did know</w:t>
      </w:r>
    </w:p>
    <w:p>
      <w:pPr>
        <w:spacing w:after="0"/>
      </w:pPr>
    </w:p>
    <w:p>
      <w:pPr>
        <w:spacing w:after="0"/>
      </w:pPr>
      <w:r>
        <w:rPr>
          <w:rFonts w:ascii="Arial" w:hAnsi="Arial"/>
          <w:b/>
          <w:sz w:val="22"/>
        </w:rPr>
        <w:t xml:space="preserve">Alice  </w:t>
      </w:r>
      <w:r>
        <w:rPr>
          <w:rFonts w:ascii="Arial" w:hAnsi="Arial"/>
          <w:color w:val="5D7284"/>
          <w:sz w:val="22"/>
        </w:rPr>
        <w:t>50:42</w:t>
      </w:r>
    </w:p>
    <w:p>
      <w:pPr>
        <w:spacing w:after="0"/>
      </w:pPr>
      <w:r>
        <w:rPr>
          <w:rFonts w:ascii="Arial" w:hAnsi="Arial"/>
          <w:sz w:val="22"/>
        </w:rPr>
        <w:t>yeah, I am embarrassed myself, but a little bit, well, a lot, actually, because I got, I got stuck under a cargo net, and the assistant who was helping me had to, like, lift it up. And my mom was like, Well, is he could do it, right? And I went, I can't move. And mom's like, What do you mean? You can't move? You can't move? Your arms tired. I went, No, my I've been cross, scrawming around on the floor, and it's pulled my trousers and pants down. If I move, they're gonna see everything I was. Mums like, Okay, right? She's under the car, going to try to pull her this is not going well. I</w:t>
      </w:r>
    </w:p>
    <w:p>
      <w:pPr>
        <w:spacing w:after="0"/>
      </w:pPr>
    </w:p>
    <w:p>
      <w:pPr>
        <w:spacing w:after="0"/>
      </w:pPr>
      <w:r>
        <w:rPr>
          <w:rFonts w:ascii="Arial" w:hAnsi="Arial"/>
          <w:b/>
          <w:sz w:val="22"/>
        </w:rPr>
        <w:t xml:space="preserve">Alice  </w:t>
      </w:r>
      <w:r>
        <w:rPr>
          <w:rFonts w:ascii="Arial" w:hAnsi="Arial"/>
          <w:color w:val="5D7284"/>
          <w:sz w:val="22"/>
        </w:rPr>
        <w:t>51:26</w:t>
      </w:r>
    </w:p>
    <w:p>
      <w:pPr>
        <w:spacing w:after="0"/>
      </w:pPr>
      <w:r>
        <w:rPr>
          <w:rFonts w:ascii="Arial" w:hAnsi="Arial"/>
          <w:sz w:val="22"/>
        </w:rPr>
        <w:t>did not know that.</w:t>
      </w:r>
    </w:p>
    <w:p>
      <w:pPr>
        <w:spacing w:after="0"/>
      </w:pPr>
    </w:p>
    <w:p>
      <w:pPr>
        <w:spacing w:after="0"/>
      </w:pPr>
      <w:r>
        <w:rPr>
          <w:rFonts w:ascii="Arial" w:hAnsi="Arial"/>
          <w:b/>
          <w:sz w:val="22"/>
        </w:rPr>
        <w:t xml:space="preserve">Ross Lannon   </w:t>
      </w:r>
      <w:r>
        <w:rPr>
          <w:rFonts w:ascii="Arial" w:hAnsi="Arial"/>
          <w:color w:val="5D7284"/>
          <w:sz w:val="22"/>
        </w:rPr>
        <w:t>51:27</w:t>
      </w:r>
    </w:p>
    <w:p>
      <w:pPr>
        <w:spacing w:after="0"/>
      </w:pPr>
      <w:r>
        <w:rPr>
          <w:rFonts w:ascii="Arial" w:hAnsi="Arial"/>
          <w:sz w:val="22"/>
        </w:rPr>
        <w:t xml:space="preserve">That's some xrated TV for yoy there </w:t>
      </w:r>
    </w:p>
    <w:p>
      <w:pPr>
        <w:spacing w:after="0"/>
      </w:pPr>
    </w:p>
    <w:p>
      <w:pPr>
        <w:spacing w:after="0"/>
      </w:pPr>
      <w:r>
        <w:rPr>
          <w:rFonts w:ascii="Arial" w:hAnsi="Arial"/>
          <w:b/>
          <w:sz w:val="22"/>
        </w:rPr>
        <w:t xml:space="preserve">Lucy  </w:t>
      </w:r>
      <w:r>
        <w:rPr>
          <w:rFonts w:ascii="Arial" w:hAnsi="Arial"/>
          <w:color w:val="5D7284"/>
          <w:sz w:val="22"/>
        </w:rPr>
        <w:t>51:30</w:t>
      </w:r>
    </w:p>
    <w:p>
      <w:pPr>
        <w:spacing w:after="0"/>
      </w:pPr>
      <w:r>
        <w:rPr>
          <w:rFonts w:ascii="Arial" w:hAnsi="Arial"/>
          <w:sz w:val="22"/>
        </w:rPr>
        <w:t>I mean, that might get me on Big Brother, I don't know. But when I was a kid, I wanted to be the first Blue Peter I can't believe I've just shared that story. I wanted to be the first Blue Peter presenter in a wheelchair when I was a kid. That's what I wanted to do. But then too late now, yeah, I'm too old now.</w:t>
      </w:r>
    </w:p>
    <w:p>
      <w:pPr>
        <w:spacing w:after="0"/>
      </w:pPr>
    </w:p>
    <w:p>
      <w:pPr>
        <w:spacing w:after="0"/>
      </w:pPr>
      <w:r>
        <w:rPr>
          <w:rFonts w:ascii="Arial" w:hAnsi="Arial"/>
          <w:b/>
          <w:sz w:val="22"/>
        </w:rPr>
        <w:t xml:space="preserve">Alice  </w:t>
      </w:r>
      <w:r>
        <w:rPr>
          <w:rFonts w:ascii="Arial" w:hAnsi="Arial"/>
          <w:color w:val="5D7284"/>
          <w:sz w:val="22"/>
        </w:rPr>
        <w:t>51:50</w:t>
      </w:r>
    </w:p>
    <w:p>
      <w:pPr>
        <w:spacing w:after="0"/>
      </w:pPr>
      <w:r>
        <w:rPr>
          <w:rFonts w:ascii="Arial" w:hAnsi="Arial"/>
          <w:sz w:val="22"/>
        </w:rPr>
        <w:t>And isn't there? Didn't they get her name? Katie? Also, there's a Scottish, Scottish lass in a wheelchair.</w:t>
      </w:r>
    </w:p>
    <w:p>
      <w:pPr>
        <w:spacing w:after="0"/>
      </w:pPr>
    </w:p>
    <w:p>
      <w:pPr>
        <w:spacing w:after="0"/>
      </w:pPr>
      <w:r>
        <w:rPr>
          <w:rFonts w:ascii="Arial" w:hAnsi="Arial"/>
          <w:b/>
          <w:sz w:val="22"/>
        </w:rPr>
        <w:t xml:space="preserve">Ross Lannon   </w:t>
      </w:r>
      <w:r>
        <w:rPr>
          <w:rFonts w:ascii="Arial" w:hAnsi="Arial"/>
          <w:color w:val="5D7284"/>
          <w:sz w:val="22"/>
        </w:rPr>
        <w:t>51:59</w:t>
      </w:r>
    </w:p>
    <w:p>
      <w:pPr>
        <w:spacing w:after="0"/>
      </w:pPr>
      <w:r>
        <w:rPr>
          <w:rFonts w:ascii="Arial" w:hAnsi="Arial"/>
          <w:sz w:val="22"/>
        </w:rPr>
        <w:t>Yeah. So if TV is your nightmare, Alice, what's, what's your show? What could you</w:t>
      </w:r>
    </w:p>
    <w:p>
      <w:pPr>
        <w:spacing w:after="0"/>
      </w:pPr>
    </w:p>
    <w:p>
      <w:pPr>
        <w:spacing w:after="0"/>
      </w:pPr>
      <w:r>
        <w:rPr>
          <w:rFonts w:ascii="Arial" w:hAnsi="Arial"/>
          <w:b/>
          <w:sz w:val="22"/>
        </w:rPr>
        <w:t xml:space="preserve">Alice  </w:t>
      </w:r>
      <w:r>
        <w:rPr>
          <w:rFonts w:ascii="Arial" w:hAnsi="Arial"/>
          <w:color w:val="5D7284"/>
          <w:sz w:val="22"/>
        </w:rPr>
        <w:t>52:06</w:t>
      </w:r>
    </w:p>
    <w:p>
      <w:pPr>
        <w:spacing w:after="0"/>
      </w:pPr>
      <w:r>
        <w:rPr>
          <w:rFonts w:ascii="Arial" w:hAnsi="Arial"/>
          <w:sz w:val="22"/>
        </w:rPr>
        <w:t>only because, because I, I love music, yeah, and I like to, I like to listen to music, and like fantasize about being a performer. I'd probably go on something awful, like the voice</w:t>
      </w:r>
    </w:p>
    <w:p>
      <w:pPr>
        <w:spacing w:after="0"/>
      </w:pPr>
    </w:p>
    <w:p>
      <w:pPr>
        <w:spacing w:after="0"/>
      </w:pPr>
      <w:r>
        <w:rPr>
          <w:rFonts w:ascii="Arial" w:hAnsi="Arial"/>
          <w:b/>
          <w:sz w:val="22"/>
        </w:rPr>
        <w:t xml:space="preserve">Ross Lannon   </w:t>
      </w:r>
      <w:r>
        <w:rPr>
          <w:rFonts w:ascii="Arial" w:hAnsi="Arial"/>
          <w:color w:val="5D7284"/>
          <w:sz w:val="22"/>
        </w:rPr>
        <w:t>52:26</w:t>
      </w:r>
    </w:p>
    <w:p>
      <w:pPr>
        <w:spacing w:after="0"/>
      </w:pPr>
      <w:r>
        <w:rPr>
          <w:rFonts w:ascii="Arial" w:hAnsi="Arial"/>
          <w:sz w:val="22"/>
        </w:rPr>
        <w:t>you're gonna say, The Masked Singer, because,</w:t>
      </w:r>
    </w:p>
    <w:p>
      <w:pPr>
        <w:spacing w:after="0"/>
      </w:pPr>
    </w:p>
    <w:p>
      <w:pPr>
        <w:spacing w:after="0"/>
      </w:pPr>
      <w:r>
        <w:rPr>
          <w:rFonts w:ascii="Arial" w:hAnsi="Arial"/>
          <w:b/>
          <w:sz w:val="22"/>
        </w:rPr>
        <w:t xml:space="preserve">Lucy  </w:t>
      </w:r>
      <w:r>
        <w:rPr>
          <w:rFonts w:ascii="Arial" w:hAnsi="Arial"/>
          <w:color w:val="5D7284"/>
          <w:sz w:val="22"/>
        </w:rPr>
        <w:t>52:28</w:t>
      </w:r>
    </w:p>
    <w:p>
      <w:pPr>
        <w:spacing w:after="0"/>
      </w:pPr>
      <w:r>
        <w:rPr>
          <w:rFonts w:ascii="Arial" w:hAnsi="Arial"/>
          <w:sz w:val="22"/>
        </w:rPr>
        <w:t>oh yeah, I could imagine you, like, dressed up as, like, Daffy duck Who's this singer? Yeah,</w:t>
      </w:r>
    </w:p>
    <w:p>
      <w:pPr>
        <w:spacing w:after="0"/>
      </w:pPr>
    </w:p>
    <w:p>
      <w:pPr>
        <w:spacing w:after="0"/>
      </w:pPr>
      <w:r>
        <w:rPr>
          <w:rFonts w:ascii="Arial" w:hAnsi="Arial"/>
          <w:b/>
          <w:sz w:val="22"/>
        </w:rPr>
        <w:t xml:space="preserve">Alice  </w:t>
      </w:r>
      <w:r>
        <w:rPr>
          <w:rFonts w:ascii="Arial" w:hAnsi="Arial"/>
          <w:color w:val="5D7284"/>
          <w:sz w:val="22"/>
        </w:rPr>
        <w:t>52:34</w:t>
      </w:r>
    </w:p>
    <w:p>
      <w:pPr>
        <w:spacing w:after="0"/>
      </w:pPr>
      <w:r>
        <w:rPr>
          <w:rFonts w:ascii="Arial" w:hAnsi="Arial"/>
          <w:sz w:val="22"/>
        </w:rPr>
        <w:t xml:space="preserve">but who's the singer with the guide dog? I wonder </w:t>
      </w:r>
    </w:p>
    <w:p>
      <w:pPr>
        <w:spacing w:after="0"/>
      </w:pPr>
    </w:p>
    <w:p>
      <w:pPr>
        <w:spacing w:after="0"/>
      </w:pPr>
      <w:r>
        <w:rPr>
          <w:rFonts w:ascii="Arial" w:hAnsi="Arial"/>
          <w:b/>
          <w:sz w:val="22"/>
        </w:rPr>
        <w:t xml:space="preserve">Ross Lannon   </w:t>
      </w:r>
      <w:r>
        <w:rPr>
          <w:rFonts w:ascii="Arial" w:hAnsi="Arial"/>
          <w:color w:val="5D7284"/>
          <w:sz w:val="22"/>
        </w:rPr>
        <w:t>52:36</w:t>
      </w:r>
    </w:p>
    <w:p>
      <w:pPr>
        <w:spacing w:after="0"/>
      </w:pPr>
      <w:r>
        <w:rPr>
          <w:rFonts w:ascii="Arial" w:hAnsi="Arial"/>
          <w:sz w:val="22"/>
        </w:rPr>
        <w:t>if the outfit is big enough get guide dog inside, it</w:t>
      </w:r>
    </w:p>
    <w:p>
      <w:pPr>
        <w:spacing w:after="0"/>
      </w:pPr>
    </w:p>
    <w:p>
      <w:pPr>
        <w:spacing w:after="0"/>
      </w:pPr>
      <w:r>
        <w:rPr>
          <w:rFonts w:ascii="Arial" w:hAnsi="Arial"/>
          <w:b/>
          <w:sz w:val="22"/>
        </w:rPr>
        <w:t xml:space="preserve">Lucy  </w:t>
      </w:r>
      <w:r>
        <w:rPr>
          <w:rFonts w:ascii="Arial" w:hAnsi="Arial"/>
          <w:color w:val="5D7284"/>
          <w:sz w:val="22"/>
        </w:rPr>
        <w:t>52:45</w:t>
      </w:r>
    </w:p>
    <w:p>
      <w:pPr>
        <w:spacing w:after="0"/>
      </w:pPr>
      <w:r>
        <w:rPr>
          <w:rFonts w:ascii="Arial" w:hAnsi="Arial"/>
          <w:sz w:val="22"/>
        </w:rPr>
        <w:t>Kermit the frog did Masked Singer so that was a man inside a suit operating a puppet in a mask. That's it was a massive snail. So they can do it for the frog, I can do it for your guide dog,</w:t>
      </w:r>
    </w:p>
    <w:p>
      <w:pPr>
        <w:spacing w:after="0"/>
      </w:pPr>
    </w:p>
    <w:p>
      <w:pPr>
        <w:spacing w:after="0"/>
      </w:pPr>
      <w:r>
        <w:rPr>
          <w:rFonts w:ascii="Arial" w:hAnsi="Arial"/>
          <w:b/>
          <w:sz w:val="22"/>
        </w:rPr>
        <w:t xml:space="preserve">Alice  </w:t>
      </w:r>
      <w:r>
        <w:rPr>
          <w:rFonts w:ascii="Arial" w:hAnsi="Arial"/>
          <w:color w:val="5D7284"/>
          <w:sz w:val="22"/>
        </w:rPr>
        <w:t>52:59</w:t>
      </w:r>
    </w:p>
    <w:p>
      <w:pPr>
        <w:spacing w:after="0"/>
      </w:pPr>
      <w:r>
        <w:rPr>
          <w:rFonts w:ascii="Arial" w:hAnsi="Arial"/>
          <w:sz w:val="22"/>
        </w:rPr>
        <w:t>can't I? Suppose. I mean, that feels like that's a bit of a reach, but, yeah, no, I just, I, I love the idea of like, you know, people turning around in their chair to be like you have got a beautiful voice, versus the reality of just glass breaking as I wobble around my house on a Wednesday afternoon. I remember somebody saying to something, saying something once about our the theme tune for the show, because I wrote the lyrics and people. People were like, people like, oh, you know you did the theme tune. I was like, that's not me. Yeah. If I sounded like that, I would not be sitting here right now. I would be on the voice. It's,</w:t>
      </w:r>
    </w:p>
    <w:p>
      <w:pPr>
        <w:spacing w:after="0"/>
      </w:pPr>
    </w:p>
    <w:p>
      <w:pPr>
        <w:spacing w:after="0"/>
      </w:pPr>
      <w:r>
        <w:rPr>
          <w:rFonts w:ascii="Arial" w:hAnsi="Arial"/>
          <w:b/>
          <w:sz w:val="22"/>
        </w:rPr>
        <w:t xml:space="preserve">Alice  </w:t>
      </w:r>
      <w:r>
        <w:rPr>
          <w:rFonts w:ascii="Arial" w:hAnsi="Arial"/>
          <w:color w:val="5D7284"/>
          <w:sz w:val="22"/>
        </w:rPr>
        <w:t>53:57</w:t>
      </w:r>
    </w:p>
    <w:p>
      <w:pPr>
        <w:spacing w:after="0"/>
      </w:pPr>
      <w:r>
        <w:rPr>
          <w:rFonts w:ascii="Arial" w:hAnsi="Arial"/>
          <w:sz w:val="22"/>
        </w:rPr>
        <w:t>Lucy, I really think you're showing, you're showing where your preference is live. Somebody had said to me, who's an incredible songwriter, I'm going Florence Welch or Taylor Swift, and you're like, Gary Barlow.</w:t>
      </w:r>
    </w:p>
    <w:p>
      <w:pPr>
        <w:spacing w:after="0"/>
      </w:pPr>
    </w:p>
    <w:p>
      <w:pPr>
        <w:spacing w:after="0"/>
      </w:pPr>
      <w:r>
        <w:rPr>
          <w:rFonts w:ascii="Arial" w:hAnsi="Arial"/>
          <w:b/>
          <w:sz w:val="22"/>
        </w:rPr>
        <w:t xml:space="preserve">Lucy  </w:t>
      </w:r>
      <w:r>
        <w:rPr>
          <w:rFonts w:ascii="Arial" w:hAnsi="Arial"/>
          <w:color w:val="5D7284"/>
          <w:sz w:val="22"/>
        </w:rPr>
        <w:t>54:13</w:t>
      </w:r>
    </w:p>
    <w:p>
      <w:pPr>
        <w:spacing w:after="0"/>
      </w:pPr>
      <w:r>
        <w:rPr>
          <w:rFonts w:ascii="Arial" w:hAnsi="Arial"/>
          <w:sz w:val="22"/>
        </w:rPr>
        <w:t>Yeah, I know that if I was to be if somebody gave me a job as a TV presenter, I would just embarrass myself. I would last five minutes before somebody</w:t>
      </w:r>
    </w:p>
    <w:p>
      <w:pPr>
        <w:spacing w:after="0"/>
      </w:pPr>
    </w:p>
    <w:p>
      <w:pPr>
        <w:spacing w:after="0"/>
      </w:pPr>
      <w:r>
        <w:rPr>
          <w:rFonts w:ascii="Arial" w:hAnsi="Arial"/>
          <w:b/>
          <w:sz w:val="22"/>
        </w:rPr>
        <w:t xml:space="preserve">Alice  </w:t>
      </w:r>
      <w:r>
        <w:rPr>
          <w:rFonts w:ascii="Arial" w:hAnsi="Arial"/>
          <w:color w:val="5D7284"/>
          <w:sz w:val="22"/>
        </w:rPr>
        <w:t>54:22</w:t>
      </w:r>
    </w:p>
    <w:p>
      <w:pPr>
        <w:spacing w:after="0"/>
      </w:pPr>
      <w:r>
        <w:rPr>
          <w:rFonts w:ascii="Arial" w:hAnsi="Arial"/>
          <w:sz w:val="22"/>
        </w:rPr>
        <w:t>it would just be the podcast, but with a camera in front of you, wouldn't it just be chaos. I</w:t>
      </w:r>
    </w:p>
    <w:p>
      <w:pPr>
        <w:spacing w:after="0"/>
      </w:pPr>
    </w:p>
    <w:p>
      <w:pPr>
        <w:spacing w:after="0"/>
      </w:pPr>
      <w:r>
        <w:rPr>
          <w:rFonts w:ascii="Arial" w:hAnsi="Arial"/>
          <w:b/>
          <w:sz w:val="22"/>
        </w:rPr>
        <w:t xml:space="preserve">Lucy  </w:t>
      </w:r>
      <w:r>
        <w:rPr>
          <w:rFonts w:ascii="Arial" w:hAnsi="Arial"/>
          <w:color w:val="5D7284"/>
          <w:sz w:val="22"/>
        </w:rPr>
        <w:t>54:27</w:t>
      </w:r>
    </w:p>
    <w:p>
      <w:pPr>
        <w:spacing w:after="0"/>
      </w:pPr>
      <w:r>
        <w:rPr>
          <w:rFonts w:ascii="Arial" w:hAnsi="Arial"/>
          <w:sz w:val="22"/>
        </w:rPr>
        <w:t>I am always the one who says something stupid on this show, and it is always me that Luvy said something daft again. So, yeah, I would last five minutes on the telly before somebody went. She's daft. She is she's pretty stupid,</w:t>
      </w:r>
    </w:p>
    <w:p>
      <w:pPr>
        <w:spacing w:after="0"/>
      </w:pPr>
    </w:p>
    <w:p>
      <w:pPr>
        <w:spacing w:after="0"/>
      </w:pPr>
      <w:r>
        <w:rPr>
          <w:rFonts w:ascii="Arial" w:hAnsi="Arial"/>
          <w:b/>
          <w:sz w:val="22"/>
        </w:rPr>
        <w:t xml:space="preserve">Ross Lannon   </w:t>
      </w:r>
      <w:r>
        <w:rPr>
          <w:rFonts w:ascii="Arial" w:hAnsi="Arial"/>
          <w:color w:val="5D7284"/>
          <w:sz w:val="22"/>
        </w:rPr>
        <w:t>54:43</w:t>
      </w:r>
    </w:p>
    <w:p>
      <w:pPr>
        <w:spacing w:after="0"/>
      </w:pPr>
      <w:r>
        <w:rPr>
          <w:rFonts w:ascii="Arial" w:hAnsi="Arial"/>
          <w:sz w:val="22"/>
        </w:rPr>
        <w:t>you get the votes though they love the characters, yeah,</w:t>
      </w:r>
    </w:p>
    <w:p>
      <w:pPr>
        <w:spacing w:after="0"/>
      </w:pPr>
    </w:p>
    <w:p>
      <w:pPr>
        <w:spacing w:after="0"/>
      </w:pPr>
      <w:r>
        <w:rPr>
          <w:rFonts w:ascii="Arial" w:hAnsi="Arial"/>
          <w:b/>
          <w:sz w:val="22"/>
        </w:rPr>
        <w:t xml:space="preserve">Alice  </w:t>
      </w:r>
      <w:r>
        <w:rPr>
          <w:rFonts w:ascii="Arial" w:hAnsi="Arial"/>
          <w:color w:val="5D7284"/>
          <w:sz w:val="22"/>
        </w:rPr>
        <w:t>54:47</w:t>
      </w:r>
    </w:p>
    <w:p>
      <w:pPr>
        <w:spacing w:after="0"/>
      </w:pPr>
      <w:r>
        <w:rPr>
          <w:rFonts w:ascii="Arial" w:hAnsi="Arial"/>
          <w:sz w:val="22"/>
        </w:rPr>
        <w:t>yeah, yeah. People, people, the audience love, love somebody who's willing to make a fool of themselves. So hello, you want to get stuck under a cargo net with your pants down? Yeah? It's going viral. That is. Oh,</w:t>
      </w:r>
    </w:p>
    <w:p>
      <w:pPr>
        <w:spacing w:after="0"/>
      </w:pPr>
    </w:p>
    <w:p>
      <w:pPr>
        <w:spacing w:after="0"/>
      </w:pPr>
      <w:r>
        <w:rPr>
          <w:rFonts w:ascii="Arial" w:hAnsi="Arial"/>
          <w:b/>
          <w:sz w:val="22"/>
        </w:rPr>
        <w:t xml:space="preserve">Lucy  </w:t>
      </w:r>
      <w:r>
        <w:rPr>
          <w:rFonts w:ascii="Arial" w:hAnsi="Arial"/>
          <w:color w:val="5D7284"/>
          <w:sz w:val="22"/>
        </w:rPr>
        <w:t>55:01</w:t>
      </w:r>
    </w:p>
    <w:p>
      <w:pPr>
        <w:spacing w:after="0"/>
      </w:pPr>
      <w:r>
        <w:rPr>
          <w:rFonts w:ascii="Arial" w:hAnsi="Arial"/>
          <w:sz w:val="22"/>
        </w:rPr>
        <w:t>please don't ask me to show you the footage of me doing that horrendous.</w:t>
      </w:r>
    </w:p>
    <w:p>
      <w:pPr>
        <w:spacing w:after="0"/>
      </w:pPr>
    </w:p>
    <w:p>
      <w:pPr>
        <w:spacing w:after="0"/>
      </w:pPr>
      <w:r>
        <w:rPr>
          <w:rFonts w:ascii="Arial" w:hAnsi="Arial"/>
          <w:b/>
          <w:sz w:val="22"/>
        </w:rPr>
        <w:t xml:space="preserve">Alice  </w:t>
      </w:r>
      <w:r>
        <w:rPr>
          <w:rFonts w:ascii="Arial" w:hAnsi="Arial"/>
          <w:color w:val="5D7284"/>
          <w:sz w:val="22"/>
        </w:rPr>
        <w:t>55:05</w:t>
      </w:r>
    </w:p>
    <w:p>
      <w:pPr>
        <w:spacing w:after="0"/>
      </w:pPr>
      <w:r>
        <w:rPr>
          <w:rFonts w:ascii="Arial" w:hAnsi="Arial"/>
          <w:sz w:val="22"/>
        </w:rPr>
        <w:t>There's footage. Oh, my God, I know how we're launching our tick tok.</w:t>
      </w:r>
    </w:p>
    <w:p>
      <w:pPr>
        <w:spacing w:after="0"/>
      </w:pPr>
    </w:p>
    <w:p>
      <w:pPr>
        <w:spacing w:after="0"/>
      </w:pPr>
      <w:r>
        <w:rPr>
          <w:rFonts w:ascii="Arial" w:hAnsi="Arial"/>
          <w:b/>
          <w:sz w:val="22"/>
        </w:rPr>
        <w:t xml:space="preserve">Lucy  </w:t>
      </w:r>
      <w:r>
        <w:rPr>
          <w:rFonts w:ascii="Arial" w:hAnsi="Arial"/>
          <w:color w:val="5D7284"/>
          <w:sz w:val="22"/>
        </w:rPr>
        <w:t>55:12</w:t>
      </w:r>
    </w:p>
    <w:p>
      <w:pPr>
        <w:spacing w:after="0"/>
      </w:pPr>
      <w:r>
        <w:rPr>
          <w:rFonts w:ascii="Arial" w:hAnsi="Arial"/>
          <w:sz w:val="22"/>
        </w:rPr>
        <w:t>me stuck on my stomach going to my bottle. I can't turn over because she was like, turn over. Like, grab hold of rubs. Like, I can't if I do that, then kick us out.</w:t>
      </w:r>
    </w:p>
    <w:p>
      <w:pPr>
        <w:spacing w:after="0"/>
      </w:pPr>
    </w:p>
    <w:p>
      <w:pPr>
        <w:spacing w:after="0"/>
      </w:pPr>
      <w:r>
        <w:rPr>
          <w:rFonts w:ascii="Arial" w:hAnsi="Arial"/>
          <w:b/>
          <w:sz w:val="22"/>
        </w:rPr>
        <w:t xml:space="preserve">Alice  </w:t>
      </w:r>
      <w:r>
        <w:rPr>
          <w:rFonts w:ascii="Arial" w:hAnsi="Arial"/>
          <w:color w:val="5D7284"/>
          <w:sz w:val="22"/>
        </w:rPr>
        <w:t>55:22</w:t>
      </w:r>
    </w:p>
    <w:p>
      <w:pPr>
        <w:spacing w:after="0"/>
      </w:pPr>
      <w:r>
        <w:rPr>
          <w:rFonts w:ascii="Arial" w:hAnsi="Arial"/>
          <w:sz w:val="22"/>
        </w:rPr>
        <w:t xml:space="preserve">Yeah, no, I'm sorry, Lucy, we have, I have to see that. I have to. I know my birthday is gone, but please, please do this for </w:t>
      </w:r>
    </w:p>
    <w:p>
      <w:pPr>
        <w:spacing w:after="0"/>
      </w:pPr>
    </w:p>
    <w:p>
      <w:pPr>
        <w:spacing w:after="0"/>
      </w:pPr>
      <w:r>
        <w:rPr>
          <w:rFonts w:ascii="Arial" w:hAnsi="Arial"/>
          <w:b/>
          <w:sz w:val="22"/>
        </w:rPr>
        <w:t xml:space="preserve">Lucy  </w:t>
      </w:r>
      <w:r>
        <w:rPr>
          <w:rFonts w:ascii="Arial" w:hAnsi="Arial"/>
          <w:color w:val="5D7284"/>
          <w:sz w:val="22"/>
        </w:rPr>
        <w:t>55:31</w:t>
      </w:r>
    </w:p>
    <w:p>
      <w:pPr>
        <w:spacing w:after="0"/>
      </w:pPr>
      <w:r>
        <w:rPr>
          <w:rFonts w:ascii="Arial" w:hAnsi="Arial"/>
          <w:sz w:val="22"/>
        </w:rPr>
        <w:t>Give me several gins before I show it, yeah, but yeah, I just embarrassed. I'm just a walking embarrassment, really.</w:t>
      </w:r>
    </w:p>
    <w:p>
      <w:pPr>
        <w:spacing w:after="0"/>
      </w:pPr>
    </w:p>
    <w:p>
      <w:pPr>
        <w:spacing w:after="0"/>
      </w:pPr>
      <w:r>
        <w:rPr>
          <w:rFonts w:ascii="Arial" w:hAnsi="Arial"/>
          <w:b/>
          <w:sz w:val="22"/>
        </w:rPr>
        <w:t xml:space="preserve">Alice  </w:t>
      </w:r>
      <w:r>
        <w:rPr>
          <w:rFonts w:ascii="Arial" w:hAnsi="Arial"/>
          <w:color w:val="5D7284"/>
          <w:sz w:val="22"/>
        </w:rPr>
        <w:t>55:40</w:t>
      </w:r>
    </w:p>
    <w:p>
      <w:pPr>
        <w:spacing w:after="0"/>
      </w:pPr>
      <w:r>
        <w:rPr>
          <w:rFonts w:ascii="Arial" w:hAnsi="Arial"/>
          <w:sz w:val="22"/>
        </w:rPr>
        <w:t xml:space="preserve">Without the walking part? </w:t>
      </w:r>
    </w:p>
    <w:p>
      <w:pPr>
        <w:spacing w:after="0"/>
      </w:pPr>
    </w:p>
    <w:p>
      <w:pPr>
        <w:spacing w:after="0"/>
      </w:pPr>
      <w:r>
        <w:rPr>
          <w:rFonts w:ascii="Arial" w:hAnsi="Arial"/>
          <w:b/>
          <w:sz w:val="22"/>
        </w:rPr>
        <w:t xml:space="preserve">Lucy  </w:t>
      </w:r>
      <w:r>
        <w:rPr>
          <w:rFonts w:ascii="Arial" w:hAnsi="Arial"/>
          <w:color w:val="5D7284"/>
          <w:sz w:val="22"/>
        </w:rPr>
        <w:t>55:41</w:t>
      </w:r>
    </w:p>
    <w:p>
      <w:pPr>
        <w:spacing w:after="0"/>
      </w:pPr>
      <w:r>
        <w:rPr>
          <w:rFonts w:ascii="Arial" w:hAnsi="Arial"/>
          <w:sz w:val="22"/>
        </w:rPr>
        <w:t xml:space="preserve">I tell my friends about that. Of course you did that. Of course you did of course you're clumsy and you just like, are, stupid. Yes, yes, I am, yeah, yeah. Well, who knows what we might see you on. Big Brother, have you ever applied to go on? Big Brother? </w:t>
      </w:r>
    </w:p>
    <w:p>
      <w:pPr>
        <w:spacing w:after="0"/>
      </w:pPr>
    </w:p>
    <w:p>
      <w:pPr>
        <w:spacing w:after="0"/>
      </w:pPr>
      <w:r>
        <w:rPr>
          <w:rFonts w:ascii="Arial" w:hAnsi="Arial"/>
          <w:b/>
          <w:sz w:val="22"/>
        </w:rPr>
        <w:t xml:space="preserve">Ross Lannon   </w:t>
      </w:r>
      <w:r>
        <w:rPr>
          <w:rFonts w:ascii="Arial" w:hAnsi="Arial"/>
          <w:color w:val="5D7284"/>
          <w:sz w:val="22"/>
        </w:rPr>
        <w:t>56:04</w:t>
      </w:r>
    </w:p>
    <w:p>
      <w:pPr>
        <w:spacing w:after="0"/>
      </w:pPr>
      <w:r>
        <w:rPr>
          <w:rFonts w:ascii="Arial" w:hAnsi="Arial"/>
          <w:sz w:val="22"/>
        </w:rPr>
        <w:t>I have. I have to get so I had, was it stage? I had two or three interviews, so I did pretty well. I don't know how many interviews you get, but yeah, it starts off with an application, then a phone call, then a zoom, then a second zoom. So yeah, it was sounding promising at one stage, but I think the mention of, like, any form of accessibility needs, I think it scares them a bit. Yeah,</w:t>
      </w:r>
    </w:p>
    <w:p>
      <w:pPr>
        <w:spacing w:after="0"/>
      </w:pPr>
    </w:p>
    <w:p>
      <w:pPr>
        <w:spacing w:after="0"/>
      </w:pPr>
      <w:r>
        <w:rPr>
          <w:rFonts w:ascii="Arial" w:hAnsi="Arial"/>
          <w:b/>
          <w:sz w:val="22"/>
        </w:rPr>
        <w:t xml:space="preserve">Alice  </w:t>
      </w:r>
      <w:r>
        <w:rPr>
          <w:rFonts w:ascii="Arial" w:hAnsi="Arial"/>
          <w:color w:val="5D7284"/>
          <w:sz w:val="22"/>
        </w:rPr>
        <w:t>56:36</w:t>
      </w:r>
    </w:p>
    <w:p>
      <w:pPr>
        <w:spacing w:after="0"/>
      </w:pPr>
      <w:r>
        <w:rPr>
          <w:rFonts w:ascii="Arial" w:hAnsi="Arial"/>
          <w:sz w:val="22"/>
        </w:rPr>
        <w:t>have they ever, ever had a disabled contestant? They have, but</w:t>
      </w:r>
    </w:p>
    <w:p>
      <w:pPr>
        <w:spacing w:after="0"/>
      </w:pPr>
    </w:p>
    <w:p>
      <w:pPr>
        <w:spacing w:after="0"/>
      </w:pPr>
      <w:r>
        <w:rPr>
          <w:rFonts w:ascii="Arial" w:hAnsi="Arial"/>
          <w:b/>
          <w:sz w:val="22"/>
        </w:rPr>
        <w:t xml:space="preserve">Ross Lannon   </w:t>
      </w:r>
      <w:r>
        <w:rPr>
          <w:rFonts w:ascii="Arial" w:hAnsi="Arial"/>
          <w:color w:val="5D7284"/>
          <w:sz w:val="22"/>
        </w:rPr>
        <w:t>56:40</w:t>
      </w:r>
    </w:p>
    <w:p>
      <w:pPr>
        <w:spacing w:after="0"/>
      </w:pPr>
      <w:r>
        <w:rPr>
          <w:rFonts w:ascii="Arial" w:hAnsi="Arial"/>
          <w:sz w:val="22"/>
        </w:rPr>
        <w:t>they've never had an electric wheelchair user. It's always been contestants that are still able to, you know, transfer themselves, you know, ambulatory wheelchair users and that,  So, yeah, they've never had somebody with a more severe disability.</w:t>
      </w:r>
    </w:p>
    <w:p>
      <w:pPr>
        <w:spacing w:after="0"/>
      </w:pPr>
    </w:p>
    <w:p>
      <w:pPr>
        <w:spacing w:after="0"/>
      </w:pPr>
      <w:r>
        <w:rPr>
          <w:rFonts w:ascii="Arial" w:hAnsi="Arial"/>
          <w:b/>
          <w:sz w:val="22"/>
        </w:rPr>
        <w:t xml:space="preserve">Alice  </w:t>
      </w:r>
      <w:r>
        <w:rPr>
          <w:rFonts w:ascii="Arial" w:hAnsi="Arial"/>
          <w:color w:val="5D7284"/>
          <w:sz w:val="22"/>
        </w:rPr>
        <w:t>56:59</w:t>
      </w:r>
    </w:p>
    <w:p>
      <w:pPr>
        <w:spacing w:after="0"/>
      </w:pPr>
      <w:r>
        <w:rPr>
          <w:rFonts w:ascii="Arial" w:hAnsi="Arial"/>
          <w:sz w:val="22"/>
        </w:rPr>
        <w:t>See, I feel like you know, you they, they match you with, you know, they get you in there, and then they match you with a carer who's just like, you're the opposite worst nightmare, yeah, yeah, unless additional housemate material or something, and and conflict ensues.</w:t>
      </w:r>
    </w:p>
    <w:p>
      <w:pPr>
        <w:spacing w:after="0"/>
      </w:pPr>
    </w:p>
    <w:p>
      <w:pPr>
        <w:spacing w:after="0"/>
      </w:pPr>
      <w:r>
        <w:rPr>
          <w:rFonts w:ascii="Arial" w:hAnsi="Arial"/>
          <w:b/>
          <w:sz w:val="22"/>
        </w:rPr>
        <w:t xml:space="preserve">Lucy  </w:t>
      </w:r>
      <w:r>
        <w:rPr>
          <w:rFonts w:ascii="Arial" w:hAnsi="Arial"/>
          <w:color w:val="5D7284"/>
          <w:sz w:val="22"/>
        </w:rPr>
        <w:t>57:19</w:t>
      </w:r>
    </w:p>
    <w:p>
      <w:pPr>
        <w:spacing w:after="0"/>
      </w:pPr>
      <w:r>
        <w:rPr>
          <w:rFonts w:ascii="Arial" w:hAnsi="Arial"/>
          <w:sz w:val="22"/>
        </w:rPr>
        <w:t>yeah, why, not yeah.</w:t>
      </w:r>
    </w:p>
    <w:p>
      <w:pPr>
        <w:spacing w:after="0"/>
      </w:pPr>
    </w:p>
    <w:p>
      <w:pPr>
        <w:spacing w:after="0"/>
      </w:pPr>
      <w:r>
        <w:rPr>
          <w:rFonts w:ascii="Arial" w:hAnsi="Arial"/>
          <w:b/>
          <w:sz w:val="22"/>
        </w:rPr>
        <w:t xml:space="preserve">Lucy  </w:t>
      </w:r>
      <w:r>
        <w:rPr>
          <w:rFonts w:ascii="Arial" w:hAnsi="Arial"/>
          <w:color w:val="5D7284"/>
          <w:sz w:val="22"/>
        </w:rPr>
        <w:t>57:19</w:t>
      </w:r>
    </w:p>
    <w:p>
      <w:pPr>
        <w:spacing w:after="0"/>
      </w:pPr>
      <w:r>
        <w:rPr>
          <w:rFonts w:ascii="Arial" w:hAnsi="Arial"/>
          <w:sz w:val="22"/>
        </w:rPr>
        <w:t>I mean, Ross don't know about you, but I can tell you some horror stories about carers I've had in the past. Could you imagine, if you're stuck in the house with a carer that you've only met, like a handful of times, that you actually, really, after a while, think I'm not getting on with this person, and you're stuck with them in the house for 13 weeks, or however long it is been my worst nightmare, I think I'd be upon a murder charge like</w:t>
      </w:r>
    </w:p>
    <w:p>
      <w:pPr>
        <w:spacing w:after="0"/>
      </w:pPr>
    </w:p>
    <w:p>
      <w:pPr>
        <w:spacing w:after="0"/>
      </w:pPr>
      <w:r>
        <w:rPr>
          <w:rFonts w:ascii="Arial" w:hAnsi="Arial"/>
          <w:b/>
          <w:sz w:val="22"/>
        </w:rPr>
        <w:t xml:space="preserve">Alice  </w:t>
      </w:r>
      <w:r>
        <w:rPr>
          <w:rFonts w:ascii="Arial" w:hAnsi="Arial"/>
          <w:color w:val="5D7284"/>
          <w:sz w:val="22"/>
        </w:rPr>
        <w:t>57:59</w:t>
      </w:r>
    </w:p>
    <w:p>
      <w:pPr>
        <w:spacing w:after="0"/>
      </w:pPr>
      <w:r>
        <w:rPr>
          <w:rFonts w:ascii="Arial" w:hAnsi="Arial"/>
          <w:sz w:val="22"/>
        </w:rPr>
        <w:t>You need to come up with your own version of Big Brother and pitch it to Channel Four.</w:t>
      </w:r>
    </w:p>
    <w:p>
      <w:pPr>
        <w:spacing w:after="0"/>
      </w:pPr>
    </w:p>
    <w:p>
      <w:pPr>
        <w:spacing w:after="0"/>
      </w:pPr>
      <w:r>
        <w:rPr>
          <w:rFonts w:ascii="Arial" w:hAnsi="Arial"/>
          <w:b/>
          <w:sz w:val="22"/>
        </w:rPr>
        <w:t xml:space="preserve">Lucy  </w:t>
      </w:r>
      <w:r>
        <w:rPr>
          <w:rFonts w:ascii="Arial" w:hAnsi="Arial"/>
          <w:color w:val="5D7284"/>
          <w:sz w:val="22"/>
        </w:rPr>
        <w:t>58:07</w:t>
      </w:r>
    </w:p>
    <w:p>
      <w:pPr>
        <w:spacing w:after="0"/>
      </w:pPr>
      <w:r>
        <w:rPr>
          <w:rFonts w:ascii="Arial" w:hAnsi="Arial"/>
          <w:sz w:val="22"/>
        </w:rPr>
        <w:t>yeah, like a load of disabled people, just big brother. Like for disabled people, would that work?</w:t>
      </w:r>
    </w:p>
    <w:p>
      <w:pPr>
        <w:spacing w:after="0"/>
      </w:pPr>
    </w:p>
    <w:p>
      <w:pPr>
        <w:spacing w:after="0"/>
      </w:pPr>
      <w:r>
        <w:rPr>
          <w:rFonts w:ascii="Arial" w:hAnsi="Arial"/>
          <w:b/>
          <w:sz w:val="22"/>
        </w:rPr>
        <w:t xml:space="preserve">Alice  </w:t>
      </w:r>
      <w:r>
        <w:rPr>
          <w:rFonts w:ascii="Arial" w:hAnsi="Arial"/>
          <w:color w:val="5D7284"/>
          <w:sz w:val="22"/>
        </w:rPr>
        <w:t>58:13</w:t>
      </w:r>
    </w:p>
    <w:p>
      <w:pPr>
        <w:spacing w:after="0"/>
      </w:pPr>
      <w:r>
        <w:rPr>
          <w:rFonts w:ascii="Arial" w:hAnsi="Arial"/>
          <w:sz w:val="22"/>
        </w:rPr>
        <w:t>Rylan's real name is Ross</w:t>
      </w:r>
    </w:p>
    <w:p>
      <w:pPr>
        <w:spacing w:after="0"/>
      </w:pPr>
    </w:p>
    <w:p>
      <w:pPr>
        <w:spacing w:after="0"/>
      </w:pPr>
      <w:r>
        <w:rPr>
          <w:rFonts w:ascii="Arial" w:hAnsi="Arial"/>
          <w:b/>
          <w:sz w:val="22"/>
        </w:rPr>
        <w:t xml:space="preserve">Ross Lannon   </w:t>
      </w:r>
      <w:r>
        <w:rPr>
          <w:rFonts w:ascii="Arial" w:hAnsi="Arial"/>
          <w:color w:val="5D7284"/>
          <w:sz w:val="22"/>
        </w:rPr>
        <w:t>58:17</w:t>
      </w:r>
    </w:p>
    <w:p>
      <w:pPr>
        <w:spacing w:after="0"/>
      </w:pPr>
      <w:r>
        <w:rPr>
          <w:rFonts w:ascii="Arial" w:hAnsi="Arial"/>
          <w:sz w:val="22"/>
        </w:rPr>
        <w:t>Trademark everyone just Yeah, ramming into each other. Crip gladiators.</w:t>
      </w:r>
    </w:p>
    <w:p>
      <w:pPr>
        <w:spacing w:after="0"/>
      </w:pPr>
    </w:p>
    <w:p>
      <w:pPr>
        <w:spacing w:after="0"/>
      </w:pPr>
      <w:r>
        <w:rPr>
          <w:rFonts w:ascii="Arial" w:hAnsi="Arial"/>
          <w:b/>
          <w:sz w:val="22"/>
        </w:rPr>
        <w:t xml:space="preserve">Lucy  </w:t>
      </w:r>
      <w:r>
        <w:rPr>
          <w:rFonts w:ascii="Arial" w:hAnsi="Arial"/>
          <w:color w:val="5D7284"/>
          <w:sz w:val="22"/>
        </w:rPr>
        <w:t>58:27</w:t>
      </w:r>
    </w:p>
    <w:p>
      <w:pPr>
        <w:spacing w:after="0"/>
      </w:pPr>
      <w:r>
        <w:rPr>
          <w:rFonts w:ascii="Arial" w:hAnsi="Arial"/>
          <w:sz w:val="22"/>
        </w:rPr>
        <w:t>I could do a gladiator pose, like on the like on the titles, like spiders. There you go. Solved it, no, but yeah, I think, I think disability brother would just be a house full of disabled people just going, what's your disability? Well, mine's worse than yours. It would, it would. It would boil down to that, you know, it would,</w:t>
      </w:r>
    </w:p>
    <w:p>
      <w:pPr>
        <w:spacing w:after="0"/>
      </w:pPr>
    </w:p>
    <w:p>
      <w:pPr>
        <w:spacing w:after="0"/>
      </w:pPr>
      <w:r>
        <w:rPr>
          <w:rFonts w:ascii="Arial" w:hAnsi="Arial"/>
          <w:b/>
          <w:sz w:val="22"/>
        </w:rPr>
        <w:t xml:space="preserve">Ross Lannon   </w:t>
      </w:r>
      <w:r>
        <w:rPr>
          <w:rFonts w:ascii="Arial" w:hAnsi="Arial"/>
          <w:color w:val="5D7284"/>
          <w:sz w:val="22"/>
        </w:rPr>
        <w:t>58:57</w:t>
      </w:r>
    </w:p>
    <w:p>
      <w:pPr>
        <w:spacing w:after="0"/>
      </w:pPr>
      <w:r>
        <w:rPr>
          <w:rFonts w:ascii="Arial" w:hAnsi="Arial"/>
          <w:sz w:val="22"/>
        </w:rPr>
        <w:t>yeah, I used to love a show. There was a show called the circle as well, which I absolutely loved watching, is that</w:t>
      </w:r>
    </w:p>
    <w:p>
      <w:pPr>
        <w:spacing w:after="0"/>
      </w:pPr>
    </w:p>
    <w:p>
      <w:pPr>
        <w:spacing w:after="0"/>
      </w:pPr>
      <w:r>
        <w:rPr>
          <w:rFonts w:ascii="Arial" w:hAnsi="Arial"/>
          <w:b/>
          <w:sz w:val="22"/>
        </w:rPr>
        <w:t xml:space="preserve">Alice  </w:t>
      </w:r>
      <w:r>
        <w:rPr>
          <w:rFonts w:ascii="Arial" w:hAnsi="Arial"/>
          <w:color w:val="5D7284"/>
          <w:sz w:val="22"/>
        </w:rPr>
        <w:t>59:03</w:t>
      </w:r>
    </w:p>
    <w:p>
      <w:pPr>
        <w:spacing w:after="0"/>
      </w:pPr>
      <w:r>
        <w:rPr>
          <w:rFonts w:ascii="Arial" w:hAnsi="Arial"/>
          <w:sz w:val="22"/>
        </w:rPr>
        <w:t>the one about like through, it's all through like online chat.</w:t>
      </w:r>
    </w:p>
    <w:p>
      <w:pPr>
        <w:spacing w:after="0"/>
      </w:pPr>
    </w:p>
    <w:p>
      <w:pPr>
        <w:spacing w:after="0"/>
      </w:pPr>
      <w:r>
        <w:rPr>
          <w:rFonts w:ascii="Arial" w:hAnsi="Arial"/>
          <w:b/>
          <w:sz w:val="22"/>
        </w:rPr>
        <w:t xml:space="preserve">Ross Lannon   </w:t>
      </w:r>
      <w:r>
        <w:rPr>
          <w:rFonts w:ascii="Arial" w:hAnsi="Arial"/>
          <w:color w:val="5D7284"/>
          <w:sz w:val="22"/>
        </w:rPr>
        <w:t>59:09</w:t>
      </w:r>
    </w:p>
    <w:p>
      <w:pPr>
        <w:spacing w:after="0"/>
      </w:pPr>
      <w:r>
        <w:rPr>
          <w:rFonts w:ascii="Arial" w:hAnsi="Arial"/>
          <w:sz w:val="22"/>
        </w:rPr>
        <w:t>Yeah, so it's like a social media platform where, basically, you can either play as yourself, or you can play as a catfish. You could potentially hide your disability and nobody ever know. Or you can, you know, use it to your advantage whatever strategy you decide it's you're competing to become the most popular within the game and then find out who wins. So that, sadly, that show got axed. But that would have been a great one as well, because you wouldn't have to interact with anyone. You're in your own little studio apartment for that one. Yeah,</w:t>
      </w:r>
    </w:p>
    <w:p>
      <w:pPr>
        <w:spacing w:after="0"/>
      </w:pPr>
    </w:p>
    <w:p>
      <w:pPr>
        <w:spacing w:after="0"/>
      </w:pPr>
      <w:r>
        <w:rPr>
          <w:rFonts w:ascii="Arial" w:hAnsi="Arial"/>
          <w:b/>
          <w:sz w:val="22"/>
        </w:rPr>
        <w:t xml:space="preserve">Alice  </w:t>
      </w:r>
      <w:r>
        <w:rPr>
          <w:rFonts w:ascii="Arial" w:hAnsi="Arial"/>
          <w:color w:val="5D7284"/>
          <w:sz w:val="22"/>
        </w:rPr>
        <w:t>59:39</w:t>
      </w:r>
    </w:p>
    <w:p>
      <w:pPr>
        <w:spacing w:after="0"/>
      </w:pPr>
      <w:r>
        <w:rPr>
          <w:rFonts w:ascii="Arial" w:hAnsi="Arial"/>
          <w:sz w:val="22"/>
        </w:rPr>
        <w:t>exactly. I</w:t>
      </w:r>
    </w:p>
    <w:p>
      <w:pPr>
        <w:spacing w:after="0"/>
      </w:pPr>
    </w:p>
    <w:p>
      <w:pPr>
        <w:spacing w:after="0"/>
      </w:pPr>
      <w:r>
        <w:rPr>
          <w:rFonts w:ascii="Arial" w:hAnsi="Arial"/>
          <w:b/>
          <w:sz w:val="22"/>
        </w:rPr>
        <w:t xml:space="preserve">Alice  </w:t>
      </w:r>
      <w:r>
        <w:rPr>
          <w:rFonts w:ascii="Arial" w:hAnsi="Arial"/>
          <w:color w:val="5D7284"/>
          <w:sz w:val="22"/>
        </w:rPr>
        <w:t>59:40</w:t>
      </w:r>
    </w:p>
    <w:p>
      <w:pPr>
        <w:spacing w:after="0"/>
      </w:pPr>
      <w:r>
        <w:rPr>
          <w:rFonts w:ascii="Arial" w:hAnsi="Arial"/>
          <w:sz w:val="22"/>
        </w:rPr>
        <w:t>see. I don't actually watch TV particularly, let alone like i i hate, I'm sorry, Ross, but I cannot stand reality TV like it's just ever, ever been a show that I've managed to consistently, consistently watch. Watch like I possibly watched what was x factor called before it was Pop Idol. Pop I probably watched Pop Idol back in like 2001</w:t>
      </w:r>
    </w:p>
    <w:p>
      <w:pPr>
        <w:spacing w:after="0"/>
      </w:pPr>
    </w:p>
    <w:p>
      <w:pPr>
        <w:spacing w:after="0"/>
      </w:pPr>
      <w:r>
        <w:rPr>
          <w:rFonts w:ascii="Arial" w:hAnsi="Arial"/>
          <w:b/>
          <w:sz w:val="22"/>
        </w:rPr>
        <w:t xml:space="preserve">Lucy  </w:t>
      </w:r>
      <w:r>
        <w:rPr>
          <w:rFonts w:ascii="Arial" w:hAnsi="Arial"/>
          <w:color w:val="5D7284"/>
          <w:sz w:val="22"/>
        </w:rPr>
        <w:t>1:00:08</w:t>
      </w:r>
    </w:p>
    <w:p>
      <w:pPr>
        <w:spacing w:after="0"/>
      </w:pPr>
      <w:r>
        <w:rPr>
          <w:rFonts w:ascii="Arial" w:hAnsi="Arial"/>
          <w:sz w:val="22"/>
        </w:rPr>
        <w:t>I used to not be stars, otherwise, pop stars. Yeah,</w:t>
      </w:r>
    </w:p>
    <w:p>
      <w:pPr>
        <w:spacing w:after="0"/>
      </w:pPr>
    </w:p>
    <w:p>
      <w:pPr>
        <w:spacing w:after="0"/>
      </w:pPr>
      <w:r>
        <w:rPr>
          <w:rFonts w:ascii="Arial" w:hAnsi="Arial"/>
          <w:b/>
          <w:sz w:val="22"/>
        </w:rPr>
        <w:t xml:space="preserve">Alice  </w:t>
      </w:r>
      <w:r>
        <w:rPr>
          <w:rFonts w:ascii="Arial" w:hAnsi="Arial"/>
          <w:color w:val="5D7284"/>
          <w:sz w:val="22"/>
        </w:rPr>
        <w:t>1:00:12</w:t>
      </w:r>
    </w:p>
    <w:p>
      <w:pPr>
        <w:spacing w:after="0"/>
      </w:pPr>
      <w:r>
        <w:rPr>
          <w:rFonts w:ascii="Arial" w:hAnsi="Arial"/>
          <w:sz w:val="22"/>
        </w:rPr>
        <w:t>I've never, I've never been able to get to sit through more than, like an episode or some of anything. But I feel like I weirdly know a lot about reality TV, for someone who doesn't watch it.</w:t>
      </w:r>
    </w:p>
    <w:p>
      <w:pPr>
        <w:spacing w:after="0"/>
      </w:pPr>
    </w:p>
    <w:p>
      <w:pPr>
        <w:spacing w:after="0"/>
      </w:pPr>
      <w:r>
        <w:rPr>
          <w:rFonts w:ascii="Arial" w:hAnsi="Arial"/>
          <w:b/>
          <w:sz w:val="22"/>
        </w:rPr>
        <w:t xml:space="preserve">Ross Lannon   </w:t>
      </w:r>
      <w:r>
        <w:rPr>
          <w:rFonts w:ascii="Arial" w:hAnsi="Arial"/>
          <w:color w:val="5D7284"/>
          <w:sz w:val="22"/>
        </w:rPr>
        <w:t>1:00:27</w:t>
      </w:r>
    </w:p>
    <w:p>
      <w:pPr>
        <w:spacing w:after="0"/>
      </w:pPr>
      <w:r>
        <w:rPr>
          <w:rFonts w:ascii="Arial" w:hAnsi="Arial"/>
          <w:sz w:val="22"/>
        </w:rPr>
        <w:t xml:space="preserve"> yeah. I just find it fascinating seeing a little insight into other people's lives. And that's the power of the the TV. I guess</w:t>
      </w:r>
    </w:p>
    <w:p>
      <w:pPr>
        <w:spacing w:after="0"/>
      </w:pPr>
    </w:p>
    <w:p>
      <w:pPr>
        <w:spacing w:after="0"/>
      </w:pPr>
      <w:r>
        <w:rPr>
          <w:rFonts w:ascii="Arial" w:hAnsi="Arial"/>
          <w:b/>
          <w:sz w:val="22"/>
        </w:rPr>
        <w:t xml:space="preserve">Lucy  </w:t>
      </w:r>
      <w:r>
        <w:rPr>
          <w:rFonts w:ascii="Arial" w:hAnsi="Arial"/>
          <w:color w:val="5D7284"/>
          <w:sz w:val="22"/>
        </w:rPr>
        <w:t>1:00:35</w:t>
      </w:r>
    </w:p>
    <w:p>
      <w:pPr>
        <w:spacing w:after="0"/>
      </w:pPr>
      <w:r>
        <w:rPr>
          <w:rFonts w:ascii="Arial" w:hAnsi="Arial"/>
          <w:sz w:val="22"/>
        </w:rPr>
        <w:t>I can see it now, Ross, you're going to be the next Rylan.</w:t>
      </w:r>
    </w:p>
    <w:p>
      <w:pPr>
        <w:spacing w:after="0"/>
      </w:pPr>
    </w:p>
    <w:p>
      <w:pPr>
        <w:spacing w:after="0"/>
      </w:pPr>
      <w:r>
        <w:rPr>
          <w:rFonts w:ascii="Arial" w:hAnsi="Arial"/>
          <w:b/>
          <w:sz w:val="22"/>
        </w:rPr>
        <w:t xml:space="preserve">Ross Lannon   </w:t>
      </w:r>
      <w:r>
        <w:rPr>
          <w:rFonts w:ascii="Arial" w:hAnsi="Arial"/>
          <w:color w:val="5D7284"/>
          <w:sz w:val="22"/>
        </w:rPr>
        <w:t>1:00:39</w:t>
      </w:r>
    </w:p>
    <w:p>
      <w:pPr>
        <w:spacing w:after="0"/>
      </w:pPr>
      <w:r>
        <w:rPr>
          <w:rFonts w:ascii="Arial" w:hAnsi="Arial"/>
          <w:sz w:val="22"/>
        </w:rPr>
        <w:t>Do you reckon? I think I would take that Rylan.</w:t>
      </w:r>
    </w:p>
    <w:p>
      <w:pPr>
        <w:spacing w:after="0"/>
      </w:pPr>
    </w:p>
    <w:p>
      <w:pPr>
        <w:spacing w:after="0"/>
      </w:pPr>
      <w:r>
        <w:rPr>
          <w:rFonts w:ascii="Arial" w:hAnsi="Arial"/>
          <w:b/>
          <w:sz w:val="22"/>
        </w:rPr>
        <w:t xml:space="preserve">Alice  </w:t>
      </w:r>
      <w:r>
        <w:rPr>
          <w:rFonts w:ascii="Arial" w:hAnsi="Arial"/>
          <w:color w:val="5D7284"/>
          <w:sz w:val="22"/>
        </w:rPr>
        <w:t>1:00:44</w:t>
      </w:r>
    </w:p>
    <w:p>
      <w:pPr>
        <w:spacing w:after="0"/>
      </w:pPr>
      <w:r>
        <w:rPr>
          <w:rFonts w:ascii="Arial" w:hAnsi="Arial"/>
          <w:sz w:val="22"/>
        </w:rPr>
        <w:t>is it,</w:t>
      </w:r>
    </w:p>
    <w:p>
      <w:pPr>
        <w:spacing w:after="0"/>
      </w:pPr>
    </w:p>
    <w:p>
      <w:pPr>
        <w:spacing w:after="0"/>
      </w:pPr>
      <w:r>
        <w:rPr>
          <w:rFonts w:ascii="Arial" w:hAnsi="Arial"/>
          <w:b/>
          <w:sz w:val="22"/>
        </w:rPr>
        <w:t xml:space="preserve">Lucy  </w:t>
      </w:r>
      <w:r>
        <w:rPr>
          <w:rFonts w:ascii="Arial" w:hAnsi="Arial"/>
          <w:color w:val="5D7284"/>
          <w:sz w:val="22"/>
        </w:rPr>
        <w:t>1:00:47</w:t>
      </w:r>
    </w:p>
    <w:p>
      <w:pPr>
        <w:spacing w:after="0"/>
      </w:pPr>
      <w:r>
        <w:rPr>
          <w:rFonts w:ascii="Arial" w:hAnsi="Arial"/>
          <w:sz w:val="22"/>
        </w:rPr>
        <w:t xml:space="preserve"> yeah. That's good pub quiz.</w:t>
      </w:r>
    </w:p>
    <w:p>
      <w:pPr>
        <w:spacing w:after="0"/>
      </w:pPr>
    </w:p>
    <w:p>
      <w:pPr>
        <w:spacing w:after="0"/>
      </w:pPr>
      <w:r>
        <w:rPr>
          <w:rFonts w:ascii="Arial" w:hAnsi="Arial"/>
          <w:b/>
          <w:sz w:val="22"/>
        </w:rPr>
        <w:t xml:space="preserve">Ross Lannon   </w:t>
      </w:r>
      <w:r>
        <w:rPr>
          <w:rFonts w:ascii="Arial" w:hAnsi="Arial"/>
          <w:color w:val="5D7284"/>
          <w:sz w:val="22"/>
        </w:rPr>
        <w:t>1:00:51</w:t>
      </w:r>
    </w:p>
    <w:p>
      <w:pPr>
        <w:spacing w:after="0"/>
      </w:pPr>
      <w:r>
        <w:rPr>
          <w:rFonts w:ascii="Arial" w:hAnsi="Arial"/>
          <w:sz w:val="22"/>
        </w:rPr>
        <w:t xml:space="preserve">he went from being a big brother celebrity, big brother housemate to presenting it. That is the dream. Yeah, there you go. Done very well. </w:t>
      </w:r>
    </w:p>
    <w:p>
      <w:pPr>
        <w:spacing w:after="0"/>
      </w:pPr>
    </w:p>
    <w:p>
      <w:pPr>
        <w:spacing w:after="0"/>
      </w:pPr>
      <w:r>
        <w:rPr>
          <w:rFonts w:ascii="Arial" w:hAnsi="Arial"/>
          <w:b/>
          <w:sz w:val="22"/>
        </w:rPr>
        <w:t xml:space="preserve">Lucy  </w:t>
      </w:r>
      <w:r>
        <w:rPr>
          <w:rFonts w:ascii="Arial" w:hAnsi="Arial"/>
          <w:color w:val="5D7284"/>
          <w:sz w:val="22"/>
        </w:rPr>
        <w:t>1:01:00</w:t>
      </w:r>
    </w:p>
    <w:p>
      <w:pPr>
        <w:spacing w:after="0"/>
      </w:pPr>
      <w:r>
        <w:rPr>
          <w:rFonts w:ascii="Arial" w:hAnsi="Arial"/>
          <w:sz w:val="22"/>
        </w:rPr>
        <w:t>got to start somewhere Ross</w:t>
      </w:r>
    </w:p>
    <w:p>
      <w:pPr>
        <w:spacing w:after="0"/>
      </w:pPr>
    </w:p>
    <w:p>
      <w:pPr>
        <w:spacing w:after="0"/>
      </w:pPr>
      <w:r>
        <w:rPr>
          <w:rFonts w:ascii="Arial" w:hAnsi="Arial"/>
          <w:b/>
          <w:sz w:val="22"/>
        </w:rPr>
        <w:t xml:space="preserve">Ross Lannon   </w:t>
      </w:r>
      <w:r>
        <w:rPr>
          <w:rFonts w:ascii="Arial" w:hAnsi="Arial"/>
          <w:color w:val="5D7284"/>
          <w:sz w:val="22"/>
        </w:rPr>
        <w:t>1:01:03</w:t>
      </w:r>
    </w:p>
    <w:p>
      <w:pPr>
        <w:spacing w:after="0"/>
      </w:pPr>
      <w:r>
        <w:rPr>
          <w:rFonts w:ascii="Arial" w:hAnsi="Arial"/>
          <w:sz w:val="22"/>
        </w:rPr>
        <w:t xml:space="preserve">you know, like you did on X Factor. Just have a bit of a breakdown cry on Nicole scherzinger's lap, and we'll be well away. </w:t>
      </w:r>
    </w:p>
    <w:p>
      <w:pPr>
        <w:spacing w:after="0"/>
      </w:pPr>
    </w:p>
    <w:p>
      <w:pPr>
        <w:spacing w:after="0"/>
      </w:pPr>
      <w:r>
        <w:rPr>
          <w:rFonts w:ascii="Arial" w:hAnsi="Arial"/>
          <w:b/>
          <w:sz w:val="22"/>
        </w:rPr>
        <w:t xml:space="preserve">Lucy  </w:t>
      </w:r>
      <w:r>
        <w:rPr>
          <w:rFonts w:ascii="Arial" w:hAnsi="Arial"/>
          <w:color w:val="5D7284"/>
          <w:sz w:val="22"/>
        </w:rPr>
        <w:t>1:01:11</w:t>
      </w:r>
    </w:p>
    <w:p>
      <w:pPr>
        <w:spacing w:after="0"/>
      </w:pPr>
      <w:r>
        <w:rPr>
          <w:rFonts w:ascii="Arial" w:hAnsi="Arial"/>
          <w:sz w:val="22"/>
        </w:rPr>
        <w:t>yeah, exactly. You'll be fine. No, it's great.</w:t>
      </w:r>
    </w:p>
    <w:p>
      <w:pPr>
        <w:spacing w:after="0"/>
      </w:pPr>
    </w:p>
    <w:p>
      <w:pPr>
        <w:spacing w:after="0"/>
      </w:pPr>
      <w:r>
        <w:rPr>
          <w:rFonts w:ascii="Arial" w:hAnsi="Arial"/>
          <w:b/>
          <w:sz w:val="22"/>
        </w:rPr>
        <w:t xml:space="preserve">Alice  </w:t>
      </w:r>
      <w:r>
        <w:rPr>
          <w:rFonts w:ascii="Arial" w:hAnsi="Arial"/>
          <w:color w:val="5D7284"/>
          <w:sz w:val="22"/>
        </w:rPr>
        <w:t>1:01:15</w:t>
      </w:r>
    </w:p>
    <w:p>
      <w:pPr>
        <w:spacing w:after="0"/>
      </w:pPr>
      <w:r>
        <w:rPr>
          <w:rFonts w:ascii="Arial" w:hAnsi="Arial"/>
          <w:sz w:val="22"/>
        </w:rPr>
        <w:t>Is there? Is there a line you think you wouldn't Cross for for reality TV?</w:t>
      </w:r>
    </w:p>
    <w:p>
      <w:pPr>
        <w:spacing w:after="0"/>
      </w:pPr>
    </w:p>
    <w:p>
      <w:pPr>
        <w:spacing w:after="0"/>
      </w:pPr>
      <w:r>
        <w:rPr>
          <w:rFonts w:ascii="Arial" w:hAnsi="Arial"/>
          <w:b/>
          <w:sz w:val="22"/>
        </w:rPr>
        <w:t xml:space="preserve">Ross Lannon   </w:t>
      </w:r>
      <w:r>
        <w:rPr>
          <w:rFonts w:ascii="Arial" w:hAnsi="Arial"/>
          <w:color w:val="5D7284"/>
          <w:sz w:val="22"/>
        </w:rPr>
        <w:t>1:01:20</w:t>
      </w:r>
    </w:p>
    <w:p>
      <w:pPr>
        <w:spacing w:after="0"/>
      </w:pPr>
      <w:r>
        <w:rPr>
          <w:rFonts w:ascii="Arial" w:hAnsi="Arial"/>
          <w:sz w:val="22"/>
        </w:rPr>
        <w:t xml:space="preserve">Oh, yes, yes. I've had many an email asking to do like, like naked attraction. Yeah, yeah. And a friend of mine, actually, he I've had, you know, the invite before, and just absolutely not even entertained it. But a friend of mine actually hadn't he actually went through the audition process. I was kind of like, between the three of us within our friendship group, there was my friend in the middle who auditioned. Then you've got me on one side, who's the devil, that's like, Do it, do it. It'll be funny. And then you've got my other friend who was like, you, you work in a college with kids? you woll lose your Job </w:t>
      </w:r>
    </w:p>
    <w:p>
      <w:pPr>
        <w:spacing w:after="0"/>
      </w:pPr>
    </w:p>
    <w:p>
      <w:pPr>
        <w:spacing w:after="0"/>
      </w:pPr>
      <w:r>
        <w:rPr>
          <w:rFonts w:ascii="Arial" w:hAnsi="Arial"/>
          <w:b/>
          <w:sz w:val="22"/>
        </w:rPr>
        <w:t xml:space="preserve">Alice  </w:t>
      </w:r>
      <w:r>
        <w:rPr>
          <w:rFonts w:ascii="Arial" w:hAnsi="Arial"/>
          <w:color w:val="5D7284"/>
          <w:sz w:val="22"/>
        </w:rPr>
        <w:t>1:02:11</w:t>
      </w:r>
    </w:p>
    <w:p>
      <w:pPr>
        <w:spacing w:after="0"/>
      </w:pPr>
      <w:r>
        <w:rPr>
          <w:rFonts w:ascii="Arial" w:hAnsi="Arial"/>
          <w:sz w:val="22"/>
        </w:rPr>
        <w:t>it wouldn't. It wouldn't be the be naked on TV bit that would put me off naked attraction. It's the people commenting on my body. Yeah, I'll sit slowly revealed that I couldn't, that I do not have the self esteem for that.</w:t>
      </w:r>
    </w:p>
    <w:p>
      <w:pPr>
        <w:spacing w:after="0"/>
      </w:pPr>
    </w:p>
    <w:p>
      <w:pPr>
        <w:spacing w:after="0"/>
      </w:pPr>
      <w:r>
        <w:rPr>
          <w:rFonts w:ascii="Arial" w:hAnsi="Arial"/>
          <w:b/>
          <w:sz w:val="22"/>
        </w:rPr>
        <w:t xml:space="preserve">Lucy  </w:t>
      </w:r>
      <w:r>
        <w:rPr>
          <w:rFonts w:ascii="Arial" w:hAnsi="Arial"/>
          <w:color w:val="5D7284"/>
          <w:sz w:val="22"/>
        </w:rPr>
        <w:t>1:02:25</w:t>
      </w:r>
    </w:p>
    <w:p>
      <w:pPr>
        <w:spacing w:after="0"/>
      </w:pPr>
      <w:r>
        <w:rPr>
          <w:rFonts w:ascii="Arial" w:hAnsi="Arial"/>
          <w:sz w:val="22"/>
        </w:rPr>
        <w:t>You know where the door lifts like it goes up slowly, doing it in increments? Yeah, people would probably be put off, first of all, by my feet, because my feet are disgusted. My feet are disabled. People's feet, and they are disgusting. They're like ETs fit. They'll be like, No, I'm out. Bye, thank you. Like, it's not, it's just not nice. It takes a certain type of person to want to go on a naked attraction, doesn't it?</w:t>
      </w:r>
    </w:p>
    <w:p>
      <w:pPr>
        <w:spacing w:after="0"/>
      </w:pPr>
    </w:p>
    <w:p>
      <w:pPr>
        <w:spacing w:after="0"/>
      </w:pPr>
      <w:r>
        <w:rPr>
          <w:rFonts w:ascii="Arial" w:hAnsi="Arial"/>
          <w:b/>
          <w:sz w:val="22"/>
        </w:rPr>
        <w:t xml:space="preserve">Ross Lannon   </w:t>
      </w:r>
      <w:r>
        <w:rPr>
          <w:rFonts w:ascii="Arial" w:hAnsi="Arial"/>
          <w:color w:val="5D7284"/>
          <w:sz w:val="22"/>
        </w:rPr>
        <w:t>1:02:54</w:t>
      </w:r>
    </w:p>
    <w:p>
      <w:pPr>
        <w:spacing w:after="0"/>
      </w:pPr>
      <w:r>
        <w:rPr>
          <w:rFonts w:ascii="Arial" w:hAnsi="Arial"/>
          <w:sz w:val="22"/>
        </w:rPr>
        <w:t>I mean, I would present it. I would love, like, watching everybody else. Don't get me wrong. Yeah, I certainly wouldn't be in the box myself.</w:t>
      </w:r>
    </w:p>
    <w:p>
      <w:pPr>
        <w:spacing w:after="0"/>
      </w:pPr>
    </w:p>
    <w:p>
      <w:pPr>
        <w:spacing w:after="0"/>
      </w:pPr>
      <w:r>
        <w:rPr>
          <w:rFonts w:ascii="Arial" w:hAnsi="Arial"/>
          <w:b/>
          <w:sz w:val="22"/>
        </w:rPr>
        <w:t xml:space="preserve">Lucy  </w:t>
      </w:r>
      <w:r>
        <w:rPr>
          <w:rFonts w:ascii="Arial" w:hAnsi="Arial"/>
          <w:color w:val="5D7284"/>
          <w:sz w:val="22"/>
        </w:rPr>
        <w:t>1:03:02</w:t>
      </w:r>
    </w:p>
    <w:p>
      <w:pPr>
        <w:spacing w:after="0"/>
      </w:pPr>
      <w:r>
        <w:rPr>
          <w:rFonts w:ascii="Arial" w:hAnsi="Arial"/>
          <w:sz w:val="22"/>
        </w:rPr>
        <w:t xml:space="preserve">No, no, it's weird, very odd. Well, Ross, I can definitely, I am sad. I can feel it in my water that you are will probably end up on the telly, and then me and Alice can sit there and go. We know him, you know. So I'm holding out hope. </w:t>
      </w:r>
    </w:p>
    <w:p>
      <w:pPr>
        <w:spacing w:after="0"/>
      </w:pPr>
    </w:p>
    <w:p>
      <w:pPr>
        <w:spacing w:after="0"/>
      </w:pPr>
      <w:r>
        <w:rPr>
          <w:rFonts w:ascii="Arial" w:hAnsi="Arial"/>
          <w:b/>
          <w:sz w:val="22"/>
        </w:rPr>
        <w:t xml:space="preserve">Ross Lannon   </w:t>
      </w:r>
      <w:r>
        <w:rPr>
          <w:rFonts w:ascii="Arial" w:hAnsi="Arial"/>
          <w:color w:val="5D7284"/>
          <w:sz w:val="22"/>
        </w:rPr>
        <w:t>1:03:22</w:t>
      </w:r>
    </w:p>
    <w:p>
      <w:pPr>
        <w:spacing w:after="0"/>
      </w:pPr>
      <w:r>
        <w:rPr>
          <w:rFonts w:ascii="Arial" w:hAnsi="Arial"/>
          <w:sz w:val="22"/>
        </w:rPr>
        <w:t>we can only hope. And yeah, ending that note on the naked attraction, what a way to go.</w:t>
      </w:r>
    </w:p>
    <w:p>
      <w:pPr>
        <w:spacing w:after="0"/>
      </w:pPr>
    </w:p>
    <w:p>
      <w:pPr>
        <w:spacing w:after="0"/>
      </w:pPr>
      <w:r>
        <w:rPr>
          <w:rFonts w:ascii="Arial" w:hAnsi="Arial"/>
          <w:b/>
          <w:sz w:val="22"/>
        </w:rPr>
        <w:t xml:space="preserve">Lucy  </w:t>
      </w:r>
      <w:r>
        <w:rPr>
          <w:rFonts w:ascii="Arial" w:hAnsi="Arial"/>
          <w:color w:val="5D7284"/>
          <w:sz w:val="22"/>
        </w:rPr>
        <w:t>1:03:31</w:t>
      </w:r>
    </w:p>
    <w:p>
      <w:pPr>
        <w:spacing w:after="0"/>
      </w:pPr>
      <w:r>
        <w:rPr>
          <w:rFonts w:ascii="Arial" w:hAnsi="Arial"/>
          <w:sz w:val="22"/>
        </w:rPr>
        <w:t>That's one way to end your Friday</w:t>
      </w:r>
    </w:p>
    <w:p>
      <w:pPr>
        <w:spacing w:after="0"/>
      </w:pPr>
    </w:p>
    <w:p>
      <w:pPr>
        <w:spacing w:after="0"/>
      </w:pPr>
      <w:r>
        <w:rPr>
          <w:rFonts w:ascii="Arial" w:hAnsi="Arial"/>
          <w:b/>
          <w:sz w:val="22"/>
        </w:rPr>
        <w:t xml:space="preserve">Alice  </w:t>
      </w:r>
      <w:r>
        <w:rPr>
          <w:rFonts w:ascii="Arial" w:hAnsi="Arial"/>
          <w:color w:val="5D7284"/>
          <w:sz w:val="22"/>
        </w:rPr>
        <w:t>1:03:33</w:t>
      </w:r>
    </w:p>
    <w:p>
      <w:pPr>
        <w:spacing w:after="0"/>
      </w:pPr>
      <w:r>
        <w:rPr>
          <w:rFonts w:ascii="Arial" w:hAnsi="Arial"/>
          <w:sz w:val="22"/>
        </w:rPr>
        <w:t>whilst everybody waits for you to appear on Big Brother and present naked attraction. Ross, where can people go and see you and find you on the internet and in other places?</w:t>
      </w:r>
    </w:p>
    <w:p>
      <w:pPr>
        <w:spacing w:after="0"/>
      </w:pPr>
    </w:p>
    <w:p>
      <w:pPr>
        <w:spacing w:after="0"/>
      </w:pPr>
      <w:r>
        <w:rPr>
          <w:rFonts w:ascii="Arial" w:hAnsi="Arial"/>
          <w:b/>
          <w:sz w:val="22"/>
        </w:rPr>
        <w:t xml:space="preserve">Ross Lannon   </w:t>
      </w:r>
      <w:r>
        <w:rPr>
          <w:rFonts w:ascii="Arial" w:hAnsi="Arial"/>
          <w:color w:val="5D7284"/>
          <w:sz w:val="22"/>
        </w:rPr>
        <w:t>1:03:45</w:t>
      </w:r>
    </w:p>
    <w:p>
      <w:pPr>
        <w:spacing w:after="0"/>
      </w:pPr>
      <w:r>
        <w:rPr>
          <w:rFonts w:ascii="Arial" w:hAnsi="Arial"/>
          <w:sz w:val="22"/>
        </w:rPr>
        <w:t>It sounds seedy, doesn't it like Where can people find you on the internet? You can find me just at Ross Lannon across social media. That's you know, your Instagram, your Tiktok and your Facebook. I have a website called a life on wheels. It's currently undergoing a little bit of maintenance, but, yeah, alifeonwheels.co.uk, is my blog, and you can search that on Facebook as well to keep up to date with everything</w:t>
      </w:r>
    </w:p>
    <w:p>
      <w:pPr>
        <w:spacing w:after="0"/>
      </w:pPr>
    </w:p>
    <w:p>
      <w:pPr>
        <w:spacing w:after="0"/>
      </w:pPr>
      <w:r>
        <w:rPr>
          <w:rFonts w:ascii="Arial" w:hAnsi="Arial"/>
          <w:b/>
          <w:sz w:val="22"/>
        </w:rPr>
        <w:t xml:space="preserve">Alice  </w:t>
      </w:r>
      <w:r>
        <w:rPr>
          <w:rFonts w:ascii="Arial" w:hAnsi="Arial"/>
          <w:color w:val="5D7284"/>
          <w:sz w:val="22"/>
        </w:rPr>
        <w:t>1:04:11</w:t>
      </w:r>
    </w:p>
    <w:p>
      <w:pPr>
        <w:spacing w:after="0"/>
      </w:pPr>
      <w:r>
        <w:rPr>
          <w:rFonts w:ascii="Arial" w:hAnsi="Arial"/>
          <w:sz w:val="22"/>
        </w:rPr>
        <w:t>amazing. And do you want to shout out your radio station?</w:t>
      </w:r>
    </w:p>
    <w:p>
      <w:pPr>
        <w:spacing w:after="0"/>
      </w:pPr>
    </w:p>
    <w:p>
      <w:pPr>
        <w:spacing w:after="0"/>
      </w:pPr>
      <w:r>
        <w:rPr>
          <w:rFonts w:ascii="Arial" w:hAnsi="Arial"/>
          <w:b/>
          <w:sz w:val="22"/>
        </w:rPr>
        <w:t xml:space="preserve">Ross Lannon   </w:t>
      </w:r>
      <w:r>
        <w:rPr>
          <w:rFonts w:ascii="Arial" w:hAnsi="Arial"/>
          <w:color w:val="5D7284"/>
          <w:sz w:val="22"/>
        </w:rPr>
        <w:t>1:04:15</w:t>
      </w:r>
    </w:p>
    <w:p>
      <w:pPr>
        <w:spacing w:after="0"/>
      </w:pPr>
      <w:r>
        <w:rPr>
          <w:rFonts w:ascii="Arial" w:hAnsi="Arial"/>
          <w:sz w:val="22"/>
        </w:rPr>
        <w:t>Yeah, we'd love to thank you. Yeah, so it's chaos radio, and. I broadcast, yeah, chaos by name, chaos by nature. And I broadcast every Tuesday and Thursday from 10 until one.</w:t>
      </w:r>
    </w:p>
    <w:p>
      <w:pPr>
        <w:spacing w:after="0"/>
      </w:pPr>
    </w:p>
    <w:p>
      <w:pPr>
        <w:spacing w:after="0"/>
      </w:pPr>
      <w:r>
        <w:rPr>
          <w:rFonts w:ascii="Arial" w:hAnsi="Arial"/>
          <w:b/>
          <w:sz w:val="22"/>
        </w:rPr>
        <w:t xml:space="preserve">Alice  </w:t>
      </w:r>
      <w:r>
        <w:rPr>
          <w:rFonts w:ascii="Arial" w:hAnsi="Arial"/>
          <w:color w:val="5D7284"/>
          <w:sz w:val="22"/>
        </w:rPr>
        <w:t>1:04:31</w:t>
      </w:r>
    </w:p>
    <w:p>
      <w:pPr>
        <w:spacing w:after="0"/>
      </w:pPr>
      <w:r>
        <w:rPr>
          <w:rFonts w:ascii="Arial" w:hAnsi="Arial"/>
          <w:sz w:val="22"/>
        </w:rPr>
        <w:t>Amazing, getting that to that lunchtime rush. Yeah, I love it.</w:t>
      </w:r>
    </w:p>
    <w:p>
      <w:pPr>
        <w:spacing w:after="0"/>
      </w:pPr>
    </w:p>
    <w:p>
      <w:pPr>
        <w:spacing w:after="0"/>
      </w:pPr>
      <w:r>
        <w:rPr>
          <w:rFonts w:ascii="Arial" w:hAnsi="Arial"/>
          <w:b/>
          <w:sz w:val="22"/>
        </w:rPr>
        <w:t xml:space="preserve">Lucy  </w:t>
      </w:r>
      <w:r>
        <w:rPr>
          <w:rFonts w:ascii="Arial" w:hAnsi="Arial"/>
          <w:color w:val="5D7284"/>
          <w:sz w:val="22"/>
        </w:rPr>
        <w:t>1:04:35</w:t>
      </w:r>
    </w:p>
    <w:p>
      <w:pPr>
        <w:spacing w:after="0"/>
      </w:pPr>
      <w:r>
        <w:rPr>
          <w:rFonts w:ascii="Arial" w:hAnsi="Arial"/>
          <w:sz w:val="22"/>
        </w:rPr>
        <w:t>Thank you so much for joining us. I know that we work together outside of podcast land, and it's been really nice. I think this is the longest time we've actually spent in a deep and meaningful conversation. Well, can you really call it deeper meaningful, meaningful, but it's the longest time we've actually like sat and had a conversation. It's been really, really nice to sort of get to know you a bit better. So thank you so much for joining us. Yeah, it's your I think you're great. And it's been really nice to have a chat with you today. So thanks for joining us.</w:t>
      </w:r>
    </w:p>
    <w:p>
      <w:pPr>
        <w:spacing w:after="0"/>
      </w:pPr>
    </w:p>
    <w:p>
      <w:pPr>
        <w:spacing w:after="0"/>
      </w:pPr>
      <w:r>
        <w:rPr>
          <w:rFonts w:ascii="Arial" w:hAnsi="Arial"/>
          <w:b/>
          <w:sz w:val="22"/>
        </w:rPr>
        <w:t xml:space="preserve">Ross Lannon   </w:t>
      </w:r>
      <w:r>
        <w:rPr>
          <w:rFonts w:ascii="Arial" w:hAnsi="Arial"/>
          <w:color w:val="5D7284"/>
          <w:sz w:val="22"/>
        </w:rPr>
        <w:t>1:05:08</w:t>
      </w:r>
    </w:p>
    <w:p>
      <w:pPr>
        <w:spacing w:after="0"/>
      </w:pPr>
      <w:r>
        <w:rPr>
          <w:rFonts w:ascii="Arial" w:hAnsi="Arial"/>
          <w:sz w:val="22"/>
        </w:rPr>
        <w:t xml:space="preserve">No problem at all. Thank you for having me. </w:t>
      </w:r>
    </w:p>
    <w:p>
      <w:pPr>
        <w:spacing w:after="0"/>
      </w:pPr>
    </w:p>
    <w:p>
      <w:pPr>
        <w:spacing w:after="0"/>
      </w:pPr>
      <w:r>
        <w:rPr>
          <w:rFonts w:ascii="Arial" w:hAnsi="Arial"/>
          <w:b/>
          <w:sz w:val="22"/>
        </w:rPr>
        <w:t xml:space="preserve">Alice  </w:t>
      </w:r>
      <w:r>
        <w:rPr>
          <w:rFonts w:ascii="Arial" w:hAnsi="Arial"/>
          <w:color w:val="5D7284"/>
          <w:sz w:val="22"/>
        </w:rPr>
        <w:t>1:05:11</w:t>
      </w:r>
    </w:p>
    <w:p>
      <w:pPr>
        <w:spacing w:after="0"/>
      </w:pPr>
      <w:r>
        <w:rPr>
          <w:rFonts w:ascii="Arial" w:hAnsi="Arial"/>
          <w:sz w:val="22"/>
        </w:rPr>
        <w:t>yes, it's been brilliant. We hope you enjoyed this episode. If you are not already signed up for our bonus content, we have got the incredible Martin Sibley out for our bonus episode this week. If you head over to our website and sign up for our sub stack, you can hear us talk to Martin about politics and business and some super serious stuff that is not anything like what we talked to Ross about today. I think it's more reflective that Martin just just pulled us up kicking and screaming. And otherwise, please make sure that you rate and review this episode if you enjoyed it, or even if you didn't just go and tell people you did and leave us five stars, because that's how we help the podcast grow. Thank you for listening, and we will see you all next time bye, bye.</w:t>
      </w:r>
    </w:p>
    <w:p>
      <w:pPr>
        <w:spacing w:after="0"/>
      </w:pPr>
    </w:p>
    <w:p>
      <w:pPr>
        <w:spacing w:after="0"/>
      </w:pPr>
      <w:r>
        <w:rPr>
          <w:rFonts w:ascii="Arial" w:hAnsi="Arial"/>
          <w:b/>
          <w:sz w:val="22"/>
        </w:rPr>
        <w:t xml:space="preserve">outro   </w:t>
      </w:r>
      <w:r>
        <w:rPr>
          <w:rFonts w:ascii="Arial" w:hAnsi="Arial"/>
          <w:color w:val="5D7284"/>
          <w:sz w:val="22"/>
        </w:rPr>
        <w:t>1:05:49</w:t>
      </w:r>
    </w:p>
    <w:p>
      <w:pPr>
        <w:spacing w:after="0"/>
      </w:pPr>
      <w:r>
        <w:rPr>
          <w:rFonts w:ascii="Arial" w:hAnsi="Arial"/>
          <w:sz w:val="22"/>
        </w:rPr>
        <w:t>Shhh Don't wake  Dora, thanks for listening to the label podcast. If you like the show, you can rate review and subscribe, and you can follow us on social media @LABLEdpod. This episode was edited by Adam Hull. Our music was by Maisie Cunden,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