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Season 1 Daisy Holder</w:t>
      </w:r>
    </w:p>
    <w:p>
      <w:r>
        <w:rPr>
          <w:rFonts w:ascii="Arial" w:hAnsi="Arial"/>
          <w:color w:val="4F6880"/>
          <w:sz w:val="22"/>
        </w:rPr>
        <w:t>Fri, Oct 04, 2024 11:07AM • 1:10:43</w:t>
      </w:r>
    </w:p>
    <w:p>
      <w:pPr>
        <w:spacing w:before="440" w:after="0"/>
      </w:pPr>
      <w:r>
        <w:rPr>
          <w:rFonts w:ascii="Arial" w:hAnsi="Arial"/>
          <w:b/>
          <w:color w:val="4F6880"/>
          <w:sz w:val="22"/>
        </w:rPr>
        <w:t>SUMMARY KEYWORDS</w:t>
      </w:r>
    </w:p>
    <w:p>
      <w:r>
        <w:rPr>
          <w:rFonts w:ascii="Arial" w:hAnsi="Arial"/>
          <w:color w:val="4F6880"/>
          <w:sz w:val="22"/>
        </w:rPr>
        <w:t>disability history, queer history, book release, podcast episode, historical figures, conversion therapy, gender reassignment, social history, podcast bonus, media representation, podcast season, historical context, disability representation, podcast guests, podcast promotion</w:t>
      </w:r>
    </w:p>
    <w:p>
      <w:pPr>
        <w:spacing w:before="440" w:after="0"/>
      </w:pPr>
      <w:r>
        <w:rPr>
          <w:rFonts w:ascii="Arial" w:hAnsi="Arial"/>
          <w:b/>
          <w:color w:val="4F6880"/>
          <w:sz w:val="22"/>
        </w:rPr>
        <w:t>SPEAKERS</w:t>
      </w:r>
    </w:p>
    <w:p>
      <w:r>
        <w:rPr>
          <w:rFonts w:ascii="Arial" w:hAnsi="Arial"/>
          <w:color w:val="4F6880"/>
          <w:sz w:val="22"/>
        </w:rPr>
        <w:t>Lucy, Alice, Daisy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and I'm Alice.... Dog Barks and that's Lola </w:t>
      </w:r>
    </w:p>
    <w:p>
      <w:pPr>
        <w:spacing w:after="0"/>
      </w:pPr>
    </w:p>
    <w:p>
      <w:pPr>
        <w:spacing w:after="0"/>
      </w:pPr>
      <w:r>
        <w:rPr>
          <w:rFonts w:ascii="Arial" w:hAnsi="Arial"/>
          <w:color w:val="5D7284"/>
          <w:sz w:val="22"/>
        </w:rPr>
        <w:t>00:08</w:t>
      </w:r>
    </w:p>
    <w:p>
      <w:pPr>
        <w:spacing w:after="0"/>
      </w:pPr>
      <w:r>
        <w:rPr>
          <w:rFonts w:ascii="Arial" w:hAnsi="Arial"/>
          <w:sz w:val="22"/>
        </w:rPr>
        <w:t>Though i might not fit in socially, im so much more than what you see, we all live our lives differently,  Kaleidoscope identity and this is who I'm meant to be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Hello,</w:t>
      </w:r>
    </w:p>
    <w:p>
      <w:pPr>
        <w:spacing w:after="0"/>
      </w:pPr>
    </w:p>
    <w:p>
      <w:pPr>
        <w:spacing w:after="0"/>
      </w:pPr>
      <w:r>
        <w:rPr>
          <w:rFonts w:ascii="Arial" w:hAnsi="Arial"/>
          <w:b/>
          <w:sz w:val="22"/>
        </w:rPr>
        <w:t xml:space="preserve">Alice  </w:t>
      </w:r>
      <w:r>
        <w:rPr>
          <w:rFonts w:ascii="Arial" w:hAnsi="Arial"/>
          <w:color w:val="5D7284"/>
          <w:sz w:val="22"/>
        </w:rPr>
        <w:t>00:44</w:t>
      </w:r>
    </w:p>
    <w:p>
      <w:pPr>
        <w:spacing w:after="0"/>
      </w:pPr>
      <w:r>
        <w:rPr>
          <w:rFonts w:ascii="Arial" w:hAnsi="Arial"/>
          <w:sz w:val="22"/>
        </w:rPr>
        <w:t>Hello,</w:t>
      </w:r>
    </w:p>
    <w:p>
      <w:pPr>
        <w:spacing w:after="0"/>
      </w:pPr>
    </w:p>
    <w:p>
      <w:pPr>
        <w:spacing w:after="0"/>
      </w:pPr>
      <w:r>
        <w:rPr>
          <w:rFonts w:ascii="Arial" w:hAnsi="Arial"/>
          <w:b/>
          <w:sz w:val="22"/>
        </w:rPr>
        <w:t xml:space="preserve">Lucy  </w:t>
      </w:r>
      <w:r>
        <w:rPr>
          <w:rFonts w:ascii="Arial" w:hAnsi="Arial"/>
          <w:color w:val="5D7284"/>
          <w:sz w:val="22"/>
        </w:rPr>
        <w:t>00:45</w:t>
      </w:r>
    </w:p>
    <w:p>
      <w:pPr>
        <w:spacing w:after="0"/>
      </w:pPr>
      <w:r>
        <w:rPr>
          <w:rFonts w:ascii="Arial" w:hAnsi="Arial"/>
          <w:sz w:val="22"/>
        </w:rPr>
        <w:t>Hi,</w:t>
      </w:r>
    </w:p>
    <w:p>
      <w:pPr>
        <w:spacing w:after="0"/>
      </w:pPr>
    </w:p>
    <w:p>
      <w:pPr>
        <w:spacing w:after="0"/>
      </w:pPr>
      <w:r>
        <w:rPr>
          <w:rFonts w:ascii="Arial" w:hAnsi="Arial"/>
          <w:b/>
          <w:sz w:val="22"/>
        </w:rPr>
        <w:t xml:space="preserve">Alice  </w:t>
      </w:r>
      <w:r>
        <w:rPr>
          <w:rFonts w:ascii="Arial" w:hAnsi="Arial"/>
          <w:color w:val="5D7284"/>
          <w:sz w:val="22"/>
        </w:rPr>
        <w:t>00:47</w:t>
      </w:r>
    </w:p>
    <w:p>
      <w:pPr>
        <w:spacing w:after="0"/>
      </w:pPr>
      <w:r>
        <w:rPr>
          <w:rFonts w:ascii="Arial" w:hAnsi="Arial"/>
          <w:sz w:val="22"/>
        </w:rPr>
        <w:t>we're back</w:t>
      </w:r>
    </w:p>
    <w:p>
      <w:pPr>
        <w:spacing w:after="0"/>
      </w:pPr>
    </w:p>
    <w:p>
      <w:pPr>
        <w:spacing w:after="0"/>
      </w:pPr>
      <w:r>
        <w:rPr>
          <w:rFonts w:ascii="Arial" w:hAnsi="Arial"/>
          <w:b/>
          <w:sz w:val="22"/>
        </w:rPr>
        <w:t xml:space="preserve">Lucy  </w:t>
      </w:r>
      <w:r>
        <w:rPr>
          <w:rFonts w:ascii="Arial" w:hAnsi="Arial"/>
          <w:color w:val="5D7284"/>
          <w:sz w:val="22"/>
        </w:rPr>
        <w:t>00:49</w:t>
      </w:r>
    </w:p>
    <w:p>
      <w:pPr>
        <w:spacing w:after="0"/>
      </w:pPr>
      <w:r>
        <w:rPr>
          <w:rFonts w:ascii="Arial" w:hAnsi="Arial"/>
          <w:sz w:val="22"/>
        </w:rPr>
        <w:t xml:space="preserve">just when you thought it was safe! </w:t>
      </w:r>
    </w:p>
    <w:p>
      <w:pPr>
        <w:spacing w:after="0"/>
      </w:pPr>
    </w:p>
    <w:p>
      <w:pPr>
        <w:spacing w:after="0"/>
      </w:pPr>
      <w:r>
        <w:rPr>
          <w:rFonts w:ascii="Arial" w:hAnsi="Arial"/>
          <w:b/>
          <w:sz w:val="22"/>
        </w:rPr>
        <w:t xml:space="preserve">Alice  </w:t>
      </w:r>
      <w:r>
        <w:rPr>
          <w:rFonts w:ascii="Arial" w:hAnsi="Arial"/>
          <w:color w:val="5D7284"/>
          <w:sz w:val="22"/>
        </w:rPr>
        <w:t>00:50</w:t>
      </w:r>
    </w:p>
    <w:p>
      <w:pPr>
        <w:spacing w:after="0"/>
      </w:pPr>
      <w:r>
        <w:rPr>
          <w:rFonts w:ascii="Arial" w:hAnsi="Arial"/>
          <w:sz w:val="22"/>
        </w:rPr>
        <w:t>This is our first episode of our first season.</w:t>
      </w:r>
    </w:p>
    <w:p>
      <w:pPr>
        <w:spacing w:after="0"/>
      </w:pPr>
    </w:p>
    <w:p>
      <w:pPr>
        <w:spacing w:after="0"/>
      </w:pPr>
      <w:r>
        <w:rPr>
          <w:rFonts w:ascii="Arial" w:hAnsi="Arial"/>
          <w:b/>
          <w:sz w:val="22"/>
        </w:rPr>
        <w:t xml:space="preserve">Lucy  </w:t>
      </w:r>
      <w:r>
        <w:rPr>
          <w:rFonts w:ascii="Arial" w:hAnsi="Arial"/>
          <w:color w:val="5D7284"/>
          <w:sz w:val="22"/>
        </w:rPr>
        <w:t>00:59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01:01</w:t>
      </w:r>
    </w:p>
    <w:p>
      <w:pPr>
        <w:spacing w:after="0"/>
      </w:pPr>
      <w:r>
        <w:rPr>
          <w:rFonts w:ascii="Arial" w:hAnsi="Arial"/>
          <w:sz w:val="22"/>
        </w:rPr>
        <w:t>its quite a big deal. I'm Alice, for those of you who don't know, and that's Lucy.</w:t>
      </w:r>
    </w:p>
    <w:p>
      <w:pPr>
        <w:spacing w:after="0"/>
      </w:pPr>
    </w:p>
    <w:p>
      <w:pPr>
        <w:spacing w:after="0"/>
      </w:pPr>
      <w:r>
        <w:rPr>
          <w:rFonts w:ascii="Arial" w:hAnsi="Arial"/>
          <w:b/>
          <w:sz w:val="22"/>
        </w:rPr>
        <w:t xml:space="preserve">Lucy  </w:t>
      </w:r>
      <w:r>
        <w:rPr>
          <w:rFonts w:ascii="Arial" w:hAnsi="Arial"/>
          <w:color w:val="5D7284"/>
          <w:sz w:val="22"/>
        </w:rPr>
        <w:t>01:07</w:t>
      </w:r>
    </w:p>
    <w:p>
      <w:pPr>
        <w:spacing w:after="0"/>
      </w:pPr>
      <w:r>
        <w:rPr>
          <w:rFonts w:ascii="Arial" w:hAnsi="Arial"/>
          <w:sz w:val="22"/>
        </w:rPr>
        <w:t>Hi, hello.</w:t>
      </w:r>
    </w:p>
    <w:p>
      <w:pPr>
        <w:spacing w:after="0"/>
      </w:pPr>
    </w:p>
    <w:p>
      <w:pPr>
        <w:spacing w:after="0"/>
      </w:pPr>
      <w:r>
        <w:rPr>
          <w:rFonts w:ascii="Arial" w:hAnsi="Arial"/>
          <w:b/>
          <w:sz w:val="22"/>
        </w:rPr>
        <w:t xml:space="preserve">Alice  </w:t>
      </w:r>
      <w:r>
        <w:rPr>
          <w:rFonts w:ascii="Arial" w:hAnsi="Arial"/>
          <w:color w:val="5D7284"/>
          <w:sz w:val="22"/>
        </w:rPr>
        <w:t>01:10</w:t>
      </w:r>
    </w:p>
    <w:p>
      <w:pPr>
        <w:spacing w:after="0"/>
      </w:pPr>
      <w:r>
        <w:rPr>
          <w:rFonts w:ascii="Arial" w:hAnsi="Arial"/>
          <w:sz w:val="22"/>
        </w:rPr>
        <w:t>We also have somebody else with us who you may be familiar with. If not, then what is it? Forewarned is forearmed.</w:t>
      </w:r>
    </w:p>
    <w:p>
      <w:pPr>
        <w:spacing w:after="0"/>
      </w:pPr>
    </w:p>
    <w:p>
      <w:pPr>
        <w:spacing w:after="0"/>
      </w:pPr>
      <w:r>
        <w:rPr>
          <w:rFonts w:ascii="Arial" w:hAnsi="Arial"/>
          <w:b/>
          <w:sz w:val="22"/>
        </w:rPr>
        <w:t xml:space="preserve">Lucy  </w:t>
      </w:r>
      <w:r>
        <w:rPr>
          <w:rFonts w:ascii="Arial" w:hAnsi="Arial"/>
          <w:color w:val="5D7284"/>
          <w:sz w:val="22"/>
        </w:rPr>
        <w:t>01:20</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01:23</w:t>
      </w:r>
    </w:p>
    <w:p>
      <w:pPr>
        <w:spacing w:after="0"/>
      </w:pPr>
      <w:r>
        <w:rPr>
          <w:rFonts w:ascii="Arial" w:hAnsi="Arial"/>
          <w:sz w:val="22"/>
        </w:rPr>
        <w:t>Our our favorite disabled historian, Daisy holder, is here.</w:t>
      </w:r>
    </w:p>
    <w:p>
      <w:pPr>
        <w:spacing w:after="0"/>
      </w:pPr>
    </w:p>
    <w:p>
      <w:pPr>
        <w:spacing w:after="0"/>
      </w:pPr>
      <w:r>
        <w:rPr>
          <w:rFonts w:ascii="Arial" w:hAnsi="Arial"/>
          <w:b/>
          <w:sz w:val="22"/>
        </w:rPr>
        <w:t xml:space="preserve">Daisy  </w:t>
      </w:r>
      <w:r>
        <w:rPr>
          <w:rFonts w:ascii="Arial" w:hAnsi="Arial"/>
          <w:color w:val="5D7284"/>
          <w:sz w:val="22"/>
        </w:rPr>
        <w:t>01:29</w:t>
      </w:r>
    </w:p>
    <w:p>
      <w:pPr>
        <w:spacing w:after="0"/>
      </w:pPr>
      <w:r>
        <w:rPr>
          <w:rFonts w:ascii="Arial" w:hAnsi="Arial"/>
          <w:sz w:val="22"/>
        </w:rPr>
        <w:t>Yaaaay!</w:t>
      </w:r>
    </w:p>
    <w:p>
      <w:pPr>
        <w:spacing w:after="0"/>
      </w:pPr>
    </w:p>
    <w:p>
      <w:pPr>
        <w:spacing w:after="0"/>
      </w:pPr>
      <w:r>
        <w:rPr>
          <w:rFonts w:ascii="Arial" w:hAnsi="Arial"/>
          <w:b/>
          <w:sz w:val="22"/>
        </w:rPr>
        <w:t xml:space="preserve">Lucy  </w:t>
      </w:r>
      <w:r>
        <w:rPr>
          <w:rFonts w:ascii="Arial" w:hAnsi="Arial"/>
          <w:color w:val="5D7284"/>
          <w:sz w:val="22"/>
        </w:rPr>
        <w:t>01:29</w:t>
      </w:r>
    </w:p>
    <w:p>
      <w:pPr>
        <w:spacing w:after="0"/>
      </w:pPr>
      <w:r>
        <w:rPr>
          <w:rFonts w:ascii="Arial" w:hAnsi="Arial"/>
          <w:sz w:val="22"/>
        </w:rPr>
        <w:t>Yeah! Daisy's back! We couldn't really start the series off without anybody else really, could we? To be fair,</w:t>
      </w:r>
    </w:p>
    <w:p>
      <w:pPr>
        <w:spacing w:after="0"/>
      </w:pPr>
    </w:p>
    <w:p>
      <w:pPr>
        <w:spacing w:after="0"/>
      </w:pPr>
      <w:r>
        <w:rPr>
          <w:rFonts w:ascii="Arial" w:hAnsi="Arial"/>
          <w:b/>
          <w:sz w:val="22"/>
        </w:rPr>
        <w:t xml:space="preserve">Alice  </w:t>
      </w:r>
      <w:r>
        <w:rPr>
          <w:rFonts w:ascii="Arial" w:hAnsi="Arial"/>
          <w:color w:val="5D7284"/>
          <w:sz w:val="22"/>
        </w:rPr>
        <w:t>01:35</w:t>
      </w:r>
    </w:p>
    <w:p>
      <w:pPr>
        <w:spacing w:after="0"/>
      </w:pPr>
      <w:r>
        <w:rPr>
          <w:rFonts w:ascii="Arial" w:hAnsi="Arial"/>
          <w:sz w:val="22"/>
        </w:rPr>
        <w:t>no, no, definitely. It's very exciting to be back. We ended. We didn't end the last sort of the 100th episode on Daisy, but we did give Daisy their very own bonus section, which is a lot of fun to put together. So if you haven't you met Daisy before, and you would like a bit more Daisy, go back and listen to that bonus piece for our 100th episode. It'll be on our website, and it's great. So that's what you've got to look forward to for the next nominal amount of time.</w:t>
      </w:r>
    </w:p>
    <w:p>
      <w:pPr>
        <w:spacing w:after="0"/>
      </w:pPr>
    </w:p>
    <w:p>
      <w:pPr>
        <w:spacing w:after="0"/>
      </w:pPr>
      <w:r>
        <w:rPr>
          <w:rFonts w:ascii="Arial" w:hAnsi="Arial"/>
          <w:b/>
          <w:sz w:val="22"/>
        </w:rPr>
        <w:t xml:space="preserve">Alice  </w:t>
      </w:r>
      <w:r>
        <w:rPr>
          <w:rFonts w:ascii="Arial" w:hAnsi="Arial"/>
          <w:color w:val="5D7284"/>
          <w:sz w:val="22"/>
        </w:rPr>
        <w:t>02:17</w:t>
      </w:r>
    </w:p>
    <w:p>
      <w:pPr>
        <w:spacing w:after="0"/>
      </w:pPr>
      <w:r>
        <w:rPr>
          <w:rFonts w:ascii="Arial" w:hAnsi="Arial"/>
          <w:sz w:val="22"/>
        </w:rPr>
        <w:t>how is everyone?</w:t>
      </w:r>
    </w:p>
    <w:p>
      <w:pPr>
        <w:spacing w:after="0"/>
      </w:pPr>
    </w:p>
    <w:p>
      <w:pPr>
        <w:spacing w:after="0"/>
      </w:pPr>
      <w:r>
        <w:rPr>
          <w:rFonts w:ascii="Arial" w:hAnsi="Arial"/>
          <w:b/>
          <w:sz w:val="22"/>
        </w:rPr>
        <w:t xml:space="preserve">Lucy  </w:t>
      </w:r>
      <w:r>
        <w:rPr>
          <w:rFonts w:ascii="Arial" w:hAnsi="Arial"/>
          <w:color w:val="5D7284"/>
          <w:sz w:val="22"/>
        </w:rPr>
        <w:t>02:18</w:t>
      </w:r>
    </w:p>
    <w:p>
      <w:pPr>
        <w:spacing w:after="0"/>
      </w:pPr>
      <w:r>
        <w:rPr>
          <w:rFonts w:ascii="Arial" w:hAnsi="Arial"/>
          <w:sz w:val="22"/>
        </w:rPr>
        <w:t>Yes, I'm very well, sort of, I think I am. I'm hearing body at least. Yeah, haven't managed to injure myself in the time. We have stopped recording. We had had a break from recording, fell out my chair a few times, ordered a new wheelchair, not because I fell out of it, but yeah, I'm okay. I think I'm okay. How are you? Alice alright. Yeah,</w:t>
      </w:r>
    </w:p>
    <w:p>
      <w:pPr>
        <w:spacing w:after="0"/>
      </w:pPr>
    </w:p>
    <w:p>
      <w:pPr>
        <w:spacing w:after="0"/>
      </w:pPr>
      <w:r>
        <w:rPr>
          <w:rFonts w:ascii="Arial" w:hAnsi="Arial"/>
          <w:b/>
          <w:sz w:val="22"/>
        </w:rPr>
        <w:t xml:space="preserve">Alice  </w:t>
      </w:r>
      <w:r>
        <w:rPr>
          <w:rFonts w:ascii="Arial" w:hAnsi="Arial"/>
          <w:color w:val="5D7284"/>
          <w:sz w:val="22"/>
        </w:rPr>
        <w:t>02:42</w:t>
      </w:r>
    </w:p>
    <w:p>
      <w:pPr>
        <w:spacing w:after="0"/>
      </w:pPr>
      <w:r>
        <w:rPr>
          <w:rFonts w:ascii="Arial" w:hAnsi="Arial"/>
          <w:sz w:val="22"/>
        </w:rPr>
        <w:t>I am okay. I'm tired and regularly, just generally, a bit under the weather, because I have a toddler who puts everything in his mouth, and then literally, literally, the other day, just put his fingers in my mouth to see what was going on in there. So</w:t>
      </w:r>
    </w:p>
    <w:p>
      <w:pPr>
        <w:spacing w:after="0"/>
      </w:pPr>
    </w:p>
    <w:p>
      <w:pPr>
        <w:spacing w:after="0"/>
      </w:pPr>
      <w:r>
        <w:rPr>
          <w:rFonts w:ascii="Arial" w:hAnsi="Arial"/>
          <w:b/>
          <w:sz w:val="22"/>
        </w:rPr>
        <w:t xml:space="preserve">Lucy  </w:t>
      </w:r>
      <w:r>
        <w:rPr>
          <w:rFonts w:ascii="Arial" w:hAnsi="Arial"/>
          <w:color w:val="5D7284"/>
          <w:sz w:val="22"/>
        </w:rPr>
        <w:t>03:01</w:t>
      </w:r>
    </w:p>
    <w:p>
      <w:pPr>
        <w:spacing w:after="0"/>
      </w:pPr>
      <w:r>
        <w:rPr>
          <w:rFonts w:ascii="Arial" w:hAnsi="Arial"/>
          <w:sz w:val="22"/>
        </w:rPr>
        <w:t>why not what</w:t>
      </w:r>
    </w:p>
    <w:p>
      <w:pPr>
        <w:spacing w:after="0"/>
      </w:pPr>
    </w:p>
    <w:p>
      <w:pPr>
        <w:spacing w:after="0"/>
      </w:pPr>
      <w:r>
        <w:rPr>
          <w:rFonts w:ascii="Arial" w:hAnsi="Arial"/>
          <w:b/>
          <w:sz w:val="22"/>
        </w:rPr>
        <w:t xml:space="preserve">Daisy  </w:t>
      </w:r>
      <w:r>
        <w:rPr>
          <w:rFonts w:ascii="Arial" w:hAnsi="Arial"/>
          <w:color w:val="5D7284"/>
          <w:sz w:val="22"/>
        </w:rPr>
        <w:t>03:03</w:t>
      </w:r>
    </w:p>
    <w:p>
      <w:pPr>
        <w:spacing w:after="0"/>
      </w:pPr>
      <w:r>
        <w:rPr>
          <w:rFonts w:ascii="Arial" w:hAnsi="Arial"/>
          <w:sz w:val="22"/>
        </w:rPr>
        <w:t>was going on in there? Out of interest?</w:t>
      </w:r>
    </w:p>
    <w:p>
      <w:pPr>
        <w:spacing w:after="0"/>
      </w:pPr>
    </w:p>
    <w:p>
      <w:pPr>
        <w:spacing w:after="0"/>
      </w:pPr>
      <w:r>
        <w:rPr>
          <w:rFonts w:ascii="Arial" w:hAnsi="Arial"/>
          <w:b/>
          <w:sz w:val="22"/>
        </w:rPr>
        <w:t xml:space="preserve">Alice  </w:t>
      </w:r>
      <w:r>
        <w:rPr>
          <w:rFonts w:ascii="Arial" w:hAnsi="Arial"/>
          <w:color w:val="5D7284"/>
          <w:sz w:val="22"/>
        </w:rPr>
        <w:t>03:06</w:t>
      </w:r>
    </w:p>
    <w:p>
      <w:pPr>
        <w:spacing w:after="0"/>
      </w:pPr>
      <w:r>
        <w:rPr>
          <w:rFonts w:ascii="Arial" w:hAnsi="Arial"/>
          <w:sz w:val="22"/>
        </w:rPr>
        <w:t xml:space="preserve">Nothing, nothing. I made the mistake of making eye contact with him in a reasonably close proximity </w:t>
      </w:r>
    </w:p>
    <w:p>
      <w:pPr>
        <w:spacing w:after="0"/>
      </w:pPr>
    </w:p>
    <w:p>
      <w:pPr>
        <w:spacing w:after="0"/>
      </w:pPr>
      <w:r>
        <w:rPr>
          <w:rFonts w:ascii="Arial" w:hAnsi="Arial"/>
          <w:b/>
          <w:sz w:val="22"/>
        </w:rPr>
        <w:t xml:space="preserve">Lucy  </w:t>
      </w:r>
      <w:r>
        <w:rPr>
          <w:rFonts w:ascii="Arial" w:hAnsi="Arial"/>
          <w:color w:val="5D7284"/>
          <w:sz w:val="22"/>
        </w:rPr>
        <w:t>03:15</w:t>
      </w:r>
    </w:p>
    <w:p>
      <w:pPr>
        <w:spacing w:after="0"/>
      </w:pPr>
      <w:r>
        <w:rPr>
          <w:rFonts w:ascii="Arial" w:hAnsi="Arial"/>
          <w:sz w:val="22"/>
        </w:rPr>
        <w:t xml:space="preserve">you know what makes me laugh? Alice, the fact that we we went on a break because we were tired and nearly burnt out, and you've just got, I'm okay. I'm tired, still </w:t>
      </w:r>
    </w:p>
    <w:p>
      <w:pPr>
        <w:spacing w:after="0"/>
      </w:pPr>
    </w:p>
    <w:p>
      <w:pPr>
        <w:spacing w:after="0"/>
      </w:pPr>
      <w:r>
        <w:rPr>
          <w:rFonts w:ascii="Arial" w:hAnsi="Arial"/>
          <w:b/>
          <w:sz w:val="22"/>
        </w:rPr>
        <w:t xml:space="preserve">Alice  </w:t>
      </w:r>
      <w:r>
        <w:rPr>
          <w:rFonts w:ascii="Arial" w:hAnsi="Arial"/>
          <w:color w:val="5D7284"/>
          <w:sz w:val="22"/>
        </w:rPr>
        <w:t>03:25</w:t>
      </w:r>
    </w:p>
    <w:p>
      <w:pPr>
        <w:spacing w:after="0"/>
      </w:pPr>
      <w:r>
        <w:rPr>
          <w:rFonts w:ascii="Arial" w:hAnsi="Arial"/>
          <w:sz w:val="22"/>
        </w:rPr>
        <w:t>and burnt out.</w:t>
      </w:r>
    </w:p>
    <w:p>
      <w:pPr>
        <w:spacing w:after="0"/>
      </w:pPr>
    </w:p>
    <w:p>
      <w:pPr>
        <w:spacing w:after="0"/>
      </w:pPr>
      <w:r>
        <w:rPr>
          <w:rFonts w:ascii="Arial" w:hAnsi="Arial"/>
          <w:b/>
          <w:sz w:val="22"/>
        </w:rPr>
        <w:t xml:space="preserve">Lucy  </w:t>
      </w:r>
      <w:r>
        <w:rPr>
          <w:rFonts w:ascii="Arial" w:hAnsi="Arial"/>
          <w:color w:val="5D7284"/>
          <w:sz w:val="22"/>
        </w:rPr>
        <w:t>03:26</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03:26</w:t>
      </w:r>
    </w:p>
    <w:p>
      <w:pPr>
        <w:spacing w:after="0"/>
      </w:pPr>
      <w:r>
        <w:rPr>
          <w:rFonts w:ascii="Arial" w:hAnsi="Arial"/>
          <w:sz w:val="22"/>
        </w:rPr>
        <w:t>you know,</w:t>
      </w:r>
    </w:p>
    <w:p>
      <w:pPr>
        <w:spacing w:after="0"/>
      </w:pPr>
    </w:p>
    <w:p>
      <w:pPr>
        <w:spacing w:after="0"/>
      </w:pPr>
      <w:r>
        <w:rPr>
          <w:rFonts w:ascii="Arial" w:hAnsi="Arial"/>
          <w:b/>
          <w:sz w:val="22"/>
        </w:rPr>
        <w:t xml:space="preserve">Lucy  </w:t>
      </w:r>
      <w:r>
        <w:rPr>
          <w:rFonts w:ascii="Arial" w:hAnsi="Arial"/>
          <w:color w:val="5D7284"/>
          <w:sz w:val="22"/>
        </w:rPr>
        <w:t>03:27</w:t>
      </w:r>
    </w:p>
    <w:p>
      <w:pPr>
        <w:spacing w:after="0"/>
      </w:pPr>
      <w:r>
        <w:rPr>
          <w:rFonts w:ascii="Arial" w:hAnsi="Arial"/>
          <w:sz w:val="22"/>
        </w:rPr>
        <w:t>yeah, that's gonna be, that's going to be your new book. But Daisy's here with us for a very special reason this week, aren't you Daisy? Daisy. Do you want to tell everybody what you've been up to whilst we've been on our little sabbatical away from the podcast? Because it puts me and Alice to shame.</w:t>
      </w:r>
    </w:p>
    <w:p>
      <w:pPr>
        <w:spacing w:after="0"/>
      </w:pPr>
    </w:p>
    <w:p>
      <w:pPr>
        <w:spacing w:after="0"/>
      </w:pPr>
      <w:r>
        <w:rPr>
          <w:rFonts w:ascii="Arial" w:hAnsi="Arial"/>
          <w:b/>
          <w:sz w:val="22"/>
        </w:rPr>
        <w:t xml:space="preserve">Alice  </w:t>
      </w:r>
      <w:r>
        <w:rPr>
          <w:rFonts w:ascii="Arial" w:hAnsi="Arial"/>
          <w:color w:val="5D7284"/>
          <w:sz w:val="22"/>
        </w:rPr>
        <w:t>03:27</w:t>
      </w:r>
    </w:p>
    <w:p>
      <w:pPr>
        <w:spacing w:after="0"/>
      </w:pPr>
      <w:r>
        <w:rPr>
          <w:rFonts w:ascii="Arial" w:hAnsi="Arial"/>
          <w:sz w:val="22"/>
        </w:rPr>
        <w:t>I, I am getting the distinct impression from other people that I speak with this may just be being a parent, and I now, I now look at my parents with a real, sort of new insight into like you, you had no idea what you were doing, and you were just fucking exhausted the whole time, and just were just hoping that I would, I wouldn't die in between the next time I fell asleep. , just parenting.</w:t>
      </w:r>
    </w:p>
    <w:p>
      <w:pPr>
        <w:spacing w:after="0"/>
      </w:pPr>
    </w:p>
    <w:p>
      <w:pPr>
        <w:spacing w:after="0"/>
      </w:pPr>
      <w:r>
        <w:rPr>
          <w:rFonts w:ascii="Arial" w:hAnsi="Arial"/>
          <w:b/>
          <w:sz w:val="22"/>
        </w:rPr>
        <w:t xml:space="preserve">Lucy  </w:t>
      </w:r>
      <w:r>
        <w:rPr>
          <w:rFonts w:ascii="Arial" w:hAnsi="Arial"/>
          <w:color w:val="5D7284"/>
          <w:sz w:val="22"/>
        </w:rPr>
        <w:t>03:27</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04:15</w:t>
      </w:r>
    </w:p>
    <w:p>
      <w:pPr>
        <w:spacing w:after="0"/>
      </w:pPr>
      <w:r>
        <w:rPr>
          <w:rFonts w:ascii="Arial" w:hAnsi="Arial"/>
          <w:sz w:val="22"/>
        </w:rPr>
        <w:t>Well,if it helps, I've done it over an extended period of time. I didn't just do it during this little break. It wasn't like I haven't been able to come and speak through a microphone for sort of two hours at a time. I guess I'd better write all of this down into a book, get it out there (Alice and Lucy laugh)</w:t>
      </w:r>
    </w:p>
    <w:p>
      <w:pPr>
        <w:spacing w:after="0"/>
      </w:pPr>
    </w:p>
    <w:p>
      <w:pPr>
        <w:spacing w:after="0"/>
      </w:pPr>
      <w:r>
        <w:rPr>
          <w:rFonts w:ascii="Arial" w:hAnsi="Arial"/>
          <w:b/>
          <w:sz w:val="22"/>
        </w:rPr>
        <w:t xml:space="preserve">Daisy  </w:t>
      </w:r>
      <w:r>
        <w:rPr>
          <w:rFonts w:ascii="Arial" w:hAnsi="Arial"/>
          <w:color w:val="5D7284"/>
          <w:sz w:val="22"/>
        </w:rPr>
        <w:t>04:37</w:t>
      </w:r>
    </w:p>
    <w:p>
      <w:pPr>
        <w:spacing w:after="0"/>
      </w:pPr>
      <w:r>
        <w:rPr>
          <w:rFonts w:ascii="Arial" w:hAnsi="Arial"/>
          <w:sz w:val="22"/>
        </w:rPr>
        <w:t>So, yeah, I wrote a book. Yeah?</w:t>
      </w:r>
    </w:p>
    <w:p>
      <w:pPr>
        <w:spacing w:after="0"/>
      </w:pPr>
    </w:p>
    <w:p>
      <w:pPr>
        <w:spacing w:after="0"/>
      </w:pPr>
      <w:r>
        <w:rPr>
          <w:rFonts w:ascii="Arial" w:hAnsi="Arial"/>
          <w:b/>
          <w:sz w:val="22"/>
        </w:rPr>
        <w:t xml:space="preserve">Lucy  </w:t>
      </w:r>
      <w:r>
        <w:rPr>
          <w:rFonts w:ascii="Arial" w:hAnsi="Arial"/>
          <w:color w:val="5D7284"/>
          <w:sz w:val="22"/>
        </w:rPr>
        <w:t>04:39</w:t>
      </w:r>
    </w:p>
    <w:p>
      <w:pPr>
        <w:spacing w:after="0"/>
      </w:pPr>
      <w:r>
        <w:rPr>
          <w:rFonts w:ascii="Arial" w:hAnsi="Arial"/>
          <w:sz w:val="22"/>
        </w:rPr>
        <w:t>Yeah! Dead clever.</w:t>
      </w:r>
    </w:p>
    <w:p>
      <w:pPr>
        <w:spacing w:after="0"/>
      </w:pPr>
    </w:p>
    <w:p>
      <w:pPr>
        <w:spacing w:after="0"/>
      </w:pPr>
      <w:r>
        <w:rPr>
          <w:rFonts w:ascii="Arial" w:hAnsi="Arial"/>
          <w:b/>
          <w:sz w:val="22"/>
        </w:rPr>
        <w:t xml:space="preserve">Daisy  </w:t>
      </w:r>
      <w:r>
        <w:rPr>
          <w:rFonts w:ascii="Arial" w:hAnsi="Arial"/>
          <w:color w:val="5D7284"/>
          <w:sz w:val="22"/>
        </w:rPr>
        <w:t>04:43</w:t>
      </w:r>
    </w:p>
    <w:p>
      <w:pPr>
        <w:spacing w:after="0"/>
      </w:pPr>
      <w:r>
        <w:rPr>
          <w:rFonts w:ascii="Arial" w:hAnsi="Arial"/>
          <w:sz w:val="22"/>
        </w:rPr>
        <w:t>But, you cant say...you haven't read it yet. It might be nonsense.</w:t>
      </w:r>
    </w:p>
    <w:p>
      <w:pPr>
        <w:spacing w:after="0"/>
      </w:pPr>
    </w:p>
    <w:p>
      <w:pPr>
        <w:spacing w:after="0"/>
      </w:pPr>
      <w:r>
        <w:rPr>
          <w:rFonts w:ascii="Arial" w:hAnsi="Arial"/>
          <w:b/>
          <w:sz w:val="22"/>
        </w:rPr>
        <w:t xml:space="preserve">Lucy  </w:t>
      </w:r>
      <w:r>
        <w:rPr>
          <w:rFonts w:ascii="Arial" w:hAnsi="Arial"/>
          <w:color w:val="5D7284"/>
          <w:sz w:val="22"/>
        </w:rPr>
        <w:t>04:47</w:t>
      </w:r>
    </w:p>
    <w:p>
      <w:pPr>
        <w:spacing w:after="0"/>
      </w:pPr>
      <w:r>
        <w:rPr>
          <w:rFonts w:ascii="Arial" w:hAnsi="Arial"/>
          <w:sz w:val="22"/>
        </w:rPr>
        <w:t>I mean, its not though, is it? I mean,</w:t>
      </w:r>
    </w:p>
    <w:p>
      <w:pPr>
        <w:spacing w:after="0"/>
      </w:pPr>
    </w:p>
    <w:p>
      <w:pPr>
        <w:spacing w:after="0"/>
      </w:pPr>
      <w:r>
        <w:rPr>
          <w:rFonts w:ascii="Arial" w:hAnsi="Arial"/>
          <w:b/>
          <w:sz w:val="22"/>
        </w:rPr>
        <w:t xml:space="preserve">Alice  </w:t>
      </w:r>
      <w:r>
        <w:rPr>
          <w:rFonts w:ascii="Arial" w:hAnsi="Arial"/>
          <w:color w:val="5D7284"/>
          <w:sz w:val="22"/>
        </w:rPr>
        <w:t>04:50</w:t>
      </w:r>
    </w:p>
    <w:p>
      <w:pPr>
        <w:spacing w:after="0"/>
      </w:pPr>
      <w:r>
        <w:rPr>
          <w:rFonts w:ascii="Arial" w:hAnsi="Arial"/>
          <w:sz w:val="22"/>
        </w:rPr>
        <w:t>well, I don't know. I've done enough history lessons with Daisy to know that there is a reasonable amount of nonsense involved, but that's part of the joy.</w:t>
      </w:r>
    </w:p>
    <w:p>
      <w:pPr>
        <w:spacing w:after="0"/>
      </w:pPr>
    </w:p>
    <w:p>
      <w:pPr>
        <w:spacing w:after="0"/>
      </w:pPr>
      <w:r>
        <w:rPr>
          <w:rFonts w:ascii="Arial" w:hAnsi="Arial"/>
          <w:b/>
          <w:sz w:val="22"/>
        </w:rPr>
        <w:t xml:space="preserve">Daisy  </w:t>
      </w:r>
      <w:r>
        <w:rPr>
          <w:rFonts w:ascii="Arial" w:hAnsi="Arial"/>
          <w:color w:val="5D7284"/>
          <w:sz w:val="22"/>
        </w:rPr>
        <w:t>04:57</w:t>
      </w:r>
    </w:p>
    <w:p>
      <w:pPr>
        <w:spacing w:after="0"/>
      </w:pPr>
      <w:r>
        <w:rPr>
          <w:rFonts w:ascii="Arial" w:hAnsi="Arial"/>
          <w:sz w:val="22"/>
        </w:rPr>
        <w:t>Yeah, yeah, a bit of nonsense. I'm pretty. Sure all of it is in sentences.</w:t>
      </w:r>
    </w:p>
    <w:p>
      <w:pPr>
        <w:spacing w:after="0"/>
      </w:pPr>
    </w:p>
    <w:p>
      <w:pPr>
        <w:spacing w:after="0"/>
      </w:pPr>
      <w:r>
        <w:rPr>
          <w:rFonts w:ascii="Arial" w:hAnsi="Arial"/>
          <w:b/>
          <w:sz w:val="22"/>
        </w:rPr>
        <w:t xml:space="preserve">Alice  </w:t>
      </w:r>
      <w:r>
        <w:rPr>
          <w:rFonts w:ascii="Arial" w:hAnsi="Arial"/>
          <w:color w:val="5D7284"/>
          <w:sz w:val="22"/>
        </w:rPr>
        <w:t>05:01</w:t>
      </w:r>
    </w:p>
    <w:p>
      <w:pPr>
        <w:spacing w:after="0"/>
      </w:pPr>
      <w:r>
        <w:rPr>
          <w:rFonts w:ascii="Arial" w:hAnsi="Arial"/>
          <w:sz w:val="22"/>
        </w:rPr>
        <w:t>Yeah, some some history, some nonsense.</w:t>
      </w:r>
    </w:p>
    <w:p>
      <w:pPr>
        <w:spacing w:after="0"/>
      </w:pPr>
    </w:p>
    <w:p>
      <w:pPr>
        <w:spacing w:after="0"/>
      </w:pPr>
      <w:r>
        <w:rPr>
          <w:rFonts w:ascii="Arial" w:hAnsi="Arial"/>
          <w:b/>
          <w:sz w:val="22"/>
        </w:rPr>
        <w:t xml:space="preserve">Lucy  </w:t>
      </w:r>
      <w:r>
        <w:rPr>
          <w:rFonts w:ascii="Arial" w:hAnsi="Arial"/>
          <w:color w:val="5D7284"/>
          <w:sz w:val="22"/>
        </w:rPr>
        <w:t>05:05</w:t>
      </w:r>
    </w:p>
    <w:p>
      <w:pPr>
        <w:spacing w:after="0"/>
      </w:pPr>
      <w:r>
        <w:rPr>
          <w:rFonts w:ascii="Arial" w:hAnsi="Arial"/>
          <w:sz w:val="22"/>
        </w:rPr>
        <w:t>Is there any pretty good involved?</w:t>
      </w:r>
    </w:p>
    <w:p>
      <w:pPr>
        <w:spacing w:after="0"/>
      </w:pPr>
    </w:p>
    <w:p>
      <w:pPr>
        <w:spacing w:after="0"/>
      </w:pPr>
      <w:r>
        <w:rPr>
          <w:rFonts w:ascii="Arial" w:hAnsi="Arial"/>
          <w:b/>
          <w:sz w:val="22"/>
        </w:rPr>
        <w:t xml:space="preserve">Daisy  </w:t>
      </w:r>
      <w:r>
        <w:rPr>
          <w:rFonts w:ascii="Arial" w:hAnsi="Arial"/>
          <w:color w:val="5D7284"/>
          <w:sz w:val="22"/>
        </w:rPr>
        <w:t>05:09</w:t>
      </w:r>
    </w:p>
    <w:p>
      <w:pPr>
        <w:spacing w:after="0"/>
      </w:pPr>
      <w:r>
        <w:rPr>
          <w:rFonts w:ascii="Arial" w:hAnsi="Arial"/>
          <w:sz w:val="22"/>
        </w:rPr>
        <w:t>Oh, is there a bugle involved? I don't think so.</w:t>
      </w:r>
    </w:p>
    <w:p>
      <w:pPr>
        <w:spacing w:after="0"/>
      </w:pPr>
    </w:p>
    <w:p>
      <w:pPr>
        <w:spacing w:after="0"/>
      </w:pPr>
      <w:r>
        <w:rPr>
          <w:rFonts w:ascii="Arial" w:hAnsi="Arial"/>
          <w:b/>
          <w:sz w:val="22"/>
        </w:rPr>
        <w:t xml:space="preserve">Lucy  </w:t>
      </w:r>
      <w:r>
        <w:rPr>
          <w:rFonts w:ascii="Arial" w:hAnsi="Arial"/>
          <w:color w:val="5D7284"/>
          <w:sz w:val="22"/>
        </w:rPr>
        <w:t>05:13</w:t>
      </w:r>
    </w:p>
    <w:p>
      <w:pPr>
        <w:spacing w:after="0"/>
      </w:pPr>
      <w:r>
        <w:rPr>
          <w:rFonts w:ascii="Arial" w:hAnsi="Arial"/>
          <w:sz w:val="22"/>
        </w:rPr>
        <w:t>Could I suggest that that be like bonus video content that, like people can access on a second edition, on a VR code, like Daisy playing the bugle.</w:t>
      </w:r>
    </w:p>
    <w:p>
      <w:pPr>
        <w:spacing w:after="0"/>
      </w:pPr>
    </w:p>
    <w:p>
      <w:pPr>
        <w:spacing w:after="0"/>
      </w:pPr>
      <w:r>
        <w:rPr>
          <w:rFonts w:ascii="Arial" w:hAnsi="Arial"/>
          <w:b/>
          <w:sz w:val="22"/>
        </w:rPr>
        <w:t xml:space="preserve">Daisy  </w:t>
      </w:r>
      <w:r>
        <w:rPr>
          <w:rFonts w:ascii="Arial" w:hAnsi="Arial"/>
          <w:color w:val="5D7284"/>
          <w:sz w:val="22"/>
        </w:rPr>
        <w:t>05:23</w:t>
      </w:r>
    </w:p>
    <w:p>
      <w:pPr>
        <w:spacing w:after="0"/>
      </w:pPr>
      <w:r>
        <w:rPr>
          <w:rFonts w:ascii="Arial" w:hAnsi="Arial"/>
          <w:sz w:val="22"/>
        </w:rPr>
        <w:t>No instead, there is feature something called a banquet, which is just like a big thing of water that you stand in and electrocute it a bit, and then maybe you're cured.</w:t>
      </w:r>
    </w:p>
    <w:p>
      <w:pPr>
        <w:spacing w:after="0"/>
      </w:pPr>
    </w:p>
    <w:p>
      <w:pPr>
        <w:spacing w:after="0"/>
      </w:pPr>
      <w:r>
        <w:rPr>
          <w:rFonts w:ascii="Arial" w:hAnsi="Arial"/>
          <w:b/>
          <w:sz w:val="22"/>
        </w:rPr>
        <w:t xml:space="preserve">Lucy  </w:t>
      </w:r>
      <w:r>
        <w:rPr>
          <w:rFonts w:ascii="Arial" w:hAnsi="Arial"/>
          <w:color w:val="5D7284"/>
          <w:sz w:val="22"/>
        </w:rPr>
        <w:t>05:35</w:t>
      </w:r>
    </w:p>
    <w:p>
      <w:pPr>
        <w:spacing w:after="0"/>
      </w:pPr>
      <w:r>
        <w:rPr>
          <w:rFonts w:ascii="Arial" w:hAnsi="Arial"/>
          <w:sz w:val="22"/>
        </w:rPr>
        <w:t>What had you been talking Have you talked about magnets and getting in the bath with magnets.</w:t>
      </w:r>
    </w:p>
    <w:p>
      <w:pPr>
        <w:spacing w:after="0"/>
      </w:pPr>
    </w:p>
    <w:p>
      <w:pPr>
        <w:spacing w:after="0"/>
      </w:pPr>
      <w:r>
        <w:rPr>
          <w:rFonts w:ascii="Arial" w:hAnsi="Arial"/>
          <w:b/>
          <w:sz w:val="22"/>
        </w:rPr>
        <w:t xml:space="preserve">Daisy  </w:t>
      </w:r>
      <w:r>
        <w:rPr>
          <w:rFonts w:ascii="Arial" w:hAnsi="Arial"/>
          <w:color w:val="5D7284"/>
          <w:sz w:val="22"/>
        </w:rPr>
        <w:t>05:42</w:t>
      </w:r>
    </w:p>
    <w:p>
      <w:pPr>
        <w:spacing w:after="0"/>
      </w:pPr>
      <w:r>
        <w:rPr>
          <w:rFonts w:ascii="Arial" w:hAnsi="Arial"/>
          <w:sz w:val="22"/>
        </w:rPr>
        <w:t>I have that that is a feature,</w:t>
      </w:r>
    </w:p>
    <w:p>
      <w:pPr>
        <w:spacing w:after="0"/>
      </w:pPr>
    </w:p>
    <w:p>
      <w:pPr>
        <w:spacing w:after="0"/>
      </w:pPr>
      <w:r>
        <w:rPr>
          <w:rFonts w:ascii="Arial" w:hAnsi="Arial"/>
          <w:b/>
          <w:sz w:val="22"/>
        </w:rPr>
        <w:t xml:space="preserve">Lucy  </w:t>
      </w:r>
      <w:r>
        <w:rPr>
          <w:rFonts w:ascii="Arial" w:hAnsi="Arial"/>
          <w:color w:val="5D7284"/>
          <w:sz w:val="22"/>
        </w:rPr>
        <w:t>05:45</w:t>
      </w:r>
    </w:p>
    <w:p>
      <w:pPr>
        <w:spacing w:after="0"/>
      </w:pPr>
      <w:r>
        <w:rPr>
          <w:rFonts w:ascii="Arial" w:hAnsi="Arial"/>
          <w:sz w:val="22"/>
        </w:rPr>
        <w:t>favorite topic, yeah, of the podcast, not of Me.</w:t>
      </w:r>
    </w:p>
    <w:p>
      <w:pPr>
        <w:spacing w:after="0"/>
      </w:pPr>
    </w:p>
    <w:p>
      <w:pPr>
        <w:spacing w:after="0"/>
      </w:pPr>
      <w:r>
        <w:rPr>
          <w:rFonts w:ascii="Arial" w:hAnsi="Arial"/>
          <w:b/>
          <w:sz w:val="22"/>
        </w:rPr>
        <w:t xml:space="preserve">Daisy  </w:t>
      </w:r>
      <w:r>
        <w:rPr>
          <w:rFonts w:ascii="Arial" w:hAnsi="Arial"/>
          <w:color w:val="5D7284"/>
          <w:sz w:val="22"/>
        </w:rPr>
        <w:t>05:51</w:t>
      </w:r>
    </w:p>
    <w:p>
      <w:pPr>
        <w:spacing w:after="0"/>
      </w:pPr>
      <w:r>
        <w:rPr>
          <w:rFonts w:ascii="Arial" w:hAnsi="Arial"/>
          <w:sz w:val="22"/>
        </w:rPr>
        <w:t>Mesmerism is a, is a factor. Um, because, well, yeah, because it's a, it's a book on queer and disabled history. So it's a lot of points where those two types of history kind of cross over in ways that you wouldn't necessarily expect.</w:t>
      </w:r>
    </w:p>
    <w:p>
      <w:pPr>
        <w:spacing w:after="0"/>
      </w:pPr>
    </w:p>
    <w:p>
      <w:pPr>
        <w:spacing w:after="0"/>
      </w:pPr>
      <w:r>
        <w:rPr>
          <w:rFonts w:ascii="Arial" w:hAnsi="Arial"/>
          <w:b/>
          <w:sz w:val="22"/>
        </w:rPr>
        <w:t xml:space="preserve">Alice  </w:t>
      </w:r>
      <w:r>
        <w:rPr>
          <w:rFonts w:ascii="Arial" w:hAnsi="Arial"/>
          <w:color w:val="5D7284"/>
          <w:sz w:val="22"/>
        </w:rPr>
        <w:t>06:12</w:t>
      </w:r>
    </w:p>
    <w:p>
      <w:pPr>
        <w:spacing w:after="0"/>
      </w:pPr>
      <w:r>
        <w:rPr>
          <w:rFonts w:ascii="Arial" w:hAnsi="Arial"/>
          <w:sz w:val="22"/>
        </w:rPr>
        <w:t>Well. And I think one of the things we did establish was about Mesmer was that his thing was like, Hey, let me give me a magnet and my penis, even if you don't want it. So feels like, you know, there was bound to be people of a variety of genders who were like, No, thank you.</w:t>
      </w:r>
    </w:p>
    <w:p>
      <w:pPr>
        <w:spacing w:after="0"/>
      </w:pPr>
    </w:p>
    <w:p>
      <w:pPr>
        <w:spacing w:after="0"/>
      </w:pPr>
      <w:r>
        <w:rPr>
          <w:rFonts w:ascii="Arial" w:hAnsi="Arial"/>
          <w:b/>
          <w:sz w:val="22"/>
        </w:rPr>
        <w:t xml:space="preserve">Daisy  </w:t>
      </w:r>
      <w:r>
        <w:rPr>
          <w:rFonts w:ascii="Arial" w:hAnsi="Arial"/>
          <w:color w:val="5D7284"/>
          <w:sz w:val="22"/>
        </w:rPr>
        <w:t>06:32</w:t>
      </w:r>
    </w:p>
    <w:p>
      <w:pPr>
        <w:spacing w:after="0"/>
      </w:pPr>
      <w:r>
        <w:rPr>
          <w:rFonts w:ascii="Arial" w:hAnsi="Arial"/>
          <w:sz w:val="22"/>
        </w:rPr>
        <w:t>Yeah. So when it's not even actually focusing on on him, that that chapter is so basically with um following individual people who were both queer and disabled, or as far as we can tell, both queer and disabled. And so that chapter is actually following Harry Harriet Martineau,</w:t>
      </w:r>
    </w:p>
    <w:p>
      <w:pPr>
        <w:spacing w:after="0"/>
      </w:pPr>
    </w:p>
    <w:p>
      <w:pPr>
        <w:spacing w:after="0"/>
      </w:pPr>
      <w:r>
        <w:rPr>
          <w:rFonts w:ascii="Arial" w:hAnsi="Arial"/>
          <w:b/>
          <w:sz w:val="22"/>
        </w:rPr>
        <w:t xml:space="preserve">Alice  </w:t>
      </w:r>
      <w:r>
        <w:rPr>
          <w:rFonts w:ascii="Arial" w:hAnsi="Arial"/>
          <w:color w:val="5D7284"/>
          <w:sz w:val="22"/>
        </w:rPr>
        <w:t>06:56</w:t>
      </w:r>
    </w:p>
    <w:p>
      <w:pPr>
        <w:spacing w:after="0"/>
      </w:pPr>
      <w:r>
        <w:rPr>
          <w:rFonts w:ascii="Arial" w:hAnsi="Arial"/>
          <w:sz w:val="22"/>
        </w:rPr>
        <w:t xml:space="preserve">who you covered on the show </w:t>
      </w:r>
    </w:p>
    <w:p>
      <w:pPr>
        <w:spacing w:after="0"/>
      </w:pPr>
    </w:p>
    <w:p>
      <w:pPr>
        <w:spacing w:after="0"/>
      </w:pPr>
      <w:r>
        <w:rPr>
          <w:rFonts w:ascii="Arial" w:hAnsi="Arial"/>
          <w:b/>
          <w:sz w:val="22"/>
        </w:rPr>
        <w:t xml:space="preserve">Daisy  </w:t>
      </w:r>
      <w:r>
        <w:rPr>
          <w:rFonts w:ascii="Arial" w:hAnsi="Arial"/>
          <w:color w:val="5D7284"/>
          <w:sz w:val="22"/>
        </w:rPr>
        <w:t>06:58</w:t>
      </w:r>
    </w:p>
    <w:p>
      <w:pPr>
        <w:spacing w:after="0"/>
      </w:pPr>
      <w:r>
        <w:rPr>
          <w:rFonts w:ascii="Arial" w:hAnsi="Arial"/>
          <w:sz w:val="22"/>
        </w:rPr>
        <w:t xml:space="preserve">we have mentioned before. Yes, she also lived in Bristol for a bit, where I am based, so that was nice, yeah, and because all of her, well, the mesmerism that she'd really liked is kind of the basis of modern day hypnosis, that chapter also covers, you know, conversion therapies and things like that. It's that, you know, that that bit's maybe not quite so funny. But there's, there's the whole bit about him being run out of Paris, which is, which is more more interesting mesma that is, </w:t>
      </w:r>
    </w:p>
    <w:p>
      <w:pPr>
        <w:spacing w:after="0"/>
      </w:pPr>
    </w:p>
    <w:p>
      <w:pPr>
        <w:spacing w:after="0"/>
      </w:pPr>
      <w:r>
        <w:rPr>
          <w:rFonts w:ascii="Arial" w:hAnsi="Arial"/>
          <w:b/>
          <w:sz w:val="22"/>
        </w:rPr>
        <w:t xml:space="preserve">Alice  </w:t>
      </w:r>
      <w:r>
        <w:rPr>
          <w:rFonts w:ascii="Arial" w:hAnsi="Arial"/>
          <w:color w:val="5D7284"/>
          <w:sz w:val="22"/>
        </w:rPr>
        <w:t>07:38</w:t>
      </w:r>
    </w:p>
    <w:p>
      <w:pPr>
        <w:spacing w:after="0"/>
      </w:pPr>
      <w:r>
        <w:rPr>
          <w:rFonts w:ascii="Arial" w:hAnsi="Arial"/>
          <w:sz w:val="22"/>
        </w:rPr>
        <w:t>Yeah, And just to confirm, nobody put Harriet in a bath and electrocuted her.</w:t>
      </w:r>
    </w:p>
    <w:p>
      <w:pPr>
        <w:spacing w:after="0"/>
      </w:pPr>
    </w:p>
    <w:p>
      <w:pPr>
        <w:spacing w:after="0"/>
      </w:pPr>
      <w:r>
        <w:rPr>
          <w:rFonts w:ascii="Arial" w:hAnsi="Arial"/>
          <w:b/>
          <w:sz w:val="22"/>
        </w:rPr>
        <w:t xml:space="preserve">Daisy  </w:t>
      </w:r>
      <w:r>
        <w:rPr>
          <w:rFonts w:ascii="Arial" w:hAnsi="Arial"/>
          <w:color w:val="5D7284"/>
          <w:sz w:val="22"/>
        </w:rPr>
        <w:t>07:43</w:t>
      </w:r>
    </w:p>
    <w:p>
      <w:pPr>
        <w:spacing w:after="0"/>
      </w:pPr>
      <w:r>
        <w:rPr>
          <w:rFonts w:ascii="Arial" w:hAnsi="Arial"/>
          <w:sz w:val="22"/>
        </w:rPr>
        <w:t>No, it was magnet. Yeah, yeah. No, she was, she was more with the the magnets and the individual person, kind of, you know, waving their hands over a body and going, woo,</w:t>
      </w:r>
    </w:p>
    <w:p>
      <w:pPr>
        <w:spacing w:after="0"/>
      </w:pPr>
    </w:p>
    <w:p>
      <w:pPr>
        <w:spacing w:after="0"/>
      </w:pPr>
      <w:r>
        <w:rPr>
          <w:rFonts w:ascii="Arial" w:hAnsi="Arial"/>
          <w:b/>
          <w:sz w:val="22"/>
        </w:rPr>
        <w:t xml:space="preserve">Lucy  </w:t>
      </w:r>
      <w:r>
        <w:rPr>
          <w:rFonts w:ascii="Arial" w:hAnsi="Arial"/>
          <w:color w:val="5D7284"/>
          <w:sz w:val="22"/>
        </w:rPr>
        <w:t>07:52</w:t>
      </w:r>
    </w:p>
    <w:p>
      <w:pPr>
        <w:spacing w:after="0"/>
      </w:pPr>
      <w:r>
        <w:rPr>
          <w:rFonts w:ascii="Arial" w:hAnsi="Arial"/>
          <w:sz w:val="22"/>
        </w:rPr>
        <w:t>in the bath,</w:t>
      </w:r>
    </w:p>
    <w:p>
      <w:pPr>
        <w:spacing w:after="0"/>
      </w:pPr>
    </w:p>
    <w:p>
      <w:pPr>
        <w:spacing w:after="0"/>
      </w:pPr>
      <w:r>
        <w:rPr>
          <w:rFonts w:ascii="Arial" w:hAnsi="Arial"/>
          <w:b/>
          <w:sz w:val="22"/>
        </w:rPr>
        <w:t xml:space="preserve">Daisy  </w:t>
      </w:r>
      <w:r>
        <w:rPr>
          <w:rFonts w:ascii="Arial" w:hAnsi="Arial"/>
          <w:color w:val="5D7284"/>
          <w:sz w:val="22"/>
        </w:rPr>
        <w:t>07:53</w:t>
      </w:r>
    </w:p>
    <w:p>
      <w:pPr>
        <w:spacing w:after="0"/>
      </w:pPr>
      <w:r>
        <w:rPr>
          <w:rFonts w:ascii="Arial" w:hAnsi="Arial"/>
          <w:sz w:val="22"/>
        </w:rPr>
        <w:t>yeah, I can't remember if she was in a bath. It might say in the book, well,</w:t>
      </w:r>
    </w:p>
    <w:p>
      <w:pPr>
        <w:spacing w:after="0"/>
      </w:pPr>
    </w:p>
    <w:p>
      <w:pPr>
        <w:spacing w:after="0"/>
      </w:pPr>
      <w:r>
        <w:rPr>
          <w:rFonts w:ascii="Arial" w:hAnsi="Arial"/>
          <w:b/>
          <w:sz w:val="22"/>
        </w:rPr>
        <w:t xml:space="preserve">Lucy  </w:t>
      </w:r>
      <w:r>
        <w:rPr>
          <w:rFonts w:ascii="Arial" w:hAnsi="Arial"/>
          <w:color w:val="5D7284"/>
          <w:sz w:val="22"/>
        </w:rPr>
        <w:t>07:57</w:t>
      </w:r>
    </w:p>
    <w:p>
      <w:pPr>
        <w:spacing w:after="0"/>
      </w:pPr>
      <w:r>
        <w:rPr>
          <w:rFonts w:ascii="Arial" w:hAnsi="Arial"/>
          <w:sz w:val="22"/>
        </w:rPr>
        <w:t>yeah, I would imagine that it would be like, relax, float away in the water, and I'll just stick these magnets in. I imagine I wasn't there. I don't know.</w:t>
      </w:r>
    </w:p>
    <w:p>
      <w:pPr>
        <w:spacing w:after="0"/>
      </w:pPr>
    </w:p>
    <w:p>
      <w:pPr>
        <w:spacing w:after="0"/>
      </w:pPr>
      <w:r>
        <w:rPr>
          <w:rFonts w:ascii="Arial" w:hAnsi="Arial"/>
          <w:b/>
          <w:sz w:val="22"/>
        </w:rPr>
        <w:t xml:space="preserve">Alice  </w:t>
      </w:r>
      <w:r>
        <w:rPr>
          <w:rFonts w:ascii="Arial" w:hAnsi="Arial"/>
          <w:color w:val="5D7284"/>
          <w:sz w:val="22"/>
        </w:rPr>
        <w:t>08:06</w:t>
      </w:r>
    </w:p>
    <w:p>
      <w:pPr>
        <w:spacing w:after="0"/>
      </w:pPr>
      <w:r>
        <w:rPr>
          <w:rFonts w:ascii="Arial" w:hAnsi="Arial"/>
          <w:sz w:val="22"/>
        </w:rPr>
        <w:t>I assume they have, like, special magnets that they use, and not like, you know, your novelty seaside magnets that you pick up when you go on holiday, and you know the Mickey Mouse head that you've</w:t>
      </w:r>
    </w:p>
    <w:p>
      <w:pPr>
        <w:spacing w:after="0"/>
      </w:pPr>
    </w:p>
    <w:p>
      <w:pPr>
        <w:spacing w:after="0"/>
      </w:pPr>
      <w:r>
        <w:rPr>
          <w:rFonts w:ascii="Arial" w:hAnsi="Arial"/>
          <w:b/>
          <w:sz w:val="22"/>
        </w:rPr>
        <w:t xml:space="preserve">Lucy  </w:t>
      </w:r>
      <w:r>
        <w:rPr>
          <w:rFonts w:ascii="Arial" w:hAnsi="Arial"/>
          <w:color w:val="5D7284"/>
          <w:sz w:val="22"/>
        </w:rPr>
        <w:t>08:17</w:t>
      </w:r>
    </w:p>
    <w:p>
      <w:pPr>
        <w:spacing w:after="0"/>
      </w:pPr>
      <w:r>
        <w:rPr>
          <w:rFonts w:ascii="Arial" w:hAnsi="Arial"/>
          <w:sz w:val="22"/>
        </w:rPr>
        <w:t xml:space="preserve">Not the ones you got in science class </w:t>
      </w:r>
    </w:p>
    <w:p>
      <w:pPr>
        <w:spacing w:after="0"/>
      </w:pPr>
    </w:p>
    <w:p>
      <w:pPr>
        <w:spacing w:after="0"/>
      </w:pPr>
      <w:r>
        <w:rPr>
          <w:rFonts w:ascii="Arial" w:hAnsi="Arial"/>
          <w:b/>
          <w:sz w:val="22"/>
        </w:rPr>
        <w:t xml:space="preserve">Daisy  </w:t>
      </w:r>
      <w:r>
        <w:rPr>
          <w:rFonts w:ascii="Arial" w:hAnsi="Arial"/>
          <w:color w:val="5D7284"/>
          <w:sz w:val="22"/>
        </w:rPr>
        <w:t>08:20</w:t>
      </w:r>
    </w:p>
    <w:p>
      <w:pPr>
        <w:spacing w:after="0"/>
      </w:pPr>
      <w:r>
        <w:rPr>
          <w:rFonts w:ascii="Arial" w:hAnsi="Arial"/>
          <w:sz w:val="22"/>
        </w:rPr>
        <w:t>it being those kind of magnets that always show up in, like cartoons and things like the U shaped.</w:t>
      </w:r>
    </w:p>
    <w:p>
      <w:pPr>
        <w:spacing w:after="0"/>
      </w:pPr>
    </w:p>
    <w:p>
      <w:pPr>
        <w:spacing w:after="0"/>
      </w:pPr>
      <w:r>
        <w:rPr>
          <w:rFonts w:ascii="Arial" w:hAnsi="Arial"/>
          <w:b/>
          <w:sz w:val="22"/>
        </w:rPr>
        <w:t xml:space="preserve">Alice  </w:t>
      </w:r>
      <w:r>
        <w:rPr>
          <w:rFonts w:ascii="Arial" w:hAnsi="Arial"/>
          <w:color w:val="5D7284"/>
          <w:sz w:val="22"/>
        </w:rPr>
        <w:t>08:25</w:t>
      </w:r>
    </w:p>
    <w:p>
      <w:pPr>
        <w:spacing w:after="0"/>
      </w:pPr>
      <w:r>
        <w:rPr>
          <w:rFonts w:ascii="Arial" w:hAnsi="Arial"/>
          <w:sz w:val="22"/>
        </w:rPr>
        <w:t>The U shaped was, like, red on, yeah.</w:t>
      </w:r>
    </w:p>
    <w:p>
      <w:pPr>
        <w:spacing w:after="0"/>
      </w:pPr>
    </w:p>
    <w:p>
      <w:pPr>
        <w:spacing w:after="0"/>
      </w:pPr>
      <w:r>
        <w:rPr>
          <w:rFonts w:ascii="Arial" w:hAnsi="Arial"/>
          <w:b/>
          <w:sz w:val="22"/>
        </w:rPr>
        <w:t xml:space="preserve">Lucy  </w:t>
      </w:r>
      <w:r>
        <w:rPr>
          <w:rFonts w:ascii="Arial" w:hAnsi="Arial"/>
          <w:color w:val="5D7284"/>
          <w:sz w:val="22"/>
        </w:rPr>
        <w:t>08:28</w:t>
      </w:r>
    </w:p>
    <w:p>
      <w:pPr>
        <w:spacing w:after="0"/>
      </w:pPr>
      <w:r>
        <w:rPr>
          <w:rFonts w:ascii="Arial" w:hAnsi="Arial"/>
          <w:sz w:val="22"/>
        </w:rPr>
        <w:t>Tom and Jerry Cartoons,</w:t>
      </w:r>
    </w:p>
    <w:p>
      <w:pPr>
        <w:spacing w:after="0"/>
      </w:pPr>
    </w:p>
    <w:p>
      <w:pPr>
        <w:spacing w:after="0"/>
      </w:pPr>
      <w:r>
        <w:rPr>
          <w:rFonts w:ascii="Arial" w:hAnsi="Arial"/>
          <w:b/>
          <w:sz w:val="22"/>
        </w:rPr>
        <w:t xml:space="preserve">Daisy  </w:t>
      </w:r>
      <w:r>
        <w:rPr>
          <w:rFonts w:ascii="Arial" w:hAnsi="Arial"/>
          <w:color w:val="5D7284"/>
          <w:sz w:val="22"/>
        </w:rPr>
        <w:t>08:32</w:t>
      </w:r>
    </w:p>
    <w:p>
      <w:pPr>
        <w:spacing w:after="0"/>
      </w:pPr>
      <w:r>
        <w:rPr>
          <w:rFonts w:ascii="Arial" w:hAnsi="Arial"/>
          <w:sz w:val="22"/>
        </w:rPr>
        <w:t>yeah. The magnets were relatively normal. It was the, you know, making them drink bits of metal so that they could feel it moving around. That was a bit more strange,</w:t>
      </w:r>
    </w:p>
    <w:p>
      <w:pPr>
        <w:spacing w:after="0"/>
      </w:pPr>
    </w:p>
    <w:p>
      <w:pPr>
        <w:spacing w:after="0"/>
      </w:pPr>
      <w:r>
        <w:rPr>
          <w:rFonts w:ascii="Arial" w:hAnsi="Arial"/>
          <w:b/>
          <w:sz w:val="22"/>
        </w:rPr>
        <w:t xml:space="preserve">Lucy  </w:t>
      </w:r>
      <w:r>
        <w:rPr>
          <w:rFonts w:ascii="Arial" w:hAnsi="Arial"/>
          <w:color w:val="5D7284"/>
          <w:sz w:val="22"/>
        </w:rPr>
        <w:t>08:42</w:t>
      </w:r>
    </w:p>
    <w:p>
      <w:pPr>
        <w:spacing w:after="0"/>
      </w:pPr>
      <w:r>
        <w:rPr>
          <w:rFonts w:ascii="Arial" w:hAnsi="Arial"/>
          <w:sz w:val="22"/>
        </w:rPr>
        <w:t xml:space="preserve">that is a bit weird, innit </w:t>
      </w:r>
    </w:p>
    <w:p>
      <w:pPr>
        <w:spacing w:after="0"/>
      </w:pPr>
    </w:p>
    <w:p>
      <w:pPr>
        <w:spacing w:after="0"/>
      </w:pPr>
      <w:r>
        <w:rPr>
          <w:rFonts w:ascii="Arial" w:hAnsi="Arial"/>
          <w:b/>
          <w:sz w:val="22"/>
        </w:rPr>
        <w:t xml:space="preserve">Daisy  </w:t>
      </w:r>
      <w:r>
        <w:rPr>
          <w:rFonts w:ascii="Arial" w:hAnsi="Arial"/>
          <w:color w:val="5D7284"/>
          <w:sz w:val="22"/>
        </w:rPr>
        <w:t>08:44</w:t>
      </w:r>
    </w:p>
    <w:p>
      <w:pPr>
        <w:spacing w:after="0"/>
      </w:pPr>
      <w:r>
        <w:rPr>
          <w:rFonts w:ascii="Arial" w:hAnsi="Arial"/>
          <w:sz w:val="22"/>
        </w:rPr>
        <w:t>yeah, but people in history loved making people drink things, yes, that then turn out to be poisonous.</w:t>
      </w:r>
    </w:p>
    <w:p>
      <w:pPr>
        <w:spacing w:after="0"/>
      </w:pPr>
    </w:p>
    <w:p>
      <w:pPr>
        <w:spacing w:after="0"/>
      </w:pPr>
      <w:r>
        <w:rPr>
          <w:rFonts w:ascii="Arial" w:hAnsi="Arial"/>
          <w:b/>
          <w:sz w:val="22"/>
        </w:rPr>
        <w:t xml:space="preserve">Alice  </w:t>
      </w:r>
      <w:r>
        <w:rPr>
          <w:rFonts w:ascii="Arial" w:hAnsi="Arial"/>
          <w:color w:val="5D7284"/>
          <w:sz w:val="22"/>
        </w:rPr>
        <w:t>08:52</w:t>
      </w:r>
    </w:p>
    <w:p>
      <w:pPr>
        <w:spacing w:after="0"/>
      </w:pPr>
      <w:r>
        <w:rPr>
          <w:rFonts w:ascii="Arial" w:hAnsi="Arial"/>
          <w:sz w:val="22"/>
        </w:rPr>
        <w:t>I don't know, have you, I wouldn't say it's a historical thing. Have you seen the moss, the drinky, sludgy Moss, moss thing. That's that.</w:t>
      </w:r>
    </w:p>
    <w:p>
      <w:pPr>
        <w:spacing w:after="0"/>
      </w:pPr>
    </w:p>
    <w:p>
      <w:pPr>
        <w:spacing w:after="0"/>
      </w:pPr>
      <w:r>
        <w:rPr>
          <w:rFonts w:ascii="Arial" w:hAnsi="Arial"/>
          <w:b/>
          <w:sz w:val="22"/>
        </w:rPr>
        <w:t xml:space="preserve">Lucy  </w:t>
      </w:r>
      <w:r>
        <w:rPr>
          <w:rFonts w:ascii="Arial" w:hAnsi="Arial"/>
          <w:color w:val="5D7284"/>
          <w:sz w:val="22"/>
        </w:rPr>
        <w:t>09:01</w:t>
      </w:r>
    </w:p>
    <w:p>
      <w:pPr>
        <w:spacing w:after="0"/>
      </w:pPr>
      <w:r>
        <w:rPr>
          <w:rFonts w:ascii="Arial" w:hAnsi="Arial"/>
          <w:sz w:val="22"/>
        </w:rPr>
        <w:t>Why are you talking about?</w:t>
      </w:r>
    </w:p>
    <w:p>
      <w:pPr>
        <w:spacing w:after="0"/>
      </w:pPr>
    </w:p>
    <w:p>
      <w:pPr>
        <w:spacing w:after="0"/>
      </w:pPr>
      <w:r>
        <w:rPr>
          <w:rFonts w:ascii="Arial" w:hAnsi="Arial"/>
          <w:b/>
          <w:sz w:val="22"/>
        </w:rPr>
        <w:t xml:space="preserve">Daisy  </w:t>
      </w:r>
      <w:r>
        <w:rPr>
          <w:rFonts w:ascii="Arial" w:hAnsi="Arial"/>
          <w:color w:val="5D7284"/>
          <w:sz w:val="22"/>
        </w:rPr>
        <w:t>09:03</w:t>
      </w:r>
    </w:p>
    <w:p>
      <w:pPr>
        <w:spacing w:after="0"/>
      </w:pPr>
      <w:r>
        <w:rPr>
          <w:rFonts w:ascii="Arial" w:hAnsi="Arial"/>
          <w:sz w:val="22"/>
        </w:rPr>
        <w:t>Oh, those kind of green drinks? Yeah, yeah. But, I mean, they're not mercury, are</w:t>
      </w:r>
    </w:p>
    <w:p>
      <w:pPr>
        <w:spacing w:after="0"/>
      </w:pPr>
    </w:p>
    <w:p>
      <w:pPr>
        <w:spacing w:after="0"/>
      </w:pPr>
      <w:r>
        <w:rPr>
          <w:rFonts w:ascii="Arial" w:hAnsi="Arial"/>
          <w:b/>
          <w:sz w:val="22"/>
        </w:rPr>
        <w:t xml:space="preserve">Lucy  </w:t>
      </w:r>
      <w:r>
        <w:rPr>
          <w:rFonts w:ascii="Arial" w:hAnsi="Arial"/>
          <w:color w:val="5D7284"/>
          <w:sz w:val="22"/>
        </w:rPr>
        <w:t>09:08</w:t>
      </w:r>
    </w:p>
    <w:p>
      <w:pPr>
        <w:spacing w:after="0"/>
      </w:pPr>
      <w:r>
        <w:rPr>
          <w:rFonts w:ascii="Arial" w:hAnsi="Arial"/>
          <w:sz w:val="22"/>
        </w:rPr>
        <w:t>they? No, no.</w:t>
      </w:r>
    </w:p>
    <w:p>
      <w:pPr>
        <w:spacing w:after="0"/>
      </w:pPr>
    </w:p>
    <w:p>
      <w:pPr>
        <w:spacing w:after="0"/>
      </w:pPr>
      <w:r>
        <w:rPr>
          <w:rFonts w:ascii="Arial" w:hAnsi="Arial"/>
          <w:b/>
          <w:sz w:val="22"/>
        </w:rPr>
        <w:t xml:space="preserve">Alice  </w:t>
      </w:r>
      <w:r>
        <w:rPr>
          <w:rFonts w:ascii="Arial" w:hAnsi="Arial"/>
          <w:color w:val="5D7284"/>
          <w:sz w:val="22"/>
        </w:rPr>
        <w:t>09:10</w:t>
      </w:r>
    </w:p>
    <w:p>
      <w:pPr>
        <w:spacing w:after="0"/>
      </w:pPr>
      <w:r>
        <w:rPr>
          <w:rFonts w:ascii="Arial" w:hAnsi="Arial"/>
          <w:sz w:val="22"/>
        </w:rPr>
        <w:t>But that's only because there are, like, food and drug laws. Now,</w:t>
      </w:r>
    </w:p>
    <w:p>
      <w:pPr>
        <w:spacing w:after="0"/>
      </w:pPr>
    </w:p>
    <w:p>
      <w:pPr>
        <w:spacing w:after="0"/>
      </w:pPr>
      <w:r>
        <w:rPr>
          <w:rFonts w:ascii="Arial" w:hAnsi="Arial"/>
          <w:b/>
          <w:sz w:val="22"/>
        </w:rPr>
        <w:t xml:space="preserve">Lucy  </w:t>
      </w:r>
      <w:r>
        <w:rPr>
          <w:rFonts w:ascii="Arial" w:hAnsi="Arial"/>
          <w:color w:val="5D7284"/>
          <w:sz w:val="22"/>
        </w:rPr>
        <w:t>09:14</w:t>
      </w:r>
    </w:p>
    <w:p>
      <w:pPr>
        <w:spacing w:after="0"/>
      </w:pPr>
      <w:r>
        <w:rPr>
          <w:rFonts w:ascii="Arial" w:hAnsi="Arial"/>
          <w:sz w:val="22"/>
        </w:rPr>
        <w:t>I do have what I call gut juice first thing in the morning that is, like, I'd mix it with apple juice because it tastes like pond and it looks like pond water when you're drinking it, but it does me good. It does do something to me that makes me feel better, so I just like take a shot of apple juice every morning.</w:t>
      </w:r>
    </w:p>
    <w:p>
      <w:pPr>
        <w:spacing w:after="0"/>
      </w:pPr>
    </w:p>
    <w:p>
      <w:pPr>
        <w:spacing w:after="0"/>
      </w:pPr>
      <w:r>
        <w:rPr>
          <w:rFonts w:ascii="Arial" w:hAnsi="Arial"/>
          <w:b/>
          <w:sz w:val="22"/>
        </w:rPr>
        <w:t xml:space="preserve">Alice  </w:t>
      </w:r>
      <w:r>
        <w:rPr>
          <w:rFonts w:ascii="Arial" w:hAnsi="Arial"/>
          <w:color w:val="5D7284"/>
          <w:sz w:val="22"/>
        </w:rPr>
        <w:t>09:33</w:t>
      </w:r>
    </w:p>
    <w:p>
      <w:pPr>
        <w:spacing w:after="0"/>
      </w:pPr>
      <w:r>
        <w:rPr>
          <w:rFonts w:ascii="Arial" w:hAnsi="Arial"/>
          <w:sz w:val="22"/>
        </w:rPr>
        <w:t>Do you know what I find if I drink enough of it, it does me good and makes me feel better. Well, gin,</w:t>
      </w:r>
    </w:p>
    <w:p>
      <w:pPr>
        <w:spacing w:after="0"/>
      </w:pPr>
    </w:p>
    <w:p>
      <w:pPr>
        <w:spacing w:after="0"/>
      </w:pPr>
      <w:r>
        <w:rPr>
          <w:rFonts w:ascii="Arial" w:hAnsi="Arial"/>
          <w:b/>
          <w:sz w:val="22"/>
        </w:rPr>
        <w:t xml:space="preserve">Lucy  </w:t>
      </w:r>
      <w:r>
        <w:rPr>
          <w:rFonts w:ascii="Arial" w:hAnsi="Arial"/>
          <w:color w:val="5D7284"/>
          <w:sz w:val="22"/>
        </w:rPr>
        <w:t>09:38</w:t>
      </w:r>
    </w:p>
    <w:p>
      <w:pPr>
        <w:spacing w:after="0"/>
      </w:pPr>
      <w:r>
        <w:rPr>
          <w:rFonts w:ascii="Arial" w:hAnsi="Arial"/>
          <w:sz w:val="22"/>
        </w:rPr>
        <w:t xml:space="preserve">yeah, also see, Rum </w:t>
      </w:r>
    </w:p>
    <w:p>
      <w:pPr>
        <w:spacing w:after="0"/>
      </w:pPr>
    </w:p>
    <w:p>
      <w:pPr>
        <w:spacing w:after="0"/>
      </w:pPr>
      <w:r>
        <w:rPr>
          <w:rFonts w:ascii="Arial" w:hAnsi="Arial"/>
          <w:b/>
          <w:sz w:val="22"/>
        </w:rPr>
        <w:t xml:space="preserve">Alice  </w:t>
      </w:r>
      <w:r>
        <w:rPr>
          <w:rFonts w:ascii="Arial" w:hAnsi="Arial"/>
          <w:color w:val="5D7284"/>
          <w:sz w:val="22"/>
        </w:rPr>
        <w:t>09:38</w:t>
      </w:r>
    </w:p>
    <w:p>
      <w:pPr>
        <w:spacing w:after="0"/>
      </w:pPr>
      <w:r>
        <w:rPr>
          <w:rFonts w:ascii="Arial" w:hAnsi="Arial"/>
          <w:sz w:val="22"/>
        </w:rPr>
        <w:t>doesn't fix my disability.</w:t>
      </w:r>
    </w:p>
    <w:p>
      <w:pPr>
        <w:spacing w:after="0"/>
      </w:pPr>
    </w:p>
    <w:p>
      <w:pPr>
        <w:spacing w:after="0"/>
      </w:pPr>
      <w:r>
        <w:rPr>
          <w:rFonts w:ascii="Arial" w:hAnsi="Arial"/>
          <w:b/>
          <w:sz w:val="22"/>
        </w:rPr>
        <w:t xml:space="preserve">Lucy  </w:t>
      </w:r>
      <w:r>
        <w:rPr>
          <w:rFonts w:ascii="Arial" w:hAnsi="Arial"/>
          <w:color w:val="5D7284"/>
          <w:sz w:val="22"/>
        </w:rPr>
        <w:t>09:44</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09:44</w:t>
      </w:r>
    </w:p>
    <w:p>
      <w:pPr>
        <w:spacing w:after="0"/>
      </w:pPr>
      <w:r>
        <w:rPr>
          <w:rFonts w:ascii="Arial" w:hAnsi="Arial"/>
          <w:sz w:val="22"/>
        </w:rPr>
        <w:t>but I feel the damn sight better.</w:t>
      </w:r>
    </w:p>
    <w:p>
      <w:pPr>
        <w:spacing w:after="0"/>
      </w:pPr>
    </w:p>
    <w:p>
      <w:pPr>
        <w:spacing w:after="0"/>
      </w:pPr>
      <w:r>
        <w:rPr>
          <w:rFonts w:ascii="Arial" w:hAnsi="Arial"/>
          <w:b/>
          <w:sz w:val="22"/>
        </w:rPr>
        <w:t xml:space="preserve">Lucy  </w:t>
      </w:r>
      <w:r>
        <w:rPr>
          <w:rFonts w:ascii="Arial" w:hAnsi="Arial"/>
          <w:color w:val="5D7284"/>
          <w:sz w:val="22"/>
        </w:rPr>
        <w:t>09:45</w:t>
      </w:r>
    </w:p>
    <w:p>
      <w:pPr>
        <w:spacing w:after="0"/>
      </w:pPr>
      <w:r>
        <w:rPr>
          <w:rFonts w:ascii="Arial" w:hAnsi="Arial"/>
          <w:sz w:val="22"/>
        </w:rPr>
        <w:t>I do call Captain Morgan Dr, Captain Morgan in my house, because it's like, have a rum It's fine. You're all right, yeah,</w:t>
      </w:r>
    </w:p>
    <w:p>
      <w:pPr>
        <w:spacing w:after="0"/>
      </w:pPr>
    </w:p>
    <w:p>
      <w:pPr>
        <w:spacing w:after="0"/>
      </w:pPr>
      <w:r>
        <w:rPr>
          <w:rFonts w:ascii="Arial" w:hAnsi="Arial"/>
          <w:b/>
          <w:sz w:val="22"/>
        </w:rPr>
        <w:t xml:space="preserve">Lucy  </w:t>
      </w:r>
      <w:r>
        <w:rPr>
          <w:rFonts w:ascii="Arial" w:hAnsi="Arial"/>
          <w:color w:val="5D7284"/>
          <w:sz w:val="22"/>
        </w:rPr>
        <w:t>09:54</w:t>
      </w:r>
    </w:p>
    <w:p>
      <w:pPr>
        <w:spacing w:after="0"/>
      </w:pPr>
      <w:r>
        <w:rPr>
          <w:rFonts w:ascii="Arial" w:hAnsi="Arial"/>
          <w:sz w:val="22"/>
        </w:rPr>
        <w:t>so Daisy, who would you say is was the most interesting? Favorite person that you've covered. I don't want to go to like this.</w:t>
      </w:r>
    </w:p>
    <w:p>
      <w:pPr>
        <w:spacing w:after="0"/>
      </w:pPr>
    </w:p>
    <w:p>
      <w:pPr>
        <w:spacing w:after="0"/>
      </w:pPr>
      <w:r>
        <w:rPr>
          <w:rFonts w:ascii="Arial" w:hAnsi="Arial"/>
          <w:b/>
          <w:sz w:val="22"/>
        </w:rPr>
        <w:t xml:space="preserve">Alice  </w:t>
      </w:r>
      <w:r>
        <w:rPr>
          <w:rFonts w:ascii="Arial" w:hAnsi="Arial"/>
          <w:color w:val="5D7284"/>
          <w:sz w:val="22"/>
        </w:rPr>
        <w:t>10:04</w:t>
      </w:r>
    </w:p>
    <w:p>
      <w:pPr>
        <w:spacing w:after="0"/>
      </w:pPr>
      <w:r>
        <w:rPr>
          <w:rFonts w:ascii="Arial" w:hAnsi="Arial"/>
          <w:sz w:val="22"/>
        </w:rPr>
        <w:t>This feels like you're about to ask Daisy to like, name, like pic of children, to be like, who's your favorite person?</w:t>
      </w:r>
    </w:p>
    <w:p>
      <w:pPr>
        <w:spacing w:after="0"/>
      </w:pPr>
    </w:p>
    <w:p>
      <w:pPr>
        <w:spacing w:after="0"/>
      </w:pPr>
      <w:r>
        <w:rPr>
          <w:rFonts w:ascii="Arial" w:hAnsi="Arial"/>
          <w:b/>
          <w:sz w:val="22"/>
        </w:rPr>
        <w:t xml:space="preserve">Lucy  </w:t>
      </w:r>
      <w:r>
        <w:rPr>
          <w:rFonts w:ascii="Arial" w:hAnsi="Arial"/>
          <w:color w:val="5D7284"/>
          <w:sz w:val="22"/>
        </w:rPr>
        <w:t>10:11</w:t>
      </w:r>
    </w:p>
    <w:p>
      <w:pPr>
        <w:spacing w:after="0"/>
      </w:pPr>
      <w:r>
        <w:rPr>
          <w:rFonts w:ascii="Arial" w:hAnsi="Arial"/>
          <w:sz w:val="22"/>
        </w:rPr>
        <w:t>Okay, give me a top three. I don't know three like that you really enjoyed writing about. Were there people that you didn't know much about that you've actually discovered like. Since  like? Because you started writing about them. Does that make sense? Or am I making sense? Or were they all people that you'd like you knew about and were like, I'll put this in the book.</w:t>
      </w:r>
    </w:p>
    <w:p>
      <w:pPr>
        <w:spacing w:after="0"/>
      </w:pPr>
    </w:p>
    <w:p>
      <w:pPr>
        <w:spacing w:after="0"/>
      </w:pPr>
      <w:r>
        <w:rPr>
          <w:rFonts w:ascii="Arial" w:hAnsi="Arial"/>
          <w:b/>
          <w:sz w:val="22"/>
        </w:rPr>
        <w:t xml:space="preserve">Daisy  </w:t>
      </w:r>
      <w:r>
        <w:rPr>
          <w:rFonts w:ascii="Arial" w:hAnsi="Arial"/>
          <w:color w:val="5D7284"/>
          <w:sz w:val="22"/>
        </w:rPr>
        <w:t>10:33</w:t>
      </w:r>
    </w:p>
    <w:p>
      <w:pPr>
        <w:spacing w:after="0"/>
      </w:pPr>
      <w:r>
        <w:rPr>
          <w:rFonts w:ascii="Arial" w:hAnsi="Arial"/>
          <w:sz w:val="22"/>
        </w:rPr>
        <w:t xml:space="preserve">Yeah. So most of them were people that I was, I was kind of familiar with, but maybe I didn't necessarily, you know, know that life stories. You know, very, you know, in a very detailed way. It's like, you know, Connie Panzarino was one of those. So there was a photo of her on on my disability history snapshots, Instagram page that actually got me temporarily banned from Instagram because it's a protest. It's Boston pride holding up a sign that says, traked dykes eat pussy without coming up for air. </w:t>
      </w:r>
    </w:p>
    <w:p>
      <w:pPr>
        <w:spacing w:after="0"/>
      </w:pPr>
    </w:p>
    <w:p>
      <w:pPr>
        <w:spacing w:after="0"/>
      </w:pPr>
      <w:r>
        <w:rPr>
          <w:rFonts w:ascii="Arial" w:hAnsi="Arial"/>
          <w:b/>
          <w:sz w:val="22"/>
        </w:rPr>
        <w:t xml:space="preserve">Lucy  </w:t>
      </w:r>
      <w:r>
        <w:rPr>
          <w:rFonts w:ascii="Arial" w:hAnsi="Arial"/>
          <w:color w:val="5D7284"/>
          <w:sz w:val="22"/>
        </w:rPr>
        <w:t>11:23</w:t>
      </w:r>
    </w:p>
    <w:p>
      <w:pPr>
        <w:spacing w:after="0"/>
      </w:pPr>
      <w:r>
        <w:rPr>
          <w:rFonts w:ascii="Arial" w:hAnsi="Arial"/>
          <w:sz w:val="22"/>
        </w:rPr>
        <w:t>amazing. Okay,</w:t>
      </w:r>
    </w:p>
    <w:p>
      <w:pPr>
        <w:spacing w:after="0"/>
      </w:pPr>
    </w:p>
    <w:p>
      <w:pPr>
        <w:spacing w:after="0"/>
      </w:pPr>
      <w:r>
        <w:rPr>
          <w:rFonts w:ascii="Arial" w:hAnsi="Arial"/>
          <w:b/>
          <w:sz w:val="22"/>
        </w:rPr>
        <w:t xml:space="preserve">Daisy  </w:t>
      </w:r>
      <w:r>
        <w:rPr>
          <w:rFonts w:ascii="Arial" w:hAnsi="Arial"/>
          <w:color w:val="5D7284"/>
          <w:sz w:val="22"/>
        </w:rPr>
        <w:t>11:29</w:t>
      </w:r>
    </w:p>
    <w:p>
      <w:pPr>
        <w:spacing w:after="0"/>
      </w:pPr>
      <w:r>
        <w:rPr>
          <w:rFonts w:ascii="Arial" w:hAnsi="Arial"/>
          <w:sz w:val="22"/>
        </w:rPr>
        <w:t>Instagram's like, Hmm, are you sure,</w:t>
      </w:r>
    </w:p>
    <w:p>
      <w:pPr>
        <w:spacing w:after="0"/>
      </w:pPr>
    </w:p>
    <w:p>
      <w:pPr>
        <w:spacing w:after="0"/>
      </w:pPr>
      <w:r>
        <w:rPr>
          <w:rFonts w:ascii="Arial" w:hAnsi="Arial"/>
          <w:b/>
          <w:sz w:val="22"/>
        </w:rPr>
        <w:t xml:space="preserve">Alice  </w:t>
      </w:r>
      <w:r>
        <w:rPr>
          <w:rFonts w:ascii="Arial" w:hAnsi="Arial"/>
          <w:color w:val="5D7284"/>
          <w:sz w:val="22"/>
        </w:rPr>
        <w:t>11:31</w:t>
      </w:r>
    </w:p>
    <w:p>
      <w:pPr>
        <w:spacing w:after="0"/>
      </w:pPr>
      <w:r>
        <w:rPr>
          <w:rFonts w:ascii="Arial" w:hAnsi="Arial"/>
          <w:sz w:val="22"/>
        </w:rPr>
        <w:t>yeah, yeah, I can see why the people behind Facebook were not like, Yeah, this is fine.</w:t>
      </w:r>
    </w:p>
    <w:p>
      <w:pPr>
        <w:spacing w:after="0"/>
      </w:pPr>
    </w:p>
    <w:p>
      <w:pPr>
        <w:spacing w:after="0"/>
      </w:pPr>
      <w:r>
        <w:rPr>
          <w:rFonts w:ascii="Arial" w:hAnsi="Arial"/>
          <w:b/>
          <w:sz w:val="22"/>
        </w:rPr>
        <w:t xml:space="preserve">Lucy  </w:t>
      </w:r>
      <w:r>
        <w:rPr>
          <w:rFonts w:ascii="Arial" w:hAnsi="Arial"/>
          <w:color w:val="5D7284"/>
          <w:sz w:val="22"/>
        </w:rPr>
        <w:t>11:39</w:t>
      </w:r>
    </w:p>
    <w:p>
      <w:pPr>
        <w:spacing w:after="0"/>
      </w:pPr>
      <w:r>
        <w:rPr>
          <w:rFonts w:ascii="Arial" w:hAnsi="Arial"/>
          <w:sz w:val="22"/>
        </w:rPr>
        <w:t>How long did that get you banned? How long did that get you banned for</w:t>
      </w:r>
    </w:p>
    <w:p>
      <w:pPr>
        <w:spacing w:after="0"/>
      </w:pPr>
    </w:p>
    <w:p>
      <w:pPr>
        <w:spacing w:after="0"/>
      </w:pPr>
      <w:r>
        <w:rPr>
          <w:rFonts w:ascii="Arial" w:hAnsi="Arial"/>
          <w:b/>
          <w:sz w:val="22"/>
        </w:rPr>
        <w:t xml:space="preserve">Daisy  </w:t>
      </w:r>
      <w:r>
        <w:rPr>
          <w:rFonts w:ascii="Arial" w:hAnsi="Arial"/>
          <w:color w:val="5D7284"/>
          <w:sz w:val="22"/>
        </w:rPr>
        <w:t>11:43</w:t>
      </w:r>
    </w:p>
    <w:p>
      <w:pPr>
        <w:spacing w:after="0"/>
      </w:pPr>
      <w:r>
        <w:rPr>
          <w:rFonts w:ascii="Arial" w:hAnsi="Arial"/>
          <w:sz w:val="22"/>
        </w:rPr>
        <w:t>not very long. because they lifted the ban once I, once I appealed it, but it was, it was a couple of days. It was, it was a couple of days. And then, of course, because my account had been band, nobody knew where to find it again. So then a bunch of other people were getting my credit. Yeah, finding thing,</w:t>
      </w:r>
    </w:p>
    <w:p>
      <w:pPr>
        <w:spacing w:after="0"/>
      </w:pPr>
    </w:p>
    <w:p>
      <w:pPr>
        <w:spacing w:after="0"/>
      </w:pPr>
      <w:r>
        <w:rPr>
          <w:rFonts w:ascii="Arial" w:hAnsi="Arial"/>
          <w:b/>
          <w:sz w:val="22"/>
        </w:rPr>
        <w:t xml:space="preserve">Lucy  </w:t>
      </w:r>
      <w:r>
        <w:rPr>
          <w:rFonts w:ascii="Arial" w:hAnsi="Arial"/>
          <w:color w:val="5D7284"/>
          <w:sz w:val="22"/>
        </w:rPr>
        <w:t>11:59</w:t>
      </w:r>
    </w:p>
    <w:p>
      <w:pPr>
        <w:spacing w:after="0"/>
      </w:pPr>
      <w:r>
        <w:rPr>
          <w:rFonts w:ascii="Arial" w:hAnsi="Arial"/>
          <w:sz w:val="22"/>
        </w:rPr>
        <w:t>of course.</w:t>
      </w:r>
    </w:p>
    <w:p>
      <w:pPr>
        <w:spacing w:after="0"/>
      </w:pPr>
    </w:p>
    <w:p>
      <w:pPr>
        <w:spacing w:after="0"/>
      </w:pPr>
      <w:r>
        <w:rPr>
          <w:rFonts w:ascii="Arial" w:hAnsi="Arial"/>
          <w:b/>
          <w:sz w:val="22"/>
        </w:rPr>
        <w:t xml:space="preserve">Daisy  </w:t>
      </w:r>
      <w:r>
        <w:rPr>
          <w:rFonts w:ascii="Arial" w:hAnsi="Arial"/>
          <w:color w:val="5D7284"/>
          <w:sz w:val="22"/>
        </w:rPr>
        <w:t>12:01</w:t>
      </w:r>
    </w:p>
    <w:p>
      <w:pPr>
        <w:spacing w:after="0"/>
      </w:pPr>
      <w:r>
        <w:rPr>
          <w:rFonts w:ascii="Arial" w:hAnsi="Arial"/>
          <w:sz w:val="22"/>
        </w:rPr>
        <w:t>But yeah, her life was really interesting. And there's she wrote a book about her life, which made my job much easier. Yes, and it's just so many gems in there, talking about her urinary behavior and being the poster girl for Muscular Dystrophy, even though she didn't have muscular dystrophy.</w:t>
      </w:r>
    </w:p>
    <w:p>
      <w:pPr>
        <w:spacing w:after="0"/>
      </w:pPr>
    </w:p>
    <w:p>
      <w:pPr>
        <w:spacing w:after="0"/>
      </w:pPr>
      <w:r>
        <w:rPr>
          <w:rFonts w:ascii="Arial" w:hAnsi="Arial"/>
          <w:b/>
          <w:sz w:val="22"/>
        </w:rPr>
        <w:t xml:space="preserve">Lucy  </w:t>
      </w:r>
      <w:r>
        <w:rPr>
          <w:rFonts w:ascii="Arial" w:hAnsi="Arial"/>
          <w:color w:val="5D7284"/>
          <w:sz w:val="22"/>
        </w:rPr>
        <w:t>12:27</w:t>
      </w:r>
    </w:p>
    <w:p>
      <w:pPr>
        <w:spacing w:after="0"/>
      </w:pPr>
      <w:r>
        <w:rPr>
          <w:rFonts w:ascii="Arial" w:hAnsi="Arial"/>
          <w:sz w:val="22"/>
        </w:rPr>
        <w:t>How? How does that work?</w:t>
      </w:r>
    </w:p>
    <w:p>
      <w:pPr>
        <w:spacing w:after="0"/>
      </w:pPr>
    </w:p>
    <w:p>
      <w:pPr>
        <w:spacing w:after="0"/>
      </w:pPr>
      <w:r>
        <w:rPr>
          <w:rFonts w:ascii="Arial" w:hAnsi="Arial"/>
          <w:b/>
          <w:sz w:val="22"/>
        </w:rPr>
        <w:t xml:space="preserve">Alice  </w:t>
      </w:r>
      <w:r>
        <w:rPr>
          <w:rFonts w:ascii="Arial" w:hAnsi="Arial"/>
          <w:color w:val="5D7284"/>
          <w:sz w:val="22"/>
        </w:rPr>
        <w:t>12:30</w:t>
      </w:r>
    </w:p>
    <w:p>
      <w:pPr>
        <w:spacing w:after="0"/>
      </w:pPr>
      <w:r>
        <w:rPr>
          <w:rFonts w:ascii="Arial" w:hAnsi="Arial"/>
          <w:sz w:val="22"/>
        </w:rPr>
        <w:t>I mean, I imagine it's the just, it's the non disabled people. Just, yeah,</w:t>
      </w:r>
    </w:p>
    <w:p>
      <w:pPr>
        <w:spacing w:after="0"/>
      </w:pPr>
    </w:p>
    <w:p>
      <w:pPr>
        <w:spacing w:after="0"/>
      </w:pPr>
      <w:r>
        <w:rPr>
          <w:rFonts w:ascii="Arial" w:hAnsi="Arial"/>
          <w:b/>
          <w:sz w:val="22"/>
        </w:rPr>
        <w:t xml:space="preserve">Daisy  </w:t>
      </w:r>
      <w:r>
        <w:rPr>
          <w:rFonts w:ascii="Arial" w:hAnsi="Arial"/>
          <w:color w:val="5D7284"/>
          <w:sz w:val="22"/>
        </w:rPr>
        <w:t>12:37</w:t>
      </w:r>
    </w:p>
    <w:p>
      <w:pPr>
        <w:spacing w:after="0"/>
      </w:pPr>
      <w:r>
        <w:rPr>
          <w:rFonts w:ascii="Arial" w:hAnsi="Arial"/>
          <w:sz w:val="22"/>
        </w:rPr>
        <w:t>it was, is the the Muscular Dystrophy Association. This was in America, I should point out, not the muscular dystrophy UK charity that we would be familiar with, but yeah, they they determined that she looked a bit like she had muscular dystrophy, but all of the children, all of the children that they were kind of working with were kind of not physically strong enough for a photo shoot. And so rather than think of a different way of doing it, or just dropping the entire poster child thing entirely, they just got a child and made her act as if she had muscular dystrophy.</w:t>
      </w:r>
    </w:p>
    <w:p>
      <w:pPr>
        <w:spacing w:after="0"/>
      </w:pPr>
    </w:p>
    <w:p>
      <w:pPr>
        <w:spacing w:after="0"/>
      </w:pPr>
      <w:r>
        <w:rPr>
          <w:rFonts w:ascii="Arial" w:hAnsi="Arial"/>
          <w:b/>
          <w:sz w:val="22"/>
        </w:rPr>
        <w:t xml:space="preserve">Lucy  </w:t>
      </w:r>
      <w:r>
        <w:rPr>
          <w:rFonts w:ascii="Arial" w:hAnsi="Arial"/>
          <w:color w:val="5D7284"/>
          <w:sz w:val="22"/>
        </w:rPr>
        <w:t>13:19</w:t>
      </w:r>
    </w:p>
    <w:p>
      <w:pPr>
        <w:spacing w:after="0"/>
      </w:pPr>
      <w:r>
        <w:rPr>
          <w:rFonts w:ascii="Arial" w:hAnsi="Arial"/>
          <w:sz w:val="22"/>
        </w:rPr>
        <w:t>So what was that actual disability?</w:t>
      </w:r>
    </w:p>
    <w:p>
      <w:pPr>
        <w:spacing w:after="0"/>
      </w:pPr>
    </w:p>
    <w:p>
      <w:pPr>
        <w:spacing w:after="0"/>
      </w:pPr>
      <w:r>
        <w:rPr>
          <w:rFonts w:ascii="Arial" w:hAnsi="Arial"/>
          <w:b/>
          <w:sz w:val="22"/>
        </w:rPr>
        <w:t xml:space="preserve">Daisy  </w:t>
      </w:r>
      <w:r>
        <w:rPr>
          <w:rFonts w:ascii="Arial" w:hAnsi="Arial"/>
          <w:color w:val="5D7284"/>
          <w:sz w:val="22"/>
        </w:rPr>
        <w:t>13:22</w:t>
      </w:r>
    </w:p>
    <w:p>
      <w:pPr>
        <w:spacing w:after="0"/>
      </w:pPr>
      <w:r>
        <w:rPr>
          <w:rFonts w:ascii="Arial" w:hAnsi="Arial"/>
          <w:sz w:val="22"/>
        </w:rPr>
        <w:t>she didn't know for, oh, years and years and years, but it seems to have been a form of spinal atrophy,</w:t>
      </w:r>
    </w:p>
    <w:p>
      <w:pPr>
        <w:spacing w:after="0"/>
      </w:pPr>
    </w:p>
    <w:p>
      <w:pPr>
        <w:spacing w:after="0"/>
      </w:pPr>
      <w:r>
        <w:rPr>
          <w:rFonts w:ascii="Arial" w:hAnsi="Arial"/>
          <w:b/>
          <w:sz w:val="22"/>
        </w:rPr>
        <w:t xml:space="preserve">Daisy  </w:t>
      </w:r>
      <w:r>
        <w:rPr>
          <w:rFonts w:ascii="Arial" w:hAnsi="Arial"/>
          <w:color w:val="5D7284"/>
          <w:sz w:val="22"/>
        </w:rPr>
        <w:t>13:32</w:t>
      </w:r>
    </w:p>
    <w:p>
      <w:pPr>
        <w:spacing w:after="0"/>
      </w:pPr>
      <w:r>
        <w:rPr>
          <w:rFonts w:ascii="Arial" w:hAnsi="Arial"/>
          <w:sz w:val="22"/>
        </w:rPr>
        <w:t>but, yeah, there's, there's a couple of names that she has for it, because she was told so many different things over, you know, however, many years. And I think she was kind of in her sort of 30s or 40s, before they actually had a term for it,</w:t>
      </w:r>
    </w:p>
    <w:p>
      <w:pPr>
        <w:spacing w:after="0"/>
      </w:pPr>
    </w:p>
    <w:p>
      <w:pPr>
        <w:spacing w:after="0"/>
      </w:pPr>
      <w:r>
        <w:rPr>
          <w:rFonts w:ascii="Arial" w:hAnsi="Arial"/>
          <w:b/>
          <w:sz w:val="22"/>
        </w:rPr>
        <w:t xml:space="preserve">Lucy  </w:t>
      </w:r>
      <w:r>
        <w:rPr>
          <w:rFonts w:ascii="Arial" w:hAnsi="Arial"/>
          <w:color w:val="5D7284"/>
          <w:sz w:val="22"/>
        </w:rPr>
        <w:t>13:32</w:t>
      </w:r>
    </w:p>
    <w:p>
      <w:pPr>
        <w:spacing w:after="0"/>
      </w:pPr>
      <w:r>
        <w:rPr>
          <w:rFonts w:ascii="Arial" w:hAnsi="Arial"/>
          <w:sz w:val="22"/>
        </w:rPr>
        <w:t>right? Okay,</w:t>
      </w:r>
    </w:p>
    <w:p>
      <w:pPr>
        <w:spacing w:after="0"/>
      </w:pPr>
    </w:p>
    <w:p>
      <w:pPr>
        <w:spacing w:after="0"/>
      </w:pPr>
      <w:r>
        <w:rPr>
          <w:rFonts w:ascii="Arial" w:hAnsi="Arial"/>
          <w:b/>
          <w:sz w:val="22"/>
        </w:rPr>
        <w:t xml:space="preserve">Lucy  </w:t>
      </w:r>
      <w:r>
        <w:rPr>
          <w:rFonts w:ascii="Arial" w:hAnsi="Arial"/>
          <w:color w:val="5D7284"/>
          <w:sz w:val="22"/>
        </w:rPr>
        <w:t>13:50</w:t>
      </w:r>
    </w:p>
    <w:p>
      <w:pPr>
        <w:spacing w:after="0"/>
      </w:pPr>
      <w:r>
        <w:rPr>
          <w:rFonts w:ascii="Arial" w:hAnsi="Arial"/>
          <w:sz w:val="22"/>
        </w:rPr>
        <w:t>proper diagnosis.</w:t>
      </w:r>
    </w:p>
    <w:p>
      <w:pPr>
        <w:spacing w:after="0"/>
      </w:pPr>
    </w:p>
    <w:p>
      <w:pPr>
        <w:spacing w:after="0"/>
      </w:pPr>
      <w:r>
        <w:rPr>
          <w:rFonts w:ascii="Arial" w:hAnsi="Arial"/>
          <w:b/>
          <w:sz w:val="22"/>
        </w:rPr>
        <w:t xml:space="preserve">Daisy  </w:t>
      </w:r>
      <w:r>
        <w:rPr>
          <w:rFonts w:ascii="Arial" w:hAnsi="Arial"/>
          <w:color w:val="5D7284"/>
          <w:sz w:val="22"/>
        </w:rPr>
        <w:t>13:52</w:t>
      </w:r>
    </w:p>
    <w:p>
      <w:pPr>
        <w:spacing w:after="0"/>
      </w:pPr>
      <w:r>
        <w:rPr>
          <w:rFonts w:ascii="Arial" w:hAnsi="Arial"/>
          <w:sz w:val="22"/>
        </w:rPr>
        <w:t>Yeah, it was one of these things that just, you know, the the testing for it at the time didn't really exist.</w:t>
      </w:r>
    </w:p>
    <w:p>
      <w:pPr>
        <w:spacing w:after="0"/>
      </w:pPr>
    </w:p>
    <w:p>
      <w:pPr>
        <w:spacing w:after="0"/>
      </w:pPr>
      <w:r>
        <w:rPr>
          <w:rFonts w:ascii="Arial" w:hAnsi="Arial"/>
          <w:b/>
          <w:sz w:val="22"/>
        </w:rPr>
        <w:t xml:space="preserve">Alice  </w:t>
      </w:r>
      <w:r>
        <w:rPr>
          <w:rFonts w:ascii="Arial" w:hAnsi="Arial"/>
          <w:color w:val="5D7284"/>
          <w:sz w:val="22"/>
        </w:rPr>
        <w:t>13:59</w:t>
      </w:r>
    </w:p>
    <w:p>
      <w:pPr>
        <w:spacing w:after="0"/>
      </w:pPr>
      <w:r>
        <w:rPr>
          <w:rFonts w:ascii="Arial" w:hAnsi="Arial"/>
          <w:sz w:val="22"/>
        </w:rPr>
        <w:t>What sort of era was this,</w:t>
      </w:r>
    </w:p>
    <w:p>
      <w:pPr>
        <w:spacing w:after="0"/>
      </w:pPr>
    </w:p>
    <w:p>
      <w:pPr>
        <w:spacing w:after="0"/>
      </w:pPr>
      <w:r>
        <w:rPr>
          <w:rFonts w:ascii="Arial" w:hAnsi="Arial"/>
          <w:b/>
          <w:sz w:val="22"/>
        </w:rPr>
        <w:t xml:space="preserve">Daisy  </w:t>
      </w:r>
      <w:r>
        <w:rPr>
          <w:rFonts w:ascii="Arial" w:hAnsi="Arial"/>
          <w:color w:val="5D7284"/>
          <w:sz w:val="22"/>
        </w:rPr>
        <w:t>14:00</w:t>
      </w:r>
    </w:p>
    <w:p>
      <w:pPr>
        <w:spacing w:after="0"/>
      </w:pPr>
      <w:r>
        <w:rPr>
          <w:rFonts w:ascii="Arial" w:hAnsi="Arial"/>
          <w:sz w:val="22"/>
        </w:rPr>
        <w:t>uh oh, I should know that it's like 60s, 70s.</w:t>
      </w:r>
    </w:p>
    <w:p>
      <w:pPr>
        <w:spacing w:after="0"/>
      </w:pPr>
    </w:p>
    <w:p>
      <w:pPr>
        <w:spacing w:after="0"/>
      </w:pPr>
      <w:r>
        <w:rPr>
          <w:rFonts w:ascii="Arial" w:hAnsi="Arial"/>
          <w:b/>
          <w:sz w:val="22"/>
        </w:rPr>
        <w:t xml:space="preserve">Lucy  </w:t>
      </w:r>
      <w:r>
        <w:rPr>
          <w:rFonts w:ascii="Arial" w:hAnsi="Arial"/>
          <w:color w:val="5D7284"/>
          <w:sz w:val="22"/>
        </w:rPr>
        <w:t>14:08</w:t>
      </w:r>
    </w:p>
    <w:p>
      <w:pPr>
        <w:spacing w:after="0"/>
      </w:pPr>
      <w:r>
        <w:rPr>
          <w:rFonts w:ascii="Arial" w:hAnsi="Arial"/>
          <w:sz w:val="22"/>
        </w:rPr>
        <w:t>have you got  book you can look this up in.</w:t>
      </w:r>
    </w:p>
    <w:p>
      <w:pPr>
        <w:spacing w:after="0"/>
      </w:pPr>
    </w:p>
    <w:p>
      <w:pPr>
        <w:spacing w:after="0"/>
      </w:pPr>
      <w:r>
        <w:rPr>
          <w:rFonts w:ascii="Arial" w:hAnsi="Arial"/>
          <w:b/>
          <w:sz w:val="22"/>
        </w:rPr>
        <w:t xml:space="preserve">Lucy  </w:t>
      </w:r>
      <w:r>
        <w:rPr>
          <w:rFonts w:ascii="Arial" w:hAnsi="Arial"/>
          <w:color w:val="5D7284"/>
          <w:sz w:val="22"/>
        </w:rPr>
        <w:t>14:27</w:t>
      </w:r>
    </w:p>
    <w:p>
      <w:pPr>
        <w:spacing w:after="0"/>
      </w:pPr>
      <w:r>
        <w:rPr>
          <w:rFonts w:ascii="Arial" w:hAnsi="Arial"/>
          <w:sz w:val="22"/>
        </w:rPr>
        <w:t>we gotta go research it ourselves. Yeah,</w:t>
      </w:r>
    </w:p>
    <w:p>
      <w:pPr>
        <w:spacing w:after="0"/>
      </w:pPr>
    </w:p>
    <w:p>
      <w:pPr>
        <w:spacing w:after="0"/>
      </w:pPr>
      <w:r>
        <w:rPr>
          <w:rFonts w:ascii="Arial" w:hAnsi="Arial"/>
          <w:b/>
          <w:sz w:val="22"/>
        </w:rPr>
        <w:t xml:space="preserve">Daisy  </w:t>
      </w:r>
      <w:r>
        <w:rPr>
          <w:rFonts w:ascii="Arial" w:hAnsi="Arial"/>
          <w:color w:val="5D7284"/>
          <w:sz w:val="22"/>
        </w:rPr>
        <w:t>14:30</w:t>
      </w:r>
    </w:p>
    <w:p>
      <w:pPr>
        <w:spacing w:after="0"/>
      </w:pPr>
      <w:r>
        <w:rPr>
          <w:rFonts w:ascii="Arial" w:hAnsi="Arial"/>
          <w:sz w:val="22"/>
        </w:rPr>
        <w:t>no, no, no, research it yourself. Buy the book.</w:t>
      </w:r>
    </w:p>
    <w:p>
      <w:pPr>
        <w:spacing w:after="0"/>
      </w:pPr>
    </w:p>
    <w:p>
      <w:pPr>
        <w:spacing w:after="0"/>
      </w:pPr>
      <w:r>
        <w:rPr>
          <w:rFonts w:ascii="Arial" w:hAnsi="Arial"/>
          <w:b/>
          <w:sz w:val="22"/>
        </w:rPr>
        <w:t xml:space="preserve">Lucy  </w:t>
      </w:r>
      <w:r>
        <w:rPr>
          <w:rFonts w:ascii="Arial" w:hAnsi="Arial"/>
          <w:color w:val="5D7284"/>
          <w:sz w:val="22"/>
        </w:rPr>
        <w:t>14:34</w:t>
      </w:r>
    </w:p>
    <w:p>
      <w:pPr>
        <w:spacing w:after="0"/>
      </w:pPr>
      <w:r>
        <w:rPr>
          <w:rFonts w:ascii="Arial" w:hAnsi="Arial"/>
          <w:sz w:val="22"/>
        </w:rPr>
        <w:t>Research, research yourself by buying your book</w:t>
      </w:r>
    </w:p>
    <w:p>
      <w:pPr>
        <w:spacing w:after="0"/>
      </w:pPr>
    </w:p>
    <w:p>
      <w:pPr>
        <w:spacing w:after="0"/>
      </w:pPr>
      <w:r>
        <w:rPr>
          <w:rFonts w:ascii="Arial" w:hAnsi="Arial"/>
          <w:b/>
          <w:sz w:val="22"/>
        </w:rPr>
        <w:t xml:space="preserve">Daisy  </w:t>
      </w:r>
      <w:r>
        <w:rPr>
          <w:rFonts w:ascii="Arial" w:hAnsi="Arial"/>
          <w:color w:val="5D7284"/>
          <w:sz w:val="22"/>
        </w:rPr>
        <w:t>14:38</w:t>
      </w:r>
    </w:p>
    <w:p>
      <w:pPr>
        <w:spacing w:after="0"/>
      </w:pPr>
      <w:r>
        <w:rPr>
          <w:rFonts w:ascii="Arial" w:hAnsi="Arial"/>
          <w:sz w:val="22"/>
        </w:rPr>
        <w:t>Yeah, Google's not allowed, no, no, unless you're Googling to find the book.</w:t>
      </w:r>
    </w:p>
    <w:p>
      <w:pPr>
        <w:spacing w:after="0"/>
      </w:pPr>
    </w:p>
    <w:p>
      <w:pPr>
        <w:spacing w:after="0"/>
      </w:pPr>
      <w:r>
        <w:rPr>
          <w:rFonts w:ascii="Arial" w:hAnsi="Arial"/>
          <w:b/>
          <w:sz w:val="22"/>
        </w:rPr>
        <w:t xml:space="preserve">Lucy  </w:t>
      </w:r>
      <w:r>
        <w:rPr>
          <w:rFonts w:ascii="Arial" w:hAnsi="Arial"/>
          <w:color w:val="5D7284"/>
          <w:sz w:val="22"/>
        </w:rPr>
        <w:t>14:42</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14:44</w:t>
      </w:r>
    </w:p>
    <w:p>
      <w:pPr>
        <w:spacing w:after="0"/>
      </w:pPr>
      <w:r>
        <w:rPr>
          <w:rFonts w:ascii="Arial" w:hAnsi="Arial"/>
          <w:sz w:val="22"/>
        </w:rPr>
        <w:t>But we will, we will tell everybody where they can find your book,</w:t>
      </w:r>
    </w:p>
    <w:p>
      <w:pPr>
        <w:spacing w:after="0"/>
      </w:pPr>
    </w:p>
    <w:p>
      <w:pPr>
        <w:spacing w:after="0"/>
      </w:pPr>
      <w:r>
        <w:rPr>
          <w:rFonts w:ascii="Arial" w:hAnsi="Arial"/>
          <w:b/>
          <w:sz w:val="22"/>
        </w:rPr>
        <w:t xml:space="preserve">Lucy  </w:t>
      </w:r>
      <w:r>
        <w:rPr>
          <w:rFonts w:ascii="Arial" w:hAnsi="Arial"/>
          <w:color w:val="5D7284"/>
          <w:sz w:val="22"/>
        </w:rPr>
        <w:t>14:47</w:t>
      </w:r>
    </w:p>
    <w:p>
      <w:pPr>
        <w:spacing w:after="0"/>
      </w:pPr>
      <w:r>
        <w:rPr>
          <w:rFonts w:ascii="Arial" w:hAnsi="Arial"/>
          <w:sz w:val="22"/>
        </w:rPr>
        <w:t>what page number...</w:t>
      </w:r>
    </w:p>
    <w:p>
      <w:pPr>
        <w:spacing w:after="0"/>
      </w:pPr>
    </w:p>
    <w:p>
      <w:pPr>
        <w:spacing w:after="0"/>
      </w:pPr>
      <w:r>
        <w:rPr>
          <w:rFonts w:ascii="Arial" w:hAnsi="Arial"/>
          <w:b/>
          <w:sz w:val="22"/>
        </w:rPr>
        <w:t xml:space="preserve">Alice  </w:t>
      </w:r>
      <w:r>
        <w:rPr>
          <w:rFonts w:ascii="Arial" w:hAnsi="Arial"/>
          <w:color w:val="5D7284"/>
          <w:sz w:val="22"/>
        </w:rPr>
        <w:t>14:48</w:t>
      </w:r>
    </w:p>
    <w:p>
      <w:pPr>
        <w:spacing w:after="0"/>
      </w:pPr>
      <w:r>
        <w:rPr>
          <w:rFonts w:ascii="Arial" w:hAnsi="Arial"/>
          <w:sz w:val="22"/>
        </w:rPr>
        <w:t>at the end of the episode, and we'll put links and everything. So don't panic, you. You know, we don't want people going out buying the wrong queer disability book. I'm sure that you know, it's. Like Harry Potter. It's probably millions and millions of them, and it's been like fan fiction to nothing. It's not super niche.</w:t>
      </w:r>
    </w:p>
    <w:p>
      <w:pPr>
        <w:spacing w:after="0"/>
      </w:pPr>
    </w:p>
    <w:p>
      <w:pPr>
        <w:spacing w:after="0"/>
      </w:pPr>
      <w:r>
        <w:rPr>
          <w:rFonts w:ascii="Arial" w:hAnsi="Arial"/>
          <w:b/>
          <w:sz w:val="22"/>
        </w:rPr>
        <w:t xml:space="preserve">Daisy  </w:t>
      </w:r>
      <w:r>
        <w:rPr>
          <w:rFonts w:ascii="Arial" w:hAnsi="Arial"/>
          <w:color w:val="5D7284"/>
          <w:sz w:val="22"/>
        </w:rPr>
        <w:t>15:08</w:t>
      </w:r>
    </w:p>
    <w:p>
      <w:pPr>
        <w:spacing w:after="0"/>
      </w:pPr>
      <w:r>
        <w:rPr>
          <w:rFonts w:ascii="Arial" w:hAnsi="Arial"/>
          <w:sz w:val="22"/>
        </w:rPr>
        <w:t>I'm not sure I ever want to read fan fiction as my book.</w:t>
      </w:r>
    </w:p>
    <w:p>
      <w:pPr>
        <w:spacing w:after="0"/>
      </w:pPr>
    </w:p>
    <w:p>
      <w:pPr>
        <w:spacing w:after="0"/>
      </w:pPr>
      <w:r>
        <w:rPr>
          <w:rFonts w:ascii="Arial" w:hAnsi="Arial"/>
          <w:b/>
          <w:sz w:val="22"/>
        </w:rPr>
        <w:t xml:space="preserve">Lucy  </w:t>
      </w:r>
      <w:r>
        <w:rPr>
          <w:rFonts w:ascii="Arial" w:hAnsi="Arial"/>
          <w:color w:val="5D7284"/>
          <w:sz w:val="22"/>
        </w:rPr>
        <w:t>15:15</w:t>
      </w:r>
    </w:p>
    <w:p>
      <w:pPr>
        <w:spacing w:after="0"/>
      </w:pPr>
      <w:r>
        <w:rPr>
          <w:rFonts w:ascii="Arial" w:hAnsi="Arial"/>
          <w:sz w:val="22"/>
        </w:rPr>
        <w:t>Has it put you off writing another book? Or would you write another book? Or are there plans for the book. I don't want to</w:t>
      </w:r>
    </w:p>
    <w:p>
      <w:pPr>
        <w:spacing w:after="0"/>
      </w:pPr>
    </w:p>
    <w:p>
      <w:pPr>
        <w:spacing w:after="0"/>
      </w:pPr>
      <w:r>
        <w:rPr>
          <w:rFonts w:ascii="Arial" w:hAnsi="Arial"/>
          <w:b/>
          <w:sz w:val="22"/>
        </w:rPr>
        <w:t xml:space="preserve">Alice  </w:t>
      </w:r>
      <w:r>
        <w:rPr>
          <w:rFonts w:ascii="Arial" w:hAnsi="Arial"/>
          <w:color w:val="5D7284"/>
          <w:sz w:val="22"/>
        </w:rPr>
        <w:t>15:21</w:t>
      </w:r>
    </w:p>
    <w:p>
      <w:pPr>
        <w:spacing w:after="0"/>
      </w:pPr>
      <w:r>
        <w:rPr>
          <w:rFonts w:ascii="Arial" w:hAnsi="Arial"/>
          <w:sz w:val="22"/>
        </w:rPr>
        <w:t>Yeah, how labor intensive?  was it</w:t>
      </w:r>
    </w:p>
    <w:p>
      <w:pPr>
        <w:spacing w:after="0"/>
      </w:pPr>
    </w:p>
    <w:p>
      <w:pPr>
        <w:spacing w:after="0"/>
      </w:pPr>
      <w:r>
        <w:rPr>
          <w:rFonts w:ascii="Arial" w:hAnsi="Arial"/>
          <w:b/>
          <w:sz w:val="22"/>
        </w:rPr>
        <w:t xml:space="preserve">Lucy  </w:t>
      </w:r>
      <w:r>
        <w:rPr>
          <w:rFonts w:ascii="Arial" w:hAnsi="Arial"/>
          <w:color w:val="5D7284"/>
          <w:sz w:val="22"/>
        </w:rPr>
        <w:t>15:26</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15:28</w:t>
      </w:r>
    </w:p>
    <w:p>
      <w:pPr>
        <w:spacing w:after="0"/>
      </w:pPr>
      <w:r>
        <w:rPr>
          <w:rFonts w:ascii="Arial" w:hAnsi="Arial"/>
          <w:sz w:val="22"/>
        </w:rPr>
        <w:t>It was definitely very intensive. So I wrote over the course of a year. So yeah, essentially did it as one chapter a month, which felt very doable, until I procrastinated up until nearly the last minute. And then it was much more</w:t>
      </w:r>
    </w:p>
    <w:p>
      <w:pPr>
        <w:spacing w:after="0"/>
      </w:pPr>
    </w:p>
    <w:p>
      <w:pPr>
        <w:spacing w:after="0"/>
      </w:pPr>
      <w:r>
        <w:rPr>
          <w:rFonts w:ascii="Arial" w:hAnsi="Arial"/>
          <w:b/>
          <w:sz w:val="22"/>
        </w:rPr>
        <w:t xml:space="preserve">Lucy  </w:t>
      </w:r>
      <w:r>
        <w:rPr>
          <w:rFonts w:ascii="Arial" w:hAnsi="Arial"/>
          <w:color w:val="5D7284"/>
          <w:sz w:val="22"/>
        </w:rPr>
        <w:t>15:52</w:t>
      </w:r>
    </w:p>
    <w:p>
      <w:pPr>
        <w:spacing w:after="0"/>
      </w:pPr>
      <w:r>
        <w:rPr>
          <w:rFonts w:ascii="Arial" w:hAnsi="Arial"/>
          <w:sz w:val="22"/>
        </w:rPr>
        <w:t>and  you felt you cant do anything...I can't go to Tesco. I need to get his book finished,</w:t>
      </w:r>
    </w:p>
    <w:p>
      <w:pPr>
        <w:spacing w:after="0"/>
      </w:pPr>
    </w:p>
    <w:p>
      <w:pPr>
        <w:spacing w:after="0"/>
      </w:pPr>
      <w:r>
        <w:rPr>
          <w:rFonts w:ascii="Arial" w:hAnsi="Arial"/>
          <w:b/>
          <w:sz w:val="22"/>
        </w:rPr>
        <w:t xml:space="preserve">Daisy  </w:t>
      </w:r>
      <w:r>
        <w:rPr>
          <w:rFonts w:ascii="Arial" w:hAnsi="Arial"/>
          <w:color w:val="5D7284"/>
          <w:sz w:val="22"/>
        </w:rPr>
        <w:t>15:52</w:t>
      </w:r>
    </w:p>
    <w:p>
      <w:pPr>
        <w:spacing w:after="0"/>
      </w:pPr>
      <w:r>
        <w:rPr>
          <w:rFonts w:ascii="Arial" w:hAnsi="Arial"/>
          <w:sz w:val="22"/>
        </w:rPr>
        <w:t>yeah, pretty much just I cannot leave the house.</w:t>
      </w:r>
    </w:p>
    <w:p>
      <w:pPr>
        <w:spacing w:after="0"/>
      </w:pPr>
    </w:p>
    <w:p>
      <w:pPr>
        <w:spacing w:after="0"/>
      </w:pPr>
      <w:r>
        <w:rPr>
          <w:rFonts w:ascii="Arial" w:hAnsi="Arial"/>
          <w:b/>
          <w:sz w:val="22"/>
        </w:rPr>
        <w:t xml:space="preserve">Alice  </w:t>
      </w:r>
      <w:r>
        <w:rPr>
          <w:rFonts w:ascii="Arial" w:hAnsi="Arial"/>
          <w:color w:val="5D7284"/>
          <w:sz w:val="22"/>
        </w:rPr>
        <w:t>15:59</w:t>
      </w:r>
    </w:p>
    <w:p>
      <w:pPr>
        <w:spacing w:after="0"/>
      </w:pPr>
      <w:r>
        <w:rPr>
          <w:rFonts w:ascii="Arial" w:hAnsi="Arial"/>
          <w:sz w:val="22"/>
        </w:rPr>
        <w:t>Yeah, that was very much my approach to my master's dissertation. I was like, I could do 20,000 words, that's fine. And they were like, wait what? I've got three weeks. Yeah, I just</w:t>
      </w:r>
    </w:p>
    <w:p>
      <w:pPr>
        <w:spacing w:after="0"/>
      </w:pPr>
    </w:p>
    <w:p>
      <w:pPr>
        <w:spacing w:after="0"/>
      </w:pPr>
      <w:r>
        <w:rPr>
          <w:rFonts w:ascii="Arial" w:hAnsi="Arial"/>
          <w:b/>
          <w:sz w:val="22"/>
        </w:rPr>
        <w:t xml:space="preserve">Lucy  </w:t>
      </w:r>
      <w:r>
        <w:rPr>
          <w:rFonts w:ascii="Arial" w:hAnsi="Arial"/>
          <w:color w:val="5D7284"/>
          <w:sz w:val="22"/>
        </w:rPr>
        <w:t>16:12</w:t>
      </w:r>
    </w:p>
    <w:p>
      <w:pPr>
        <w:spacing w:after="0"/>
      </w:pPr>
      <w:r>
        <w:rPr>
          <w:rFonts w:ascii="Arial" w:hAnsi="Arial"/>
          <w:sz w:val="22"/>
        </w:rPr>
        <w:t>used to, like, use really descriptive, like paragraphs to describe, like, bits of film that I'd seen. It was really, really, really, really atmospheric.</w:t>
      </w:r>
    </w:p>
    <w:p>
      <w:pPr>
        <w:spacing w:after="0"/>
      </w:pPr>
    </w:p>
    <w:p>
      <w:pPr>
        <w:spacing w:after="0"/>
      </w:pPr>
      <w:r>
        <w:rPr>
          <w:rFonts w:ascii="Arial" w:hAnsi="Arial"/>
          <w:b/>
          <w:sz w:val="22"/>
        </w:rPr>
        <w:t xml:space="preserve">Daisy  </w:t>
      </w:r>
      <w:r>
        <w:rPr>
          <w:rFonts w:ascii="Arial" w:hAnsi="Arial"/>
          <w:color w:val="5D7284"/>
          <w:sz w:val="22"/>
        </w:rPr>
        <w:t>16:26</w:t>
      </w:r>
    </w:p>
    <w:p>
      <w:pPr>
        <w:spacing w:after="0"/>
      </w:pPr>
      <w:r>
        <w:rPr>
          <w:rFonts w:ascii="Arial" w:hAnsi="Arial"/>
          <w:sz w:val="22"/>
        </w:rPr>
        <w:t>This is good because, yeah, unlike a lot of my my, you know, essays while I was studying, I'm interested in this stuff enough that, you know, I was just like, No, I can't, I can't stop writing it. There's too many other things that I have to add in. So I go, I'm another thing, and another interesting thing,</w:t>
      </w:r>
    </w:p>
    <w:p>
      <w:pPr>
        <w:spacing w:after="0"/>
      </w:pPr>
    </w:p>
    <w:p>
      <w:pPr>
        <w:spacing w:after="0"/>
      </w:pPr>
      <w:r>
        <w:rPr>
          <w:rFonts w:ascii="Arial" w:hAnsi="Arial"/>
          <w:b/>
          <w:sz w:val="22"/>
        </w:rPr>
        <w:t xml:space="preserve">Alice  </w:t>
      </w:r>
      <w:r>
        <w:rPr>
          <w:rFonts w:ascii="Arial" w:hAnsi="Arial"/>
          <w:color w:val="5D7284"/>
          <w:sz w:val="22"/>
        </w:rPr>
        <w:t>16:44</w:t>
      </w:r>
    </w:p>
    <w:p>
      <w:pPr>
        <w:spacing w:after="0"/>
      </w:pPr>
      <w:r>
        <w:rPr>
          <w:rFonts w:ascii="Arial" w:hAnsi="Arial"/>
          <w:sz w:val="22"/>
        </w:rPr>
        <w:t>was there anything that you didn't put in that, you really wanted to put in, but you just, you just had to cut it.</w:t>
      </w:r>
    </w:p>
    <w:p>
      <w:pPr>
        <w:spacing w:after="0"/>
      </w:pPr>
    </w:p>
    <w:p>
      <w:pPr>
        <w:spacing w:after="0"/>
      </w:pPr>
      <w:r>
        <w:rPr>
          <w:rFonts w:ascii="Arial" w:hAnsi="Arial"/>
          <w:b/>
          <w:sz w:val="22"/>
        </w:rPr>
        <w:t xml:space="preserve">Daisy  </w:t>
      </w:r>
      <w:r>
        <w:rPr>
          <w:rFonts w:ascii="Arial" w:hAnsi="Arial"/>
          <w:color w:val="5D7284"/>
          <w:sz w:val="22"/>
        </w:rPr>
        <w:t>16:51</w:t>
      </w:r>
    </w:p>
    <w:p>
      <w:pPr>
        <w:spacing w:after="0"/>
      </w:pPr>
      <w:r>
        <w:rPr>
          <w:rFonts w:ascii="Arial" w:hAnsi="Arial"/>
          <w:sz w:val="22"/>
        </w:rPr>
        <w:t>Um, well, there are a couple of things that were edited out for, I presume, good reasons.</w:t>
      </w:r>
    </w:p>
    <w:p>
      <w:pPr>
        <w:spacing w:after="0"/>
      </w:pPr>
    </w:p>
    <w:p>
      <w:pPr>
        <w:spacing w:after="0"/>
      </w:pPr>
      <w:r>
        <w:rPr>
          <w:rFonts w:ascii="Arial" w:hAnsi="Arial"/>
          <w:b/>
          <w:sz w:val="22"/>
        </w:rPr>
        <w:t xml:space="preserve">Alice  </w:t>
      </w:r>
      <w:r>
        <w:rPr>
          <w:rFonts w:ascii="Arial" w:hAnsi="Arial"/>
          <w:color w:val="5D7284"/>
          <w:sz w:val="22"/>
        </w:rPr>
        <w:t>16:58</w:t>
      </w:r>
    </w:p>
    <w:p>
      <w:pPr>
        <w:spacing w:after="0"/>
      </w:pPr>
      <w:r>
        <w:rPr>
          <w:rFonts w:ascii="Arial" w:hAnsi="Arial"/>
          <w:sz w:val="22"/>
        </w:rPr>
        <w:t>Yeah, because, because it was comments about tracheostomy lesbians,</w:t>
      </w:r>
    </w:p>
    <w:p>
      <w:pPr>
        <w:spacing w:after="0"/>
      </w:pPr>
    </w:p>
    <w:p>
      <w:pPr>
        <w:spacing w:after="0"/>
      </w:pPr>
      <w:r>
        <w:rPr>
          <w:rFonts w:ascii="Arial" w:hAnsi="Arial"/>
          <w:b/>
          <w:sz w:val="22"/>
        </w:rPr>
        <w:t xml:space="preserve">Daisy  </w:t>
      </w:r>
      <w:r>
        <w:rPr>
          <w:rFonts w:ascii="Arial" w:hAnsi="Arial"/>
          <w:color w:val="5D7284"/>
          <w:sz w:val="22"/>
        </w:rPr>
        <w:t>17:07</w:t>
      </w:r>
    </w:p>
    <w:p>
      <w:pPr>
        <w:spacing w:after="0"/>
      </w:pPr>
      <w:r>
        <w:rPr>
          <w:rFonts w:ascii="Arial" w:hAnsi="Arial"/>
          <w:sz w:val="22"/>
        </w:rPr>
        <w:t>yeah, stuff of that ilk, like</w:t>
      </w:r>
    </w:p>
    <w:p>
      <w:pPr>
        <w:spacing w:after="0"/>
      </w:pPr>
    </w:p>
    <w:p>
      <w:pPr>
        <w:spacing w:after="0"/>
      </w:pPr>
      <w:r>
        <w:rPr>
          <w:rFonts w:ascii="Arial" w:hAnsi="Arial"/>
          <w:b/>
          <w:sz w:val="22"/>
        </w:rPr>
        <w:t xml:space="preserve">Alice  </w:t>
      </w:r>
      <w:r>
        <w:rPr>
          <w:rFonts w:ascii="Arial" w:hAnsi="Arial"/>
          <w:color w:val="5D7284"/>
          <w:sz w:val="22"/>
        </w:rPr>
        <w:t>17:13</w:t>
      </w:r>
    </w:p>
    <w:p>
      <w:pPr>
        <w:spacing w:after="0"/>
      </w:pPr>
      <w:r>
        <w:rPr>
          <w:rFonts w:ascii="Arial" w:hAnsi="Arial"/>
          <w:sz w:val="22"/>
        </w:rPr>
        <w:t xml:space="preserve">Daisy got right in, like a PG rated book. </w:t>
      </w:r>
    </w:p>
    <w:p>
      <w:pPr>
        <w:spacing w:after="0"/>
      </w:pPr>
    </w:p>
    <w:p>
      <w:pPr>
        <w:spacing w:after="0"/>
      </w:pPr>
      <w:r>
        <w:rPr>
          <w:rFonts w:ascii="Arial" w:hAnsi="Arial"/>
          <w:b/>
          <w:sz w:val="22"/>
        </w:rPr>
        <w:t xml:space="preserve">Lucy  </w:t>
      </w:r>
      <w:r>
        <w:rPr>
          <w:rFonts w:ascii="Arial" w:hAnsi="Arial"/>
          <w:color w:val="5D7284"/>
          <w:sz w:val="22"/>
        </w:rPr>
        <w:t>17:20</w:t>
      </w:r>
    </w:p>
    <w:p>
      <w:pPr>
        <w:spacing w:after="0"/>
      </w:pPr>
      <w:r>
        <w:rPr>
          <w:rFonts w:ascii="Arial" w:hAnsi="Arial"/>
          <w:sz w:val="22"/>
        </w:rPr>
        <w:t>Daisy's not not going to be on CBBies bedtime story?</w:t>
      </w:r>
    </w:p>
    <w:p>
      <w:pPr>
        <w:spacing w:after="0"/>
      </w:pPr>
    </w:p>
    <w:p>
      <w:pPr>
        <w:spacing w:after="0"/>
      </w:pPr>
      <w:r>
        <w:rPr>
          <w:rFonts w:ascii="Arial" w:hAnsi="Arial"/>
          <w:b/>
          <w:sz w:val="22"/>
        </w:rPr>
        <w:t xml:space="preserve">Daisy  </w:t>
      </w:r>
      <w:r>
        <w:rPr>
          <w:rFonts w:ascii="Arial" w:hAnsi="Arial"/>
          <w:color w:val="5D7284"/>
          <w:sz w:val="22"/>
        </w:rPr>
        <w:t>17:24</w:t>
      </w:r>
    </w:p>
    <w:p>
      <w:pPr>
        <w:spacing w:after="0"/>
      </w:pPr>
      <w:r>
        <w:rPr>
          <w:rFonts w:ascii="Arial" w:hAnsi="Arial"/>
          <w:sz w:val="22"/>
        </w:rPr>
        <w:t>No, absolutely not. Yeah, not reading my own book anyway. I could read something else, just make comments about it throughout.</w:t>
      </w:r>
    </w:p>
    <w:p>
      <w:pPr>
        <w:spacing w:after="0"/>
      </w:pPr>
    </w:p>
    <w:p>
      <w:pPr>
        <w:spacing w:after="0"/>
      </w:pPr>
      <w:r>
        <w:rPr>
          <w:rFonts w:ascii="Arial" w:hAnsi="Arial"/>
          <w:b/>
          <w:sz w:val="22"/>
        </w:rPr>
        <w:t xml:space="preserve">Alice  </w:t>
      </w:r>
      <w:r>
        <w:rPr>
          <w:rFonts w:ascii="Arial" w:hAnsi="Arial"/>
          <w:color w:val="5D7284"/>
          <w:sz w:val="22"/>
        </w:rPr>
        <w:t>17:34</w:t>
      </w:r>
    </w:p>
    <w:p>
      <w:pPr>
        <w:spacing w:after="0"/>
      </w:pPr>
      <w:r>
        <w:rPr>
          <w:rFonts w:ascii="Arial" w:hAnsi="Arial"/>
          <w:sz w:val="22"/>
        </w:rPr>
        <w:t>I don't think that's that's the purpose of Bedtime Stories is to make comp like, do a commentary The Very Hungry Caterpillar. Well, look at this greedy motherfucker.</w:t>
      </w:r>
    </w:p>
    <w:p>
      <w:pPr>
        <w:spacing w:after="0"/>
      </w:pPr>
    </w:p>
    <w:p>
      <w:pPr>
        <w:spacing w:after="0"/>
      </w:pPr>
      <w:r>
        <w:rPr>
          <w:rFonts w:ascii="Arial" w:hAnsi="Arial"/>
          <w:b/>
          <w:sz w:val="22"/>
        </w:rPr>
        <w:t xml:space="preserve">Lucy  </w:t>
      </w:r>
      <w:r>
        <w:rPr>
          <w:rFonts w:ascii="Arial" w:hAnsi="Arial"/>
          <w:color w:val="5D7284"/>
          <w:sz w:val="22"/>
        </w:rPr>
        <w:t>17:51</w:t>
      </w:r>
    </w:p>
    <w:p>
      <w:pPr>
        <w:spacing w:after="0"/>
      </w:pPr>
      <w:r>
        <w:rPr>
          <w:rFonts w:ascii="Arial" w:hAnsi="Arial"/>
          <w:sz w:val="22"/>
        </w:rPr>
        <w:t xml:space="preserve">He's not gonna get he's not gonna get through that, that door. I don't know where, like, where he's living, doorways. I don't know he's a catapillar </w:t>
      </w:r>
    </w:p>
    <w:p>
      <w:pPr>
        <w:spacing w:after="0"/>
      </w:pPr>
    </w:p>
    <w:p>
      <w:pPr>
        <w:spacing w:after="0"/>
      </w:pPr>
      <w:r>
        <w:rPr>
          <w:rFonts w:ascii="Arial" w:hAnsi="Arial"/>
          <w:b/>
          <w:sz w:val="22"/>
        </w:rPr>
        <w:t xml:space="preserve">Daisy  </w:t>
      </w:r>
      <w:r>
        <w:rPr>
          <w:rFonts w:ascii="Arial" w:hAnsi="Arial"/>
          <w:color w:val="5D7284"/>
          <w:sz w:val="22"/>
        </w:rPr>
        <w:t>17:59</w:t>
      </w:r>
    </w:p>
    <w:p>
      <w:pPr>
        <w:spacing w:after="0"/>
      </w:pPr>
      <w:r>
        <w:rPr>
          <w:rFonts w:ascii="Arial" w:hAnsi="Arial"/>
          <w:sz w:val="22"/>
        </w:rPr>
        <w:t>is it going for another cake? It's left loads of the last one, tiny hole all the way through it. Yeah, finis, the one you got, ruined with that for everyone.</w:t>
      </w:r>
    </w:p>
    <w:p>
      <w:pPr>
        <w:spacing w:after="0"/>
      </w:pPr>
    </w:p>
    <w:p>
      <w:pPr>
        <w:spacing w:after="0"/>
      </w:pPr>
      <w:r>
        <w:rPr>
          <w:rFonts w:ascii="Arial" w:hAnsi="Arial"/>
          <w:b/>
          <w:sz w:val="22"/>
        </w:rPr>
        <w:t xml:space="preserve">Lucy  </w:t>
      </w:r>
      <w:r>
        <w:rPr>
          <w:rFonts w:ascii="Arial" w:hAnsi="Arial"/>
          <w:color w:val="5D7284"/>
          <w:sz w:val="22"/>
        </w:rPr>
        <w:t>18:11</w:t>
      </w:r>
    </w:p>
    <w:p>
      <w:pPr>
        <w:spacing w:after="0"/>
      </w:pPr>
      <w:r>
        <w:rPr>
          <w:rFonts w:ascii="Arial" w:hAnsi="Arial"/>
          <w:sz w:val="22"/>
        </w:rPr>
        <w:t>We never can eat that. Now, eating around. Yeah, I've never thought of it like that, actually, Daisy,</w:t>
      </w:r>
    </w:p>
    <w:p>
      <w:pPr>
        <w:spacing w:after="0"/>
      </w:pPr>
    </w:p>
    <w:p>
      <w:pPr>
        <w:spacing w:after="0"/>
      </w:pPr>
      <w:r>
        <w:rPr>
          <w:rFonts w:ascii="Arial" w:hAnsi="Arial"/>
          <w:b/>
          <w:sz w:val="22"/>
        </w:rPr>
        <w:t xml:space="preserve">Daisy  </w:t>
      </w:r>
      <w:r>
        <w:rPr>
          <w:rFonts w:ascii="Arial" w:hAnsi="Arial"/>
          <w:color w:val="5D7284"/>
          <w:sz w:val="22"/>
        </w:rPr>
        <w:t>18:19</w:t>
      </w:r>
    </w:p>
    <w:p>
      <w:pPr>
        <w:spacing w:after="0"/>
      </w:pPr>
      <w:r>
        <w:rPr>
          <w:rFonts w:ascii="Arial" w:hAnsi="Arial"/>
          <w:sz w:val="22"/>
        </w:rPr>
        <w:t xml:space="preserve">yeah, you've opened my eyes. This is the kind of thing that bothered me as a child. </w:t>
      </w:r>
    </w:p>
    <w:p>
      <w:pPr>
        <w:spacing w:after="0"/>
      </w:pPr>
    </w:p>
    <w:p>
      <w:pPr>
        <w:spacing w:after="0"/>
      </w:pPr>
      <w:r>
        <w:rPr>
          <w:rFonts w:ascii="Arial" w:hAnsi="Arial"/>
          <w:b/>
          <w:sz w:val="22"/>
        </w:rPr>
        <w:t xml:space="preserve">Alice  </w:t>
      </w:r>
      <w:r>
        <w:rPr>
          <w:rFonts w:ascii="Arial" w:hAnsi="Arial"/>
          <w:color w:val="5D7284"/>
          <w:sz w:val="22"/>
        </w:rPr>
        <w:t>18:24</w:t>
      </w:r>
    </w:p>
    <w:p>
      <w:pPr>
        <w:spacing w:after="0"/>
      </w:pPr>
      <w:r>
        <w:rPr>
          <w:rFonts w:ascii="Arial" w:hAnsi="Arial"/>
          <w:sz w:val="22"/>
        </w:rPr>
        <w:t>Says a lot about you as an adult.</w:t>
      </w:r>
    </w:p>
    <w:p>
      <w:pPr>
        <w:spacing w:after="0"/>
      </w:pPr>
    </w:p>
    <w:p>
      <w:pPr>
        <w:spacing w:after="0"/>
      </w:pPr>
      <w:r>
        <w:rPr>
          <w:rFonts w:ascii="Arial" w:hAnsi="Arial"/>
          <w:b/>
          <w:sz w:val="22"/>
        </w:rPr>
        <w:t xml:space="preserve">Lucy  </w:t>
      </w:r>
      <w:r>
        <w:rPr>
          <w:rFonts w:ascii="Arial" w:hAnsi="Arial"/>
          <w:color w:val="5D7284"/>
          <w:sz w:val="22"/>
        </w:rPr>
        <w:t>18:26</w:t>
      </w:r>
    </w:p>
    <w:p>
      <w:pPr>
        <w:spacing w:after="0"/>
      </w:pPr>
      <w:r>
        <w:rPr>
          <w:rFonts w:ascii="Arial" w:hAnsi="Arial"/>
          <w:sz w:val="22"/>
        </w:rPr>
        <w:t>So do you think you would write a second book maybe? Or have you got the bug for it now? Or do you think I might leave it a while? Will you be like a doubt and like, disappear for seven years. Then be like i'm back again with a book!</w:t>
      </w:r>
    </w:p>
    <w:p>
      <w:pPr>
        <w:spacing w:after="0"/>
      </w:pPr>
    </w:p>
    <w:p>
      <w:pPr>
        <w:spacing w:after="0"/>
      </w:pPr>
      <w:r>
        <w:rPr>
          <w:rFonts w:ascii="Arial" w:hAnsi="Arial"/>
          <w:b/>
          <w:sz w:val="22"/>
        </w:rPr>
        <w:t xml:space="preserve">Alice  </w:t>
      </w:r>
      <w:r>
        <w:rPr>
          <w:rFonts w:ascii="Arial" w:hAnsi="Arial"/>
          <w:color w:val="5D7284"/>
          <w:sz w:val="22"/>
        </w:rPr>
        <w:t>18:43</w:t>
      </w:r>
    </w:p>
    <w:p>
      <w:pPr>
        <w:spacing w:after="0"/>
      </w:pPr>
      <w:r>
        <w:rPr>
          <w:rFonts w:ascii="Arial" w:hAnsi="Arial"/>
          <w:sz w:val="22"/>
        </w:rPr>
        <w:t>we've got a couple of authors on this season, actually,</w:t>
      </w:r>
    </w:p>
    <w:p>
      <w:pPr>
        <w:spacing w:after="0"/>
      </w:pPr>
    </w:p>
    <w:p>
      <w:pPr>
        <w:spacing w:after="0"/>
      </w:pPr>
      <w:r>
        <w:rPr>
          <w:rFonts w:ascii="Arial" w:hAnsi="Arial"/>
          <w:b/>
          <w:sz w:val="22"/>
        </w:rPr>
        <w:t xml:space="preserve">Lucy  </w:t>
      </w:r>
      <w:r>
        <w:rPr>
          <w:rFonts w:ascii="Arial" w:hAnsi="Arial"/>
          <w:color w:val="5D7284"/>
          <w:sz w:val="22"/>
        </w:rPr>
        <w:t>18:50</w:t>
      </w:r>
    </w:p>
    <w:p>
      <w:pPr>
        <w:spacing w:after="0"/>
      </w:pPr>
      <w:r>
        <w:rPr>
          <w:rFonts w:ascii="Arial" w:hAnsi="Arial"/>
          <w:sz w:val="22"/>
        </w:rPr>
        <w:t>yes, we have,</w:t>
      </w:r>
    </w:p>
    <w:p>
      <w:pPr>
        <w:spacing w:after="0"/>
      </w:pPr>
    </w:p>
    <w:p>
      <w:pPr>
        <w:spacing w:after="0"/>
      </w:pPr>
      <w:r>
        <w:rPr>
          <w:rFonts w:ascii="Arial" w:hAnsi="Arial"/>
          <w:b/>
          <w:sz w:val="22"/>
        </w:rPr>
        <w:t xml:space="preserve">Daisy  </w:t>
      </w:r>
      <w:r>
        <w:rPr>
          <w:rFonts w:ascii="Arial" w:hAnsi="Arial"/>
          <w:color w:val="5D7284"/>
          <w:sz w:val="22"/>
        </w:rPr>
        <w:t>18:51</w:t>
      </w:r>
    </w:p>
    <w:p>
      <w:pPr>
        <w:spacing w:after="0"/>
      </w:pPr>
      <w:r>
        <w:rPr>
          <w:rFonts w:ascii="Arial" w:hAnsi="Arial"/>
          <w:sz w:val="22"/>
        </w:rPr>
        <w:t xml:space="preserve">Yeah, yeah. I feel like it's one of those things where once a certain amount of time has passed, I'll forget that it was stressful and I couldn't do anything for months at a time, and , I'd be like, Oh, this this time, maybe I would actually be organized and stick to my the schedule that I made for myself, yeah, and then I'm there in the last month again going, arrrgh </w:t>
      </w:r>
    </w:p>
    <w:p>
      <w:pPr>
        <w:spacing w:after="0"/>
      </w:pPr>
    </w:p>
    <w:p>
      <w:pPr>
        <w:spacing w:after="0"/>
      </w:pPr>
      <w:r>
        <w:rPr>
          <w:rFonts w:ascii="Arial" w:hAnsi="Arial"/>
          <w:b/>
          <w:sz w:val="22"/>
        </w:rPr>
        <w:t xml:space="preserve">Alice  </w:t>
      </w:r>
      <w:r>
        <w:rPr>
          <w:rFonts w:ascii="Arial" w:hAnsi="Arial"/>
          <w:color w:val="5D7284"/>
          <w:sz w:val="22"/>
        </w:rPr>
        <w:t>19:17</w:t>
      </w:r>
    </w:p>
    <w:p>
      <w:pPr>
        <w:spacing w:after="0"/>
      </w:pPr>
      <w:r>
        <w:rPr>
          <w:rFonts w:ascii="Arial" w:hAnsi="Arial"/>
          <w:sz w:val="22"/>
        </w:rPr>
        <w:t>both of them said, like, that first one, I was like, Oh, this nearly killed me. And then a few years later, I was like, I could, I could go another book.</w:t>
      </w:r>
    </w:p>
    <w:p>
      <w:pPr>
        <w:spacing w:after="0"/>
      </w:pPr>
    </w:p>
    <w:p>
      <w:pPr>
        <w:spacing w:after="0"/>
      </w:pPr>
      <w:r>
        <w:rPr>
          <w:rFonts w:ascii="Arial" w:hAnsi="Arial"/>
          <w:b/>
          <w:sz w:val="22"/>
        </w:rPr>
        <w:t xml:space="preserve">Lucy  </w:t>
      </w:r>
      <w:r>
        <w:rPr>
          <w:rFonts w:ascii="Arial" w:hAnsi="Arial"/>
          <w:color w:val="5D7284"/>
          <w:sz w:val="22"/>
        </w:rPr>
        <w:t>19:20</w:t>
      </w:r>
    </w:p>
    <w:p>
      <w:pPr>
        <w:spacing w:after="0"/>
      </w:pPr>
      <w:r>
        <w:rPr>
          <w:rFonts w:ascii="Arial" w:hAnsi="Arial"/>
          <w:sz w:val="22"/>
        </w:rPr>
        <w:t>I suppose as Well, you've got to have an idea of you can't just write a book for writing a book's sake.</w:t>
      </w:r>
    </w:p>
    <w:p>
      <w:pPr>
        <w:spacing w:after="0"/>
      </w:pPr>
    </w:p>
    <w:p>
      <w:pPr>
        <w:spacing w:after="0"/>
      </w:pPr>
      <w:r>
        <w:rPr>
          <w:rFonts w:ascii="Arial" w:hAnsi="Arial"/>
          <w:b/>
          <w:sz w:val="22"/>
        </w:rPr>
        <w:t xml:space="preserve">Alice  </w:t>
      </w:r>
      <w:r>
        <w:rPr>
          <w:rFonts w:ascii="Arial" w:hAnsi="Arial"/>
          <w:color w:val="5D7284"/>
          <w:sz w:val="22"/>
        </w:rPr>
        <w:t>19:26</w:t>
      </w:r>
    </w:p>
    <w:p>
      <w:pPr>
        <w:spacing w:after="0"/>
      </w:pPr>
      <w:r>
        <w:rPr>
          <w:rFonts w:ascii="Arial" w:hAnsi="Arial"/>
          <w:sz w:val="22"/>
        </w:rPr>
        <w:t>Oh, and here's my there are millions of people who self publish on the internet,</w:t>
      </w:r>
    </w:p>
    <w:p>
      <w:pPr>
        <w:spacing w:after="0"/>
      </w:pPr>
    </w:p>
    <w:p>
      <w:pPr>
        <w:spacing w:after="0"/>
      </w:pPr>
      <w:r>
        <w:rPr>
          <w:rFonts w:ascii="Arial" w:hAnsi="Arial"/>
          <w:b/>
          <w:sz w:val="22"/>
        </w:rPr>
        <w:t xml:space="preserve">Lucy  </w:t>
      </w:r>
      <w:r>
        <w:rPr>
          <w:rFonts w:ascii="Arial" w:hAnsi="Arial"/>
          <w:color w:val="5D7284"/>
          <w:sz w:val="22"/>
        </w:rPr>
        <w:t>19:29</w:t>
      </w:r>
    </w:p>
    <w:p>
      <w:pPr>
        <w:spacing w:after="0"/>
      </w:pPr>
      <w:r>
        <w:rPr>
          <w:rFonts w:ascii="Arial" w:hAnsi="Arial"/>
          <w:sz w:val="22"/>
        </w:rPr>
        <w:t>like any, anybody who is really serious about the stuff they want. You're not going to like just publish a book that's full of stuff. wrll I wouldn't. Anyway, if I was going to publish a book, I'd be like, This is a book, and this is what I want to say. I'm not going to write another four because I still have, you know, oh, by the way, like, I don't want it just to be like a sequel, for the sake of it being a sequel. You see what I mean</w:t>
      </w:r>
    </w:p>
    <w:p>
      <w:pPr>
        <w:spacing w:after="0"/>
      </w:pPr>
    </w:p>
    <w:p>
      <w:pPr>
        <w:spacing w:after="0"/>
      </w:pPr>
      <w:r>
        <w:rPr>
          <w:rFonts w:ascii="Arial" w:hAnsi="Arial"/>
          <w:b/>
          <w:sz w:val="22"/>
        </w:rPr>
        <w:t xml:space="preserve">Daisy  </w:t>
      </w:r>
      <w:r>
        <w:rPr>
          <w:rFonts w:ascii="Arial" w:hAnsi="Arial"/>
          <w:color w:val="5D7284"/>
          <w:sz w:val="22"/>
        </w:rPr>
        <w:t>19:58</w:t>
      </w:r>
    </w:p>
    <w:p>
      <w:pPr>
        <w:spacing w:after="0"/>
      </w:pPr>
      <w:r>
        <w:rPr>
          <w:rFonts w:ascii="Arial" w:hAnsi="Arial"/>
          <w:sz w:val="22"/>
        </w:rPr>
        <w:t>Yeah. I mean, yeah, not. Fiction books are a bit different kind of to the way that a lot of people would not</w:t>
      </w:r>
    </w:p>
    <w:p>
      <w:pPr>
        <w:spacing w:after="0"/>
      </w:pPr>
    </w:p>
    <w:p>
      <w:pPr>
        <w:spacing w:after="0"/>
      </w:pPr>
      <w:r>
        <w:rPr>
          <w:rFonts w:ascii="Arial" w:hAnsi="Arial"/>
          <w:b/>
          <w:sz w:val="22"/>
        </w:rPr>
        <w:t xml:space="preserve">Alice  </w:t>
      </w:r>
      <w:r>
        <w:rPr>
          <w:rFonts w:ascii="Arial" w:hAnsi="Arial"/>
          <w:color w:val="5D7284"/>
          <w:sz w:val="22"/>
        </w:rPr>
        <w:t>20:04</w:t>
      </w:r>
    </w:p>
    <w:p>
      <w:pPr>
        <w:spacing w:after="0"/>
      </w:pPr>
      <w:r>
        <w:rPr>
          <w:rFonts w:ascii="Arial" w:hAnsi="Arial"/>
          <w:sz w:val="22"/>
        </w:rPr>
        <w:t>like it ends on a cliffhanger.</w:t>
      </w:r>
    </w:p>
    <w:p>
      <w:pPr>
        <w:spacing w:after="0"/>
      </w:pPr>
    </w:p>
    <w:p>
      <w:pPr>
        <w:spacing w:after="0"/>
      </w:pPr>
      <w:r>
        <w:rPr>
          <w:rFonts w:ascii="Arial" w:hAnsi="Arial"/>
          <w:b/>
          <w:sz w:val="22"/>
        </w:rPr>
        <w:t xml:space="preserve">Daisy  </w:t>
      </w:r>
      <w:r>
        <w:rPr>
          <w:rFonts w:ascii="Arial" w:hAnsi="Arial"/>
          <w:color w:val="5D7284"/>
          <w:sz w:val="22"/>
        </w:rPr>
        <w:t>20:08</w:t>
      </w:r>
    </w:p>
    <w:p>
      <w:pPr>
        <w:spacing w:after="0"/>
      </w:pPr>
      <w:r>
        <w:rPr>
          <w:rFonts w:ascii="Arial" w:hAnsi="Arial"/>
          <w:sz w:val="22"/>
        </w:rPr>
        <w:t>I mean, more that, like with, with fiction books, it's kind of expected that you you write the book and you finish the book, and that's when you start. You know, approaching like agents and publishers and things like that, yeah. Whereas with, with nonfiction, it's, it's generally, you know, you kind of have the idea first, and you find a agent, a publisher, or whatever, before you actually write it.</w:t>
      </w:r>
    </w:p>
    <w:p>
      <w:pPr>
        <w:spacing w:after="0"/>
      </w:pPr>
    </w:p>
    <w:p>
      <w:pPr>
        <w:spacing w:after="0"/>
      </w:pPr>
      <w:r>
        <w:rPr>
          <w:rFonts w:ascii="Arial" w:hAnsi="Arial"/>
          <w:b/>
          <w:sz w:val="22"/>
        </w:rPr>
        <w:t xml:space="preserve">Lucy  </w:t>
      </w:r>
      <w:r>
        <w:rPr>
          <w:rFonts w:ascii="Arial" w:hAnsi="Arial"/>
          <w:color w:val="5D7284"/>
          <w:sz w:val="22"/>
        </w:rPr>
        <w:t>20:32</w:t>
      </w:r>
    </w:p>
    <w:p>
      <w:pPr>
        <w:spacing w:after="0"/>
      </w:pPr>
      <w:r>
        <w:rPr>
          <w:rFonts w:ascii="Arial" w:hAnsi="Arial"/>
          <w:sz w:val="22"/>
        </w:rPr>
        <w:t>So it's like this pitch, really, and then going,</w:t>
      </w:r>
    </w:p>
    <w:p>
      <w:pPr>
        <w:spacing w:after="0"/>
      </w:pPr>
    </w:p>
    <w:p>
      <w:pPr>
        <w:spacing w:after="0"/>
      </w:pPr>
      <w:r>
        <w:rPr>
          <w:rFonts w:ascii="Arial" w:hAnsi="Arial"/>
          <w:b/>
          <w:sz w:val="22"/>
        </w:rPr>
        <w:t xml:space="preserve">Daisy  </w:t>
      </w:r>
      <w:r>
        <w:rPr>
          <w:rFonts w:ascii="Arial" w:hAnsi="Arial"/>
          <w:color w:val="5D7284"/>
          <w:sz w:val="22"/>
        </w:rPr>
        <w:t>20:34</w:t>
      </w:r>
    </w:p>
    <w:p>
      <w:pPr>
        <w:spacing w:after="0"/>
      </w:pPr>
      <w:r>
        <w:rPr>
          <w:rFonts w:ascii="Arial" w:hAnsi="Arial"/>
          <w:sz w:val="22"/>
        </w:rPr>
        <w:t>kind of, yeah. And so the certainly, in my case with, I think probably a lot of other people as well. There's kind of a more specific idea of of, you know what the publisher wants before you start writing it. Yeah? So you know this came about because I wrote a magazine article about, like, shared queer and disabled history. And so, you know, it was very much like, yes, we liked that. We would like more of it to the 100 pages, And so, yeah, if I to write another one, it would probably be in in a similar way that it would kind of a bit before the planning stages. Really, there would be an idea of the type, yeah, subject that it would cover.</w:t>
      </w:r>
    </w:p>
    <w:p>
      <w:pPr>
        <w:spacing w:after="0"/>
      </w:pPr>
    </w:p>
    <w:p>
      <w:pPr>
        <w:spacing w:after="0"/>
      </w:pPr>
      <w:r>
        <w:rPr>
          <w:rFonts w:ascii="Arial" w:hAnsi="Arial"/>
          <w:b/>
          <w:sz w:val="22"/>
        </w:rPr>
        <w:t xml:space="preserve">Lucy  </w:t>
      </w:r>
      <w:r>
        <w:rPr>
          <w:rFonts w:ascii="Arial" w:hAnsi="Arial"/>
          <w:color w:val="5D7284"/>
          <w:sz w:val="22"/>
        </w:rPr>
        <w:t>20:35</w:t>
      </w:r>
    </w:p>
    <w:p>
      <w:pPr>
        <w:spacing w:after="0"/>
      </w:pPr>
      <w:r>
        <w:rPr>
          <w:rFonts w:ascii="Arial" w:hAnsi="Arial"/>
          <w:sz w:val="22"/>
        </w:rPr>
        <w:t>And I suppose it would come naturally as well, because it would be because you've either had experience of writing something and somebody. I really like that. I want more of it. Would it be? Would you do you think it would be down that similar sort of path of it sort of naturally, organically came about, rather than I have this idea. Do you think it might be like a good book kind of thing?</w:t>
      </w:r>
    </w:p>
    <w:p>
      <w:pPr>
        <w:spacing w:after="0"/>
      </w:pPr>
    </w:p>
    <w:p>
      <w:pPr>
        <w:spacing w:after="0"/>
      </w:pPr>
      <w:r>
        <w:rPr>
          <w:rFonts w:ascii="Arial" w:hAnsi="Arial"/>
          <w:b/>
          <w:sz w:val="22"/>
        </w:rPr>
        <w:t xml:space="preserve">Daisy  </w:t>
      </w:r>
      <w:r>
        <w:rPr>
          <w:rFonts w:ascii="Arial" w:hAnsi="Arial"/>
          <w:color w:val="5D7284"/>
          <w:sz w:val="22"/>
        </w:rPr>
        <w:t>21:47</w:t>
      </w:r>
    </w:p>
    <w:p>
      <w:pPr>
        <w:spacing w:after="0"/>
      </w:pPr>
      <w:r>
        <w:rPr>
          <w:rFonts w:ascii="Arial" w:hAnsi="Arial"/>
          <w:sz w:val="22"/>
        </w:rPr>
        <w:t>Yeah, I'm not sure, really. Because, yeah, one of the things I would quite like to do is just kind of like a general, you know, disability history primer type thing. There's so many, yeah, you know, scattered sources about all of the different elements and something that was just kind of like, you know, this is a starter's guide to all of this stuff. I think would be quite good and quite helpful.</w:t>
      </w:r>
    </w:p>
    <w:p>
      <w:pPr>
        <w:spacing w:after="0"/>
      </w:pPr>
    </w:p>
    <w:p>
      <w:pPr>
        <w:spacing w:after="0"/>
      </w:pPr>
      <w:r>
        <w:rPr>
          <w:rFonts w:ascii="Arial" w:hAnsi="Arial"/>
          <w:b/>
          <w:sz w:val="22"/>
        </w:rPr>
        <w:t xml:space="preserve">Lucy  </w:t>
      </w:r>
      <w:r>
        <w:rPr>
          <w:rFonts w:ascii="Arial" w:hAnsi="Arial"/>
          <w:color w:val="5D7284"/>
          <w:sz w:val="22"/>
        </w:rPr>
        <w:t>22:10</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22:13</w:t>
      </w:r>
    </w:p>
    <w:p>
      <w:pPr>
        <w:spacing w:after="0"/>
      </w:pPr>
      <w:r>
        <w:rPr>
          <w:rFonts w:ascii="Arial" w:hAnsi="Arial"/>
          <w:sz w:val="22"/>
        </w:rPr>
        <w:t>did you go into this book like thinking I'm going to cover these people, or did you have to spend some time being like, right? I've got  tp 12 chapters, and I've only got eight people,</w:t>
      </w:r>
    </w:p>
    <w:p>
      <w:pPr>
        <w:spacing w:after="0"/>
      </w:pPr>
    </w:p>
    <w:p>
      <w:pPr>
        <w:spacing w:after="0"/>
      </w:pPr>
      <w:r>
        <w:rPr>
          <w:rFonts w:ascii="Arial" w:hAnsi="Arial"/>
          <w:b/>
          <w:sz w:val="22"/>
        </w:rPr>
        <w:t xml:space="preserve">Daisy  </w:t>
      </w:r>
      <w:r>
        <w:rPr>
          <w:rFonts w:ascii="Arial" w:hAnsi="Arial"/>
          <w:color w:val="5D7284"/>
          <w:sz w:val="22"/>
        </w:rPr>
        <w:t>22:23</w:t>
      </w:r>
    </w:p>
    <w:p>
      <w:pPr>
        <w:spacing w:after="0"/>
      </w:pPr>
      <w:r>
        <w:rPr>
          <w:rFonts w:ascii="Arial" w:hAnsi="Arial"/>
          <w:sz w:val="22"/>
        </w:rPr>
        <w:t>yeah, and I had an idea of a couple of people, and, you know, I sort of thought about how I would lay it out, and what sort of things that I would like to, you know, cover as the kind of subjects alongside The people. And then, you know, there was finding the historical people who were queer and disabled, and figuring out how they fit into some of the topics I wanted to cover. And in a lot of cases, thinking, you know, reading about what they had experienced and done, of being like, ah, that's, that's what, that's something that I could add in as well</w:t>
      </w:r>
    </w:p>
    <w:p>
      <w:pPr>
        <w:spacing w:after="0"/>
      </w:pPr>
    </w:p>
    <w:p>
      <w:pPr>
        <w:spacing w:after="0"/>
      </w:pPr>
      <w:r>
        <w:rPr>
          <w:rFonts w:ascii="Arial" w:hAnsi="Arial"/>
          <w:b/>
          <w:sz w:val="22"/>
        </w:rPr>
        <w:t xml:space="preserve">Lucy  </w:t>
      </w:r>
      <w:r>
        <w:rPr>
          <w:rFonts w:ascii="Arial" w:hAnsi="Arial"/>
          <w:color w:val="5D7284"/>
          <w:sz w:val="22"/>
        </w:rPr>
        <w:t>23:03</w:t>
      </w:r>
    </w:p>
    <w:p>
      <w:pPr>
        <w:spacing w:after="0"/>
      </w:pPr>
      <w:r>
        <w:rPr>
          <w:rFonts w:ascii="Arial" w:hAnsi="Arial"/>
          <w:sz w:val="22"/>
        </w:rPr>
        <w:t>talk about, yeah. So there are so many people that I think about, oh, maybe I could cover these people for, like, a history lesson, for the podcast or whatever, and then, or somebody will tell me something about a person. I think that's fascinating. And then my next question is, were they disabled in any way, shape or form? Can we, can I, can I shoehorn a disability onto them? Like, did they have, like, a slightly small index finger or something like that, just to make it fit, you know? So was there, like, people that you you maybe we're researching and we're like, yes, they're queer, but have they got a disability? No, they haven't. I've got to kind of like, or was it a case of, they didn't have to be both? It could be one or the other.</w:t>
      </w:r>
    </w:p>
    <w:p>
      <w:pPr>
        <w:spacing w:after="0"/>
      </w:pPr>
    </w:p>
    <w:p>
      <w:pPr>
        <w:spacing w:after="0"/>
      </w:pPr>
      <w:r>
        <w:rPr>
          <w:rFonts w:ascii="Arial" w:hAnsi="Arial"/>
          <w:b/>
          <w:sz w:val="22"/>
        </w:rPr>
        <w:t xml:space="preserve">Daisy  </w:t>
      </w:r>
      <w:r>
        <w:rPr>
          <w:rFonts w:ascii="Arial" w:hAnsi="Arial"/>
          <w:color w:val="5D7284"/>
          <w:sz w:val="22"/>
        </w:rPr>
        <w:t>23:52</w:t>
      </w:r>
    </w:p>
    <w:p>
      <w:pPr>
        <w:spacing w:after="0"/>
      </w:pPr>
      <w:r>
        <w:rPr>
          <w:rFonts w:ascii="Arial" w:hAnsi="Arial"/>
          <w:sz w:val="22"/>
        </w:rPr>
        <w:t xml:space="preserve">Yeah, no, everyone is both, but there are some who have a rather more tenuous,  connection to it, because, you know, trying to, you know, either diagnose with an impairment or figure out the sexuality of people from the past is incredibly difficult. And you know, there are likely to be cases where it's, you know, inaccurate for whatever reason. But yeah, the problem I've had is that for a lot of these people, you had to search so hard and for so long to their disability or their impairment was just kind of something that was never mentioned. And so it would take, you would actually have to do, like, a really significant amount of research on each individual person, and then maybe it'd be like, oh, and they had arthritis, oh, yeah, you know, stuff like stuff like that. And it was yeah, like a tiny footnote somewhere that suddenly makes sense of everything they did, but just most people have just never mentioned it for whatever reason. So, I mean, Harriet Martineau is one of those ones that has a slightly more tenuous connection to it. Because, you know, she was never known to have, you know, had any kind of romantic relationships, no, but she had what were called romantic friendships and a very close relationship with her female mesmerist. And so, you know, some people have, it's all speculation, essentially, yeah, there's, you know, if I didn't include people where there was some amount of explanation, there would be no one featured </w:t>
      </w:r>
    </w:p>
    <w:p>
      <w:pPr>
        <w:spacing w:after="0"/>
      </w:pPr>
    </w:p>
    <w:p>
      <w:pPr>
        <w:spacing w:after="0"/>
      </w:pPr>
      <w:r>
        <w:rPr>
          <w:rFonts w:ascii="Arial" w:hAnsi="Arial"/>
          <w:b/>
          <w:sz w:val="22"/>
        </w:rPr>
        <w:t xml:space="preserve">Lucy  </w:t>
      </w:r>
      <w:r>
        <w:rPr>
          <w:rFonts w:ascii="Arial" w:hAnsi="Arial"/>
          <w:color w:val="5D7284"/>
          <w:sz w:val="22"/>
        </w:rPr>
        <w:t>25:31</w:t>
      </w:r>
    </w:p>
    <w:p>
      <w:pPr>
        <w:spacing w:after="0"/>
      </w:pPr>
      <w:r>
        <w:rPr>
          <w:rFonts w:ascii="Arial" w:hAnsi="Arial"/>
          <w:sz w:val="22"/>
        </w:rPr>
        <w:t>featured. Is it a bit like when you tell us about somebody with a disability, and you go and, and in modern medicine, this would be called such and such a condition or whatever, is that the same sort</w:t>
      </w:r>
    </w:p>
    <w:p>
      <w:pPr>
        <w:spacing w:after="0"/>
      </w:pPr>
    </w:p>
    <w:p>
      <w:pPr>
        <w:spacing w:after="0"/>
      </w:pPr>
      <w:r>
        <w:rPr>
          <w:rFonts w:ascii="Arial" w:hAnsi="Arial"/>
          <w:b/>
          <w:sz w:val="22"/>
        </w:rPr>
        <w:t xml:space="preserve">Daisy  </w:t>
      </w:r>
      <w:r>
        <w:rPr>
          <w:rFonts w:ascii="Arial" w:hAnsi="Arial"/>
          <w:color w:val="5D7284"/>
          <w:sz w:val="22"/>
        </w:rPr>
        <w:t>25:42</w:t>
      </w:r>
    </w:p>
    <w:p>
      <w:pPr>
        <w:spacing w:after="0"/>
      </w:pPr>
      <w:r>
        <w:rPr>
          <w:rFonts w:ascii="Arial" w:hAnsi="Arial"/>
          <w:sz w:val="22"/>
        </w:rPr>
        <w:t xml:space="preserve"> yeah, there's a lot of things where it's just, you know, they saw themselves as having, like, you know, a slightly duff knee and it is kind of, you know, later on, you'd go, Oh no, the exact way they've described it fits this thing. But there's, yeah, no way of knowing for sure, that's what it was. And, you know, realistically, a lot of these people wouldn't necessarily have considered themselves disabled, but we would consider them to have an impairment.</w:t>
      </w:r>
    </w:p>
    <w:p>
      <w:pPr>
        <w:spacing w:after="0"/>
      </w:pPr>
    </w:p>
    <w:p>
      <w:pPr>
        <w:spacing w:after="0"/>
      </w:pPr>
      <w:r>
        <w:rPr>
          <w:rFonts w:ascii="Arial" w:hAnsi="Arial"/>
          <w:b/>
          <w:sz w:val="22"/>
        </w:rPr>
        <w:t xml:space="preserve">Alice  </w:t>
      </w:r>
      <w:r>
        <w:rPr>
          <w:rFonts w:ascii="Arial" w:hAnsi="Arial"/>
          <w:color w:val="5D7284"/>
          <w:sz w:val="22"/>
        </w:rPr>
        <w:t>26:08</w:t>
      </w:r>
    </w:p>
    <w:p>
      <w:pPr>
        <w:spacing w:after="0"/>
      </w:pPr>
      <w:r>
        <w:rPr>
          <w:rFonts w:ascii="Arial" w:hAnsi="Arial"/>
          <w:sz w:val="22"/>
        </w:rPr>
        <w:t>Yeah,  It's, it's very much about kind of the historical context, isn't it? I've as part of the series, both me and Lucy are doing fabled episodes, and I'm doing King Lear. And there's, there isn't, at no point in King Lear does Shakespeare refer to... He talks a lot about aging, and he talks a lot about him losing his mind, but there's a lot of modern readings this suggesting that Lear probably had dementia. But it's that, you know,  Shakespeare doesn't say that, yeah, you know, and particularly when it comes to kind of fictional characters like that, when you're imposing a diagnosis, can you impose a diagnosis on a character who's, you know, the person who created them didn't see that diagnosis Or are you pulling that diagnosis, that modern diagnosis, from what was a historical understanding of what that condition looked like? That condition was, you know, how people experienced it?</w:t>
      </w:r>
    </w:p>
    <w:p>
      <w:pPr>
        <w:spacing w:after="0"/>
      </w:pPr>
    </w:p>
    <w:p>
      <w:pPr>
        <w:spacing w:after="0"/>
      </w:pPr>
      <w:r>
        <w:rPr>
          <w:rFonts w:ascii="Arial" w:hAnsi="Arial"/>
          <w:b/>
          <w:sz w:val="22"/>
        </w:rPr>
        <w:t xml:space="preserve">Daisy  </w:t>
      </w:r>
      <w:r>
        <w:rPr>
          <w:rFonts w:ascii="Arial" w:hAnsi="Arial"/>
          <w:color w:val="5D7284"/>
          <w:sz w:val="22"/>
        </w:rPr>
        <w:t>27:10</w:t>
      </w:r>
    </w:p>
    <w:p>
      <w:pPr>
        <w:spacing w:after="0"/>
      </w:pPr>
      <w:r>
        <w:rPr>
          <w:rFonts w:ascii="Arial" w:hAnsi="Arial"/>
          <w:sz w:val="22"/>
        </w:rPr>
        <w:t>Yeah, there's things so many of these descriptions just didn't, you know exist at those points in the past, and so you you wouldn't necessarily expect people to have an accurate reading of it at that time, even if, well, not an accurate reading of it, but, but they would never have assigned the terms that we would use, because they didn't exist. And this is why disability history is so particularly difficult. Is that, you know, if you only paid attention to, you know, people who had the descriptions that we would use today. Then disability was invented in about 1910</w:t>
      </w:r>
    </w:p>
    <w:p>
      <w:pPr>
        <w:spacing w:after="0"/>
      </w:pPr>
    </w:p>
    <w:p>
      <w:pPr>
        <w:spacing w:after="0"/>
      </w:pPr>
      <w:r>
        <w:rPr>
          <w:rFonts w:ascii="Arial" w:hAnsi="Arial"/>
          <w:b/>
          <w:sz w:val="22"/>
        </w:rPr>
        <w:t xml:space="preserve">Lucy  </w:t>
      </w:r>
      <w:r>
        <w:rPr>
          <w:rFonts w:ascii="Arial" w:hAnsi="Arial"/>
          <w:color w:val="5D7284"/>
          <w:sz w:val="22"/>
        </w:rPr>
        <w:t>27:49</w:t>
      </w:r>
    </w:p>
    <w:p>
      <w:pPr>
        <w:spacing w:after="0"/>
      </w:pPr>
      <w:r>
        <w:rPr>
          <w:rFonts w:ascii="Arial" w:hAnsi="Arial"/>
          <w:sz w:val="22"/>
        </w:rPr>
        <w:t>Yeah, exactly, yeah, exactly, and, and that is just not reasonable to believe, it only existed in 1910 it's that's just not possible. Is it?</w:t>
      </w:r>
    </w:p>
    <w:p>
      <w:pPr>
        <w:spacing w:after="0"/>
      </w:pPr>
    </w:p>
    <w:p>
      <w:pPr>
        <w:spacing w:after="0"/>
      </w:pPr>
      <w:r>
        <w:rPr>
          <w:rFonts w:ascii="Arial" w:hAnsi="Arial"/>
          <w:b/>
          <w:sz w:val="22"/>
        </w:rPr>
        <w:t xml:space="preserve">Alice  </w:t>
      </w:r>
      <w:r>
        <w:rPr>
          <w:rFonts w:ascii="Arial" w:hAnsi="Arial"/>
          <w:color w:val="5D7284"/>
          <w:sz w:val="22"/>
        </w:rPr>
        <w:t>28:02</w:t>
      </w:r>
    </w:p>
    <w:p>
      <w:pPr>
        <w:spacing w:after="0"/>
      </w:pPr>
      <w:r>
        <w:rPr>
          <w:rFonts w:ascii="Arial" w:hAnsi="Arial"/>
          <w:sz w:val="22"/>
        </w:rPr>
        <w:t>I've got two questions. I have one question, and then like a follow up question,</w:t>
      </w:r>
    </w:p>
    <w:p>
      <w:pPr>
        <w:spacing w:after="0"/>
      </w:pPr>
    </w:p>
    <w:p>
      <w:pPr>
        <w:spacing w:after="0"/>
      </w:pPr>
      <w:r>
        <w:rPr>
          <w:rFonts w:ascii="Arial" w:hAnsi="Arial"/>
          <w:b/>
          <w:sz w:val="22"/>
        </w:rPr>
        <w:t xml:space="preserve">Daisy  </w:t>
      </w:r>
      <w:r>
        <w:rPr>
          <w:rFonts w:ascii="Arial" w:hAnsi="Arial"/>
          <w:color w:val="5D7284"/>
          <w:sz w:val="22"/>
        </w:rPr>
        <w:t>28:07</w:t>
      </w:r>
    </w:p>
    <w:p>
      <w:pPr>
        <w:spacing w:after="0"/>
      </w:pPr>
      <w:r>
        <w:rPr>
          <w:rFonts w:ascii="Arial" w:hAnsi="Arial"/>
          <w:sz w:val="22"/>
        </w:rPr>
        <w:t>sure, am I going to know the answers? Is this going to be embarrassing?</w:t>
      </w:r>
    </w:p>
    <w:p>
      <w:pPr>
        <w:spacing w:after="0"/>
      </w:pPr>
    </w:p>
    <w:p>
      <w:pPr>
        <w:spacing w:after="0"/>
      </w:pPr>
      <w:r>
        <w:rPr>
          <w:rFonts w:ascii="Arial" w:hAnsi="Arial"/>
          <w:b/>
          <w:sz w:val="22"/>
        </w:rPr>
        <w:t xml:space="preserve">Lucy  </w:t>
      </w:r>
      <w:r>
        <w:rPr>
          <w:rFonts w:ascii="Arial" w:hAnsi="Arial"/>
          <w:color w:val="5D7284"/>
          <w:sz w:val="22"/>
        </w:rPr>
        <w:t>28:11</w:t>
      </w:r>
    </w:p>
    <w:p>
      <w:pPr>
        <w:spacing w:after="0"/>
      </w:pPr>
      <w:r>
        <w:rPr>
          <w:rFonts w:ascii="Arial" w:hAnsi="Arial"/>
          <w:sz w:val="22"/>
        </w:rPr>
        <w:t>No, that's usually me to do that.</w:t>
      </w:r>
    </w:p>
    <w:p>
      <w:pPr>
        <w:spacing w:after="0"/>
      </w:pPr>
    </w:p>
    <w:p>
      <w:pPr>
        <w:spacing w:after="0"/>
      </w:pPr>
      <w:r>
        <w:rPr>
          <w:rFonts w:ascii="Arial" w:hAnsi="Arial"/>
          <w:b/>
          <w:sz w:val="22"/>
        </w:rPr>
        <w:t xml:space="preserve">Alice  </w:t>
      </w:r>
      <w:r>
        <w:rPr>
          <w:rFonts w:ascii="Arial" w:hAnsi="Arial"/>
          <w:color w:val="5D7284"/>
          <w:sz w:val="22"/>
        </w:rPr>
        <w:t>28:12</w:t>
      </w:r>
    </w:p>
    <w:p>
      <w:pPr>
        <w:spacing w:after="0"/>
      </w:pPr>
      <w:r>
        <w:rPr>
          <w:rFonts w:ascii="Arial" w:hAnsi="Arial"/>
          <w:sz w:val="22"/>
        </w:rPr>
        <w:t>One of the one of them is, is an answer that you should be able to give because you wrote the book, and the other one is an opinion. Oh, okay, you have, I know that you have those because I spent five minutes with you so. So the first question is, what is the kind of the furthest back? Who's the, the most ancient person that you cover in your book?</w:t>
      </w:r>
    </w:p>
    <w:p>
      <w:pPr>
        <w:spacing w:after="0"/>
      </w:pPr>
    </w:p>
    <w:p>
      <w:pPr>
        <w:spacing w:after="0"/>
      </w:pPr>
      <w:r>
        <w:rPr>
          <w:rFonts w:ascii="Arial" w:hAnsi="Arial"/>
          <w:b/>
          <w:sz w:val="22"/>
        </w:rPr>
        <w:t xml:space="preserve">Daisy  </w:t>
      </w:r>
      <w:r>
        <w:rPr>
          <w:rFonts w:ascii="Arial" w:hAnsi="Arial"/>
          <w:color w:val="5D7284"/>
          <w:sz w:val="22"/>
        </w:rPr>
        <w:t>28:38</w:t>
      </w:r>
    </w:p>
    <w:p>
      <w:pPr>
        <w:spacing w:after="0"/>
      </w:pPr>
      <w:r>
        <w:rPr>
          <w:rFonts w:ascii="Arial" w:hAnsi="Arial"/>
          <w:sz w:val="22"/>
        </w:rPr>
        <w:t>Michelangelo? I think,</w:t>
      </w:r>
    </w:p>
    <w:p>
      <w:pPr>
        <w:spacing w:after="0"/>
      </w:pPr>
    </w:p>
    <w:p>
      <w:pPr>
        <w:spacing w:after="0"/>
      </w:pPr>
      <w:r>
        <w:rPr>
          <w:rFonts w:ascii="Arial" w:hAnsi="Arial"/>
          <w:b/>
          <w:sz w:val="22"/>
        </w:rPr>
        <w:t xml:space="preserve">Alice  </w:t>
      </w:r>
      <w:r>
        <w:rPr>
          <w:rFonts w:ascii="Arial" w:hAnsi="Arial"/>
          <w:color w:val="5D7284"/>
          <w:sz w:val="22"/>
        </w:rPr>
        <w:t>28:41</w:t>
      </w:r>
    </w:p>
    <w:p>
      <w:pPr>
        <w:spacing w:after="0"/>
      </w:pPr>
      <w:r>
        <w:rPr>
          <w:rFonts w:ascii="Arial" w:hAnsi="Arial"/>
          <w:sz w:val="22"/>
        </w:rPr>
        <w:t>okay,</w:t>
      </w:r>
    </w:p>
    <w:p>
      <w:pPr>
        <w:spacing w:after="0"/>
      </w:pPr>
    </w:p>
    <w:p>
      <w:pPr>
        <w:spacing w:after="0"/>
      </w:pPr>
      <w:r>
        <w:rPr>
          <w:rFonts w:ascii="Arial" w:hAnsi="Arial"/>
          <w:b/>
          <w:sz w:val="22"/>
        </w:rPr>
        <w:t xml:space="preserve">Lucy  </w:t>
      </w:r>
      <w:r>
        <w:rPr>
          <w:rFonts w:ascii="Arial" w:hAnsi="Arial"/>
          <w:color w:val="5D7284"/>
          <w:sz w:val="22"/>
        </w:rPr>
        <w:t>28:41</w:t>
      </w:r>
    </w:p>
    <w:p>
      <w:pPr>
        <w:spacing w:after="0"/>
      </w:pPr>
      <w:r>
        <w:rPr>
          <w:rFonts w:ascii="Arial" w:hAnsi="Arial"/>
          <w:sz w:val="22"/>
        </w:rPr>
        <w:t>oh, wow,</w:t>
      </w:r>
    </w:p>
    <w:p>
      <w:pPr>
        <w:spacing w:after="0"/>
      </w:pPr>
    </w:p>
    <w:p>
      <w:pPr>
        <w:spacing w:after="0"/>
      </w:pPr>
      <w:r>
        <w:rPr>
          <w:rFonts w:ascii="Arial" w:hAnsi="Arial"/>
          <w:b/>
          <w:sz w:val="22"/>
        </w:rPr>
        <w:t xml:space="preserve">Alice  </w:t>
      </w:r>
      <w:r>
        <w:rPr>
          <w:rFonts w:ascii="Arial" w:hAnsi="Arial"/>
          <w:color w:val="5D7284"/>
          <w:sz w:val="22"/>
        </w:rPr>
        <w:t>28:43</w:t>
      </w:r>
    </w:p>
    <w:p>
      <w:pPr>
        <w:spacing w:after="0"/>
      </w:pPr>
      <w:r>
        <w:rPr>
          <w:rFonts w:ascii="Arial" w:hAnsi="Arial"/>
          <w:sz w:val="22"/>
        </w:rPr>
        <w:t>that's cool,</w:t>
      </w:r>
    </w:p>
    <w:p>
      <w:pPr>
        <w:spacing w:after="0"/>
      </w:pPr>
    </w:p>
    <w:p>
      <w:pPr>
        <w:spacing w:after="0"/>
      </w:pPr>
      <w:r>
        <w:rPr>
          <w:rFonts w:ascii="Arial" w:hAnsi="Arial"/>
          <w:b/>
          <w:sz w:val="22"/>
        </w:rPr>
        <w:t xml:space="preserve">Lucy  </w:t>
      </w:r>
      <w:r>
        <w:rPr>
          <w:rFonts w:ascii="Arial" w:hAnsi="Arial"/>
          <w:color w:val="5D7284"/>
          <w:sz w:val="22"/>
        </w:rPr>
        <w:t>28:44</w:t>
      </w:r>
    </w:p>
    <w:p>
      <w:pPr>
        <w:spacing w:after="0"/>
      </w:pPr>
      <w:r>
        <w:rPr>
          <w:rFonts w:ascii="Arial" w:hAnsi="Arial"/>
          <w:sz w:val="22"/>
        </w:rPr>
        <w:t>wow.</w:t>
      </w:r>
    </w:p>
    <w:p>
      <w:pPr>
        <w:spacing w:after="0"/>
      </w:pPr>
    </w:p>
    <w:p>
      <w:pPr>
        <w:spacing w:after="0"/>
      </w:pPr>
      <w:r>
        <w:rPr>
          <w:rFonts w:ascii="Arial" w:hAnsi="Arial"/>
          <w:b/>
          <w:sz w:val="22"/>
        </w:rPr>
        <w:t xml:space="preserve">Alice  </w:t>
      </w:r>
      <w:r>
        <w:rPr>
          <w:rFonts w:ascii="Arial" w:hAnsi="Arial"/>
          <w:color w:val="5D7284"/>
          <w:sz w:val="22"/>
        </w:rPr>
        <w:t>28:45</w:t>
      </w:r>
    </w:p>
    <w:p>
      <w:pPr>
        <w:spacing w:after="0"/>
      </w:pPr>
      <w:r>
        <w:rPr>
          <w:rFonts w:ascii="Arial" w:hAnsi="Arial"/>
          <w:sz w:val="22"/>
        </w:rPr>
        <w:t>But is that like 15th century?</w:t>
      </w:r>
    </w:p>
    <w:p>
      <w:pPr>
        <w:spacing w:after="0"/>
      </w:pPr>
    </w:p>
    <w:p>
      <w:pPr>
        <w:spacing w:after="0"/>
      </w:pPr>
      <w:r>
        <w:rPr>
          <w:rFonts w:ascii="Arial" w:hAnsi="Arial"/>
          <w:b/>
          <w:sz w:val="22"/>
        </w:rPr>
        <w:t xml:space="preserve">Daisy  </w:t>
      </w:r>
      <w:r>
        <w:rPr>
          <w:rFonts w:ascii="Arial" w:hAnsi="Arial"/>
          <w:color w:val="5D7284"/>
          <w:sz w:val="22"/>
        </w:rPr>
        <w:t>28:48</w:t>
      </w:r>
    </w:p>
    <w:p>
      <w:pPr>
        <w:spacing w:after="0"/>
      </w:pPr>
      <w:r>
        <w:rPr>
          <w:rFonts w:ascii="Arial" w:hAnsi="Arial"/>
          <w:sz w:val="22"/>
        </w:rPr>
        <w:t>Maybe</w:t>
      </w:r>
    </w:p>
    <w:p>
      <w:pPr>
        <w:spacing w:after="0"/>
      </w:pPr>
    </w:p>
    <w:p>
      <w:pPr>
        <w:spacing w:after="0"/>
      </w:pPr>
      <w:r>
        <w:rPr>
          <w:rFonts w:ascii="Arial" w:hAnsi="Arial"/>
          <w:b/>
          <w:sz w:val="22"/>
        </w:rPr>
        <w:t xml:space="preserve">Daisy  </w:t>
      </w:r>
      <w:r>
        <w:rPr>
          <w:rFonts w:ascii="Arial" w:hAnsi="Arial"/>
          <w:color w:val="5D7284"/>
          <w:sz w:val="22"/>
        </w:rPr>
        <w:t>28:49</w:t>
      </w:r>
    </w:p>
    <w:p>
      <w:pPr>
        <w:spacing w:after="0"/>
      </w:pPr>
      <w:r>
        <w:rPr>
          <w:rFonts w:ascii="Arial" w:hAnsi="Arial"/>
          <w:sz w:val="22"/>
        </w:rPr>
        <w:t xml:space="preserve">that's not my second question </w:t>
      </w:r>
    </w:p>
    <w:p>
      <w:pPr>
        <w:spacing w:after="0"/>
      </w:pPr>
    </w:p>
    <w:p>
      <w:pPr>
        <w:spacing w:after="0"/>
      </w:pPr>
      <w:r>
        <w:rPr>
          <w:rFonts w:ascii="Arial" w:hAnsi="Arial"/>
          <w:b/>
          <w:sz w:val="22"/>
        </w:rPr>
        <w:t xml:space="preserve">Lucy  </w:t>
      </w:r>
      <w:r>
        <w:rPr>
          <w:rFonts w:ascii="Arial" w:hAnsi="Arial"/>
          <w:color w:val="5D7284"/>
          <w:sz w:val="22"/>
        </w:rPr>
        <w:t>28:52</w:t>
      </w:r>
    </w:p>
    <w:p>
      <w:pPr>
        <w:spacing w:after="0"/>
      </w:pPr>
      <w:r>
        <w:rPr>
          <w:rFonts w:ascii="Arial" w:hAnsi="Arial"/>
          <w:sz w:val="22"/>
        </w:rPr>
        <w:t>That's question one a</w:t>
      </w:r>
    </w:p>
    <w:p>
      <w:pPr>
        <w:spacing w:after="0"/>
      </w:pPr>
    </w:p>
    <w:p>
      <w:pPr>
        <w:spacing w:after="0"/>
      </w:pPr>
      <w:r>
        <w:rPr>
          <w:rFonts w:ascii="Arial" w:hAnsi="Arial"/>
          <w:b/>
          <w:sz w:val="22"/>
        </w:rPr>
        <w:t xml:space="preserve">Alice  </w:t>
      </w:r>
      <w:r>
        <w:rPr>
          <w:rFonts w:ascii="Arial" w:hAnsi="Arial"/>
          <w:color w:val="5D7284"/>
          <w:sz w:val="22"/>
        </w:rPr>
        <w:t>28:56</w:t>
      </w:r>
    </w:p>
    <w:p>
      <w:pPr>
        <w:spacing w:after="0"/>
      </w:pPr>
      <w:r>
        <w:rPr>
          <w:rFonts w:ascii="Arial" w:hAnsi="Arial"/>
          <w:sz w:val="22"/>
        </w:rPr>
        <w:t>long time ago. My second question is, in your opinion, if we're talking about what we were just saying about, you know, understanding and definitions of disability, do you feel as though what we consider to be disability has kind of changed over time?</w:t>
      </w:r>
    </w:p>
    <w:p>
      <w:pPr>
        <w:spacing w:after="0"/>
      </w:pPr>
    </w:p>
    <w:p>
      <w:pPr>
        <w:spacing w:after="0"/>
      </w:pPr>
      <w:r>
        <w:rPr>
          <w:rFonts w:ascii="Arial" w:hAnsi="Arial"/>
          <w:b/>
          <w:sz w:val="22"/>
        </w:rPr>
        <w:t xml:space="preserve">Daisy  </w:t>
      </w:r>
      <w:r>
        <w:rPr>
          <w:rFonts w:ascii="Arial" w:hAnsi="Arial"/>
          <w:color w:val="5D7284"/>
          <w:sz w:val="22"/>
        </w:rPr>
        <w:t>29:09</w:t>
      </w:r>
    </w:p>
    <w:p>
      <w:pPr>
        <w:spacing w:after="0"/>
      </w:pPr>
      <w:r>
        <w:rPr>
          <w:rFonts w:ascii="Arial" w:hAnsi="Arial"/>
          <w:sz w:val="22"/>
        </w:rPr>
        <w:t>Yeah, yeah, absolutely. This is, you know, one of my classic things in that disability history is kind of everywhere, going all the way back. It's just being disabled was a much more normal thing. It kind of, it was much more common, and so nobody really noted it or paid attention to it, because it was so common, you know, if you had an injury to your leg and you needed, you know, some help to walk around like that, that wouldn't you wouldn't write that down anywhere, because so did eight other people who lived on the same. Street as you.</w:t>
      </w:r>
    </w:p>
    <w:p>
      <w:pPr>
        <w:spacing w:after="0"/>
      </w:pPr>
    </w:p>
    <w:p>
      <w:pPr>
        <w:spacing w:after="0"/>
      </w:pPr>
      <w:r>
        <w:rPr>
          <w:rFonts w:ascii="Arial" w:hAnsi="Arial"/>
          <w:b/>
          <w:sz w:val="22"/>
        </w:rPr>
        <w:t xml:space="preserve">Lucy  </w:t>
      </w:r>
      <w:r>
        <w:rPr>
          <w:rFonts w:ascii="Arial" w:hAnsi="Arial"/>
          <w:color w:val="5D7284"/>
          <w:sz w:val="22"/>
        </w:rPr>
        <w:t>29:47</w:t>
      </w:r>
    </w:p>
    <w:p>
      <w:pPr>
        <w:spacing w:after="0"/>
      </w:pPr>
      <w:r>
        <w:rPr>
          <w:rFonts w:ascii="Arial" w:hAnsi="Arial"/>
          <w:sz w:val="22"/>
        </w:rPr>
        <w:t xml:space="preserve">you wouldn't write down John's John's lost a leg on Thursday, because, you know, it was quite common to have people with like, one leg, maybe walking around or something like that. It's not kind of like, oh, you know, have you seen so and so with one leg </w:t>
      </w:r>
    </w:p>
    <w:p>
      <w:pPr>
        <w:spacing w:after="0"/>
      </w:pPr>
    </w:p>
    <w:p>
      <w:pPr>
        <w:spacing w:after="0"/>
      </w:pPr>
      <w:r>
        <w:rPr>
          <w:rFonts w:ascii="Arial" w:hAnsi="Arial"/>
          <w:b/>
          <w:sz w:val="22"/>
        </w:rPr>
        <w:t xml:space="preserve">Daisy  </w:t>
      </w:r>
      <w:r>
        <w:rPr>
          <w:rFonts w:ascii="Arial" w:hAnsi="Arial"/>
          <w:color w:val="5D7284"/>
          <w:sz w:val="22"/>
        </w:rPr>
        <w:t>30:16</w:t>
      </w:r>
    </w:p>
    <w:p>
      <w:pPr>
        <w:spacing w:after="0"/>
      </w:pPr>
      <w:r>
        <w:rPr>
          <w:rFonts w:ascii="Arial" w:hAnsi="Arial"/>
          <w:sz w:val="22"/>
        </w:rPr>
        <w:t>Yeah, because it's kind of, you know, if someone needed a stick or a crutch, they would make it themselves, and, you know, go back to work the next day. If they needed some help at work, they would get a chair. They would just switch their job around until, you know, it worked for them, yeah, and it just wouldn't have been such a such a big thing. This is why a lot of people just kind of seem to think that disability is more common now than it ever used to be. If anything, it's much less common now. It's just no one really cared that much about it.</w:t>
      </w:r>
    </w:p>
    <w:p>
      <w:pPr>
        <w:spacing w:after="0"/>
      </w:pPr>
    </w:p>
    <w:p>
      <w:pPr>
        <w:spacing w:after="0"/>
      </w:pPr>
      <w:r>
        <w:rPr>
          <w:rFonts w:ascii="Arial" w:hAnsi="Arial"/>
          <w:b/>
          <w:sz w:val="22"/>
        </w:rPr>
        <w:t xml:space="preserve">Alice  </w:t>
      </w:r>
      <w:r>
        <w:rPr>
          <w:rFonts w:ascii="Arial" w:hAnsi="Arial"/>
          <w:color w:val="5D7284"/>
          <w:sz w:val="22"/>
        </w:rPr>
        <w:t>30:55</w:t>
      </w:r>
    </w:p>
    <w:p>
      <w:pPr>
        <w:spacing w:after="0"/>
      </w:pPr>
      <w:r>
        <w:rPr>
          <w:rFonts w:ascii="Arial" w:hAnsi="Arial"/>
          <w:sz w:val="22"/>
        </w:rPr>
        <w:t>I suppose there was, there was no NHS or, you know, there's no welfare, so there was the onus was on you and your family. And depending on what your circumstances were, you know, a disability could be catastrophic for your entire family if you were the breadwinner. And so if you couldn't find a way to keep working. Then, you know, there was that, was it? That was it?</w:t>
      </w:r>
    </w:p>
    <w:p>
      <w:pPr>
        <w:spacing w:after="0"/>
      </w:pPr>
    </w:p>
    <w:p>
      <w:pPr>
        <w:spacing w:after="0"/>
      </w:pPr>
      <w:r>
        <w:rPr>
          <w:rFonts w:ascii="Arial" w:hAnsi="Arial"/>
          <w:b/>
          <w:sz w:val="22"/>
        </w:rPr>
        <w:t xml:space="preserve">Daisy  </w:t>
      </w:r>
      <w:r>
        <w:rPr>
          <w:rFonts w:ascii="Arial" w:hAnsi="Arial"/>
          <w:color w:val="5D7284"/>
          <w:sz w:val="22"/>
        </w:rPr>
        <w:t>31:10</w:t>
      </w:r>
    </w:p>
    <w:p>
      <w:pPr>
        <w:spacing w:after="0"/>
      </w:pPr>
      <w:r>
        <w:rPr>
          <w:rFonts w:ascii="Arial" w:hAnsi="Arial"/>
          <w:sz w:val="22"/>
        </w:rPr>
        <w:t xml:space="preserve">Yeah, it's kind of, arguably, it became much more of a issue. Well, certainly in this country when the Industrial Revolution came and all of a sudden, people's primary job was doing the same thing in exactly the same way over and over and over again. It became much more focused on, like, you know, repetitive actions and doing it exactly accurately. It was when people's, you know, jobs were kind of more like, it sounds simplistic to say, kind of, you know, crafting and trading and things like that, but, but you see what I mean, those jobs that are on a much more individual level, yhey could adapt around it </w:t>
      </w:r>
    </w:p>
    <w:p>
      <w:pPr>
        <w:spacing w:after="0"/>
      </w:pPr>
    </w:p>
    <w:p>
      <w:pPr>
        <w:spacing w:after="0"/>
      </w:pPr>
      <w:r>
        <w:rPr>
          <w:rFonts w:ascii="Arial" w:hAnsi="Arial"/>
          <w:b/>
          <w:sz w:val="22"/>
        </w:rPr>
        <w:t xml:space="preserve">Lucy  </w:t>
      </w:r>
      <w:r>
        <w:rPr>
          <w:rFonts w:ascii="Arial" w:hAnsi="Arial"/>
          <w:color w:val="5D7284"/>
          <w:sz w:val="22"/>
        </w:rPr>
        <w:t>31:25</w:t>
      </w:r>
    </w:p>
    <w:p>
      <w:pPr>
        <w:spacing w:after="0"/>
      </w:pPr>
      <w:r>
        <w:rPr>
          <w:rFonts w:ascii="Arial" w:hAnsi="Arial"/>
          <w:sz w:val="22"/>
        </w:rPr>
        <w:t xml:space="preserve"> Yeah, it's a bit more flexible, really, wasn't it, being able to, like, crafting, selling, that kind of thing. It's like, it's a bit like working for yourself, being self employed, you can be a little bit more flexible in the hours you give to that job, for whatever reason. That's why a lot of disabled people are often find themselves in self employment, because it works well for their condition. Whereas if you if you are relying on a system where you have to go to a factory and stand on your feet for 18 hours a day, or whatever it is, and there's no other way around it, then you're going to come a cropper if you can't manage to stand for that length of time, yeah? And then those repetitive jobs,</w:t>
      </w:r>
    </w:p>
    <w:p>
      <w:pPr>
        <w:spacing w:after="0"/>
      </w:pPr>
    </w:p>
    <w:p>
      <w:pPr>
        <w:spacing w:after="0"/>
      </w:pPr>
      <w:r>
        <w:rPr>
          <w:rFonts w:ascii="Arial" w:hAnsi="Arial"/>
          <w:b/>
          <w:sz w:val="22"/>
        </w:rPr>
        <w:t xml:space="preserve">Daisy  </w:t>
      </w:r>
      <w:r>
        <w:rPr>
          <w:rFonts w:ascii="Arial" w:hAnsi="Arial"/>
          <w:color w:val="5D7284"/>
          <w:sz w:val="22"/>
        </w:rPr>
        <w:t>32:43</w:t>
      </w:r>
    </w:p>
    <w:p>
      <w:pPr>
        <w:spacing w:after="0"/>
      </w:pPr>
      <w:r>
        <w:rPr>
          <w:rFonts w:ascii="Arial" w:hAnsi="Arial"/>
          <w:sz w:val="22"/>
        </w:rPr>
        <w:t>yeah, because they'll, they'll just get rid of you and replace you with with someone else. You know, often people were kind of apprenticed into their careers. They did the same thing for, you know, years and years and years, and so they adapted it to make it work. If, you know, if you've stopped being the town's Baker, then, Oh, Christ, who's gonna bake our bread now? No, you know, build yourself a special bread stool and do it that way.</w:t>
      </w:r>
    </w:p>
    <w:p>
      <w:pPr>
        <w:spacing w:after="0"/>
      </w:pPr>
    </w:p>
    <w:p>
      <w:pPr>
        <w:spacing w:after="0"/>
      </w:pPr>
      <w:r>
        <w:rPr>
          <w:rFonts w:ascii="Arial" w:hAnsi="Arial"/>
          <w:b/>
          <w:sz w:val="22"/>
        </w:rPr>
        <w:t xml:space="preserve">Alice  </w:t>
      </w:r>
      <w:r>
        <w:rPr>
          <w:rFonts w:ascii="Arial" w:hAnsi="Arial"/>
          <w:color w:val="5D7284"/>
          <w:sz w:val="22"/>
        </w:rPr>
        <w:t>33:11</w:t>
      </w:r>
    </w:p>
    <w:p>
      <w:pPr>
        <w:spacing w:after="0"/>
      </w:pPr>
      <w:r>
        <w:rPr>
          <w:rFonts w:ascii="Arial" w:hAnsi="Arial"/>
          <w:sz w:val="22"/>
        </w:rPr>
        <w:t>I suppose there's also a slightly sort of hard truth in that, like, you know, if in 1247 your leg gets crushed by a falling tree. You're probably not gonna be around very much longer anyway.</w:t>
      </w:r>
    </w:p>
    <w:p>
      <w:pPr>
        <w:spacing w:after="0"/>
      </w:pPr>
    </w:p>
    <w:p>
      <w:pPr>
        <w:spacing w:after="0"/>
      </w:pPr>
      <w:r>
        <w:rPr>
          <w:rFonts w:ascii="Arial" w:hAnsi="Arial"/>
          <w:b/>
          <w:sz w:val="22"/>
        </w:rPr>
        <w:t xml:space="preserve">Daisy  </w:t>
      </w:r>
      <w:r>
        <w:rPr>
          <w:rFonts w:ascii="Arial" w:hAnsi="Arial"/>
          <w:color w:val="5D7284"/>
          <w:sz w:val="22"/>
        </w:rPr>
        <w:t>33:29</w:t>
      </w:r>
    </w:p>
    <w:p>
      <w:pPr>
        <w:spacing w:after="0"/>
      </w:pPr>
      <w:r>
        <w:rPr>
          <w:rFonts w:ascii="Arial" w:hAnsi="Arial"/>
          <w:sz w:val="22"/>
        </w:rPr>
        <w:t>Yeah, it very much, very much depends. Yeah, it's, yeah, there's, there's, there's a lot more, you know, disability that came as a result of kind of relatively minor illnesses as well, you know, result of smallpox or, you know, viruses or whatever</w:t>
      </w:r>
    </w:p>
    <w:p>
      <w:pPr>
        <w:spacing w:after="0"/>
      </w:pPr>
    </w:p>
    <w:p>
      <w:pPr>
        <w:spacing w:after="0"/>
      </w:pPr>
      <w:r>
        <w:rPr>
          <w:rFonts w:ascii="Arial" w:hAnsi="Arial"/>
          <w:b/>
          <w:sz w:val="22"/>
        </w:rPr>
        <w:t xml:space="preserve">Alice  </w:t>
      </w:r>
      <w:r>
        <w:rPr>
          <w:rFonts w:ascii="Arial" w:hAnsi="Arial"/>
          <w:color w:val="5D7284"/>
          <w:sz w:val="22"/>
        </w:rPr>
        <w:t>33:50</w:t>
      </w:r>
    </w:p>
    <w:p>
      <w:pPr>
        <w:spacing w:after="0"/>
      </w:pPr>
      <w:r>
        <w:rPr>
          <w:rFonts w:ascii="Arial" w:hAnsi="Arial"/>
          <w:sz w:val="22"/>
        </w:rPr>
        <w:t>I mean, even, you know, as recently as the 50s, we talk Lucy talks about Ian Dury in the season, and, You know, he got polio and it left him has my aunt described as we were talking about it not a week ago. Oh, and it crippled him, didn't it? And I was like, you can't</w:t>
      </w:r>
    </w:p>
    <w:p>
      <w:pPr>
        <w:spacing w:after="0"/>
      </w:pPr>
    </w:p>
    <w:p>
      <w:pPr>
        <w:spacing w:after="0"/>
      </w:pPr>
      <w:r>
        <w:rPr>
          <w:rFonts w:ascii="Arial" w:hAnsi="Arial"/>
          <w:b/>
          <w:sz w:val="22"/>
        </w:rPr>
        <w:t xml:space="preserve">Lucy  </w:t>
      </w:r>
      <w:r>
        <w:rPr>
          <w:rFonts w:ascii="Arial" w:hAnsi="Arial"/>
          <w:color w:val="5D7284"/>
          <w:sz w:val="22"/>
        </w:rPr>
        <w:t>34:09</w:t>
      </w:r>
    </w:p>
    <w:p>
      <w:pPr>
        <w:spacing w:after="0"/>
      </w:pPr>
      <w:r>
        <w:rPr>
          <w:rFonts w:ascii="Arial" w:hAnsi="Arial"/>
          <w:sz w:val="22"/>
        </w:rPr>
        <w:t>I was going through the transcript for that episode earlier today, when I talk about Jeremy Beadle on his really small hand as a kid, that was the only reference to polio I ever had.</w:t>
      </w:r>
    </w:p>
    <w:p>
      <w:pPr>
        <w:spacing w:after="0"/>
      </w:pPr>
    </w:p>
    <w:p>
      <w:pPr>
        <w:spacing w:after="0"/>
      </w:pPr>
      <w:r>
        <w:rPr>
          <w:rFonts w:ascii="Arial" w:hAnsi="Arial"/>
          <w:b/>
          <w:sz w:val="22"/>
        </w:rPr>
        <w:t xml:space="preserve">Alice  </w:t>
      </w:r>
      <w:r>
        <w:rPr>
          <w:rFonts w:ascii="Arial" w:hAnsi="Arial"/>
          <w:color w:val="5D7284"/>
          <w:sz w:val="22"/>
        </w:rPr>
        <w:t>34:30</w:t>
      </w:r>
    </w:p>
    <w:p>
      <w:pPr>
        <w:spacing w:after="0"/>
      </w:pPr>
      <w:r>
        <w:rPr>
          <w:rFonts w:ascii="Arial" w:hAnsi="Arial"/>
          <w:sz w:val="22"/>
        </w:rPr>
        <w:t>Didn't we establish that he didn't have polio?</w:t>
      </w:r>
    </w:p>
    <w:p>
      <w:pPr>
        <w:spacing w:after="0"/>
      </w:pPr>
    </w:p>
    <w:p>
      <w:pPr>
        <w:spacing w:after="0"/>
      </w:pPr>
      <w:r>
        <w:rPr>
          <w:rFonts w:ascii="Arial" w:hAnsi="Arial"/>
          <w:b/>
          <w:sz w:val="22"/>
        </w:rPr>
        <w:t xml:space="preserve">Daisy  </w:t>
      </w:r>
      <w:r>
        <w:rPr>
          <w:rFonts w:ascii="Arial" w:hAnsi="Arial"/>
          <w:color w:val="5D7284"/>
          <w:sz w:val="22"/>
        </w:rPr>
        <w:t>34:33</w:t>
      </w:r>
    </w:p>
    <w:p>
      <w:pPr>
        <w:spacing w:after="0"/>
      </w:pPr>
      <w:r>
        <w:rPr>
          <w:rFonts w:ascii="Arial" w:hAnsi="Arial"/>
          <w:sz w:val="22"/>
        </w:rPr>
        <w:t xml:space="preserve">Well, I think it was entirely different </w:t>
      </w:r>
    </w:p>
    <w:p>
      <w:pPr>
        <w:spacing w:after="0"/>
      </w:pPr>
    </w:p>
    <w:p>
      <w:pPr>
        <w:spacing w:after="0"/>
      </w:pPr>
      <w:r>
        <w:rPr>
          <w:rFonts w:ascii="Arial" w:hAnsi="Arial"/>
          <w:b/>
          <w:sz w:val="22"/>
        </w:rPr>
        <w:t xml:space="preserve">Lucy  </w:t>
      </w:r>
      <w:r>
        <w:rPr>
          <w:rFonts w:ascii="Arial" w:hAnsi="Arial"/>
          <w:color w:val="5D7284"/>
          <w:sz w:val="22"/>
        </w:rPr>
        <w:t>34:34</w:t>
      </w:r>
    </w:p>
    <w:p>
      <w:pPr>
        <w:spacing w:after="0"/>
      </w:pPr>
      <w:r>
        <w:rPr>
          <w:rFonts w:ascii="Arial" w:hAnsi="Arial"/>
          <w:sz w:val="22"/>
        </w:rPr>
        <w:t>Poland syndrome. Yeah, I've never heard of Poland syndrome. I still think that's somebody who's misheard.</w:t>
      </w:r>
    </w:p>
    <w:p>
      <w:pPr>
        <w:spacing w:after="0"/>
      </w:pPr>
    </w:p>
    <w:p>
      <w:pPr>
        <w:spacing w:after="0"/>
      </w:pPr>
      <w:r>
        <w:rPr>
          <w:rFonts w:ascii="Arial" w:hAnsi="Arial"/>
          <w:b/>
          <w:sz w:val="22"/>
        </w:rPr>
        <w:t xml:space="preserve">Alice  </w:t>
      </w:r>
      <w:r>
        <w:rPr>
          <w:rFonts w:ascii="Arial" w:hAnsi="Arial"/>
          <w:color w:val="5D7284"/>
          <w:sz w:val="22"/>
        </w:rPr>
        <w:t>34:41</w:t>
      </w:r>
    </w:p>
    <w:p>
      <w:pPr>
        <w:spacing w:after="0"/>
      </w:pPr>
      <w:r>
        <w:rPr>
          <w:rFonts w:ascii="Arial" w:hAnsi="Arial"/>
          <w:sz w:val="22"/>
        </w:rPr>
        <w:t xml:space="preserve">I think it's more I think I probably said this in the episode. I think it's more likely that you misheard </w:t>
      </w:r>
    </w:p>
    <w:p>
      <w:pPr>
        <w:spacing w:after="0"/>
      </w:pPr>
    </w:p>
    <w:p>
      <w:pPr>
        <w:spacing w:after="0"/>
      </w:pPr>
      <w:r>
        <w:rPr>
          <w:rFonts w:ascii="Arial" w:hAnsi="Arial"/>
          <w:b/>
          <w:sz w:val="22"/>
        </w:rPr>
        <w:t xml:space="preserve">Lucy  </w:t>
      </w:r>
      <w:r>
        <w:rPr>
          <w:rFonts w:ascii="Arial" w:hAnsi="Arial"/>
          <w:color w:val="5D7284"/>
          <w:sz w:val="22"/>
        </w:rPr>
        <w:t>34:47</w:t>
      </w:r>
    </w:p>
    <w:p>
      <w:pPr>
        <w:spacing w:after="0"/>
      </w:pPr>
      <w:r>
        <w:rPr>
          <w:rFonts w:ascii="Arial" w:hAnsi="Arial"/>
          <w:sz w:val="22"/>
        </w:rPr>
        <w:t>reading the transcript. I think you did say that. Yes, cloth ears  yeah. I just think. I just think disability history is fascinating, and also what I find really fascinating. Notes in about the whole thing is when you realize that well known people from history actually had a disability. So like people like Samuel Johnson, for instance, invented the dictionary, I didn't even like, he's from where I live. I didn't even realize he was disabled until I was in the pub reading a sign on the wall. I was like, hang on a minute, what! he had a disability? That's really cool. I think that that is for somebody who is disabled, reading things about famous people that you don't realize is disabled, and then discovering that actually they had a impairment as well. It's quite an empowering thing to read, because you think, well, if they've, if they've managed to do that, I could perhaps do something similar.</w:t>
      </w:r>
    </w:p>
    <w:p>
      <w:pPr>
        <w:spacing w:after="0"/>
      </w:pPr>
    </w:p>
    <w:p>
      <w:pPr>
        <w:spacing w:after="0"/>
      </w:pPr>
      <w:r>
        <w:rPr>
          <w:rFonts w:ascii="Arial" w:hAnsi="Arial"/>
          <w:b/>
          <w:sz w:val="22"/>
        </w:rPr>
        <w:t xml:space="preserve">Alice  </w:t>
      </w:r>
      <w:r>
        <w:rPr>
          <w:rFonts w:ascii="Arial" w:hAnsi="Arial"/>
          <w:color w:val="5D7284"/>
          <w:sz w:val="22"/>
        </w:rPr>
        <w:t>35:44</w:t>
      </w:r>
    </w:p>
    <w:p>
      <w:pPr>
        <w:spacing w:after="0"/>
      </w:pPr>
      <w:r>
        <w:rPr>
          <w:rFonts w:ascii="Arial" w:hAnsi="Arial"/>
          <w:sz w:val="22"/>
        </w:rPr>
        <w:t>and I think I'm pretty sure Daisy, you mentioned Alan Turing, yes, who I think is one of, like, regardless of disability or not, Alan Turing was like, just something A bit like, whoa, about Alan Turing,</w:t>
      </w:r>
    </w:p>
    <w:p>
      <w:pPr>
        <w:spacing w:after="0"/>
      </w:pPr>
    </w:p>
    <w:p>
      <w:pPr>
        <w:spacing w:after="0"/>
      </w:pPr>
      <w:r>
        <w:rPr>
          <w:rFonts w:ascii="Arial" w:hAnsi="Arial"/>
          <w:b/>
          <w:sz w:val="22"/>
        </w:rPr>
        <w:t xml:space="preserve">Daisy  </w:t>
      </w:r>
      <w:r>
        <w:rPr>
          <w:rFonts w:ascii="Arial" w:hAnsi="Arial"/>
          <w:color w:val="5D7284"/>
          <w:sz w:val="22"/>
        </w:rPr>
        <w:t>36:00</w:t>
      </w:r>
    </w:p>
    <w:p>
      <w:pPr>
        <w:spacing w:after="0"/>
      </w:pPr>
      <w:r>
        <w:rPr>
          <w:rFonts w:ascii="Arial" w:hAnsi="Arial"/>
          <w:sz w:val="22"/>
        </w:rPr>
        <w:t>yeah. But from, I mean, I think I do mention this a bit, but the, is it the imitation game?</w:t>
      </w:r>
    </w:p>
    <w:p>
      <w:pPr>
        <w:spacing w:after="0"/>
      </w:pPr>
    </w:p>
    <w:p>
      <w:pPr>
        <w:spacing w:after="0"/>
      </w:pPr>
      <w:r>
        <w:rPr>
          <w:rFonts w:ascii="Arial" w:hAnsi="Arial"/>
          <w:b/>
          <w:sz w:val="22"/>
        </w:rPr>
        <w:t xml:space="preserve">Lucy  </w:t>
      </w:r>
      <w:r>
        <w:rPr>
          <w:rFonts w:ascii="Arial" w:hAnsi="Arial"/>
          <w:color w:val="5D7284"/>
          <w:sz w:val="22"/>
        </w:rPr>
        <w:t>36:12</w:t>
      </w:r>
    </w:p>
    <w:p>
      <w:pPr>
        <w:spacing w:after="0"/>
      </w:pPr>
      <w:r>
        <w:rPr>
          <w:rFonts w:ascii="Arial" w:hAnsi="Arial"/>
          <w:sz w:val="22"/>
        </w:rPr>
        <w:t>Yeah, the filming?</w:t>
      </w:r>
    </w:p>
    <w:p>
      <w:pPr>
        <w:spacing w:after="0"/>
      </w:pPr>
    </w:p>
    <w:p>
      <w:pPr>
        <w:spacing w:after="0"/>
      </w:pPr>
      <w:r>
        <w:rPr>
          <w:rFonts w:ascii="Arial" w:hAnsi="Arial"/>
          <w:b/>
          <w:sz w:val="22"/>
        </w:rPr>
        <w:t xml:space="preserve">Daisy  </w:t>
      </w:r>
      <w:r>
        <w:rPr>
          <w:rFonts w:ascii="Arial" w:hAnsi="Arial"/>
          <w:color w:val="5D7284"/>
          <w:sz w:val="22"/>
        </w:rPr>
        <w:t>36:12</w:t>
      </w:r>
    </w:p>
    <w:p>
      <w:pPr>
        <w:spacing w:after="0"/>
      </w:pPr>
      <w:r>
        <w:rPr>
          <w:rFonts w:ascii="Arial" w:hAnsi="Arial"/>
          <w:sz w:val="22"/>
        </w:rPr>
        <w:t>yeah, that did. It portrayed him as this, kind of, like, really, like, cold, unsociable, kind of, you know, almost, almost a bit of a jerk that you just, sort of, you know, forgive because he was so brilliant. But no, everybody loved him. Everyone in in the office really liked him. He had so many character witnesses at his eventual trial. For, I can't remember exactly what the charge was, but, but for his homosexuality and all of them were just kind of like we are not allowed to discuss where it was. We work together.</w:t>
      </w:r>
    </w:p>
    <w:p>
      <w:pPr>
        <w:spacing w:after="0"/>
      </w:pPr>
    </w:p>
    <w:p>
      <w:pPr>
        <w:spacing w:after="0"/>
      </w:pPr>
      <w:r>
        <w:rPr>
          <w:rFonts w:ascii="Arial" w:hAnsi="Arial"/>
          <w:b/>
          <w:sz w:val="22"/>
        </w:rPr>
        <w:t xml:space="preserve">Alice  </w:t>
      </w:r>
      <w:r>
        <w:rPr>
          <w:rFonts w:ascii="Arial" w:hAnsi="Arial"/>
          <w:color w:val="5D7284"/>
          <w:sz w:val="22"/>
        </w:rPr>
        <w:t>37:00</w:t>
      </w:r>
    </w:p>
    <w:p>
      <w:pPr>
        <w:spacing w:after="0"/>
      </w:pPr>
      <w:r>
        <w:rPr>
          <w:rFonts w:ascii="Arial" w:hAnsi="Arial"/>
          <w:sz w:val="22"/>
        </w:rPr>
        <w:t>Yeah, yeah,</w:t>
      </w:r>
    </w:p>
    <w:p>
      <w:pPr>
        <w:spacing w:after="0"/>
      </w:pPr>
    </w:p>
    <w:p>
      <w:pPr>
        <w:spacing w:after="0"/>
      </w:pPr>
      <w:r>
        <w:rPr>
          <w:rFonts w:ascii="Arial" w:hAnsi="Arial"/>
          <w:b/>
          <w:sz w:val="22"/>
        </w:rPr>
        <w:t xml:space="preserve">Daisy  </w:t>
      </w:r>
      <w:r>
        <w:rPr>
          <w:rFonts w:ascii="Arial" w:hAnsi="Arial"/>
          <w:color w:val="5D7284"/>
          <w:sz w:val="22"/>
        </w:rPr>
        <w:t>37:01</w:t>
      </w:r>
    </w:p>
    <w:p>
      <w:pPr>
        <w:spacing w:after="0"/>
      </w:pPr>
      <w:r>
        <w:rPr>
          <w:rFonts w:ascii="Arial" w:hAnsi="Arial"/>
          <w:sz w:val="22"/>
        </w:rPr>
        <w:t>but just know we wouldn't have won the war without him. And also he's great. You all suck, screw the system, that kind of thing.</w:t>
      </w:r>
    </w:p>
    <w:p>
      <w:pPr>
        <w:spacing w:after="0"/>
      </w:pPr>
    </w:p>
    <w:p>
      <w:pPr>
        <w:spacing w:after="0"/>
      </w:pPr>
      <w:r>
        <w:rPr>
          <w:rFonts w:ascii="Arial" w:hAnsi="Arial"/>
          <w:b/>
          <w:sz w:val="22"/>
        </w:rPr>
        <w:t xml:space="preserve">Alice  </w:t>
      </w:r>
      <w:r>
        <w:rPr>
          <w:rFonts w:ascii="Arial" w:hAnsi="Arial"/>
          <w:color w:val="5D7284"/>
          <w:sz w:val="22"/>
        </w:rPr>
        <w:t>37:11</w:t>
      </w:r>
    </w:p>
    <w:p>
      <w:pPr>
        <w:spacing w:after="0"/>
      </w:pPr>
      <w:r>
        <w:rPr>
          <w:rFonts w:ascii="Arial" w:hAnsi="Arial"/>
          <w:sz w:val="22"/>
        </w:rPr>
        <w:t>Yeah. I mean, I think I always whenever somebody talks about, who's I talking about? Talking to you recently, somebody was talking about Bletchley Park. And my immediate thing is, you know, most of the code breakers had, like, processing differences. Because I think it's just like, why are we not telling everybody? Why are we not shouting to the world, like, how? How incredible is this, that these people who like schools will still be like, Oh, this child is stupid because they're dyslexic.</w:t>
      </w:r>
    </w:p>
    <w:p>
      <w:pPr>
        <w:spacing w:after="0"/>
      </w:pPr>
    </w:p>
    <w:p>
      <w:pPr>
        <w:spacing w:after="0"/>
      </w:pPr>
      <w:r>
        <w:rPr>
          <w:rFonts w:ascii="Arial" w:hAnsi="Arial"/>
          <w:b/>
          <w:sz w:val="22"/>
        </w:rPr>
        <w:t xml:space="preserve">Lucy  </w:t>
      </w:r>
      <w:r>
        <w:rPr>
          <w:rFonts w:ascii="Arial" w:hAnsi="Arial"/>
          <w:color w:val="5D7284"/>
          <w:sz w:val="22"/>
        </w:rPr>
        <w:t>37:39</w:t>
      </w:r>
    </w:p>
    <w:p>
      <w:pPr>
        <w:spacing w:after="0"/>
      </w:pPr>
      <w:r>
        <w:rPr>
          <w:rFonts w:ascii="Arial" w:hAnsi="Arial"/>
          <w:sz w:val="22"/>
        </w:rPr>
        <w:t>Yeah, exactly.</w:t>
      </w:r>
    </w:p>
    <w:p>
      <w:pPr>
        <w:spacing w:after="0"/>
      </w:pPr>
    </w:p>
    <w:p>
      <w:pPr>
        <w:spacing w:after="0"/>
      </w:pPr>
      <w:r>
        <w:rPr>
          <w:rFonts w:ascii="Arial" w:hAnsi="Arial"/>
          <w:b/>
          <w:sz w:val="22"/>
        </w:rPr>
        <w:t xml:space="preserve">Alice  </w:t>
      </w:r>
      <w:r>
        <w:rPr>
          <w:rFonts w:ascii="Arial" w:hAnsi="Arial"/>
          <w:color w:val="5D7284"/>
          <w:sz w:val="22"/>
        </w:rPr>
        <w:t>37:39</w:t>
      </w:r>
    </w:p>
    <w:p>
      <w:pPr>
        <w:spacing w:after="0"/>
      </w:pPr>
      <w:r>
        <w:rPr>
          <w:rFonts w:ascii="Arial" w:hAnsi="Arial"/>
          <w:sz w:val="22"/>
        </w:rPr>
        <w:t>No, no,  These people won the fucking war.</w:t>
      </w:r>
    </w:p>
    <w:p>
      <w:pPr>
        <w:spacing w:after="0"/>
      </w:pPr>
    </w:p>
    <w:p>
      <w:pPr>
        <w:spacing w:after="0"/>
      </w:pPr>
      <w:r>
        <w:rPr>
          <w:rFonts w:ascii="Arial" w:hAnsi="Arial"/>
          <w:b/>
          <w:sz w:val="22"/>
        </w:rPr>
        <w:t xml:space="preserve">Lucy  </w:t>
      </w:r>
      <w:r>
        <w:rPr>
          <w:rFonts w:ascii="Arial" w:hAnsi="Arial"/>
          <w:color w:val="5D7284"/>
          <w:sz w:val="22"/>
        </w:rPr>
        <w:t>37:43</w:t>
      </w:r>
    </w:p>
    <w:p>
      <w:pPr>
        <w:spacing w:after="0"/>
      </w:pPr>
      <w:r>
        <w:rPr>
          <w:rFonts w:ascii="Arial" w:hAnsi="Arial"/>
          <w:sz w:val="22"/>
        </w:rPr>
        <w:t>Hang on a minute. Reframe this,</w:t>
      </w:r>
    </w:p>
    <w:p>
      <w:pPr>
        <w:spacing w:after="0"/>
      </w:pPr>
    </w:p>
    <w:p>
      <w:pPr>
        <w:spacing w:after="0"/>
      </w:pPr>
      <w:r>
        <w:rPr>
          <w:rFonts w:ascii="Arial" w:hAnsi="Arial"/>
          <w:b/>
          <w:sz w:val="22"/>
        </w:rPr>
        <w:t xml:space="preserve">Alice  </w:t>
      </w:r>
      <w:r>
        <w:rPr>
          <w:rFonts w:ascii="Arial" w:hAnsi="Arial"/>
          <w:color w:val="5D7284"/>
          <w:sz w:val="22"/>
        </w:rPr>
        <w:t>37:48</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37:49</w:t>
      </w:r>
    </w:p>
    <w:p>
      <w:pPr>
        <w:spacing w:after="0"/>
      </w:pPr>
      <w:r>
        <w:rPr>
          <w:rFonts w:ascii="Arial" w:hAnsi="Arial"/>
          <w:sz w:val="22"/>
        </w:rPr>
        <w:t>yeah. That's not even going into, you know, the significant proportion that we're women</w:t>
      </w:r>
    </w:p>
    <w:p>
      <w:pPr>
        <w:spacing w:after="0"/>
      </w:pPr>
    </w:p>
    <w:p>
      <w:pPr>
        <w:spacing w:after="0"/>
      </w:pPr>
      <w:r>
        <w:rPr>
          <w:rFonts w:ascii="Arial" w:hAnsi="Arial"/>
          <w:b/>
          <w:sz w:val="22"/>
        </w:rPr>
        <w:t xml:space="preserve">Lucy  </w:t>
      </w:r>
      <w:r>
        <w:rPr>
          <w:rFonts w:ascii="Arial" w:hAnsi="Arial"/>
          <w:color w:val="5D7284"/>
          <w:sz w:val="22"/>
        </w:rPr>
        <w:t>37:54</w:t>
      </w:r>
    </w:p>
    <w:p>
      <w:pPr>
        <w:spacing w:after="0"/>
      </w:pPr>
      <w:r>
        <w:rPr>
          <w:rFonts w:ascii="Arial" w:hAnsi="Arial"/>
          <w:sz w:val="22"/>
        </w:rPr>
        <w:t>Well, exactly,</w:t>
      </w:r>
    </w:p>
    <w:p>
      <w:pPr>
        <w:spacing w:after="0"/>
      </w:pPr>
    </w:p>
    <w:p>
      <w:pPr>
        <w:spacing w:after="0"/>
      </w:pPr>
      <w:r>
        <w:rPr>
          <w:rFonts w:ascii="Arial" w:hAnsi="Arial"/>
          <w:b/>
          <w:sz w:val="22"/>
        </w:rPr>
        <w:t xml:space="preserve">Lucy  </w:t>
      </w:r>
      <w:r>
        <w:rPr>
          <w:rFonts w:ascii="Arial" w:hAnsi="Arial"/>
          <w:color w:val="5D7284"/>
          <w:sz w:val="22"/>
        </w:rPr>
        <w:t>37:55</w:t>
      </w:r>
    </w:p>
    <w:p>
      <w:pPr>
        <w:spacing w:after="0"/>
      </w:pPr>
      <w:r>
        <w:rPr>
          <w:rFonts w:ascii="Arial" w:hAnsi="Arial"/>
          <w:sz w:val="22"/>
        </w:rPr>
        <w:t>exactly. And this is a whole, this is a whole thing. Why? I mean, I know I tongue in cheek, always say I really want to set up a the British Museum of disability, because I just think it's so so cool. And I have, I genuinely, legitimately have dreams about this where we as a team, me, Alice Daisy, everybody that works on the podcast, set up this museum, and Daisy runs the gift shop because she loves gift shops. I don't know where I've got that, but in my head, like Daisy rubs yhe gift shop</w:t>
      </w:r>
    </w:p>
    <w:p>
      <w:pPr>
        <w:spacing w:after="0"/>
      </w:pPr>
    </w:p>
    <w:p>
      <w:pPr>
        <w:spacing w:after="0"/>
      </w:pPr>
      <w:r>
        <w:rPr>
          <w:rFonts w:ascii="Arial" w:hAnsi="Arial"/>
          <w:b/>
          <w:sz w:val="22"/>
        </w:rPr>
        <w:t xml:space="preserve">Lucy  </w:t>
      </w:r>
      <w:r>
        <w:rPr>
          <w:rFonts w:ascii="Arial" w:hAnsi="Arial"/>
          <w:color w:val="5D7284"/>
          <w:sz w:val="22"/>
        </w:rPr>
        <w:t>38:35</w:t>
      </w:r>
    </w:p>
    <w:p>
      <w:pPr>
        <w:spacing w:after="0"/>
      </w:pPr>
      <w:r>
        <w:rPr>
          <w:rFonts w:ascii="Arial" w:hAnsi="Arial"/>
          <w:sz w:val="22"/>
        </w:rPr>
        <w:t>you see. And I just think having something like that would be so beneficial, that beneficial for schools and young children growing up, to see people of difference and that it's nothing to be frightened of, or scared of or whatever, and to see the impact they made. I just think it's such a good like thing to do</w:t>
      </w:r>
    </w:p>
    <w:p>
      <w:pPr>
        <w:spacing w:after="0"/>
      </w:pPr>
    </w:p>
    <w:p>
      <w:pPr>
        <w:spacing w:after="0"/>
      </w:pPr>
      <w:r>
        <w:rPr>
          <w:rFonts w:ascii="Arial" w:hAnsi="Arial"/>
          <w:b/>
          <w:sz w:val="22"/>
        </w:rPr>
        <w:t xml:space="preserve">Lucy  </w:t>
      </w:r>
      <w:r>
        <w:rPr>
          <w:rFonts w:ascii="Arial" w:hAnsi="Arial"/>
          <w:color w:val="5D7284"/>
          <w:sz w:val="22"/>
        </w:rPr>
        <w:t>38:55</w:t>
      </w:r>
    </w:p>
    <w:p>
      <w:pPr>
        <w:spacing w:after="0"/>
      </w:pPr>
      <w:r>
        <w:rPr>
          <w:rFonts w:ascii="Arial" w:hAnsi="Arial"/>
          <w:sz w:val="22"/>
        </w:rPr>
        <w:t xml:space="preserve">I do like gift shops </w:t>
      </w:r>
    </w:p>
    <w:p>
      <w:pPr>
        <w:spacing w:after="0"/>
      </w:pPr>
    </w:p>
    <w:p>
      <w:pPr>
        <w:spacing w:after="0"/>
      </w:pPr>
      <w:r>
        <w:rPr>
          <w:rFonts w:ascii="Arial" w:hAnsi="Arial"/>
          <w:b/>
          <w:sz w:val="22"/>
        </w:rPr>
        <w:t xml:space="preserve">Alice  </w:t>
      </w:r>
      <w:r>
        <w:rPr>
          <w:rFonts w:ascii="Arial" w:hAnsi="Arial"/>
          <w:color w:val="5D7284"/>
          <w:sz w:val="22"/>
        </w:rPr>
        <w:t>38:56</w:t>
      </w:r>
    </w:p>
    <w:p>
      <w:pPr>
        <w:spacing w:after="0"/>
      </w:pPr>
      <w:r>
        <w:rPr>
          <w:rFonts w:ascii="Arial" w:hAnsi="Arial"/>
          <w:sz w:val="22"/>
        </w:rPr>
        <w:t>a museum is one thing, and that's great, but like I don't</w:t>
      </w:r>
    </w:p>
    <w:p>
      <w:pPr>
        <w:spacing w:after="0"/>
      </w:pPr>
    </w:p>
    <w:p>
      <w:pPr>
        <w:spacing w:after="0"/>
      </w:pPr>
      <w:r>
        <w:rPr>
          <w:rFonts w:ascii="Arial" w:hAnsi="Arial"/>
          <w:b/>
          <w:sz w:val="22"/>
        </w:rPr>
        <w:t xml:space="preserve">Lucy  </w:t>
      </w:r>
      <w:r>
        <w:rPr>
          <w:rFonts w:ascii="Arial" w:hAnsi="Arial"/>
          <w:color w:val="5D7284"/>
          <w:sz w:val="22"/>
        </w:rPr>
        <w:t>39:01</w:t>
      </w:r>
    </w:p>
    <w:p>
      <w:pPr>
        <w:spacing w:after="0"/>
      </w:pPr>
      <w:r>
        <w:rPr>
          <w:rFonts w:ascii="Arial" w:hAnsi="Arial"/>
          <w:sz w:val="22"/>
        </w:rPr>
        <w:t>but I also museums as well. So, you know, maybe in a geek,</w:t>
      </w:r>
    </w:p>
    <w:p>
      <w:pPr>
        <w:spacing w:after="0"/>
      </w:pPr>
    </w:p>
    <w:p>
      <w:pPr>
        <w:spacing w:after="0"/>
      </w:pPr>
      <w:r>
        <w:rPr>
          <w:rFonts w:ascii="Arial" w:hAnsi="Arial"/>
          <w:b/>
          <w:sz w:val="22"/>
        </w:rPr>
        <w:t xml:space="preserve">Alice  </w:t>
      </w:r>
      <w:r>
        <w:rPr>
          <w:rFonts w:ascii="Arial" w:hAnsi="Arial"/>
          <w:color w:val="5D7284"/>
          <w:sz w:val="22"/>
        </w:rPr>
        <w:t>39:05</w:t>
      </w:r>
    </w:p>
    <w:p>
      <w:pPr>
        <w:spacing w:after="0"/>
      </w:pPr>
      <w:r>
        <w:rPr>
          <w:rFonts w:ascii="Arial" w:hAnsi="Arial"/>
          <w:sz w:val="22"/>
        </w:rPr>
        <w:t>I feel like the way, the way that we introduce children to how awesome disability and disability history is, is like, let's not spend eight weeks in secondary school talking about how Churchill won the war?</w:t>
      </w:r>
    </w:p>
    <w:p>
      <w:pPr>
        <w:spacing w:after="0"/>
      </w:pPr>
    </w:p>
    <w:p>
      <w:pPr>
        <w:spacing w:after="0"/>
      </w:pPr>
      <w:r>
        <w:rPr>
          <w:rFonts w:ascii="Arial" w:hAnsi="Arial"/>
          <w:b/>
          <w:sz w:val="22"/>
        </w:rPr>
        <w:t xml:space="preserve">Lucy  </w:t>
      </w:r>
      <w:r>
        <w:rPr>
          <w:rFonts w:ascii="Arial" w:hAnsi="Arial"/>
          <w:color w:val="5D7284"/>
          <w:sz w:val="22"/>
        </w:rPr>
        <w:t>39:20</w:t>
      </w:r>
    </w:p>
    <w:p>
      <w:pPr>
        <w:spacing w:after="0"/>
      </w:pPr>
      <w:r>
        <w:rPr>
          <w:rFonts w:ascii="Arial" w:hAnsi="Arial"/>
          <w:sz w:val="22"/>
        </w:rPr>
        <w:t>No, exactly.</w:t>
      </w:r>
    </w:p>
    <w:p>
      <w:pPr>
        <w:spacing w:after="0"/>
      </w:pPr>
    </w:p>
    <w:p>
      <w:pPr>
        <w:spacing w:after="0"/>
      </w:pPr>
      <w:r>
        <w:rPr>
          <w:rFonts w:ascii="Arial" w:hAnsi="Arial"/>
          <w:b/>
          <w:sz w:val="22"/>
        </w:rPr>
        <w:t xml:space="preserve">Alice  </w:t>
      </w:r>
      <w:r>
        <w:rPr>
          <w:rFonts w:ascii="Arial" w:hAnsi="Arial"/>
          <w:color w:val="5D7284"/>
          <w:sz w:val="22"/>
        </w:rPr>
        <w:t>39:22</w:t>
      </w:r>
    </w:p>
    <w:p>
      <w:pPr>
        <w:spacing w:after="0"/>
      </w:pPr>
      <w:r>
        <w:rPr>
          <w:rFonts w:ascii="Arial" w:hAnsi="Arial"/>
          <w:sz w:val="22"/>
        </w:rPr>
        <w:t>Let's talk about Bletchley Park, yeah, and Turin and, like, if we insist on boring 14 year olds to death talking about the war. Like, personally, I think the war is fascinating, but that's because I heard my nan talk about the fact that her 21st birthday she describes us being ruined by the Jerry's</w:t>
      </w:r>
    </w:p>
    <w:p>
      <w:pPr>
        <w:spacing w:after="0"/>
      </w:pPr>
    </w:p>
    <w:p>
      <w:pPr>
        <w:spacing w:after="0"/>
      </w:pPr>
      <w:r>
        <w:rPr>
          <w:rFonts w:ascii="Arial" w:hAnsi="Arial"/>
          <w:b/>
          <w:sz w:val="22"/>
        </w:rPr>
        <w:t xml:space="preserve">Lucy  </w:t>
      </w:r>
      <w:r>
        <w:rPr>
          <w:rFonts w:ascii="Arial" w:hAnsi="Arial"/>
          <w:color w:val="5D7284"/>
          <w:sz w:val="22"/>
        </w:rPr>
        <w:t>39:43</w:t>
      </w:r>
    </w:p>
    <w:p>
      <w:pPr>
        <w:spacing w:after="0"/>
      </w:pPr>
      <w:r>
        <w:rPr>
          <w:rFonts w:ascii="Arial" w:hAnsi="Arial"/>
          <w:sz w:val="22"/>
        </w:rPr>
        <w:t>amazing,</w:t>
      </w:r>
    </w:p>
    <w:p>
      <w:pPr>
        <w:spacing w:after="0"/>
      </w:pPr>
    </w:p>
    <w:p>
      <w:pPr>
        <w:spacing w:after="0"/>
      </w:pPr>
      <w:r>
        <w:rPr>
          <w:rFonts w:ascii="Arial" w:hAnsi="Arial"/>
          <w:b/>
          <w:sz w:val="22"/>
        </w:rPr>
        <w:t xml:space="preserve">Alice  </w:t>
      </w:r>
      <w:r>
        <w:rPr>
          <w:rFonts w:ascii="Arial" w:hAnsi="Arial"/>
          <w:color w:val="5D7284"/>
          <w:sz w:val="22"/>
        </w:rPr>
        <w:t>39:44</w:t>
      </w:r>
    </w:p>
    <w:p>
      <w:pPr>
        <w:spacing w:after="0"/>
      </w:pPr>
      <w:r>
        <w:rPr>
          <w:rFonts w:ascii="Arial" w:hAnsi="Arial"/>
          <w:sz w:val="22"/>
        </w:rPr>
        <w:t>because she lived in Brixton, yeah, and on her 20 she was having her 21st birthday tea, and a bomb came through the top front window, and her her mum and dad and their dog had to hide under the dining table.</w:t>
      </w:r>
    </w:p>
    <w:p>
      <w:pPr>
        <w:spacing w:after="0"/>
      </w:pPr>
    </w:p>
    <w:p>
      <w:pPr>
        <w:spacing w:after="0"/>
      </w:pPr>
      <w:r>
        <w:rPr>
          <w:rFonts w:ascii="Arial" w:hAnsi="Arial"/>
          <w:b/>
          <w:sz w:val="22"/>
        </w:rPr>
        <w:t xml:space="preserve">Daisy  </w:t>
      </w:r>
      <w:r>
        <w:rPr>
          <w:rFonts w:ascii="Arial" w:hAnsi="Arial"/>
          <w:color w:val="5D7284"/>
          <w:sz w:val="22"/>
        </w:rPr>
        <w:t>39:57</w:t>
      </w:r>
    </w:p>
    <w:p>
      <w:pPr>
        <w:spacing w:after="0"/>
      </w:pPr>
      <w:r>
        <w:rPr>
          <w:rFonts w:ascii="Arial" w:hAnsi="Arial"/>
          <w:sz w:val="22"/>
        </w:rPr>
        <w:t>This. This sounds like my grandma. Yeah. She was, she was always on about how Hitler stole my bicycle.</w:t>
      </w:r>
    </w:p>
    <w:p>
      <w:pPr>
        <w:spacing w:after="0"/>
      </w:pPr>
    </w:p>
    <w:p>
      <w:pPr>
        <w:spacing w:after="0"/>
      </w:pPr>
      <w:r>
        <w:rPr>
          <w:rFonts w:ascii="Arial" w:hAnsi="Arial"/>
          <w:b/>
          <w:sz w:val="22"/>
        </w:rPr>
        <w:t xml:space="preserve">Alice  </w:t>
      </w:r>
      <w:r>
        <w:rPr>
          <w:rFonts w:ascii="Arial" w:hAnsi="Arial"/>
          <w:color w:val="5D7284"/>
          <w:sz w:val="22"/>
        </w:rPr>
        <w:t>40:03</w:t>
      </w:r>
    </w:p>
    <w:p>
      <w:pPr>
        <w:spacing w:after="0"/>
      </w:pPr>
      <w:r>
        <w:rPr>
          <w:rFonts w:ascii="Arial" w:hAnsi="Arial"/>
          <w:sz w:val="22"/>
        </w:rPr>
        <w:t xml:space="preserve">I think you've tols this story on the show </w:t>
      </w:r>
    </w:p>
    <w:p>
      <w:pPr>
        <w:spacing w:after="0"/>
      </w:pPr>
    </w:p>
    <w:p>
      <w:pPr>
        <w:spacing w:after="0"/>
      </w:pPr>
      <w:r>
        <w:rPr>
          <w:rFonts w:ascii="Arial" w:hAnsi="Arial"/>
          <w:b/>
          <w:sz w:val="22"/>
        </w:rPr>
        <w:t xml:space="preserve">Lucy  </w:t>
      </w:r>
      <w:r>
        <w:rPr>
          <w:rFonts w:ascii="Arial" w:hAnsi="Arial"/>
          <w:color w:val="5D7284"/>
          <w:sz w:val="22"/>
        </w:rPr>
        <w:t>40:10</w:t>
      </w:r>
    </w:p>
    <w:p>
      <w:pPr>
        <w:spacing w:after="0"/>
      </w:pPr>
      <w:r>
        <w:rPr>
          <w:rFonts w:ascii="Arial" w:hAnsi="Arial"/>
          <w:sz w:val="22"/>
        </w:rPr>
        <w:t>I mean, that's, that is the great you thing I mean, my nan was born. My nan and gwendo were born in 1939 so they could, sort of like, grow up, like Second World War and stuff. And whenever I had a project due about the second, I just ring my Nana grandad up and they'd saved their ration book and stuff. They go to the library and photocopy and say, like, Can I have a copy of the ration book for your project and stuff? And it was just ace...</w:t>
      </w:r>
    </w:p>
    <w:p>
      <w:pPr>
        <w:spacing w:after="0"/>
      </w:pPr>
    </w:p>
    <w:p>
      <w:pPr>
        <w:spacing w:after="0"/>
      </w:pPr>
      <w:r>
        <w:rPr>
          <w:rFonts w:ascii="Arial" w:hAnsi="Arial"/>
          <w:b/>
          <w:sz w:val="22"/>
        </w:rPr>
        <w:t xml:space="preserve">Alice  </w:t>
      </w:r>
      <w:r>
        <w:rPr>
          <w:rFonts w:ascii="Arial" w:hAnsi="Arial"/>
          <w:color w:val="5D7284"/>
          <w:sz w:val="22"/>
        </w:rPr>
        <w:t>40:35</w:t>
      </w:r>
    </w:p>
    <w:p>
      <w:pPr>
        <w:spacing w:after="0"/>
      </w:pPr>
      <w:r>
        <w:rPr>
          <w:rFonts w:ascii="Arial" w:hAnsi="Arial"/>
          <w:sz w:val="22"/>
        </w:rPr>
        <w:t>My mum is of a certain age that my mum was actually born while there was still rationing,</w:t>
      </w:r>
    </w:p>
    <w:p>
      <w:pPr>
        <w:spacing w:after="0"/>
      </w:pPr>
    </w:p>
    <w:p>
      <w:pPr>
        <w:spacing w:after="0"/>
      </w:pPr>
      <w:r>
        <w:rPr>
          <w:rFonts w:ascii="Arial" w:hAnsi="Arial"/>
          <w:b/>
          <w:sz w:val="22"/>
        </w:rPr>
        <w:t xml:space="preserve">Lucy  </w:t>
      </w:r>
      <w:r>
        <w:rPr>
          <w:rFonts w:ascii="Arial" w:hAnsi="Arial"/>
          <w:color w:val="5D7284"/>
          <w:sz w:val="22"/>
        </w:rPr>
        <w:t>40:40</w:t>
      </w:r>
    </w:p>
    <w:p>
      <w:pPr>
        <w:spacing w:after="0"/>
      </w:pPr>
      <w:r>
        <w:rPr>
          <w:rFonts w:ascii="Arial" w:hAnsi="Arial"/>
          <w:sz w:val="22"/>
        </w:rPr>
        <w:t>really?</w:t>
      </w:r>
    </w:p>
    <w:p>
      <w:pPr>
        <w:spacing w:after="0"/>
      </w:pPr>
    </w:p>
    <w:p>
      <w:pPr>
        <w:spacing w:after="0"/>
      </w:pPr>
      <w:r>
        <w:rPr>
          <w:rFonts w:ascii="Arial" w:hAnsi="Arial"/>
          <w:b/>
          <w:sz w:val="22"/>
        </w:rPr>
        <w:t xml:space="preserve">Alice  </w:t>
      </w:r>
      <w:r>
        <w:rPr>
          <w:rFonts w:ascii="Arial" w:hAnsi="Arial"/>
          <w:color w:val="5D7284"/>
          <w:sz w:val="22"/>
        </w:rPr>
        <w:t>40:41</w:t>
      </w:r>
    </w:p>
    <w:p>
      <w:pPr>
        <w:spacing w:after="0"/>
      </w:pPr>
      <w:r>
        <w:rPr>
          <w:rFonts w:ascii="Arial" w:hAnsi="Arial"/>
          <w:sz w:val="22"/>
        </w:rPr>
        <w:t>Yeah, they kept rationing until 53 and I won't tell you how old my mom, don't think she'll like it. But before that to the wall, but, but yeah, before that like, but</w:t>
      </w:r>
    </w:p>
    <w:p>
      <w:pPr>
        <w:spacing w:after="0"/>
      </w:pPr>
    </w:p>
    <w:p>
      <w:pPr>
        <w:spacing w:after="0"/>
      </w:pPr>
      <w:r>
        <w:rPr>
          <w:rFonts w:ascii="Arial" w:hAnsi="Arial"/>
          <w:b/>
          <w:sz w:val="22"/>
        </w:rPr>
        <w:t xml:space="preserve">Lucy  </w:t>
      </w:r>
      <w:r>
        <w:rPr>
          <w:rFonts w:ascii="Arial" w:hAnsi="Arial"/>
          <w:color w:val="5D7284"/>
          <w:sz w:val="22"/>
        </w:rPr>
        <w:t>40:57</w:t>
      </w:r>
    </w:p>
    <w:p>
      <w:pPr>
        <w:spacing w:after="0"/>
      </w:pPr>
      <w:r>
        <w:rPr>
          <w:rFonts w:ascii="Arial" w:hAnsi="Arial"/>
          <w:sz w:val="22"/>
        </w:rPr>
        <w:t>it's so we're so lucky to be I was so lucky to be able to have that those conversations with people that were around at that time, and you can get, like, a real sense of what it was like. I think it's, you know, it's</w:t>
      </w:r>
    </w:p>
    <w:p>
      <w:pPr>
        <w:spacing w:after="0"/>
      </w:pPr>
    </w:p>
    <w:p>
      <w:pPr>
        <w:spacing w:after="0"/>
      </w:pPr>
      <w:r>
        <w:rPr>
          <w:rFonts w:ascii="Arial" w:hAnsi="Arial"/>
          <w:b/>
          <w:sz w:val="22"/>
        </w:rPr>
        <w:t xml:space="preserve">Alice  </w:t>
      </w:r>
      <w:r>
        <w:rPr>
          <w:rFonts w:ascii="Arial" w:hAnsi="Arial"/>
          <w:color w:val="5D7284"/>
          <w:sz w:val="22"/>
        </w:rPr>
        <w:t>41:10</w:t>
      </w:r>
    </w:p>
    <w:p>
      <w:pPr>
        <w:spacing w:after="0"/>
      </w:pPr>
      <w:r>
        <w:rPr>
          <w:rFonts w:ascii="Arial" w:hAnsi="Arial"/>
          <w:sz w:val="22"/>
        </w:rPr>
        <w:t xml:space="preserve">what, what do you think Daisy, what sparked your interest in history? Like, do you remember the thing that you were like? This is, this is cool. This is what I want to be like. I want to be in this space and know more about this stuff. </w:t>
      </w:r>
    </w:p>
    <w:p>
      <w:pPr>
        <w:spacing w:after="0"/>
      </w:pPr>
    </w:p>
    <w:p>
      <w:pPr>
        <w:spacing w:after="0"/>
      </w:pPr>
      <w:r>
        <w:rPr>
          <w:rFonts w:ascii="Arial" w:hAnsi="Arial"/>
          <w:b/>
          <w:sz w:val="22"/>
        </w:rPr>
        <w:t xml:space="preserve">Daisy  </w:t>
      </w:r>
      <w:r>
        <w:rPr>
          <w:rFonts w:ascii="Arial" w:hAnsi="Arial"/>
          <w:color w:val="5D7284"/>
          <w:sz w:val="22"/>
        </w:rPr>
        <w:t>41:25</w:t>
      </w:r>
    </w:p>
    <w:p>
      <w:pPr>
        <w:spacing w:after="0"/>
      </w:pPr>
      <w:r>
        <w:rPr>
          <w:rFonts w:ascii="Arial" w:hAnsi="Arial"/>
          <w:sz w:val="22"/>
        </w:rPr>
        <w:t xml:space="preserve">So, the problem is, it doesn't make very, very good answer to the question. But I don't know. I don't know what it was in particular I, I mean, I don't have a particularly great memory for, you know, that sort of period of my life, anyway. But yeah, no, I mainly just sort of remember the point where I was like, you know, choosing my GCSEs options and things like that, and just being like, Oh, well, obviously, I have to do history. . So I must have known I liked it at that point </w:t>
      </w:r>
    </w:p>
    <w:p>
      <w:pPr>
        <w:spacing w:after="0"/>
      </w:pPr>
    </w:p>
    <w:p>
      <w:pPr>
        <w:spacing w:after="0"/>
      </w:pPr>
      <w:r>
        <w:rPr>
          <w:rFonts w:ascii="Arial" w:hAnsi="Arial"/>
          <w:b/>
          <w:sz w:val="22"/>
        </w:rPr>
        <w:t xml:space="preserve">Lucy  </w:t>
      </w:r>
      <w:r>
        <w:rPr>
          <w:rFonts w:ascii="Arial" w:hAnsi="Arial"/>
          <w:color w:val="5D7284"/>
          <w:sz w:val="22"/>
        </w:rPr>
        <w:t>41:26</w:t>
      </w:r>
    </w:p>
    <w:p>
      <w:pPr>
        <w:spacing w:after="0"/>
      </w:pPr>
      <w:r>
        <w:rPr>
          <w:rFonts w:ascii="Arial" w:hAnsi="Arial"/>
          <w:sz w:val="22"/>
        </w:rPr>
        <w:t>subconsciously, like, yeah, I quite like that. Yeah, yeah. I</w:t>
      </w:r>
    </w:p>
    <w:p>
      <w:pPr>
        <w:spacing w:after="0"/>
      </w:pPr>
    </w:p>
    <w:p>
      <w:pPr>
        <w:spacing w:after="0"/>
      </w:pPr>
      <w:r>
        <w:rPr>
          <w:rFonts w:ascii="Arial" w:hAnsi="Arial"/>
          <w:b/>
          <w:sz w:val="22"/>
        </w:rPr>
        <w:t xml:space="preserve">Daisy  </w:t>
      </w:r>
      <w:r>
        <w:rPr>
          <w:rFonts w:ascii="Arial" w:hAnsi="Arial"/>
          <w:color w:val="5D7284"/>
          <w:sz w:val="22"/>
        </w:rPr>
        <w:t>41:59</w:t>
      </w:r>
    </w:p>
    <w:p>
      <w:pPr>
        <w:spacing w:after="0"/>
      </w:pPr>
      <w:r>
        <w:rPr>
          <w:rFonts w:ascii="Arial" w:hAnsi="Arial"/>
          <w:sz w:val="22"/>
        </w:rPr>
        <w:t>remember, you know, knowing that I liked it and sort of like, you know, getting decent grades. But no, I I don't know what it was that made me choose to, you know, study history at uni. What I've got no idea what it was in particular, like, part of me thinks that maybe I literally just chose it because I was getting good grades in it. Did I just like it because I was good at it?</w:t>
      </w:r>
    </w:p>
    <w:p>
      <w:pPr>
        <w:spacing w:after="0"/>
      </w:pPr>
    </w:p>
    <w:p>
      <w:pPr>
        <w:spacing w:after="0"/>
      </w:pPr>
      <w:r>
        <w:rPr>
          <w:rFonts w:ascii="Arial" w:hAnsi="Arial"/>
          <w:b/>
          <w:sz w:val="22"/>
        </w:rPr>
        <w:t xml:space="preserve">Lucy  </w:t>
      </w:r>
      <w:r>
        <w:rPr>
          <w:rFonts w:ascii="Arial" w:hAnsi="Arial"/>
          <w:color w:val="5D7284"/>
          <w:sz w:val="22"/>
        </w:rPr>
        <w:t>42:26</w:t>
      </w:r>
    </w:p>
    <w:p>
      <w:pPr>
        <w:spacing w:after="0"/>
      </w:pPr>
      <w:r>
        <w:rPr>
          <w:rFonts w:ascii="Arial" w:hAnsi="Arial"/>
          <w:sz w:val="22"/>
        </w:rPr>
        <w:t>Yeah, yeah. Is it was there a certain, like, aside from, I mean, it could be just like, I mean, disability history is, like we mentioned, is a whole over a whole spectrum of time. But is it was there like, one period of time that you thought, I really like this. Learning about this period of time whilst you were studying history that made you go, actually, I really like this, not necessarily disability wise, but yeah, just general periods.</w:t>
      </w:r>
    </w:p>
    <w:p>
      <w:pPr>
        <w:spacing w:after="0"/>
      </w:pPr>
    </w:p>
    <w:p>
      <w:pPr>
        <w:spacing w:after="0"/>
      </w:pPr>
      <w:r>
        <w:rPr>
          <w:rFonts w:ascii="Arial" w:hAnsi="Arial"/>
          <w:b/>
          <w:sz w:val="22"/>
        </w:rPr>
        <w:t xml:space="preserve">Daisy  </w:t>
      </w:r>
      <w:r>
        <w:rPr>
          <w:rFonts w:ascii="Arial" w:hAnsi="Arial"/>
          <w:color w:val="5D7284"/>
          <w:sz w:val="22"/>
        </w:rPr>
        <w:t>42:54</w:t>
      </w:r>
    </w:p>
    <w:p>
      <w:pPr>
        <w:spacing w:after="0"/>
      </w:pPr>
      <w:r>
        <w:rPr>
          <w:rFonts w:ascii="Arial" w:hAnsi="Arial"/>
          <w:sz w:val="22"/>
        </w:rPr>
        <w:t>I really liked all of the things that you don't typically learn at school, like I chose which like universities I applied for on the basis of the topics that you could study, And so, you know, bath spa had options for, like the spread of Islam across the world, and, you know, the Middle East and China and Africa and all of those types of areas, whereas, you know, there are a lot of the, maybe traditionally, more well regarded places, you know, like the red bricks, the, you know, Durhamsand all of that, that were more just kind of like, hey, remember learning about the war. Would you like to do that again?</w:t>
      </w:r>
    </w:p>
    <w:p>
      <w:pPr>
        <w:spacing w:after="0"/>
      </w:pPr>
    </w:p>
    <w:p>
      <w:pPr>
        <w:spacing w:after="0"/>
      </w:pPr>
      <w:r>
        <w:rPr>
          <w:rFonts w:ascii="Arial" w:hAnsi="Arial"/>
          <w:b/>
          <w:sz w:val="22"/>
        </w:rPr>
        <w:t xml:space="preserve">Lucy  </w:t>
      </w:r>
      <w:r>
        <w:rPr>
          <w:rFonts w:ascii="Arial" w:hAnsi="Arial"/>
          <w:color w:val="5D7284"/>
          <w:sz w:val="22"/>
        </w:rPr>
        <w:t>43:41</w:t>
      </w:r>
    </w:p>
    <w:p>
      <w:pPr>
        <w:spacing w:after="0"/>
      </w:pPr>
      <w:r>
        <w:rPr>
          <w:rFonts w:ascii="Arial" w:hAnsi="Arial"/>
          <w:sz w:val="22"/>
        </w:rPr>
        <w:t xml:space="preserve">Yeah, would you like to see it for four years? </w:t>
      </w:r>
    </w:p>
    <w:p>
      <w:pPr>
        <w:spacing w:after="0"/>
      </w:pPr>
    </w:p>
    <w:p>
      <w:pPr>
        <w:spacing w:after="0"/>
      </w:pPr>
      <w:r>
        <w:rPr>
          <w:rFonts w:ascii="Arial" w:hAnsi="Arial"/>
          <w:b/>
          <w:sz w:val="22"/>
        </w:rPr>
        <w:t xml:space="preserve">Daisy  </w:t>
      </w:r>
      <w:r>
        <w:rPr>
          <w:rFonts w:ascii="Arial" w:hAnsi="Arial"/>
          <w:color w:val="5D7284"/>
          <w:sz w:val="22"/>
        </w:rPr>
        <w:t>43:44</w:t>
      </w:r>
    </w:p>
    <w:p>
      <w:pPr>
        <w:spacing w:after="0"/>
      </w:pPr>
      <w:r>
        <w:rPr>
          <w:rFonts w:ascii="Arial" w:hAnsi="Arial"/>
          <w:sz w:val="22"/>
        </w:rPr>
        <w:t>nooo. i wanna to do something else. Let me look at other places. Let me do witchcraft. Don't want to study witchcraft.</w:t>
      </w:r>
    </w:p>
    <w:p>
      <w:pPr>
        <w:spacing w:after="0"/>
      </w:pPr>
    </w:p>
    <w:p>
      <w:pPr>
        <w:spacing w:after="0"/>
      </w:pPr>
      <w:r>
        <w:rPr>
          <w:rFonts w:ascii="Arial" w:hAnsi="Arial"/>
          <w:b/>
          <w:sz w:val="22"/>
        </w:rPr>
        <w:t xml:space="preserve">Lucy  </w:t>
      </w:r>
      <w:r>
        <w:rPr>
          <w:rFonts w:ascii="Arial" w:hAnsi="Arial"/>
          <w:color w:val="5D7284"/>
          <w:sz w:val="22"/>
        </w:rPr>
        <w:t>43:56</w:t>
      </w:r>
    </w:p>
    <w:p>
      <w:pPr>
        <w:spacing w:after="0"/>
      </w:pPr>
      <w:r>
        <w:rPr>
          <w:rFonts w:ascii="Arial" w:hAnsi="Arial"/>
          <w:sz w:val="22"/>
        </w:rPr>
        <w:t>I was fascinating program about witchcraft the other day. It was, it was fascinating. They did like witchcraft over here in England, and it was like, Manchester, yeah, that kind of place. And then the second episode was, like, witchcraft over in America. And I was like, this is fascinating. But again, that's not that's something that I have, I've never really looked into. And it's not because I'm not interested. It's just because nobody's told me really. I mean, a lot of people, when they say, Oh, I like history, and they'll follow it with, I really like the Tudors. Well, what a surprise.</w:t>
      </w:r>
    </w:p>
    <w:p>
      <w:pPr>
        <w:spacing w:after="0"/>
      </w:pPr>
    </w:p>
    <w:p>
      <w:pPr>
        <w:spacing w:after="0"/>
      </w:pPr>
      <w:r>
        <w:rPr>
          <w:rFonts w:ascii="Arial" w:hAnsi="Arial"/>
          <w:b/>
          <w:sz w:val="22"/>
        </w:rPr>
        <w:t xml:space="preserve">Daisy  </w:t>
      </w:r>
      <w:r>
        <w:rPr>
          <w:rFonts w:ascii="Arial" w:hAnsi="Arial"/>
          <w:color w:val="5D7284"/>
          <w:sz w:val="22"/>
        </w:rPr>
        <w:t>44:28</w:t>
      </w:r>
    </w:p>
    <w:p>
      <w:pPr>
        <w:spacing w:after="0"/>
      </w:pPr>
      <w:r>
        <w:rPr>
          <w:rFonts w:ascii="Arial" w:hAnsi="Arial"/>
          <w:sz w:val="22"/>
        </w:rPr>
        <w:t>Yeah, I very much. Like they're doing lots of different things. This is one of the reasons why, you know, I was not traditionally, like, I was not suited for kind of further study, like, you know, PhDs or anything like that. It requires you to be incredibly specialist in a tiny element of a thing. And I like doing bits of everything from everywhere. That's why disability history is so good, because it's technically a specialized area, but also it covers everything and everywhere.</w:t>
      </w:r>
    </w:p>
    <w:p>
      <w:pPr>
        <w:spacing w:after="0"/>
      </w:pPr>
    </w:p>
    <w:p>
      <w:pPr>
        <w:spacing w:after="0"/>
      </w:pPr>
      <w:r>
        <w:rPr>
          <w:rFonts w:ascii="Arial" w:hAnsi="Arial"/>
          <w:b/>
          <w:sz w:val="22"/>
        </w:rPr>
        <w:t xml:space="preserve">Daisy  </w:t>
      </w:r>
      <w:r>
        <w:rPr>
          <w:rFonts w:ascii="Arial" w:hAnsi="Arial"/>
          <w:color w:val="5D7284"/>
          <w:sz w:val="22"/>
        </w:rPr>
        <w:t>45:00</w:t>
      </w:r>
    </w:p>
    <w:p>
      <w:pPr>
        <w:spacing w:after="0"/>
      </w:pPr>
      <w:r>
        <w:rPr>
          <w:rFonts w:ascii="Arial" w:hAnsi="Arial"/>
          <w:sz w:val="22"/>
        </w:rPr>
        <w:t>secretly, I'm actually just doing everything, but you'll never know,</w:t>
      </w:r>
    </w:p>
    <w:p>
      <w:pPr>
        <w:spacing w:after="0"/>
      </w:pPr>
    </w:p>
    <w:p>
      <w:pPr>
        <w:spacing w:after="0"/>
      </w:pPr>
      <w:r>
        <w:rPr>
          <w:rFonts w:ascii="Arial" w:hAnsi="Arial"/>
          <w:b/>
          <w:sz w:val="22"/>
        </w:rPr>
        <w:t xml:space="preserve">Lucy  </w:t>
      </w:r>
      <w:r>
        <w:rPr>
          <w:rFonts w:ascii="Arial" w:hAnsi="Arial"/>
          <w:color w:val="5D7284"/>
          <w:sz w:val="22"/>
        </w:rPr>
        <w:t>45:04</w:t>
      </w:r>
    </w:p>
    <w:p>
      <w:pPr>
        <w:spacing w:after="0"/>
      </w:pPr>
      <w:r>
        <w:rPr>
          <w:rFonts w:ascii="Arial" w:hAnsi="Arial"/>
          <w:sz w:val="22"/>
        </w:rPr>
        <w:t>yeah, yeah, it's I do. I do like, what? Because you, you, you're interested in history, Alice, aren't you? What was your like, favorite area of to learn about, if you say the Tudors. Now I'm gonna write silly aren't I?</w:t>
      </w:r>
    </w:p>
    <w:p>
      <w:pPr>
        <w:spacing w:after="0"/>
      </w:pPr>
    </w:p>
    <w:p>
      <w:pPr>
        <w:spacing w:after="0"/>
      </w:pPr>
      <w:r>
        <w:rPr>
          <w:rFonts w:ascii="Arial" w:hAnsi="Arial"/>
          <w:b/>
          <w:sz w:val="22"/>
        </w:rPr>
        <w:t xml:space="preserve">Alice  </w:t>
      </w:r>
      <w:r>
        <w:rPr>
          <w:rFonts w:ascii="Arial" w:hAnsi="Arial"/>
          <w:color w:val="5D7284"/>
          <w:sz w:val="22"/>
        </w:rPr>
        <w:t>45:20</w:t>
      </w:r>
    </w:p>
    <w:p>
      <w:pPr>
        <w:spacing w:after="0"/>
      </w:pPr>
      <w:r>
        <w:rPr>
          <w:rFonts w:ascii="Arial" w:hAnsi="Arial"/>
          <w:sz w:val="22"/>
        </w:rPr>
        <w:t>It is it is funny. So as I was asking Daisy my question, I was thinking, what was my like? I this? I love history, so I don't know. I probably might have mentioned this on the show before I have, this is an overshare. I have constipated IBS, and I have since I was quite young, when I'm in periods of stress where I have a lot of pain and I can't leave the bathroom for extended periods of time. And so I used to read all of the I have really, really vivid memories of my sight being good enough that I could read print books, of reading all the horrible history books. So when you say Horrible Histories to me, like Greg Jenner's great but I think, I think Terry Deary, and I think those books,  And I have a really, really vivid memory of reading the Tudors one, and Henry the Eighth makes some comment about how much he hates Anne Boleyn, where he's like, I would throttle her with my hands. And if you took my hands away, I would do something else to her. And then there's a ridiculous cartoon next to it that's like, if you take, you know, my other appendages away, I'll bite her to death. I can just remember being like, in agony on the toilet at like, age nine, and just being like, this is amazing, yeah. Like, like that the history was real people, and the like comedy in it, and the ridiculous shit that people used to say, like, 600 years ago, and just that being one of those things to me that just been like, Yeah, this is but also there was, I definitely have another memory of being 12 and my history teacher, like me sitting in in class, working on something, and my history teacher coming over and saying something like, Oh, you're really good at this. Yeah. It's like, Yeah, fucking A left. Finally some praise. The one thing my poor, troubled childhood had been looking</w:t>
      </w:r>
    </w:p>
    <w:p>
      <w:pPr>
        <w:spacing w:after="0"/>
      </w:pPr>
    </w:p>
    <w:p>
      <w:pPr>
        <w:spacing w:after="0"/>
      </w:pPr>
      <w:r>
        <w:rPr>
          <w:rFonts w:ascii="Arial" w:hAnsi="Arial"/>
          <w:b/>
          <w:sz w:val="22"/>
        </w:rPr>
        <w:t xml:space="preserve">Lucy  </w:t>
      </w:r>
      <w:r>
        <w:rPr>
          <w:rFonts w:ascii="Arial" w:hAnsi="Arial"/>
          <w:color w:val="5D7284"/>
          <w:sz w:val="22"/>
        </w:rPr>
        <w:t>47:19</w:t>
      </w:r>
    </w:p>
    <w:p>
      <w:pPr>
        <w:spacing w:after="0"/>
      </w:pPr>
      <w:r>
        <w:rPr>
          <w:rFonts w:ascii="Arial" w:hAnsi="Arial"/>
          <w:sz w:val="22"/>
        </w:rPr>
        <w:t>for me. It's like, I don't know really, what was the thing, what was the thing that, like, set it  all up, but I distinctly remember on a Sunday night watching Time Team with my dad. I watched them dig up, like, stuff me being like, fascinated that they've, like, pulled a vase out of the middle of a field somewhere. So, like, that was fascinating, but also social history as well. Like, I love going to the types of museums. You know that I like a living museum where you can go around, like, high streets and stuff, and people are dressed up, and</w:t>
      </w:r>
    </w:p>
    <w:p>
      <w:pPr>
        <w:spacing w:after="0"/>
      </w:pPr>
    </w:p>
    <w:p>
      <w:pPr>
        <w:spacing w:after="0"/>
      </w:pPr>
      <w:r>
        <w:rPr>
          <w:rFonts w:ascii="Arial" w:hAnsi="Arial"/>
          <w:b/>
          <w:sz w:val="22"/>
        </w:rPr>
        <w:t xml:space="preserve">Alice  </w:t>
      </w:r>
      <w:r>
        <w:rPr>
          <w:rFonts w:ascii="Arial" w:hAnsi="Arial"/>
          <w:color w:val="5D7284"/>
          <w:sz w:val="22"/>
        </w:rPr>
        <w:t>47:49</w:t>
      </w:r>
    </w:p>
    <w:p>
      <w:pPr>
        <w:spacing w:after="0"/>
      </w:pPr>
      <w:r>
        <w:rPr>
          <w:rFonts w:ascii="Arial" w:hAnsi="Arial"/>
          <w:sz w:val="22"/>
        </w:rPr>
        <w:t>that must be a nightmare for you its all cobbled</w:t>
      </w:r>
    </w:p>
    <w:p>
      <w:pPr>
        <w:spacing w:after="0"/>
      </w:pPr>
    </w:p>
    <w:p>
      <w:pPr>
        <w:spacing w:after="0"/>
      </w:pPr>
      <w:r>
        <w:rPr>
          <w:rFonts w:ascii="Arial" w:hAnsi="Arial"/>
          <w:b/>
          <w:sz w:val="22"/>
        </w:rPr>
        <w:t xml:space="preserve">Lucy  </w:t>
      </w:r>
      <w:r>
        <w:rPr>
          <w:rFonts w:ascii="Arial" w:hAnsi="Arial"/>
          <w:color w:val="5D7284"/>
          <w:sz w:val="22"/>
        </w:rPr>
        <w:t>47:52</w:t>
      </w:r>
    </w:p>
    <w:p>
      <w:pPr>
        <w:spacing w:after="0"/>
      </w:pPr>
      <w:r>
        <w:rPr>
          <w:rFonts w:ascii="Arial" w:hAnsi="Arial"/>
          <w:sz w:val="22"/>
        </w:rPr>
        <w:t>it is a nightmare, but they've got, like, fish and chip shops and stuff that, like, do old fashioned fish and chips. Like, take me their please. I'll sit here. But yeah, so going to places like that, where I went to one in where was it? Manchester, not long ago, actually, with my friend, my mum and my friend went to this like they said. It was a living museum. It was just like, basically a street where it was being knocked down, and the museum took it and put it in this museum. Basically rebuilt it inside this museum, but um, in the window of the chemist shop. I don't know whether I mentioned this to you before, Daisy, but they've got a sign saying New in today, invalid Bovril, hang on, what? What is... What the hell is invalid bovril  i actually Google it</w:t>
      </w:r>
    </w:p>
    <w:p>
      <w:pPr>
        <w:spacing w:after="0"/>
      </w:pPr>
    </w:p>
    <w:p>
      <w:pPr>
        <w:spacing w:after="0"/>
      </w:pPr>
      <w:r>
        <w:rPr>
          <w:rFonts w:ascii="Arial" w:hAnsi="Arial"/>
          <w:b/>
          <w:sz w:val="22"/>
        </w:rPr>
        <w:t xml:space="preserve">Alice  </w:t>
      </w:r>
      <w:r>
        <w:rPr>
          <w:rFonts w:ascii="Arial" w:hAnsi="Arial"/>
          <w:color w:val="5D7284"/>
          <w:sz w:val="22"/>
        </w:rPr>
        <w:t>48:39</w:t>
      </w:r>
    </w:p>
    <w:p>
      <w:pPr>
        <w:spacing w:after="0"/>
      </w:pPr>
      <w:r>
        <w:rPr>
          <w:rFonts w:ascii="Arial" w:hAnsi="Arial"/>
          <w:sz w:val="22"/>
        </w:rPr>
        <w:t xml:space="preserve">is it bovril made out of invalids. i think they usually use beef </w:t>
      </w:r>
    </w:p>
    <w:p>
      <w:pPr>
        <w:spacing w:after="0"/>
      </w:pPr>
    </w:p>
    <w:p>
      <w:pPr>
        <w:spacing w:after="0"/>
      </w:pPr>
      <w:r>
        <w:rPr>
          <w:rFonts w:ascii="Arial" w:hAnsi="Arial"/>
          <w:b/>
          <w:sz w:val="22"/>
        </w:rPr>
        <w:t xml:space="preserve">Daisy  </w:t>
      </w:r>
      <w:r>
        <w:rPr>
          <w:rFonts w:ascii="Arial" w:hAnsi="Arial"/>
          <w:color w:val="5D7284"/>
          <w:sz w:val="22"/>
        </w:rPr>
        <w:t>48:45</w:t>
      </w:r>
    </w:p>
    <w:p>
      <w:pPr>
        <w:spacing w:after="0"/>
      </w:pPr>
      <w:r>
        <w:rPr>
          <w:rFonts w:ascii="Arial" w:hAnsi="Arial"/>
          <w:sz w:val="22"/>
        </w:rPr>
        <w:t>Special cure all.</w:t>
      </w:r>
    </w:p>
    <w:p>
      <w:pPr>
        <w:spacing w:after="0"/>
      </w:pPr>
    </w:p>
    <w:p>
      <w:pPr>
        <w:spacing w:after="0"/>
      </w:pPr>
      <w:r>
        <w:rPr>
          <w:rFonts w:ascii="Arial" w:hAnsi="Arial"/>
          <w:b/>
          <w:sz w:val="22"/>
        </w:rPr>
        <w:t xml:space="preserve">Lucy  </w:t>
      </w:r>
      <w:r>
        <w:rPr>
          <w:rFonts w:ascii="Arial" w:hAnsi="Arial"/>
          <w:color w:val="5D7284"/>
          <w:sz w:val="22"/>
        </w:rPr>
        <w:t>48:46</w:t>
      </w:r>
    </w:p>
    <w:p>
      <w:pPr>
        <w:spacing w:after="0"/>
      </w:pPr>
      <w:r>
        <w:rPr>
          <w:rFonts w:ascii="Arial" w:hAnsi="Arial"/>
          <w:sz w:val="22"/>
        </w:rPr>
        <w:t xml:space="preserve">It was, yeah, basically it was like, if you're feeling weak, it was unflavored boveil </w:t>
      </w:r>
    </w:p>
    <w:p>
      <w:pPr>
        <w:spacing w:after="0"/>
      </w:pPr>
    </w:p>
    <w:p>
      <w:pPr>
        <w:spacing w:after="0"/>
      </w:pPr>
      <w:r>
        <w:rPr>
          <w:rFonts w:ascii="Arial" w:hAnsi="Arial"/>
          <w:b/>
          <w:sz w:val="22"/>
        </w:rPr>
        <w:t xml:space="preserve">Alice  </w:t>
      </w:r>
      <w:r>
        <w:rPr>
          <w:rFonts w:ascii="Arial" w:hAnsi="Arial"/>
          <w:color w:val="5D7284"/>
          <w:sz w:val="22"/>
        </w:rPr>
        <w:t>48:52</w:t>
      </w:r>
    </w:p>
    <w:p>
      <w:pPr>
        <w:spacing w:after="0"/>
      </w:pPr>
      <w:r>
        <w:rPr>
          <w:rFonts w:ascii="Arial" w:hAnsi="Arial"/>
          <w:sz w:val="22"/>
        </w:rPr>
        <w:t>pour some gravy on it, exactly. I</w:t>
      </w:r>
    </w:p>
    <w:p>
      <w:pPr>
        <w:spacing w:after="0"/>
      </w:pPr>
    </w:p>
    <w:p>
      <w:pPr>
        <w:spacing w:after="0"/>
      </w:pPr>
      <w:r>
        <w:rPr>
          <w:rFonts w:ascii="Arial" w:hAnsi="Arial"/>
          <w:b/>
          <w:sz w:val="22"/>
        </w:rPr>
        <w:t xml:space="preserve">Lucy  </w:t>
      </w:r>
      <w:r>
        <w:rPr>
          <w:rFonts w:ascii="Arial" w:hAnsi="Arial"/>
          <w:color w:val="5D7284"/>
          <w:sz w:val="22"/>
        </w:rPr>
        <w:t>48:54</w:t>
      </w:r>
    </w:p>
    <w:p>
      <w:pPr>
        <w:spacing w:after="0"/>
      </w:pPr>
      <w:r>
        <w:rPr>
          <w:rFonts w:ascii="Arial" w:hAnsi="Arial"/>
          <w:sz w:val="22"/>
        </w:rPr>
        <w:t>put a post on Instagram. I was like, that's where I'm going wrong. That's why my legs don't work. I've not had enough Bovril just like stuff like that. And I'm like, that fascinates me that they thought, oh, yeah, what's wrong with her Give us some bovril. Should be fine.</w:t>
      </w:r>
    </w:p>
    <w:p>
      <w:pPr>
        <w:spacing w:after="0"/>
      </w:pPr>
    </w:p>
    <w:p>
      <w:pPr>
        <w:spacing w:after="0"/>
      </w:pPr>
      <w:r>
        <w:rPr>
          <w:rFonts w:ascii="Arial" w:hAnsi="Arial"/>
          <w:b/>
          <w:sz w:val="22"/>
        </w:rPr>
        <w:t xml:space="preserve">Alice  </w:t>
      </w:r>
      <w:r>
        <w:rPr>
          <w:rFonts w:ascii="Arial" w:hAnsi="Arial"/>
          <w:color w:val="5D7284"/>
          <w:sz w:val="22"/>
        </w:rPr>
        <w:t>49:09</w:t>
      </w:r>
    </w:p>
    <w:p>
      <w:pPr>
        <w:spacing w:after="0"/>
      </w:pPr>
      <w:r>
        <w:rPr>
          <w:rFonts w:ascii="Arial" w:hAnsi="Arial"/>
          <w:sz w:val="22"/>
        </w:rPr>
        <w:t>Do you think they do a veggie one, or shall I just get some Marmite?</w:t>
      </w:r>
    </w:p>
    <w:p>
      <w:pPr>
        <w:spacing w:after="0"/>
      </w:pPr>
    </w:p>
    <w:p>
      <w:pPr>
        <w:spacing w:after="0"/>
      </w:pPr>
      <w:r>
        <w:rPr>
          <w:rFonts w:ascii="Arial" w:hAnsi="Arial"/>
          <w:b/>
          <w:sz w:val="22"/>
        </w:rPr>
        <w:t xml:space="preserve">Lucy  </w:t>
      </w:r>
      <w:r>
        <w:rPr>
          <w:rFonts w:ascii="Arial" w:hAnsi="Arial"/>
          <w:color w:val="5D7284"/>
          <w:sz w:val="22"/>
        </w:rPr>
        <w:t>49:11</w:t>
      </w:r>
    </w:p>
    <w:p>
      <w:pPr>
        <w:spacing w:after="0"/>
      </w:pPr>
      <w:r>
        <w:rPr>
          <w:rFonts w:ascii="Arial" w:hAnsi="Arial"/>
          <w:sz w:val="22"/>
        </w:rPr>
        <w:t>Yeah, try and try Marmite. I would, I think, but it just made me laugh. I couldn't get over it. I was like, I think I need that up in my bedroom, on my bedroom wall. Yeah, so stuff like that, I just and like, how depictions of disability over the years, so, like, what's the painter's name? Lowry, he does the cripples, the like, they were, like, they've got a sign next to it that said, the name of this painting is now seen as a as, like, very offensive. We don't use the word cripples anymore in everyday language. And I'm like,</w:t>
      </w:r>
    </w:p>
    <w:p>
      <w:pPr>
        <w:spacing w:after="0"/>
      </w:pPr>
    </w:p>
    <w:p>
      <w:pPr>
        <w:spacing w:after="0"/>
      </w:pPr>
      <w:r>
        <w:rPr>
          <w:rFonts w:ascii="Arial" w:hAnsi="Arial"/>
          <w:b/>
          <w:sz w:val="22"/>
        </w:rPr>
        <w:t xml:space="preserve">Alice  </w:t>
      </w:r>
      <w:r>
        <w:rPr>
          <w:rFonts w:ascii="Arial" w:hAnsi="Arial"/>
          <w:color w:val="5D7284"/>
          <w:sz w:val="22"/>
        </w:rPr>
        <w:t>49:52</w:t>
      </w:r>
    </w:p>
    <w:p>
      <w:pPr>
        <w:spacing w:after="0"/>
      </w:pPr>
      <w:r>
        <w:rPr>
          <w:rFonts w:ascii="Arial" w:hAnsi="Arial"/>
          <w:sz w:val="22"/>
        </w:rPr>
        <w:t xml:space="preserve">someone needs tell my aunt that </w:t>
      </w:r>
    </w:p>
    <w:p>
      <w:pPr>
        <w:spacing w:after="0"/>
      </w:pPr>
    </w:p>
    <w:p>
      <w:pPr>
        <w:spacing w:after="0"/>
      </w:pPr>
      <w:r>
        <w:rPr>
          <w:rFonts w:ascii="Arial" w:hAnsi="Arial"/>
          <w:b/>
          <w:sz w:val="22"/>
        </w:rPr>
        <w:t xml:space="preserve">Daisy  </w:t>
      </w:r>
      <w:r>
        <w:rPr>
          <w:rFonts w:ascii="Arial" w:hAnsi="Arial"/>
          <w:color w:val="5D7284"/>
          <w:sz w:val="22"/>
        </w:rPr>
        <w:t>49:55</w:t>
      </w:r>
    </w:p>
    <w:p>
      <w:pPr>
        <w:spacing w:after="0"/>
      </w:pPr>
      <w:r>
        <w:rPr>
          <w:rFonts w:ascii="Arial" w:hAnsi="Arial"/>
          <w:sz w:val="22"/>
        </w:rPr>
        <w:t xml:space="preserve">Some of us do </w:t>
      </w:r>
    </w:p>
    <w:p>
      <w:pPr>
        <w:spacing w:after="0"/>
      </w:pPr>
    </w:p>
    <w:p>
      <w:pPr>
        <w:spacing w:after="0"/>
      </w:pPr>
      <w:r>
        <w:rPr>
          <w:rFonts w:ascii="Arial" w:hAnsi="Arial"/>
          <w:b/>
          <w:sz w:val="22"/>
        </w:rPr>
        <w:t xml:space="preserve">Alice  </w:t>
      </w:r>
      <w:r>
        <w:rPr>
          <w:rFonts w:ascii="Arial" w:hAnsi="Arial"/>
          <w:color w:val="5D7284"/>
          <w:sz w:val="22"/>
        </w:rPr>
        <w:t>49:58</w:t>
      </w:r>
    </w:p>
    <w:p>
      <w:pPr>
        <w:spacing w:after="0"/>
      </w:pPr>
      <w:r>
        <w:rPr>
          <w:rFonts w:ascii="Arial" w:hAnsi="Arial"/>
          <w:sz w:val="22"/>
        </w:rPr>
        <w:t>Yeah. Me, and me and my husband were pulled in. Where did we? Where were we pulled into a little services or something the other day, and we were looking for somewhere to park anyway. Call the crips. Are out today. We're gonna have to park a parent child like peasants. No, you can't say that.</w:t>
      </w:r>
    </w:p>
    <w:p>
      <w:pPr>
        <w:spacing w:after="0"/>
      </w:pPr>
    </w:p>
    <w:p>
      <w:pPr>
        <w:spacing w:after="0"/>
      </w:pPr>
      <w:r>
        <w:rPr>
          <w:rFonts w:ascii="Arial" w:hAnsi="Arial"/>
          <w:b/>
          <w:sz w:val="22"/>
        </w:rPr>
        <w:t xml:space="preserve">Lucy  </w:t>
      </w:r>
      <w:r>
        <w:rPr>
          <w:rFonts w:ascii="Arial" w:hAnsi="Arial"/>
          <w:color w:val="5D7284"/>
          <w:sz w:val="22"/>
        </w:rPr>
        <w:t>50:15</w:t>
      </w:r>
    </w:p>
    <w:p>
      <w:pPr>
        <w:spacing w:after="0"/>
      </w:pPr>
      <w:r>
        <w:rPr>
          <w:rFonts w:ascii="Arial" w:hAnsi="Arial"/>
          <w:sz w:val="22"/>
        </w:rPr>
        <w:t>Leave us alone. Yeah, but I was like, I just stood looking at this painting for ages, going, I love this painting. This painting is Ace, because it was like, all different types of disability. And everybody was like, oh, yeah, not. How many people like I was like, Who doesn't like this painting? What is wrong with them? They're like, people who are too frightened to say anything or express themselves.</w:t>
      </w:r>
    </w:p>
    <w:p>
      <w:pPr>
        <w:spacing w:after="0"/>
      </w:pPr>
    </w:p>
    <w:p>
      <w:pPr>
        <w:spacing w:after="0"/>
      </w:pPr>
      <w:r>
        <w:rPr>
          <w:rFonts w:ascii="Arial" w:hAnsi="Arial"/>
          <w:b/>
          <w:sz w:val="22"/>
        </w:rPr>
        <w:t xml:space="preserve">Alice  </w:t>
      </w:r>
      <w:r>
        <w:rPr>
          <w:rFonts w:ascii="Arial" w:hAnsi="Arial"/>
          <w:color w:val="5D7284"/>
          <w:sz w:val="22"/>
        </w:rPr>
        <w:t>50:40</w:t>
      </w:r>
    </w:p>
    <w:p>
      <w:pPr>
        <w:spacing w:after="0"/>
      </w:pPr>
      <w:r>
        <w:rPr>
          <w:rFonts w:ascii="Arial" w:hAnsi="Arial"/>
          <w:sz w:val="22"/>
        </w:rPr>
        <w:t>Oh, well. And it just goes to show it's like, how often have you seen yourself represented in art?</w:t>
      </w:r>
    </w:p>
    <w:p>
      <w:pPr>
        <w:spacing w:after="0"/>
      </w:pPr>
    </w:p>
    <w:p>
      <w:pPr>
        <w:spacing w:after="0"/>
      </w:pPr>
      <w:r>
        <w:rPr>
          <w:rFonts w:ascii="Arial" w:hAnsi="Arial"/>
          <w:b/>
          <w:sz w:val="22"/>
        </w:rPr>
        <w:t xml:space="preserve">Lucy  </w:t>
      </w:r>
      <w:r>
        <w:rPr>
          <w:rFonts w:ascii="Arial" w:hAnsi="Arial"/>
          <w:color w:val="5D7284"/>
          <w:sz w:val="22"/>
        </w:rPr>
        <w:t>50:42</w:t>
      </w:r>
    </w:p>
    <w:p>
      <w:pPr>
        <w:spacing w:after="0"/>
      </w:pPr>
      <w:r>
        <w:rPr>
          <w:rFonts w:ascii="Arial" w:hAnsi="Arial"/>
          <w:sz w:val="22"/>
        </w:rPr>
        <w:t>Exactly? Yeah, exactly that. I think I mean not that I look like something out of a Lowry painting, but it is that kind of, oh my god. I couldn't stop looking at it. It was ace. And it's just like when it's when I see things like that from, from a historical period where you think like they invalid bovril I never knew that existed. I googled it. I've managed to find a PDF from the Victorian era, and it was a catalog of things you could buy for your corner shop. I was like, No, it was a thing. They're not just taking the piss. That did actually exist. It's things like that. I just think, Wow, this is my this is why I love history.</w:t>
      </w:r>
    </w:p>
    <w:p>
      <w:pPr>
        <w:spacing w:after="0"/>
      </w:pPr>
    </w:p>
    <w:p>
      <w:pPr>
        <w:spacing w:after="0"/>
      </w:pPr>
      <w:r>
        <w:rPr>
          <w:rFonts w:ascii="Arial" w:hAnsi="Arial"/>
          <w:b/>
          <w:sz w:val="22"/>
        </w:rPr>
        <w:t xml:space="preserve">Daisy  </w:t>
      </w:r>
      <w:r>
        <w:rPr>
          <w:rFonts w:ascii="Arial" w:hAnsi="Arial"/>
          <w:color w:val="5D7284"/>
          <w:sz w:val="22"/>
        </w:rPr>
        <w:t>51:23</w:t>
      </w:r>
    </w:p>
    <w:p>
      <w:pPr>
        <w:spacing w:after="0"/>
      </w:pPr>
      <w:r>
        <w:rPr>
          <w:rFonts w:ascii="Arial" w:hAnsi="Arial"/>
          <w:sz w:val="22"/>
        </w:rPr>
        <w:t>Yeah, you know, yeah. I did also have very good history teachers who somehow made even, you know, some of the really, really dry stuff interesting, like, from, you know, like my year group of people, I think there are a good like 10 who went and studied history afterwards, which, you know, considering it was like, comparatively small school, I think there was, like, I don't actually know that maybe, like, 100 ish, just over 100 people per year. Maybe, like 120 so, you know, that's, that's a good amount.</w:t>
      </w:r>
    </w:p>
    <w:p>
      <w:pPr>
        <w:spacing w:after="0"/>
      </w:pPr>
    </w:p>
    <w:p>
      <w:pPr>
        <w:spacing w:after="0"/>
      </w:pPr>
      <w:r>
        <w:rPr>
          <w:rFonts w:ascii="Arial" w:hAnsi="Arial"/>
          <w:b/>
          <w:sz w:val="22"/>
        </w:rPr>
        <w:t xml:space="preserve">Lucy  </w:t>
      </w:r>
      <w:r>
        <w:rPr>
          <w:rFonts w:ascii="Arial" w:hAnsi="Arial"/>
          <w:color w:val="5D7284"/>
          <w:sz w:val="22"/>
        </w:rPr>
        <w:t>52:00</w:t>
      </w:r>
    </w:p>
    <w:p>
      <w:pPr>
        <w:spacing w:after="0"/>
      </w:pPr>
      <w:r>
        <w:rPr>
          <w:rFonts w:ascii="Arial" w:hAnsi="Arial"/>
          <w:sz w:val="22"/>
        </w:rPr>
        <w:t>Yeah, that is, isn't it? I do. I do think that, like,</w:t>
      </w:r>
    </w:p>
    <w:p>
      <w:pPr>
        <w:spacing w:after="0"/>
      </w:pPr>
    </w:p>
    <w:p>
      <w:pPr>
        <w:spacing w:after="0"/>
      </w:pPr>
      <w:r>
        <w:rPr>
          <w:rFonts w:ascii="Arial" w:hAnsi="Arial"/>
          <w:b/>
          <w:sz w:val="22"/>
        </w:rPr>
        <w:t xml:space="preserve">Daisy  </w:t>
      </w:r>
      <w:r>
        <w:rPr>
          <w:rFonts w:ascii="Arial" w:hAnsi="Arial"/>
          <w:color w:val="5D7284"/>
          <w:sz w:val="22"/>
        </w:rPr>
        <w:t>52:04</w:t>
      </w:r>
    </w:p>
    <w:p>
      <w:pPr>
        <w:spacing w:after="0"/>
      </w:pPr>
      <w:r>
        <w:rPr>
          <w:rFonts w:ascii="Arial" w:hAnsi="Arial"/>
          <w:sz w:val="22"/>
        </w:rPr>
        <w:t>I should track down where they live and throw my book at them, like, see, this is your fault.</w:t>
      </w:r>
    </w:p>
    <w:p>
      <w:pPr>
        <w:spacing w:after="0"/>
      </w:pPr>
    </w:p>
    <w:p>
      <w:pPr>
        <w:spacing w:after="0"/>
      </w:pPr>
      <w:r>
        <w:rPr>
          <w:rFonts w:ascii="Arial" w:hAnsi="Arial"/>
          <w:b/>
          <w:sz w:val="22"/>
        </w:rPr>
        <w:t xml:space="preserve">Lucy  </w:t>
      </w:r>
      <w:r>
        <w:rPr>
          <w:rFonts w:ascii="Arial" w:hAnsi="Arial"/>
          <w:color w:val="5D7284"/>
          <w:sz w:val="22"/>
        </w:rPr>
        <w:t>52:10</w:t>
      </w:r>
    </w:p>
    <w:p>
      <w:pPr>
        <w:spacing w:after="0"/>
      </w:pPr>
      <w:r>
        <w:rPr>
          <w:rFonts w:ascii="Arial" w:hAnsi="Arial"/>
          <w:sz w:val="22"/>
        </w:rPr>
        <w:t>It's all you're doing.</w:t>
      </w:r>
    </w:p>
    <w:p>
      <w:pPr>
        <w:spacing w:after="0"/>
      </w:pPr>
    </w:p>
    <w:p>
      <w:pPr>
        <w:spacing w:after="0"/>
      </w:pPr>
      <w:r>
        <w:rPr>
          <w:rFonts w:ascii="Arial" w:hAnsi="Arial"/>
          <w:b/>
          <w:sz w:val="22"/>
        </w:rPr>
        <w:t xml:space="preserve">Daisy  </w:t>
      </w:r>
      <w:r>
        <w:rPr>
          <w:rFonts w:ascii="Arial" w:hAnsi="Arial"/>
          <w:color w:val="5D7284"/>
          <w:sz w:val="22"/>
        </w:rPr>
        <w:t>52:11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52:12</w:t>
      </w:r>
    </w:p>
    <w:p>
      <w:pPr>
        <w:spacing w:after="0"/>
      </w:pPr>
      <w:r>
        <w:rPr>
          <w:rFonts w:ascii="Arial" w:hAnsi="Arial"/>
          <w:sz w:val="22"/>
        </w:rPr>
        <w:t>giving  away, free books. Stacey, what you do is you write, you you get your publishers to put them in the acknowledgements, yeah, and then write to them and be like, you're in my acknowledgements. Here's where you can buy my book.</w:t>
      </w:r>
    </w:p>
    <w:p>
      <w:pPr>
        <w:spacing w:after="0"/>
      </w:pPr>
    </w:p>
    <w:p>
      <w:pPr>
        <w:spacing w:after="0"/>
      </w:pPr>
      <w:r>
        <w:rPr>
          <w:rFonts w:ascii="Arial" w:hAnsi="Arial"/>
          <w:b/>
          <w:sz w:val="22"/>
        </w:rPr>
        <w:t xml:space="preserve">Daisy  </w:t>
      </w:r>
      <w:r>
        <w:rPr>
          <w:rFonts w:ascii="Arial" w:hAnsi="Arial"/>
          <w:color w:val="5D7284"/>
          <w:sz w:val="22"/>
        </w:rPr>
        <w:t>52:28</w:t>
      </w:r>
    </w:p>
    <w:p>
      <w:pPr>
        <w:spacing w:after="0"/>
      </w:pPr>
      <w:r>
        <w:rPr>
          <w:rFonts w:ascii="Arial" w:hAnsi="Arial"/>
          <w:sz w:val="22"/>
        </w:rPr>
        <w:t>I already wrote my acknowledgements. It's just every single pub that I went to while I was I</w:t>
      </w:r>
    </w:p>
    <w:p>
      <w:pPr>
        <w:spacing w:after="0"/>
      </w:pPr>
    </w:p>
    <w:p>
      <w:pPr>
        <w:spacing w:after="0"/>
      </w:pPr>
      <w:r>
        <w:rPr>
          <w:rFonts w:ascii="Arial" w:hAnsi="Arial"/>
          <w:b/>
          <w:sz w:val="22"/>
        </w:rPr>
        <w:t xml:space="preserve">Lucy  </w:t>
      </w:r>
      <w:r>
        <w:rPr>
          <w:rFonts w:ascii="Arial" w:hAnsi="Arial"/>
          <w:color w:val="5D7284"/>
          <w:sz w:val="22"/>
        </w:rPr>
        <w:t>52:33</w:t>
      </w:r>
    </w:p>
    <w:p>
      <w:pPr>
        <w:spacing w:after="0"/>
      </w:pPr>
      <w:r>
        <w:rPr>
          <w:rFonts w:ascii="Arial" w:hAnsi="Arial"/>
          <w:sz w:val="22"/>
        </w:rPr>
        <w:t>of course it is I wouldn't expect anything else but</w:t>
      </w:r>
    </w:p>
    <w:p>
      <w:pPr>
        <w:spacing w:after="0"/>
      </w:pPr>
    </w:p>
    <w:p>
      <w:pPr>
        <w:spacing w:after="0"/>
      </w:pPr>
      <w:r>
        <w:rPr>
          <w:rFonts w:ascii="Arial" w:hAnsi="Arial"/>
          <w:b/>
          <w:sz w:val="22"/>
        </w:rPr>
        <w:t xml:space="preserve">Daisy  </w:t>
      </w:r>
      <w:r>
        <w:rPr>
          <w:rFonts w:ascii="Arial" w:hAnsi="Arial"/>
          <w:color w:val="5D7284"/>
          <w:sz w:val="22"/>
        </w:rPr>
        <w:t>52:38</w:t>
      </w:r>
    </w:p>
    <w:p>
      <w:pPr>
        <w:spacing w:after="0"/>
      </w:pPr>
      <w:r>
        <w:rPr>
          <w:rFonts w:ascii="Arial" w:hAnsi="Arial"/>
          <w:sz w:val="22"/>
        </w:rPr>
        <w:t>I took up so much of their table space while I was doing that,</w:t>
      </w:r>
    </w:p>
    <w:p>
      <w:pPr>
        <w:spacing w:after="0"/>
      </w:pPr>
    </w:p>
    <w:p>
      <w:pPr>
        <w:spacing w:after="0"/>
      </w:pPr>
      <w:r>
        <w:rPr>
          <w:rFonts w:ascii="Arial" w:hAnsi="Arial"/>
          <w:b/>
          <w:sz w:val="22"/>
        </w:rPr>
        <w:t xml:space="preserve">Lucy  </w:t>
      </w:r>
      <w:r>
        <w:rPr>
          <w:rFonts w:ascii="Arial" w:hAnsi="Arial"/>
          <w:color w:val="5D7284"/>
          <w:sz w:val="22"/>
        </w:rPr>
        <w:t>52:41</w:t>
      </w:r>
    </w:p>
    <w:p>
      <w:pPr>
        <w:spacing w:after="0"/>
      </w:pPr>
      <w:r>
        <w:rPr>
          <w:rFonts w:ascii="Arial" w:hAnsi="Arial"/>
          <w:sz w:val="22"/>
        </w:rPr>
        <w:t>and you're like, I'm really sorry. I'll put your name in there. Amazing. I that is what probably the one thing I would really struggle with, the writing, the acknowledgements. The acknowledgments will probably be as twice as thick as the book, because I'd be like, and I'd like to thank and</w:t>
      </w:r>
    </w:p>
    <w:p>
      <w:pPr>
        <w:spacing w:after="0"/>
      </w:pPr>
    </w:p>
    <w:p>
      <w:pPr>
        <w:spacing w:after="0"/>
      </w:pPr>
      <w:r>
        <w:rPr>
          <w:rFonts w:ascii="Arial" w:hAnsi="Arial"/>
          <w:b/>
          <w:sz w:val="22"/>
        </w:rPr>
        <w:t xml:space="preserve">Alice  </w:t>
      </w:r>
      <w:r>
        <w:rPr>
          <w:rFonts w:ascii="Arial" w:hAnsi="Arial"/>
          <w:color w:val="5D7284"/>
          <w:sz w:val="22"/>
        </w:rPr>
        <w:t>52:57</w:t>
      </w:r>
    </w:p>
    <w:p>
      <w:pPr>
        <w:spacing w:after="0"/>
      </w:pPr>
      <w:r>
        <w:rPr>
          <w:rFonts w:ascii="Arial" w:hAnsi="Arial"/>
          <w:sz w:val="22"/>
        </w:rPr>
        <w:t>she'd get upset doing it, Lucy always gets a bit emotional when she's talking about how helpful people have been and the people that she loves. Yeah, this was</w:t>
      </w:r>
    </w:p>
    <w:p>
      <w:pPr>
        <w:spacing w:after="0"/>
      </w:pPr>
    </w:p>
    <w:p>
      <w:pPr>
        <w:spacing w:after="0"/>
      </w:pPr>
      <w:r>
        <w:rPr>
          <w:rFonts w:ascii="Arial" w:hAnsi="Arial"/>
          <w:b/>
          <w:sz w:val="22"/>
        </w:rPr>
        <w:t xml:space="preserve">Daisy  </w:t>
      </w:r>
      <w:r>
        <w:rPr>
          <w:rFonts w:ascii="Arial" w:hAnsi="Arial"/>
          <w:color w:val="5D7284"/>
          <w:sz w:val="22"/>
        </w:rPr>
        <w:t>53:05</w:t>
      </w:r>
    </w:p>
    <w:p>
      <w:pPr>
        <w:spacing w:after="0"/>
      </w:pPr>
      <w:r>
        <w:rPr>
          <w:rFonts w:ascii="Arial" w:hAnsi="Arial"/>
          <w:sz w:val="22"/>
        </w:rPr>
        <w:t>one of the reasons just going straight for the pub names, is that this Yeah, I don't need to worry about like, Have I forgotten someone? Have I missed out someone?</w:t>
      </w:r>
    </w:p>
    <w:p>
      <w:pPr>
        <w:spacing w:after="0"/>
      </w:pPr>
    </w:p>
    <w:p>
      <w:pPr>
        <w:spacing w:after="0"/>
      </w:pPr>
      <w:r>
        <w:rPr>
          <w:rFonts w:ascii="Arial" w:hAnsi="Arial"/>
          <w:b/>
          <w:sz w:val="22"/>
        </w:rPr>
        <w:t xml:space="preserve">Alice  </w:t>
      </w:r>
      <w:r>
        <w:rPr>
          <w:rFonts w:ascii="Arial" w:hAnsi="Arial"/>
          <w:color w:val="5D7284"/>
          <w:sz w:val="22"/>
        </w:rPr>
        <w:t>53:14</w:t>
      </w:r>
    </w:p>
    <w:p>
      <w:pPr>
        <w:spacing w:after="0"/>
      </w:pPr>
      <w:r>
        <w:rPr>
          <w:rFonts w:ascii="Arial" w:hAnsi="Arial"/>
          <w:sz w:val="22"/>
        </w:rPr>
        <w:t>Oh, yeah. Like, my Oscar's acceptance speech is absolutely just going to be an opportunity to be super political and not worry about not having thanked my Great Aunt Gertrude or whatever.</w:t>
      </w:r>
    </w:p>
    <w:p>
      <w:pPr>
        <w:spacing w:after="0"/>
      </w:pPr>
    </w:p>
    <w:p>
      <w:pPr>
        <w:spacing w:after="0"/>
      </w:pPr>
      <w:r>
        <w:rPr>
          <w:rFonts w:ascii="Arial" w:hAnsi="Arial"/>
          <w:b/>
          <w:sz w:val="22"/>
        </w:rPr>
        <w:t xml:space="preserve">Lucy  </w:t>
      </w:r>
      <w:r>
        <w:rPr>
          <w:rFonts w:ascii="Arial" w:hAnsi="Arial"/>
          <w:color w:val="5D7284"/>
          <w:sz w:val="22"/>
        </w:rPr>
        <w:t>53:26</w:t>
      </w:r>
    </w:p>
    <w:p>
      <w:pPr>
        <w:spacing w:after="0"/>
      </w:pPr>
      <w:r>
        <w:rPr>
          <w:rFonts w:ascii="Arial" w:hAnsi="Arial"/>
          <w:sz w:val="22"/>
        </w:rPr>
        <w:t>When your book gets really big, though, Daisy, which I'm sure it will, they'll be able to, like, do Daisy holder, pub  crawls, like, of all the book, all the pubs you've mentioned in the book,</w:t>
      </w:r>
    </w:p>
    <w:p>
      <w:pPr>
        <w:spacing w:after="0"/>
      </w:pPr>
    </w:p>
    <w:p>
      <w:pPr>
        <w:spacing w:after="0"/>
      </w:pPr>
      <w:r>
        <w:rPr>
          <w:rFonts w:ascii="Arial" w:hAnsi="Arial"/>
          <w:b/>
          <w:sz w:val="22"/>
        </w:rPr>
        <w:t xml:space="preserve">Daisy  </w:t>
      </w:r>
      <w:r>
        <w:rPr>
          <w:rFonts w:ascii="Arial" w:hAnsi="Arial"/>
          <w:color w:val="5D7284"/>
          <w:sz w:val="22"/>
        </w:rPr>
        <w:t>53:40</w:t>
      </w:r>
    </w:p>
    <w:p>
      <w:pPr>
        <w:spacing w:after="0"/>
      </w:pPr>
      <w:r>
        <w:rPr>
          <w:rFonts w:ascii="Arial" w:hAnsi="Arial"/>
          <w:sz w:val="22"/>
        </w:rPr>
        <w:t>God, people will die, there's like 25</w:t>
      </w:r>
    </w:p>
    <w:p>
      <w:pPr>
        <w:spacing w:after="0"/>
      </w:pPr>
    </w:p>
    <w:p>
      <w:pPr>
        <w:spacing w:after="0"/>
      </w:pPr>
      <w:r>
        <w:rPr>
          <w:rFonts w:ascii="Arial" w:hAnsi="Arial"/>
          <w:b/>
          <w:sz w:val="22"/>
        </w:rPr>
        <w:t xml:space="preserve">Alice  </w:t>
      </w:r>
      <w:r>
        <w:rPr>
          <w:rFonts w:ascii="Arial" w:hAnsi="Arial"/>
          <w:color w:val="5D7284"/>
          <w:sz w:val="22"/>
        </w:rPr>
        <w:t>53:45</w:t>
      </w:r>
    </w:p>
    <w:p>
      <w:pPr>
        <w:spacing w:after="0"/>
      </w:pPr>
      <w:r>
        <w:rPr>
          <w:rFonts w:ascii="Arial" w:hAnsi="Arial"/>
          <w:sz w:val="22"/>
        </w:rPr>
        <w:t>you did it over an extended period.</w:t>
      </w:r>
    </w:p>
    <w:p>
      <w:pPr>
        <w:spacing w:after="0"/>
      </w:pPr>
    </w:p>
    <w:p>
      <w:pPr>
        <w:spacing w:after="0"/>
      </w:pPr>
      <w:r>
        <w:rPr>
          <w:rFonts w:ascii="Arial" w:hAnsi="Arial"/>
          <w:b/>
          <w:sz w:val="22"/>
        </w:rPr>
        <w:t xml:space="preserve">Lucy  </w:t>
      </w:r>
      <w:r>
        <w:rPr>
          <w:rFonts w:ascii="Arial" w:hAnsi="Arial"/>
          <w:color w:val="5D7284"/>
          <w:sz w:val="22"/>
        </w:rPr>
        <w:t>53:49</w:t>
      </w:r>
    </w:p>
    <w:p>
      <w:pPr>
        <w:spacing w:after="0"/>
      </w:pPr>
      <w:r>
        <w:rPr>
          <w:rFonts w:ascii="Arial" w:hAnsi="Arial"/>
          <w:sz w:val="22"/>
        </w:rPr>
        <w:t>Like, chapter one was written here, chapter two was written here, and then you could, like, do readings of the chapters in each I should be in marketing,</w:t>
      </w:r>
    </w:p>
    <w:p>
      <w:pPr>
        <w:spacing w:after="0"/>
      </w:pPr>
    </w:p>
    <w:p>
      <w:pPr>
        <w:spacing w:after="0"/>
      </w:pPr>
      <w:r>
        <w:rPr>
          <w:rFonts w:ascii="Arial" w:hAnsi="Arial"/>
          <w:b/>
          <w:sz w:val="22"/>
        </w:rPr>
        <w:t xml:space="preserve">Alice  </w:t>
      </w:r>
      <w:r>
        <w:rPr>
          <w:rFonts w:ascii="Arial" w:hAnsi="Arial"/>
          <w:color w:val="5D7284"/>
          <w:sz w:val="22"/>
        </w:rPr>
        <w:t>54:01</w:t>
      </w:r>
    </w:p>
    <w:p>
      <w:pPr>
        <w:spacing w:after="0"/>
      </w:pPr>
      <w:r>
        <w:rPr>
          <w:rFonts w:ascii="Arial" w:hAnsi="Arial"/>
          <w:sz w:val="22"/>
        </w:rPr>
        <w:t>it's funny that</w:t>
      </w:r>
    </w:p>
    <w:p>
      <w:pPr>
        <w:spacing w:after="0"/>
      </w:pPr>
    </w:p>
    <w:p>
      <w:pPr>
        <w:spacing w:after="0"/>
      </w:pPr>
      <w:r>
        <w:rPr>
          <w:rFonts w:ascii="Arial" w:hAnsi="Arial"/>
          <w:b/>
          <w:sz w:val="22"/>
        </w:rPr>
        <w:t xml:space="preserve">Daisy  </w:t>
      </w:r>
      <w:r>
        <w:rPr>
          <w:rFonts w:ascii="Arial" w:hAnsi="Arial"/>
          <w:color w:val="5D7284"/>
          <w:sz w:val="22"/>
        </w:rPr>
        <w:t>54:03</w:t>
      </w:r>
    </w:p>
    <w:p>
      <w:pPr>
        <w:spacing w:after="0"/>
      </w:pPr>
      <w:r>
        <w:rPr>
          <w:rFonts w:ascii="Arial" w:hAnsi="Arial"/>
          <w:sz w:val="22"/>
        </w:rPr>
        <w:t>you've got to go up a massive Hill for at least one of them.</w:t>
      </w:r>
    </w:p>
    <w:p>
      <w:pPr>
        <w:spacing w:after="0"/>
      </w:pPr>
    </w:p>
    <w:p>
      <w:pPr>
        <w:spacing w:after="0"/>
      </w:pPr>
      <w:r>
        <w:rPr>
          <w:rFonts w:ascii="Arial" w:hAnsi="Arial"/>
          <w:b/>
          <w:sz w:val="22"/>
        </w:rPr>
        <w:t xml:space="preserve">Lucy  </w:t>
      </w:r>
      <w:r>
        <w:rPr>
          <w:rFonts w:ascii="Arial" w:hAnsi="Arial"/>
          <w:color w:val="5D7284"/>
          <w:sz w:val="22"/>
        </w:rPr>
        <w:t>54:07</w:t>
      </w:r>
    </w:p>
    <w:p>
      <w:pPr>
        <w:spacing w:after="0"/>
      </w:pPr>
      <w:r>
        <w:rPr>
          <w:rFonts w:ascii="Arial" w:hAnsi="Arial"/>
          <w:sz w:val="22"/>
        </w:rPr>
        <w:t>Well, just, I'll just sit at the bottom and shout, then yeah. But yeah, I would, that's what I would do if I was, if I was you, I'd build a pub crawl and just flog your book at the end of it.</w:t>
      </w:r>
    </w:p>
    <w:p>
      <w:pPr>
        <w:spacing w:after="0"/>
      </w:pPr>
    </w:p>
    <w:p>
      <w:pPr>
        <w:spacing w:after="0"/>
      </w:pPr>
      <w:r>
        <w:rPr>
          <w:rFonts w:ascii="Arial" w:hAnsi="Arial"/>
          <w:b/>
          <w:sz w:val="22"/>
        </w:rPr>
        <w:t xml:space="preserve">Daisy  </w:t>
      </w:r>
      <w:r>
        <w:rPr>
          <w:rFonts w:ascii="Arial" w:hAnsi="Arial"/>
          <w:color w:val="5D7284"/>
          <w:sz w:val="22"/>
        </w:rPr>
        <w:t>54:23</w:t>
      </w:r>
    </w:p>
    <w:p>
      <w:pPr>
        <w:spacing w:after="0"/>
      </w:pPr>
      <w:r>
        <w:rPr>
          <w:rFonts w:ascii="Arial" w:hAnsi="Arial"/>
          <w:sz w:val="22"/>
        </w:rPr>
        <w:t>I mean, I'll probably be going to all of those pubs again, exactly, yeah, exactly. Just leave a copy at each one,</w:t>
      </w:r>
    </w:p>
    <w:p>
      <w:pPr>
        <w:spacing w:after="0"/>
      </w:pPr>
    </w:p>
    <w:p>
      <w:pPr>
        <w:spacing w:after="0"/>
      </w:pPr>
      <w:r>
        <w:rPr>
          <w:rFonts w:ascii="Arial" w:hAnsi="Arial"/>
          <w:b/>
          <w:sz w:val="22"/>
        </w:rPr>
        <w:t xml:space="preserve">Alice  </w:t>
      </w:r>
      <w:r>
        <w:rPr>
          <w:rFonts w:ascii="Arial" w:hAnsi="Arial"/>
          <w:color w:val="5D7284"/>
          <w:sz w:val="22"/>
        </w:rPr>
        <w:t>54:32</w:t>
      </w:r>
    </w:p>
    <w:p>
      <w:pPr>
        <w:spacing w:after="0"/>
      </w:pPr>
      <w:r>
        <w:rPr>
          <w:rFonts w:ascii="Arial" w:hAnsi="Arial"/>
          <w:sz w:val="22"/>
        </w:rPr>
        <w:t>which was the hardest, hardest chapter to write, hmm, like and, and why was it</w:t>
      </w:r>
    </w:p>
    <w:p>
      <w:pPr>
        <w:spacing w:after="0"/>
      </w:pPr>
    </w:p>
    <w:p>
      <w:pPr>
        <w:spacing w:after="0"/>
      </w:pPr>
      <w:r>
        <w:rPr>
          <w:rFonts w:ascii="Arial" w:hAnsi="Arial"/>
          <w:b/>
          <w:sz w:val="22"/>
        </w:rPr>
        <w:t xml:space="preserve">Daisy  </w:t>
      </w:r>
      <w:r>
        <w:rPr>
          <w:rFonts w:ascii="Arial" w:hAnsi="Arial"/>
          <w:color w:val="5D7284"/>
          <w:sz w:val="22"/>
        </w:rPr>
        <w:t>54:39</w:t>
      </w:r>
    </w:p>
    <w:p>
      <w:pPr>
        <w:spacing w:after="0"/>
      </w:pPr>
      <w:r>
        <w:rPr>
          <w:rFonts w:ascii="Arial" w:hAnsi="Arial"/>
          <w:sz w:val="22"/>
        </w:rPr>
        <w:t>Desperately trying to keep us on track here, I'm</w:t>
      </w:r>
    </w:p>
    <w:p>
      <w:pPr>
        <w:spacing w:after="0"/>
      </w:pPr>
    </w:p>
    <w:p>
      <w:pPr>
        <w:spacing w:after="0"/>
      </w:pPr>
      <w:r>
        <w:rPr>
          <w:rFonts w:ascii="Arial" w:hAnsi="Arial"/>
          <w:b/>
          <w:sz w:val="22"/>
        </w:rPr>
        <w:t xml:space="preserve">Alice  </w:t>
      </w:r>
      <w:r>
        <w:rPr>
          <w:rFonts w:ascii="Arial" w:hAnsi="Arial"/>
          <w:color w:val="5D7284"/>
          <w:sz w:val="22"/>
        </w:rPr>
        <w:t>54:43</w:t>
      </w:r>
    </w:p>
    <w:p>
      <w:pPr>
        <w:spacing w:after="0"/>
      </w:pPr>
      <w:r>
        <w:rPr>
          <w:rFonts w:ascii="Arial" w:hAnsi="Arial"/>
          <w:sz w:val="22"/>
        </w:rPr>
        <w:t>just interested. Like, like, I was gonna make a joke about how, you know, Chapter Seven is really bad because you were drunk when you were writing it, and then I was like, actually, I have a genuine question. It's true. When you said you hadn't prepared,</w:t>
      </w:r>
    </w:p>
    <w:p>
      <w:pPr>
        <w:spacing w:after="0"/>
      </w:pPr>
    </w:p>
    <w:p>
      <w:pPr>
        <w:spacing w:after="0"/>
      </w:pPr>
      <w:r>
        <w:rPr>
          <w:rFonts w:ascii="Arial" w:hAnsi="Arial"/>
          <w:b/>
          <w:sz w:val="22"/>
        </w:rPr>
        <w:t xml:space="preserve">Daisy  </w:t>
      </w:r>
      <w:r>
        <w:rPr>
          <w:rFonts w:ascii="Arial" w:hAnsi="Arial"/>
          <w:color w:val="5D7284"/>
          <w:sz w:val="22"/>
        </w:rPr>
        <w:t>54:55</w:t>
      </w:r>
    </w:p>
    <w:p>
      <w:pPr>
        <w:spacing w:after="0"/>
      </w:pPr>
      <w:r>
        <w:rPr>
          <w:rFonts w:ascii="Arial" w:hAnsi="Arial"/>
          <w:sz w:val="22"/>
        </w:rPr>
        <w:t>I forgot you should see my Calender for the next cup like these last few weeks. It's just insanity. Yeah, some of them were difficult, just because, you know, the topics are unpleasant and it's difficult to write that in an entertaining way without it seeming flippant. Yes, so, do you know, like, the bit about conversion therapy and the bit about, you know, like, AIDS activism and things like that is just sort of, you know, sad, and there's no real way around that</w:t>
      </w:r>
    </w:p>
    <w:p>
      <w:pPr>
        <w:spacing w:after="0"/>
      </w:pPr>
    </w:p>
    <w:p>
      <w:pPr>
        <w:spacing w:after="0"/>
      </w:pPr>
      <w:r>
        <w:rPr>
          <w:rFonts w:ascii="Arial" w:hAnsi="Arial"/>
          <w:b/>
          <w:sz w:val="22"/>
        </w:rPr>
        <w:t xml:space="preserve">Lucy  </w:t>
      </w:r>
      <w:r>
        <w:rPr>
          <w:rFonts w:ascii="Arial" w:hAnsi="Arial"/>
          <w:color w:val="5D7284"/>
          <w:sz w:val="22"/>
        </w:rPr>
        <w:t>55:36</w:t>
      </w:r>
    </w:p>
    <w:p>
      <w:pPr>
        <w:spacing w:after="0"/>
      </w:pPr>
      <w:r>
        <w:rPr>
          <w:rFonts w:ascii="Arial" w:hAnsi="Arial"/>
          <w:sz w:val="22"/>
        </w:rPr>
        <w:t>You can't sort of do a unique brand of Daisy holder humor, can you? And go, but it was all right cause this,</w:t>
      </w:r>
    </w:p>
    <w:p>
      <w:pPr>
        <w:spacing w:after="0"/>
      </w:pPr>
    </w:p>
    <w:p>
      <w:pPr>
        <w:spacing w:after="0"/>
      </w:pPr>
      <w:r>
        <w:rPr>
          <w:rFonts w:ascii="Arial" w:hAnsi="Arial"/>
          <w:b/>
          <w:sz w:val="22"/>
        </w:rPr>
        <w:t xml:space="preserve">Daisy  </w:t>
      </w:r>
      <w:r>
        <w:rPr>
          <w:rFonts w:ascii="Arial" w:hAnsi="Arial"/>
          <w:color w:val="5D7284"/>
          <w:sz w:val="22"/>
        </w:rPr>
        <w:t>55:42</w:t>
      </w:r>
    </w:p>
    <w:p>
      <w:pPr>
        <w:spacing w:after="0"/>
      </w:pPr>
      <w:r>
        <w:rPr>
          <w:rFonts w:ascii="Arial" w:hAnsi="Arial"/>
          <w:sz w:val="22"/>
        </w:rPr>
        <w:t>yeah, yeah. And there are other things that were difficult, just because there's not all that much information about them,</w:t>
      </w:r>
    </w:p>
    <w:p>
      <w:pPr>
        <w:spacing w:after="0"/>
      </w:pPr>
    </w:p>
    <w:p>
      <w:pPr>
        <w:spacing w:after="0"/>
      </w:pPr>
      <w:r>
        <w:rPr>
          <w:rFonts w:ascii="Arial" w:hAnsi="Arial"/>
          <w:b/>
          <w:sz w:val="22"/>
        </w:rPr>
        <w:t xml:space="preserve">Alice  </w:t>
      </w:r>
      <w:r>
        <w:rPr>
          <w:rFonts w:ascii="Arial" w:hAnsi="Arial"/>
          <w:color w:val="5D7284"/>
          <w:sz w:val="22"/>
        </w:rPr>
        <w:t>55:50</w:t>
      </w:r>
    </w:p>
    <w:p>
      <w:pPr>
        <w:spacing w:after="0"/>
      </w:pPr>
      <w:r>
        <w:rPr>
          <w:rFonts w:ascii="Arial" w:hAnsi="Arial"/>
          <w:sz w:val="22"/>
        </w:rPr>
        <w:t>you definitely don't have the same flexibility as on the podcast, where you can just go, I dunno</w:t>
      </w:r>
    </w:p>
    <w:p>
      <w:pPr>
        <w:spacing w:after="0"/>
      </w:pPr>
    </w:p>
    <w:p>
      <w:pPr>
        <w:spacing w:after="0"/>
      </w:pPr>
      <w:r>
        <w:rPr>
          <w:rFonts w:ascii="Arial" w:hAnsi="Arial"/>
          <w:b/>
          <w:sz w:val="22"/>
        </w:rPr>
        <w:t xml:space="preserve">Daisy  </w:t>
      </w:r>
      <w:r>
        <w:rPr>
          <w:rFonts w:ascii="Arial" w:hAnsi="Arial"/>
          <w:color w:val="5D7284"/>
          <w:sz w:val="22"/>
        </w:rPr>
        <w:t>55:54</w:t>
      </w:r>
    </w:p>
    <w:p>
      <w:pPr>
        <w:spacing w:after="0"/>
      </w:pPr>
      <w:r>
        <w:rPr>
          <w:rFonts w:ascii="Arial" w:hAnsi="Arial"/>
          <w:sz w:val="22"/>
        </w:rPr>
        <w:t>yeah, just right, I don't know, because i dunno so yeah, there's, there are just some things where we just don't know an awful lot about people says, you know, one will know cover Bobby Lee Bennett, who's really, really fascinating. So she was the first person to have her gender reassignment surgery paid for by the kind of public medical disability benefit in America,  because there had been a lot of you know, campaigning for that surgery to be covered, but it required. It required everybody, what, not everybody, the courts and the medical professionals, to consider being trans in itself as a disability, so that that was a necessary medical reason</w:t>
      </w:r>
    </w:p>
    <w:p>
      <w:pPr>
        <w:spacing w:after="0"/>
      </w:pPr>
    </w:p>
    <w:p>
      <w:pPr>
        <w:spacing w:after="0"/>
      </w:pPr>
      <w:r>
        <w:rPr>
          <w:rFonts w:ascii="Arial" w:hAnsi="Arial"/>
          <w:b/>
          <w:sz w:val="22"/>
        </w:rPr>
        <w:t xml:space="preserve">Lucy  </w:t>
      </w:r>
      <w:r>
        <w:rPr>
          <w:rFonts w:ascii="Arial" w:hAnsi="Arial"/>
          <w:color w:val="5D7284"/>
          <w:sz w:val="22"/>
        </w:rPr>
        <w:t>57:03</w:t>
      </w:r>
    </w:p>
    <w:p>
      <w:pPr>
        <w:spacing w:after="0"/>
      </w:pPr>
      <w:r>
        <w:rPr>
          <w:rFonts w:ascii="Arial" w:hAnsi="Arial"/>
          <w:sz w:val="22"/>
        </w:rPr>
        <w:t>that was the reason why? Yeah,</w:t>
      </w:r>
    </w:p>
    <w:p>
      <w:pPr>
        <w:spacing w:after="0"/>
      </w:pPr>
    </w:p>
    <w:p>
      <w:pPr>
        <w:spacing w:after="0"/>
      </w:pPr>
      <w:r>
        <w:rPr>
          <w:rFonts w:ascii="Arial" w:hAnsi="Arial"/>
          <w:b/>
          <w:sz w:val="22"/>
        </w:rPr>
        <w:t xml:space="preserve">Daisy  </w:t>
      </w:r>
      <w:r>
        <w:rPr>
          <w:rFonts w:ascii="Arial" w:hAnsi="Arial"/>
          <w:color w:val="5D7284"/>
          <w:sz w:val="22"/>
        </w:rPr>
        <w:t>57:04</w:t>
      </w:r>
    </w:p>
    <w:p>
      <w:pPr>
        <w:spacing w:after="0"/>
      </w:pPr>
      <w:r>
        <w:rPr>
          <w:rFonts w:ascii="Arial" w:hAnsi="Arial"/>
          <w:sz w:val="22"/>
        </w:rPr>
        <w:t>yeah, whereas Bobby was already disabled, and so all of her medical treatment was already paid for by that benefit. So the only thing the court had to consider was whether it was a medical a necessary medical treatment, which they deemed it was, and, yeah, with kind of the first instance of that. So it's a really, really fascinating story, but there's very little other information about the rest of her life. There's kind of, you know, because that was kind of the big, the big event that she was known for.</w:t>
      </w:r>
    </w:p>
    <w:p>
      <w:pPr>
        <w:spacing w:after="0"/>
      </w:pPr>
    </w:p>
    <w:p>
      <w:pPr>
        <w:spacing w:after="0"/>
      </w:pPr>
      <w:r>
        <w:rPr>
          <w:rFonts w:ascii="Arial" w:hAnsi="Arial"/>
          <w:b/>
          <w:sz w:val="22"/>
        </w:rPr>
        <w:t xml:space="preserve">Alice  </w:t>
      </w:r>
      <w:r>
        <w:rPr>
          <w:rFonts w:ascii="Arial" w:hAnsi="Arial"/>
          <w:color w:val="5D7284"/>
          <w:sz w:val="22"/>
        </w:rPr>
        <w:t>57:41</w:t>
      </w:r>
    </w:p>
    <w:p>
      <w:pPr>
        <w:spacing w:after="0"/>
      </w:pPr>
      <w:r>
        <w:rPr>
          <w:rFonts w:ascii="Arial" w:hAnsi="Arial"/>
          <w:sz w:val="22"/>
        </w:rPr>
        <w:t>There's somebody that I want to cover who anybody who listens to true crime will know about, called Mary Vincent, who was the victim of a horrific, horrific attack. And there's so much information about the attack which she survived, there's no it just says, oh, and she went on to work in activism. It's like she was 15 or something when the attack happened. She lived well into her, like, 70s. What did she do for the other 50 years of her life? But it's exactly that. It's the There's nothing. There's no it's</w:t>
      </w:r>
    </w:p>
    <w:p>
      <w:pPr>
        <w:spacing w:after="0"/>
      </w:pPr>
    </w:p>
    <w:p>
      <w:pPr>
        <w:spacing w:after="0"/>
      </w:pPr>
      <w:r>
        <w:rPr>
          <w:rFonts w:ascii="Arial" w:hAnsi="Arial"/>
          <w:b/>
          <w:sz w:val="22"/>
        </w:rPr>
        <w:t xml:space="preserve">Lucy  </w:t>
      </w:r>
      <w:r>
        <w:rPr>
          <w:rFonts w:ascii="Arial" w:hAnsi="Arial"/>
          <w:color w:val="5D7284"/>
          <w:sz w:val="22"/>
        </w:rPr>
        <w:t>58:16</w:t>
      </w:r>
    </w:p>
    <w:p>
      <w:pPr>
        <w:spacing w:after="0"/>
      </w:pPr>
      <w:r>
        <w:rPr>
          <w:rFonts w:ascii="Arial" w:hAnsi="Arial"/>
          <w:sz w:val="22"/>
        </w:rPr>
        <w:t>Its like a career defining thing, and that's the only thing that anybody knows about, really,</w:t>
      </w:r>
    </w:p>
    <w:p>
      <w:pPr>
        <w:spacing w:after="0"/>
      </w:pPr>
    </w:p>
    <w:p>
      <w:pPr>
        <w:spacing w:after="0"/>
      </w:pPr>
      <w:r>
        <w:rPr>
          <w:rFonts w:ascii="Arial" w:hAnsi="Arial"/>
          <w:b/>
          <w:sz w:val="22"/>
        </w:rPr>
        <w:t xml:space="preserve">Daisy  </w:t>
      </w:r>
      <w:r>
        <w:rPr>
          <w:rFonts w:ascii="Arial" w:hAnsi="Arial"/>
          <w:color w:val="5D7284"/>
          <w:sz w:val="22"/>
        </w:rPr>
        <w:t>58:21</w:t>
      </w:r>
    </w:p>
    <w:p>
      <w:pPr>
        <w:spacing w:after="0"/>
      </w:pPr>
      <w:r>
        <w:rPr>
          <w:rFonts w:ascii="Arial" w:hAnsi="Arial"/>
          <w:sz w:val="22"/>
        </w:rPr>
        <w:t>yeah So, yeah. The, the only information we really have about Bobby is when you know, various magazines who are covering her, her kind of, you know, fight to get this paid for. So, you know, interviewed her and talked about it, and then there was a brief mention in a newspaper like 10 years later when she had a baby with her husband. And yeah, other than that, it's very much kind of, you know, fill in the gaps, but yeah,</w:t>
      </w:r>
    </w:p>
    <w:p>
      <w:pPr>
        <w:spacing w:after="0"/>
      </w:pPr>
    </w:p>
    <w:p>
      <w:pPr>
        <w:spacing w:after="0"/>
      </w:pPr>
      <w:r>
        <w:rPr>
          <w:rFonts w:ascii="Arial" w:hAnsi="Arial"/>
          <w:b/>
          <w:sz w:val="22"/>
        </w:rPr>
        <w:t xml:space="preserve">Lucy  </w:t>
      </w:r>
      <w:r>
        <w:rPr>
          <w:rFonts w:ascii="Arial" w:hAnsi="Arial"/>
          <w:color w:val="5D7284"/>
          <w:sz w:val="22"/>
        </w:rPr>
        <w:t>58:53</w:t>
      </w:r>
    </w:p>
    <w:p>
      <w:pPr>
        <w:spacing w:after="0"/>
      </w:pPr>
      <w:r>
        <w:rPr>
          <w:rFonts w:ascii="Arial" w:hAnsi="Arial"/>
          <w:sz w:val="22"/>
        </w:rPr>
        <w:t>so what do you do, Daisy, when you've got a situation where you've you've got information on a person, but it's not enough for a full chapter. Do you try and I mean, how do you work around that? Or do they just get discounted because it's like a page and a half or, you know</w:t>
      </w:r>
    </w:p>
    <w:p>
      <w:pPr>
        <w:spacing w:after="0"/>
      </w:pPr>
    </w:p>
    <w:p>
      <w:pPr>
        <w:spacing w:after="0"/>
      </w:pPr>
      <w:r>
        <w:rPr>
          <w:rFonts w:ascii="Arial" w:hAnsi="Arial"/>
          <w:b/>
          <w:sz w:val="22"/>
        </w:rPr>
        <w:t xml:space="preserve">Daisy  </w:t>
      </w:r>
      <w:r>
        <w:rPr>
          <w:rFonts w:ascii="Arial" w:hAnsi="Arial"/>
          <w:color w:val="5D7284"/>
          <w:sz w:val="22"/>
        </w:rPr>
        <w:t>59:12</w:t>
      </w:r>
    </w:p>
    <w:p>
      <w:pPr>
        <w:spacing w:after="0"/>
      </w:pPr>
      <w:r>
        <w:rPr>
          <w:rFonts w:ascii="Arial" w:hAnsi="Arial"/>
          <w:sz w:val="22"/>
        </w:rPr>
        <w:t>So the way that the book is structured is that the kind of each chapter sort of follows a particular figure, but it's not entirely about them. So you know, Bob Lee Bennett's chapter also goes into, you know, the history of gender affirming care and gender recognition centers and not gender identity services and things like that. And so, you know, there's, there's always another topic that you can that you can cover, and you know, a lot of them fit in with a lot of people.</w:t>
      </w:r>
    </w:p>
    <w:p>
      <w:pPr>
        <w:spacing w:after="0"/>
      </w:pPr>
    </w:p>
    <w:p>
      <w:pPr>
        <w:spacing w:after="0"/>
      </w:pPr>
      <w:r>
        <w:rPr>
          <w:rFonts w:ascii="Arial" w:hAnsi="Arial"/>
          <w:b/>
          <w:sz w:val="22"/>
        </w:rPr>
        <w:t xml:space="preserve">Alice  </w:t>
      </w:r>
      <w:r>
        <w:rPr>
          <w:rFonts w:ascii="Arial" w:hAnsi="Arial"/>
          <w:color w:val="5D7284"/>
          <w:sz w:val="22"/>
        </w:rPr>
        <w:t>59:51</w:t>
      </w:r>
    </w:p>
    <w:p>
      <w:pPr>
        <w:spacing w:after="0"/>
      </w:pPr>
      <w:r>
        <w:rPr>
          <w:rFonts w:ascii="Arial" w:hAnsi="Arial"/>
          <w:sz w:val="22"/>
        </w:rPr>
        <w:t>But I guess it, we're never going to get a hours history lesson out of Bobby Lee Bennett, because sadly, the content isn't that,</w:t>
      </w:r>
    </w:p>
    <w:p>
      <w:pPr>
        <w:spacing w:after="0"/>
      </w:pPr>
    </w:p>
    <w:p>
      <w:pPr>
        <w:spacing w:after="0"/>
      </w:pPr>
      <w:r>
        <w:rPr>
          <w:rFonts w:ascii="Arial" w:hAnsi="Arial"/>
          <w:b/>
          <w:sz w:val="22"/>
        </w:rPr>
        <w:t xml:space="preserve">Daisy  </w:t>
      </w:r>
      <w:r>
        <w:rPr>
          <w:rFonts w:ascii="Arial" w:hAnsi="Arial"/>
          <w:color w:val="5D7284"/>
          <w:sz w:val="22"/>
        </w:rPr>
        <w:t>59:58</w:t>
      </w:r>
    </w:p>
    <w:p>
      <w:pPr>
        <w:spacing w:after="0"/>
      </w:pPr>
      <w:r>
        <w:rPr>
          <w:rFonts w:ascii="Arial" w:hAnsi="Arial"/>
          <w:sz w:val="22"/>
        </w:rPr>
        <w:t xml:space="preserve">yeah, yeah. Thing is, it's much easier to do it in the you know, format that I'm using in the book, because it's, yeah, yeah. It's specifically almost designed. But the the figures are kind of, you know, that they're people that you're kind of studying, but they're also like a framing device for a bunch of the other topics </w:t>
      </w:r>
    </w:p>
    <w:p>
      <w:pPr>
        <w:spacing w:after="0"/>
      </w:pPr>
    </w:p>
    <w:p>
      <w:pPr>
        <w:spacing w:after="0"/>
      </w:pPr>
      <w:r>
        <w:rPr>
          <w:rFonts w:ascii="Arial" w:hAnsi="Arial"/>
          <w:b/>
          <w:sz w:val="22"/>
        </w:rPr>
        <w:t xml:space="preserve">Lucy  </w:t>
      </w:r>
      <w:r>
        <w:rPr>
          <w:rFonts w:ascii="Arial" w:hAnsi="Arial"/>
          <w:color w:val="5D7284"/>
          <w:sz w:val="22"/>
        </w:rPr>
        <w:t>1:00:22</w:t>
      </w:r>
    </w:p>
    <w:p>
      <w:pPr>
        <w:spacing w:after="0"/>
      </w:pPr>
      <w:r>
        <w:rPr>
          <w:rFonts w:ascii="Arial" w:hAnsi="Arial"/>
          <w:sz w:val="22"/>
        </w:rPr>
        <w:t>yeah, which is a good way around, I suppose,</w:t>
      </w:r>
    </w:p>
    <w:p>
      <w:pPr>
        <w:spacing w:after="0"/>
      </w:pPr>
    </w:p>
    <w:p>
      <w:pPr>
        <w:spacing w:after="0"/>
      </w:pPr>
      <w:r>
        <w:rPr>
          <w:rFonts w:ascii="Arial" w:hAnsi="Arial"/>
          <w:b/>
          <w:sz w:val="22"/>
        </w:rPr>
        <w:t xml:space="preserve">Daisy  </w:t>
      </w:r>
      <w:r>
        <w:rPr>
          <w:rFonts w:ascii="Arial" w:hAnsi="Arial"/>
          <w:color w:val="5D7284"/>
          <w:sz w:val="22"/>
        </w:rPr>
        <w:t>1:00:26</w:t>
      </w:r>
    </w:p>
    <w:p>
      <w:pPr>
        <w:spacing w:after="0"/>
      </w:pPr>
      <w:r>
        <w:rPr>
          <w:rFonts w:ascii="Arial" w:hAnsi="Arial"/>
          <w:sz w:val="22"/>
        </w:rPr>
        <w:t>yeah. It worked out well for me as a workaround f</w:t>
      </w:r>
    </w:p>
    <w:p>
      <w:pPr>
        <w:spacing w:after="0"/>
      </w:pPr>
    </w:p>
    <w:p>
      <w:pPr>
        <w:spacing w:after="0"/>
      </w:pPr>
      <w:r>
        <w:rPr>
          <w:rFonts w:ascii="Arial" w:hAnsi="Arial"/>
          <w:b/>
          <w:sz w:val="22"/>
        </w:rPr>
        <w:t xml:space="preserve">Lucy  </w:t>
      </w:r>
      <w:r>
        <w:rPr>
          <w:rFonts w:ascii="Arial" w:hAnsi="Arial"/>
          <w:color w:val="5D7284"/>
          <w:sz w:val="22"/>
        </w:rPr>
        <w:t>1:00:36</w:t>
      </w:r>
    </w:p>
    <w:p>
      <w:pPr>
        <w:spacing w:after="0"/>
      </w:pPr>
      <w:r>
        <w:rPr>
          <w:rFonts w:ascii="Arial" w:hAnsi="Arial"/>
          <w:sz w:val="22"/>
        </w:rPr>
        <w:t>I did say Daisy before we started recording this, like when you publicize that you got a book coming out. I mean, we've known for quite a while that you're writing a book, but I just haven't been able to say anything, really. But so when you publicize the fact that you were writing this book, and I read the synopsis, and then I read the about the author bit, and I there was such a swell of pride, I'm gonna go upset. There was such a.  ..</w:t>
      </w:r>
    </w:p>
    <w:p>
      <w:pPr>
        <w:spacing w:after="0"/>
      </w:pPr>
    </w:p>
    <w:p>
      <w:pPr>
        <w:spacing w:after="0"/>
      </w:pPr>
      <w:r>
        <w:rPr>
          <w:rFonts w:ascii="Arial" w:hAnsi="Arial"/>
          <w:b/>
          <w:sz w:val="22"/>
        </w:rPr>
        <w:t xml:space="preserve">Lucy  </w:t>
      </w:r>
      <w:r>
        <w:rPr>
          <w:rFonts w:ascii="Arial" w:hAnsi="Arial"/>
          <w:color w:val="5D7284"/>
          <w:sz w:val="22"/>
        </w:rPr>
        <w:t>1:01:00</w:t>
      </w:r>
    </w:p>
    <w:p>
      <w:pPr>
        <w:spacing w:after="0"/>
      </w:pPr>
      <w:r>
        <w:rPr>
          <w:rFonts w:ascii="Arial" w:hAnsi="Arial"/>
          <w:sz w:val="22"/>
        </w:rPr>
        <w:t>when you narrow that identity,</w:t>
      </w:r>
    </w:p>
    <w:p>
      <w:pPr>
        <w:spacing w:after="0"/>
      </w:pPr>
    </w:p>
    <w:p>
      <w:pPr>
        <w:spacing w:after="0"/>
      </w:pPr>
      <w:r>
        <w:rPr>
          <w:rFonts w:ascii="Arial" w:hAnsi="Arial"/>
          <w:b/>
          <w:sz w:val="22"/>
        </w:rPr>
        <w:t xml:space="preserve">Lucy  </w:t>
      </w:r>
      <w:r>
        <w:rPr>
          <w:rFonts w:ascii="Arial" w:hAnsi="Arial"/>
          <w:color w:val="5D7284"/>
          <w:sz w:val="22"/>
        </w:rPr>
        <w:t>1:01:59</w:t>
      </w:r>
    </w:p>
    <w:p>
      <w:pPr>
        <w:spacing w:after="0"/>
      </w:pPr>
      <w:r>
        <w:rPr>
          <w:rFonts w:ascii="Arial" w:hAnsi="Arial"/>
          <w:sz w:val="22"/>
        </w:rPr>
        <w:t>yeah, where you think, oh, that's another that's another barrier, where people, you know, don't want to be, you know, don't want to talk about, you know, this area of my life, I think it's going to help so many people that you might just think, oh, it's only a little book I've written, but I do genuinely feel like it's going to help people go actually, I feel seen. And I feel like, you know this is who I am. It's just an amazing thing to do. You should be very, very proud of yourself, Daisy.</w:t>
      </w:r>
    </w:p>
    <w:p>
      <w:pPr>
        <w:spacing w:after="0"/>
      </w:pPr>
    </w:p>
    <w:p>
      <w:pPr>
        <w:spacing w:after="0"/>
      </w:pPr>
      <w:r>
        <w:rPr>
          <w:rFonts w:ascii="Arial" w:hAnsi="Arial"/>
          <w:b/>
          <w:sz w:val="22"/>
        </w:rPr>
        <w:t xml:space="preserve">Daisy  </w:t>
      </w:r>
      <w:r>
        <w:rPr>
          <w:rFonts w:ascii="Arial" w:hAnsi="Arial"/>
          <w:color w:val="5D7284"/>
          <w:sz w:val="22"/>
        </w:rPr>
        <w:t>1:02:33</w:t>
      </w:r>
    </w:p>
    <w:p>
      <w:pPr>
        <w:spacing w:after="0"/>
      </w:pPr>
      <w:r>
        <w:rPr>
          <w:rFonts w:ascii="Arial" w:hAnsi="Arial"/>
          <w:sz w:val="22"/>
        </w:rPr>
        <w:t>Oh, thank you. That's very nice. And I'm very deeply uncomfortable with all this praise.</w:t>
      </w:r>
    </w:p>
    <w:p>
      <w:pPr>
        <w:spacing w:after="0"/>
      </w:pPr>
    </w:p>
    <w:p>
      <w:pPr>
        <w:spacing w:after="0"/>
      </w:pPr>
      <w:r>
        <w:rPr>
          <w:rFonts w:ascii="Arial" w:hAnsi="Arial"/>
          <w:b/>
          <w:sz w:val="22"/>
        </w:rPr>
        <w:t xml:space="preserve">Lucy  </w:t>
      </w:r>
      <w:r>
        <w:rPr>
          <w:rFonts w:ascii="Arial" w:hAnsi="Arial"/>
          <w:color w:val="5D7284"/>
          <w:sz w:val="22"/>
        </w:rPr>
        <w:t>1:02:40</w:t>
      </w:r>
    </w:p>
    <w:p>
      <w:pPr>
        <w:spacing w:after="0"/>
      </w:pPr>
      <w:r>
        <w:rPr>
          <w:rFonts w:ascii="Arial" w:hAnsi="Arial"/>
          <w:sz w:val="22"/>
        </w:rPr>
        <w:t>Yeah, I know, I know I would be too, but you're gonna hear it anyway, if you want me to write, like the bit of a quote on the back of the book.</w:t>
      </w:r>
    </w:p>
    <w:p>
      <w:pPr>
        <w:spacing w:after="0"/>
      </w:pPr>
    </w:p>
    <w:p>
      <w:pPr>
        <w:spacing w:after="0"/>
      </w:pPr>
      <w:r>
        <w:rPr>
          <w:rFonts w:ascii="Arial" w:hAnsi="Arial"/>
          <w:b/>
          <w:sz w:val="22"/>
        </w:rPr>
        <w:t xml:space="preserve">Alice  </w:t>
      </w:r>
      <w:r>
        <w:rPr>
          <w:rFonts w:ascii="Arial" w:hAnsi="Arial"/>
          <w:color w:val="5D7284"/>
          <w:sz w:val="22"/>
        </w:rPr>
        <w:t>1:02:52</w:t>
      </w:r>
    </w:p>
    <w:p>
      <w:pPr>
        <w:spacing w:after="0"/>
      </w:pPr>
      <w:r>
        <w:rPr>
          <w:rFonts w:ascii="Arial" w:hAnsi="Arial"/>
          <w:sz w:val="22"/>
        </w:rPr>
        <w:t>So, Daisy, where can people find your book?</w:t>
      </w:r>
    </w:p>
    <w:p>
      <w:pPr>
        <w:spacing w:after="0"/>
      </w:pPr>
    </w:p>
    <w:p>
      <w:pPr>
        <w:spacing w:after="0"/>
      </w:pPr>
      <w:r>
        <w:rPr>
          <w:rFonts w:ascii="Arial" w:hAnsi="Arial"/>
          <w:b/>
          <w:sz w:val="22"/>
        </w:rPr>
        <w:t xml:space="preserve">Daisy  </w:t>
      </w:r>
      <w:r>
        <w:rPr>
          <w:rFonts w:ascii="Arial" w:hAnsi="Arial"/>
          <w:color w:val="5D7284"/>
          <w:sz w:val="22"/>
        </w:rPr>
        <w:t>1:02:56</w:t>
      </w:r>
    </w:p>
    <w:p>
      <w:pPr>
        <w:spacing w:after="0"/>
      </w:pPr>
      <w:r>
        <w:rPr>
          <w:rFonts w:ascii="Arial" w:hAnsi="Arial"/>
          <w:sz w:val="22"/>
        </w:rPr>
        <w:t>Well, as it turns out, in a lot of places. So you can get it directly from the publisher's website, which is pen and sword books. It's also on Amazon, on the Waterstones website, a bunch of like, book repositories abroad we've found, you know, websites of Sweden and Australia and any anywhere,</w:t>
      </w:r>
    </w:p>
    <w:p>
      <w:pPr>
        <w:spacing w:after="0"/>
      </w:pPr>
    </w:p>
    <w:p>
      <w:pPr>
        <w:spacing w:after="0"/>
      </w:pPr>
      <w:r>
        <w:rPr>
          <w:rFonts w:ascii="Arial" w:hAnsi="Arial"/>
          <w:b/>
          <w:sz w:val="22"/>
        </w:rPr>
        <w:t xml:space="preserve">Alice  </w:t>
      </w:r>
      <w:r>
        <w:rPr>
          <w:rFonts w:ascii="Arial" w:hAnsi="Arial"/>
          <w:color w:val="5D7284"/>
          <w:sz w:val="22"/>
        </w:rPr>
        <w:t>1:03:28</w:t>
      </w:r>
    </w:p>
    <w:p>
      <w:pPr>
        <w:spacing w:after="0"/>
      </w:pPr>
      <w:r>
        <w:rPr>
          <w:rFonts w:ascii="Arial" w:hAnsi="Arial"/>
          <w:sz w:val="22"/>
        </w:rPr>
        <w:t xml:space="preserve">just Googling, where can you buy your book? </w:t>
      </w:r>
    </w:p>
    <w:p>
      <w:pPr>
        <w:spacing w:after="0"/>
      </w:pPr>
    </w:p>
    <w:p>
      <w:pPr>
        <w:spacing w:after="0"/>
      </w:pPr>
      <w:r>
        <w:rPr>
          <w:rFonts w:ascii="Arial" w:hAnsi="Arial"/>
          <w:b/>
          <w:sz w:val="22"/>
        </w:rPr>
        <w:t xml:space="preserve">Lucy  </w:t>
      </w:r>
      <w:r>
        <w:rPr>
          <w:rFonts w:ascii="Arial" w:hAnsi="Arial"/>
          <w:color w:val="5D7284"/>
          <w:sz w:val="22"/>
        </w:rPr>
        <w:t>1:03:30</w:t>
      </w:r>
    </w:p>
    <w:p>
      <w:pPr>
        <w:spacing w:after="0"/>
      </w:pPr>
      <w:r>
        <w:rPr>
          <w:rFonts w:ascii="Arial" w:hAnsi="Arial"/>
          <w:sz w:val="22"/>
        </w:rPr>
        <w:t>are you going on your own book around the world?</w:t>
      </w:r>
    </w:p>
    <w:p>
      <w:pPr>
        <w:spacing w:after="0"/>
      </w:pPr>
    </w:p>
    <w:p>
      <w:pPr>
        <w:spacing w:after="0"/>
      </w:pPr>
      <w:r>
        <w:rPr>
          <w:rFonts w:ascii="Arial" w:hAnsi="Arial"/>
          <w:b/>
          <w:sz w:val="22"/>
        </w:rPr>
        <w:t xml:space="preserve">Daisy  </w:t>
      </w:r>
      <w:r>
        <w:rPr>
          <w:rFonts w:ascii="Arial" w:hAnsi="Arial"/>
          <w:color w:val="5D7284"/>
          <w:sz w:val="22"/>
        </w:rPr>
        <w:t>1:03:34</w:t>
      </w:r>
    </w:p>
    <w:p>
      <w:pPr>
        <w:spacing w:after="0"/>
      </w:pPr>
      <w:r>
        <w:rPr>
          <w:rFonts w:ascii="Arial" w:hAnsi="Arial"/>
          <w:sz w:val="22"/>
        </w:rPr>
        <w:t>No, far from it. I basically I saw the thing and immediately closed the laptop because I was already uncomfortable. Other people looked it up and told me.</w:t>
      </w:r>
    </w:p>
    <w:p>
      <w:pPr>
        <w:spacing w:after="0"/>
      </w:pPr>
    </w:p>
    <w:p>
      <w:pPr>
        <w:spacing w:after="0"/>
      </w:pPr>
      <w:r>
        <w:rPr>
          <w:rFonts w:ascii="Arial" w:hAnsi="Arial"/>
          <w:b/>
          <w:sz w:val="22"/>
        </w:rPr>
        <w:t xml:space="preserve">Lucy  </w:t>
      </w:r>
      <w:r>
        <w:rPr>
          <w:rFonts w:ascii="Arial" w:hAnsi="Arial"/>
          <w:color w:val="5D7284"/>
          <w:sz w:val="22"/>
        </w:rPr>
        <w:t>1:03:45</w:t>
      </w:r>
    </w:p>
    <w:p>
      <w:pPr>
        <w:spacing w:after="0"/>
      </w:pPr>
      <w:r>
        <w:rPr>
          <w:rFonts w:ascii="Arial" w:hAnsi="Arial"/>
          <w:sz w:val="22"/>
        </w:rPr>
        <w:t xml:space="preserve">Now I understand that, though, Daisy, because I know what is I am not very good at accepting praise. Oh, shut up, like he says anything nice. So, yeah, I get it </w:t>
      </w:r>
    </w:p>
    <w:p>
      <w:pPr>
        <w:spacing w:after="0"/>
      </w:pPr>
    </w:p>
    <w:p>
      <w:pPr>
        <w:spacing w:after="0"/>
      </w:pPr>
      <w:r>
        <w:rPr>
          <w:rFonts w:ascii="Arial" w:hAnsi="Arial"/>
          <w:b/>
          <w:sz w:val="22"/>
        </w:rPr>
        <w:t xml:space="preserve">Alice  </w:t>
      </w:r>
      <w:r>
        <w:rPr>
          <w:rFonts w:ascii="Arial" w:hAnsi="Arial"/>
          <w:color w:val="5D7284"/>
          <w:sz w:val="22"/>
        </w:rPr>
        <w:t>1:03:55</w:t>
      </w:r>
    </w:p>
    <w:p>
      <w:pPr>
        <w:spacing w:after="0"/>
      </w:pPr>
      <w:r>
        <w:rPr>
          <w:rFonts w:ascii="Arial" w:hAnsi="Arial"/>
          <w:sz w:val="22"/>
        </w:rPr>
        <w:t>and how, how long is it going to take me to convince you to read the audiobook version, even if it's just to me,</w:t>
      </w:r>
    </w:p>
    <w:p>
      <w:pPr>
        <w:spacing w:after="0"/>
      </w:pPr>
    </w:p>
    <w:p>
      <w:pPr>
        <w:spacing w:after="0"/>
      </w:pPr>
      <w:r>
        <w:rPr>
          <w:rFonts w:ascii="Arial" w:hAnsi="Arial"/>
          <w:b/>
          <w:sz w:val="22"/>
        </w:rPr>
        <w:t xml:space="preserve">Daisy  </w:t>
      </w:r>
      <w:r>
        <w:rPr>
          <w:rFonts w:ascii="Arial" w:hAnsi="Arial"/>
          <w:color w:val="5D7284"/>
          <w:sz w:val="22"/>
        </w:rPr>
        <w:t>1:04:03</w:t>
      </w:r>
    </w:p>
    <w:p>
      <w:pPr>
        <w:spacing w:after="0"/>
      </w:pPr>
      <w:r>
        <w:rPr>
          <w:rFonts w:ascii="Arial" w:hAnsi="Arial"/>
          <w:sz w:val="22"/>
        </w:rPr>
        <w:t>yes, we should do that. We should that would solve a lot of</w:t>
      </w:r>
    </w:p>
    <w:p>
      <w:pPr>
        <w:spacing w:after="0"/>
      </w:pPr>
    </w:p>
    <w:p>
      <w:pPr>
        <w:spacing w:after="0"/>
      </w:pPr>
      <w:r>
        <w:rPr>
          <w:rFonts w:ascii="Arial" w:hAnsi="Arial"/>
          <w:b/>
          <w:sz w:val="22"/>
        </w:rPr>
        <w:t xml:space="preserve">Alice  </w:t>
      </w:r>
      <w:r>
        <w:rPr>
          <w:rFonts w:ascii="Arial" w:hAnsi="Arial"/>
          <w:color w:val="5D7284"/>
          <w:sz w:val="22"/>
        </w:rPr>
        <w:t>1:04:21</w:t>
      </w:r>
    </w:p>
    <w:p>
      <w:pPr>
        <w:spacing w:after="0"/>
      </w:pPr>
      <w:r>
        <w:rPr>
          <w:rFonts w:ascii="Arial" w:hAnsi="Arial"/>
          <w:sz w:val="22"/>
        </w:rPr>
        <w:t>But you know, if you read it on the recording platform that we've already paid for, yeah? So</w:t>
      </w:r>
    </w:p>
    <w:p>
      <w:pPr>
        <w:spacing w:after="0"/>
      </w:pPr>
    </w:p>
    <w:p>
      <w:pPr>
        <w:spacing w:after="0"/>
      </w:pPr>
      <w:r>
        <w:rPr>
          <w:rFonts w:ascii="Arial" w:hAnsi="Arial"/>
          <w:b/>
          <w:sz w:val="22"/>
        </w:rPr>
        <w:t xml:space="preserve">Daisy  </w:t>
      </w:r>
      <w:r>
        <w:rPr>
          <w:rFonts w:ascii="Arial" w:hAnsi="Arial"/>
          <w:color w:val="5D7284"/>
          <w:sz w:val="22"/>
        </w:rPr>
        <w:t>1:04:26</w:t>
      </w:r>
    </w:p>
    <w:p>
      <w:pPr>
        <w:spacing w:after="0"/>
      </w:pPr>
      <w:r>
        <w:rPr>
          <w:rFonts w:ascii="Arial" w:hAnsi="Arial"/>
          <w:sz w:val="22"/>
        </w:rPr>
        <w:t xml:space="preserve">that's one way around it. One long lump, yeah, it might not be particularly well because, you know, sometimes I'll just sort of lean back from the microphone, </w:t>
      </w:r>
    </w:p>
    <w:p>
      <w:pPr>
        <w:spacing w:after="0"/>
      </w:pPr>
    </w:p>
    <w:p>
      <w:pPr>
        <w:spacing w:after="0"/>
      </w:pPr>
      <w:r>
        <w:rPr>
          <w:rFonts w:ascii="Arial" w:hAnsi="Arial"/>
          <w:b/>
          <w:sz w:val="22"/>
        </w:rPr>
        <w:t xml:space="preserve">Alice  </w:t>
      </w:r>
      <w:r>
        <w:rPr>
          <w:rFonts w:ascii="Arial" w:hAnsi="Arial"/>
          <w:color w:val="5D7284"/>
          <w:sz w:val="22"/>
        </w:rPr>
        <w:t>1:04:42</w:t>
      </w:r>
    </w:p>
    <w:p>
      <w:pPr>
        <w:spacing w:after="0"/>
      </w:pPr>
      <w:r>
        <w:rPr>
          <w:rFonts w:ascii="Arial" w:hAnsi="Arial"/>
          <w:sz w:val="22"/>
        </w:rPr>
        <w:t>regular bathroom break. Yeah, it's fine. Busy. That's not our problem. That's Adam.</w:t>
      </w:r>
    </w:p>
    <w:p>
      <w:pPr>
        <w:spacing w:after="0"/>
      </w:pPr>
    </w:p>
    <w:p>
      <w:pPr>
        <w:spacing w:after="0"/>
      </w:pPr>
      <w:r>
        <w:rPr>
          <w:rFonts w:ascii="Arial" w:hAnsi="Arial"/>
          <w:b/>
          <w:sz w:val="22"/>
        </w:rPr>
        <w:t xml:space="preserve">Alice  </w:t>
      </w:r>
      <w:r>
        <w:rPr>
          <w:rFonts w:ascii="Arial" w:hAnsi="Arial"/>
          <w:color w:val="5D7284"/>
          <w:sz w:val="22"/>
        </w:rPr>
        <w:t>1:04:45</w:t>
      </w:r>
    </w:p>
    <w:p>
      <w:pPr>
        <w:spacing w:after="0"/>
      </w:pPr>
      <w:r>
        <w:rPr>
          <w:rFonts w:ascii="Arial" w:hAnsi="Arial"/>
          <w:sz w:val="22"/>
        </w:rPr>
      </w:r>
    </w:p>
    <w:p>
      <w:pPr>
        <w:spacing w:after="0"/>
      </w:pPr>
    </w:p>
    <w:p>
      <w:pPr>
        <w:spacing w:after="0"/>
      </w:pPr>
      <w:r>
        <w:rPr>
          <w:rFonts w:ascii="Arial" w:hAnsi="Arial"/>
          <w:b/>
          <w:sz w:val="22"/>
        </w:rPr>
        <w:t xml:space="preserve">Lucy  </w:t>
      </w:r>
      <w:r>
        <w:rPr>
          <w:rFonts w:ascii="Arial" w:hAnsi="Arial"/>
          <w:color w:val="5D7284"/>
          <w:sz w:val="22"/>
        </w:rPr>
        <w:t>1:04:47</w:t>
      </w:r>
    </w:p>
    <w:p>
      <w:pPr>
        <w:spacing w:after="0"/>
      </w:pPr>
      <w:r>
        <w:rPr>
          <w:rFonts w:ascii="Arial" w:hAnsi="Arial"/>
          <w:sz w:val="22"/>
        </w:rPr>
        <w:t>You're giving Adam more work to do. I've not signed up for this. I'm not an audio book editor. Yeah, yeah. Congratulations</w:t>
      </w:r>
    </w:p>
    <w:p>
      <w:pPr>
        <w:spacing w:after="0"/>
      </w:pPr>
    </w:p>
    <w:p>
      <w:pPr>
        <w:spacing w:after="0"/>
      </w:pPr>
      <w:r>
        <w:rPr>
          <w:rFonts w:ascii="Arial" w:hAnsi="Arial"/>
          <w:b/>
          <w:sz w:val="22"/>
        </w:rPr>
        <w:t xml:space="preserve">Daisy  </w:t>
      </w:r>
      <w:r>
        <w:rPr>
          <w:rFonts w:ascii="Arial" w:hAnsi="Arial"/>
          <w:color w:val="5D7284"/>
          <w:sz w:val="22"/>
        </w:rPr>
        <w:t>1:04:52</w:t>
      </w:r>
    </w:p>
    <w:p>
      <w:pPr>
        <w:spacing w:after="0"/>
      </w:pPr>
      <w:r>
        <w:rPr>
          <w:rFonts w:ascii="Arial" w:hAnsi="Arial"/>
          <w:sz w:val="22"/>
        </w:rPr>
        <w:t>on your promotions. Audience.</w:t>
      </w:r>
    </w:p>
    <w:p>
      <w:pPr>
        <w:spacing w:after="0"/>
      </w:pPr>
    </w:p>
    <w:p>
      <w:pPr>
        <w:spacing w:after="0"/>
      </w:pPr>
      <w:r>
        <w:rPr>
          <w:rFonts w:ascii="Arial" w:hAnsi="Arial"/>
          <w:b/>
          <w:sz w:val="22"/>
        </w:rPr>
        <w:t xml:space="preserve">Alice  </w:t>
      </w:r>
      <w:r>
        <w:rPr>
          <w:rFonts w:ascii="Arial" w:hAnsi="Arial"/>
          <w:color w:val="5D7284"/>
          <w:sz w:val="22"/>
        </w:rPr>
        <w:t>1:05:00</w:t>
      </w:r>
    </w:p>
    <w:p>
      <w:pPr>
        <w:spacing w:after="0"/>
      </w:pPr>
      <w:r>
        <w:rPr>
          <w:rFonts w:ascii="Arial" w:hAnsi="Arial"/>
          <w:sz w:val="22"/>
        </w:rPr>
        <w:t>Her, Okay, awesome. Well, that's season two sorted out. In the meantime, what have we got coming up on our first season? Lucy, we've already mentioned a history lesson about what</w:t>
      </w:r>
    </w:p>
    <w:p>
      <w:pPr>
        <w:spacing w:after="0"/>
      </w:pPr>
    </w:p>
    <w:p>
      <w:pPr>
        <w:spacing w:after="0"/>
      </w:pPr>
      <w:r>
        <w:rPr>
          <w:rFonts w:ascii="Arial" w:hAnsi="Arial"/>
          <w:b/>
          <w:sz w:val="22"/>
        </w:rPr>
        <w:t xml:space="preserve">Lucy  </w:t>
      </w:r>
      <w:r>
        <w:rPr>
          <w:rFonts w:ascii="Arial" w:hAnsi="Arial"/>
          <w:color w:val="5D7284"/>
          <w:sz w:val="22"/>
        </w:rPr>
        <w:t>1:05:16</w:t>
      </w:r>
    </w:p>
    <w:p>
      <w:pPr>
        <w:spacing w:after="0"/>
      </w:pPr>
      <w:r>
        <w:rPr>
          <w:rFonts w:ascii="Arial" w:hAnsi="Arial"/>
          <w:sz w:val="22"/>
        </w:rPr>
        <w:t>about we are talking to a local radio host in Cornwall, Ross Lannan, who, unbeknownst to me, after he'd been on the episode of The labored podcast, he was then on Tipping Point A week later, and he'd never said anything. So we're talking to him about representation in the media and how he uses his radio show to sort of interweave disability issues into what he talks about, what else have we got?</w:t>
      </w:r>
    </w:p>
    <w:p>
      <w:pPr>
        <w:spacing w:after="0"/>
      </w:pPr>
    </w:p>
    <w:p>
      <w:pPr>
        <w:spacing w:after="0"/>
      </w:pPr>
      <w:r>
        <w:rPr>
          <w:rFonts w:ascii="Arial" w:hAnsi="Arial"/>
          <w:b/>
          <w:sz w:val="22"/>
        </w:rPr>
        <w:t xml:space="preserve">Alice  </w:t>
      </w:r>
      <w:r>
        <w:rPr>
          <w:rFonts w:ascii="Arial" w:hAnsi="Arial"/>
          <w:color w:val="5D7284"/>
          <w:sz w:val="22"/>
        </w:rPr>
        <w:t>1:05:45</w:t>
      </w:r>
    </w:p>
    <w:p>
      <w:pPr>
        <w:spacing w:after="0"/>
      </w:pPr>
      <w:r>
        <w:rPr>
          <w:rFonts w:ascii="Arial" w:hAnsi="Arial"/>
          <w:sz w:val="22"/>
        </w:rPr>
        <w:t>We have good bonus stuff coming out. Extremely</w:t>
      </w:r>
    </w:p>
    <w:p>
      <w:pPr>
        <w:spacing w:after="0"/>
      </w:pPr>
    </w:p>
    <w:p>
      <w:pPr>
        <w:spacing w:after="0"/>
      </w:pPr>
      <w:r>
        <w:rPr>
          <w:rFonts w:ascii="Arial" w:hAnsi="Arial"/>
          <w:b/>
          <w:sz w:val="22"/>
        </w:rPr>
        <w:t xml:space="preserve">Lucy  </w:t>
      </w:r>
      <w:r>
        <w:rPr>
          <w:rFonts w:ascii="Arial" w:hAnsi="Arial"/>
          <w:color w:val="5D7284"/>
          <w:sz w:val="22"/>
        </w:rPr>
        <w:t>1:05:47</w:t>
      </w:r>
    </w:p>
    <w:p>
      <w:pPr>
        <w:spacing w:after="0"/>
      </w:pPr>
      <w:r>
        <w:rPr>
          <w:rFonts w:ascii="Arial" w:hAnsi="Arial"/>
          <w:sz w:val="22"/>
        </w:rPr>
        <w:t>good bonus content. Yes, we work really hard on that. And we're talking to Chloe Hammond, who is, what people believe, is the UK's first registered nurse who uses a wheelchair. So that's</w:t>
      </w:r>
    </w:p>
    <w:p>
      <w:pPr>
        <w:spacing w:after="0"/>
      </w:pPr>
    </w:p>
    <w:p>
      <w:pPr>
        <w:spacing w:after="0"/>
      </w:pPr>
      <w:r>
        <w:rPr>
          <w:rFonts w:ascii="Arial" w:hAnsi="Arial"/>
          <w:b/>
          <w:sz w:val="22"/>
        </w:rPr>
        <w:t xml:space="preserve">Alice  </w:t>
      </w:r>
      <w:r>
        <w:rPr>
          <w:rFonts w:ascii="Arial" w:hAnsi="Arial"/>
          <w:color w:val="5D7284"/>
          <w:sz w:val="22"/>
        </w:rPr>
        <w:t>1:06:02</w:t>
      </w:r>
    </w:p>
    <w:p>
      <w:pPr>
        <w:spacing w:after="0"/>
      </w:pPr>
      <w:r>
        <w:rPr>
          <w:rFonts w:ascii="Arial" w:hAnsi="Arial"/>
          <w:sz w:val="22"/>
        </w:rPr>
        <w:t>she uses both a wheelchair and a service dog. She's got a very awesome, awesome little dog called Ocho. And me and Emma, our fantastic guest volunteer organizer person. We're doing a new sort of spin off series that is the blind book club, where we're reviewing books by disabled authors, which is that was really fun. Yeah, we've got a lot of stuff. We've</w:t>
      </w:r>
    </w:p>
    <w:p>
      <w:pPr>
        <w:spacing w:after="0"/>
      </w:pPr>
    </w:p>
    <w:p>
      <w:pPr>
        <w:spacing w:after="0"/>
      </w:pPr>
      <w:r>
        <w:rPr>
          <w:rFonts w:ascii="Arial" w:hAnsi="Arial"/>
          <w:b/>
          <w:sz w:val="22"/>
        </w:rPr>
        <w:t xml:space="preserve">Lucy  </w:t>
      </w:r>
      <w:r>
        <w:rPr>
          <w:rFonts w:ascii="Arial" w:hAnsi="Arial"/>
          <w:color w:val="5D7284"/>
          <w:sz w:val="22"/>
        </w:rPr>
        <w:t>1:06:35</w:t>
      </w:r>
    </w:p>
    <w:p>
      <w:pPr>
        <w:spacing w:after="0"/>
      </w:pPr>
      <w:r>
        <w:rPr>
          <w:rFonts w:ascii="Arial" w:hAnsi="Arial"/>
          <w:sz w:val="22"/>
        </w:rPr>
        <w:t>e've got a lot of stuff. We're currently in the middle of just tying all the loose ends before go time. So yes, there's a lot going on behind the scenes,</w:t>
      </w:r>
    </w:p>
    <w:p>
      <w:pPr>
        <w:spacing w:after="0"/>
      </w:pPr>
    </w:p>
    <w:p>
      <w:pPr>
        <w:spacing w:after="0"/>
      </w:pPr>
      <w:r>
        <w:rPr>
          <w:rFonts w:ascii="Arial" w:hAnsi="Arial"/>
          <w:b/>
          <w:sz w:val="22"/>
        </w:rPr>
        <w:t xml:space="preserve">Alice  </w:t>
      </w:r>
      <w:r>
        <w:rPr>
          <w:rFonts w:ascii="Arial" w:hAnsi="Arial"/>
          <w:color w:val="5D7284"/>
          <w:sz w:val="22"/>
        </w:rPr>
        <w:t>1:06:43</w:t>
      </w:r>
    </w:p>
    <w:p>
      <w:pPr>
        <w:spacing w:after="0"/>
      </w:pPr>
      <w:r>
        <w:rPr>
          <w:rFonts w:ascii="Arial" w:hAnsi="Arial"/>
          <w:sz w:val="22"/>
        </w:rPr>
        <w:t>by the time you hear this, we will be in a massive flap and trying to get everything sorted, but you won't know anything about it, because you're out there just listening to the final product. Yes, but</w:t>
      </w:r>
    </w:p>
    <w:p>
      <w:pPr>
        <w:spacing w:after="0"/>
      </w:pPr>
    </w:p>
    <w:p>
      <w:pPr>
        <w:spacing w:after="0"/>
      </w:pPr>
      <w:r>
        <w:rPr>
          <w:rFonts w:ascii="Arial" w:hAnsi="Arial"/>
          <w:b/>
          <w:sz w:val="22"/>
        </w:rPr>
        <w:t xml:space="preserve">Lucy  </w:t>
      </w:r>
      <w:r>
        <w:rPr>
          <w:rFonts w:ascii="Arial" w:hAnsi="Arial"/>
          <w:color w:val="5D7284"/>
          <w:sz w:val="22"/>
        </w:rPr>
        <w:t>1:06:54</w:t>
      </w:r>
    </w:p>
    <w:p>
      <w:pPr>
        <w:spacing w:after="0"/>
      </w:pPr>
      <w:r>
        <w:rPr>
          <w:rFonts w:ascii="Arial" w:hAnsi="Arial"/>
          <w:sz w:val="22"/>
        </w:rPr>
        <w:t>it's very nice to be back, and it's very nice to be able to have that breathing space to dedicate more time to like, make the bonus content more exciting, and really put some thought and plans into our episodes, rather than, like, panic, panic, panic, panic, panic, constantly about the podcast, because hopefully this way around will be a bit more relaxed, chilled out about stuff so, but yes, something I'm looking forward to.</w:t>
      </w:r>
    </w:p>
    <w:p>
      <w:pPr>
        <w:spacing w:after="0"/>
      </w:pPr>
    </w:p>
    <w:p>
      <w:pPr>
        <w:spacing w:after="0"/>
      </w:pPr>
      <w:r>
        <w:rPr>
          <w:rFonts w:ascii="Arial" w:hAnsi="Arial"/>
          <w:b/>
          <w:sz w:val="22"/>
        </w:rPr>
        <w:t xml:space="preserve">Alice  </w:t>
      </w:r>
      <w:r>
        <w:rPr>
          <w:rFonts w:ascii="Arial" w:hAnsi="Arial"/>
          <w:color w:val="5D7284"/>
          <w:sz w:val="22"/>
        </w:rPr>
        <w:t>1:07:18</w:t>
      </w:r>
    </w:p>
    <w:p>
      <w:pPr>
        <w:spacing w:after="0"/>
      </w:pPr>
      <w:r>
        <w:rPr>
          <w:rFonts w:ascii="Arial" w:hAnsi="Arial"/>
          <w:sz w:val="22"/>
        </w:rPr>
        <w:t>So if you want to hear all the bonus content that we've talked about, head over to our website and sign up to our newsletter, because that's where you will get all of our bonus stuff. And we're doing a mix of audio and video and written content, so it'll all be there for you to access. And of course, if you enjoyed this episode, tell all of your friends about it and share it on on all of the social media places, because that helps us find new listeners. Daisy, do you want to tell people where they can find you on the internet now that you're on unbanned from Instagram, or until your next banned by Instagram?</w:t>
      </w:r>
    </w:p>
    <w:p>
      <w:pPr>
        <w:spacing w:after="0"/>
      </w:pPr>
    </w:p>
    <w:p>
      <w:pPr>
        <w:spacing w:after="0"/>
      </w:pPr>
      <w:r>
        <w:rPr>
          <w:rFonts w:ascii="Arial" w:hAnsi="Arial"/>
          <w:b/>
          <w:sz w:val="22"/>
        </w:rPr>
        <w:t xml:space="preserve">Daisy  </w:t>
      </w:r>
      <w:r>
        <w:rPr>
          <w:rFonts w:ascii="Arial" w:hAnsi="Arial"/>
          <w:color w:val="5D7284"/>
          <w:sz w:val="22"/>
        </w:rPr>
        <w:t>1:08:00</w:t>
      </w:r>
    </w:p>
    <w:p>
      <w:pPr>
        <w:spacing w:after="0"/>
      </w:pPr>
      <w:r>
        <w:rPr>
          <w:rFonts w:ascii="Arial" w:hAnsi="Arial"/>
          <w:sz w:val="22"/>
        </w:rPr>
        <w:t>Yeah, so disability history snapshots on Instagram and either Daisy holder or holder Daisy, depending on what time I joined the various platforms on, you know, the old fashioned Twitter and threads and blue sky. I think I'm on Mastodon probably. Is that still a thing?</w:t>
      </w:r>
    </w:p>
    <w:p>
      <w:pPr>
        <w:spacing w:after="0"/>
      </w:pPr>
    </w:p>
    <w:p>
      <w:pPr>
        <w:spacing w:after="0"/>
      </w:pPr>
      <w:r>
        <w:rPr>
          <w:rFonts w:ascii="Arial" w:hAnsi="Arial"/>
          <w:b/>
          <w:sz w:val="22"/>
        </w:rPr>
        <w:t xml:space="preserve">Lucy  </w:t>
      </w:r>
      <w:r>
        <w:rPr>
          <w:rFonts w:ascii="Arial" w:hAnsi="Arial"/>
          <w:color w:val="5D7284"/>
          <w:sz w:val="22"/>
        </w:rPr>
        <w:t>1:08:22</w:t>
      </w:r>
    </w:p>
    <w:p>
      <w:pPr>
        <w:spacing w:after="0"/>
      </w:pPr>
      <w:r>
        <w:rPr>
          <w:rFonts w:ascii="Arial" w:hAnsi="Arial"/>
          <w:sz w:val="22"/>
        </w:rPr>
        <w:t>I don't know it always confuses me. I don't know. Dunno. We'll put all the links to your socials, though, on the show notes for this episode, so people can find you in one fell swoop, if they want anymore. You can</w:t>
      </w:r>
    </w:p>
    <w:p>
      <w:pPr>
        <w:spacing w:after="0"/>
      </w:pPr>
    </w:p>
    <w:p>
      <w:pPr>
        <w:spacing w:after="0"/>
      </w:pPr>
      <w:r>
        <w:rPr>
          <w:rFonts w:ascii="Arial" w:hAnsi="Arial"/>
          <w:b/>
          <w:sz w:val="22"/>
        </w:rPr>
        <w:t xml:space="preserve">Alice  </w:t>
      </w:r>
      <w:r>
        <w:rPr>
          <w:rFonts w:ascii="Arial" w:hAnsi="Arial"/>
          <w:color w:val="5D7284"/>
          <w:sz w:val="22"/>
        </w:rPr>
        <w:t>1:08:35</w:t>
      </w:r>
    </w:p>
    <w:p>
      <w:pPr>
        <w:spacing w:after="0"/>
      </w:pPr>
      <w:r>
        <w:rPr>
          <w:rFonts w:ascii="Arial" w:hAnsi="Arial"/>
          <w:sz w:val="22"/>
        </w:rPr>
        <w:t>find us on YouTube now. Yes, you can something exciting we've done since we finished. Yeah, break, which is very exciting. So you can go if, if you are one of those cool young people who YouTube podcasts, we are there'</w:t>
      </w:r>
    </w:p>
    <w:p>
      <w:pPr>
        <w:spacing w:after="0"/>
      </w:pPr>
    </w:p>
    <w:p>
      <w:pPr>
        <w:spacing w:after="0"/>
      </w:pPr>
      <w:r>
        <w:rPr>
          <w:rFonts w:ascii="Arial" w:hAnsi="Arial"/>
          <w:b/>
          <w:sz w:val="22"/>
        </w:rPr>
        <w:t xml:space="preserve">Lucy  </w:t>
      </w:r>
      <w:r>
        <w:rPr>
          <w:rFonts w:ascii="Arial" w:hAnsi="Arial"/>
          <w:color w:val="5D7284"/>
          <w:sz w:val="22"/>
        </w:rPr>
        <w:t>1:08:50</w:t>
      </w:r>
    </w:p>
    <w:p>
      <w:pPr>
        <w:spacing w:after="0"/>
      </w:pPr>
      <w:r>
        <w:rPr>
          <w:rFonts w:ascii="Arial" w:hAnsi="Arial"/>
          <w:sz w:val="22"/>
        </w:rPr>
        <w:t xml:space="preserve"> We don't. You don't actually see our faces, though, because me and Alice both agreed when we started this project that video podcast is not for us because we don't want to be to wear makeup when we record podcasts.</w:t>
      </w:r>
    </w:p>
    <w:p>
      <w:pPr>
        <w:spacing w:after="0"/>
      </w:pPr>
    </w:p>
    <w:p>
      <w:pPr>
        <w:spacing w:after="0"/>
      </w:pPr>
      <w:r>
        <w:rPr>
          <w:rFonts w:ascii="Arial" w:hAnsi="Arial"/>
          <w:b/>
          <w:sz w:val="22"/>
        </w:rPr>
        <w:t xml:space="preserve">Alice  </w:t>
      </w:r>
      <w:r>
        <w:rPr>
          <w:rFonts w:ascii="Arial" w:hAnsi="Arial"/>
          <w:color w:val="5D7284"/>
          <w:sz w:val="22"/>
        </w:rPr>
        <w:t>1:09:01</w:t>
      </w:r>
    </w:p>
    <w:p>
      <w:pPr>
        <w:spacing w:after="0"/>
      </w:pPr>
      <w:r>
        <w:rPr>
          <w:rFonts w:ascii="Arial" w:hAnsi="Arial"/>
          <w:sz w:val="22"/>
        </w:rPr>
        <w:t>I'm not convinced I've brushed my hair today. No, I'm not sure</w:t>
      </w:r>
    </w:p>
    <w:p>
      <w:pPr>
        <w:spacing w:after="0"/>
      </w:pPr>
    </w:p>
    <w:p>
      <w:pPr>
        <w:spacing w:after="0"/>
      </w:pPr>
      <w:r>
        <w:rPr>
          <w:rFonts w:ascii="Arial" w:hAnsi="Arial"/>
          <w:b/>
          <w:sz w:val="22"/>
        </w:rPr>
        <w:t xml:space="preserve">Lucy  </w:t>
      </w:r>
      <w:r>
        <w:rPr>
          <w:rFonts w:ascii="Arial" w:hAnsi="Arial"/>
          <w:color w:val="5D7284"/>
          <w:sz w:val="22"/>
        </w:rPr>
        <w:t>1:09:04</w:t>
      </w:r>
    </w:p>
    <w:p>
      <w:pPr>
        <w:spacing w:after="0"/>
      </w:pPr>
      <w:r>
        <w:rPr>
          <w:rFonts w:ascii="Arial" w:hAnsi="Arial"/>
          <w:sz w:val="22"/>
        </w:rPr>
        <w:t>either. Look.</w:t>
      </w:r>
    </w:p>
    <w:p>
      <w:pPr>
        <w:spacing w:after="0"/>
      </w:pPr>
    </w:p>
    <w:p>
      <w:pPr>
        <w:spacing w:after="0"/>
      </w:pPr>
      <w:r>
        <w:rPr>
          <w:rFonts w:ascii="Arial" w:hAnsi="Arial"/>
          <w:b/>
          <w:sz w:val="22"/>
        </w:rPr>
        <w:t xml:space="preserve">Alice  </w:t>
      </w:r>
      <w:r>
        <w:rPr>
          <w:rFonts w:ascii="Arial" w:hAnsi="Arial"/>
          <w:color w:val="5D7284"/>
          <w:sz w:val="22"/>
        </w:rPr>
        <w:t>1:09:08</w:t>
      </w:r>
    </w:p>
    <w:p>
      <w:pPr>
        <w:spacing w:after="0"/>
      </w:pPr>
      <w:r>
        <w:rPr>
          <w:rFonts w:ascii="Arial" w:hAnsi="Arial"/>
          <w:sz w:val="22"/>
        </w:rPr>
        <w:t>Pretty sure I just twisted it into a clip and went future Alice. Can</w:t>
      </w:r>
    </w:p>
    <w:p>
      <w:pPr>
        <w:spacing w:after="0"/>
      </w:pPr>
    </w:p>
    <w:p>
      <w:pPr>
        <w:spacing w:after="0"/>
      </w:pPr>
      <w:r>
        <w:rPr>
          <w:rFonts w:ascii="Arial" w:hAnsi="Arial"/>
          <w:b/>
          <w:sz w:val="22"/>
        </w:rPr>
        <w:t xml:space="preserve">Daisy  </w:t>
      </w:r>
      <w:r>
        <w:rPr>
          <w:rFonts w:ascii="Arial" w:hAnsi="Arial"/>
          <w:color w:val="5D7284"/>
          <w:sz w:val="22"/>
        </w:rPr>
        <w:t>1:09:11</w:t>
      </w:r>
    </w:p>
    <w:p>
      <w:pPr>
        <w:spacing w:after="0"/>
      </w:pPr>
      <w:r>
        <w:rPr>
          <w:rFonts w:ascii="Arial" w:hAnsi="Arial"/>
          <w:sz w:val="22"/>
        </w:rPr>
        <w:t>worry about that? What if? What if I use your YouTube channel to do CPB bedtime stories of my let's do that. Who needs an audiobook? It's just a video of me sitting by a fire.</w:t>
      </w:r>
    </w:p>
    <w:p>
      <w:pPr>
        <w:spacing w:after="0"/>
      </w:pPr>
    </w:p>
    <w:p>
      <w:pPr>
        <w:spacing w:after="0"/>
      </w:pPr>
      <w:r>
        <w:rPr>
          <w:rFonts w:ascii="Arial" w:hAnsi="Arial"/>
          <w:b/>
          <w:sz w:val="22"/>
        </w:rPr>
        <w:t xml:space="preserve">Alice  </w:t>
      </w:r>
      <w:r>
        <w:rPr>
          <w:rFonts w:ascii="Arial" w:hAnsi="Arial"/>
          <w:color w:val="5D7284"/>
          <w:sz w:val="22"/>
        </w:rPr>
        <w:t>1:09:26</w:t>
      </w:r>
    </w:p>
    <w:p>
      <w:pPr>
        <w:spacing w:after="0"/>
      </w:pPr>
      <w:r>
        <w:rPr>
          <w:rFonts w:ascii="Arial" w:hAnsi="Arial"/>
          <w:sz w:val="22"/>
        </w:rPr>
        <w:t>Hungry Caterpillar.</w:t>
      </w:r>
    </w:p>
    <w:p>
      <w:pPr>
        <w:spacing w:after="0"/>
      </w:pPr>
    </w:p>
    <w:p>
      <w:pPr>
        <w:spacing w:after="0"/>
      </w:pPr>
      <w:r>
        <w:rPr>
          <w:rFonts w:ascii="Arial" w:hAnsi="Arial"/>
          <w:b/>
          <w:sz w:val="22"/>
        </w:rPr>
        <w:t xml:space="preserve">Lucy  </w:t>
      </w:r>
      <w:r>
        <w:rPr>
          <w:rFonts w:ascii="Arial" w:hAnsi="Arial"/>
          <w:color w:val="5D7284"/>
          <w:sz w:val="22"/>
        </w:rPr>
        <w:t>1:09:30</w:t>
      </w:r>
    </w:p>
    <w:p>
      <w:pPr>
        <w:spacing w:after="0"/>
      </w:pPr>
      <w:r>
        <w:rPr>
          <w:rFonts w:ascii="Arial" w:hAnsi="Arial"/>
          <w:sz w:val="22"/>
        </w:rPr>
        <w:t>Caterpillar. The Hungry Cat is wasteful,</w:t>
      </w:r>
    </w:p>
    <w:p>
      <w:pPr>
        <w:spacing w:after="0"/>
      </w:pPr>
    </w:p>
    <w:p>
      <w:pPr>
        <w:spacing w:after="0"/>
      </w:pPr>
      <w:r>
        <w:rPr>
          <w:rFonts w:ascii="Arial" w:hAnsi="Arial"/>
          <w:b/>
          <w:sz w:val="22"/>
        </w:rPr>
        <w:t xml:space="preserve">Daisy  </w:t>
      </w:r>
      <w:r>
        <w:rPr>
          <w:rFonts w:ascii="Arial" w:hAnsi="Arial"/>
          <w:color w:val="5D7284"/>
          <w:sz w:val="22"/>
        </w:rPr>
        <w:t>1:09:35</w:t>
      </w:r>
    </w:p>
    <w:p>
      <w:pPr>
        <w:spacing w:after="0"/>
      </w:pPr>
      <w:r>
        <w:rPr>
          <w:rFonts w:ascii="Arial" w:hAnsi="Arial"/>
          <w:sz w:val="22"/>
        </w:rPr>
        <w:t>hungry idiot.</w:t>
      </w:r>
    </w:p>
    <w:p>
      <w:pPr>
        <w:spacing w:after="0"/>
      </w:pPr>
    </w:p>
    <w:p>
      <w:pPr>
        <w:spacing w:after="0"/>
      </w:pPr>
      <w:r>
        <w:rPr>
          <w:rFonts w:ascii="Arial" w:hAnsi="Arial"/>
          <w:b/>
          <w:sz w:val="22"/>
        </w:rPr>
        <w:t xml:space="preserve">Alice  </w:t>
      </w:r>
      <w:r>
        <w:rPr>
          <w:rFonts w:ascii="Arial" w:hAnsi="Arial"/>
          <w:color w:val="5D7284"/>
          <w:sz w:val="22"/>
        </w:rPr>
        <w:t>1:09:38</w:t>
      </w:r>
    </w:p>
    <w:p>
      <w:pPr>
        <w:spacing w:after="0"/>
      </w:pPr>
      <w:r>
        <w:rPr>
          <w:rFonts w:ascii="Arial" w:hAnsi="Arial"/>
          <w:sz w:val="22"/>
        </w:rPr>
        <w:t>Well, I think, I think we've got, we've certainly got some bonus content coming your way everybody, although I do feel like we make those promises quite a lot, and we perhaps need to have somewhere where we write down things we've said we'll do. Yes,</w:t>
      </w:r>
    </w:p>
    <w:p>
      <w:pPr>
        <w:spacing w:after="0"/>
      </w:pPr>
    </w:p>
    <w:p>
      <w:pPr>
        <w:spacing w:after="0"/>
      </w:pPr>
      <w:r>
        <w:rPr>
          <w:rFonts w:ascii="Arial" w:hAnsi="Arial"/>
          <w:b/>
          <w:sz w:val="22"/>
        </w:rPr>
        <w:t xml:space="preserve">Lucy  </w:t>
      </w:r>
      <w:r>
        <w:rPr>
          <w:rFonts w:ascii="Arial" w:hAnsi="Arial"/>
          <w:color w:val="5D7284"/>
          <w:sz w:val="22"/>
        </w:rPr>
        <w:t>1:09:52</w:t>
      </w:r>
    </w:p>
    <w:p>
      <w:pPr>
        <w:spacing w:after="0"/>
      </w:pPr>
      <w:r>
        <w:rPr>
          <w:rFonts w:ascii="Arial" w:hAnsi="Arial"/>
          <w:sz w:val="22"/>
        </w:rPr>
        <w:t>don't worry, I've got a notepad. It's fine.</w:t>
      </w:r>
    </w:p>
    <w:p>
      <w:pPr>
        <w:spacing w:after="0"/>
      </w:pPr>
    </w:p>
    <w:p>
      <w:pPr>
        <w:spacing w:after="0"/>
      </w:pPr>
      <w:r>
        <w:rPr>
          <w:rFonts w:ascii="Arial" w:hAnsi="Arial"/>
          <w:b/>
          <w:sz w:val="22"/>
        </w:rPr>
        <w:t xml:space="preserve">Alice  </w:t>
      </w:r>
      <w:r>
        <w:rPr>
          <w:rFonts w:ascii="Arial" w:hAnsi="Arial"/>
          <w:color w:val="5D7284"/>
          <w:sz w:val="22"/>
        </w:rPr>
        <w:t>1:09:56</w:t>
      </w:r>
    </w:p>
    <w:p>
      <w:pPr>
        <w:spacing w:after="0"/>
      </w:pPr>
      <w:r>
        <w:rPr>
          <w:rFonts w:ascii="Arial" w:hAnsi="Arial"/>
          <w:sz w:val="22"/>
        </w:rPr>
        <w:t>Okay, I think that's it. Yeah. Took some over in</w:t>
      </w:r>
    </w:p>
    <w:p>
      <w:pPr>
        <w:spacing w:after="0"/>
      </w:pPr>
    </w:p>
    <w:p>
      <w:pPr>
        <w:spacing w:after="0"/>
      </w:pPr>
      <w:r>
        <w:rPr>
          <w:rFonts w:ascii="Arial" w:hAnsi="Arial"/>
          <w:b/>
          <w:sz w:val="22"/>
        </w:rPr>
        <w:t xml:space="preserve">Lucy  </w:t>
      </w:r>
      <w:r>
        <w:rPr>
          <w:rFonts w:ascii="Arial" w:hAnsi="Arial"/>
          <w:color w:val="5D7284"/>
          <w:sz w:val="22"/>
        </w:rPr>
        <w:t>1:10:01</w:t>
      </w:r>
    </w:p>
    <w:p>
      <w:pPr>
        <w:spacing w:after="0"/>
      </w:pPr>
      <w:r>
        <w:rPr>
          <w:rFonts w:ascii="Arial" w:hAnsi="Arial"/>
          <w:sz w:val="22"/>
        </w:rPr>
        <w:t>a CAG, and</w:t>
      </w:r>
    </w:p>
    <w:p>
      <w:pPr>
        <w:spacing w:after="0"/>
      </w:pPr>
    </w:p>
    <w:p>
      <w:pPr>
        <w:spacing w:after="0"/>
      </w:pPr>
      <w:r>
        <w:rPr>
          <w:rFonts w:ascii="Arial" w:hAnsi="Arial"/>
          <w:b/>
          <w:sz w:val="22"/>
        </w:rPr>
        <w:t xml:space="preserve">Alice  </w:t>
      </w:r>
      <w:r>
        <w:rPr>
          <w:rFonts w:ascii="Arial" w:hAnsi="Arial"/>
          <w:color w:val="5D7284"/>
          <w:sz w:val="22"/>
        </w:rPr>
        <w:t>1:10:05</w:t>
      </w:r>
    </w:p>
    <w:p>
      <w:pPr>
        <w:spacing w:after="0"/>
      </w:pPr>
      <w:r>
        <w:rPr>
          <w:rFonts w:ascii="Arial" w:hAnsi="Arial"/>
          <w:sz w:val="22"/>
        </w:rPr>
        <w:t>we'll see you all next week for something completely different. Bye, bye.</w:t>
      </w:r>
    </w:p>
    <w:p>
      <w:pPr>
        <w:spacing w:after="0"/>
      </w:pPr>
    </w:p>
    <w:p>
      <w:pPr>
        <w:spacing w:after="0"/>
      </w:pPr>
      <w:r>
        <w:rPr>
          <w:rFonts w:ascii="Arial" w:hAnsi="Arial"/>
          <w:color w:val="5D7284"/>
          <w:sz w:val="22"/>
        </w:rPr>
        <w:t>1:10:17</w:t>
      </w:r>
    </w:p>
    <w:p>
      <w:pPr>
        <w:spacing w:after="0"/>
      </w:pPr>
      <w:r>
        <w:rPr>
          <w:rFonts w:ascii="Arial" w:hAnsi="Arial"/>
          <w:sz w:val="22"/>
        </w:rPr>
        <w:t>Don't wait Torah, thanks for listening to the label podcast. If you like the show, you can rate review and subscribe, and you can follow us on social media at labeled pod.</w:t>
      </w:r>
    </w:p>
    <w:p>
      <w:pPr>
        <w:spacing w:after="0"/>
      </w:pPr>
    </w:p>
    <w:p>
      <w:pPr>
        <w:spacing w:after="0"/>
      </w:pPr>
      <w:r>
        <w:rPr>
          <w:rFonts w:ascii="Arial" w:hAnsi="Arial"/>
          <w:b/>
          <w:sz w:val="22"/>
        </w:rPr>
        <w:t xml:space="preserve">Lucy  </w:t>
      </w:r>
      <w:r>
        <w:rPr>
          <w:rFonts w:ascii="Arial" w:hAnsi="Arial"/>
          <w:color w:val="5D7284"/>
          <w:sz w:val="22"/>
        </w:rPr>
        <w:t>1:10:27</w:t>
      </w:r>
    </w:p>
    <w:p>
      <w:pPr>
        <w:spacing w:after="0"/>
      </w:pPr>
      <w:r>
        <w:rPr>
          <w:rFonts w:ascii="Arial" w:hAnsi="Arial"/>
          <w:sz w:val="22"/>
        </w:rPr>
        <w:t>This episode was edited by Adam Hall. Our music was by Maisie crunden, and we'd like to thank the rest of the team involved. You.</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