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 xml:space="preserve">fABLEd King Lear final </w:t>
      </w:r>
    </w:p>
    <w:p>
      <w:r>
        <w:rPr>
          <w:rFonts w:ascii="Arial" w:hAnsi="Arial"/>
          <w:color w:val="4F6880"/>
          <w:sz w:val="22"/>
        </w:rPr>
        <w:t>Fri, Oct 18, 2024 3:22PM • 1:21:04</w:t>
      </w:r>
    </w:p>
    <w:p>
      <w:pPr>
        <w:spacing w:before="440" w:after="0"/>
      </w:pPr>
      <w:r>
        <w:rPr>
          <w:rFonts w:ascii="Arial" w:hAnsi="Arial"/>
          <w:b/>
          <w:color w:val="4F6880"/>
          <w:sz w:val="22"/>
        </w:rPr>
        <w:t>SUMMARY KEYWORDS</w:t>
      </w:r>
    </w:p>
    <w:p>
      <w:r>
        <w:rPr>
          <w:rFonts w:ascii="Arial" w:hAnsi="Arial"/>
          <w:color w:val="4F6880"/>
          <w:sz w:val="22"/>
        </w:rPr>
        <w:t>disability representation, Shakespeare's tragedies, King Lear, mental health, blindness, madness, family dynamics, personal insight, aging disability, social decline, dementia, character analysis, emotional turmoil, historical context, modern interpretations</w:t>
      </w:r>
    </w:p>
    <w:p>
      <w:pPr>
        <w:spacing w:before="440" w:after="0"/>
      </w:pPr>
      <w:r>
        <w:rPr>
          <w:rFonts w:ascii="Arial" w:hAnsi="Arial"/>
          <w:b/>
          <w:color w:val="4F6880"/>
          <w:sz w:val="22"/>
        </w:rPr>
        <w:t>SPEAKERS</w:t>
      </w:r>
    </w:p>
    <w:p>
      <w:r>
        <w:rPr>
          <w:rFonts w:ascii="Arial" w:hAnsi="Arial"/>
          <w:color w:val="4F6880"/>
          <w:sz w:val="22"/>
        </w:rPr>
        <w:t>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and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 xml:space="preserve">and I'm Alice, and that's Lola. </w:t>
      </w:r>
    </w:p>
    <w:p>
      <w:pPr>
        <w:spacing w:after="0"/>
      </w:pPr>
    </w:p>
    <w:p>
      <w:pPr>
        <w:spacing w:after="0"/>
      </w:pP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00:44</w:t>
      </w:r>
    </w:p>
    <w:p>
      <w:pPr>
        <w:spacing w:after="0"/>
      </w:pPr>
      <w:r>
        <w:rPr>
          <w:rFonts w:ascii="Arial" w:hAnsi="Arial"/>
          <w:sz w:val="22"/>
        </w:rPr>
        <w:t>Hello, one and all. And welcome to another episode. Yes, another one of the labeled podcast today, I am with Alice, and it's just me and Alice this week, because we are doing a fabled first of all, hello, Alice.</w:t>
      </w:r>
    </w:p>
    <w:p>
      <w:pPr>
        <w:spacing w:after="0"/>
      </w:pPr>
    </w:p>
    <w:p>
      <w:pPr>
        <w:spacing w:after="0"/>
      </w:pPr>
      <w:r>
        <w:rPr>
          <w:rFonts w:ascii="Arial" w:hAnsi="Arial"/>
          <w:b/>
          <w:sz w:val="22"/>
        </w:rPr>
        <w:t xml:space="preserve">Alice  </w:t>
      </w:r>
      <w:r>
        <w:rPr>
          <w:rFonts w:ascii="Arial" w:hAnsi="Arial"/>
          <w:color w:val="5D7284"/>
          <w:sz w:val="22"/>
        </w:rPr>
        <w:t>00:58</w:t>
      </w:r>
    </w:p>
    <w:p>
      <w:pPr>
        <w:spacing w:after="0"/>
      </w:pPr>
      <w:r>
        <w:rPr>
          <w:rFonts w:ascii="Arial" w:hAnsi="Arial"/>
          <w:sz w:val="22"/>
        </w:rPr>
        <w:t xml:space="preserve">Hello Lucy. </w:t>
      </w:r>
    </w:p>
    <w:p>
      <w:pPr>
        <w:spacing w:after="0"/>
      </w:pPr>
    </w:p>
    <w:p>
      <w:pPr>
        <w:spacing w:after="0"/>
      </w:pPr>
      <w:r>
        <w:rPr>
          <w:rFonts w:ascii="Arial" w:hAnsi="Arial"/>
          <w:b/>
          <w:sz w:val="22"/>
        </w:rPr>
        <w:t xml:space="preserve">Lucy  </w:t>
      </w:r>
      <w:r>
        <w:rPr>
          <w:rFonts w:ascii="Arial" w:hAnsi="Arial"/>
          <w:color w:val="5D7284"/>
          <w:sz w:val="22"/>
        </w:rPr>
        <w:t>00:59</w:t>
      </w:r>
    </w:p>
    <w:p>
      <w:pPr>
        <w:spacing w:after="0"/>
      </w:pPr>
      <w:r>
        <w:rPr>
          <w:rFonts w:ascii="Arial" w:hAnsi="Arial"/>
          <w:sz w:val="22"/>
        </w:rPr>
        <w:t>Hello, How you doing?</w:t>
      </w:r>
    </w:p>
    <w:p>
      <w:pPr>
        <w:spacing w:after="0"/>
      </w:pPr>
    </w:p>
    <w:p>
      <w:pPr>
        <w:spacing w:after="0"/>
      </w:pPr>
      <w:r>
        <w:rPr>
          <w:rFonts w:ascii="Arial" w:hAnsi="Arial"/>
          <w:b/>
          <w:sz w:val="22"/>
        </w:rPr>
        <w:t xml:space="preserve">Alice  </w:t>
      </w:r>
      <w:r>
        <w:rPr>
          <w:rFonts w:ascii="Arial" w:hAnsi="Arial"/>
          <w:color w:val="5D7284"/>
          <w:sz w:val="22"/>
        </w:rPr>
        <w:t>01:01</w:t>
      </w:r>
    </w:p>
    <w:p>
      <w:pPr>
        <w:spacing w:after="0"/>
      </w:pPr>
      <w:r>
        <w:rPr>
          <w:rFonts w:ascii="Arial" w:hAnsi="Arial"/>
          <w:sz w:val="22"/>
        </w:rPr>
        <w:t xml:space="preserve">Yeah, I'm okay. I am. I am somewhat sort of overwrought, but that is just, it's just work, yeah, yeah, just existing in your late 30s, mid to late 30s, very, very, mid to late 30s. </w:t>
      </w:r>
    </w:p>
    <w:p>
      <w:pPr>
        <w:spacing w:after="0"/>
      </w:pPr>
    </w:p>
    <w:p>
      <w:pPr>
        <w:spacing w:after="0"/>
      </w:pPr>
      <w:r>
        <w:rPr>
          <w:rFonts w:ascii="Arial" w:hAnsi="Arial"/>
          <w:b/>
          <w:sz w:val="22"/>
        </w:rPr>
        <w:t xml:space="preserve">Lucy  </w:t>
      </w:r>
      <w:r>
        <w:rPr>
          <w:rFonts w:ascii="Arial" w:hAnsi="Arial"/>
          <w:color w:val="5D7284"/>
          <w:sz w:val="22"/>
        </w:rPr>
        <w:t>01:18</w:t>
      </w:r>
    </w:p>
    <w:p>
      <w:pPr>
        <w:spacing w:after="0"/>
      </w:pPr>
      <w:r>
        <w:rPr>
          <w:rFonts w:ascii="Arial" w:hAnsi="Arial"/>
          <w:sz w:val="22"/>
        </w:rPr>
        <w:t xml:space="preserve">All Right don't over egg the pudding. It's fine. I'm still quite youthful. It's all right, yes, but I'm glad you're all right. </w:t>
      </w:r>
    </w:p>
    <w:p>
      <w:pPr>
        <w:spacing w:after="0"/>
      </w:pPr>
    </w:p>
    <w:p>
      <w:pPr>
        <w:spacing w:after="0"/>
      </w:pPr>
      <w:r>
        <w:rPr>
          <w:rFonts w:ascii="Arial" w:hAnsi="Arial"/>
          <w:b/>
          <w:sz w:val="22"/>
        </w:rPr>
        <w:t xml:space="preserve">Alice  </w:t>
      </w:r>
      <w:r>
        <w:rPr>
          <w:rFonts w:ascii="Arial" w:hAnsi="Arial"/>
          <w:color w:val="5D7284"/>
          <w:sz w:val="22"/>
        </w:rPr>
        <w:t>01:30</w:t>
      </w:r>
    </w:p>
    <w:p>
      <w:pPr>
        <w:spacing w:after="0"/>
      </w:pPr>
      <w:r>
        <w:rPr>
          <w:rFonts w:ascii="Arial" w:hAnsi="Arial"/>
          <w:sz w:val="22"/>
        </w:rPr>
        <w:t>how are you? I</w:t>
      </w:r>
    </w:p>
    <w:p>
      <w:pPr>
        <w:spacing w:after="0"/>
      </w:pPr>
    </w:p>
    <w:p>
      <w:pPr>
        <w:spacing w:after="0"/>
      </w:pPr>
      <w:r>
        <w:rPr>
          <w:rFonts w:ascii="Arial" w:hAnsi="Arial"/>
          <w:b/>
          <w:sz w:val="22"/>
        </w:rPr>
        <w:t xml:space="preserve">Alice  </w:t>
      </w:r>
      <w:r>
        <w:rPr>
          <w:rFonts w:ascii="Arial" w:hAnsi="Arial"/>
          <w:color w:val="5D7284"/>
          <w:sz w:val="22"/>
        </w:rPr>
        <w:t>01:30</w:t>
      </w:r>
    </w:p>
    <w:p>
      <w:pPr>
        <w:spacing w:after="0"/>
      </w:pPr>
      <w:r>
        <w:rPr>
          <w:rFonts w:ascii="Arial" w:hAnsi="Arial"/>
          <w:sz w:val="22"/>
        </w:rPr>
        <w:t>You get the real like behind the scenes nonsense on this podcast that you don't absolutely like no other podcast that I listen to do people talk about all of the behind the scenes bullshit that we do because they all have sensible, professional people helping them, and we're just like, I don't fucking know.</w:t>
      </w:r>
    </w:p>
    <w:p>
      <w:pPr>
        <w:spacing w:after="0"/>
      </w:pPr>
    </w:p>
    <w:p>
      <w:pPr>
        <w:spacing w:after="0"/>
      </w:pPr>
      <w:r>
        <w:rPr>
          <w:rFonts w:ascii="Arial" w:hAnsi="Arial"/>
          <w:b/>
          <w:sz w:val="22"/>
        </w:rPr>
        <w:t xml:space="preserve">Lucy  </w:t>
      </w:r>
      <w:r>
        <w:rPr>
          <w:rFonts w:ascii="Arial" w:hAnsi="Arial"/>
          <w:color w:val="5D7284"/>
          <w:sz w:val="22"/>
        </w:rPr>
        <w:t>01:30</w:t>
      </w:r>
    </w:p>
    <w:p>
      <w:pPr>
        <w:spacing w:after="0"/>
      </w:pPr>
      <w:r>
        <w:rPr>
          <w:rFonts w:ascii="Arial" w:hAnsi="Arial"/>
          <w:sz w:val="22"/>
        </w:rPr>
        <w:t xml:space="preserve">I'm okay. Yes, I'm fine. Thank you. I've been doing a lot of podcast admin over the last few days, so I am sick of my own voice, and slightly concerned that I may not have scheduled thing in everything in the right order, but we'll soon see, won't we? I might have to borrow like somebody just to check everything before I click go, on the, on the, on the episodes, but we'll see. I'll buy other than that, I'm fine. </w:t>
      </w:r>
    </w:p>
    <w:p>
      <w:pPr>
        <w:spacing w:after="0"/>
      </w:pPr>
    </w:p>
    <w:p>
      <w:pPr>
        <w:spacing w:after="0"/>
      </w:pPr>
      <w:r>
        <w:rPr>
          <w:rFonts w:ascii="Arial" w:hAnsi="Arial"/>
          <w:b/>
          <w:sz w:val="22"/>
        </w:rPr>
        <w:t xml:space="preserve">Lucy  </w:t>
      </w:r>
      <w:r>
        <w:rPr>
          <w:rFonts w:ascii="Arial" w:hAnsi="Arial"/>
          <w:color w:val="5D7284"/>
          <w:sz w:val="22"/>
        </w:rPr>
        <w:t>02:14</w:t>
      </w:r>
    </w:p>
    <w:p>
      <w:pPr>
        <w:spacing w:after="0"/>
      </w:pPr>
      <w:r>
        <w:rPr>
          <w:rFonts w:ascii="Arial" w:hAnsi="Arial"/>
          <w:sz w:val="22"/>
        </w:rPr>
        <w:t>And also, you have to be a bit concerned, because I am terrible with numbers and dates and times and stuff, and I've just been left to my own devices today, so just</w:t>
      </w:r>
    </w:p>
    <w:p>
      <w:pPr>
        <w:spacing w:after="0"/>
      </w:pPr>
    </w:p>
    <w:p>
      <w:pPr>
        <w:spacing w:after="0"/>
      </w:pPr>
      <w:r>
        <w:rPr>
          <w:rFonts w:ascii="Arial" w:hAnsi="Arial"/>
          <w:b/>
          <w:sz w:val="22"/>
        </w:rPr>
        <w:t xml:space="preserve">Alice  </w:t>
      </w:r>
      <w:r>
        <w:rPr>
          <w:rFonts w:ascii="Arial" w:hAnsi="Arial"/>
          <w:color w:val="5D7284"/>
          <w:sz w:val="22"/>
        </w:rPr>
        <w:t>02:24</w:t>
      </w:r>
    </w:p>
    <w:p>
      <w:pPr>
        <w:spacing w:after="0"/>
      </w:pPr>
      <w:r>
        <w:rPr>
          <w:rFonts w:ascii="Arial" w:hAnsi="Arial"/>
          <w:sz w:val="22"/>
        </w:rPr>
        <w:t>the first episode comes out 12 weeks after all the other episodes,</w:t>
      </w:r>
    </w:p>
    <w:p>
      <w:pPr>
        <w:spacing w:after="0"/>
      </w:pPr>
    </w:p>
    <w:p>
      <w:pPr>
        <w:spacing w:after="0"/>
      </w:pPr>
      <w:r>
        <w:rPr>
          <w:rFonts w:ascii="Arial" w:hAnsi="Arial"/>
          <w:b/>
          <w:sz w:val="22"/>
        </w:rPr>
        <w:t xml:space="preserve">Lucy  </w:t>
      </w:r>
      <w:r>
        <w:rPr>
          <w:rFonts w:ascii="Arial" w:hAnsi="Arial"/>
          <w:color w:val="5D7284"/>
          <w:sz w:val="22"/>
        </w:rPr>
        <w:t>02:28</w:t>
      </w:r>
    </w:p>
    <w:p>
      <w:pPr>
        <w:spacing w:after="0"/>
      </w:pPr>
      <w:r>
        <w:rPr>
          <w:rFonts w:ascii="Arial" w:hAnsi="Arial"/>
          <w:sz w:val="22"/>
        </w:rPr>
        <w:t>like mid July or something. But yes, so other than that, I'm fine. Yeah, I'm quite excited about today. I feel you will Teach me something today.</w:t>
      </w:r>
    </w:p>
    <w:p>
      <w:pPr>
        <w:spacing w:after="0"/>
      </w:pPr>
    </w:p>
    <w:p>
      <w:pPr>
        <w:spacing w:after="0"/>
      </w:pPr>
      <w:r>
        <w:rPr>
          <w:rFonts w:ascii="Arial" w:hAnsi="Arial"/>
          <w:b/>
          <w:sz w:val="22"/>
        </w:rPr>
        <w:t xml:space="preserve">Alice  </w:t>
      </w:r>
      <w:r>
        <w:rPr>
          <w:rFonts w:ascii="Arial" w:hAnsi="Arial"/>
          <w:color w:val="5D7284"/>
          <w:sz w:val="22"/>
        </w:rPr>
        <w:t>02:41</w:t>
      </w:r>
    </w:p>
    <w:p>
      <w:pPr>
        <w:spacing w:after="0"/>
      </w:pPr>
      <w:r>
        <w:rPr>
          <w:rFonts w:ascii="Arial" w:hAnsi="Arial"/>
          <w:sz w:val="22"/>
        </w:rPr>
        <w:t>I mean, let's not put too much pressure on the situation. No, but it is. It is a it is somewhat of a heavy hitter in terms of the content of the when I told my mom I was doing this, she went, Oh, I've never seen that play. It seems like it's a bit much.</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Well, I just I said to Alice, before was to hit record on this episode, Did I ever tell you the story about when they tried to teach us Macbeth in school, and she went, No, save it for the episode, because this was going to be funny. So as our GCSE study piece, we did Macbeth, which the English teacher, God love her. She she tried the Shakespearean text, as is, none of us could understand it. So she bought some textbooks that had got like the Shakespearean text one side and then written in plain English the other side, nobody could understand it, and so we ended up trying to make it into a play which was even more ridiculous because nobody understood what was going on. So we failed miserably there. Really</w:t>
      </w:r>
    </w:p>
    <w:p>
      <w:pPr>
        <w:spacing w:after="0"/>
      </w:pPr>
    </w:p>
    <w:p>
      <w:pPr>
        <w:spacing w:after="0"/>
      </w:pPr>
      <w:r>
        <w:rPr>
          <w:rFonts w:ascii="Arial" w:hAnsi="Arial"/>
          <w:b/>
          <w:sz w:val="22"/>
        </w:rPr>
        <w:t xml:space="preserve">Alice  </w:t>
      </w:r>
      <w:r>
        <w:rPr>
          <w:rFonts w:ascii="Arial" w:hAnsi="Arial"/>
          <w:color w:val="5D7284"/>
          <w:sz w:val="22"/>
        </w:rPr>
        <w:t>03:57</w:t>
      </w:r>
    </w:p>
    <w:p>
      <w:pPr>
        <w:spacing w:after="0"/>
      </w:pPr>
      <w:r>
        <w:rPr>
          <w:rFonts w:ascii="Arial" w:hAnsi="Arial"/>
          <w:sz w:val="22"/>
        </w:rPr>
        <w:t xml:space="preserve">You want to hear my, my hack for Shakespeare's know the story first, right? So understand this happens, then this happens, then this happens, yeah. And then you don't necessarily need to understand every word, because you pick it up like, Oh, this is what this is, and this is what's happening here. And then the more you read it, the more time you spend in it, the more you get it. </w:t>
      </w:r>
    </w:p>
    <w:p>
      <w:pPr>
        <w:spacing w:after="0"/>
      </w:pPr>
    </w:p>
    <w:p>
      <w:pPr>
        <w:spacing w:after="0"/>
      </w:pPr>
      <w:r>
        <w:rPr>
          <w:rFonts w:ascii="Arial" w:hAnsi="Arial"/>
          <w:b/>
          <w:sz w:val="22"/>
        </w:rPr>
        <w:t xml:space="preserve">Lucy  </w:t>
      </w:r>
      <w:r>
        <w:rPr>
          <w:rFonts w:ascii="Arial" w:hAnsi="Arial"/>
          <w:color w:val="5D7284"/>
          <w:sz w:val="22"/>
        </w:rPr>
        <w:t>04:27</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04:28</w:t>
      </w:r>
    </w:p>
    <w:p>
      <w:pPr>
        <w:spacing w:after="0"/>
      </w:pPr>
      <w:r>
        <w:rPr>
          <w:rFonts w:ascii="Arial" w:hAnsi="Arial"/>
          <w:sz w:val="22"/>
        </w:rPr>
        <w:t>so I do like Shakespeare, like there's some that I like more than others. The reason I chose to do this play that we're going to talk about today is because in the bonus content for this week, we're doing something a little bit different. We're doing a book review, sort of video podcast where me and Emma, who is our guest Booker, we are reviewing books by disabled authors, and we read potent, which. Which was written by a former guest of this podcast and is a retelling of A Midsummer Night's Dream. I hate, I hate that play. It's just, it's just silly, like Shakespeare has a big thing about people mistaken identity and people in disguises, and sometimes it works really well, and sometimes like and for me, for A Midsummer Night's Dream, it's that's, that's all it is. Two hours of somebody dressing up as someone else, or someone thinking someone is someone else, and people fall in love with other people, and love triangles. And</w:t>
      </w:r>
    </w:p>
    <w:p>
      <w:pPr>
        <w:spacing w:after="0"/>
      </w:pPr>
    </w:p>
    <w:p>
      <w:pPr>
        <w:spacing w:after="0"/>
      </w:pPr>
      <w:r>
        <w:rPr>
          <w:rFonts w:ascii="Arial" w:hAnsi="Arial"/>
          <w:b/>
          <w:sz w:val="22"/>
        </w:rPr>
        <w:t xml:space="preserve">Lucy  </w:t>
      </w:r>
      <w:r>
        <w:rPr>
          <w:rFonts w:ascii="Arial" w:hAnsi="Arial"/>
          <w:color w:val="5D7284"/>
          <w:sz w:val="22"/>
        </w:rPr>
        <w:t>05:42</w:t>
      </w:r>
    </w:p>
    <w:p>
      <w:pPr>
        <w:spacing w:after="0"/>
      </w:pPr>
      <w:r>
        <w:rPr>
          <w:rFonts w:ascii="Arial" w:hAnsi="Arial"/>
          <w:sz w:val="22"/>
        </w:rPr>
        <w:t>isn't there a donkey at one point,</w:t>
      </w:r>
    </w:p>
    <w:p>
      <w:pPr>
        <w:spacing w:after="0"/>
      </w:pPr>
    </w:p>
    <w:p>
      <w:pPr>
        <w:spacing w:after="0"/>
      </w:pPr>
      <w:r>
        <w:rPr>
          <w:rFonts w:ascii="Arial" w:hAnsi="Arial"/>
          <w:b/>
          <w:sz w:val="22"/>
        </w:rPr>
        <w:t xml:space="preserve">Alice  </w:t>
      </w:r>
      <w:r>
        <w:rPr>
          <w:rFonts w:ascii="Arial" w:hAnsi="Arial"/>
          <w:color w:val="5D7284"/>
          <w:sz w:val="22"/>
        </w:rPr>
        <w:t>05:44</w:t>
      </w:r>
    </w:p>
    <w:p>
      <w:pPr>
        <w:spacing w:after="0"/>
      </w:pPr>
      <w:r>
        <w:rPr>
          <w:rFonts w:ascii="Arial" w:hAnsi="Arial"/>
          <w:sz w:val="22"/>
        </w:rPr>
        <w:t>somebody gets turned into a donkey, yeah, and it's, yeah, I it is one of my least favorite plays.</w:t>
      </w:r>
    </w:p>
    <w:p>
      <w:pPr>
        <w:spacing w:after="0"/>
      </w:pPr>
    </w:p>
    <w:p>
      <w:pPr>
        <w:spacing w:after="0"/>
      </w:pPr>
      <w:r>
        <w:rPr>
          <w:rFonts w:ascii="Arial" w:hAnsi="Arial"/>
          <w:b/>
          <w:sz w:val="22"/>
        </w:rPr>
        <w:t xml:space="preserve">Lucy  </w:t>
      </w:r>
      <w:r>
        <w:rPr>
          <w:rFonts w:ascii="Arial" w:hAnsi="Arial"/>
          <w:color w:val="5D7284"/>
          <w:sz w:val="22"/>
        </w:rPr>
        <w:t>05:51</w:t>
      </w:r>
    </w:p>
    <w:p>
      <w:pPr>
        <w:spacing w:after="0"/>
      </w:pPr>
      <w:r>
        <w:rPr>
          <w:rFonts w:ascii="Arial" w:hAnsi="Arial"/>
          <w:sz w:val="22"/>
        </w:rPr>
        <w:t>Do you think it was drunk?</w:t>
      </w:r>
    </w:p>
    <w:p>
      <w:pPr>
        <w:spacing w:after="0"/>
      </w:pPr>
    </w:p>
    <w:p>
      <w:pPr>
        <w:spacing w:after="0"/>
      </w:pPr>
      <w:r>
        <w:rPr>
          <w:rFonts w:ascii="Arial" w:hAnsi="Arial"/>
          <w:b/>
          <w:sz w:val="22"/>
        </w:rPr>
        <w:t xml:space="preserve">Alice  </w:t>
      </w:r>
      <w:r>
        <w:rPr>
          <w:rFonts w:ascii="Arial" w:hAnsi="Arial"/>
          <w:color w:val="5D7284"/>
          <w:sz w:val="22"/>
        </w:rPr>
        <w:t>05:54</w:t>
      </w:r>
    </w:p>
    <w:p>
      <w:pPr>
        <w:spacing w:after="0"/>
      </w:pPr>
      <w:r>
        <w:rPr>
          <w:rFonts w:ascii="Arial" w:hAnsi="Arial"/>
          <w:sz w:val="22"/>
        </w:rPr>
        <w:t>I have, I have seen in like, different places, yeah, over the years that there is some speculation that Shakespeare may have had some kind of addiction issue, right? Not like, it's not, you know, sort of severely. But no, I mean, I don't you know the water wasn't safe to drink in the 1600s so you drank beer. Yeah,</w:t>
      </w:r>
    </w:p>
    <w:p>
      <w:pPr>
        <w:spacing w:after="0"/>
      </w:pPr>
    </w:p>
    <w:p>
      <w:pPr>
        <w:spacing w:after="0"/>
      </w:pPr>
      <w:r>
        <w:rPr>
          <w:rFonts w:ascii="Arial" w:hAnsi="Arial"/>
          <w:b/>
          <w:sz w:val="22"/>
        </w:rPr>
        <w:t xml:space="preserve">Lucy  </w:t>
      </w:r>
      <w:r>
        <w:rPr>
          <w:rFonts w:ascii="Arial" w:hAnsi="Arial"/>
          <w:color w:val="5D7284"/>
          <w:sz w:val="22"/>
        </w:rPr>
        <w:t>06:21</w:t>
      </w:r>
    </w:p>
    <w:p>
      <w:pPr>
        <w:spacing w:after="0"/>
      </w:pPr>
      <w:r>
        <w:rPr>
          <w:rFonts w:ascii="Arial" w:hAnsi="Arial"/>
          <w:sz w:val="22"/>
        </w:rPr>
        <w:t>exactly, that was my point. No, so I am. If I do look a little bit perturbed or puzzled at any point, it's probably because I don't understand what's going on. Well, I will give it a go.</w:t>
      </w:r>
    </w:p>
    <w:p>
      <w:pPr>
        <w:spacing w:after="0"/>
      </w:pPr>
    </w:p>
    <w:p>
      <w:pPr>
        <w:spacing w:after="0"/>
      </w:pPr>
      <w:r>
        <w:rPr>
          <w:rFonts w:ascii="Arial" w:hAnsi="Arial"/>
          <w:b/>
          <w:sz w:val="22"/>
        </w:rPr>
        <w:t xml:space="preserve">Alice  </w:t>
      </w:r>
      <w:r>
        <w:rPr>
          <w:rFonts w:ascii="Arial" w:hAnsi="Arial"/>
          <w:color w:val="5D7284"/>
          <w:sz w:val="22"/>
        </w:rPr>
        <w:t>06:32</w:t>
      </w:r>
    </w:p>
    <w:p>
      <w:pPr>
        <w:spacing w:after="0"/>
      </w:pPr>
      <w:r>
        <w:rPr>
          <w:rFonts w:ascii="Arial" w:hAnsi="Arial"/>
          <w:sz w:val="22"/>
        </w:rPr>
        <w:t>Hopefully I will do my job and explain it to you before we launch too much into it.</w:t>
      </w:r>
    </w:p>
    <w:p>
      <w:pPr>
        <w:spacing w:after="0"/>
      </w:pPr>
    </w:p>
    <w:p>
      <w:pPr>
        <w:spacing w:after="0"/>
      </w:pPr>
      <w:r>
        <w:rPr>
          <w:rFonts w:ascii="Arial" w:hAnsi="Arial"/>
          <w:b/>
          <w:sz w:val="22"/>
        </w:rPr>
        <w:t xml:space="preserve">Lucy  </w:t>
      </w:r>
      <w:r>
        <w:rPr>
          <w:rFonts w:ascii="Arial" w:hAnsi="Arial"/>
          <w:color w:val="5D7284"/>
          <w:sz w:val="22"/>
        </w:rPr>
        <w:t>06:38</w:t>
      </w:r>
    </w:p>
    <w:p>
      <w:pPr>
        <w:spacing w:after="0"/>
      </w:pPr>
      <w:r>
        <w:rPr>
          <w:rFonts w:ascii="Arial" w:hAnsi="Arial"/>
          <w:sz w:val="22"/>
        </w:rPr>
        <w:t>Also as well. I think this is, this is when I like fABLEd when one of us, one or other of us don't have never really read or understood story before, because I think the listeners might be in that situation as well. So it works well,</w:t>
      </w:r>
    </w:p>
    <w:p>
      <w:pPr>
        <w:spacing w:after="0"/>
      </w:pPr>
    </w:p>
    <w:p>
      <w:pPr>
        <w:spacing w:after="0"/>
      </w:pPr>
      <w:r>
        <w:rPr>
          <w:rFonts w:ascii="Arial" w:hAnsi="Arial"/>
          <w:b/>
          <w:sz w:val="22"/>
        </w:rPr>
        <w:t xml:space="preserve">Alice  </w:t>
      </w:r>
      <w:r>
        <w:rPr>
          <w:rFonts w:ascii="Arial" w:hAnsi="Arial"/>
          <w:color w:val="5D7284"/>
          <w:sz w:val="22"/>
        </w:rPr>
        <w:t>06:55</w:t>
      </w:r>
    </w:p>
    <w:p>
      <w:pPr>
        <w:spacing w:after="0"/>
      </w:pPr>
      <w:r>
        <w:rPr>
          <w:rFonts w:ascii="Arial" w:hAnsi="Arial"/>
          <w:sz w:val="22"/>
        </w:rPr>
        <w:t xml:space="preserve">I think I am realizing that we haven't actually said what I'm doing. So most people, obviously, when they think of like disability and Shakespeare, they think Richard the Third. But you know, we've, we've been and done the real Richard. Yeah, so I decided to do something else. I'm doing King Lear. </w:t>
      </w:r>
    </w:p>
    <w:p>
      <w:pPr>
        <w:spacing w:after="0"/>
      </w:pPr>
    </w:p>
    <w:p>
      <w:pPr>
        <w:spacing w:after="0"/>
      </w:pPr>
      <w:r>
        <w:rPr>
          <w:rFonts w:ascii="Arial" w:hAnsi="Arial"/>
          <w:b/>
          <w:sz w:val="22"/>
        </w:rPr>
        <w:t xml:space="preserve">Lucy  </w:t>
      </w:r>
      <w:r>
        <w:rPr>
          <w:rFonts w:ascii="Arial" w:hAnsi="Arial"/>
          <w:color w:val="5D7284"/>
          <w:sz w:val="22"/>
        </w:rPr>
        <w:t>07:16</w:t>
      </w:r>
    </w:p>
    <w:p>
      <w:pPr>
        <w:spacing w:after="0"/>
      </w:pPr>
      <w:r>
        <w:rPr>
          <w:rFonts w:ascii="Arial" w:hAnsi="Arial"/>
          <w:sz w:val="22"/>
        </w:rPr>
        <w:t xml:space="preserve">see how I sounded surprised. </w:t>
      </w:r>
    </w:p>
    <w:p>
      <w:pPr>
        <w:spacing w:after="0"/>
      </w:pPr>
    </w:p>
    <w:p>
      <w:pPr>
        <w:spacing w:after="0"/>
      </w:pPr>
      <w:r>
        <w:rPr>
          <w:rFonts w:ascii="Arial" w:hAnsi="Arial"/>
          <w:b/>
          <w:sz w:val="22"/>
        </w:rPr>
        <w:t xml:space="preserve">Alice  </w:t>
      </w:r>
      <w:r>
        <w:rPr>
          <w:rFonts w:ascii="Arial" w:hAnsi="Arial"/>
          <w:color w:val="5D7284"/>
          <w:sz w:val="22"/>
        </w:rPr>
        <w:t>07:20</w:t>
      </w:r>
    </w:p>
    <w:p>
      <w:pPr>
        <w:spacing w:after="0"/>
      </w:pPr>
      <w:r>
        <w:rPr>
          <w:rFonts w:ascii="Arial" w:hAnsi="Arial"/>
          <w:sz w:val="22"/>
        </w:rPr>
        <w:t>Never mind the fact that we've had this in our calendar for three weeks, and it's just as King there. It's one of Shakespeare's tragedies. It's called, you can tell a Shakespeare tragedy, because basically everybody dies at the end, like it's a tragedy,</w:t>
      </w:r>
    </w:p>
    <w:p>
      <w:pPr>
        <w:spacing w:after="0"/>
      </w:pPr>
    </w:p>
    <w:p>
      <w:pPr>
        <w:spacing w:after="0"/>
      </w:pPr>
      <w:r>
        <w:rPr>
          <w:rFonts w:ascii="Arial" w:hAnsi="Arial"/>
          <w:b/>
          <w:sz w:val="22"/>
        </w:rPr>
        <w:t xml:space="preserve">Lucy  </w:t>
      </w:r>
      <w:r>
        <w:rPr>
          <w:rFonts w:ascii="Arial" w:hAnsi="Arial"/>
          <w:color w:val="5D7284"/>
          <w:sz w:val="22"/>
        </w:rPr>
        <w:t>07:39</w:t>
      </w:r>
    </w:p>
    <w:p>
      <w:pPr>
        <w:spacing w:after="0"/>
      </w:pPr>
      <w:r>
        <w:rPr>
          <w:rFonts w:ascii="Arial" w:hAnsi="Arial"/>
          <w:sz w:val="22"/>
        </w:rPr>
        <w:t xml:space="preserve">yeah, well, I would say that was quite tragic. Everybody dies, </w:t>
      </w:r>
    </w:p>
    <w:p>
      <w:pPr>
        <w:spacing w:after="0"/>
      </w:pPr>
    </w:p>
    <w:p>
      <w:pPr>
        <w:spacing w:after="0"/>
      </w:pPr>
      <w:r>
        <w:rPr>
          <w:rFonts w:ascii="Arial" w:hAnsi="Arial"/>
          <w:b/>
          <w:sz w:val="22"/>
        </w:rPr>
        <w:t xml:space="preserve">Alice  </w:t>
      </w:r>
      <w:r>
        <w:rPr>
          <w:rFonts w:ascii="Arial" w:hAnsi="Arial"/>
          <w:color w:val="5D7284"/>
          <w:sz w:val="22"/>
        </w:rPr>
        <w:t>07:43</w:t>
      </w:r>
    </w:p>
    <w:p>
      <w:pPr>
        <w:spacing w:after="0"/>
      </w:pPr>
      <w:r>
        <w:rPr>
          <w:rFonts w:ascii="Arial" w:hAnsi="Arial"/>
          <w:sz w:val="22"/>
        </w:rPr>
        <w:t>Yeah, Romeo and Juliet, tragedy. Guess why? So there's, there's a few characters in King Lear who kind of fit in the like disabled space. There are characters who are sort of disabled. Pretty much from the beginning, there are people who acquire their disabilities. There's even somebody who pretends to be disabled.</w:t>
      </w:r>
    </w:p>
    <w:p>
      <w:pPr>
        <w:spacing w:after="0"/>
      </w:pPr>
    </w:p>
    <w:p>
      <w:pPr>
        <w:spacing w:after="0"/>
      </w:pPr>
      <w:r>
        <w:rPr>
          <w:rFonts w:ascii="Arial" w:hAnsi="Arial"/>
          <w:b/>
          <w:sz w:val="22"/>
        </w:rPr>
        <w:t xml:space="preserve">Lucy  </w:t>
      </w:r>
      <w:r>
        <w:rPr>
          <w:rFonts w:ascii="Arial" w:hAnsi="Arial"/>
          <w:color w:val="5D7284"/>
          <w:sz w:val="22"/>
        </w:rPr>
        <w:t>08:13</w:t>
      </w:r>
    </w:p>
    <w:p>
      <w:pPr>
        <w:spacing w:after="0"/>
      </w:pPr>
      <w:r>
        <w:rPr>
          <w:rFonts w:ascii="Arial" w:hAnsi="Arial"/>
          <w:sz w:val="22"/>
        </w:rPr>
        <w:t>Okay, our favourite</w:t>
      </w:r>
    </w:p>
    <w:p>
      <w:pPr>
        <w:spacing w:after="0"/>
      </w:pPr>
    </w:p>
    <w:p>
      <w:pPr>
        <w:spacing w:after="0"/>
      </w:pPr>
      <w:r>
        <w:rPr>
          <w:rFonts w:ascii="Arial" w:hAnsi="Arial"/>
          <w:b/>
          <w:sz w:val="22"/>
        </w:rPr>
        <w:t xml:space="preserve">Alice  </w:t>
      </w:r>
      <w:r>
        <w:rPr>
          <w:rFonts w:ascii="Arial" w:hAnsi="Arial"/>
          <w:color w:val="5D7284"/>
          <w:sz w:val="22"/>
        </w:rPr>
        <w:t>08:18</w:t>
      </w:r>
    </w:p>
    <w:p>
      <w:pPr>
        <w:spacing w:after="0"/>
      </w:pPr>
      <w:r>
        <w:rPr>
          <w:rFonts w:ascii="Arial" w:hAnsi="Arial"/>
          <w:sz w:val="22"/>
        </w:rPr>
        <w:t xml:space="preserve">again, like I say, it's sort of part of a disguise. And Shakespeare was big into disguises. There's two main ones that I'm going to talk about mostly, though, and that is King Lear himself and Lord Gloucester. I'm going to try and avoid where I can using too many character names, because there's a lot of characters in this play who are named after places, and it gets a bit confusing. There's a Gloucester, there's a Cornwall, there's a Kent there might even be an Albany, </w:t>
      </w:r>
    </w:p>
    <w:p>
      <w:pPr>
        <w:spacing w:after="0"/>
      </w:pPr>
    </w:p>
    <w:p>
      <w:pPr>
        <w:spacing w:after="0"/>
      </w:pPr>
      <w:r>
        <w:rPr>
          <w:rFonts w:ascii="Arial" w:hAnsi="Arial"/>
          <w:b/>
          <w:sz w:val="22"/>
        </w:rPr>
        <w:t xml:space="preserve">Lucy  </w:t>
      </w:r>
      <w:r>
        <w:rPr>
          <w:rFonts w:ascii="Arial" w:hAnsi="Arial"/>
          <w:color w:val="5D7284"/>
          <w:sz w:val="22"/>
        </w:rPr>
        <w:t>08:54</w:t>
      </w:r>
    </w:p>
    <w:p>
      <w:pPr>
        <w:spacing w:after="0"/>
      </w:pPr>
      <w:r>
        <w:rPr>
          <w:rFonts w:ascii="Arial" w:hAnsi="Arial"/>
          <w:sz w:val="22"/>
        </w:rPr>
        <w:t>had he been on a tour like</w:t>
      </w:r>
    </w:p>
    <w:p>
      <w:pPr>
        <w:spacing w:after="0"/>
      </w:pPr>
    </w:p>
    <w:p>
      <w:pPr>
        <w:spacing w:after="0"/>
      </w:pPr>
      <w:r>
        <w:rPr>
          <w:rFonts w:ascii="Arial" w:hAnsi="Arial"/>
          <w:b/>
          <w:sz w:val="22"/>
        </w:rPr>
        <w:t xml:space="preserve">Alice  </w:t>
      </w:r>
      <w:r>
        <w:rPr>
          <w:rFonts w:ascii="Arial" w:hAnsi="Arial"/>
          <w:color w:val="5D7284"/>
          <w:sz w:val="22"/>
        </w:rPr>
        <w:t>08:57</w:t>
      </w:r>
    </w:p>
    <w:p>
      <w:pPr>
        <w:spacing w:after="0"/>
      </w:pPr>
      <w:r>
        <w:rPr>
          <w:rFonts w:ascii="Arial" w:hAnsi="Arial"/>
          <w:sz w:val="22"/>
        </w:rPr>
        <w:t>just got back off his holiday. But But yeah, so also, just as a kind of a bit of a forewarning, I am going to talk, I'm going to use the word madness and like mad quite a lot in this recording. And like Daisy always says, sort of, it's the words that we're using that were being used at the time. This is like 400 years old, and so it just, it seems right to use that word, even though it's not a word that we'd be using now to sort of talk about somebody with mental health. I'm there are also some more sort of modern readings of King Lear that reframe that quote, unquote, madness as something else. But we will. We'll talk a bit more about that towards the end. But Shall I just tell you the Story to start with</w:t>
      </w:r>
    </w:p>
    <w:p>
      <w:pPr>
        <w:spacing w:after="0"/>
      </w:pPr>
    </w:p>
    <w:p>
      <w:pPr>
        <w:spacing w:after="0"/>
      </w:pPr>
      <w:r>
        <w:rPr>
          <w:rFonts w:ascii="Arial" w:hAnsi="Arial"/>
          <w:b/>
          <w:sz w:val="22"/>
        </w:rPr>
        <w:t xml:space="preserve">Lucy  </w:t>
      </w:r>
      <w:r>
        <w:rPr>
          <w:rFonts w:ascii="Arial" w:hAnsi="Arial"/>
          <w:color w:val="5D7284"/>
          <w:sz w:val="22"/>
        </w:rPr>
        <w:t>10:01</w:t>
      </w:r>
    </w:p>
    <w:p>
      <w:pPr>
        <w:spacing w:after="0"/>
      </w:pPr>
      <w:r>
        <w:rPr>
          <w:rFonts w:ascii="Arial" w:hAnsi="Arial"/>
          <w:sz w:val="22"/>
        </w:rPr>
        <w:t xml:space="preserve">yes, please. </w:t>
      </w:r>
    </w:p>
    <w:p>
      <w:pPr>
        <w:spacing w:after="0"/>
      </w:pPr>
    </w:p>
    <w:p>
      <w:pPr>
        <w:spacing w:after="0"/>
      </w:pPr>
      <w:r>
        <w:rPr>
          <w:rFonts w:ascii="Arial" w:hAnsi="Arial"/>
          <w:b/>
          <w:sz w:val="22"/>
        </w:rPr>
        <w:t xml:space="preserve">Alice  </w:t>
      </w:r>
      <w:r>
        <w:rPr>
          <w:rFonts w:ascii="Arial" w:hAnsi="Arial"/>
          <w:color w:val="5D7284"/>
          <w:sz w:val="22"/>
        </w:rPr>
        <w:t>10:02</w:t>
      </w:r>
    </w:p>
    <w:p>
      <w:pPr>
        <w:spacing w:after="0"/>
      </w:pPr>
      <w:r>
        <w:rPr>
          <w:rFonts w:ascii="Arial" w:hAnsi="Arial"/>
          <w:sz w:val="22"/>
        </w:rPr>
        <w:t xml:space="preserve">Okay, so King Lear has got three daughters. He is an elderly, aging King, and he has decided that he wants to retire and enjoy all the perks of having of like being a king without any of the work. So he's he's going to retire, and he's going to divide his kingdom up between his three daughters. </w:t>
      </w:r>
    </w:p>
    <w:p>
      <w:pPr>
        <w:spacing w:after="0"/>
      </w:pPr>
    </w:p>
    <w:p>
      <w:pPr>
        <w:spacing w:after="0"/>
      </w:pPr>
      <w:r>
        <w:rPr>
          <w:rFonts w:ascii="Arial" w:hAnsi="Arial"/>
          <w:b/>
          <w:sz w:val="22"/>
        </w:rPr>
        <w:t xml:space="preserve">Lucy  </w:t>
      </w:r>
      <w:r>
        <w:rPr>
          <w:rFonts w:ascii="Arial" w:hAnsi="Arial"/>
          <w:color w:val="5D7284"/>
          <w:sz w:val="22"/>
        </w:rPr>
        <w:t>10:28</w:t>
      </w:r>
    </w:p>
    <w:p>
      <w:pPr>
        <w:spacing w:after="0"/>
      </w:pPr>
      <w:r>
        <w:rPr>
          <w:rFonts w:ascii="Arial" w:hAnsi="Arial"/>
          <w:sz w:val="22"/>
        </w:rPr>
        <w:t>Okay</w:t>
      </w:r>
    </w:p>
    <w:p>
      <w:pPr>
        <w:spacing w:after="0"/>
      </w:pPr>
    </w:p>
    <w:p>
      <w:pPr>
        <w:spacing w:after="0"/>
      </w:pPr>
      <w:r>
        <w:rPr>
          <w:rFonts w:ascii="Arial" w:hAnsi="Arial"/>
          <w:b/>
          <w:sz w:val="22"/>
        </w:rPr>
        <w:t xml:space="preserve">Alice  </w:t>
      </w:r>
      <w:r>
        <w:rPr>
          <w:rFonts w:ascii="Arial" w:hAnsi="Arial"/>
          <w:color w:val="5D7284"/>
          <w:sz w:val="22"/>
        </w:rPr>
        <w:t>10:29</w:t>
      </w:r>
    </w:p>
    <w:p>
      <w:pPr>
        <w:spacing w:after="0"/>
      </w:pPr>
      <w:r>
        <w:rPr>
          <w:rFonts w:ascii="Arial" w:hAnsi="Arial"/>
          <w:sz w:val="22"/>
        </w:rPr>
        <w:t xml:space="preserve">But instead of being like, here's a third, here's a third, here's a third, he calls all of his daughters together and says, I will divide my kingdom amongst like, dependent on how much you say you love me. So the daughter that says, Okay, that's I love you the most gets the most, which is like, not weird, not great. </w:t>
      </w:r>
    </w:p>
    <w:p>
      <w:pPr>
        <w:spacing w:after="0"/>
      </w:pPr>
    </w:p>
    <w:p>
      <w:pPr>
        <w:spacing w:after="0"/>
      </w:pPr>
      <w:r>
        <w:rPr>
          <w:rFonts w:ascii="Arial" w:hAnsi="Arial"/>
          <w:b/>
          <w:sz w:val="22"/>
        </w:rPr>
        <w:t xml:space="preserve">Lucy  </w:t>
      </w:r>
      <w:r>
        <w:rPr>
          <w:rFonts w:ascii="Arial" w:hAnsi="Arial"/>
          <w:color w:val="5D7284"/>
          <w:sz w:val="22"/>
        </w:rPr>
        <w:t>10:54</w:t>
      </w:r>
    </w:p>
    <w:p>
      <w:pPr>
        <w:spacing w:after="0"/>
      </w:pPr>
      <w:r>
        <w:rPr>
          <w:rFonts w:ascii="Arial" w:hAnsi="Arial"/>
          <w:sz w:val="22"/>
        </w:rPr>
        <w:t>No, I've got all sorts of like images in my head, that's not great, is it? No.</w:t>
      </w:r>
    </w:p>
    <w:p>
      <w:pPr>
        <w:spacing w:after="0"/>
      </w:pPr>
    </w:p>
    <w:p>
      <w:pPr>
        <w:spacing w:after="0"/>
      </w:pPr>
      <w:r>
        <w:rPr>
          <w:rFonts w:ascii="Arial" w:hAnsi="Arial"/>
          <w:b/>
          <w:sz w:val="22"/>
        </w:rPr>
        <w:t xml:space="preserve">Alice  </w:t>
      </w:r>
      <w:r>
        <w:rPr>
          <w:rFonts w:ascii="Arial" w:hAnsi="Arial"/>
          <w:color w:val="5D7284"/>
          <w:sz w:val="22"/>
        </w:rPr>
        <w:t>11:03</w:t>
      </w:r>
    </w:p>
    <w:p>
      <w:pPr>
        <w:spacing w:after="0"/>
      </w:pPr>
      <w:r>
        <w:rPr>
          <w:rFonts w:ascii="Arial" w:hAnsi="Arial"/>
          <w:sz w:val="22"/>
        </w:rPr>
        <w:t xml:space="preserve">so his eldest two daughters are who are already married. Are like, Yes, I love you 50 million times or whatever. There's big like, proclamations. And he's like, Okay, here's your bit. Here's your bit. And then it comes to his third daughter, Cordelia, </w:t>
      </w:r>
    </w:p>
    <w:p>
      <w:pPr>
        <w:spacing w:after="0"/>
      </w:pPr>
    </w:p>
    <w:p>
      <w:pPr>
        <w:spacing w:after="0"/>
      </w:pPr>
      <w:r>
        <w:rPr>
          <w:rFonts w:ascii="Arial" w:hAnsi="Arial"/>
          <w:b/>
          <w:sz w:val="22"/>
        </w:rPr>
        <w:t xml:space="preserve">Lucy  </w:t>
      </w:r>
      <w:r>
        <w:rPr>
          <w:rFonts w:ascii="Arial" w:hAnsi="Arial"/>
          <w:color w:val="5D7284"/>
          <w:sz w:val="22"/>
        </w:rPr>
        <w:t>11:22</w:t>
      </w:r>
    </w:p>
    <w:p>
      <w:pPr>
        <w:spacing w:after="0"/>
      </w:pPr>
      <w:r>
        <w:rPr>
          <w:rFonts w:ascii="Arial" w:hAnsi="Arial"/>
          <w:sz w:val="22"/>
        </w:rPr>
        <w:t xml:space="preserve">who says she's not bothered </w:t>
      </w:r>
    </w:p>
    <w:p>
      <w:pPr>
        <w:spacing w:after="0"/>
      </w:pPr>
    </w:p>
    <w:p>
      <w:pPr>
        <w:spacing w:after="0"/>
      </w:pPr>
      <w:r>
        <w:rPr>
          <w:rFonts w:ascii="Arial" w:hAnsi="Arial"/>
          <w:b/>
          <w:sz w:val="22"/>
        </w:rPr>
        <w:t xml:space="preserve">Alice  </w:t>
      </w:r>
      <w:r>
        <w:rPr>
          <w:rFonts w:ascii="Arial" w:hAnsi="Arial"/>
          <w:color w:val="5D7284"/>
          <w:sz w:val="22"/>
        </w:rPr>
        <w:t>11:24</w:t>
      </w:r>
    </w:p>
    <w:p>
      <w:pPr>
        <w:spacing w:after="0"/>
      </w:pPr>
      <w:r>
        <w:rPr>
          <w:rFonts w:ascii="Arial" w:hAnsi="Arial"/>
          <w:sz w:val="22"/>
        </w:rPr>
        <w:t xml:space="preserve">she's about to marry the King of France. And she says something like, I don't think it's okay for me to tell to basically to tell you that I love you more than I love my husband, </w:t>
      </w:r>
    </w:p>
    <w:p>
      <w:pPr>
        <w:spacing w:after="0"/>
      </w:pPr>
    </w:p>
    <w:p>
      <w:pPr>
        <w:spacing w:after="0"/>
      </w:pPr>
      <w:r>
        <w:rPr>
          <w:rFonts w:ascii="Arial" w:hAnsi="Arial"/>
          <w:b/>
          <w:sz w:val="22"/>
        </w:rPr>
        <w:t xml:space="preserve">Lucy  </w:t>
      </w:r>
      <w:r>
        <w:rPr>
          <w:rFonts w:ascii="Arial" w:hAnsi="Arial"/>
          <w:color w:val="5D7284"/>
          <w:sz w:val="22"/>
        </w:rPr>
        <w:t>11:35</w:t>
      </w:r>
    </w:p>
    <w:p>
      <w:pPr>
        <w:spacing w:after="0"/>
      </w:pPr>
      <w:r>
        <w:rPr>
          <w:rFonts w:ascii="Arial" w:hAnsi="Arial"/>
          <w:sz w:val="22"/>
        </w:rPr>
        <w:t xml:space="preserve">fair enough. </w:t>
      </w:r>
    </w:p>
    <w:p>
      <w:pPr>
        <w:spacing w:after="0"/>
      </w:pPr>
    </w:p>
    <w:p>
      <w:pPr>
        <w:spacing w:after="0"/>
      </w:pPr>
      <w:r>
        <w:rPr>
          <w:rFonts w:ascii="Arial" w:hAnsi="Arial"/>
          <w:b/>
          <w:sz w:val="22"/>
        </w:rPr>
        <w:t xml:space="preserve">Alice  </w:t>
      </w:r>
      <w:r>
        <w:rPr>
          <w:rFonts w:ascii="Arial" w:hAnsi="Arial"/>
          <w:color w:val="5D7284"/>
          <w:sz w:val="22"/>
        </w:rPr>
        <w:t>11:36</w:t>
      </w:r>
    </w:p>
    <w:p>
      <w:pPr>
        <w:spacing w:after="0"/>
      </w:pPr>
      <w:r>
        <w:rPr>
          <w:rFonts w:ascii="Arial" w:hAnsi="Arial"/>
          <w:sz w:val="22"/>
        </w:rPr>
        <w:t xml:space="preserve">And also, I don't think it's okay that you are making you want me to prove how much I love you. You should just trust that I love you. </w:t>
      </w:r>
    </w:p>
    <w:p>
      <w:pPr>
        <w:spacing w:after="0"/>
      </w:pPr>
    </w:p>
    <w:p>
      <w:pPr>
        <w:spacing w:after="0"/>
      </w:pPr>
      <w:r>
        <w:rPr>
          <w:rFonts w:ascii="Arial" w:hAnsi="Arial"/>
          <w:b/>
          <w:sz w:val="22"/>
        </w:rPr>
        <w:t xml:space="preserve">Lucy  </w:t>
      </w:r>
      <w:r>
        <w:rPr>
          <w:rFonts w:ascii="Arial" w:hAnsi="Arial"/>
          <w:color w:val="5D7284"/>
          <w:sz w:val="22"/>
        </w:rPr>
        <w:t>11:44</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11:45</w:t>
      </w:r>
    </w:p>
    <w:p>
      <w:pPr>
        <w:spacing w:after="0"/>
      </w:pPr>
      <w:r>
        <w:rPr>
          <w:rFonts w:ascii="Arial" w:hAnsi="Arial"/>
          <w:sz w:val="22"/>
        </w:rPr>
        <w:t xml:space="preserve">And he is so enraged by this that he banishes her, </w:t>
      </w:r>
    </w:p>
    <w:p>
      <w:pPr>
        <w:spacing w:after="0"/>
      </w:pPr>
    </w:p>
    <w:p>
      <w:pPr>
        <w:spacing w:after="0"/>
      </w:pPr>
      <w:r>
        <w:rPr>
          <w:rFonts w:ascii="Arial" w:hAnsi="Arial"/>
          <w:b/>
          <w:sz w:val="22"/>
        </w:rPr>
        <w:t xml:space="preserve">Lucy  </w:t>
      </w:r>
      <w:r>
        <w:rPr>
          <w:rFonts w:ascii="Arial" w:hAnsi="Arial"/>
          <w:color w:val="5D7284"/>
          <w:sz w:val="22"/>
        </w:rPr>
        <w:t>11:50</w:t>
      </w:r>
    </w:p>
    <w:p>
      <w:pPr>
        <w:spacing w:after="0"/>
      </w:pPr>
      <w:r>
        <w:rPr>
          <w:rFonts w:ascii="Arial" w:hAnsi="Arial"/>
          <w:sz w:val="22"/>
        </w:rPr>
        <w:t xml:space="preserve">where she banished to, </w:t>
      </w:r>
    </w:p>
    <w:p>
      <w:pPr>
        <w:spacing w:after="0"/>
      </w:pPr>
    </w:p>
    <w:p>
      <w:pPr>
        <w:spacing w:after="0"/>
      </w:pPr>
      <w:r>
        <w:rPr>
          <w:rFonts w:ascii="Arial" w:hAnsi="Arial"/>
          <w:b/>
          <w:sz w:val="22"/>
        </w:rPr>
        <w:t xml:space="preserve">Alice  </w:t>
      </w:r>
      <w:r>
        <w:rPr>
          <w:rFonts w:ascii="Arial" w:hAnsi="Arial"/>
          <w:color w:val="5D7284"/>
          <w:sz w:val="22"/>
        </w:rPr>
        <w:t>11:52</w:t>
      </w:r>
    </w:p>
    <w:p>
      <w:pPr>
        <w:spacing w:after="0"/>
      </w:pPr>
      <w:r>
        <w:rPr>
          <w:rFonts w:ascii="Arial" w:hAnsi="Arial"/>
          <w:sz w:val="22"/>
        </w:rPr>
        <w:t xml:space="preserve">where he just disowns her. So she has to go off, to go off. </w:t>
      </w:r>
    </w:p>
    <w:p>
      <w:pPr>
        <w:spacing w:after="0"/>
      </w:pPr>
    </w:p>
    <w:p>
      <w:pPr>
        <w:spacing w:after="0"/>
      </w:pPr>
      <w:r>
        <w:rPr>
          <w:rFonts w:ascii="Arial" w:hAnsi="Arial"/>
          <w:b/>
          <w:sz w:val="22"/>
        </w:rPr>
        <w:t xml:space="preserve">Lucy  </w:t>
      </w:r>
      <w:r>
        <w:rPr>
          <w:rFonts w:ascii="Arial" w:hAnsi="Arial"/>
          <w:color w:val="5D7284"/>
          <w:sz w:val="22"/>
        </w:rPr>
        <w:t>11:55</w:t>
      </w:r>
    </w:p>
    <w:p>
      <w:pPr>
        <w:spacing w:after="0"/>
      </w:pPr>
      <w:r>
        <w:rPr>
          <w:rFonts w:ascii="Arial" w:hAnsi="Arial"/>
          <w:sz w:val="22"/>
        </w:rPr>
        <w:t xml:space="preserve">So she should go to Spain. Then </w:t>
      </w:r>
    </w:p>
    <w:p>
      <w:pPr>
        <w:spacing w:after="0"/>
      </w:pPr>
    </w:p>
    <w:p>
      <w:pPr>
        <w:spacing w:after="0"/>
      </w:pPr>
      <w:r>
        <w:rPr>
          <w:rFonts w:ascii="Arial" w:hAnsi="Arial"/>
          <w:b/>
          <w:sz w:val="22"/>
        </w:rPr>
        <w:t xml:space="preserve">Alice  </w:t>
      </w:r>
      <w:r>
        <w:rPr>
          <w:rFonts w:ascii="Arial" w:hAnsi="Arial"/>
          <w:color w:val="5D7284"/>
          <w:sz w:val="22"/>
        </w:rPr>
        <w:t>11:58</w:t>
      </w:r>
    </w:p>
    <w:p>
      <w:pPr>
        <w:spacing w:after="0"/>
      </w:pPr>
      <w:r>
        <w:rPr>
          <w:rFonts w:ascii="Arial" w:hAnsi="Arial"/>
          <w:sz w:val="22"/>
        </w:rPr>
        <w:t xml:space="preserve">she's going to marry the France, the King of </w:t>
      </w:r>
    </w:p>
    <w:p>
      <w:pPr>
        <w:spacing w:after="0"/>
      </w:pPr>
    </w:p>
    <w:p>
      <w:pPr>
        <w:spacing w:after="0"/>
      </w:pPr>
      <w:r>
        <w:rPr>
          <w:rFonts w:ascii="Arial" w:hAnsi="Arial"/>
          <w:b/>
          <w:sz w:val="22"/>
        </w:rPr>
        <w:t xml:space="preserve">Lucy  </w:t>
      </w:r>
      <w:r>
        <w:rPr>
          <w:rFonts w:ascii="Arial" w:hAnsi="Arial"/>
          <w:color w:val="5D7284"/>
          <w:sz w:val="22"/>
        </w:rPr>
        <w:t>12:00</w:t>
      </w:r>
    </w:p>
    <w:p>
      <w:pPr>
        <w:spacing w:after="0"/>
      </w:pPr>
      <w:r>
        <w:rPr>
          <w:rFonts w:ascii="Arial" w:hAnsi="Arial"/>
          <w:sz w:val="22"/>
        </w:rPr>
        <w:t xml:space="preserve">France, not Spain, </w:t>
      </w:r>
    </w:p>
    <w:p>
      <w:pPr>
        <w:spacing w:after="0"/>
      </w:pPr>
    </w:p>
    <w:p>
      <w:pPr>
        <w:spacing w:after="0"/>
      </w:pPr>
      <w:r>
        <w:rPr>
          <w:rFonts w:ascii="Arial" w:hAnsi="Arial"/>
          <w:b/>
          <w:sz w:val="22"/>
        </w:rPr>
        <w:t xml:space="preserve">Alice  </w:t>
      </w:r>
      <w:r>
        <w:rPr>
          <w:rFonts w:ascii="Arial" w:hAnsi="Arial"/>
          <w:color w:val="5D7284"/>
          <w:sz w:val="22"/>
        </w:rPr>
        <w:t>12:02</w:t>
      </w:r>
    </w:p>
    <w:p>
      <w:pPr>
        <w:spacing w:after="0"/>
      </w:pPr>
      <w:r>
        <w:rPr>
          <w:rFonts w:ascii="Arial" w:hAnsi="Arial"/>
          <w:sz w:val="22"/>
        </w:rPr>
        <w:t xml:space="preserve">yeah. So she goes off to Spain, to France. </w:t>
      </w:r>
    </w:p>
    <w:p>
      <w:pPr>
        <w:spacing w:after="0"/>
      </w:pPr>
    </w:p>
    <w:p>
      <w:pPr>
        <w:spacing w:after="0"/>
      </w:pPr>
      <w:r>
        <w:rPr>
          <w:rFonts w:ascii="Arial" w:hAnsi="Arial"/>
          <w:b/>
          <w:sz w:val="22"/>
        </w:rPr>
        <w:t xml:space="preserve">Lucy  </w:t>
      </w:r>
      <w:r>
        <w:rPr>
          <w:rFonts w:ascii="Arial" w:hAnsi="Arial"/>
          <w:color w:val="5D7284"/>
          <w:sz w:val="22"/>
        </w:rPr>
        <w:t>12:05</w:t>
      </w:r>
    </w:p>
    <w:p>
      <w:pPr>
        <w:spacing w:after="0"/>
      </w:pPr>
      <w:r>
        <w:rPr>
          <w:rFonts w:ascii="Arial" w:hAnsi="Arial"/>
          <w:sz w:val="22"/>
        </w:rPr>
        <w:t xml:space="preserve">I mean, she could go off to Spain. </w:t>
      </w:r>
    </w:p>
    <w:p>
      <w:pPr>
        <w:spacing w:after="0"/>
      </w:pPr>
    </w:p>
    <w:p>
      <w:pPr>
        <w:spacing w:after="0"/>
      </w:pPr>
      <w:r>
        <w:rPr>
          <w:rFonts w:ascii="Arial" w:hAnsi="Arial"/>
          <w:b/>
          <w:sz w:val="22"/>
        </w:rPr>
        <w:t xml:space="preserve">Alice  </w:t>
      </w:r>
      <w:r>
        <w:rPr>
          <w:rFonts w:ascii="Arial" w:hAnsi="Arial"/>
          <w:color w:val="5D7284"/>
          <w:sz w:val="22"/>
        </w:rPr>
        <w:t>12:06</w:t>
      </w:r>
    </w:p>
    <w:p>
      <w:pPr>
        <w:spacing w:after="0"/>
      </w:pPr>
      <w:r>
        <w:rPr>
          <w:rFonts w:ascii="Arial" w:hAnsi="Arial"/>
          <w:sz w:val="22"/>
        </w:rPr>
        <w:t xml:space="preserve">She could nice and nice, yeah. She's like, Fuck this. I'm off to Benidorm. So, yeah. So he divides his ends up dividing his kingdom amongst his two elder daughters. After this happens, some other stuff happens there. We're introduced to King Lear, obviously, like any king, he's got like a court of allies, including Lord Gloucester. Lord Gloucester is like one of his longest sort of allies and friends. They're very close, </w:t>
      </w:r>
    </w:p>
    <w:p>
      <w:pPr>
        <w:spacing w:after="0"/>
      </w:pPr>
    </w:p>
    <w:p>
      <w:pPr>
        <w:spacing w:after="0"/>
      </w:pPr>
      <w:r>
        <w:rPr>
          <w:rFonts w:ascii="Arial" w:hAnsi="Arial"/>
          <w:b/>
          <w:sz w:val="22"/>
        </w:rPr>
        <w:t xml:space="preserve">Lucy  </w:t>
      </w:r>
      <w:r>
        <w:rPr>
          <w:rFonts w:ascii="Arial" w:hAnsi="Arial"/>
          <w:color w:val="5D7284"/>
          <w:sz w:val="22"/>
        </w:rPr>
        <w:t>12:07</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12:41</w:t>
      </w:r>
    </w:p>
    <w:p>
      <w:pPr>
        <w:spacing w:after="0"/>
      </w:pPr>
      <w:r>
        <w:rPr>
          <w:rFonts w:ascii="Arial" w:hAnsi="Arial"/>
          <w:sz w:val="22"/>
        </w:rPr>
        <w:t>Gloucester has got two sons. He has a legitimate son named Edgar, and just to confuse things, he has an illegitimate son named Edmund, because he couldn't think of different enough names,</w:t>
      </w:r>
    </w:p>
    <w:p>
      <w:pPr>
        <w:spacing w:after="0"/>
      </w:pPr>
    </w:p>
    <w:p>
      <w:pPr>
        <w:spacing w:after="0"/>
      </w:pPr>
      <w:r>
        <w:rPr>
          <w:rFonts w:ascii="Arial" w:hAnsi="Arial"/>
          <w:b/>
          <w:sz w:val="22"/>
        </w:rPr>
        <w:t xml:space="preserve">Lucy  </w:t>
      </w:r>
      <w:r>
        <w:rPr>
          <w:rFonts w:ascii="Arial" w:hAnsi="Arial"/>
          <w:color w:val="5D7284"/>
          <w:sz w:val="22"/>
        </w:rPr>
        <w:t>13:07</w:t>
      </w:r>
    </w:p>
    <w:p>
      <w:pPr>
        <w:spacing w:after="0"/>
      </w:pPr>
      <w:r>
        <w:rPr>
          <w:rFonts w:ascii="Arial" w:hAnsi="Arial"/>
          <w:sz w:val="22"/>
        </w:rPr>
        <w:t>because he was just stuck on E in the baby name book.</w:t>
      </w:r>
    </w:p>
    <w:p>
      <w:pPr>
        <w:spacing w:after="0"/>
      </w:pPr>
    </w:p>
    <w:p>
      <w:pPr>
        <w:spacing w:after="0"/>
      </w:pPr>
      <w:r>
        <w:rPr>
          <w:rFonts w:ascii="Arial" w:hAnsi="Arial"/>
          <w:b/>
          <w:sz w:val="22"/>
        </w:rPr>
        <w:t xml:space="preserve">Alice  </w:t>
      </w:r>
      <w:r>
        <w:rPr>
          <w:rFonts w:ascii="Arial" w:hAnsi="Arial"/>
          <w:color w:val="5D7284"/>
          <w:sz w:val="22"/>
        </w:rPr>
        <w:t>13:10</w:t>
      </w:r>
    </w:p>
    <w:p>
      <w:pPr>
        <w:spacing w:after="0"/>
      </w:pPr>
      <w:r>
        <w:rPr>
          <w:rFonts w:ascii="Arial" w:hAnsi="Arial"/>
          <w:sz w:val="22"/>
        </w:rPr>
        <w:t>Yeah, that was exactly what happened. Yeah. So after Lear, like, he's banished his daughters, he his youngest daughter. He then goes to his two eldest daughters have got their own castles, and he visits them one after another, and at each daughter's Castle, they basically have a fallen out. Because, as you may be learning, Lear's a little bit of a prick.</w:t>
      </w:r>
    </w:p>
    <w:p>
      <w:pPr>
        <w:spacing w:after="0"/>
      </w:pPr>
    </w:p>
    <w:p>
      <w:pPr>
        <w:spacing w:after="0"/>
      </w:pPr>
      <w:r>
        <w:rPr>
          <w:rFonts w:ascii="Arial" w:hAnsi="Arial"/>
          <w:b/>
          <w:sz w:val="22"/>
        </w:rPr>
        <w:t xml:space="preserve">Lucy  </w:t>
      </w:r>
      <w:r>
        <w:rPr>
          <w:rFonts w:ascii="Arial" w:hAnsi="Arial"/>
          <w:color w:val="5D7284"/>
          <w:sz w:val="22"/>
        </w:rPr>
        <w:t>13:37</w:t>
      </w:r>
    </w:p>
    <w:p>
      <w:pPr>
        <w:spacing w:after="0"/>
      </w:pPr>
      <w:r>
        <w:rPr>
          <w:rFonts w:ascii="Arial" w:hAnsi="Arial"/>
          <w:sz w:val="22"/>
        </w:rPr>
        <w:t xml:space="preserve">Yeah, I was gonna say exactly the same. It's a bit like a drunk Uncle. Isn't it like Christmas, where everybody dreads the fact that he's had another drink, because in a minute, any minute now, is gonna kick off. Yeah, okay, in that sort of sense, from the man </w:t>
      </w:r>
    </w:p>
    <w:p>
      <w:pPr>
        <w:spacing w:after="0"/>
      </w:pPr>
    </w:p>
    <w:p>
      <w:pPr>
        <w:spacing w:after="0"/>
      </w:pPr>
      <w:r>
        <w:rPr>
          <w:rFonts w:ascii="Arial" w:hAnsi="Arial"/>
          <w:b/>
          <w:sz w:val="22"/>
        </w:rPr>
        <w:t xml:space="preserve">Alice  </w:t>
      </w:r>
      <w:r>
        <w:rPr>
          <w:rFonts w:ascii="Arial" w:hAnsi="Arial"/>
          <w:color w:val="5D7284"/>
          <w:sz w:val="22"/>
        </w:rPr>
        <w:t>13:55</w:t>
      </w:r>
    </w:p>
    <w:p>
      <w:pPr>
        <w:spacing w:after="0"/>
      </w:pPr>
      <w:r>
        <w:rPr>
          <w:rFonts w:ascii="Arial" w:hAnsi="Arial"/>
          <w:sz w:val="22"/>
        </w:rPr>
        <w:t xml:space="preserve">And the the daughters, the the two older daughters, have this whole conversation about how he's all basically always been like this, but it's getting worse now that he's getting older, </w:t>
      </w:r>
    </w:p>
    <w:p>
      <w:pPr>
        <w:spacing w:after="0"/>
      </w:pPr>
    </w:p>
    <w:p>
      <w:pPr>
        <w:spacing w:after="0"/>
      </w:pPr>
      <w:r>
        <w:rPr>
          <w:rFonts w:ascii="Arial" w:hAnsi="Arial"/>
          <w:b/>
          <w:sz w:val="22"/>
        </w:rPr>
        <w:t xml:space="preserve">Lucy  </w:t>
      </w:r>
      <w:r>
        <w:rPr>
          <w:rFonts w:ascii="Arial" w:hAnsi="Arial"/>
          <w:color w:val="5D7284"/>
          <w:sz w:val="22"/>
        </w:rPr>
        <w:t>14:05</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14:06</w:t>
      </w:r>
    </w:p>
    <w:p>
      <w:pPr>
        <w:spacing w:after="0"/>
      </w:pPr>
      <w:r>
        <w:rPr>
          <w:rFonts w:ascii="Arial" w:hAnsi="Arial"/>
          <w:sz w:val="22"/>
        </w:rPr>
        <w:t>We also when we during this time we meet, when we met Gloucester, Edmund, the illegitimate son, overhears Gloucester basically having a joke at Edmund's expense, being like, oh, you know, he's my illegitimate son, and he's fine and everything, and it was, like, worth the role in the hay with whoever his mother was. But basically, you know, disrespecting him,</w:t>
      </w:r>
    </w:p>
    <w:p>
      <w:pPr>
        <w:spacing w:after="0"/>
      </w:pPr>
    </w:p>
    <w:p>
      <w:pPr>
        <w:spacing w:after="0"/>
      </w:pPr>
      <w:r>
        <w:rPr>
          <w:rFonts w:ascii="Arial" w:hAnsi="Arial"/>
          <w:b/>
          <w:sz w:val="22"/>
        </w:rPr>
        <w:t xml:space="preserve">Lucy  </w:t>
      </w:r>
      <w:r>
        <w:rPr>
          <w:rFonts w:ascii="Arial" w:hAnsi="Arial"/>
          <w:color w:val="5D7284"/>
          <w:sz w:val="22"/>
        </w:rPr>
        <w:t>14:32</w:t>
      </w:r>
    </w:p>
    <w:p>
      <w:pPr>
        <w:spacing w:after="0"/>
      </w:pPr>
      <w:r>
        <w:rPr>
          <w:rFonts w:ascii="Arial" w:hAnsi="Arial"/>
          <w:sz w:val="22"/>
        </w:rPr>
        <w:t>and did he know is illegitimate or not</w:t>
      </w:r>
    </w:p>
    <w:p>
      <w:pPr>
        <w:spacing w:after="0"/>
      </w:pPr>
    </w:p>
    <w:p>
      <w:pPr>
        <w:spacing w:after="0"/>
      </w:pPr>
      <w:r>
        <w:rPr>
          <w:rFonts w:ascii="Arial" w:hAnsi="Arial"/>
          <w:b/>
          <w:sz w:val="22"/>
        </w:rPr>
        <w:t xml:space="preserve">Alice  </w:t>
      </w:r>
      <w:r>
        <w:rPr>
          <w:rFonts w:ascii="Arial" w:hAnsi="Arial"/>
          <w:color w:val="5D7284"/>
          <w:sz w:val="22"/>
        </w:rPr>
        <w:t>14:37</w:t>
      </w:r>
    </w:p>
    <w:p>
      <w:pPr>
        <w:spacing w:after="0"/>
      </w:pPr>
      <w:r>
        <w:rPr>
          <w:rFonts w:ascii="Arial" w:hAnsi="Arial"/>
          <w:sz w:val="22"/>
        </w:rPr>
        <w:t xml:space="preserve">It's not, it's not like, he's not like, oh my god, like surprised by it, yeah, but he's angry, </w:t>
      </w:r>
    </w:p>
    <w:p>
      <w:pPr>
        <w:spacing w:after="0"/>
      </w:pPr>
    </w:p>
    <w:p>
      <w:pPr>
        <w:spacing w:after="0"/>
      </w:pPr>
      <w:r>
        <w:rPr>
          <w:rFonts w:ascii="Arial" w:hAnsi="Arial"/>
          <w:b/>
          <w:sz w:val="22"/>
        </w:rPr>
        <w:t xml:space="preserve">Lucy  </w:t>
      </w:r>
      <w:r>
        <w:rPr>
          <w:rFonts w:ascii="Arial" w:hAnsi="Arial"/>
          <w:color w:val="5D7284"/>
          <w:sz w:val="22"/>
        </w:rPr>
        <w:t>14:43</w:t>
      </w:r>
    </w:p>
    <w:p>
      <w:pPr>
        <w:spacing w:after="0"/>
      </w:pPr>
      <w:r>
        <w:rPr>
          <w:rFonts w:ascii="Arial" w:hAnsi="Arial"/>
          <w:sz w:val="22"/>
        </w:rPr>
        <w:t xml:space="preserve">right </w:t>
      </w:r>
    </w:p>
    <w:p>
      <w:pPr>
        <w:spacing w:after="0"/>
      </w:pPr>
    </w:p>
    <w:p>
      <w:pPr>
        <w:spacing w:after="0"/>
      </w:pPr>
      <w:r>
        <w:rPr>
          <w:rFonts w:ascii="Arial" w:hAnsi="Arial"/>
          <w:b/>
          <w:sz w:val="22"/>
        </w:rPr>
        <w:t xml:space="preserve">Alice  </w:t>
      </w:r>
      <w:r>
        <w:rPr>
          <w:rFonts w:ascii="Arial" w:hAnsi="Arial"/>
          <w:color w:val="5D7284"/>
          <w:sz w:val="22"/>
        </w:rPr>
        <w:t>14:44</w:t>
      </w:r>
    </w:p>
    <w:p>
      <w:pPr>
        <w:spacing w:after="0"/>
      </w:pPr>
      <w:r>
        <w:rPr>
          <w:rFonts w:ascii="Arial" w:hAnsi="Arial"/>
          <w:sz w:val="22"/>
        </w:rPr>
        <w:t xml:space="preserve"> And what he, what Edmund, decides to do is try and turn he, he, he decides he wants to get back at both his father and his brother. So he decides to start like. Scheming to just try and get power basically.</w:t>
      </w:r>
    </w:p>
    <w:p>
      <w:pPr>
        <w:spacing w:after="0"/>
      </w:pPr>
    </w:p>
    <w:p>
      <w:pPr>
        <w:spacing w:after="0"/>
      </w:pPr>
      <w:r>
        <w:rPr>
          <w:rFonts w:ascii="Arial" w:hAnsi="Arial"/>
          <w:b/>
          <w:sz w:val="22"/>
        </w:rPr>
        <w:t xml:space="preserve">Lucy  </w:t>
      </w:r>
      <w:r>
        <w:rPr>
          <w:rFonts w:ascii="Arial" w:hAnsi="Arial"/>
          <w:color w:val="5D7284"/>
          <w:sz w:val="22"/>
        </w:rPr>
        <w:t>15:02</w:t>
      </w:r>
    </w:p>
    <w:p>
      <w:pPr>
        <w:spacing w:after="0"/>
      </w:pPr>
      <w:r>
        <w:rPr>
          <w:rFonts w:ascii="Arial" w:hAnsi="Arial"/>
          <w:sz w:val="22"/>
        </w:rPr>
        <w:t>Okay, so, so far, this sounds like an episode of EastEnders.</w:t>
      </w:r>
    </w:p>
    <w:p>
      <w:pPr>
        <w:spacing w:after="0"/>
      </w:pPr>
    </w:p>
    <w:p>
      <w:pPr>
        <w:spacing w:after="0"/>
      </w:pPr>
      <w:r>
        <w:rPr>
          <w:rFonts w:ascii="Arial" w:hAnsi="Arial"/>
          <w:b/>
          <w:sz w:val="22"/>
        </w:rPr>
        <w:t xml:space="preserve">Alice  </w:t>
      </w:r>
      <w:r>
        <w:rPr>
          <w:rFonts w:ascii="Arial" w:hAnsi="Arial"/>
          <w:color w:val="5D7284"/>
          <w:sz w:val="22"/>
        </w:rPr>
        <w:t>15:06</w:t>
      </w:r>
    </w:p>
    <w:p>
      <w:pPr>
        <w:spacing w:after="0"/>
      </w:pPr>
      <w:r>
        <w:rPr>
          <w:rFonts w:ascii="Arial" w:hAnsi="Arial"/>
          <w:sz w:val="22"/>
        </w:rPr>
        <w:t xml:space="preserve">It is a bit, yeah, yeah. So Edmund starts spreading rumors about his brother being, like, disloyal towards Gloucester, who's obviously their dad, and Edgar, who is the legitimate son, is like, well, shit's gonna kick off. And so he he does a bunk like, gets, gets out of dodge, basically, right after Leah visits his second daughter, and she's like, get out my castle. He is left, he sort of, he storms out and is left wandering the kingdom, basically, you know, he's got, he's got no home, he's got no family who want him anymore, because he's alienated everybody. And so he's, you know, he's out, he's out on his own, and it's all, it's all just sort of starting to fall apart, yes, yeah, yeah, exactly. It is actually that. So after Lear leaves and when Edmund has started scheming, it basically results in war being declared between England and France, </w:t>
      </w:r>
    </w:p>
    <w:p>
      <w:pPr>
        <w:spacing w:after="0"/>
      </w:pPr>
    </w:p>
    <w:p>
      <w:pPr>
        <w:spacing w:after="0"/>
      </w:pPr>
      <w:r>
        <w:rPr>
          <w:rFonts w:ascii="Arial" w:hAnsi="Arial"/>
          <w:b/>
          <w:sz w:val="22"/>
        </w:rPr>
        <w:t xml:space="preserve">Lucy  </w:t>
      </w:r>
      <w:r>
        <w:rPr>
          <w:rFonts w:ascii="Arial" w:hAnsi="Arial"/>
          <w:color w:val="5D7284"/>
          <w:sz w:val="22"/>
        </w:rPr>
        <w:t>16:24</w:t>
      </w:r>
    </w:p>
    <w:p>
      <w:pPr>
        <w:spacing w:after="0"/>
      </w:pPr>
      <w:r>
        <w:rPr>
          <w:rFonts w:ascii="Arial" w:hAnsi="Arial"/>
          <w:sz w:val="22"/>
        </w:rPr>
        <w:t>okay,</w:t>
      </w:r>
    </w:p>
    <w:p>
      <w:pPr>
        <w:spacing w:after="0"/>
      </w:pPr>
    </w:p>
    <w:p>
      <w:pPr>
        <w:spacing w:after="0"/>
      </w:pPr>
      <w:r>
        <w:rPr>
          <w:rFonts w:ascii="Arial" w:hAnsi="Arial"/>
          <w:b/>
          <w:sz w:val="22"/>
        </w:rPr>
        <w:t xml:space="preserve">Alice  </w:t>
      </w:r>
      <w:r>
        <w:rPr>
          <w:rFonts w:ascii="Arial" w:hAnsi="Arial"/>
          <w:color w:val="5D7284"/>
          <w:sz w:val="22"/>
        </w:rPr>
        <w:t>16:25</w:t>
      </w:r>
    </w:p>
    <w:p>
      <w:pPr>
        <w:spacing w:after="0"/>
      </w:pPr>
      <w:r>
        <w:rPr>
          <w:rFonts w:ascii="Arial" w:hAnsi="Arial"/>
          <w:sz w:val="22"/>
        </w:rPr>
        <w:t xml:space="preserve"> and obviously Cordelia has gone off to marry France, </w:t>
      </w:r>
    </w:p>
    <w:p>
      <w:pPr>
        <w:spacing w:after="0"/>
      </w:pPr>
    </w:p>
    <w:p>
      <w:pPr>
        <w:spacing w:after="0"/>
      </w:pPr>
      <w:r>
        <w:rPr>
          <w:rFonts w:ascii="Arial" w:hAnsi="Arial"/>
          <w:b/>
          <w:sz w:val="22"/>
        </w:rPr>
        <w:t xml:space="preserve">Lucy  </w:t>
      </w:r>
      <w:r>
        <w:rPr>
          <w:rFonts w:ascii="Arial" w:hAnsi="Arial"/>
          <w:color w:val="5D7284"/>
          <w:sz w:val="22"/>
        </w:rPr>
        <w:t>16:30</w:t>
      </w:r>
    </w:p>
    <w:p>
      <w:pPr>
        <w:spacing w:after="0"/>
      </w:pPr>
      <w:r>
        <w:rPr>
          <w:rFonts w:ascii="Arial" w:hAnsi="Arial"/>
          <w:sz w:val="22"/>
        </w:rPr>
        <w:t xml:space="preserve">yes. </w:t>
      </w:r>
    </w:p>
    <w:p>
      <w:pPr>
        <w:spacing w:after="0"/>
      </w:pPr>
    </w:p>
    <w:p>
      <w:pPr>
        <w:spacing w:after="0"/>
      </w:pPr>
      <w:r>
        <w:rPr>
          <w:rFonts w:ascii="Arial" w:hAnsi="Arial"/>
          <w:b/>
          <w:sz w:val="22"/>
        </w:rPr>
        <w:t xml:space="preserve">Alice  </w:t>
      </w:r>
      <w:r>
        <w:rPr>
          <w:rFonts w:ascii="Arial" w:hAnsi="Arial"/>
          <w:color w:val="5D7284"/>
          <w:sz w:val="22"/>
        </w:rPr>
        <w:t>16:31</w:t>
      </w:r>
    </w:p>
    <w:p>
      <w:pPr>
        <w:spacing w:after="0"/>
      </w:pPr>
      <w:r>
        <w:rPr>
          <w:rFonts w:ascii="Arial" w:hAnsi="Arial"/>
          <w:sz w:val="22"/>
        </w:rPr>
        <w:t xml:space="preserve">And then the other side is his other daughters and Edmund like plotting against France, </w:t>
      </w:r>
    </w:p>
    <w:p>
      <w:pPr>
        <w:spacing w:after="0"/>
      </w:pPr>
    </w:p>
    <w:p>
      <w:pPr>
        <w:spacing w:after="0"/>
      </w:pPr>
      <w:r>
        <w:rPr>
          <w:rFonts w:ascii="Arial" w:hAnsi="Arial"/>
          <w:b/>
          <w:sz w:val="22"/>
        </w:rPr>
        <w:t xml:space="preserve">Alice  </w:t>
      </w:r>
      <w:r>
        <w:rPr>
          <w:rFonts w:ascii="Arial" w:hAnsi="Arial"/>
          <w:color w:val="5D7284"/>
          <w:sz w:val="22"/>
        </w:rPr>
        <w:t>16:40</w:t>
      </w:r>
    </w:p>
    <w:p>
      <w:pPr>
        <w:spacing w:after="0"/>
      </w:pPr>
      <w:r>
        <w:rPr>
          <w:rFonts w:ascii="Arial" w:hAnsi="Arial"/>
          <w:sz w:val="22"/>
        </w:rPr>
        <w:t>yes. And this is this very, very complicated, but yes, like, I'm, I'm with you.</w:t>
      </w:r>
    </w:p>
    <w:p>
      <w:pPr>
        <w:spacing w:after="0"/>
      </w:pPr>
    </w:p>
    <w:p>
      <w:pPr>
        <w:spacing w:after="0"/>
      </w:pPr>
      <w:r>
        <w:rPr>
          <w:rFonts w:ascii="Arial" w:hAnsi="Arial"/>
          <w:b/>
          <w:sz w:val="22"/>
        </w:rPr>
        <w:t xml:space="preserve">Alice  </w:t>
      </w:r>
      <w:r>
        <w:rPr>
          <w:rFonts w:ascii="Arial" w:hAnsi="Arial"/>
          <w:color w:val="5D7284"/>
          <w:sz w:val="22"/>
        </w:rPr>
        <w:t>16:47</w:t>
      </w:r>
    </w:p>
    <w:p>
      <w:pPr>
        <w:spacing w:after="0"/>
      </w:pPr>
      <w:r>
        <w:rPr>
          <w:rFonts w:ascii="Arial" w:hAnsi="Arial"/>
          <w:sz w:val="22"/>
        </w:rPr>
        <w:t>And the war thing is not, it's weird. It's not hugely important. It is, it is the story, in a lot of ways, is this is the the action that is happening, is that this war is happening, but it's sort of going on in the background. The whole time</w:t>
      </w:r>
    </w:p>
    <w:p>
      <w:pPr>
        <w:spacing w:after="0"/>
      </w:pPr>
    </w:p>
    <w:p>
      <w:pPr>
        <w:spacing w:after="0"/>
      </w:pPr>
      <w:r>
        <w:rPr>
          <w:rFonts w:ascii="Arial" w:hAnsi="Arial"/>
          <w:b/>
          <w:sz w:val="22"/>
        </w:rPr>
        <w:t xml:space="preserve">Lucy  </w:t>
      </w:r>
      <w:r>
        <w:rPr>
          <w:rFonts w:ascii="Arial" w:hAnsi="Arial"/>
          <w:color w:val="5D7284"/>
          <w:sz w:val="22"/>
        </w:rPr>
        <w:t>17:02</w:t>
      </w:r>
    </w:p>
    <w:p>
      <w:pPr>
        <w:spacing w:after="0"/>
      </w:pPr>
      <w:r>
        <w:rPr>
          <w:rFonts w:ascii="Arial" w:hAnsi="Arial"/>
          <w:sz w:val="22"/>
        </w:rPr>
        <w:t xml:space="preserve">I was gonna say, is it like background noise? Basically, </w:t>
      </w:r>
    </w:p>
    <w:p>
      <w:pPr>
        <w:spacing w:after="0"/>
      </w:pPr>
    </w:p>
    <w:p>
      <w:pPr>
        <w:spacing w:after="0"/>
      </w:pPr>
      <w:r>
        <w:rPr>
          <w:rFonts w:ascii="Arial" w:hAnsi="Arial"/>
          <w:b/>
          <w:sz w:val="22"/>
        </w:rPr>
        <w:t xml:space="preserve">Alice  </w:t>
      </w:r>
      <w:r>
        <w:rPr>
          <w:rFonts w:ascii="Arial" w:hAnsi="Arial"/>
          <w:color w:val="5D7284"/>
          <w:sz w:val="22"/>
        </w:rPr>
        <w:t>17:04</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17:05</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17:06</w:t>
      </w:r>
    </w:p>
    <w:p>
      <w:pPr>
        <w:spacing w:after="0"/>
      </w:pPr>
      <w:r>
        <w:rPr>
          <w:rFonts w:ascii="Arial" w:hAnsi="Arial"/>
          <w:sz w:val="22"/>
        </w:rPr>
        <w:t xml:space="preserve">The biggest thing about it is this kind of, these relationship breakdowns, so and the scheming, the Edmund scheming thing, like a lot of the play, is the Shakespeare stuff of, like, rumors being spread and like messengers being like, bribed to send messages, messages being changed in transit, and there's a lot of that. But the stuff that's kind of the focus of what we're talking about is these, these characters and their relationships, really. So I won't tell you about the I mean, I've already sort of spoiled the end and said everybody dies, but I won't tell you the specifics just yet. </w:t>
      </w:r>
    </w:p>
    <w:p>
      <w:pPr>
        <w:spacing w:after="0"/>
      </w:pPr>
    </w:p>
    <w:p>
      <w:pPr>
        <w:spacing w:after="0"/>
      </w:pPr>
      <w:r>
        <w:rPr>
          <w:rFonts w:ascii="Arial" w:hAnsi="Arial"/>
          <w:b/>
          <w:sz w:val="22"/>
        </w:rPr>
        <w:t xml:space="preserve">Lucy  </w:t>
      </w:r>
      <w:r>
        <w:rPr>
          <w:rFonts w:ascii="Arial" w:hAnsi="Arial"/>
          <w:color w:val="5D7284"/>
          <w:sz w:val="22"/>
        </w:rPr>
        <w:t>17:53</w:t>
      </w:r>
    </w:p>
    <w:p>
      <w:pPr>
        <w:spacing w:after="0"/>
      </w:pPr>
      <w:r>
        <w:rPr>
          <w:rFonts w:ascii="Arial" w:hAnsi="Arial"/>
          <w:sz w:val="22"/>
        </w:rPr>
        <w:t>Okay,</w:t>
      </w:r>
    </w:p>
    <w:p>
      <w:pPr>
        <w:spacing w:after="0"/>
      </w:pPr>
    </w:p>
    <w:p>
      <w:pPr>
        <w:spacing w:after="0"/>
      </w:pPr>
      <w:r>
        <w:rPr>
          <w:rFonts w:ascii="Arial" w:hAnsi="Arial"/>
          <w:b/>
          <w:sz w:val="22"/>
        </w:rPr>
        <w:t xml:space="preserve">Alice  </w:t>
      </w:r>
      <w:r>
        <w:rPr>
          <w:rFonts w:ascii="Arial" w:hAnsi="Arial"/>
          <w:color w:val="5D7284"/>
          <w:sz w:val="22"/>
        </w:rPr>
        <w:t>17:53</w:t>
      </w:r>
    </w:p>
    <w:p>
      <w:pPr>
        <w:spacing w:after="0"/>
      </w:pPr>
      <w:r>
        <w:rPr>
          <w:rFonts w:ascii="Arial" w:hAnsi="Arial"/>
          <w:sz w:val="22"/>
        </w:rPr>
        <w:t xml:space="preserve"> just thinking about, like the disability representation and the disabled characters in this to start with, it's obviously Lear um, after he leaves his his daughter's castle, he he wanders out into a storm. And this is the point that he he himself starts saying, starts questioning whether he's going mad. And he starts saying, like, oh, you know, please not an exact quote, but it's like, Oh, please don't let me get go mad and like, he's, he's worrying about his mental state. But if you like, what I think is interesting is how, like, he's talking about madness, and what we'll see later is a very kind of, a very specific type of quote, unquote madness that Lear has. But like, don't you think the behavior at the beginning? Yes, that's not someone who's doing allright? </w:t>
      </w:r>
    </w:p>
    <w:p>
      <w:pPr>
        <w:spacing w:after="0"/>
      </w:pPr>
    </w:p>
    <w:p>
      <w:pPr>
        <w:spacing w:after="0"/>
      </w:pPr>
      <w:r>
        <w:rPr>
          <w:rFonts w:ascii="Arial" w:hAnsi="Arial"/>
          <w:b/>
          <w:sz w:val="22"/>
        </w:rPr>
        <w:t xml:space="preserve">Lucy  </w:t>
      </w:r>
      <w:r>
        <w:rPr>
          <w:rFonts w:ascii="Arial" w:hAnsi="Arial"/>
          <w:color w:val="5D7284"/>
          <w:sz w:val="22"/>
        </w:rPr>
        <w:t>19:01</w:t>
      </w:r>
    </w:p>
    <w:p>
      <w:pPr>
        <w:spacing w:after="0"/>
      </w:pPr>
      <w:r>
        <w:rPr>
          <w:rFonts w:ascii="Arial" w:hAnsi="Arial"/>
          <w:sz w:val="22"/>
        </w:rPr>
        <w:t>No, that that that is somebody who's very quick to anger and is, I would say, is not very happy, just in general, really, because Happy, happy settled. People don't do stuff like he's</w:t>
      </w:r>
    </w:p>
    <w:p>
      <w:pPr>
        <w:spacing w:after="0"/>
      </w:pPr>
    </w:p>
    <w:p>
      <w:pPr>
        <w:spacing w:after="0"/>
      </w:pPr>
      <w:r>
        <w:rPr>
          <w:rFonts w:ascii="Arial" w:hAnsi="Arial"/>
          <w:b/>
          <w:sz w:val="22"/>
        </w:rPr>
        <w:t xml:space="preserve">Alice  </w:t>
      </w:r>
      <w:r>
        <w:rPr>
          <w:rFonts w:ascii="Arial" w:hAnsi="Arial"/>
          <w:color w:val="5D7284"/>
          <w:sz w:val="22"/>
        </w:rPr>
        <w:t>19:13</w:t>
      </w:r>
    </w:p>
    <w:p>
      <w:pPr>
        <w:spacing w:after="0"/>
      </w:pPr>
      <w:r>
        <w:rPr>
          <w:rFonts w:ascii="Arial" w:hAnsi="Arial"/>
          <w:sz w:val="22"/>
        </w:rPr>
        <w:t xml:space="preserve">he's being irrational as well, exactly like who asks their children to prove how much they love them? </w:t>
      </w:r>
    </w:p>
    <w:p>
      <w:pPr>
        <w:spacing w:after="0"/>
      </w:pPr>
    </w:p>
    <w:p>
      <w:pPr>
        <w:spacing w:after="0"/>
      </w:pPr>
      <w:r>
        <w:rPr>
          <w:rFonts w:ascii="Arial" w:hAnsi="Arial"/>
          <w:b/>
          <w:sz w:val="22"/>
        </w:rPr>
        <w:t xml:space="preserve">Lucy  </w:t>
      </w:r>
      <w:r>
        <w:rPr>
          <w:rFonts w:ascii="Arial" w:hAnsi="Arial"/>
          <w:color w:val="5D7284"/>
          <w:sz w:val="22"/>
        </w:rPr>
        <w:t>19:20</w:t>
      </w:r>
    </w:p>
    <w:p>
      <w:pPr>
        <w:spacing w:after="0"/>
      </w:pPr>
      <w:r>
        <w:rPr>
          <w:rFonts w:ascii="Arial" w:hAnsi="Arial"/>
          <w:sz w:val="22"/>
        </w:rPr>
        <w:t>Yeah I just think that's a bit weird. That's</w:t>
      </w:r>
    </w:p>
    <w:p>
      <w:pPr>
        <w:spacing w:after="0"/>
      </w:pPr>
    </w:p>
    <w:p>
      <w:pPr>
        <w:spacing w:after="0"/>
      </w:pPr>
      <w:r>
        <w:rPr>
          <w:rFonts w:ascii="Arial" w:hAnsi="Arial"/>
          <w:b/>
          <w:sz w:val="22"/>
        </w:rPr>
        <w:t xml:space="preserve">Alice  </w:t>
      </w:r>
      <w:r>
        <w:rPr>
          <w:rFonts w:ascii="Arial" w:hAnsi="Arial"/>
          <w:color w:val="5D7284"/>
          <w:sz w:val="22"/>
        </w:rPr>
        <w:t>19:21</w:t>
      </w:r>
    </w:p>
    <w:p>
      <w:pPr>
        <w:spacing w:after="0"/>
      </w:pPr>
      <w:r>
        <w:rPr>
          <w:rFonts w:ascii="Arial" w:hAnsi="Arial"/>
          <w:sz w:val="22"/>
        </w:rPr>
        <w:t>a bit creepy. It's, it's very egotistical, isn't it? It's a real, like, abuse of power to be like, I'm gonna give you this inheritance that you have Exactly, yeah. And even then, like, when you're you've got your bit of the kingdom. I still want to be treated like a king, and I still want all the perks and everything</w:t>
      </w:r>
    </w:p>
    <w:p>
      <w:pPr>
        <w:spacing w:after="0"/>
      </w:pPr>
    </w:p>
    <w:p>
      <w:pPr>
        <w:spacing w:after="0"/>
      </w:pPr>
      <w:r>
        <w:rPr>
          <w:rFonts w:ascii="Arial" w:hAnsi="Arial"/>
          <w:b/>
          <w:sz w:val="22"/>
        </w:rPr>
        <w:t xml:space="preserve">Lucy  </w:t>
      </w:r>
      <w:r>
        <w:rPr>
          <w:rFonts w:ascii="Arial" w:hAnsi="Arial"/>
          <w:color w:val="5D7284"/>
          <w:sz w:val="22"/>
        </w:rPr>
        <w:t>19:21</w:t>
      </w:r>
    </w:p>
    <w:p>
      <w:pPr>
        <w:spacing w:after="0"/>
      </w:pPr>
      <w:r>
        <w:rPr>
          <w:rFonts w:ascii="Arial" w:hAnsi="Arial"/>
          <w:sz w:val="22"/>
        </w:rPr>
        <w:t xml:space="preserve">yeah, like, you know what would happen that he would give his kingdom away to his daughters, and he would be king in all But name is that? Right? Yeah, King in all. But now, but, um. He would probably be, oh, well, I would do it like that. I'd do it like this. I did look, you know what I mean, that kind of controlling,  </w:t>
      </w:r>
    </w:p>
    <w:p>
      <w:pPr>
        <w:spacing w:after="0"/>
      </w:pPr>
    </w:p>
    <w:p>
      <w:pPr>
        <w:spacing w:after="0"/>
      </w:pPr>
      <w:r>
        <w:rPr>
          <w:rFonts w:ascii="Arial" w:hAnsi="Arial"/>
          <w:b/>
          <w:sz w:val="22"/>
        </w:rPr>
        <w:t xml:space="preserve">Alice  </w:t>
      </w:r>
      <w:r>
        <w:rPr>
          <w:rFonts w:ascii="Arial" w:hAnsi="Arial"/>
          <w:color w:val="5D7284"/>
          <w:sz w:val="22"/>
        </w:rPr>
        <w:t>20:07</w:t>
      </w:r>
    </w:p>
    <w:p>
      <w:pPr>
        <w:spacing w:after="0"/>
      </w:pPr>
      <w:r>
        <w:rPr>
          <w:rFonts w:ascii="Arial" w:hAnsi="Arial"/>
          <w:sz w:val="22"/>
        </w:rPr>
        <w:t xml:space="preserve">And he very specifically, is, like, I just he, he, what he wants to do is he wants to ride around waving at people and going to, like, fancy meals and, you know, museum openings and things like that. That's what he wants to do. He doesn't want to do the actual, like, Kinging bit, no, like he, but he still wants the power, and he still wants all the like, </w:t>
      </w:r>
    </w:p>
    <w:p>
      <w:pPr>
        <w:spacing w:after="0"/>
      </w:pPr>
    </w:p>
    <w:p>
      <w:pPr>
        <w:spacing w:after="0"/>
      </w:pPr>
      <w:r>
        <w:rPr>
          <w:rFonts w:ascii="Arial" w:hAnsi="Arial"/>
          <w:b/>
          <w:sz w:val="22"/>
        </w:rPr>
        <w:t xml:space="preserve">Lucy  </w:t>
      </w:r>
      <w:r>
        <w:rPr>
          <w:rFonts w:ascii="Arial" w:hAnsi="Arial"/>
          <w:color w:val="5D7284"/>
          <w:sz w:val="22"/>
        </w:rPr>
        <w:t>20:26</w:t>
      </w:r>
    </w:p>
    <w:p>
      <w:pPr>
        <w:spacing w:after="0"/>
      </w:pPr>
      <w:r>
        <w:rPr>
          <w:rFonts w:ascii="Arial" w:hAnsi="Arial"/>
          <w:sz w:val="22"/>
        </w:rPr>
        <w:t xml:space="preserve">He doesn't have the red box that the Queen used to use and writing all the letters and stuff and all, you know, meeting Prime Ministers. You don't want all that. No, just wants a nice, you know, sparkling crown, </w:t>
      </w:r>
    </w:p>
    <w:p>
      <w:pPr>
        <w:spacing w:after="0"/>
      </w:pPr>
    </w:p>
    <w:p>
      <w:pPr>
        <w:spacing w:after="0"/>
      </w:pPr>
      <w:r>
        <w:rPr>
          <w:rFonts w:ascii="Arial" w:hAnsi="Arial"/>
          <w:b/>
          <w:sz w:val="22"/>
        </w:rPr>
        <w:t xml:space="preserve">Alice  </w:t>
      </w:r>
      <w:r>
        <w:rPr>
          <w:rFonts w:ascii="Arial" w:hAnsi="Arial"/>
          <w:color w:val="5D7284"/>
          <w:sz w:val="22"/>
        </w:rPr>
        <w:t>20:38</w:t>
      </w:r>
    </w:p>
    <w:p>
      <w:pPr>
        <w:spacing w:after="0"/>
      </w:pPr>
      <w:r>
        <w:rPr>
          <w:rFonts w:ascii="Arial" w:hAnsi="Arial"/>
          <w:sz w:val="22"/>
        </w:rPr>
        <w:t>yeah Exactly. Um. But like, you know, his daughters specifically say, like, he's getting old and like, it's a problem. So there's quite a heavy implication that he's perhaps always been, like, a bit power hungry, egotistical, like you say, quick to anger. And it's</w:t>
      </w:r>
    </w:p>
    <w:p>
      <w:pPr>
        <w:spacing w:after="0"/>
      </w:pPr>
    </w:p>
    <w:p>
      <w:pPr>
        <w:spacing w:after="0"/>
      </w:pPr>
      <w:r>
        <w:rPr>
          <w:rFonts w:ascii="Arial" w:hAnsi="Arial"/>
          <w:b/>
          <w:sz w:val="22"/>
        </w:rPr>
        <w:t xml:space="preserve">Lucy  </w:t>
      </w:r>
      <w:r>
        <w:rPr>
          <w:rFonts w:ascii="Arial" w:hAnsi="Arial"/>
          <w:color w:val="5D7284"/>
          <w:sz w:val="22"/>
        </w:rPr>
        <w:t>21:02</w:t>
      </w:r>
    </w:p>
    <w:p>
      <w:pPr>
        <w:spacing w:after="0"/>
      </w:pPr>
      <w:r>
        <w:rPr>
          <w:rFonts w:ascii="Arial" w:hAnsi="Arial"/>
          <w:sz w:val="22"/>
        </w:rPr>
        <w:t>You know, when you when you talk about it like that, it sounds a bit like Henry the Eighth, yeah. Do you know what I mean? Yeah, because it wasn't, isn't there a thing that they said that Henry the Eighth basically went a bit power mad when he fell off his horse and banged his head. And it all unraveled. If you think about it like that, it's pretty much the same thing</w:t>
      </w:r>
    </w:p>
    <w:p>
      <w:pPr>
        <w:spacing w:after="0"/>
      </w:pPr>
    </w:p>
    <w:p>
      <w:pPr>
        <w:spacing w:after="0"/>
      </w:pPr>
      <w:r>
        <w:rPr>
          <w:rFonts w:ascii="Arial" w:hAnsi="Arial"/>
          <w:b/>
          <w:sz w:val="22"/>
        </w:rPr>
        <w:t xml:space="preserve">Alice  </w:t>
      </w:r>
      <w:r>
        <w:rPr>
          <w:rFonts w:ascii="Arial" w:hAnsi="Arial"/>
          <w:color w:val="5D7284"/>
          <w:sz w:val="22"/>
        </w:rPr>
        <w:t>21:25</w:t>
      </w:r>
    </w:p>
    <w:p>
      <w:pPr>
        <w:spacing w:after="0"/>
      </w:pPr>
      <w:r>
        <w:rPr>
          <w:rFonts w:ascii="Arial" w:hAnsi="Arial"/>
          <w:sz w:val="22"/>
        </w:rPr>
        <w:t>yeah, yeah. So, yeah, that's sort of the this suggestion from quite early on, like it's like the end, it's the end of the first, maybe the second scene, his two older daughters are like, oh, you know, it's getting bad now, now that he's getting out old, yeah, so then obviously he goes out into this storm, and, like, I was thinking about this as I was, as I was sort of reading and doing the research, and he goes out into the storm, and it's all like, he's in a storm, and he's got, like, a storm of emotions. And it's really like, it it's obviously a symbol. The physical storm is supposed to be a symbol for semiotic form, what's going on inside. And I was just like, doesn't that feel like, like a 15 year old will come up with that and be like, Oh, this is really clever. Yeah. Like, Oh, it's so smart. I'm like, it feels really obvious to me to be like, Oh, he's, he's all confused, and, you know, quick to anger, and like, suddenly doing this out of nowhere</w:t>
      </w:r>
    </w:p>
    <w:p>
      <w:pPr>
        <w:spacing w:after="0"/>
      </w:pPr>
    </w:p>
    <w:p>
      <w:pPr>
        <w:spacing w:after="0"/>
      </w:pPr>
      <w:r>
        <w:rPr>
          <w:rFonts w:ascii="Arial" w:hAnsi="Arial"/>
          <w:b/>
          <w:sz w:val="22"/>
        </w:rPr>
        <w:t xml:space="preserve">Lucy  </w:t>
      </w:r>
      <w:r>
        <w:rPr>
          <w:rFonts w:ascii="Arial" w:hAnsi="Arial"/>
          <w:color w:val="5D7284"/>
          <w:sz w:val="22"/>
        </w:rPr>
        <w:t>22:33</w:t>
      </w:r>
    </w:p>
    <w:p>
      <w:pPr>
        <w:spacing w:after="0"/>
      </w:pPr>
      <w:r>
        <w:rPr>
          <w:rFonts w:ascii="Arial" w:hAnsi="Arial"/>
          <w:sz w:val="22"/>
        </w:rPr>
        <w:t>in the wind and the rain, in the storm, exactly. That's like, yeah, level one, media, B Tech, that isn't it, isn't it,</w:t>
      </w:r>
    </w:p>
    <w:p>
      <w:pPr>
        <w:spacing w:after="0"/>
      </w:pPr>
    </w:p>
    <w:p>
      <w:pPr>
        <w:spacing w:after="0"/>
      </w:pPr>
      <w:r>
        <w:rPr>
          <w:rFonts w:ascii="Arial" w:hAnsi="Arial"/>
          <w:b/>
          <w:sz w:val="22"/>
        </w:rPr>
        <w:t xml:space="preserve">Alice  </w:t>
      </w:r>
      <w:r>
        <w:rPr>
          <w:rFonts w:ascii="Arial" w:hAnsi="Arial"/>
          <w:color w:val="5D7284"/>
          <w:sz w:val="22"/>
        </w:rPr>
        <w:t>22:42</w:t>
      </w:r>
    </w:p>
    <w:p>
      <w:pPr>
        <w:spacing w:after="0"/>
      </w:pPr>
      <w:r>
        <w:rPr>
          <w:rFonts w:ascii="Arial" w:hAnsi="Arial"/>
          <w:sz w:val="22"/>
        </w:rPr>
        <w:t xml:space="preserve">isn't it a bit, yeah, it's like, it's like, oh, you know this, this person is feeling, uh, tumultuous emotions, I know. Let's put some thunder and lightning in the sky, </w:t>
      </w:r>
    </w:p>
    <w:p>
      <w:pPr>
        <w:spacing w:after="0"/>
      </w:pPr>
    </w:p>
    <w:p>
      <w:pPr>
        <w:spacing w:after="0"/>
      </w:pPr>
      <w:r>
        <w:rPr>
          <w:rFonts w:ascii="Arial" w:hAnsi="Arial"/>
          <w:b/>
          <w:sz w:val="22"/>
        </w:rPr>
        <w:t xml:space="preserve">Lucy  </w:t>
      </w:r>
      <w:r>
        <w:rPr>
          <w:rFonts w:ascii="Arial" w:hAnsi="Arial"/>
          <w:color w:val="5D7284"/>
          <w:sz w:val="22"/>
        </w:rPr>
        <w:t>22:52</w:t>
      </w:r>
    </w:p>
    <w:p>
      <w:pPr>
        <w:spacing w:after="0"/>
      </w:pPr>
      <w:r>
        <w:rPr>
          <w:rFonts w:ascii="Arial" w:hAnsi="Arial"/>
          <w:sz w:val="22"/>
        </w:rPr>
        <w:t xml:space="preserve">Or like, GCC, drama, yeah, yeah. </w:t>
      </w:r>
    </w:p>
    <w:p>
      <w:pPr>
        <w:spacing w:after="0"/>
      </w:pPr>
    </w:p>
    <w:p>
      <w:pPr>
        <w:spacing w:after="0"/>
      </w:pPr>
      <w:r>
        <w:rPr>
          <w:rFonts w:ascii="Arial" w:hAnsi="Arial"/>
          <w:b/>
          <w:sz w:val="22"/>
        </w:rPr>
        <w:t xml:space="preserve">Alice  </w:t>
      </w:r>
      <w:r>
        <w:rPr>
          <w:rFonts w:ascii="Arial" w:hAnsi="Arial"/>
          <w:color w:val="5D7284"/>
          <w:sz w:val="22"/>
        </w:rPr>
        <w:t>22:54</w:t>
      </w:r>
    </w:p>
    <w:p>
      <w:pPr>
        <w:spacing w:after="0"/>
      </w:pPr>
      <w:r>
        <w:rPr>
          <w:rFonts w:ascii="Arial" w:hAnsi="Arial"/>
          <w:sz w:val="22"/>
        </w:rPr>
        <w:t xml:space="preserve">That's exactly it. That's exactly it. And everyone's just all like, oh, Shakespeare. Just like, </w:t>
      </w:r>
    </w:p>
    <w:p>
      <w:pPr>
        <w:spacing w:after="0"/>
      </w:pPr>
    </w:p>
    <w:p>
      <w:pPr>
        <w:spacing w:after="0"/>
      </w:pPr>
      <w:r>
        <w:rPr>
          <w:rFonts w:ascii="Arial" w:hAnsi="Arial"/>
          <w:b/>
          <w:sz w:val="22"/>
        </w:rPr>
        <w:t xml:space="preserve">Lucy  </w:t>
      </w:r>
      <w:r>
        <w:rPr>
          <w:rFonts w:ascii="Arial" w:hAnsi="Arial"/>
          <w:color w:val="5D7284"/>
          <w:sz w:val="22"/>
        </w:rPr>
        <w:t>23:03</w:t>
      </w:r>
    </w:p>
    <w:p>
      <w:pPr>
        <w:spacing w:after="0"/>
      </w:pPr>
      <w:r>
        <w:rPr>
          <w:rFonts w:ascii="Arial" w:hAnsi="Arial"/>
          <w:sz w:val="22"/>
        </w:rPr>
        <w:t>I love it. I love it. Shakespeare,</w:t>
      </w:r>
    </w:p>
    <w:p>
      <w:pPr>
        <w:spacing w:after="0"/>
      </w:pPr>
    </w:p>
    <w:p>
      <w:pPr>
        <w:spacing w:after="0"/>
      </w:pPr>
      <w:r>
        <w:rPr>
          <w:rFonts w:ascii="Arial" w:hAnsi="Arial"/>
          <w:b/>
          <w:sz w:val="22"/>
        </w:rPr>
        <w:t xml:space="preserve">Alice  </w:t>
      </w:r>
      <w:r>
        <w:rPr>
          <w:rFonts w:ascii="Arial" w:hAnsi="Arial"/>
          <w:color w:val="5D7284"/>
          <w:sz w:val="22"/>
        </w:rPr>
        <w:t>23:07</w:t>
      </w:r>
    </w:p>
    <w:p>
      <w:pPr>
        <w:spacing w:after="0"/>
      </w:pPr>
      <w:r>
        <w:rPr>
          <w:rFonts w:ascii="Arial" w:hAnsi="Arial"/>
          <w:sz w:val="22"/>
        </w:rPr>
        <w:t xml:space="preserve">aren't you a clever clog? So, yeah, he's out in this storm, and he's like, talking about how worried he is, about how that he's going mad and stuff. And he he even says, like, he doesn't notice how, like the freezing rain and the like winds and stuff because of how like, emotional he's feeling. </w:t>
      </w:r>
    </w:p>
    <w:p>
      <w:pPr>
        <w:spacing w:after="0"/>
      </w:pPr>
    </w:p>
    <w:p>
      <w:pPr>
        <w:spacing w:after="0"/>
      </w:pPr>
      <w:r>
        <w:rPr>
          <w:rFonts w:ascii="Arial" w:hAnsi="Arial"/>
          <w:b/>
          <w:sz w:val="22"/>
        </w:rPr>
        <w:t xml:space="preserve">Lucy  </w:t>
      </w:r>
      <w:r>
        <w:rPr>
          <w:rFonts w:ascii="Arial" w:hAnsi="Arial"/>
          <w:color w:val="5D7284"/>
          <w:sz w:val="22"/>
        </w:rPr>
        <w:t>23:31</w:t>
      </w:r>
    </w:p>
    <w:p>
      <w:pPr>
        <w:spacing w:after="0"/>
      </w:pPr>
      <w:r>
        <w:rPr>
          <w:rFonts w:ascii="Arial" w:hAnsi="Arial"/>
          <w:sz w:val="22"/>
        </w:rPr>
        <w:t>Oh come off it, mate. Stop. It's a bloody dramatic, but it's a bit what calm down. Everybody just needs to calm down, have a custard cream and a cup of tea.</w:t>
      </w:r>
    </w:p>
    <w:p>
      <w:pPr>
        <w:spacing w:after="0"/>
      </w:pPr>
    </w:p>
    <w:p>
      <w:pPr>
        <w:spacing w:after="0"/>
      </w:pPr>
      <w:r>
        <w:rPr>
          <w:rFonts w:ascii="Arial" w:hAnsi="Arial"/>
          <w:b/>
          <w:sz w:val="22"/>
        </w:rPr>
        <w:t xml:space="preserve">Alice  </w:t>
      </w:r>
      <w:r>
        <w:rPr>
          <w:rFonts w:ascii="Arial" w:hAnsi="Arial"/>
          <w:color w:val="5D7284"/>
          <w:sz w:val="22"/>
        </w:rPr>
        <w:t>23:45</w:t>
      </w:r>
    </w:p>
    <w:p>
      <w:pPr>
        <w:spacing w:after="0"/>
      </w:pPr>
      <w:r>
        <w:rPr>
          <w:rFonts w:ascii="Arial" w:hAnsi="Arial"/>
          <w:sz w:val="22"/>
        </w:rPr>
        <w:t>I could right go a custard cream.</w:t>
      </w:r>
    </w:p>
    <w:p>
      <w:pPr>
        <w:spacing w:after="0"/>
      </w:pPr>
    </w:p>
    <w:p>
      <w:pPr>
        <w:spacing w:after="0"/>
      </w:pPr>
      <w:r>
        <w:rPr>
          <w:rFonts w:ascii="Arial" w:hAnsi="Arial"/>
          <w:b/>
          <w:sz w:val="22"/>
        </w:rPr>
        <w:t xml:space="preserve">Lucy  </w:t>
      </w:r>
      <w:r>
        <w:rPr>
          <w:rFonts w:ascii="Arial" w:hAnsi="Arial"/>
          <w:color w:val="5D7284"/>
          <w:sz w:val="22"/>
        </w:rPr>
        <w:t>23:48</w:t>
      </w:r>
    </w:p>
    <w:p>
      <w:pPr>
        <w:spacing w:after="0"/>
      </w:pPr>
      <w:r>
        <w:rPr>
          <w:rFonts w:ascii="Arial" w:hAnsi="Arial"/>
          <w:sz w:val="22"/>
        </w:rPr>
        <w:t>Me too if i'm honest</w:t>
      </w:r>
    </w:p>
    <w:p>
      <w:pPr>
        <w:spacing w:after="0"/>
      </w:pPr>
    </w:p>
    <w:p>
      <w:pPr>
        <w:spacing w:after="0"/>
      </w:pPr>
      <w:r>
        <w:rPr>
          <w:rFonts w:ascii="Arial" w:hAnsi="Arial"/>
          <w:b/>
          <w:sz w:val="22"/>
        </w:rPr>
        <w:t xml:space="preserve">Alice  </w:t>
      </w:r>
      <w:r>
        <w:rPr>
          <w:rFonts w:ascii="Arial" w:hAnsi="Arial"/>
          <w:color w:val="5D7284"/>
          <w:sz w:val="22"/>
        </w:rPr>
        <w:t>23:52</w:t>
      </w:r>
    </w:p>
    <w:p>
      <w:pPr>
        <w:spacing w:after="0"/>
      </w:pPr>
      <w:r>
        <w:rPr>
          <w:rFonts w:ascii="Arial" w:hAnsi="Arial"/>
          <w:sz w:val="22"/>
        </w:rPr>
        <w:t>Anyway, yeah, so he's out in this storm, and he's he's worrying about how much people like about being mad, and he starts to think about, maybe I'm, I'm not a bad king, like, maybe I was not a great king. Like, he's,</w:t>
      </w:r>
    </w:p>
    <w:p>
      <w:pPr>
        <w:spacing w:after="0"/>
      </w:pPr>
    </w:p>
    <w:p>
      <w:pPr>
        <w:spacing w:after="0"/>
      </w:pPr>
      <w:r>
        <w:rPr>
          <w:rFonts w:ascii="Arial" w:hAnsi="Arial"/>
          <w:b/>
          <w:sz w:val="22"/>
        </w:rPr>
        <w:t xml:space="preserve">Lucy  </w:t>
      </w:r>
      <w:r>
        <w:rPr>
          <w:rFonts w:ascii="Arial" w:hAnsi="Arial"/>
          <w:color w:val="5D7284"/>
          <w:sz w:val="22"/>
        </w:rPr>
        <w:t>24:10</w:t>
      </w:r>
    </w:p>
    <w:p>
      <w:pPr>
        <w:spacing w:after="0"/>
      </w:pPr>
      <w:r>
        <w:rPr>
          <w:rFonts w:ascii="Arial" w:hAnsi="Arial"/>
          <w:sz w:val="22"/>
        </w:rPr>
        <w:t>he's sort of self reflecting now and thinking, Oh, my God, I'm actually a bit of a bastard.</w:t>
      </w:r>
    </w:p>
    <w:p>
      <w:pPr>
        <w:spacing w:after="0"/>
      </w:pPr>
    </w:p>
    <w:p>
      <w:pPr>
        <w:spacing w:after="0"/>
      </w:pPr>
      <w:r>
        <w:rPr>
          <w:rFonts w:ascii="Arial" w:hAnsi="Arial"/>
          <w:b/>
          <w:sz w:val="22"/>
        </w:rPr>
        <w:t xml:space="preserve">Alice  </w:t>
      </w:r>
      <w:r>
        <w:rPr>
          <w:rFonts w:ascii="Arial" w:hAnsi="Arial"/>
          <w:color w:val="5D7284"/>
          <w:sz w:val="22"/>
        </w:rPr>
        <w:t>24:15</w:t>
      </w:r>
    </w:p>
    <w:p>
      <w:pPr>
        <w:spacing w:after="0"/>
      </w:pPr>
      <w:r>
        <w:rPr>
          <w:rFonts w:ascii="Arial" w:hAnsi="Arial"/>
          <w:sz w:val="22"/>
        </w:rPr>
        <w:t xml:space="preserve">Yeah, yeah. And he starts, he starts thinking specifically about his, like, subjects in his kingdom, and like, how they've all been living in poverty, and like they're homeless, and like, it's his fault and he should have done more, but like, at This by this point, like he's homeless, yeah, and he's got no one, and he's got nothing, and he's in this storm that is like ruining his clothes and like turning into him, into this like bedraggled, like mad man, yeah, shell of a man. I. So it's, it's supposed to be like, in for the audience, it's supposed to be really like, Oh, this is him really, like, falling apart and kind of, it's, it's supposed to be really like, Oh, yeah. Look, he's, he's mad. Now look at him. He looks like a madman. He's, he's talking about how he's he's let all of his subjects down, and he's got all this pity for them because they're homeless and like poverty stricken, and doesn't have the insight to go, hold on a minute. What situation am I in? </w:t>
      </w:r>
    </w:p>
    <w:p>
      <w:pPr>
        <w:spacing w:after="0"/>
      </w:pPr>
    </w:p>
    <w:p>
      <w:pPr>
        <w:spacing w:after="0"/>
      </w:pPr>
      <w:r>
        <w:rPr>
          <w:rFonts w:ascii="Arial" w:hAnsi="Arial"/>
          <w:b/>
          <w:sz w:val="22"/>
        </w:rPr>
        <w:t xml:space="preserve">Lucy  </w:t>
      </w:r>
      <w:r>
        <w:rPr>
          <w:rFonts w:ascii="Arial" w:hAnsi="Arial"/>
          <w:color w:val="5D7284"/>
          <w:sz w:val="22"/>
        </w:rPr>
        <w:t>25:34</w:t>
      </w:r>
    </w:p>
    <w:p>
      <w:pPr>
        <w:spacing w:after="0"/>
      </w:pPr>
      <w:r>
        <w:rPr>
          <w:rFonts w:ascii="Arial" w:hAnsi="Arial"/>
          <w:sz w:val="22"/>
        </w:rPr>
        <w:t xml:space="preserve">Yeah, yeah. </w:t>
      </w:r>
    </w:p>
    <w:p>
      <w:pPr>
        <w:spacing w:after="0"/>
      </w:pPr>
    </w:p>
    <w:p>
      <w:pPr>
        <w:spacing w:after="0"/>
      </w:pPr>
      <w:r>
        <w:rPr>
          <w:rFonts w:ascii="Arial" w:hAnsi="Arial"/>
          <w:b/>
          <w:sz w:val="22"/>
        </w:rPr>
        <w:t xml:space="preserve">Alice  </w:t>
      </w:r>
      <w:r>
        <w:rPr>
          <w:rFonts w:ascii="Arial" w:hAnsi="Arial"/>
          <w:color w:val="5D7284"/>
          <w:sz w:val="22"/>
        </w:rPr>
        <w:t>25:37</w:t>
      </w:r>
    </w:p>
    <w:p>
      <w:pPr>
        <w:spacing w:after="0"/>
      </w:pPr>
      <w:r>
        <w:rPr>
          <w:rFonts w:ascii="Arial" w:hAnsi="Arial"/>
          <w:sz w:val="22"/>
        </w:rPr>
        <w:t xml:space="preserve">And even at this point in the play, his language starts to change. So he sort of, he's not, like, babbling nonsense, </w:t>
      </w:r>
    </w:p>
    <w:p>
      <w:pPr>
        <w:spacing w:after="0"/>
      </w:pPr>
    </w:p>
    <w:p>
      <w:pPr>
        <w:spacing w:after="0"/>
      </w:pPr>
      <w:r>
        <w:rPr>
          <w:rFonts w:ascii="Arial" w:hAnsi="Arial"/>
          <w:b/>
          <w:sz w:val="22"/>
        </w:rPr>
        <w:t xml:space="preserve">Lucy  </w:t>
      </w:r>
      <w:r>
        <w:rPr>
          <w:rFonts w:ascii="Arial" w:hAnsi="Arial"/>
          <w:color w:val="5D7284"/>
          <w:sz w:val="22"/>
        </w:rPr>
        <w:t>25:45</w:t>
      </w:r>
    </w:p>
    <w:p>
      <w:pPr>
        <w:spacing w:after="0"/>
      </w:pPr>
      <w:r>
        <w:rPr>
          <w:rFonts w:ascii="Arial" w:hAnsi="Arial"/>
          <w:sz w:val="22"/>
        </w:rPr>
        <w:t xml:space="preserve">is he effing and jeffin and stuff? </w:t>
      </w:r>
    </w:p>
    <w:p>
      <w:pPr>
        <w:spacing w:after="0"/>
      </w:pPr>
    </w:p>
    <w:p>
      <w:pPr>
        <w:spacing w:after="0"/>
      </w:pPr>
      <w:r>
        <w:rPr>
          <w:rFonts w:ascii="Arial" w:hAnsi="Arial"/>
          <w:b/>
          <w:sz w:val="22"/>
        </w:rPr>
        <w:t xml:space="preserve">Alice  </w:t>
      </w:r>
      <w:r>
        <w:rPr>
          <w:rFonts w:ascii="Arial" w:hAnsi="Arial"/>
          <w:color w:val="5D7284"/>
          <w:sz w:val="22"/>
        </w:rPr>
        <w:t>25:47</w:t>
      </w:r>
    </w:p>
    <w:p>
      <w:pPr>
        <w:spacing w:after="0"/>
      </w:pPr>
      <w:r>
        <w:rPr>
          <w:rFonts w:ascii="Arial" w:hAnsi="Arial"/>
          <w:sz w:val="22"/>
        </w:rPr>
        <w:t>No. He goes from saying, like, full sentences to just, like, just shouting, kind of single words. Yeah. So the example I've got is, literally, this is, this is one line he shows vengeance, plague, death, confusion,</w:t>
      </w:r>
    </w:p>
    <w:p>
      <w:pPr>
        <w:spacing w:after="0"/>
      </w:pPr>
    </w:p>
    <w:p>
      <w:pPr>
        <w:spacing w:after="0"/>
      </w:pPr>
      <w:r>
        <w:rPr>
          <w:rFonts w:ascii="Arial" w:hAnsi="Arial"/>
          <w:b/>
          <w:sz w:val="22"/>
        </w:rPr>
        <w:t xml:space="preserve">Lucy  </w:t>
      </w:r>
      <w:r>
        <w:rPr>
          <w:rFonts w:ascii="Arial" w:hAnsi="Arial"/>
          <w:color w:val="5D7284"/>
          <w:sz w:val="22"/>
        </w:rPr>
        <w:t>26:07</w:t>
      </w:r>
    </w:p>
    <w:p>
      <w:pPr>
        <w:spacing w:after="0"/>
      </w:pPr>
      <w:r>
        <w:rPr>
          <w:rFonts w:ascii="Arial" w:hAnsi="Arial"/>
          <w:sz w:val="22"/>
        </w:rPr>
        <w:t>put them together, and what have you got? Bibbity bobbity boo</w:t>
      </w:r>
    </w:p>
    <w:p>
      <w:pPr>
        <w:spacing w:after="0"/>
      </w:pPr>
    </w:p>
    <w:p>
      <w:pPr>
        <w:spacing w:after="0"/>
      </w:pPr>
      <w:r>
        <w:rPr>
          <w:rFonts w:ascii="Arial" w:hAnsi="Arial"/>
          <w:b/>
          <w:sz w:val="22"/>
        </w:rPr>
        <w:t xml:space="preserve">Alice  </w:t>
      </w:r>
      <w:r>
        <w:rPr>
          <w:rFonts w:ascii="Arial" w:hAnsi="Arial"/>
          <w:color w:val="5D7284"/>
          <w:sz w:val="22"/>
        </w:rPr>
        <w:t>26:14</w:t>
      </w:r>
    </w:p>
    <w:p>
      <w:pPr>
        <w:spacing w:after="0"/>
      </w:pPr>
      <w:r>
        <w:rPr>
          <w:rFonts w:ascii="Arial" w:hAnsi="Arial"/>
          <w:sz w:val="22"/>
        </w:rPr>
        <w:t>but like in the middle of this raging storm, so it's very it's just all a bit so</w:t>
      </w:r>
    </w:p>
    <w:p>
      <w:pPr>
        <w:spacing w:after="0"/>
      </w:pPr>
    </w:p>
    <w:p>
      <w:pPr>
        <w:spacing w:after="0"/>
      </w:pPr>
      <w:r>
        <w:rPr>
          <w:rFonts w:ascii="Arial" w:hAnsi="Arial"/>
          <w:b/>
          <w:sz w:val="22"/>
        </w:rPr>
        <w:t xml:space="preserve">Lucy  </w:t>
      </w:r>
      <w:r>
        <w:rPr>
          <w:rFonts w:ascii="Arial" w:hAnsi="Arial"/>
          <w:color w:val="5D7284"/>
          <w:sz w:val="22"/>
        </w:rPr>
        <w:t>26:18</w:t>
      </w:r>
    </w:p>
    <w:p>
      <w:pPr>
        <w:spacing w:after="0"/>
      </w:pPr>
      <w:r>
        <w:rPr>
          <w:rFonts w:ascii="Arial" w:hAnsi="Arial"/>
          <w:sz w:val="22"/>
        </w:rPr>
        <w:t>basically, he's outside shouting in the cold</w:t>
      </w:r>
    </w:p>
    <w:p>
      <w:pPr>
        <w:spacing w:after="0"/>
      </w:pPr>
    </w:p>
    <w:p>
      <w:pPr>
        <w:spacing w:after="0"/>
      </w:pPr>
      <w:r>
        <w:rPr>
          <w:rFonts w:ascii="Arial" w:hAnsi="Arial"/>
          <w:b/>
          <w:sz w:val="22"/>
        </w:rPr>
        <w:t xml:space="preserve">Alice  </w:t>
      </w:r>
      <w:r>
        <w:rPr>
          <w:rFonts w:ascii="Arial" w:hAnsi="Arial"/>
          <w:color w:val="5D7284"/>
          <w:sz w:val="22"/>
        </w:rPr>
        <w:t>26:23</w:t>
      </w:r>
    </w:p>
    <w:p>
      <w:pPr>
        <w:spacing w:after="0"/>
      </w:pPr>
      <w:r>
        <w:rPr>
          <w:rFonts w:ascii="Arial" w:hAnsi="Arial"/>
          <w:sz w:val="22"/>
        </w:rPr>
        <w:t xml:space="preserve">and not recognizing his own situation, and like behaving as if he's still got power and influence when he's a man standing in the rain shouting at The sky, </w:t>
      </w:r>
    </w:p>
    <w:p>
      <w:pPr>
        <w:spacing w:after="0"/>
      </w:pPr>
    </w:p>
    <w:p>
      <w:pPr>
        <w:spacing w:after="0"/>
      </w:pPr>
      <w:r>
        <w:rPr>
          <w:rFonts w:ascii="Arial" w:hAnsi="Arial"/>
          <w:b/>
          <w:sz w:val="22"/>
        </w:rPr>
        <w:t xml:space="preserve">Lucy  </w:t>
      </w:r>
      <w:r>
        <w:rPr>
          <w:rFonts w:ascii="Arial" w:hAnsi="Arial"/>
          <w:color w:val="5D7284"/>
          <w:sz w:val="22"/>
        </w:rPr>
        <w:t>26:40</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26:40</w:t>
      </w:r>
    </w:p>
    <w:p>
      <w:pPr>
        <w:spacing w:after="0"/>
      </w:pPr>
      <w:r>
        <w:rPr>
          <w:rFonts w:ascii="Arial" w:hAnsi="Arial"/>
          <w:sz w:val="22"/>
        </w:rPr>
        <w:t xml:space="preserve">with nothing to his name, </w:t>
      </w:r>
    </w:p>
    <w:p>
      <w:pPr>
        <w:spacing w:after="0"/>
      </w:pPr>
    </w:p>
    <w:p>
      <w:pPr>
        <w:spacing w:after="0"/>
      </w:pPr>
      <w:r>
        <w:rPr>
          <w:rFonts w:ascii="Arial" w:hAnsi="Arial"/>
          <w:b/>
          <w:sz w:val="22"/>
        </w:rPr>
        <w:t xml:space="preserve">Lucy  </w:t>
      </w:r>
      <w:r>
        <w:rPr>
          <w:rFonts w:ascii="Arial" w:hAnsi="Arial"/>
          <w:color w:val="5D7284"/>
          <w:sz w:val="22"/>
        </w:rPr>
        <w:t>26:41</w:t>
      </w:r>
    </w:p>
    <w:p>
      <w:pPr>
        <w:spacing w:after="0"/>
      </w:pPr>
      <w:r>
        <w:rPr>
          <w:rFonts w:ascii="Arial" w:hAnsi="Arial"/>
          <w:sz w:val="22"/>
        </w:rPr>
        <w:t>no.</w:t>
      </w:r>
    </w:p>
    <w:p>
      <w:pPr>
        <w:spacing w:after="0"/>
      </w:pPr>
    </w:p>
    <w:p>
      <w:pPr>
        <w:spacing w:after="0"/>
      </w:pPr>
      <w:r>
        <w:rPr>
          <w:rFonts w:ascii="Arial" w:hAnsi="Arial"/>
          <w:b/>
          <w:sz w:val="22"/>
        </w:rPr>
        <w:t xml:space="preserve">Alice  </w:t>
      </w:r>
      <w:r>
        <w:rPr>
          <w:rFonts w:ascii="Arial" w:hAnsi="Arial"/>
          <w:color w:val="5D7284"/>
          <w:sz w:val="22"/>
        </w:rPr>
        <w:t>26:43</w:t>
      </w:r>
    </w:p>
    <w:p>
      <w:pPr>
        <w:spacing w:after="0"/>
      </w:pPr>
      <w:r>
        <w:rPr>
          <w:rFonts w:ascii="Arial" w:hAnsi="Arial"/>
          <w:sz w:val="22"/>
        </w:rPr>
        <w:t xml:space="preserve"> So this, that, that kind of, this mad homelessness beggar saying, is what Shakespearean audiences, they that, for them, is absolutely like the archetype of what is madness, </w:t>
      </w:r>
    </w:p>
    <w:p>
      <w:pPr>
        <w:spacing w:after="0"/>
      </w:pPr>
    </w:p>
    <w:p>
      <w:pPr>
        <w:spacing w:after="0"/>
      </w:pPr>
      <w:r>
        <w:rPr>
          <w:rFonts w:ascii="Arial" w:hAnsi="Arial"/>
          <w:b/>
          <w:sz w:val="22"/>
        </w:rPr>
        <w:t xml:space="preserve">Lucy  </w:t>
      </w:r>
      <w:r>
        <w:rPr>
          <w:rFonts w:ascii="Arial" w:hAnsi="Arial"/>
          <w:color w:val="5D7284"/>
          <w:sz w:val="22"/>
        </w:rPr>
        <w:t>26:58</w:t>
      </w:r>
    </w:p>
    <w:p>
      <w:pPr>
        <w:spacing w:after="0"/>
      </w:pPr>
      <w:r>
        <w:rPr>
          <w:rFonts w:ascii="Arial" w:hAnsi="Arial"/>
          <w:sz w:val="22"/>
        </w:rPr>
        <w:t>right? Okay,</w:t>
      </w:r>
    </w:p>
    <w:p>
      <w:pPr>
        <w:spacing w:after="0"/>
      </w:pPr>
    </w:p>
    <w:p>
      <w:pPr>
        <w:spacing w:after="0"/>
      </w:pPr>
      <w:r>
        <w:rPr>
          <w:rFonts w:ascii="Arial" w:hAnsi="Arial"/>
          <w:b/>
          <w:sz w:val="22"/>
        </w:rPr>
        <w:t xml:space="preserve">Alice  </w:t>
      </w:r>
      <w:r>
        <w:rPr>
          <w:rFonts w:ascii="Arial" w:hAnsi="Arial"/>
          <w:color w:val="5D7284"/>
          <w:sz w:val="22"/>
        </w:rPr>
        <w:t>26:58</w:t>
      </w:r>
    </w:p>
    <w:p>
      <w:pPr>
        <w:spacing w:after="0"/>
      </w:pPr>
      <w:r>
        <w:rPr>
          <w:rFonts w:ascii="Arial" w:hAnsi="Arial"/>
          <w:sz w:val="22"/>
        </w:rPr>
        <w:t xml:space="preserve"> like at the time, that time that it's</w:t>
      </w:r>
    </w:p>
    <w:p>
      <w:pPr>
        <w:spacing w:after="0"/>
      </w:pPr>
    </w:p>
    <w:p>
      <w:pPr>
        <w:spacing w:after="0"/>
      </w:pPr>
      <w:r>
        <w:rPr>
          <w:rFonts w:ascii="Arial" w:hAnsi="Arial"/>
          <w:b/>
          <w:sz w:val="22"/>
        </w:rPr>
        <w:t xml:space="preserve">Lucy  </w:t>
      </w:r>
      <w:r>
        <w:rPr>
          <w:rFonts w:ascii="Arial" w:hAnsi="Arial"/>
          <w:color w:val="5D7284"/>
          <w:sz w:val="22"/>
        </w:rPr>
        <w:t>27:02</w:t>
      </w:r>
    </w:p>
    <w:p>
      <w:pPr>
        <w:spacing w:after="0"/>
      </w:pPr>
      <w:r>
        <w:rPr>
          <w:rFonts w:ascii="Arial" w:hAnsi="Arial"/>
          <w:sz w:val="22"/>
        </w:rPr>
        <w:t>the fall from grace thing, isn't it? I think,</w:t>
      </w:r>
    </w:p>
    <w:p>
      <w:pPr>
        <w:spacing w:after="0"/>
      </w:pPr>
    </w:p>
    <w:p>
      <w:pPr>
        <w:spacing w:after="0"/>
      </w:pPr>
      <w:r>
        <w:rPr>
          <w:rFonts w:ascii="Arial" w:hAnsi="Arial"/>
          <w:b/>
          <w:sz w:val="22"/>
        </w:rPr>
        <w:t xml:space="preserve">Alice  </w:t>
      </w:r>
      <w:r>
        <w:rPr>
          <w:rFonts w:ascii="Arial" w:hAnsi="Arial"/>
          <w:color w:val="5D7284"/>
          <w:sz w:val="22"/>
        </w:rPr>
        <w:t>27:05</w:t>
      </w:r>
    </w:p>
    <w:p>
      <w:pPr>
        <w:spacing w:after="0"/>
      </w:pPr>
      <w:r>
        <w:rPr>
          <w:rFonts w:ascii="Arial" w:hAnsi="Arial"/>
          <w:sz w:val="22"/>
        </w:rPr>
        <w:t xml:space="preserve">yeah, but at the time that kind of shouting at the sky, being having nothing, being in poverty, being homeless, being like a beggar, that's, that's what Shakespearean people in the 1600s that's, if you ask them to draw a picture, draw a picture of a madman. That's what they draw, </w:t>
      </w:r>
    </w:p>
    <w:p>
      <w:pPr>
        <w:spacing w:after="0"/>
      </w:pPr>
    </w:p>
    <w:p>
      <w:pPr>
        <w:spacing w:after="0"/>
      </w:pPr>
      <w:r>
        <w:rPr>
          <w:rFonts w:ascii="Arial" w:hAnsi="Arial"/>
          <w:b/>
          <w:sz w:val="22"/>
        </w:rPr>
        <w:t xml:space="preserve">Lucy  </w:t>
      </w:r>
      <w:r>
        <w:rPr>
          <w:rFonts w:ascii="Arial" w:hAnsi="Arial"/>
          <w:color w:val="5D7284"/>
          <w:sz w:val="22"/>
        </w:rPr>
        <w:t>27:26</w:t>
      </w:r>
    </w:p>
    <w:p>
      <w:pPr>
        <w:spacing w:after="0"/>
      </w:pPr>
      <w:r>
        <w:rPr>
          <w:rFonts w:ascii="Arial" w:hAnsi="Arial"/>
          <w:sz w:val="22"/>
        </w:rPr>
        <w:t xml:space="preserve">right Okay, </w:t>
      </w:r>
    </w:p>
    <w:p>
      <w:pPr>
        <w:spacing w:after="0"/>
      </w:pPr>
    </w:p>
    <w:p>
      <w:pPr>
        <w:spacing w:after="0"/>
      </w:pPr>
      <w:r>
        <w:rPr>
          <w:rFonts w:ascii="Arial" w:hAnsi="Arial"/>
          <w:b/>
          <w:sz w:val="22"/>
        </w:rPr>
        <w:t xml:space="preserve">Alice  </w:t>
      </w:r>
      <w:r>
        <w:rPr>
          <w:rFonts w:ascii="Arial" w:hAnsi="Arial"/>
          <w:color w:val="5D7284"/>
          <w:sz w:val="22"/>
        </w:rPr>
        <w:t>27:28</w:t>
      </w:r>
    </w:p>
    <w:p>
      <w:pPr>
        <w:spacing w:after="0"/>
      </w:pPr>
      <w:r>
        <w:rPr>
          <w:rFonts w:ascii="Arial" w:hAnsi="Arial"/>
          <w:sz w:val="22"/>
        </w:rPr>
        <w:t>so again, it's just, it's just really Shakespeare being like, but look at, look at how mad he is. Like he's, he's all the mad things.</w:t>
      </w:r>
    </w:p>
    <w:p>
      <w:pPr>
        <w:spacing w:after="0"/>
      </w:pPr>
    </w:p>
    <w:p>
      <w:pPr>
        <w:spacing w:after="0"/>
      </w:pPr>
      <w:r>
        <w:rPr>
          <w:rFonts w:ascii="Arial" w:hAnsi="Arial"/>
          <w:b/>
          <w:sz w:val="22"/>
        </w:rPr>
        <w:t xml:space="preserve">Lucy  </w:t>
      </w:r>
      <w:r>
        <w:rPr>
          <w:rFonts w:ascii="Arial" w:hAnsi="Arial"/>
          <w:color w:val="5D7284"/>
          <w:sz w:val="22"/>
        </w:rPr>
        <w:t>27:36</w:t>
      </w:r>
    </w:p>
    <w:p>
      <w:pPr>
        <w:spacing w:after="0"/>
      </w:pPr>
      <w:r>
        <w:rPr>
          <w:rFonts w:ascii="Arial" w:hAnsi="Arial"/>
          <w:sz w:val="22"/>
        </w:rPr>
        <w:t>I don't think Shakespeare's a very nice man, to be fair. Like I'm not liking him.</w:t>
      </w:r>
    </w:p>
    <w:p>
      <w:pPr>
        <w:spacing w:after="0"/>
      </w:pPr>
    </w:p>
    <w:p>
      <w:pPr>
        <w:spacing w:after="0"/>
      </w:pPr>
      <w:r>
        <w:rPr>
          <w:rFonts w:ascii="Arial" w:hAnsi="Arial"/>
          <w:b/>
          <w:sz w:val="22"/>
        </w:rPr>
        <w:t xml:space="preserve">Alice  </w:t>
      </w:r>
      <w:r>
        <w:rPr>
          <w:rFonts w:ascii="Arial" w:hAnsi="Arial"/>
          <w:color w:val="5D7284"/>
          <w:sz w:val="22"/>
        </w:rPr>
        <w:t>27:41</w:t>
      </w:r>
    </w:p>
    <w:p>
      <w:pPr>
        <w:spacing w:after="0"/>
      </w:pPr>
      <w:r>
        <w:rPr>
          <w:rFonts w:ascii="Arial" w:hAnsi="Arial"/>
          <w:sz w:val="22"/>
        </w:rPr>
        <w:t>I mean, in Romeo and Juliet, he has a 14 year old girl kill herself over an 18 year old exactly. She's still a bit dodge it, yeah,</w:t>
      </w:r>
    </w:p>
    <w:p>
      <w:pPr>
        <w:spacing w:after="0"/>
      </w:pPr>
    </w:p>
    <w:p>
      <w:pPr>
        <w:spacing w:after="0"/>
      </w:pPr>
      <w:r>
        <w:rPr>
          <w:rFonts w:ascii="Arial" w:hAnsi="Arial"/>
          <w:b/>
          <w:sz w:val="22"/>
        </w:rPr>
        <w:t xml:space="preserve">Lucy  </w:t>
      </w:r>
      <w:r>
        <w:rPr>
          <w:rFonts w:ascii="Arial" w:hAnsi="Arial"/>
          <w:color w:val="5D7284"/>
          <w:sz w:val="22"/>
        </w:rPr>
        <w:t>27:49</w:t>
      </w:r>
    </w:p>
    <w:p>
      <w:pPr>
        <w:spacing w:after="0"/>
      </w:pPr>
      <w:r>
        <w:rPr>
          <w:rFonts w:ascii="Arial" w:hAnsi="Arial"/>
          <w:sz w:val="22"/>
        </w:rPr>
        <w:t>but it's weird.</w:t>
      </w:r>
    </w:p>
    <w:p>
      <w:pPr>
        <w:spacing w:after="0"/>
      </w:pPr>
    </w:p>
    <w:p>
      <w:pPr>
        <w:spacing w:after="0"/>
      </w:pPr>
      <w:r>
        <w:rPr>
          <w:rFonts w:ascii="Arial" w:hAnsi="Arial"/>
          <w:b/>
          <w:sz w:val="22"/>
        </w:rPr>
        <w:t xml:space="preserve">Alice  </w:t>
      </w:r>
      <w:r>
        <w:rPr>
          <w:rFonts w:ascii="Arial" w:hAnsi="Arial"/>
          <w:color w:val="5D7284"/>
          <w:sz w:val="22"/>
        </w:rPr>
        <w:t>27:53</w:t>
      </w:r>
    </w:p>
    <w:p>
      <w:pPr>
        <w:spacing w:after="0"/>
      </w:pPr>
      <w:r>
        <w:rPr>
          <w:rFonts w:ascii="Arial" w:hAnsi="Arial"/>
          <w:sz w:val="22"/>
        </w:rPr>
        <w:t>Um, so we're gonna just park what we were saying about King Lear a little bit to kind of because I just, I just want to talk about Edgar. So Edgar, who was the legitimate son, who's like, I'm getting the fuck out of it before it all kicks off, he then has to disguise himself to, like, be be safe. And so he disguises himself as this kind of, like, quintessential madman that we were just talking about, okay, he imaginatively changes his name to mad, Tom,</w:t>
      </w:r>
    </w:p>
    <w:p>
      <w:pPr>
        <w:spacing w:after="0"/>
      </w:pPr>
    </w:p>
    <w:p>
      <w:pPr>
        <w:spacing w:after="0"/>
      </w:pPr>
      <w:r>
        <w:rPr>
          <w:rFonts w:ascii="Arial" w:hAnsi="Arial"/>
          <w:b/>
          <w:sz w:val="22"/>
        </w:rPr>
        <w:t xml:space="preserve">Lucy  </w:t>
      </w:r>
      <w:r>
        <w:rPr>
          <w:rFonts w:ascii="Arial" w:hAnsi="Arial"/>
          <w:color w:val="5D7284"/>
          <w:sz w:val="22"/>
        </w:rPr>
        <w:t>28:30</w:t>
      </w:r>
    </w:p>
    <w:p>
      <w:pPr>
        <w:spacing w:after="0"/>
      </w:pPr>
      <w:r>
        <w:rPr>
          <w:rFonts w:ascii="Arial" w:hAnsi="Arial"/>
          <w:sz w:val="22"/>
        </w:rPr>
        <w:t>okay, Tom.</w:t>
      </w:r>
    </w:p>
    <w:p>
      <w:pPr>
        <w:spacing w:after="0"/>
      </w:pPr>
    </w:p>
    <w:p>
      <w:pPr>
        <w:spacing w:after="0"/>
      </w:pPr>
      <w:r>
        <w:rPr>
          <w:rFonts w:ascii="Arial" w:hAnsi="Arial"/>
          <w:b/>
          <w:sz w:val="22"/>
        </w:rPr>
        <w:t xml:space="preserve">Alice  </w:t>
      </w:r>
      <w:r>
        <w:rPr>
          <w:rFonts w:ascii="Arial" w:hAnsi="Arial"/>
          <w:color w:val="5D7284"/>
          <w:sz w:val="22"/>
        </w:rPr>
        <w:t>28:34</w:t>
      </w:r>
    </w:p>
    <w:p>
      <w:pPr>
        <w:spacing w:after="0"/>
      </w:pPr>
      <w:r>
        <w:rPr>
          <w:rFonts w:ascii="Arial" w:hAnsi="Arial"/>
          <w:sz w:val="22"/>
        </w:rPr>
        <w:t>I mean, at least he didn't change his name to Mad Edgar. He was slightly more</w:t>
      </w:r>
    </w:p>
    <w:p>
      <w:pPr>
        <w:spacing w:after="0"/>
      </w:pPr>
    </w:p>
    <w:p>
      <w:pPr>
        <w:spacing w:after="0"/>
      </w:pPr>
      <w:r>
        <w:rPr>
          <w:rFonts w:ascii="Arial" w:hAnsi="Arial"/>
          <w:b/>
          <w:sz w:val="22"/>
        </w:rPr>
        <w:t xml:space="preserve">Lucy  </w:t>
      </w:r>
      <w:r>
        <w:rPr>
          <w:rFonts w:ascii="Arial" w:hAnsi="Arial"/>
          <w:color w:val="5D7284"/>
          <w:sz w:val="22"/>
        </w:rPr>
        <w:t>28:38</w:t>
      </w:r>
    </w:p>
    <w:p>
      <w:pPr>
        <w:spacing w:after="0"/>
      </w:pPr>
      <w:r>
        <w:rPr>
          <w:rFonts w:ascii="Arial" w:hAnsi="Arial"/>
          <w:sz w:val="22"/>
        </w:rPr>
        <w:t xml:space="preserve">mad. Eddie. Mad. Eddie. </w:t>
      </w:r>
    </w:p>
    <w:p>
      <w:pPr>
        <w:spacing w:after="0"/>
      </w:pPr>
    </w:p>
    <w:p>
      <w:pPr>
        <w:spacing w:after="0"/>
      </w:pPr>
      <w:r>
        <w:rPr>
          <w:rFonts w:ascii="Arial" w:hAnsi="Arial"/>
          <w:b/>
          <w:sz w:val="22"/>
        </w:rPr>
        <w:t xml:space="preserve">Alice  </w:t>
      </w:r>
      <w:r>
        <w:rPr>
          <w:rFonts w:ascii="Arial" w:hAnsi="Arial"/>
          <w:color w:val="5D7284"/>
          <w:sz w:val="22"/>
        </w:rPr>
        <w:t>28:43</w:t>
      </w:r>
    </w:p>
    <w:p>
      <w:pPr>
        <w:spacing w:after="0"/>
      </w:pPr>
      <w:r>
        <w:rPr>
          <w:rFonts w:ascii="Arial" w:hAnsi="Arial"/>
          <w:sz w:val="22"/>
        </w:rPr>
        <w:t>Okay, I'm gonna do, I'm gonna do my best to read an actual quote from the play here. Okay, this is something that Edgar says about how he's gonna disguise himself to again just to make is it gonna</w:t>
      </w:r>
    </w:p>
    <w:p>
      <w:pPr>
        <w:spacing w:after="0"/>
      </w:pPr>
    </w:p>
    <w:p>
      <w:pPr>
        <w:spacing w:after="0"/>
      </w:pPr>
      <w:r>
        <w:rPr>
          <w:rFonts w:ascii="Arial" w:hAnsi="Arial"/>
          <w:b/>
          <w:sz w:val="22"/>
        </w:rPr>
        <w:t xml:space="preserve">Lucy  </w:t>
      </w:r>
      <w:r>
        <w:rPr>
          <w:rFonts w:ascii="Arial" w:hAnsi="Arial"/>
          <w:color w:val="5D7284"/>
          <w:sz w:val="22"/>
        </w:rPr>
        <w:t>28:57</w:t>
      </w:r>
    </w:p>
    <w:p>
      <w:pPr>
        <w:spacing w:after="0"/>
      </w:pPr>
      <w:r>
        <w:rPr>
          <w:rFonts w:ascii="Arial" w:hAnsi="Arial"/>
          <w:sz w:val="22"/>
        </w:rPr>
        <w:t xml:space="preserve">piss me off? Probably, </w:t>
      </w:r>
    </w:p>
    <w:p>
      <w:pPr>
        <w:spacing w:after="0"/>
      </w:pPr>
    </w:p>
    <w:p>
      <w:pPr>
        <w:spacing w:after="0"/>
      </w:pPr>
      <w:r>
        <w:rPr>
          <w:rFonts w:ascii="Arial" w:hAnsi="Arial"/>
          <w:b/>
          <w:sz w:val="22"/>
        </w:rPr>
        <w:t xml:space="preserve">Alice  </w:t>
      </w:r>
      <w:r>
        <w:rPr>
          <w:rFonts w:ascii="Arial" w:hAnsi="Arial"/>
          <w:color w:val="5D7284"/>
          <w:sz w:val="22"/>
        </w:rPr>
        <w:t>29:00</w:t>
      </w:r>
    </w:p>
    <w:p>
      <w:pPr>
        <w:spacing w:after="0"/>
      </w:pPr>
      <w:r>
        <w:rPr>
          <w:rFonts w:ascii="Arial" w:hAnsi="Arial"/>
          <w:sz w:val="22"/>
        </w:rPr>
        <w:t xml:space="preserve">I mean that, or you just won't understand it. Okay, well even </w:t>
      </w:r>
    </w:p>
    <w:p>
      <w:pPr>
        <w:spacing w:after="0"/>
      </w:pPr>
    </w:p>
    <w:p>
      <w:pPr>
        <w:spacing w:after="0"/>
      </w:pPr>
      <w:r>
        <w:rPr>
          <w:rFonts w:ascii="Arial" w:hAnsi="Arial"/>
          <w:b/>
          <w:sz w:val="22"/>
        </w:rPr>
        <w:t xml:space="preserve">Lucy  </w:t>
      </w:r>
      <w:r>
        <w:rPr>
          <w:rFonts w:ascii="Arial" w:hAnsi="Arial"/>
          <w:color w:val="5D7284"/>
          <w:sz w:val="22"/>
        </w:rPr>
        <w:t>29:04</w:t>
      </w:r>
    </w:p>
    <w:p>
      <w:pPr>
        <w:spacing w:after="0"/>
      </w:pPr>
      <w:r>
        <w:rPr>
          <w:rFonts w:ascii="Arial" w:hAnsi="Arial"/>
          <w:sz w:val="22"/>
        </w:rPr>
        <w:t xml:space="preserve">either way. </w:t>
      </w:r>
    </w:p>
    <w:p>
      <w:pPr>
        <w:spacing w:after="0"/>
      </w:pPr>
    </w:p>
    <w:p>
      <w:pPr>
        <w:spacing w:after="0"/>
      </w:pPr>
      <w:r>
        <w:rPr>
          <w:rFonts w:ascii="Arial" w:hAnsi="Arial"/>
          <w:b/>
          <w:sz w:val="22"/>
        </w:rPr>
        <w:t xml:space="preserve">Alice  </w:t>
      </w:r>
      <w:r>
        <w:rPr>
          <w:rFonts w:ascii="Arial" w:hAnsi="Arial"/>
          <w:color w:val="5D7284"/>
          <w:sz w:val="22"/>
        </w:rPr>
        <w:t>29:05</w:t>
      </w:r>
    </w:p>
    <w:p>
      <w:pPr>
        <w:spacing w:after="0"/>
      </w:pPr>
      <w:r>
        <w:rPr>
          <w:rFonts w:ascii="Arial" w:hAnsi="Arial"/>
          <w:sz w:val="22"/>
        </w:rPr>
        <w:t>But it's it, just the it, it is. It is basically a description of what we were talking about that like, this is what people in those that time thought madness was like, What madness looks like, yeah? So he says, to take the basest and most poorest shape that ever, penury, in contempt of man brought near to beast. My my face, I'll grime with filth, right blanket my loins or all my hair in knots, okay, and with presented nakedness out face the winds and persecution of the sky. So</w:t>
      </w:r>
    </w:p>
    <w:p>
      <w:pPr>
        <w:spacing w:after="0"/>
      </w:pPr>
    </w:p>
    <w:p>
      <w:pPr>
        <w:spacing w:after="0"/>
      </w:pPr>
      <w:r>
        <w:rPr>
          <w:rFonts w:ascii="Arial" w:hAnsi="Arial"/>
          <w:b/>
          <w:sz w:val="22"/>
        </w:rPr>
        <w:t xml:space="preserve">Lucy  </w:t>
      </w:r>
      <w:r>
        <w:rPr>
          <w:rFonts w:ascii="Arial" w:hAnsi="Arial"/>
          <w:color w:val="5D7284"/>
          <w:sz w:val="22"/>
        </w:rPr>
        <w:t>29:59</w:t>
      </w:r>
    </w:p>
    <w:p>
      <w:pPr>
        <w:spacing w:after="0"/>
      </w:pPr>
      <w:r>
        <w:rPr>
          <w:rFonts w:ascii="Arial" w:hAnsi="Arial"/>
          <w:sz w:val="22"/>
        </w:rPr>
        <w:t>yeah. But I would argue that that description is still slightly better, only marginally better, than the Hunchback of Notre Dame.</w:t>
      </w:r>
    </w:p>
    <w:p>
      <w:pPr>
        <w:spacing w:after="0"/>
      </w:pPr>
    </w:p>
    <w:p>
      <w:pPr>
        <w:spacing w:after="0"/>
      </w:pPr>
      <w:r>
        <w:rPr>
          <w:rFonts w:ascii="Arial" w:hAnsi="Arial"/>
          <w:b/>
          <w:sz w:val="22"/>
        </w:rPr>
        <w:t xml:space="preserve">Alice  </w:t>
      </w:r>
      <w:r>
        <w:rPr>
          <w:rFonts w:ascii="Arial" w:hAnsi="Arial"/>
          <w:color w:val="5D7284"/>
          <w:sz w:val="22"/>
        </w:rPr>
        <w:t>30:09</w:t>
      </w:r>
    </w:p>
    <w:p>
      <w:pPr>
        <w:spacing w:after="0"/>
      </w:pPr>
      <w:r>
        <w:rPr>
          <w:rFonts w:ascii="Arial" w:hAnsi="Arial"/>
          <w:sz w:val="22"/>
        </w:rPr>
        <w:t xml:space="preserve">That's true. I'll give you that. Yeah, Hunchback of Notre Dame is rough, but I think that is, that is perhaps. I don't know what your thoughts are on this, but I wonder whether societally, we have maybe some different feelings about mental health than we do about physical disability, </w:t>
      </w:r>
    </w:p>
    <w:p>
      <w:pPr>
        <w:spacing w:after="0"/>
      </w:pPr>
    </w:p>
    <w:p>
      <w:pPr>
        <w:spacing w:after="0"/>
      </w:pPr>
      <w:r>
        <w:rPr>
          <w:rFonts w:ascii="Arial" w:hAnsi="Arial"/>
          <w:b/>
          <w:sz w:val="22"/>
        </w:rPr>
        <w:t xml:space="preserve">Lucy  </w:t>
      </w:r>
      <w:r>
        <w:rPr>
          <w:rFonts w:ascii="Arial" w:hAnsi="Arial"/>
          <w:color w:val="5D7284"/>
          <w:sz w:val="22"/>
        </w:rPr>
        <w:t>30:31</w:t>
      </w:r>
    </w:p>
    <w:p>
      <w:pPr>
        <w:spacing w:after="0"/>
      </w:pPr>
      <w:r>
        <w:rPr>
          <w:rFonts w:ascii="Arial" w:hAnsi="Arial"/>
          <w:sz w:val="22"/>
        </w:rPr>
        <w:t xml:space="preserve">yeah, </w:t>
      </w:r>
    </w:p>
    <w:p>
      <w:pPr>
        <w:spacing w:after="0"/>
      </w:pPr>
    </w:p>
    <w:p>
      <w:pPr>
        <w:spacing w:after="0"/>
      </w:pPr>
      <w:r>
        <w:rPr>
          <w:rFonts w:ascii="Arial" w:hAnsi="Arial"/>
          <w:b/>
          <w:sz w:val="22"/>
        </w:rPr>
        <w:t xml:space="preserve">Alice  </w:t>
      </w:r>
      <w:r>
        <w:rPr>
          <w:rFonts w:ascii="Arial" w:hAnsi="Arial"/>
          <w:color w:val="5D7284"/>
          <w:sz w:val="22"/>
        </w:rPr>
        <w:t>30:32</w:t>
      </w:r>
    </w:p>
    <w:p>
      <w:pPr>
        <w:spacing w:after="0"/>
      </w:pPr>
      <w:r>
        <w:rPr>
          <w:rFonts w:ascii="Arial" w:hAnsi="Arial"/>
          <w:sz w:val="22"/>
        </w:rPr>
        <w:t>certainly for things like those kind of genetic congenital conditions that you are born with, versus mental health that may not present until later.</w:t>
      </w:r>
    </w:p>
    <w:p>
      <w:pPr>
        <w:spacing w:after="0"/>
      </w:pPr>
    </w:p>
    <w:p>
      <w:pPr>
        <w:spacing w:after="0"/>
      </w:pPr>
      <w:r>
        <w:rPr>
          <w:rFonts w:ascii="Arial" w:hAnsi="Arial"/>
          <w:b/>
          <w:sz w:val="22"/>
        </w:rPr>
        <w:t xml:space="preserve">Lucy  </w:t>
      </w:r>
      <w:r>
        <w:rPr>
          <w:rFonts w:ascii="Arial" w:hAnsi="Arial"/>
          <w:color w:val="5D7284"/>
          <w:sz w:val="22"/>
        </w:rPr>
        <w:t>30:50</w:t>
      </w:r>
    </w:p>
    <w:p>
      <w:pPr>
        <w:spacing w:after="0"/>
      </w:pPr>
      <w:r>
        <w:rPr>
          <w:rFonts w:ascii="Arial" w:hAnsi="Arial"/>
          <w:sz w:val="22"/>
        </w:rPr>
        <w:t>I think just across the board, really, if you think about physical disability and then a hidden disability, like a mental illness, it is a lot, it is a lot easier to go, oh, that's frightening about somebody who's physically different than and it's probably a lot easier to understand, not the people back in those days really understood it, but it's a lot easier To understand than somebody who's just gone mad.</w:t>
      </w:r>
    </w:p>
    <w:p>
      <w:pPr>
        <w:spacing w:after="0"/>
      </w:pPr>
    </w:p>
    <w:p>
      <w:pPr>
        <w:spacing w:after="0"/>
      </w:pPr>
      <w:r>
        <w:rPr>
          <w:rFonts w:ascii="Arial" w:hAnsi="Arial"/>
          <w:b/>
          <w:sz w:val="22"/>
        </w:rPr>
        <w:t xml:space="preserve">Alice  </w:t>
      </w:r>
      <w:r>
        <w:rPr>
          <w:rFonts w:ascii="Arial" w:hAnsi="Arial"/>
          <w:color w:val="5D7284"/>
          <w:sz w:val="22"/>
        </w:rPr>
        <w:t>31:22</w:t>
      </w:r>
    </w:p>
    <w:p>
      <w:pPr>
        <w:spacing w:after="0"/>
      </w:pPr>
      <w:r>
        <w:rPr>
          <w:rFonts w:ascii="Arial" w:hAnsi="Arial"/>
          <w:sz w:val="22"/>
        </w:rPr>
        <w:t xml:space="preserve">And I think, I think there's a, it's, it's a bit about behavior, isn't it? </w:t>
      </w:r>
    </w:p>
    <w:p>
      <w:pPr>
        <w:spacing w:after="0"/>
      </w:pPr>
    </w:p>
    <w:p>
      <w:pPr>
        <w:spacing w:after="0"/>
      </w:pPr>
      <w:r>
        <w:rPr>
          <w:rFonts w:ascii="Arial" w:hAnsi="Arial"/>
          <w:b/>
          <w:sz w:val="22"/>
        </w:rPr>
        <w:t xml:space="preserve">Lucy  </w:t>
      </w:r>
      <w:r>
        <w:rPr>
          <w:rFonts w:ascii="Arial" w:hAnsi="Arial"/>
          <w:color w:val="5D7284"/>
          <w:sz w:val="22"/>
        </w:rPr>
        <w:t>31:28</w:t>
      </w:r>
    </w:p>
    <w:p>
      <w:pPr>
        <w:spacing w:after="0"/>
      </w:pPr>
      <w:r>
        <w:rPr>
          <w:rFonts w:ascii="Arial" w:hAnsi="Arial"/>
          <w:sz w:val="22"/>
        </w:rPr>
        <w:t xml:space="preserve">Yeah, exactly, </w:t>
      </w:r>
    </w:p>
    <w:p>
      <w:pPr>
        <w:spacing w:after="0"/>
      </w:pPr>
    </w:p>
    <w:p>
      <w:pPr>
        <w:spacing w:after="0"/>
      </w:pPr>
      <w:r>
        <w:rPr>
          <w:rFonts w:ascii="Arial" w:hAnsi="Arial"/>
          <w:b/>
          <w:sz w:val="22"/>
        </w:rPr>
        <w:t xml:space="preserve">Alice  </w:t>
      </w:r>
      <w:r>
        <w:rPr>
          <w:rFonts w:ascii="Arial" w:hAnsi="Arial"/>
          <w:color w:val="5D7284"/>
          <w:sz w:val="22"/>
        </w:rPr>
        <w:t>31:29</w:t>
      </w:r>
    </w:p>
    <w:p>
      <w:pPr>
        <w:spacing w:after="0"/>
      </w:pPr>
      <w:r>
        <w:rPr>
          <w:rFonts w:ascii="Arial" w:hAnsi="Arial"/>
          <w:sz w:val="22"/>
        </w:rPr>
        <w:t>you know, you where a a person who's having some kind of mental health breakdown, they may have some of the physical stuff that, like, Edgar talks about here, like he talks about having a dirty face and knotted hair and screaming at the like looking like a beast to the way he describes it, you know, the the behavior of a person, whereas I think there is, I mean, I, I'm I, I'm hesitant to sort of fit to say anything really concrete, because I've do not have the experience of No, you know that that kind of disability, but I think there is, you're almost two, there's two angles that the hate comes at you if you have A physical condition, because you have the the visual, and then you also have the behavioral. So people are like, Oh my god, I hate you because of how you look, and I may also hate you because of how you behave,</w:t>
      </w:r>
    </w:p>
    <w:p>
      <w:pPr>
        <w:spacing w:after="0"/>
      </w:pPr>
    </w:p>
    <w:p>
      <w:pPr>
        <w:spacing w:after="0"/>
      </w:pPr>
      <w:r>
        <w:rPr>
          <w:rFonts w:ascii="Arial" w:hAnsi="Arial"/>
          <w:b/>
          <w:sz w:val="22"/>
        </w:rPr>
        <w:t xml:space="preserve">Lucy  </w:t>
      </w:r>
      <w:r>
        <w:rPr>
          <w:rFonts w:ascii="Arial" w:hAnsi="Arial"/>
          <w:color w:val="5D7284"/>
          <w:sz w:val="22"/>
        </w:rPr>
        <w:t>32:30</w:t>
      </w:r>
    </w:p>
    <w:p>
      <w:pPr>
        <w:spacing w:after="0"/>
      </w:pPr>
      <w:r>
        <w:rPr>
          <w:rFonts w:ascii="Arial" w:hAnsi="Arial"/>
          <w:sz w:val="22"/>
        </w:rPr>
        <w:t>yeah, whereas I'm frightened of you because of the way you look, and I'm also frightened of you because, yeah, of the way you behave, yeah, yeah.</w:t>
      </w:r>
    </w:p>
    <w:p>
      <w:pPr>
        <w:spacing w:after="0"/>
      </w:pPr>
    </w:p>
    <w:p>
      <w:pPr>
        <w:spacing w:after="0"/>
      </w:pPr>
      <w:r>
        <w:rPr>
          <w:rFonts w:ascii="Arial" w:hAnsi="Arial"/>
          <w:b/>
          <w:sz w:val="22"/>
        </w:rPr>
        <w:t xml:space="preserve">Alice  </w:t>
      </w:r>
      <w:r>
        <w:rPr>
          <w:rFonts w:ascii="Arial" w:hAnsi="Arial"/>
          <w:color w:val="5D7284"/>
          <w:sz w:val="22"/>
        </w:rPr>
        <w:t>32:37</w:t>
      </w:r>
    </w:p>
    <w:p>
      <w:pPr>
        <w:spacing w:after="0"/>
      </w:pPr>
      <w:r>
        <w:rPr>
          <w:rFonts w:ascii="Arial" w:hAnsi="Arial"/>
          <w:sz w:val="22"/>
        </w:rPr>
        <w:t xml:space="preserve">Whereas I think you know for the way that the mental health is certainly portrayed in this, it's, I'm frightened of you because of how you behave, but not necessarily about, I don't know, because you know, one of the things that this, this is really, this place, really linking that physical appearance to not just your mental health, but also your circumstances. Like, if you've got mental health, you are a crazy beggar in the street type, you're not all you're good for kind of thing, yeah, and that, that you couldn't, you can't possibly be rich and have mental health, stuff like that, or poor mental health. I should say, Yeah, but it's just, I think it's interesting. </w:t>
      </w:r>
    </w:p>
    <w:p>
      <w:pPr>
        <w:spacing w:after="0"/>
      </w:pPr>
    </w:p>
    <w:p>
      <w:pPr>
        <w:spacing w:after="0"/>
      </w:pPr>
      <w:r>
        <w:rPr>
          <w:rFonts w:ascii="Arial" w:hAnsi="Arial"/>
          <w:b/>
          <w:sz w:val="22"/>
        </w:rPr>
        <w:t xml:space="preserve">Lucy  </w:t>
      </w:r>
      <w:r>
        <w:rPr>
          <w:rFonts w:ascii="Arial" w:hAnsi="Arial"/>
          <w:color w:val="5D7284"/>
          <w:sz w:val="22"/>
        </w:rPr>
        <w:t>33:27</w:t>
      </w:r>
    </w:p>
    <w:p>
      <w:pPr>
        <w:spacing w:after="0"/>
      </w:pPr>
      <w:r>
        <w:rPr>
          <w:rFonts w:ascii="Arial" w:hAnsi="Arial"/>
          <w:sz w:val="22"/>
        </w:rPr>
        <w:t>Shakespear's got a lot to answer for. I still maintain,</w:t>
      </w:r>
    </w:p>
    <w:p>
      <w:pPr>
        <w:spacing w:after="0"/>
      </w:pPr>
    </w:p>
    <w:p>
      <w:pPr>
        <w:spacing w:after="0"/>
      </w:pPr>
      <w:r>
        <w:rPr>
          <w:rFonts w:ascii="Arial" w:hAnsi="Arial"/>
          <w:b/>
          <w:sz w:val="22"/>
        </w:rPr>
        <w:t xml:space="preserve">Alice  </w:t>
      </w:r>
      <w:r>
        <w:rPr>
          <w:rFonts w:ascii="Arial" w:hAnsi="Arial"/>
          <w:color w:val="5D7284"/>
          <w:sz w:val="22"/>
        </w:rPr>
        <w:t>33:33</w:t>
      </w:r>
    </w:p>
    <w:p>
      <w:pPr>
        <w:spacing w:after="0"/>
      </w:pPr>
      <w:r>
        <w:rPr>
          <w:rFonts w:ascii="Arial" w:hAnsi="Arial"/>
          <w:sz w:val="22"/>
        </w:rPr>
        <w:t xml:space="preserve">but I think, yeah, it's interesting that like this. It's so these disappearance of What madness looks like is tied so much into this play that the guy even disguises himself to as mad. Like, </w:t>
      </w:r>
    </w:p>
    <w:p>
      <w:pPr>
        <w:spacing w:after="0"/>
      </w:pPr>
    </w:p>
    <w:p>
      <w:pPr>
        <w:spacing w:after="0"/>
      </w:pPr>
      <w:r>
        <w:rPr>
          <w:rFonts w:ascii="Arial" w:hAnsi="Arial"/>
          <w:b/>
          <w:sz w:val="22"/>
        </w:rPr>
        <w:t xml:space="preserve">Lucy  </w:t>
      </w:r>
      <w:r>
        <w:rPr>
          <w:rFonts w:ascii="Arial" w:hAnsi="Arial"/>
          <w:color w:val="5D7284"/>
          <w:sz w:val="22"/>
        </w:rPr>
        <w:t>33:50</w:t>
      </w:r>
    </w:p>
    <w:p>
      <w:pPr>
        <w:spacing w:after="0"/>
      </w:pPr>
      <w:r>
        <w:rPr>
          <w:rFonts w:ascii="Arial" w:hAnsi="Arial"/>
          <w:sz w:val="22"/>
        </w:rPr>
        <w:t>I mean even that as a, as a disguises himself as mad, like, it's just crackers.</w:t>
      </w:r>
    </w:p>
    <w:p>
      <w:pPr>
        <w:spacing w:after="0"/>
      </w:pPr>
    </w:p>
    <w:p>
      <w:pPr>
        <w:spacing w:after="0"/>
      </w:pPr>
      <w:r>
        <w:rPr>
          <w:rFonts w:ascii="Arial" w:hAnsi="Arial"/>
          <w:b/>
          <w:sz w:val="22"/>
        </w:rPr>
        <w:t xml:space="preserve">Alice  </w:t>
      </w:r>
      <w:r>
        <w:rPr>
          <w:rFonts w:ascii="Arial" w:hAnsi="Arial"/>
          <w:color w:val="5D7284"/>
          <w:sz w:val="22"/>
        </w:rPr>
        <w:t>33:58</w:t>
      </w:r>
    </w:p>
    <w:p>
      <w:pPr>
        <w:spacing w:after="0"/>
      </w:pPr>
      <w:r>
        <w:rPr>
          <w:rFonts w:ascii="Arial" w:hAnsi="Arial"/>
          <w:sz w:val="22"/>
        </w:rPr>
        <w:t>What? Yeah, what? What's wrong with a with a false mustache and a bowler hat, you know? Yeah,</w:t>
      </w:r>
    </w:p>
    <w:p>
      <w:pPr>
        <w:spacing w:after="0"/>
      </w:pPr>
    </w:p>
    <w:p>
      <w:pPr>
        <w:spacing w:after="0"/>
      </w:pPr>
      <w:r>
        <w:rPr>
          <w:rFonts w:ascii="Arial" w:hAnsi="Arial"/>
          <w:b/>
          <w:sz w:val="22"/>
        </w:rPr>
        <w:t xml:space="preserve">Lucy  </w:t>
      </w:r>
      <w:r>
        <w:rPr>
          <w:rFonts w:ascii="Arial" w:hAnsi="Arial"/>
          <w:color w:val="5D7284"/>
          <w:sz w:val="22"/>
        </w:rPr>
        <w:t>34:04</w:t>
      </w:r>
    </w:p>
    <w:p>
      <w:pPr>
        <w:spacing w:after="0"/>
      </w:pPr>
      <w:r>
        <w:rPr>
          <w:rFonts w:ascii="Arial" w:hAnsi="Arial"/>
          <w:sz w:val="22"/>
        </w:rPr>
        <w:t>pair of glasses, yeah, Hawaian shirt,</w:t>
      </w:r>
    </w:p>
    <w:p>
      <w:pPr>
        <w:spacing w:after="0"/>
      </w:pPr>
    </w:p>
    <w:p>
      <w:pPr>
        <w:spacing w:after="0"/>
      </w:pPr>
      <w:r>
        <w:rPr>
          <w:rFonts w:ascii="Arial" w:hAnsi="Arial"/>
          <w:b/>
          <w:sz w:val="22"/>
        </w:rPr>
        <w:t xml:space="preserve">Alice  </w:t>
      </w:r>
      <w:r>
        <w:rPr>
          <w:rFonts w:ascii="Arial" w:hAnsi="Arial"/>
          <w:color w:val="5D7284"/>
          <w:sz w:val="22"/>
        </w:rPr>
        <w:t>34:08</w:t>
      </w:r>
    </w:p>
    <w:p>
      <w:pPr>
        <w:spacing w:after="0"/>
      </w:pPr>
      <w:r>
        <w:rPr>
          <w:rFonts w:ascii="Arial" w:hAnsi="Arial"/>
          <w:sz w:val="22"/>
        </w:rPr>
        <w:t>yeah. So meanwhile, while King Lear is out in the storm and Edgar is off disguising himself as mad, Tom Gloucester is is back at one of the castles with one of the daughters. In fact, I think both the daughters are there, and he's sort of,</w:t>
      </w:r>
    </w:p>
    <w:p>
      <w:pPr>
        <w:spacing w:after="0"/>
      </w:pPr>
    </w:p>
    <w:p>
      <w:pPr>
        <w:spacing w:after="0"/>
      </w:pPr>
      <w:r>
        <w:rPr>
          <w:rFonts w:ascii="Arial" w:hAnsi="Arial"/>
          <w:b/>
          <w:sz w:val="22"/>
        </w:rPr>
        <w:t xml:space="preserve">Alice  </w:t>
      </w:r>
      <w:r>
        <w:rPr>
          <w:rFonts w:ascii="Arial" w:hAnsi="Arial"/>
          <w:color w:val="5D7284"/>
          <w:sz w:val="22"/>
        </w:rPr>
        <w:t>34:33</w:t>
      </w:r>
    </w:p>
    <w:p>
      <w:pPr>
        <w:spacing w:after="0"/>
      </w:pPr>
      <w:r>
        <w:rPr>
          <w:rFonts w:ascii="Arial" w:hAnsi="Arial"/>
          <w:sz w:val="22"/>
        </w:rPr>
        <w:t>He's a bit of a pervert?</w:t>
      </w:r>
    </w:p>
    <w:p>
      <w:pPr>
        <w:spacing w:after="0"/>
      </w:pPr>
    </w:p>
    <w:p>
      <w:pPr>
        <w:spacing w:after="0"/>
      </w:pPr>
      <w:r>
        <w:rPr>
          <w:rFonts w:ascii="Arial" w:hAnsi="Arial"/>
          <w:b/>
          <w:sz w:val="22"/>
        </w:rPr>
        <w:t xml:space="preserve">Alice  </w:t>
      </w:r>
      <w:r>
        <w:rPr>
          <w:rFonts w:ascii="Arial" w:hAnsi="Arial"/>
          <w:color w:val="5D7284"/>
          <w:sz w:val="22"/>
        </w:rPr>
        <w:t>34:34</w:t>
      </w:r>
    </w:p>
    <w:p>
      <w:pPr>
        <w:spacing w:after="0"/>
      </w:pPr>
      <w:r>
        <w:rPr>
          <w:rFonts w:ascii="Arial" w:hAnsi="Arial"/>
          <w:sz w:val="22"/>
        </w:rPr>
        <w:t xml:space="preserve"> no, he's not. Quite the opposite. He is. He's standing up for Lear, like he's Leah's, like, BFF, saying to his daughter, to the daughters, Oh, you shouldn't have banished him. Like he's an old man. He was your king. He's your father. Like, that's not very nice, yeah,</w:t>
      </w:r>
    </w:p>
    <w:p>
      <w:pPr>
        <w:spacing w:after="0"/>
      </w:pPr>
    </w:p>
    <w:p>
      <w:pPr>
        <w:spacing w:after="0"/>
      </w:pPr>
      <w:r>
        <w:rPr>
          <w:rFonts w:ascii="Arial" w:hAnsi="Arial"/>
          <w:b/>
          <w:sz w:val="22"/>
        </w:rPr>
        <w:t xml:space="preserve">Lucy  </w:t>
      </w:r>
      <w:r>
        <w:rPr>
          <w:rFonts w:ascii="Arial" w:hAnsi="Arial"/>
          <w:color w:val="5D7284"/>
          <w:sz w:val="22"/>
        </w:rPr>
        <w:t>34:54</w:t>
      </w:r>
    </w:p>
    <w:p>
      <w:pPr>
        <w:spacing w:after="0"/>
      </w:pPr>
      <w:r>
        <w:rPr>
          <w:rFonts w:ascii="Arial" w:hAnsi="Arial"/>
          <w:sz w:val="22"/>
        </w:rPr>
        <w:t>basically, yeah.</w:t>
      </w:r>
    </w:p>
    <w:p>
      <w:pPr>
        <w:spacing w:after="0"/>
      </w:pPr>
    </w:p>
    <w:p>
      <w:pPr>
        <w:spacing w:after="0"/>
      </w:pPr>
      <w:r>
        <w:rPr>
          <w:rFonts w:ascii="Arial" w:hAnsi="Arial"/>
          <w:b/>
          <w:sz w:val="22"/>
        </w:rPr>
        <w:t xml:space="preserve">Alice  </w:t>
      </w:r>
      <w:r>
        <w:rPr>
          <w:rFonts w:ascii="Arial" w:hAnsi="Arial"/>
          <w:color w:val="5D7284"/>
          <w:sz w:val="22"/>
        </w:rPr>
        <w:t>34:55</w:t>
      </w:r>
    </w:p>
    <w:p>
      <w:pPr>
        <w:spacing w:after="0"/>
      </w:pPr>
      <w:r>
        <w:rPr>
          <w:rFonts w:ascii="Arial" w:hAnsi="Arial"/>
          <w:sz w:val="22"/>
        </w:rPr>
        <w:t xml:space="preserve"> Which, you know, in fairness, He's not wrong. It's. Like, you know, I'm not saying the way Lear behaved was okay, but</w:t>
      </w:r>
    </w:p>
    <w:p>
      <w:pPr>
        <w:spacing w:after="0"/>
      </w:pPr>
    </w:p>
    <w:p>
      <w:pPr>
        <w:spacing w:after="0"/>
      </w:pPr>
      <w:r>
        <w:rPr>
          <w:rFonts w:ascii="Arial" w:hAnsi="Arial"/>
          <w:b/>
          <w:sz w:val="22"/>
        </w:rPr>
        <w:t xml:space="preserve">Alice  </w:t>
      </w:r>
      <w:r>
        <w:rPr>
          <w:rFonts w:ascii="Arial" w:hAnsi="Arial"/>
          <w:color w:val="5D7284"/>
          <w:sz w:val="22"/>
        </w:rPr>
        <w:t>35:03</w:t>
      </w:r>
    </w:p>
    <w:p>
      <w:pPr>
        <w:spacing w:after="0"/>
      </w:pPr>
      <w:r>
        <w:rPr>
          <w:rFonts w:ascii="Arial" w:hAnsi="Arial"/>
          <w:sz w:val="22"/>
        </w:rPr>
        <w:t xml:space="preserve">two wrongs. </w:t>
      </w:r>
    </w:p>
    <w:p>
      <w:pPr>
        <w:spacing w:after="0"/>
      </w:pPr>
    </w:p>
    <w:p>
      <w:pPr>
        <w:spacing w:after="0"/>
      </w:pPr>
      <w:r>
        <w:rPr>
          <w:rFonts w:ascii="Arial" w:hAnsi="Arial"/>
          <w:b/>
          <w:sz w:val="22"/>
        </w:rPr>
        <w:t xml:space="preserve">Lucy  </w:t>
      </w:r>
      <w:r>
        <w:rPr>
          <w:rFonts w:ascii="Arial" w:hAnsi="Arial"/>
          <w:color w:val="5D7284"/>
          <w:sz w:val="22"/>
        </w:rPr>
        <w:t>35:04</w:t>
      </w:r>
    </w:p>
    <w:p>
      <w:pPr>
        <w:spacing w:after="0"/>
      </w:pPr>
      <w:r>
        <w:rPr>
          <w:rFonts w:ascii="Arial" w:hAnsi="Arial"/>
          <w:sz w:val="22"/>
        </w:rPr>
        <w:t>Yeah, exactly.</w:t>
      </w:r>
    </w:p>
    <w:p>
      <w:pPr>
        <w:spacing w:after="0"/>
      </w:pPr>
    </w:p>
    <w:p>
      <w:pPr>
        <w:spacing w:after="0"/>
      </w:pPr>
      <w:r>
        <w:rPr>
          <w:rFonts w:ascii="Arial" w:hAnsi="Arial"/>
          <w:b/>
          <w:sz w:val="22"/>
        </w:rPr>
        <w:t xml:space="preserve">Alice  </w:t>
      </w:r>
      <w:r>
        <w:rPr>
          <w:rFonts w:ascii="Arial" w:hAnsi="Arial"/>
          <w:color w:val="5D7284"/>
          <w:sz w:val="22"/>
        </w:rPr>
        <w:t>35:05</w:t>
      </w:r>
    </w:p>
    <w:p>
      <w:pPr>
        <w:spacing w:after="0"/>
      </w:pPr>
      <w:r>
        <w:rPr>
          <w:rFonts w:ascii="Arial" w:hAnsi="Arial"/>
          <w:sz w:val="22"/>
        </w:rPr>
        <w:t>So obviously, Leah's daughters, they don't much like this.</w:t>
      </w:r>
    </w:p>
    <w:p>
      <w:pPr>
        <w:spacing w:after="0"/>
      </w:pPr>
    </w:p>
    <w:p>
      <w:pPr>
        <w:spacing w:after="0"/>
      </w:pPr>
      <w:r>
        <w:rPr>
          <w:rFonts w:ascii="Arial" w:hAnsi="Arial"/>
          <w:b/>
          <w:sz w:val="22"/>
        </w:rPr>
        <w:t xml:space="preserve">Lucy  </w:t>
      </w:r>
      <w:r>
        <w:rPr>
          <w:rFonts w:ascii="Arial" w:hAnsi="Arial"/>
          <w:color w:val="5D7284"/>
          <w:sz w:val="22"/>
        </w:rPr>
        <w:t>35:10</w:t>
      </w:r>
    </w:p>
    <w:p>
      <w:pPr>
        <w:spacing w:after="0"/>
      </w:pPr>
      <w:r>
        <w:rPr>
          <w:rFonts w:ascii="Arial" w:hAnsi="Arial"/>
          <w:sz w:val="22"/>
        </w:rPr>
        <w:t>They Banish him as well. That's worse than that. What about kill him?</w:t>
      </w:r>
    </w:p>
    <w:p>
      <w:pPr>
        <w:spacing w:after="0"/>
      </w:pPr>
    </w:p>
    <w:p>
      <w:pPr>
        <w:spacing w:after="0"/>
      </w:pPr>
      <w:r>
        <w:rPr>
          <w:rFonts w:ascii="Arial" w:hAnsi="Arial"/>
          <w:b/>
          <w:sz w:val="22"/>
        </w:rPr>
        <w:t xml:space="preserve">Alice  </w:t>
      </w:r>
      <w:r>
        <w:rPr>
          <w:rFonts w:ascii="Arial" w:hAnsi="Arial"/>
          <w:color w:val="5D7284"/>
          <w:sz w:val="22"/>
        </w:rPr>
        <w:t>35:16</w:t>
      </w:r>
    </w:p>
    <w:p>
      <w:pPr>
        <w:spacing w:after="0"/>
      </w:pPr>
      <w:r>
        <w:rPr>
          <w:rFonts w:ascii="Arial" w:hAnsi="Arial"/>
          <w:sz w:val="22"/>
        </w:rPr>
        <w:t>It's somewhere in the middle,</w:t>
      </w:r>
    </w:p>
    <w:p>
      <w:pPr>
        <w:spacing w:after="0"/>
      </w:pPr>
    </w:p>
    <w:p>
      <w:pPr>
        <w:spacing w:after="0"/>
      </w:pPr>
      <w:r>
        <w:rPr>
          <w:rFonts w:ascii="Arial" w:hAnsi="Arial"/>
          <w:b/>
          <w:sz w:val="22"/>
        </w:rPr>
        <w:t xml:space="preserve">Lucy  </w:t>
      </w:r>
      <w:r>
        <w:rPr>
          <w:rFonts w:ascii="Arial" w:hAnsi="Arial"/>
          <w:color w:val="5D7284"/>
          <w:sz w:val="22"/>
        </w:rPr>
        <w:t>35:19</w:t>
      </w:r>
    </w:p>
    <w:p>
      <w:pPr>
        <w:spacing w:after="0"/>
      </w:pPr>
      <w:r>
        <w:rPr>
          <w:rFonts w:ascii="Arial" w:hAnsi="Arial"/>
          <w:sz w:val="22"/>
        </w:rPr>
        <w:t>right? Okay, take a dad. I don't know</w:t>
      </w:r>
    </w:p>
    <w:p>
      <w:pPr>
        <w:spacing w:after="0"/>
      </w:pPr>
    </w:p>
    <w:p>
      <w:pPr>
        <w:spacing w:after="0"/>
      </w:pPr>
      <w:r>
        <w:rPr>
          <w:rFonts w:ascii="Arial" w:hAnsi="Arial"/>
          <w:b/>
          <w:sz w:val="22"/>
        </w:rPr>
        <w:t xml:space="preserve">Alice  </w:t>
      </w:r>
      <w:r>
        <w:rPr>
          <w:rFonts w:ascii="Arial" w:hAnsi="Arial"/>
          <w:color w:val="5D7284"/>
          <w:sz w:val="22"/>
        </w:rPr>
        <w:t>35:22</w:t>
      </w:r>
    </w:p>
    <w:p>
      <w:pPr>
        <w:spacing w:after="0"/>
      </w:pPr>
      <w:r>
        <w:rPr>
          <w:rFonts w:ascii="Arial" w:hAnsi="Arial"/>
          <w:sz w:val="22"/>
        </w:rPr>
        <w:t>one one thing leads to another, and there's basically an argument, and one of Liz daughters, like henchmen, yeah, attacks Gloucester,</w:t>
      </w:r>
    </w:p>
    <w:p>
      <w:pPr>
        <w:spacing w:after="0"/>
      </w:pPr>
    </w:p>
    <w:p>
      <w:pPr>
        <w:spacing w:after="0"/>
      </w:pPr>
      <w:r>
        <w:rPr>
          <w:rFonts w:ascii="Arial" w:hAnsi="Arial"/>
          <w:b/>
          <w:sz w:val="22"/>
        </w:rPr>
        <w:t xml:space="preserve">Lucy  </w:t>
      </w:r>
      <w:r>
        <w:rPr>
          <w:rFonts w:ascii="Arial" w:hAnsi="Arial"/>
          <w:color w:val="5D7284"/>
          <w:sz w:val="22"/>
        </w:rPr>
        <w:t>35:34</w:t>
      </w:r>
    </w:p>
    <w:p>
      <w:pPr>
        <w:spacing w:after="0"/>
      </w:pPr>
      <w:r>
        <w:rPr>
          <w:rFonts w:ascii="Arial" w:hAnsi="Arial"/>
          <w:sz w:val="22"/>
        </w:rPr>
        <w:t>right,</w:t>
      </w:r>
    </w:p>
    <w:p>
      <w:pPr>
        <w:spacing w:after="0"/>
      </w:pPr>
    </w:p>
    <w:p>
      <w:pPr>
        <w:spacing w:after="0"/>
      </w:pPr>
      <w:r>
        <w:rPr>
          <w:rFonts w:ascii="Arial" w:hAnsi="Arial"/>
          <w:b/>
          <w:sz w:val="22"/>
        </w:rPr>
        <w:t xml:space="preserve">Alice  </w:t>
      </w:r>
      <w:r>
        <w:rPr>
          <w:rFonts w:ascii="Arial" w:hAnsi="Arial"/>
          <w:color w:val="5D7284"/>
          <w:sz w:val="22"/>
        </w:rPr>
        <w:t>35:39</w:t>
      </w:r>
    </w:p>
    <w:p>
      <w:pPr>
        <w:spacing w:after="0"/>
      </w:pPr>
      <w:r>
        <w:rPr>
          <w:rFonts w:ascii="Arial" w:hAnsi="Arial"/>
          <w:sz w:val="22"/>
        </w:rPr>
        <w:t xml:space="preserve">gouges his eyes out. </w:t>
      </w:r>
    </w:p>
    <w:p>
      <w:pPr>
        <w:spacing w:after="0"/>
      </w:pPr>
    </w:p>
    <w:p>
      <w:pPr>
        <w:spacing w:after="0"/>
      </w:pPr>
      <w:r>
        <w:rPr>
          <w:rFonts w:ascii="Arial" w:hAnsi="Arial"/>
          <w:b/>
          <w:sz w:val="22"/>
        </w:rPr>
        <w:t xml:space="preserve">Lucy  </w:t>
      </w:r>
      <w:r>
        <w:rPr>
          <w:rFonts w:ascii="Arial" w:hAnsi="Arial"/>
          <w:color w:val="5D7284"/>
          <w:sz w:val="22"/>
        </w:rPr>
        <w:t>35:40</w:t>
      </w:r>
    </w:p>
    <w:p>
      <w:pPr>
        <w:spacing w:after="0"/>
      </w:pPr>
      <w:r>
        <w:rPr>
          <w:rFonts w:ascii="Arial" w:hAnsi="Arial"/>
          <w:sz w:val="22"/>
        </w:rPr>
        <w:t>Oh both of them. No. Okay,</w:t>
      </w:r>
    </w:p>
    <w:p>
      <w:pPr>
        <w:spacing w:after="0"/>
      </w:pPr>
    </w:p>
    <w:p>
      <w:pPr>
        <w:spacing w:after="0"/>
      </w:pPr>
      <w:r>
        <w:rPr>
          <w:rFonts w:ascii="Arial" w:hAnsi="Arial"/>
          <w:b/>
          <w:sz w:val="22"/>
        </w:rPr>
        <w:t xml:space="preserve">Alice  </w:t>
      </w:r>
      <w:r>
        <w:rPr>
          <w:rFonts w:ascii="Arial" w:hAnsi="Arial"/>
          <w:color w:val="5D7284"/>
          <w:sz w:val="22"/>
        </w:rPr>
        <w:t>35:50</w:t>
      </w:r>
    </w:p>
    <w:p>
      <w:pPr>
        <w:spacing w:after="0"/>
      </w:pPr>
      <w:r>
        <w:rPr>
          <w:rFonts w:ascii="Arial" w:hAnsi="Arial"/>
          <w:sz w:val="22"/>
        </w:rPr>
        <w:t>it's a rough one.</w:t>
      </w:r>
    </w:p>
    <w:p>
      <w:pPr>
        <w:spacing w:after="0"/>
      </w:pPr>
    </w:p>
    <w:p>
      <w:pPr>
        <w:spacing w:after="0"/>
      </w:pPr>
      <w:r>
        <w:rPr>
          <w:rFonts w:ascii="Arial" w:hAnsi="Arial"/>
          <w:b/>
          <w:sz w:val="22"/>
        </w:rPr>
        <w:t xml:space="preserve">Lucy  </w:t>
      </w:r>
      <w:r>
        <w:rPr>
          <w:rFonts w:ascii="Arial" w:hAnsi="Arial"/>
          <w:color w:val="5D7284"/>
          <w:sz w:val="22"/>
        </w:rPr>
        <w:t>35:52</w:t>
      </w:r>
    </w:p>
    <w:p>
      <w:pPr>
        <w:spacing w:after="0"/>
      </w:pPr>
      <w:r>
        <w:rPr>
          <w:rFonts w:ascii="Arial" w:hAnsi="Arial"/>
          <w:sz w:val="22"/>
        </w:rPr>
        <w:t>Does he get a guide dog?</w:t>
      </w:r>
    </w:p>
    <w:p>
      <w:pPr>
        <w:spacing w:after="0"/>
      </w:pPr>
    </w:p>
    <w:p>
      <w:pPr>
        <w:spacing w:after="0"/>
      </w:pPr>
      <w:r>
        <w:rPr>
          <w:rFonts w:ascii="Arial" w:hAnsi="Arial"/>
          <w:b/>
          <w:sz w:val="22"/>
        </w:rPr>
        <w:t xml:space="preserve">Alice  </w:t>
      </w:r>
      <w:r>
        <w:rPr>
          <w:rFonts w:ascii="Arial" w:hAnsi="Arial"/>
          <w:color w:val="5D7284"/>
          <w:sz w:val="22"/>
        </w:rPr>
        <w:t>35:54</w:t>
      </w:r>
    </w:p>
    <w:p>
      <w:pPr>
        <w:spacing w:after="0"/>
      </w:pPr>
      <w:r>
        <w:rPr>
          <w:rFonts w:ascii="Arial" w:hAnsi="Arial"/>
          <w:sz w:val="22"/>
        </w:rPr>
        <w:t>No, this. That would make this a very different, different play. Okay, um, so, yeah, he's, uh, he's now blind. The I'm</w:t>
      </w:r>
    </w:p>
    <w:p>
      <w:pPr>
        <w:spacing w:after="0"/>
      </w:pPr>
    </w:p>
    <w:p>
      <w:pPr>
        <w:spacing w:after="0"/>
      </w:pPr>
      <w:r>
        <w:rPr>
          <w:rFonts w:ascii="Arial" w:hAnsi="Arial"/>
          <w:b/>
          <w:sz w:val="22"/>
        </w:rPr>
        <w:t xml:space="preserve">Lucy  </w:t>
      </w:r>
      <w:r>
        <w:rPr>
          <w:rFonts w:ascii="Arial" w:hAnsi="Arial"/>
          <w:color w:val="5D7284"/>
          <w:sz w:val="22"/>
        </w:rPr>
        <w:t>36:03</w:t>
      </w:r>
    </w:p>
    <w:p>
      <w:pPr>
        <w:spacing w:after="0"/>
      </w:pPr>
      <w:r>
        <w:rPr>
          <w:rFonts w:ascii="Arial" w:hAnsi="Arial"/>
          <w:sz w:val="22"/>
        </w:rPr>
        <w:t xml:space="preserve">not just blind, like proper, proper blind. </w:t>
      </w:r>
    </w:p>
    <w:p>
      <w:pPr>
        <w:spacing w:after="0"/>
      </w:pPr>
    </w:p>
    <w:p>
      <w:pPr>
        <w:spacing w:after="0"/>
      </w:pPr>
      <w:r>
        <w:rPr>
          <w:rFonts w:ascii="Arial" w:hAnsi="Arial"/>
          <w:b/>
          <w:sz w:val="22"/>
        </w:rPr>
        <w:t xml:space="preserve">Alice  </w:t>
      </w:r>
      <w:r>
        <w:rPr>
          <w:rFonts w:ascii="Arial" w:hAnsi="Arial"/>
          <w:color w:val="5D7284"/>
          <w:sz w:val="22"/>
        </w:rPr>
        <w:t>36:10</w:t>
      </w:r>
    </w:p>
    <w:p>
      <w:pPr>
        <w:spacing w:after="0"/>
      </w:pPr>
      <w:r>
        <w:rPr>
          <w:rFonts w:ascii="Arial" w:hAnsi="Arial"/>
          <w:sz w:val="22"/>
        </w:rPr>
        <w:t>it's like, the performances of this vary, obviously, from performance performance, but this, this bit is you even in the script, it's gory, it's fine. He the the guy who does it talks about, I will describe it as the sensation and consistency of gloucesters eyes. And then talks about squashing them, squishing them beneath his feet. Oh,</w:t>
      </w:r>
    </w:p>
    <w:p>
      <w:pPr>
        <w:spacing w:after="0"/>
      </w:pPr>
    </w:p>
    <w:p>
      <w:pPr>
        <w:spacing w:after="0"/>
      </w:pPr>
      <w:r>
        <w:rPr>
          <w:rFonts w:ascii="Arial" w:hAnsi="Arial"/>
          <w:b/>
          <w:sz w:val="22"/>
        </w:rPr>
        <w:t xml:space="preserve">Lucy  </w:t>
      </w:r>
      <w:r>
        <w:rPr>
          <w:rFonts w:ascii="Arial" w:hAnsi="Arial"/>
          <w:color w:val="5D7284"/>
          <w:sz w:val="22"/>
        </w:rPr>
        <w:t>36:45</w:t>
      </w:r>
    </w:p>
    <w:p>
      <w:pPr>
        <w:spacing w:after="0"/>
      </w:pPr>
      <w:r>
        <w:rPr>
          <w:rFonts w:ascii="Arial" w:hAnsi="Arial"/>
          <w:sz w:val="22"/>
        </w:rPr>
        <w:t>what is wrong with Shakespeare man? Why is  problem? He needs? Does he need a cup of tea and a biscuit?</w:t>
      </w:r>
    </w:p>
    <w:p>
      <w:pPr>
        <w:spacing w:after="0"/>
      </w:pPr>
    </w:p>
    <w:p>
      <w:pPr>
        <w:spacing w:after="0"/>
      </w:pPr>
      <w:r>
        <w:rPr>
          <w:rFonts w:ascii="Arial" w:hAnsi="Arial"/>
          <w:b/>
          <w:sz w:val="22"/>
        </w:rPr>
        <w:t xml:space="preserve">Alice  </w:t>
      </w:r>
      <w:r>
        <w:rPr>
          <w:rFonts w:ascii="Arial" w:hAnsi="Arial"/>
          <w:color w:val="5D7284"/>
          <w:sz w:val="22"/>
        </w:rPr>
        <w:t>36:56</w:t>
      </w:r>
    </w:p>
    <w:p>
      <w:pPr>
        <w:spacing w:after="0"/>
      </w:pPr>
      <w:r>
        <w:rPr>
          <w:rFonts w:ascii="Arial" w:hAnsi="Arial"/>
          <w:sz w:val="22"/>
        </w:rPr>
        <w:t>Yeah, it's, I mean, it's rough. I I mean, I do think that that kind of, not necessarily that kind of violence, but I think that kind of Gore was probably a bit more familiar to people just because, you know, they didn't have the NHS, you didn't go to A and E well, and</w:t>
      </w:r>
    </w:p>
    <w:p>
      <w:pPr>
        <w:spacing w:after="0"/>
      </w:pPr>
    </w:p>
    <w:p>
      <w:pPr>
        <w:spacing w:after="0"/>
      </w:pPr>
      <w:r>
        <w:rPr>
          <w:rFonts w:ascii="Arial" w:hAnsi="Arial"/>
          <w:b/>
          <w:sz w:val="22"/>
        </w:rPr>
        <w:t xml:space="preserve">Lucy  </w:t>
      </w:r>
      <w:r>
        <w:rPr>
          <w:rFonts w:ascii="Arial" w:hAnsi="Arial"/>
          <w:color w:val="5D7284"/>
          <w:sz w:val="22"/>
        </w:rPr>
        <w:t>37:13</w:t>
      </w:r>
    </w:p>
    <w:p>
      <w:pPr>
        <w:spacing w:after="0"/>
      </w:pPr>
      <w:r>
        <w:rPr>
          <w:rFonts w:ascii="Arial" w:hAnsi="Arial"/>
          <w:sz w:val="22"/>
        </w:rPr>
        <w:t>also, they lived in the time of Henry the Eighth chop chop the head off as soon as look at you.</w:t>
      </w:r>
    </w:p>
    <w:p>
      <w:pPr>
        <w:spacing w:after="0"/>
      </w:pPr>
    </w:p>
    <w:p>
      <w:pPr>
        <w:spacing w:after="0"/>
      </w:pPr>
      <w:r>
        <w:rPr>
          <w:rFonts w:ascii="Arial" w:hAnsi="Arial"/>
          <w:b/>
          <w:sz w:val="22"/>
        </w:rPr>
        <w:t xml:space="preserve">Alice  </w:t>
      </w:r>
      <w:r>
        <w:rPr>
          <w:rFonts w:ascii="Arial" w:hAnsi="Arial"/>
          <w:color w:val="5D7284"/>
          <w:sz w:val="22"/>
        </w:rPr>
        <w:t>37:19</w:t>
      </w:r>
    </w:p>
    <w:p>
      <w:pPr>
        <w:spacing w:after="0"/>
      </w:pPr>
      <w:r>
        <w:rPr>
          <w:rFonts w:ascii="Arial" w:hAnsi="Arial"/>
          <w:sz w:val="22"/>
        </w:rPr>
        <w:t xml:space="preserve">Well, it was and, and Elizabeth the Second, who, you know, was chopping off her siblings heads and burning people alive. Yeah, exactly. So, yeah, you know. And that was, that was like a nice day out, yes, but a good burning sandwich on the park. </w:t>
      </w:r>
    </w:p>
    <w:p>
      <w:pPr>
        <w:spacing w:after="0"/>
      </w:pPr>
    </w:p>
    <w:p>
      <w:pPr>
        <w:spacing w:after="0"/>
      </w:pPr>
      <w:r>
        <w:rPr>
          <w:rFonts w:ascii="Arial" w:hAnsi="Arial"/>
          <w:b/>
          <w:sz w:val="22"/>
        </w:rPr>
        <w:t xml:space="preserve">Lucy  </w:t>
      </w:r>
      <w:r>
        <w:rPr>
          <w:rFonts w:ascii="Arial" w:hAnsi="Arial"/>
          <w:color w:val="5D7284"/>
          <w:sz w:val="22"/>
        </w:rPr>
        <w:t>37:36</w:t>
      </w:r>
    </w:p>
    <w:p>
      <w:pPr>
        <w:spacing w:after="0"/>
      </w:pPr>
      <w:r>
        <w:rPr>
          <w:rFonts w:ascii="Arial" w:hAnsi="Arial"/>
          <w:sz w:val="22"/>
        </w:rPr>
        <w:t>Henry the Eighth boiled his cook as well because he thought he'd poisoned everybody, and he hadn't just took him in a hot, boiling pot.</w:t>
      </w:r>
    </w:p>
    <w:p>
      <w:pPr>
        <w:spacing w:after="0"/>
      </w:pPr>
    </w:p>
    <w:p>
      <w:pPr>
        <w:spacing w:after="0"/>
      </w:pPr>
      <w:r>
        <w:rPr>
          <w:rFonts w:ascii="Arial" w:hAnsi="Arial"/>
          <w:b/>
          <w:sz w:val="22"/>
        </w:rPr>
        <w:t xml:space="preserve">Alice  </w:t>
      </w:r>
      <w:r>
        <w:rPr>
          <w:rFonts w:ascii="Arial" w:hAnsi="Arial"/>
          <w:color w:val="5D7284"/>
          <w:sz w:val="22"/>
        </w:rPr>
        <w:t>37:43</w:t>
      </w:r>
    </w:p>
    <w:p>
      <w:pPr>
        <w:spacing w:after="0"/>
      </w:pPr>
      <w:r>
        <w:rPr>
          <w:rFonts w:ascii="Arial" w:hAnsi="Arial"/>
          <w:sz w:val="22"/>
        </w:rPr>
        <w:t>He needed someone to talk to, didn't he? He was not calm down, mate. You're all right. I mean, I've seen pictures of Henry the eighth. He had had enough biscuits. Well,</w:t>
      </w:r>
    </w:p>
    <w:p>
      <w:pPr>
        <w:spacing w:after="0"/>
      </w:pPr>
    </w:p>
    <w:p>
      <w:pPr>
        <w:spacing w:after="0"/>
      </w:pPr>
      <w:r>
        <w:rPr>
          <w:rFonts w:ascii="Arial" w:hAnsi="Arial"/>
          <w:b/>
          <w:sz w:val="22"/>
        </w:rPr>
        <w:t xml:space="preserve">Lucy  </w:t>
      </w:r>
      <w:r>
        <w:rPr>
          <w:rFonts w:ascii="Arial" w:hAnsi="Arial"/>
          <w:color w:val="5D7284"/>
          <w:sz w:val="22"/>
        </w:rPr>
        <w:t>37:53</w:t>
      </w:r>
    </w:p>
    <w:p>
      <w:pPr>
        <w:spacing w:after="0"/>
      </w:pPr>
      <w:r>
        <w:rPr>
          <w:rFonts w:ascii="Arial" w:hAnsi="Arial"/>
          <w:sz w:val="22"/>
        </w:rPr>
        <w:t xml:space="preserve">maybe we could have a calorie counted biscuit. </w:t>
      </w:r>
    </w:p>
    <w:p>
      <w:pPr>
        <w:spacing w:after="0"/>
      </w:pPr>
    </w:p>
    <w:p>
      <w:pPr>
        <w:spacing w:after="0"/>
      </w:pPr>
      <w:r>
        <w:rPr>
          <w:rFonts w:ascii="Arial" w:hAnsi="Arial"/>
          <w:b/>
          <w:sz w:val="22"/>
        </w:rPr>
        <w:t xml:space="preserve">Alice  </w:t>
      </w:r>
      <w:r>
        <w:rPr>
          <w:rFonts w:ascii="Arial" w:hAnsi="Arial"/>
          <w:color w:val="5D7284"/>
          <w:sz w:val="22"/>
        </w:rPr>
        <w:t>37:56</w:t>
      </w:r>
    </w:p>
    <w:p>
      <w:pPr>
        <w:spacing w:after="0"/>
      </w:pPr>
      <w:r>
        <w:rPr>
          <w:rFonts w:ascii="Arial" w:hAnsi="Arial"/>
          <w:sz w:val="22"/>
        </w:rPr>
        <w:t>I just think he looked like the sort of person who needed a nice walk in the sunshine and someone to perhaps point out some of the problems. He was maybe having some</w:t>
      </w:r>
    </w:p>
    <w:p>
      <w:pPr>
        <w:spacing w:after="0"/>
      </w:pPr>
    </w:p>
    <w:p>
      <w:pPr>
        <w:spacing w:after="0"/>
      </w:pPr>
      <w:r>
        <w:rPr>
          <w:rFonts w:ascii="Arial" w:hAnsi="Arial"/>
          <w:b/>
          <w:sz w:val="22"/>
        </w:rPr>
        <w:t xml:space="preserve">Lucy  </w:t>
      </w:r>
      <w:r>
        <w:rPr>
          <w:rFonts w:ascii="Arial" w:hAnsi="Arial"/>
          <w:color w:val="5D7284"/>
          <w:sz w:val="22"/>
        </w:rPr>
        <w:t>38:05</w:t>
      </w:r>
    </w:p>
    <w:p>
      <w:pPr>
        <w:spacing w:after="0"/>
      </w:pPr>
      <w:r>
        <w:rPr>
          <w:rFonts w:ascii="Arial" w:hAnsi="Arial"/>
          <w:sz w:val="22"/>
        </w:rPr>
        <w:t>fruit and vegetables.</w:t>
      </w:r>
    </w:p>
    <w:p>
      <w:pPr>
        <w:spacing w:after="0"/>
      </w:pPr>
    </w:p>
    <w:p>
      <w:pPr>
        <w:spacing w:after="0"/>
      </w:pPr>
      <w:r>
        <w:rPr>
          <w:rFonts w:ascii="Arial" w:hAnsi="Arial"/>
          <w:b/>
          <w:sz w:val="22"/>
        </w:rPr>
        <w:t xml:space="preserve">Alice  </w:t>
      </w:r>
      <w:r>
        <w:rPr>
          <w:rFonts w:ascii="Arial" w:hAnsi="Arial"/>
          <w:color w:val="5D7284"/>
          <w:sz w:val="22"/>
        </w:rPr>
        <w:t>38:09</w:t>
      </w:r>
    </w:p>
    <w:p>
      <w:pPr>
        <w:spacing w:after="0"/>
      </w:pPr>
      <w:r>
        <w:rPr>
          <w:rFonts w:ascii="Arial" w:hAnsi="Arial"/>
          <w:sz w:val="22"/>
        </w:rPr>
        <w:t xml:space="preserve">So after this happened, like, it's been that scene either that like, it's horrible, quite often, there's even, again, it's in the script. The script continues throughout the rest of the like play to talk about, like, his the bloody wounds on his face. </w:t>
      </w:r>
    </w:p>
    <w:p>
      <w:pPr>
        <w:spacing w:after="0"/>
      </w:pPr>
    </w:p>
    <w:p>
      <w:pPr>
        <w:spacing w:after="0"/>
      </w:pPr>
      <w:r>
        <w:rPr>
          <w:rFonts w:ascii="Arial" w:hAnsi="Arial"/>
          <w:b/>
          <w:sz w:val="22"/>
        </w:rPr>
        <w:t xml:space="preserve">Lucy  </w:t>
      </w:r>
      <w:r>
        <w:rPr>
          <w:rFonts w:ascii="Arial" w:hAnsi="Arial"/>
          <w:color w:val="5D7284"/>
          <w:sz w:val="22"/>
        </w:rPr>
        <w:t>38:25</w:t>
      </w:r>
    </w:p>
    <w:p>
      <w:pPr>
        <w:spacing w:after="0"/>
      </w:pPr>
      <w:r>
        <w:rPr>
          <w:rFonts w:ascii="Arial" w:hAnsi="Arial"/>
          <w:sz w:val="22"/>
        </w:rPr>
        <w:t>Oh so he's still got the wounds. Basically, he's still walking around with gaping wounds around his life.</w:t>
      </w:r>
    </w:p>
    <w:p>
      <w:pPr>
        <w:spacing w:after="0"/>
      </w:pPr>
    </w:p>
    <w:p>
      <w:pPr>
        <w:spacing w:after="0"/>
      </w:pPr>
      <w:r>
        <w:rPr>
          <w:rFonts w:ascii="Arial" w:hAnsi="Arial"/>
          <w:b/>
          <w:sz w:val="22"/>
        </w:rPr>
        <w:t xml:space="preserve">Alice  </w:t>
      </w:r>
      <w:r>
        <w:rPr>
          <w:rFonts w:ascii="Arial" w:hAnsi="Arial"/>
          <w:color w:val="5D7284"/>
          <w:sz w:val="22"/>
        </w:rPr>
        <w:t>38:30</w:t>
      </w:r>
    </w:p>
    <w:p>
      <w:pPr>
        <w:spacing w:after="0"/>
      </w:pPr>
      <w:r>
        <w:rPr>
          <w:rFonts w:ascii="Arial" w:hAnsi="Arial"/>
          <w:sz w:val="22"/>
        </w:rPr>
        <w:t>It is a very like, you can't, you can't miss this. Like it's not a it's not easily escape. Like it's, you know, oh, I forgot this happened,</w:t>
      </w:r>
    </w:p>
    <w:p>
      <w:pPr>
        <w:spacing w:after="0"/>
      </w:pPr>
    </w:p>
    <w:p>
      <w:pPr>
        <w:spacing w:after="0"/>
      </w:pPr>
      <w:r>
        <w:rPr>
          <w:rFonts w:ascii="Arial" w:hAnsi="Arial"/>
          <w:b/>
          <w:sz w:val="22"/>
        </w:rPr>
        <w:t xml:space="preserve">Lucy  </w:t>
      </w:r>
      <w:r>
        <w:rPr>
          <w:rFonts w:ascii="Arial" w:hAnsi="Arial"/>
          <w:color w:val="5D7284"/>
          <w:sz w:val="22"/>
        </w:rPr>
        <w:t>38:41</w:t>
      </w:r>
    </w:p>
    <w:p>
      <w:pPr>
        <w:spacing w:after="0"/>
      </w:pPr>
      <w:r>
        <w:rPr>
          <w:rFonts w:ascii="Arial" w:hAnsi="Arial"/>
          <w:sz w:val="22"/>
        </w:rPr>
        <w:t xml:space="preserve">right? That's not GCSE drama, is it? </w:t>
      </w:r>
    </w:p>
    <w:p>
      <w:pPr>
        <w:spacing w:after="0"/>
      </w:pPr>
    </w:p>
    <w:p>
      <w:pPr>
        <w:spacing w:after="0"/>
      </w:pPr>
      <w:r>
        <w:rPr>
          <w:rFonts w:ascii="Arial" w:hAnsi="Arial"/>
          <w:b/>
          <w:sz w:val="22"/>
        </w:rPr>
        <w:t xml:space="preserve">Alice  </w:t>
      </w:r>
      <w:r>
        <w:rPr>
          <w:rFonts w:ascii="Arial" w:hAnsi="Arial"/>
          <w:color w:val="5D7284"/>
          <w:sz w:val="22"/>
        </w:rPr>
        <w:t>38:45</w:t>
      </w:r>
    </w:p>
    <w:p>
      <w:pPr>
        <w:spacing w:after="0"/>
      </w:pPr>
      <w:r>
        <w:rPr>
          <w:rFonts w:ascii="Arial" w:hAnsi="Arial"/>
          <w:sz w:val="22"/>
        </w:rPr>
        <w:t>I think this is sometimes a GCSE play. I can't remember what we did for GCSE. We did this fucking what's it called? All's well, that ends, well, I think this awful pastoral Shakespeare for my a level English. I can't remember which one we did for GCSE. Maybe we only did, what</w:t>
      </w:r>
    </w:p>
    <w:p>
      <w:pPr>
        <w:spacing w:after="0"/>
      </w:pPr>
    </w:p>
    <w:p>
      <w:pPr>
        <w:spacing w:after="0"/>
      </w:pPr>
      <w:r>
        <w:rPr>
          <w:rFonts w:ascii="Arial" w:hAnsi="Arial"/>
          <w:b/>
          <w:sz w:val="22"/>
        </w:rPr>
        <w:t xml:space="preserve">Lucy  </w:t>
      </w:r>
      <w:r>
        <w:rPr>
          <w:rFonts w:ascii="Arial" w:hAnsi="Arial"/>
          <w:color w:val="5D7284"/>
          <w:sz w:val="22"/>
        </w:rPr>
        <w:t>39:07</w:t>
      </w:r>
    </w:p>
    <w:p>
      <w:pPr>
        <w:spacing w:after="0"/>
      </w:pPr>
      <w:r>
        <w:rPr>
          <w:rFonts w:ascii="Arial" w:hAnsi="Arial"/>
          <w:sz w:val="22"/>
        </w:rPr>
        <w:t>did you do Romeo and Juliet? Because it's usually like Romeo and Juliet or Macbeth, or the one with the donkey in it</w:t>
      </w:r>
    </w:p>
    <w:p>
      <w:pPr>
        <w:spacing w:after="0"/>
      </w:pPr>
    </w:p>
    <w:p>
      <w:pPr>
        <w:spacing w:after="0"/>
      </w:pPr>
      <w:r>
        <w:rPr>
          <w:rFonts w:ascii="Arial" w:hAnsi="Arial"/>
          <w:b/>
          <w:sz w:val="22"/>
        </w:rPr>
        <w:t xml:space="preserve">Alice  </w:t>
      </w:r>
      <w:r>
        <w:rPr>
          <w:rFonts w:ascii="Arial" w:hAnsi="Arial"/>
          <w:color w:val="5D7284"/>
          <w:sz w:val="22"/>
        </w:rPr>
        <w:t>39:12</w:t>
      </w:r>
    </w:p>
    <w:p>
      <w:pPr>
        <w:spacing w:after="0"/>
      </w:pPr>
      <w:r>
        <w:rPr>
          <w:rFonts w:ascii="Arial" w:hAnsi="Arial"/>
          <w:sz w:val="22"/>
        </w:rPr>
        <w:t>No we didn't do either of those might have been a Midsummer Night's Dream, and that's why I hate it. Yeah, I have just makes sense, blocked it out of my mind that that was what I did at GCSE, so that I don't have to think about it. Yeah, anyway, anyway. So again, like, this really obvious, like, it's, this is another case of Shakespeare, like, over egging it a little bit to be like, hey, audience, hey, hey, hey, look, look, look what I'm doing.</w:t>
      </w:r>
    </w:p>
    <w:p>
      <w:pPr>
        <w:spacing w:after="0"/>
      </w:pPr>
    </w:p>
    <w:p>
      <w:pPr>
        <w:spacing w:after="0"/>
      </w:pPr>
      <w:r>
        <w:rPr>
          <w:rFonts w:ascii="Arial" w:hAnsi="Arial"/>
          <w:b/>
          <w:sz w:val="22"/>
        </w:rPr>
        <w:t xml:space="preserve">Lucy  </w:t>
      </w:r>
      <w:r>
        <w:rPr>
          <w:rFonts w:ascii="Arial" w:hAnsi="Arial"/>
          <w:color w:val="5D7284"/>
          <w:sz w:val="22"/>
        </w:rPr>
        <w:t>39:42</w:t>
      </w:r>
    </w:p>
    <w:p>
      <w:pPr>
        <w:spacing w:after="0"/>
      </w:pPr>
      <w:r>
        <w:rPr>
          <w:rFonts w:ascii="Arial" w:hAnsi="Arial"/>
          <w:sz w:val="22"/>
        </w:rPr>
        <w:t>Look how weird I am</w:t>
      </w:r>
    </w:p>
    <w:p>
      <w:pPr>
        <w:spacing w:after="0"/>
      </w:pPr>
    </w:p>
    <w:p>
      <w:pPr>
        <w:spacing w:after="0"/>
      </w:pPr>
      <w:r>
        <w:rPr>
          <w:rFonts w:ascii="Arial" w:hAnsi="Arial"/>
          <w:b/>
          <w:sz w:val="22"/>
        </w:rPr>
        <w:t xml:space="preserve">Alice  </w:t>
      </w:r>
      <w:r>
        <w:rPr>
          <w:rFonts w:ascii="Arial" w:hAnsi="Arial"/>
          <w:color w:val="5D7284"/>
          <w:sz w:val="22"/>
        </w:rPr>
        <w:t>39:48</w:t>
      </w:r>
    </w:p>
    <w:p>
      <w:pPr>
        <w:spacing w:after="0"/>
      </w:pPr>
      <w:r>
        <w:rPr>
          <w:rFonts w:ascii="Arial" w:hAnsi="Arial"/>
          <w:sz w:val="22"/>
        </w:rPr>
        <w:t>for anybody who is doing a GCSE in King Lear.</w:t>
      </w:r>
    </w:p>
    <w:p>
      <w:pPr>
        <w:spacing w:after="0"/>
      </w:pPr>
    </w:p>
    <w:p>
      <w:pPr>
        <w:spacing w:after="0"/>
      </w:pPr>
      <w:r>
        <w:rPr>
          <w:rFonts w:ascii="Arial" w:hAnsi="Arial"/>
          <w:b/>
          <w:sz w:val="22"/>
        </w:rPr>
        <w:t xml:space="preserve">Lucy  </w:t>
      </w:r>
      <w:r>
        <w:rPr>
          <w:rFonts w:ascii="Arial" w:hAnsi="Arial"/>
          <w:color w:val="5D7284"/>
          <w:sz w:val="22"/>
        </w:rPr>
        <w:t>39:52</w:t>
      </w:r>
    </w:p>
    <w:p>
      <w:pPr>
        <w:spacing w:after="0"/>
      </w:pPr>
      <w:r>
        <w:rPr>
          <w:rFonts w:ascii="Arial" w:hAnsi="Arial"/>
          <w:sz w:val="22"/>
        </w:rPr>
        <w:t>dont use us Reference point</w:t>
      </w:r>
    </w:p>
    <w:p>
      <w:pPr>
        <w:spacing w:after="0"/>
      </w:pPr>
    </w:p>
    <w:p>
      <w:pPr>
        <w:spacing w:after="0"/>
      </w:pPr>
      <w:r>
        <w:rPr>
          <w:rFonts w:ascii="Arial" w:hAnsi="Arial"/>
          <w:b/>
          <w:sz w:val="22"/>
        </w:rPr>
        <w:t xml:space="preserve">Alice  </w:t>
      </w:r>
      <w:r>
        <w:rPr>
          <w:rFonts w:ascii="Arial" w:hAnsi="Arial"/>
          <w:color w:val="5D7284"/>
          <w:sz w:val="22"/>
        </w:rPr>
        <w:t>39:56</w:t>
      </w:r>
    </w:p>
    <w:p>
      <w:pPr>
        <w:spacing w:after="0"/>
      </w:pPr>
      <w:r>
        <w:rPr>
          <w:rFonts w:ascii="Arial" w:hAnsi="Arial"/>
          <w:sz w:val="22"/>
        </w:rPr>
        <w:t>the thing that that your grader is going to be looking. Of, or your invigilator, or whatever they're called, is there's a big theme about, like, personal insight in the play, right? So as like, as we saw before, where King Lear was talking about, maybe he's not a very good King, like, he's finally starting to get some of that personal insight, but it's only coming the more mad he becomes.</w:t>
      </w:r>
    </w:p>
    <w:p>
      <w:pPr>
        <w:spacing w:after="0"/>
      </w:pPr>
    </w:p>
    <w:p>
      <w:pPr>
        <w:spacing w:after="0"/>
      </w:pPr>
      <w:r>
        <w:rPr>
          <w:rFonts w:ascii="Arial" w:hAnsi="Arial"/>
          <w:b/>
          <w:sz w:val="22"/>
        </w:rPr>
        <w:t xml:space="preserve">Lucy  </w:t>
      </w:r>
      <w:r>
        <w:rPr>
          <w:rFonts w:ascii="Arial" w:hAnsi="Arial"/>
          <w:color w:val="5D7284"/>
          <w:sz w:val="22"/>
        </w:rPr>
        <w:t>40:25</w:t>
      </w:r>
    </w:p>
    <w:p>
      <w:pPr>
        <w:spacing w:after="0"/>
      </w:pPr>
      <w:r>
        <w:rPr>
          <w:rFonts w:ascii="Arial" w:hAnsi="Arial"/>
          <w:sz w:val="22"/>
        </w:rPr>
        <w:t>Yes, does the same thing happen to the guy who's lost his eyes? Well? So</w:t>
      </w:r>
    </w:p>
    <w:p>
      <w:pPr>
        <w:spacing w:after="0"/>
      </w:pPr>
    </w:p>
    <w:p>
      <w:pPr>
        <w:spacing w:after="0"/>
      </w:pPr>
      <w:r>
        <w:rPr>
          <w:rFonts w:ascii="Arial" w:hAnsi="Arial"/>
          <w:b/>
          <w:sz w:val="22"/>
        </w:rPr>
        <w:t xml:space="preserve">Alice  </w:t>
      </w:r>
      <w:r>
        <w:rPr>
          <w:rFonts w:ascii="Arial" w:hAnsi="Arial"/>
          <w:color w:val="5D7284"/>
          <w:sz w:val="22"/>
        </w:rPr>
        <w:t>40:28</w:t>
      </w:r>
    </w:p>
    <w:p>
      <w:pPr>
        <w:spacing w:after="0"/>
      </w:pPr>
      <w:r>
        <w:rPr>
          <w:rFonts w:ascii="Arial" w:hAnsi="Arial"/>
          <w:sz w:val="22"/>
        </w:rPr>
        <w:t xml:space="preserve">the not the same thing doesn't happen. But like, there is a very clear sort of indication that he's lost his eyes. He's become blind because he could not see the truth of what was going on in front of him. So all of the stuff with the illegitimate son, like giving him, all of that, it's supposed to be a very like, oh, you couldn't see. You couldn't see the like, the deception for now, you can't see anything. It's, again, it's, it's very heavy handed Shakespeare, </w:t>
      </w:r>
    </w:p>
    <w:p>
      <w:pPr>
        <w:spacing w:after="0"/>
      </w:pPr>
    </w:p>
    <w:p>
      <w:pPr>
        <w:spacing w:after="0"/>
      </w:pPr>
      <w:r>
        <w:rPr>
          <w:rFonts w:ascii="Arial" w:hAnsi="Arial"/>
          <w:b/>
          <w:sz w:val="22"/>
        </w:rPr>
        <w:t xml:space="preserve">Alice  </w:t>
      </w:r>
      <w:r>
        <w:rPr>
          <w:rFonts w:ascii="Arial" w:hAnsi="Arial"/>
          <w:color w:val="5D7284"/>
          <w:sz w:val="22"/>
        </w:rPr>
        <w:t>40:34</w:t>
      </w:r>
    </w:p>
    <w:p>
      <w:pPr>
        <w:spacing w:after="0"/>
      </w:pPr>
      <w:r>
        <w:rPr>
          <w:rFonts w:ascii="Arial" w:hAnsi="Arial"/>
          <w:sz w:val="22"/>
        </w:rPr>
        <w:t>very like GCSE drama. It is, yeah, it</w:t>
      </w:r>
    </w:p>
    <w:p>
      <w:pPr>
        <w:spacing w:after="0"/>
      </w:pPr>
    </w:p>
    <w:p>
      <w:pPr>
        <w:spacing w:after="0"/>
      </w:pPr>
      <w:r>
        <w:rPr>
          <w:rFonts w:ascii="Arial" w:hAnsi="Arial"/>
          <w:b/>
          <w:sz w:val="22"/>
        </w:rPr>
        <w:t xml:space="preserve">Alice  </w:t>
      </w:r>
      <w:r>
        <w:rPr>
          <w:rFonts w:ascii="Arial" w:hAnsi="Arial"/>
          <w:color w:val="5D7284"/>
          <w:sz w:val="22"/>
        </w:rPr>
        <w:t>41:06</w:t>
      </w:r>
    </w:p>
    <w:p>
      <w:pPr>
        <w:spacing w:after="0"/>
      </w:pPr>
      <w:r>
        <w:rPr>
          <w:rFonts w:ascii="Arial" w:hAnsi="Arial"/>
          <w:sz w:val="22"/>
        </w:rPr>
        <w:t>Yeah it is all, it is all a bit GCSE drama, to be honest. But yeah, it's, that's like, that is a whole thing, and there will be a bit more of that later on as well. The other thing that like is also really like, like, I said, like, what the performance? Again, it varies from performance to performance</w:t>
      </w:r>
    </w:p>
    <w:p>
      <w:pPr>
        <w:spacing w:after="0"/>
      </w:pPr>
    </w:p>
    <w:p>
      <w:pPr>
        <w:spacing w:after="0"/>
      </w:pPr>
      <w:r>
        <w:rPr>
          <w:rFonts w:ascii="Arial" w:hAnsi="Arial"/>
          <w:b/>
          <w:sz w:val="22"/>
        </w:rPr>
        <w:t xml:space="preserve">Lucy  </w:t>
      </w:r>
      <w:r>
        <w:rPr>
          <w:rFonts w:ascii="Arial" w:hAnsi="Arial"/>
          <w:color w:val="5D7284"/>
          <w:sz w:val="22"/>
        </w:rPr>
        <w:t>41:26</w:t>
      </w:r>
    </w:p>
    <w:p>
      <w:pPr>
        <w:spacing w:after="0"/>
      </w:pPr>
      <w:r>
        <w:rPr>
          <w:rFonts w:ascii="Arial" w:hAnsi="Arial"/>
          <w:sz w:val="22"/>
        </w:rPr>
        <w:t>Have you seen, have you seen a performance of King Lear?</w:t>
      </w:r>
    </w:p>
    <w:p>
      <w:pPr>
        <w:spacing w:after="0"/>
      </w:pPr>
    </w:p>
    <w:p>
      <w:pPr>
        <w:spacing w:after="0"/>
      </w:pPr>
      <w:r>
        <w:rPr>
          <w:rFonts w:ascii="Arial" w:hAnsi="Arial"/>
          <w:b/>
          <w:sz w:val="22"/>
        </w:rPr>
        <w:t xml:space="preserve">Alice  </w:t>
      </w:r>
      <w:r>
        <w:rPr>
          <w:rFonts w:ascii="Arial" w:hAnsi="Arial"/>
          <w:color w:val="5D7284"/>
          <w:sz w:val="22"/>
        </w:rPr>
        <w:t>41:29</w:t>
      </w:r>
    </w:p>
    <w:p>
      <w:pPr>
        <w:spacing w:after="0"/>
      </w:pPr>
      <w:r>
        <w:rPr>
          <w:rFonts w:ascii="Arial" w:hAnsi="Arial"/>
          <w:sz w:val="22"/>
        </w:rPr>
        <w:t>So I haven't actually seen it. This is the thing. I read it for this episode. So I've never, I'd never read it before, right? I started reading it, and I went, No, no, I'm not following this. So I went away, and I found a audiobook version of, like a study guide that went through and was like, This is what happens in Act One. This is what happens in act two. And, like I said, it meant I knew the story, so</w:t>
      </w:r>
    </w:p>
    <w:p>
      <w:pPr>
        <w:spacing w:after="0"/>
      </w:pPr>
    </w:p>
    <w:p>
      <w:pPr>
        <w:spacing w:after="0"/>
      </w:pPr>
      <w:r>
        <w:rPr>
          <w:rFonts w:ascii="Arial" w:hAnsi="Arial"/>
          <w:b/>
          <w:sz w:val="22"/>
        </w:rPr>
        <w:t xml:space="preserve">Lucy  </w:t>
      </w:r>
      <w:r>
        <w:rPr>
          <w:rFonts w:ascii="Arial" w:hAnsi="Arial"/>
          <w:color w:val="5D7284"/>
          <w:sz w:val="22"/>
        </w:rPr>
        <w:t>42:00</w:t>
      </w:r>
    </w:p>
    <w:p>
      <w:pPr>
        <w:spacing w:after="0"/>
      </w:pPr>
      <w:r>
        <w:rPr>
          <w:rFonts w:ascii="Arial" w:hAnsi="Arial"/>
          <w:sz w:val="22"/>
        </w:rPr>
        <w:t>so you could understand a bit. I'm just wondering, like, how when they do a performance, how the man that was once all seeing and is now blind or visually impaired, or whatever you want to call him, or whatever, how did that like, does he just walk around with his eyes staggering about</w:t>
      </w:r>
    </w:p>
    <w:p>
      <w:pPr>
        <w:spacing w:after="0"/>
      </w:pPr>
    </w:p>
    <w:p>
      <w:pPr>
        <w:spacing w:after="0"/>
      </w:pPr>
      <w:r>
        <w:rPr>
          <w:rFonts w:ascii="Arial" w:hAnsi="Arial"/>
          <w:b/>
          <w:sz w:val="22"/>
        </w:rPr>
        <w:t xml:space="preserve">Alice  </w:t>
      </w:r>
      <w:r>
        <w:rPr>
          <w:rFonts w:ascii="Arial" w:hAnsi="Arial"/>
          <w:color w:val="5D7284"/>
          <w:sz w:val="22"/>
        </w:rPr>
        <w:t>42:21</w:t>
      </w:r>
    </w:p>
    <w:p>
      <w:pPr>
        <w:spacing w:after="0"/>
      </w:pPr>
      <w:r>
        <w:rPr>
          <w:rFonts w:ascii="Arial" w:hAnsi="Arial"/>
          <w:sz w:val="22"/>
        </w:rPr>
        <w:t xml:space="preserve">like? So, from what I've seen, like, from pictures and stuff, most performers have, like, a horrible, bloody blindfold, </w:t>
      </w:r>
    </w:p>
    <w:p>
      <w:pPr>
        <w:spacing w:after="0"/>
      </w:pPr>
    </w:p>
    <w:p>
      <w:pPr>
        <w:spacing w:after="0"/>
      </w:pPr>
      <w:r>
        <w:rPr>
          <w:rFonts w:ascii="Arial" w:hAnsi="Arial"/>
          <w:b/>
          <w:sz w:val="22"/>
        </w:rPr>
        <w:t xml:space="preserve">Lucy  </w:t>
      </w:r>
      <w:r>
        <w:rPr>
          <w:rFonts w:ascii="Arial" w:hAnsi="Arial"/>
          <w:color w:val="5D7284"/>
          <w:sz w:val="22"/>
        </w:rPr>
        <w:t>42:32</w:t>
      </w:r>
    </w:p>
    <w:p>
      <w:pPr>
        <w:spacing w:after="0"/>
      </w:pPr>
      <w:r>
        <w:rPr>
          <w:rFonts w:ascii="Arial" w:hAnsi="Arial"/>
          <w:sz w:val="22"/>
        </w:rPr>
        <w:t xml:space="preserve">nice. </w:t>
      </w:r>
    </w:p>
    <w:p>
      <w:pPr>
        <w:spacing w:after="0"/>
      </w:pPr>
    </w:p>
    <w:p>
      <w:pPr>
        <w:spacing w:after="0"/>
      </w:pPr>
      <w:r>
        <w:rPr>
          <w:rFonts w:ascii="Arial" w:hAnsi="Arial"/>
          <w:b/>
          <w:sz w:val="22"/>
        </w:rPr>
        <w:t xml:space="preserve">Alice  </w:t>
      </w:r>
      <w:r>
        <w:rPr>
          <w:rFonts w:ascii="Arial" w:hAnsi="Arial"/>
          <w:color w:val="5D7284"/>
          <w:sz w:val="22"/>
        </w:rPr>
        <w:t>42:33</w:t>
      </w:r>
    </w:p>
    <w:p>
      <w:pPr>
        <w:spacing w:after="0"/>
      </w:pPr>
      <w:r>
        <w:rPr>
          <w:rFonts w:ascii="Arial" w:hAnsi="Arial"/>
          <w:sz w:val="22"/>
        </w:rPr>
        <w:t xml:space="preserve">It's like, stage blood, but like, it's like, you know, I was saying they don't let you forget that it's happened, yeah. Like, that's there for the rest of the play. </w:t>
      </w:r>
    </w:p>
    <w:p>
      <w:pPr>
        <w:spacing w:after="0"/>
      </w:pPr>
    </w:p>
    <w:p>
      <w:pPr>
        <w:spacing w:after="0"/>
      </w:pPr>
      <w:r>
        <w:rPr>
          <w:rFonts w:ascii="Arial" w:hAnsi="Arial"/>
          <w:b/>
          <w:sz w:val="22"/>
        </w:rPr>
        <w:t xml:space="preserve">Lucy  </w:t>
      </w:r>
      <w:r>
        <w:rPr>
          <w:rFonts w:ascii="Arial" w:hAnsi="Arial"/>
          <w:color w:val="5D7284"/>
          <w:sz w:val="22"/>
        </w:rPr>
        <w:t>42:41</w:t>
      </w:r>
    </w:p>
    <w:p>
      <w:pPr>
        <w:spacing w:after="0"/>
      </w:pPr>
      <w:r>
        <w:rPr>
          <w:rFonts w:ascii="Arial" w:hAnsi="Arial"/>
          <w:sz w:val="22"/>
        </w:rPr>
        <w:t xml:space="preserve">It's not like, got, it's not got dark sunglasses on and just rolled up. </w:t>
      </w:r>
    </w:p>
    <w:p>
      <w:pPr>
        <w:spacing w:after="0"/>
      </w:pPr>
    </w:p>
    <w:p>
      <w:pPr>
        <w:spacing w:after="0"/>
      </w:pPr>
      <w:r>
        <w:rPr>
          <w:rFonts w:ascii="Arial" w:hAnsi="Arial"/>
          <w:b/>
          <w:sz w:val="22"/>
        </w:rPr>
        <w:t xml:space="preserve">Alice  </w:t>
      </w:r>
      <w:r>
        <w:rPr>
          <w:rFonts w:ascii="Arial" w:hAnsi="Arial"/>
          <w:color w:val="5D7284"/>
          <w:sz w:val="22"/>
        </w:rPr>
        <w:t>42:46</w:t>
      </w:r>
    </w:p>
    <w:p>
      <w:pPr>
        <w:spacing w:after="0"/>
      </w:pPr>
      <w:r>
        <w:rPr>
          <w:rFonts w:ascii="Arial" w:hAnsi="Arial"/>
          <w:sz w:val="22"/>
        </w:rPr>
        <w:t>No he's not got dark sunglasses and a white stick and and there is a like, the scenes where he's being guided. But there's also like, there is an element of the like, stumbling, groping, sort of, it's this goes on to a little bit what I was going to say before it's depicted to be like a look at this awful, awful thing that has happened, yes, like this. This man has been reduced to like a stumbling, desperate, blind needs help.</w:t>
      </w:r>
    </w:p>
    <w:p>
      <w:pPr>
        <w:spacing w:after="0"/>
      </w:pPr>
    </w:p>
    <w:p>
      <w:pPr>
        <w:spacing w:after="0"/>
      </w:pPr>
      <w:r>
        <w:rPr>
          <w:rFonts w:ascii="Arial" w:hAnsi="Arial"/>
          <w:b/>
          <w:sz w:val="22"/>
        </w:rPr>
        <w:t xml:space="preserve">Lucy  </w:t>
      </w:r>
      <w:r>
        <w:rPr>
          <w:rFonts w:ascii="Arial" w:hAnsi="Arial"/>
          <w:color w:val="5D7284"/>
          <w:sz w:val="22"/>
        </w:rPr>
        <w:t>43:22</w:t>
      </w:r>
    </w:p>
    <w:p>
      <w:pPr>
        <w:spacing w:after="0"/>
      </w:pPr>
      <w:r>
        <w:rPr>
          <w:rFonts w:ascii="Arial" w:hAnsi="Arial"/>
          <w:sz w:val="22"/>
        </w:rPr>
        <w:t>pity the poor. Pity the poor cripple, basically, yeah, yeah. That's exactly, and I'm using that word in historical context rather than Yeah,</w:t>
      </w:r>
    </w:p>
    <w:p>
      <w:pPr>
        <w:spacing w:after="0"/>
      </w:pPr>
    </w:p>
    <w:p>
      <w:pPr>
        <w:spacing w:after="0"/>
      </w:pPr>
      <w:r>
        <w:rPr>
          <w:rFonts w:ascii="Arial" w:hAnsi="Arial"/>
          <w:b/>
          <w:sz w:val="22"/>
        </w:rPr>
        <w:t xml:space="preserve">Alice  </w:t>
      </w:r>
      <w:r>
        <w:rPr>
          <w:rFonts w:ascii="Arial" w:hAnsi="Arial"/>
          <w:color w:val="5D7284"/>
          <w:sz w:val="22"/>
        </w:rPr>
        <w:t>43:31</w:t>
      </w:r>
    </w:p>
    <w:p>
      <w:pPr>
        <w:spacing w:after="0"/>
      </w:pPr>
      <w:r>
        <w:rPr>
          <w:rFonts w:ascii="Arial" w:hAnsi="Arial"/>
          <w:sz w:val="22"/>
        </w:rPr>
        <w:t>yeah. So that, and it's like that goes this kind of to be pitied. It's also ties in, I think, with the fact that becoming being blinded is like a real punishment for this character, like, you know you failed to see your bastard son's betrayal,</w:t>
      </w:r>
    </w:p>
    <w:p>
      <w:pPr>
        <w:spacing w:after="0"/>
      </w:pPr>
    </w:p>
    <w:p>
      <w:pPr>
        <w:spacing w:after="0"/>
      </w:pPr>
      <w:r>
        <w:rPr>
          <w:rFonts w:ascii="Arial" w:hAnsi="Arial"/>
          <w:b/>
          <w:sz w:val="22"/>
        </w:rPr>
        <w:t xml:space="preserve">Lucy  </w:t>
      </w:r>
      <w:r>
        <w:rPr>
          <w:rFonts w:ascii="Arial" w:hAnsi="Arial"/>
          <w:color w:val="5D7284"/>
          <w:sz w:val="22"/>
        </w:rPr>
        <w:t>43:55</w:t>
      </w:r>
    </w:p>
    <w:p>
      <w:pPr>
        <w:spacing w:after="0"/>
      </w:pPr>
      <w:r>
        <w:rPr>
          <w:rFonts w:ascii="Arial" w:hAnsi="Arial"/>
          <w:sz w:val="22"/>
        </w:rPr>
        <w:t xml:space="preserve">or how what a bit of a bastard your best friend is </w:t>
      </w:r>
    </w:p>
    <w:p>
      <w:pPr>
        <w:spacing w:after="0"/>
      </w:pPr>
    </w:p>
    <w:p>
      <w:pPr>
        <w:spacing w:after="0"/>
      </w:pPr>
      <w:r>
        <w:rPr>
          <w:rFonts w:ascii="Arial" w:hAnsi="Arial"/>
          <w:b/>
          <w:sz w:val="22"/>
        </w:rPr>
        <w:t xml:space="preserve">Alice  </w:t>
      </w:r>
      <w:r>
        <w:rPr>
          <w:rFonts w:ascii="Arial" w:hAnsi="Arial"/>
          <w:color w:val="5D7284"/>
          <w:sz w:val="22"/>
        </w:rPr>
        <w:t>43:58</w:t>
      </w:r>
    </w:p>
    <w:p>
      <w:pPr>
        <w:spacing w:after="0"/>
      </w:pPr>
      <w:r>
        <w:rPr>
          <w:rFonts w:ascii="Arial" w:hAnsi="Arial"/>
          <w:sz w:val="22"/>
        </w:rPr>
        <w:t xml:space="preserve">Exactly or the loyalty of your legitimate son, you failed to see all of those things, yes. And so here is your horrible, violent punishment, so that that all happens. And then they basically one of, one of the like servants, tries to protect Gloucester when this is happening, and he gets murdered, and then they basically just throw Gloucester out into the just, just back out on his on his ass, blinded and alive. </w:t>
      </w:r>
    </w:p>
    <w:p>
      <w:pPr>
        <w:spacing w:after="0"/>
      </w:pPr>
    </w:p>
    <w:p>
      <w:pPr>
        <w:spacing w:after="0"/>
      </w:pPr>
      <w:r>
        <w:rPr>
          <w:rFonts w:ascii="Arial" w:hAnsi="Arial"/>
          <w:b/>
          <w:sz w:val="22"/>
        </w:rPr>
        <w:t xml:space="preserve">Lucy  </w:t>
      </w:r>
      <w:r>
        <w:rPr>
          <w:rFonts w:ascii="Arial" w:hAnsi="Arial"/>
          <w:color w:val="5D7284"/>
          <w:sz w:val="22"/>
        </w:rPr>
        <w:t>44:33</w:t>
      </w:r>
    </w:p>
    <w:p>
      <w:pPr>
        <w:spacing w:after="0"/>
      </w:pPr>
      <w:r>
        <w:rPr>
          <w:rFonts w:ascii="Arial" w:hAnsi="Arial"/>
          <w:sz w:val="22"/>
        </w:rPr>
        <w:t>What nice people. Yeah,</w:t>
      </w:r>
    </w:p>
    <w:p>
      <w:pPr>
        <w:spacing w:after="0"/>
      </w:pPr>
    </w:p>
    <w:p>
      <w:pPr>
        <w:spacing w:after="0"/>
      </w:pPr>
      <w:r>
        <w:rPr>
          <w:rFonts w:ascii="Arial" w:hAnsi="Arial"/>
          <w:b/>
          <w:sz w:val="22"/>
        </w:rPr>
        <w:t xml:space="preserve">Alice  </w:t>
      </w:r>
      <w:r>
        <w:rPr>
          <w:rFonts w:ascii="Arial" w:hAnsi="Arial"/>
          <w:color w:val="5D7284"/>
          <w:sz w:val="22"/>
        </w:rPr>
        <w:t>44:35</w:t>
      </w:r>
    </w:p>
    <w:p>
      <w:pPr>
        <w:spacing w:after="0"/>
      </w:pPr>
      <w:r>
        <w:rPr>
          <w:rFonts w:ascii="Arial" w:hAnsi="Arial"/>
          <w:sz w:val="22"/>
        </w:rPr>
        <w:t>they're not. Lear's daughters are not. They are also not doing great. No one, no one in this, this whole play, is like having the best time or</w:t>
      </w:r>
    </w:p>
    <w:p>
      <w:pPr>
        <w:spacing w:after="0"/>
      </w:pPr>
    </w:p>
    <w:p>
      <w:pPr>
        <w:spacing w:after="0"/>
      </w:pPr>
      <w:r>
        <w:rPr>
          <w:rFonts w:ascii="Arial" w:hAnsi="Arial"/>
          <w:b/>
          <w:sz w:val="22"/>
        </w:rPr>
        <w:t xml:space="preserve">Lucy  </w:t>
      </w:r>
      <w:r>
        <w:rPr>
          <w:rFonts w:ascii="Arial" w:hAnsi="Arial"/>
          <w:color w:val="5D7284"/>
          <w:sz w:val="22"/>
        </w:rPr>
        <w:t>44:48</w:t>
      </w:r>
    </w:p>
    <w:p>
      <w:pPr>
        <w:spacing w:after="0"/>
      </w:pPr>
      <w:r>
        <w:rPr>
          <w:rFonts w:ascii="Arial" w:hAnsi="Arial"/>
          <w:sz w:val="22"/>
        </w:rPr>
        <w:t xml:space="preserve">nobody comes out well of this, do they? </w:t>
      </w:r>
    </w:p>
    <w:p>
      <w:pPr>
        <w:spacing w:after="0"/>
      </w:pPr>
    </w:p>
    <w:p>
      <w:pPr>
        <w:spacing w:after="0"/>
      </w:pPr>
      <w:r>
        <w:rPr>
          <w:rFonts w:ascii="Arial" w:hAnsi="Arial"/>
          <w:b/>
          <w:sz w:val="22"/>
        </w:rPr>
        <w:t xml:space="preserve">Alice  </w:t>
      </w:r>
      <w:r>
        <w:rPr>
          <w:rFonts w:ascii="Arial" w:hAnsi="Arial"/>
          <w:color w:val="5D7284"/>
          <w:sz w:val="22"/>
        </w:rPr>
        <w:t>44:50</w:t>
      </w:r>
    </w:p>
    <w:p>
      <w:pPr>
        <w:spacing w:after="0"/>
      </w:pPr>
      <w:r>
        <w:rPr>
          <w:rFonts w:ascii="Arial" w:hAnsi="Arial"/>
          <w:sz w:val="22"/>
        </w:rPr>
        <w:t>no. No one here has had a very nurturing childhood with people who cared and listened to them. Yeah. So I. He's had this real, like, punishing blindness for all of his failures, of, like, lack of personal insight, basically. Oh yeah, and he's sent out into the world, and he's wandering around outside. Sorry, my I don't know if you can hear that. Got this fucking dog under my desk,</w:t>
      </w:r>
    </w:p>
    <w:p>
      <w:pPr>
        <w:spacing w:after="0"/>
      </w:pPr>
    </w:p>
    <w:p>
      <w:pPr>
        <w:spacing w:after="0"/>
      </w:pPr>
      <w:r>
        <w:rPr>
          <w:rFonts w:ascii="Arial" w:hAnsi="Arial"/>
          <w:b/>
          <w:sz w:val="22"/>
        </w:rPr>
        <w:t xml:space="preserve">Lucy  </w:t>
      </w:r>
      <w:r>
        <w:rPr>
          <w:rFonts w:ascii="Arial" w:hAnsi="Arial"/>
          <w:color w:val="5D7284"/>
          <w:sz w:val="22"/>
        </w:rPr>
        <w:t>45:23</w:t>
      </w:r>
    </w:p>
    <w:p>
      <w:pPr>
        <w:spacing w:after="0"/>
      </w:pPr>
      <w:r>
        <w:rPr>
          <w:rFonts w:ascii="Arial" w:hAnsi="Arial"/>
          <w:sz w:val="22"/>
        </w:rPr>
        <w:t>coughing</w:t>
      </w:r>
    </w:p>
    <w:p>
      <w:pPr>
        <w:spacing w:after="0"/>
      </w:pPr>
    </w:p>
    <w:p>
      <w:pPr>
        <w:spacing w:after="0"/>
      </w:pPr>
      <w:r>
        <w:rPr>
          <w:rFonts w:ascii="Arial" w:hAnsi="Arial"/>
          <w:b/>
          <w:sz w:val="22"/>
        </w:rPr>
        <w:t xml:space="preserve">Alice  </w:t>
      </w:r>
      <w:r>
        <w:rPr>
          <w:rFonts w:ascii="Arial" w:hAnsi="Arial"/>
          <w:color w:val="5D7284"/>
          <w:sz w:val="22"/>
        </w:rPr>
        <w:t>45:24</w:t>
      </w:r>
    </w:p>
    <w:p>
      <w:pPr>
        <w:spacing w:after="0"/>
      </w:pPr>
      <w:r>
        <w:rPr>
          <w:rFonts w:ascii="Arial" w:hAnsi="Arial"/>
          <w:sz w:val="22"/>
        </w:rPr>
        <w:t xml:space="preserve"> like a teenager being made to study Shakespeare, bitching and whining in the back of a class break time yet</w:t>
      </w:r>
    </w:p>
    <w:p>
      <w:pPr>
        <w:spacing w:after="0"/>
      </w:pPr>
    </w:p>
    <w:p>
      <w:pPr>
        <w:spacing w:after="0"/>
      </w:pPr>
      <w:r>
        <w:rPr>
          <w:rFonts w:ascii="Arial" w:hAnsi="Arial"/>
          <w:b/>
          <w:sz w:val="22"/>
        </w:rPr>
        <w:t xml:space="preserve">Alice  </w:t>
      </w:r>
      <w:r>
        <w:rPr>
          <w:rFonts w:ascii="Arial" w:hAnsi="Arial"/>
          <w:color w:val="5D7284"/>
          <w:sz w:val="22"/>
        </w:rPr>
        <w:t>45:38</w:t>
      </w:r>
    </w:p>
    <w:p>
      <w:pPr>
        <w:spacing w:after="0"/>
      </w:pPr>
      <w:r>
        <w:rPr>
          <w:rFonts w:ascii="Arial" w:hAnsi="Arial"/>
          <w:sz w:val="22"/>
        </w:rPr>
        <w:t>So he's out wandering in the world, and he's so miserable with his blindness and his loneliness and his situation that he's decided he wants to throw himself off the cliffs of Dover.</w:t>
      </w:r>
    </w:p>
    <w:p>
      <w:pPr>
        <w:spacing w:after="0"/>
      </w:pPr>
    </w:p>
    <w:p>
      <w:pPr>
        <w:spacing w:after="0"/>
      </w:pPr>
      <w:r>
        <w:rPr>
          <w:rFonts w:ascii="Arial" w:hAnsi="Arial"/>
          <w:b/>
          <w:sz w:val="22"/>
        </w:rPr>
        <w:t xml:space="preserve">Lucy  </w:t>
      </w:r>
      <w:r>
        <w:rPr>
          <w:rFonts w:ascii="Arial" w:hAnsi="Arial"/>
          <w:color w:val="5D7284"/>
          <w:sz w:val="22"/>
        </w:rPr>
        <w:t>45:50</w:t>
      </w:r>
    </w:p>
    <w:p>
      <w:pPr>
        <w:spacing w:after="0"/>
      </w:pPr>
      <w:r>
        <w:rPr>
          <w:rFonts w:ascii="Arial" w:hAnsi="Arial"/>
          <w:sz w:val="22"/>
        </w:rPr>
        <w:t xml:space="preserve">Okay, does it? Does he do that? </w:t>
      </w:r>
    </w:p>
    <w:p>
      <w:pPr>
        <w:spacing w:after="0"/>
      </w:pPr>
    </w:p>
    <w:p>
      <w:pPr>
        <w:spacing w:after="0"/>
      </w:pPr>
      <w:r>
        <w:rPr>
          <w:rFonts w:ascii="Arial" w:hAnsi="Arial"/>
          <w:b/>
          <w:sz w:val="22"/>
        </w:rPr>
        <w:t xml:space="preserve">Alice  </w:t>
      </w:r>
      <w:r>
        <w:rPr>
          <w:rFonts w:ascii="Arial" w:hAnsi="Arial"/>
          <w:color w:val="5D7284"/>
          <w:sz w:val="22"/>
        </w:rPr>
        <w:t>45:52</w:t>
      </w:r>
    </w:p>
    <w:p>
      <w:pPr>
        <w:spacing w:after="0"/>
      </w:pPr>
      <w:r>
        <w:rPr>
          <w:rFonts w:ascii="Arial" w:hAnsi="Arial"/>
          <w:sz w:val="22"/>
        </w:rPr>
        <w:t>so, I mean, first of all, I never really, throughout my whole listening to this play, I'm not, still not sure I understand where this play is set.</w:t>
      </w:r>
    </w:p>
    <w:p>
      <w:pPr>
        <w:spacing w:after="0"/>
      </w:pPr>
    </w:p>
    <w:p>
      <w:pPr>
        <w:spacing w:after="0"/>
      </w:pPr>
      <w:r>
        <w:rPr>
          <w:rFonts w:ascii="Arial" w:hAnsi="Arial"/>
          <w:b/>
          <w:sz w:val="22"/>
        </w:rPr>
        <w:t xml:space="preserve">Lucy  </w:t>
      </w:r>
      <w:r>
        <w:rPr>
          <w:rFonts w:ascii="Arial" w:hAnsi="Arial"/>
          <w:color w:val="5D7284"/>
          <w:sz w:val="22"/>
        </w:rPr>
        <w:t>46:04</w:t>
      </w:r>
    </w:p>
    <w:p>
      <w:pPr>
        <w:spacing w:after="0"/>
      </w:pPr>
      <w:r>
        <w:rPr>
          <w:rFonts w:ascii="Arial" w:hAnsi="Arial"/>
          <w:sz w:val="22"/>
        </w:rPr>
        <w:t xml:space="preserve">Because, yeah, it's general England, </w:t>
      </w:r>
    </w:p>
    <w:p>
      <w:pPr>
        <w:spacing w:after="0"/>
      </w:pPr>
    </w:p>
    <w:p>
      <w:pPr>
        <w:spacing w:after="0"/>
      </w:pPr>
      <w:r>
        <w:rPr>
          <w:rFonts w:ascii="Arial" w:hAnsi="Arial"/>
          <w:b/>
          <w:sz w:val="22"/>
        </w:rPr>
        <w:t xml:space="preserve">Alice  </w:t>
      </w:r>
      <w:r>
        <w:rPr>
          <w:rFonts w:ascii="Arial" w:hAnsi="Arial"/>
          <w:color w:val="5D7284"/>
          <w:sz w:val="22"/>
        </w:rPr>
        <w:t>46:07</w:t>
      </w:r>
    </w:p>
    <w:p>
      <w:pPr>
        <w:spacing w:after="0"/>
      </w:pPr>
      <w:r>
        <w:rPr>
          <w:rFonts w:ascii="Arial" w:hAnsi="Arial"/>
          <w:sz w:val="22"/>
        </w:rPr>
        <w:t>Yeah, But then also, like that, we're, they're at war with France, but France is here already. Like, it's all a bit</w:t>
      </w:r>
    </w:p>
    <w:p>
      <w:pPr>
        <w:spacing w:after="0"/>
      </w:pPr>
    </w:p>
    <w:p>
      <w:pPr>
        <w:spacing w:after="0"/>
      </w:pPr>
      <w:r>
        <w:rPr>
          <w:rFonts w:ascii="Arial" w:hAnsi="Arial"/>
          <w:b/>
          <w:sz w:val="22"/>
        </w:rPr>
        <w:t xml:space="preserve">Lucy  </w:t>
      </w:r>
      <w:r>
        <w:rPr>
          <w:rFonts w:ascii="Arial" w:hAnsi="Arial"/>
          <w:color w:val="5D7284"/>
          <w:sz w:val="22"/>
        </w:rPr>
        <w:t>46:18</w:t>
      </w:r>
    </w:p>
    <w:p>
      <w:pPr>
        <w:spacing w:after="0"/>
      </w:pPr>
      <w:r>
        <w:rPr>
          <w:rFonts w:ascii="Arial" w:hAnsi="Arial"/>
          <w:sz w:val="22"/>
        </w:rPr>
        <w:t>somebody's given Shakespeare a map, and he's looked at it upside down. Yeah,</w:t>
      </w:r>
    </w:p>
    <w:p>
      <w:pPr>
        <w:spacing w:after="0"/>
      </w:pPr>
    </w:p>
    <w:p>
      <w:pPr>
        <w:spacing w:after="0"/>
      </w:pPr>
      <w:r>
        <w:rPr>
          <w:rFonts w:ascii="Arial" w:hAnsi="Arial"/>
          <w:b/>
          <w:sz w:val="22"/>
        </w:rPr>
        <w:t xml:space="preserve">Alice  </w:t>
      </w:r>
      <w:r>
        <w:rPr>
          <w:rFonts w:ascii="Arial" w:hAnsi="Arial"/>
          <w:color w:val="5D7284"/>
          <w:sz w:val="22"/>
        </w:rPr>
        <w:t>46:23</w:t>
      </w:r>
    </w:p>
    <w:p>
      <w:pPr>
        <w:spacing w:after="0"/>
      </w:pPr>
      <w:r>
        <w:rPr>
          <w:rFonts w:ascii="Arial" w:hAnsi="Arial"/>
          <w:sz w:val="22"/>
        </w:rPr>
        <w:t>it's a bit so he wants to throw himself off the cliffs of Dover.</w:t>
      </w:r>
    </w:p>
    <w:p>
      <w:pPr>
        <w:spacing w:after="0"/>
      </w:pPr>
    </w:p>
    <w:p>
      <w:pPr>
        <w:spacing w:after="0"/>
      </w:pPr>
      <w:r>
        <w:rPr>
          <w:rFonts w:ascii="Arial" w:hAnsi="Arial"/>
          <w:b/>
          <w:sz w:val="22"/>
        </w:rPr>
        <w:t xml:space="preserve">Lucy  </w:t>
      </w:r>
      <w:r>
        <w:rPr>
          <w:rFonts w:ascii="Arial" w:hAnsi="Arial"/>
          <w:color w:val="5D7284"/>
          <w:sz w:val="22"/>
        </w:rPr>
        <w:t>46:31</w:t>
      </w:r>
    </w:p>
    <w:p>
      <w:pPr>
        <w:spacing w:after="0"/>
      </w:pPr>
      <w:r>
        <w:rPr>
          <w:rFonts w:ascii="Arial" w:hAnsi="Arial"/>
          <w:sz w:val="22"/>
        </w:rPr>
        <w:t>May have been good at drama, but he failed geography.</w:t>
      </w:r>
    </w:p>
    <w:p>
      <w:pPr>
        <w:spacing w:after="0"/>
      </w:pPr>
    </w:p>
    <w:p>
      <w:pPr>
        <w:spacing w:after="0"/>
      </w:pPr>
      <w:r>
        <w:rPr>
          <w:rFonts w:ascii="Arial" w:hAnsi="Arial"/>
          <w:b/>
          <w:sz w:val="22"/>
        </w:rPr>
        <w:t xml:space="preserve">Alice  </w:t>
      </w:r>
      <w:r>
        <w:rPr>
          <w:rFonts w:ascii="Arial" w:hAnsi="Arial"/>
          <w:color w:val="5D7284"/>
          <w:sz w:val="22"/>
        </w:rPr>
        <w:t>46:35</w:t>
      </w:r>
    </w:p>
    <w:p>
      <w:pPr>
        <w:spacing w:after="0"/>
      </w:pPr>
      <w:r>
        <w:rPr>
          <w:rFonts w:ascii="Arial" w:hAnsi="Arial"/>
          <w:sz w:val="22"/>
        </w:rPr>
        <w:t xml:space="preserve">I'm not convinced he was very good at drama GCSE level, but put him at a level, and he's getting, you know, C's at most, </w:t>
      </w:r>
    </w:p>
    <w:p>
      <w:pPr>
        <w:spacing w:after="0"/>
      </w:pPr>
    </w:p>
    <w:p>
      <w:pPr>
        <w:spacing w:after="0"/>
      </w:pPr>
      <w:r>
        <w:rPr>
          <w:rFonts w:ascii="Arial" w:hAnsi="Arial"/>
          <w:b/>
          <w:sz w:val="22"/>
        </w:rPr>
        <w:t xml:space="preserve">Lucy  </w:t>
      </w:r>
      <w:r>
        <w:rPr>
          <w:rFonts w:ascii="Arial" w:hAnsi="Arial"/>
          <w:color w:val="5D7284"/>
          <w:sz w:val="22"/>
        </w:rPr>
        <w:t>46:45</w:t>
      </w:r>
    </w:p>
    <w:p>
      <w:pPr>
        <w:spacing w:after="0"/>
      </w:pPr>
      <w:r>
        <w:rPr>
          <w:rFonts w:ascii="Arial" w:hAnsi="Arial"/>
          <w:sz w:val="22"/>
        </w:rPr>
        <w:t xml:space="preserve">ungraded. </w:t>
      </w:r>
    </w:p>
    <w:p>
      <w:pPr>
        <w:spacing w:after="0"/>
      </w:pPr>
    </w:p>
    <w:p>
      <w:pPr>
        <w:spacing w:after="0"/>
      </w:pPr>
      <w:r>
        <w:rPr>
          <w:rFonts w:ascii="Arial" w:hAnsi="Arial"/>
          <w:b/>
          <w:sz w:val="22"/>
        </w:rPr>
        <w:t xml:space="preserve">Alice  </w:t>
      </w:r>
      <w:r>
        <w:rPr>
          <w:rFonts w:ascii="Arial" w:hAnsi="Arial"/>
          <w:color w:val="5D7284"/>
          <w:sz w:val="22"/>
        </w:rPr>
        <w:t>46:48</w:t>
      </w:r>
    </w:p>
    <w:p>
      <w:pPr>
        <w:spacing w:after="0"/>
      </w:pPr>
      <w:r>
        <w:rPr>
          <w:rFonts w:ascii="Arial" w:hAnsi="Arial"/>
          <w:sz w:val="22"/>
        </w:rPr>
        <w:t>So he he encounters this mad beggar, who he convinces to help him find,</w:t>
      </w:r>
    </w:p>
    <w:p>
      <w:pPr>
        <w:spacing w:after="0"/>
      </w:pPr>
    </w:p>
    <w:p>
      <w:pPr>
        <w:spacing w:after="0"/>
      </w:pPr>
      <w:r>
        <w:rPr>
          <w:rFonts w:ascii="Arial" w:hAnsi="Arial"/>
          <w:b/>
          <w:sz w:val="22"/>
        </w:rPr>
        <w:t xml:space="preserve">Lucy  </w:t>
      </w:r>
      <w:r>
        <w:rPr>
          <w:rFonts w:ascii="Arial" w:hAnsi="Arial"/>
          <w:color w:val="5D7284"/>
          <w:sz w:val="22"/>
        </w:rPr>
        <w:t>47:00</w:t>
      </w:r>
    </w:p>
    <w:p>
      <w:pPr>
        <w:spacing w:after="0"/>
      </w:pPr>
      <w:r>
        <w:rPr>
          <w:rFonts w:ascii="Arial" w:hAnsi="Arial"/>
          <w:sz w:val="22"/>
        </w:rPr>
        <w:t>wait a minute, is the Mad beggar Mad Tom,</w:t>
      </w:r>
    </w:p>
    <w:p>
      <w:pPr>
        <w:spacing w:after="0"/>
      </w:pPr>
    </w:p>
    <w:p>
      <w:pPr>
        <w:spacing w:after="0"/>
      </w:pPr>
      <w:r>
        <w:rPr>
          <w:rFonts w:ascii="Arial" w:hAnsi="Arial"/>
          <w:b/>
          <w:sz w:val="22"/>
        </w:rPr>
        <w:t xml:space="preserve">Alice  </w:t>
      </w:r>
      <w:r>
        <w:rPr>
          <w:rFonts w:ascii="Arial" w:hAnsi="Arial"/>
          <w:color w:val="5D7284"/>
          <w:sz w:val="22"/>
        </w:rPr>
        <w:t>47:04</w:t>
      </w:r>
    </w:p>
    <w:p>
      <w:pPr>
        <w:spacing w:after="0"/>
      </w:pPr>
      <w:r>
        <w:rPr>
          <w:rFonts w:ascii="Arial" w:hAnsi="Arial"/>
          <w:sz w:val="22"/>
        </w:rPr>
        <w:t>ding, ding, ding, you've won a prize</w:t>
      </w:r>
    </w:p>
    <w:p>
      <w:pPr>
        <w:spacing w:after="0"/>
      </w:pPr>
    </w:p>
    <w:p>
      <w:pPr>
        <w:spacing w:after="0"/>
      </w:pPr>
      <w:r>
        <w:rPr>
          <w:rFonts w:ascii="Arial" w:hAnsi="Arial"/>
          <w:b/>
          <w:sz w:val="22"/>
        </w:rPr>
        <w:t xml:space="preserve">Lucy  </w:t>
      </w:r>
      <w:r>
        <w:rPr>
          <w:rFonts w:ascii="Arial" w:hAnsi="Arial"/>
          <w:color w:val="5D7284"/>
          <w:sz w:val="22"/>
        </w:rPr>
        <w:t>47:07</w:t>
      </w:r>
    </w:p>
    <w:p>
      <w:pPr>
        <w:spacing w:after="0"/>
      </w:pPr>
      <w:r>
        <w:rPr>
          <w:rFonts w:ascii="Arial" w:hAnsi="Arial"/>
          <w:sz w:val="22"/>
        </w:rPr>
        <w:t>Does he realize that he's his dad? He</w:t>
      </w:r>
    </w:p>
    <w:p>
      <w:pPr>
        <w:spacing w:after="0"/>
      </w:pPr>
    </w:p>
    <w:p>
      <w:pPr>
        <w:spacing w:after="0"/>
      </w:pPr>
      <w:r>
        <w:rPr>
          <w:rFonts w:ascii="Arial" w:hAnsi="Arial"/>
          <w:b/>
          <w:sz w:val="22"/>
        </w:rPr>
        <w:t xml:space="preserve">Alice  </w:t>
      </w:r>
      <w:r>
        <w:rPr>
          <w:rFonts w:ascii="Arial" w:hAnsi="Arial"/>
          <w:color w:val="5D7284"/>
          <w:sz w:val="22"/>
        </w:rPr>
        <w:t>47:10</w:t>
      </w:r>
    </w:p>
    <w:p>
      <w:pPr>
        <w:spacing w:after="0"/>
      </w:pPr>
      <w:r>
        <w:rPr>
          <w:rFonts w:ascii="Arial" w:hAnsi="Arial"/>
          <w:sz w:val="22"/>
        </w:rPr>
        <w:t>it's so Edgar knows it's his dad,</w:t>
      </w:r>
    </w:p>
    <w:p>
      <w:pPr>
        <w:spacing w:after="0"/>
      </w:pPr>
    </w:p>
    <w:p>
      <w:pPr>
        <w:spacing w:after="0"/>
      </w:pPr>
      <w:r>
        <w:rPr>
          <w:rFonts w:ascii="Arial" w:hAnsi="Arial"/>
          <w:b/>
          <w:sz w:val="22"/>
        </w:rPr>
        <w:t xml:space="preserve">Lucy  </w:t>
      </w:r>
      <w:r>
        <w:rPr>
          <w:rFonts w:ascii="Arial" w:hAnsi="Arial"/>
          <w:color w:val="5D7284"/>
          <w:sz w:val="22"/>
        </w:rPr>
        <w:t>47:12</w:t>
      </w:r>
    </w:p>
    <w:p>
      <w:pPr>
        <w:spacing w:after="0"/>
      </w:pPr>
      <w:r>
        <w:rPr>
          <w:rFonts w:ascii="Arial" w:hAnsi="Arial"/>
          <w:sz w:val="22"/>
        </w:rPr>
        <w:t>right? Okay, but he doesn't.</w:t>
      </w:r>
    </w:p>
    <w:p>
      <w:pPr>
        <w:spacing w:after="0"/>
      </w:pPr>
    </w:p>
    <w:p>
      <w:pPr>
        <w:spacing w:after="0"/>
      </w:pPr>
      <w:r>
        <w:rPr>
          <w:rFonts w:ascii="Arial" w:hAnsi="Arial"/>
          <w:b/>
          <w:sz w:val="22"/>
        </w:rPr>
        <w:t xml:space="preserve">Alice  </w:t>
      </w:r>
      <w:r>
        <w:rPr>
          <w:rFonts w:ascii="Arial" w:hAnsi="Arial"/>
          <w:color w:val="5D7284"/>
          <w:sz w:val="22"/>
        </w:rPr>
        <w:t>47:15</w:t>
      </w:r>
    </w:p>
    <w:p>
      <w:pPr>
        <w:spacing w:after="0"/>
      </w:pPr>
      <w:r>
        <w:rPr>
          <w:rFonts w:ascii="Arial" w:hAnsi="Arial"/>
          <w:sz w:val="22"/>
        </w:rPr>
        <w:t>I mean, you know, educase disguise is so good that he couldn't possibly recognize his son's voice or anything. No, yeah, remember that sarcastic comments face. So Edgar says, Yeah, I'll help you end your life. That's fine. Like this. This is cool. We can do this,</w:t>
      </w:r>
    </w:p>
    <w:p>
      <w:pPr>
        <w:spacing w:after="0"/>
      </w:pPr>
    </w:p>
    <w:p>
      <w:pPr>
        <w:spacing w:after="0"/>
      </w:pPr>
      <w:r>
        <w:rPr>
          <w:rFonts w:ascii="Arial" w:hAnsi="Arial"/>
          <w:b/>
          <w:sz w:val="22"/>
        </w:rPr>
        <w:t xml:space="preserve">Lucy  </w:t>
      </w:r>
      <w:r>
        <w:rPr>
          <w:rFonts w:ascii="Arial" w:hAnsi="Arial"/>
          <w:color w:val="5D7284"/>
          <w:sz w:val="22"/>
        </w:rPr>
        <w:t>47:35</w:t>
      </w:r>
    </w:p>
    <w:p>
      <w:pPr>
        <w:spacing w:after="0"/>
      </w:pPr>
      <w:r>
        <w:rPr>
          <w:rFonts w:ascii="Arial" w:hAnsi="Arial"/>
          <w:sz w:val="22"/>
        </w:rPr>
        <w:t>yeah? 15 minute walk up to the top near the cliff. Fine.</w:t>
      </w:r>
    </w:p>
    <w:p>
      <w:pPr>
        <w:spacing w:after="0"/>
      </w:pPr>
    </w:p>
    <w:p>
      <w:pPr>
        <w:spacing w:after="0"/>
      </w:pPr>
      <w:r>
        <w:rPr>
          <w:rFonts w:ascii="Arial" w:hAnsi="Arial"/>
          <w:b/>
          <w:sz w:val="22"/>
        </w:rPr>
        <w:t xml:space="preserve">Alice  </w:t>
      </w:r>
      <w:r>
        <w:rPr>
          <w:rFonts w:ascii="Arial" w:hAnsi="Arial"/>
          <w:color w:val="5D7284"/>
          <w:sz w:val="22"/>
        </w:rPr>
        <w:t>47:39</w:t>
      </w:r>
    </w:p>
    <w:p>
      <w:pPr>
        <w:spacing w:after="0"/>
      </w:pPr>
      <w:r>
        <w:rPr>
          <w:rFonts w:ascii="Arial" w:hAnsi="Arial"/>
          <w:sz w:val="22"/>
        </w:rPr>
        <w:t>So what Edgar does is guides him up this hill the whole time, describing like as if they're walking up the cliffs of Dover, but they're not. They're just going up the hill. And then he tells Gloucester, oh, we're at the top of the cliffs, you know. Can you hear the crashing waves beneath you and all of this. And</w:t>
      </w:r>
    </w:p>
    <w:p>
      <w:pPr>
        <w:spacing w:after="0"/>
      </w:pPr>
    </w:p>
    <w:p>
      <w:pPr>
        <w:spacing w:after="0"/>
      </w:pPr>
      <w:r>
        <w:rPr>
          <w:rFonts w:ascii="Arial" w:hAnsi="Arial"/>
          <w:b/>
          <w:sz w:val="22"/>
        </w:rPr>
        <w:t xml:space="preserve">Lucy  </w:t>
      </w:r>
      <w:r>
        <w:rPr>
          <w:rFonts w:ascii="Arial" w:hAnsi="Arial"/>
          <w:color w:val="5D7284"/>
          <w:sz w:val="22"/>
        </w:rPr>
        <w:t>48:03</w:t>
      </w:r>
    </w:p>
    <w:p>
      <w:pPr>
        <w:spacing w:after="0"/>
      </w:pPr>
      <w:r>
        <w:rPr>
          <w:rFonts w:ascii="Arial" w:hAnsi="Arial"/>
          <w:sz w:val="22"/>
        </w:rPr>
        <w:t xml:space="preserve">was he anywhere near the sea? What was the other to do? Sound effects pass. Yes. </w:t>
      </w:r>
    </w:p>
    <w:p>
      <w:pPr>
        <w:spacing w:after="0"/>
      </w:pPr>
    </w:p>
    <w:p>
      <w:pPr>
        <w:spacing w:after="0"/>
      </w:pPr>
      <w:r>
        <w:rPr>
          <w:rFonts w:ascii="Arial" w:hAnsi="Arial"/>
          <w:b/>
          <w:sz w:val="22"/>
        </w:rPr>
        <w:t xml:space="preserve">Alice  </w:t>
      </w:r>
      <w:r>
        <w:rPr>
          <w:rFonts w:ascii="Arial" w:hAnsi="Arial"/>
          <w:color w:val="5D7284"/>
          <w:sz w:val="22"/>
        </w:rPr>
        <w:t>48:10</w:t>
      </w:r>
    </w:p>
    <w:p>
      <w:pPr>
        <w:spacing w:after="0"/>
      </w:pPr>
      <w:r>
        <w:rPr>
          <w:rFonts w:ascii="Arial" w:hAnsi="Arial"/>
          <w:sz w:val="22"/>
        </w:rPr>
        <w:t>You hear the seagull.</w:t>
      </w:r>
    </w:p>
    <w:p>
      <w:pPr>
        <w:spacing w:after="0"/>
      </w:pPr>
    </w:p>
    <w:p>
      <w:pPr>
        <w:spacing w:after="0"/>
      </w:pPr>
      <w:r>
        <w:rPr>
          <w:rFonts w:ascii="Arial" w:hAnsi="Arial"/>
          <w:b/>
          <w:sz w:val="22"/>
        </w:rPr>
        <w:t xml:space="preserve">Alice  </w:t>
      </w:r>
      <w:r>
        <w:rPr>
          <w:rFonts w:ascii="Arial" w:hAnsi="Arial"/>
          <w:color w:val="5D7284"/>
          <w:sz w:val="22"/>
        </w:rPr>
        <w:t>48:14</w:t>
      </w:r>
    </w:p>
    <w:p>
      <w:pPr>
        <w:spacing w:after="0"/>
      </w:pPr>
      <w:r>
        <w:rPr>
          <w:rFonts w:ascii="Arial" w:hAnsi="Arial"/>
          <w:sz w:val="22"/>
        </w:rPr>
        <w:t>He's holding a shell up to his ear.</w:t>
      </w:r>
    </w:p>
    <w:p>
      <w:pPr>
        <w:spacing w:after="0"/>
      </w:pPr>
    </w:p>
    <w:p>
      <w:pPr>
        <w:spacing w:after="0"/>
      </w:pPr>
      <w:r>
        <w:rPr>
          <w:rFonts w:ascii="Arial" w:hAnsi="Arial"/>
          <w:b/>
          <w:sz w:val="22"/>
        </w:rPr>
        <w:t xml:space="preserve">Lucy  </w:t>
      </w:r>
      <w:r>
        <w:rPr>
          <w:rFonts w:ascii="Arial" w:hAnsi="Arial"/>
          <w:color w:val="5D7284"/>
          <w:sz w:val="22"/>
        </w:rPr>
        <w:t>48:19</w:t>
      </w:r>
    </w:p>
    <w:p>
      <w:pPr>
        <w:spacing w:after="0"/>
      </w:pPr>
      <w:r>
        <w:rPr>
          <w:rFonts w:ascii="Arial" w:hAnsi="Arial"/>
          <w:sz w:val="22"/>
        </w:rPr>
        <w:t>Yes.</w:t>
      </w:r>
    </w:p>
    <w:p>
      <w:pPr>
        <w:spacing w:after="0"/>
      </w:pPr>
    </w:p>
    <w:p>
      <w:pPr>
        <w:spacing w:after="0"/>
      </w:pPr>
      <w:r>
        <w:rPr>
          <w:rFonts w:ascii="Arial" w:hAnsi="Arial"/>
          <w:b/>
          <w:sz w:val="22"/>
        </w:rPr>
        <w:t xml:space="preserve">Alice  </w:t>
      </w:r>
      <w:r>
        <w:rPr>
          <w:rFonts w:ascii="Arial" w:hAnsi="Arial"/>
          <w:color w:val="5D7284"/>
          <w:sz w:val="22"/>
        </w:rPr>
        <w:t>48:22</w:t>
      </w:r>
    </w:p>
    <w:p>
      <w:pPr>
        <w:spacing w:after="0"/>
      </w:pPr>
      <w:r>
        <w:rPr>
          <w:rFonts w:ascii="Arial" w:hAnsi="Arial"/>
          <w:sz w:val="22"/>
        </w:rPr>
        <w:t>He his so and he so he tells him like we're at the top and and Gloucester jumps. And Gloucester is so, like, stressed at this point that, like, mid jump he faints, so he thinks he's dead. He thinks he faints, but then he wakes up again and he thinks he has survived falling off the cliffs of Dover, right?</w:t>
      </w:r>
    </w:p>
    <w:p>
      <w:pPr>
        <w:spacing w:after="0"/>
      </w:pPr>
    </w:p>
    <w:p>
      <w:pPr>
        <w:spacing w:after="0"/>
      </w:pPr>
      <w:r>
        <w:rPr>
          <w:rFonts w:ascii="Arial" w:hAnsi="Arial"/>
          <w:b/>
          <w:sz w:val="22"/>
        </w:rPr>
        <w:t xml:space="preserve">Lucy  </w:t>
      </w:r>
      <w:r>
        <w:rPr>
          <w:rFonts w:ascii="Arial" w:hAnsi="Arial"/>
          <w:color w:val="5D7284"/>
          <w:sz w:val="22"/>
        </w:rPr>
        <w:t>48:47</w:t>
      </w:r>
    </w:p>
    <w:p>
      <w:pPr>
        <w:spacing w:after="0"/>
      </w:pPr>
      <w:r>
        <w:rPr>
          <w:rFonts w:ascii="Arial" w:hAnsi="Arial"/>
          <w:sz w:val="22"/>
        </w:rPr>
        <w:t>That's gonna send him mad.</w:t>
      </w:r>
    </w:p>
    <w:p>
      <w:pPr>
        <w:spacing w:after="0"/>
      </w:pPr>
    </w:p>
    <w:p>
      <w:pPr>
        <w:spacing w:after="0"/>
      </w:pPr>
      <w:r>
        <w:rPr>
          <w:rFonts w:ascii="Arial" w:hAnsi="Arial"/>
          <w:b/>
          <w:sz w:val="22"/>
        </w:rPr>
        <w:t xml:space="preserve">Alice  </w:t>
      </w:r>
      <w:r>
        <w:rPr>
          <w:rFonts w:ascii="Arial" w:hAnsi="Arial"/>
          <w:color w:val="5D7284"/>
          <w:sz w:val="22"/>
        </w:rPr>
        <w:t>48:49</w:t>
      </w:r>
    </w:p>
    <w:p>
      <w:pPr>
        <w:spacing w:after="0"/>
      </w:pPr>
      <w:r>
        <w:rPr>
          <w:rFonts w:ascii="Arial" w:hAnsi="Arial"/>
          <w:sz w:val="22"/>
        </w:rPr>
        <w:t>as a visually impaired person, I find this whole scenario quite offensive. Yes, I could imagine. I'd like to believe that I could tell the difference with my eyes closed, between the steepness of the cliffs of Dover and like a slight incline, yeah. And</w:t>
      </w:r>
    </w:p>
    <w:p>
      <w:pPr>
        <w:spacing w:after="0"/>
      </w:pPr>
    </w:p>
    <w:p>
      <w:pPr>
        <w:spacing w:after="0"/>
      </w:pPr>
      <w:r>
        <w:rPr>
          <w:rFonts w:ascii="Arial" w:hAnsi="Arial"/>
          <w:b/>
          <w:sz w:val="22"/>
        </w:rPr>
        <w:t xml:space="preserve">Lucy  </w:t>
      </w:r>
      <w:r>
        <w:rPr>
          <w:rFonts w:ascii="Arial" w:hAnsi="Arial"/>
          <w:color w:val="5D7284"/>
          <w:sz w:val="22"/>
        </w:rPr>
        <w:t>49:07</w:t>
      </w:r>
    </w:p>
    <w:p>
      <w:pPr>
        <w:spacing w:after="0"/>
      </w:pPr>
      <w:r>
        <w:rPr>
          <w:rFonts w:ascii="Arial" w:hAnsi="Arial"/>
          <w:sz w:val="22"/>
        </w:rPr>
        <w:t xml:space="preserve">also, right, I'm not being funny, right? But when you're on a cliff, when you're on the edge of a cliff, surely it's gonna be windy. </w:t>
      </w:r>
    </w:p>
    <w:p>
      <w:pPr>
        <w:spacing w:after="0"/>
      </w:pPr>
    </w:p>
    <w:p>
      <w:pPr>
        <w:spacing w:after="0"/>
      </w:pPr>
      <w:r>
        <w:rPr>
          <w:rFonts w:ascii="Arial" w:hAnsi="Arial"/>
          <w:b/>
          <w:sz w:val="22"/>
        </w:rPr>
        <w:t xml:space="preserve">Alice  </w:t>
      </w:r>
      <w:r>
        <w:rPr>
          <w:rFonts w:ascii="Arial" w:hAnsi="Arial"/>
          <w:color w:val="5D7284"/>
          <w:sz w:val="22"/>
        </w:rPr>
        <w:t>49:16</w:t>
      </w:r>
    </w:p>
    <w:p>
      <w:pPr>
        <w:spacing w:after="0"/>
      </w:pPr>
      <w:r>
        <w:rPr>
          <w:rFonts w:ascii="Arial" w:hAnsi="Arial"/>
          <w:sz w:val="22"/>
        </w:rPr>
        <w:t>You'd have thought,</w:t>
      </w:r>
    </w:p>
    <w:p>
      <w:pPr>
        <w:spacing w:after="0"/>
      </w:pPr>
    </w:p>
    <w:p>
      <w:pPr>
        <w:spacing w:after="0"/>
      </w:pPr>
      <w:r>
        <w:rPr>
          <w:rFonts w:ascii="Arial" w:hAnsi="Arial"/>
          <w:b/>
          <w:sz w:val="22"/>
        </w:rPr>
        <w:t xml:space="preserve">Lucy  </w:t>
      </w:r>
      <w:r>
        <w:rPr>
          <w:rFonts w:ascii="Arial" w:hAnsi="Arial"/>
          <w:color w:val="5D7284"/>
          <w:sz w:val="22"/>
        </w:rPr>
        <w:t>49:17</w:t>
      </w:r>
    </w:p>
    <w:p>
      <w:pPr>
        <w:spacing w:after="0"/>
      </w:pPr>
      <w:r>
        <w:rPr>
          <w:rFonts w:ascii="Arial" w:hAnsi="Arial"/>
          <w:sz w:val="22"/>
        </w:rPr>
        <w:t xml:space="preserve"> and you know, you could tell you're high up, even when you've got your eyes shut,</w:t>
      </w:r>
    </w:p>
    <w:p>
      <w:pPr>
        <w:spacing w:after="0"/>
      </w:pPr>
    </w:p>
    <w:p>
      <w:pPr>
        <w:spacing w:after="0"/>
      </w:pPr>
      <w:r>
        <w:rPr>
          <w:rFonts w:ascii="Arial" w:hAnsi="Arial"/>
          <w:b/>
          <w:sz w:val="22"/>
        </w:rPr>
        <w:t xml:space="preserve">Alice  </w:t>
      </w:r>
      <w:r>
        <w:rPr>
          <w:rFonts w:ascii="Arial" w:hAnsi="Arial"/>
          <w:color w:val="5D7284"/>
          <w:sz w:val="22"/>
        </w:rPr>
        <w:t>49:22</w:t>
      </w:r>
    </w:p>
    <w:p>
      <w:pPr>
        <w:spacing w:after="0"/>
      </w:pPr>
      <w:r>
        <w:rPr>
          <w:rFonts w:ascii="Arial" w:hAnsi="Arial"/>
          <w:sz w:val="22"/>
        </w:rPr>
        <w:t xml:space="preserve">you'd have thought it's dramatic symbolism, isn't it? Because </w:t>
      </w:r>
    </w:p>
    <w:p>
      <w:pPr>
        <w:spacing w:after="0"/>
      </w:pPr>
    </w:p>
    <w:p>
      <w:pPr>
        <w:spacing w:after="0"/>
      </w:pPr>
      <w:r>
        <w:rPr>
          <w:rFonts w:ascii="Arial" w:hAnsi="Arial"/>
          <w:b/>
          <w:sz w:val="22"/>
        </w:rPr>
        <w:t xml:space="preserve">Lucy  </w:t>
      </w:r>
      <w:r>
        <w:rPr>
          <w:rFonts w:ascii="Arial" w:hAnsi="Arial"/>
          <w:color w:val="5D7284"/>
          <w:sz w:val="22"/>
        </w:rPr>
        <w:t>49:30</w:t>
      </w:r>
    </w:p>
    <w:p>
      <w:pPr>
        <w:spacing w:after="0"/>
      </w:pPr>
      <w:r>
        <w:rPr>
          <w:rFonts w:ascii="Arial" w:hAnsi="Arial"/>
          <w:sz w:val="22"/>
        </w:rPr>
        <w:t xml:space="preserve">GCSE drama? </w:t>
      </w:r>
    </w:p>
    <w:p>
      <w:pPr>
        <w:spacing w:after="0"/>
      </w:pPr>
    </w:p>
    <w:p>
      <w:pPr>
        <w:spacing w:after="0"/>
      </w:pPr>
      <w:r>
        <w:rPr>
          <w:rFonts w:ascii="Arial" w:hAnsi="Arial"/>
          <w:b/>
          <w:sz w:val="22"/>
        </w:rPr>
        <w:t xml:space="preserve">Alice  </w:t>
      </w:r>
      <w:r>
        <w:rPr>
          <w:rFonts w:ascii="Arial" w:hAnsi="Arial"/>
          <w:color w:val="5D7284"/>
          <w:sz w:val="22"/>
        </w:rPr>
        <w:t>49:31</w:t>
      </w:r>
    </w:p>
    <w:p>
      <w:pPr>
        <w:spacing w:after="0"/>
      </w:pPr>
      <w:r>
        <w:rPr>
          <w:rFonts w:ascii="Arial" w:hAnsi="Arial"/>
          <w:sz w:val="22"/>
        </w:rPr>
        <w:t xml:space="preserve">Exactly because what happens when he wakes up? Yeah, there is a partly naked, babbling madman who has covered himself in flowers, wandering around on the hilltop. </w:t>
      </w:r>
    </w:p>
    <w:p>
      <w:pPr>
        <w:spacing w:after="0"/>
      </w:pPr>
    </w:p>
    <w:p>
      <w:pPr>
        <w:spacing w:after="0"/>
      </w:pPr>
      <w:r>
        <w:rPr>
          <w:rFonts w:ascii="Arial" w:hAnsi="Arial"/>
          <w:b/>
          <w:sz w:val="22"/>
        </w:rPr>
        <w:t xml:space="preserve">Lucy  </w:t>
      </w:r>
      <w:r>
        <w:rPr>
          <w:rFonts w:ascii="Arial" w:hAnsi="Arial"/>
          <w:color w:val="5D7284"/>
          <w:sz w:val="22"/>
        </w:rPr>
        <w:t>49:47</w:t>
      </w:r>
    </w:p>
    <w:p>
      <w:pPr>
        <w:spacing w:after="0"/>
      </w:pPr>
      <w:r>
        <w:rPr>
          <w:rFonts w:ascii="Arial" w:hAnsi="Arial"/>
          <w:sz w:val="22"/>
        </w:rPr>
        <w:t>We've all been there,</w:t>
      </w:r>
    </w:p>
    <w:p>
      <w:pPr>
        <w:spacing w:after="0"/>
      </w:pPr>
    </w:p>
    <w:p>
      <w:pPr>
        <w:spacing w:after="0"/>
      </w:pPr>
      <w:r>
        <w:rPr>
          <w:rFonts w:ascii="Arial" w:hAnsi="Arial"/>
          <w:b/>
          <w:sz w:val="22"/>
        </w:rPr>
        <w:t xml:space="preserve">Alice  </w:t>
      </w:r>
      <w:r>
        <w:rPr>
          <w:rFonts w:ascii="Arial" w:hAnsi="Arial"/>
          <w:color w:val="5D7284"/>
          <w:sz w:val="22"/>
        </w:rPr>
        <w:t>49:51</w:t>
      </w:r>
    </w:p>
    <w:p>
      <w:pPr>
        <w:spacing w:after="0"/>
      </w:pPr>
      <w:r>
        <w:rPr>
          <w:rFonts w:ascii="Arial" w:hAnsi="Arial"/>
          <w:sz w:val="22"/>
        </w:rPr>
        <w:t>just, just, just your average Wednesday for Lucy, yeah. Anyway, he it's, it's King le.</w:t>
      </w:r>
    </w:p>
    <w:p>
      <w:pPr>
        <w:spacing w:after="0"/>
      </w:pPr>
    </w:p>
    <w:p>
      <w:pPr>
        <w:spacing w:after="0"/>
      </w:pPr>
      <w:r>
        <w:rPr>
          <w:rFonts w:ascii="Arial" w:hAnsi="Arial"/>
          <w:b/>
          <w:sz w:val="22"/>
        </w:rPr>
        <w:t xml:space="preserve">Lucy  </w:t>
      </w:r>
      <w:r>
        <w:rPr>
          <w:rFonts w:ascii="Arial" w:hAnsi="Arial"/>
          <w:color w:val="5D7284"/>
          <w:sz w:val="22"/>
        </w:rPr>
        <w:t>49:59</w:t>
      </w:r>
    </w:p>
    <w:p>
      <w:pPr>
        <w:spacing w:after="0"/>
      </w:pPr>
      <w:r>
        <w:rPr>
          <w:rFonts w:ascii="Arial" w:hAnsi="Arial"/>
          <w:sz w:val="22"/>
        </w:rPr>
        <w:t>Here, your courses, everybody, everybody's gone mad together. It's like, it's like the mad at his tea party. But</w:t>
      </w:r>
    </w:p>
    <w:p>
      <w:pPr>
        <w:spacing w:after="0"/>
      </w:pPr>
    </w:p>
    <w:p>
      <w:pPr>
        <w:spacing w:after="0"/>
      </w:pPr>
      <w:r>
        <w:rPr>
          <w:rFonts w:ascii="Arial" w:hAnsi="Arial"/>
          <w:b/>
          <w:sz w:val="22"/>
        </w:rPr>
        <w:t xml:space="preserve">Alice  </w:t>
      </w:r>
      <w:r>
        <w:rPr>
          <w:rFonts w:ascii="Arial" w:hAnsi="Arial"/>
          <w:color w:val="5D7284"/>
          <w:sz w:val="22"/>
        </w:rPr>
        <w:t>50:07</w:t>
      </w:r>
    </w:p>
    <w:p>
      <w:pPr>
        <w:spacing w:after="0"/>
      </w:pPr>
      <w:r>
        <w:rPr>
          <w:rFonts w:ascii="Arial" w:hAnsi="Arial"/>
          <w:sz w:val="22"/>
        </w:rPr>
        <w:t>what, what, what I think is, is like, again, just, just a bit Shakespeare over egging the pudding so like, he can't recognize Edgar, who is having a whole conversation with him about, like the scenery around them and the fact that he wants to kill himself, like can't recognize his own son. However, after this, like symbolic suicide and resurrection, because actually it was just a hill.</w:t>
      </w:r>
    </w:p>
    <w:p>
      <w:pPr>
        <w:spacing w:after="0"/>
      </w:pPr>
    </w:p>
    <w:p>
      <w:pPr>
        <w:spacing w:after="0"/>
      </w:pPr>
      <w:r>
        <w:rPr>
          <w:rFonts w:ascii="Arial" w:hAnsi="Arial"/>
          <w:b/>
          <w:sz w:val="22"/>
        </w:rPr>
        <w:t xml:space="preserve">Lucy  </w:t>
      </w:r>
      <w:r>
        <w:rPr>
          <w:rFonts w:ascii="Arial" w:hAnsi="Arial"/>
          <w:color w:val="5D7284"/>
          <w:sz w:val="22"/>
        </w:rPr>
        <w:t>50:37</w:t>
      </w:r>
    </w:p>
    <w:p>
      <w:pPr>
        <w:spacing w:after="0"/>
      </w:pPr>
      <w:r>
        <w:rPr>
          <w:rFonts w:ascii="Arial" w:hAnsi="Arial"/>
          <w:sz w:val="22"/>
        </w:rPr>
        <w:t>It's not funny, but it's funny. It</w:t>
      </w:r>
    </w:p>
    <w:p>
      <w:pPr>
        <w:spacing w:after="0"/>
      </w:pPr>
    </w:p>
    <w:p>
      <w:pPr>
        <w:spacing w:after="0"/>
      </w:pPr>
      <w:r>
        <w:rPr>
          <w:rFonts w:ascii="Arial" w:hAnsi="Arial"/>
          <w:b/>
          <w:sz w:val="22"/>
        </w:rPr>
        <w:t xml:space="preserve">Alice  </w:t>
      </w:r>
      <w:r>
        <w:rPr>
          <w:rFonts w:ascii="Arial" w:hAnsi="Arial"/>
          <w:color w:val="5D7284"/>
          <w:sz w:val="22"/>
        </w:rPr>
        <w:t>50:39</w:t>
      </w:r>
    </w:p>
    <w:p>
      <w:pPr>
        <w:spacing w:after="0"/>
      </w:pPr>
      <w:r>
        <w:rPr>
          <w:rFonts w:ascii="Arial" w:hAnsi="Arial"/>
          <w:sz w:val="22"/>
        </w:rPr>
        <w:t>is, yeah, he, he hears this supposedly, like raving mad person, and like Liz you, you listen to it like the script, and it is like he's, he's just saying no, no, like repeating nonsense sounds and like, not, it's not, it's not even words, never mind not sentences, babbling, yeah, and but he recognizes Lear by his voice, but</w:t>
      </w:r>
    </w:p>
    <w:p>
      <w:pPr>
        <w:spacing w:after="0"/>
      </w:pPr>
    </w:p>
    <w:p>
      <w:pPr>
        <w:spacing w:after="0"/>
      </w:pPr>
      <w:r>
        <w:rPr>
          <w:rFonts w:ascii="Arial" w:hAnsi="Arial"/>
          <w:b/>
          <w:sz w:val="22"/>
        </w:rPr>
        <w:t xml:space="preserve">Lucy  </w:t>
      </w:r>
      <w:r>
        <w:rPr>
          <w:rFonts w:ascii="Arial" w:hAnsi="Arial"/>
          <w:color w:val="5D7284"/>
          <w:sz w:val="22"/>
        </w:rPr>
        <w:t>51:11</w:t>
      </w:r>
    </w:p>
    <w:p>
      <w:pPr>
        <w:spacing w:after="0"/>
      </w:pPr>
      <w:r>
        <w:rPr>
          <w:rFonts w:ascii="Arial" w:hAnsi="Arial"/>
          <w:sz w:val="22"/>
        </w:rPr>
        <w:t>he doesn't recognize his son. No, what a bloody waste of time. I'm sorry. Like, that's like, that's like, you saying to me, oh, sorry, I didn't know I was talking to Lucy. I can't I didn't recognize your voice. That's loaded. That's bollocks in it. Yeah, yeah, my voice,</w:t>
      </w:r>
    </w:p>
    <w:p>
      <w:pPr>
        <w:spacing w:after="0"/>
      </w:pPr>
    </w:p>
    <w:p>
      <w:pPr>
        <w:spacing w:after="0"/>
      </w:pPr>
      <w:r>
        <w:rPr>
          <w:rFonts w:ascii="Arial" w:hAnsi="Arial"/>
          <w:b/>
          <w:sz w:val="22"/>
        </w:rPr>
        <w:t xml:space="preserve">Alice  </w:t>
      </w:r>
      <w:r>
        <w:rPr>
          <w:rFonts w:ascii="Arial" w:hAnsi="Arial"/>
          <w:color w:val="5D7284"/>
          <w:sz w:val="22"/>
        </w:rPr>
        <w:t>51:30</w:t>
      </w:r>
    </w:p>
    <w:p>
      <w:pPr>
        <w:spacing w:after="0"/>
      </w:pPr>
      <w:r>
        <w:rPr>
          <w:rFonts w:ascii="Arial" w:hAnsi="Arial"/>
          <w:sz w:val="22"/>
        </w:rPr>
        <w:t>I've been I called him a dickhead for doing it. But not a week ago, I was walking through my town center and somebody in my new work team shouted Dora in the middle of the street, and I did not recognize the voice of the person. I've only worked with them for three months. Yeah, you know, we'd haven't worked closely together, but so that that's understandable, yeah, my my child, yeah, my best friend of 40 or 50 years, like, like, you're gonna you're gonna recognize their voice, yeah, even if you were pretending not to be you, yeah,</w:t>
      </w:r>
    </w:p>
    <w:p>
      <w:pPr>
        <w:spacing w:after="0"/>
      </w:pPr>
    </w:p>
    <w:p>
      <w:pPr>
        <w:spacing w:after="0"/>
      </w:pPr>
      <w:r>
        <w:rPr>
          <w:rFonts w:ascii="Arial" w:hAnsi="Arial"/>
          <w:b/>
          <w:sz w:val="22"/>
        </w:rPr>
        <w:t xml:space="preserve">Lucy  </w:t>
      </w:r>
      <w:r>
        <w:rPr>
          <w:rFonts w:ascii="Arial" w:hAnsi="Arial"/>
          <w:color w:val="5D7284"/>
          <w:sz w:val="22"/>
        </w:rPr>
        <w:t>52:12</w:t>
      </w:r>
    </w:p>
    <w:p>
      <w:pPr>
        <w:spacing w:after="0"/>
      </w:pPr>
      <w:r>
        <w:rPr>
          <w:rFonts w:ascii="Arial" w:hAnsi="Arial"/>
          <w:sz w:val="22"/>
        </w:rPr>
        <w:t>even if I came on and recorded went, Hello,</w:t>
      </w:r>
    </w:p>
    <w:p>
      <w:pPr>
        <w:spacing w:after="0"/>
      </w:pPr>
    </w:p>
    <w:p>
      <w:pPr>
        <w:spacing w:after="0"/>
      </w:pPr>
      <w:r>
        <w:rPr>
          <w:rFonts w:ascii="Arial" w:hAnsi="Arial"/>
          <w:b/>
          <w:sz w:val="22"/>
        </w:rPr>
        <w:t xml:space="preserve">Alice  </w:t>
      </w:r>
      <w:r>
        <w:rPr>
          <w:rFonts w:ascii="Arial" w:hAnsi="Arial"/>
          <w:color w:val="5D7284"/>
          <w:sz w:val="22"/>
        </w:rPr>
        <w:t>52:19</w:t>
      </w:r>
    </w:p>
    <w:p>
      <w:pPr>
        <w:spacing w:after="0"/>
      </w:pPr>
      <w:r>
        <w:rPr>
          <w:rFonts w:ascii="Arial" w:hAnsi="Arial"/>
          <w:sz w:val="22"/>
        </w:rPr>
        <w:t>just I did have a friend at school who used to do impressions, and we would periodically get her to ring our mums at work and say that we were being sent home from school, okay to skive off for half a day. Yeah,</w:t>
      </w:r>
    </w:p>
    <w:p>
      <w:pPr>
        <w:spacing w:after="0"/>
      </w:pPr>
    </w:p>
    <w:p>
      <w:pPr>
        <w:spacing w:after="0"/>
      </w:pPr>
      <w:r>
        <w:rPr>
          <w:rFonts w:ascii="Arial" w:hAnsi="Arial"/>
          <w:b/>
          <w:sz w:val="22"/>
        </w:rPr>
        <w:t xml:space="preserve">Lucy  </w:t>
      </w:r>
      <w:r>
        <w:rPr>
          <w:rFonts w:ascii="Arial" w:hAnsi="Arial"/>
          <w:color w:val="5D7284"/>
          <w:sz w:val="22"/>
        </w:rPr>
        <w:t>52:39</w:t>
      </w:r>
    </w:p>
    <w:p>
      <w:pPr>
        <w:spacing w:after="0"/>
      </w:pPr>
      <w:r>
        <w:rPr>
          <w:rFonts w:ascii="Arial" w:hAnsi="Arial"/>
          <w:sz w:val="22"/>
        </w:rPr>
        <w:t>I see I'm not good at impressions. No, I'm</w:t>
      </w:r>
    </w:p>
    <w:p>
      <w:pPr>
        <w:spacing w:after="0"/>
      </w:pPr>
    </w:p>
    <w:p>
      <w:pPr>
        <w:spacing w:after="0"/>
      </w:pPr>
      <w:r>
        <w:rPr>
          <w:rFonts w:ascii="Arial" w:hAnsi="Arial"/>
          <w:b/>
          <w:sz w:val="22"/>
        </w:rPr>
        <w:t xml:space="preserve">Alice  </w:t>
      </w:r>
      <w:r>
        <w:rPr>
          <w:rFonts w:ascii="Arial" w:hAnsi="Arial"/>
          <w:color w:val="5D7284"/>
          <w:sz w:val="22"/>
        </w:rPr>
        <w:t>52:41</w:t>
      </w:r>
    </w:p>
    <w:p>
      <w:pPr>
        <w:spacing w:after="0"/>
      </w:pPr>
      <w:r>
        <w:rPr>
          <w:rFonts w:ascii="Arial" w:hAnsi="Arial"/>
          <w:sz w:val="22"/>
        </w:rPr>
        <w:t>not good at impressions. Maybe, maybe Edgar was like, you know, ready to be on spitting image, or whatever it was called, a puppet. Yeah, exactly.</w:t>
      </w:r>
    </w:p>
    <w:p>
      <w:pPr>
        <w:spacing w:after="0"/>
      </w:pPr>
    </w:p>
    <w:p>
      <w:pPr>
        <w:spacing w:after="0"/>
      </w:pPr>
      <w:r>
        <w:rPr>
          <w:rFonts w:ascii="Arial" w:hAnsi="Arial"/>
          <w:b/>
          <w:sz w:val="22"/>
        </w:rPr>
        <w:t xml:space="preserve">Lucy  </w:t>
      </w:r>
      <w:r>
        <w:rPr>
          <w:rFonts w:ascii="Arial" w:hAnsi="Arial"/>
          <w:color w:val="5D7284"/>
          <w:sz w:val="22"/>
        </w:rPr>
        <w:t>52:56</w:t>
      </w:r>
    </w:p>
    <w:p>
      <w:pPr>
        <w:spacing w:after="0"/>
      </w:pPr>
      <w:r>
        <w:rPr>
          <w:rFonts w:ascii="Arial" w:hAnsi="Arial"/>
          <w:sz w:val="22"/>
        </w:rPr>
        <w:t>So, yes, absolutely ridiculous behavior. So King Lee is lying in the in the in the ditch with no clothes on, coveted flowers, singing to himself,</w:t>
      </w:r>
    </w:p>
    <w:p>
      <w:pPr>
        <w:spacing w:after="0"/>
      </w:pPr>
    </w:p>
    <w:p>
      <w:pPr>
        <w:spacing w:after="0"/>
      </w:pPr>
      <w:r>
        <w:rPr>
          <w:rFonts w:ascii="Arial" w:hAnsi="Arial"/>
          <w:b/>
          <w:sz w:val="22"/>
        </w:rPr>
        <w:t xml:space="preserve">Alice  </w:t>
      </w:r>
      <w:r>
        <w:rPr>
          <w:rFonts w:ascii="Arial" w:hAnsi="Arial"/>
          <w:color w:val="5D7284"/>
          <w:sz w:val="22"/>
        </w:rPr>
        <w:t>53:08</w:t>
      </w:r>
    </w:p>
    <w:p>
      <w:pPr>
        <w:spacing w:after="0"/>
      </w:pPr>
      <w:r>
        <w:rPr>
          <w:rFonts w:ascii="Arial" w:hAnsi="Arial"/>
          <w:sz w:val="22"/>
        </w:rPr>
        <w:t>essentially, yeah, the</w:t>
      </w:r>
    </w:p>
    <w:p>
      <w:pPr>
        <w:spacing w:after="0"/>
      </w:pPr>
    </w:p>
    <w:p>
      <w:pPr>
        <w:spacing w:after="0"/>
      </w:pPr>
      <w:r>
        <w:rPr>
          <w:rFonts w:ascii="Arial" w:hAnsi="Arial"/>
          <w:b/>
          <w:sz w:val="22"/>
        </w:rPr>
        <w:t xml:space="preserve">Lucy  </w:t>
      </w:r>
      <w:r>
        <w:rPr>
          <w:rFonts w:ascii="Arial" w:hAnsi="Arial"/>
          <w:color w:val="5D7284"/>
          <w:sz w:val="22"/>
        </w:rPr>
        <w:t>53:09</w:t>
      </w:r>
    </w:p>
    <w:p>
      <w:pPr>
        <w:spacing w:after="0"/>
      </w:pPr>
      <w:r>
        <w:rPr>
          <w:rFonts w:ascii="Arial" w:hAnsi="Arial"/>
          <w:sz w:val="22"/>
        </w:rPr>
        <w:t>other guy is jumping around on a hill. Thinks he's dead because he's passed out, has woken up and is like, at what's it? What's what's happening with him now?</w:t>
      </w:r>
    </w:p>
    <w:p>
      <w:pPr>
        <w:spacing w:after="0"/>
      </w:pPr>
    </w:p>
    <w:p>
      <w:pPr>
        <w:spacing w:after="0"/>
      </w:pPr>
      <w:r>
        <w:rPr>
          <w:rFonts w:ascii="Arial" w:hAnsi="Arial"/>
          <w:b/>
          <w:sz w:val="22"/>
        </w:rPr>
        <w:t xml:space="preserve">Alice  </w:t>
      </w:r>
      <w:r>
        <w:rPr>
          <w:rFonts w:ascii="Arial" w:hAnsi="Arial"/>
          <w:color w:val="5D7284"/>
          <w:sz w:val="22"/>
        </w:rPr>
        <w:t>53:19</w:t>
      </w:r>
    </w:p>
    <w:p>
      <w:pPr>
        <w:spacing w:after="0"/>
      </w:pPr>
      <w:r>
        <w:rPr>
          <w:rFonts w:ascii="Arial" w:hAnsi="Arial"/>
          <w:sz w:val="22"/>
        </w:rPr>
        <w:t>Um, so there's this whole kind of bit, is a little bit, like, from here it goes, a little bit kind of redemption storyline. So like, you know, Gloucester has, has regained consciously, yeah, he's, he's become able to see again, even though we can't see. Well, no, listen, even though he can't physically see, symbolically, he can see the error of his ways, and he can see his king again and all of that stuff. When Gloucester and Edgar find Lear, they're like, well, this, this is not a well man, and so they take him to a doctor.</w:t>
      </w:r>
    </w:p>
    <w:p>
      <w:pPr>
        <w:spacing w:after="0"/>
      </w:pPr>
    </w:p>
    <w:p>
      <w:pPr>
        <w:spacing w:after="0"/>
      </w:pPr>
      <w:r>
        <w:rPr>
          <w:rFonts w:ascii="Arial" w:hAnsi="Arial"/>
          <w:b/>
          <w:sz w:val="22"/>
        </w:rPr>
        <w:t xml:space="preserve">Lucy  </w:t>
      </w:r>
      <w:r>
        <w:rPr>
          <w:rFonts w:ascii="Arial" w:hAnsi="Arial"/>
          <w:color w:val="5D7284"/>
          <w:sz w:val="22"/>
        </w:rPr>
        <w:t>54:02</w:t>
      </w:r>
    </w:p>
    <w:p>
      <w:pPr>
        <w:spacing w:after="0"/>
      </w:pPr>
      <w:r>
        <w:rPr>
          <w:rFonts w:ascii="Arial" w:hAnsi="Arial"/>
          <w:sz w:val="22"/>
        </w:rPr>
        <w:t>Oh, oh, heaven. Sense prevails, and</w:t>
      </w:r>
    </w:p>
    <w:p>
      <w:pPr>
        <w:spacing w:after="0"/>
      </w:pPr>
    </w:p>
    <w:p>
      <w:pPr>
        <w:spacing w:after="0"/>
      </w:pPr>
      <w:r>
        <w:rPr>
          <w:rFonts w:ascii="Arial" w:hAnsi="Arial"/>
          <w:b/>
          <w:sz w:val="22"/>
        </w:rPr>
        <w:t xml:space="preserve">Alice  </w:t>
      </w:r>
      <w:r>
        <w:rPr>
          <w:rFonts w:ascii="Arial" w:hAnsi="Arial"/>
          <w:color w:val="5D7284"/>
          <w:sz w:val="22"/>
        </w:rPr>
        <w:t>54:09</w:t>
      </w:r>
    </w:p>
    <w:p>
      <w:pPr>
        <w:spacing w:after="0"/>
      </w:pPr>
      <w:r>
        <w:rPr>
          <w:rFonts w:ascii="Arial" w:hAnsi="Arial"/>
          <w:sz w:val="22"/>
        </w:rPr>
        <w:t>Leah wakes up in a tent on the battlefield, I think it's on the battlefield, and his daughter, Cordelia is there, who is the one that he banished. And again, it's a kind of redemption, like he's finally reunited with the daughter that he exiled. And he's all like,</w:t>
      </w:r>
    </w:p>
    <w:p>
      <w:pPr>
        <w:spacing w:after="0"/>
      </w:pPr>
    </w:p>
    <w:p>
      <w:pPr>
        <w:spacing w:after="0"/>
      </w:pPr>
      <w:r>
        <w:rPr>
          <w:rFonts w:ascii="Arial" w:hAnsi="Arial"/>
          <w:b/>
          <w:sz w:val="22"/>
        </w:rPr>
        <w:t xml:space="preserve">Lucy  </w:t>
      </w:r>
      <w:r>
        <w:rPr>
          <w:rFonts w:ascii="Arial" w:hAnsi="Arial"/>
          <w:color w:val="5D7284"/>
          <w:sz w:val="22"/>
        </w:rPr>
        <w:t>54:28</w:t>
      </w:r>
    </w:p>
    <w:p>
      <w:pPr>
        <w:spacing w:after="0"/>
      </w:pPr>
      <w:r>
        <w:rPr>
          <w:rFonts w:ascii="Arial" w:hAnsi="Arial"/>
          <w:sz w:val="22"/>
        </w:rPr>
        <w:t>is he talking in sentences now? Is he still just shouting?</w:t>
      </w:r>
    </w:p>
    <w:p>
      <w:pPr>
        <w:spacing w:after="0"/>
      </w:pPr>
    </w:p>
    <w:p>
      <w:pPr>
        <w:spacing w:after="0"/>
      </w:pPr>
      <w:r>
        <w:rPr>
          <w:rFonts w:ascii="Arial" w:hAnsi="Arial"/>
          <w:b/>
          <w:sz w:val="22"/>
        </w:rPr>
        <w:t xml:space="preserve">Alice  </w:t>
      </w:r>
      <w:r>
        <w:rPr>
          <w:rFonts w:ascii="Arial" w:hAnsi="Arial"/>
          <w:color w:val="5D7284"/>
          <w:sz w:val="22"/>
        </w:rPr>
        <w:t>54:31</w:t>
      </w:r>
    </w:p>
    <w:p>
      <w:pPr>
        <w:spacing w:after="0"/>
      </w:pPr>
      <w:r>
        <w:rPr>
          <w:rFonts w:ascii="Arial" w:hAnsi="Arial"/>
          <w:sz w:val="22"/>
        </w:rPr>
        <w:t>No, he's talking in sentences again. So he appears to become a bit more. He's still, he's still not. What's the word I'm looking for? Like coherent. It's not that he's coherent. No, he he is. His understanding of the situation is not necessarily reflective of the reality of the situation. So</w:t>
      </w:r>
    </w:p>
    <w:p>
      <w:pPr>
        <w:spacing w:after="0"/>
      </w:pPr>
    </w:p>
    <w:p>
      <w:pPr>
        <w:spacing w:after="0"/>
      </w:pPr>
      <w:r>
        <w:rPr>
          <w:rFonts w:ascii="Arial" w:hAnsi="Arial"/>
          <w:b/>
          <w:sz w:val="22"/>
        </w:rPr>
        <w:t xml:space="preserve">Lucy  </w:t>
      </w:r>
      <w:r>
        <w:rPr>
          <w:rFonts w:ascii="Arial" w:hAnsi="Arial"/>
          <w:color w:val="5D7284"/>
          <w:sz w:val="22"/>
        </w:rPr>
        <w:t>54:59</w:t>
      </w:r>
    </w:p>
    <w:p>
      <w:pPr>
        <w:spacing w:after="0"/>
      </w:pPr>
      <w:r>
        <w:rPr>
          <w:rFonts w:ascii="Arial" w:hAnsi="Arial"/>
          <w:sz w:val="22"/>
        </w:rPr>
        <w:t>does. You feel like it's just been a dream. Almost no, he's,</w:t>
      </w:r>
    </w:p>
    <w:p>
      <w:pPr>
        <w:spacing w:after="0"/>
      </w:pPr>
    </w:p>
    <w:p>
      <w:pPr>
        <w:spacing w:after="0"/>
      </w:pPr>
      <w:r>
        <w:rPr>
          <w:rFonts w:ascii="Arial" w:hAnsi="Arial"/>
          <w:b/>
          <w:sz w:val="22"/>
        </w:rPr>
        <w:t xml:space="preserve">Alice  </w:t>
      </w:r>
      <w:r>
        <w:rPr>
          <w:rFonts w:ascii="Arial" w:hAnsi="Arial"/>
          <w:color w:val="5D7284"/>
          <w:sz w:val="22"/>
        </w:rPr>
        <w:t>55:03</w:t>
      </w:r>
    </w:p>
    <w:p>
      <w:pPr>
        <w:spacing w:after="0"/>
      </w:pPr>
      <w:r>
        <w:rPr>
          <w:rFonts w:ascii="Arial" w:hAnsi="Arial"/>
          <w:sz w:val="22"/>
        </w:rPr>
        <w:t>he's talking about how pleased he is to see his daughter, but he doesn't really recognize, like, the fact that she might still be devastated by his behavior. And he, he's like, talking about, um, sort of, I'm trying to, I'm trying to find a bit in my notes that sort of talks about it specifically, but she's basically like, I'm still devastated by what you did and you torn on whole kingdom, basically, yeah, do you recognize the he? That's it. He doesn't, he doesn't understand the implications of what he's done. Well, he's, yeah. He's still just like, oh, you know, I've missed you. And now that we're back together, like, you know, let's, let's hang out and like, you know, how do you fancy a game or go fish?</w:t>
      </w:r>
    </w:p>
    <w:p>
      <w:pPr>
        <w:spacing w:after="0"/>
      </w:pPr>
    </w:p>
    <w:p>
      <w:pPr>
        <w:spacing w:after="0"/>
      </w:pPr>
      <w:r>
        <w:rPr>
          <w:rFonts w:ascii="Arial" w:hAnsi="Arial"/>
          <w:b/>
          <w:sz w:val="22"/>
        </w:rPr>
        <w:t xml:space="preserve">Lucy  </w:t>
      </w:r>
      <w:r>
        <w:rPr>
          <w:rFonts w:ascii="Arial" w:hAnsi="Arial"/>
          <w:color w:val="5D7284"/>
          <w:sz w:val="22"/>
        </w:rPr>
        <w:t>55:55</w:t>
      </w:r>
    </w:p>
    <w:p>
      <w:pPr>
        <w:spacing w:after="0"/>
      </w:pPr>
      <w:r>
        <w:rPr>
          <w:rFonts w:ascii="Arial" w:hAnsi="Arial"/>
          <w:sz w:val="22"/>
        </w:rPr>
        <w:t>Yeah. Are you coming for Christmas? Kind of, yeah, yeah. But So</w:t>
      </w:r>
    </w:p>
    <w:p>
      <w:pPr>
        <w:spacing w:after="0"/>
      </w:pPr>
    </w:p>
    <w:p>
      <w:pPr>
        <w:spacing w:after="0"/>
      </w:pPr>
      <w:r>
        <w:rPr>
          <w:rFonts w:ascii="Arial" w:hAnsi="Arial"/>
          <w:b/>
          <w:sz w:val="22"/>
        </w:rPr>
        <w:t xml:space="preserve">Alice  </w:t>
      </w:r>
      <w:r>
        <w:rPr>
          <w:rFonts w:ascii="Arial" w:hAnsi="Arial"/>
          <w:color w:val="5D7284"/>
          <w:sz w:val="22"/>
        </w:rPr>
        <w:t>55:59</w:t>
      </w:r>
    </w:p>
    <w:p>
      <w:pPr>
        <w:spacing w:after="0"/>
      </w:pPr>
      <w:r>
        <w:rPr>
          <w:rFonts w:ascii="Arial" w:hAnsi="Arial"/>
          <w:sz w:val="22"/>
        </w:rPr>
        <w:t>also, sort of not because he says something about how they're, like, it's, it's also a little bit nonsense, like, it's not complete nonsense, but it's a little bit like it, it sounds like, almost like, you're, he's, he's a Child. Like, he doesn't really</w:t>
      </w:r>
    </w:p>
    <w:p>
      <w:pPr>
        <w:spacing w:after="0"/>
      </w:pPr>
    </w:p>
    <w:p>
      <w:pPr>
        <w:spacing w:after="0"/>
      </w:pPr>
      <w:r>
        <w:rPr>
          <w:rFonts w:ascii="Arial" w:hAnsi="Arial"/>
          <w:b/>
          <w:sz w:val="22"/>
        </w:rPr>
        <w:t xml:space="preserve">Lucy  </w:t>
      </w:r>
      <w:r>
        <w:rPr>
          <w:rFonts w:ascii="Arial" w:hAnsi="Arial"/>
          <w:color w:val="5D7284"/>
          <w:sz w:val="22"/>
        </w:rPr>
        <w:t>56:21</w:t>
      </w:r>
    </w:p>
    <w:p>
      <w:pPr>
        <w:spacing w:after="0"/>
      </w:pPr>
      <w:r>
        <w:rPr>
          <w:rFonts w:ascii="Arial" w:hAnsi="Arial"/>
          <w:sz w:val="22"/>
        </w:rPr>
        <w:t>so, like, he's not completely got a grip of complete reality, basically, yeah,</w:t>
      </w:r>
    </w:p>
    <w:p>
      <w:pPr>
        <w:spacing w:after="0"/>
      </w:pPr>
    </w:p>
    <w:p>
      <w:pPr>
        <w:spacing w:after="0"/>
      </w:pPr>
      <w:r>
        <w:rPr>
          <w:rFonts w:ascii="Arial" w:hAnsi="Arial"/>
          <w:b/>
          <w:sz w:val="22"/>
        </w:rPr>
        <w:t xml:space="preserve">Alice  </w:t>
      </w:r>
      <w:r>
        <w:rPr>
          <w:rFonts w:ascii="Arial" w:hAnsi="Arial"/>
          <w:color w:val="5D7284"/>
          <w:sz w:val="22"/>
        </w:rPr>
        <w:t>56:25</w:t>
      </w:r>
    </w:p>
    <w:p>
      <w:pPr>
        <w:spacing w:after="0"/>
      </w:pPr>
      <w:r>
        <w:rPr>
          <w:rFonts w:ascii="Arial" w:hAnsi="Arial"/>
          <w:sz w:val="22"/>
        </w:rPr>
        <w:t>yeah, basically. And it's just so, like, you know, oh, I missed you. I'm so glad you're back instead. That's</w:t>
      </w:r>
    </w:p>
    <w:p>
      <w:pPr>
        <w:spacing w:after="0"/>
      </w:pPr>
    </w:p>
    <w:p>
      <w:pPr>
        <w:spacing w:after="0"/>
      </w:pPr>
      <w:r>
        <w:rPr>
          <w:rFonts w:ascii="Arial" w:hAnsi="Arial"/>
          <w:b/>
          <w:sz w:val="22"/>
        </w:rPr>
        <w:t xml:space="preserve">Lucy  </w:t>
      </w:r>
      <w:r>
        <w:rPr>
          <w:rFonts w:ascii="Arial" w:hAnsi="Arial"/>
          <w:color w:val="5D7284"/>
          <w:sz w:val="22"/>
        </w:rPr>
        <w:t>56:33</w:t>
      </w:r>
    </w:p>
    <w:p>
      <w:pPr>
        <w:spacing w:after="0"/>
      </w:pPr>
      <w:r>
        <w:rPr>
          <w:rFonts w:ascii="Arial" w:hAnsi="Arial"/>
          <w:sz w:val="22"/>
        </w:rPr>
        <w:t>the basic feeling of this is how I'm feeling. He's got no sense of how his actions have affected the person he he's, you know, members of his family and his friends and what have you he</w:t>
      </w:r>
    </w:p>
    <w:p>
      <w:pPr>
        <w:spacing w:after="0"/>
      </w:pPr>
    </w:p>
    <w:p>
      <w:pPr>
        <w:spacing w:after="0"/>
      </w:pPr>
      <w:r>
        <w:rPr>
          <w:rFonts w:ascii="Arial" w:hAnsi="Arial"/>
          <w:b/>
          <w:sz w:val="22"/>
        </w:rPr>
        <w:t xml:space="preserve">Alice  </w:t>
      </w:r>
      <w:r>
        <w:rPr>
          <w:rFonts w:ascii="Arial" w:hAnsi="Arial"/>
          <w:color w:val="5D7284"/>
          <w:sz w:val="22"/>
        </w:rPr>
        <w:t>56:47</w:t>
      </w:r>
    </w:p>
    <w:p>
      <w:pPr>
        <w:spacing w:after="0"/>
      </w:pPr>
      <w:r>
        <w:rPr>
          <w:rFonts w:ascii="Arial" w:hAnsi="Arial"/>
          <w:sz w:val="22"/>
        </w:rPr>
        <w:t>does. He does ask for her forgiveness. Okay, so there's obviously some kind of reflecting on his decision making, yeah, but it's not, it's more. Woe is me. I was a terrible King, not like I was. I was a bad dad, and I'm sorry I did that to you. Yes, I get you. So from this like I can't I only listen to the play once, so I apologize if I've got this wrong, but either they're captured in the tent, or the tent was on enemy territory, and they were already captured, but they're, like, imprisoned. Him and Cordillera are imprisoned together. They can't leave the tent. Basically, yeah, yeah. Basically, they're put in a, like, in a proper prison, and he there is this. It's, it's quite humiliating, the for the character, I think, for the audiences to watch like this, like you said before, about this real fall from grace, to go from like King Lear, who was like, although he was irrational and egotistical and full of rage, there's a, there's an element of power in that to now he's talking like a child, like he's behaving like a bit of a sort of like regressed, almost, yeah, yeah. And it's quite, it's quite humiliating for the character to have kind of regressed like that. And so this kind of goes back into what we were sort of saying before about that kind of, it's just that that options for disabled characters like, you know, Gloucester has his eyes out, he's has his eyes out, but he is almost kind of redeemed and rewarded because he tries to kill himself, because being disabled is so terrible, yeah? And then they're like, Oh, well, you can have a level of personal insight now, even if you don't get actual site, yeah,</w:t>
      </w:r>
    </w:p>
    <w:p>
      <w:pPr>
        <w:spacing w:after="0"/>
      </w:pPr>
    </w:p>
    <w:p>
      <w:pPr>
        <w:spacing w:after="0"/>
      </w:pPr>
      <w:r>
        <w:rPr>
          <w:rFonts w:ascii="Arial" w:hAnsi="Arial"/>
          <w:b/>
          <w:sz w:val="22"/>
        </w:rPr>
        <w:t xml:space="preserve">Lucy  </w:t>
      </w:r>
      <w:r>
        <w:rPr>
          <w:rFonts w:ascii="Arial" w:hAnsi="Arial"/>
          <w:color w:val="5D7284"/>
          <w:sz w:val="22"/>
        </w:rPr>
        <w:t>59:01</w:t>
      </w:r>
    </w:p>
    <w:p>
      <w:pPr>
        <w:spacing w:after="0"/>
      </w:pPr>
      <w:r>
        <w:rPr>
          <w:rFonts w:ascii="Arial" w:hAnsi="Arial"/>
          <w:sz w:val="22"/>
        </w:rPr>
        <w:t>it's that. It's that whole trope thing, isn't it? Of being disabled is awful, and so therefore you must kill yourself.</w:t>
      </w:r>
    </w:p>
    <w:p>
      <w:pPr>
        <w:spacing w:after="0"/>
      </w:pPr>
    </w:p>
    <w:p>
      <w:pPr>
        <w:spacing w:after="0"/>
      </w:pPr>
      <w:r>
        <w:rPr>
          <w:rFonts w:ascii="Arial" w:hAnsi="Arial"/>
          <w:b/>
          <w:sz w:val="22"/>
        </w:rPr>
        <w:t xml:space="preserve">Alice  </w:t>
      </w:r>
      <w:r>
        <w:rPr>
          <w:rFonts w:ascii="Arial" w:hAnsi="Arial"/>
          <w:color w:val="5D7284"/>
          <w:sz w:val="22"/>
        </w:rPr>
        <w:t>59:06</w:t>
      </w:r>
    </w:p>
    <w:p>
      <w:pPr>
        <w:spacing w:after="0"/>
      </w:pPr>
      <w:r>
        <w:rPr>
          <w:rFonts w:ascii="Arial" w:hAnsi="Arial"/>
          <w:sz w:val="22"/>
        </w:rPr>
        <w:t>And I think a little bit so what happens the way the play ends? Basically, after um Aliyah is reunited with Cordelia, and they're like, imprisoned together, it very quickly goes from like bad to worse, and of course, she ends up being killed by Edmund and her sisters,</w:t>
      </w:r>
    </w:p>
    <w:p>
      <w:pPr>
        <w:spacing w:after="0"/>
      </w:pPr>
    </w:p>
    <w:p>
      <w:pPr>
        <w:spacing w:after="0"/>
      </w:pPr>
      <w:r>
        <w:rPr>
          <w:rFonts w:ascii="Arial" w:hAnsi="Arial"/>
          <w:b/>
          <w:sz w:val="22"/>
        </w:rPr>
        <w:t xml:space="preserve">Lucy  </w:t>
      </w:r>
      <w:r>
        <w:rPr>
          <w:rFonts w:ascii="Arial" w:hAnsi="Arial"/>
          <w:color w:val="5D7284"/>
          <w:sz w:val="22"/>
        </w:rPr>
        <w:t>59:31</w:t>
      </w:r>
    </w:p>
    <w:p>
      <w:pPr>
        <w:spacing w:after="0"/>
      </w:pPr>
      <w:r>
        <w:rPr>
          <w:rFonts w:ascii="Arial" w:hAnsi="Arial"/>
          <w:sz w:val="22"/>
        </w:rPr>
        <w:t>Edmund and assist. So her sisters gang up on her and</w:t>
      </w:r>
    </w:p>
    <w:p>
      <w:pPr>
        <w:spacing w:after="0"/>
      </w:pPr>
    </w:p>
    <w:p>
      <w:pPr>
        <w:spacing w:after="0"/>
      </w:pPr>
      <w:r>
        <w:rPr>
          <w:rFonts w:ascii="Arial" w:hAnsi="Arial"/>
          <w:b/>
          <w:sz w:val="22"/>
        </w:rPr>
        <w:t xml:space="preserve">Alice  </w:t>
      </w:r>
      <w:r>
        <w:rPr>
          <w:rFonts w:ascii="Arial" w:hAnsi="Arial"/>
          <w:color w:val="5D7284"/>
          <w:sz w:val="22"/>
        </w:rPr>
        <w:t>59:34</w:t>
      </w:r>
    </w:p>
    <w:p>
      <w:pPr>
        <w:spacing w:after="0"/>
      </w:pPr>
      <w:r>
        <w:rPr>
          <w:rFonts w:ascii="Arial" w:hAnsi="Arial"/>
          <w:sz w:val="22"/>
        </w:rPr>
        <w:t>killed. But they they were all they were always like fine. Edmund was. Edmund, was the the illegitimate son who was always kind of scheming, yeah, and the sisters were always kind of, you know, the reason they were proclaim, proclaiming their love was because they were doing, like a grab for as much land as possible. Yeah, it's</w:t>
      </w:r>
    </w:p>
    <w:p>
      <w:pPr>
        <w:spacing w:after="0"/>
      </w:pPr>
    </w:p>
    <w:p>
      <w:pPr>
        <w:spacing w:after="0"/>
      </w:pPr>
      <w:r>
        <w:rPr>
          <w:rFonts w:ascii="Arial" w:hAnsi="Arial"/>
          <w:b/>
          <w:sz w:val="22"/>
        </w:rPr>
        <w:t xml:space="preserve">Lucy  </w:t>
      </w:r>
      <w:r>
        <w:rPr>
          <w:rFonts w:ascii="Arial" w:hAnsi="Arial"/>
          <w:color w:val="5D7284"/>
          <w:sz w:val="22"/>
        </w:rPr>
        <w:t>59:54</w:t>
      </w:r>
    </w:p>
    <w:p>
      <w:pPr>
        <w:spacing w:after="0"/>
      </w:pPr>
      <w:r>
        <w:rPr>
          <w:rFonts w:ascii="Arial" w:hAnsi="Arial"/>
          <w:sz w:val="22"/>
        </w:rPr>
        <w:t>a bit like the ugly sisters situation in Cinderella, isn't it? You know, they've been given everything on a plate. And therefore, why can't I have this? Why can't I have that? Why can't I have the other is that the kind of sort of thing we're looking at, like, not</w:t>
      </w:r>
    </w:p>
    <w:p>
      <w:pPr>
        <w:spacing w:after="0"/>
      </w:pPr>
    </w:p>
    <w:p>
      <w:pPr>
        <w:spacing w:after="0"/>
      </w:pPr>
      <w:r>
        <w:rPr>
          <w:rFonts w:ascii="Arial" w:hAnsi="Arial"/>
          <w:b/>
          <w:sz w:val="22"/>
        </w:rPr>
        <w:t xml:space="preserve">Alice  </w:t>
      </w:r>
      <w:r>
        <w:rPr>
          <w:rFonts w:ascii="Arial" w:hAnsi="Arial"/>
          <w:color w:val="5D7284"/>
          <w:sz w:val="22"/>
        </w:rPr>
        <w:t>1:00:07</w:t>
      </w:r>
    </w:p>
    <w:p>
      <w:pPr>
        <w:spacing w:after="0"/>
      </w:pPr>
      <w:r>
        <w:rPr>
          <w:rFonts w:ascii="Arial" w:hAnsi="Arial"/>
          <w:sz w:val="22"/>
        </w:rPr>
        <w:t>spoil even think, is that titled? It's definitely entitled. But instead of asking the questions, they're just like, I'll just murder people until I get what I want. Yeah, exactly. And one of those people who stands between them, and what they want is their own sister. Yeah, it was</w:t>
      </w:r>
    </w:p>
    <w:p>
      <w:pPr>
        <w:spacing w:after="0"/>
      </w:pPr>
    </w:p>
    <w:p>
      <w:pPr>
        <w:spacing w:after="0"/>
      </w:pPr>
      <w:r>
        <w:rPr>
          <w:rFonts w:ascii="Arial" w:hAnsi="Arial"/>
          <w:b/>
          <w:sz w:val="22"/>
        </w:rPr>
        <w:t xml:space="preserve">Lucy  </w:t>
      </w:r>
      <w:r>
        <w:rPr>
          <w:rFonts w:ascii="Arial" w:hAnsi="Arial"/>
          <w:color w:val="5D7284"/>
          <w:sz w:val="22"/>
        </w:rPr>
        <w:t>1:00:23</w:t>
      </w:r>
    </w:p>
    <w:p>
      <w:pPr>
        <w:spacing w:after="0"/>
      </w:pPr>
      <w:r>
        <w:rPr>
          <w:rFonts w:ascii="Arial" w:hAnsi="Arial"/>
          <w:sz w:val="22"/>
        </w:rPr>
        <w:t>that bad, was it really? They just have her killed.</w:t>
      </w:r>
    </w:p>
    <w:p>
      <w:pPr>
        <w:spacing w:after="0"/>
      </w:pPr>
    </w:p>
    <w:p>
      <w:pPr>
        <w:spacing w:after="0"/>
      </w:pPr>
      <w:r>
        <w:rPr>
          <w:rFonts w:ascii="Arial" w:hAnsi="Arial"/>
          <w:b/>
          <w:sz w:val="22"/>
        </w:rPr>
        <w:t xml:space="preserve">Alice  </w:t>
      </w:r>
      <w:r>
        <w:rPr>
          <w:rFonts w:ascii="Arial" w:hAnsi="Arial"/>
          <w:color w:val="5D7284"/>
          <w:sz w:val="22"/>
        </w:rPr>
        <w:t>1:00:27</w:t>
      </w:r>
    </w:p>
    <w:p>
      <w:pPr>
        <w:spacing w:after="0"/>
      </w:pPr>
      <w:r>
        <w:rPr>
          <w:rFonts w:ascii="Arial" w:hAnsi="Arial"/>
          <w:sz w:val="22"/>
        </w:rPr>
        <w:t>And the whole play ends with Lear holding cordelia's body in his arms, because I don't know whether I feel like this is important, and I didn't necessarily mention the beginning he makes, he makes a big fuss at the beginning, where he talks about when he wants them to proclaim, proclaim that I can't say that word their love. And Cordelia refuses to. He makes this big song and dance about how she's his favorite daughter.</w:t>
      </w:r>
    </w:p>
    <w:p>
      <w:pPr>
        <w:spacing w:after="0"/>
      </w:pPr>
    </w:p>
    <w:p>
      <w:pPr>
        <w:spacing w:after="0"/>
      </w:pPr>
      <w:r>
        <w:rPr>
          <w:rFonts w:ascii="Arial" w:hAnsi="Arial"/>
          <w:b/>
          <w:sz w:val="22"/>
        </w:rPr>
        <w:t xml:space="preserve">Lucy  </w:t>
      </w:r>
      <w:r>
        <w:rPr>
          <w:rFonts w:ascii="Arial" w:hAnsi="Arial"/>
          <w:color w:val="5D7284"/>
          <w:sz w:val="22"/>
        </w:rPr>
        <w:t>1:00:56</w:t>
      </w:r>
    </w:p>
    <w:p>
      <w:pPr>
        <w:spacing w:after="0"/>
      </w:pPr>
      <w:r>
        <w:rPr>
          <w:rFonts w:ascii="Arial" w:hAnsi="Arial"/>
          <w:sz w:val="22"/>
        </w:rPr>
        <w:t>So all that makes sense at the end, doesn't it? Really, you think about</w:t>
      </w:r>
    </w:p>
    <w:p>
      <w:pPr>
        <w:spacing w:after="0"/>
      </w:pPr>
    </w:p>
    <w:p>
      <w:pPr>
        <w:spacing w:after="0"/>
      </w:pPr>
      <w:r>
        <w:rPr>
          <w:rFonts w:ascii="Arial" w:hAnsi="Arial"/>
          <w:b/>
          <w:sz w:val="22"/>
        </w:rPr>
        <w:t xml:space="preserve">Alice  </w:t>
      </w:r>
      <w:r>
        <w:rPr>
          <w:rFonts w:ascii="Arial" w:hAnsi="Arial"/>
          <w:color w:val="5D7284"/>
          <w:sz w:val="22"/>
        </w:rPr>
        <w:t>1:01:00</w:t>
      </w:r>
    </w:p>
    <w:p>
      <w:pPr>
        <w:spacing w:after="0"/>
      </w:pPr>
      <w:r>
        <w:rPr>
          <w:rFonts w:ascii="Arial" w:hAnsi="Arial"/>
          <w:sz w:val="22"/>
        </w:rPr>
        <w:t>after she's dead, yes, like, Lear dies of a broken heart, yes, there you go. That's the end of the play, yeah,</w:t>
      </w:r>
    </w:p>
    <w:p>
      <w:pPr>
        <w:spacing w:after="0"/>
      </w:pPr>
    </w:p>
    <w:p>
      <w:pPr>
        <w:spacing w:after="0"/>
      </w:pPr>
      <w:r>
        <w:rPr>
          <w:rFonts w:ascii="Arial" w:hAnsi="Arial"/>
          <w:b/>
          <w:sz w:val="22"/>
        </w:rPr>
        <w:t xml:space="preserve">Lucy  </w:t>
      </w:r>
      <w:r>
        <w:rPr>
          <w:rFonts w:ascii="Arial" w:hAnsi="Arial"/>
          <w:color w:val="5D7284"/>
          <w:sz w:val="22"/>
        </w:rPr>
        <w:t>1:01:07</w:t>
      </w:r>
    </w:p>
    <w:p>
      <w:pPr>
        <w:spacing w:after="0"/>
      </w:pPr>
      <w:r>
        <w:rPr>
          <w:rFonts w:ascii="Arial" w:hAnsi="Arial"/>
          <w:sz w:val="22"/>
        </w:rPr>
        <w:t>because a bit of foreshadowing there right at the very beginning, isn't there? Well,</w:t>
      </w:r>
    </w:p>
    <w:p>
      <w:pPr>
        <w:spacing w:after="0"/>
      </w:pPr>
    </w:p>
    <w:p>
      <w:pPr>
        <w:spacing w:after="0"/>
      </w:pPr>
      <w:r>
        <w:rPr>
          <w:rFonts w:ascii="Arial" w:hAnsi="Arial"/>
          <w:b/>
          <w:sz w:val="22"/>
        </w:rPr>
        <w:t xml:space="preserve">Alice  </w:t>
      </w:r>
      <w:r>
        <w:rPr>
          <w:rFonts w:ascii="Arial" w:hAnsi="Arial"/>
          <w:color w:val="5D7284"/>
          <w:sz w:val="22"/>
        </w:rPr>
        <w:t>1:01:12</w:t>
      </w:r>
    </w:p>
    <w:p>
      <w:pPr>
        <w:spacing w:after="0"/>
      </w:pPr>
      <w:r>
        <w:rPr>
          <w:rFonts w:ascii="Arial" w:hAnsi="Arial"/>
          <w:sz w:val="22"/>
        </w:rPr>
        <w:t>and there's a, I think, I think one of the things that like, like, what could have happened is Lear could have risen like called back that rage that he used to have and that power that he used to have to avenge his dead daughter, but he just dies of a broken heart. And I think, don't you think that feels a little bit like you can't you can be you can. You can get back some kind of sight if you're blinded, because you can get personal insight. But if you're mad, there's nothing for you. There's no There's no options for redemption. There's no options for getting that power back, if you're Yeah,</w:t>
      </w:r>
    </w:p>
    <w:p>
      <w:pPr>
        <w:spacing w:after="0"/>
      </w:pPr>
    </w:p>
    <w:p>
      <w:pPr>
        <w:spacing w:after="0"/>
      </w:pPr>
      <w:r>
        <w:rPr>
          <w:rFonts w:ascii="Arial" w:hAnsi="Arial"/>
          <w:b/>
          <w:sz w:val="22"/>
        </w:rPr>
        <w:t xml:space="preserve">Lucy  </w:t>
      </w:r>
      <w:r>
        <w:rPr>
          <w:rFonts w:ascii="Arial" w:hAnsi="Arial"/>
          <w:color w:val="5D7284"/>
          <w:sz w:val="22"/>
        </w:rPr>
        <w:t>1:02:01</w:t>
      </w:r>
    </w:p>
    <w:p>
      <w:pPr>
        <w:spacing w:after="0"/>
      </w:pPr>
      <w:r>
        <w:rPr>
          <w:rFonts w:ascii="Arial" w:hAnsi="Arial"/>
          <w:sz w:val="22"/>
        </w:rPr>
        <w:t>because it's like, it's like, back in those days, it was like madness is, you know, you lose everything. You lose you lose status in society, you lose your family, because nobody wants to be associated with it, because everybody thinks you bar me, yeah, quote, unquote, bar me. But</w:t>
      </w:r>
    </w:p>
    <w:p>
      <w:pPr>
        <w:spacing w:after="0"/>
      </w:pPr>
    </w:p>
    <w:p>
      <w:pPr>
        <w:spacing w:after="0"/>
      </w:pPr>
      <w:r>
        <w:rPr>
          <w:rFonts w:ascii="Arial" w:hAnsi="Arial"/>
          <w:b/>
          <w:sz w:val="22"/>
        </w:rPr>
        <w:t xml:space="preserve">Alice  </w:t>
      </w:r>
      <w:r>
        <w:rPr>
          <w:rFonts w:ascii="Arial" w:hAnsi="Arial"/>
          <w:color w:val="5D7284"/>
          <w:sz w:val="22"/>
        </w:rPr>
        <w:t>1:02:18</w:t>
      </w:r>
    </w:p>
    <w:p>
      <w:pPr>
        <w:spacing w:after="0"/>
      </w:pPr>
      <w:r>
        <w:rPr>
          <w:rFonts w:ascii="Arial" w:hAnsi="Arial"/>
          <w:sz w:val="22"/>
        </w:rPr>
        <w:t>so it feels to me like he dies because, like, yes, he dies of a broken heart, but like, you feel like, in the in the writing of it, the ableism of it is like he has to die because there's no there's no option. You can't have a king who is both mad and happy, or both mad and powerful, like</w:t>
      </w:r>
    </w:p>
    <w:p>
      <w:pPr>
        <w:spacing w:after="0"/>
      </w:pPr>
    </w:p>
    <w:p>
      <w:pPr>
        <w:spacing w:after="0"/>
      </w:pPr>
      <w:r>
        <w:rPr>
          <w:rFonts w:ascii="Arial" w:hAnsi="Arial"/>
          <w:b/>
          <w:sz w:val="22"/>
        </w:rPr>
        <w:t xml:space="preserve">Lucy  </w:t>
      </w:r>
      <w:r>
        <w:rPr>
          <w:rFonts w:ascii="Arial" w:hAnsi="Arial"/>
          <w:color w:val="5D7284"/>
          <w:sz w:val="22"/>
        </w:rPr>
        <w:t>1:02:42</w:t>
      </w:r>
    </w:p>
    <w:p>
      <w:pPr>
        <w:spacing w:after="0"/>
      </w:pPr>
      <w:r>
        <w:rPr>
          <w:rFonts w:ascii="Arial" w:hAnsi="Arial"/>
          <w:sz w:val="22"/>
        </w:rPr>
        <w:t>ors, you know, has has bouts of madness and yet is stable Exactly, exactly, has a manageable condition.</w:t>
      </w:r>
    </w:p>
    <w:p>
      <w:pPr>
        <w:spacing w:after="0"/>
      </w:pPr>
    </w:p>
    <w:p>
      <w:pPr>
        <w:spacing w:after="0"/>
      </w:pPr>
      <w:r>
        <w:rPr>
          <w:rFonts w:ascii="Arial" w:hAnsi="Arial"/>
          <w:b/>
          <w:sz w:val="22"/>
        </w:rPr>
        <w:t xml:space="preserve">Alice  </w:t>
      </w:r>
      <w:r>
        <w:rPr>
          <w:rFonts w:ascii="Arial" w:hAnsi="Arial"/>
          <w:color w:val="5D7284"/>
          <w:sz w:val="22"/>
        </w:rPr>
        <w:t>1:02:50</w:t>
      </w:r>
    </w:p>
    <w:p>
      <w:pPr>
        <w:spacing w:after="0"/>
      </w:pPr>
      <w:r>
        <w:rPr>
          <w:rFonts w:ascii="Arial" w:hAnsi="Arial"/>
          <w:sz w:val="22"/>
        </w:rPr>
        <w:t>Yeah, you can't have a disabled character who also has power that's not allowed, so you have to kill him.</w:t>
      </w:r>
    </w:p>
    <w:p>
      <w:pPr>
        <w:spacing w:after="0"/>
      </w:pPr>
    </w:p>
    <w:p>
      <w:pPr>
        <w:spacing w:after="0"/>
      </w:pPr>
      <w:r>
        <w:rPr>
          <w:rFonts w:ascii="Arial" w:hAnsi="Arial"/>
          <w:b/>
          <w:sz w:val="22"/>
        </w:rPr>
        <w:t xml:space="preserve">Lucy  </w:t>
      </w:r>
      <w:r>
        <w:rPr>
          <w:rFonts w:ascii="Arial" w:hAnsi="Arial"/>
          <w:color w:val="5D7284"/>
          <w:sz w:val="22"/>
        </w:rPr>
        <w:t>1:03:01</w:t>
      </w:r>
    </w:p>
    <w:p>
      <w:pPr>
        <w:spacing w:after="0"/>
      </w:pPr>
      <w:r>
        <w:rPr>
          <w:rFonts w:ascii="Arial" w:hAnsi="Arial"/>
          <w:sz w:val="22"/>
        </w:rPr>
        <w:t>Miserable, Alice, aren't we exactly?</w:t>
      </w:r>
    </w:p>
    <w:p>
      <w:pPr>
        <w:spacing w:after="0"/>
      </w:pPr>
    </w:p>
    <w:p>
      <w:pPr>
        <w:spacing w:after="0"/>
      </w:pPr>
      <w:r>
        <w:rPr>
          <w:rFonts w:ascii="Arial" w:hAnsi="Arial"/>
          <w:b/>
          <w:sz w:val="22"/>
        </w:rPr>
        <w:t xml:space="preserve">Alice  </w:t>
      </w:r>
      <w:r>
        <w:rPr>
          <w:rFonts w:ascii="Arial" w:hAnsi="Arial"/>
          <w:color w:val="5D7284"/>
          <w:sz w:val="22"/>
        </w:rPr>
        <w:t>1:03:03</w:t>
      </w:r>
    </w:p>
    <w:p>
      <w:pPr>
        <w:spacing w:after="0"/>
      </w:pPr>
      <w:r>
        <w:rPr>
          <w:rFonts w:ascii="Arial" w:hAnsi="Arial"/>
          <w:sz w:val="22"/>
        </w:rPr>
        <w:t>Yeah, it's, it's what you always see you are either, if you're disabled, you're either, like, bitter and miserable, or, you know, pitiable and miserable, like, you can't, you can't be like, Well, I'm still gonna be, I'm going, I'm going to be mad, but I'm also going to have learned from my like the, you know, he's reflected on his abilities to be a king and noticed that he wasn't a good king, but he can't, they can't have him learn from that and go back to being king and be a good king and have power and be happy, but also have a mental health condition that's not allowed. So, yeah, they're just, they're just killing and that's,</w:t>
      </w:r>
    </w:p>
    <w:p>
      <w:pPr>
        <w:spacing w:after="0"/>
      </w:pPr>
    </w:p>
    <w:p>
      <w:pPr>
        <w:spacing w:after="0"/>
      </w:pPr>
      <w:r>
        <w:rPr>
          <w:rFonts w:ascii="Arial" w:hAnsi="Arial"/>
          <w:b/>
          <w:sz w:val="22"/>
        </w:rPr>
        <w:t xml:space="preserve">Lucy  </w:t>
      </w:r>
      <w:r>
        <w:rPr>
          <w:rFonts w:ascii="Arial" w:hAnsi="Arial"/>
          <w:color w:val="5D7284"/>
          <w:sz w:val="22"/>
        </w:rPr>
        <w:t>1:03:53</w:t>
      </w:r>
    </w:p>
    <w:p>
      <w:pPr>
        <w:spacing w:after="0"/>
      </w:pPr>
      <w:r>
        <w:rPr>
          <w:rFonts w:ascii="Arial" w:hAnsi="Arial"/>
          <w:sz w:val="22"/>
        </w:rPr>
        <w:t>that's it that's nicely wrapped toe in a very gory,</w:t>
      </w:r>
    </w:p>
    <w:p>
      <w:pPr>
        <w:spacing w:after="0"/>
      </w:pPr>
    </w:p>
    <w:p>
      <w:pPr>
        <w:spacing w:after="0"/>
      </w:pPr>
      <w:r>
        <w:rPr>
          <w:rFonts w:ascii="Arial" w:hAnsi="Arial"/>
          <w:b/>
          <w:sz w:val="22"/>
        </w:rPr>
        <w:t xml:space="preserve">Alice  </w:t>
      </w:r>
      <w:r>
        <w:rPr>
          <w:rFonts w:ascii="Arial" w:hAnsi="Arial"/>
          <w:color w:val="5D7284"/>
          <w:sz w:val="22"/>
        </w:rPr>
        <w:t>1:03:57</w:t>
      </w:r>
    </w:p>
    <w:p>
      <w:pPr>
        <w:spacing w:after="0"/>
      </w:pPr>
      <w:r>
        <w:rPr>
          <w:rFonts w:ascii="Arial" w:hAnsi="Arial"/>
          <w:sz w:val="22"/>
        </w:rPr>
        <w:t>exactly, nice, neat ableist Bo Yes,</w:t>
      </w:r>
    </w:p>
    <w:p>
      <w:pPr>
        <w:spacing w:after="0"/>
      </w:pPr>
    </w:p>
    <w:p>
      <w:pPr>
        <w:spacing w:after="0"/>
      </w:pPr>
      <w:r>
        <w:rPr>
          <w:rFonts w:ascii="Arial" w:hAnsi="Arial"/>
          <w:b/>
          <w:sz w:val="22"/>
        </w:rPr>
        <w:t xml:space="preserve">Lucy  </w:t>
      </w:r>
      <w:r>
        <w:rPr>
          <w:rFonts w:ascii="Arial" w:hAnsi="Arial"/>
          <w:color w:val="5D7284"/>
          <w:sz w:val="22"/>
        </w:rPr>
        <w:t>1:04:01</w:t>
      </w:r>
    </w:p>
    <w:p>
      <w:pPr>
        <w:spacing w:after="0"/>
      </w:pPr>
      <w:r>
        <w:rPr>
          <w:rFonts w:ascii="Arial" w:hAnsi="Arial"/>
          <w:sz w:val="22"/>
        </w:rPr>
        <w:t>congratulations, Bill. You've done it again.</w:t>
      </w:r>
    </w:p>
    <w:p>
      <w:pPr>
        <w:spacing w:after="0"/>
      </w:pPr>
    </w:p>
    <w:p>
      <w:pPr>
        <w:spacing w:after="0"/>
      </w:pPr>
      <w:r>
        <w:rPr>
          <w:rFonts w:ascii="Arial" w:hAnsi="Arial"/>
          <w:b/>
          <w:sz w:val="22"/>
        </w:rPr>
        <w:t xml:space="preserve">Alice  </w:t>
      </w:r>
      <w:r>
        <w:rPr>
          <w:rFonts w:ascii="Arial" w:hAnsi="Arial"/>
          <w:color w:val="5D7284"/>
          <w:sz w:val="22"/>
        </w:rPr>
        <w:t>1:04:07</w:t>
      </w:r>
    </w:p>
    <w:p>
      <w:pPr>
        <w:spacing w:after="0"/>
      </w:pPr>
      <w:r>
        <w:rPr>
          <w:rFonts w:ascii="Arial" w:hAnsi="Arial"/>
          <w:sz w:val="22"/>
        </w:rPr>
        <w:t>So yeah, that's King Lear. Other stuff to talk about, but what? What you thinking? What you feeling worse than Macbeth?</w:t>
      </w:r>
    </w:p>
    <w:p>
      <w:pPr>
        <w:spacing w:after="0"/>
      </w:pPr>
    </w:p>
    <w:p>
      <w:pPr>
        <w:spacing w:after="0"/>
      </w:pPr>
      <w:r>
        <w:rPr>
          <w:rFonts w:ascii="Arial" w:hAnsi="Arial"/>
          <w:b/>
          <w:sz w:val="22"/>
        </w:rPr>
        <w:t xml:space="preserve">Lucy  </w:t>
      </w:r>
      <w:r>
        <w:rPr>
          <w:rFonts w:ascii="Arial" w:hAnsi="Arial"/>
          <w:color w:val="5D7284"/>
          <w:sz w:val="22"/>
        </w:rPr>
        <w:t>1:04:16</w:t>
      </w:r>
    </w:p>
    <w:p>
      <w:pPr>
        <w:spacing w:after="0"/>
      </w:pPr>
      <w:r>
        <w:rPr>
          <w:rFonts w:ascii="Arial" w:hAnsi="Arial"/>
          <w:sz w:val="22"/>
        </w:rPr>
        <w:t>Well, I don't really understand Macbeth. There's a lot of like, well, there's a lot going sort of a bit bananas in Macbeth read, isn't there? She, she, you know, kills somebody and then goes seeing things. Um, I just think Shakespeare as a playwright was fascinated in some sort of weird, creepy way by disabled people and like, if it were, if Shakespeare was around today, I would not be surprised if it was one of those weirdos on the internet. It was asking for foot shots of the. People in wheelchairs,</w:t>
      </w:r>
    </w:p>
    <w:p>
      <w:pPr>
        <w:spacing w:after="0"/>
      </w:pPr>
    </w:p>
    <w:p>
      <w:pPr>
        <w:spacing w:after="0"/>
      </w:pPr>
      <w:r>
        <w:rPr>
          <w:rFonts w:ascii="Arial" w:hAnsi="Arial"/>
          <w:b/>
          <w:sz w:val="22"/>
        </w:rPr>
        <w:t xml:space="preserve">Lucy  </w:t>
      </w:r>
      <w:r>
        <w:rPr>
          <w:rFonts w:ascii="Arial" w:hAnsi="Arial"/>
          <w:color w:val="5D7284"/>
          <w:sz w:val="22"/>
        </w:rPr>
        <w:t>1:05:00</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1:05:01</w:t>
      </w:r>
    </w:p>
    <w:p>
      <w:pPr>
        <w:spacing w:after="0"/>
      </w:pPr>
      <w:r>
        <w:rPr>
          <w:rFonts w:ascii="Arial" w:hAnsi="Arial"/>
          <w:sz w:val="22"/>
        </w:rPr>
        <w:t>Do you know what I mean? Yeah? Because I'm doing some research for play, yeah, and I need to see what a deformed foot looks like. Yeah,</w:t>
      </w:r>
    </w:p>
    <w:p>
      <w:pPr>
        <w:spacing w:after="0"/>
      </w:pPr>
    </w:p>
    <w:p>
      <w:pPr>
        <w:spacing w:after="0"/>
      </w:pPr>
      <w:r>
        <w:rPr>
          <w:rFonts w:ascii="Arial" w:hAnsi="Arial"/>
          <w:b/>
          <w:sz w:val="22"/>
        </w:rPr>
        <w:t xml:space="preserve">Alice  </w:t>
      </w:r>
      <w:r>
        <w:rPr>
          <w:rFonts w:ascii="Arial" w:hAnsi="Arial"/>
          <w:color w:val="5D7284"/>
          <w:sz w:val="22"/>
        </w:rPr>
        <w:t>1:05:11</w:t>
      </w:r>
    </w:p>
    <w:p>
      <w:pPr>
        <w:spacing w:after="0"/>
      </w:pPr>
      <w:r>
        <w:rPr>
          <w:rFonts w:ascii="Arial" w:hAnsi="Arial"/>
          <w:sz w:val="22"/>
        </w:rPr>
        <w:t>yeah. We're like, the guy whose search history is like, amputee porn,</w:t>
      </w:r>
    </w:p>
    <w:p>
      <w:pPr>
        <w:spacing w:after="0"/>
      </w:pPr>
    </w:p>
    <w:p>
      <w:pPr>
        <w:spacing w:after="0"/>
      </w:pPr>
      <w:r>
        <w:rPr>
          <w:rFonts w:ascii="Arial" w:hAnsi="Arial"/>
          <w:b/>
          <w:sz w:val="22"/>
        </w:rPr>
        <w:t xml:space="preserve">Lucy  </w:t>
      </w:r>
      <w:r>
        <w:rPr>
          <w:rFonts w:ascii="Arial" w:hAnsi="Arial"/>
          <w:color w:val="5D7284"/>
          <w:sz w:val="22"/>
        </w:rPr>
        <w:t>1:05:15</w:t>
      </w:r>
    </w:p>
    <w:p>
      <w:pPr>
        <w:spacing w:after="0"/>
      </w:pPr>
      <w:r>
        <w:rPr>
          <w:rFonts w:ascii="Arial" w:hAnsi="Arial"/>
          <w:sz w:val="22"/>
        </w:rPr>
        <w:t>yeah, absolutely, yeah. Inspiration porn, actually, no, he wouldn't be interested in inspiration Porn, because he'd say is as, Oh, the poor, the poor, poor, people poor. But I'm so glad I'm not like them. Yeah, you know,</w:t>
      </w:r>
    </w:p>
    <w:p>
      <w:pPr>
        <w:spacing w:after="0"/>
      </w:pPr>
    </w:p>
    <w:p>
      <w:pPr>
        <w:spacing w:after="0"/>
      </w:pPr>
      <w:r>
        <w:rPr>
          <w:rFonts w:ascii="Arial" w:hAnsi="Arial"/>
          <w:b/>
          <w:sz w:val="22"/>
        </w:rPr>
        <w:t xml:space="preserve">Alice  </w:t>
      </w:r>
      <w:r>
        <w:rPr>
          <w:rFonts w:ascii="Arial" w:hAnsi="Arial"/>
          <w:color w:val="5D7284"/>
          <w:sz w:val="22"/>
        </w:rPr>
        <w:t>1:05:30</w:t>
      </w:r>
    </w:p>
    <w:p>
      <w:pPr>
        <w:spacing w:after="0"/>
      </w:pPr>
      <w:r>
        <w:rPr>
          <w:rFonts w:ascii="Arial" w:hAnsi="Arial"/>
          <w:sz w:val="22"/>
        </w:rPr>
        <w:t>yeah, no, he's</w:t>
      </w:r>
    </w:p>
    <w:p>
      <w:pPr>
        <w:spacing w:after="0"/>
      </w:pPr>
    </w:p>
    <w:p>
      <w:pPr>
        <w:spacing w:after="0"/>
      </w:pPr>
      <w:r>
        <w:rPr>
          <w:rFonts w:ascii="Arial" w:hAnsi="Arial"/>
          <w:b/>
          <w:sz w:val="22"/>
        </w:rPr>
        <w:t xml:space="preserve">Lucy  </w:t>
      </w:r>
      <w:r>
        <w:rPr>
          <w:rFonts w:ascii="Arial" w:hAnsi="Arial"/>
          <w:color w:val="5D7284"/>
          <w:sz w:val="22"/>
        </w:rPr>
        <w:t>1:05:32</w:t>
      </w:r>
    </w:p>
    <w:p>
      <w:pPr>
        <w:spacing w:after="0"/>
      </w:pPr>
      <w:r>
        <w:rPr>
          <w:rFonts w:ascii="Arial" w:hAnsi="Arial"/>
          <w:sz w:val="22"/>
        </w:rPr>
        <w:t>got a lot to answer for. I think</w:t>
      </w:r>
    </w:p>
    <w:p>
      <w:pPr>
        <w:spacing w:after="0"/>
      </w:pPr>
    </w:p>
    <w:p>
      <w:pPr>
        <w:spacing w:after="0"/>
      </w:pPr>
      <w:r>
        <w:rPr>
          <w:rFonts w:ascii="Arial" w:hAnsi="Arial"/>
          <w:b/>
          <w:sz w:val="22"/>
        </w:rPr>
        <w:t xml:space="preserve">Alice  </w:t>
      </w:r>
      <w:r>
        <w:rPr>
          <w:rFonts w:ascii="Arial" w:hAnsi="Arial"/>
          <w:color w:val="5D7284"/>
          <w:sz w:val="22"/>
        </w:rPr>
        <w:t>1:05:36</w:t>
      </w:r>
    </w:p>
    <w:p>
      <w:pPr>
        <w:spacing w:after="0"/>
      </w:pPr>
      <w:r>
        <w:rPr>
          <w:rFonts w:ascii="Arial" w:hAnsi="Arial"/>
          <w:sz w:val="22"/>
        </w:rPr>
        <w:t>there are some, there are some interesting things about this play, I think that are like the or rather, with the way that, the way people have, like, understood the play over the years. Because obviously this play is I meant to look it up for today, and I didn't, so I'm going to take a wild stab. This play is probably 450, years old, like an old ass play. But people so people have been like talking about it and thinking about it for a long time, because that's what people do. And I think as I was reading it, as I was doing my research, it was really interesting to see what people thought his choice to have a Mad King was about like, why did he write that into so I didn't know this. Apparently, Shakespeare used to take his inspiration from for plays, from like, existing content. So a bit like how all the Marvel films are adapted from comic books. Yeah, King Lear Yeah, was a story right about a king with three daughters. And I don't know what the context of it was, but that it was a story and Shakespeare went basically some fan fiction. It's like, I could do a better job on this.</w:t>
      </w:r>
    </w:p>
    <w:p>
      <w:pPr>
        <w:spacing w:after="0"/>
      </w:pPr>
    </w:p>
    <w:p>
      <w:pPr>
        <w:spacing w:after="0"/>
      </w:pPr>
      <w:r>
        <w:rPr>
          <w:rFonts w:ascii="Arial" w:hAnsi="Arial"/>
          <w:b/>
          <w:sz w:val="22"/>
        </w:rPr>
        <w:t xml:space="preserve">Lucy  </w:t>
      </w:r>
      <w:r>
        <w:rPr>
          <w:rFonts w:ascii="Arial" w:hAnsi="Arial"/>
          <w:color w:val="5D7284"/>
          <w:sz w:val="22"/>
        </w:rPr>
        <w:t>1:07:03</w:t>
      </w:r>
    </w:p>
    <w:p>
      <w:pPr>
        <w:spacing w:after="0"/>
      </w:pPr>
      <w:r>
        <w:rPr>
          <w:rFonts w:ascii="Arial" w:hAnsi="Arial"/>
          <w:sz w:val="22"/>
        </w:rPr>
        <w:t>News flash Bill, you can't</w:t>
      </w:r>
    </w:p>
    <w:p>
      <w:pPr>
        <w:spacing w:after="0"/>
      </w:pPr>
    </w:p>
    <w:p>
      <w:pPr>
        <w:spacing w:after="0"/>
      </w:pPr>
      <w:r>
        <w:rPr>
          <w:rFonts w:ascii="Arial" w:hAnsi="Arial"/>
          <w:b/>
          <w:sz w:val="22"/>
        </w:rPr>
        <w:t xml:space="preserve">Alice  </w:t>
      </w:r>
      <w:r>
        <w:rPr>
          <w:rFonts w:ascii="Arial" w:hAnsi="Arial"/>
          <w:color w:val="5D7284"/>
          <w:sz w:val="22"/>
        </w:rPr>
        <w:t>1:07:05</w:t>
      </w:r>
    </w:p>
    <w:p>
      <w:pPr>
        <w:spacing w:after="0"/>
      </w:pPr>
      <w:r>
        <w:rPr>
          <w:rFonts w:ascii="Arial" w:hAnsi="Arial"/>
          <w:sz w:val="22"/>
        </w:rPr>
        <w:t>the original story. Yeah, that he's took from King lear isn't mad. Oh, so we put it in on purpose. Yeah,</w:t>
      </w:r>
    </w:p>
    <w:p>
      <w:pPr>
        <w:spacing w:after="0"/>
      </w:pPr>
    </w:p>
    <w:p>
      <w:pPr>
        <w:spacing w:after="0"/>
      </w:pPr>
      <w:r>
        <w:rPr>
          <w:rFonts w:ascii="Arial" w:hAnsi="Arial"/>
          <w:b/>
          <w:sz w:val="22"/>
        </w:rPr>
        <w:t xml:space="preserve">Lucy  </w:t>
      </w:r>
      <w:r>
        <w:rPr>
          <w:rFonts w:ascii="Arial" w:hAnsi="Arial"/>
          <w:color w:val="5D7284"/>
          <w:sz w:val="22"/>
        </w:rPr>
        <w:t>1:07:20</w:t>
      </w:r>
    </w:p>
    <w:p>
      <w:pPr>
        <w:spacing w:after="0"/>
      </w:pPr>
      <w:r>
        <w:rPr>
          <w:rFonts w:ascii="Arial" w:hAnsi="Arial"/>
          <w:sz w:val="22"/>
        </w:rPr>
        <w:t>Yeah you see that that's just not on</w:t>
      </w:r>
    </w:p>
    <w:p>
      <w:pPr>
        <w:spacing w:after="0"/>
      </w:pPr>
    </w:p>
    <w:p>
      <w:pPr>
        <w:spacing w:after="0"/>
      </w:pPr>
      <w:r>
        <w:rPr>
          <w:rFonts w:ascii="Arial" w:hAnsi="Arial"/>
          <w:b/>
          <w:sz w:val="22"/>
        </w:rPr>
        <w:t xml:space="preserve">Alice  </w:t>
      </w:r>
      <w:r>
        <w:rPr>
          <w:rFonts w:ascii="Arial" w:hAnsi="Arial"/>
          <w:color w:val="5D7284"/>
          <w:sz w:val="22"/>
        </w:rPr>
        <w:t>1:07:24</w:t>
      </w:r>
    </w:p>
    <w:p>
      <w:pPr>
        <w:spacing w:after="0"/>
      </w:pPr>
      <w:r>
        <w:rPr>
          <w:rFonts w:ascii="Arial" w:hAnsi="Arial"/>
          <w:sz w:val="22"/>
        </w:rPr>
        <w:t xml:space="preserve">that people sort of have, over the years, talked about why, like, why he made the character mad. Like, is it? Is it represent, representative of something? </w:t>
      </w:r>
    </w:p>
    <w:p>
      <w:pPr>
        <w:spacing w:after="0"/>
      </w:pPr>
    </w:p>
    <w:p>
      <w:pPr>
        <w:spacing w:after="0"/>
      </w:pPr>
      <w:r>
        <w:rPr>
          <w:rFonts w:ascii="Arial" w:hAnsi="Arial"/>
          <w:b/>
          <w:sz w:val="22"/>
        </w:rPr>
        <w:t xml:space="preserve">Lucy  </w:t>
      </w:r>
      <w:r>
        <w:rPr>
          <w:rFonts w:ascii="Arial" w:hAnsi="Arial"/>
          <w:color w:val="5D7284"/>
          <w:sz w:val="22"/>
        </w:rPr>
        <w:t>1:07:35</w:t>
      </w:r>
    </w:p>
    <w:p>
      <w:pPr>
        <w:spacing w:after="0"/>
      </w:pPr>
      <w:r>
        <w:rPr>
          <w:rFonts w:ascii="Arial" w:hAnsi="Arial"/>
          <w:sz w:val="22"/>
        </w:rPr>
        <w:t>it's sensationalism, isn't it?</w:t>
      </w:r>
    </w:p>
    <w:p>
      <w:pPr>
        <w:spacing w:after="0"/>
      </w:pPr>
    </w:p>
    <w:p>
      <w:pPr>
        <w:spacing w:after="0"/>
      </w:pPr>
      <w:r>
        <w:rPr>
          <w:rFonts w:ascii="Arial" w:hAnsi="Arial"/>
          <w:b/>
          <w:sz w:val="22"/>
        </w:rPr>
        <w:t xml:space="preserve">Alice  </w:t>
      </w:r>
      <w:r>
        <w:rPr>
          <w:rFonts w:ascii="Arial" w:hAnsi="Arial"/>
          <w:color w:val="5D7284"/>
          <w:sz w:val="22"/>
        </w:rPr>
        <w:t>1:07:37</w:t>
      </w:r>
    </w:p>
    <w:p>
      <w:pPr>
        <w:spacing w:after="0"/>
      </w:pPr>
      <w:r>
        <w:rPr>
          <w:rFonts w:ascii="Arial" w:hAnsi="Arial"/>
          <w:sz w:val="22"/>
        </w:rPr>
        <w:t>I think there's definitely an element of that. Because, yeah, he wouldn't be leaning so heavily on the tropes of like, the performance of disability,</w:t>
      </w:r>
    </w:p>
    <w:p>
      <w:pPr>
        <w:spacing w:after="0"/>
      </w:pPr>
    </w:p>
    <w:p>
      <w:pPr>
        <w:spacing w:after="0"/>
      </w:pPr>
      <w:r>
        <w:rPr>
          <w:rFonts w:ascii="Arial" w:hAnsi="Arial"/>
          <w:b/>
          <w:sz w:val="22"/>
        </w:rPr>
        <w:t xml:space="preserve">Lucy  </w:t>
      </w:r>
      <w:r>
        <w:rPr>
          <w:rFonts w:ascii="Arial" w:hAnsi="Arial"/>
          <w:color w:val="5D7284"/>
          <w:sz w:val="22"/>
        </w:rPr>
        <w:t>1:07:50</w:t>
      </w:r>
    </w:p>
    <w:p>
      <w:pPr>
        <w:spacing w:after="0"/>
      </w:pPr>
      <w:r>
        <w:rPr>
          <w:rFonts w:ascii="Arial" w:hAnsi="Arial"/>
          <w:sz w:val="22"/>
        </w:rPr>
        <w:t xml:space="preserve">and it was as gory and as depressing </w:t>
      </w:r>
    </w:p>
    <w:p>
      <w:pPr>
        <w:spacing w:after="0"/>
      </w:pPr>
    </w:p>
    <w:p>
      <w:pPr>
        <w:spacing w:after="0"/>
      </w:pPr>
      <w:r>
        <w:rPr>
          <w:rFonts w:ascii="Arial" w:hAnsi="Arial"/>
          <w:b/>
          <w:sz w:val="22"/>
        </w:rPr>
        <w:t xml:space="preserve">Alice  </w:t>
      </w:r>
      <w:r>
        <w:rPr>
          <w:rFonts w:ascii="Arial" w:hAnsi="Arial"/>
          <w:color w:val="5D7284"/>
          <w:sz w:val="22"/>
        </w:rPr>
        <w:t>1:07:53</w:t>
      </w:r>
    </w:p>
    <w:p>
      <w:pPr>
        <w:spacing w:after="0"/>
      </w:pPr>
      <w:r>
        <w:rPr>
          <w:rFonts w:ascii="Arial" w:hAnsi="Arial"/>
          <w:sz w:val="22"/>
        </w:rPr>
        <w:t>exactly if, if he wasn't being if he didn't want to freak show, it a little bit, um, but I mean, smarter people than us have said other things. Doesn't mean they're right, but they've said other things. So for a long time, people thought it was like supposed to be a representation of social decline, like this powerful man who was exiled by his family and stripped of all of his like worldly belongings, and you know, was sort of his madness really comes out after that happens. And you know that there is that, I think there is also an interesting kind of, the fact that there is an element of, you know, he says he talks about, and Edgar talks about madness being related to poverty. And, you know, there is, there is a social commentary there, like, that's his point</w:t>
      </w:r>
    </w:p>
    <w:p>
      <w:pPr>
        <w:spacing w:after="0"/>
      </w:pPr>
    </w:p>
    <w:p>
      <w:pPr>
        <w:spacing w:after="0"/>
      </w:pPr>
      <w:r>
        <w:rPr>
          <w:rFonts w:ascii="Arial" w:hAnsi="Arial"/>
          <w:b/>
          <w:sz w:val="22"/>
        </w:rPr>
        <w:t xml:space="preserve">Lucy  </w:t>
      </w:r>
      <w:r>
        <w:rPr>
          <w:rFonts w:ascii="Arial" w:hAnsi="Arial"/>
          <w:color w:val="5D7284"/>
          <w:sz w:val="22"/>
        </w:rPr>
        <w:t>1:09:01</w:t>
      </w:r>
    </w:p>
    <w:p>
      <w:pPr>
        <w:spacing w:after="0"/>
      </w:pPr>
      <w:r>
        <w:rPr>
          <w:rFonts w:ascii="Arial" w:hAnsi="Arial"/>
          <w:sz w:val="22"/>
        </w:rPr>
        <w:t>cAnd that is a point they like to make a point. And point Charles Dickens was always one for doing it, you know, pointing out the the pitfalls of society, yeah. But I think, I do think the disability angle is basically for bums on seats, so to make people go and see his play.</w:t>
      </w:r>
    </w:p>
    <w:p>
      <w:pPr>
        <w:spacing w:after="0"/>
      </w:pPr>
    </w:p>
    <w:p>
      <w:pPr>
        <w:spacing w:after="0"/>
      </w:pPr>
      <w:r>
        <w:rPr>
          <w:rFonts w:ascii="Arial" w:hAnsi="Arial"/>
          <w:b/>
          <w:sz w:val="22"/>
        </w:rPr>
        <w:t xml:space="preserve">Alice  </w:t>
      </w:r>
      <w:r>
        <w:rPr>
          <w:rFonts w:ascii="Arial" w:hAnsi="Arial"/>
          <w:color w:val="5D7284"/>
          <w:sz w:val="22"/>
        </w:rPr>
        <w:t>1:09:25</w:t>
      </w:r>
    </w:p>
    <w:p>
      <w:pPr>
        <w:spacing w:after="0"/>
      </w:pPr>
      <w:r>
        <w:rPr>
          <w:rFonts w:ascii="Arial" w:hAnsi="Arial"/>
          <w:sz w:val="22"/>
        </w:rPr>
        <w:t>I mean, maybe there's as as a kind of the you know, as time has passed, the way people have thought about lit has changed a bit. So there was a period of time where people thought it was a bit about repression, like that was, like, a the thing people talk to, you know when, like, for all of Freud's stuff, if you know anything about psychology Freud, Freud believed that everybody was obsessed with sex. And the reason that anybody had mental health stuff was because they were repressing their sexual urges, or their urges to touch their own poo and things like that. He was, again, not some. One doing great.</w:t>
      </w:r>
    </w:p>
    <w:p>
      <w:pPr>
        <w:spacing w:after="0"/>
      </w:pPr>
    </w:p>
    <w:p>
      <w:pPr>
        <w:spacing w:after="0"/>
      </w:pPr>
      <w:r>
        <w:rPr>
          <w:rFonts w:ascii="Arial" w:hAnsi="Arial"/>
          <w:b/>
          <w:sz w:val="22"/>
        </w:rPr>
        <w:t xml:space="preserve">Lucy  </w:t>
      </w:r>
      <w:r>
        <w:rPr>
          <w:rFonts w:ascii="Arial" w:hAnsi="Arial"/>
          <w:color w:val="5D7284"/>
          <w:sz w:val="22"/>
        </w:rPr>
        <w:t>1:10:04</w:t>
      </w:r>
    </w:p>
    <w:p>
      <w:pPr>
        <w:spacing w:after="0"/>
      </w:pPr>
      <w:r>
        <w:rPr>
          <w:rFonts w:ascii="Arial" w:hAnsi="Arial"/>
          <w:sz w:val="22"/>
        </w:rPr>
        <w:t>Not that's not necessarily verbatim, either.</w:t>
      </w:r>
    </w:p>
    <w:p>
      <w:pPr>
        <w:spacing w:after="0"/>
      </w:pPr>
    </w:p>
    <w:p>
      <w:pPr>
        <w:spacing w:after="0"/>
      </w:pPr>
      <w:r>
        <w:rPr>
          <w:rFonts w:ascii="Arial" w:hAnsi="Arial"/>
          <w:b/>
          <w:sz w:val="22"/>
        </w:rPr>
        <w:t xml:space="preserve">Alice  </w:t>
      </w:r>
      <w:r>
        <w:rPr>
          <w:rFonts w:ascii="Arial" w:hAnsi="Arial"/>
          <w:color w:val="5D7284"/>
          <w:sz w:val="22"/>
        </w:rPr>
        <w:t>1:10:11</w:t>
      </w:r>
    </w:p>
    <w:p>
      <w:pPr>
        <w:spacing w:after="0"/>
      </w:pPr>
      <w:r>
        <w:rPr>
          <w:rFonts w:ascii="Arial" w:hAnsi="Arial"/>
          <w:sz w:val="22"/>
        </w:rPr>
        <w:t>But then what? What's the most sort of since, like the mid 1960s people have been talking about how King Lear is a bit about aging disability. So I listened to this really interesting podcast that was a series of interviews with people performing a version of King Lear at the Olivier Theater in London. Right? I'll put it in the source notes. But so there's, there's, it's, increasingly, people have been performing Leah, not as quote, unquote mad, but as somebody with dementia, okay, which, if you know anything about dementia, which, like it was, I, I've said before, I worked in care homes for a while, and I have also had family members who I have lost to dementia. Dementia is, I think, I think it's, it is up there with the worst, the worst things in the world. Totally agree. And if you know anything about dementia, there is that aggression, that regression, that you see, where people behave more childlike, that confusion. There's a bit that I didn't talk about where he hallucinates. Yeah, so people have started performing Leah, not as a madman, but as somebody who has an age related health condition that is causing his mental health to deteriorate, which, you know, I think it's very interesting take on it.</w:t>
      </w:r>
    </w:p>
    <w:p>
      <w:pPr>
        <w:spacing w:after="0"/>
      </w:pPr>
    </w:p>
    <w:p>
      <w:pPr>
        <w:spacing w:after="0"/>
      </w:pPr>
      <w:r>
        <w:rPr>
          <w:rFonts w:ascii="Arial" w:hAnsi="Arial"/>
          <w:b/>
          <w:sz w:val="22"/>
        </w:rPr>
        <w:t xml:space="preserve">Lucy  </w:t>
      </w:r>
      <w:r>
        <w:rPr>
          <w:rFonts w:ascii="Arial" w:hAnsi="Arial"/>
          <w:color w:val="5D7284"/>
          <w:sz w:val="22"/>
        </w:rPr>
        <w:t>1:12:03</w:t>
      </w:r>
    </w:p>
    <w:p>
      <w:pPr>
        <w:spacing w:after="0"/>
      </w:pPr>
      <w:r>
        <w:rPr>
          <w:rFonts w:ascii="Arial" w:hAnsi="Arial"/>
          <w:sz w:val="22"/>
        </w:rPr>
        <w:t>It is, and it's, it gives it a new, I suppose, it gives it a new angle with a modern day lens on it, isn't it with a bit with, you know, with a bit of better understanding. I think, yeah.</w:t>
      </w:r>
    </w:p>
    <w:p>
      <w:pPr>
        <w:spacing w:after="0"/>
      </w:pPr>
    </w:p>
    <w:p>
      <w:pPr>
        <w:spacing w:after="0"/>
      </w:pPr>
      <w:r>
        <w:rPr>
          <w:rFonts w:ascii="Arial" w:hAnsi="Arial"/>
          <w:b/>
          <w:sz w:val="22"/>
        </w:rPr>
        <w:t xml:space="preserve">Alice  </w:t>
      </w:r>
      <w:r>
        <w:rPr>
          <w:rFonts w:ascii="Arial" w:hAnsi="Arial"/>
          <w:color w:val="5D7284"/>
          <w:sz w:val="22"/>
        </w:rPr>
        <w:t>1:12:13</w:t>
      </w:r>
    </w:p>
    <w:p>
      <w:pPr>
        <w:spacing w:after="0"/>
      </w:pPr>
      <w:r>
        <w:rPr>
          <w:rFonts w:ascii="Arial" w:hAnsi="Arial"/>
          <w:sz w:val="22"/>
        </w:rPr>
        <w:t>And I think, I mean, I think one of the things I would say is that, like, they wouldn't have called it dementia, but they knew about senility in Shakespeare's time, yeah. So he would, he would have seen, he would have known people who's</w:t>
      </w:r>
    </w:p>
    <w:p>
      <w:pPr>
        <w:spacing w:after="0"/>
      </w:pPr>
    </w:p>
    <w:p>
      <w:pPr>
        <w:spacing w:after="0"/>
      </w:pPr>
      <w:r>
        <w:rPr>
          <w:rFonts w:ascii="Arial" w:hAnsi="Arial"/>
          <w:b/>
          <w:sz w:val="22"/>
        </w:rPr>
        <w:t xml:space="preserve">Lucy  </w:t>
      </w:r>
      <w:r>
        <w:rPr>
          <w:rFonts w:ascii="Arial" w:hAnsi="Arial"/>
          <w:color w:val="5D7284"/>
          <w:sz w:val="22"/>
        </w:rPr>
        <w:t>1:12:29</w:t>
      </w:r>
    </w:p>
    <w:p>
      <w:pPr>
        <w:spacing w:after="0"/>
      </w:pPr>
      <w:r>
        <w:rPr>
          <w:rFonts w:ascii="Arial" w:hAnsi="Arial"/>
          <w:sz w:val="22"/>
        </w:rPr>
        <w:t>who went on. But, yeah, yeah. So, you</w:t>
      </w:r>
    </w:p>
    <w:p>
      <w:pPr>
        <w:spacing w:after="0"/>
      </w:pPr>
    </w:p>
    <w:p>
      <w:pPr>
        <w:spacing w:after="0"/>
      </w:pPr>
      <w:r>
        <w:rPr>
          <w:rFonts w:ascii="Arial" w:hAnsi="Arial"/>
          <w:b/>
          <w:sz w:val="22"/>
        </w:rPr>
        <w:t xml:space="preserve">Alice  </w:t>
      </w:r>
      <w:r>
        <w:rPr>
          <w:rFonts w:ascii="Arial" w:hAnsi="Arial"/>
          <w:color w:val="5D7284"/>
          <w:sz w:val="22"/>
        </w:rPr>
        <w:t>1:12:32</w:t>
      </w:r>
    </w:p>
    <w:p>
      <w:pPr>
        <w:spacing w:after="0"/>
      </w:pPr>
      <w:r>
        <w:rPr>
          <w:rFonts w:ascii="Arial" w:hAnsi="Arial"/>
          <w:sz w:val="22"/>
        </w:rPr>
        <w:t>know, I do want you do wonder if that was what part of, part of why he made that we will never know, but maybe that's part of why he made that character like that. Because he he knew it was a story about a king who leaves his kingdom to his daughters. But for him, the thing that was most striking was that that aging element of it, you know, I'm not saying, hey, let's forgive Shakespeare for all of the damage he's done to disabled representation in the past 500 odd years. But, you know, I just, I just thought that that was really interesting.</w:t>
      </w:r>
    </w:p>
    <w:p>
      <w:pPr>
        <w:spacing w:after="0"/>
      </w:pPr>
    </w:p>
    <w:p>
      <w:pPr>
        <w:spacing w:after="0"/>
      </w:pPr>
      <w:r>
        <w:rPr>
          <w:rFonts w:ascii="Arial" w:hAnsi="Arial"/>
          <w:b/>
          <w:sz w:val="22"/>
        </w:rPr>
        <w:t xml:space="preserve">Lucy  </w:t>
      </w:r>
      <w:r>
        <w:rPr>
          <w:rFonts w:ascii="Arial" w:hAnsi="Arial"/>
          <w:color w:val="5D7284"/>
          <w:sz w:val="22"/>
        </w:rPr>
        <w:t>1:13:07</w:t>
      </w:r>
    </w:p>
    <w:p>
      <w:pPr>
        <w:spacing w:after="0"/>
      </w:pPr>
      <w:r>
        <w:rPr>
          <w:rFonts w:ascii="Arial" w:hAnsi="Arial"/>
          <w:sz w:val="22"/>
        </w:rPr>
        <w:t xml:space="preserve">Yeah, it definitely, I suppose it does just make you think, doesn't it? But, and also, you did like with them, if, if it was a play that was to be sort of written in modern times. Say Now you would think that the writer and creator of the play would be explicit in what they meant about whether it was out and out madness or whether it was a more aging condition, which would help with representation. But that's because we know better in this day and age, don't we? You know, there are so many great initiatives that people do or, you know, they want to improve representation across the board in theater. So when they write stuff that is a bit like, oh, that could be misconduct as a gray area. They make the effort to go, No, this isn't about just going mad for the sake of going mad. This is about a man who is aging and is facing conditions. </w:t>
      </w:r>
    </w:p>
    <w:p>
      <w:pPr>
        <w:spacing w:after="0"/>
      </w:pPr>
    </w:p>
    <w:p>
      <w:pPr>
        <w:spacing w:after="0"/>
      </w:pPr>
      <w:r>
        <w:rPr>
          <w:rFonts w:ascii="Arial" w:hAnsi="Arial"/>
          <w:b/>
          <w:sz w:val="22"/>
        </w:rPr>
        <w:t xml:space="preserve">Alice  </w:t>
      </w:r>
      <w:r>
        <w:rPr>
          <w:rFonts w:ascii="Arial" w:hAnsi="Arial"/>
          <w:color w:val="5D7284"/>
          <w:sz w:val="22"/>
        </w:rPr>
        <w:t>1:14:17</w:t>
      </w:r>
    </w:p>
    <w:p>
      <w:pPr>
        <w:spacing w:after="0"/>
      </w:pPr>
      <w:r>
        <w:rPr>
          <w:rFonts w:ascii="Arial" w:hAnsi="Arial"/>
          <w:sz w:val="22"/>
        </w:rPr>
        <w:t>And there's something else that's quite interesting about about Lear and Gloucester as characters. Lear slightly more so than Gloucester, but Lear going mad doesn't actually do anything to the action like you know, if you if you look at this play, and a kind of timeline of this happens and this happens and this happens. The play is about the kingdom being divided and a war, yes, and what happens to lear is almost it's not a subplot, because it's the it. Is the main thing that is happening, but it doesn't, it doesn't actually impact the the story, the development of the action, yeah. And so one of the things that I read, that I thought was really interesting is that it's quite that's quite progressive, in a way, because what is actually happening in the story is not a this disabled character only exists to progress the story onwards. This disabled like he's not the villain and the whole, you know, he's not got bond in his volcano because he was disabled.</w:t>
      </w:r>
    </w:p>
    <w:p>
      <w:pPr>
        <w:spacing w:after="0"/>
      </w:pPr>
    </w:p>
    <w:p>
      <w:pPr>
        <w:spacing w:after="0"/>
      </w:pPr>
      <w:r>
        <w:rPr>
          <w:rFonts w:ascii="Arial" w:hAnsi="Arial"/>
          <w:b/>
          <w:sz w:val="22"/>
        </w:rPr>
        <w:t xml:space="preserve">Lucy  </w:t>
      </w:r>
      <w:r>
        <w:rPr>
          <w:rFonts w:ascii="Arial" w:hAnsi="Arial"/>
          <w:color w:val="5D7284"/>
          <w:sz w:val="22"/>
        </w:rPr>
        <w:t>1:15:36</w:t>
      </w:r>
    </w:p>
    <w:p>
      <w:pPr>
        <w:spacing w:after="0"/>
      </w:pPr>
      <w:r>
        <w:rPr>
          <w:rFonts w:ascii="Arial" w:hAnsi="Arial"/>
          <w:sz w:val="22"/>
        </w:rPr>
        <w:t>hes not got Gold teeth on a on an office chair, spinning around with a cat on his knees, exactly.</w:t>
      </w:r>
    </w:p>
    <w:p>
      <w:pPr>
        <w:spacing w:after="0"/>
      </w:pPr>
    </w:p>
    <w:p>
      <w:pPr>
        <w:spacing w:after="0"/>
      </w:pPr>
      <w:r>
        <w:rPr>
          <w:rFonts w:ascii="Arial" w:hAnsi="Arial"/>
          <w:b/>
          <w:sz w:val="22"/>
        </w:rPr>
        <w:t xml:space="preserve">Alice  </w:t>
      </w:r>
      <w:r>
        <w:rPr>
          <w:rFonts w:ascii="Arial" w:hAnsi="Arial"/>
          <w:color w:val="5D7284"/>
          <w:sz w:val="22"/>
        </w:rPr>
        <w:t>1:15:40</w:t>
      </w:r>
    </w:p>
    <w:p>
      <w:pPr>
        <w:spacing w:after="0"/>
      </w:pPr>
      <w:r>
        <w:rPr>
          <w:rFonts w:ascii="Arial" w:hAnsi="Arial"/>
          <w:sz w:val="22"/>
        </w:rPr>
        <w:t>Yeah, he's, he's not. He's not a villain because he's disabled. No, he, he is a person existing with a mental health stuff. And the action is going on around him. He's, it's quite it makes him quite passive, but it makes him it's more reflective of what it's really like to be disabled, where you're just living your life as a disabled person and getting on with shit, and then the other stuff is going on around you, and sometimes you're involved in it. Sometimes you're just painting your toenails, you know, it's, it's, yeah, I just, I thought that that was a really interesting sort of point that you know this. The story is about living with a mental health condition, even if the representation is shitty, it is the story of a man with a mental health condition, not a man trying to overcome his mental health condition.</w:t>
      </w:r>
    </w:p>
    <w:p>
      <w:pPr>
        <w:spacing w:after="0"/>
      </w:pPr>
    </w:p>
    <w:p>
      <w:pPr>
        <w:spacing w:after="0"/>
      </w:pPr>
      <w:r>
        <w:rPr>
          <w:rFonts w:ascii="Arial" w:hAnsi="Arial"/>
          <w:b/>
          <w:sz w:val="22"/>
        </w:rPr>
        <w:t xml:space="preserve">Lucy  </w:t>
      </w:r>
      <w:r>
        <w:rPr>
          <w:rFonts w:ascii="Arial" w:hAnsi="Arial"/>
          <w:color w:val="5D7284"/>
          <w:sz w:val="22"/>
        </w:rPr>
        <w:t>1:16:40</w:t>
      </w:r>
    </w:p>
    <w:p>
      <w:pPr>
        <w:spacing w:after="0"/>
      </w:pPr>
      <w:r>
        <w:rPr>
          <w:rFonts w:ascii="Arial" w:hAnsi="Arial"/>
          <w:sz w:val="22"/>
        </w:rPr>
        <w:t>There's no inspiration porn there. No.</w:t>
      </w:r>
    </w:p>
    <w:p>
      <w:pPr>
        <w:spacing w:after="0"/>
      </w:pPr>
    </w:p>
    <w:p>
      <w:pPr>
        <w:spacing w:after="0"/>
      </w:pPr>
      <w:r>
        <w:rPr>
          <w:rFonts w:ascii="Arial" w:hAnsi="Arial"/>
          <w:b/>
          <w:sz w:val="22"/>
        </w:rPr>
        <w:t xml:space="preserve">Alice  </w:t>
      </w:r>
      <w:r>
        <w:rPr>
          <w:rFonts w:ascii="Arial" w:hAnsi="Arial"/>
          <w:color w:val="5D7284"/>
          <w:sz w:val="22"/>
        </w:rPr>
        <w:t>1:16:43</w:t>
      </w:r>
    </w:p>
    <w:p>
      <w:pPr>
        <w:spacing w:after="0"/>
      </w:pPr>
      <w:r>
        <w:rPr>
          <w:rFonts w:ascii="Arial" w:hAnsi="Arial"/>
          <w:sz w:val="22"/>
        </w:rPr>
        <w:t>It's not, you know, not. It's not the story. He's not trying to prove a point. He's not Tiny Tim so you know, he's being he's not the reason that other characters do things. It's very clear that those sisters do the things they do, and that Edmund does the things he does because of their own power grabbing. Yes, he is just out there in the storm. Also go just going mad at the same time. And I do think it's</w:t>
      </w:r>
    </w:p>
    <w:p>
      <w:pPr>
        <w:spacing w:after="0"/>
      </w:pPr>
    </w:p>
    <w:p>
      <w:pPr>
        <w:spacing w:after="0"/>
      </w:pPr>
      <w:r>
        <w:rPr>
          <w:rFonts w:ascii="Arial" w:hAnsi="Arial"/>
          <w:b/>
          <w:sz w:val="22"/>
        </w:rPr>
        <w:t xml:space="preserve">Lucy  </w:t>
      </w:r>
      <w:r>
        <w:rPr>
          <w:rFonts w:ascii="Arial" w:hAnsi="Arial"/>
          <w:color w:val="5D7284"/>
          <w:sz w:val="22"/>
        </w:rPr>
        <w:t>1:17:11</w:t>
      </w:r>
    </w:p>
    <w:p>
      <w:pPr>
        <w:spacing w:after="0"/>
      </w:pPr>
      <w:r>
        <w:rPr>
          <w:rFonts w:ascii="Arial" w:hAnsi="Arial"/>
          <w:sz w:val="22"/>
        </w:rPr>
        <w:t>a bit, it's a bit like it's the one thing that's tipped him over the edge, basically, and he's just,</w:t>
      </w:r>
    </w:p>
    <w:p>
      <w:pPr>
        <w:spacing w:after="0"/>
      </w:pPr>
    </w:p>
    <w:p>
      <w:pPr>
        <w:spacing w:after="0"/>
      </w:pPr>
      <w:r>
        <w:rPr>
          <w:rFonts w:ascii="Arial" w:hAnsi="Arial"/>
          <w:b/>
          <w:sz w:val="22"/>
        </w:rPr>
        <w:t xml:space="preserve">Alice  </w:t>
      </w:r>
      <w:r>
        <w:rPr>
          <w:rFonts w:ascii="Arial" w:hAnsi="Arial"/>
          <w:color w:val="5D7284"/>
          <w:sz w:val="22"/>
        </w:rPr>
        <w:t>1:17:17</w:t>
      </w:r>
    </w:p>
    <w:p>
      <w:pPr>
        <w:spacing w:after="0"/>
      </w:pPr>
      <w:r>
        <w:rPr>
          <w:rFonts w:ascii="Arial" w:hAnsi="Arial"/>
          <w:sz w:val="22"/>
        </w:rPr>
        <w:t xml:space="preserve">I mean, you say that, but there is also, like I said, there's conversations at the beginning that is like, he's getting worse. He's getting worse, yeah. So, you know, the implication is that this was already happening and that he is </w:t>
      </w:r>
    </w:p>
    <w:p>
      <w:pPr>
        <w:spacing w:after="0"/>
      </w:pPr>
    </w:p>
    <w:p>
      <w:pPr>
        <w:spacing w:after="0"/>
      </w:pPr>
      <w:r>
        <w:rPr>
          <w:rFonts w:ascii="Arial" w:hAnsi="Arial"/>
          <w:b/>
          <w:sz w:val="22"/>
        </w:rPr>
        <w:t xml:space="preserve">Lucy  </w:t>
      </w:r>
      <w:r>
        <w:rPr>
          <w:rFonts w:ascii="Arial" w:hAnsi="Arial"/>
          <w:color w:val="5D7284"/>
          <w:sz w:val="22"/>
        </w:rPr>
        <w:t>1:17:33</w:t>
      </w:r>
    </w:p>
    <w:p>
      <w:pPr>
        <w:spacing w:after="0"/>
      </w:pPr>
      <w:r>
        <w:rPr>
          <w:rFonts w:ascii="Arial" w:hAnsi="Arial"/>
          <w:sz w:val="22"/>
        </w:rPr>
        <w:t>and the big crescendo just happened to coincide with the fact it was outside in the rain and started shouting, yeah, because he was distressed, yeah. So certainly gives food for thought, doesn't it?</w:t>
      </w:r>
    </w:p>
    <w:p>
      <w:pPr>
        <w:spacing w:after="0"/>
      </w:pPr>
    </w:p>
    <w:p>
      <w:pPr>
        <w:spacing w:after="0"/>
      </w:pPr>
      <w:r>
        <w:rPr>
          <w:rFonts w:ascii="Arial" w:hAnsi="Arial"/>
          <w:b/>
          <w:sz w:val="22"/>
        </w:rPr>
        <w:t xml:space="preserve">Alice  </w:t>
      </w:r>
      <w:r>
        <w:rPr>
          <w:rFonts w:ascii="Arial" w:hAnsi="Arial"/>
          <w:color w:val="5D7284"/>
          <w:sz w:val="22"/>
        </w:rPr>
        <w:t>1:17:49</w:t>
      </w:r>
    </w:p>
    <w:p>
      <w:pPr>
        <w:spacing w:after="0"/>
      </w:pPr>
      <w:r>
        <w:rPr>
          <w:rFonts w:ascii="Arial" w:hAnsi="Arial"/>
          <w:sz w:val="22"/>
        </w:rPr>
        <w:t>I thought it was, I thought it was interesting. You know, I'm I like I say. I'm not saying it's a positive representation of disability, but it it. I was surprised to see a disabled character just living their life. Disabled character from a play from the 1600s Yeah, you know,</w:t>
      </w:r>
    </w:p>
    <w:p>
      <w:pPr>
        <w:spacing w:after="0"/>
      </w:pPr>
    </w:p>
    <w:p>
      <w:pPr>
        <w:spacing w:after="0"/>
      </w:pPr>
      <w:r>
        <w:rPr>
          <w:rFonts w:ascii="Arial" w:hAnsi="Arial"/>
          <w:b/>
          <w:sz w:val="22"/>
        </w:rPr>
        <w:t xml:space="preserve">Lucy  </w:t>
      </w:r>
      <w:r>
        <w:rPr>
          <w:rFonts w:ascii="Arial" w:hAnsi="Arial"/>
          <w:color w:val="5D7284"/>
          <w:sz w:val="22"/>
        </w:rPr>
        <w:t>1:18:08</w:t>
      </w:r>
    </w:p>
    <w:p>
      <w:pPr>
        <w:spacing w:after="0"/>
      </w:pPr>
      <w:r>
        <w:rPr>
          <w:rFonts w:ascii="Arial" w:hAnsi="Arial"/>
          <w:sz w:val="22"/>
        </w:rPr>
        <w:t>we'll give him a go. Well, we'll give him a gold star for that at the very least.</w:t>
      </w:r>
    </w:p>
    <w:p>
      <w:pPr>
        <w:spacing w:after="0"/>
      </w:pPr>
    </w:p>
    <w:p>
      <w:pPr>
        <w:spacing w:after="0"/>
      </w:pPr>
      <w:r>
        <w:rPr>
          <w:rFonts w:ascii="Arial" w:hAnsi="Arial"/>
          <w:b/>
          <w:sz w:val="22"/>
        </w:rPr>
        <w:t xml:space="preserve">Alice  </w:t>
      </w:r>
      <w:r>
        <w:rPr>
          <w:rFonts w:ascii="Arial" w:hAnsi="Arial"/>
          <w:color w:val="5D7284"/>
          <w:sz w:val="22"/>
        </w:rPr>
        <w:t>1:18:13</w:t>
      </w:r>
    </w:p>
    <w:p>
      <w:pPr>
        <w:spacing w:after="0"/>
      </w:pPr>
      <w:r>
        <w:rPr>
          <w:rFonts w:ascii="Arial" w:hAnsi="Arial"/>
          <w:sz w:val="22"/>
        </w:rPr>
        <w:t>Yeah, he gets, he gets A for effort. But it's still, like, still needs improvement. It's the actual execution has its flaws Exactly.</w:t>
      </w:r>
    </w:p>
    <w:p>
      <w:pPr>
        <w:spacing w:after="0"/>
      </w:pPr>
    </w:p>
    <w:p>
      <w:pPr>
        <w:spacing w:after="0"/>
      </w:pPr>
      <w:r>
        <w:rPr>
          <w:rFonts w:ascii="Arial" w:hAnsi="Arial"/>
          <w:b/>
          <w:sz w:val="22"/>
        </w:rPr>
        <w:t xml:space="preserve">Lucy  </w:t>
      </w:r>
      <w:r>
        <w:rPr>
          <w:rFonts w:ascii="Arial" w:hAnsi="Arial"/>
          <w:color w:val="5D7284"/>
          <w:sz w:val="22"/>
        </w:rPr>
        <w:t>1:18:26</w:t>
      </w:r>
    </w:p>
    <w:p>
      <w:pPr>
        <w:spacing w:after="0"/>
      </w:pPr>
      <w:r>
        <w:rPr>
          <w:rFonts w:ascii="Arial" w:hAnsi="Arial"/>
          <w:sz w:val="22"/>
        </w:rPr>
        <w:t>Thank you very much. Alice, that was a very interesting hour and 20 minutes there. I don't think I would need to read King Lear.</w:t>
      </w:r>
    </w:p>
    <w:p>
      <w:pPr>
        <w:spacing w:after="0"/>
      </w:pPr>
    </w:p>
    <w:p>
      <w:pPr>
        <w:spacing w:after="0"/>
      </w:pPr>
      <w:r>
        <w:rPr>
          <w:rFonts w:ascii="Arial" w:hAnsi="Arial"/>
          <w:b/>
          <w:sz w:val="22"/>
        </w:rPr>
        <w:t xml:space="preserve">Alice  </w:t>
      </w:r>
      <w:r>
        <w:rPr>
          <w:rFonts w:ascii="Arial" w:hAnsi="Arial"/>
          <w:color w:val="5D7284"/>
          <w:sz w:val="22"/>
        </w:rPr>
        <w:t>1:18:35</w:t>
      </w:r>
    </w:p>
    <w:p>
      <w:pPr>
        <w:spacing w:after="0"/>
      </w:pPr>
      <w:r>
        <w:rPr>
          <w:rFonts w:ascii="Arial" w:hAnsi="Arial"/>
          <w:sz w:val="22"/>
        </w:rPr>
        <w:t>I only say I wouldn't recommend, no if you want my my Shakespeare recommendations are 12th Night and A Midsummer Night's Dream. There's a what you hate, no Midsummer Night's Dream. 12th Night. And much you do about nothing, 12th Night has got some of the like disguises, mistaken identity stuff. But it's, it's, there's less of it. It's executed better. And much about nothing is it's a comedy, and I it's my favorite. There's a really good BBC version with Denzel Washington, Keanu, Reeves and who plays Professor McGonagall,</w:t>
      </w:r>
    </w:p>
    <w:p>
      <w:pPr>
        <w:spacing w:after="0"/>
      </w:pPr>
    </w:p>
    <w:p>
      <w:pPr>
        <w:spacing w:after="0"/>
      </w:pPr>
      <w:r>
        <w:rPr>
          <w:rFonts w:ascii="Arial" w:hAnsi="Arial"/>
          <w:b/>
          <w:sz w:val="22"/>
        </w:rPr>
        <w:t xml:space="preserve">Lucy  </w:t>
      </w:r>
      <w:r>
        <w:rPr>
          <w:rFonts w:ascii="Arial" w:hAnsi="Arial"/>
          <w:color w:val="5D7284"/>
          <w:sz w:val="22"/>
        </w:rPr>
        <w:t>1:19:16</w:t>
      </w:r>
    </w:p>
    <w:p>
      <w:pPr>
        <w:spacing w:after="0"/>
      </w:pPr>
      <w:r>
        <w:rPr>
          <w:rFonts w:ascii="Arial" w:hAnsi="Arial"/>
          <w:sz w:val="22"/>
        </w:rPr>
        <w:t>Maggie Smith.</w:t>
      </w:r>
    </w:p>
    <w:p>
      <w:pPr>
        <w:spacing w:after="0"/>
      </w:pPr>
    </w:p>
    <w:p>
      <w:pPr>
        <w:spacing w:after="0"/>
      </w:pPr>
      <w:r>
        <w:rPr>
          <w:rFonts w:ascii="Arial" w:hAnsi="Arial"/>
          <w:b/>
          <w:sz w:val="22"/>
        </w:rPr>
        <w:t xml:space="preserve">Alice  </w:t>
      </w:r>
      <w:r>
        <w:rPr>
          <w:rFonts w:ascii="Arial" w:hAnsi="Arial"/>
          <w:color w:val="5D7284"/>
          <w:sz w:val="22"/>
        </w:rPr>
        <w:t>1:19:19</w:t>
      </w:r>
    </w:p>
    <w:p>
      <w:pPr>
        <w:spacing w:after="0"/>
      </w:pPr>
      <w:r>
        <w:rPr>
          <w:rFonts w:ascii="Arial" w:hAnsi="Arial"/>
          <w:sz w:val="22"/>
        </w:rPr>
        <w:t>I don't mean professor, I don't mean Professor McGonagall,</w:t>
      </w:r>
    </w:p>
    <w:p>
      <w:pPr>
        <w:spacing w:after="0"/>
      </w:pPr>
    </w:p>
    <w:p>
      <w:pPr>
        <w:spacing w:after="0"/>
      </w:pPr>
      <w:r>
        <w:rPr>
          <w:rFonts w:ascii="Arial" w:hAnsi="Arial"/>
          <w:b/>
          <w:sz w:val="22"/>
        </w:rPr>
        <w:t xml:space="preserve">Alice  </w:t>
      </w:r>
      <w:r>
        <w:rPr>
          <w:rFonts w:ascii="Arial" w:hAnsi="Arial"/>
          <w:color w:val="5D7284"/>
          <w:sz w:val="22"/>
        </w:rPr>
        <w:t>1:19:22</w:t>
      </w:r>
    </w:p>
    <w:p>
      <w:pPr>
        <w:spacing w:after="0"/>
      </w:pPr>
      <w:r>
        <w:rPr>
          <w:rFonts w:ascii="Arial" w:hAnsi="Arial"/>
          <w:sz w:val="22"/>
        </w:rPr>
        <w:t>mean, I mean, yeah, oh, who's the nutty one, the divination? No, she's oh, what's her fucking name? She's married Kenneth Branagh,</w:t>
      </w:r>
    </w:p>
    <w:p>
      <w:pPr>
        <w:spacing w:after="0"/>
      </w:pPr>
    </w:p>
    <w:p>
      <w:pPr>
        <w:spacing w:after="0"/>
      </w:pPr>
      <w:r>
        <w:rPr>
          <w:rFonts w:ascii="Arial" w:hAnsi="Arial"/>
          <w:b/>
          <w:sz w:val="22"/>
        </w:rPr>
        <w:t xml:space="preserve">Lucy  </w:t>
      </w:r>
      <w:r>
        <w:rPr>
          <w:rFonts w:ascii="Arial" w:hAnsi="Arial"/>
          <w:color w:val="5D7284"/>
          <w:sz w:val="22"/>
        </w:rPr>
        <w:t>1:19:35</w:t>
      </w:r>
    </w:p>
    <w:p>
      <w:pPr>
        <w:spacing w:after="0"/>
      </w:pPr>
      <w:r>
        <w:rPr>
          <w:rFonts w:ascii="Arial" w:hAnsi="Arial"/>
          <w:sz w:val="22"/>
        </w:rPr>
        <w:t xml:space="preserve">oh, Emma Thompson, </w:t>
      </w:r>
    </w:p>
    <w:p>
      <w:pPr>
        <w:spacing w:after="0"/>
      </w:pPr>
    </w:p>
    <w:p>
      <w:pPr>
        <w:spacing w:after="0"/>
      </w:pPr>
      <w:r>
        <w:rPr>
          <w:rFonts w:ascii="Arial" w:hAnsi="Arial"/>
          <w:b/>
          <w:sz w:val="22"/>
        </w:rPr>
        <w:t xml:space="preserve">Alice  </w:t>
      </w:r>
      <w:r>
        <w:rPr>
          <w:rFonts w:ascii="Arial" w:hAnsi="Arial"/>
          <w:color w:val="5D7284"/>
          <w:sz w:val="22"/>
        </w:rPr>
        <w:t>1:19:37</w:t>
      </w:r>
    </w:p>
    <w:p>
      <w:pPr>
        <w:spacing w:after="0"/>
      </w:pPr>
      <w:r>
        <w:rPr>
          <w:rFonts w:ascii="Arial" w:hAnsi="Arial"/>
          <w:sz w:val="22"/>
        </w:rPr>
        <w:t xml:space="preserve">Emma Thompson. </w:t>
      </w:r>
    </w:p>
    <w:p>
      <w:pPr>
        <w:spacing w:after="0"/>
      </w:pPr>
    </w:p>
    <w:p>
      <w:pPr>
        <w:spacing w:after="0"/>
      </w:pPr>
      <w:r>
        <w:rPr>
          <w:rFonts w:ascii="Arial" w:hAnsi="Arial"/>
          <w:b/>
          <w:sz w:val="22"/>
        </w:rPr>
        <w:t xml:space="preserve">Alice  </w:t>
      </w:r>
      <w:r>
        <w:rPr>
          <w:rFonts w:ascii="Arial" w:hAnsi="Arial"/>
          <w:color w:val="5D7284"/>
          <w:sz w:val="22"/>
        </w:rPr>
        <w:t>1:19:38</w:t>
      </w:r>
    </w:p>
    <w:p>
      <w:pPr>
        <w:spacing w:after="0"/>
      </w:pPr>
      <w:r>
        <w:rPr>
          <w:rFonts w:ascii="Arial" w:hAnsi="Arial"/>
          <w:sz w:val="22"/>
        </w:rPr>
        <w:t>got Emma Thompson and Kenneth Branagh and Denzel Washington and Keanu Reeves in it that I would very much recommend that that's very good,</w:t>
      </w:r>
    </w:p>
    <w:p>
      <w:pPr>
        <w:spacing w:after="0"/>
      </w:pPr>
    </w:p>
    <w:p>
      <w:pPr>
        <w:spacing w:after="0"/>
      </w:pPr>
      <w:r>
        <w:rPr>
          <w:rFonts w:ascii="Arial" w:hAnsi="Arial"/>
          <w:b/>
          <w:sz w:val="22"/>
        </w:rPr>
        <w:t xml:space="preserve">Lucy  </w:t>
      </w:r>
      <w:r>
        <w:rPr>
          <w:rFonts w:ascii="Arial" w:hAnsi="Arial"/>
          <w:color w:val="5D7284"/>
          <w:sz w:val="22"/>
        </w:rPr>
        <w:t>1:19:47</w:t>
      </w:r>
    </w:p>
    <w:p>
      <w:pPr>
        <w:spacing w:after="0"/>
      </w:pPr>
      <w:r>
        <w:rPr>
          <w:rFonts w:ascii="Arial" w:hAnsi="Arial"/>
          <w:sz w:val="22"/>
        </w:rPr>
        <w:t xml:space="preserve"> brilliant. Okay,</w:t>
      </w:r>
    </w:p>
    <w:p>
      <w:pPr>
        <w:spacing w:after="0"/>
      </w:pPr>
    </w:p>
    <w:p>
      <w:pPr>
        <w:spacing w:after="0"/>
      </w:pPr>
      <w:r>
        <w:rPr>
          <w:rFonts w:ascii="Arial" w:hAnsi="Arial"/>
          <w:b/>
          <w:sz w:val="22"/>
        </w:rPr>
        <w:t xml:space="preserve">Lucy  </w:t>
      </w:r>
      <w:r>
        <w:rPr>
          <w:rFonts w:ascii="Arial" w:hAnsi="Arial"/>
          <w:color w:val="5D7284"/>
          <w:sz w:val="22"/>
        </w:rPr>
        <w:t>1:19:49</w:t>
      </w:r>
    </w:p>
    <w:p>
      <w:pPr>
        <w:spacing w:after="0"/>
      </w:pPr>
      <w:r>
        <w:rPr>
          <w:rFonts w:ascii="Arial" w:hAnsi="Arial"/>
          <w:sz w:val="22"/>
        </w:rPr>
        <w:t xml:space="preserve">thanks for that, Alice. Is there anything else we need to before? </w:t>
      </w:r>
    </w:p>
    <w:p>
      <w:pPr>
        <w:spacing w:after="0"/>
      </w:pPr>
    </w:p>
    <w:p>
      <w:pPr>
        <w:spacing w:after="0"/>
      </w:pPr>
      <w:r>
        <w:rPr>
          <w:rFonts w:ascii="Arial" w:hAnsi="Arial"/>
          <w:b/>
          <w:sz w:val="22"/>
        </w:rPr>
        <w:t xml:space="preserve">Alice  </w:t>
      </w:r>
      <w:r>
        <w:rPr>
          <w:rFonts w:ascii="Arial" w:hAnsi="Arial"/>
          <w:color w:val="5D7284"/>
          <w:sz w:val="22"/>
        </w:rPr>
        <w:t>1:19:55</w:t>
      </w:r>
    </w:p>
    <w:p>
      <w:pPr>
        <w:spacing w:after="0"/>
      </w:pPr>
      <w:r>
        <w:rPr>
          <w:rFonts w:ascii="Arial" w:hAnsi="Arial"/>
          <w:sz w:val="22"/>
        </w:rPr>
        <w:t>So if you haven't already subscribed to the newsletter, go and do so and hear. And Emma talking about potent and, yeah, I won't do anything Shakespeare for a while. I think I'm a bit Shakespeare'd out. Yeah, and you want something a bit lighter. We've got another fABLEd coming up this series. It's all about a quiet place. So that was a little bit little bit less intense,</w:t>
      </w:r>
    </w:p>
    <w:p>
      <w:pPr>
        <w:spacing w:after="0"/>
      </w:pPr>
    </w:p>
    <w:p>
      <w:pPr>
        <w:spacing w:after="0"/>
      </w:pPr>
      <w:r>
        <w:rPr>
          <w:rFonts w:ascii="Arial" w:hAnsi="Arial"/>
          <w:b/>
          <w:sz w:val="22"/>
        </w:rPr>
        <w:t xml:space="preserve">Lucy  </w:t>
      </w:r>
      <w:r>
        <w:rPr>
          <w:rFonts w:ascii="Arial" w:hAnsi="Arial"/>
          <w:color w:val="5D7284"/>
          <w:sz w:val="22"/>
        </w:rPr>
        <w:t>1:20:22</w:t>
      </w:r>
    </w:p>
    <w:p>
      <w:pPr>
        <w:spacing w:after="0"/>
      </w:pPr>
      <w:r>
        <w:rPr>
          <w:rFonts w:ascii="Arial" w:hAnsi="Arial"/>
          <w:sz w:val="22"/>
        </w:rPr>
        <w:t>just a lot of jump scares as far as Yeah, all right, we will see you next time for another episode of the lABLEd podcast. But for now, we will say goodbye. So</w:t>
      </w:r>
    </w:p>
    <w:p>
      <w:pPr>
        <w:spacing w:after="0"/>
      </w:pPr>
    </w:p>
    <w:p>
      <w:pPr>
        <w:spacing w:after="0"/>
      </w:pPr>
      <w:r>
        <w:rPr>
          <w:rFonts w:ascii="Arial" w:hAnsi="Arial"/>
          <w:b/>
          <w:sz w:val="22"/>
        </w:rPr>
        <w:t xml:space="preserve">Alice  </w:t>
      </w:r>
      <w:r>
        <w:rPr>
          <w:rFonts w:ascii="Arial" w:hAnsi="Arial"/>
          <w:color w:val="5D7284"/>
          <w:sz w:val="22"/>
        </w:rPr>
        <w:t>1:20:33</w:t>
      </w:r>
    </w:p>
    <w:p>
      <w:pPr>
        <w:spacing w:after="0"/>
      </w:pPr>
      <w:r>
        <w:rPr>
          <w:rFonts w:ascii="Arial" w:hAnsi="Arial"/>
          <w:sz w:val="22"/>
        </w:rPr>
        <w:t>bye, bye, goodbye.</w:t>
      </w:r>
    </w:p>
    <w:p>
      <w:pPr>
        <w:spacing w:after="0"/>
      </w:pPr>
    </w:p>
    <w:p>
      <w:pPr>
        <w:spacing w:after="0"/>
      </w:pPr>
      <w:r>
        <w:rPr>
          <w:rFonts w:ascii="Arial" w:hAnsi="Arial"/>
          <w:b/>
          <w:sz w:val="22"/>
        </w:rPr>
        <w:t xml:space="preserve">Alice  </w:t>
      </w:r>
      <w:r>
        <w:rPr>
          <w:rFonts w:ascii="Arial" w:hAnsi="Arial"/>
          <w:color w:val="5D7284"/>
          <w:sz w:val="22"/>
        </w:rPr>
        <w:t>1:20:34</w:t>
      </w:r>
    </w:p>
    <w:p>
      <w:pPr>
        <w:spacing w:after="0"/>
      </w:pPr>
      <w:r>
        <w:rPr>
          <w:rFonts w:ascii="Arial" w:hAnsi="Arial"/>
          <w:sz w:val="22"/>
        </w:rPr>
        <w:t>Shhh Don't wake Dora.</w:t>
      </w:r>
    </w:p>
    <w:p>
      <w:pPr>
        <w:spacing w:after="0"/>
      </w:pPr>
    </w:p>
    <w:p>
      <w:pPr>
        <w:spacing w:after="0"/>
      </w:pPr>
      <w:r>
        <w:rPr>
          <w:rFonts w:ascii="Arial" w:hAnsi="Arial"/>
          <w:b/>
          <w:sz w:val="22"/>
        </w:rPr>
        <w:t xml:space="preserve">Alice  </w:t>
      </w:r>
      <w:r>
        <w:rPr>
          <w:rFonts w:ascii="Arial" w:hAnsi="Arial"/>
          <w:color w:val="5D7284"/>
          <w:sz w:val="22"/>
        </w:rPr>
        <w:t>1:20:39</w:t>
      </w:r>
    </w:p>
    <w:p>
      <w:pPr>
        <w:spacing w:after="0"/>
      </w:pPr>
      <w:r>
        <w:rPr>
          <w:rFonts w:ascii="Arial" w:hAnsi="Arial"/>
          <w:sz w:val="22"/>
        </w:rPr>
        <w:t xml:space="preserve">Thanks for listening to the labeled podcast. If you like the show, you can rate review and subscribe, and you can follow us on social media at lABLEd pod. </w:t>
      </w:r>
    </w:p>
    <w:p>
      <w:pPr>
        <w:spacing w:after="0"/>
      </w:pPr>
    </w:p>
    <w:p>
      <w:pPr>
        <w:spacing w:after="0"/>
      </w:pPr>
      <w:r>
        <w:rPr>
          <w:rFonts w:ascii="Arial" w:hAnsi="Arial"/>
          <w:b/>
          <w:sz w:val="22"/>
        </w:rPr>
        <w:t xml:space="preserve">Lucy  </w:t>
      </w:r>
      <w:r>
        <w:rPr>
          <w:rFonts w:ascii="Arial" w:hAnsi="Arial"/>
          <w:color w:val="5D7284"/>
          <w:sz w:val="22"/>
        </w:rPr>
        <w:t>1:20:49</w:t>
      </w:r>
    </w:p>
    <w:p>
      <w:pPr>
        <w:spacing w:after="0"/>
      </w:pPr>
      <w:r>
        <w:rPr>
          <w:rFonts w:ascii="Arial" w:hAnsi="Arial"/>
          <w:sz w:val="22"/>
        </w:rPr>
        <w:t xml:space="preserve">This episode was edited by Adam Hull. Our music was by Maisie crunden, and we'd like to thank the rest of the team involved.  </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