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Ep 59 ZUbee First Edit</w:t>
      </w:r>
    </w:p>
    <w:p>
      <w:r>
        <w:rPr>
          <w:rFonts w:ascii="Arial" w:hAnsi="Arial"/>
          <w:color w:val="4F6880"/>
          <w:sz w:val="22"/>
        </w:rPr>
        <w:t>Thu, Sep 26, 2024 12:42PM • 48:50</w:t>
      </w:r>
    </w:p>
    <w:p>
      <w:pPr>
        <w:spacing w:before="440" w:after="0"/>
      </w:pPr>
      <w:r>
        <w:rPr>
          <w:rFonts w:ascii="Arial" w:hAnsi="Arial"/>
          <w:b/>
          <w:color w:val="4F6880"/>
          <w:sz w:val="22"/>
        </w:rPr>
        <w:t>SUMMARY KEYWORDS</w:t>
      </w:r>
    </w:p>
    <w:p>
      <w:r>
        <w:rPr>
          <w:rFonts w:ascii="Arial" w:hAnsi="Arial"/>
          <w:color w:val="4F6880"/>
          <w:sz w:val="22"/>
        </w:rPr>
        <w:t>disability podcast, accessible events, ethnic minority, voice empowerment, business challenges, social media boost, inclusive fashion, event accessibility, podcast funding, guest interviews, cultural barriers, disability advocacy, entrepreneurial journey, community support, podcast success</w:t>
      </w:r>
    </w:p>
    <w:p>
      <w:pPr>
        <w:spacing w:before="440" w:after="0"/>
      </w:pPr>
      <w:r>
        <w:rPr>
          <w:rFonts w:ascii="Arial" w:hAnsi="Arial"/>
          <w:b/>
          <w:color w:val="4F6880"/>
          <w:sz w:val="22"/>
        </w:rPr>
        <w:t>SPEAKERS</w:t>
      </w:r>
    </w:p>
    <w:p>
      <w:r>
        <w:rPr>
          <w:rFonts w:ascii="Arial" w:hAnsi="Arial"/>
          <w:color w:val="4F6880"/>
          <w:sz w:val="22"/>
        </w:rPr>
        <w:t>Theme Tune, ZUbee, 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label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00:06</w:t>
      </w:r>
    </w:p>
    <w:p>
      <w:pPr>
        <w:spacing w:after="0"/>
      </w:pPr>
      <w:r>
        <w:rPr>
          <w:rFonts w:ascii="Arial" w:hAnsi="Arial"/>
          <w:sz w:val="22"/>
        </w:rPr>
        <w:t>and I'm Alice, *woof woof* and that's Lola.</w:t>
      </w:r>
    </w:p>
    <w:p>
      <w:pPr>
        <w:spacing w:after="0"/>
      </w:pPr>
    </w:p>
    <w:p>
      <w:pPr>
        <w:spacing w:after="0"/>
      </w:pPr>
      <w:r>
        <w:rPr>
          <w:rFonts w:ascii="Arial" w:hAnsi="Arial"/>
          <w:b/>
          <w:sz w:val="22"/>
        </w:rPr>
        <w:t xml:space="preserve">Theme Tune  </w:t>
      </w:r>
      <w:r>
        <w:rPr>
          <w:rFonts w:ascii="Arial" w:hAnsi="Arial"/>
          <w:color w:val="5D7284"/>
          <w:sz w:val="22"/>
        </w:rPr>
        <w:t>00:12</w:t>
      </w:r>
    </w:p>
    <w:p>
      <w:pPr>
        <w:spacing w:after="0"/>
      </w:pPr>
      <w:r>
        <w:rPr>
          <w:rFonts w:ascii="Arial" w:hAnsi="Arial"/>
          <w:sz w:val="22"/>
        </w:rPr>
        <w:t>I'm just labeled me. I'm just labeled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 Hello everyone. Welcome to a brand new episode of the labled podcast with me, Alice, and my co host, Lucy.</w:t>
      </w:r>
    </w:p>
    <w:p>
      <w:pPr>
        <w:spacing w:after="0"/>
      </w:pPr>
    </w:p>
    <w:p>
      <w:pPr>
        <w:spacing w:after="0"/>
      </w:pPr>
      <w:r>
        <w:rPr>
          <w:rFonts w:ascii="Arial" w:hAnsi="Arial"/>
          <w:b/>
          <w:sz w:val="22"/>
        </w:rPr>
        <w:t xml:space="preserve">Lucy  </w:t>
      </w:r>
      <w:r>
        <w:rPr>
          <w:rFonts w:ascii="Arial" w:hAnsi="Arial"/>
          <w:color w:val="5D7284"/>
          <w:sz w:val="22"/>
        </w:rPr>
        <w:t>00:53</w:t>
      </w:r>
    </w:p>
    <w:p>
      <w:pPr>
        <w:spacing w:after="0"/>
      </w:pPr>
      <w:r>
        <w:rPr>
          <w:rFonts w:ascii="Arial" w:hAnsi="Arial"/>
          <w:sz w:val="22"/>
        </w:rPr>
        <w:t>Hello, good morning, good afternoon, good evening. Wherever you're listening like we're international celebrities. Let's just pretend for a while shall we</w:t>
      </w:r>
    </w:p>
    <w:p>
      <w:pPr>
        <w:spacing w:after="0"/>
      </w:pPr>
    </w:p>
    <w:p>
      <w:pPr>
        <w:spacing w:after="0"/>
      </w:pPr>
      <w:r>
        <w:rPr>
          <w:rFonts w:ascii="Arial" w:hAnsi="Arial"/>
          <w:b/>
          <w:sz w:val="22"/>
        </w:rPr>
        <w:t xml:space="preserve">Alice  </w:t>
      </w:r>
      <w:r>
        <w:rPr>
          <w:rFonts w:ascii="Arial" w:hAnsi="Arial"/>
          <w:color w:val="5D7284"/>
          <w:sz w:val="22"/>
        </w:rPr>
        <w:t>01:03</w:t>
      </w:r>
    </w:p>
    <w:p>
      <w:pPr>
        <w:spacing w:after="0"/>
      </w:pPr>
      <w:r>
        <w:rPr>
          <w:rFonts w:ascii="Arial" w:hAnsi="Arial"/>
          <w:sz w:val="22"/>
        </w:rPr>
        <w:t>well? And that's the beauty of podcasts. You can listen at any time of the day.</w:t>
      </w:r>
    </w:p>
    <w:p>
      <w:pPr>
        <w:spacing w:after="0"/>
      </w:pPr>
    </w:p>
    <w:p>
      <w:pPr>
        <w:spacing w:after="0"/>
      </w:pPr>
      <w:r>
        <w:rPr>
          <w:rFonts w:ascii="Arial" w:hAnsi="Arial"/>
          <w:b/>
          <w:sz w:val="22"/>
        </w:rPr>
        <w:t xml:space="preserve">Lucy  </w:t>
      </w:r>
      <w:r>
        <w:rPr>
          <w:rFonts w:ascii="Arial" w:hAnsi="Arial"/>
          <w:color w:val="5D7284"/>
          <w:sz w:val="22"/>
        </w:rPr>
        <w:t>01:08</w:t>
      </w:r>
    </w:p>
    <w:p>
      <w:pPr>
        <w:spacing w:after="0"/>
      </w:pPr>
      <w:r>
        <w:rPr>
          <w:rFonts w:ascii="Arial" w:hAnsi="Arial"/>
          <w:sz w:val="22"/>
        </w:rPr>
        <w:t>So how are you my love? Yeah,</w:t>
      </w:r>
    </w:p>
    <w:p>
      <w:pPr>
        <w:spacing w:after="0"/>
      </w:pPr>
    </w:p>
    <w:p>
      <w:pPr>
        <w:spacing w:after="0"/>
      </w:pPr>
      <w:r>
        <w:rPr>
          <w:rFonts w:ascii="Arial" w:hAnsi="Arial"/>
          <w:b/>
          <w:sz w:val="22"/>
        </w:rPr>
        <w:t xml:space="preserve">Alice  </w:t>
      </w:r>
      <w:r>
        <w:rPr>
          <w:rFonts w:ascii="Arial" w:hAnsi="Arial"/>
          <w:color w:val="5D7284"/>
          <w:sz w:val="22"/>
        </w:rPr>
        <w:t>01:11</w:t>
      </w:r>
    </w:p>
    <w:p>
      <w:pPr>
        <w:spacing w:after="0"/>
      </w:pPr>
      <w:r>
        <w:rPr>
          <w:rFonts w:ascii="Arial" w:hAnsi="Arial"/>
          <w:sz w:val="22"/>
        </w:rPr>
        <w:t>yeah. I am not too bad I am busy as ever. I had a a nice I went to a work meeting yesterday that was being held in a theatre, and I got there early, and there happened to be a guide dogs event on where they happened to be selling cake. So Dora got to have some fun with other dogs. I got to have some cake. So I'm still riding on that fortuitous high.</w:t>
      </w:r>
    </w:p>
    <w:p>
      <w:pPr>
        <w:spacing w:after="0"/>
      </w:pPr>
    </w:p>
    <w:p>
      <w:pPr>
        <w:spacing w:after="0"/>
      </w:pPr>
      <w:r>
        <w:rPr>
          <w:rFonts w:ascii="Arial" w:hAnsi="Arial"/>
          <w:b/>
          <w:sz w:val="22"/>
        </w:rPr>
        <w:t xml:space="preserve">Lucy  </w:t>
      </w:r>
      <w:r>
        <w:rPr>
          <w:rFonts w:ascii="Arial" w:hAnsi="Arial"/>
          <w:color w:val="5D7284"/>
          <w:sz w:val="22"/>
        </w:rPr>
        <w:t>01:40</w:t>
      </w:r>
    </w:p>
    <w:p>
      <w:pPr>
        <w:spacing w:after="0"/>
      </w:pPr>
      <w:r>
        <w:rPr>
          <w:rFonts w:ascii="Arial" w:hAnsi="Arial"/>
          <w:sz w:val="22"/>
        </w:rPr>
        <w:t>And I had a good day yesterday, because my mom bought me a Greg's home for my lunch. So I was very happy to have a sausage roll and a chocolate Eclair, and then I'm on annual leave as well. So that's double whammy, isn't it? You know, celebrating, there</w:t>
      </w:r>
    </w:p>
    <w:p>
      <w:pPr>
        <w:spacing w:after="0"/>
      </w:pPr>
    </w:p>
    <w:p>
      <w:pPr>
        <w:spacing w:after="0"/>
      </w:pPr>
      <w:r>
        <w:rPr>
          <w:rFonts w:ascii="Arial" w:hAnsi="Arial"/>
          <w:b/>
          <w:sz w:val="22"/>
        </w:rPr>
        <w:t xml:space="preserve">Alice  </w:t>
      </w:r>
      <w:r>
        <w:rPr>
          <w:rFonts w:ascii="Arial" w:hAnsi="Arial"/>
          <w:color w:val="5D7284"/>
          <w:sz w:val="22"/>
        </w:rPr>
        <w:t>01:55</w:t>
      </w:r>
    </w:p>
    <w:p>
      <w:pPr>
        <w:spacing w:after="0"/>
      </w:pPr>
      <w:r>
        <w:rPr>
          <w:rFonts w:ascii="Arial" w:hAnsi="Arial"/>
          <w:sz w:val="22"/>
        </w:rPr>
        <w:t>you go. Can't go wrong with the chocolate Eclair either. No. So we have a guest with us today. This is somebody who's been very patient with us. We've had to reschedule a couple of times, but I think it's going to be worth it. I'm really excited to have our guest with us today. She is a fellow podcaster, disabled podcaster, zubi. Would you like to introduce yourself to our listeners?</w:t>
      </w:r>
    </w:p>
    <w:p>
      <w:pPr>
        <w:spacing w:after="0"/>
      </w:pPr>
    </w:p>
    <w:p>
      <w:pPr>
        <w:spacing w:after="0"/>
      </w:pPr>
      <w:r>
        <w:rPr>
          <w:rFonts w:ascii="Arial" w:hAnsi="Arial"/>
          <w:b/>
          <w:sz w:val="22"/>
        </w:rPr>
        <w:t xml:space="preserve">ZUbee  </w:t>
      </w:r>
      <w:r>
        <w:rPr>
          <w:rFonts w:ascii="Arial" w:hAnsi="Arial"/>
          <w:color w:val="5D7284"/>
          <w:sz w:val="22"/>
        </w:rPr>
        <w:t>02:24</w:t>
      </w:r>
    </w:p>
    <w:p>
      <w:pPr>
        <w:spacing w:after="0"/>
      </w:pPr>
      <w:r>
        <w:rPr>
          <w:rFonts w:ascii="Arial" w:hAnsi="Arial"/>
          <w:sz w:val="22"/>
        </w:rPr>
        <w:t>Yes. Um, thank you. Alice. Um, hello everyone. So my name is ZUbee. I'm a founder and disabled entrepreneur. I run a company called access my events, which aims to make events accessible for disabled people. So it's a consultancy based service. I'm still, obviously in the process, early stages of starting up, and it's all a bit of a learning experience, but I'm really enjoying it, even though there's quite a lot of challenges to overcome. But so far it's been, it's been a long journey, but I'm slowly, slowly getting there, and it's slowly, slowly progressing. And I also, aside from running my business, I also started a podcast in September of 2022, and it's called 'My Voice' and the focus of my voice podcast aims to give disabled people from ethnic minority backgrounds a voice to share their stories. So it's mainly focused on the unheard voices that we don't hear. So I just sort of the main reason that I actually wanted to start a podcast was actually a while back, I was doing a bit of research, because I wanted to get into doing some voiceover work, and I found that it was really difficult to get into that specific industry, so I thought, why not start a podcast? So I started doing a bit of research into it, and seeing how things, you know, how things progress. And, you know, and throughout this process, it's still very early stages, but I've managed to interview some really inspiring and great people so far. So again, I'm looking to see how it all progresses.</w:t>
      </w:r>
    </w:p>
    <w:p>
      <w:pPr>
        <w:spacing w:after="0"/>
      </w:pPr>
    </w:p>
    <w:p>
      <w:pPr>
        <w:spacing w:after="0"/>
      </w:pPr>
      <w:r>
        <w:rPr>
          <w:rFonts w:ascii="Arial" w:hAnsi="Arial"/>
          <w:b/>
          <w:sz w:val="22"/>
        </w:rPr>
        <w:t xml:space="preserve">Lucy  </w:t>
      </w:r>
      <w:r>
        <w:rPr>
          <w:rFonts w:ascii="Arial" w:hAnsi="Arial"/>
          <w:color w:val="5D7284"/>
          <w:sz w:val="22"/>
        </w:rPr>
        <w:t>04:14</w:t>
      </w:r>
    </w:p>
    <w:p>
      <w:pPr>
        <w:spacing w:after="0"/>
      </w:pPr>
      <w:r>
        <w:rPr>
          <w:rFonts w:ascii="Arial" w:hAnsi="Arial"/>
          <w:sz w:val="22"/>
        </w:rPr>
        <w:t>ZUbee, do you find that when you meet other disabled people, it kind of opens your eyes a bit to the world you know, of disability that you were unaware of. I often say that this podcast has made me a better disabled person, more empathetic towards other people's sort of challenges in life, because it just you every every episode that we record is like a learning experience for me. And I just find it fascinating to be able to sit down and talk to these people and think, Wow, I never realised you know that that was the case for this person. And I do think it's definitely made me a better disabled person in that way. What are your thoughts on that?</w:t>
      </w:r>
    </w:p>
    <w:p>
      <w:pPr>
        <w:spacing w:after="0"/>
      </w:pPr>
    </w:p>
    <w:p>
      <w:pPr>
        <w:spacing w:after="0"/>
      </w:pPr>
      <w:r>
        <w:rPr>
          <w:rFonts w:ascii="Arial" w:hAnsi="Arial"/>
          <w:b/>
          <w:sz w:val="22"/>
        </w:rPr>
        <w:t xml:space="preserve">ZUbee  </w:t>
      </w:r>
      <w:r>
        <w:rPr>
          <w:rFonts w:ascii="Arial" w:hAnsi="Arial"/>
          <w:color w:val="5D7284"/>
          <w:sz w:val="22"/>
        </w:rPr>
        <w:t>04:58</w:t>
      </w:r>
    </w:p>
    <w:p>
      <w:pPr>
        <w:spacing w:after="0"/>
      </w:pPr>
      <w:r>
        <w:rPr>
          <w:rFonts w:ascii="Arial" w:hAnsi="Arial"/>
          <w:sz w:val="22"/>
        </w:rPr>
        <w:t>Yeah and everyone's obviously, journey is different. And you sort of, like, you sort of meet people from different areas of life, and it's just really interesting to hear their stories. So yeah, I totally Yeah. I agree with you on that one, yeah.</w:t>
      </w:r>
    </w:p>
    <w:p>
      <w:pPr>
        <w:spacing w:after="0"/>
      </w:pPr>
    </w:p>
    <w:p>
      <w:pPr>
        <w:spacing w:after="0"/>
      </w:pPr>
      <w:r>
        <w:rPr>
          <w:rFonts w:ascii="Arial" w:hAnsi="Arial"/>
          <w:b/>
          <w:sz w:val="22"/>
        </w:rPr>
        <w:t xml:space="preserve">Alice  </w:t>
      </w:r>
      <w:r>
        <w:rPr>
          <w:rFonts w:ascii="Arial" w:hAnsi="Arial"/>
          <w:color w:val="5D7284"/>
          <w:sz w:val="22"/>
        </w:rPr>
        <w:t>05:13</w:t>
      </w:r>
    </w:p>
    <w:p>
      <w:pPr>
        <w:spacing w:after="0"/>
      </w:pPr>
      <w:r>
        <w:rPr>
          <w:rFonts w:ascii="Arial" w:hAnsi="Arial"/>
          <w:sz w:val="22"/>
        </w:rPr>
        <w:t>And I think that, you know, you're sort of, what's the word I'm looking for. You're sort of like USP, for your podcast of having, you know, ethnic minorities on. It's one of the things that I always, you know, we always say, as you said just then, that you know every person's journey is different, and part of what shapes your journey. It's not just you know that you're disabled, but it's, it's the specifics of your disability, but it's also the specifics of all the other elements of your identity. You know you're not just disabled. You might be disabled and a woman, you might be disabled and gay, you might be disabled and black, like those. All of those things shape your journey and your experience. And I think that's like I always think the people who are the most fascinating guests for me are quite often the people whose journey is so different to mine because of all of those different kind of elements of their identity,</w:t>
      </w:r>
    </w:p>
    <w:p>
      <w:pPr>
        <w:spacing w:after="0"/>
      </w:pPr>
    </w:p>
    <w:p>
      <w:pPr>
        <w:spacing w:after="0"/>
      </w:pPr>
      <w:r>
        <w:rPr>
          <w:rFonts w:ascii="Arial" w:hAnsi="Arial"/>
          <w:b/>
          <w:sz w:val="22"/>
        </w:rPr>
        <w:t xml:space="preserve">ZUbee  </w:t>
      </w:r>
      <w:r>
        <w:rPr>
          <w:rFonts w:ascii="Arial" w:hAnsi="Arial"/>
          <w:color w:val="5D7284"/>
          <w:sz w:val="22"/>
        </w:rPr>
        <w:t>06:09</w:t>
      </w:r>
    </w:p>
    <w:p>
      <w:pPr>
        <w:spacing w:after="0"/>
      </w:pPr>
      <w:r>
        <w:rPr>
          <w:rFonts w:ascii="Arial" w:hAnsi="Arial"/>
          <w:sz w:val="22"/>
        </w:rPr>
        <w:t>Absolutely just with everything that you do as well. One thing is, it's a journey, and it's also just a learning experience. And there's things that I didn't know that I could do, that I'm sort of learning on both of these journeys, and doing the podcast for one, and then doing my business. There were certain things I didn't think I could do. So doing, doing all of those together, you know, I'm just again, learning things along the way as well about myself. So yeah,</w:t>
      </w:r>
    </w:p>
    <w:p>
      <w:pPr>
        <w:spacing w:after="0"/>
      </w:pPr>
    </w:p>
    <w:p>
      <w:pPr>
        <w:spacing w:after="0"/>
      </w:pPr>
      <w:r>
        <w:rPr>
          <w:rFonts w:ascii="Arial" w:hAnsi="Arial"/>
          <w:b/>
          <w:sz w:val="22"/>
        </w:rPr>
        <w:t xml:space="preserve">Lucy  </w:t>
      </w:r>
      <w:r>
        <w:rPr>
          <w:rFonts w:ascii="Arial" w:hAnsi="Arial"/>
          <w:color w:val="5D7284"/>
          <w:sz w:val="22"/>
        </w:rPr>
        <w:t>06:35</w:t>
      </w:r>
    </w:p>
    <w:p>
      <w:pPr>
        <w:spacing w:after="0"/>
      </w:pPr>
      <w:r>
        <w:rPr>
          <w:rFonts w:ascii="Arial" w:hAnsi="Arial"/>
          <w:sz w:val="22"/>
        </w:rPr>
        <w:t>and I think, I think that is a great thing to do. That is to, you know, to be able to give, be given the opportunity to to sort of challenge your skills a little bit. When we started this podcast as the power of, you know me and Alice, I thought to myself, I don't know if it will be any good at this. I've had experience in like radio and that kind of thing, but I didn't know whether I was going to be any good at it. What I've actually found is, and I don't mean to boast about this, I'm quite good at this, if I do say so myself. And now I've landed like, the you know, I got, I've got tasks at work. Was like, Oh, can you produce this podcast for work, please? And I'm like, Yeah, I suppose so. I think I know what I'm doing, but actually, the more I do it, the better I get at it. In a repetitive let's have a go. And I think disabled people, they're often, they can often think to themselves, Oh, I can't. I'm not capable of doing that. But until you try, you never know, do you I think, I think it's a great opportunity, you know, to be able to think to yourself, I'm going to try and do this is a great thing, especially when you have other difficulties in life, you know, to be able to look at things and go, I'm going to give it a go and be determined enough to try. You know,</w:t>
      </w:r>
    </w:p>
    <w:p>
      <w:pPr>
        <w:spacing w:after="0"/>
      </w:pPr>
    </w:p>
    <w:p>
      <w:pPr>
        <w:spacing w:after="0"/>
      </w:pPr>
      <w:r>
        <w:rPr>
          <w:rFonts w:ascii="Arial" w:hAnsi="Arial"/>
          <w:b/>
          <w:sz w:val="22"/>
        </w:rPr>
        <w:t xml:space="preserve">Alice  </w:t>
      </w:r>
      <w:r>
        <w:rPr>
          <w:rFonts w:ascii="Arial" w:hAnsi="Arial"/>
          <w:color w:val="5D7284"/>
          <w:sz w:val="22"/>
        </w:rPr>
        <w:t>07:49</w:t>
      </w:r>
    </w:p>
    <w:p>
      <w:pPr>
        <w:spacing w:after="0"/>
      </w:pPr>
      <w:r>
        <w:rPr>
          <w:rFonts w:ascii="Arial" w:hAnsi="Arial"/>
          <w:sz w:val="22"/>
        </w:rPr>
        <w:t>I think that's why it's really important. I think that's why it's really important to have different people from different backgrounds, you know, showcasing what they've done. Because, like, you know, there will be, there will be people that kind of, you know, and who will go, I can't do something. And then they'll see someone like them doing it, yeah, and go, Oh, well, maybe I can. And it's, it's that, it's about feeling, you know, reflected in kind of the rest of the wider world, isn't it? And seeing yourself in in positions of success, even if it's not actually you, yeah,</w:t>
      </w:r>
    </w:p>
    <w:p>
      <w:pPr>
        <w:spacing w:after="0"/>
      </w:pPr>
    </w:p>
    <w:p>
      <w:pPr>
        <w:spacing w:after="0"/>
      </w:pPr>
      <w:r>
        <w:rPr>
          <w:rFonts w:ascii="Arial" w:hAnsi="Arial"/>
          <w:b/>
          <w:sz w:val="22"/>
        </w:rPr>
        <w:t xml:space="preserve">ZUbee  </w:t>
      </w:r>
      <w:r>
        <w:rPr>
          <w:rFonts w:ascii="Arial" w:hAnsi="Arial"/>
          <w:color w:val="5D7284"/>
          <w:sz w:val="22"/>
        </w:rPr>
        <w:t>08:27</w:t>
      </w:r>
    </w:p>
    <w:p>
      <w:pPr>
        <w:spacing w:after="0"/>
      </w:pPr>
      <w:r>
        <w:rPr>
          <w:rFonts w:ascii="Arial" w:hAnsi="Arial"/>
          <w:sz w:val="22"/>
        </w:rPr>
        <w:t>no, but exactly, and like they say, surrounding yourself with like minded individuals, it does spur you one because that's how I've sort of felt along the way as well. And just reading people's journeys, and, you know, just it can be anybody doesn't have to be somebody with a disability, but just reading their journeys and how they've got to where they are, it's just really interesting, and it can be very motivating.</w:t>
      </w:r>
    </w:p>
    <w:p>
      <w:pPr>
        <w:spacing w:after="0"/>
      </w:pPr>
    </w:p>
    <w:p>
      <w:pPr>
        <w:spacing w:after="0"/>
      </w:pPr>
      <w:r>
        <w:rPr>
          <w:rFonts w:ascii="Arial" w:hAnsi="Arial"/>
          <w:b/>
          <w:sz w:val="22"/>
        </w:rPr>
        <w:t xml:space="preserve">Alice  </w:t>
      </w:r>
      <w:r>
        <w:rPr>
          <w:rFonts w:ascii="Arial" w:hAnsi="Arial"/>
          <w:color w:val="5D7284"/>
          <w:sz w:val="22"/>
        </w:rPr>
        <w:t>08:53</w:t>
      </w:r>
    </w:p>
    <w:p>
      <w:pPr>
        <w:spacing w:after="0"/>
      </w:pPr>
      <w:r>
        <w:rPr>
          <w:rFonts w:ascii="Arial" w:hAnsi="Arial"/>
          <w:sz w:val="22"/>
        </w:rPr>
        <w:t>And even just hearing your sorry, go ahead, I was just gonna say ZUbee, even hearing you talking about starting your own business. Like, I've loved kind of the idea of maybe starting something myself, and just thought, I don't even know where I would start with this, like, Yeah, but that that knowing that like you, if you can do it like you know that in the nicest way possible, you're just kind of out there doing it like you're not, you're not sort of, you know, a celebrity, or like, you know, a CEO or a huge already, you know, got pots of money behind you. You're just someone who's just gone. I'm, I've got an idea. I've got, you know, I'm going to push my skills, and I'm going to start it like that is, you know, we talk a lot about people being inspired by disabled people for the wrong reasons, but for me, that's really inspiring, like, you've just gone, fuck it. I'm, I'm just, I know I'm not anyone special, but I'm going to do this because I want to, and I can push myself. You</w:t>
      </w:r>
    </w:p>
    <w:p>
      <w:pPr>
        <w:spacing w:after="0"/>
      </w:pPr>
    </w:p>
    <w:p>
      <w:pPr>
        <w:spacing w:after="0"/>
      </w:pPr>
      <w:r>
        <w:rPr>
          <w:rFonts w:ascii="Arial" w:hAnsi="Arial"/>
          <w:b/>
          <w:sz w:val="22"/>
        </w:rPr>
        <w:t xml:space="preserve">ZUbee  </w:t>
      </w:r>
      <w:r>
        <w:rPr>
          <w:rFonts w:ascii="Arial" w:hAnsi="Arial"/>
          <w:color w:val="5D7284"/>
          <w:sz w:val="22"/>
        </w:rPr>
        <w:t>09:56</w:t>
      </w:r>
    </w:p>
    <w:p>
      <w:pPr>
        <w:spacing w:after="0"/>
      </w:pPr>
      <w:r>
        <w:rPr>
          <w:rFonts w:ascii="Arial" w:hAnsi="Arial"/>
          <w:sz w:val="22"/>
        </w:rPr>
        <w:t>won't believe this. Well, I've been, I've had the. Do for a long time, and it's like, literally, it's taken me, like, 10 years, and I'm still doing it. There were many times that I actually wanted to give up. And it hasn't been an easy journey. I've got to tell you that, and to this day, it's still not been easy. But what I found is, when I started, and still it can be very difficult as a disabled person, there is, there's a lack of support out there. And as somebody who is new to business, it is very, very difficult to start, or even to find a way of what you're supposed to be doing and how to go about everything. So it hasn't been an easy it hasn't been an easy journey</w:t>
      </w:r>
    </w:p>
    <w:p>
      <w:pPr>
        <w:spacing w:after="0"/>
      </w:pPr>
    </w:p>
    <w:p>
      <w:pPr>
        <w:spacing w:after="0"/>
      </w:pPr>
      <w:r>
        <w:rPr>
          <w:rFonts w:ascii="Arial" w:hAnsi="Arial"/>
          <w:b/>
          <w:sz w:val="22"/>
        </w:rPr>
        <w:t xml:space="preserve">Lucy  </w:t>
      </w:r>
      <w:r>
        <w:rPr>
          <w:rFonts w:ascii="Arial" w:hAnsi="Arial"/>
          <w:color w:val="5D7284"/>
          <w:sz w:val="22"/>
        </w:rPr>
        <w:t>09:56</w:t>
      </w:r>
    </w:p>
    <w:p>
      <w:pPr>
        <w:spacing w:after="0"/>
      </w:pPr>
      <w:r>
        <w:rPr>
          <w:rFonts w:ascii="Arial" w:hAnsi="Arial"/>
          <w:sz w:val="22"/>
        </w:rPr>
        <w:t>If you think about it, ZUbee as well, if you think about the challenges of setting up a business in the first place, whether you're disabled or non disabled. So if you're a non disabled person, you think, Well, I'm going to start a business. There were so many challenges before you've even, like, made your first little bit of money. But if you then add the disability experience on top of that, you think, how am I going to cope with, you know, fluctuating pain levels, energy levels, that kind of thing, so getting the right support in place so I can actually attend meetings, and you think of all of that extra stuff on top all of that process. Yeah, it's just before you think I'm exhausted, but I'm not even going to bother. I'm exhausted. Like, do you know what I mean?</w:t>
      </w:r>
    </w:p>
    <w:p>
      <w:pPr>
        <w:spacing w:after="0"/>
      </w:pPr>
    </w:p>
    <w:p>
      <w:pPr>
        <w:spacing w:after="0"/>
      </w:pPr>
      <w:r>
        <w:rPr>
          <w:rFonts w:ascii="Arial" w:hAnsi="Arial"/>
          <w:b/>
          <w:sz w:val="22"/>
        </w:rPr>
        <w:t xml:space="preserve">Alice  </w:t>
      </w:r>
      <w:r>
        <w:rPr>
          <w:rFonts w:ascii="Arial" w:hAnsi="Arial"/>
          <w:color w:val="5D7284"/>
          <w:sz w:val="22"/>
        </w:rPr>
        <w:t>11:20</w:t>
      </w:r>
    </w:p>
    <w:p>
      <w:pPr>
        <w:spacing w:after="0"/>
      </w:pPr>
      <w:r>
        <w:rPr>
          <w:rFonts w:ascii="Arial" w:hAnsi="Arial"/>
          <w:sz w:val="22"/>
        </w:rPr>
        <w:t>Yeah, and I think, I think the thing that puts me off is just that, like, the idea that I know that you, you're either going to be in a position where you're constantly battling against people's expectations, because they're going to think, but she's disabled, or the other way around, that people are going to be constantly going, Oh, you're so Incredible when you just put your shoes on, you know, and it's that that makes me go. I just, it's, it's the raising your head over the parapet, element of it, a little bit, that makes me go. I don't know whether I want to put myself through it. My</w:t>
      </w:r>
    </w:p>
    <w:p>
      <w:pPr>
        <w:spacing w:after="0"/>
      </w:pPr>
    </w:p>
    <w:p>
      <w:pPr>
        <w:spacing w:after="0"/>
      </w:pPr>
      <w:r>
        <w:rPr>
          <w:rFonts w:ascii="Arial" w:hAnsi="Arial"/>
          <w:b/>
          <w:sz w:val="22"/>
        </w:rPr>
        <w:t xml:space="preserve">ZUbee  </w:t>
      </w:r>
      <w:r>
        <w:rPr>
          <w:rFonts w:ascii="Arial" w:hAnsi="Arial"/>
          <w:color w:val="5D7284"/>
          <w:sz w:val="22"/>
        </w:rPr>
        <w:t>11:53</w:t>
      </w:r>
    </w:p>
    <w:p>
      <w:pPr>
        <w:spacing w:after="0"/>
      </w:pPr>
      <w:r>
        <w:rPr>
          <w:rFonts w:ascii="Arial" w:hAnsi="Arial"/>
          <w:sz w:val="22"/>
        </w:rPr>
        <w:t>thing was, like, initially, sort of starting out, this is worth sort of getting businesses to believe in what I'm trying to do, and getting them sort of coming forward has been very difficult, so that has been a bit of a challenge.</w:t>
      </w:r>
    </w:p>
    <w:p>
      <w:pPr>
        <w:spacing w:after="0"/>
      </w:pPr>
    </w:p>
    <w:p>
      <w:pPr>
        <w:spacing w:after="0"/>
      </w:pPr>
      <w:r>
        <w:rPr>
          <w:rFonts w:ascii="Arial" w:hAnsi="Arial"/>
          <w:b/>
          <w:sz w:val="22"/>
        </w:rPr>
        <w:t xml:space="preserve">Alice  </w:t>
      </w:r>
      <w:r>
        <w:rPr>
          <w:rFonts w:ascii="Arial" w:hAnsi="Arial"/>
          <w:color w:val="5D7284"/>
          <w:sz w:val="22"/>
        </w:rPr>
        <w:t>12:05</w:t>
      </w:r>
    </w:p>
    <w:p>
      <w:pPr>
        <w:spacing w:after="0"/>
      </w:pPr>
      <w:r>
        <w:rPr>
          <w:rFonts w:ascii="Arial" w:hAnsi="Arial"/>
          <w:sz w:val="22"/>
        </w:rPr>
        <w:t>Can you tell us a little bit about kind of your your business and what you do? Sorry, Lucy, I think thats exactly what you were about to ask</w:t>
      </w:r>
    </w:p>
    <w:p>
      <w:pPr>
        <w:spacing w:after="0"/>
      </w:pPr>
    </w:p>
    <w:p>
      <w:pPr>
        <w:spacing w:after="0"/>
      </w:pPr>
      <w:r>
        <w:rPr>
          <w:rFonts w:ascii="Arial" w:hAnsi="Arial"/>
          <w:b/>
          <w:sz w:val="22"/>
        </w:rPr>
        <w:t xml:space="preserve">ZUbee  </w:t>
      </w:r>
      <w:r>
        <w:rPr>
          <w:rFonts w:ascii="Arial" w:hAnsi="Arial"/>
          <w:color w:val="5D7284"/>
          <w:sz w:val="22"/>
        </w:rPr>
        <w:t>12:14</w:t>
      </w:r>
    </w:p>
    <w:p>
      <w:pPr>
        <w:spacing w:after="0"/>
      </w:pPr>
      <w:r>
        <w:rPr>
          <w:rFonts w:ascii="Arial" w:hAnsi="Arial"/>
          <w:sz w:val="22"/>
        </w:rPr>
        <w:t>Yeah, so, so my business, it's a consultancy based service that advises businesses on how to make their events accessible for disabled people. But what has actually given it a real boost was I entered a competition, and it was it's a weekly competition that's run on social media by Dragons' Den Theo Paphitis, and you get to join a if you win, you get to join a large network. It's a business network of over 4000 plus other businesses. And I entered it just by chance, not expecting to win. And my business got chosen, and I was like, literally, I couldn't believe it. So to even be part of that network, it's just incredible. So I wasn't it was I entered it just last year, and it's free. Any business can attend, not attend, any business can enter. And you have to just enter between 5pm and 7:30pm you just put a tweet out, and just, you just sort of like to do a little mini pitch about your business with a post. And if Theo chooses you, then he will retweet your business and to his followers. And you can imagine how many followers he has. So that gives it a real boost. And then a lot of people get to know about it so and then just recently, in February this year, I got to attend, he runs an annual event as part as part of that as well. So you get to attend an annual event, and you get to sort of network and meet with the other business owners as well. So that was really nice.</w:t>
      </w:r>
    </w:p>
    <w:p>
      <w:pPr>
        <w:spacing w:after="0"/>
      </w:pPr>
    </w:p>
    <w:p>
      <w:pPr>
        <w:spacing w:after="0"/>
      </w:pPr>
      <w:r>
        <w:rPr>
          <w:rFonts w:ascii="Arial" w:hAnsi="Arial"/>
          <w:b/>
          <w:sz w:val="22"/>
        </w:rPr>
        <w:t xml:space="preserve">Alice  </w:t>
      </w:r>
      <w:r>
        <w:rPr>
          <w:rFonts w:ascii="Arial" w:hAnsi="Arial"/>
          <w:color w:val="5D7284"/>
          <w:sz w:val="22"/>
        </w:rPr>
        <w:t>13:56</w:t>
      </w:r>
    </w:p>
    <w:p>
      <w:pPr>
        <w:spacing w:after="0"/>
      </w:pPr>
      <w:r>
        <w:rPr>
          <w:rFonts w:ascii="Arial" w:hAnsi="Arial"/>
          <w:sz w:val="22"/>
        </w:rPr>
        <w:t>Did you tell him how to make his event accessible to the site?</w:t>
      </w:r>
    </w:p>
    <w:p>
      <w:pPr>
        <w:spacing w:after="0"/>
      </w:pPr>
    </w:p>
    <w:p>
      <w:pPr>
        <w:spacing w:after="0"/>
      </w:pPr>
      <w:r>
        <w:rPr>
          <w:rFonts w:ascii="Arial" w:hAnsi="Arial"/>
          <w:b/>
          <w:sz w:val="22"/>
        </w:rPr>
        <w:t xml:space="preserve">ZUbee  </w:t>
      </w:r>
      <w:r>
        <w:rPr>
          <w:rFonts w:ascii="Arial" w:hAnsi="Arial"/>
          <w:color w:val="5D7284"/>
          <w:sz w:val="22"/>
        </w:rPr>
        <w:t>14:02</w:t>
      </w:r>
    </w:p>
    <w:p>
      <w:pPr>
        <w:spacing w:after="0"/>
      </w:pPr>
      <w:r>
        <w:rPr>
          <w:rFonts w:ascii="Arial" w:hAnsi="Arial"/>
          <w:sz w:val="22"/>
        </w:rPr>
        <w:t>I gave a lot of feedback. Yeah, I gave a lot of feedback on what they could do for that next one amazing. Yeah, to be recognized both Theo was just incredible, and just to have his backing as well gave me a real boost to continue with what I'm doing.</w:t>
      </w:r>
    </w:p>
    <w:p>
      <w:pPr>
        <w:spacing w:after="0"/>
      </w:pPr>
    </w:p>
    <w:p>
      <w:pPr>
        <w:spacing w:after="0"/>
      </w:pPr>
      <w:r>
        <w:rPr>
          <w:rFonts w:ascii="Arial" w:hAnsi="Arial"/>
          <w:b/>
          <w:sz w:val="22"/>
        </w:rPr>
        <w:t xml:space="preserve">Lucy  </w:t>
      </w:r>
      <w:r>
        <w:rPr>
          <w:rFonts w:ascii="Arial" w:hAnsi="Arial"/>
          <w:color w:val="5D7284"/>
          <w:sz w:val="22"/>
        </w:rPr>
        <w:t>14:19</w:t>
      </w:r>
    </w:p>
    <w:p>
      <w:pPr>
        <w:spacing w:after="0"/>
      </w:pPr>
      <w:r>
        <w:rPr>
          <w:rFonts w:ascii="Arial" w:hAnsi="Arial"/>
          <w:sz w:val="22"/>
        </w:rPr>
        <w:t>Did your social media blow up? Was it like, as soon as theopathy just retweeted you, were you like, what the hell is going you hadn't</w:t>
      </w:r>
    </w:p>
    <w:p>
      <w:pPr>
        <w:spacing w:after="0"/>
      </w:pPr>
    </w:p>
    <w:p>
      <w:pPr>
        <w:spacing w:after="0"/>
      </w:pPr>
      <w:r>
        <w:rPr>
          <w:rFonts w:ascii="Arial" w:hAnsi="Arial"/>
          <w:b/>
          <w:sz w:val="22"/>
        </w:rPr>
        <w:t xml:space="preserve">ZUbee  </w:t>
      </w:r>
      <w:r>
        <w:rPr>
          <w:rFonts w:ascii="Arial" w:hAnsi="Arial"/>
          <w:color w:val="5D7284"/>
          <w:sz w:val="22"/>
        </w:rPr>
        <w:t>14:27</w:t>
      </w:r>
    </w:p>
    <w:p>
      <w:pPr>
        <w:spacing w:after="0"/>
      </w:pPr>
      <w:r>
        <w:rPr>
          <w:rFonts w:ascii="Arial" w:hAnsi="Arial"/>
          <w:sz w:val="22"/>
        </w:rPr>
        <w:t>My numbers were going up. Literally, I couldn't believe that. I was just like, on my phone. I was like, this is incredible. Yeah I just couldn't believe it</w:t>
      </w:r>
    </w:p>
    <w:p>
      <w:pPr>
        <w:spacing w:after="0"/>
      </w:pPr>
    </w:p>
    <w:p>
      <w:pPr>
        <w:spacing w:after="0"/>
      </w:pPr>
      <w:r>
        <w:rPr>
          <w:rFonts w:ascii="Arial" w:hAnsi="Arial"/>
          <w:b/>
          <w:sz w:val="22"/>
        </w:rPr>
        <w:t xml:space="preserve">Alice  </w:t>
      </w:r>
      <w:r>
        <w:rPr>
          <w:rFonts w:ascii="Arial" w:hAnsi="Arial"/>
          <w:color w:val="5D7284"/>
          <w:sz w:val="22"/>
        </w:rPr>
        <w:t>14:37</w:t>
      </w:r>
    </w:p>
    <w:p>
      <w:pPr>
        <w:spacing w:after="0"/>
      </w:pPr>
      <w:r>
        <w:rPr>
          <w:rFonts w:ascii="Arial" w:hAnsi="Arial"/>
          <w:sz w:val="22"/>
        </w:rPr>
        <w:t>that happened when I posted about our adoption, sort of being finalized, and I just posted a photo of one of my shoes, one of my husband's shoes, and a little baby shoe. And I sort of, I got, like, a weird, like, it was like 200 likes or something, and I was like, that's a lot like, I wonder what's happened there. I worked with a more. Know, it was four and a half 1000. Wow, he just kept going up and up. And I was like, a bunch of strangers know about this super personal thing in my life. I thought like, maybe Lucy and one other random person on, like, my Twitter might be like, Oh, that's nice.</w:t>
      </w:r>
    </w:p>
    <w:p>
      <w:pPr>
        <w:spacing w:after="0"/>
      </w:pPr>
    </w:p>
    <w:p>
      <w:pPr>
        <w:spacing w:after="0"/>
      </w:pPr>
      <w:r>
        <w:rPr>
          <w:rFonts w:ascii="Arial" w:hAnsi="Arial"/>
          <w:b/>
          <w:sz w:val="22"/>
        </w:rPr>
        <w:t xml:space="preserve">Lucy  </w:t>
      </w:r>
      <w:r>
        <w:rPr>
          <w:rFonts w:ascii="Arial" w:hAnsi="Arial"/>
          <w:color w:val="5D7284"/>
          <w:sz w:val="22"/>
        </w:rPr>
        <w:t>15:18</w:t>
      </w:r>
    </w:p>
    <w:p>
      <w:pPr>
        <w:spacing w:after="0"/>
      </w:pPr>
      <w:r>
        <w:rPr>
          <w:rFonts w:ascii="Arial" w:hAnsi="Arial"/>
          <w:sz w:val="22"/>
        </w:rPr>
        <w:t>Me and Adam</w:t>
      </w:r>
    </w:p>
    <w:p>
      <w:pPr>
        <w:spacing w:after="0"/>
      </w:pPr>
    </w:p>
    <w:p>
      <w:pPr>
        <w:spacing w:after="0"/>
      </w:pPr>
      <w:r>
        <w:rPr>
          <w:rFonts w:ascii="Arial" w:hAnsi="Arial"/>
          <w:b/>
          <w:sz w:val="22"/>
        </w:rPr>
        <w:t xml:space="preserve">Alice  </w:t>
      </w:r>
      <w:r>
        <w:rPr>
          <w:rFonts w:ascii="Arial" w:hAnsi="Arial"/>
          <w:color w:val="5D7284"/>
          <w:sz w:val="22"/>
        </w:rPr>
        <w:t>15:19</w:t>
      </w:r>
    </w:p>
    <w:p>
      <w:pPr>
        <w:spacing w:after="0"/>
      </w:pPr>
      <w:r>
        <w:rPr>
          <w:rFonts w:ascii="Arial" w:hAnsi="Arial"/>
          <w:sz w:val="22"/>
        </w:rPr>
        <w:t>Social media is a very strange place.</w:t>
      </w:r>
    </w:p>
    <w:p>
      <w:pPr>
        <w:spacing w:after="0"/>
      </w:pPr>
    </w:p>
    <w:p>
      <w:pPr>
        <w:spacing w:after="0"/>
      </w:pPr>
      <w:r>
        <w:rPr>
          <w:rFonts w:ascii="Arial" w:hAnsi="Arial"/>
          <w:b/>
          <w:sz w:val="22"/>
        </w:rPr>
        <w:t xml:space="preserve">ZUbee  </w:t>
      </w:r>
      <w:r>
        <w:rPr>
          <w:rFonts w:ascii="Arial" w:hAnsi="Arial"/>
          <w:color w:val="5D7284"/>
          <w:sz w:val="22"/>
        </w:rPr>
        <w:t>15:23</w:t>
      </w:r>
    </w:p>
    <w:p>
      <w:pPr>
        <w:spacing w:after="0"/>
      </w:pPr>
      <w:r>
        <w:rPr>
          <w:rFonts w:ascii="Arial" w:hAnsi="Arial"/>
          <w:sz w:val="22"/>
        </w:rPr>
        <w:t>But yeah, I just want to say to your listeners, if anyone's interested in entering, it's called Small Business Sunday, and there is, they have their own dedicated website. So if anyone does want to enter, it's it's every you can enter on you can enter on a Sunday, every Sunday, between 5pm and 7:30pm and then the announcement gets done on Monday at 8pm if you do get chosen, then,</w:t>
      </w:r>
    </w:p>
    <w:p>
      <w:pPr>
        <w:spacing w:after="0"/>
      </w:pPr>
    </w:p>
    <w:p>
      <w:pPr>
        <w:spacing w:after="0"/>
      </w:pPr>
      <w:r>
        <w:rPr>
          <w:rFonts w:ascii="Arial" w:hAnsi="Arial"/>
          <w:b/>
          <w:sz w:val="22"/>
        </w:rPr>
        <w:t xml:space="preserve">Lucy  </w:t>
      </w:r>
      <w:r>
        <w:rPr>
          <w:rFonts w:ascii="Arial" w:hAnsi="Arial"/>
          <w:color w:val="5D7284"/>
          <w:sz w:val="22"/>
        </w:rPr>
        <w:t>15:47</w:t>
      </w:r>
    </w:p>
    <w:p>
      <w:pPr>
        <w:spacing w:after="0"/>
      </w:pPr>
      <w:r>
        <w:rPr>
          <w:rFonts w:ascii="Arial" w:hAnsi="Arial"/>
          <w:sz w:val="22"/>
        </w:rPr>
        <w:t>yeah, we'll put all the details in the show</w:t>
      </w:r>
    </w:p>
    <w:p>
      <w:pPr>
        <w:spacing w:after="0"/>
      </w:pPr>
    </w:p>
    <w:p>
      <w:pPr>
        <w:spacing w:after="0"/>
      </w:pPr>
      <w:r>
        <w:rPr>
          <w:rFonts w:ascii="Arial" w:hAnsi="Arial"/>
          <w:b/>
          <w:sz w:val="22"/>
        </w:rPr>
        <w:t xml:space="preserve">Lucy  </w:t>
      </w:r>
      <w:r>
        <w:rPr>
          <w:rFonts w:ascii="Arial" w:hAnsi="Arial"/>
          <w:color w:val="5D7284"/>
          <w:sz w:val="22"/>
        </w:rPr>
        <w:t>16:00</w:t>
      </w:r>
    </w:p>
    <w:p>
      <w:pPr>
        <w:spacing w:after="0"/>
      </w:pPr>
      <w:r>
        <w:rPr>
          <w:rFonts w:ascii="Arial" w:hAnsi="Arial"/>
          <w:sz w:val="22"/>
        </w:rPr>
        <w:t>Basically Alice was gonna say, what I just said, great stuff. Yeah, that's, that's really, that's really good stuff. What about your background ZUbee? Where did you sort of start off your career? Was it?</w:t>
      </w:r>
    </w:p>
    <w:p>
      <w:pPr>
        <w:spacing w:after="0"/>
      </w:pPr>
    </w:p>
    <w:p>
      <w:pPr>
        <w:spacing w:after="0"/>
      </w:pPr>
      <w:r>
        <w:rPr>
          <w:rFonts w:ascii="Arial" w:hAnsi="Arial"/>
          <w:b/>
          <w:sz w:val="22"/>
        </w:rPr>
        <w:t xml:space="preserve">Alice  </w:t>
      </w:r>
      <w:r>
        <w:rPr>
          <w:rFonts w:ascii="Arial" w:hAnsi="Arial"/>
          <w:color w:val="5D7284"/>
          <w:sz w:val="22"/>
        </w:rPr>
        <w:t>16:15</w:t>
      </w:r>
    </w:p>
    <w:p>
      <w:pPr>
        <w:spacing w:after="0"/>
      </w:pPr>
      <w:r>
        <w:rPr>
          <w:rFonts w:ascii="Arial" w:hAnsi="Arial"/>
          <w:sz w:val="22"/>
        </w:rPr>
        <w:t>Yeah what inspired you to start your business?</w:t>
      </w:r>
    </w:p>
    <w:p>
      <w:pPr>
        <w:spacing w:after="0"/>
      </w:pPr>
    </w:p>
    <w:p>
      <w:pPr>
        <w:spacing w:after="0"/>
      </w:pPr>
      <w:r>
        <w:rPr>
          <w:rFonts w:ascii="Arial" w:hAnsi="Arial"/>
          <w:b/>
          <w:sz w:val="22"/>
        </w:rPr>
        <w:t xml:space="preserve">ZUbee  </w:t>
      </w:r>
      <w:r>
        <w:rPr>
          <w:rFonts w:ascii="Arial" w:hAnsi="Arial"/>
          <w:color w:val="5D7284"/>
          <w:sz w:val="22"/>
        </w:rPr>
        <w:t>16:18</w:t>
      </w:r>
    </w:p>
    <w:p>
      <w:pPr>
        <w:spacing w:after="0"/>
      </w:pPr>
      <w:r>
        <w:rPr>
          <w:rFonts w:ascii="Arial" w:hAnsi="Arial"/>
          <w:sz w:val="22"/>
        </w:rPr>
        <w:t>Well I've had a real passion for events for quite well now, for quite a few years, and I've worked and volunteered for a number of different organisations, doing various different roles. And one of the main I think, why I sort of started was few years ago I did, I did an inclusive fashion show for disabled and non disabled models. And this was for a charity that I was working for at the time. And I had actually no experience of running a fashion show before, so I actually had to research everything from scratch. And yeah, so I did this was like a good, like few years like few, good, few years back now, and researched everything from scratch, and, like, you know, researching designers, researching everything that gets involved in doing a fashion show. So I thought, I just want to give it a try and see what happens. So again, it took a lot of work to do it, and didn't expect the response that it received, but actually turned out to be really successful. I was wanting to sort of make it like a small scale event, but it turned out to be a bit of a large scale event, and it actually received local, national and international press coverage with an appearance in British road magazine. And I think since that day</w:t>
      </w:r>
    </w:p>
    <w:p>
      <w:pPr>
        <w:spacing w:after="0"/>
      </w:pPr>
    </w:p>
    <w:p>
      <w:pPr>
        <w:spacing w:after="0"/>
      </w:pPr>
      <w:r>
        <w:rPr>
          <w:rFonts w:ascii="Arial" w:hAnsi="Arial"/>
          <w:b/>
          <w:sz w:val="22"/>
        </w:rPr>
        <w:t xml:space="preserve">ZUbee  </w:t>
      </w:r>
      <w:r>
        <w:rPr>
          <w:rFonts w:ascii="Arial" w:hAnsi="Arial"/>
          <w:color w:val="5D7284"/>
          <w:sz w:val="22"/>
        </w:rPr>
        <w:t>17:50</w:t>
      </w:r>
    </w:p>
    <w:p>
      <w:pPr>
        <w:spacing w:after="0"/>
      </w:pPr>
      <w:r>
        <w:rPr>
          <w:rFonts w:ascii="Arial" w:hAnsi="Arial"/>
          <w:sz w:val="22"/>
        </w:rPr>
        <w:t>yeah, I think just since that event, I've just since that event has just passed. And I just think, you know, it just really got me. And I just thought, Okay, I'm gonna just want to go into events, and this is what I'm going to do. So, yeah, this, that's what I think, got me really motivated by it. And then people, even people, the attendees that were there, were saying, oh, you know, would you consider doing another one, but on a bigger scale? And I said, possibly, but we're not sure that's at that time. That was way back then. But yeah, it took a lot of work. It raised a good amount of money. One of the reasons why I wanted it was to raise awareness of disability in the fashion industry, and also it was to raise money for charity that I was working for at the time. So yeah, it was, it was really good, yeah, and I was really pleased about it. And then yeah, and this. And the other main reason was, was I was actually looking for a job in the events industry. And again, it's a very difficult industry to get a job in, so I just thought, why not take try and start my own business in the field? So that's why I sort of said, I'm going to start my own company and try and do it that way. So</w:t>
      </w:r>
    </w:p>
    <w:p>
      <w:pPr>
        <w:spacing w:after="0"/>
      </w:pPr>
    </w:p>
    <w:p>
      <w:pPr>
        <w:spacing w:after="0"/>
      </w:pPr>
      <w:r>
        <w:rPr>
          <w:rFonts w:ascii="Arial" w:hAnsi="Arial"/>
          <w:b/>
          <w:sz w:val="22"/>
        </w:rPr>
        <w:t xml:space="preserve">Lucy  </w:t>
      </w:r>
      <w:r>
        <w:rPr>
          <w:rFonts w:ascii="Arial" w:hAnsi="Arial"/>
          <w:color w:val="5D7284"/>
          <w:sz w:val="22"/>
        </w:rPr>
        <w:t>18:59</w:t>
      </w:r>
    </w:p>
    <w:p>
      <w:pPr>
        <w:spacing w:after="0"/>
      </w:pPr>
      <w:r>
        <w:rPr>
          <w:rFonts w:ascii="Arial" w:hAnsi="Arial"/>
          <w:sz w:val="22"/>
        </w:rPr>
        <w:t>I love that. Why not? I think, why not? Is a very powerful phrase, isn't it? Once you go, why not? Yeah, there's no stopping you.</w:t>
      </w:r>
    </w:p>
    <w:p>
      <w:pPr>
        <w:spacing w:after="0"/>
      </w:pPr>
    </w:p>
    <w:p>
      <w:pPr>
        <w:spacing w:after="0"/>
      </w:pPr>
      <w:r>
        <w:rPr>
          <w:rFonts w:ascii="Arial" w:hAnsi="Arial"/>
          <w:b/>
          <w:sz w:val="22"/>
        </w:rPr>
        <w:t xml:space="preserve">ZUbee  </w:t>
      </w:r>
      <w:r>
        <w:rPr>
          <w:rFonts w:ascii="Arial" w:hAnsi="Arial"/>
          <w:color w:val="5D7284"/>
          <w:sz w:val="22"/>
        </w:rPr>
        <w:t>19:06</w:t>
      </w:r>
    </w:p>
    <w:p>
      <w:pPr>
        <w:spacing w:after="0"/>
      </w:pPr>
      <w:r>
        <w:rPr>
          <w:rFonts w:ascii="Arial" w:hAnsi="Arial"/>
          <w:sz w:val="22"/>
        </w:rPr>
        <w:t>Why not? Even the way you say, why not? It's like, it's an easy thing. But its taken a long time</w:t>
      </w:r>
    </w:p>
    <w:p>
      <w:pPr>
        <w:spacing w:after="0"/>
      </w:pPr>
    </w:p>
    <w:p>
      <w:pPr>
        <w:spacing w:after="0"/>
      </w:pPr>
      <w:r>
        <w:rPr>
          <w:rFonts w:ascii="Arial" w:hAnsi="Arial"/>
          <w:b/>
          <w:sz w:val="22"/>
        </w:rPr>
        <w:t xml:space="preserve">Lucy  </w:t>
      </w:r>
      <w:r>
        <w:rPr>
          <w:rFonts w:ascii="Arial" w:hAnsi="Arial"/>
          <w:color w:val="5D7284"/>
          <w:sz w:val="22"/>
        </w:rPr>
        <w:t>19:11</w:t>
      </w:r>
    </w:p>
    <w:p>
      <w:pPr>
        <w:spacing w:after="0"/>
      </w:pPr>
      <w:r>
        <w:rPr>
          <w:rFonts w:ascii="Arial" w:hAnsi="Arial"/>
          <w:sz w:val="22"/>
        </w:rPr>
        <w:t>yeah, no.</w:t>
      </w:r>
    </w:p>
    <w:p>
      <w:pPr>
        <w:spacing w:after="0"/>
      </w:pPr>
    </w:p>
    <w:p>
      <w:pPr>
        <w:spacing w:after="0"/>
      </w:pPr>
      <w:r>
        <w:rPr>
          <w:rFonts w:ascii="Arial" w:hAnsi="Arial"/>
          <w:b/>
          <w:sz w:val="22"/>
        </w:rPr>
        <w:t xml:space="preserve">Alice  </w:t>
      </w:r>
      <w:r>
        <w:rPr>
          <w:rFonts w:ascii="Arial" w:hAnsi="Arial"/>
          <w:color w:val="5D7284"/>
          <w:sz w:val="22"/>
        </w:rPr>
        <w:t>19:12</w:t>
      </w:r>
    </w:p>
    <w:p>
      <w:pPr>
        <w:spacing w:after="0"/>
      </w:pPr>
      <w:r>
        <w:rPr>
          <w:rFonts w:ascii="Arial" w:hAnsi="Arial"/>
          <w:sz w:val="22"/>
        </w:rPr>
        <w:t>I like, what's the worst that can happen? Like, you fail, and then you just, you find something else, you know, what's the worst that could happen? Like, yeah,</w:t>
      </w:r>
    </w:p>
    <w:p>
      <w:pPr>
        <w:spacing w:after="0"/>
      </w:pPr>
    </w:p>
    <w:p>
      <w:pPr>
        <w:spacing w:after="0"/>
      </w:pPr>
      <w:r>
        <w:rPr>
          <w:rFonts w:ascii="Arial" w:hAnsi="Arial"/>
          <w:b/>
          <w:sz w:val="22"/>
        </w:rPr>
        <w:t xml:space="preserve">ZUbee  </w:t>
      </w:r>
      <w:r>
        <w:rPr>
          <w:rFonts w:ascii="Arial" w:hAnsi="Arial"/>
          <w:color w:val="5D7284"/>
          <w:sz w:val="22"/>
        </w:rPr>
        <w:t>19:21</w:t>
      </w:r>
    </w:p>
    <w:p>
      <w:pPr>
        <w:spacing w:after="0"/>
      </w:pPr>
      <w:r>
        <w:rPr>
          <w:rFonts w:ascii="Arial" w:hAnsi="Arial"/>
          <w:sz w:val="22"/>
        </w:rPr>
        <w:t>but the key, the key thing for me is mine, because it's taken me, like, so long to even get the business going. My thing for me is having support from the likes of Theo and having backing from like, like minded individuals who know what you're trying to achieve. That does really help. And like, the support is key, I think, in starting a business as well, so you don't fail. So that's why I really want to make sure that I have the support in place to make sure that I can get there, even though it has been a really long journey, because I wouldn't want to do all this work and then realize at the end of it, no, you know, I can't continue anymore because the business is not working. That would just really break my heart. Oh, because it's been so long,</w:t>
      </w:r>
    </w:p>
    <w:p>
      <w:pPr>
        <w:spacing w:after="0"/>
      </w:pPr>
    </w:p>
    <w:p>
      <w:pPr>
        <w:spacing w:after="0"/>
      </w:pPr>
      <w:r>
        <w:rPr>
          <w:rFonts w:ascii="Arial" w:hAnsi="Arial"/>
          <w:b/>
          <w:sz w:val="22"/>
        </w:rPr>
        <w:t xml:space="preserve">Lucy  </w:t>
      </w:r>
      <w:r>
        <w:rPr>
          <w:rFonts w:ascii="Arial" w:hAnsi="Arial"/>
          <w:color w:val="5D7284"/>
          <w:sz w:val="22"/>
        </w:rPr>
        <w:t>20:00</w:t>
      </w:r>
    </w:p>
    <w:p>
      <w:pPr>
        <w:spacing w:after="0"/>
      </w:pPr>
      <w:r>
        <w:rPr>
          <w:rFonts w:ascii="Arial" w:hAnsi="Arial"/>
          <w:sz w:val="22"/>
        </w:rPr>
        <w:t>absolutely, absolutely feel the fear and do it anyway. ZUbee, that's what I always say, feel the fear and do it anyway.</w:t>
      </w:r>
    </w:p>
    <w:p>
      <w:pPr>
        <w:spacing w:after="0"/>
      </w:pPr>
    </w:p>
    <w:p>
      <w:pPr>
        <w:spacing w:after="0"/>
      </w:pPr>
      <w:r>
        <w:rPr>
          <w:rFonts w:ascii="Arial" w:hAnsi="Arial"/>
          <w:b/>
          <w:sz w:val="22"/>
        </w:rPr>
        <w:t xml:space="preserve">ZUbee  </w:t>
      </w:r>
      <w:r>
        <w:rPr>
          <w:rFonts w:ascii="Arial" w:hAnsi="Arial"/>
          <w:color w:val="5D7284"/>
          <w:sz w:val="22"/>
        </w:rPr>
        <w:t>20:09</w:t>
      </w:r>
    </w:p>
    <w:p>
      <w:pPr>
        <w:spacing w:after="0"/>
      </w:pPr>
      <w:r>
        <w:rPr>
          <w:rFonts w:ascii="Arial" w:hAnsi="Arial"/>
          <w:sz w:val="22"/>
        </w:rPr>
        <w:t>And I just think, because I've done like, nine to five jobs for a long time now, I just don't know if I can go back into that routine of doing a nine to five job. And I just like the flexibility and everything,</w:t>
      </w:r>
    </w:p>
    <w:p>
      <w:pPr>
        <w:spacing w:after="0"/>
      </w:pPr>
    </w:p>
    <w:p>
      <w:pPr>
        <w:spacing w:after="0"/>
      </w:pPr>
      <w:r>
        <w:rPr>
          <w:rFonts w:ascii="Arial" w:hAnsi="Arial"/>
          <w:b/>
          <w:sz w:val="22"/>
        </w:rPr>
        <w:t xml:space="preserve">Lucy  </w:t>
      </w:r>
      <w:r>
        <w:rPr>
          <w:rFonts w:ascii="Arial" w:hAnsi="Arial"/>
          <w:color w:val="5D7284"/>
          <w:sz w:val="22"/>
        </w:rPr>
        <w:t>20:24</w:t>
      </w:r>
    </w:p>
    <w:p>
      <w:pPr>
        <w:spacing w:after="0"/>
      </w:pPr>
      <w:r>
        <w:rPr>
          <w:rFonts w:ascii="Arial" w:hAnsi="Arial"/>
          <w:sz w:val="22"/>
        </w:rPr>
        <w:t>yeah, especially as well now that you know you're capable of it, you know you've put on events, you've done it, you know you can do it. I suppose that gives you that extra incentive to go. I'm going to keep going, because I know I'm capable. It's, you know, I think once you once you've done something and it's a success, it kind of feeds that ambition even more, doesn't it? And you think, I can't go back to the to the normal humdrum life of nine to five job and, you know, paying, you know, paying somebody else's bills. You think, no, okay, if I can do it, I'm gonna, I'm gonna carry on. I think it's amazing what you've managed to achieve so far.</w:t>
      </w:r>
    </w:p>
    <w:p>
      <w:pPr>
        <w:spacing w:after="0"/>
      </w:pPr>
    </w:p>
    <w:p>
      <w:pPr>
        <w:spacing w:after="0"/>
      </w:pPr>
      <w:r>
        <w:rPr>
          <w:rFonts w:ascii="Arial" w:hAnsi="Arial"/>
          <w:b/>
          <w:sz w:val="22"/>
        </w:rPr>
        <w:t xml:space="preserve">ZUbee  </w:t>
      </w:r>
      <w:r>
        <w:rPr>
          <w:rFonts w:ascii="Arial" w:hAnsi="Arial"/>
          <w:color w:val="5D7284"/>
          <w:sz w:val="22"/>
        </w:rPr>
        <w:t>20:59</w:t>
      </w:r>
    </w:p>
    <w:p>
      <w:pPr>
        <w:spacing w:after="0"/>
      </w:pPr>
      <w:r>
        <w:rPr>
          <w:rFonts w:ascii="Arial" w:hAnsi="Arial"/>
          <w:sz w:val="22"/>
        </w:rPr>
        <w:t>And I think it's because of all the voluntary work that I've done as well, I've volunteered for like, when I say this to people, they're like, You're crazy. But I've volunteered for like, over 15 years for different organisations, and through that, I mean, I've learned a lot, and it's helped me to get to where I am today. I think, I mean, without it, I don't think I would have been able to even halfway, even consider, like, starting a business, starting a podcast. Yeah, it's been good.</w:t>
      </w:r>
    </w:p>
    <w:p>
      <w:pPr>
        <w:spacing w:after="0"/>
      </w:pPr>
    </w:p>
    <w:p>
      <w:pPr>
        <w:spacing w:after="0"/>
      </w:pPr>
      <w:r>
        <w:rPr>
          <w:rFonts w:ascii="Arial" w:hAnsi="Arial"/>
          <w:b/>
          <w:sz w:val="22"/>
        </w:rPr>
        <w:t xml:space="preserve">Alice  </w:t>
      </w:r>
      <w:r>
        <w:rPr>
          <w:rFonts w:ascii="Arial" w:hAnsi="Arial"/>
          <w:color w:val="5D7284"/>
          <w:sz w:val="22"/>
        </w:rPr>
        <w:t>21:27</w:t>
      </w:r>
    </w:p>
    <w:p>
      <w:pPr>
        <w:spacing w:after="0"/>
      </w:pPr>
      <w:r>
        <w:rPr>
          <w:rFonts w:ascii="Arial" w:hAnsi="Arial"/>
          <w:sz w:val="22"/>
        </w:rPr>
        <w:t>How receptive do you find like, you know, event organisers and events, sort of venues and spaces, to your, you know, to to your advice and guidance for how to make their events more accessible</w:t>
      </w:r>
    </w:p>
    <w:p>
      <w:pPr>
        <w:spacing w:after="0"/>
      </w:pPr>
    </w:p>
    <w:p>
      <w:pPr>
        <w:spacing w:after="0"/>
      </w:pPr>
      <w:r>
        <w:rPr>
          <w:rFonts w:ascii="Arial" w:hAnsi="Arial"/>
          <w:b/>
          <w:sz w:val="22"/>
        </w:rPr>
        <w:t xml:space="preserve">ZUbee  </w:t>
      </w:r>
      <w:r>
        <w:rPr>
          <w:rFonts w:ascii="Arial" w:hAnsi="Arial"/>
          <w:color w:val="5D7284"/>
          <w:sz w:val="22"/>
        </w:rPr>
        <w:t>21:42</w:t>
      </w:r>
    </w:p>
    <w:p>
      <w:pPr>
        <w:spacing w:after="0"/>
      </w:pPr>
      <w:r>
        <w:rPr>
          <w:rFonts w:ascii="Arial" w:hAnsi="Arial"/>
          <w:sz w:val="22"/>
        </w:rPr>
        <w:t>well, I've got to say, it hasn't been easy, like literally, when I first started out as well, I started to approach businesses and the initial response would be positive, then when I would reply back to them, I wouldn't get a response. So it was a case of having to try and keep following up. But I'm one of those people that if I really want something I really do try and persist. And to add to that persistence, last just last year, I took, I was the first disabled person to take part in an Asian wedding fashion show. And again, this is one company that it was a national Asian wedding show, and this was one company that I really, really wanted to work with, and I had to be really, really persistent with them and say, you know, could you please at least try it with one disabled person? So they did do it with me, so that was really good. I didn't know what to expect, but I really enjoyed the experience, but it was a learning experience for them at the same time, because they hadn't used a disabled person before, and I sort of obviously helped them as well and tell them what I needed and everything like that. So because obviously, you know, with Asian bridal outfits, they can be quite long, and obviously it's and they can't actually specifically make the outfit for you, so they had to do a lot of pinning up for me. Their little thing was why the plan was that they were saying that I would go out in my wheelchair, and then, I think, an hour before going out, they said, Would you be okay to walk on your crutches? I was like, okay, so I ended up having to walk on my crutches, but thankfully, I thought that was the best choice in the end, because I think with me sitting in the chair, it wouldn't have worked. This outfit would have just gone, you know, I wouldn't have been able to propel myself in the chair. So yeah, it was the best option, and it turned out to be as soon as I got obviously, being my first time, I was nervous, but then as I got out there and saw the cameras and the lights and everything, and then got towards the end where the cameras are, where they take a picture, and just hearing the applause just made it more like, wow, this is actually real. But the response was actually phenomenal, and the feedback was brilliant, so I couldn't actually believe it, but it's really, really good. Yeah,</w:t>
      </w:r>
    </w:p>
    <w:p>
      <w:pPr>
        <w:spacing w:after="0"/>
      </w:pPr>
    </w:p>
    <w:p>
      <w:pPr>
        <w:spacing w:after="0"/>
      </w:pPr>
      <w:r>
        <w:rPr>
          <w:rFonts w:ascii="Arial" w:hAnsi="Arial"/>
          <w:b/>
          <w:sz w:val="22"/>
        </w:rPr>
        <w:t xml:space="preserve">Lucy  </w:t>
      </w:r>
      <w:r>
        <w:rPr>
          <w:rFonts w:ascii="Arial" w:hAnsi="Arial"/>
          <w:color w:val="5D7284"/>
          <w:sz w:val="22"/>
        </w:rPr>
        <w:t>24:06</w:t>
      </w:r>
    </w:p>
    <w:p>
      <w:pPr>
        <w:spacing w:after="0"/>
      </w:pPr>
      <w:r>
        <w:rPr>
          <w:rFonts w:ascii="Arial" w:hAnsi="Arial"/>
          <w:sz w:val="22"/>
        </w:rPr>
        <w:t>I mean, I know that event organisers, you know, I have experience of it in my day to day job, you know, could we talk to companies about accessibility and stuff on the immediate some either you either get they get it completely, and are completely on board. Or the other side of the coin is they're frightened, because they think it's going to cost loads of money. And, you know, are we? Well, everything's fine. It's fine. And like you tell them about the purple pound and the the, you know, the monetary spending power of disabled people and their families. And then they go, oh, oh, that's quite a lot of money and and it just boggles my mind, because if they get the access right, it benefits everybody, not just disabled people. You know, if access to your building and your customer service, and you know, if you can go to an event and enjoy yourself and not have to be bothered about the fact that you're in a wheelchair, or, you know, you you need extra support, or, you know, the you can't see because the viewing platform's too high, that kind of thing just makes everything better for everybody. You're more likely to go back and enjoy yourself again.</w:t>
      </w:r>
    </w:p>
    <w:p>
      <w:pPr>
        <w:spacing w:after="0"/>
      </w:pPr>
    </w:p>
    <w:p>
      <w:pPr>
        <w:spacing w:after="0"/>
      </w:pPr>
      <w:r>
        <w:rPr>
          <w:rFonts w:ascii="Arial" w:hAnsi="Arial"/>
          <w:b/>
          <w:sz w:val="22"/>
        </w:rPr>
        <w:t xml:space="preserve">ZUbee  </w:t>
      </w:r>
      <w:r>
        <w:rPr>
          <w:rFonts w:ascii="Arial" w:hAnsi="Arial"/>
          <w:color w:val="5D7284"/>
          <w:sz w:val="22"/>
        </w:rPr>
        <w:t>25:15</w:t>
      </w:r>
    </w:p>
    <w:p>
      <w:pPr>
        <w:spacing w:after="0"/>
      </w:pPr>
      <w:r>
        <w:rPr>
          <w:rFonts w:ascii="Arial" w:hAnsi="Arial"/>
          <w:sz w:val="22"/>
        </w:rPr>
        <w:t>It's just like again, like with this, with this fashion show that I took part in. I mean, it was like a one off, but it's with things like this, where I want organisations, if they do it once, I want them to keep doing it, and I don't want to have to be the ones, yeah, exactly. I don't want, I don't want to be the one to have to keep persisting, and I want them to keep it regular. That's one thing, even when they have, like, the Paralympics, and you see that well off on TV, and after that, you don't see disabled people on television. It's just, like, just because the Paralympics are finished, why can't you continue it, or do something, you know, to have disabled people on there? And like, like I was saying with these fashion events as well, you've used me now, I want the same company to be able to do it again, but use more disabled people, not just one person, yeah, with other disabilities as well. And that's what I want to try and keep pushing. Yeah, trying. Yeah,</w:t>
      </w:r>
    </w:p>
    <w:p>
      <w:pPr>
        <w:spacing w:after="0"/>
      </w:pPr>
    </w:p>
    <w:p>
      <w:pPr>
        <w:spacing w:after="0"/>
      </w:pPr>
      <w:r>
        <w:rPr>
          <w:rFonts w:ascii="Arial" w:hAnsi="Arial"/>
          <w:b/>
          <w:sz w:val="22"/>
        </w:rPr>
        <w:t xml:space="preserve">Alice  </w:t>
      </w:r>
      <w:r>
        <w:rPr>
          <w:rFonts w:ascii="Arial" w:hAnsi="Arial"/>
          <w:color w:val="5D7284"/>
          <w:sz w:val="22"/>
        </w:rPr>
        <w:t>26:13</w:t>
      </w:r>
    </w:p>
    <w:p>
      <w:pPr>
        <w:spacing w:after="0"/>
      </w:pPr>
      <w:r>
        <w:rPr>
          <w:rFonts w:ascii="Arial" w:hAnsi="Arial"/>
          <w:sz w:val="22"/>
        </w:rPr>
        <w:t>it's that acceptable kind of disabled person, isn't it, particularly with the Paralympics, like they're disabled, but look at, you know, how incredible they are and</w:t>
      </w:r>
    </w:p>
    <w:p>
      <w:pPr>
        <w:spacing w:after="0"/>
      </w:pPr>
    </w:p>
    <w:p>
      <w:pPr>
        <w:spacing w:after="0"/>
      </w:pPr>
      <w:r>
        <w:rPr>
          <w:rFonts w:ascii="Arial" w:hAnsi="Arial"/>
          <w:b/>
          <w:sz w:val="22"/>
        </w:rPr>
        <w:t xml:space="preserve">Lucy  </w:t>
      </w:r>
      <w:r>
        <w:rPr>
          <w:rFonts w:ascii="Arial" w:hAnsi="Arial"/>
          <w:color w:val="5D7284"/>
          <w:sz w:val="22"/>
        </w:rPr>
        <w:t>26:22</w:t>
      </w:r>
    </w:p>
    <w:p>
      <w:pPr>
        <w:spacing w:after="0"/>
      </w:pPr>
      <w:r>
        <w:rPr>
          <w:rFonts w:ascii="Arial" w:hAnsi="Arial"/>
          <w:sz w:val="22"/>
        </w:rPr>
        <w:t>overcome, and that kind of used, but, you know, we again have spoke about this kind of thing.</w:t>
      </w:r>
    </w:p>
    <w:p>
      <w:pPr>
        <w:spacing w:after="0"/>
      </w:pPr>
    </w:p>
    <w:p>
      <w:pPr>
        <w:spacing w:after="0"/>
      </w:pPr>
      <w:r>
        <w:rPr>
          <w:rFonts w:ascii="Arial" w:hAnsi="Arial"/>
          <w:b/>
          <w:sz w:val="22"/>
        </w:rPr>
        <w:t xml:space="preserve">Alice  </w:t>
      </w:r>
      <w:r>
        <w:rPr>
          <w:rFonts w:ascii="Arial" w:hAnsi="Arial"/>
          <w:color w:val="5D7284"/>
          <w:sz w:val="22"/>
        </w:rPr>
        <w:t>26:29</w:t>
      </w:r>
    </w:p>
    <w:p>
      <w:pPr>
        <w:spacing w:after="0"/>
      </w:pPr>
      <w:r>
        <w:rPr>
          <w:rFonts w:ascii="Arial" w:hAnsi="Arial"/>
          <w:sz w:val="22"/>
        </w:rPr>
        <w:t>We talked about it when we had Gem Stevenson on a few years ago, who's a former team GB, disabled athlete and sports journalist, she talked about how, you know, there's the the narrative around disabled people for the Paralympics is about, you know, that that overcoming and how incredible they are when, like, the the point that is missed is the fact that like, Olympians, Paralympians, are like, at the height of their kind of, you know, they are elite athletes at the height of physical health and, and, you know, stamina and, and are doing things that regular folk, whether they're disabled or not, um, aren't doing, but it is still that kind of, you know, that I Will this, this disable is good to have this disabled person on. We've done we've done it. We've ticked this box. Look, look at this good disabled person we picked. And then, you know, as you say, ZUbee, it's the What about all the other times? What about all the other people? What about the people who disability is maybe not the shiny, pretty disability or the person is not, you know, acceptable to you, yeah, socially acceptable for the way they their disability presents.</w:t>
      </w:r>
    </w:p>
    <w:p>
      <w:pPr>
        <w:spacing w:after="0"/>
      </w:pPr>
    </w:p>
    <w:p>
      <w:pPr>
        <w:spacing w:after="0"/>
      </w:pPr>
      <w:r>
        <w:rPr>
          <w:rFonts w:ascii="Arial" w:hAnsi="Arial"/>
          <w:b/>
          <w:sz w:val="22"/>
        </w:rPr>
        <w:t xml:space="preserve">ZUbee  </w:t>
      </w:r>
      <w:r>
        <w:rPr>
          <w:rFonts w:ascii="Arial" w:hAnsi="Arial"/>
          <w:color w:val="5D7284"/>
          <w:sz w:val="22"/>
        </w:rPr>
        <w:t>27:49</w:t>
      </w:r>
    </w:p>
    <w:p>
      <w:pPr>
        <w:spacing w:after="0"/>
      </w:pPr>
      <w:r>
        <w:rPr>
          <w:rFonts w:ascii="Arial" w:hAnsi="Arial"/>
          <w:sz w:val="22"/>
        </w:rPr>
        <w:t>I was just saying, why does it, why does it have to be a one off event to initiate something? Why can't it just be ongoing? That's my thing.</w:t>
      </w:r>
    </w:p>
    <w:p>
      <w:pPr>
        <w:spacing w:after="0"/>
      </w:pPr>
    </w:p>
    <w:p>
      <w:pPr>
        <w:spacing w:after="0"/>
      </w:pPr>
      <w:r>
        <w:rPr>
          <w:rFonts w:ascii="Arial" w:hAnsi="Arial"/>
          <w:b/>
          <w:sz w:val="22"/>
        </w:rPr>
        <w:t xml:space="preserve">Lucy  </w:t>
      </w:r>
      <w:r>
        <w:rPr>
          <w:rFonts w:ascii="Arial" w:hAnsi="Arial"/>
          <w:color w:val="5D7284"/>
          <w:sz w:val="22"/>
        </w:rPr>
        <w:t>27:57</w:t>
      </w:r>
    </w:p>
    <w:p>
      <w:pPr>
        <w:spacing w:after="0"/>
      </w:pPr>
      <w:r>
        <w:rPr>
          <w:rFonts w:ascii="Arial" w:hAnsi="Arial"/>
          <w:sz w:val="22"/>
        </w:rPr>
        <w:t>It's made me think, Alice, I have some friends who have speech difficulties, communication difficulties, and the difference when they see me, somebody who is just sat in a wheelchair, they I mean, they're a bit nervous and a bit like, oh, but they can quickly get over it, because I can quite eloquently tell them it's fine, there's nothing to worry about. Shall we just get on with it? Kind of thing. But then, if I'm with my friend who's got speech difficulties, they immediately clam up because they don't want to ask any questions, because they don't they can't understand they, they, they, they're panicking because they think I can't understand them. They panic because they think I'm gonna have to give this person more time to tell me what they want to say. I have a friend who, yes, his speech is very difficult, but if you really like, if you have to take your time with it, but you can understand what he's trying to say eventually. And if you can't understand, he'll just go forget about it, and he'll wait until you're used to his speech, and then they'll ask you again, because once, after you've spent 20 minutes with him, you get to realise, oh, that noise means yes, that noise means no kind of thing. And then once you're you sort of back into the swing of talking to him. After about 20-25, minutes, he'll ask the question again, and all of a sudden your brain goes, Oh, I know what he's I know he's trying to say. It might have been that he's gasping for a drink and has been for the last 20 minutes, but you get it. But there's people who have no experience of people with communication difficulties, and that's just one example, and they just climb up completely. They don't know what to say. They feel embarrassed. They're staring at their shoes. They're shuffling their feet, thinking I just want to go. Please go like I want to. Please let me go home. And I just feel</w:t>
      </w:r>
    </w:p>
    <w:p>
      <w:pPr>
        <w:spacing w:after="0"/>
      </w:pPr>
    </w:p>
    <w:p>
      <w:pPr>
        <w:spacing w:after="0"/>
      </w:pPr>
      <w:r>
        <w:rPr>
          <w:rFonts w:ascii="Arial" w:hAnsi="Arial"/>
          <w:b/>
          <w:sz w:val="22"/>
        </w:rPr>
        <w:t xml:space="preserve">Alice  </w:t>
      </w:r>
      <w:r>
        <w:rPr>
          <w:rFonts w:ascii="Arial" w:hAnsi="Arial"/>
          <w:color w:val="5D7284"/>
          <w:sz w:val="22"/>
        </w:rPr>
        <w:t>29:46</w:t>
      </w:r>
    </w:p>
    <w:p>
      <w:pPr>
        <w:spacing w:after="0"/>
      </w:pPr>
      <w:r>
        <w:rPr>
          <w:rFonts w:ascii="Arial" w:hAnsi="Arial"/>
          <w:sz w:val="22"/>
        </w:rPr>
        <w:t>so I see the I see the talking to I feel talk. See the talking to people like their children, because their speech is different. That's what I see quite a lot. Slowly allowed, you know, my i. Yeah, yeah. And you might, you know, I might be working with somebody with Tourette's who's doing a law degree or something, and their doctor's going and what's the problem today? And I'm like, just, how dare you, yeah, how dare you. Just because this person's got tics or Yeah, communicates differently. It</w:t>
      </w:r>
    </w:p>
    <w:p>
      <w:pPr>
        <w:spacing w:after="0"/>
      </w:pPr>
    </w:p>
    <w:p>
      <w:pPr>
        <w:spacing w:after="0"/>
      </w:pPr>
      <w:r>
        <w:rPr>
          <w:rFonts w:ascii="Arial" w:hAnsi="Arial"/>
          <w:b/>
          <w:sz w:val="22"/>
        </w:rPr>
        <w:t xml:space="preserve">Lucy  </w:t>
      </w:r>
      <w:r>
        <w:rPr>
          <w:rFonts w:ascii="Arial" w:hAnsi="Arial"/>
          <w:color w:val="5D7284"/>
          <w:sz w:val="22"/>
        </w:rPr>
        <w:t>30:21</w:t>
      </w:r>
    </w:p>
    <w:p>
      <w:pPr>
        <w:spacing w:after="0"/>
      </w:pPr>
      <w:r>
        <w:rPr>
          <w:rFonts w:ascii="Arial" w:hAnsi="Arial"/>
          <w:sz w:val="22"/>
        </w:rPr>
        <w:t>makes that hierarchy of disability, isn't it? Like I like, I often think that I'm quite privileged because like, I can I'm an acceptable, sort of palatable disabled person, but I know that other people aren't so lucky, you know, and to have that extra bit of condescend con what's the word I'm looking for? Like, condescending condescension. Yeah, condescending all the time must be it would drive me bananas. Absolutely bananas. I mean, I get, I get condescending people all the time, but not to the level of every time I look at somebody or try and open my mouth. It's just, and it boggles my mind, because I think to myself, if you just give yourself a little bit of time, it would be absolutely and</w:t>
      </w:r>
    </w:p>
    <w:p>
      <w:pPr>
        <w:spacing w:after="0"/>
      </w:pPr>
    </w:p>
    <w:p>
      <w:pPr>
        <w:spacing w:after="0"/>
      </w:pPr>
      <w:r>
        <w:rPr>
          <w:rFonts w:ascii="Arial" w:hAnsi="Arial"/>
          <w:b/>
          <w:sz w:val="22"/>
        </w:rPr>
        <w:t xml:space="preserve">Alice  </w:t>
      </w:r>
      <w:r>
        <w:rPr>
          <w:rFonts w:ascii="Arial" w:hAnsi="Arial"/>
          <w:color w:val="5D7284"/>
          <w:sz w:val="22"/>
        </w:rPr>
        <w:t>31:10</w:t>
      </w:r>
    </w:p>
    <w:p>
      <w:pPr>
        <w:spacing w:after="0"/>
      </w:pPr>
      <w:r>
        <w:rPr>
          <w:rFonts w:ascii="Arial" w:hAnsi="Arial"/>
          <w:sz w:val="22"/>
        </w:rPr>
        <w:t>I think I think it is, I think it is really important for people like you and I Lucy, to recognise some of the privilege that we do have in terms of being that acceptably disabled, but also because we're white British living in the UK. We come from, you know, we we're not sort of, you know, we come from relatively kind of middle class families. We have a lot of privilege. That means that, in a lot of ways, doors are open to us, whereas, I think even you know, ZUbee talks about all of her successes, but there will be barriers that she experiences just because her skin is a different color to ours, you know, and I'm sure that that's something that a lot of her guests on her show have talked about as well.</w:t>
      </w:r>
    </w:p>
    <w:p>
      <w:pPr>
        <w:spacing w:after="0"/>
      </w:pPr>
    </w:p>
    <w:p>
      <w:pPr>
        <w:spacing w:after="0"/>
      </w:pPr>
      <w:r>
        <w:rPr>
          <w:rFonts w:ascii="Arial" w:hAnsi="Arial"/>
          <w:b/>
          <w:sz w:val="22"/>
        </w:rPr>
        <w:t xml:space="preserve">Lucy  </w:t>
      </w:r>
      <w:r>
        <w:rPr>
          <w:rFonts w:ascii="Arial" w:hAnsi="Arial"/>
          <w:color w:val="5D7284"/>
          <w:sz w:val="22"/>
        </w:rPr>
        <w:t>32:01</w:t>
      </w:r>
    </w:p>
    <w:p>
      <w:pPr>
        <w:spacing w:after="0"/>
      </w:pPr>
      <w:r>
        <w:rPr>
          <w:rFonts w:ascii="Arial" w:hAnsi="Arial"/>
          <w:sz w:val="22"/>
        </w:rPr>
        <w:t>ZUbee what are your thoughts?</w:t>
      </w:r>
    </w:p>
    <w:p>
      <w:pPr>
        <w:spacing w:after="0"/>
      </w:pPr>
    </w:p>
    <w:p>
      <w:pPr>
        <w:spacing w:after="0"/>
      </w:pPr>
      <w:r>
        <w:rPr>
          <w:rFonts w:ascii="Arial" w:hAnsi="Arial"/>
          <w:b/>
          <w:sz w:val="22"/>
        </w:rPr>
        <w:t xml:space="preserve">ZUbee  </w:t>
      </w:r>
      <w:r>
        <w:rPr>
          <w:rFonts w:ascii="Arial" w:hAnsi="Arial"/>
          <w:color w:val="5D7284"/>
          <w:sz w:val="22"/>
        </w:rPr>
        <w:t>32:02</w:t>
      </w:r>
    </w:p>
    <w:p>
      <w:pPr>
        <w:spacing w:after="0"/>
      </w:pPr>
      <w:r>
        <w:rPr>
          <w:rFonts w:ascii="Arial" w:hAnsi="Arial"/>
          <w:sz w:val="22"/>
        </w:rPr>
        <w:t>Yeah, this is one of the reasons, obviously, I wanted to start the do the podcast was to give ethnic minorities, especially disabled people, as well, because we, we do face a lot of different barriers, like also, like, through education, just growing up generally, and yeah, because I've faced a lot of different barriers through that as well. Yeah, so this is why we sort of talk about different topics and try and get the awareness out there, and why it's so important.</w:t>
      </w:r>
    </w:p>
    <w:p>
      <w:pPr>
        <w:spacing w:after="0"/>
      </w:pPr>
    </w:p>
    <w:p>
      <w:pPr>
        <w:spacing w:after="0"/>
      </w:pPr>
      <w:r>
        <w:rPr>
          <w:rFonts w:ascii="Arial" w:hAnsi="Arial"/>
          <w:b/>
          <w:sz w:val="22"/>
        </w:rPr>
        <w:t xml:space="preserve">Alice  </w:t>
      </w:r>
      <w:r>
        <w:rPr>
          <w:rFonts w:ascii="Arial" w:hAnsi="Arial"/>
          <w:color w:val="5D7284"/>
          <w:sz w:val="22"/>
        </w:rPr>
        <w:t>32:37</w:t>
      </w:r>
    </w:p>
    <w:p>
      <w:pPr>
        <w:spacing w:after="0"/>
      </w:pPr>
      <w:r>
        <w:rPr>
          <w:rFonts w:ascii="Arial" w:hAnsi="Arial"/>
          <w:sz w:val="22"/>
        </w:rPr>
        <w:t>Can you tell us about some of the guests? I was going to say your favorite guests, but I always feel like that's gonna get people in trouble about some of the guests you've had on on your show.</w:t>
      </w:r>
    </w:p>
    <w:p>
      <w:pPr>
        <w:spacing w:after="0"/>
      </w:pPr>
    </w:p>
    <w:p>
      <w:pPr>
        <w:spacing w:after="0"/>
      </w:pPr>
      <w:r>
        <w:rPr>
          <w:rFonts w:ascii="Arial" w:hAnsi="Arial"/>
          <w:b/>
          <w:sz w:val="22"/>
        </w:rPr>
        <w:t xml:space="preserve">ZUbee  </w:t>
      </w:r>
      <w:r>
        <w:rPr>
          <w:rFonts w:ascii="Arial" w:hAnsi="Arial"/>
          <w:color w:val="5D7284"/>
          <w:sz w:val="22"/>
        </w:rPr>
        <w:t>32:48</w:t>
      </w:r>
    </w:p>
    <w:p>
      <w:pPr>
        <w:spacing w:after="0"/>
      </w:pPr>
      <w:r>
        <w:rPr>
          <w:rFonts w:ascii="Arial" w:hAnsi="Arial"/>
          <w:sz w:val="22"/>
        </w:rPr>
        <w:t>Yeah, sure. I don't know if you guys follow somebody called Isaac Harvey. He's a disability advocate, and he also has an MBE. He's a really good friend of mine. I had the privilege of having him on and we were talking about different, obviously, aspects for him as well, growing up with his disability and the barriers that he faced and how his family have been, like, really supportive. And, yeah, through obviously his education as well as that, and all the other successes that he's had through his journey, and obviously what he's been doing. And just recently, in our recent episode, I had somebody called Anjum Khan, who is, she's, again, she does a little little bit of work as well on disability. She's got a lot of different disabilities herself, but was it was all about Ramadan and fasting, and for her, how it is for her as somebody who is unable to fast because of her disability. So that was really interesting to hear from her perspective, and then also from my perspective, as somebody who is fasting, and just to sort of hear, even if you can't fast, what you can do instead, in order to, you know, just be part of it, and just be part of the, obviously, the occasion, and just be able to do it. So that was the experience of it kind of thing, yeah. Just the experience of it, yeah, and being part of the community, and what it's like for her, and</w:t>
      </w:r>
    </w:p>
    <w:p>
      <w:pPr>
        <w:spacing w:after="0"/>
      </w:pPr>
    </w:p>
    <w:p>
      <w:pPr>
        <w:spacing w:after="0"/>
      </w:pPr>
      <w:r>
        <w:rPr>
          <w:rFonts w:ascii="Arial" w:hAnsi="Arial"/>
          <w:b/>
          <w:sz w:val="22"/>
        </w:rPr>
        <w:t xml:space="preserve">Alice  </w:t>
      </w:r>
      <w:r>
        <w:rPr>
          <w:rFonts w:ascii="Arial" w:hAnsi="Arial"/>
          <w:color w:val="5D7284"/>
          <w:sz w:val="22"/>
        </w:rPr>
        <w:t>34:24</w:t>
      </w:r>
    </w:p>
    <w:p>
      <w:pPr>
        <w:spacing w:after="0"/>
      </w:pPr>
      <w:r>
        <w:rPr>
          <w:rFonts w:ascii="Arial" w:hAnsi="Arial"/>
          <w:sz w:val="22"/>
        </w:rPr>
        <w:t>that's what I was just thinking because I think for a lot of people outside of that community, you know, you hear about Ramadan, you just is just fasting, like nobody thinks about what it's actually reflective of, or like, the community and the cultural kind of implications of maybe, if you you can't participate in that, but also, I really like the idea of, you know, actually having the focus on what you can do and how you can be involved in that space and that celebration, yeah,</w:t>
      </w:r>
    </w:p>
    <w:p>
      <w:pPr>
        <w:spacing w:after="0"/>
      </w:pPr>
    </w:p>
    <w:p>
      <w:pPr>
        <w:spacing w:after="0"/>
      </w:pPr>
      <w:r>
        <w:rPr>
          <w:rFonts w:ascii="Arial" w:hAnsi="Arial"/>
          <w:b/>
          <w:sz w:val="22"/>
        </w:rPr>
        <w:t xml:space="preserve">ZUbee  </w:t>
      </w:r>
      <w:r>
        <w:rPr>
          <w:rFonts w:ascii="Arial" w:hAnsi="Arial"/>
          <w:color w:val="5D7284"/>
          <w:sz w:val="22"/>
        </w:rPr>
        <w:t>34:55</w:t>
      </w:r>
    </w:p>
    <w:p>
      <w:pPr>
        <w:spacing w:after="0"/>
      </w:pPr>
      <w:r>
        <w:rPr>
          <w:rFonts w:ascii="Arial" w:hAnsi="Arial"/>
          <w:sz w:val="22"/>
        </w:rPr>
        <w:t>yeah. And for her not to sort of feel isolated, even if she can't fast, but. Just to be having sort of people around her and all that sort of stuff, and just being part of it. So that was interesting to sort of hear it from her perspective, and sort of just if there are any occasions going on as well. So that's what I sort of try and focus on, if there's anything in the news and that sort of thing as well. Another guest that we had on. It was somebody called Azeem Amir, who is a blind footballer. So it was, again, it was interesting to hear, obviously his perspective, as well being a young footballer, and he plays for Team GB, and obviously the how they make the football accessible for him, and hearing his journey and how he got into football and his passion for football. So yeah, it was really interesting to have him on as well. So yeah, I've had quite a few really good people on, so I'm looking forward to having some more, hopefully exciting. Great</w:t>
      </w:r>
    </w:p>
    <w:p>
      <w:pPr>
        <w:spacing w:after="0"/>
      </w:pPr>
    </w:p>
    <w:p>
      <w:pPr>
        <w:spacing w:after="0"/>
      </w:pPr>
      <w:r>
        <w:rPr>
          <w:rFonts w:ascii="Arial" w:hAnsi="Arial"/>
          <w:b/>
          <w:sz w:val="22"/>
        </w:rPr>
        <w:t xml:space="preserve">Lucy  </w:t>
      </w:r>
      <w:r>
        <w:rPr>
          <w:rFonts w:ascii="Arial" w:hAnsi="Arial"/>
          <w:color w:val="5D7284"/>
          <w:sz w:val="22"/>
        </w:rPr>
        <w:t>35:56</w:t>
      </w:r>
    </w:p>
    <w:p>
      <w:pPr>
        <w:spacing w:after="0"/>
      </w:pPr>
      <w:r>
        <w:rPr>
          <w:rFonts w:ascii="Arial" w:hAnsi="Arial"/>
          <w:sz w:val="22"/>
        </w:rPr>
        <w:t>you have a great angle there, Zubee as well. Really that I don't think the many podcasts about covering very you know, as often as frequently, I know that we are aiming, as we go forward, to include people of, you know, different cultures and things like that, because I find it fascinating. I'd love to be able to talk to people from all over the world about what disability is like for them in their country and their disability experience. Because I just think, you know, when you go to inaccessible places like Prague, for instance, I've been to Prague and it was very difficult to negotiate in a wheelchair, in a manual wheelchair, but then I sat there and I was like, well, there must be disabled people that live in Prague, you know, and I have no other option but to live in Prague. And I just think listening to experiences from other people from other countries would again, be eye opening, but you have a great angle here to go at ZUbee. I think it's fantastic</w:t>
      </w:r>
    </w:p>
    <w:p>
      <w:pPr>
        <w:spacing w:after="0"/>
      </w:pPr>
    </w:p>
    <w:p>
      <w:pPr>
        <w:spacing w:after="0"/>
      </w:pPr>
      <w:r>
        <w:rPr>
          <w:rFonts w:ascii="Arial" w:hAnsi="Arial"/>
          <w:b/>
          <w:sz w:val="22"/>
        </w:rPr>
        <w:t xml:space="preserve">ZUbee  </w:t>
      </w:r>
      <w:r>
        <w:rPr>
          <w:rFonts w:ascii="Arial" w:hAnsi="Arial"/>
          <w:color w:val="5D7284"/>
          <w:sz w:val="22"/>
        </w:rPr>
        <w:t>36:55</w:t>
      </w:r>
    </w:p>
    <w:p>
      <w:pPr>
        <w:spacing w:after="0"/>
      </w:pPr>
      <w:r>
        <w:rPr>
          <w:rFonts w:ascii="Arial" w:hAnsi="Arial"/>
          <w:sz w:val="22"/>
        </w:rPr>
        <w:t>Thank you</w:t>
      </w:r>
    </w:p>
    <w:p>
      <w:pPr>
        <w:spacing w:after="0"/>
      </w:pPr>
    </w:p>
    <w:p>
      <w:pPr>
        <w:spacing w:after="0"/>
      </w:pPr>
      <w:r>
        <w:rPr>
          <w:rFonts w:ascii="Arial" w:hAnsi="Arial"/>
          <w:b/>
          <w:sz w:val="22"/>
        </w:rPr>
        <w:t xml:space="preserve">Alice  </w:t>
      </w:r>
      <w:r>
        <w:rPr>
          <w:rFonts w:ascii="Arial" w:hAnsi="Arial"/>
          <w:color w:val="5D7284"/>
          <w:sz w:val="22"/>
        </w:rPr>
        <w:t>36:58</w:t>
      </w:r>
    </w:p>
    <w:p>
      <w:pPr>
        <w:spacing w:after="0"/>
      </w:pPr>
      <w:r>
        <w:rPr>
          <w:rFonts w:ascii="Arial" w:hAnsi="Arial"/>
          <w:sz w:val="22"/>
        </w:rPr>
        <w:t>Can people like apply to come on your show Zubee, or you, do you sort of, do you cherry pick more? No. People can. Can just kind of be like, you know, hey, come and talk to me.</w:t>
      </w:r>
    </w:p>
    <w:p>
      <w:pPr>
        <w:spacing w:after="0"/>
      </w:pPr>
    </w:p>
    <w:p>
      <w:pPr>
        <w:spacing w:after="0"/>
      </w:pPr>
      <w:r>
        <w:rPr>
          <w:rFonts w:ascii="Arial" w:hAnsi="Arial"/>
          <w:b/>
          <w:sz w:val="22"/>
        </w:rPr>
        <w:t xml:space="preserve">ZUbee  </w:t>
      </w:r>
      <w:r>
        <w:rPr>
          <w:rFonts w:ascii="Arial" w:hAnsi="Arial"/>
          <w:color w:val="5D7284"/>
          <w:sz w:val="22"/>
        </w:rPr>
        <w:t>37:10</w:t>
      </w:r>
    </w:p>
    <w:p>
      <w:pPr>
        <w:spacing w:after="0"/>
      </w:pPr>
      <w:r>
        <w:rPr>
          <w:rFonts w:ascii="Arial" w:hAnsi="Arial"/>
          <w:sz w:val="22"/>
        </w:rPr>
        <w:t>Yeah, I'm obviously, because I'm still quite new to it, but I've just been putting people, if anybody does come forward, yeah, I'm actually looking for people to come on the because you were talking about the angle, yeah, I think it is a really because what I found when I was initially researching into it as well, I hadn't come across a podcast that would actually focus on ethnic minorities, and I just wanted to be able to do that, because I know there's a lot of different cultural barriers for people From ethnic minority backgrounds, I myself, personally, have faced barriers, and that's what I wanted my voice to be about, is for people to be able to talk about these barriers and challenges that they face, and what we can do to be, you know, to be able to overcome them.</w:t>
      </w:r>
    </w:p>
    <w:p>
      <w:pPr>
        <w:spacing w:after="0"/>
      </w:pPr>
    </w:p>
    <w:p>
      <w:pPr>
        <w:spacing w:after="0"/>
      </w:pPr>
      <w:r>
        <w:rPr>
          <w:rFonts w:ascii="Arial" w:hAnsi="Arial"/>
          <w:b/>
          <w:sz w:val="22"/>
        </w:rPr>
        <w:t xml:space="preserve">Alice  </w:t>
      </w:r>
      <w:r>
        <w:rPr>
          <w:rFonts w:ascii="Arial" w:hAnsi="Arial"/>
          <w:color w:val="5D7284"/>
          <w:sz w:val="22"/>
        </w:rPr>
        <w:t>37:57</w:t>
      </w:r>
    </w:p>
    <w:p>
      <w:pPr>
        <w:spacing w:after="0"/>
      </w:pPr>
      <w:r>
        <w:rPr>
          <w:rFonts w:ascii="Arial" w:hAnsi="Arial"/>
          <w:sz w:val="22"/>
        </w:rPr>
        <w:t>I've, you know, we have sort of said that we want to really improve the diversity of our our guests as well, on the show and in the kind of exactly the same as you in the research that I've done, there are podcasts out there. There have been podcasts in the past that maybe no longer exist. You know, we did have Kimmy Soko on, who was doing the dope black disabled podcast. I don't think that's going anymore. You know, it's one of the things that it is difficult, is having that kind of longevity. But you know, you, as you said, you, you've been going since 2022 you know, it's, it is, I think if you can, I think if you can uplift those voices, there are people out there who want to listen. Definitely, you know, I think the the difficulty with podcasting is the the continued production. Actually, I think if you you continue to produce, and you continue to have interesting guests on, you get the engagement from listeners. It's, you know, there are people out there pressing play. It's that the that's the difficult side of it is getting it to the point where people can press play. But I think particularly when you are putting out stories that people don't hear, that don't usually get listened to</w:t>
      </w:r>
    </w:p>
    <w:p>
      <w:pPr>
        <w:spacing w:after="0"/>
      </w:pPr>
    </w:p>
    <w:p>
      <w:pPr>
        <w:spacing w:after="0"/>
      </w:pPr>
      <w:r>
        <w:rPr>
          <w:rFonts w:ascii="Arial" w:hAnsi="Arial"/>
          <w:b/>
          <w:sz w:val="22"/>
        </w:rPr>
        <w:t xml:space="preserve">ZUbee  </w:t>
      </w:r>
      <w:r>
        <w:rPr>
          <w:rFonts w:ascii="Arial" w:hAnsi="Arial"/>
          <w:color w:val="5D7284"/>
          <w:sz w:val="22"/>
        </w:rPr>
        <w:t>39:10</w:t>
      </w:r>
    </w:p>
    <w:p>
      <w:pPr>
        <w:spacing w:after="0"/>
      </w:pPr>
      <w:r>
        <w:rPr>
          <w:rFonts w:ascii="Arial" w:hAnsi="Arial"/>
          <w:sz w:val="22"/>
        </w:rPr>
        <w:t>that's what I want. That's the focus of my voice podcast, is to get those voices out there. What I tend to find is that if people have celebrities on, celeb you know, people know who celebrities are, but I just want to be able to get those voices on. Like you said theres so many people</w:t>
      </w:r>
    </w:p>
    <w:p>
      <w:pPr>
        <w:spacing w:after="0"/>
      </w:pPr>
    </w:p>
    <w:p>
      <w:pPr>
        <w:spacing w:after="0"/>
      </w:pPr>
      <w:r>
        <w:rPr>
          <w:rFonts w:ascii="Arial" w:hAnsi="Arial"/>
          <w:b/>
          <w:sz w:val="22"/>
        </w:rPr>
        <w:t xml:space="preserve">Lucy  </w:t>
      </w:r>
      <w:r>
        <w:rPr>
          <w:rFonts w:ascii="Arial" w:hAnsi="Arial"/>
          <w:color w:val="5D7284"/>
          <w:sz w:val="22"/>
        </w:rPr>
        <w:t>39:27</w:t>
      </w:r>
    </w:p>
    <w:p>
      <w:pPr>
        <w:spacing w:after="0"/>
      </w:pPr>
      <w:r>
        <w:rPr>
          <w:rFonts w:ascii="Arial" w:hAnsi="Arial"/>
          <w:sz w:val="22"/>
        </w:rPr>
        <w:t>we've had many, many conversations, haven't we? Alice about this, and we've said like, whilst we can see the benefit of getting celebrities on and talking to celebrities, they draw the people in, but then we want them to stay for the people you've never heard of as well, because I often find their stories are far more interesting. You know, as much as I love there was a whole list of celebrities that I would love to interview, and I'm not for one second trying to turn any if any celebrities want to come on the show, please get in contact with us. However, however. But there is benefit to having celebrities on your show, because it gets, you know, hopefully you get a retweet, and you know, your social media blows up. You get a load of listeners. It's all it's all good. But then you want, you don't want it to just be a one off. You want them to stay for the interesting stories, like with Dan Metcalfe, for instance, his story was incredible. I sat there open mouthed for an hour about Dan because, like, I could not believe his story. He had an accident after accident, and he then became a disabled diver. And it's just incredible. His story is incredible. Those are the stories that nobody hears of because he's not a celebrity. And those are the stories that I find so engaging and interesting, and those are the kinds of stories you want people to hear. You know you work hard to produce a podcast, and you want people to hear the hidden world of disability, people who have gone through so much stuff in their lives, but are still continuing to make a success of themselves, and, you know, making a difference in the world. They're the stories that I find really interesting. I don't know what your thoughts are ZUbee,</w:t>
      </w:r>
    </w:p>
    <w:p>
      <w:pPr>
        <w:spacing w:after="0"/>
      </w:pPr>
    </w:p>
    <w:p>
      <w:pPr>
        <w:spacing w:after="0"/>
      </w:pPr>
      <w:r>
        <w:rPr>
          <w:rFonts w:ascii="Arial" w:hAnsi="Arial"/>
          <w:b/>
          <w:sz w:val="22"/>
        </w:rPr>
        <w:t xml:space="preserve">ZUbee  </w:t>
      </w:r>
      <w:r>
        <w:rPr>
          <w:rFonts w:ascii="Arial" w:hAnsi="Arial"/>
          <w:color w:val="5D7284"/>
          <w:sz w:val="22"/>
        </w:rPr>
        <w:t>41:13</w:t>
      </w:r>
    </w:p>
    <w:p>
      <w:pPr>
        <w:spacing w:after="0"/>
      </w:pPr>
      <w:r>
        <w:rPr>
          <w:rFonts w:ascii="Arial" w:hAnsi="Arial"/>
          <w:sz w:val="22"/>
        </w:rPr>
        <w:t>yeah. I mean, there's a lot, I'm sure there's a lot of disabled people out there, but you don't hear hear about their stories or their journeys or anything. So this is like giving them like the opportunity to be able to do that, and to be able to show you know, their successes, obviously the barriers that they face, and also their achievements. And just to be able to motivate other disabled people as well be just great, just to have people on like that as well. So yeah, I think it's really, really good. Just wanted to add with the podcast as well. It's recently, actually, I'm actually really pleased to share that it actually received some funding from the National Lottery community fund. So I'm obviously excited to see how, you know, furthermore, I can, you know, develop it as well and get more guests on as well. So I'm looking, really looking forward to that,</w:t>
      </w:r>
    </w:p>
    <w:p>
      <w:pPr>
        <w:spacing w:after="0"/>
      </w:pPr>
    </w:p>
    <w:p>
      <w:pPr>
        <w:spacing w:after="0"/>
      </w:pPr>
      <w:r>
        <w:rPr>
          <w:rFonts w:ascii="Arial" w:hAnsi="Arial"/>
          <w:b/>
          <w:sz w:val="22"/>
        </w:rPr>
        <w:t xml:space="preserve">Lucy  </w:t>
      </w:r>
      <w:r>
        <w:rPr>
          <w:rFonts w:ascii="Arial" w:hAnsi="Arial"/>
          <w:color w:val="5D7284"/>
          <w:sz w:val="22"/>
        </w:rPr>
        <w:t>42:03</w:t>
      </w:r>
    </w:p>
    <w:p>
      <w:pPr>
        <w:spacing w:after="0"/>
      </w:pPr>
      <w:r>
        <w:rPr>
          <w:rFonts w:ascii="Arial" w:hAnsi="Arial"/>
          <w:sz w:val="22"/>
        </w:rPr>
        <w:t>ZUbee, you seem to be in all the right places at just the right time. It's amazing. I'm really impressed. It's,</w:t>
      </w:r>
    </w:p>
    <w:p>
      <w:pPr>
        <w:spacing w:after="0"/>
      </w:pPr>
    </w:p>
    <w:p>
      <w:pPr>
        <w:spacing w:after="0"/>
      </w:pPr>
      <w:r>
        <w:rPr>
          <w:rFonts w:ascii="Arial" w:hAnsi="Arial"/>
          <w:b/>
          <w:sz w:val="22"/>
        </w:rPr>
        <w:t xml:space="preserve">ZUbee  </w:t>
      </w:r>
      <w:r>
        <w:rPr>
          <w:rFonts w:ascii="Arial" w:hAnsi="Arial"/>
          <w:color w:val="5D7284"/>
          <w:sz w:val="22"/>
        </w:rPr>
        <w:t>42:11</w:t>
      </w:r>
    </w:p>
    <w:p>
      <w:pPr>
        <w:spacing w:after="0"/>
      </w:pPr>
      <w:r>
        <w:rPr>
          <w:rFonts w:ascii="Arial" w:hAnsi="Arial"/>
          <w:sz w:val="22"/>
        </w:rPr>
        <w:t>I mean, I didn't, I didn't expect that at all.</w:t>
      </w:r>
    </w:p>
    <w:p>
      <w:pPr>
        <w:spacing w:after="0"/>
      </w:pPr>
    </w:p>
    <w:p>
      <w:pPr>
        <w:spacing w:after="0"/>
      </w:pPr>
      <w:r>
        <w:rPr>
          <w:rFonts w:ascii="Arial" w:hAnsi="Arial"/>
          <w:b/>
          <w:sz w:val="22"/>
        </w:rPr>
        <w:t xml:space="preserve">Lucy  </w:t>
      </w:r>
      <w:r>
        <w:rPr>
          <w:rFonts w:ascii="Arial" w:hAnsi="Arial"/>
          <w:color w:val="5D7284"/>
          <w:sz w:val="22"/>
        </w:rPr>
        <w:t>42:13</w:t>
      </w:r>
    </w:p>
    <w:p>
      <w:pPr>
        <w:spacing w:after="0"/>
      </w:pPr>
      <w:r>
        <w:rPr>
          <w:rFonts w:ascii="Arial" w:hAnsi="Arial"/>
          <w:sz w:val="22"/>
        </w:rPr>
        <w:t>Yeah, no, I know it's amazing. I do hope zooby that we'll be able to sort of work together, you know, further down the line, to sort of help each other out a little bit. Because I think there's some great work that we could perhaps do together if, if that's something you're interested in, I think that's something that we we'd like to do. Alice, well, I don't know what your thoughts are.</w:t>
      </w:r>
    </w:p>
    <w:p>
      <w:pPr>
        <w:spacing w:after="0"/>
      </w:pPr>
    </w:p>
    <w:p>
      <w:pPr>
        <w:spacing w:after="0"/>
      </w:pPr>
      <w:r>
        <w:rPr>
          <w:rFonts w:ascii="Arial" w:hAnsi="Arial"/>
          <w:b/>
          <w:sz w:val="22"/>
        </w:rPr>
        <w:t xml:space="preserve">Alice  </w:t>
      </w:r>
      <w:r>
        <w:rPr>
          <w:rFonts w:ascii="Arial" w:hAnsi="Arial"/>
          <w:color w:val="5D7284"/>
          <w:sz w:val="22"/>
        </w:rPr>
        <w:t>42:34</w:t>
      </w:r>
    </w:p>
    <w:p>
      <w:pPr>
        <w:spacing w:after="0"/>
      </w:pPr>
      <w:r>
        <w:rPr>
          <w:rFonts w:ascii="Arial" w:hAnsi="Arial"/>
          <w:sz w:val="22"/>
        </w:rPr>
        <w:t xml:space="preserve">There's definitely a, I think, a shared ethos about uplifting those voices. And I think, yeah, you know, if we can support one another to keep doing that, then that would be, you know, a wonderful partnership for us to try and cultivate </w:t>
      </w:r>
    </w:p>
    <w:p>
      <w:pPr>
        <w:spacing w:after="0"/>
      </w:pPr>
    </w:p>
    <w:p>
      <w:pPr>
        <w:spacing w:after="0"/>
      </w:pPr>
      <w:r>
        <w:rPr>
          <w:rFonts w:ascii="Arial" w:hAnsi="Arial"/>
          <w:b/>
          <w:sz w:val="22"/>
        </w:rPr>
        <w:t xml:space="preserve">ZUbee  </w:t>
      </w:r>
      <w:r>
        <w:rPr>
          <w:rFonts w:ascii="Arial" w:hAnsi="Arial"/>
          <w:color w:val="5D7284"/>
          <w:sz w:val="22"/>
        </w:rPr>
        <w:t>42:45</w:t>
      </w:r>
    </w:p>
    <w:p>
      <w:pPr>
        <w:spacing w:after="0"/>
      </w:pPr>
      <w:r>
        <w:rPr>
          <w:rFonts w:ascii="Arial" w:hAnsi="Arial"/>
          <w:sz w:val="22"/>
        </w:rPr>
        <w:t>Yeah, definitely. 100% Yeah, that sounds brilliant</w:t>
      </w:r>
    </w:p>
    <w:p>
      <w:pPr>
        <w:spacing w:after="0"/>
      </w:pPr>
    </w:p>
    <w:p>
      <w:pPr>
        <w:spacing w:after="0"/>
      </w:pPr>
      <w:r>
        <w:rPr>
          <w:rFonts w:ascii="Arial" w:hAnsi="Arial"/>
          <w:b/>
          <w:sz w:val="22"/>
        </w:rPr>
        <w:t xml:space="preserve">Lucy  </w:t>
      </w:r>
      <w:r>
        <w:rPr>
          <w:rFonts w:ascii="Arial" w:hAnsi="Arial"/>
          <w:color w:val="5D7284"/>
          <w:sz w:val="22"/>
        </w:rPr>
        <w:t>42:47</w:t>
      </w:r>
    </w:p>
    <w:p>
      <w:pPr>
        <w:spacing w:after="0"/>
      </w:pPr>
      <w:r>
        <w:rPr>
          <w:rFonts w:ascii="Arial" w:hAnsi="Arial"/>
          <w:sz w:val="22"/>
        </w:rPr>
        <w:t>Absolutely wonderful. Yeah, no, it sounds fantastic. What are your plans for your business going forward? You know, will we see you on Dragons' Den anytime soon? The thought of going on Dragons' Den, whether I've got a business or not, petrifies me. Oh, yeah, I just, I couldn't do it, yeah. What are your plans for the future?</w:t>
      </w:r>
    </w:p>
    <w:p>
      <w:pPr>
        <w:spacing w:after="0"/>
      </w:pPr>
    </w:p>
    <w:p>
      <w:pPr>
        <w:spacing w:after="0"/>
      </w:pPr>
      <w:r>
        <w:rPr>
          <w:rFonts w:ascii="Arial" w:hAnsi="Arial"/>
          <w:b/>
          <w:sz w:val="22"/>
        </w:rPr>
        <w:t xml:space="preserve">ZUbee  </w:t>
      </w:r>
      <w:r>
        <w:rPr>
          <w:rFonts w:ascii="Arial" w:hAnsi="Arial"/>
          <w:color w:val="5D7284"/>
          <w:sz w:val="22"/>
        </w:rPr>
        <w:t>43:14</w:t>
      </w:r>
    </w:p>
    <w:p>
      <w:pPr>
        <w:spacing w:after="0"/>
      </w:pPr>
      <w:r>
        <w:rPr>
          <w:rFonts w:ascii="Arial" w:hAnsi="Arial"/>
          <w:sz w:val="22"/>
        </w:rPr>
        <w:t>Well, I would like to see it get off the ground. It's still, like I said, it's still sort of a bit of work in progress, but I would like to hopefully get some businesses on board to sort of join in making events accessible for everybody. So yeah, like I said, it's all still, still a bit of work in progress and networking and sort of attending events and stuff. So it's sort of ongoing process. And, yeah, just looking forward to seeing really what happens. And yeah, still keep, keep going with it, yeah, yeah, sort</w:t>
      </w:r>
    </w:p>
    <w:p>
      <w:pPr>
        <w:spacing w:after="0"/>
      </w:pPr>
    </w:p>
    <w:p>
      <w:pPr>
        <w:spacing w:after="0"/>
      </w:pPr>
      <w:r>
        <w:rPr>
          <w:rFonts w:ascii="Arial" w:hAnsi="Arial"/>
          <w:b/>
          <w:sz w:val="22"/>
        </w:rPr>
        <w:t xml:space="preserve">Alice  </w:t>
      </w:r>
      <w:r>
        <w:rPr>
          <w:rFonts w:ascii="Arial" w:hAnsi="Arial"/>
          <w:color w:val="5D7284"/>
          <w:sz w:val="22"/>
        </w:rPr>
        <w:t>43:51</w:t>
      </w:r>
    </w:p>
    <w:p>
      <w:pPr>
        <w:spacing w:after="0"/>
      </w:pPr>
      <w:r>
        <w:rPr>
          <w:rFonts w:ascii="Arial" w:hAnsi="Arial"/>
          <w:sz w:val="22"/>
        </w:rPr>
        <w:t>of into into the unknown, with a kind of very positive attitude, trying</w:t>
      </w:r>
    </w:p>
    <w:p>
      <w:pPr>
        <w:spacing w:after="0"/>
      </w:pPr>
    </w:p>
    <w:p>
      <w:pPr>
        <w:spacing w:after="0"/>
      </w:pPr>
      <w:r>
        <w:rPr>
          <w:rFonts w:ascii="Arial" w:hAnsi="Arial"/>
          <w:b/>
          <w:sz w:val="22"/>
        </w:rPr>
        <w:t xml:space="preserve">ZUbee  </w:t>
      </w:r>
      <w:r>
        <w:rPr>
          <w:rFonts w:ascii="Arial" w:hAnsi="Arial"/>
          <w:color w:val="5D7284"/>
          <w:sz w:val="22"/>
        </w:rPr>
        <w:t>43:56</w:t>
      </w:r>
    </w:p>
    <w:p>
      <w:pPr>
        <w:spacing w:after="0"/>
      </w:pPr>
      <w:r>
        <w:rPr>
          <w:rFonts w:ascii="Arial" w:hAnsi="Arial"/>
          <w:sz w:val="22"/>
        </w:rPr>
        <w:t>to, yeah. I also just want to try and get some work as well. In the meantime, hopefully I can get something that may be on a freelance basis, but we'll see, because that'll be really good as well. Because I'm one of those people. Is when people sort of hear about me, I'm just like, I can't sit at home and just be doing nothing. I have to be doing something. Because I get, I get bored really easily. So yeah, I just be doing things. I'm on annual leave this week, and I</w:t>
      </w:r>
    </w:p>
    <w:p>
      <w:pPr>
        <w:spacing w:after="0"/>
      </w:pPr>
    </w:p>
    <w:p>
      <w:pPr>
        <w:spacing w:after="0"/>
      </w:pPr>
      <w:r>
        <w:rPr>
          <w:rFonts w:ascii="Arial" w:hAnsi="Arial"/>
          <w:b/>
          <w:sz w:val="22"/>
        </w:rPr>
        <w:t xml:space="preserve">ZUbee  </w:t>
      </w:r>
      <w:r>
        <w:rPr>
          <w:rFonts w:ascii="Arial" w:hAnsi="Arial"/>
          <w:color w:val="5D7284"/>
          <w:sz w:val="22"/>
        </w:rPr>
        <w:t>43:56</w:t>
      </w:r>
    </w:p>
    <w:p>
      <w:pPr>
        <w:spacing w:after="0"/>
      </w:pPr>
      <w:r>
        <w:rPr>
          <w:rFonts w:ascii="Arial" w:hAnsi="Arial"/>
          <w:sz w:val="22"/>
        </w:rPr>
        <w:t>know I'm just tired all the time.</w:t>
      </w:r>
    </w:p>
    <w:p>
      <w:pPr>
        <w:spacing w:after="0"/>
      </w:pPr>
    </w:p>
    <w:p>
      <w:pPr>
        <w:spacing w:after="0"/>
      </w:pPr>
      <w:r>
        <w:rPr>
          <w:rFonts w:ascii="Arial" w:hAnsi="Arial"/>
          <w:b/>
          <w:sz w:val="22"/>
        </w:rPr>
        <w:t xml:space="preserve">Lucy  </w:t>
      </w:r>
      <w:r>
        <w:rPr>
          <w:rFonts w:ascii="Arial" w:hAnsi="Arial"/>
          <w:color w:val="5D7284"/>
          <w:sz w:val="22"/>
        </w:rPr>
        <w:t>44:22</w:t>
      </w:r>
    </w:p>
    <w:p>
      <w:pPr>
        <w:spacing w:after="0"/>
      </w:pPr>
      <w:r>
        <w:rPr>
          <w:rFonts w:ascii="Arial" w:hAnsi="Arial"/>
          <w:sz w:val="22"/>
        </w:rPr>
        <w:t>I'm on annual leave. I know for a fact that at some point I will be staring at a Google spreadsheet because I just can't leave it. It's one of them things</w:t>
      </w:r>
    </w:p>
    <w:p>
      <w:pPr>
        <w:spacing w:after="0"/>
      </w:pPr>
    </w:p>
    <w:p>
      <w:pPr>
        <w:spacing w:after="0"/>
      </w:pPr>
      <w:r>
        <w:rPr>
          <w:rFonts w:ascii="Arial" w:hAnsi="Arial"/>
          <w:b/>
          <w:sz w:val="22"/>
        </w:rPr>
        <w:t xml:space="preserve">Alice  </w:t>
      </w:r>
      <w:r>
        <w:rPr>
          <w:rFonts w:ascii="Arial" w:hAnsi="Arial"/>
          <w:color w:val="5D7284"/>
          <w:sz w:val="22"/>
        </w:rPr>
        <w:t>44:36</w:t>
      </w:r>
    </w:p>
    <w:p>
      <w:pPr>
        <w:spacing w:after="0"/>
      </w:pPr>
      <w:r>
        <w:rPr>
          <w:rFonts w:ascii="Arial" w:hAnsi="Arial"/>
          <w:sz w:val="22"/>
        </w:rPr>
        <w:t>She does love a spreadsheet. Everybody knows it</w:t>
      </w:r>
    </w:p>
    <w:p>
      <w:pPr>
        <w:spacing w:after="0"/>
      </w:pPr>
    </w:p>
    <w:p>
      <w:pPr>
        <w:spacing w:after="0"/>
      </w:pPr>
      <w:r>
        <w:rPr>
          <w:rFonts w:ascii="Arial" w:hAnsi="Arial"/>
          <w:b/>
          <w:sz w:val="22"/>
        </w:rPr>
        <w:t xml:space="preserve">Lucy  </w:t>
      </w:r>
      <w:r>
        <w:rPr>
          <w:rFonts w:ascii="Arial" w:hAnsi="Arial"/>
          <w:color w:val="5D7284"/>
          <w:sz w:val="22"/>
        </w:rPr>
        <w:t>44:39</w:t>
      </w:r>
    </w:p>
    <w:p>
      <w:pPr>
        <w:spacing w:after="0"/>
      </w:pPr>
      <w:r>
        <w:rPr>
          <w:rFonts w:ascii="Arial" w:hAnsi="Arial"/>
          <w:sz w:val="22"/>
        </w:rPr>
        <w:t>That I do. Yeah, but I can't switch off if I've got an idea going around in my head. I'm often up early going I've sorted it, by the way, because I just otherwise, my brain just bullies me until I get something done about it. So yeah, I get, I understand that feeling Zubee be completely about, you know, not being able to sit still. Um, yeah, I</w:t>
      </w:r>
    </w:p>
    <w:p>
      <w:pPr>
        <w:spacing w:after="0"/>
      </w:pPr>
    </w:p>
    <w:p>
      <w:pPr>
        <w:spacing w:after="0"/>
      </w:pPr>
      <w:r>
        <w:rPr>
          <w:rFonts w:ascii="Arial" w:hAnsi="Arial"/>
          <w:b/>
          <w:sz w:val="22"/>
        </w:rPr>
        <w:t xml:space="preserve">Alice  </w:t>
      </w:r>
      <w:r>
        <w:rPr>
          <w:rFonts w:ascii="Arial" w:hAnsi="Arial"/>
          <w:color w:val="5D7284"/>
          <w:sz w:val="22"/>
        </w:rPr>
        <w:t>45:01</w:t>
      </w:r>
    </w:p>
    <w:p>
      <w:pPr>
        <w:spacing w:after="0"/>
      </w:pPr>
      <w:r>
        <w:rPr>
          <w:rFonts w:ascii="Arial" w:hAnsi="Arial"/>
          <w:sz w:val="22"/>
        </w:rPr>
        <w:t xml:space="preserve">I mean, if you're looking for stuff to do Luce, I've got some laundry that he's doing needs unloading. </w:t>
      </w:r>
    </w:p>
    <w:p>
      <w:pPr>
        <w:spacing w:after="0"/>
      </w:pPr>
    </w:p>
    <w:p>
      <w:pPr>
        <w:spacing w:after="0"/>
      </w:pPr>
      <w:r>
        <w:rPr>
          <w:rFonts w:ascii="Arial" w:hAnsi="Arial"/>
          <w:b/>
          <w:sz w:val="22"/>
        </w:rPr>
        <w:t xml:space="preserve">Lucy  </w:t>
      </w:r>
      <w:r>
        <w:rPr>
          <w:rFonts w:ascii="Arial" w:hAnsi="Arial"/>
          <w:color w:val="5D7284"/>
          <w:sz w:val="22"/>
        </w:rPr>
        <w:t>45:07</w:t>
      </w:r>
    </w:p>
    <w:p>
      <w:pPr>
        <w:spacing w:after="0"/>
      </w:pPr>
      <w:r>
        <w:rPr>
          <w:rFonts w:ascii="Arial" w:hAnsi="Arial"/>
          <w:sz w:val="22"/>
        </w:rPr>
        <w:t>I don't know how accessible your house is to be fair i'll just have to sit in the garden and shout</w:t>
      </w:r>
    </w:p>
    <w:p>
      <w:pPr>
        <w:spacing w:after="0"/>
      </w:pPr>
    </w:p>
    <w:p>
      <w:pPr>
        <w:spacing w:after="0"/>
      </w:pPr>
      <w:r>
        <w:rPr>
          <w:rFonts w:ascii="Arial" w:hAnsi="Arial"/>
          <w:b/>
          <w:sz w:val="22"/>
        </w:rPr>
        <w:t xml:space="preserve">Alice  </w:t>
      </w:r>
      <w:r>
        <w:rPr>
          <w:rFonts w:ascii="Arial" w:hAnsi="Arial"/>
          <w:color w:val="5D7284"/>
          <w:sz w:val="22"/>
        </w:rPr>
        <w:t>45:12</w:t>
      </w:r>
    </w:p>
    <w:p>
      <w:pPr>
        <w:spacing w:after="0"/>
      </w:pPr>
      <w:r>
        <w:rPr>
          <w:rFonts w:ascii="Arial" w:hAnsi="Arial"/>
          <w:sz w:val="22"/>
        </w:rPr>
        <w:t>My house would not be accessible to you unfortunately</w:t>
      </w:r>
    </w:p>
    <w:p>
      <w:pPr>
        <w:spacing w:after="0"/>
      </w:pPr>
    </w:p>
    <w:p>
      <w:pPr>
        <w:spacing w:after="0"/>
      </w:pPr>
      <w:r>
        <w:rPr>
          <w:rFonts w:ascii="Arial" w:hAnsi="Arial"/>
          <w:b/>
          <w:sz w:val="22"/>
        </w:rPr>
        <w:t xml:space="preserve">Lucy  </w:t>
      </w:r>
      <w:r>
        <w:rPr>
          <w:rFonts w:ascii="Arial" w:hAnsi="Arial"/>
          <w:color w:val="5D7284"/>
          <w:sz w:val="22"/>
        </w:rPr>
        <w:t>45:16</w:t>
      </w:r>
    </w:p>
    <w:p>
      <w:pPr>
        <w:spacing w:after="0"/>
      </w:pPr>
      <w:r>
        <w:rPr>
          <w:rFonts w:ascii="Arial" w:hAnsi="Arial"/>
          <w:sz w:val="22"/>
        </w:rPr>
        <w:t>there you go. No, thank you</w:t>
      </w:r>
    </w:p>
    <w:p>
      <w:pPr>
        <w:spacing w:after="0"/>
      </w:pPr>
    </w:p>
    <w:p>
      <w:pPr>
        <w:spacing w:after="0"/>
      </w:pPr>
      <w:r>
        <w:rPr>
          <w:rFonts w:ascii="Arial" w:hAnsi="Arial"/>
          <w:b/>
          <w:sz w:val="22"/>
        </w:rPr>
        <w:t xml:space="preserve">Alice  </w:t>
      </w:r>
      <w:r>
        <w:rPr>
          <w:rFonts w:ascii="Arial" w:hAnsi="Arial"/>
          <w:color w:val="5D7284"/>
          <w:sz w:val="22"/>
        </w:rPr>
        <w:t>45:17</w:t>
      </w:r>
    </w:p>
    <w:p>
      <w:pPr>
        <w:spacing w:after="0"/>
      </w:pPr>
      <w:r>
        <w:rPr>
          <w:rFonts w:ascii="Arial" w:hAnsi="Arial"/>
          <w:sz w:val="22"/>
        </w:rPr>
        <w:t>But otherwise, otherwise she'd be on board.</w:t>
      </w:r>
    </w:p>
    <w:p>
      <w:pPr>
        <w:spacing w:after="0"/>
      </w:pPr>
    </w:p>
    <w:p>
      <w:pPr>
        <w:spacing w:after="0"/>
      </w:pPr>
      <w:r>
        <w:rPr>
          <w:rFonts w:ascii="Arial" w:hAnsi="Arial"/>
          <w:b/>
          <w:sz w:val="22"/>
        </w:rPr>
        <w:t xml:space="preserve">ZUbee  </w:t>
      </w:r>
      <w:r>
        <w:rPr>
          <w:rFonts w:ascii="Arial" w:hAnsi="Arial"/>
          <w:color w:val="5D7284"/>
          <w:sz w:val="22"/>
        </w:rPr>
        <w:t>45:24</w:t>
      </w:r>
    </w:p>
    <w:p>
      <w:pPr>
        <w:spacing w:after="0"/>
      </w:pPr>
      <w:r>
        <w:rPr>
          <w:rFonts w:ascii="Arial" w:hAnsi="Arial"/>
          <w:sz w:val="22"/>
        </w:rPr>
        <w:t>If there's any event companies out there that would be interested in using my services, then please do get in touch with me.</w:t>
      </w:r>
    </w:p>
    <w:p>
      <w:pPr>
        <w:spacing w:after="0"/>
      </w:pPr>
    </w:p>
    <w:p>
      <w:pPr>
        <w:spacing w:after="0"/>
      </w:pPr>
      <w:r>
        <w:rPr>
          <w:rFonts w:ascii="Arial" w:hAnsi="Arial"/>
          <w:b/>
          <w:sz w:val="22"/>
        </w:rPr>
        <w:t xml:space="preserve">Lucy  </w:t>
      </w:r>
      <w:r>
        <w:rPr>
          <w:rFonts w:ascii="Arial" w:hAnsi="Arial"/>
          <w:color w:val="5D7284"/>
          <w:sz w:val="22"/>
        </w:rPr>
        <w:t>45:31</w:t>
      </w:r>
    </w:p>
    <w:p>
      <w:pPr>
        <w:spacing w:after="0"/>
      </w:pPr>
      <w:r>
        <w:rPr>
          <w:rFonts w:ascii="Arial" w:hAnsi="Arial"/>
          <w:sz w:val="22"/>
        </w:rPr>
        <w:t>Wonderful.</w:t>
      </w:r>
    </w:p>
    <w:p>
      <w:pPr>
        <w:spacing w:after="0"/>
      </w:pPr>
    </w:p>
    <w:p>
      <w:pPr>
        <w:spacing w:after="0"/>
      </w:pPr>
      <w:r>
        <w:rPr>
          <w:rFonts w:ascii="Arial" w:hAnsi="Arial"/>
          <w:b/>
          <w:sz w:val="22"/>
        </w:rPr>
        <w:t xml:space="preserve">Alice  </w:t>
      </w:r>
      <w:r>
        <w:rPr>
          <w:rFonts w:ascii="Arial" w:hAnsi="Arial"/>
          <w:color w:val="5D7284"/>
          <w:sz w:val="22"/>
        </w:rPr>
        <w:t>45:31</w:t>
      </w:r>
    </w:p>
    <w:p>
      <w:pPr>
        <w:spacing w:after="0"/>
      </w:pPr>
      <w:r>
        <w:rPr>
          <w:rFonts w:ascii="Arial" w:hAnsi="Arial"/>
          <w:sz w:val="22"/>
        </w:rPr>
        <w:t>We will make sure we put all of your details on our *laughter* show notes. It's fine. We take it in turns. Last time you i you got in there first. It's fine. We're a bit out of practice, folks, it's been, it's been a couple of months since we managed to sit down to record anything you</w:t>
      </w:r>
    </w:p>
    <w:p>
      <w:pPr>
        <w:spacing w:after="0"/>
      </w:pPr>
    </w:p>
    <w:p>
      <w:pPr>
        <w:spacing w:after="0"/>
      </w:pPr>
      <w:r>
        <w:rPr>
          <w:rFonts w:ascii="Arial" w:hAnsi="Arial"/>
          <w:b/>
          <w:sz w:val="22"/>
        </w:rPr>
        <w:t xml:space="preserve">Lucy  </w:t>
      </w:r>
      <w:r>
        <w:rPr>
          <w:rFonts w:ascii="Arial" w:hAnsi="Arial"/>
          <w:color w:val="5D7284"/>
          <w:sz w:val="22"/>
        </w:rPr>
        <w:t>45:57</w:t>
      </w:r>
    </w:p>
    <w:p>
      <w:pPr>
        <w:spacing w:after="0"/>
      </w:pPr>
      <w:r>
        <w:rPr>
          <w:rFonts w:ascii="Arial" w:hAnsi="Arial"/>
          <w:sz w:val="22"/>
        </w:rPr>
        <w:t>We need to do a practice run of learning how to speak. Anyway. ZUbee, is there anything else you want to talk about with us today?</w:t>
      </w:r>
    </w:p>
    <w:p>
      <w:pPr>
        <w:spacing w:after="0"/>
      </w:pPr>
    </w:p>
    <w:p>
      <w:pPr>
        <w:spacing w:after="0"/>
      </w:pPr>
      <w:r>
        <w:rPr>
          <w:rFonts w:ascii="Arial" w:hAnsi="Arial"/>
          <w:b/>
          <w:sz w:val="22"/>
        </w:rPr>
        <w:t xml:space="preserve">ZUbee  </w:t>
      </w:r>
      <w:r>
        <w:rPr>
          <w:rFonts w:ascii="Arial" w:hAnsi="Arial"/>
          <w:color w:val="5D7284"/>
          <w:sz w:val="22"/>
        </w:rPr>
        <w:t>46:11</w:t>
      </w:r>
    </w:p>
    <w:p>
      <w:pPr>
        <w:spacing w:after="0"/>
      </w:pPr>
      <w:r>
        <w:rPr>
          <w:rFonts w:ascii="Arial" w:hAnsi="Arial"/>
          <w:sz w:val="22"/>
        </w:rPr>
        <w:t>I've, no not that I can, not that I can think of no. I think the main bit is there is no. I think I'm okay.</w:t>
      </w:r>
    </w:p>
    <w:p>
      <w:pPr>
        <w:spacing w:after="0"/>
      </w:pPr>
    </w:p>
    <w:p>
      <w:pPr>
        <w:spacing w:after="0"/>
      </w:pPr>
      <w:r>
        <w:rPr>
          <w:rFonts w:ascii="Arial" w:hAnsi="Arial"/>
          <w:b/>
          <w:sz w:val="22"/>
        </w:rPr>
        <w:t xml:space="preserve">Lucy  </w:t>
      </w:r>
      <w:r>
        <w:rPr>
          <w:rFonts w:ascii="Arial" w:hAnsi="Arial"/>
          <w:color w:val="5D7284"/>
          <w:sz w:val="22"/>
        </w:rPr>
        <w:t>46:21</w:t>
      </w:r>
    </w:p>
    <w:p>
      <w:pPr>
        <w:spacing w:after="0"/>
      </w:pPr>
      <w:r>
        <w:rPr>
          <w:rFonts w:ascii="Arial" w:hAnsi="Arial"/>
          <w:sz w:val="22"/>
        </w:rPr>
        <w:t>We've covered everything.</w:t>
      </w:r>
    </w:p>
    <w:p>
      <w:pPr>
        <w:spacing w:after="0"/>
      </w:pPr>
    </w:p>
    <w:p>
      <w:pPr>
        <w:spacing w:after="0"/>
      </w:pPr>
      <w:r>
        <w:rPr>
          <w:rFonts w:ascii="Arial" w:hAnsi="Arial"/>
          <w:b/>
          <w:sz w:val="22"/>
        </w:rPr>
        <w:t xml:space="preserve">Alice  </w:t>
      </w:r>
      <w:r>
        <w:rPr>
          <w:rFonts w:ascii="Arial" w:hAnsi="Arial"/>
          <w:color w:val="5D7284"/>
          <w:sz w:val="22"/>
        </w:rPr>
        <w:t>46:22</w:t>
      </w:r>
    </w:p>
    <w:p>
      <w:pPr>
        <w:spacing w:after="0"/>
      </w:pPr>
      <w:r>
        <w:rPr>
          <w:rFonts w:ascii="Arial" w:hAnsi="Arial"/>
          <w:sz w:val="22"/>
        </w:rPr>
        <w:t>Do you want to tell people where they can Yeah, she's covered everything. Do you want to tell people where they can find you, like online and stuff? Yeah,</w:t>
      </w:r>
    </w:p>
    <w:p>
      <w:pPr>
        <w:spacing w:after="0"/>
      </w:pPr>
    </w:p>
    <w:p>
      <w:pPr>
        <w:spacing w:after="0"/>
      </w:pPr>
      <w:r>
        <w:rPr>
          <w:rFonts w:ascii="Arial" w:hAnsi="Arial"/>
          <w:b/>
          <w:sz w:val="22"/>
        </w:rPr>
        <w:t xml:space="preserve">ZUbee  </w:t>
      </w:r>
      <w:r>
        <w:rPr>
          <w:rFonts w:ascii="Arial" w:hAnsi="Arial"/>
          <w:color w:val="5D7284"/>
          <w:sz w:val="22"/>
        </w:rPr>
        <w:t>46:29</w:t>
      </w:r>
    </w:p>
    <w:p>
      <w:pPr>
        <w:spacing w:after="0"/>
      </w:pPr>
      <w:r>
        <w:rPr>
          <w:rFonts w:ascii="Arial" w:hAnsi="Arial"/>
          <w:sz w:val="22"/>
        </w:rPr>
        <w:t>sure. And so I can be found on Facebook, Twitter, Instagram and LinkedIn, and the handle is 'access my events' for all of them</w:t>
      </w:r>
    </w:p>
    <w:p>
      <w:pPr>
        <w:spacing w:after="0"/>
      </w:pPr>
    </w:p>
    <w:p>
      <w:pPr>
        <w:spacing w:after="0"/>
      </w:pPr>
      <w:r>
        <w:rPr>
          <w:rFonts w:ascii="Arial" w:hAnsi="Arial"/>
          <w:b/>
          <w:sz w:val="22"/>
        </w:rPr>
        <w:t xml:space="preserve">Lucy  </w:t>
      </w:r>
      <w:r>
        <w:rPr>
          <w:rFonts w:ascii="Arial" w:hAnsi="Arial"/>
          <w:color w:val="5D7284"/>
          <w:sz w:val="22"/>
        </w:rPr>
        <w:t>46:40</w:t>
      </w:r>
    </w:p>
    <w:p>
      <w:pPr>
        <w:spacing w:after="0"/>
      </w:pPr>
      <w:r>
        <w:rPr>
          <w:rFonts w:ascii="Arial" w:hAnsi="Arial"/>
          <w:sz w:val="22"/>
        </w:rPr>
        <w:t>We will make sure that we we will make sure that we talk. We put your the links in places where people can find them when they're looking for this episode, so they'll be alongside the transcripts and things like that. We will keep an eye out for you, ZUbee, and when you are on Dragons' Den. I will be tuning in cheering you on.</w:t>
      </w:r>
    </w:p>
    <w:p>
      <w:pPr>
        <w:spacing w:after="0"/>
      </w:pPr>
    </w:p>
    <w:p>
      <w:pPr>
        <w:spacing w:after="0"/>
      </w:pPr>
      <w:r>
        <w:rPr>
          <w:rFonts w:ascii="Arial" w:hAnsi="Arial"/>
          <w:b/>
          <w:sz w:val="22"/>
        </w:rPr>
        <w:t xml:space="preserve">Alice  </w:t>
      </w:r>
      <w:r>
        <w:rPr>
          <w:rFonts w:ascii="Arial" w:hAnsi="Arial"/>
          <w:color w:val="5D7284"/>
          <w:sz w:val="22"/>
        </w:rPr>
        <w:t>47:03</w:t>
      </w:r>
    </w:p>
    <w:p>
      <w:pPr>
        <w:spacing w:after="0"/>
      </w:pPr>
      <w:r>
        <w:rPr>
          <w:rFonts w:ascii="Arial" w:hAnsi="Arial"/>
          <w:sz w:val="22"/>
        </w:rPr>
        <w:t>Give us a secret wink when you're on so we know</w:t>
      </w:r>
    </w:p>
    <w:p>
      <w:pPr>
        <w:spacing w:after="0"/>
      </w:pPr>
    </w:p>
    <w:p>
      <w:pPr>
        <w:spacing w:after="0"/>
      </w:pPr>
      <w:r>
        <w:rPr>
          <w:rFonts w:ascii="Arial" w:hAnsi="Arial"/>
          <w:b/>
          <w:sz w:val="22"/>
        </w:rPr>
        <w:t xml:space="preserve">ZUbee  </w:t>
      </w:r>
      <w:r>
        <w:rPr>
          <w:rFonts w:ascii="Arial" w:hAnsi="Arial"/>
          <w:color w:val="5D7284"/>
          <w:sz w:val="22"/>
        </w:rPr>
        <w:t>47:08</w:t>
      </w:r>
    </w:p>
    <w:p>
      <w:pPr>
        <w:spacing w:after="0"/>
      </w:pPr>
      <w:r>
        <w:rPr>
          <w:rFonts w:ascii="Arial" w:hAnsi="Arial"/>
          <w:sz w:val="22"/>
        </w:rPr>
        <w:t>I don't think i'll make it that far i dont think i'd be good at anything like that.</w:t>
      </w:r>
    </w:p>
    <w:p>
      <w:pPr>
        <w:spacing w:after="0"/>
      </w:pPr>
    </w:p>
    <w:p>
      <w:pPr>
        <w:spacing w:after="0"/>
      </w:pPr>
      <w:r>
        <w:rPr>
          <w:rFonts w:ascii="Arial" w:hAnsi="Arial"/>
          <w:b/>
          <w:sz w:val="22"/>
        </w:rPr>
        <w:t xml:space="preserve">Lucy  </w:t>
      </w:r>
      <w:r>
        <w:rPr>
          <w:rFonts w:ascii="Arial" w:hAnsi="Arial"/>
          <w:color w:val="5D7284"/>
          <w:sz w:val="22"/>
        </w:rPr>
        <w:t>47:14</w:t>
      </w:r>
    </w:p>
    <w:p>
      <w:pPr>
        <w:spacing w:after="0"/>
      </w:pPr>
      <w:r>
        <w:rPr>
          <w:rFonts w:ascii="Arial" w:hAnsi="Arial"/>
          <w:sz w:val="22"/>
        </w:rPr>
        <w:t>I'm sure you, I'm sure you'll, you'd, you'll try it and you got, actually, I'm really good at this. But no, it's been absolute pleasure. It's been an absolute pleasure to talk to you today. ZUbee, thank you so much for joining us today.</w:t>
      </w:r>
    </w:p>
    <w:p>
      <w:pPr>
        <w:spacing w:after="0"/>
      </w:pPr>
    </w:p>
    <w:p>
      <w:pPr>
        <w:spacing w:after="0"/>
      </w:pPr>
      <w:r>
        <w:rPr>
          <w:rFonts w:ascii="Arial" w:hAnsi="Arial"/>
          <w:b/>
          <w:sz w:val="22"/>
        </w:rPr>
        <w:t xml:space="preserve">ZUbee  </w:t>
      </w:r>
      <w:r>
        <w:rPr>
          <w:rFonts w:ascii="Arial" w:hAnsi="Arial"/>
          <w:color w:val="5D7284"/>
          <w:sz w:val="22"/>
        </w:rPr>
        <w:t>47:27</w:t>
      </w:r>
    </w:p>
    <w:p>
      <w:pPr>
        <w:spacing w:after="0"/>
      </w:pPr>
      <w:r>
        <w:rPr>
          <w:rFonts w:ascii="Arial" w:hAnsi="Arial"/>
          <w:sz w:val="22"/>
        </w:rPr>
        <w:t>Yeah, no, thank you so much for having me on. Yeah. Um, great. I look forward to sort of hearing it when it's out. Yeah, yeah.</w:t>
      </w:r>
    </w:p>
    <w:p>
      <w:pPr>
        <w:spacing w:after="0"/>
      </w:pPr>
    </w:p>
    <w:p>
      <w:pPr>
        <w:spacing w:after="0"/>
      </w:pPr>
      <w:r>
        <w:rPr>
          <w:rFonts w:ascii="Arial" w:hAnsi="Arial"/>
          <w:b/>
          <w:sz w:val="22"/>
        </w:rPr>
        <w:t xml:space="preserve">Alice  </w:t>
      </w:r>
      <w:r>
        <w:rPr>
          <w:rFonts w:ascii="Arial" w:hAnsi="Arial"/>
          <w:color w:val="5D7284"/>
          <w:sz w:val="22"/>
        </w:rPr>
        <w:t>47:36</w:t>
      </w:r>
    </w:p>
    <w:p>
      <w:pPr>
        <w:spacing w:after="0"/>
      </w:pPr>
      <w:r>
        <w:rPr>
          <w:rFonts w:ascii="Arial" w:hAnsi="Arial"/>
          <w:sz w:val="22"/>
        </w:rPr>
        <w:t>This episode is, is part of our first proper season of the show, so there will be episodes coming out in the following weeks, and then we'll be done for a bit and having another break. But make sure that you are following us on social media, so that you know when we're releasing seasons, and obviously follow the show on your podcast player so that you never miss an episode. I think we're done for the day Luce</w:t>
      </w:r>
    </w:p>
    <w:p>
      <w:pPr>
        <w:spacing w:after="0"/>
      </w:pPr>
    </w:p>
    <w:p>
      <w:pPr>
        <w:spacing w:after="0"/>
      </w:pPr>
      <w:r>
        <w:rPr>
          <w:rFonts w:ascii="Arial" w:hAnsi="Arial"/>
          <w:b/>
          <w:sz w:val="22"/>
        </w:rPr>
        <w:t xml:space="preserve">Lucy  </w:t>
      </w:r>
      <w:r>
        <w:rPr>
          <w:rFonts w:ascii="Arial" w:hAnsi="Arial"/>
          <w:color w:val="5D7284"/>
          <w:sz w:val="22"/>
        </w:rPr>
        <w:t>48:06</w:t>
      </w:r>
    </w:p>
    <w:p>
      <w:pPr>
        <w:spacing w:after="0"/>
      </w:pPr>
      <w:r>
        <w:rPr>
          <w:rFonts w:ascii="Arial" w:hAnsi="Arial"/>
          <w:sz w:val="22"/>
        </w:rPr>
        <w:t>I think so should I go and make a cup of tea?</w:t>
      </w:r>
    </w:p>
    <w:p>
      <w:pPr>
        <w:spacing w:after="0"/>
      </w:pPr>
    </w:p>
    <w:p>
      <w:pPr>
        <w:spacing w:after="0"/>
      </w:pPr>
      <w:r>
        <w:rPr>
          <w:rFonts w:ascii="Arial" w:hAnsi="Arial"/>
          <w:b/>
          <w:sz w:val="22"/>
        </w:rPr>
        <w:t xml:space="preserve">Alice  </w:t>
      </w:r>
      <w:r>
        <w:rPr>
          <w:rFonts w:ascii="Arial" w:hAnsi="Arial"/>
          <w:color w:val="5D7284"/>
          <w:sz w:val="22"/>
        </w:rPr>
        <w:t>48:09</w:t>
      </w:r>
    </w:p>
    <w:p>
      <w:pPr>
        <w:spacing w:after="0"/>
      </w:pPr>
      <w:r>
        <w:rPr>
          <w:rFonts w:ascii="Arial" w:hAnsi="Arial"/>
          <w:sz w:val="22"/>
        </w:rPr>
        <w:t>I was gonna try and grab half an hour's nap. So, yeah, we will see you all next time.</w:t>
      </w:r>
    </w:p>
    <w:p>
      <w:pPr>
        <w:spacing w:after="0"/>
      </w:pPr>
    </w:p>
    <w:p>
      <w:pPr>
        <w:spacing w:after="0"/>
      </w:pPr>
      <w:r>
        <w:rPr>
          <w:rFonts w:ascii="Arial" w:hAnsi="Arial"/>
          <w:b/>
          <w:sz w:val="22"/>
        </w:rPr>
        <w:t xml:space="preserve">ZUbee  </w:t>
      </w:r>
      <w:r>
        <w:rPr>
          <w:rFonts w:ascii="Arial" w:hAnsi="Arial"/>
          <w:color w:val="5D7284"/>
          <w:sz w:val="22"/>
        </w:rPr>
        <w:t>48:19</w:t>
      </w:r>
    </w:p>
    <w:p>
      <w:pPr>
        <w:spacing w:after="0"/>
      </w:pPr>
      <w:r>
        <w:rPr>
          <w:rFonts w:ascii="Arial" w:hAnsi="Arial"/>
          <w:sz w:val="22"/>
        </w:rPr>
        <w:t>Thank you so much</w:t>
      </w:r>
    </w:p>
    <w:p>
      <w:pPr>
        <w:spacing w:after="0"/>
      </w:pPr>
    </w:p>
    <w:p>
      <w:pPr>
        <w:spacing w:after="0"/>
      </w:pPr>
      <w:r>
        <w:rPr>
          <w:rFonts w:ascii="Arial" w:hAnsi="Arial"/>
          <w:b/>
          <w:sz w:val="22"/>
        </w:rPr>
        <w:t xml:space="preserve">Alice  </w:t>
      </w:r>
      <w:r>
        <w:rPr>
          <w:rFonts w:ascii="Arial" w:hAnsi="Arial"/>
          <w:color w:val="5D7284"/>
          <w:sz w:val="22"/>
        </w:rPr>
        <w:t>48:21</w:t>
      </w:r>
    </w:p>
    <w:p>
      <w:pPr>
        <w:spacing w:after="0"/>
      </w:pPr>
      <w:r>
        <w:rPr>
          <w:rFonts w:ascii="Arial" w:hAnsi="Arial"/>
          <w:sz w:val="22"/>
        </w:rPr>
        <w:t>Thanks. ZUbee</w:t>
      </w:r>
    </w:p>
    <w:p>
      <w:pPr>
        <w:spacing w:after="0"/>
      </w:pPr>
    </w:p>
    <w:p>
      <w:pPr>
        <w:spacing w:after="0"/>
      </w:pPr>
      <w:r>
        <w:rPr>
          <w:rFonts w:ascii="Arial" w:hAnsi="Arial"/>
          <w:b/>
          <w:sz w:val="22"/>
        </w:rPr>
        <w:t xml:space="preserve">Alice  </w:t>
      </w:r>
      <w:r>
        <w:rPr>
          <w:rFonts w:ascii="Arial" w:hAnsi="Arial"/>
          <w:color w:val="5D7284"/>
          <w:sz w:val="22"/>
        </w:rPr>
        <w:t>48:22</w:t>
      </w:r>
    </w:p>
    <w:p>
      <w:pPr>
        <w:spacing w:after="0"/>
      </w:pPr>
      <w:r>
        <w:rPr>
          <w:rFonts w:ascii="Arial" w:hAnsi="Arial"/>
          <w:sz w:val="22"/>
        </w:rPr>
        <w:t>*Dora snores* Shhh don't wake Dora</w:t>
      </w:r>
    </w:p>
    <w:p>
      <w:pPr>
        <w:spacing w:after="0"/>
      </w:pPr>
    </w:p>
    <w:p>
      <w:pPr>
        <w:spacing w:after="0"/>
      </w:pPr>
      <w:r>
        <w:rPr>
          <w:rFonts w:ascii="Arial" w:hAnsi="Arial"/>
          <w:b/>
          <w:sz w:val="22"/>
        </w:rPr>
        <w:t xml:space="preserve">Alice  </w:t>
      </w:r>
      <w:r>
        <w:rPr>
          <w:rFonts w:ascii="Arial" w:hAnsi="Arial"/>
          <w:color w:val="5D7284"/>
          <w:sz w:val="22"/>
        </w:rPr>
        <w:t>48:25</w:t>
      </w:r>
    </w:p>
    <w:p>
      <w:pPr>
        <w:spacing w:after="0"/>
      </w:pPr>
      <w:r>
        <w:rPr>
          <w:rFonts w:ascii="Arial" w:hAnsi="Arial"/>
          <w:sz w:val="22"/>
        </w:rPr>
        <w:t>Thanks for listening to the label podcast. If you like the show, you can rate review and subscribe, and you can follow us on social media at labeled pod.</w:t>
      </w:r>
    </w:p>
    <w:p>
      <w:pPr>
        <w:spacing w:after="0"/>
      </w:pPr>
    </w:p>
    <w:p>
      <w:pPr>
        <w:spacing w:after="0"/>
      </w:pPr>
      <w:r>
        <w:rPr>
          <w:rFonts w:ascii="Arial" w:hAnsi="Arial"/>
          <w:b/>
          <w:sz w:val="22"/>
        </w:rPr>
        <w:t xml:space="preserve">Lucy  </w:t>
      </w:r>
      <w:r>
        <w:rPr>
          <w:rFonts w:ascii="Arial" w:hAnsi="Arial"/>
          <w:color w:val="5D7284"/>
          <w:sz w:val="22"/>
        </w:rPr>
        <w:t>48:35</w:t>
      </w:r>
    </w:p>
    <w:p>
      <w:pPr>
        <w:spacing w:after="0"/>
      </w:pPr>
      <w:r>
        <w:rPr>
          <w:rFonts w:ascii="Arial" w:hAnsi="Arial"/>
          <w:sz w:val="22"/>
        </w:rPr>
        <w:t>This episode was edited by Adam Hall. Our music was by Maisie Crunden,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