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Copy of Heledd First Edit</w:t>
      </w:r>
    </w:p>
    <w:p>
      <w:r>
        <w:rPr>
          <w:rFonts w:ascii="Arial" w:hAnsi="Arial"/>
          <w:color w:val="4F6880"/>
          <w:sz w:val="22"/>
        </w:rPr>
        <w:t>Wed, Aug 06, 2025 4:51PM • 55:39</w:t>
      </w:r>
    </w:p>
    <w:p>
      <w:pPr>
        <w:spacing w:before="440" w:after="0"/>
      </w:pPr>
      <w:r>
        <w:rPr>
          <w:rFonts w:ascii="Arial" w:hAnsi="Arial"/>
          <w:b/>
          <w:color w:val="4F6880"/>
          <w:sz w:val="22"/>
        </w:rPr>
        <w:t>SUMMARY KEYWORDS</w:t>
      </w:r>
    </w:p>
    <w:p>
      <w:r>
        <w:rPr>
          <w:rFonts w:ascii="Arial" w:hAnsi="Arial"/>
          <w:color w:val="4F6880"/>
          <w:sz w:val="22"/>
        </w:rPr>
        <w:t>Disability, institutionalization, medical capacity, care needs, Mental Capacity Act, Care Act, legal expertise, personal autonomy, care assessment, care provision, public purse, caregiver support, third sector, care rights, care challenges.</w:t>
      </w:r>
    </w:p>
    <w:p>
      <w:pPr>
        <w:spacing w:before="440" w:after="0"/>
      </w:pPr>
      <w:r>
        <w:rPr>
          <w:rFonts w:ascii="Arial" w:hAnsi="Arial"/>
          <w:b/>
          <w:color w:val="4F6880"/>
          <w:sz w:val="22"/>
        </w:rPr>
        <w:t>SPEAKERS</w:t>
      </w:r>
    </w:p>
    <w:p>
      <w:r>
        <w:rPr>
          <w:rFonts w:ascii="Arial" w:hAnsi="Arial"/>
          <w:color w:val="4F6880"/>
          <w:sz w:val="22"/>
        </w:rPr>
        <w:t>Heledd Wyn, Alice,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label podcast, a show about disability, illness and difference. I'm Lucy and I'm</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Alice identity, and this is who</w:t>
      </w:r>
    </w:p>
    <w:p>
      <w:pPr>
        <w:spacing w:after="0"/>
      </w:pPr>
    </w:p>
    <w:p>
      <w:pPr>
        <w:spacing w:after="0"/>
      </w:pPr>
      <w:r>
        <w:rPr>
          <w:rFonts w:ascii="Arial" w:hAnsi="Arial"/>
          <w:color w:val="5D7284"/>
          <w:sz w:val="22"/>
        </w:rPr>
        <w:t>00:11</w:t>
      </w:r>
    </w:p>
    <w:p>
      <w:pPr>
        <w:spacing w:after="0"/>
      </w:pPr>
      <w:r>
        <w:rPr>
          <w:rFonts w:ascii="Arial" w:hAnsi="Arial"/>
          <w:sz w:val="22"/>
        </w:rPr>
        <w:t>I mentally I just label me.</w:t>
      </w:r>
    </w:p>
    <w:p>
      <w:pPr>
        <w:spacing w:after="0"/>
      </w:pPr>
    </w:p>
    <w:p>
      <w:pPr>
        <w:spacing w:after="0"/>
      </w:pPr>
      <w:r>
        <w:rPr>
          <w:rFonts w:ascii="Arial" w:hAnsi="Arial"/>
          <w:color w:val="5D7284"/>
          <w:sz w:val="22"/>
        </w:rPr>
        <w:t>00:20</w:t>
      </w:r>
    </w:p>
    <w:p>
      <w:pPr>
        <w:spacing w:after="0"/>
      </w:pPr>
      <w:r>
        <w:rPr>
          <w:rFonts w:ascii="Arial" w:hAnsi="Arial"/>
          <w:sz w:val="22"/>
        </w:rPr>
        <w:t>Just label me. I just labeled</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me. 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folks. Welcome to a little bit more labeled. This is the bonus content area of the lABLEd podcast. So if you like what we do over there, you're probably over here as well. We are in find the final stretch of our spotlight season, disability, disability and institutionalization, try saying that when you've had a few We are joined today by haleth, who is going to talk to us about what, in fact, he Why don't you introduce yourself to Alice and tell her a bit about yourself? Please? Yeah.</w:t>
      </w:r>
    </w:p>
    <w:p>
      <w:pPr>
        <w:spacing w:after="0"/>
      </w:pPr>
    </w:p>
    <w:p>
      <w:pPr>
        <w:spacing w:after="0"/>
      </w:pPr>
      <w:r>
        <w:rPr>
          <w:rFonts w:ascii="Arial" w:hAnsi="Arial"/>
          <w:b/>
          <w:sz w:val="22"/>
        </w:rPr>
        <w:t xml:space="preserve">Heledd Wyn  </w:t>
      </w:r>
      <w:r>
        <w:rPr>
          <w:rFonts w:ascii="Arial" w:hAnsi="Arial"/>
          <w:color w:val="5D7284"/>
          <w:sz w:val="22"/>
        </w:rPr>
        <w:t>01:17</w:t>
      </w:r>
    </w:p>
    <w:p>
      <w:pPr>
        <w:spacing w:after="0"/>
      </w:pPr>
      <w:r>
        <w:rPr>
          <w:rFonts w:ascii="Arial" w:hAnsi="Arial"/>
          <w:sz w:val="22"/>
        </w:rPr>
        <w:t>Thank you. Thank you very much for having me on so I'm how I win. I'm a solicitor, roughly law, and I specialize in all manner of things dealing with individuals who might find themselves, either themselves needing care, or issues of medical capacity, or their family members are in care there's medical capacity issues, and hopefully we can work together and get the right outcome. Am I could believe that sometimes we have to, we have to take things a bit further and get bit stroppy with various institutions, and sometimes that can mean ending up things in court. And so, yeah, it goes from planning to crisis management and everything</w:t>
      </w:r>
    </w:p>
    <w:p>
      <w:pPr>
        <w:spacing w:after="0"/>
      </w:pPr>
    </w:p>
    <w:p>
      <w:pPr>
        <w:spacing w:after="0"/>
      </w:pPr>
      <w:r>
        <w:rPr>
          <w:rFonts w:ascii="Arial" w:hAnsi="Arial"/>
          <w:b/>
          <w:sz w:val="22"/>
        </w:rPr>
        <w:t xml:space="preserve">Lucy  </w:t>
      </w:r>
      <w:r>
        <w:rPr>
          <w:rFonts w:ascii="Arial" w:hAnsi="Arial"/>
          <w:color w:val="5D7284"/>
          <w:sz w:val="22"/>
        </w:rPr>
        <w:t>02:00</w:t>
      </w:r>
    </w:p>
    <w:p>
      <w:pPr>
        <w:spacing w:after="0"/>
      </w:pPr>
      <w:r>
        <w:rPr>
          <w:rFonts w:ascii="Arial" w:hAnsi="Arial"/>
          <w:sz w:val="22"/>
        </w:rPr>
        <w:t>in between. Well, thank you so much for joining us today. We're really excited to get your insight into this whole topic of disability and institutionalization. So thanks for joining us.</w:t>
      </w:r>
    </w:p>
    <w:p>
      <w:pPr>
        <w:spacing w:after="0"/>
      </w:pPr>
    </w:p>
    <w:p>
      <w:pPr>
        <w:spacing w:after="0"/>
      </w:pPr>
      <w:r>
        <w:rPr>
          <w:rFonts w:ascii="Arial" w:hAnsi="Arial"/>
          <w:b/>
          <w:sz w:val="22"/>
        </w:rPr>
        <w:t xml:space="preserve">Alice  </w:t>
      </w:r>
      <w:r>
        <w:rPr>
          <w:rFonts w:ascii="Arial" w:hAnsi="Arial"/>
          <w:color w:val="5D7284"/>
          <w:sz w:val="22"/>
        </w:rPr>
        <w:t>02:12</w:t>
      </w:r>
    </w:p>
    <w:p>
      <w:pPr>
        <w:spacing w:after="0"/>
      </w:pPr>
      <w:r>
        <w:rPr>
          <w:rFonts w:ascii="Arial" w:hAnsi="Arial"/>
          <w:sz w:val="22"/>
        </w:rPr>
        <w:t>Yeah, thank you, Alice. I think one of the reasons that I thought would be really interesting for the disabled community to hear from somebody with a kind of a legal expertise is that so much of these conversations around disability and institutionalization is, seems to be a lot of people being kind of held against their will and treated against their Will. And I thought, you know, because this is a topic that doesn't just impact kind of our community, but is, you know, increasingly becoming something that's important to people as they get older. I thought it would be really empowering for people to have a little bit of an understanding about, you know, what those processes are and and how they're there to kind of help keep people safe, uh, during these, you know, when, when institutions become involved? Because I think so often when we have conversations about institutions, it's, it's all horror stories of scary words, and lots of words like asylum and awful stories of abuse. And actually, you know, I think a lot of work has been done in recent years to try and, you know, put some protections in place. Obviously, we can't deny that tragedies don't still happen. But I think it, you know, can be really, like I say, reassuring and empowering for people to to know what their rights are.</w:t>
      </w:r>
    </w:p>
    <w:p>
      <w:pPr>
        <w:spacing w:after="0"/>
      </w:pPr>
    </w:p>
    <w:p>
      <w:pPr>
        <w:spacing w:after="0"/>
      </w:pPr>
      <w:r>
        <w:rPr>
          <w:rFonts w:ascii="Arial" w:hAnsi="Arial"/>
          <w:b/>
          <w:sz w:val="22"/>
        </w:rPr>
        <w:t xml:space="preserve">Heledd Wyn  </w:t>
      </w:r>
      <w:r>
        <w:rPr>
          <w:rFonts w:ascii="Arial" w:hAnsi="Arial"/>
          <w:color w:val="5D7284"/>
          <w:sz w:val="22"/>
        </w:rPr>
        <w:t>03:39</w:t>
      </w:r>
    </w:p>
    <w:p>
      <w:pPr>
        <w:spacing w:after="0"/>
      </w:pPr>
      <w:r>
        <w:rPr>
          <w:rFonts w:ascii="Arial" w:hAnsi="Arial"/>
          <w:sz w:val="22"/>
        </w:rPr>
        <w:t>Yeah, absolutely. And I think it is, it can sound very scary, can't it? That sort of where you might end up, and that that loss of control and that loss of autonomy, but first, the flip side, I think, has to be sometimes that, that is that loss of control, loss of autonomy, is sometimes what needs to needs to happen, particularly when you're dealing with people who've lost capacity. People who've lost capacity. And I think that that's always, that's always a tricky one to understand, because the law is brilliant on this point, because it says capacity fluctuates, and you can task specific, but that can be really complicated, because so many decisions can be made about what your care might provision might look like, and you might have capacity to understand certain aspects of your care, but not others. And then it's that best interest point that we get into.</w:t>
      </w:r>
    </w:p>
    <w:p>
      <w:pPr>
        <w:spacing w:after="0"/>
      </w:pPr>
    </w:p>
    <w:p>
      <w:pPr>
        <w:spacing w:after="0"/>
      </w:pPr>
      <w:r>
        <w:rPr>
          <w:rFonts w:ascii="Arial" w:hAnsi="Arial"/>
          <w:b/>
          <w:sz w:val="22"/>
        </w:rPr>
        <w:t xml:space="preserve">Alice  </w:t>
      </w:r>
      <w:r>
        <w:rPr>
          <w:rFonts w:ascii="Arial" w:hAnsi="Arial"/>
          <w:color w:val="5D7284"/>
          <w:sz w:val="22"/>
        </w:rPr>
        <w:t>04:30</w:t>
      </w:r>
    </w:p>
    <w:p>
      <w:pPr>
        <w:spacing w:after="0"/>
      </w:pPr>
      <w:r>
        <w:rPr>
          <w:rFonts w:ascii="Arial" w:hAnsi="Arial"/>
          <w:sz w:val="22"/>
        </w:rPr>
        <w:t>Do you want to just take a little minute Heather to kind of explain to our listeners what we mean when we talk about capacity and best interest?</w:t>
      </w:r>
    </w:p>
    <w:p>
      <w:pPr>
        <w:spacing w:after="0"/>
      </w:pPr>
    </w:p>
    <w:p>
      <w:pPr>
        <w:spacing w:after="0"/>
      </w:pPr>
      <w:r>
        <w:rPr>
          <w:rFonts w:ascii="Arial" w:hAnsi="Arial"/>
          <w:b/>
          <w:sz w:val="22"/>
        </w:rPr>
        <w:t xml:space="preserve">Heledd Wyn  </w:t>
      </w:r>
      <w:r>
        <w:rPr>
          <w:rFonts w:ascii="Arial" w:hAnsi="Arial"/>
          <w:color w:val="5D7284"/>
          <w:sz w:val="22"/>
        </w:rPr>
        <w:t>04:38</w:t>
      </w:r>
    </w:p>
    <w:p>
      <w:pPr>
        <w:spacing w:after="0"/>
      </w:pPr>
      <w:r>
        <w:rPr>
          <w:rFonts w:ascii="Arial" w:hAnsi="Arial"/>
          <w:sz w:val="22"/>
        </w:rPr>
        <w:t>Yeah, sure. So capacity is usually referring to mental capacity, and it's all tied into the Mental Capacity Act 2005 which is a brilliant piece of legislation, and it's all about trying to put the person at the front and foremost of their care needs. And. And it's something that people have illnesses or they have events that happen to them. So they might be you might have people who have learning difficulties, learning disabilities, and what can they do? You know, from that's from birth. You might have people who've had brain injury again, that could be from birth, that could be from a cycling accident, that could be from a stroke, it could happen to anybody at any time, and that impairs the ability to make decisions. So the starting point is always, you must be assumed to be able to make a decision. If you can, you have the capacity to do that, but if you don't understand the decision you're making. Then sometimes decisions have to be made on your behalf, and then those decisions have to be made in your best interests. And that can be really tricky, because what is best interest, and I say mental capacity, acts work is really interesting, because every person is different, every person with capacity issues is different, and you just cannot do a blanket approach. No, I</w:t>
      </w:r>
    </w:p>
    <w:p>
      <w:pPr>
        <w:spacing w:after="0"/>
      </w:pPr>
    </w:p>
    <w:p>
      <w:pPr>
        <w:spacing w:after="0"/>
      </w:pPr>
      <w:r>
        <w:rPr>
          <w:rFonts w:ascii="Arial" w:hAnsi="Arial"/>
          <w:b/>
          <w:sz w:val="22"/>
        </w:rPr>
        <w:t xml:space="preserve">Alice  </w:t>
      </w:r>
      <w:r>
        <w:rPr>
          <w:rFonts w:ascii="Arial" w:hAnsi="Arial"/>
          <w:color w:val="5D7284"/>
          <w:sz w:val="22"/>
        </w:rPr>
        <w:t>06:12</w:t>
      </w:r>
    </w:p>
    <w:p>
      <w:pPr>
        <w:spacing w:after="0"/>
      </w:pPr>
      <w:r>
        <w:rPr>
          <w:rFonts w:ascii="Arial" w:hAnsi="Arial"/>
          <w:sz w:val="22"/>
        </w:rPr>
        <w:t>think that is really interesting. And I think in the work that I've done in the past, one of the really scary things is when you do see people sort of taking exactly that blanket approach to not just to kind of a group of people, but also to to an individual across the board and say, well, that that person kind of lacks capacity. And the question that you always want to sort of be be asking is, because capacity is that decision specific thing. Well, that person lacks capacity around what you know, there are very few people the work that I've done and I've worked in, you know, long term care homes and things like that, where there are very few people who have no capacity to make any decisions whatsoever, even if your decisions about what you're going to wear that day, what you what you want to eat, those are still decisions, and they're still, you know, it's a really important part of feeling like a respected human being to be given choice and your your decisions respected</w:t>
      </w:r>
    </w:p>
    <w:p>
      <w:pPr>
        <w:spacing w:after="0"/>
      </w:pPr>
    </w:p>
    <w:p>
      <w:pPr>
        <w:spacing w:after="0"/>
      </w:pPr>
      <w:r>
        <w:rPr>
          <w:rFonts w:ascii="Arial" w:hAnsi="Arial"/>
          <w:b/>
          <w:sz w:val="22"/>
        </w:rPr>
        <w:t xml:space="preserve">Heledd Wyn  </w:t>
      </w:r>
      <w:r>
        <w:rPr>
          <w:rFonts w:ascii="Arial" w:hAnsi="Arial"/>
          <w:color w:val="5D7284"/>
          <w:sz w:val="22"/>
        </w:rPr>
        <w:t>07:14</w:t>
      </w:r>
    </w:p>
    <w:p>
      <w:pPr>
        <w:spacing w:after="0"/>
      </w:pPr>
      <w:r>
        <w:rPr>
          <w:rFonts w:ascii="Arial" w:hAnsi="Arial"/>
          <w:sz w:val="22"/>
        </w:rPr>
        <w:t>Absolutely. And I think you've hit, you've hit on something really important, is that task specific piece, and as you say, Do I want a cup of tea or cup of coffee? Yeah, there's a decision there. Do I understand how to buy and sell a house or run a company? It's a very different decision you're making. Yeah, exactly. And you might have, you might go, I have no idea how to run a company, but I definitely know how whether I want a cup of tea or cup of coffee. And they're obviously extreme examples, but you know, you can sort of see in between, that's where it is, and that's why every decision needs to be looked at with somebody who actually, can we do you have capacity if you don't, or you're borderline, can we support you to make that decision if not? And the extreme example I always use in these cases is, if you've got somebody in a coma, they're still alive, they can't have they simply cannot have capacity to make any decisions because they can't articulate. Then decisions are always made in their best interests. But in that sliding scale of well, you're not in a coma, can you articulate? Let's try and support you and help you. So you know it, it can be frustrating. Certainly, I know if people are going, my goodness, you know, how many decisions do we make in any given day? We must make 1000s</w:t>
      </w:r>
    </w:p>
    <w:p>
      <w:pPr>
        <w:spacing w:after="0"/>
      </w:pPr>
    </w:p>
    <w:p>
      <w:pPr>
        <w:spacing w:after="0"/>
      </w:pPr>
      <w:r>
        <w:rPr>
          <w:rFonts w:ascii="Arial" w:hAnsi="Arial"/>
          <w:b/>
          <w:sz w:val="22"/>
        </w:rPr>
        <w:t xml:space="preserve">Lucy  </w:t>
      </w:r>
      <w:r>
        <w:rPr>
          <w:rFonts w:ascii="Arial" w:hAnsi="Arial"/>
          <w:color w:val="5D7284"/>
          <w:sz w:val="22"/>
        </w:rPr>
        <w:t>08:33</w:t>
      </w:r>
    </w:p>
    <w:p>
      <w:pPr>
        <w:spacing w:after="0"/>
      </w:pPr>
      <w:r>
        <w:rPr>
          <w:rFonts w:ascii="Arial" w:hAnsi="Arial"/>
          <w:sz w:val="22"/>
        </w:rPr>
        <w:t>without even thinking about it as well. Like, yeah, make you're making a decision like, every over second, aren't you, really without even giving it conscious thought.</w:t>
      </w:r>
    </w:p>
    <w:p>
      <w:pPr>
        <w:spacing w:after="0"/>
      </w:pPr>
    </w:p>
    <w:p>
      <w:pPr>
        <w:spacing w:after="0"/>
      </w:pPr>
      <w:r>
        <w:rPr>
          <w:rFonts w:ascii="Arial" w:hAnsi="Arial"/>
          <w:b/>
          <w:sz w:val="22"/>
        </w:rPr>
        <w:t xml:space="preserve">Alice  </w:t>
      </w:r>
      <w:r>
        <w:rPr>
          <w:rFonts w:ascii="Arial" w:hAnsi="Arial"/>
          <w:color w:val="5D7284"/>
          <w:sz w:val="22"/>
        </w:rPr>
        <w:t>08:44</w:t>
      </w:r>
    </w:p>
    <w:p>
      <w:pPr>
        <w:spacing w:after="0"/>
      </w:pPr>
      <w:r>
        <w:rPr>
          <w:rFonts w:ascii="Arial" w:hAnsi="Arial"/>
          <w:sz w:val="22"/>
        </w:rPr>
        <w:t>Yeah, and I think it's one of those things that like, as somebody whose capacity hasn't kind of been under question, you don't realize, I think, how liberating it is to just be able to be in charge of your own life and make those decisions. And when those decisions come down to, like, whether you want to go to the toilet at that moment, or whether you want someone to bathe you, or, you know that it, that's where it becomes really kind of personally restrictive. You know, for somebody like you, Lucy, who does have some personal care needs. The difference between you saying, Can you help me have a shower, and somebody saying, it's time for you to have your shower? Yeah, you know, even a small sort of turn of phrase like</w:t>
      </w:r>
    </w:p>
    <w:p>
      <w:pPr>
        <w:spacing w:after="0"/>
      </w:pPr>
    </w:p>
    <w:p>
      <w:pPr>
        <w:spacing w:after="0"/>
      </w:pPr>
      <w:r>
        <w:rPr>
          <w:rFonts w:ascii="Arial" w:hAnsi="Arial"/>
          <w:b/>
          <w:sz w:val="22"/>
        </w:rPr>
        <w:t xml:space="preserve">Lucy  </w:t>
      </w:r>
      <w:r>
        <w:rPr>
          <w:rFonts w:ascii="Arial" w:hAnsi="Arial"/>
          <w:color w:val="5D7284"/>
          <w:sz w:val="22"/>
        </w:rPr>
        <w:t>09:32</w:t>
      </w:r>
    </w:p>
    <w:p>
      <w:pPr>
        <w:spacing w:after="0"/>
      </w:pPr>
      <w:r>
        <w:rPr>
          <w:rFonts w:ascii="Arial" w:hAnsi="Arial"/>
          <w:sz w:val="22"/>
        </w:rPr>
        <w:t>that. I can remember being at college and when we were trying to sort of care package out for me at college. And like I said, you know, I need personal care and help at lunch times, really, that's, that's basically what I need personal care wise. And they said, Oh well, we can put a package in for like, help over lunch time, and then maybe we can put that whilst that package is happening. That's when you go to the toilet. And I said, you can't, I can't. You can't just go, oh, Lucy, going to the toilet half past one. And that's it. That's ridiculous. Venus, and we kicked up a force and and it was like, Oh yeah, you can go to the toilet whenever you want. And you just think, it's when I have instances like that. And you think to yourself, there's no there's no common sense here is that there's no you're not thinking about me as a person. You're thinking about me as a task, like, Don't a to do list. That's what really</w:t>
      </w:r>
    </w:p>
    <w:p>
      <w:pPr>
        <w:spacing w:after="0"/>
      </w:pPr>
    </w:p>
    <w:p>
      <w:pPr>
        <w:spacing w:after="0"/>
      </w:pPr>
      <w:r>
        <w:rPr>
          <w:rFonts w:ascii="Arial" w:hAnsi="Arial"/>
          <w:b/>
          <w:sz w:val="22"/>
        </w:rPr>
        <w:t xml:space="preserve">Alice  </w:t>
      </w:r>
      <w:r>
        <w:rPr>
          <w:rFonts w:ascii="Arial" w:hAnsi="Arial"/>
          <w:color w:val="5D7284"/>
          <w:sz w:val="22"/>
        </w:rPr>
        <w:t>10:21</w:t>
      </w:r>
    </w:p>
    <w:p>
      <w:pPr>
        <w:spacing w:after="0"/>
      </w:pPr>
      <w:r>
        <w:rPr>
          <w:rFonts w:ascii="Arial" w:hAnsi="Arial"/>
          <w:sz w:val="22"/>
        </w:rPr>
        <w:t>and I think that's a really one of the kind of the challenges that's a bit of a balancing act when we're looking at these issues around capacity and care, is the kind of the resourcing side of it. Because, you know, people to be able to truly support somebody, to make each individual decision for themselves, you need to be providing them with care all the time, every second. But then that's, that's a lot. That's, you know, not in just in terms of cost wise, but in terms of, you know, having somebody on at your shoulder, 24 hours a day, just, I'm here, you know, you tell me, You know what, what you're thinking and what you need constantly, it that's also, you know, really intrusive.</w:t>
      </w:r>
    </w:p>
    <w:p>
      <w:pPr>
        <w:spacing w:after="0"/>
      </w:pPr>
    </w:p>
    <w:p>
      <w:pPr>
        <w:spacing w:after="0"/>
      </w:pPr>
      <w:r>
        <w:rPr>
          <w:rFonts w:ascii="Arial" w:hAnsi="Arial"/>
          <w:b/>
          <w:sz w:val="22"/>
        </w:rPr>
        <w:t xml:space="preserve">Heledd Wyn  </w:t>
      </w:r>
      <w:r>
        <w:rPr>
          <w:rFonts w:ascii="Arial" w:hAnsi="Arial"/>
          <w:color w:val="5D7284"/>
          <w:sz w:val="22"/>
        </w:rPr>
        <w:t>11:07</w:t>
      </w:r>
    </w:p>
    <w:p>
      <w:pPr>
        <w:spacing w:after="0"/>
      </w:pPr>
      <w:r>
        <w:rPr>
          <w:rFonts w:ascii="Arial" w:hAnsi="Arial"/>
          <w:sz w:val="22"/>
        </w:rPr>
        <w:t>And you make a really important point there, because, you know, we've talked about medical Capacity Act, the bit that you can't, you can't look at the medical capacity act without the Care Act. Yeah, we are talking in England. So if anybody outside England is a jurisdiction in Wales, Scotland, Northern Ireland, are different. So Care Act in England, and I think the Care Act says that the local authority has to assess somebody who has care needs. What are those care needs? Then, how are those care needs met? And I think this is a really important point. The duty to meet care needs can mean that that care provision is pretty basic, and what you might want as care is simply just way, way beyond what is practical, feasible and affordable, because then you have local authority saying, well, actually, we've got so many people on our books who need care. We have finite resources, and our obligation is to meet care needs and not give those care needs that you know what one would like that 24/7, person at your beck and call to do everything for you as and when you want it. There's a really interesting case lady called Elaine McDonald, and she was a prima ballerina, and she was living in Royal Borough of Kensington and Chelsea. So, you know, not necessarily, one of the poorer local authorities and her, I mean, you know, a very high level approach is that she had carers coming in overnight to help her to go to toilet, say, and the local authority went, we can't continue to afford to give you those carers, because your care needs can be met by incontinence pads, right? Okay? And she took it all the way to Supreme Court. She went, this is, this is outrageous. This is my, my personal life. My, yeah. The upshot was No. Care needs are met by incontinence pads. Nice to have is carers? Yeah, exactly. And it is that regard to the public purse point. And it's really hard. Care costs money. It's going to cost somebody some money. And, you know, I've yet to meet anybody who's sufficiently wealthy that, you know, doesn't cause</w:t>
      </w:r>
    </w:p>
    <w:p>
      <w:pPr>
        <w:spacing w:after="0"/>
      </w:pPr>
    </w:p>
    <w:p>
      <w:pPr>
        <w:spacing w:after="0"/>
      </w:pPr>
      <w:r>
        <w:rPr>
          <w:rFonts w:ascii="Arial" w:hAnsi="Arial"/>
          <w:b/>
          <w:sz w:val="22"/>
        </w:rPr>
        <w:t xml:space="preserve">Lucy  </w:t>
      </w:r>
      <w:r>
        <w:rPr>
          <w:rFonts w:ascii="Arial" w:hAnsi="Arial"/>
          <w:color w:val="5D7284"/>
          <w:sz w:val="22"/>
        </w:rPr>
        <w:t>13:27</w:t>
      </w:r>
    </w:p>
    <w:p>
      <w:pPr>
        <w:spacing w:after="0"/>
      </w:pPr>
      <w:r>
        <w:rPr>
          <w:rFonts w:ascii="Arial" w:hAnsi="Arial"/>
          <w:sz w:val="22"/>
        </w:rPr>
        <w:t>dent there are, there are times where I do think to myself, I would like to win the lottery and just have, like, be able to afford living physios, living carers. You know, it would be lovely. But, um, yeah, it's, I don't think it's ever going to happen, really.</w:t>
      </w:r>
    </w:p>
    <w:p>
      <w:pPr>
        <w:spacing w:after="0"/>
      </w:pPr>
    </w:p>
    <w:p>
      <w:pPr>
        <w:spacing w:after="0"/>
      </w:pPr>
      <w:r>
        <w:rPr>
          <w:rFonts w:ascii="Arial" w:hAnsi="Arial"/>
          <w:b/>
          <w:sz w:val="22"/>
        </w:rPr>
        <w:t xml:space="preserve">Alice  </w:t>
      </w:r>
      <w:r>
        <w:rPr>
          <w:rFonts w:ascii="Arial" w:hAnsi="Arial"/>
          <w:color w:val="5D7284"/>
          <w:sz w:val="22"/>
        </w:rPr>
        <w:t>13:41</w:t>
      </w:r>
    </w:p>
    <w:p>
      <w:pPr>
        <w:spacing w:after="0"/>
      </w:pPr>
      <w:r>
        <w:rPr>
          <w:rFonts w:ascii="Arial" w:hAnsi="Arial"/>
          <w:sz w:val="22"/>
        </w:rPr>
        <w:t>I think the the sort of, the only thing is the flip side of that is, I can't imagine many of the people making those decisions are people who might have to sit in an incontinence pad for six hours before a carer can come along and change it, you know. And that that's kind of where the my push back on on those sorts of decisions is I understand the minimal care needs may be being met, but you know the ongoing impact I worked with a lady who they gave her a commode in her bedroom. She'd had a fairly major gynecological surgery, and they wouldn't give her night care. They gave her a commode in her bedroom. And she was like, I can't, you know, I go to the toilet last thing at night in my commode in my bedroom, and then I have to sit in my bedroom with a commode full of feces overnight, like that's and nobody wants to sleep in that space</w:t>
      </w:r>
    </w:p>
    <w:p>
      <w:pPr>
        <w:spacing w:after="0"/>
      </w:pPr>
    </w:p>
    <w:p>
      <w:pPr>
        <w:spacing w:after="0"/>
      </w:pPr>
      <w:r>
        <w:rPr>
          <w:rFonts w:ascii="Arial" w:hAnsi="Arial"/>
          <w:b/>
          <w:sz w:val="22"/>
        </w:rPr>
        <w:t xml:space="preserve">Lucy  </w:t>
      </w:r>
      <w:r>
        <w:rPr>
          <w:rFonts w:ascii="Arial" w:hAnsi="Arial"/>
          <w:color w:val="5D7284"/>
          <w:sz w:val="22"/>
        </w:rPr>
        <w:t>14:41</w:t>
      </w:r>
    </w:p>
    <w:p>
      <w:pPr>
        <w:spacing w:after="0"/>
      </w:pPr>
      <w:r>
        <w:rPr>
          <w:rFonts w:ascii="Arial" w:hAnsi="Arial"/>
          <w:sz w:val="22"/>
        </w:rPr>
        <w:t>as well, because you and I, Alice, are disabled people, I think we are quite close to the end product, aren't we? Of this is what you're getting. And so for us, we're quite, quite learning sensitive to the right way. I'm trying to think the right word, but like because we experience it. Yeah, we're just more aware about whatever. And you think, Well, you know, this isn't ideal, but I'll, you know, I have to, you know, I've had some carers before that. You either, in my experience with carers, you either get they either get it, and you become friends for life. And it's I had one carer who would pass me things and without me having to ask for it. Because she it's like we were one, it was amazing. Like, within half an hour, it's like she was passing me pens without me having to ask and all this kind of stuff. And then there's you on the other flip side, you've got, I've had carers before that have gone well. I'm not doing that because it's not in my job description. And she can see I need, if you can see that I need help, and you're like, you're you're here to help me, and you're going, No, I'm not doing that. Sorry. My job's decision. So it takes a very unique and special person to become a carer. You have to have, like, there's a lot of soft skills that you need as a carer, but that's all other conversation for another day. But</w:t>
      </w:r>
    </w:p>
    <w:p>
      <w:pPr>
        <w:spacing w:after="0"/>
      </w:pPr>
    </w:p>
    <w:p>
      <w:pPr>
        <w:spacing w:after="0"/>
      </w:pPr>
      <w:r>
        <w:rPr>
          <w:rFonts w:ascii="Arial" w:hAnsi="Arial"/>
          <w:b/>
          <w:sz w:val="22"/>
        </w:rPr>
        <w:t xml:space="preserve">Alice  </w:t>
      </w:r>
      <w:r>
        <w:rPr>
          <w:rFonts w:ascii="Arial" w:hAnsi="Arial"/>
          <w:color w:val="5D7284"/>
          <w:sz w:val="22"/>
        </w:rPr>
        <w:t>16:01</w:t>
      </w:r>
    </w:p>
    <w:p>
      <w:pPr>
        <w:spacing w:after="0"/>
      </w:pPr>
      <w:r>
        <w:rPr>
          <w:rFonts w:ascii="Arial" w:hAnsi="Arial"/>
          <w:sz w:val="22"/>
        </w:rPr>
        <w:t>I had a support worker when I was at uni who was I would, she would come to my lectures with me, and then I had like, a half an hour break between two lectures once. And instead of sitting with me for having a cup of coffee for half an hour, she would be like, Well, I'm not getting paid for this time. And so she would leave, and I asked her once whether she would thread a needle for me, and she said, No, I can't do that. I'm not allowed to do that. You're not allowed to do it. Not allowed to thread a needle for me.</w:t>
      </w:r>
    </w:p>
    <w:p>
      <w:pPr>
        <w:spacing w:after="0"/>
      </w:pPr>
    </w:p>
    <w:p>
      <w:pPr>
        <w:spacing w:after="0"/>
      </w:pPr>
      <w:r>
        <w:rPr>
          <w:rFonts w:ascii="Arial" w:hAnsi="Arial"/>
          <w:b/>
          <w:sz w:val="22"/>
        </w:rPr>
        <w:t xml:space="preserve">Lucy  </w:t>
      </w:r>
      <w:r>
        <w:rPr>
          <w:rFonts w:ascii="Arial" w:hAnsi="Arial"/>
          <w:color w:val="5D7284"/>
          <w:sz w:val="22"/>
        </w:rPr>
        <w:t>16:33</w:t>
      </w:r>
    </w:p>
    <w:p>
      <w:pPr>
        <w:spacing w:after="0"/>
      </w:pPr>
      <w:r>
        <w:rPr>
          <w:rFonts w:ascii="Arial" w:hAnsi="Arial"/>
          <w:sz w:val="22"/>
        </w:rPr>
        <w:t>I want to tell you about the support worker who put rubber gloves on every time. Yeah, you've told me about her, yeah. Made me feel like I was no, like, et like, Don't touch her. So, yeah, but that's a whole different story, yeah,</w:t>
      </w:r>
    </w:p>
    <w:p>
      <w:pPr>
        <w:spacing w:after="0"/>
      </w:pPr>
    </w:p>
    <w:p>
      <w:pPr>
        <w:spacing w:after="0"/>
      </w:pPr>
      <w:r>
        <w:rPr>
          <w:rFonts w:ascii="Arial" w:hAnsi="Arial"/>
          <w:b/>
          <w:sz w:val="22"/>
        </w:rPr>
        <w:t xml:space="preserve">Alice  </w:t>
      </w:r>
      <w:r>
        <w:rPr>
          <w:rFonts w:ascii="Arial" w:hAnsi="Arial"/>
          <w:color w:val="5D7284"/>
          <w:sz w:val="22"/>
        </w:rPr>
        <w:t>16:51</w:t>
      </w:r>
    </w:p>
    <w:p>
      <w:pPr>
        <w:spacing w:after="0"/>
      </w:pPr>
      <w:r>
        <w:rPr>
          <w:rFonts w:ascii="Arial" w:hAnsi="Arial"/>
          <w:sz w:val="22"/>
        </w:rPr>
        <w:t>but it's just, it just kind of it further highlights. You know, I think, I think the Care Act is amazing, yeah, but it is one of those things that it's just such a balance. Because I think, although, you know, we are talking about, as you say, the public purse, but we're then also talking about people's lives</w:t>
      </w:r>
    </w:p>
    <w:p>
      <w:pPr>
        <w:spacing w:after="0"/>
      </w:pPr>
    </w:p>
    <w:p>
      <w:pPr>
        <w:spacing w:after="0"/>
      </w:pPr>
      <w:r>
        <w:rPr>
          <w:rFonts w:ascii="Arial" w:hAnsi="Arial"/>
          <w:b/>
          <w:sz w:val="22"/>
        </w:rPr>
        <w:t xml:space="preserve">Heledd Wyn  </w:t>
      </w:r>
      <w:r>
        <w:rPr>
          <w:rFonts w:ascii="Arial" w:hAnsi="Arial"/>
          <w:color w:val="5D7284"/>
          <w:sz w:val="22"/>
        </w:rPr>
        <w:t>17:10</w:t>
      </w:r>
    </w:p>
    <w:p>
      <w:pPr>
        <w:spacing w:after="0"/>
      </w:pPr>
      <w:r>
        <w:rPr>
          <w:rFonts w:ascii="Arial" w:hAnsi="Arial"/>
          <w:sz w:val="22"/>
        </w:rPr>
        <w:t>completely and, you know, and I'm sitting there going, I'm a lawyer, so I am sitting here with, literally, at times, with the Care Act and the medical Capacity Act, and finding the relevant sections, and finding the case law that, you know, builds a case for my client that does this. But I can only go so far. I can go, Look, this is what I think, because inevitably, there's inevitably a compromise. Doesn't matter what I say. You know, it's not about winning or losing in this world. It's about going, Look, you have legal obligations. Because here it is so, so in the Care Act, so the medical Capacity Act, that's then fleshed out with the guidance. So we've got the code of practice, the Mental Capacity Act, we've got the care and support statutory guidance, you know, and I am nerdy, I have read it all, and it is brilliant, and it is fantastic. And, you know, as an academic piece, you sit there and go, this is lovely. And then you go, but there's no money to do any of this, because there's no money public purse, because of austerity, because of problems with people. Be as you say, being carers. Is it a job? Is it vocation? If you're paying privately, how affordable is that? Yeah, and I sit and go, look, I mean, you sometimes sit there and go, we're having a discussion, and going, actually, in theory, you are right. All these things should be being done, but I can tell you that you're gonna get shot isn't gonna work, and there's a point at which I have to go, Look, I am absolutely 100% behind you legally. These things are all technically correct, but the harsh reality means that it's probably not worth pursuing it, and</w:t>
      </w:r>
    </w:p>
    <w:p>
      <w:pPr>
        <w:spacing w:after="0"/>
      </w:pPr>
    </w:p>
    <w:p>
      <w:pPr>
        <w:spacing w:after="0"/>
      </w:pPr>
      <w:r>
        <w:rPr>
          <w:rFonts w:ascii="Arial" w:hAnsi="Arial"/>
          <w:b/>
          <w:sz w:val="22"/>
        </w:rPr>
        <w:t xml:space="preserve">Lucy  </w:t>
      </w:r>
      <w:r>
        <w:rPr>
          <w:rFonts w:ascii="Arial" w:hAnsi="Arial"/>
          <w:color w:val="5D7284"/>
          <w:sz w:val="22"/>
        </w:rPr>
        <w:t>18:49</w:t>
      </w:r>
    </w:p>
    <w:p>
      <w:pPr>
        <w:spacing w:after="0"/>
      </w:pPr>
      <w:r>
        <w:rPr>
          <w:rFonts w:ascii="Arial" w:hAnsi="Arial"/>
          <w:sz w:val="22"/>
        </w:rPr>
        <w:t>that's hard, yeah, I bet, I bet, yeah, because, I mean, it must take a lot to sort of separate, like separate yourself from, like, getting, is it hard for you to, like, not to get too emotionally invested in in these things? Or are you quite good at going just my job I've done my best, or</w:t>
      </w:r>
    </w:p>
    <w:p>
      <w:pPr>
        <w:spacing w:after="0"/>
      </w:pPr>
    </w:p>
    <w:p>
      <w:pPr>
        <w:spacing w:after="0"/>
      </w:pPr>
      <w:r>
        <w:rPr>
          <w:rFonts w:ascii="Arial" w:hAnsi="Arial"/>
          <w:b/>
          <w:sz w:val="22"/>
        </w:rPr>
        <w:t xml:space="preserve">Heledd Wyn  </w:t>
      </w:r>
      <w:r>
        <w:rPr>
          <w:rFonts w:ascii="Arial" w:hAnsi="Arial"/>
          <w:color w:val="5D7284"/>
          <w:sz w:val="22"/>
        </w:rPr>
        <w:t>19:16</w:t>
      </w:r>
    </w:p>
    <w:p>
      <w:pPr>
        <w:spacing w:after="0"/>
      </w:pPr>
      <w:r>
        <w:rPr>
          <w:rFonts w:ascii="Arial" w:hAnsi="Arial"/>
          <w:sz w:val="22"/>
        </w:rPr>
        <w:t>you inevitably, because it's people, yeah, so you, you do get, you know, irritated and agitated and annoyed about all these things, but you just have to go, I am one person. I can only do so much, and as long as we've done our best, we've had that dialog. And it's, it's a fair dialog. It's not, I'm telling you what to do. We're talking about this and going, Look, this is my opinion. This is my advice to you, you can either ignore me or you accept that what I'm telling you is annoying, but the reality of the situation, and I think, you know, if we can keep that relationship, that's that's great, but sometimes you sit there and go, Yeah, I just have to, I have to go. I am. I am a solicitor. I deal with the law. I can't deal with the social aspect of carers. But, you know, I have to, at that some point, go I'm out, because that's not what I'm here for. And you don't want me for that piece. You want me for the niche, technical piece, not the wider bit, but that's where having a fabulous community is helpful. So, you know, I've got social workers that I work with, and I've got mental capacity assessor they work with, and care providers. And I go, it's not me, but these people are brilliant. And</w:t>
      </w:r>
    </w:p>
    <w:p>
      <w:pPr>
        <w:spacing w:after="0"/>
      </w:pPr>
    </w:p>
    <w:p>
      <w:pPr>
        <w:spacing w:after="0"/>
      </w:pPr>
      <w:r>
        <w:rPr>
          <w:rFonts w:ascii="Arial" w:hAnsi="Arial"/>
          <w:b/>
          <w:sz w:val="22"/>
        </w:rPr>
        <w:t xml:space="preserve">Lucy  </w:t>
      </w:r>
      <w:r>
        <w:rPr>
          <w:rFonts w:ascii="Arial" w:hAnsi="Arial"/>
          <w:color w:val="5D7284"/>
          <w:sz w:val="22"/>
        </w:rPr>
        <w:t>20:30</w:t>
      </w:r>
    </w:p>
    <w:p>
      <w:pPr>
        <w:spacing w:after="0"/>
      </w:pPr>
      <w:r>
        <w:rPr>
          <w:rFonts w:ascii="Arial" w:hAnsi="Arial"/>
          <w:sz w:val="22"/>
        </w:rPr>
        <w:t>I can pass you, I can pass you on to these people who can help you with the thing. Yeah, I know. Because I think a lot, like, I said, like, I can say this, kind of thing. If you're very close to it, you can just want, you just want to be able to tell somebody, and that's somebody, whoever it is, to go, It's okay, I'll sort it. But if it's not within your remit, and you go, I can't do it. Being able to say, but I can't do it, this person might help calm the situation,</w:t>
      </w:r>
    </w:p>
    <w:p>
      <w:pPr>
        <w:spacing w:after="0"/>
      </w:pPr>
    </w:p>
    <w:p>
      <w:pPr>
        <w:spacing w:after="0"/>
      </w:pPr>
      <w:r>
        <w:rPr>
          <w:rFonts w:ascii="Arial" w:hAnsi="Arial"/>
          <w:b/>
          <w:sz w:val="22"/>
        </w:rPr>
        <w:t xml:space="preserve">Alice  </w:t>
      </w:r>
      <w:r>
        <w:rPr>
          <w:rFonts w:ascii="Arial" w:hAnsi="Arial"/>
          <w:color w:val="5D7284"/>
          <w:sz w:val="22"/>
        </w:rPr>
        <w:t>21:01</w:t>
      </w:r>
    </w:p>
    <w:p>
      <w:pPr>
        <w:spacing w:after="0"/>
      </w:pPr>
      <w:r>
        <w:rPr>
          <w:rFonts w:ascii="Arial" w:hAnsi="Arial"/>
          <w:sz w:val="22"/>
        </w:rPr>
        <w:t>I think, particularly if you are, say, one of hell, it's clients, and you've got this is happening to you, and you've gone to hell if, and you've gone, I need help, and she supported you, and she's doing some work, but, but it comes to a point where there's not anything else that can be done. You know, knowing that there are, there are other professionals and other community out there who can kind of support and challenge and step in it just, I think, makes you feel a little bit more heard, a little bit more seen, even if you don't get, yeah, even if you Don't get the outcome that you wanted. I think understanding what's going on, seeing that people have explored as many different options as they can to get things to as close to what you feel you you need, are</w:t>
      </w:r>
    </w:p>
    <w:p>
      <w:pPr>
        <w:spacing w:after="0"/>
      </w:pPr>
    </w:p>
    <w:p>
      <w:pPr>
        <w:spacing w:after="0"/>
      </w:pPr>
      <w:r>
        <w:rPr>
          <w:rFonts w:ascii="Arial" w:hAnsi="Arial"/>
          <w:b/>
          <w:sz w:val="22"/>
        </w:rPr>
        <w:t xml:space="preserve">Heledd Wyn  </w:t>
      </w:r>
      <w:r>
        <w:rPr>
          <w:rFonts w:ascii="Arial" w:hAnsi="Arial"/>
          <w:color w:val="5D7284"/>
          <w:sz w:val="22"/>
        </w:rPr>
        <w:t>21:52</w:t>
      </w:r>
    </w:p>
    <w:p>
      <w:pPr>
        <w:spacing w:after="0"/>
      </w:pPr>
      <w:r>
        <w:rPr>
          <w:rFonts w:ascii="Arial" w:hAnsi="Arial"/>
          <w:sz w:val="22"/>
        </w:rPr>
        <w:t>absolutely and I know phrase I really like is somebody said to me, said, I hate sign posting. Sign posts. I want to, I want to, if I, if I can't do it, I want to hand it over somebody who can at least take it to the next level, the next piece. And that might be, you know, say, an independent social worker. That might be somebody who can do the care provision or and I know somebody who's an occupational therapist turned interior designer who's got very niche skill set, wow. But actually, I know for something, because she's like, nobody wants to live in a horse box. No. So, so she's like, so she does all she does all this stuff, and so she does all the OT that makes it beautiful.</w:t>
      </w:r>
    </w:p>
    <w:p>
      <w:pPr>
        <w:spacing w:after="0"/>
      </w:pPr>
    </w:p>
    <w:p>
      <w:pPr>
        <w:spacing w:after="0"/>
      </w:pPr>
      <w:r>
        <w:rPr>
          <w:rFonts w:ascii="Arial" w:hAnsi="Arial"/>
          <w:b/>
          <w:sz w:val="22"/>
        </w:rPr>
        <w:t xml:space="preserve">Lucy  </w:t>
      </w:r>
      <w:r>
        <w:rPr>
          <w:rFonts w:ascii="Arial" w:hAnsi="Arial"/>
          <w:color w:val="5D7284"/>
          <w:sz w:val="22"/>
        </w:rPr>
        <w:t>22:31</w:t>
      </w:r>
    </w:p>
    <w:p>
      <w:pPr>
        <w:spacing w:after="0"/>
      </w:pPr>
      <w:r>
        <w:rPr>
          <w:rFonts w:ascii="Arial" w:hAnsi="Arial"/>
          <w:sz w:val="22"/>
        </w:rPr>
        <w:t>I've always said, like, all of my my shower chair and all of the mobility aid down in the bathroom, you know, attached to my bed, they're just so hospitalized and sterile the esthetic of my bedroom, but you just put up with it, don't you? So it's unbelievable, really,</w:t>
      </w:r>
    </w:p>
    <w:p>
      <w:pPr>
        <w:spacing w:after="0"/>
      </w:pPr>
    </w:p>
    <w:p>
      <w:pPr>
        <w:spacing w:after="0"/>
      </w:pPr>
      <w:r>
        <w:rPr>
          <w:rFonts w:ascii="Arial" w:hAnsi="Arial"/>
          <w:b/>
          <w:sz w:val="22"/>
        </w:rPr>
        <w:t xml:space="preserve">Heledd Wyn  </w:t>
      </w:r>
      <w:r>
        <w:rPr>
          <w:rFonts w:ascii="Arial" w:hAnsi="Arial"/>
          <w:color w:val="5D7284"/>
          <w:sz w:val="22"/>
        </w:rPr>
        <w:t>22:51</w:t>
      </w:r>
    </w:p>
    <w:p>
      <w:pPr>
        <w:spacing w:after="0"/>
      </w:pPr>
      <w:r>
        <w:rPr>
          <w:rFonts w:ascii="Arial" w:hAnsi="Arial"/>
          <w:sz w:val="22"/>
        </w:rPr>
        <w:t>yeah, and again, it's that. It's that. So you know, going back to what the local authority will provide, they'll provide up to 1000 pounds worth of adaptations like grab rails and things like that. And, you know, they are fairly industrial, yes, yeah, we know. And you know, they're great because it means you don't fall out the bat because you've got crap, right, or you've got that to get through the door, which is useful. But actually, as you say, lovely</w:t>
      </w:r>
    </w:p>
    <w:p>
      <w:pPr>
        <w:spacing w:after="0"/>
      </w:pPr>
    </w:p>
    <w:p>
      <w:pPr>
        <w:spacing w:after="0"/>
      </w:pPr>
      <w:r>
        <w:rPr>
          <w:rFonts w:ascii="Arial" w:hAnsi="Arial"/>
          <w:b/>
          <w:sz w:val="22"/>
        </w:rPr>
        <w:t xml:space="preserve">Alice  </w:t>
      </w:r>
      <w:r>
        <w:rPr>
          <w:rFonts w:ascii="Arial" w:hAnsi="Arial"/>
          <w:color w:val="5D7284"/>
          <w:sz w:val="22"/>
        </w:rPr>
        <w:t>23:17</w:t>
      </w:r>
    </w:p>
    <w:p>
      <w:pPr>
        <w:spacing w:after="0"/>
      </w:pPr>
      <w:r>
        <w:rPr>
          <w:rFonts w:ascii="Arial" w:hAnsi="Arial"/>
          <w:sz w:val="22"/>
        </w:rPr>
        <w:t>if you've spent, you know, six months lovingly picking out the tiles and the paint and the towels and everything for your bathroom. And then the Barry from the council comes in and puts in God, awful white grab rail, like in elements, it</w:t>
      </w:r>
    </w:p>
    <w:p>
      <w:pPr>
        <w:spacing w:after="0"/>
      </w:pPr>
    </w:p>
    <w:p>
      <w:pPr>
        <w:spacing w:after="0"/>
      </w:pPr>
      <w:r>
        <w:rPr>
          <w:rFonts w:ascii="Arial" w:hAnsi="Arial"/>
          <w:b/>
          <w:sz w:val="22"/>
        </w:rPr>
        <w:t xml:space="preserve">Lucy  </w:t>
      </w:r>
      <w:r>
        <w:rPr>
          <w:rFonts w:ascii="Arial" w:hAnsi="Arial"/>
          <w:color w:val="5D7284"/>
          <w:sz w:val="22"/>
        </w:rPr>
        <w:t>23:36</w:t>
      </w:r>
    </w:p>
    <w:p>
      <w:pPr>
        <w:spacing w:after="0"/>
      </w:pPr>
      <w:r>
        <w:rPr>
          <w:rFonts w:ascii="Arial" w:hAnsi="Arial"/>
          <w:sz w:val="22"/>
        </w:rPr>
        <w:t>seems to go yellow.</w:t>
      </w:r>
    </w:p>
    <w:p>
      <w:pPr>
        <w:spacing w:after="0"/>
      </w:pPr>
    </w:p>
    <w:p>
      <w:pPr>
        <w:spacing w:after="0"/>
      </w:pPr>
      <w:r>
        <w:rPr>
          <w:rFonts w:ascii="Arial" w:hAnsi="Arial"/>
          <w:b/>
          <w:sz w:val="22"/>
        </w:rPr>
        <w:t xml:space="preserve">Alice  </w:t>
      </w:r>
      <w:r>
        <w:rPr>
          <w:rFonts w:ascii="Arial" w:hAnsi="Arial"/>
          <w:color w:val="5D7284"/>
          <w:sz w:val="22"/>
        </w:rPr>
        <w:t>23:39</w:t>
      </w:r>
    </w:p>
    <w:p>
      <w:pPr>
        <w:spacing w:after="0"/>
      </w:pPr>
      <w:r>
        <w:rPr>
          <w:rFonts w:ascii="Arial" w:hAnsi="Arial"/>
          <w:sz w:val="22"/>
        </w:rPr>
        <w:t>It's not even the grab rail. It's, it's the the not the grouting, but the stuff they put around the edges that just get it's just never done cleanly. It's never a nice clean line.</w:t>
      </w:r>
    </w:p>
    <w:p>
      <w:pPr>
        <w:spacing w:after="0"/>
      </w:pPr>
    </w:p>
    <w:p>
      <w:pPr>
        <w:spacing w:after="0"/>
      </w:pPr>
      <w:r>
        <w:rPr>
          <w:rFonts w:ascii="Arial" w:hAnsi="Arial"/>
          <w:b/>
          <w:sz w:val="22"/>
        </w:rPr>
        <w:t xml:space="preserve">Lucy  </w:t>
      </w:r>
      <w:r>
        <w:rPr>
          <w:rFonts w:ascii="Arial" w:hAnsi="Arial"/>
          <w:color w:val="5D7284"/>
          <w:sz w:val="22"/>
        </w:rPr>
        <w:t>23:51</w:t>
      </w:r>
    </w:p>
    <w:p>
      <w:pPr>
        <w:spacing w:after="0"/>
      </w:pPr>
      <w:r>
        <w:rPr>
          <w:rFonts w:ascii="Arial" w:hAnsi="Arial"/>
          <w:sz w:val="22"/>
        </w:rPr>
        <w:t>When I had my wet room put in and I went upstairs to, like, test the shower and stuff, and they put a limiter on the temperature to stop me burning myself, I like my showers hotter than Satan's bath water, because it's like, it's just cold water. This is cold water. It wasn't cold water, but it felt cold. I was like, no, no, like, we did override it in the end, but, you know, and then as time's gone on and we've replaced bits and, you know, bits and pieces in the chat. So it looks like a Midge mod of equipment in nothing matches. And it's just like, can we not, is there not a company that can make nice things for disabled people? Again,</w:t>
      </w:r>
    </w:p>
    <w:p>
      <w:pPr>
        <w:spacing w:after="0"/>
      </w:pPr>
    </w:p>
    <w:p>
      <w:pPr>
        <w:spacing w:after="0"/>
      </w:pPr>
      <w:r>
        <w:rPr>
          <w:rFonts w:ascii="Arial" w:hAnsi="Arial"/>
          <w:b/>
          <w:sz w:val="22"/>
        </w:rPr>
        <w:t xml:space="preserve">Alice  </w:t>
      </w:r>
      <w:r>
        <w:rPr>
          <w:rFonts w:ascii="Arial" w:hAnsi="Arial"/>
          <w:color w:val="5D7284"/>
          <w:sz w:val="22"/>
        </w:rPr>
        <w:t>24:33</w:t>
      </w:r>
    </w:p>
    <w:p>
      <w:pPr>
        <w:spacing w:after="0"/>
      </w:pPr>
      <w:r>
        <w:rPr>
          <w:rFonts w:ascii="Arial" w:hAnsi="Arial"/>
          <w:sz w:val="22"/>
        </w:rPr>
        <w:t>it's that kind of it's being a little bit person centered. But how you manage that with mass provision is it's the challenge. I don't think it's you that needs to win the lottery. I think it's the government needs</w:t>
      </w:r>
    </w:p>
    <w:p>
      <w:pPr>
        <w:spacing w:after="0"/>
      </w:pPr>
    </w:p>
    <w:p>
      <w:pPr>
        <w:spacing w:after="0"/>
      </w:pPr>
      <w:r>
        <w:rPr>
          <w:rFonts w:ascii="Arial" w:hAnsi="Arial"/>
          <w:b/>
          <w:sz w:val="22"/>
        </w:rPr>
        <w:t xml:space="preserve">Heledd Wyn  </w:t>
      </w:r>
      <w:r>
        <w:rPr>
          <w:rFonts w:ascii="Arial" w:hAnsi="Arial"/>
          <w:color w:val="5D7284"/>
          <w:sz w:val="22"/>
        </w:rPr>
        <w:t>24:45</w:t>
      </w:r>
    </w:p>
    <w:p>
      <w:pPr>
        <w:spacing w:after="0"/>
      </w:pPr>
      <w:r>
        <w:rPr>
          <w:rFonts w:ascii="Arial" w:hAnsi="Arial"/>
          <w:sz w:val="22"/>
        </w:rPr>
        <w:t>to win the lottery. That would be nice,</w:t>
      </w:r>
    </w:p>
    <w:p>
      <w:pPr>
        <w:spacing w:after="0"/>
      </w:pPr>
    </w:p>
    <w:p>
      <w:pPr>
        <w:spacing w:after="0"/>
      </w:pPr>
      <w:r>
        <w:rPr>
          <w:rFonts w:ascii="Arial" w:hAnsi="Arial"/>
          <w:b/>
          <w:sz w:val="22"/>
        </w:rPr>
        <w:t xml:space="preserve">Lucy  </w:t>
      </w:r>
      <w:r>
        <w:rPr>
          <w:rFonts w:ascii="Arial" w:hAnsi="Arial"/>
          <w:color w:val="5D7284"/>
          <w:sz w:val="22"/>
        </w:rPr>
        <w:t>24:48</w:t>
      </w:r>
    </w:p>
    <w:p>
      <w:pPr>
        <w:spacing w:after="0"/>
      </w:pPr>
      <w:r>
        <w:rPr>
          <w:rFonts w:ascii="Arial" w:hAnsi="Arial"/>
          <w:sz w:val="22"/>
        </w:rPr>
        <w:t>wouldn't it? Just yeah, no, it's is it? It's fascinating to listen to you, actually, hello, because I didn't understand any of. Like, of this sort of angle of stuff. So it's really interesting to sort of hear your side of it and how it all, like, works together in the whole like, everything, everything comes together, doesn't it? And then you realize that all of these moving parts make this one big animal, just to support people. It's, it's only when you step back and you talk to someone, you realize this is a massive trade, massive, yeah, yeah.</w:t>
      </w:r>
    </w:p>
    <w:p>
      <w:pPr>
        <w:spacing w:after="0"/>
      </w:pPr>
    </w:p>
    <w:p>
      <w:pPr>
        <w:spacing w:after="0"/>
      </w:pPr>
      <w:r>
        <w:rPr>
          <w:rFonts w:ascii="Arial" w:hAnsi="Arial"/>
          <w:b/>
          <w:sz w:val="22"/>
        </w:rPr>
        <w:t xml:space="preserve">Heledd Wyn  </w:t>
      </w:r>
      <w:r>
        <w:rPr>
          <w:rFonts w:ascii="Arial" w:hAnsi="Arial"/>
          <w:color w:val="5D7284"/>
          <w:sz w:val="22"/>
        </w:rPr>
        <w:t>25:27</w:t>
      </w:r>
    </w:p>
    <w:p>
      <w:pPr>
        <w:spacing w:after="0"/>
      </w:pPr>
      <w:r>
        <w:rPr>
          <w:rFonts w:ascii="Arial" w:hAnsi="Arial"/>
          <w:sz w:val="22"/>
        </w:rPr>
        <w:t>It is massive because it is exactly that. It is moving parts. I mean, I start, I start with legislation, yeah, I go, this is what the law says. And then I go, that's nice, but let's look at, you know, all the other parts, yeah, the practicalities and is this, you know, you know, as I say, if you privately, if you privately paying, can you afford it? I mean, how long is that money gonna last? You know, I often, you know, sort of been slightly flippant about it. I said, you know, what's the difference between, you know, I'd like to live in the Ritz, but I can't afford to, yeah, yeah, yeah. When you sit there going, Look, we're looking at care, and the people go, much, very expensive. Why am I paying for it so? Well, that's just the reality. It always has been. The NHS and means tested social care have always been distinct since the inception of the NHS in 1948 so, you know, that's just, that's just reality. And then for those people who don't, can't, don't ever get to the point where they are self funding, it's that, what can the state provide, and what can the state afford, and what is they have to have regard to the public purse and all the people on their books. And so you sit and so you sit and go, right, I can, I can get a Pyrrhic victory, and go, excellent, you know, I've got this, I've got this care package in place, and this person wants to do this, and then somebody turns around and goes, Yeah, we're not funding it, yeah, yeah,</w:t>
      </w:r>
    </w:p>
    <w:p>
      <w:pPr>
        <w:spacing w:after="0"/>
      </w:pPr>
    </w:p>
    <w:p>
      <w:pPr>
        <w:spacing w:after="0"/>
      </w:pPr>
      <w:r>
        <w:rPr>
          <w:rFonts w:ascii="Arial" w:hAnsi="Arial"/>
          <w:color w:val="5D7284"/>
          <w:sz w:val="22"/>
        </w:rPr>
        <w:t>26:54</w:t>
      </w:r>
    </w:p>
    <w:p>
      <w:pPr>
        <w:spacing w:after="0"/>
      </w:pPr>
      <w:r>
        <w:rPr>
          <w:rFonts w:ascii="Arial" w:hAnsi="Arial"/>
          <w:sz w:val="22"/>
        </w:rPr>
        <w:t>yeah, which is really</w:t>
      </w:r>
    </w:p>
    <w:p>
      <w:pPr>
        <w:spacing w:after="0"/>
      </w:pPr>
    </w:p>
    <w:p>
      <w:pPr>
        <w:spacing w:after="0"/>
      </w:pPr>
      <w:r>
        <w:rPr>
          <w:rFonts w:ascii="Arial" w:hAnsi="Arial"/>
          <w:b/>
          <w:sz w:val="22"/>
        </w:rPr>
        <w:t xml:space="preserve">Heledd Wyn  </w:t>
      </w:r>
      <w:r>
        <w:rPr>
          <w:rFonts w:ascii="Arial" w:hAnsi="Arial"/>
          <w:color w:val="5D7284"/>
          <w:sz w:val="22"/>
        </w:rPr>
        <w:t>26:56</w:t>
      </w:r>
    </w:p>
    <w:p>
      <w:pPr>
        <w:spacing w:after="0"/>
      </w:pPr>
      <w:r>
        <w:rPr>
          <w:rFonts w:ascii="Arial" w:hAnsi="Arial"/>
          <w:sz w:val="22"/>
        </w:rPr>
        <w:t>frustrating, particularly the court work, absolutely, because a lot of the a lot of the time People, you know, again, going back to some mental capacity. Point is you've got people saying, you know, I want to go home. And somebody said to me, that's five words, it's a lot of trouble. I want to go home. And is, is I want to go home. I want to go home to my bricks and mortar, or I want to go home a place of psychological safety, which could be your childhood home that's long been since sold, or you want to go back and live with your mum and dad who have been dead the last 30 years, but because of your dementia, usually you can't compute this, and I want to go home then means we have To get into court proceedings deprivation of liberty. Can, can this person, does the person have to stay in the institution they're in? Is there a less restrictive way of doing it, if they can go home? Is that practical, and is it then affordable? You have to look at what you can't look I my view, you can't look at one without the other, because it's all very well good going Yes, Mr. So and so is perfectly capable of going home. And then you have that argument, and you get a court order, and then realize that you can't, it can't be funded, or can be funded for</w:t>
      </w:r>
    </w:p>
    <w:p>
      <w:pPr>
        <w:spacing w:after="0"/>
      </w:pPr>
    </w:p>
    <w:p>
      <w:pPr>
        <w:spacing w:after="0"/>
      </w:pPr>
      <w:r>
        <w:rPr>
          <w:rFonts w:ascii="Arial" w:hAnsi="Arial"/>
          <w:b/>
          <w:sz w:val="22"/>
        </w:rPr>
        <w:t xml:space="preserve">Lucy  </w:t>
      </w:r>
      <w:r>
        <w:rPr>
          <w:rFonts w:ascii="Arial" w:hAnsi="Arial"/>
          <w:color w:val="5D7284"/>
          <w:sz w:val="22"/>
        </w:rPr>
        <w:t>28:12</w:t>
      </w:r>
    </w:p>
    <w:p>
      <w:pPr>
        <w:spacing w:after="0"/>
      </w:pPr>
      <w:r>
        <w:rPr>
          <w:rFonts w:ascii="Arial" w:hAnsi="Arial"/>
          <w:sz w:val="22"/>
        </w:rPr>
        <w:t>three months. And also, if they do want to go to the actual home where they've lived with their wife for the last 45 years, or whatever it is, you have to make sure that the that if they can go home and and the partner or wife or whatever wants them home, that that decision doesn't impact the mental health and the family, and that the family can cope. Because it's one thing saying, Yeah, well, we'll have him at home or whatever, but then when he gets home, there's all extra equipment that he didn't have before. You know, being able to turn in the night medicine, medication with the nurses. So that's another side of it. I don't think you know, I want to go. You might want to go, yes, we would love him at him. That's great. But being able to actually have that person at home might be impossible, which is heartbreaking,</w:t>
      </w:r>
    </w:p>
    <w:p>
      <w:pPr>
        <w:spacing w:after="0"/>
      </w:pPr>
    </w:p>
    <w:p>
      <w:pPr>
        <w:spacing w:after="0"/>
      </w:pPr>
      <w:r>
        <w:rPr>
          <w:rFonts w:ascii="Arial" w:hAnsi="Arial"/>
          <w:b/>
          <w:sz w:val="22"/>
        </w:rPr>
        <w:t xml:space="preserve">Alice  </w:t>
      </w:r>
      <w:r>
        <w:rPr>
          <w:rFonts w:ascii="Arial" w:hAnsi="Arial"/>
          <w:color w:val="5D7284"/>
          <w:sz w:val="22"/>
        </w:rPr>
        <w:t>29:05</w:t>
      </w:r>
    </w:p>
    <w:p>
      <w:pPr>
        <w:spacing w:after="0"/>
      </w:pPr>
      <w:r>
        <w:rPr>
          <w:rFonts w:ascii="Arial" w:hAnsi="Arial"/>
          <w:sz w:val="22"/>
        </w:rPr>
        <w:t>but it's, it's, yeah, well, because it's about, you know, it is as much about the person's safety. And if you send somebody home to an environment where it may be a well meaning family, but actually they're not able to manage that person's like care needs, then that person is going to end up hurting themselves, or, you know, they'll be like being neglected or something. And it's, it those, and it's, it's so difficult to kind of have to have those conversations with with people and do that kind of work, isn't it?</w:t>
      </w:r>
    </w:p>
    <w:p>
      <w:pPr>
        <w:spacing w:after="0"/>
      </w:pPr>
    </w:p>
    <w:p>
      <w:pPr>
        <w:spacing w:after="0"/>
      </w:pPr>
      <w:r>
        <w:rPr>
          <w:rFonts w:ascii="Arial" w:hAnsi="Arial"/>
          <w:b/>
          <w:sz w:val="22"/>
        </w:rPr>
        <w:t xml:space="preserve">Heledd Wyn  </w:t>
      </w:r>
      <w:r>
        <w:rPr>
          <w:rFonts w:ascii="Arial" w:hAnsi="Arial"/>
          <w:color w:val="5D7284"/>
          <w:sz w:val="22"/>
        </w:rPr>
        <w:t>29:39</w:t>
      </w:r>
    </w:p>
    <w:p>
      <w:pPr>
        <w:spacing w:after="0"/>
      </w:pPr>
      <w:r>
        <w:rPr>
          <w:rFonts w:ascii="Arial" w:hAnsi="Arial"/>
          <w:sz w:val="22"/>
        </w:rPr>
        <w:t>And, you know, go back to the Care Act. So, you know, if section nine is going to be techie, has to be, what is the care? What are the care needs of the person who needs care section 10 is, what are the needs of the person who is the carer? Yeah, they go hand in hand.</w:t>
      </w:r>
    </w:p>
    <w:p>
      <w:pPr>
        <w:spacing w:after="0"/>
      </w:pPr>
    </w:p>
    <w:p>
      <w:pPr>
        <w:spacing w:after="0"/>
      </w:pPr>
      <w:r>
        <w:rPr>
          <w:rFonts w:ascii="Arial" w:hAnsi="Arial"/>
          <w:color w:val="5D7284"/>
          <w:sz w:val="22"/>
        </w:rPr>
        <w:t>29:57</w:t>
      </w:r>
    </w:p>
    <w:p>
      <w:pPr>
        <w:spacing w:after="0"/>
      </w:pPr>
      <w:r>
        <w:rPr>
          <w:rFonts w:ascii="Arial" w:hAnsi="Arial"/>
          <w:sz w:val="22"/>
        </w:rPr>
        <w:t>Course they do. Because</w:t>
      </w:r>
    </w:p>
    <w:p>
      <w:pPr>
        <w:spacing w:after="0"/>
      </w:pPr>
    </w:p>
    <w:p>
      <w:pPr>
        <w:spacing w:after="0"/>
      </w:pPr>
      <w:r>
        <w:rPr>
          <w:rFonts w:ascii="Arial" w:hAnsi="Arial"/>
          <w:b/>
          <w:sz w:val="22"/>
        </w:rPr>
        <w:t xml:space="preserve">Heledd Wyn  </w:t>
      </w:r>
      <w:r>
        <w:rPr>
          <w:rFonts w:ascii="Arial" w:hAnsi="Arial"/>
          <w:color w:val="5D7284"/>
          <w:sz w:val="22"/>
        </w:rPr>
        <w:t>29:58</w:t>
      </w:r>
    </w:p>
    <w:p>
      <w:pPr>
        <w:spacing w:after="0"/>
      </w:pPr>
      <w:r>
        <w:rPr>
          <w:rFonts w:ascii="Arial" w:hAnsi="Arial"/>
          <w:sz w:val="22"/>
        </w:rPr>
        <w:t>actually, and, you know, and I. I've firmly on the record saying this. I've, you know, have sat there with clients and gone, your best bet now is to divorce your spouse, because, you know they want to come home. And I said, you know, people are trying to try to force that move home, and you're saying, I can't cope. I don't want it. And I said, if we can't negotiate this, you're probably better off just go, just just leaving him. And it's nuts to get to that point, isn't it, because, in an old way, because it is so person centered, this, this whole area, if you sit there and go, if in, in the world of incapacity, P party, protective party, patient depends, you call it is at the heart of the thing, which is absolutely right. But then, what about P's, spouse, siblings, yeah, all this. There's whole supporting cast that needs to be taken into account. Care, act. Again, the person at the center needs to be looked at as to what their needs are. But again, what about the supporting cast? And it might be not feasible. It might not be practical. And I have got sort of long standing relationships breaking down because the Oddly, the focus is just on P and I'm like, you can't do one without the other, yeah. So you have to look at both. And it's not fair to not look at both. You know, I get it because, of course, you know, we're doing the right thing. But very, very hard,</w:t>
      </w:r>
    </w:p>
    <w:p>
      <w:pPr>
        <w:spacing w:after="0"/>
      </w:pPr>
    </w:p>
    <w:p>
      <w:pPr>
        <w:spacing w:after="0"/>
      </w:pPr>
      <w:r>
        <w:rPr>
          <w:rFonts w:ascii="Arial" w:hAnsi="Arial"/>
          <w:b/>
          <w:sz w:val="22"/>
        </w:rPr>
        <w:t xml:space="preserve">Alice  </w:t>
      </w:r>
      <w:r>
        <w:rPr>
          <w:rFonts w:ascii="Arial" w:hAnsi="Arial"/>
          <w:color w:val="5D7284"/>
          <w:sz w:val="22"/>
        </w:rPr>
        <w:t>31:31</w:t>
      </w:r>
    </w:p>
    <w:p>
      <w:pPr>
        <w:spacing w:after="0"/>
      </w:pPr>
      <w:r>
        <w:rPr>
          <w:rFonts w:ascii="Arial" w:hAnsi="Arial"/>
          <w:sz w:val="22"/>
        </w:rPr>
        <w:t>extremely hard. I think there is a sort of, I don't want to say, kind of approach, sort of that that makes it sound almost too formal, but almost like a an idea of an attitude amongst some professionals that's like, well, this person has been providing care for their husband or wife, whatever it is, for the last 510, 35, years. However, its long it's been so of course, they're going to carry on doing it, but actually, you need to be having those conversations about, well, yes, she was provide, you know, has been supporting her disabled husband for 35 years, but she's now 70. Is it really reasonable to expect her to be hoisting him in and out of the bath, you know?</w:t>
      </w:r>
    </w:p>
    <w:p>
      <w:pPr>
        <w:spacing w:after="0"/>
      </w:pPr>
    </w:p>
    <w:p>
      <w:pPr>
        <w:spacing w:after="0"/>
      </w:pPr>
      <w:r>
        <w:rPr>
          <w:rFonts w:ascii="Arial" w:hAnsi="Arial"/>
          <w:b/>
          <w:sz w:val="22"/>
        </w:rPr>
        <w:t xml:space="preserve">Heledd Wyn  </w:t>
      </w:r>
      <w:r>
        <w:rPr>
          <w:rFonts w:ascii="Arial" w:hAnsi="Arial"/>
          <w:color w:val="5D7284"/>
          <w:sz w:val="22"/>
        </w:rPr>
        <w:t>32:24</w:t>
      </w:r>
    </w:p>
    <w:p>
      <w:pPr>
        <w:spacing w:after="0"/>
      </w:pPr>
      <w:r>
        <w:rPr>
          <w:rFonts w:ascii="Arial" w:hAnsi="Arial"/>
          <w:sz w:val="22"/>
        </w:rPr>
        <w:t>And I've seen it, you know, I've seen, seen that people, two people came to mind. He was six foot seven, wow. She's five foot two. Oh, wow, goodness me, Wow. Very long marriage, yeah. How on earth was she supposed to do any of the physical support. And she did. She did an astonishing job, you know, but not by me going to get a little help.</w:t>
      </w:r>
    </w:p>
    <w:p>
      <w:pPr>
        <w:spacing w:after="0"/>
      </w:pPr>
    </w:p>
    <w:p>
      <w:pPr>
        <w:spacing w:after="0"/>
      </w:pPr>
      <w:r>
        <w:rPr>
          <w:rFonts w:ascii="Arial" w:hAnsi="Arial"/>
          <w:b/>
          <w:sz w:val="22"/>
        </w:rPr>
        <w:t xml:space="preserve">Lucy  </w:t>
      </w:r>
      <w:r>
        <w:rPr>
          <w:rFonts w:ascii="Arial" w:hAnsi="Arial"/>
          <w:color w:val="5D7284"/>
          <w:sz w:val="22"/>
        </w:rPr>
        <w:t>32:53</w:t>
      </w:r>
    </w:p>
    <w:p>
      <w:pPr>
        <w:spacing w:after="0"/>
      </w:pPr>
      <w:r>
        <w:rPr>
          <w:rFonts w:ascii="Arial" w:hAnsi="Arial"/>
          <w:sz w:val="22"/>
        </w:rPr>
        <w:t>And I suppose, I suppose it's very difficult when you have loved and cared for somebody, and you think that's fine, it's all right. We'll manage. We'll manage. It's fine. We'll manage. It's that. It's that instinct, isn't it, I suppose, of being a husband and wife and I, you know, I will do it. You know, in sickness and health thing, isn't it?</w:t>
      </w:r>
    </w:p>
    <w:p>
      <w:pPr>
        <w:spacing w:after="0"/>
      </w:pPr>
    </w:p>
    <w:p>
      <w:pPr>
        <w:spacing w:after="0"/>
      </w:pPr>
      <w:r>
        <w:rPr>
          <w:rFonts w:ascii="Arial" w:hAnsi="Arial"/>
          <w:b/>
          <w:sz w:val="22"/>
        </w:rPr>
        <w:t xml:space="preserve">Alice  </w:t>
      </w:r>
      <w:r>
        <w:rPr>
          <w:rFonts w:ascii="Arial" w:hAnsi="Arial"/>
          <w:color w:val="5D7284"/>
          <w:sz w:val="22"/>
        </w:rPr>
        <w:t>33:12</w:t>
      </w:r>
    </w:p>
    <w:p>
      <w:pPr>
        <w:spacing w:after="0"/>
      </w:pPr>
      <w:r>
        <w:rPr>
          <w:rFonts w:ascii="Arial" w:hAnsi="Arial"/>
          <w:sz w:val="22"/>
        </w:rPr>
        <w:t>You don't very often have people whose care needs change drastically overnight. It's a slow change. And it's that that kind of gets you where you go, Oh, this is, this is getting a little bit more difficult, getting a little bit and you just, you keep you keep stepping up and stepping up and stepping up. But it's small steps. And then before you know it, you are suddenly like, I, I'm carrying this person up the stairs now, and they're, what, four and a half feet bigger than me, or whatever the difference was. And it</w:t>
      </w:r>
    </w:p>
    <w:p>
      <w:pPr>
        <w:spacing w:after="0"/>
      </w:pPr>
    </w:p>
    <w:p>
      <w:pPr>
        <w:spacing w:after="0"/>
      </w:pPr>
      <w:r>
        <w:rPr>
          <w:rFonts w:ascii="Arial" w:hAnsi="Arial"/>
          <w:b/>
          <w:sz w:val="22"/>
        </w:rPr>
        <w:t xml:space="preserve">Heledd Wyn  </w:t>
      </w:r>
      <w:r>
        <w:rPr>
          <w:rFonts w:ascii="Arial" w:hAnsi="Arial"/>
          <w:color w:val="5D7284"/>
          <w:sz w:val="22"/>
        </w:rPr>
        <w:t>33:45</w:t>
      </w:r>
    </w:p>
    <w:p>
      <w:pPr>
        <w:spacing w:after="0"/>
      </w:pPr>
      <w:r>
        <w:rPr>
          <w:rFonts w:ascii="Arial" w:hAnsi="Arial"/>
          <w:sz w:val="22"/>
        </w:rPr>
        <w:t>is interesting, isn't it? Because I think, again, it does depend, yeah, because you see sort of married couples, and they they help. They're propping each other up off. Yeah, they've been propping each other up for years, and it works. They just about managing to keep going. And one of them has a fall, and then that's a whole crisis, and then that's very difficult. There's the other ones who are just almost like a frog in boiling water. It's just becoming more and more and more and more and more. And then the other end of the spectrum. I was reading something this weekend about a mother, and she's she's a solicitor, and she's on the she's on the BBC, and she said, My son's got Angelman syndrome, and he's, I think he's seven. And she said, I'm doing press ups to try and keep my strength up so I can manage him. Because given the way that the sort of Angelman syndrome manifests, a lot of people need two full time carers at all times, 24/7, do you stand with him? And she's like, he's seven, yeah. And what? What does that? What does that? What does her future look like? And she says, I'm just doing everything I can now to prep for this. But you know, he's gonna, if he's if he's gonna be a tall, strapping lad,</w:t>
      </w:r>
    </w:p>
    <w:p>
      <w:pPr>
        <w:spacing w:after="0"/>
      </w:pPr>
    </w:p>
    <w:p>
      <w:pPr>
        <w:spacing w:after="0"/>
      </w:pPr>
      <w:r>
        <w:rPr>
          <w:rFonts w:ascii="Arial" w:hAnsi="Arial"/>
          <w:b/>
          <w:sz w:val="22"/>
        </w:rPr>
        <w:t xml:space="preserve">Lucy  </w:t>
      </w:r>
      <w:r>
        <w:rPr>
          <w:rFonts w:ascii="Arial" w:hAnsi="Arial"/>
          <w:color w:val="5D7284"/>
          <w:sz w:val="22"/>
        </w:rPr>
        <w:t>34:57</w:t>
      </w:r>
    </w:p>
    <w:p>
      <w:pPr>
        <w:spacing w:after="0"/>
      </w:pPr>
      <w:r>
        <w:rPr>
          <w:rFonts w:ascii="Arial" w:hAnsi="Arial"/>
          <w:sz w:val="22"/>
        </w:rPr>
        <w:t>yeah, exactly. How'd you care? Yeah,</w:t>
      </w:r>
    </w:p>
    <w:p>
      <w:pPr>
        <w:spacing w:after="0"/>
      </w:pPr>
    </w:p>
    <w:p>
      <w:pPr>
        <w:spacing w:after="0"/>
      </w:pPr>
      <w:r>
        <w:rPr>
          <w:rFonts w:ascii="Arial" w:hAnsi="Arial"/>
          <w:b/>
          <w:sz w:val="22"/>
        </w:rPr>
        <w:t xml:space="preserve">Alice  </w:t>
      </w:r>
      <w:r>
        <w:rPr>
          <w:rFonts w:ascii="Arial" w:hAnsi="Arial"/>
          <w:color w:val="5D7284"/>
          <w:sz w:val="22"/>
        </w:rPr>
        <w:t>34:59</w:t>
      </w:r>
    </w:p>
    <w:p>
      <w:pPr>
        <w:spacing w:after="0"/>
      </w:pPr>
      <w:r>
        <w:rPr>
          <w:rFonts w:ascii="Arial" w:hAnsi="Arial"/>
          <w:sz w:val="22"/>
        </w:rPr>
        <w:t>I. I'm already my my child is two and a half, and I am already like, Oh, God, I can't carry you up the stairs. You're too big. You know the idea of, of having to be doing nappy changes and, you know, dressing and lifting somebody who is going to be easily, you know, I'm not, I'm not a tall, I'm not sure, but I'm not particularly tall. He's somebody who's going to be easily half a foot taller than me, you know, it it physically is really difficult, and the emotional impact of that kind of physical work on top of, you know, just kind of trying to cons support somebody who have got, who's got a lot of those kind of really complex sort of needs. Is, it can be really overwhelming,</w:t>
      </w:r>
    </w:p>
    <w:p>
      <w:pPr>
        <w:spacing w:after="0"/>
      </w:pPr>
    </w:p>
    <w:p>
      <w:pPr>
        <w:spacing w:after="0"/>
      </w:pPr>
      <w:r>
        <w:rPr>
          <w:rFonts w:ascii="Arial" w:hAnsi="Arial"/>
          <w:b/>
          <w:sz w:val="22"/>
        </w:rPr>
        <w:t xml:space="preserve">Lucy  </w:t>
      </w:r>
      <w:r>
        <w:rPr>
          <w:rFonts w:ascii="Arial" w:hAnsi="Arial"/>
          <w:color w:val="5D7284"/>
          <w:sz w:val="22"/>
        </w:rPr>
        <w:t>35:50</w:t>
      </w:r>
    </w:p>
    <w:p>
      <w:pPr>
        <w:spacing w:after="0"/>
      </w:pPr>
      <w:r>
        <w:rPr>
          <w:rFonts w:ascii="Arial" w:hAnsi="Arial"/>
          <w:sz w:val="22"/>
        </w:rPr>
        <w:t>yeah, when this is a slightly different but when i So, I never used to have, like, rails on my bed to help me turn in the night independently. I just used to manage, like, manage to, like, wiggle around in bed. And I was like, I'm cooked for now. Let's stay there. But it got to the point where I couldn't move, and I needed something to hold on to, so we had these bed rails put on the bed. And it wasn't the case of like, Oh, I've given in. It was like, we'll put these bed rolls on see if that helps. And now I couldn't do without them. I couldn't do without the rails around the toilet that I never used to have. And it's kind of once you accept that support exact and hell, even though these are another object, just life becomes a little bit more easy and you can breathe a little bit. Do you know what I mean? It's</w:t>
      </w:r>
    </w:p>
    <w:p>
      <w:pPr>
        <w:spacing w:after="0"/>
      </w:pPr>
    </w:p>
    <w:p>
      <w:pPr>
        <w:spacing w:after="0"/>
      </w:pPr>
      <w:r>
        <w:rPr>
          <w:rFonts w:ascii="Arial" w:hAnsi="Arial"/>
          <w:b/>
          <w:sz w:val="22"/>
        </w:rPr>
        <w:t xml:space="preserve">Alice  </w:t>
      </w:r>
      <w:r>
        <w:rPr>
          <w:rFonts w:ascii="Arial" w:hAnsi="Arial"/>
          <w:color w:val="5D7284"/>
          <w:sz w:val="22"/>
        </w:rPr>
        <w:t>36:37</w:t>
      </w:r>
    </w:p>
    <w:p>
      <w:pPr>
        <w:spacing w:after="0"/>
      </w:pPr>
      <w:r>
        <w:rPr>
          <w:rFonts w:ascii="Arial" w:hAnsi="Arial"/>
          <w:sz w:val="22"/>
        </w:rPr>
        <w:t>I do say to people when I have these conversations with people. Sometimes it's like, bed rails, or whatever it is, grab rails. They weren't invented to make people's lives difficult, like they that. The reason the occupational therapist, or whoever it is, is suggesting you have these is because they know that they're helpful.</w:t>
      </w:r>
    </w:p>
    <w:p>
      <w:pPr>
        <w:spacing w:after="0"/>
      </w:pPr>
    </w:p>
    <w:p>
      <w:pPr>
        <w:spacing w:after="0"/>
      </w:pPr>
      <w:r>
        <w:rPr>
          <w:rFonts w:ascii="Arial" w:hAnsi="Arial"/>
          <w:b/>
          <w:sz w:val="22"/>
        </w:rPr>
        <w:t xml:space="preserve">Lucy  </w:t>
      </w:r>
      <w:r>
        <w:rPr>
          <w:rFonts w:ascii="Arial" w:hAnsi="Arial"/>
          <w:color w:val="5D7284"/>
          <w:sz w:val="22"/>
        </w:rPr>
        <w:t>36:56</w:t>
      </w:r>
    </w:p>
    <w:p>
      <w:pPr>
        <w:spacing w:after="0"/>
      </w:pPr>
      <w:r>
        <w:rPr>
          <w:rFonts w:ascii="Arial" w:hAnsi="Arial"/>
          <w:sz w:val="22"/>
        </w:rPr>
        <w:t>You've got to stop doing that. Yeah, yeah. And I know it's slightly different between, like, people and things, but it's the same. It's the same sort of thing, as if you know, if you if you are ready to accept help. So once you get the help often, it's like, it's a weight off, and you can start and enjoy things again. And, you</w:t>
      </w:r>
    </w:p>
    <w:p>
      <w:pPr>
        <w:spacing w:after="0"/>
      </w:pPr>
    </w:p>
    <w:p>
      <w:pPr>
        <w:spacing w:after="0"/>
      </w:pPr>
      <w:r>
        <w:rPr>
          <w:rFonts w:ascii="Arial" w:hAnsi="Arial"/>
          <w:b/>
          <w:sz w:val="22"/>
        </w:rPr>
        <w:t xml:space="preserve">Alice  </w:t>
      </w:r>
      <w:r>
        <w:rPr>
          <w:rFonts w:ascii="Arial" w:hAnsi="Arial"/>
          <w:color w:val="5D7284"/>
          <w:sz w:val="22"/>
        </w:rPr>
        <w:t>37:16</w:t>
      </w:r>
    </w:p>
    <w:p>
      <w:pPr>
        <w:spacing w:after="0"/>
      </w:pPr>
      <w:r>
        <w:rPr>
          <w:rFonts w:ascii="Arial" w:hAnsi="Arial"/>
          <w:sz w:val="22"/>
        </w:rPr>
        <w:t>know, but then, you know, I think it when you're thinking about people delivering care. I know that you know you've shared experiences of your own Lucy with not having good care, and the challenge that that is not just for you as an individual, but I can only imagine. You know, if it's your loved one and you're like, This is my partner or my child, or whatever it is that I have been caring for for 10 years, or however long it is to then be, say, to be stepping away to and having other people do it, to step into that space and for you to think like but they're not. They're not doing they're not being as helpful. It's, it's not a good experience. It's not</w:t>
      </w:r>
    </w:p>
    <w:p>
      <w:pPr>
        <w:spacing w:after="0"/>
      </w:pPr>
    </w:p>
    <w:p>
      <w:pPr>
        <w:spacing w:after="0"/>
      </w:pPr>
      <w:r>
        <w:rPr>
          <w:rFonts w:ascii="Arial" w:hAnsi="Arial"/>
          <w:b/>
          <w:sz w:val="22"/>
        </w:rPr>
        <w:t xml:space="preserve">Lucy  </w:t>
      </w:r>
      <w:r>
        <w:rPr>
          <w:rFonts w:ascii="Arial" w:hAnsi="Arial"/>
          <w:color w:val="5D7284"/>
          <w:sz w:val="22"/>
        </w:rPr>
        <w:t>38:01</w:t>
      </w:r>
    </w:p>
    <w:p>
      <w:pPr>
        <w:spacing w:after="0"/>
      </w:pPr>
      <w:r>
        <w:rPr>
          <w:rFonts w:ascii="Arial" w:hAnsi="Arial"/>
          <w:sz w:val="22"/>
        </w:rPr>
        <w:t>right, almost, you know what I mean, how I would do it?</w:t>
      </w:r>
    </w:p>
    <w:p>
      <w:pPr>
        <w:spacing w:after="0"/>
      </w:pPr>
    </w:p>
    <w:p>
      <w:pPr>
        <w:spacing w:after="0"/>
      </w:pPr>
      <w:r>
        <w:rPr>
          <w:rFonts w:ascii="Arial" w:hAnsi="Arial"/>
          <w:b/>
          <w:sz w:val="22"/>
        </w:rPr>
        <w:t xml:space="preserve">Alice  </w:t>
      </w:r>
      <w:r>
        <w:rPr>
          <w:rFonts w:ascii="Arial" w:hAnsi="Arial"/>
          <w:color w:val="5D7284"/>
          <w:sz w:val="22"/>
        </w:rPr>
        <w:t>38:06</w:t>
      </w:r>
    </w:p>
    <w:p>
      <w:pPr>
        <w:spacing w:after="0"/>
      </w:pPr>
      <w:r>
        <w:rPr>
          <w:rFonts w:ascii="Arial" w:hAnsi="Arial"/>
          <w:sz w:val="22"/>
        </w:rPr>
        <w:t>Because, you, you know, I know that, Lisa, you've made the decision to kind of have your mum is, is the one who does all of your kind of support, isn't she? And and you could, easily, you could have professionals coming in. That would be, you know, there'd be no reason, I think, why the council wouldn't be able to cover that for you. But I think, you know, it's fairly obvious. The reason that you've, you've chosen to have your mum do that because she can, and because she knows you, and she, you know, gives you what you need.</w:t>
      </w:r>
    </w:p>
    <w:p>
      <w:pPr>
        <w:spacing w:after="0"/>
      </w:pPr>
    </w:p>
    <w:p>
      <w:pPr>
        <w:spacing w:after="0"/>
      </w:pPr>
      <w:r>
        <w:rPr>
          <w:rFonts w:ascii="Arial" w:hAnsi="Arial"/>
          <w:b/>
          <w:sz w:val="22"/>
        </w:rPr>
        <w:t xml:space="preserve">Lucy  </w:t>
      </w:r>
      <w:r>
        <w:rPr>
          <w:rFonts w:ascii="Arial" w:hAnsi="Arial"/>
          <w:color w:val="5D7284"/>
          <w:sz w:val="22"/>
        </w:rPr>
        <w:t>38:34</w:t>
      </w:r>
    </w:p>
    <w:p>
      <w:pPr>
        <w:spacing w:after="0"/>
      </w:pPr>
      <w:r>
        <w:rPr>
          <w:rFonts w:ascii="Arial" w:hAnsi="Arial"/>
          <w:sz w:val="22"/>
        </w:rPr>
        <w:t>Yeah, yeah. And also, I don't like, like, we've just said, I don't think my mom would be, she'd be like, but I can do it. I can do it. You know, we've often, you know, discussed it like. She's like, No, it's fine. I can do it, but I'm not but would it not help? And she's like, No, it's all right. I can do it. She would not be happy if I tell Martin and said to her, I want it to care package coming. She'd be like, uh, no, no, it's fine. I'm here. I'll do it, you know, and it's not that I would. I don't really like the sort of carers coming in, because, like you say, she's my mom. We get we just get it. She gets me up in the morning, she gives me a bit of jib, tells me I stink. You should get in the shower, that kind of thing. Because you can do that, because she's my mom. If I fully believe that of your love, she's like, can you get up? You stink? Okay, yeah, okay, um, I've told you before, she'll often come in at half past nine in the morning if I'm still in bed to check I'm not dead, because she's like, Are you breathing? Are you are you putting that if a carrot came in and was like, Is she breathing? All right? I put walking into it. It's just just common practice in our house, like, oh, I have to die. Like, if I've not, wrong you by half aside, don't worry. I'm not, that's fine. But yeah, so I don't really like the thought of carers having to come and do it, but I know that if it's nice to know that option is there. If we need it, like if something was to happen, God forbid, does something just happen to my mom or my dad? I'm gonna need that at some point. We all understand that, but I think at the downstairs now and said to my wall, I'd like a care package. I don't you telling me I stink in the morning, she would not be happy about and I can fully understand why. You know, you know she feels able to do it. And you know, I'm a daughter, I get it, but, yeah, she wouldn't be happy. She wouldn't be I know that. Watch. I don't want to have that conversation. Don't make me do it.</w:t>
      </w:r>
    </w:p>
    <w:p>
      <w:pPr>
        <w:spacing w:after="0"/>
      </w:pPr>
    </w:p>
    <w:p>
      <w:pPr>
        <w:spacing w:after="0"/>
      </w:pPr>
      <w:r>
        <w:rPr>
          <w:rFonts w:ascii="Arial" w:hAnsi="Arial"/>
          <w:b/>
          <w:sz w:val="22"/>
        </w:rPr>
        <w:t xml:space="preserve">Heledd Wyn  </w:t>
      </w:r>
      <w:r>
        <w:rPr>
          <w:rFonts w:ascii="Arial" w:hAnsi="Arial"/>
          <w:color w:val="5D7284"/>
          <w:sz w:val="22"/>
        </w:rPr>
        <w:t>40:42</w:t>
      </w:r>
    </w:p>
    <w:p>
      <w:pPr>
        <w:spacing w:after="0"/>
      </w:pPr>
      <w:r>
        <w:rPr>
          <w:rFonts w:ascii="Arial" w:hAnsi="Arial"/>
          <w:sz w:val="22"/>
        </w:rPr>
        <w:t>I guess you know what happens then? I mean, what happens when your mum can't, yeah, won't do</w:t>
      </w:r>
    </w:p>
    <w:p>
      <w:pPr>
        <w:spacing w:after="0"/>
      </w:pPr>
    </w:p>
    <w:p>
      <w:pPr>
        <w:spacing w:after="0"/>
      </w:pPr>
      <w:r>
        <w:rPr>
          <w:rFonts w:ascii="Arial" w:hAnsi="Arial"/>
          <w:b/>
          <w:sz w:val="22"/>
        </w:rPr>
        <w:t xml:space="preserve">Lucy  </w:t>
      </w:r>
      <w:r>
        <w:rPr>
          <w:rFonts w:ascii="Arial" w:hAnsi="Arial"/>
          <w:color w:val="5D7284"/>
          <w:sz w:val="22"/>
        </w:rPr>
        <w:t>40:47</w:t>
      </w:r>
    </w:p>
    <w:p>
      <w:pPr>
        <w:spacing w:after="0"/>
      </w:pPr>
      <w:r>
        <w:rPr>
          <w:rFonts w:ascii="Arial" w:hAnsi="Arial"/>
          <w:sz w:val="22"/>
        </w:rPr>
        <w:t>well. I think it would be, it would be my call, wouldn't it? I'd be like, we can't do this more, but we're gonna have to get it organized. But she's like, she her and my dad have just had wills written, like, redone and rewritten and stuff, and there's protections in that will for me, so that if anything happens and like, I get the house, or the house is between mom and sister, there is a portion of that money that is protected for any care needs I might need. So, you know, it is something we're thinking the same time. You don't like to think about it, do you really it's, it's not something that you think, Oh, this is joyous to think about this, but it is. It is something as I'm getting older, I'm getting more and more aware of it as I'm getting older,</w:t>
      </w:r>
    </w:p>
    <w:p>
      <w:pPr>
        <w:spacing w:after="0"/>
      </w:pPr>
    </w:p>
    <w:p>
      <w:pPr>
        <w:spacing w:after="0"/>
      </w:pPr>
      <w:r>
        <w:rPr>
          <w:rFonts w:ascii="Arial" w:hAnsi="Arial"/>
          <w:b/>
          <w:sz w:val="22"/>
        </w:rPr>
        <w:t xml:space="preserve">Alice  </w:t>
      </w:r>
      <w:r>
        <w:rPr>
          <w:rFonts w:ascii="Arial" w:hAnsi="Arial"/>
          <w:color w:val="5D7284"/>
          <w:sz w:val="22"/>
        </w:rPr>
        <w:t>41:35</w:t>
      </w:r>
    </w:p>
    <w:p>
      <w:pPr>
        <w:spacing w:after="0"/>
      </w:pPr>
      <w:r>
        <w:rPr>
          <w:rFonts w:ascii="Arial" w:hAnsi="Arial"/>
          <w:sz w:val="22"/>
        </w:rPr>
        <w:t>and it's, it's the reality for so many people in our community, whether it's because their parents are no longer around, or whether it's because, you know, they they for whatever reason, they have different relationships with their parents. They think, I don't want to be at home still. I don't want to be, you know, I'd rather have a professional come in and then leave me to it for the rest of the day, or whatever it is, you know, it's it that is the reality of a lot of the lives of the people in our community.</w:t>
      </w:r>
    </w:p>
    <w:p>
      <w:pPr>
        <w:spacing w:after="0"/>
      </w:pPr>
    </w:p>
    <w:p>
      <w:pPr>
        <w:spacing w:after="0"/>
      </w:pPr>
      <w:r>
        <w:rPr>
          <w:rFonts w:ascii="Arial" w:hAnsi="Arial"/>
          <w:b/>
          <w:sz w:val="22"/>
        </w:rPr>
        <w:t xml:space="preserve">Lucy  </w:t>
      </w:r>
      <w:r>
        <w:rPr>
          <w:rFonts w:ascii="Arial" w:hAnsi="Arial"/>
          <w:color w:val="5D7284"/>
          <w:sz w:val="22"/>
        </w:rPr>
        <w:t>42:07</w:t>
      </w:r>
    </w:p>
    <w:p>
      <w:pPr>
        <w:spacing w:after="0"/>
      </w:pPr>
      <w:r>
        <w:rPr>
          <w:rFonts w:ascii="Arial" w:hAnsi="Arial"/>
          <w:sz w:val="22"/>
        </w:rPr>
        <w:t>And it's a, it's a big, scary issue, like, you know, like,</w:t>
      </w:r>
    </w:p>
    <w:p>
      <w:pPr>
        <w:spacing w:after="0"/>
      </w:pPr>
    </w:p>
    <w:p>
      <w:pPr>
        <w:spacing w:after="0"/>
      </w:pPr>
      <w:r>
        <w:rPr>
          <w:rFonts w:ascii="Arial" w:hAnsi="Arial"/>
          <w:b/>
          <w:sz w:val="22"/>
        </w:rPr>
        <w:t xml:space="preserve">Alice  </w:t>
      </w:r>
      <w:r>
        <w:rPr>
          <w:rFonts w:ascii="Arial" w:hAnsi="Arial"/>
          <w:color w:val="5D7284"/>
          <w:sz w:val="22"/>
        </w:rPr>
        <w:t>42:11</w:t>
      </w:r>
    </w:p>
    <w:p>
      <w:pPr>
        <w:spacing w:after="0"/>
      </w:pPr>
      <w:r>
        <w:rPr>
          <w:rFonts w:ascii="Arial" w:hAnsi="Arial"/>
          <w:sz w:val="22"/>
        </w:rPr>
        <w:t>I think people are really ashamed to talk about it, yeah. And I think it's a really, like, you know, from, from the people that I've worked with, there's a lot. There's a lot of shame around saying, I need support with this. Alice,</w:t>
      </w:r>
    </w:p>
    <w:p>
      <w:pPr>
        <w:spacing w:after="0"/>
      </w:pPr>
    </w:p>
    <w:p>
      <w:pPr>
        <w:spacing w:after="0"/>
      </w:pPr>
      <w:r>
        <w:rPr>
          <w:rFonts w:ascii="Arial" w:hAnsi="Arial"/>
          <w:b/>
          <w:sz w:val="22"/>
        </w:rPr>
        <w:t xml:space="preserve">Lucy  </w:t>
      </w:r>
      <w:r>
        <w:rPr>
          <w:rFonts w:ascii="Arial" w:hAnsi="Arial"/>
          <w:color w:val="5D7284"/>
          <w:sz w:val="22"/>
        </w:rPr>
        <w:t>42:25</w:t>
      </w:r>
    </w:p>
    <w:p>
      <w:pPr>
        <w:spacing w:after="0"/>
      </w:pPr>
      <w:r>
        <w:rPr>
          <w:rFonts w:ascii="Arial" w:hAnsi="Arial"/>
          <w:sz w:val="22"/>
        </w:rPr>
        <w:t>do you have to deal with people that are often scared and frightened and don't know where to start? Oh, all the time,</w:t>
      </w:r>
    </w:p>
    <w:p>
      <w:pPr>
        <w:spacing w:after="0"/>
      </w:pPr>
    </w:p>
    <w:p>
      <w:pPr>
        <w:spacing w:after="0"/>
      </w:pPr>
      <w:r>
        <w:rPr>
          <w:rFonts w:ascii="Arial" w:hAnsi="Arial"/>
          <w:b/>
          <w:sz w:val="22"/>
        </w:rPr>
        <w:t xml:space="preserve">Heledd Wyn  </w:t>
      </w:r>
      <w:r>
        <w:rPr>
          <w:rFonts w:ascii="Arial" w:hAnsi="Arial"/>
          <w:color w:val="5D7284"/>
          <w:sz w:val="22"/>
        </w:rPr>
        <w:t>42:31</w:t>
      </w:r>
    </w:p>
    <w:p>
      <w:pPr>
        <w:spacing w:after="0"/>
      </w:pPr>
      <w:r>
        <w:rPr>
          <w:rFonts w:ascii="Arial" w:hAnsi="Arial"/>
          <w:sz w:val="22"/>
        </w:rPr>
        <w:t>all the time. And in a sense that I say, you know, you've come to me, which sometimes I sit there and go slightly odd place to start with, a lawyer, but, but then, having said that, you know, it's somebody, somebody knows what I talk about, somebody picked up something I've said, and they've gone, actually, this person's having a tough time. Talk to ha life, and I'll go, Okay, let me now tell you where you should now go, because I'll go right. Okay, so, you know, go and get the care assessment. Go and get the carers assessment. If, if you, you know, get on that waiting list. Get on get your finances assessed by the local authority, if you've self funding. Well, what can we do to move things forward a bit quicker? You know, what can we do to get a second opinion? Much like people go, you know, GPS, get a second opinion on things so and might pay privately. And so I spent a lot of time talking to people going, Look, these are your rights. Yeah, these are what you're entitled to go and press all the buttons and then come back to me and have a chat, and then come back when we've done all when you've done all that leg work, let's come back and see whether, actually, if I don't see you again, it's worked, it's fantastic. Or if it hasn't worked that, then I'm probably useful, because then I can start, you know, holding people to account if you need</w:t>
      </w:r>
    </w:p>
    <w:p>
      <w:pPr>
        <w:spacing w:after="0"/>
      </w:pPr>
    </w:p>
    <w:p>
      <w:pPr>
        <w:spacing w:after="0"/>
      </w:pPr>
      <w:r>
        <w:rPr>
          <w:rFonts w:ascii="Arial" w:hAnsi="Arial"/>
          <w:b/>
          <w:sz w:val="22"/>
        </w:rPr>
        <w:t xml:space="preserve">Lucy  </w:t>
      </w:r>
      <w:r>
        <w:rPr>
          <w:rFonts w:ascii="Arial" w:hAnsi="Arial"/>
          <w:color w:val="5D7284"/>
          <w:sz w:val="22"/>
        </w:rPr>
        <w:t>43:56</w:t>
      </w:r>
    </w:p>
    <w:p>
      <w:pPr>
        <w:spacing w:after="0"/>
      </w:pPr>
      <w:r>
        <w:rPr>
          <w:rFonts w:ascii="Arial" w:hAnsi="Arial"/>
          <w:sz w:val="22"/>
        </w:rPr>
        <w:t>to get a little bit stroppy, which is what I'm going to use exactly from now on, I'm going down to get a little bit stroppy Exactly,</w:t>
      </w:r>
    </w:p>
    <w:p>
      <w:pPr>
        <w:spacing w:after="0"/>
      </w:pPr>
    </w:p>
    <w:p>
      <w:pPr>
        <w:spacing w:after="0"/>
      </w:pPr>
      <w:r>
        <w:rPr>
          <w:rFonts w:ascii="Arial" w:hAnsi="Arial"/>
          <w:b/>
          <w:sz w:val="22"/>
        </w:rPr>
        <w:t xml:space="preserve">Heledd Wyn  </w:t>
      </w:r>
      <w:r>
        <w:rPr>
          <w:rFonts w:ascii="Arial" w:hAnsi="Arial"/>
          <w:color w:val="5D7284"/>
          <w:sz w:val="22"/>
        </w:rPr>
        <w:t>44:03</w:t>
      </w:r>
    </w:p>
    <w:p>
      <w:pPr>
        <w:spacing w:after="0"/>
      </w:pPr>
      <w:r>
        <w:rPr>
          <w:rFonts w:ascii="Arial" w:hAnsi="Arial"/>
          <w:sz w:val="22"/>
        </w:rPr>
        <w:t>exactly, because I say, you know, and again, at the risk of sounding flippant, I say, you know, well, you'd be people be completely up in arms if criminal law was ignored in the same way as this. So I've got no compunction until they change. If they change the law, then fine, I will stop being stroppy about it. But whilst this is the law, this is the position, and I'm going to hold people to account and go, I don't care that. Sorry that you haven't got anybody. I don't care there's a massive rating this. Can you just do this? Because you have an obligation to what?</w:t>
      </w:r>
    </w:p>
    <w:p>
      <w:pPr>
        <w:spacing w:after="0"/>
      </w:pPr>
    </w:p>
    <w:p>
      <w:pPr>
        <w:spacing w:after="0"/>
      </w:pPr>
      <w:r>
        <w:rPr>
          <w:rFonts w:ascii="Arial" w:hAnsi="Arial"/>
          <w:b/>
          <w:sz w:val="22"/>
        </w:rPr>
        <w:t xml:space="preserve">Alice  </w:t>
      </w:r>
      <w:r>
        <w:rPr>
          <w:rFonts w:ascii="Arial" w:hAnsi="Arial"/>
          <w:color w:val="5D7284"/>
          <w:sz w:val="22"/>
        </w:rPr>
        <w:t>44:32</w:t>
      </w:r>
    </w:p>
    <w:p>
      <w:pPr>
        <w:spacing w:after="0"/>
      </w:pPr>
      <w:r>
        <w:rPr>
          <w:rFonts w:ascii="Arial" w:hAnsi="Arial"/>
          <w:sz w:val="22"/>
        </w:rPr>
        <w:t>What do you find HELL IS are kind of the the things that you are having to get stroppy about, the most</w:t>
      </w:r>
    </w:p>
    <w:p>
      <w:pPr>
        <w:spacing w:after="0"/>
      </w:pPr>
    </w:p>
    <w:p>
      <w:pPr>
        <w:spacing w:after="0"/>
      </w:pPr>
      <w:r>
        <w:rPr>
          <w:rFonts w:ascii="Arial" w:hAnsi="Arial"/>
          <w:color w:val="5D7284"/>
          <w:sz w:val="22"/>
        </w:rPr>
        <w:t>44:41</w:t>
      </w:r>
    </w:p>
    <w:p>
      <w:pPr>
        <w:spacing w:after="0"/>
      </w:pPr>
      <w:r>
        <w:rPr>
          <w:rFonts w:ascii="Arial" w:hAnsi="Arial"/>
          <w:sz w:val="22"/>
        </w:rPr>
        <w:t>frequently</w:t>
      </w:r>
    </w:p>
    <w:p>
      <w:pPr>
        <w:spacing w:after="0"/>
      </w:pPr>
    </w:p>
    <w:p>
      <w:pPr>
        <w:spacing w:after="0"/>
      </w:pPr>
      <w:r>
        <w:rPr>
          <w:rFonts w:ascii="Arial" w:hAnsi="Arial"/>
          <w:b/>
          <w:sz w:val="22"/>
        </w:rPr>
        <w:t xml:space="preserve">Heledd Wyn  </w:t>
      </w:r>
      <w:r>
        <w:rPr>
          <w:rFonts w:ascii="Arial" w:hAnsi="Arial"/>
          <w:color w:val="5D7284"/>
          <w:sz w:val="22"/>
        </w:rPr>
        <w:t>44:44</w:t>
      </w:r>
    </w:p>
    <w:p>
      <w:pPr>
        <w:spacing w:after="0"/>
      </w:pPr>
      <w:r>
        <w:rPr>
          <w:rFonts w:ascii="Arial" w:hAnsi="Arial"/>
          <w:sz w:val="22"/>
        </w:rPr>
        <w:t>it's probably the Oh, yeah, we don't need to do an assessment because you're self funding, and I went no money and care assessment is completely different. How do you know what care you need, unless you've had the assessment, and then how do you know it's paid? Then. We work out how it's paid for, or things like NHS continuing healthcare funding, which is really hard to get. It exists as people go, you're not going to be eligible. And I go, Well, how do you know you're not eligible? Has anybody assessed you? Well, then you definitely aren't going to get it if you haven't had the assessment. So a lot of my time is going you just need to get that first crack in the door, that first you have an obligation to do this. Go and do it. Go and get that assessment. It might take a while, but once you've got that assessment, it's there, and you can work with it. And you can either go, that's a fair assessment, and I don't think there's a problem, or you go, I'm sorry, who is this person? They've assessed it best. No resemblance. Person I've met whatsoever. I mean, I had one client once, and we did it. We were doing an NHS continuing healthcare funding challenge, and they've completely overlooked the fact</w:t>
      </w:r>
    </w:p>
    <w:p>
      <w:pPr>
        <w:spacing w:after="0"/>
      </w:pPr>
    </w:p>
    <w:p>
      <w:pPr>
        <w:spacing w:after="0"/>
      </w:pPr>
      <w:r>
        <w:rPr>
          <w:rFonts w:ascii="Arial" w:hAnsi="Arial"/>
          <w:b/>
          <w:sz w:val="22"/>
        </w:rPr>
        <w:t xml:space="preserve">Lucy  </w:t>
      </w:r>
      <w:r>
        <w:rPr>
          <w:rFonts w:ascii="Arial" w:hAnsi="Arial"/>
          <w:color w:val="5D7284"/>
          <w:sz w:val="22"/>
        </w:rPr>
        <w:t>45:56</w:t>
      </w:r>
    </w:p>
    <w:p>
      <w:pPr>
        <w:spacing w:after="0"/>
      </w:pPr>
      <w:r>
        <w:rPr>
          <w:rFonts w:ascii="Arial" w:hAnsi="Arial"/>
          <w:sz w:val="22"/>
        </w:rPr>
        <w:t>this chat was blind. But my goodness me,</w:t>
      </w:r>
    </w:p>
    <w:p>
      <w:pPr>
        <w:spacing w:after="0"/>
      </w:pPr>
    </w:p>
    <w:p>
      <w:pPr>
        <w:spacing w:after="0"/>
      </w:pPr>
      <w:r>
        <w:rPr>
          <w:rFonts w:ascii="Arial" w:hAnsi="Arial"/>
          <w:b/>
          <w:sz w:val="22"/>
        </w:rPr>
        <w:t xml:space="preserve">Heledd Wyn  </w:t>
      </w:r>
      <w:r>
        <w:rPr>
          <w:rFonts w:ascii="Arial" w:hAnsi="Arial"/>
          <w:color w:val="5D7284"/>
          <w:sz w:val="22"/>
        </w:rPr>
        <w:t>46:03</w:t>
      </w:r>
    </w:p>
    <w:p>
      <w:pPr>
        <w:spacing w:after="0"/>
      </w:pPr>
      <w:r>
        <w:rPr>
          <w:rFonts w:ascii="Arial" w:hAnsi="Arial"/>
          <w:sz w:val="22"/>
        </w:rPr>
        <w:t>so I sit there and go, go away. Be stroppy. Go and get your assessments. Then let me look at them, and then let me pick holes in them. Or if you're if you if you're happy, then fine, but we've got a line in the sand. So when there's an, if there's a deterioration, we've got something to go back to. It's about creating scaffolding. But yeah, so if that point to going you are entitled to a care assessment. It is nothing to do with money. It is entitled to do with care needs. Same goes for the carer. The local party has an obligation to do it. So get yourself in that queue. Or if you want to get an independent assessor to do it to give you an indication of what might be involved, then you've got that option, yeah, yeah. But and that can then</w:t>
      </w:r>
    </w:p>
    <w:p>
      <w:pPr>
        <w:spacing w:after="0"/>
      </w:pPr>
    </w:p>
    <w:p>
      <w:pPr>
        <w:spacing w:after="0"/>
      </w:pPr>
      <w:r>
        <w:rPr>
          <w:rFonts w:ascii="Arial" w:hAnsi="Arial"/>
          <w:b/>
          <w:sz w:val="22"/>
        </w:rPr>
        <w:t xml:space="preserve">Lucy  </w:t>
      </w:r>
      <w:r>
        <w:rPr>
          <w:rFonts w:ascii="Arial" w:hAnsi="Arial"/>
          <w:color w:val="5D7284"/>
          <w:sz w:val="22"/>
        </w:rPr>
        <w:t>46:46</w:t>
      </w:r>
    </w:p>
    <w:p>
      <w:pPr>
        <w:spacing w:after="0"/>
      </w:pPr>
      <w:r>
        <w:rPr>
          <w:rFonts w:ascii="Arial" w:hAnsi="Arial"/>
          <w:sz w:val="22"/>
        </w:rPr>
        <w:t>help, I suppose, yeah. Suppose the care work your way through this care assessment as well. You don't go in, go, go in. This is what I can do on when I'm on, on a good day, you have to go, this is what I can't do. It. It's</w:t>
      </w:r>
    </w:p>
    <w:p>
      <w:pPr>
        <w:spacing w:after="0"/>
      </w:pPr>
    </w:p>
    <w:p>
      <w:pPr>
        <w:spacing w:after="0"/>
      </w:pPr>
      <w:r>
        <w:rPr>
          <w:rFonts w:ascii="Arial" w:hAnsi="Arial"/>
          <w:b/>
          <w:sz w:val="22"/>
        </w:rPr>
        <w:t xml:space="preserve">Alice  </w:t>
      </w:r>
      <w:r>
        <w:rPr>
          <w:rFonts w:ascii="Arial" w:hAnsi="Arial"/>
          <w:color w:val="5D7284"/>
          <w:sz w:val="22"/>
        </w:rPr>
        <w:t>46:59</w:t>
      </w:r>
    </w:p>
    <w:p>
      <w:pPr>
        <w:spacing w:after="0"/>
      </w:pPr>
      <w:r>
        <w:rPr>
          <w:rFonts w:ascii="Arial" w:hAnsi="Arial"/>
          <w:sz w:val="22"/>
        </w:rPr>
        <w:t>about playing the game is it's the same as your PIP your PIP application. You telling that story, then Helles made me think about my last PIP assessment, where they said, We'll give you the mobility component, but you don't have any daily living needs. My exact point was,</w:t>
      </w:r>
    </w:p>
    <w:p>
      <w:pPr>
        <w:spacing w:after="0"/>
      </w:pPr>
    </w:p>
    <w:p>
      <w:pPr>
        <w:spacing w:after="0"/>
      </w:pPr>
      <w:r>
        <w:rPr>
          <w:rFonts w:ascii="Arial" w:hAnsi="Arial"/>
          <w:b/>
          <w:sz w:val="22"/>
        </w:rPr>
        <w:t xml:space="preserve">Lucy  </w:t>
      </w:r>
      <w:r>
        <w:rPr>
          <w:rFonts w:ascii="Arial" w:hAnsi="Arial"/>
          <w:color w:val="5D7284"/>
          <w:sz w:val="22"/>
        </w:rPr>
        <w:t>47:17</w:t>
      </w:r>
    </w:p>
    <w:p>
      <w:pPr>
        <w:spacing w:after="0"/>
      </w:pPr>
      <w:r>
        <w:rPr>
          <w:rFonts w:ascii="Arial" w:hAnsi="Arial"/>
          <w:sz w:val="22"/>
        </w:rPr>
        <w:t>I'm blind. Yeah, I'm fine. Yeah, my professor said to me, can you walk on? And I went, No. And she went, not even a bit. I went, I could try, I could hold me up, and then, like, let go of me, see what happens. But yeah, like, is it? And, yeah, I hate doing it. I hate being the one to go. I mean, I went to people says I took I wasn't wearing any makeup, I didn't have my nails done, I didn't wash my hair because I needed to look as bedraggled as possible, so that people can understand that when I don't look bedraggled, it's because I've had help and assistance to do not make me look you feel awful doing</w:t>
      </w:r>
    </w:p>
    <w:p>
      <w:pPr>
        <w:spacing w:after="0"/>
      </w:pPr>
    </w:p>
    <w:p>
      <w:pPr>
        <w:spacing w:after="0"/>
      </w:pPr>
      <w:r>
        <w:rPr>
          <w:rFonts w:ascii="Arial" w:hAnsi="Arial"/>
          <w:b/>
          <w:sz w:val="22"/>
        </w:rPr>
        <w:t xml:space="preserve">Heledd Wyn  </w:t>
      </w:r>
      <w:r>
        <w:rPr>
          <w:rFonts w:ascii="Arial" w:hAnsi="Arial"/>
          <w:color w:val="5D7284"/>
          <w:sz w:val="22"/>
        </w:rPr>
        <w:t>48:04</w:t>
      </w:r>
    </w:p>
    <w:p>
      <w:pPr>
        <w:spacing w:after="0"/>
      </w:pPr>
      <w:r>
        <w:rPr>
          <w:rFonts w:ascii="Arial" w:hAnsi="Arial"/>
          <w:sz w:val="22"/>
        </w:rPr>
        <w:t>it, but it's you have it, and if you have to play the game, yeah,</w:t>
      </w:r>
    </w:p>
    <w:p>
      <w:pPr>
        <w:spacing w:after="0"/>
      </w:pPr>
    </w:p>
    <w:p>
      <w:pPr>
        <w:spacing w:after="0"/>
      </w:pPr>
      <w:r>
        <w:rPr>
          <w:rFonts w:ascii="Arial" w:hAnsi="Arial"/>
          <w:b/>
          <w:sz w:val="22"/>
        </w:rPr>
        <w:t xml:space="preserve">Lucy  </w:t>
      </w:r>
      <w:r>
        <w:rPr>
          <w:rFonts w:ascii="Arial" w:hAnsi="Arial"/>
          <w:color w:val="5D7284"/>
          <w:sz w:val="22"/>
        </w:rPr>
        <w:t>48:07</w:t>
      </w:r>
    </w:p>
    <w:p>
      <w:pPr>
        <w:spacing w:after="0"/>
      </w:pPr>
      <w:r>
        <w:rPr>
          <w:rFonts w:ascii="Arial" w:hAnsi="Arial"/>
          <w:sz w:val="22"/>
        </w:rPr>
        <w:t>yeah, mum, mum will give me a cup like my my tea while we're having the discussion in a Tippy cup. Because, like I my grip is terrible. I've got a ham for hands. It's ridiculous. So I can't necessarily hold cups best, all of them, but she's like, I'll get the tippy cup that we use when things are really bad, like, and you just feel like you're you feel like a criminal for doing it, but you like, this is the only way for because, because I need help.</w:t>
      </w:r>
    </w:p>
    <w:p>
      <w:pPr>
        <w:spacing w:after="0"/>
      </w:pPr>
    </w:p>
    <w:p>
      <w:pPr>
        <w:spacing w:after="0"/>
      </w:pPr>
      <w:r>
        <w:rPr>
          <w:rFonts w:ascii="Arial" w:hAnsi="Arial"/>
          <w:b/>
          <w:sz w:val="22"/>
        </w:rPr>
        <w:t xml:space="preserve">Alice  </w:t>
      </w:r>
      <w:r>
        <w:rPr>
          <w:rFonts w:ascii="Arial" w:hAnsi="Arial"/>
          <w:color w:val="5D7284"/>
          <w:sz w:val="22"/>
        </w:rPr>
        <w:t>48:36</w:t>
      </w:r>
    </w:p>
    <w:p>
      <w:pPr>
        <w:spacing w:after="0"/>
      </w:pPr>
      <w:r>
        <w:rPr>
          <w:rFonts w:ascii="Arial" w:hAnsi="Arial"/>
          <w:sz w:val="22"/>
        </w:rPr>
        <w:t>It's the it's and I think, it's a lot of what you know, what you were just saying, then hell is about, you know, people will say, Well, you're you're not going to meet threshold or, well, you're going to be self funded, so we're not going to do the assessment. It's none of the after wood bit shouldn't matter. You do the assessment fairly, and then whatever the outcome is, that's what the outcome is. You shouldn't have to be we shouldn't have to be worrying about having to make ourselves look disabled enough to get the care that we need, because the assessments should just be looking factually and frankly, at the reality of the situation.</w:t>
      </w:r>
    </w:p>
    <w:p>
      <w:pPr>
        <w:spacing w:after="0"/>
      </w:pPr>
    </w:p>
    <w:p>
      <w:pPr>
        <w:spacing w:after="0"/>
      </w:pPr>
      <w:r>
        <w:rPr>
          <w:rFonts w:ascii="Arial" w:hAnsi="Arial"/>
          <w:b/>
          <w:sz w:val="22"/>
        </w:rPr>
        <w:t xml:space="preserve">Lucy  </w:t>
      </w:r>
      <w:r>
        <w:rPr>
          <w:rFonts w:ascii="Arial" w:hAnsi="Arial"/>
          <w:color w:val="5D7284"/>
          <w:sz w:val="22"/>
        </w:rPr>
        <w:t>49:20</w:t>
      </w:r>
    </w:p>
    <w:p>
      <w:pPr>
        <w:spacing w:after="0"/>
      </w:pPr>
      <w:r>
        <w:rPr>
          <w:rFonts w:ascii="Arial" w:hAnsi="Arial"/>
          <w:sz w:val="22"/>
        </w:rPr>
        <w:t>Yeah, and I hate, I hate having to go down the route of this is how disabled I am. Because in my day to day life, I try not to think about it, because, like, to me, walking is the least of my problems.</w:t>
      </w:r>
    </w:p>
    <w:p>
      <w:pPr>
        <w:spacing w:after="0"/>
      </w:pPr>
    </w:p>
    <w:p>
      <w:pPr>
        <w:spacing w:after="0"/>
      </w:pPr>
      <w:r>
        <w:rPr>
          <w:rFonts w:ascii="Arial" w:hAnsi="Arial"/>
          <w:b/>
          <w:sz w:val="22"/>
        </w:rPr>
        <w:t xml:space="preserve">Alice  </w:t>
      </w:r>
      <w:r>
        <w:rPr>
          <w:rFonts w:ascii="Arial" w:hAnsi="Arial"/>
          <w:color w:val="5D7284"/>
          <w:sz w:val="22"/>
        </w:rPr>
        <w:t>49:33</w:t>
      </w:r>
    </w:p>
    <w:p>
      <w:pPr>
        <w:spacing w:after="0"/>
      </w:pPr>
      <w:r>
        <w:rPr>
          <w:rFonts w:ascii="Arial" w:hAnsi="Arial"/>
          <w:sz w:val="22"/>
        </w:rPr>
        <w:t>But I think this, this is what I meant when I was saying at the beginning about how, like knowing your rights, I think is really important and really empowering. Because if you do like, I mean, I think some, most people, I've said this before that, you know, most people wouldn't even know you go to social services for your care assessment. Because we say social services to most people, they think, Oh, they're just here to take your kids away. They don't do anything else. Yeah, do. But actually, if you know your your rights around those processes are that you are entitled to an assessment, regardless of what the outcome is. You if they have reason to believe that you have care and support needs, then you are entitled to a an assessment. And that reason to believe you have care and support needs doesn't need to be a huge list.</w:t>
      </w:r>
    </w:p>
    <w:p>
      <w:pPr>
        <w:spacing w:after="0"/>
      </w:pPr>
    </w:p>
    <w:p>
      <w:pPr>
        <w:spacing w:after="0"/>
      </w:pPr>
      <w:r>
        <w:rPr>
          <w:rFonts w:ascii="Arial" w:hAnsi="Arial"/>
          <w:b/>
          <w:sz w:val="22"/>
        </w:rPr>
        <w:t xml:space="preserve">Heledd Wyn  </w:t>
      </w:r>
      <w:r>
        <w:rPr>
          <w:rFonts w:ascii="Arial" w:hAnsi="Arial"/>
          <w:color w:val="5D7284"/>
          <w:sz w:val="22"/>
        </w:rPr>
        <w:t>50:21</w:t>
      </w:r>
    </w:p>
    <w:p>
      <w:pPr>
        <w:spacing w:after="0"/>
      </w:pPr>
      <w:r>
        <w:rPr>
          <w:rFonts w:ascii="Arial" w:hAnsi="Arial"/>
          <w:sz w:val="22"/>
        </w:rPr>
        <w:t>And I think, you know, it's exactly that. And I think it inevitably, it comes down to money, because care costs money somebody's paying. But the starting point always has to be, let's assess it. Yeah. Let's assess those needs. What are they? How are they met? Are you eligible for x, y and z. Then, you know, as I say, I get back to you. It's back to your point about, you know, all social services, you know. And I think there's, there's a slight element of going, well, I pay, you know, there's all more than a slight element. There's always this, well, I pay my taxes, yeah, all my life. Why am I not getting free care? And I go, because we've never been the case that if you were getting social care, it was free. Health care has always been free. Social Care has and the big shift has been from health care to social care. So your friend, she used to be a matron in a hospital. She said, You know, somebody come in with a heart attack, they'd be in bed for six weeks, then we'd have in a chair for six weeks. By the end of my career, they'd be out in 14 hours because they didn't need to be in hospital. They needed the care expertise, but it wasn't the health piece, but that's the paid for piece. And again, that's sort of like, well, we're moving people away from needing to be in hospitals, in bed tucked at like the 1950s carry on, you know, in Australia, pajamas, to being in the community, which is actually right, in my opinion. I think we should be moving people away from being in hospital and institutionalized, back to the beginning. But that then means, oh, is this health or social care?</w:t>
      </w:r>
    </w:p>
    <w:p>
      <w:pPr>
        <w:spacing w:after="0"/>
      </w:pPr>
    </w:p>
    <w:p>
      <w:pPr>
        <w:spacing w:after="0"/>
      </w:pPr>
      <w:r>
        <w:rPr>
          <w:rFonts w:ascii="Arial" w:hAnsi="Arial"/>
          <w:b/>
          <w:sz w:val="22"/>
        </w:rPr>
        <w:t xml:space="preserve">Lucy  </w:t>
      </w:r>
      <w:r>
        <w:rPr>
          <w:rFonts w:ascii="Arial" w:hAnsi="Arial"/>
          <w:color w:val="5D7284"/>
          <w:sz w:val="22"/>
        </w:rPr>
        <w:t>52:06</w:t>
      </w:r>
    </w:p>
    <w:p>
      <w:pPr>
        <w:spacing w:after="0"/>
      </w:pPr>
      <w:r>
        <w:rPr>
          <w:rFonts w:ascii="Arial" w:hAnsi="Arial"/>
          <w:sz w:val="22"/>
        </w:rPr>
        <w:t>Yeah, who's paying for it? Who's paying for it? Isn't there?</w:t>
      </w:r>
    </w:p>
    <w:p>
      <w:pPr>
        <w:spacing w:after="0"/>
      </w:pPr>
    </w:p>
    <w:p>
      <w:pPr>
        <w:spacing w:after="0"/>
      </w:pPr>
      <w:r>
        <w:rPr>
          <w:rFonts w:ascii="Arial" w:hAnsi="Arial"/>
          <w:b/>
          <w:sz w:val="22"/>
        </w:rPr>
        <w:t xml:space="preserve">Alice  </w:t>
      </w:r>
      <w:r>
        <w:rPr>
          <w:rFonts w:ascii="Arial" w:hAnsi="Arial"/>
          <w:color w:val="5D7284"/>
          <w:sz w:val="22"/>
        </w:rPr>
        <w:t>52:09</w:t>
      </w:r>
    </w:p>
    <w:p>
      <w:pPr>
        <w:spacing w:after="0"/>
      </w:pPr>
      <w:r>
        <w:rPr>
          <w:rFonts w:ascii="Arial" w:hAnsi="Arial"/>
          <w:sz w:val="22"/>
        </w:rPr>
        <w:t>Well, because, I guess the difference in, you know, in that, in that example, is somebody's had a heart attack, and actually the work, the support that they need is getting up and moving around and somebody getting them a meal and, you know, supporting them as personal care. That's the social care issue. If the issue is that this person needs a nurse to come in because they're still, you know, at risk of cardiac events, then that's a health issue. And it's not</w:t>
      </w:r>
    </w:p>
    <w:p>
      <w:pPr>
        <w:spacing w:after="0"/>
      </w:pPr>
    </w:p>
    <w:p>
      <w:pPr>
        <w:spacing w:after="0"/>
      </w:pPr>
      <w:r>
        <w:rPr>
          <w:rFonts w:ascii="Arial" w:hAnsi="Arial"/>
          <w:b/>
          <w:sz w:val="22"/>
        </w:rPr>
        <w:t xml:space="preserve">Heledd Wyn  </w:t>
      </w:r>
      <w:r>
        <w:rPr>
          <w:rFonts w:ascii="Arial" w:hAnsi="Arial"/>
          <w:color w:val="5D7284"/>
          <w:sz w:val="22"/>
        </w:rPr>
        <w:t>52:35</w:t>
      </w:r>
    </w:p>
    <w:p>
      <w:pPr>
        <w:spacing w:after="0"/>
      </w:pPr>
      <w:r>
        <w:rPr>
          <w:rFonts w:ascii="Arial" w:hAnsi="Arial"/>
          <w:sz w:val="22"/>
        </w:rPr>
        <w:t>inherited as a bit in the middle, isn't it, where it's like, Well, I think it's health and they think</w:t>
      </w:r>
    </w:p>
    <w:p>
      <w:pPr>
        <w:spacing w:after="0"/>
      </w:pPr>
    </w:p>
    <w:p>
      <w:pPr>
        <w:spacing w:after="0"/>
      </w:pPr>
      <w:r>
        <w:rPr>
          <w:rFonts w:ascii="Arial" w:hAnsi="Arial"/>
          <w:b/>
          <w:sz w:val="22"/>
        </w:rPr>
        <w:t xml:space="preserve">Lucy  </w:t>
      </w:r>
      <w:r>
        <w:rPr>
          <w:rFonts w:ascii="Arial" w:hAnsi="Arial"/>
          <w:color w:val="5D7284"/>
          <w:sz w:val="22"/>
        </w:rPr>
        <w:t>52:39</w:t>
      </w:r>
    </w:p>
    <w:p>
      <w:pPr>
        <w:spacing w:after="0"/>
      </w:pPr>
      <w:r>
        <w:rPr>
          <w:rFonts w:ascii="Arial" w:hAnsi="Arial"/>
          <w:sz w:val="22"/>
        </w:rPr>
        <w:t>it's interesting, Helen, going back to the point you made just about about people going, well, I've paid taxes all of my life, the amount of times that people think, oh, yeah, Lucy's disabled, or Alice has got a disability, they must get free cars and free wheelchairs and and you're like, No, No, it's none of it. None of it's free babes, not quite how it works. Not quite how it works. I mean, you know, there are, there is an element of, you know, the NHS will provide you with, but then you look at what the NHS will provide you with, that's a conversation we've been having, covering the care and being, oh, this is, this is much nicer and more comfortable wheelchair than the one the NHS has given me. It's but it just makes me smile that everybody thinks we get free cars.</w:t>
      </w:r>
    </w:p>
    <w:p>
      <w:pPr>
        <w:spacing w:after="0"/>
      </w:pPr>
    </w:p>
    <w:p>
      <w:pPr>
        <w:spacing w:after="0"/>
      </w:pPr>
      <w:r>
        <w:rPr>
          <w:rFonts w:ascii="Arial" w:hAnsi="Arial"/>
          <w:b/>
          <w:sz w:val="22"/>
        </w:rPr>
        <w:t xml:space="preserve">Alice  </w:t>
      </w:r>
      <w:r>
        <w:rPr>
          <w:rFonts w:ascii="Arial" w:hAnsi="Arial"/>
          <w:color w:val="5D7284"/>
          <w:sz w:val="22"/>
        </w:rPr>
        <w:t>53:28</w:t>
      </w:r>
    </w:p>
    <w:p>
      <w:pPr>
        <w:spacing w:after="0"/>
      </w:pPr>
      <w:r>
        <w:rPr>
          <w:rFonts w:ascii="Arial" w:hAnsi="Arial"/>
          <w:sz w:val="22"/>
        </w:rPr>
        <w:t>Yeah, the only free thing I've got is my guide dog, and that's because she came. She didn't come from the NHS or social care. She came from a charity.</w:t>
      </w:r>
    </w:p>
    <w:p>
      <w:pPr>
        <w:spacing w:after="0"/>
      </w:pPr>
    </w:p>
    <w:p>
      <w:pPr>
        <w:spacing w:after="0"/>
      </w:pPr>
      <w:r>
        <w:rPr>
          <w:rFonts w:ascii="Arial" w:hAnsi="Arial"/>
          <w:b/>
          <w:sz w:val="22"/>
        </w:rPr>
        <w:t xml:space="preserve">Heledd Wyn  </w:t>
      </w:r>
      <w:r>
        <w:rPr>
          <w:rFonts w:ascii="Arial" w:hAnsi="Arial"/>
          <w:color w:val="5D7284"/>
          <w:sz w:val="22"/>
        </w:rPr>
        <w:t>53:38</w:t>
      </w:r>
    </w:p>
    <w:p>
      <w:pPr>
        <w:spacing w:after="0"/>
      </w:pPr>
      <w:r>
        <w:rPr>
          <w:rFonts w:ascii="Arial" w:hAnsi="Arial"/>
          <w:sz w:val="22"/>
        </w:rPr>
        <w:t>And that's a whole other conversation. Is how much support for the third sector? Yeah, yeah,</w:t>
      </w:r>
    </w:p>
    <w:p>
      <w:pPr>
        <w:spacing w:after="0"/>
      </w:pPr>
    </w:p>
    <w:p>
      <w:pPr>
        <w:spacing w:after="0"/>
      </w:pPr>
      <w:r>
        <w:rPr>
          <w:rFonts w:ascii="Arial" w:hAnsi="Arial"/>
          <w:b/>
          <w:sz w:val="22"/>
        </w:rPr>
        <w:t xml:space="preserve">Alice  </w:t>
      </w:r>
      <w:r>
        <w:rPr>
          <w:rFonts w:ascii="Arial" w:hAnsi="Arial"/>
          <w:color w:val="5D7284"/>
          <w:sz w:val="22"/>
        </w:rPr>
        <w:t>53:44</w:t>
      </w:r>
    </w:p>
    <w:p>
      <w:pPr>
        <w:spacing w:after="0"/>
      </w:pPr>
      <w:r>
        <w:rPr>
          <w:rFonts w:ascii="Arial" w:hAnsi="Arial"/>
          <w:sz w:val="22"/>
        </w:rPr>
        <w:t>yeah. I work in the third sector. You do not. We do not need to have that conversation. I am not. I'm off work today, and I don't need to be having that conversation. Thank you very much</w:t>
      </w:r>
    </w:p>
    <w:p>
      <w:pPr>
        <w:spacing w:after="0"/>
      </w:pPr>
    </w:p>
    <w:p>
      <w:pPr>
        <w:spacing w:after="0"/>
      </w:pPr>
      <w:r>
        <w:rPr>
          <w:rFonts w:ascii="Arial" w:hAnsi="Arial"/>
          <w:b/>
          <w:sz w:val="22"/>
        </w:rPr>
        <w:t xml:space="preserve">Lucy  </w:t>
      </w:r>
      <w:r>
        <w:rPr>
          <w:rFonts w:ascii="Arial" w:hAnsi="Arial"/>
          <w:color w:val="5D7284"/>
          <w:sz w:val="22"/>
        </w:rPr>
        <w:t>53:55</w:t>
      </w:r>
    </w:p>
    <w:p>
      <w:pPr>
        <w:spacing w:after="0"/>
      </w:pPr>
      <w:r>
        <w:rPr>
          <w:rFonts w:ascii="Arial" w:hAnsi="Arial"/>
          <w:sz w:val="22"/>
        </w:rPr>
        <w:t>for joining us today. Can you tell everybody where they can find you, either online or if they want to get in touch with you. Or,</w:t>
      </w:r>
    </w:p>
    <w:p>
      <w:pPr>
        <w:spacing w:after="0"/>
      </w:pPr>
    </w:p>
    <w:p>
      <w:pPr>
        <w:spacing w:after="0"/>
      </w:pPr>
      <w:r>
        <w:rPr>
          <w:rFonts w:ascii="Arial" w:hAnsi="Arial"/>
          <w:b/>
          <w:sz w:val="22"/>
        </w:rPr>
        <w:t xml:space="preserve">Heledd Wyn  </w:t>
      </w:r>
      <w:r>
        <w:rPr>
          <w:rFonts w:ascii="Arial" w:hAnsi="Arial"/>
          <w:color w:val="5D7284"/>
          <w:sz w:val="22"/>
        </w:rPr>
        <w:t>54:02</w:t>
      </w:r>
    </w:p>
    <w:p>
      <w:pPr>
        <w:spacing w:after="0"/>
      </w:pPr>
      <w:r>
        <w:rPr>
          <w:rFonts w:ascii="Arial" w:hAnsi="Arial"/>
          <w:sz w:val="22"/>
        </w:rPr>
        <w:t>yeah, absolutely. So hello Wyn, roughly law solicitors, so you can Google it, or if you're on LinkedIn, very happy to be connected to on there. Helpful, having an unusual</w:t>
      </w:r>
    </w:p>
    <w:p>
      <w:pPr>
        <w:spacing w:after="0"/>
      </w:pPr>
    </w:p>
    <w:p>
      <w:pPr>
        <w:spacing w:after="0"/>
      </w:pPr>
      <w:r>
        <w:rPr>
          <w:rFonts w:ascii="Arial" w:hAnsi="Arial"/>
          <w:b/>
          <w:sz w:val="22"/>
        </w:rPr>
        <w:t xml:space="preserve">Lucy  </w:t>
      </w:r>
      <w:r>
        <w:rPr>
          <w:rFonts w:ascii="Arial" w:hAnsi="Arial"/>
          <w:color w:val="5D7284"/>
          <w:sz w:val="22"/>
        </w:rPr>
        <w:t>54:12</w:t>
      </w:r>
    </w:p>
    <w:p>
      <w:pPr>
        <w:spacing w:after="0"/>
      </w:pPr>
      <w:r>
        <w:rPr>
          <w:rFonts w:ascii="Arial" w:hAnsi="Arial"/>
          <w:sz w:val="22"/>
        </w:rPr>
        <w:t>name, yes, absolutely. It'll stick out, doesn't it? Thank you so much for joining us. How it's been really interesting conversation.</w:t>
      </w:r>
    </w:p>
    <w:p>
      <w:pPr>
        <w:spacing w:after="0"/>
      </w:pPr>
    </w:p>
    <w:p>
      <w:pPr>
        <w:spacing w:after="0"/>
      </w:pPr>
      <w:r>
        <w:rPr>
          <w:rFonts w:ascii="Arial" w:hAnsi="Arial"/>
          <w:b/>
          <w:sz w:val="22"/>
        </w:rPr>
        <w:t xml:space="preserve">Alice  </w:t>
      </w:r>
      <w:r>
        <w:rPr>
          <w:rFonts w:ascii="Arial" w:hAnsi="Arial"/>
          <w:color w:val="5D7284"/>
          <w:sz w:val="22"/>
        </w:rPr>
        <w:t>54:20</w:t>
      </w:r>
    </w:p>
    <w:p>
      <w:pPr>
        <w:spacing w:after="0"/>
      </w:pPr>
      <w:r>
        <w:rPr>
          <w:rFonts w:ascii="Arial" w:hAnsi="Arial"/>
          <w:sz w:val="22"/>
        </w:rPr>
        <w:t>It has been really interesting. Thank you, heleth. I really appreciate your time. No problem at all. Thank you very much. Thank you everybody for listening. This is the end of our Spotlight Series, all on institutionalization. I hope it hasn't been too depressing and or frustrating. Hopefully you feel a little bit more informed and a little bit more empowered. And if you haven't heard it already, go away and listen to our final episode with Rob, because I think that will cheer you up a bit. And then we will see you later this year for a whole dedicated series. Which I think we're both quite excited</w:t>
      </w:r>
    </w:p>
    <w:p>
      <w:pPr>
        <w:spacing w:after="0"/>
      </w:pPr>
    </w:p>
    <w:p>
      <w:pPr>
        <w:spacing w:after="0"/>
      </w:pPr>
      <w:r>
        <w:rPr>
          <w:rFonts w:ascii="Arial" w:hAnsi="Arial"/>
          <w:b/>
          <w:sz w:val="22"/>
        </w:rPr>
        <w:t xml:space="preserve">Lucy  </w:t>
      </w:r>
      <w:r>
        <w:rPr>
          <w:rFonts w:ascii="Arial" w:hAnsi="Arial"/>
          <w:color w:val="5D7284"/>
          <w:sz w:val="22"/>
        </w:rPr>
        <w:t>55:01</w:t>
      </w:r>
    </w:p>
    <w:p>
      <w:pPr>
        <w:spacing w:after="0"/>
      </w:pPr>
      <w:r>
        <w:rPr>
          <w:rFonts w:ascii="Arial" w:hAnsi="Arial"/>
          <w:sz w:val="22"/>
        </w:rPr>
        <w:t>about. Yeah, usual shenanigans will continue later this year.</w:t>
      </w:r>
    </w:p>
    <w:p>
      <w:pPr>
        <w:spacing w:after="0"/>
      </w:pPr>
    </w:p>
    <w:p>
      <w:pPr>
        <w:spacing w:after="0"/>
      </w:pPr>
      <w:r>
        <w:rPr>
          <w:rFonts w:ascii="Arial" w:hAnsi="Arial"/>
          <w:b/>
          <w:sz w:val="22"/>
        </w:rPr>
        <w:t xml:space="preserve">Alice  </w:t>
      </w:r>
      <w:r>
        <w:rPr>
          <w:rFonts w:ascii="Arial" w:hAnsi="Arial"/>
          <w:color w:val="5D7284"/>
          <w:sz w:val="22"/>
        </w:rPr>
        <w:t>55:06</w:t>
      </w:r>
    </w:p>
    <w:p>
      <w:pPr>
        <w:spacing w:after="0"/>
      </w:pPr>
      <w:r>
        <w:rPr>
          <w:rFonts w:ascii="Arial" w:hAnsi="Arial"/>
          <w:sz w:val="22"/>
        </w:rPr>
        <w:t>Yes, and we'll see you all next time. Bye, don't wait. Dora, thanks for listening to the label podcast. If you like the show, you can rate review and subscribe and you can follow us on social media at labeled pod.</w:t>
      </w:r>
    </w:p>
    <w:p>
      <w:pPr>
        <w:spacing w:after="0"/>
      </w:pPr>
    </w:p>
    <w:p>
      <w:pPr>
        <w:spacing w:after="0"/>
      </w:pPr>
      <w:r>
        <w:rPr>
          <w:rFonts w:ascii="Arial" w:hAnsi="Arial"/>
          <w:b/>
          <w:sz w:val="22"/>
        </w:rPr>
        <w:t xml:space="preserve">Lucy  </w:t>
      </w:r>
      <w:r>
        <w:rPr>
          <w:rFonts w:ascii="Arial" w:hAnsi="Arial"/>
          <w:color w:val="5D7284"/>
          <w:sz w:val="22"/>
        </w:rPr>
        <w:t>55:24</w:t>
      </w:r>
    </w:p>
    <w:p>
      <w:pPr>
        <w:spacing w:after="0"/>
      </w:pPr>
      <w:r>
        <w:rPr>
          <w:rFonts w:ascii="Arial" w:hAnsi="Arial"/>
          <w:sz w:val="22"/>
        </w:rPr>
        <w:t>This episode was edited by Adam for our music was by Maisie cronden, and we'd like to thank the rest of the team involved. You.</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