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fABLEd 12 One flew over the Cookoos Nest</w:t>
      </w:r>
    </w:p>
    <w:p>
      <w:r>
        <w:rPr>
          <w:rFonts w:ascii="Arial" w:hAnsi="Arial"/>
          <w:color w:val="4F6880"/>
          <w:sz w:val="22"/>
        </w:rPr>
        <w:t>Mon, Aug 04, 2025 2:02PM • 1:13:29</w:t>
      </w:r>
    </w:p>
    <w:p>
      <w:pPr>
        <w:spacing w:before="440" w:after="0"/>
      </w:pPr>
      <w:r>
        <w:rPr>
          <w:rFonts w:ascii="Arial" w:hAnsi="Arial"/>
          <w:b/>
          <w:color w:val="4F6880"/>
          <w:sz w:val="22"/>
        </w:rPr>
        <w:t>SUMMARY KEYWORDS</w:t>
      </w:r>
    </w:p>
    <w:p>
      <w:r>
        <w:rPr>
          <w:rFonts w:ascii="Arial" w:hAnsi="Arial"/>
          <w:color w:val="4F6880"/>
          <w:sz w:val="22"/>
        </w:rPr>
        <w:t>Disability, psychiatric disability, One Flew Over the Cuckoo's Nest, Ken Kesey, Nurse Ratched, anti-psychiatry movement, misogyny, representation, mental health, institutionalization, Mad pride, societal attitudes, cultural impact, story Museum, podcast.</w:t>
      </w:r>
    </w:p>
    <w:p>
      <w:pPr>
        <w:spacing w:before="440" w:after="0"/>
      </w:pPr>
      <w:r>
        <w:rPr>
          <w:rFonts w:ascii="Arial" w:hAnsi="Arial"/>
          <w:b/>
          <w:color w:val="4F6880"/>
          <w:sz w:val="22"/>
        </w:rPr>
        <w:t>SPEAKERS</w:t>
      </w:r>
    </w:p>
    <w:p>
      <w:r>
        <w:rPr>
          <w:rFonts w:ascii="Arial" w:hAnsi="Arial"/>
          <w:color w:val="4F6880"/>
          <w:sz w:val="22"/>
        </w:rPr>
        <w:t xml:space="preserve">Lucy, Alice, Julia </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 xml:space="preserve">Welcome to the label podcast, a show about disability, illness and difference. I'm Lucy </w:t>
      </w:r>
    </w:p>
    <w:p>
      <w:pPr>
        <w:spacing w:after="0"/>
      </w:pPr>
    </w:p>
    <w:p>
      <w:pPr>
        <w:spacing w:after="0"/>
      </w:pPr>
      <w:r>
        <w:rPr>
          <w:rFonts w:ascii="Arial" w:hAnsi="Arial"/>
          <w:b/>
          <w:sz w:val="22"/>
        </w:rPr>
        <w:t xml:space="preserve">Alice  </w:t>
      </w:r>
      <w:r>
        <w:rPr>
          <w:rFonts w:ascii="Arial" w:hAnsi="Arial"/>
          <w:color w:val="5D7284"/>
          <w:sz w:val="22"/>
        </w:rPr>
        <w:t>00:29</w:t>
      </w:r>
    </w:p>
    <w:p>
      <w:pPr>
        <w:spacing w:after="0"/>
      </w:pPr>
      <w:r>
        <w:rPr>
          <w:rFonts w:ascii="Arial" w:hAnsi="Arial"/>
          <w:sz w:val="22"/>
        </w:rPr>
        <w:t>And I'm Alice, and that's Lola</w:t>
      </w:r>
    </w:p>
    <w:p>
      <w:pPr>
        <w:spacing w:after="0"/>
      </w:pPr>
    </w:p>
    <w:p>
      <w:pPr>
        <w:spacing w:after="0"/>
      </w:pPr>
      <w:r>
        <w:rPr>
          <w:rFonts w:ascii="Arial" w:hAnsi="Arial"/>
          <w:b/>
          <w:sz w:val="22"/>
        </w:rPr>
        <w:t xml:space="preserve">Alice  </w:t>
      </w:r>
      <w:r>
        <w:rPr>
          <w:rFonts w:ascii="Arial" w:hAnsi="Arial"/>
          <w:color w:val="5D7284"/>
          <w:sz w:val="22"/>
        </w:rPr>
        <w:t>00:37</w:t>
      </w:r>
    </w:p>
    <w:p>
      <w:pPr>
        <w:spacing w:after="0"/>
      </w:pPr>
      <w:r>
        <w:rPr>
          <w:rFonts w:ascii="Arial" w:hAnsi="Arial"/>
          <w:sz w:val="22"/>
        </w:rPr>
        <w:t>Don't forget in this episode, I might swear Lucy might cry, and you can check out details of the trigger warnings on our website. Hello, everyone. Welcome to a very special episode of the labeled podcast, recorded partly on location at the story Museum in Oxford. Really, really excited to be here today. We are joined by a special guest who is going to be helping us out with a fabled episode. But before we get stuck in let's say hello to my favorite podcast co host Lucy wood.</w:t>
      </w:r>
    </w:p>
    <w:p>
      <w:pPr>
        <w:spacing w:after="0"/>
      </w:pPr>
    </w:p>
    <w:p>
      <w:pPr>
        <w:spacing w:after="0"/>
      </w:pPr>
      <w:r>
        <w:rPr>
          <w:rFonts w:ascii="Arial" w:hAnsi="Arial"/>
          <w:b/>
          <w:sz w:val="22"/>
        </w:rPr>
        <w:t xml:space="preserve">Lucy  </w:t>
      </w:r>
      <w:r>
        <w:rPr>
          <w:rFonts w:ascii="Arial" w:hAnsi="Arial"/>
          <w:color w:val="5D7284"/>
          <w:sz w:val="22"/>
        </w:rPr>
        <w:t>01:13</w:t>
      </w:r>
    </w:p>
    <w:p>
      <w:pPr>
        <w:spacing w:after="0"/>
      </w:pPr>
      <w:r>
        <w:rPr>
          <w:rFonts w:ascii="Arial" w:hAnsi="Arial"/>
          <w:sz w:val="22"/>
        </w:rPr>
        <w:t>Hello everybody. Nice to be here, even if it is virtual. Thank you very much. Yes, letting me be part of this, because everything that could go wrong has gone wrong. It's a miracle. We're even making this work, if we're honest</w:t>
      </w:r>
    </w:p>
    <w:p>
      <w:pPr>
        <w:spacing w:after="0"/>
      </w:pPr>
    </w:p>
    <w:p>
      <w:pPr>
        <w:spacing w:after="0"/>
      </w:pPr>
      <w:r>
        <w:rPr>
          <w:rFonts w:ascii="Arial" w:hAnsi="Arial"/>
          <w:b/>
          <w:sz w:val="22"/>
        </w:rPr>
        <w:t xml:space="preserve">Alice  </w:t>
      </w:r>
      <w:r>
        <w:rPr>
          <w:rFonts w:ascii="Arial" w:hAnsi="Arial"/>
          <w:color w:val="5D7284"/>
          <w:sz w:val="22"/>
        </w:rPr>
        <w:t>01:29</w:t>
      </w:r>
    </w:p>
    <w:p>
      <w:pPr>
        <w:spacing w:after="0"/>
      </w:pPr>
      <w:r>
        <w:rPr>
          <w:rFonts w:ascii="Arial" w:hAnsi="Arial"/>
          <w:sz w:val="22"/>
        </w:rPr>
        <w:t xml:space="preserve">I am. I'm so glad that you've been able to join us, and I cannot believe that both of us were just so short sighted that didn't we didn't think to go. How can we make this work? I know, let's just record the way we always record, but Alice will be somewhere else. </w:t>
      </w:r>
    </w:p>
    <w:p>
      <w:pPr>
        <w:spacing w:after="0"/>
      </w:pPr>
    </w:p>
    <w:p>
      <w:pPr>
        <w:spacing w:after="0"/>
      </w:pPr>
      <w:r>
        <w:rPr>
          <w:rFonts w:ascii="Arial" w:hAnsi="Arial"/>
          <w:b/>
          <w:sz w:val="22"/>
        </w:rPr>
        <w:t xml:space="preserve">Lucy  </w:t>
      </w:r>
      <w:r>
        <w:rPr>
          <w:rFonts w:ascii="Arial" w:hAnsi="Arial"/>
          <w:color w:val="5D7284"/>
          <w:sz w:val="22"/>
        </w:rPr>
        <w:t>01:47</w:t>
      </w:r>
    </w:p>
    <w:p>
      <w:pPr>
        <w:spacing w:after="0"/>
      </w:pPr>
      <w:r>
        <w:rPr>
          <w:rFonts w:ascii="Arial" w:hAnsi="Arial"/>
          <w:sz w:val="22"/>
        </w:rPr>
        <w:t>We  did have a bit of a cry Wednesday or Thursday. We had a bit of a cry, and then we were fine about it. It was fine. We've managed to make it work</w:t>
      </w:r>
    </w:p>
    <w:p>
      <w:pPr>
        <w:spacing w:after="0"/>
      </w:pPr>
    </w:p>
    <w:p>
      <w:pPr>
        <w:spacing w:after="0"/>
      </w:pPr>
      <w:r>
        <w:rPr>
          <w:rFonts w:ascii="Arial" w:hAnsi="Arial"/>
          <w:b/>
          <w:sz w:val="22"/>
        </w:rPr>
        <w:t xml:space="preserve">Alice  </w:t>
      </w:r>
      <w:r>
        <w:rPr>
          <w:rFonts w:ascii="Arial" w:hAnsi="Arial"/>
          <w:color w:val="5D7284"/>
          <w:sz w:val="22"/>
        </w:rPr>
        <w:t>01:56</w:t>
      </w:r>
    </w:p>
    <w:p>
      <w:pPr>
        <w:spacing w:after="0"/>
      </w:pPr>
      <w:r>
        <w:rPr>
          <w:rFonts w:ascii="Arial" w:hAnsi="Arial"/>
          <w:sz w:val="22"/>
        </w:rPr>
        <w:t xml:space="preserve">I had a gin. I rang Lucy. We sorted it out. </w:t>
      </w:r>
    </w:p>
    <w:p>
      <w:pPr>
        <w:spacing w:after="0"/>
      </w:pPr>
    </w:p>
    <w:p>
      <w:pPr>
        <w:spacing w:after="0"/>
      </w:pPr>
      <w:r>
        <w:rPr>
          <w:rFonts w:ascii="Arial" w:hAnsi="Arial"/>
          <w:b/>
          <w:sz w:val="22"/>
        </w:rPr>
        <w:t xml:space="preserve">Lucy  </w:t>
      </w:r>
      <w:r>
        <w:rPr>
          <w:rFonts w:ascii="Arial" w:hAnsi="Arial"/>
          <w:color w:val="5D7284"/>
          <w:sz w:val="22"/>
        </w:rPr>
        <w:t>01:59</w:t>
      </w:r>
    </w:p>
    <w:p>
      <w:pPr>
        <w:spacing w:after="0"/>
      </w:pPr>
      <w:r>
        <w:rPr>
          <w:rFonts w:ascii="Arial" w:hAnsi="Arial"/>
          <w:sz w:val="22"/>
        </w:rPr>
        <w:t>We had a laugh</w:t>
      </w:r>
    </w:p>
    <w:p>
      <w:pPr>
        <w:spacing w:after="0"/>
      </w:pPr>
    </w:p>
    <w:p>
      <w:pPr>
        <w:spacing w:after="0"/>
      </w:pPr>
      <w:r>
        <w:rPr>
          <w:rFonts w:ascii="Arial" w:hAnsi="Arial"/>
          <w:b/>
          <w:sz w:val="22"/>
        </w:rPr>
        <w:t xml:space="preserve">Lucy  </w:t>
      </w:r>
      <w:r>
        <w:rPr>
          <w:rFonts w:ascii="Arial" w:hAnsi="Arial"/>
          <w:color w:val="5D7284"/>
          <w:sz w:val="22"/>
        </w:rPr>
        <w:t>02:02</w:t>
      </w:r>
    </w:p>
    <w:p>
      <w:pPr>
        <w:spacing w:after="0"/>
      </w:pPr>
      <w:r>
        <w:rPr>
          <w:rFonts w:ascii="Arial" w:hAnsi="Arial"/>
          <w:sz w:val="22"/>
        </w:rPr>
        <w:t>If we didn't laugh, we'd cry.</w:t>
      </w:r>
    </w:p>
    <w:p>
      <w:pPr>
        <w:spacing w:after="0"/>
      </w:pPr>
    </w:p>
    <w:p>
      <w:pPr>
        <w:spacing w:after="0"/>
      </w:pPr>
      <w:r>
        <w:rPr>
          <w:rFonts w:ascii="Arial" w:hAnsi="Arial"/>
          <w:b/>
          <w:sz w:val="22"/>
        </w:rPr>
        <w:t xml:space="preserve">Alice  </w:t>
      </w:r>
      <w:r>
        <w:rPr>
          <w:rFonts w:ascii="Arial" w:hAnsi="Arial"/>
          <w:color w:val="5D7284"/>
          <w:sz w:val="22"/>
        </w:rPr>
        <w:t>02:04</w:t>
      </w:r>
    </w:p>
    <w:p>
      <w:pPr>
        <w:spacing w:after="0"/>
      </w:pPr>
      <w:r>
        <w:rPr>
          <w:rFonts w:ascii="Arial" w:hAnsi="Arial"/>
          <w:sz w:val="22"/>
        </w:rPr>
        <w:t>So joining me on location today is Adam, who is off Mike, Dora, who is off Mike, but making her present very known with clicky heels and the clicky like claws and Snuffly noses and occasional farts. And we also joined today by Julia. I'm not going to try and say her last name, because I butchered it last time.</w:t>
      </w:r>
    </w:p>
    <w:p>
      <w:pPr>
        <w:spacing w:after="0"/>
      </w:pPr>
    </w:p>
    <w:p>
      <w:pPr>
        <w:spacing w:after="0"/>
      </w:pPr>
      <w:r>
        <w:rPr>
          <w:rFonts w:ascii="Arial" w:hAnsi="Arial"/>
          <w:b/>
          <w:sz w:val="22"/>
        </w:rPr>
        <w:t xml:space="preserve">Julia   </w:t>
      </w:r>
      <w:r>
        <w:rPr>
          <w:rFonts w:ascii="Arial" w:hAnsi="Arial"/>
          <w:color w:val="5D7284"/>
          <w:sz w:val="22"/>
        </w:rPr>
        <w:t>02:27</w:t>
      </w:r>
    </w:p>
    <w:p>
      <w:pPr>
        <w:spacing w:after="0"/>
      </w:pPr>
      <w:r>
        <w:rPr>
          <w:rFonts w:ascii="Arial" w:hAnsi="Arial"/>
          <w:sz w:val="22"/>
        </w:rPr>
        <w:t>Well, it's I, it's Julia. Miele Rodas.</w:t>
      </w:r>
    </w:p>
    <w:p>
      <w:pPr>
        <w:spacing w:after="0"/>
      </w:pPr>
    </w:p>
    <w:p>
      <w:pPr>
        <w:spacing w:after="0"/>
      </w:pPr>
      <w:r>
        <w:rPr>
          <w:rFonts w:ascii="Arial" w:hAnsi="Arial"/>
          <w:b/>
          <w:sz w:val="22"/>
        </w:rPr>
        <w:t xml:space="preserve">Alice  </w:t>
      </w:r>
      <w:r>
        <w:rPr>
          <w:rFonts w:ascii="Arial" w:hAnsi="Arial"/>
          <w:color w:val="5D7284"/>
          <w:sz w:val="22"/>
        </w:rPr>
        <w:t>02:31</w:t>
      </w:r>
    </w:p>
    <w:p>
      <w:pPr>
        <w:spacing w:after="0"/>
      </w:pPr>
      <w:r>
        <w:rPr>
          <w:rFonts w:ascii="Arial" w:hAnsi="Arial"/>
          <w:sz w:val="22"/>
        </w:rPr>
        <w:t>Julia, as you can hear, come all the way from America.</w:t>
      </w:r>
    </w:p>
    <w:p>
      <w:pPr>
        <w:spacing w:after="0"/>
      </w:pPr>
    </w:p>
    <w:p>
      <w:pPr>
        <w:spacing w:after="0"/>
      </w:pPr>
      <w:r>
        <w:rPr>
          <w:rFonts w:ascii="Arial" w:hAnsi="Arial"/>
          <w:b/>
          <w:sz w:val="22"/>
        </w:rPr>
        <w:t xml:space="preserve">Julia   </w:t>
      </w:r>
      <w:r>
        <w:rPr>
          <w:rFonts w:ascii="Arial" w:hAnsi="Arial"/>
          <w:color w:val="5D7284"/>
          <w:sz w:val="22"/>
        </w:rPr>
        <w:t>02:36</w:t>
      </w:r>
    </w:p>
    <w:p>
      <w:pPr>
        <w:spacing w:after="0"/>
      </w:pPr>
      <w:r>
        <w:rPr>
          <w:rFonts w:ascii="Arial" w:hAnsi="Arial"/>
          <w:sz w:val="22"/>
        </w:rPr>
        <w:t>I brought my accent with me.</w:t>
      </w:r>
    </w:p>
    <w:p>
      <w:pPr>
        <w:spacing w:after="0"/>
      </w:pPr>
    </w:p>
    <w:p>
      <w:pPr>
        <w:spacing w:after="0"/>
      </w:pPr>
      <w:r>
        <w:rPr>
          <w:rFonts w:ascii="Arial" w:hAnsi="Arial"/>
          <w:b/>
          <w:sz w:val="22"/>
        </w:rPr>
        <w:t xml:space="preserve">Alice  </w:t>
      </w:r>
      <w:r>
        <w:rPr>
          <w:rFonts w:ascii="Arial" w:hAnsi="Arial"/>
          <w:color w:val="5D7284"/>
          <w:sz w:val="22"/>
        </w:rPr>
        <w:t>02:39</w:t>
      </w:r>
    </w:p>
    <w:p>
      <w:pPr>
        <w:spacing w:after="0"/>
      </w:pPr>
      <w:r>
        <w:rPr>
          <w:rFonts w:ascii="Arial" w:hAnsi="Arial"/>
          <w:sz w:val="22"/>
        </w:rPr>
        <w:t>Yes I'm very  excited to have Julia and her fabulous hairdo.</w:t>
      </w:r>
    </w:p>
    <w:p>
      <w:pPr>
        <w:spacing w:after="0"/>
      </w:pPr>
    </w:p>
    <w:p>
      <w:pPr>
        <w:spacing w:after="0"/>
      </w:pPr>
      <w:r>
        <w:rPr>
          <w:rFonts w:ascii="Arial" w:hAnsi="Arial"/>
          <w:b/>
          <w:sz w:val="22"/>
        </w:rPr>
        <w:t xml:space="preserve">Julia   </w:t>
      </w:r>
      <w:r>
        <w:rPr>
          <w:rFonts w:ascii="Arial" w:hAnsi="Arial"/>
          <w:color w:val="5D7284"/>
          <w:sz w:val="22"/>
        </w:rPr>
        <w:t>02:46</w:t>
      </w:r>
    </w:p>
    <w:p>
      <w:pPr>
        <w:spacing w:after="0"/>
      </w:pPr>
      <w:r>
        <w:rPr>
          <w:rFonts w:ascii="Arial" w:hAnsi="Arial"/>
          <w:sz w:val="22"/>
        </w:rPr>
        <w:t>We should definitely have a picture of that on the website. This bonus content,</w:t>
      </w:r>
    </w:p>
    <w:p>
      <w:pPr>
        <w:spacing w:after="0"/>
      </w:pPr>
    </w:p>
    <w:p>
      <w:pPr>
        <w:spacing w:after="0"/>
      </w:pPr>
      <w:r>
        <w:rPr>
          <w:rFonts w:ascii="Arial" w:hAnsi="Arial"/>
          <w:b/>
          <w:sz w:val="22"/>
        </w:rPr>
        <w:t xml:space="preserve">Alice  </w:t>
      </w:r>
      <w:r>
        <w:rPr>
          <w:rFonts w:ascii="Arial" w:hAnsi="Arial"/>
          <w:color w:val="5D7284"/>
          <w:sz w:val="22"/>
        </w:rPr>
        <w:t>02:52</w:t>
      </w:r>
    </w:p>
    <w:p>
      <w:pPr>
        <w:spacing w:after="0"/>
      </w:pPr>
      <w:r>
        <w:rPr>
          <w:rFonts w:ascii="Arial" w:hAnsi="Arial"/>
          <w:sz w:val="22"/>
        </w:rPr>
        <w:t>Julia, do you want to just tell our listeners a little bit about yourself and what you're going to be talking to us about today?</w:t>
      </w:r>
    </w:p>
    <w:p>
      <w:pPr>
        <w:spacing w:after="0"/>
      </w:pPr>
    </w:p>
    <w:p>
      <w:pPr>
        <w:spacing w:after="0"/>
      </w:pPr>
      <w:r>
        <w:rPr>
          <w:rFonts w:ascii="Arial" w:hAnsi="Arial"/>
          <w:b/>
          <w:sz w:val="22"/>
        </w:rPr>
        <w:t xml:space="preserve">Julia   </w:t>
      </w:r>
      <w:r>
        <w:rPr>
          <w:rFonts w:ascii="Arial" w:hAnsi="Arial"/>
          <w:color w:val="5D7284"/>
          <w:sz w:val="22"/>
        </w:rPr>
        <w:t>02:58</w:t>
      </w:r>
    </w:p>
    <w:p>
      <w:pPr>
        <w:spacing w:after="0"/>
      </w:pPr>
      <w:r>
        <w:rPr>
          <w:rFonts w:ascii="Arial" w:hAnsi="Arial"/>
          <w:sz w:val="22"/>
        </w:rPr>
        <w:t>Sure, I am a professor of English at Bronx Community College, which is part of the City University of New York system, and I teach read and study disability and writing so represented representations of disability in literature and culture and disabled writers and ways that disability appears in text, sometimes in the in the form of disability voice,</w:t>
      </w:r>
    </w:p>
    <w:p>
      <w:pPr>
        <w:spacing w:after="0"/>
      </w:pPr>
    </w:p>
    <w:p>
      <w:pPr>
        <w:spacing w:after="0"/>
      </w:pPr>
      <w:r>
        <w:rPr>
          <w:rFonts w:ascii="Arial" w:hAnsi="Arial"/>
          <w:b/>
          <w:sz w:val="22"/>
        </w:rPr>
        <w:t xml:space="preserve">Alice  </w:t>
      </w:r>
      <w:r>
        <w:rPr>
          <w:rFonts w:ascii="Arial" w:hAnsi="Arial"/>
          <w:color w:val="5D7284"/>
          <w:sz w:val="22"/>
        </w:rPr>
        <w:t>03:39</w:t>
      </w:r>
    </w:p>
    <w:p>
      <w:pPr>
        <w:spacing w:after="0"/>
      </w:pPr>
      <w:r>
        <w:rPr>
          <w:rFonts w:ascii="Arial" w:hAnsi="Arial"/>
          <w:sz w:val="22"/>
        </w:rPr>
        <w:t>so very on brand labeled podcast, I think you'll all agree. Julia, what are we going to be talking about today?</w:t>
      </w:r>
    </w:p>
    <w:p>
      <w:pPr>
        <w:spacing w:after="0"/>
      </w:pPr>
    </w:p>
    <w:p>
      <w:pPr>
        <w:spacing w:after="0"/>
      </w:pPr>
      <w:r>
        <w:rPr>
          <w:rFonts w:ascii="Arial" w:hAnsi="Arial"/>
          <w:b/>
          <w:sz w:val="22"/>
        </w:rPr>
        <w:t xml:space="preserve">Julia   </w:t>
      </w:r>
      <w:r>
        <w:rPr>
          <w:rFonts w:ascii="Arial" w:hAnsi="Arial"/>
          <w:color w:val="5D7284"/>
          <w:sz w:val="22"/>
        </w:rPr>
        <w:t>03:45</w:t>
      </w:r>
    </w:p>
    <w:p>
      <w:pPr>
        <w:spacing w:after="0"/>
      </w:pPr>
      <w:r>
        <w:rPr>
          <w:rFonts w:ascii="Arial" w:hAnsi="Arial"/>
          <w:sz w:val="22"/>
        </w:rPr>
        <w:t xml:space="preserve">Well, we settled on this sort of disability Big Daddy text of psychiatric disability literature. Ken Kesey, One Flew Over the Cuckoo's Nest, which was written or brought about in the late 50s. Is representing a period in the late 50s and was written in the early 60s, before it was published in 1962 and it really captures the cultural zeitgeist, the mood of the way people thought about psychiatric disability in that late 60 sorry, late 50s, early 1960s moment, and it had a huge, you know, it represented the moment culturally, but it also had This enormous cultural impact on the way people think about psychiatric disability and its relationship with culture. And you know, I think has influenced all kinds of legislation and real life experience of people with psychiatric disabilities be. Cause of its its representation, because of its popularity. We're going to be talking about the book, but we can't talk about the book without also talking about the movie, which was even more famous than the book, I think, </w:t>
      </w:r>
    </w:p>
    <w:p>
      <w:pPr>
        <w:spacing w:after="0"/>
      </w:pPr>
    </w:p>
    <w:p>
      <w:pPr>
        <w:spacing w:after="0"/>
      </w:pPr>
      <w:r>
        <w:rPr>
          <w:rFonts w:ascii="Arial" w:hAnsi="Arial"/>
          <w:b/>
          <w:sz w:val="22"/>
        </w:rPr>
        <w:t xml:space="preserve">Alice  </w:t>
      </w:r>
      <w:r>
        <w:rPr>
          <w:rFonts w:ascii="Arial" w:hAnsi="Arial"/>
          <w:color w:val="5D7284"/>
          <w:sz w:val="22"/>
        </w:rPr>
        <w:t>05:17</w:t>
      </w:r>
    </w:p>
    <w:p>
      <w:pPr>
        <w:spacing w:after="0"/>
      </w:pPr>
      <w:r>
        <w:rPr>
          <w:rFonts w:ascii="Arial" w:hAnsi="Arial"/>
          <w:sz w:val="22"/>
        </w:rPr>
        <w:t xml:space="preserve">Oscar winning. I think, </w:t>
      </w:r>
    </w:p>
    <w:p>
      <w:pPr>
        <w:spacing w:after="0"/>
      </w:pPr>
    </w:p>
    <w:p>
      <w:pPr>
        <w:spacing w:after="0"/>
      </w:pPr>
      <w:r>
        <w:rPr>
          <w:rFonts w:ascii="Arial" w:hAnsi="Arial"/>
          <w:b/>
          <w:sz w:val="22"/>
        </w:rPr>
        <w:t xml:space="preserve">Julia   </w:t>
      </w:r>
      <w:r>
        <w:rPr>
          <w:rFonts w:ascii="Arial" w:hAnsi="Arial"/>
          <w:color w:val="5D7284"/>
          <w:sz w:val="22"/>
        </w:rPr>
        <w:t>05:19</w:t>
      </w:r>
    </w:p>
    <w:p>
      <w:pPr>
        <w:spacing w:after="0"/>
      </w:pPr>
      <w:r>
        <w:rPr>
          <w:rFonts w:ascii="Arial" w:hAnsi="Arial"/>
          <w:sz w:val="22"/>
        </w:rPr>
        <w:t>I think it won. I didn't check, but I think it won seven Oscars, maybe. And, you know, I think it's also the vehicle that catapulted Jack Nicholson to fame.</w:t>
      </w:r>
    </w:p>
    <w:p>
      <w:pPr>
        <w:spacing w:after="0"/>
      </w:pPr>
    </w:p>
    <w:p>
      <w:pPr>
        <w:spacing w:after="0"/>
      </w:pPr>
      <w:r>
        <w:rPr>
          <w:rFonts w:ascii="Arial" w:hAnsi="Arial"/>
          <w:b/>
          <w:sz w:val="22"/>
        </w:rPr>
        <w:t xml:space="preserve">Alice  </w:t>
      </w:r>
      <w:r>
        <w:rPr>
          <w:rFonts w:ascii="Arial" w:hAnsi="Arial"/>
          <w:color w:val="5D7284"/>
          <w:sz w:val="22"/>
        </w:rPr>
        <w:t>05:31</w:t>
      </w:r>
    </w:p>
    <w:p>
      <w:pPr>
        <w:spacing w:after="0"/>
      </w:pPr>
      <w:r>
        <w:rPr>
          <w:rFonts w:ascii="Arial" w:hAnsi="Arial"/>
          <w:sz w:val="22"/>
        </w:rPr>
        <w:t>And I haven't read the book, but I have seen the movie and like, if you think, if people who think of Jack Nicholson is like the sort of slightly chubby, angry man that he plays in a lot of stuff now, like imagine it sort of dial. It the dial the he's almost a little bit of a parody of himself now, but you know, looking back at some of those early performances, he that emotional dysregulation that he, he portrays, is just, yeah, it's pretty incredible. So</w:t>
      </w:r>
    </w:p>
    <w:p>
      <w:pPr>
        <w:spacing w:after="0"/>
      </w:pPr>
    </w:p>
    <w:p>
      <w:pPr>
        <w:spacing w:after="0"/>
      </w:pPr>
      <w:r>
        <w:rPr>
          <w:rFonts w:ascii="Arial" w:hAnsi="Arial"/>
          <w:b/>
          <w:sz w:val="22"/>
        </w:rPr>
        <w:t xml:space="preserve">Lucy  </w:t>
      </w:r>
      <w:r>
        <w:rPr>
          <w:rFonts w:ascii="Arial" w:hAnsi="Arial"/>
          <w:color w:val="5D7284"/>
          <w:sz w:val="22"/>
        </w:rPr>
        <w:t>06:09</w:t>
      </w:r>
    </w:p>
    <w:p>
      <w:pPr>
        <w:spacing w:after="0"/>
      </w:pPr>
      <w:r>
        <w:rPr>
          <w:rFonts w:ascii="Arial" w:hAnsi="Arial"/>
          <w:sz w:val="22"/>
        </w:rPr>
        <w:t>Alice, I will hold my hands up now. Before we even start anything. I have not read the book. I apologize. I have not seen the film. I don't know. Should I hand back my media degree? I don't know</w:t>
      </w:r>
    </w:p>
    <w:p>
      <w:pPr>
        <w:spacing w:after="0"/>
      </w:pPr>
    </w:p>
    <w:p>
      <w:pPr>
        <w:spacing w:after="0"/>
      </w:pPr>
      <w:r>
        <w:rPr>
          <w:rFonts w:ascii="Arial" w:hAnsi="Arial"/>
          <w:b/>
          <w:sz w:val="22"/>
        </w:rPr>
        <w:t xml:space="preserve">Julia   </w:t>
      </w:r>
      <w:r>
        <w:rPr>
          <w:rFonts w:ascii="Arial" w:hAnsi="Arial"/>
          <w:color w:val="5D7284"/>
          <w:sz w:val="22"/>
        </w:rPr>
        <w:t>06:20</w:t>
      </w:r>
    </w:p>
    <w:p>
      <w:pPr>
        <w:spacing w:after="0"/>
      </w:pPr>
      <w:r>
        <w:rPr>
          <w:rFonts w:ascii="Arial" w:hAnsi="Arial"/>
          <w:sz w:val="22"/>
        </w:rPr>
        <w:t>I think maybe this, it's definitely worth, it's definitely worth seeing the film. But I think that probably there are a lot of people in your shoes right now, Lucy, and it's we should, we should maybe start out by having a little summary of the story.</w:t>
      </w:r>
    </w:p>
    <w:p>
      <w:pPr>
        <w:spacing w:after="0"/>
      </w:pPr>
    </w:p>
    <w:p>
      <w:pPr>
        <w:spacing w:after="0"/>
      </w:pPr>
      <w:r>
        <w:rPr>
          <w:rFonts w:ascii="Arial" w:hAnsi="Arial"/>
          <w:b/>
          <w:sz w:val="22"/>
        </w:rPr>
        <w:t xml:space="preserve">Alice  </w:t>
      </w:r>
      <w:r>
        <w:rPr>
          <w:rFonts w:ascii="Arial" w:hAnsi="Arial"/>
          <w:color w:val="5D7284"/>
          <w:sz w:val="22"/>
        </w:rPr>
        <w:t>06:38</w:t>
      </w:r>
    </w:p>
    <w:p>
      <w:pPr>
        <w:spacing w:after="0"/>
      </w:pPr>
      <w:r>
        <w:rPr>
          <w:rFonts w:ascii="Arial" w:hAnsi="Arial"/>
          <w:sz w:val="22"/>
        </w:rPr>
        <w:t>I would also say, like, don't watch it when you've had like, a shitty day like this is not a film to uplift you and make you feel good about the world.</w:t>
      </w:r>
    </w:p>
    <w:p>
      <w:pPr>
        <w:spacing w:after="0"/>
      </w:pPr>
    </w:p>
    <w:p>
      <w:pPr>
        <w:spacing w:after="0"/>
      </w:pPr>
      <w:r>
        <w:rPr>
          <w:rFonts w:ascii="Arial" w:hAnsi="Arial"/>
          <w:b/>
          <w:sz w:val="22"/>
        </w:rPr>
        <w:t xml:space="preserve">Lucy  </w:t>
      </w:r>
      <w:r>
        <w:rPr>
          <w:rFonts w:ascii="Arial" w:hAnsi="Arial"/>
          <w:color w:val="5D7284"/>
          <w:sz w:val="22"/>
        </w:rPr>
        <w:t>06:53</w:t>
      </w:r>
    </w:p>
    <w:p>
      <w:pPr>
        <w:spacing w:after="0"/>
      </w:pPr>
      <w:r>
        <w:rPr>
          <w:rFonts w:ascii="Arial" w:hAnsi="Arial"/>
          <w:sz w:val="22"/>
        </w:rPr>
        <w:t>But you know, just you know, going through a lot at the moment.</w:t>
      </w:r>
    </w:p>
    <w:p>
      <w:pPr>
        <w:spacing w:after="0"/>
      </w:pPr>
    </w:p>
    <w:p>
      <w:pPr>
        <w:spacing w:after="0"/>
      </w:pPr>
      <w:r>
        <w:rPr>
          <w:rFonts w:ascii="Arial" w:hAnsi="Arial"/>
          <w:b/>
          <w:sz w:val="22"/>
        </w:rPr>
        <w:t xml:space="preserve">Julia   </w:t>
      </w:r>
      <w:r>
        <w:rPr>
          <w:rFonts w:ascii="Arial" w:hAnsi="Arial"/>
          <w:color w:val="5D7284"/>
          <w:sz w:val="22"/>
        </w:rPr>
        <w:t>06:57</w:t>
      </w:r>
    </w:p>
    <w:p>
      <w:pPr>
        <w:spacing w:after="0"/>
      </w:pPr>
      <w:r>
        <w:rPr>
          <w:rFonts w:ascii="Arial" w:hAnsi="Arial"/>
          <w:sz w:val="22"/>
        </w:rPr>
        <w:t>There are lots of highs and lows, though it's not, it's not all horrors. So the story is really between two main characters. There's there's who many of us think of as the Jack Nicholson character. That's Randall Patrick McMurphy, and he's the protagonist and the hero of the story. And at the beginning of the book, he comes into this psychiatric facility in Oregon, and he's coming in from a prison work farm, you know, very obviously trying to shirk the restricted circumstances and the hard labor of the work farm by pretending to be psychotic. And, you know, he thinks, oh, you know, he'll, he'll do his time in this much more relaxed, better resourced setting. And you know when, when he's done with it, he'll, you know, he'll walk away. And when he comes into the psychiatric hospital, he encounters this, you know, absolute terrifying, monumental, powerful figure of the psychiatric nurse who's running this extremely tightly guarded, tightly controlled psychiatric ward. And the story of the book is the story of him doing battle with her for control of the lives of the people who are living on the ward. And the story is kind of a metaphor for this larger circumstance of convention trying to lock all of us into, you know, certain standard routines and ways of being. And it's supposed to be a celebration of individuals being able to be individuals. And, you know, do our own thing and be our own people, even if it's a little off the beaten track or unconventional, and</w:t>
      </w:r>
    </w:p>
    <w:p>
      <w:pPr>
        <w:spacing w:after="0"/>
      </w:pPr>
    </w:p>
    <w:p>
      <w:pPr>
        <w:spacing w:after="0"/>
      </w:pPr>
      <w:r>
        <w:rPr>
          <w:rFonts w:ascii="Arial" w:hAnsi="Arial"/>
          <w:b/>
          <w:sz w:val="22"/>
        </w:rPr>
        <w:t xml:space="preserve">Alice  </w:t>
      </w:r>
      <w:r>
        <w:rPr>
          <w:rFonts w:ascii="Arial" w:hAnsi="Arial"/>
          <w:color w:val="5D7284"/>
          <w:sz w:val="22"/>
        </w:rPr>
        <w:t>09:30</w:t>
      </w:r>
    </w:p>
    <w:p>
      <w:pPr>
        <w:spacing w:after="0"/>
      </w:pPr>
      <w:r>
        <w:rPr>
          <w:rFonts w:ascii="Arial" w:hAnsi="Arial"/>
          <w:sz w:val="22"/>
        </w:rPr>
        <w:t>I would just completely to interrupt you, is just, I've just remembered, does the nurse have a can nurse character have a name</w:t>
      </w:r>
    </w:p>
    <w:p>
      <w:pPr>
        <w:spacing w:after="0"/>
      </w:pPr>
    </w:p>
    <w:p>
      <w:pPr>
        <w:spacing w:after="0"/>
      </w:pPr>
      <w:r>
        <w:rPr>
          <w:rFonts w:ascii="Arial" w:hAnsi="Arial"/>
          <w:b/>
          <w:sz w:val="22"/>
        </w:rPr>
        <w:t xml:space="preserve">Lucy  </w:t>
      </w:r>
      <w:r>
        <w:rPr>
          <w:rFonts w:ascii="Arial" w:hAnsi="Arial"/>
          <w:color w:val="5D7284"/>
          <w:sz w:val="22"/>
        </w:rPr>
        <w:t>09:38</w:t>
      </w:r>
    </w:p>
    <w:p>
      <w:pPr>
        <w:spacing w:after="0"/>
      </w:pPr>
      <w:r>
        <w:rPr>
          <w:rFonts w:ascii="Arial" w:hAnsi="Arial"/>
          <w:sz w:val="22"/>
        </w:rPr>
        <w:t>I was about to say exactly the same thing. Is it nurse ratchet, yeah, the big she's,</w:t>
      </w:r>
    </w:p>
    <w:p>
      <w:pPr>
        <w:spacing w:after="0"/>
      </w:pPr>
    </w:p>
    <w:p>
      <w:pPr>
        <w:spacing w:after="0"/>
      </w:pPr>
      <w:r>
        <w:rPr>
          <w:rFonts w:ascii="Arial" w:hAnsi="Arial"/>
          <w:b/>
          <w:sz w:val="22"/>
        </w:rPr>
        <w:t xml:space="preserve">Alice  </w:t>
      </w:r>
      <w:r>
        <w:rPr>
          <w:rFonts w:ascii="Arial" w:hAnsi="Arial"/>
          <w:color w:val="5D7284"/>
          <w:sz w:val="22"/>
        </w:rPr>
        <w:t>09:43</w:t>
      </w:r>
    </w:p>
    <w:p>
      <w:pPr>
        <w:spacing w:after="0"/>
      </w:pPr>
      <w:r>
        <w:rPr>
          <w:rFonts w:ascii="Arial" w:hAnsi="Arial"/>
          <w:sz w:val="22"/>
        </w:rPr>
        <w:t>they've just Netflix did a series with with Sarah Paulson that people might have seen that was inspired by that character. It, yeah, it's just, it just occurred to me that might be some people's gateway into Cuckoo's Nest. So I don't know.</w:t>
      </w:r>
    </w:p>
    <w:p>
      <w:pPr>
        <w:spacing w:after="0"/>
      </w:pPr>
    </w:p>
    <w:p>
      <w:pPr>
        <w:spacing w:after="0"/>
      </w:pPr>
      <w:r>
        <w:rPr>
          <w:rFonts w:ascii="Arial" w:hAnsi="Arial"/>
          <w:b/>
          <w:sz w:val="22"/>
        </w:rPr>
        <w:t xml:space="preserve">Lucy  </w:t>
      </w:r>
      <w:r>
        <w:rPr>
          <w:rFonts w:ascii="Arial" w:hAnsi="Arial"/>
          <w:color w:val="5D7284"/>
          <w:sz w:val="22"/>
        </w:rPr>
        <w:t>09:59</w:t>
      </w:r>
    </w:p>
    <w:p>
      <w:pPr>
        <w:spacing w:after="0"/>
      </w:pPr>
      <w:r>
        <w:rPr>
          <w:rFonts w:ascii="Arial" w:hAnsi="Arial"/>
          <w:sz w:val="22"/>
        </w:rPr>
        <w:t xml:space="preserve">I. Yeah, I have seen that. </w:t>
      </w:r>
    </w:p>
    <w:p>
      <w:pPr>
        <w:spacing w:after="0"/>
      </w:pPr>
    </w:p>
    <w:p>
      <w:pPr>
        <w:spacing w:after="0"/>
      </w:pPr>
      <w:r>
        <w:rPr>
          <w:rFonts w:ascii="Arial" w:hAnsi="Arial"/>
          <w:b/>
          <w:sz w:val="22"/>
        </w:rPr>
        <w:t xml:space="preserve">Julia   </w:t>
      </w:r>
      <w:r>
        <w:rPr>
          <w:rFonts w:ascii="Arial" w:hAnsi="Arial"/>
          <w:color w:val="5D7284"/>
          <w:sz w:val="22"/>
        </w:rPr>
        <w:t>10:01</w:t>
      </w:r>
    </w:p>
    <w:p>
      <w:pPr>
        <w:spacing w:after="0"/>
      </w:pPr>
      <w:r>
        <w:rPr>
          <w:rFonts w:ascii="Arial" w:hAnsi="Arial"/>
          <w:sz w:val="22"/>
        </w:rPr>
        <w:t xml:space="preserve">I'm actually interested in hearing about that Lucy and to, you know, hear how it compares with the representation of nurse ratchet from the original story is, is she sympathetic in any way in the new series? </w:t>
      </w:r>
    </w:p>
    <w:p>
      <w:pPr>
        <w:spacing w:after="0"/>
      </w:pPr>
    </w:p>
    <w:p>
      <w:pPr>
        <w:spacing w:after="0"/>
      </w:pPr>
      <w:r>
        <w:rPr>
          <w:rFonts w:ascii="Arial" w:hAnsi="Arial"/>
          <w:b/>
          <w:sz w:val="22"/>
        </w:rPr>
        <w:t xml:space="preserve">Lucy  </w:t>
      </w:r>
      <w:r>
        <w:rPr>
          <w:rFonts w:ascii="Arial" w:hAnsi="Arial"/>
          <w:color w:val="5D7284"/>
          <w:sz w:val="22"/>
        </w:rPr>
        <w:t>10:15</w:t>
      </w:r>
    </w:p>
    <w:p>
      <w:pPr>
        <w:spacing w:after="0"/>
      </w:pPr>
      <w:r>
        <w:rPr>
          <w:rFonts w:ascii="Arial" w:hAnsi="Arial"/>
          <w:sz w:val="22"/>
        </w:rPr>
        <w:t xml:space="preserve">I don't think she is. I think, I think you are lured into a false sense of security in the very beginning, and then all of a sudden you're like, Okay, no. And I think at this man with a drill, </w:t>
      </w:r>
    </w:p>
    <w:p>
      <w:pPr>
        <w:spacing w:after="0"/>
      </w:pPr>
    </w:p>
    <w:p>
      <w:pPr>
        <w:spacing w:after="0"/>
      </w:pPr>
      <w:r>
        <w:rPr>
          <w:rFonts w:ascii="Arial" w:hAnsi="Arial"/>
          <w:b/>
          <w:sz w:val="22"/>
        </w:rPr>
        <w:t xml:space="preserve">Alice  </w:t>
      </w:r>
      <w:r>
        <w:rPr>
          <w:rFonts w:ascii="Arial" w:hAnsi="Arial"/>
          <w:color w:val="5D7284"/>
          <w:sz w:val="22"/>
        </w:rPr>
        <w:t>10:28</w:t>
      </w:r>
    </w:p>
    <w:p>
      <w:pPr>
        <w:spacing w:after="0"/>
      </w:pPr>
      <w:r>
        <w:rPr>
          <w:rFonts w:ascii="Arial" w:hAnsi="Arial"/>
          <w:sz w:val="22"/>
        </w:rPr>
        <w:t>I think it's, um, it's by the same people who do American Horror Story, yeah. And so it is, and he works with Sarah Paulson a lot, doesn't he, and I think it, it's it comes you get that. You get the the American Horror Story, like shocking, slightly gory horror element of</w:t>
      </w:r>
    </w:p>
    <w:p>
      <w:pPr>
        <w:spacing w:after="0"/>
      </w:pPr>
    </w:p>
    <w:p>
      <w:pPr>
        <w:spacing w:after="0"/>
      </w:pPr>
      <w:r>
        <w:rPr>
          <w:rFonts w:ascii="Arial" w:hAnsi="Arial"/>
          <w:b/>
          <w:sz w:val="22"/>
        </w:rPr>
        <w:t xml:space="preserve">Lucy  </w:t>
      </w:r>
      <w:r>
        <w:rPr>
          <w:rFonts w:ascii="Arial" w:hAnsi="Arial"/>
          <w:color w:val="5D7284"/>
          <w:sz w:val="22"/>
        </w:rPr>
        <w:t>10:49</w:t>
      </w:r>
    </w:p>
    <w:p>
      <w:pPr>
        <w:spacing w:after="0"/>
      </w:pPr>
      <w:r>
        <w:rPr>
          <w:rFonts w:ascii="Arial" w:hAnsi="Arial"/>
          <w:sz w:val="22"/>
        </w:rPr>
        <w:t>it, to start off with this very stylized, you know, very 60s and or 50s, I think maybe, yeah. And you think, okay, yeah. This is a, this is a nurse who's like, looking for a job. And then all of a sudden, I think episode four or three, you go, okay, all right, she there's something, something afoot here. And then, like, episode four, it's like, oh, she's, she's attacking that man's brain with a drill</w:t>
      </w:r>
    </w:p>
    <w:p>
      <w:pPr>
        <w:spacing w:after="0"/>
      </w:pPr>
    </w:p>
    <w:p>
      <w:pPr>
        <w:spacing w:after="0"/>
      </w:pPr>
      <w:r>
        <w:rPr>
          <w:rFonts w:ascii="Arial" w:hAnsi="Arial"/>
          <w:b/>
          <w:sz w:val="22"/>
        </w:rPr>
        <w:t xml:space="preserve">Alice  </w:t>
      </w:r>
      <w:r>
        <w:rPr>
          <w:rFonts w:ascii="Arial" w:hAnsi="Arial"/>
          <w:color w:val="5D7284"/>
          <w:sz w:val="22"/>
        </w:rPr>
        <w:t>11:12</w:t>
      </w:r>
    </w:p>
    <w:p>
      <w:pPr>
        <w:spacing w:after="0"/>
      </w:pPr>
      <w:r>
        <w:rPr>
          <w:rFonts w:ascii="Arial" w:hAnsi="Arial"/>
          <w:sz w:val="22"/>
        </w:rPr>
        <w:t>It does get weird as well, if I remember correctly. It's been a little while since I saw it, but I definitely remember thinking, this is, this has taken a slightly bizarre turn</w:t>
      </w:r>
    </w:p>
    <w:p>
      <w:pPr>
        <w:spacing w:after="0"/>
      </w:pPr>
    </w:p>
    <w:p>
      <w:pPr>
        <w:spacing w:after="0"/>
      </w:pPr>
      <w:r>
        <w:rPr>
          <w:rFonts w:ascii="Arial" w:hAnsi="Arial"/>
          <w:b/>
          <w:sz w:val="22"/>
        </w:rPr>
        <w:t xml:space="preserve">Lucy  </w:t>
      </w:r>
      <w:r>
        <w:rPr>
          <w:rFonts w:ascii="Arial" w:hAnsi="Arial"/>
          <w:color w:val="5D7284"/>
          <w:sz w:val="22"/>
        </w:rPr>
        <w:t>11:23</w:t>
      </w:r>
    </w:p>
    <w:p>
      <w:pPr>
        <w:spacing w:after="0"/>
      </w:pPr>
      <w:r>
        <w:rPr>
          <w:rFonts w:ascii="Arial" w:hAnsi="Arial"/>
          <w:sz w:val="22"/>
        </w:rPr>
        <w:t>while I'm watching this,</w:t>
      </w:r>
    </w:p>
    <w:p>
      <w:pPr>
        <w:spacing w:after="0"/>
      </w:pPr>
    </w:p>
    <w:p>
      <w:pPr>
        <w:spacing w:after="0"/>
      </w:pPr>
      <w:r>
        <w:rPr>
          <w:rFonts w:ascii="Arial" w:hAnsi="Arial"/>
          <w:b/>
          <w:sz w:val="22"/>
        </w:rPr>
        <w:t xml:space="preserve">Julia   </w:t>
      </w:r>
      <w:r>
        <w:rPr>
          <w:rFonts w:ascii="Arial" w:hAnsi="Arial"/>
          <w:color w:val="5D7284"/>
          <w:sz w:val="22"/>
        </w:rPr>
        <w:t>11:26</w:t>
      </w:r>
    </w:p>
    <w:p>
      <w:pPr>
        <w:spacing w:after="0"/>
      </w:pPr>
      <w:r>
        <w:rPr>
          <w:rFonts w:ascii="Arial" w:hAnsi="Arial"/>
          <w:sz w:val="22"/>
        </w:rPr>
        <w:t>I like the look of the program when it came out. I put it in my queue because I do like to watch stuff that is produced the way that's produced. But I'm not surprised to hear that it's by the same people as American Horror Story, of which I am not a fan.</w:t>
      </w:r>
    </w:p>
    <w:p>
      <w:pPr>
        <w:spacing w:after="0"/>
      </w:pPr>
    </w:p>
    <w:p>
      <w:pPr>
        <w:spacing w:after="0"/>
      </w:pPr>
      <w:r>
        <w:rPr>
          <w:rFonts w:ascii="Arial" w:hAnsi="Arial"/>
          <w:b/>
          <w:sz w:val="22"/>
        </w:rPr>
        <w:t xml:space="preserve">Alice  </w:t>
      </w:r>
      <w:r>
        <w:rPr>
          <w:rFonts w:ascii="Arial" w:hAnsi="Arial"/>
          <w:color w:val="5D7284"/>
          <w:sz w:val="22"/>
        </w:rPr>
        <w:t>11:43</w:t>
      </w:r>
    </w:p>
    <w:p>
      <w:pPr>
        <w:spacing w:after="0"/>
      </w:pPr>
      <w:r>
        <w:rPr>
          <w:rFonts w:ascii="Arial" w:hAnsi="Arial"/>
          <w:sz w:val="22"/>
        </w:rPr>
        <w:t xml:space="preserve">See, I personally, I'm a big fan of Sarah Paulson. I think she does very good work, so I will watch stuff with her. And this is, this was certainly not up there as my like, oh, you absolutely have to watch this. And I would say probably it leans more into the horror than the sort of psychological tension of stuff like Cuckoo's Nest, </w:t>
      </w:r>
    </w:p>
    <w:p>
      <w:pPr>
        <w:spacing w:after="0"/>
      </w:pPr>
    </w:p>
    <w:p>
      <w:pPr>
        <w:spacing w:after="0"/>
      </w:pPr>
      <w:r>
        <w:rPr>
          <w:rFonts w:ascii="Arial" w:hAnsi="Arial"/>
          <w:b/>
          <w:sz w:val="22"/>
        </w:rPr>
        <w:t xml:space="preserve">Lucy  </w:t>
      </w:r>
      <w:r>
        <w:rPr>
          <w:rFonts w:ascii="Arial" w:hAnsi="Arial"/>
          <w:color w:val="5D7284"/>
          <w:sz w:val="22"/>
        </w:rPr>
        <w:t>12:08</w:t>
      </w:r>
    </w:p>
    <w:p>
      <w:pPr>
        <w:spacing w:after="0"/>
      </w:pPr>
      <w:r>
        <w:rPr>
          <w:rFonts w:ascii="Arial" w:hAnsi="Arial"/>
          <w:sz w:val="22"/>
        </w:rPr>
        <w:t>I would agree with yeah</w:t>
      </w:r>
    </w:p>
    <w:p>
      <w:pPr>
        <w:spacing w:after="0"/>
      </w:pPr>
    </w:p>
    <w:p>
      <w:pPr>
        <w:spacing w:after="0"/>
      </w:pPr>
      <w:r>
        <w:rPr>
          <w:rFonts w:ascii="Arial" w:hAnsi="Arial"/>
          <w:b/>
          <w:sz w:val="22"/>
        </w:rPr>
        <w:t xml:space="preserve">Lucy  </w:t>
      </w:r>
      <w:r>
        <w:rPr>
          <w:rFonts w:ascii="Arial" w:hAnsi="Arial"/>
          <w:color w:val="5D7284"/>
          <w:sz w:val="22"/>
        </w:rPr>
        <w:t>12:11</w:t>
      </w:r>
    </w:p>
    <w:p>
      <w:pPr>
        <w:spacing w:after="0"/>
      </w:pPr>
      <w:r>
        <w:rPr>
          <w:rFonts w:ascii="Arial" w:hAnsi="Arial"/>
          <w:sz w:val="22"/>
        </w:rPr>
        <w:t>and yeah. I also have to say at this point that I am a wimp when it comes to anything. I can't watch Jurassic Park without feeling a little bit sick level of I'm really scared. I don't want to watch this anymore. We're dealing with I think, I think I made it to halfway through.</w:t>
      </w:r>
    </w:p>
    <w:p>
      <w:pPr>
        <w:spacing w:after="0"/>
      </w:pPr>
    </w:p>
    <w:p>
      <w:pPr>
        <w:spacing w:after="0"/>
      </w:pPr>
      <w:r>
        <w:rPr>
          <w:rFonts w:ascii="Arial" w:hAnsi="Arial"/>
          <w:b/>
          <w:sz w:val="22"/>
        </w:rPr>
        <w:t xml:space="preserve">Julia   </w:t>
      </w:r>
      <w:r>
        <w:rPr>
          <w:rFonts w:ascii="Arial" w:hAnsi="Arial"/>
          <w:color w:val="5D7284"/>
          <w:sz w:val="22"/>
        </w:rPr>
        <w:t>12:35</w:t>
      </w:r>
    </w:p>
    <w:p>
      <w:pPr>
        <w:spacing w:after="0"/>
      </w:pPr>
      <w:r>
        <w:rPr>
          <w:rFonts w:ascii="Arial" w:hAnsi="Arial"/>
          <w:sz w:val="22"/>
        </w:rPr>
        <w:t>Well, I you know, one of the, you know, just to bring it back to Cuckoo's Nest. I think that, you know, one of the things that puts me off, and I was going to save this sort of for the end, because it's a critique, and I didn't, I am a I am a fan both of the The Cuckoo's Nest book and of the film. But you know, the one of the very biggest problems with the book, particularly is it is unbelievably misogynistic, and that, you know, the representation of that nurse, Ratched character, where she is just, you know, the way she is talked about in the book. You know, a ball buster, a ball cut her, you know, a bitch. There is lots of implication that, you know, I and I think we'll have to put some heavy trigger warnings here, but you know that sexual assault is what she needs in order to take her down a peg. And at the end of the book. And I think that this is not in the film version, the way that she is sort of disempowered. You know, the thing that is done to take her down after she has wrought all of this devastation is McMurphy rips her uniform off. You know, he rips her uniform down the front to expose her breasts. And you know, instead of her being in the armor of her nurse's uniform, instead of being in this kind of militaristic de D, un sexed, you know, De sexed representation she's not really a woman. You know, by turning her into a woman by showing everyone that she's got these big tits. You know, that's the way to take her down. And you know, all of the women in the in the book are, you know, represented in ways that are just unbelievably toxic.</w:t>
      </w:r>
    </w:p>
    <w:p>
      <w:pPr>
        <w:spacing w:after="0"/>
      </w:pPr>
    </w:p>
    <w:p>
      <w:pPr>
        <w:spacing w:after="0"/>
      </w:pPr>
      <w:r>
        <w:rPr>
          <w:rFonts w:ascii="Arial" w:hAnsi="Arial"/>
          <w:b/>
          <w:sz w:val="22"/>
        </w:rPr>
        <w:t xml:space="preserve">Alice  </w:t>
      </w:r>
      <w:r>
        <w:rPr>
          <w:rFonts w:ascii="Arial" w:hAnsi="Arial"/>
          <w:color w:val="5D7284"/>
          <w:sz w:val="22"/>
        </w:rPr>
        <w:t>14:47</w:t>
      </w:r>
    </w:p>
    <w:p>
      <w:pPr>
        <w:spacing w:after="0"/>
      </w:pPr>
      <w:r>
        <w:rPr>
          <w:rFonts w:ascii="Arial" w:hAnsi="Arial"/>
          <w:sz w:val="22"/>
        </w:rPr>
        <w:t>But I think you know, you you've already said, this book is a is a snapshot of a certain point in time. And you know, we always</w:t>
      </w:r>
    </w:p>
    <w:p>
      <w:pPr>
        <w:spacing w:after="0"/>
      </w:pPr>
    </w:p>
    <w:p>
      <w:pPr>
        <w:spacing w:after="0"/>
      </w:pPr>
      <w:r>
        <w:rPr>
          <w:rFonts w:ascii="Arial" w:hAnsi="Arial"/>
          <w:b/>
          <w:sz w:val="22"/>
        </w:rPr>
        <w:t xml:space="preserve">Lucy  </w:t>
      </w:r>
      <w:r>
        <w:rPr>
          <w:rFonts w:ascii="Arial" w:hAnsi="Arial"/>
          <w:color w:val="5D7284"/>
          <w:sz w:val="22"/>
        </w:rPr>
        <w:t>14:54</w:t>
      </w:r>
    </w:p>
    <w:p>
      <w:pPr>
        <w:spacing w:after="0"/>
      </w:pPr>
      <w:r>
        <w:rPr>
          <w:rFonts w:ascii="Arial" w:hAnsi="Arial"/>
          <w:sz w:val="22"/>
        </w:rPr>
        <w:t>say, Isn't it Alice? You know, when we're talking about representation of disabilities, often a. A snapshot in time of what people thought about people you know, societal attitudes, not just towards disability, but women you know, across Well, anybody who's different across the board. Really, it gives you a snapshot of what people thought and you know, how they acted towards these people.</w:t>
      </w:r>
    </w:p>
    <w:p>
      <w:pPr>
        <w:spacing w:after="0"/>
      </w:pPr>
    </w:p>
    <w:p>
      <w:pPr>
        <w:spacing w:after="0"/>
      </w:pPr>
      <w:r>
        <w:rPr>
          <w:rFonts w:ascii="Arial" w:hAnsi="Arial"/>
          <w:b/>
          <w:sz w:val="22"/>
        </w:rPr>
        <w:t xml:space="preserve">Julia   </w:t>
      </w:r>
      <w:r>
        <w:rPr>
          <w:rFonts w:ascii="Arial" w:hAnsi="Arial"/>
          <w:color w:val="5D7284"/>
          <w:sz w:val="22"/>
        </w:rPr>
        <w:t>15:22</w:t>
      </w:r>
    </w:p>
    <w:p>
      <w:pPr>
        <w:spacing w:after="0"/>
      </w:pPr>
      <w:r>
        <w:rPr>
          <w:rFonts w:ascii="Arial" w:hAnsi="Arial"/>
          <w:sz w:val="22"/>
        </w:rPr>
        <w:t>I was seized with a moment of terror last night that you guys were going to ask me a lot of biographical stuff about Ken Kesey. And I, you know, I really am very familiar with the text of the film and the text of the book, but I don't know very much about Casey. So I, I took some time to look some stuff up last night, and I was very surprised to find that he married early and stayed married to the same person. And it sounds like he had a lot of respect for his wife, you know, he spoke about her in in a really admiring way. And even, you know, they, they, they had some kind of open arrangement where one of them had a child with another couple who was raised by another couple, and that was sort of integrated into their marriage, which is, I think, a very, you know, shows a lot of respect for the woman Who was his wife. So I, you know, it surprised me to find that in his, you know, at least in that kind of snapshot of his life that I looked up last night, it looks like the reality is, you know, he, he had good respect for at least that woman in his life. And it's, you know, runs kind of counter to the way women are portrayed in the book.</w:t>
      </w:r>
    </w:p>
    <w:p>
      <w:pPr>
        <w:spacing w:after="0"/>
      </w:pPr>
    </w:p>
    <w:p>
      <w:pPr>
        <w:spacing w:after="0"/>
      </w:pPr>
      <w:r>
        <w:rPr>
          <w:rFonts w:ascii="Arial" w:hAnsi="Arial"/>
          <w:b/>
          <w:sz w:val="22"/>
        </w:rPr>
        <w:t xml:space="preserve">Alice  </w:t>
      </w:r>
      <w:r>
        <w:rPr>
          <w:rFonts w:ascii="Arial" w:hAnsi="Arial"/>
          <w:color w:val="5D7284"/>
          <w:sz w:val="22"/>
        </w:rPr>
        <w:t>16:45</w:t>
      </w:r>
    </w:p>
    <w:p>
      <w:pPr>
        <w:spacing w:after="0"/>
      </w:pPr>
      <w:r>
        <w:rPr>
          <w:rFonts w:ascii="Arial" w:hAnsi="Arial"/>
          <w:sz w:val="22"/>
        </w:rPr>
        <w:t xml:space="preserve">Did he have experienced himself of kind of psychiatric disability or or institutionalization? Do you know? </w:t>
      </w:r>
    </w:p>
    <w:p>
      <w:pPr>
        <w:spacing w:after="0"/>
      </w:pPr>
    </w:p>
    <w:p>
      <w:pPr>
        <w:spacing w:after="0"/>
      </w:pPr>
      <w:r>
        <w:rPr>
          <w:rFonts w:ascii="Arial" w:hAnsi="Arial"/>
          <w:b/>
          <w:sz w:val="22"/>
        </w:rPr>
        <w:t xml:space="preserve">Julia   </w:t>
      </w:r>
      <w:r>
        <w:rPr>
          <w:rFonts w:ascii="Arial" w:hAnsi="Arial"/>
          <w:color w:val="5D7284"/>
          <w:sz w:val="22"/>
        </w:rPr>
        <w:t>16:52</w:t>
      </w:r>
    </w:p>
    <w:p>
      <w:pPr>
        <w:spacing w:after="0"/>
      </w:pPr>
      <w:r>
        <w:rPr>
          <w:rFonts w:ascii="Arial" w:hAnsi="Arial"/>
          <w:sz w:val="22"/>
        </w:rPr>
        <w:t xml:space="preserve">Well I the inspiration for the book is from his working as a night aid in an Oregon psychiatric facility in the late 1950s and that was also the period when he began his relationship with psychoactive drugs. I am not 100% on the history of this, whether you know to what degree his experimentation was personal and to what degree it was official, but I also learned only recently that he was part of those MK Ultra experiments that were run by the CIA. So he was taking LSD and I think other psychoactive substances at the same period that he was working as a night aid in this psychiatric facility, really good idea, informed by, I mean, I think, you know, a big part of his attitude towards psychiatric disability is coming from this lens of, hey, you know, we all have this kind of loose grooviness inside of us where we have access to alternate realities, and this should definitely not be the determining factor of who gets locked up and who doesn't get get locked up, who gets labeled crazy and who is, you know, seen as sort of an ordinary, an ordinary citizen and you know, the, you know, even, even though the the story is intended as a as a metaphor, right? We're all supposed to be identifying with these psychiatric patients, regardless of our own psychiatric status, you know, we're all supposed to feel like this. This thing that Casey calls the combine, or that the narrator calls the combine, is pushing us down. Is that, you know, conventional expectations, or you know, are trying to regulate us and not be people. But the book is also definitely talking about psychiatric disability and representing psychiatric disability. </w:t>
      </w:r>
    </w:p>
    <w:p>
      <w:pPr>
        <w:spacing w:after="0"/>
      </w:pPr>
    </w:p>
    <w:p>
      <w:pPr>
        <w:spacing w:after="0"/>
      </w:pPr>
      <w:r>
        <w:rPr>
          <w:rFonts w:ascii="Arial" w:hAnsi="Arial"/>
          <w:b/>
          <w:sz w:val="22"/>
        </w:rPr>
        <w:t xml:space="preserve">Alice  </w:t>
      </w:r>
      <w:r>
        <w:rPr>
          <w:rFonts w:ascii="Arial" w:hAnsi="Arial"/>
          <w:color w:val="5D7284"/>
          <w:sz w:val="22"/>
        </w:rPr>
        <w:t>19:10</w:t>
      </w:r>
    </w:p>
    <w:p>
      <w:pPr>
        <w:spacing w:after="0"/>
      </w:pPr>
      <w:r>
        <w:rPr>
          <w:rFonts w:ascii="Arial" w:hAnsi="Arial"/>
          <w:sz w:val="22"/>
        </w:rPr>
        <w:t>It's really interesting that he chose to because I don't, I didn't remember whether it's not in the film or not. I didn't remember that he was a, a, you know, former prisoner,</w:t>
      </w:r>
    </w:p>
    <w:p>
      <w:pPr>
        <w:spacing w:after="0"/>
      </w:pPr>
    </w:p>
    <w:p>
      <w:pPr>
        <w:spacing w:after="0"/>
      </w:pPr>
      <w:r>
        <w:rPr>
          <w:rFonts w:ascii="Arial" w:hAnsi="Arial"/>
          <w:b/>
          <w:sz w:val="22"/>
        </w:rPr>
        <w:t xml:space="preserve">Julia   </w:t>
      </w:r>
      <w:r>
        <w:rPr>
          <w:rFonts w:ascii="Arial" w:hAnsi="Arial"/>
          <w:color w:val="5D7284"/>
          <w:sz w:val="22"/>
        </w:rPr>
        <w:t>19:21</w:t>
      </w:r>
    </w:p>
    <w:p>
      <w:pPr>
        <w:spacing w:after="0"/>
      </w:pPr>
      <w:r>
        <w:rPr>
          <w:rFonts w:ascii="Arial" w:hAnsi="Arial"/>
          <w:sz w:val="22"/>
        </w:rPr>
        <w:t>well, not a former prisoner, a current prisoner that's just sort of having a hiatus.</w:t>
      </w:r>
    </w:p>
    <w:p>
      <w:pPr>
        <w:spacing w:after="0"/>
      </w:pPr>
    </w:p>
    <w:p>
      <w:pPr>
        <w:spacing w:after="0"/>
      </w:pPr>
      <w:r>
        <w:rPr>
          <w:rFonts w:ascii="Arial" w:hAnsi="Arial"/>
          <w:b/>
          <w:sz w:val="22"/>
        </w:rPr>
        <w:t xml:space="preserve">Alice  </w:t>
      </w:r>
      <w:r>
        <w:rPr>
          <w:rFonts w:ascii="Arial" w:hAnsi="Arial"/>
          <w:color w:val="5D7284"/>
          <w:sz w:val="22"/>
        </w:rPr>
        <w:t>19:26</w:t>
      </w:r>
    </w:p>
    <w:p>
      <w:pPr>
        <w:spacing w:after="0"/>
      </w:pPr>
      <w:r>
        <w:rPr>
          <w:rFonts w:ascii="Arial" w:hAnsi="Arial"/>
          <w:sz w:val="22"/>
        </w:rPr>
        <w:t>I didn't remember that, and I think it's very interesting that he would choose to frame his exploration through the experience of somebody who is not, quote, unquote, sort of really mad they're there as a kind of, oh, this will be an easy ride.</w:t>
      </w:r>
    </w:p>
    <w:p>
      <w:pPr>
        <w:spacing w:after="0"/>
      </w:pPr>
    </w:p>
    <w:p>
      <w:pPr>
        <w:spacing w:after="0"/>
      </w:pPr>
      <w:r>
        <w:rPr>
          <w:rFonts w:ascii="Arial" w:hAnsi="Arial"/>
          <w:b/>
          <w:sz w:val="22"/>
        </w:rPr>
        <w:t xml:space="preserve">Lucy  </w:t>
      </w:r>
      <w:r>
        <w:rPr>
          <w:rFonts w:ascii="Arial" w:hAnsi="Arial"/>
          <w:color w:val="5D7284"/>
          <w:sz w:val="22"/>
        </w:rPr>
        <w:t>19:44</w:t>
      </w:r>
    </w:p>
    <w:p>
      <w:pPr>
        <w:spacing w:after="0"/>
      </w:pPr>
      <w:r>
        <w:rPr>
          <w:rFonts w:ascii="Arial" w:hAnsi="Arial"/>
          <w:sz w:val="22"/>
        </w:rPr>
        <w:t>And he's imagining like the worst, isn't it</w:t>
      </w:r>
    </w:p>
    <w:p>
      <w:pPr>
        <w:spacing w:after="0"/>
      </w:pPr>
    </w:p>
    <w:p>
      <w:pPr>
        <w:spacing w:after="0"/>
      </w:pPr>
      <w:r>
        <w:rPr>
          <w:rFonts w:ascii="Arial" w:hAnsi="Arial"/>
          <w:b/>
          <w:sz w:val="22"/>
        </w:rPr>
        <w:t xml:space="preserve">Julia   </w:t>
      </w:r>
      <w:r>
        <w:rPr>
          <w:rFonts w:ascii="Arial" w:hAnsi="Arial"/>
          <w:color w:val="5D7284"/>
          <w:sz w:val="22"/>
        </w:rPr>
        <w:t>19:48</w:t>
      </w:r>
    </w:p>
    <w:p>
      <w:pPr>
        <w:spacing w:after="0"/>
      </w:pPr>
      <w:r>
        <w:rPr>
          <w:rFonts w:ascii="Arial" w:hAnsi="Arial"/>
          <w:sz w:val="22"/>
        </w:rPr>
        <w:t xml:space="preserve"> no, no, no, I think that he, he comes in completely un threatened. You know, he, he comes in wanting to be identified as, as. Is somebody who's psychotic. And he comes in and he says, you know, what's the definition of psychotic anyway? It's really just somebody who fights too much and fucks too much, you know, I don't I, you know what's wrong with that? You know, it's just being, it's just being a regular person. But, you know, Kesey really, he really starts to parse out the way psychiatric disability and the labeling of people with psychiatric disabilities is entangled with the experience of criminality, how it's entangled with the experience of race and how it's entangled with queer identities. Also, you know that that all of these people are kind of there together and under the thumb of the big nurse who is representing, you know, everything official and everything totalitarian and Sorry, sorry. I feel like I'm sort of getting away from </w:t>
      </w:r>
    </w:p>
    <w:p>
      <w:pPr>
        <w:spacing w:after="0"/>
      </w:pPr>
    </w:p>
    <w:p>
      <w:pPr>
        <w:spacing w:after="0"/>
      </w:pPr>
      <w:r>
        <w:rPr>
          <w:rFonts w:ascii="Arial" w:hAnsi="Arial"/>
          <w:b/>
          <w:sz w:val="22"/>
        </w:rPr>
        <w:t xml:space="preserve">Alice  </w:t>
      </w:r>
      <w:r>
        <w:rPr>
          <w:rFonts w:ascii="Arial" w:hAnsi="Arial"/>
          <w:color w:val="5D7284"/>
          <w:sz w:val="22"/>
        </w:rPr>
        <w:t>21:10</w:t>
      </w:r>
    </w:p>
    <w:p>
      <w:pPr>
        <w:spacing w:after="0"/>
      </w:pPr>
      <w:r>
        <w:rPr>
          <w:rFonts w:ascii="Arial" w:hAnsi="Arial"/>
          <w:sz w:val="22"/>
        </w:rPr>
        <w:t xml:space="preserve">It's Okay </w:t>
      </w:r>
    </w:p>
    <w:p>
      <w:pPr>
        <w:spacing w:after="0"/>
      </w:pPr>
    </w:p>
    <w:p>
      <w:pPr>
        <w:spacing w:after="0"/>
      </w:pPr>
      <w:r>
        <w:rPr>
          <w:rFonts w:ascii="Arial" w:hAnsi="Arial"/>
          <w:b/>
          <w:sz w:val="22"/>
        </w:rPr>
        <w:t xml:space="preserve">Julia   </w:t>
      </w:r>
      <w:r>
        <w:rPr>
          <w:rFonts w:ascii="Arial" w:hAnsi="Arial"/>
          <w:color w:val="5D7284"/>
          <w:sz w:val="22"/>
        </w:rPr>
        <w:t>21:11</w:t>
      </w:r>
    </w:p>
    <w:p>
      <w:pPr>
        <w:spacing w:after="0"/>
      </w:pPr>
      <w:r>
        <w:rPr>
          <w:rFonts w:ascii="Arial" w:hAnsi="Arial"/>
          <w:sz w:val="22"/>
        </w:rPr>
        <w:t>from a central thread.</w:t>
      </w:r>
    </w:p>
    <w:p>
      <w:pPr>
        <w:spacing w:after="0"/>
      </w:pPr>
    </w:p>
    <w:p>
      <w:pPr>
        <w:spacing w:after="0"/>
      </w:pPr>
      <w:r>
        <w:rPr>
          <w:rFonts w:ascii="Arial" w:hAnsi="Arial"/>
          <w:b/>
          <w:sz w:val="22"/>
        </w:rPr>
        <w:t xml:space="preserve">Alice  </w:t>
      </w:r>
      <w:r>
        <w:rPr>
          <w:rFonts w:ascii="Arial" w:hAnsi="Arial"/>
          <w:color w:val="5D7284"/>
          <w:sz w:val="22"/>
        </w:rPr>
        <w:t>21:14</w:t>
      </w:r>
    </w:p>
    <w:p>
      <w:pPr>
        <w:spacing w:after="0"/>
      </w:pPr>
      <w:r>
        <w:rPr>
          <w:rFonts w:ascii="Arial" w:hAnsi="Arial"/>
          <w:sz w:val="22"/>
        </w:rPr>
        <w:t>So why don't you, for those of us who can't remember and haven't seen it, so you've given us a bit of an outline of of what happened, what the sort of the story is, but what happens to the character, kind of whilst he's in that, that institutional setting.</w:t>
      </w:r>
    </w:p>
    <w:p>
      <w:pPr>
        <w:spacing w:after="0"/>
      </w:pPr>
    </w:p>
    <w:p>
      <w:pPr>
        <w:spacing w:after="0"/>
      </w:pPr>
      <w:r>
        <w:rPr>
          <w:rFonts w:ascii="Arial" w:hAnsi="Arial"/>
          <w:b/>
          <w:sz w:val="22"/>
        </w:rPr>
        <w:t xml:space="preserve">Julia   </w:t>
      </w:r>
      <w:r>
        <w:rPr>
          <w:rFonts w:ascii="Arial" w:hAnsi="Arial"/>
          <w:color w:val="5D7284"/>
          <w:sz w:val="22"/>
        </w:rPr>
        <w:t>21:33</w:t>
      </w:r>
    </w:p>
    <w:p>
      <w:pPr>
        <w:spacing w:after="0"/>
      </w:pPr>
      <w:r>
        <w:rPr>
          <w:rFonts w:ascii="Arial" w:hAnsi="Arial"/>
          <w:sz w:val="22"/>
        </w:rPr>
        <w:t>as soon as he comes in, he sort of takes over the ward. The guys on the ward are so excited to have this, this exciting, interesting breath of fresh air, somebody who's not under the nurse's thumb. And he sets up a little gambling society and a game room, and he's lending all of this interest to these lives that had become very dull through, you know, routine, and they've just been these kind of mechanized lives. And he he sets up a bet that he's going to be able to get the get the big nurses go, that he's going to be able to make her lose control without losing control himself.</w:t>
      </w:r>
    </w:p>
    <w:p>
      <w:pPr>
        <w:spacing w:after="0"/>
      </w:pPr>
    </w:p>
    <w:p>
      <w:pPr>
        <w:spacing w:after="0"/>
      </w:pPr>
      <w:r>
        <w:rPr>
          <w:rFonts w:ascii="Arial" w:hAnsi="Arial"/>
          <w:b/>
          <w:sz w:val="22"/>
        </w:rPr>
        <w:t xml:space="preserve">Alice  </w:t>
      </w:r>
      <w:r>
        <w:rPr>
          <w:rFonts w:ascii="Arial" w:hAnsi="Arial"/>
          <w:color w:val="5D7284"/>
          <w:sz w:val="22"/>
        </w:rPr>
        <w:t>22:32</w:t>
      </w:r>
    </w:p>
    <w:p>
      <w:pPr>
        <w:spacing w:after="0"/>
      </w:pPr>
      <w:r>
        <w:rPr>
          <w:rFonts w:ascii="Arial" w:hAnsi="Arial"/>
          <w:sz w:val="22"/>
        </w:rPr>
        <w:t xml:space="preserve">She's very button down, isn't she? She's very, you know, exactly that kind of, you know, in control of her emotions, because that's how she stays in control of the of her patients. </w:t>
      </w:r>
    </w:p>
    <w:p>
      <w:pPr>
        <w:spacing w:after="0"/>
      </w:pPr>
    </w:p>
    <w:p>
      <w:pPr>
        <w:spacing w:after="0"/>
      </w:pPr>
      <w:r>
        <w:rPr>
          <w:rFonts w:ascii="Arial" w:hAnsi="Arial"/>
          <w:b/>
          <w:sz w:val="22"/>
        </w:rPr>
        <w:t xml:space="preserve">Julia   </w:t>
      </w:r>
      <w:r>
        <w:rPr>
          <w:rFonts w:ascii="Arial" w:hAnsi="Arial"/>
          <w:color w:val="5D7284"/>
          <w:sz w:val="22"/>
        </w:rPr>
        <w:t>22:43</w:t>
      </w:r>
    </w:p>
    <w:p>
      <w:pPr>
        <w:spacing w:after="0"/>
      </w:pPr>
      <w:r>
        <w:rPr>
          <w:rFonts w:ascii="Arial" w:hAnsi="Arial"/>
          <w:sz w:val="22"/>
        </w:rPr>
        <w:t>Yeah I promised that I wasn't going to read aloud too much. But there is this bit right at the very beginning that talks about the the nurses are represent as a representative of the combine, so the a combine is a harvesting machine that you know, as it harvests, it's sort of eating up living things and turning them into produce. And Casey writes, The Big nurse, tends to get real put out if something keeps her outfit from running like a smooth, accurate, precision, made machine. The slightest thing messy or out of kilter or in the way, ties her into a little white knot of tight, smiled fury, and she works with one eye to adjusting the outside world too, working alongside others like her, who I call the combine, which is a huge organization that aims to adjust the outside as well as she has the inside. So</w:t>
      </w:r>
    </w:p>
    <w:p>
      <w:pPr>
        <w:spacing w:after="0"/>
      </w:pPr>
    </w:p>
    <w:p>
      <w:pPr>
        <w:spacing w:after="0"/>
      </w:pPr>
      <w:r>
        <w:rPr>
          <w:rFonts w:ascii="Arial" w:hAnsi="Arial"/>
          <w:b/>
          <w:sz w:val="22"/>
        </w:rPr>
        <w:t xml:space="preserve">Alice  </w:t>
      </w:r>
      <w:r>
        <w:rPr>
          <w:rFonts w:ascii="Arial" w:hAnsi="Arial"/>
          <w:color w:val="5D7284"/>
          <w:sz w:val="22"/>
        </w:rPr>
        <w:t>23:50</w:t>
      </w:r>
    </w:p>
    <w:p>
      <w:pPr>
        <w:spacing w:after="0"/>
      </w:pPr>
      <w:r>
        <w:rPr>
          <w:rFonts w:ascii="Arial" w:hAnsi="Arial"/>
          <w:sz w:val="22"/>
        </w:rPr>
        <w:t>and that tight smiled Fury is exactly what I think you see in that I don't remember the actor's name, but the person who plays, yeah, the nurse in the film, it is that exact type that it's it's terrifying. It's a bit really performance, yeah, can tie such intense emotions down behind that, that smile,</w:t>
      </w:r>
    </w:p>
    <w:p>
      <w:pPr>
        <w:spacing w:after="0"/>
      </w:pPr>
    </w:p>
    <w:p>
      <w:pPr>
        <w:spacing w:after="0"/>
      </w:pPr>
      <w:r>
        <w:rPr>
          <w:rFonts w:ascii="Arial" w:hAnsi="Arial"/>
          <w:b/>
          <w:sz w:val="22"/>
        </w:rPr>
        <w:t xml:space="preserve">Lucy  </w:t>
      </w:r>
      <w:r>
        <w:rPr>
          <w:rFonts w:ascii="Arial" w:hAnsi="Arial"/>
          <w:color w:val="5D7284"/>
          <w:sz w:val="22"/>
        </w:rPr>
        <w:t>24:12</w:t>
      </w:r>
    </w:p>
    <w:p>
      <w:pPr>
        <w:spacing w:after="0"/>
      </w:pPr>
      <w:r>
        <w:rPr>
          <w:rFonts w:ascii="Arial" w:hAnsi="Arial"/>
          <w:sz w:val="22"/>
        </w:rPr>
        <w:t>yeah, it's kind of bit unnerving, isn't it? Yeah, what I got when I watch ratchet, when you when you kind of realize that the you know, something's a for. It's that unnervingness of she's showing no emotion here at all. Yeah, you know that what is going on is something that is going to cause an emotion. Well, it would be natural to cause an emotion. And she's just like a robot, almost.</w:t>
      </w:r>
    </w:p>
    <w:p>
      <w:pPr>
        <w:spacing w:after="0"/>
      </w:pPr>
    </w:p>
    <w:p>
      <w:pPr>
        <w:spacing w:after="0"/>
      </w:pPr>
      <w:r>
        <w:rPr>
          <w:rFonts w:ascii="Arial" w:hAnsi="Arial"/>
          <w:b/>
          <w:sz w:val="22"/>
        </w:rPr>
        <w:t xml:space="preserve">Alice  </w:t>
      </w:r>
      <w:r>
        <w:rPr>
          <w:rFonts w:ascii="Arial" w:hAnsi="Arial"/>
          <w:color w:val="5D7284"/>
          <w:sz w:val="22"/>
        </w:rPr>
        <w:t>24:37</w:t>
      </w:r>
    </w:p>
    <w:p>
      <w:pPr>
        <w:spacing w:after="0"/>
      </w:pPr>
      <w:r>
        <w:rPr>
          <w:rFonts w:ascii="Arial" w:hAnsi="Arial"/>
          <w:sz w:val="22"/>
        </w:rPr>
        <w:t xml:space="preserve">It's the sort of thing you attribute to, like a serial killer, isn't it? </w:t>
      </w:r>
    </w:p>
    <w:p>
      <w:pPr>
        <w:spacing w:after="0"/>
      </w:pPr>
    </w:p>
    <w:p>
      <w:pPr>
        <w:spacing w:after="0"/>
      </w:pPr>
      <w:r>
        <w:rPr>
          <w:rFonts w:ascii="Arial" w:hAnsi="Arial"/>
          <w:b/>
          <w:sz w:val="22"/>
        </w:rPr>
        <w:t xml:space="preserve">Lucy  </w:t>
      </w:r>
      <w:r>
        <w:rPr>
          <w:rFonts w:ascii="Arial" w:hAnsi="Arial"/>
          <w:color w:val="5D7284"/>
          <w:sz w:val="22"/>
        </w:rPr>
        <w:t>24:40</w:t>
      </w:r>
    </w:p>
    <w:p>
      <w:pPr>
        <w:spacing w:after="0"/>
      </w:pPr>
      <w:r>
        <w:rPr>
          <w:rFonts w:ascii="Arial" w:hAnsi="Arial"/>
          <w:sz w:val="22"/>
        </w:rPr>
        <w:t>Yeah exactly that. I think that's it starts the, you know, the tail off on an uneasy foot, isn't it, really and I think that's what maybe the author wanted throughout the book, to make the reader feel uneasy throughout the whole tale. Maybe. Yeah,</w:t>
      </w:r>
    </w:p>
    <w:p>
      <w:pPr>
        <w:spacing w:after="0"/>
      </w:pPr>
    </w:p>
    <w:p>
      <w:pPr>
        <w:spacing w:after="0"/>
      </w:pPr>
      <w:r>
        <w:rPr>
          <w:rFonts w:ascii="Arial" w:hAnsi="Arial"/>
          <w:b/>
          <w:sz w:val="22"/>
        </w:rPr>
        <w:t xml:space="preserve">Julia   </w:t>
      </w:r>
      <w:r>
        <w:rPr>
          <w:rFonts w:ascii="Arial" w:hAnsi="Arial"/>
          <w:color w:val="5D7284"/>
          <w:sz w:val="22"/>
        </w:rPr>
        <w:t>25:00</w:t>
      </w:r>
    </w:p>
    <w:p>
      <w:pPr>
        <w:spacing w:after="0"/>
      </w:pPr>
      <w:r>
        <w:rPr>
          <w:rFonts w:ascii="Arial" w:hAnsi="Arial"/>
          <w:sz w:val="22"/>
        </w:rPr>
        <w:t>so I'm actually glad that you bring this up, Lucy, because you know, one of the big differences that I wanted to talk about between the book and the film is that, in the film, McMurphy is so clearly the hero, you know, this, this, this larger than life figure. You know, who does, you know, does the whole action of the book, you know, he's, he's, he's, so he's such an agent, the two big things that he does to to sort of get the nurse is there's one point when he they're not allowed to watch the World Series, and he sits down in front of the television where she's refusing to put on the World Series, and he pretends that the game is there, and his enthusiasm for the pretend game draws all of the other patients around until they're sitting there watching this blank TV, pretending To watch a game, having all of this, you know, raucous enjoyment. And she is, she just loses it. She is so infuriated by the fact that she's not controlling them. And then there's, there's a second episode where he takes the men out on a fishing trip that's, you know, very successful, where they they really are infused with a kind of new life and new confidence. And, you know, there are other things that happen along the way where it's clearly a contest between between the two of them. But in the book, The whole story is narrated by a Native American character who is the first one to see McMurphy come on to the ward, and he is also ultimately the one who performs a mercy killing on MC Murphy and then himself escapes from the asylum. So what we think of as the story of MC Murphy is really the story of this guy, bromden. His last name is bromden. And he, I don't think he's ever identified by a first name they in the in the book, the short hand is Chief bromden. And, you know, I feel a little uncomfortable using that designation, even though that is the way he is identified in the book. And the bromden is himself, somebody with a very serious psychiatric disability. He is experiencing hallucinations while he is narrating the story. So there are whole chunks of the book, where, where we are. You know, the readers are brought into the experience of what he's hallucinating, and he's aware of the fact that he's not necessarily experiencing the same version of reality as other people, but he is, nevertheless bringing the reader into his experience to such an extent that we come to trust his understanding of what happens, you know. He says it's the truth, even if it didn't really happen, you know? So he's, he's seeing a kind of reality in his hallucinations that people that non disabled people aren't privy to. You know, he has access to another, to another level of truth, because he hasn't been worked on the way most people have been worked on. He's not under the control of these other people. And, you know, I think that Casey does just an amazing job of showing how racism and, you know, other forms of oppression, not only create the label of psychiatric disability, but create disability itself. You. There's a piece that he talks about in the book that bromden talks about in the book he's in the book he's identified as as deaf mute. I realize we don't use that terminology exactly, but, you know, it's, it's fabled. He so</w:t>
      </w:r>
    </w:p>
    <w:p>
      <w:pPr>
        <w:spacing w:after="0"/>
      </w:pPr>
    </w:p>
    <w:p>
      <w:pPr>
        <w:spacing w:after="0"/>
      </w:pPr>
      <w:r>
        <w:rPr>
          <w:rFonts w:ascii="Arial" w:hAnsi="Arial"/>
          <w:b/>
          <w:sz w:val="22"/>
        </w:rPr>
        <w:t xml:space="preserve">Alice  </w:t>
      </w:r>
      <w:r>
        <w:rPr>
          <w:rFonts w:ascii="Arial" w:hAnsi="Arial"/>
          <w:color w:val="5D7284"/>
          <w:sz w:val="22"/>
        </w:rPr>
        <w:t>29:49</w:t>
      </w:r>
    </w:p>
    <w:p>
      <w:pPr>
        <w:spacing w:after="0"/>
      </w:pPr>
      <w:r>
        <w:rPr>
          <w:rFonts w:ascii="Arial" w:hAnsi="Arial"/>
          <w:sz w:val="22"/>
        </w:rPr>
        <w:t>he doesn't speak in the film until right at the very, very end. I believe he, he says something. He's, you know, he has a line.</w:t>
      </w:r>
    </w:p>
    <w:p>
      <w:pPr>
        <w:spacing w:after="0"/>
      </w:pPr>
    </w:p>
    <w:p>
      <w:pPr>
        <w:spacing w:after="0"/>
      </w:pPr>
      <w:r>
        <w:rPr>
          <w:rFonts w:ascii="Arial" w:hAnsi="Arial"/>
          <w:b/>
          <w:sz w:val="22"/>
        </w:rPr>
        <w:t xml:space="preserve">Julia   </w:t>
      </w:r>
      <w:r>
        <w:rPr>
          <w:rFonts w:ascii="Arial" w:hAnsi="Arial"/>
          <w:color w:val="5D7284"/>
          <w:sz w:val="22"/>
        </w:rPr>
        <w:t>29:58</w:t>
      </w:r>
    </w:p>
    <w:p>
      <w:pPr>
        <w:spacing w:after="0"/>
      </w:pPr>
      <w:r>
        <w:rPr>
          <w:rFonts w:ascii="Arial" w:hAnsi="Arial"/>
          <w:sz w:val="22"/>
        </w:rPr>
        <w:t xml:space="preserve">Yeah, in the film, there's. There's a dramatic moment where he he it first becomes evident that he can speak. There he and McMurphy are about to under go ECT, electroconvulsive therapy, which at the time was a very different experience, and was called electric shock therapy, and was also in the late 50s, often meted out as a punishment. You know, it's supposed to be therapeutic, but it was used as a tool. It was often used as a tool of control or as a threat. And the two of them have been, have been sent to the electric shock room for you know, as a kind of punishment. And McMurphy offers bromden A stick of gum, and bromden says, Thanks, and that's how it's revealed that he actually can speak, and that in the in the book is there's a slightly different version where an aide comes in in the night and is scraping the dried, used gum from underneath bromden's bed. And bromden, you know, that's his treasure. He doesn't have any money. He doesn't have any way of getting any more gum. The one pleasure that he has is this gum that he keeps under his bed and Chews and re Chews and softens and re chews again and again. And you know, his stash of gum is now being taken away, and he can't show that he hears what's going on, because then it will be evident to everybody that he can hear, and he's worried about what will happen to him, because of all the things that they will then know that he's heard. But MC Murphy, in that quiet moment in the dorm, lets him know, oh, you know, the aid is coming back and and, you know, bromden has some physical reaction, and, and MC Murphy says, you know, that's, that's, that's interesting the way you, you know, you kind of went on alert like that. And then the two of them have this long conversation into the night. And one of the things that bromden talks about is how he became deaf and dumb. That's, you know, the terminology that he uses. And he becomes, you know, he, he loses his ability to speak and to hear, because, as a child, as a as a Native American child. White people come up to the the land where he's living with his family, and are talking in all of these disparaging ways about, you know, how dirty it is, and how disgusting, and, oh, these people living this way, and he's taking all of this in as a child, and you know, he he is thinking about how ashamed these people are going to be of themselves, when he speaks up and tells them how wrong they are, and he stands up to them as a child and says, Actually, you know, our Adobe homes are a lot cleaner and have better, you know, better temperature control than your houses in town. And he stands up for his way of life, and the people respond as though he didn't exist at all. And he talks about that being the beginning of just disappearing. And you know, it's really interesting that deafness and psychiatric disability and racial oppression are all tied together in creating disability here. </w:t>
      </w:r>
    </w:p>
    <w:p>
      <w:pPr>
        <w:spacing w:after="0"/>
      </w:pPr>
    </w:p>
    <w:p>
      <w:pPr>
        <w:spacing w:after="0"/>
      </w:pPr>
      <w:r>
        <w:rPr>
          <w:rFonts w:ascii="Arial" w:hAnsi="Arial"/>
          <w:b/>
          <w:sz w:val="22"/>
        </w:rPr>
        <w:t xml:space="preserve">Alice  </w:t>
      </w:r>
      <w:r>
        <w:rPr>
          <w:rFonts w:ascii="Arial" w:hAnsi="Arial"/>
          <w:color w:val="5D7284"/>
          <w:sz w:val="22"/>
        </w:rPr>
        <w:t>33:58</w:t>
      </w:r>
    </w:p>
    <w:p>
      <w:pPr>
        <w:spacing w:after="0"/>
      </w:pPr>
      <w:r>
        <w:rPr>
          <w:rFonts w:ascii="Arial" w:hAnsi="Arial"/>
          <w:sz w:val="22"/>
        </w:rPr>
        <w:t>I was just going to say that it feels really like, sorry Dora, get out from under the desk. Come, come, ridiculous dog. She wants to be as physically close to me as possible, so she has to sit between my knees. It, it's, it really is that kind of the erasure of of people, you know, a different, disabled, unwell, you know, visually different experiences in that kind of just, just don't look at it, just don't talk about it. And I think that that's one of the things that's it's it almost, sort of feels as though, you know, the the nurse ratchet character in her by keeping everybody silent and in, you know, controlling everybody and and what they do and what they they say, you know, it's, it's almost kind of, it's the. A continuation of that. It's you know, you're, you're in a position now where you're, you're locked up so you're erased from society because they can't see you, because you're behind this locked door. But I'm not even gonna let you have a voice in this space. Yeah, I'm gonna, I'm gonna,</w:t>
      </w:r>
    </w:p>
    <w:p>
      <w:pPr>
        <w:spacing w:after="0"/>
      </w:pPr>
    </w:p>
    <w:p>
      <w:pPr>
        <w:spacing w:after="0"/>
      </w:pPr>
      <w:r>
        <w:rPr>
          <w:rFonts w:ascii="Arial" w:hAnsi="Arial"/>
          <w:b/>
          <w:sz w:val="22"/>
        </w:rPr>
        <w:t xml:space="preserve">Lucy  </w:t>
      </w:r>
      <w:r>
        <w:rPr>
          <w:rFonts w:ascii="Arial" w:hAnsi="Arial"/>
          <w:color w:val="5D7284"/>
          <w:sz w:val="22"/>
        </w:rPr>
        <w:t>35:18</w:t>
      </w:r>
    </w:p>
    <w:p>
      <w:pPr>
        <w:spacing w:after="0"/>
      </w:pPr>
      <w:r>
        <w:rPr>
          <w:rFonts w:ascii="Arial" w:hAnsi="Arial"/>
          <w:sz w:val="22"/>
        </w:rPr>
        <w:t xml:space="preserve">I'm cleaning up society </w:t>
      </w:r>
    </w:p>
    <w:p>
      <w:pPr>
        <w:spacing w:after="0"/>
      </w:pPr>
    </w:p>
    <w:p>
      <w:pPr>
        <w:spacing w:after="0"/>
      </w:pPr>
      <w:r>
        <w:rPr>
          <w:rFonts w:ascii="Arial" w:hAnsi="Arial"/>
          <w:b/>
          <w:sz w:val="22"/>
        </w:rPr>
        <w:t xml:space="preserve">Alice  </w:t>
      </w:r>
      <w:r>
        <w:rPr>
          <w:rFonts w:ascii="Arial" w:hAnsi="Arial"/>
          <w:color w:val="5D7284"/>
          <w:sz w:val="22"/>
        </w:rPr>
        <w:t>35:20</w:t>
      </w:r>
    </w:p>
    <w:p>
      <w:pPr>
        <w:spacing w:after="0"/>
      </w:pPr>
      <w:r>
        <w:rPr>
          <w:rFonts w:ascii="Arial" w:hAnsi="Arial"/>
          <w:sz w:val="22"/>
        </w:rPr>
        <w:t xml:space="preserve">Absolutely, absolutely. </w:t>
      </w:r>
    </w:p>
    <w:p>
      <w:pPr>
        <w:spacing w:after="0"/>
      </w:pPr>
    </w:p>
    <w:p>
      <w:pPr>
        <w:spacing w:after="0"/>
      </w:pPr>
      <w:r>
        <w:rPr>
          <w:rFonts w:ascii="Arial" w:hAnsi="Arial"/>
          <w:b/>
          <w:sz w:val="22"/>
        </w:rPr>
        <w:t xml:space="preserve">Lucy  </w:t>
      </w:r>
      <w:r>
        <w:rPr>
          <w:rFonts w:ascii="Arial" w:hAnsi="Arial"/>
          <w:color w:val="5D7284"/>
          <w:sz w:val="22"/>
        </w:rPr>
        <w:t>35:22</w:t>
      </w:r>
    </w:p>
    <w:p>
      <w:pPr>
        <w:spacing w:after="0"/>
      </w:pPr>
      <w:r>
        <w:rPr>
          <w:rFonts w:ascii="Arial" w:hAnsi="Arial"/>
          <w:sz w:val="22"/>
        </w:rPr>
        <w:t>It just you're in your place. You know what you say doesn't really matter at all. You don't. You know you don't have a right to exist, almost, isn't it? Is that, like keeping the status quo?</w:t>
      </w:r>
    </w:p>
    <w:p>
      <w:pPr>
        <w:spacing w:after="0"/>
      </w:pPr>
    </w:p>
    <w:p>
      <w:pPr>
        <w:spacing w:after="0"/>
      </w:pPr>
      <w:r>
        <w:rPr>
          <w:rFonts w:ascii="Arial" w:hAnsi="Arial"/>
          <w:b/>
          <w:sz w:val="22"/>
        </w:rPr>
        <w:t xml:space="preserve">Julia   </w:t>
      </w:r>
      <w:r>
        <w:rPr>
          <w:rFonts w:ascii="Arial" w:hAnsi="Arial"/>
          <w:color w:val="5D7284"/>
          <w:sz w:val="22"/>
        </w:rPr>
        <w:t>35:36</w:t>
      </w:r>
    </w:p>
    <w:p>
      <w:pPr>
        <w:spacing w:after="0"/>
      </w:pPr>
      <w:r>
        <w:rPr>
          <w:rFonts w:ascii="Arial" w:hAnsi="Arial"/>
          <w:sz w:val="22"/>
        </w:rPr>
        <w:t>It's one of the interesting things about the book, and one of the prime sites of tension is actually that most of the people who are in the story are not committed. They're they're there in the psychiatric hospital as voluntary patients. But you know, Casey is suggesting that there's a kind of social coercion that, you know everybody who's there, you know, MC Murphy is saying, you guys, there's nothing wrong with you, go out into the world and live the way you are. But the reason that they're there, the reason that they've committed themselves, is because, or the reason that they've that they've taken up residence in the psychiatric facility is because they are so hyper conscious of their own irregularity. So there's there's a young man who has a speech impairment. There are two people who have some kind of seizure disorder. There's a man who is, you know, obviously gay, and you know, the the people who he's hanging out and playing cards with and connecting with in a social way in this environment are are all people who feel, you know, unable to live their lives on the outside. And the nurse is, is taking advantage of the kind of insecurity that they feel.</w:t>
      </w:r>
    </w:p>
    <w:p>
      <w:pPr>
        <w:spacing w:after="0"/>
      </w:pPr>
    </w:p>
    <w:p>
      <w:pPr>
        <w:spacing w:after="0"/>
      </w:pPr>
      <w:r>
        <w:rPr>
          <w:rFonts w:ascii="Arial" w:hAnsi="Arial"/>
          <w:b/>
          <w:sz w:val="22"/>
        </w:rPr>
        <w:t xml:space="preserve">Lucy  </w:t>
      </w:r>
      <w:r>
        <w:rPr>
          <w:rFonts w:ascii="Arial" w:hAnsi="Arial"/>
          <w:color w:val="5D7284"/>
          <w:sz w:val="22"/>
        </w:rPr>
        <w:t>37:28</w:t>
      </w:r>
    </w:p>
    <w:p>
      <w:pPr>
        <w:spacing w:after="0"/>
      </w:pPr>
      <w:r>
        <w:rPr>
          <w:rFonts w:ascii="Arial" w:hAnsi="Arial"/>
          <w:sz w:val="22"/>
        </w:rPr>
        <w:t>Yeah, they're low self esteem, almost. And is, you know, that ability to, well, all right, I might as well, you know, commit myself to one of these facilities kind of thing</w:t>
      </w:r>
    </w:p>
    <w:p>
      <w:pPr>
        <w:spacing w:after="0"/>
      </w:pPr>
    </w:p>
    <w:p>
      <w:pPr>
        <w:spacing w:after="0"/>
      </w:pPr>
      <w:r>
        <w:rPr>
          <w:rFonts w:ascii="Arial" w:hAnsi="Arial"/>
          <w:b/>
          <w:sz w:val="22"/>
        </w:rPr>
        <w:t xml:space="preserve">Alice  </w:t>
      </w:r>
      <w:r>
        <w:rPr>
          <w:rFonts w:ascii="Arial" w:hAnsi="Arial"/>
          <w:color w:val="5D7284"/>
          <w:sz w:val="22"/>
        </w:rPr>
        <w:t>37:38</w:t>
      </w:r>
    </w:p>
    <w:p>
      <w:pPr>
        <w:spacing w:after="0"/>
      </w:pPr>
      <w:r>
        <w:rPr>
          <w:rFonts w:ascii="Arial" w:hAnsi="Arial"/>
          <w:sz w:val="22"/>
        </w:rPr>
        <w:t>well, and it's, it's interesting, though, I don't know about you, Lucy, but I've certainly made the decision in the past that I don't want to go to a thing, I don't want to spend time in a place, because I don't want to be the blind girl in the place,</w:t>
      </w:r>
    </w:p>
    <w:p>
      <w:pPr>
        <w:spacing w:after="0"/>
      </w:pPr>
    </w:p>
    <w:p>
      <w:pPr>
        <w:spacing w:after="0"/>
      </w:pPr>
      <w:r>
        <w:rPr>
          <w:rFonts w:ascii="Arial" w:hAnsi="Arial"/>
          <w:b/>
          <w:sz w:val="22"/>
        </w:rPr>
        <w:t xml:space="preserve">Lucy  </w:t>
      </w:r>
      <w:r>
        <w:rPr>
          <w:rFonts w:ascii="Arial" w:hAnsi="Arial"/>
          <w:color w:val="5D7284"/>
          <w:sz w:val="22"/>
        </w:rPr>
        <w:t>37:54</w:t>
      </w:r>
    </w:p>
    <w:p>
      <w:pPr>
        <w:spacing w:after="0"/>
      </w:pPr>
      <w:r>
        <w:rPr>
          <w:rFonts w:ascii="Arial" w:hAnsi="Arial"/>
          <w:sz w:val="22"/>
        </w:rPr>
        <w:t>I think as well, even you know now, I have sometimes talked myself out of maybe going for a job opportunity, or, you know, going on, going out and doing such and such, because I don't want to feel like that outsider, almost, you know, almost, sort of scared of my own possibilities. You know, to me, like</w:t>
      </w:r>
    </w:p>
    <w:p>
      <w:pPr>
        <w:spacing w:after="0"/>
      </w:pPr>
    </w:p>
    <w:p>
      <w:pPr>
        <w:spacing w:after="0"/>
      </w:pPr>
      <w:r>
        <w:rPr>
          <w:rFonts w:ascii="Arial" w:hAnsi="Arial"/>
          <w:b/>
          <w:sz w:val="22"/>
        </w:rPr>
        <w:t xml:space="preserve">Alice  </w:t>
      </w:r>
      <w:r>
        <w:rPr>
          <w:rFonts w:ascii="Arial" w:hAnsi="Arial"/>
          <w:color w:val="5D7284"/>
          <w:sz w:val="22"/>
        </w:rPr>
        <w:t>38:19</w:t>
      </w:r>
    </w:p>
    <w:p>
      <w:pPr>
        <w:spacing w:after="0"/>
      </w:pPr>
      <w:r>
        <w:rPr>
          <w:rFonts w:ascii="Arial" w:hAnsi="Arial"/>
          <w:sz w:val="22"/>
        </w:rPr>
        <w:t xml:space="preserve">that idea of of going, I'm going to volunteer myself to go somewhere because of that, that social coercion that really resonates for me. I think it's that kind of, it's you know, because it's you know, you saying that you're, you're deciding not to go for things, and not, you know, not wanting to go to places. And my experience of that as well. But it comes from inside. But it comes from inside, but it comes from inside because it comes from outside, yeah, and it's, I mean, it's, it's that, it's the, you know, the internalized ableism thing, isn't it? You know, we, we develop this internalized ableism because the whole world tells you you're, you know, you're not right, and you're not good, and you're, you know, you're a problem. </w:t>
      </w:r>
    </w:p>
    <w:p>
      <w:pPr>
        <w:spacing w:after="0"/>
      </w:pPr>
    </w:p>
    <w:p>
      <w:pPr>
        <w:spacing w:after="0"/>
      </w:pPr>
      <w:r>
        <w:rPr>
          <w:rFonts w:ascii="Arial" w:hAnsi="Arial"/>
          <w:b/>
          <w:sz w:val="22"/>
        </w:rPr>
        <w:t xml:space="preserve">Lucy  </w:t>
      </w:r>
      <w:r>
        <w:rPr>
          <w:rFonts w:ascii="Arial" w:hAnsi="Arial"/>
          <w:color w:val="5D7284"/>
          <w:sz w:val="22"/>
        </w:rPr>
        <w:t>38:57</w:t>
      </w:r>
    </w:p>
    <w:p>
      <w:pPr>
        <w:spacing w:after="0"/>
      </w:pPr>
      <w:r>
        <w:rPr>
          <w:rFonts w:ascii="Arial" w:hAnsi="Arial"/>
          <w:sz w:val="22"/>
        </w:rPr>
        <w:t xml:space="preserve">That's exactly what it is. And I think being able to surround yourself with people that go, come on, we're going, whether you know whether you want to or not. You're you're going to, you're going to go, because I know you're going to enjoy this, I think, is the one way round of sort of pushing yourself out of that comfort zone, knowing that you've got a support system around you that when you are feeling a bit unsteady or or or unsure of yourself, because I feel unsure of myself all of the time. Unless you know this, yes, how many times have you told me? </w:t>
      </w:r>
    </w:p>
    <w:p>
      <w:pPr>
        <w:spacing w:after="0"/>
      </w:pPr>
    </w:p>
    <w:p>
      <w:pPr>
        <w:spacing w:after="0"/>
      </w:pPr>
      <w:r>
        <w:rPr>
          <w:rFonts w:ascii="Arial" w:hAnsi="Arial"/>
          <w:b/>
          <w:sz w:val="22"/>
        </w:rPr>
        <w:t xml:space="preserve">Alice  </w:t>
      </w:r>
      <w:r>
        <w:rPr>
          <w:rFonts w:ascii="Arial" w:hAnsi="Arial"/>
          <w:color w:val="5D7284"/>
          <w:sz w:val="22"/>
        </w:rPr>
        <w:t>39:28</w:t>
      </w:r>
    </w:p>
    <w:p>
      <w:pPr>
        <w:spacing w:after="0"/>
      </w:pPr>
      <w:r>
        <w:rPr>
          <w:rFonts w:ascii="Arial" w:hAnsi="Arial"/>
          <w:sz w:val="22"/>
        </w:rPr>
        <w:t xml:space="preserve"> can confirm</w:t>
      </w:r>
    </w:p>
    <w:p>
      <w:pPr>
        <w:spacing w:after="0"/>
      </w:pPr>
    </w:p>
    <w:p>
      <w:pPr>
        <w:spacing w:after="0"/>
      </w:pPr>
      <w:r>
        <w:rPr>
          <w:rFonts w:ascii="Arial" w:hAnsi="Arial"/>
          <w:b/>
          <w:sz w:val="22"/>
        </w:rPr>
        <w:t xml:space="preserve">Julia   </w:t>
      </w:r>
      <w:r>
        <w:rPr>
          <w:rFonts w:ascii="Arial" w:hAnsi="Arial"/>
          <w:color w:val="5D7284"/>
          <w:sz w:val="22"/>
        </w:rPr>
        <w:t>39:32</w:t>
      </w:r>
    </w:p>
    <w:p>
      <w:pPr>
        <w:spacing w:after="0"/>
      </w:pPr>
      <w:r>
        <w:rPr>
          <w:rFonts w:ascii="Arial" w:hAnsi="Arial"/>
          <w:sz w:val="22"/>
        </w:rPr>
        <w:t>So I actually want to share another bit from cases book. Is this allowed?</w:t>
      </w:r>
    </w:p>
    <w:p>
      <w:pPr>
        <w:spacing w:after="0"/>
      </w:pPr>
    </w:p>
    <w:p>
      <w:pPr>
        <w:spacing w:after="0"/>
      </w:pPr>
      <w:r>
        <w:rPr>
          <w:rFonts w:ascii="Arial" w:hAnsi="Arial"/>
          <w:b/>
          <w:sz w:val="22"/>
        </w:rPr>
        <w:t xml:space="preserve">Alice  </w:t>
      </w:r>
      <w:r>
        <w:rPr>
          <w:rFonts w:ascii="Arial" w:hAnsi="Arial"/>
          <w:color w:val="5D7284"/>
          <w:sz w:val="22"/>
        </w:rPr>
        <w:t>39:37</w:t>
      </w:r>
    </w:p>
    <w:p>
      <w:pPr>
        <w:spacing w:after="0"/>
      </w:pPr>
      <w:r>
        <w:rPr>
          <w:rFonts w:ascii="Arial" w:hAnsi="Arial"/>
          <w:sz w:val="22"/>
        </w:rPr>
        <w:t xml:space="preserve">Yes. Go on </w:t>
      </w:r>
    </w:p>
    <w:p>
      <w:pPr>
        <w:spacing w:after="0"/>
      </w:pPr>
    </w:p>
    <w:p>
      <w:pPr>
        <w:spacing w:after="0"/>
      </w:pPr>
      <w:r>
        <w:rPr>
          <w:rFonts w:ascii="Arial" w:hAnsi="Arial"/>
          <w:b/>
          <w:sz w:val="22"/>
        </w:rPr>
        <w:t xml:space="preserve">Julia   </w:t>
      </w:r>
      <w:r>
        <w:rPr>
          <w:rFonts w:ascii="Arial" w:hAnsi="Arial"/>
          <w:color w:val="5D7284"/>
          <w:sz w:val="22"/>
        </w:rPr>
        <w:t>39:38</w:t>
      </w:r>
    </w:p>
    <w:p>
      <w:pPr>
        <w:spacing w:after="0"/>
      </w:pPr>
      <w:r>
        <w:rPr>
          <w:rFonts w:ascii="Arial" w:hAnsi="Arial"/>
          <w:sz w:val="22"/>
        </w:rPr>
        <w:t>so Harding, who is the person who kind of has the most going on? He's the he's the best educated he, you know, he's the he's the most on top of things on the board. He's, he's identified in the beginning of the book as the the bull goose. Loony of the of the asylum, and toward the end of the book, when it looks as though McMurphy is actually going to be escaping from the asylum and everything is going to have a happy ending before he is, spoiler alert, lobotomized by the big nurse and then put out of his lobotomized misery by a pillow over the face from bromden. You know, there is this, there is this height of Hope near the end of the book, where there's a big party, a big illicit party on the ward at night before bromden and MC Murphy are going to leave the ward and take off and do something better and Harding, who is this, this bull goose, loony character, but who's also gay, is explaining how he wound up in the ward to begin with, and he says for myself, guilt, shame, fear, self, belittle. Meant, right? This is what you're talking about. Lucy, I discovered at an early age that I was, shall we be kind and say different? It's a better, more general word than the other one. I indulged in certain practices that our society regards as shameful. And I got sick, it wasn't the practices, I don't think, and this is, you know, really kind of a revolutionary thing to be saying, like in 1960 that there's nothing wrong with being gay. It wasn't the practices, I don't think it was the feeling of that. It was the feeling that the great, deadly pointing fore finger of society was pointing at me and the great voice of millions chanting, shame, shame, shame. It's society's way of dealing with someone different.</w:t>
      </w:r>
    </w:p>
    <w:p>
      <w:pPr>
        <w:spacing w:after="0"/>
      </w:pPr>
    </w:p>
    <w:p>
      <w:pPr>
        <w:spacing w:after="0"/>
      </w:pPr>
      <w:r>
        <w:rPr>
          <w:rFonts w:ascii="Arial" w:hAnsi="Arial"/>
          <w:b/>
          <w:sz w:val="22"/>
        </w:rPr>
        <w:t xml:space="preserve">Alice  </w:t>
      </w:r>
      <w:r>
        <w:rPr>
          <w:rFonts w:ascii="Arial" w:hAnsi="Arial"/>
          <w:color w:val="5D7284"/>
          <w:sz w:val="22"/>
        </w:rPr>
        <w:t>41:55</w:t>
      </w:r>
    </w:p>
    <w:p>
      <w:pPr>
        <w:spacing w:after="0"/>
      </w:pPr>
      <w:r>
        <w:rPr>
          <w:rFonts w:ascii="Arial" w:hAnsi="Arial"/>
          <w:sz w:val="22"/>
        </w:rPr>
        <w:t>I feel like I have that quote in a like neon sign over my head Sometimes</w:t>
      </w:r>
    </w:p>
    <w:p>
      <w:pPr>
        <w:spacing w:after="0"/>
      </w:pPr>
    </w:p>
    <w:p>
      <w:pPr>
        <w:spacing w:after="0"/>
      </w:pPr>
      <w:r>
        <w:rPr>
          <w:rFonts w:ascii="Arial" w:hAnsi="Arial"/>
          <w:b/>
          <w:sz w:val="22"/>
        </w:rPr>
        <w:t xml:space="preserve">Lucy  </w:t>
      </w:r>
      <w:r>
        <w:rPr>
          <w:rFonts w:ascii="Arial" w:hAnsi="Arial"/>
          <w:color w:val="5D7284"/>
          <w:sz w:val="22"/>
        </w:rPr>
        <w:t>41:59</w:t>
      </w:r>
    </w:p>
    <w:p>
      <w:pPr>
        <w:spacing w:after="0"/>
      </w:pPr>
      <w:r>
        <w:rPr>
          <w:rFonts w:ascii="Arial" w:hAnsi="Arial"/>
          <w:sz w:val="22"/>
        </w:rPr>
        <w:t>me too. I think, I think it should be if we ever do get a podcast office. I think</w:t>
      </w:r>
    </w:p>
    <w:p>
      <w:pPr>
        <w:spacing w:after="0"/>
      </w:pPr>
    </w:p>
    <w:p>
      <w:pPr>
        <w:spacing w:after="0"/>
      </w:pPr>
      <w:r>
        <w:rPr>
          <w:rFonts w:ascii="Arial" w:hAnsi="Arial"/>
          <w:b/>
          <w:sz w:val="22"/>
        </w:rPr>
        <w:t xml:space="preserve">Alice  </w:t>
      </w:r>
      <w:r>
        <w:rPr>
          <w:rFonts w:ascii="Arial" w:hAnsi="Arial"/>
          <w:color w:val="5D7284"/>
          <w:sz w:val="22"/>
        </w:rPr>
        <w:t>42:05</w:t>
      </w:r>
    </w:p>
    <w:p>
      <w:pPr>
        <w:spacing w:after="0"/>
      </w:pPr>
      <w:r>
        <w:rPr>
          <w:rFonts w:ascii="Arial" w:hAnsi="Arial"/>
          <w:sz w:val="22"/>
        </w:rPr>
        <w:t>what we what we want is we want that we want that sign so that we can take a baseball bat to it and dismantle that</w:t>
      </w:r>
    </w:p>
    <w:p>
      <w:pPr>
        <w:spacing w:after="0"/>
      </w:pPr>
    </w:p>
    <w:p>
      <w:pPr>
        <w:spacing w:after="0"/>
      </w:pPr>
      <w:r>
        <w:rPr>
          <w:rFonts w:ascii="Arial" w:hAnsi="Arial"/>
          <w:b/>
          <w:sz w:val="22"/>
        </w:rPr>
        <w:t xml:space="preserve">Lucy  </w:t>
      </w:r>
      <w:r>
        <w:rPr>
          <w:rFonts w:ascii="Arial" w:hAnsi="Arial"/>
          <w:color w:val="5D7284"/>
          <w:sz w:val="22"/>
        </w:rPr>
        <w:t>42:12</w:t>
      </w:r>
    </w:p>
    <w:p>
      <w:pPr>
        <w:spacing w:after="0"/>
      </w:pPr>
      <w:r>
        <w:rPr>
          <w:rFonts w:ascii="Arial" w:hAnsi="Arial"/>
          <w:sz w:val="22"/>
        </w:rPr>
        <w:t>Like a rage room</w:t>
      </w:r>
    </w:p>
    <w:p>
      <w:pPr>
        <w:spacing w:after="0"/>
      </w:pPr>
    </w:p>
    <w:p>
      <w:pPr>
        <w:spacing w:after="0"/>
      </w:pPr>
      <w:r>
        <w:rPr>
          <w:rFonts w:ascii="Arial" w:hAnsi="Arial"/>
          <w:b/>
          <w:sz w:val="22"/>
        </w:rPr>
        <w:t xml:space="preserve">Julia   </w:t>
      </w:r>
      <w:r>
        <w:rPr>
          <w:rFonts w:ascii="Arial" w:hAnsi="Arial"/>
          <w:color w:val="5D7284"/>
          <w:sz w:val="22"/>
        </w:rPr>
        <w:t>42:16</w:t>
      </w:r>
    </w:p>
    <w:p>
      <w:pPr>
        <w:spacing w:after="0"/>
      </w:pPr>
      <w:r>
        <w:rPr>
          <w:rFonts w:ascii="Arial" w:hAnsi="Arial"/>
          <w:sz w:val="22"/>
        </w:rPr>
        <w:t>so I think this is, this is the big nurses role, right, that she is that sign she's pointing finger, shame, shame, shame, shame. You know, she is. She's seizing all of her power from the social context that says, oh, you know, let me gather up these, these fragile people and lord it over them be, you know, because I, I'm taking all the power of the combine, I'm taking all the that social power, and I'm exercising it on these people who, you know, who are themselves powerless on the other hand, yeah, yeah, uh huh.</w:t>
      </w:r>
    </w:p>
    <w:p>
      <w:pPr>
        <w:spacing w:after="0"/>
      </w:pPr>
    </w:p>
    <w:p>
      <w:pPr>
        <w:spacing w:after="0"/>
      </w:pPr>
      <w:r>
        <w:rPr>
          <w:rFonts w:ascii="Arial" w:hAnsi="Arial"/>
          <w:b/>
          <w:sz w:val="22"/>
        </w:rPr>
        <w:t xml:space="preserve">Lucy  </w:t>
      </w:r>
      <w:r>
        <w:rPr>
          <w:rFonts w:ascii="Arial" w:hAnsi="Arial"/>
          <w:color w:val="5D7284"/>
          <w:sz w:val="22"/>
        </w:rPr>
        <w:t>42:58</w:t>
      </w:r>
    </w:p>
    <w:p>
      <w:pPr>
        <w:spacing w:after="0"/>
      </w:pPr>
      <w:r>
        <w:rPr>
          <w:rFonts w:ascii="Arial" w:hAnsi="Arial"/>
          <w:sz w:val="22"/>
        </w:rPr>
        <w:t xml:space="preserve">I do think that to assess, you know, in some light, that is how society, some can sometimes be seen, as, you know, dealing with disabled people, let's, let's squash them down and make them small and put them in the corner so that nobody sees them. Nobody has to deal with it. It kind of makes me feel like that is often what disability is like and dealt with. </w:t>
      </w:r>
    </w:p>
    <w:p>
      <w:pPr>
        <w:spacing w:after="0"/>
      </w:pPr>
    </w:p>
    <w:p>
      <w:pPr>
        <w:spacing w:after="0"/>
      </w:pPr>
      <w:r>
        <w:rPr>
          <w:rFonts w:ascii="Arial" w:hAnsi="Arial"/>
          <w:b/>
          <w:sz w:val="22"/>
        </w:rPr>
        <w:t xml:space="preserve">Alice  </w:t>
      </w:r>
      <w:r>
        <w:rPr>
          <w:rFonts w:ascii="Arial" w:hAnsi="Arial"/>
          <w:color w:val="5D7284"/>
          <w:sz w:val="22"/>
        </w:rPr>
        <w:t>43:29</w:t>
      </w:r>
    </w:p>
    <w:p>
      <w:pPr>
        <w:spacing w:after="0"/>
      </w:pPr>
      <w:r>
        <w:rPr>
          <w:rFonts w:ascii="Arial" w:hAnsi="Arial"/>
          <w:sz w:val="22"/>
        </w:rPr>
        <w:t xml:space="preserve">And you know, you know, what it makes me sort of think about is that you know those, all these variety of different characters who have, and like you said, a seizure disorder, who might be gay, who, you know what a variety of different experiences and or conditions have been lumped together under this one person who is quote, unquote, normal, and it has power and is in charge, and it's it, it can feel like that, I think, for the disabled community as well, is that you're all disabled, and put you together and put you over here and not look at you as individuals, or even, you know, as groups of individuals with different needs. And you know the you every time that you kind of speak to people about accessibility, and they'll go, Oh, we've got a ramp. Yeah, it's that. It's that, you know what, that, but there is so much and how? How dare this, you know, for for nurse ratchet and the nurse ratchets of the world, how dare you as one person, consider yourself the the majority versus actually, you know, she's one nurse surrounded by an asylum full of people, yeah, you know. And it is, is that? And I think </w:t>
      </w:r>
    </w:p>
    <w:p>
      <w:pPr>
        <w:spacing w:after="0"/>
      </w:pPr>
    </w:p>
    <w:p>
      <w:pPr>
        <w:spacing w:after="0"/>
      </w:pPr>
      <w:r>
        <w:rPr>
          <w:rFonts w:ascii="Arial" w:hAnsi="Arial"/>
          <w:b/>
          <w:sz w:val="22"/>
        </w:rPr>
        <w:t xml:space="preserve">Lucy  </w:t>
      </w:r>
      <w:r>
        <w:rPr>
          <w:rFonts w:ascii="Arial" w:hAnsi="Arial"/>
          <w:color w:val="5D7284"/>
          <w:sz w:val="22"/>
        </w:rPr>
        <w:t>44:45</w:t>
      </w:r>
    </w:p>
    <w:p>
      <w:pPr>
        <w:spacing w:after="0"/>
      </w:pPr>
      <w:r>
        <w:rPr>
          <w:rFonts w:ascii="Arial" w:hAnsi="Arial"/>
          <w:sz w:val="22"/>
        </w:rPr>
        <w:t>It's the general consensus as well, Alice, if we go back to, like, lump in us all together, lumping us all as disabled people together, the amount of times that people go, Oh, I know it's like to be in a wheelchair I broke my leg. Like, back in 1995 or, Oh, my uncle's daughter's sisters in a wheelchair, and then look at me as if, like, I should know them. Like, like, we're all on LinkedIn, and we should know one another. Like, like, that level of it is,</w:t>
      </w:r>
    </w:p>
    <w:p>
      <w:pPr>
        <w:spacing w:after="0"/>
      </w:pPr>
    </w:p>
    <w:p>
      <w:pPr>
        <w:spacing w:after="0"/>
      </w:pPr>
      <w:r>
        <w:rPr>
          <w:rFonts w:ascii="Arial" w:hAnsi="Arial"/>
          <w:b/>
          <w:sz w:val="22"/>
        </w:rPr>
        <w:t xml:space="preserve">Alice  </w:t>
      </w:r>
      <w:r>
        <w:rPr>
          <w:rFonts w:ascii="Arial" w:hAnsi="Arial"/>
          <w:color w:val="5D7284"/>
          <w:sz w:val="22"/>
        </w:rPr>
        <w:t>45:15</w:t>
      </w:r>
    </w:p>
    <w:p>
      <w:pPr>
        <w:spacing w:after="0"/>
      </w:pPr>
      <w:r>
        <w:rPr>
          <w:rFonts w:ascii="Arial" w:hAnsi="Arial"/>
          <w:sz w:val="22"/>
        </w:rPr>
        <w:t>it's the unit, the unification of a person, because they're Yeah,</w:t>
      </w:r>
    </w:p>
    <w:p>
      <w:pPr>
        <w:spacing w:after="0"/>
      </w:pPr>
    </w:p>
    <w:p>
      <w:pPr>
        <w:spacing w:after="0"/>
      </w:pPr>
      <w:r>
        <w:rPr>
          <w:rFonts w:ascii="Arial" w:hAnsi="Arial"/>
          <w:b/>
          <w:sz w:val="22"/>
        </w:rPr>
        <w:t xml:space="preserve">Julia   </w:t>
      </w:r>
      <w:r>
        <w:rPr>
          <w:rFonts w:ascii="Arial" w:hAnsi="Arial"/>
          <w:color w:val="5D7284"/>
          <w:sz w:val="22"/>
        </w:rPr>
        <w:t>45:21</w:t>
      </w:r>
    </w:p>
    <w:p>
      <w:pPr>
        <w:spacing w:after="0"/>
      </w:pPr>
      <w:r>
        <w:rPr>
          <w:rFonts w:ascii="Arial" w:hAnsi="Arial"/>
          <w:sz w:val="22"/>
        </w:rPr>
        <w:t>yeah, we also don't fully appreciate, I think, to what extent the power comes, you know, the power of those of those institutions comes from the lumping together and institutionalizing of people</w:t>
      </w:r>
    </w:p>
    <w:p>
      <w:pPr>
        <w:spacing w:after="0"/>
      </w:pPr>
    </w:p>
    <w:p>
      <w:pPr>
        <w:spacing w:after="0"/>
      </w:pPr>
      <w:r>
        <w:rPr>
          <w:rFonts w:ascii="Arial" w:hAnsi="Arial"/>
          <w:b/>
          <w:sz w:val="22"/>
        </w:rPr>
        <w:t xml:space="preserve">Alice  </w:t>
      </w:r>
      <w:r>
        <w:rPr>
          <w:rFonts w:ascii="Arial" w:hAnsi="Arial"/>
          <w:color w:val="5D7284"/>
          <w:sz w:val="22"/>
        </w:rPr>
        <w:t>45:38</w:t>
      </w:r>
    </w:p>
    <w:p>
      <w:pPr>
        <w:spacing w:after="0"/>
      </w:pPr>
      <w:r>
        <w:rPr>
          <w:rFonts w:ascii="Arial" w:hAnsi="Arial"/>
          <w:sz w:val="22"/>
        </w:rPr>
        <w:t>It's taking away people's individual identities, isn't it? And just going, you're all mad. And I think that's one of the things that that is so probably galling for nurse ratchet from McMurphy, is what he actually does, is he, he brings those people's personalities back out. He brings them together as a group of people with shared experiences, rather than a lump of people with no autonomy.</w:t>
      </w:r>
    </w:p>
    <w:p>
      <w:pPr>
        <w:spacing w:after="0"/>
      </w:pPr>
    </w:p>
    <w:p>
      <w:pPr>
        <w:spacing w:after="0"/>
      </w:pPr>
      <w:r>
        <w:rPr>
          <w:rFonts w:ascii="Arial" w:hAnsi="Arial"/>
          <w:b/>
          <w:sz w:val="22"/>
        </w:rPr>
        <w:t xml:space="preserve">Lucy  </w:t>
      </w:r>
      <w:r>
        <w:rPr>
          <w:rFonts w:ascii="Arial" w:hAnsi="Arial"/>
          <w:color w:val="5D7284"/>
          <w:sz w:val="22"/>
        </w:rPr>
        <w:t>46:06</w:t>
      </w:r>
    </w:p>
    <w:p>
      <w:pPr>
        <w:spacing w:after="0"/>
      </w:pPr>
      <w:r>
        <w:rPr>
          <w:rFonts w:ascii="Arial" w:hAnsi="Arial"/>
          <w:sz w:val="22"/>
        </w:rPr>
        <w:t xml:space="preserve">Yeah, life really, whereas Nurse Ratchet has tried so hard to get rid of it and lump them all together as, like this gray lump in the corner that you know, they're they're nothing, you know, we just deal with them as as one sort of entity, patient, whereas, you know, he's brought the color back and given them dimension to their existence. </w:t>
      </w:r>
    </w:p>
    <w:p>
      <w:pPr>
        <w:spacing w:after="0"/>
      </w:pPr>
    </w:p>
    <w:p>
      <w:pPr>
        <w:spacing w:after="0"/>
      </w:pPr>
      <w:r>
        <w:rPr>
          <w:rFonts w:ascii="Arial" w:hAnsi="Arial"/>
          <w:b/>
          <w:sz w:val="22"/>
        </w:rPr>
        <w:t xml:space="preserve">Alice  </w:t>
      </w:r>
      <w:r>
        <w:rPr>
          <w:rFonts w:ascii="Arial" w:hAnsi="Arial"/>
          <w:color w:val="5D7284"/>
          <w:sz w:val="22"/>
        </w:rPr>
        <w:t>46:34</w:t>
      </w:r>
    </w:p>
    <w:p>
      <w:pPr>
        <w:spacing w:after="0"/>
      </w:pPr>
      <w:r>
        <w:rPr>
          <w:rFonts w:ascii="Arial" w:hAnsi="Arial"/>
          <w:sz w:val="22"/>
        </w:rPr>
        <w:t xml:space="preserve">Again That's a really nice word, Lucy dimension. Thank you. </w:t>
      </w:r>
    </w:p>
    <w:p>
      <w:pPr>
        <w:spacing w:after="0"/>
      </w:pPr>
    </w:p>
    <w:p>
      <w:pPr>
        <w:spacing w:after="0"/>
      </w:pPr>
      <w:r>
        <w:rPr>
          <w:rFonts w:ascii="Arial" w:hAnsi="Arial"/>
          <w:b/>
          <w:sz w:val="22"/>
        </w:rPr>
        <w:t xml:space="preserve">Lucy  </w:t>
      </w:r>
      <w:r>
        <w:rPr>
          <w:rFonts w:ascii="Arial" w:hAnsi="Arial"/>
          <w:color w:val="5D7284"/>
          <w:sz w:val="22"/>
        </w:rPr>
        <w:t>46:37</w:t>
      </w:r>
    </w:p>
    <w:p>
      <w:pPr>
        <w:spacing w:after="0"/>
      </w:pPr>
      <w:r>
        <w:rPr>
          <w:rFonts w:ascii="Arial" w:hAnsi="Arial"/>
          <w:sz w:val="22"/>
        </w:rPr>
        <w:t xml:space="preserve">Thats the best words you gotta get on me all day </w:t>
      </w:r>
    </w:p>
    <w:p>
      <w:pPr>
        <w:spacing w:after="0"/>
      </w:pPr>
    </w:p>
    <w:p>
      <w:pPr>
        <w:spacing w:after="0"/>
      </w:pPr>
      <w:r>
        <w:rPr>
          <w:rFonts w:ascii="Arial" w:hAnsi="Arial"/>
          <w:b/>
          <w:sz w:val="22"/>
        </w:rPr>
        <w:t xml:space="preserve">Julia   </w:t>
      </w:r>
      <w:r>
        <w:rPr>
          <w:rFonts w:ascii="Arial" w:hAnsi="Arial"/>
          <w:color w:val="5D7284"/>
          <w:sz w:val="22"/>
        </w:rPr>
        <w:t>46:42</w:t>
      </w:r>
    </w:p>
    <w:p>
      <w:pPr>
        <w:spacing w:after="0"/>
      </w:pPr>
      <w:r>
        <w:rPr>
          <w:rFonts w:ascii="Arial" w:hAnsi="Arial"/>
          <w:sz w:val="22"/>
        </w:rPr>
        <w:t>We're going to skip past the way, you know, the reductive way this one woman, this one incredibly misogynistic portrayal, is, you Know, that that's, that's the way that everything is wrapped up and made to seem like, you know, the social actors who are taking advantage of disability and seizing power from disability are, you know, the solution to that is probably by raping and controlling women. Let's skip past that</w:t>
      </w:r>
    </w:p>
    <w:p>
      <w:pPr>
        <w:spacing w:after="0"/>
      </w:pPr>
    </w:p>
    <w:p>
      <w:pPr>
        <w:spacing w:after="0"/>
      </w:pPr>
      <w:r>
        <w:rPr>
          <w:rFonts w:ascii="Arial" w:hAnsi="Arial"/>
          <w:b/>
          <w:sz w:val="22"/>
        </w:rPr>
        <w:t xml:space="preserve">Alice  </w:t>
      </w:r>
      <w:r>
        <w:rPr>
          <w:rFonts w:ascii="Arial" w:hAnsi="Arial"/>
          <w:color w:val="5D7284"/>
          <w:sz w:val="22"/>
        </w:rPr>
        <w:t>47:22</w:t>
      </w:r>
    </w:p>
    <w:p>
      <w:pPr>
        <w:spacing w:after="0"/>
      </w:pPr>
      <w:r>
        <w:rPr>
          <w:rFonts w:ascii="Arial" w:hAnsi="Arial"/>
          <w:sz w:val="22"/>
        </w:rPr>
        <w:t>I'm not saying that you deal with the problem in the way that they suggest you deal with the problem, but I'm pointing out that that's a problem.</w:t>
      </w:r>
    </w:p>
    <w:p>
      <w:pPr>
        <w:spacing w:after="0"/>
      </w:pPr>
    </w:p>
    <w:p>
      <w:pPr>
        <w:spacing w:after="0"/>
      </w:pPr>
      <w:r>
        <w:rPr>
          <w:rFonts w:ascii="Arial" w:hAnsi="Arial"/>
          <w:b/>
          <w:sz w:val="22"/>
        </w:rPr>
        <w:t xml:space="preserve">Julia   </w:t>
      </w:r>
      <w:r>
        <w:rPr>
          <w:rFonts w:ascii="Arial" w:hAnsi="Arial"/>
          <w:color w:val="5D7284"/>
          <w:sz w:val="22"/>
        </w:rPr>
        <w:t>47:30</w:t>
      </w:r>
    </w:p>
    <w:p>
      <w:pPr>
        <w:spacing w:after="0"/>
      </w:pPr>
      <w:r>
        <w:rPr>
          <w:rFonts w:ascii="Arial" w:hAnsi="Arial"/>
          <w:sz w:val="22"/>
        </w:rPr>
        <w:t>And like instead, I wanted to look at the way, you know, we talked about this, this book, as being, you know, very much, an artifact of its moment, a text of its moment, and it's, it's representing this anti psychiatry movement. I don't know if you guys have talked about anti psychiatry at all, or if people listeners will be familiar with that term.</w:t>
      </w:r>
    </w:p>
    <w:p>
      <w:pPr>
        <w:spacing w:after="0"/>
      </w:pPr>
    </w:p>
    <w:p>
      <w:pPr>
        <w:spacing w:after="0"/>
      </w:pPr>
      <w:r>
        <w:rPr>
          <w:rFonts w:ascii="Arial" w:hAnsi="Arial"/>
          <w:b/>
          <w:sz w:val="22"/>
        </w:rPr>
        <w:t xml:space="preserve">Alice  </w:t>
      </w:r>
      <w:r>
        <w:rPr>
          <w:rFonts w:ascii="Arial" w:hAnsi="Arial"/>
          <w:color w:val="5D7284"/>
          <w:sz w:val="22"/>
        </w:rPr>
        <w:t>47:55</w:t>
      </w:r>
    </w:p>
    <w:p>
      <w:pPr>
        <w:spacing w:after="0"/>
      </w:pPr>
      <w:r>
        <w:rPr>
          <w:rFonts w:ascii="Arial" w:hAnsi="Arial"/>
          <w:sz w:val="22"/>
        </w:rPr>
        <w:t>So I mean, I think the closest sort of reference that we've come to is a very passing conversation that we had with somebody in an episode towards the end of last year where we talked about the development of antidepressant medication as a sort of to be used instead of talking therapies as the kind of the revolutionary cure all for psycho psychiatry issues.</w:t>
      </w:r>
    </w:p>
    <w:p>
      <w:pPr>
        <w:spacing w:after="0"/>
      </w:pPr>
    </w:p>
    <w:p>
      <w:pPr>
        <w:spacing w:after="0"/>
      </w:pPr>
      <w:r>
        <w:rPr>
          <w:rFonts w:ascii="Arial" w:hAnsi="Arial"/>
          <w:b/>
          <w:sz w:val="22"/>
        </w:rPr>
        <w:t xml:space="preserve">Julia   </w:t>
      </w:r>
      <w:r>
        <w:rPr>
          <w:rFonts w:ascii="Arial" w:hAnsi="Arial"/>
          <w:color w:val="5D7284"/>
          <w:sz w:val="22"/>
        </w:rPr>
        <w:t>48:21</w:t>
      </w:r>
    </w:p>
    <w:p>
      <w:pPr>
        <w:spacing w:after="0"/>
      </w:pPr>
      <w:r>
        <w:rPr>
          <w:rFonts w:ascii="Arial" w:hAnsi="Arial"/>
          <w:sz w:val="22"/>
        </w:rPr>
        <w:t>So the anti psychiatry movement arises just at this moment in the late 50s and early 60s. And it's a group of people who you know, a group of self identified mad people working with reformers, or, you know, there are also sort of theorists and reformers who are looking at the abuses of asylum culture and abuses of psychiatric culture that are, you know, these completely ridiculous psychiatric evaluations. You know that the idea, for instance, that schizophrenia was caused by a schizophrenic, genic mother. You know, if you have the wrong kind of mother who's, you know, withholding and and oppressive, that you're going to develop schizophrenia, and meanwhile, you know, they're all of these other people going on, like, I my siblings don't seem to have schizophrenia, or my other children don't seem to have schizophrenia. I guess I pointed all my schizophrenic genic, you know, activity, at this one child. Or, you know, Bett heims idea of a refrigerator mother causing autism. So, you know, or, you know, just penis envy, you know, all of this Freudian, Freudian, yeah, and it's, you know, it's coming from that where people just turned around and they said, You know, I, I, I'm, you know, I'm being treated with electric shock therapy, therapy as a punishment. You're going around lobotomizing people. You know, you're you're drugging everybody up to the gills, you know, in asylums, to make them less trouble. And meanwhile, you don't even have a clear understanding of who has a psychiatric disability and who doesn't. There is this very famous study in 1973 the Rosenhan study, where a bunch of people without psychiatric disabilities admitted themselves to psychiatric facilities and behaved in an ordinary way and came out with diagnoses of schizophrenia. And this is a very sort of boiled down, not nuanced version of it. And it was, it was explosive. You know, the idea that, that there was, there was no clear way of understanding who was act, who actually had a psychiatric disability and who didn't. And you know, Casey's book is very much of a piece with that, and part of that whole thing where the whole culture was starting to question what the hell psychiatrists were even talking about, whether they had any legitimacy at all. And people you know both both self identified mad people and people who did not consider themselves to have psychiatric disabilities but to have survived this kind of treatment, you know, kind of banded together and said, you know, we've got to speak up against this. And you know this book exposing that the abuses of the institution, regardless of the status of the people who were in it, regardless of the identity, you know, really made the culture, you know, the much wider culture, aware of the kinds of abuses that were going on inside institutions.</w:t>
      </w:r>
    </w:p>
    <w:p>
      <w:pPr>
        <w:spacing w:after="0"/>
      </w:pPr>
    </w:p>
    <w:p>
      <w:pPr>
        <w:spacing w:after="0"/>
      </w:pPr>
      <w:r>
        <w:rPr>
          <w:rFonts w:ascii="Arial" w:hAnsi="Arial"/>
          <w:b/>
          <w:sz w:val="22"/>
        </w:rPr>
        <w:t xml:space="preserve">Alice  </w:t>
      </w:r>
      <w:r>
        <w:rPr>
          <w:rFonts w:ascii="Arial" w:hAnsi="Arial"/>
          <w:color w:val="5D7284"/>
          <w:sz w:val="22"/>
        </w:rPr>
        <w:t>52:01</w:t>
      </w:r>
    </w:p>
    <w:p>
      <w:pPr>
        <w:spacing w:after="0"/>
      </w:pPr>
      <w:r>
        <w:rPr>
          <w:rFonts w:ascii="Arial" w:hAnsi="Arial"/>
          <w:sz w:val="22"/>
        </w:rPr>
        <w:t>Well, and I think it's interesting as well that you'd say, you know, regardless of whether they have what, or if they had a psychiatric disability or mental health condition, because it kind of goes in a little bit with that sort of feels like what we were saying earlier, with, you know, being being lumped together as well. You're all disabled, so we it's okay if we treat you like this by having, I think, people who actually didn't identify as having, you know, and didn't have a diagnosis of a psychiatric condition to turn around, say, I was treated like this anyway. I think that that would probably, at the time, been, have been particularly shocking, you know, even more shocking than if they said, Hey, look at all these crazy people and how badly they're being treated. Having people who said, Actually, I'm not crazy. I'm just an oppressed housewife, or I'm just gay, saying, and look how I was treated. It's, it's even more shocking, and you sort of feel like that perhaps may resonate more with the general populace. Yeah, again, I think that that that ties in a little bit with perhaps the the decision to have a, actually a a protagonist who doesn't have a psychiatric condition is, you know, that they went with the choice to have somebody who doesn't, you know, whereas I feel like it, it would be a story, perhaps, of a bit a more pitiable story. Were he somebody who actually did, you know, walked in with a diagnosis and then behaved the way that he behaved towards nurse ratchet and things like that. It would be, it would still be, you know, telling the same story. And I think the messages would still be there, but I think it would be, I think it would be read differently.</w:t>
      </w:r>
    </w:p>
    <w:p>
      <w:pPr>
        <w:spacing w:after="0"/>
      </w:pPr>
    </w:p>
    <w:p>
      <w:pPr>
        <w:spacing w:after="0"/>
      </w:pPr>
      <w:r>
        <w:rPr>
          <w:rFonts w:ascii="Arial" w:hAnsi="Arial"/>
          <w:b/>
          <w:sz w:val="22"/>
        </w:rPr>
        <w:t xml:space="preserve">Julia   </w:t>
      </w:r>
      <w:r>
        <w:rPr>
          <w:rFonts w:ascii="Arial" w:hAnsi="Arial"/>
          <w:color w:val="5D7284"/>
          <w:sz w:val="22"/>
        </w:rPr>
        <w:t>53:53</w:t>
      </w:r>
    </w:p>
    <w:p>
      <w:pPr>
        <w:spacing w:after="0"/>
      </w:pPr>
      <w:r>
        <w:rPr>
          <w:rFonts w:ascii="Arial" w:hAnsi="Arial"/>
          <w:sz w:val="22"/>
        </w:rPr>
        <w:t>You know, one of the things that's quite troublesome about the book is the way the black aids are represented. There's a lot of, you know, super objectionable language that's just integrated into the book, you know, where patients are using racial slurs. And, you know, there's that whole thing going back and forth. And I, I have some difficulty teaching the book because, you know, I, I feel ambivalent about exposing students to language that I know is going to be it's going to be triggering for for some people. But I, I do think that, you know, one of the things that Casey does is he makes it clear that the three black orderlies who are kind of under the nurses control and who do a lot of her dirty work, and who are themselves these, you know, just vicious to. Toxic, violent people that they have been so damaged by the racial oppression that they've experienced that they have become twisted as people into vessels who can be or tools who can be used by white authority in this way. And you know the fact that he sort of brings them into the narrative, even with the kind of the horrible things that they do, and the horrible ways that they speak to the patients that he brings them into the story, also as victims of this system where everybody is being you know, everybody who's in a marginal position, or everybody who's being marginalized is is is being not just effective, but eaten up by the combine and spit out into some kind of</w:t>
      </w:r>
    </w:p>
    <w:p>
      <w:pPr>
        <w:spacing w:after="0"/>
      </w:pPr>
    </w:p>
    <w:p>
      <w:pPr>
        <w:spacing w:after="0"/>
      </w:pPr>
      <w:r>
        <w:rPr>
          <w:rFonts w:ascii="Arial" w:hAnsi="Arial"/>
          <w:b/>
          <w:sz w:val="22"/>
        </w:rPr>
        <w:t xml:space="preserve">Alice  </w:t>
      </w:r>
      <w:r>
        <w:rPr>
          <w:rFonts w:ascii="Arial" w:hAnsi="Arial"/>
          <w:color w:val="5D7284"/>
          <w:sz w:val="22"/>
        </w:rPr>
        <w:t>56:10</w:t>
      </w:r>
    </w:p>
    <w:p>
      <w:pPr>
        <w:spacing w:after="0"/>
      </w:pPr>
      <w:r>
        <w:rPr>
          <w:rFonts w:ascii="Arial" w:hAnsi="Arial"/>
          <w:sz w:val="22"/>
        </w:rPr>
        <w:t xml:space="preserve">like a exactly like, it's a twisted version of, </w:t>
      </w:r>
    </w:p>
    <w:p>
      <w:pPr>
        <w:spacing w:after="0"/>
      </w:pPr>
    </w:p>
    <w:p>
      <w:pPr>
        <w:spacing w:after="0"/>
      </w:pPr>
      <w:r>
        <w:rPr>
          <w:rFonts w:ascii="Arial" w:hAnsi="Arial"/>
          <w:b/>
          <w:sz w:val="22"/>
        </w:rPr>
        <w:t xml:space="preserve">Lucy  </w:t>
      </w:r>
      <w:r>
        <w:rPr>
          <w:rFonts w:ascii="Arial" w:hAnsi="Arial"/>
          <w:color w:val="5D7284"/>
          <w:sz w:val="22"/>
        </w:rPr>
        <w:t>56:11</w:t>
      </w:r>
    </w:p>
    <w:p>
      <w:pPr>
        <w:spacing w:after="0"/>
      </w:pPr>
      <w:r>
        <w:rPr>
          <w:rFonts w:ascii="Arial" w:hAnsi="Arial"/>
          <w:sz w:val="22"/>
        </w:rPr>
        <w:t>Yeah Julia Do you think it's like collateral damage that, you know, the Aids and things are collateral damage in her sort of quest to keep everybody quiet. And,</w:t>
      </w:r>
    </w:p>
    <w:p>
      <w:pPr>
        <w:spacing w:after="0"/>
      </w:pPr>
    </w:p>
    <w:p>
      <w:pPr>
        <w:spacing w:after="0"/>
      </w:pPr>
      <w:r>
        <w:rPr>
          <w:rFonts w:ascii="Arial" w:hAnsi="Arial"/>
          <w:b/>
          <w:sz w:val="22"/>
        </w:rPr>
        <w:t xml:space="preserve">Julia   </w:t>
      </w:r>
      <w:r>
        <w:rPr>
          <w:rFonts w:ascii="Arial" w:hAnsi="Arial"/>
          <w:color w:val="5D7284"/>
          <w:sz w:val="22"/>
        </w:rPr>
        <w:t>56:22</w:t>
      </w:r>
    </w:p>
    <w:p>
      <w:pPr>
        <w:spacing w:after="0"/>
      </w:pPr>
      <w:r>
        <w:rPr>
          <w:rFonts w:ascii="Arial" w:hAnsi="Arial"/>
          <w:sz w:val="22"/>
        </w:rPr>
        <w:t>no, I mean, I think that they're, they're as much the focus of her control, you know, her authoritarian control, as as anybody else you know. They're among the first we see them. We're introduced to them before we're introduced to McMurphy, and it's, you know, it's made clear to us when she comes on the ward. You know that that bromden is there in a moment of terror. He's this huge person. You know, he's six, six, but he thinks of himself as very small, and he's keeps trying to make himself invisible and disappear because he sees the kind of, you know, incredible volatility, the volatile hatred between the nurse and the orderlies. And while they are hating one another, the orderlies have to back down. They want to kill everyone, but they want to kill everyone because they have come up in a culture that wants them to be dead. And I think that, you know, he does the same thing with various kinds of disability, and really raises a question about what the boundary is. You know who? Who even counts as disabled? Who even counts as mad? You know why it's perfect? It's perfect for the enterprise that you guys are involved with, because there's a big question about labeling, right? Just, how is, how is disability constructed? Is it made by the label?</w:t>
      </w:r>
    </w:p>
    <w:p>
      <w:pPr>
        <w:spacing w:after="0"/>
      </w:pPr>
    </w:p>
    <w:p>
      <w:pPr>
        <w:spacing w:after="0"/>
      </w:pPr>
      <w:r>
        <w:rPr>
          <w:rFonts w:ascii="Arial" w:hAnsi="Arial"/>
          <w:b/>
          <w:sz w:val="22"/>
        </w:rPr>
        <w:t xml:space="preserve">Lucy  </w:t>
      </w:r>
      <w:r>
        <w:rPr>
          <w:rFonts w:ascii="Arial" w:hAnsi="Arial"/>
          <w:color w:val="5D7284"/>
          <w:sz w:val="22"/>
        </w:rPr>
        <w:t>58:02</w:t>
      </w:r>
    </w:p>
    <w:p>
      <w:pPr>
        <w:spacing w:after="0"/>
      </w:pPr>
      <w:r>
        <w:rPr>
          <w:rFonts w:ascii="Arial" w:hAnsi="Arial"/>
          <w:sz w:val="22"/>
        </w:rPr>
        <w:t>Yeah, well, there's a big question, isn't that episode on its own?</w:t>
      </w:r>
    </w:p>
    <w:p>
      <w:pPr>
        <w:spacing w:after="0"/>
      </w:pPr>
    </w:p>
    <w:p>
      <w:pPr>
        <w:spacing w:after="0"/>
      </w:pPr>
      <w:r>
        <w:rPr>
          <w:rFonts w:ascii="Arial" w:hAnsi="Arial"/>
          <w:b/>
          <w:sz w:val="22"/>
        </w:rPr>
        <w:t xml:space="preserve">Alice  </w:t>
      </w:r>
      <w:r>
        <w:rPr>
          <w:rFonts w:ascii="Arial" w:hAnsi="Arial"/>
          <w:color w:val="5D7284"/>
          <w:sz w:val="22"/>
        </w:rPr>
        <w:t>58:07</w:t>
      </w:r>
    </w:p>
    <w:p>
      <w:pPr>
        <w:spacing w:after="0"/>
      </w:pPr>
      <w:r>
        <w:rPr>
          <w:rFonts w:ascii="Arial" w:hAnsi="Arial"/>
          <w:sz w:val="22"/>
        </w:rPr>
        <w:t>So you sort of said, Julia, that there is a point in the book where it looks like McMurphy is is going to get out, that he's going to escape this horrendous, hellish place, and then things kind of take a turn. Do you want to tell us a little bit about that story and and how, how easy closes the book down?</w:t>
      </w:r>
    </w:p>
    <w:p>
      <w:pPr>
        <w:spacing w:after="0"/>
      </w:pPr>
    </w:p>
    <w:p>
      <w:pPr>
        <w:spacing w:after="0"/>
      </w:pPr>
      <w:r>
        <w:rPr>
          <w:rFonts w:ascii="Arial" w:hAnsi="Arial"/>
          <w:b/>
          <w:sz w:val="22"/>
        </w:rPr>
        <w:t xml:space="preserve">Julia   </w:t>
      </w:r>
      <w:r>
        <w:rPr>
          <w:rFonts w:ascii="Arial" w:hAnsi="Arial"/>
          <w:color w:val="5D7284"/>
          <w:sz w:val="22"/>
        </w:rPr>
        <w:t>58:29</w:t>
      </w:r>
    </w:p>
    <w:p>
      <w:pPr>
        <w:spacing w:after="0"/>
      </w:pPr>
      <w:r>
        <w:rPr>
          <w:rFonts w:ascii="Arial" w:hAnsi="Arial"/>
          <w:sz w:val="22"/>
        </w:rPr>
        <w:t xml:space="preserve">Um, yes. But also I don't, I don't think I That's the spot where I would want to end. Okay, there's, there's this big party at the end of the at the end of the book. And when, when the party is discovered, everybody gets very drunk and high from breaking into the medicine cabinet. And you know, there's, there's general frolic on the ward at night, and the night aide, who's sort of a good guy, aide, is complicit in the whole thing, and they have the keys to the gated windows, and they're Just going to take off with a couple of young women living an irregular life. And they, they just, you know, fall asleep because they're wasted. And they, they wake up when the nurse comes on the ward and sees the massive destruction. And there is, in that moment, a suicide of, you know, one of the most fragile characters, which the nurse then pins, you know, blames McMurphy for for the other patient's suicide. Yeah, and she uses the disorder of the party as a as a way of persuading the psychiatrists that MC Murphy needs to be lobotomized when he's brought back onto the ward after the lobotomy. Bromden looks at him and says, no, no, no, that's, that's not him. He's, this is, this is just an artifact. This is a fake. And he, he smothers McMurphy and breaks out and runs off. And, you know, there, there is this. Dissemination of the patients after that, you know, many of the patients leave the ward. They go to other wards, they they check themselves out against medical advice. The nurse no longer has the kind of control that she had before, you know, so it's this tragic story, but I think that I want to take us back to that anti psychiatry, you know, that this this kind of celebration of madness that's more at the center of the book, and I, I think I want us to close out there, because it's more characteristic of what Casey is doing. You know, it's this very low key kind of ending, because our tragic hero has been, has been killed. You know, even though bromden has escaped and he's going to go live free, </w:t>
      </w:r>
    </w:p>
    <w:p>
      <w:pPr>
        <w:spacing w:after="0"/>
      </w:pPr>
    </w:p>
    <w:p>
      <w:pPr>
        <w:spacing w:after="0"/>
      </w:pPr>
      <w:r>
        <w:rPr>
          <w:rFonts w:ascii="Arial" w:hAnsi="Arial"/>
          <w:b/>
          <w:sz w:val="22"/>
        </w:rPr>
        <w:t xml:space="preserve">Alice  </w:t>
      </w:r>
      <w:r>
        <w:rPr>
          <w:rFonts w:ascii="Arial" w:hAnsi="Arial"/>
          <w:color w:val="5D7284"/>
          <w:sz w:val="22"/>
        </w:rPr>
        <w:t>1:01:38</w:t>
      </w:r>
    </w:p>
    <w:p>
      <w:pPr>
        <w:spacing w:after="0"/>
      </w:pPr>
      <w:r>
        <w:rPr>
          <w:rFonts w:ascii="Arial" w:hAnsi="Arial"/>
          <w:sz w:val="22"/>
        </w:rPr>
        <w:t>It's almost, it's a bit bitter sweet, isn't it? I'm a really strong image in my head of those last scenes where he he smothers him, and then he throws something sprays a window, and he's out through the window, and you see him through the fields into the distance. You know he's getting out</w:t>
      </w:r>
    </w:p>
    <w:p>
      <w:pPr>
        <w:spacing w:after="0"/>
      </w:pPr>
    </w:p>
    <w:p>
      <w:pPr>
        <w:spacing w:after="0"/>
      </w:pPr>
      <w:r>
        <w:rPr>
          <w:rFonts w:ascii="Arial" w:hAnsi="Arial"/>
          <w:b/>
          <w:sz w:val="22"/>
        </w:rPr>
        <w:t xml:space="preserve">Julia   </w:t>
      </w:r>
      <w:r>
        <w:rPr>
          <w:rFonts w:ascii="Arial" w:hAnsi="Arial"/>
          <w:color w:val="5D7284"/>
          <w:sz w:val="22"/>
        </w:rPr>
        <w:t>1:01:57</w:t>
      </w:r>
    </w:p>
    <w:p>
      <w:pPr>
        <w:spacing w:after="0"/>
      </w:pPr>
      <w:r>
        <w:rPr>
          <w:rFonts w:ascii="Arial" w:hAnsi="Arial"/>
          <w:sz w:val="22"/>
        </w:rPr>
        <w:t>and he's returning to nature and go, you know, he's, he's being restored to</w:t>
      </w:r>
    </w:p>
    <w:p>
      <w:pPr>
        <w:spacing w:after="0"/>
      </w:pPr>
    </w:p>
    <w:p>
      <w:pPr>
        <w:spacing w:after="0"/>
      </w:pPr>
      <w:r>
        <w:rPr>
          <w:rFonts w:ascii="Arial" w:hAnsi="Arial"/>
          <w:b/>
          <w:sz w:val="22"/>
        </w:rPr>
        <w:t xml:space="preserve">Alice  </w:t>
      </w:r>
      <w:r>
        <w:rPr>
          <w:rFonts w:ascii="Arial" w:hAnsi="Arial"/>
          <w:color w:val="5D7284"/>
          <w:sz w:val="22"/>
        </w:rPr>
        <w:t>1:02:03</w:t>
      </w:r>
    </w:p>
    <w:p>
      <w:pPr>
        <w:spacing w:after="0"/>
      </w:pPr>
      <w:r>
        <w:rPr>
          <w:rFonts w:ascii="Arial" w:hAnsi="Arial"/>
          <w:sz w:val="22"/>
        </w:rPr>
        <w:t xml:space="preserve">still peace, almost, yeah, but it still feels just just sad. It's almost, it's almost the kind of, oh, you know that Brandon has, has died and gone to heaven. So it's still sad that he's dead, but at least he's at peace. Now, those sorts of the things that people say, but it's, you know, it's still really fucking sad. So I can understand Julia, why, you know, why? Actually, what you're taking from the book in looking at this kind of, the central part is it's something more positive that you'd like to Yeah, </w:t>
      </w:r>
    </w:p>
    <w:p>
      <w:pPr>
        <w:spacing w:after="0"/>
      </w:pPr>
    </w:p>
    <w:p>
      <w:pPr>
        <w:spacing w:after="0"/>
      </w:pPr>
      <w:r>
        <w:rPr>
          <w:rFonts w:ascii="Arial" w:hAnsi="Arial"/>
          <w:b/>
          <w:sz w:val="22"/>
        </w:rPr>
        <w:t xml:space="preserve">Julia   </w:t>
      </w:r>
      <w:r>
        <w:rPr>
          <w:rFonts w:ascii="Arial" w:hAnsi="Arial"/>
          <w:color w:val="5D7284"/>
          <w:sz w:val="22"/>
        </w:rPr>
        <w:t>1:02:36</w:t>
      </w:r>
    </w:p>
    <w:p>
      <w:pPr>
        <w:spacing w:after="0"/>
      </w:pPr>
      <w:r>
        <w:rPr>
          <w:rFonts w:ascii="Arial" w:hAnsi="Arial"/>
          <w:sz w:val="22"/>
        </w:rPr>
        <w:t>And I think that this is also, you know, wrapped up with Casey's drug experimentation and his feeling of connection with madness that he you know, even if he himself doesn't have a psychiatric disability, you know, he feels connected to the experience of psychiatric disability.</w:t>
      </w:r>
    </w:p>
    <w:p>
      <w:pPr>
        <w:spacing w:after="0"/>
      </w:pPr>
    </w:p>
    <w:p>
      <w:pPr>
        <w:spacing w:after="0"/>
      </w:pPr>
      <w:r>
        <w:rPr>
          <w:rFonts w:ascii="Arial" w:hAnsi="Arial"/>
          <w:b/>
          <w:sz w:val="22"/>
        </w:rPr>
        <w:t xml:space="preserve">Alice  </w:t>
      </w:r>
      <w:r>
        <w:rPr>
          <w:rFonts w:ascii="Arial" w:hAnsi="Arial"/>
          <w:color w:val="5D7284"/>
          <w:sz w:val="22"/>
        </w:rPr>
        <w:t>1:02:55</w:t>
      </w:r>
    </w:p>
    <w:p>
      <w:pPr>
        <w:spacing w:after="0"/>
      </w:pPr>
      <w:r>
        <w:rPr>
          <w:rFonts w:ascii="Arial" w:hAnsi="Arial"/>
          <w:sz w:val="22"/>
        </w:rPr>
        <w:t>I have never done psychedelic drugs, but from everything I understand, I don't think you feel the way that you normally feel. I believe you're what you see and smell and hear and taste, as well as what is going on in your head is very different from what you have always previously experienced</w:t>
      </w:r>
    </w:p>
    <w:p>
      <w:pPr>
        <w:spacing w:after="0"/>
      </w:pPr>
    </w:p>
    <w:p>
      <w:pPr>
        <w:spacing w:after="0"/>
      </w:pPr>
      <w:r>
        <w:rPr>
          <w:rFonts w:ascii="Arial" w:hAnsi="Arial"/>
          <w:b/>
          <w:sz w:val="22"/>
        </w:rPr>
        <w:t xml:space="preserve">Julia   </w:t>
      </w:r>
      <w:r>
        <w:rPr>
          <w:rFonts w:ascii="Arial" w:hAnsi="Arial"/>
          <w:color w:val="5D7284"/>
          <w:sz w:val="22"/>
        </w:rPr>
        <w:t>1:03:15</w:t>
      </w:r>
    </w:p>
    <w:p>
      <w:pPr>
        <w:spacing w:after="0"/>
      </w:pPr>
      <w:r>
        <w:rPr>
          <w:rFonts w:ascii="Arial" w:hAnsi="Arial"/>
          <w:sz w:val="22"/>
        </w:rPr>
        <w:t xml:space="preserve">And we want to be careful as modern people not to equate these experiences, one of which is voluntary, and the other of which is absolutely Terry. And they, you know, they can be quite different. But I think that you know that feeling of identification with disability, that that sense that you know somebody who's experiencing a different version of reality is not necessarily somebody who needs to be cast out of the human family. So when, when the people from the psych ward go out on this fishing trip, they stop at a gas station on the way. And this is in the book version. The movie version is quite different, but in the book, they stop at a gas station, and they are being looked over by the gas station attendants and treated in a contemptuous way because they're clearly from the asylum. And you know, in the film, when a similar thing happens, MC Murphy says, you know, yes, we are from the state asylum. This is Dr See, felt, this is Dr warning. This is right, and it's like it's this, there's this moment of elation where the people who ordinarily are so powerless are feeling like they have all of this authority. But in the book, I think it's an even better version of it, because instead of transforming them into false medical authorities. MC Murphy tells the gas station attendants, that's right, we are from the psychiatric facility. And you know, he, he is very in their face about, you know, this is who we are, and therefore you are going to. Serve us and do for us what you need to do. And the you know, the the people from the asylum are kind of looking on. They had been ashamed of themselves, and they had no idea that they could be who they are, that that they could be who they are out in public and be sorry and be intimidating to these other people. </w:t>
      </w:r>
    </w:p>
    <w:p>
      <w:pPr>
        <w:spacing w:after="0"/>
      </w:pPr>
    </w:p>
    <w:p>
      <w:pPr>
        <w:spacing w:after="0"/>
      </w:pPr>
      <w:r>
        <w:rPr>
          <w:rFonts w:ascii="Arial" w:hAnsi="Arial"/>
          <w:b/>
          <w:sz w:val="22"/>
        </w:rPr>
        <w:t xml:space="preserve">Lucy  </w:t>
      </w:r>
      <w:r>
        <w:rPr>
          <w:rFonts w:ascii="Arial" w:hAnsi="Arial"/>
          <w:color w:val="5D7284"/>
          <w:sz w:val="22"/>
        </w:rPr>
        <w:t>1:05:26</w:t>
      </w:r>
    </w:p>
    <w:p>
      <w:pPr>
        <w:spacing w:after="0"/>
      </w:pPr>
      <w:r>
        <w:rPr>
          <w:rFonts w:ascii="Arial" w:hAnsi="Arial"/>
          <w:sz w:val="22"/>
        </w:rPr>
        <w:t>Yeah if we relate back to disability and my own experience of disability, I think that is what I love most about being disabled and proving people wrong. People have this one idea of me and of Alice and other people that I know with disabilities, that you know, we're sad all the time about our disabilities. They their little, tiny minds are blown</w:t>
      </w:r>
    </w:p>
    <w:p>
      <w:pPr>
        <w:spacing w:after="0"/>
      </w:pPr>
    </w:p>
    <w:p>
      <w:pPr>
        <w:spacing w:after="0"/>
      </w:pPr>
      <w:r>
        <w:rPr>
          <w:rFonts w:ascii="Arial" w:hAnsi="Arial"/>
          <w:b/>
          <w:sz w:val="22"/>
        </w:rPr>
        <w:t xml:space="preserve">Alice  </w:t>
      </w:r>
      <w:r>
        <w:rPr>
          <w:rFonts w:ascii="Arial" w:hAnsi="Arial"/>
          <w:color w:val="5D7284"/>
          <w:sz w:val="22"/>
        </w:rPr>
        <w:t>1:05:58</w:t>
      </w:r>
    </w:p>
    <w:p>
      <w:pPr>
        <w:spacing w:after="0"/>
      </w:pPr>
      <w:r>
        <w:rPr>
          <w:rFonts w:ascii="Arial" w:hAnsi="Arial"/>
          <w:sz w:val="22"/>
        </w:rPr>
        <w:t>just like, yeah, and</w:t>
      </w:r>
    </w:p>
    <w:p>
      <w:pPr>
        <w:spacing w:after="0"/>
      </w:pPr>
    </w:p>
    <w:p>
      <w:pPr>
        <w:spacing w:after="0"/>
      </w:pPr>
      <w:r>
        <w:rPr>
          <w:rFonts w:ascii="Arial" w:hAnsi="Arial"/>
          <w:b/>
          <w:sz w:val="22"/>
        </w:rPr>
        <w:t xml:space="preserve">Lucy  </w:t>
      </w:r>
      <w:r>
        <w:rPr>
          <w:rFonts w:ascii="Arial" w:hAnsi="Arial"/>
          <w:color w:val="5D7284"/>
          <w:sz w:val="22"/>
        </w:rPr>
        <w:t>1:05:59</w:t>
      </w:r>
    </w:p>
    <w:p>
      <w:pPr>
        <w:spacing w:after="0"/>
      </w:pPr>
      <w:r>
        <w:rPr>
          <w:rFonts w:ascii="Arial" w:hAnsi="Arial"/>
          <w:sz w:val="22"/>
        </w:rPr>
        <w:t>with my friends and having a laugh and joking, they tiptoe around me so often. You know people who don't know me, they tiptoe around me. And when I make a joke about being disabled or having a laugh about it's like, oh my god, what are you doing? And I'm like, having a laugh about it, because if I didn't,</w:t>
      </w:r>
    </w:p>
    <w:p>
      <w:pPr>
        <w:spacing w:after="0"/>
      </w:pPr>
    </w:p>
    <w:p>
      <w:pPr>
        <w:spacing w:after="0"/>
      </w:pPr>
      <w:r>
        <w:rPr>
          <w:rFonts w:ascii="Arial" w:hAnsi="Arial"/>
          <w:b/>
          <w:sz w:val="22"/>
        </w:rPr>
        <w:t xml:space="preserve">Alice  </w:t>
      </w:r>
      <w:r>
        <w:rPr>
          <w:rFonts w:ascii="Arial" w:hAnsi="Arial"/>
          <w:color w:val="5D7284"/>
          <w:sz w:val="22"/>
        </w:rPr>
        <w:t>1:06:22</w:t>
      </w:r>
    </w:p>
    <w:p>
      <w:pPr>
        <w:spacing w:after="0"/>
      </w:pPr>
      <w:r>
        <w:rPr>
          <w:rFonts w:ascii="Arial" w:hAnsi="Arial"/>
          <w:sz w:val="22"/>
        </w:rPr>
        <w:t>and it's, you know, it's not even that. It's it makes me think of how I feel at my local Costa, whenever I go in with my dog, they say, Go, sit down. We'll bring you a drink. And every time I want to go, I like, I can carry it myself. But also like, yeah, sure, sit down, bring me my coffee. And that's what it feels like. It's, it's like, yes, yes, I'm disabled. What are you gonna, What</w:t>
      </w:r>
    </w:p>
    <w:p>
      <w:pPr>
        <w:spacing w:after="0"/>
      </w:pPr>
    </w:p>
    <w:p>
      <w:pPr>
        <w:spacing w:after="0"/>
      </w:pPr>
      <w:r>
        <w:rPr>
          <w:rFonts w:ascii="Arial" w:hAnsi="Arial"/>
          <w:b/>
          <w:sz w:val="22"/>
        </w:rPr>
        <w:t xml:space="preserve">Julia   </w:t>
      </w:r>
      <w:r>
        <w:rPr>
          <w:rFonts w:ascii="Arial" w:hAnsi="Arial"/>
          <w:color w:val="5D7284"/>
          <w:sz w:val="22"/>
        </w:rPr>
        <w:t>1:06:52</w:t>
      </w:r>
    </w:p>
    <w:p>
      <w:pPr>
        <w:spacing w:after="0"/>
      </w:pPr>
      <w:r>
        <w:rPr>
          <w:rFonts w:ascii="Arial" w:hAnsi="Arial"/>
          <w:sz w:val="22"/>
        </w:rPr>
        <w:t>I'm thinking about an episode of your years that I just listened to, where, where one of you was saying, you know, somebody was asking you, what happened to you, and and you said I was born, yeah, like, that's you just to be in your face about it that way. So Harding turns to MC Murphy in this scene after MC Murphy has sort of told the station attendants that they are, they are from the asylum, and that they're going to be demanding a certain level of service. And Harding says, Never before did I realize that mental illness could have the aspect of power. Power, I think of it perhaps the more insane a man is, the more powerful he could become. And this idea of Mad pride that that the same way that we can have disability pride, the same way that we can we can be celebrating who we are as disabled people. For people with psychiatric disabilities, the same holds true. There's no need to be ashamed. You know, you can have this kind of power that comes with Mad pride. And I think that's really the golden message of this book and of the film,</w:t>
      </w:r>
    </w:p>
    <w:p>
      <w:pPr>
        <w:spacing w:after="0"/>
      </w:pPr>
    </w:p>
    <w:p>
      <w:pPr>
        <w:spacing w:after="0"/>
      </w:pPr>
      <w:r>
        <w:rPr>
          <w:rFonts w:ascii="Arial" w:hAnsi="Arial"/>
          <w:b/>
          <w:sz w:val="22"/>
        </w:rPr>
        <w:t xml:space="preserve">Alice  </w:t>
      </w:r>
      <w:r>
        <w:rPr>
          <w:rFonts w:ascii="Arial" w:hAnsi="Arial"/>
          <w:color w:val="5D7284"/>
          <w:sz w:val="22"/>
        </w:rPr>
        <w:t>1:08:08</w:t>
      </w:r>
    </w:p>
    <w:p>
      <w:pPr>
        <w:spacing w:after="0"/>
      </w:pPr>
      <w:r>
        <w:rPr>
          <w:rFonts w:ascii="Arial" w:hAnsi="Arial"/>
          <w:sz w:val="22"/>
        </w:rPr>
        <w:t>and I think that Dora has just ruined that whole really emotive reading by scratching herself really noisily in the background. So that is the reality of guide dog ownership. We've got to we've got to accept it.</w:t>
      </w:r>
    </w:p>
    <w:p>
      <w:pPr>
        <w:spacing w:after="0"/>
      </w:pPr>
    </w:p>
    <w:p>
      <w:pPr>
        <w:spacing w:after="0"/>
      </w:pPr>
      <w:r>
        <w:rPr>
          <w:rFonts w:ascii="Arial" w:hAnsi="Arial"/>
          <w:b/>
          <w:sz w:val="22"/>
        </w:rPr>
        <w:t xml:space="preserve">Lucy  </w:t>
      </w:r>
      <w:r>
        <w:rPr>
          <w:rFonts w:ascii="Arial" w:hAnsi="Arial"/>
          <w:color w:val="5D7284"/>
          <w:sz w:val="22"/>
        </w:rPr>
        <w:t>1:08:25</w:t>
      </w:r>
    </w:p>
    <w:p>
      <w:pPr>
        <w:spacing w:after="0"/>
      </w:pPr>
      <w:r>
        <w:rPr>
          <w:rFonts w:ascii="Arial" w:hAnsi="Arial"/>
          <w:sz w:val="22"/>
        </w:rPr>
        <w:t xml:space="preserve">Julia made while she was talking about, you know, mad pride and stuff like that. It reminds me, and I spoke to you about this Alice on the phone the other day, when we were talking about my best friend, we'd gone to the gym market for Christmas, and there was an ice skating wing, and I wanted to go on the ice skate. I wanted to go on the ice rink, not ice skate. That would be good. I hope that would go viral </w:t>
      </w:r>
    </w:p>
    <w:p>
      <w:pPr>
        <w:spacing w:after="0"/>
      </w:pPr>
    </w:p>
    <w:p>
      <w:pPr>
        <w:spacing w:after="0"/>
      </w:pPr>
      <w:r>
        <w:rPr>
          <w:rFonts w:ascii="Arial" w:hAnsi="Arial"/>
          <w:b/>
          <w:sz w:val="22"/>
        </w:rPr>
        <w:t xml:space="preserve">Alice  </w:t>
      </w:r>
      <w:r>
        <w:rPr>
          <w:rFonts w:ascii="Arial" w:hAnsi="Arial"/>
          <w:color w:val="5D7284"/>
          <w:sz w:val="22"/>
        </w:rPr>
        <w:t>1:08:53</w:t>
      </w:r>
    </w:p>
    <w:p>
      <w:pPr>
        <w:spacing w:after="0"/>
      </w:pPr>
      <w:r>
        <w:rPr>
          <w:rFonts w:ascii="Arial" w:hAnsi="Arial"/>
          <w:sz w:val="22"/>
        </w:rPr>
        <w:t>that's how we make it big.</w:t>
      </w:r>
    </w:p>
    <w:p>
      <w:pPr>
        <w:spacing w:after="0"/>
      </w:pPr>
    </w:p>
    <w:p>
      <w:pPr>
        <w:spacing w:after="0"/>
      </w:pPr>
      <w:r>
        <w:rPr>
          <w:rFonts w:ascii="Arial" w:hAnsi="Arial"/>
          <w:b/>
          <w:sz w:val="22"/>
        </w:rPr>
        <w:t xml:space="preserve">Lucy  </w:t>
      </w:r>
      <w:r>
        <w:rPr>
          <w:rFonts w:ascii="Arial" w:hAnsi="Arial"/>
          <w:color w:val="5D7284"/>
          <w:sz w:val="22"/>
        </w:rPr>
        <w:t>1:08:57</w:t>
      </w:r>
    </w:p>
    <w:p>
      <w:pPr>
        <w:spacing w:after="0"/>
      </w:pPr>
      <w:r>
        <w:rPr>
          <w:rFonts w:ascii="Arial" w:hAnsi="Arial"/>
          <w:sz w:val="22"/>
        </w:rPr>
        <w:t>And I wanted to go on the ice rink. And it blew the man's mind when I said, Oh, I want to go on the ice rink, please. And he offered me ice skating boots. And I went, I don't I'm not wearing the ice skating boots. I'm just going to wheel on the ice. And my friends didn't want to come because he's very conscious of breaking things and breaking his legs and all sorts.</w:t>
      </w:r>
    </w:p>
    <w:p>
      <w:pPr>
        <w:spacing w:after="0"/>
      </w:pPr>
    </w:p>
    <w:p>
      <w:pPr>
        <w:spacing w:after="0"/>
      </w:pPr>
      <w:r>
        <w:rPr>
          <w:rFonts w:ascii="Arial" w:hAnsi="Arial"/>
          <w:b/>
          <w:sz w:val="22"/>
        </w:rPr>
        <w:t xml:space="preserve">Lucy  </w:t>
      </w:r>
      <w:r>
        <w:rPr>
          <w:rFonts w:ascii="Arial" w:hAnsi="Arial"/>
          <w:color w:val="5D7284"/>
          <w:sz w:val="22"/>
        </w:rPr>
        <w:t>1:09:22</w:t>
      </w:r>
    </w:p>
    <w:p>
      <w:pPr>
        <w:spacing w:after="0"/>
      </w:pPr>
      <w:r>
        <w:rPr>
          <w:rFonts w:ascii="Arial" w:hAnsi="Arial"/>
          <w:sz w:val="22"/>
        </w:rPr>
        <w:t>I i And I said, you know, you coming up? No, I'm not coming out. I'll take some photographs. And I, at that moment in time when I was on the ice with my other friend who was with us at the time, felt so much joy inside of me that I was on this ice rig. I'd never known such smooth sailing across. And my friend was like, Lucy, will you stop looking so excited, amazing. And yeah, but it's that level of and everybody else at the ice Ric was like, Oh my God. What is wrong with her? What's wrong with her? Like, why? She's, like, so exciting.</w:t>
      </w:r>
    </w:p>
    <w:p>
      <w:pPr>
        <w:spacing w:after="0"/>
      </w:pPr>
    </w:p>
    <w:p>
      <w:pPr>
        <w:spacing w:after="0"/>
      </w:pPr>
      <w:r>
        <w:rPr>
          <w:rFonts w:ascii="Arial" w:hAnsi="Arial"/>
          <w:b/>
          <w:sz w:val="22"/>
        </w:rPr>
        <w:t xml:space="preserve">Julia   </w:t>
      </w:r>
      <w:r>
        <w:rPr>
          <w:rFonts w:ascii="Arial" w:hAnsi="Arial"/>
          <w:color w:val="5D7284"/>
          <w:sz w:val="22"/>
        </w:rPr>
        <w:t>1:10:01</w:t>
      </w:r>
    </w:p>
    <w:p>
      <w:pPr>
        <w:spacing w:after="0"/>
      </w:pPr>
      <w:r>
        <w:rPr>
          <w:rFonts w:ascii="Arial" w:hAnsi="Arial"/>
          <w:sz w:val="22"/>
        </w:rPr>
        <w:t>I think that's great. No, no. Those those people the ice rink are like the guys at the gas station and you're like, party they're going going. Here I am, you know, here I am in my chair, you know, on the ice. Behold my glory next time I'm coming with a tutu,</w:t>
      </w:r>
    </w:p>
    <w:p>
      <w:pPr>
        <w:spacing w:after="0"/>
      </w:pPr>
    </w:p>
    <w:p>
      <w:pPr>
        <w:spacing w:after="0"/>
      </w:pPr>
      <w:r>
        <w:rPr>
          <w:rFonts w:ascii="Arial" w:hAnsi="Arial"/>
          <w:b/>
          <w:sz w:val="22"/>
        </w:rPr>
        <w:t xml:space="preserve">Lucy  </w:t>
      </w:r>
      <w:r>
        <w:rPr>
          <w:rFonts w:ascii="Arial" w:hAnsi="Arial"/>
          <w:color w:val="5D7284"/>
          <w:sz w:val="22"/>
        </w:rPr>
        <w:t>1:10:18</w:t>
      </w:r>
    </w:p>
    <w:p>
      <w:pPr>
        <w:spacing w:after="0"/>
      </w:pPr>
      <w:r>
        <w:rPr>
          <w:rFonts w:ascii="Arial" w:hAnsi="Arial"/>
          <w:sz w:val="22"/>
        </w:rPr>
        <w:t>comes around screaming all sorts of stuff. I'll just calm down.</w:t>
      </w:r>
    </w:p>
    <w:p>
      <w:pPr>
        <w:spacing w:after="0"/>
      </w:pPr>
    </w:p>
    <w:p>
      <w:pPr>
        <w:spacing w:after="0"/>
      </w:pPr>
      <w:r>
        <w:rPr>
          <w:rFonts w:ascii="Arial" w:hAnsi="Arial"/>
          <w:b/>
          <w:sz w:val="22"/>
        </w:rPr>
        <w:t xml:space="preserve">Alice  </w:t>
      </w:r>
      <w:r>
        <w:rPr>
          <w:rFonts w:ascii="Arial" w:hAnsi="Arial"/>
          <w:color w:val="5D7284"/>
          <w:sz w:val="22"/>
        </w:rPr>
        <w:t>1:10:23</w:t>
      </w:r>
    </w:p>
    <w:p>
      <w:pPr>
        <w:spacing w:after="0"/>
      </w:pPr>
      <w:r>
        <w:rPr>
          <w:rFonts w:ascii="Arial" w:hAnsi="Arial"/>
          <w:sz w:val="22"/>
        </w:rPr>
        <w:t xml:space="preserve">Can them Tom, can you send me those photos, please? </w:t>
      </w:r>
    </w:p>
    <w:p>
      <w:pPr>
        <w:spacing w:after="0"/>
      </w:pPr>
    </w:p>
    <w:p>
      <w:pPr>
        <w:spacing w:after="0"/>
      </w:pPr>
      <w:r>
        <w:rPr>
          <w:rFonts w:ascii="Arial" w:hAnsi="Arial"/>
          <w:b/>
          <w:sz w:val="22"/>
        </w:rPr>
        <w:t xml:space="preserve">Julia   </w:t>
      </w:r>
      <w:r>
        <w:rPr>
          <w:rFonts w:ascii="Arial" w:hAnsi="Arial"/>
          <w:color w:val="5D7284"/>
          <w:sz w:val="22"/>
        </w:rPr>
        <w:t>1:10:26</w:t>
      </w:r>
    </w:p>
    <w:p>
      <w:pPr>
        <w:spacing w:after="0"/>
      </w:pPr>
      <w:r>
        <w:rPr>
          <w:rFonts w:ascii="Arial" w:hAnsi="Arial"/>
          <w:sz w:val="22"/>
        </w:rPr>
        <w:t>that should be bonus content for this episode.</w:t>
      </w:r>
    </w:p>
    <w:p>
      <w:pPr>
        <w:spacing w:after="0"/>
      </w:pPr>
    </w:p>
    <w:p>
      <w:pPr>
        <w:spacing w:after="0"/>
      </w:pPr>
      <w:r>
        <w:rPr>
          <w:rFonts w:ascii="Arial" w:hAnsi="Arial"/>
          <w:b/>
          <w:sz w:val="22"/>
        </w:rPr>
        <w:t xml:space="preserve">Lucy  </w:t>
      </w:r>
      <w:r>
        <w:rPr>
          <w:rFonts w:ascii="Arial" w:hAnsi="Arial"/>
          <w:color w:val="5D7284"/>
          <w:sz w:val="22"/>
        </w:rPr>
        <w:t>1:10:33</w:t>
      </w:r>
    </w:p>
    <w:p>
      <w:pPr>
        <w:spacing w:after="0"/>
      </w:pPr>
      <w:r>
        <w:rPr>
          <w:rFonts w:ascii="Arial" w:hAnsi="Arial"/>
          <w:sz w:val="22"/>
        </w:rPr>
        <w:t>Dig it out. I'll find it out. But yeah, it's just that that whole speech that Julian made just reminded me of going ice skating, joy, of like, because it was all like, oh, I don't know if you can't, I don't know if you can. I was like, you watch me, yeah? Because I'll do it.</w:t>
      </w:r>
    </w:p>
    <w:p>
      <w:pPr>
        <w:spacing w:after="0"/>
      </w:pPr>
    </w:p>
    <w:p>
      <w:pPr>
        <w:spacing w:after="0"/>
      </w:pPr>
      <w:r>
        <w:rPr>
          <w:rFonts w:ascii="Arial" w:hAnsi="Arial"/>
          <w:b/>
          <w:sz w:val="22"/>
        </w:rPr>
        <w:t xml:space="preserve">Alice  </w:t>
      </w:r>
      <w:r>
        <w:rPr>
          <w:rFonts w:ascii="Arial" w:hAnsi="Arial"/>
          <w:color w:val="5D7284"/>
          <w:sz w:val="22"/>
        </w:rPr>
        <w:t>1:10:49</w:t>
      </w:r>
    </w:p>
    <w:p>
      <w:pPr>
        <w:spacing w:after="0"/>
      </w:pPr>
      <w:r>
        <w:rPr>
          <w:rFonts w:ascii="Arial" w:hAnsi="Arial"/>
          <w:sz w:val="22"/>
        </w:rPr>
        <w:t xml:space="preserve">I love it. Yeah. No, that was brilliant. I really enjoyed that. Julia, I think we covered, we covered a lot of ground, </w:t>
      </w:r>
    </w:p>
    <w:p>
      <w:pPr>
        <w:spacing w:after="0"/>
      </w:pPr>
    </w:p>
    <w:p>
      <w:pPr>
        <w:spacing w:after="0"/>
      </w:pPr>
      <w:r>
        <w:rPr>
          <w:rFonts w:ascii="Arial" w:hAnsi="Arial"/>
          <w:b/>
          <w:sz w:val="22"/>
        </w:rPr>
        <w:t xml:space="preserve">Julia   </w:t>
      </w:r>
      <w:r>
        <w:rPr>
          <w:rFonts w:ascii="Arial" w:hAnsi="Arial"/>
          <w:color w:val="5D7284"/>
          <w:sz w:val="22"/>
        </w:rPr>
        <w:t>1:10:56</w:t>
      </w:r>
    </w:p>
    <w:p>
      <w:pPr>
        <w:spacing w:after="0"/>
      </w:pPr>
      <w:r>
        <w:rPr>
          <w:rFonts w:ascii="Arial" w:hAnsi="Arial"/>
          <w:sz w:val="22"/>
        </w:rPr>
        <w:t xml:space="preserve">mean, I do recommend both the book and the film, so </w:t>
      </w:r>
    </w:p>
    <w:p>
      <w:pPr>
        <w:spacing w:after="0"/>
      </w:pPr>
    </w:p>
    <w:p>
      <w:pPr>
        <w:spacing w:after="0"/>
      </w:pPr>
      <w:r>
        <w:rPr>
          <w:rFonts w:ascii="Arial" w:hAnsi="Arial"/>
          <w:b/>
          <w:sz w:val="22"/>
        </w:rPr>
        <w:t xml:space="preserve">Alice  </w:t>
      </w:r>
      <w:r>
        <w:rPr>
          <w:rFonts w:ascii="Arial" w:hAnsi="Arial"/>
          <w:color w:val="5D7284"/>
          <w:sz w:val="22"/>
        </w:rPr>
        <w:t>1:11:00</w:t>
      </w:r>
    </w:p>
    <w:p>
      <w:pPr>
        <w:spacing w:after="0"/>
      </w:pPr>
      <w:r>
        <w:rPr>
          <w:rFonts w:ascii="Arial" w:hAnsi="Arial"/>
          <w:sz w:val="22"/>
        </w:rPr>
        <w:t>I will add the book to my ever increasing list of things to read. Yeah, I imagine that that film is not going to be audio described</w:t>
      </w:r>
    </w:p>
    <w:p>
      <w:pPr>
        <w:spacing w:after="0"/>
      </w:pPr>
    </w:p>
    <w:p>
      <w:pPr>
        <w:spacing w:after="0"/>
      </w:pPr>
      <w:r>
        <w:rPr>
          <w:rFonts w:ascii="Arial" w:hAnsi="Arial"/>
          <w:b/>
          <w:sz w:val="22"/>
        </w:rPr>
        <w:t xml:space="preserve">Lucy  </w:t>
      </w:r>
      <w:r>
        <w:rPr>
          <w:rFonts w:ascii="Arial" w:hAnsi="Arial"/>
          <w:color w:val="5D7284"/>
          <w:sz w:val="22"/>
        </w:rPr>
        <w:t>1:11:11</w:t>
      </w:r>
    </w:p>
    <w:p>
      <w:pPr>
        <w:spacing w:after="0"/>
      </w:pPr>
      <w:r>
        <w:rPr>
          <w:rFonts w:ascii="Arial" w:hAnsi="Arial"/>
          <w:sz w:val="22"/>
        </w:rPr>
        <w:t xml:space="preserve">Can't any worse than the Hunchback of Notre Dame. </w:t>
      </w:r>
    </w:p>
    <w:p>
      <w:pPr>
        <w:spacing w:after="0"/>
      </w:pPr>
    </w:p>
    <w:p>
      <w:pPr>
        <w:spacing w:after="0"/>
      </w:pPr>
      <w:r>
        <w:rPr>
          <w:rFonts w:ascii="Arial" w:hAnsi="Arial"/>
          <w:b/>
          <w:sz w:val="22"/>
        </w:rPr>
        <w:t xml:space="preserve">Alice  </w:t>
      </w:r>
      <w:r>
        <w:rPr>
          <w:rFonts w:ascii="Arial" w:hAnsi="Arial"/>
          <w:color w:val="5D7284"/>
          <w:sz w:val="22"/>
        </w:rPr>
        <w:t>1:11:19</w:t>
      </w:r>
    </w:p>
    <w:p>
      <w:pPr>
        <w:spacing w:after="0"/>
      </w:pPr>
      <w:r>
        <w:rPr>
          <w:rFonts w:ascii="Arial" w:hAnsi="Arial"/>
          <w:sz w:val="22"/>
        </w:rPr>
        <w:t>thank you, everybody for listening, if you and yes, and Julia, thank you so much for joining us today, having me. It's been such a long time in the works. We've had so many ups and downs. It's been really great to actually have it. Well, we haven't finished. We haven't hit end recording and downloaded everything yet, so there's still time for the laptop to explode, but, yeah, I think this is hope this has gone well, and I hope you've all really enjoyed it listening</w:t>
      </w:r>
    </w:p>
    <w:p>
      <w:pPr>
        <w:spacing w:after="0"/>
      </w:pPr>
    </w:p>
    <w:p>
      <w:pPr>
        <w:spacing w:after="0"/>
      </w:pPr>
      <w:r>
        <w:rPr>
          <w:rFonts w:ascii="Arial" w:hAnsi="Arial"/>
          <w:b/>
          <w:sz w:val="22"/>
        </w:rPr>
        <w:t xml:space="preserve">Lucy  </w:t>
      </w:r>
      <w:r>
        <w:rPr>
          <w:rFonts w:ascii="Arial" w:hAnsi="Arial"/>
          <w:color w:val="5D7284"/>
          <w:sz w:val="22"/>
        </w:rPr>
        <w:t>1:11:48</w:t>
      </w:r>
    </w:p>
    <w:p>
      <w:pPr>
        <w:spacing w:after="0"/>
      </w:pPr>
      <w:r>
        <w:rPr>
          <w:rFonts w:ascii="Arial" w:hAnsi="Arial"/>
          <w:sz w:val="22"/>
        </w:rPr>
        <w:t>whilst we're doing thanks as well. Alice, I'd just like to thank everybody at the story museum for being so accommodating to our ever changing plans and being so fluid and letting us sit in I mean, I know I'm not sat in the room, but letting us, sort of like, take over the space for a little while and just get these recordings in. So thank you very much to them. Yes, they are listening.</w:t>
      </w:r>
    </w:p>
    <w:p>
      <w:pPr>
        <w:spacing w:after="0"/>
      </w:pPr>
    </w:p>
    <w:p>
      <w:pPr>
        <w:spacing w:after="0"/>
      </w:pPr>
      <w:r>
        <w:rPr>
          <w:rFonts w:ascii="Arial" w:hAnsi="Arial"/>
          <w:b/>
          <w:sz w:val="22"/>
        </w:rPr>
        <w:t xml:space="preserve">Alice  </w:t>
      </w:r>
      <w:r>
        <w:rPr>
          <w:rFonts w:ascii="Arial" w:hAnsi="Arial"/>
          <w:color w:val="5D7284"/>
          <w:sz w:val="22"/>
        </w:rPr>
        <w:t>1:12:09</w:t>
      </w:r>
    </w:p>
    <w:p>
      <w:pPr>
        <w:spacing w:after="0"/>
      </w:pPr>
      <w:r>
        <w:rPr>
          <w:rFonts w:ascii="Arial" w:hAnsi="Arial"/>
          <w:sz w:val="22"/>
        </w:rPr>
        <w:t>Yes, that's a very good shout. Lucy, you're obviously much more well brought up than I was, I bet you the sort of kid who wrote, thank you letters,</w:t>
      </w:r>
    </w:p>
    <w:p>
      <w:pPr>
        <w:spacing w:after="0"/>
      </w:pPr>
    </w:p>
    <w:p>
      <w:pPr>
        <w:spacing w:after="0"/>
      </w:pPr>
      <w:r>
        <w:rPr>
          <w:rFonts w:ascii="Arial" w:hAnsi="Arial"/>
          <w:b/>
          <w:sz w:val="22"/>
        </w:rPr>
        <w:t xml:space="preserve">Julia   </w:t>
      </w:r>
      <w:r>
        <w:rPr>
          <w:rFonts w:ascii="Arial" w:hAnsi="Arial"/>
          <w:color w:val="5D7284"/>
          <w:sz w:val="22"/>
        </w:rPr>
        <w:t>1:12:18</w:t>
      </w:r>
    </w:p>
    <w:p>
      <w:pPr>
        <w:spacing w:after="0"/>
      </w:pPr>
      <w:r>
        <w:rPr>
          <w:rFonts w:ascii="Arial" w:hAnsi="Arial"/>
          <w:sz w:val="22"/>
        </w:rPr>
        <w:t>Oxford story Museum, yeah, I was the sort of</w:t>
      </w:r>
    </w:p>
    <w:p>
      <w:pPr>
        <w:spacing w:after="0"/>
      </w:pPr>
    </w:p>
    <w:p>
      <w:pPr>
        <w:spacing w:after="0"/>
      </w:pPr>
      <w:r>
        <w:rPr>
          <w:rFonts w:ascii="Arial" w:hAnsi="Arial"/>
          <w:b/>
          <w:sz w:val="22"/>
        </w:rPr>
        <w:t xml:space="preserve">Alice  </w:t>
      </w:r>
      <w:r>
        <w:rPr>
          <w:rFonts w:ascii="Arial" w:hAnsi="Arial"/>
          <w:color w:val="5D7284"/>
          <w:sz w:val="22"/>
        </w:rPr>
        <w:t>1:12:21</w:t>
      </w:r>
    </w:p>
    <w:p>
      <w:pPr>
        <w:spacing w:after="0"/>
      </w:pPr>
      <w:r>
        <w:rPr>
          <w:rFonts w:ascii="Arial" w:hAnsi="Arial"/>
          <w:sz w:val="22"/>
        </w:rPr>
        <w:t xml:space="preserve">kid who was told to write thank you letters, and then it would be like, eight months after my birthday, and I'd be like, I was supposed to do that. </w:t>
      </w:r>
    </w:p>
    <w:p>
      <w:pPr>
        <w:spacing w:after="0"/>
      </w:pPr>
    </w:p>
    <w:p>
      <w:pPr>
        <w:spacing w:after="0"/>
      </w:pPr>
      <w:r>
        <w:rPr>
          <w:rFonts w:ascii="Arial" w:hAnsi="Arial"/>
          <w:b/>
          <w:sz w:val="22"/>
        </w:rPr>
        <w:t xml:space="preserve">Lucy  </w:t>
      </w:r>
      <w:r>
        <w:rPr>
          <w:rFonts w:ascii="Arial" w:hAnsi="Arial"/>
          <w:color w:val="5D7284"/>
          <w:sz w:val="22"/>
        </w:rPr>
        <w:t>1:12:27</w:t>
      </w:r>
    </w:p>
    <w:p>
      <w:pPr>
        <w:spacing w:after="0"/>
      </w:pPr>
      <w:r>
        <w:rPr>
          <w:rFonts w:ascii="Arial" w:hAnsi="Arial"/>
          <w:sz w:val="22"/>
        </w:rPr>
        <w:t>or Christmas letters, thank you. Have a note pad down by the side. Who bought me what? But, yeah, so, so thank you to them as well. Just tell me I can't be there in person. But you know, life gets in the way, doesn't it?</w:t>
      </w:r>
    </w:p>
    <w:p>
      <w:pPr>
        <w:spacing w:after="0"/>
      </w:pPr>
    </w:p>
    <w:p>
      <w:pPr>
        <w:spacing w:after="0"/>
      </w:pPr>
      <w:r>
        <w:rPr>
          <w:rFonts w:ascii="Arial" w:hAnsi="Arial"/>
          <w:b/>
          <w:sz w:val="22"/>
        </w:rPr>
        <w:t xml:space="preserve">Alice  </w:t>
      </w:r>
      <w:r>
        <w:rPr>
          <w:rFonts w:ascii="Arial" w:hAnsi="Arial"/>
          <w:color w:val="5D7284"/>
          <w:sz w:val="22"/>
        </w:rPr>
        <w:t>1:12:41</w:t>
      </w:r>
    </w:p>
    <w:p>
      <w:pPr>
        <w:spacing w:after="0"/>
      </w:pPr>
      <w:r>
        <w:rPr>
          <w:rFonts w:ascii="Arial" w:hAnsi="Arial"/>
          <w:sz w:val="22"/>
        </w:rPr>
        <w:t xml:space="preserve">Yes, and I'm sure this is not the last of us that random on location recording sites will see. So so from us here at the story Museum, and Lucy from her bedroom, yeah, we will see you next time bye bye, </w:t>
      </w:r>
    </w:p>
    <w:p>
      <w:pPr>
        <w:spacing w:after="0"/>
      </w:pPr>
    </w:p>
    <w:p>
      <w:pPr>
        <w:spacing w:after="0"/>
      </w:pPr>
      <w:r>
        <w:rPr>
          <w:rFonts w:ascii="Arial" w:hAnsi="Arial"/>
          <w:b/>
          <w:sz w:val="22"/>
        </w:rPr>
        <w:t xml:space="preserve">Lucy  </w:t>
      </w:r>
      <w:r>
        <w:rPr>
          <w:rFonts w:ascii="Arial" w:hAnsi="Arial"/>
          <w:color w:val="5D7284"/>
          <w:sz w:val="22"/>
        </w:rPr>
        <w:t>1:12:59</w:t>
      </w:r>
    </w:p>
    <w:p>
      <w:pPr>
        <w:spacing w:after="0"/>
      </w:pPr>
      <w:r>
        <w:rPr>
          <w:rFonts w:ascii="Arial" w:hAnsi="Arial"/>
          <w:sz w:val="22"/>
        </w:rPr>
        <w:t>bye bye</w:t>
      </w:r>
    </w:p>
    <w:p>
      <w:pPr>
        <w:spacing w:after="0"/>
      </w:pPr>
    </w:p>
    <w:p>
      <w:pPr>
        <w:spacing w:after="0"/>
      </w:pPr>
      <w:r>
        <w:rPr>
          <w:rFonts w:ascii="Arial" w:hAnsi="Arial"/>
          <w:b/>
          <w:sz w:val="22"/>
        </w:rPr>
        <w:t xml:space="preserve">Julia   </w:t>
      </w:r>
      <w:r>
        <w:rPr>
          <w:rFonts w:ascii="Arial" w:hAnsi="Arial"/>
          <w:color w:val="5D7284"/>
          <w:sz w:val="22"/>
        </w:rPr>
        <w:t>1:13:00</w:t>
      </w:r>
    </w:p>
    <w:p>
      <w:pPr>
        <w:spacing w:after="0"/>
      </w:pPr>
      <w:r>
        <w:rPr>
          <w:rFonts w:ascii="Arial" w:hAnsi="Arial"/>
          <w:sz w:val="22"/>
        </w:rPr>
        <w:t>bye Everyone,</w:t>
      </w:r>
    </w:p>
    <w:p>
      <w:pPr>
        <w:spacing w:after="0"/>
      </w:pPr>
    </w:p>
    <w:p>
      <w:pPr>
        <w:spacing w:after="0"/>
      </w:pPr>
      <w:r>
        <w:rPr>
          <w:rFonts w:ascii="Arial" w:hAnsi="Arial"/>
          <w:b/>
          <w:sz w:val="22"/>
        </w:rPr>
        <w:t xml:space="preserve">Alice  </w:t>
      </w:r>
      <w:r>
        <w:rPr>
          <w:rFonts w:ascii="Arial" w:hAnsi="Arial"/>
          <w:color w:val="5D7284"/>
          <w:sz w:val="22"/>
        </w:rPr>
        <w:t>1:13:03</w:t>
      </w:r>
    </w:p>
    <w:p>
      <w:pPr>
        <w:spacing w:after="0"/>
      </w:pPr>
      <w:r>
        <w:rPr>
          <w:rFonts w:ascii="Arial" w:hAnsi="Arial"/>
          <w:sz w:val="22"/>
        </w:rPr>
        <w:t xml:space="preserve">Shh Don't wake Dora, thanks for listening to the lABLEd podcast. If you like the show, you can rate review and subscribe, and you can follow us on social media at lABLEd pod. </w:t>
      </w:r>
    </w:p>
    <w:p>
      <w:pPr>
        <w:spacing w:after="0"/>
      </w:pPr>
    </w:p>
    <w:p>
      <w:pPr>
        <w:spacing w:after="0"/>
      </w:pPr>
      <w:r>
        <w:rPr>
          <w:rFonts w:ascii="Arial" w:hAnsi="Arial"/>
          <w:b/>
          <w:sz w:val="22"/>
        </w:rPr>
        <w:t xml:space="preserve">Lucy  </w:t>
      </w:r>
      <w:r>
        <w:rPr>
          <w:rFonts w:ascii="Arial" w:hAnsi="Arial"/>
          <w:color w:val="5D7284"/>
          <w:sz w:val="22"/>
        </w:rPr>
        <w:t>1:13:14</w:t>
      </w:r>
    </w:p>
    <w:p>
      <w:pPr>
        <w:spacing w:after="0"/>
      </w:pPr>
      <w:r>
        <w:rPr>
          <w:rFonts w:ascii="Arial" w:hAnsi="Arial"/>
          <w:sz w:val="22"/>
        </w:rPr>
        <w:t xml:space="preserve">This episode was edited by Adam Hull. Our music was by Maisie Crunden, and we'd like to thank the rest of the team involved. </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